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80508" w14:textId="77777777" w:rsidR="0096445B" w:rsidRPr="00B13B96" w:rsidRDefault="0096445B" w:rsidP="0096445B">
      <w:pPr>
        <w:jc w:val="center"/>
        <w:rPr>
          <w:rFonts w:cs="Times New Roman"/>
          <w:sz w:val="72"/>
          <w:szCs w:val="72"/>
        </w:rPr>
      </w:pPr>
      <w:r>
        <w:rPr>
          <w:rFonts w:cs="Times New Roman"/>
          <w:sz w:val="72"/>
          <w:szCs w:val="72"/>
        </w:rPr>
        <w:t>SVENSKA STANDARDBIBELN</w:t>
      </w:r>
    </w:p>
    <w:p w14:paraId="7665F86B" w14:textId="77777777" w:rsidR="0096445B" w:rsidRPr="00187EC9" w:rsidRDefault="00000000" w:rsidP="0096445B">
      <w:pPr>
        <w:shd w:val="clear" w:color="auto" w:fill="FFFFFF"/>
        <w:spacing w:before="48" w:after="48" w:line="240" w:lineRule="auto"/>
        <w:rPr>
          <w:rFonts w:eastAsia="Times New Roman" w:cs="Times New Roman"/>
          <w:color w:val="202122"/>
          <w:sz w:val="21"/>
          <w:szCs w:val="21"/>
          <w:lang w:eastAsia="sv-SE"/>
        </w:rPr>
      </w:pPr>
      <w:r>
        <w:rPr>
          <w:rFonts w:eastAsia="Times New Roman" w:cs="Times New Roman"/>
          <w:color w:val="202122"/>
          <w:sz w:val="21"/>
          <w:szCs w:val="21"/>
          <w:lang w:eastAsia="sv-SE"/>
        </w:rPr>
        <w:pict w14:anchorId="331944FA">
          <v:rect id="_x0000_i1025" style="width:0;height:.75pt" o:hralign="center" o:hrstd="t" o:hrnoshade="t" o:hr="t" fillcolor="black" stroked="f"/>
        </w:pict>
      </w:r>
    </w:p>
    <w:p w14:paraId="40F80C18" w14:textId="77777777" w:rsidR="0096445B" w:rsidRPr="00031070" w:rsidRDefault="0096445B" w:rsidP="0096445B">
      <w:pPr>
        <w:shd w:val="clear" w:color="auto" w:fill="FFFFFF"/>
        <w:spacing w:before="120" w:after="120" w:line="240" w:lineRule="auto"/>
        <w:jc w:val="center"/>
        <w:rPr>
          <w:rFonts w:eastAsia="Times New Roman" w:cs="Times New Roman"/>
          <w:color w:val="202122"/>
          <w:sz w:val="21"/>
          <w:szCs w:val="21"/>
          <w:lang w:eastAsia="sv-SE"/>
        </w:rPr>
      </w:pPr>
      <w:proofErr w:type="gramStart"/>
      <w:r w:rsidRPr="00031070">
        <w:rPr>
          <w:rFonts w:eastAsia="Times New Roman" w:cs="Times New Roman"/>
          <w:color w:val="202122"/>
          <w:sz w:val="21"/>
          <w:szCs w:val="21"/>
          <w:lang w:eastAsia="sv-SE"/>
        </w:rPr>
        <w:t>©  2026</w:t>
      </w:r>
      <w:proofErr w:type="gramEnd"/>
      <w:r w:rsidRPr="00031070">
        <w:rPr>
          <w:rFonts w:eastAsia="Times New Roman" w:cs="Times New Roman"/>
          <w:color w:val="202122"/>
          <w:sz w:val="21"/>
          <w:szCs w:val="21"/>
          <w:lang w:eastAsia="sv-SE"/>
        </w:rPr>
        <w:t xml:space="preserve"> Stiftelsen Svenska </w:t>
      </w:r>
      <w:proofErr w:type="spellStart"/>
      <w:r w:rsidRPr="00031070">
        <w:rPr>
          <w:rFonts w:eastAsia="Times New Roman" w:cs="Times New Roman"/>
          <w:color w:val="202122"/>
          <w:sz w:val="21"/>
          <w:szCs w:val="21"/>
          <w:lang w:eastAsia="sv-SE"/>
        </w:rPr>
        <w:t>Folkbibeln</w:t>
      </w:r>
      <w:proofErr w:type="spellEnd"/>
    </w:p>
    <w:p w14:paraId="06F4CBDD" w14:textId="77777777" w:rsidR="0096445B" w:rsidRPr="001F7691" w:rsidRDefault="0096445B" w:rsidP="0096445B">
      <w:pPr>
        <w:shd w:val="clear" w:color="auto" w:fill="FFFFFF"/>
        <w:spacing w:before="120" w:after="120" w:line="240" w:lineRule="auto"/>
        <w:jc w:val="center"/>
        <w:rPr>
          <w:rFonts w:eastAsia="Times New Roman" w:cs="Times New Roman"/>
          <w:color w:val="202122"/>
          <w:sz w:val="21"/>
          <w:szCs w:val="21"/>
          <w:lang w:eastAsia="sv-SE"/>
        </w:rPr>
      </w:pPr>
      <w:r>
        <w:t>Format Version: 1.0</w:t>
      </w:r>
      <w:r>
        <w:br/>
        <w:t>Edition: Logos Bible Software Personal Book</w:t>
      </w:r>
      <w:r>
        <w:br/>
        <w:t>Digital edition compiled by: Christian Mölk (</w:t>
      </w:r>
      <w:hyperlink r:id="rId6" w:history="1">
        <w:r w:rsidRPr="001F7691">
          <w:rPr>
            <w:rStyle w:val="Hyperlnk"/>
          </w:rPr>
          <w:t>christianmolk.se</w:t>
        </w:r>
      </w:hyperlink>
      <w:r>
        <w:t xml:space="preserve"> / info@christianmolk.se)</w:t>
      </w:r>
    </w:p>
    <w:p w14:paraId="783D9A46" w14:textId="77777777" w:rsidR="0096445B" w:rsidRPr="001F7691" w:rsidRDefault="0096445B" w:rsidP="0096445B">
      <w:pPr>
        <w:rPr>
          <w:rFonts w:asciiTheme="majorHAnsi" w:eastAsiaTheme="majorEastAsia" w:hAnsiTheme="majorHAnsi" w:cstheme="majorBidi"/>
          <w:b/>
          <w:bCs/>
          <w:sz w:val="40"/>
          <w:szCs w:val="28"/>
        </w:rPr>
      </w:pPr>
      <w:r w:rsidRPr="001F7691">
        <w:br w:type="page"/>
      </w:r>
    </w:p>
    <w:p w14:paraId="5E25C98B" w14:textId="46A22B53" w:rsidR="00BA33AB" w:rsidRPr="0096445B" w:rsidRDefault="00000000">
      <w:pPr>
        <w:pStyle w:val="Rubrik1"/>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:Matt]]Evangelium</w:t>
      </w:r>
      <w:proofErr w:type="gramEnd"/>
      <w:r w:rsidRPr="0096445B">
        <w:rPr>
          <w:lang w:val="sv-SE"/>
        </w:rPr>
        <w:t xml:space="preserve"> enligt </w:t>
      </w:r>
      <w:proofErr w:type="spellStart"/>
      <w:r w:rsidRPr="0096445B">
        <w:rPr>
          <w:lang w:val="sv-SE"/>
        </w:rPr>
        <w:t>Mattheus</w:t>
      </w:r>
      <w:proofErr w:type="spellEnd"/>
    </w:p>
    <w:p w14:paraId="6AB1C6AA" w14:textId="7A2E1437"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w:t>
      </w:r>
      <w:proofErr w:type="gramStart"/>
      <w:r w:rsidRPr="0096445B">
        <w:rPr>
          <w:lang w:val="sv-SE"/>
        </w:rPr>
        <w:t>]]Kapitel</w:t>
      </w:r>
      <w:proofErr w:type="gramEnd"/>
      <w:r w:rsidRPr="0096445B">
        <w:rPr>
          <w:lang w:val="sv-SE"/>
        </w:rPr>
        <w:t xml:space="preserve"> 1</w:t>
      </w:r>
    </w:p>
    <w:p w14:paraId="411F5A8C" w14:textId="77777777" w:rsidR="00BA33AB" w:rsidRPr="0096445B" w:rsidRDefault="00000000">
      <w:pPr>
        <w:pStyle w:val="Rubrik3"/>
        <w:rPr>
          <w:lang w:val="sv-SE"/>
        </w:rPr>
      </w:pPr>
      <w:r w:rsidRPr="0096445B">
        <w:rPr>
          <w:lang w:val="sv-SE"/>
        </w:rPr>
        <w:t>Jesu släkttavla</w:t>
      </w:r>
    </w:p>
    <w:p w14:paraId="6AE19130" w14:textId="1C07AAF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}}Ursprungsbok</w:t>
      </w:r>
      <w:proofErr w:type="gramEnd"/>
      <w:r w:rsidRPr="0096445B">
        <w:rPr>
          <w:lang w:val="sv-SE"/>
        </w:rPr>
        <w:t xml:space="preserve"> för Jesus Kristus, Davids son, Abrahams </w:t>
      </w:r>
      <w:proofErr w:type="gramStart"/>
      <w:r w:rsidRPr="0096445B">
        <w:rPr>
          <w:lang w:val="sv-SE"/>
        </w:rPr>
        <w:t>son:{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A8BC097" w14:textId="5A6DBF1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}}Abraham</w:t>
      </w:r>
      <w:proofErr w:type="gramEnd"/>
      <w:r w:rsidRPr="0096445B">
        <w:rPr>
          <w:lang w:val="sv-SE"/>
        </w:rPr>
        <w:t xml:space="preserve"> avlade </w:t>
      </w:r>
      <w:proofErr w:type="gramStart"/>
      <w:r w:rsidRPr="0096445B">
        <w:rPr>
          <w:lang w:val="sv-SE"/>
        </w:rPr>
        <w:t>Isaak,{</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E685F43" w14:textId="0EE2AFD6" w:rsidR="00BA33AB" w:rsidRPr="0096445B" w:rsidRDefault="00000000">
      <w:pPr>
        <w:rPr>
          <w:lang w:val="sv-SE"/>
        </w:rPr>
      </w:pPr>
      <w:r w:rsidRPr="0096445B">
        <w:rPr>
          <w:lang w:val="sv-SE"/>
        </w:rPr>
        <w:t>{{</w:t>
      </w:r>
      <w:proofErr w:type="spellStart"/>
      <w:r w:rsidRPr="0096445B">
        <w:rPr>
          <w:lang w:val="sv-SE"/>
        </w:rPr>
        <w:t>field-on:bible</w:t>
      </w:r>
      <w:proofErr w:type="spellEnd"/>
      <w:r w:rsidRPr="0096445B">
        <w:rPr>
          <w:lang w:val="sv-SE"/>
        </w:rPr>
        <w:t>}}och Isaak avlade Jakob,</w:t>
      </w:r>
      <w:r w:rsidRPr="0096445B">
        <w:rPr>
          <w:lang w:val="sv-SE"/>
        </w:rPr>
        <w:br/>
        <w:t>och Jakob avlade Juda och hans bröder.{{</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 xml:space="preserve">}}Och Juda avlade Pares och Zara genom </w:t>
      </w:r>
      <w:proofErr w:type="spellStart"/>
      <w:r w:rsidRPr="0096445B">
        <w:rPr>
          <w:lang w:val="sv-SE"/>
        </w:rPr>
        <w:t>Thamar</w:t>
      </w:r>
      <w:proofErr w:type="spellEnd"/>
      <w:r w:rsidRPr="0096445B">
        <w:rPr>
          <w:lang w:val="sv-SE"/>
        </w:rPr>
        <w:t>.</w:t>
      </w:r>
      <w:r w:rsidRPr="0096445B">
        <w:rPr>
          <w:lang w:val="sv-SE"/>
        </w:rPr>
        <w:br/>
        <w:t xml:space="preserve">Och Pares avlade </w:t>
      </w:r>
      <w:proofErr w:type="spellStart"/>
      <w:r w:rsidRPr="0096445B">
        <w:rPr>
          <w:lang w:val="sv-SE"/>
        </w:rPr>
        <w:t>Hesrom</w:t>
      </w:r>
      <w:proofErr w:type="spellEnd"/>
      <w:r w:rsidRPr="0096445B">
        <w:rPr>
          <w:lang w:val="sv-SE"/>
        </w:rPr>
        <w:t>,</w:t>
      </w:r>
      <w:r w:rsidRPr="0096445B">
        <w:rPr>
          <w:lang w:val="sv-SE"/>
        </w:rPr>
        <w:br/>
        <w:t xml:space="preserve">och </w:t>
      </w:r>
      <w:proofErr w:type="spellStart"/>
      <w:r w:rsidRPr="0096445B">
        <w:rPr>
          <w:lang w:val="sv-SE"/>
        </w:rPr>
        <w:t>Hesrom</w:t>
      </w:r>
      <w:proofErr w:type="spellEnd"/>
      <w:r w:rsidRPr="0096445B">
        <w:rPr>
          <w:lang w:val="sv-SE"/>
        </w:rPr>
        <w:t xml:space="preserve"> avlade Aram,{{</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 xml:space="preserve">}}och Aram avlade </w:t>
      </w:r>
      <w:proofErr w:type="spellStart"/>
      <w:r w:rsidRPr="0096445B">
        <w:rPr>
          <w:lang w:val="sv-SE"/>
        </w:rPr>
        <w:t>Aminadab</w:t>
      </w:r>
      <w:proofErr w:type="spellEnd"/>
      <w:r w:rsidRPr="0096445B">
        <w:rPr>
          <w:lang w:val="sv-SE"/>
        </w:rPr>
        <w:t>,</w:t>
      </w:r>
      <w:r w:rsidRPr="0096445B">
        <w:rPr>
          <w:lang w:val="sv-SE"/>
        </w:rPr>
        <w:br/>
        <w:t xml:space="preserve">och </w:t>
      </w:r>
      <w:proofErr w:type="spellStart"/>
      <w:r w:rsidRPr="0096445B">
        <w:rPr>
          <w:lang w:val="sv-SE"/>
        </w:rPr>
        <w:t>Aminadab</w:t>
      </w:r>
      <w:proofErr w:type="spellEnd"/>
      <w:r w:rsidRPr="0096445B">
        <w:rPr>
          <w:lang w:val="sv-SE"/>
        </w:rPr>
        <w:t xml:space="preserve"> avlade </w:t>
      </w:r>
      <w:proofErr w:type="spellStart"/>
      <w:r w:rsidRPr="0096445B">
        <w:rPr>
          <w:lang w:val="sv-SE"/>
        </w:rPr>
        <w:t>Naasson</w:t>
      </w:r>
      <w:proofErr w:type="spellEnd"/>
      <w:r w:rsidRPr="0096445B">
        <w:rPr>
          <w:lang w:val="sv-SE"/>
        </w:rPr>
        <w:t>,</w:t>
      </w:r>
      <w:r w:rsidRPr="0096445B">
        <w:rPr>
          <w:lang w:val="sv-SE"/>
        </w:rPr>
        <w:br/>
        <w:t xml:space="preserve">och </w:t>
      </w:r>
      <w:proofErr w:type="spellStart"/>
      <w:r w:rsidRPr="0096445B">
        <w:rPr>
          <w:lang w:val="sv-SE"/>
        </w:rPr>
        <w:t>Naasson</w:t>
      </w:r>
      <w:proofErr w:type="spellEnd"/>
      <w:r w:rsidRPr="0096445B">
        <w:rPr>
          <w:lang w:val="sv-SE"/>
        </w:rPr>
        <w:t xml:space="preserve"> avlade Salmon.{{</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 xml:space="preserve">}}Och Salmon avlade </w:t>
      </w:r>
      <w:proofErr w:type="spellStart"/>
      <w:r w:rsidRPr="0096445B">
        <w:rPr>
          <w:lang w:val="sv-SE"/>
        </w:rPr>
        <w:t>Boes</w:t>
      </w:r>
      <w:proofErr w:type="spellEnd"/>
      <w:r w:rsidRPr="0096445B">
        <w:rPr>
          <w:lang w:val="sv-SE"/>
        </w:rPr>
        <w:t xml:space="preserve"> genom </w:t>
      </w:r>
      <w:proofErr w:type="spellStart"/>
      <w:r w:rsidRPr="0096445B">
        <w:rPr>
          <w:lang w:val="sv-SE"/>
        </w:rPr>
        <w:t>Rachab</w:t>
      </w:r>
      <w:proofErr w:type="spellEnd"/>
      <w:r w:rsidRPr="0096445B">
        <w:rPr>
          <w:lang w:val="sv-SE"/>
        </w:rPr>
        <w:t>,</w:t>
      </w:r>
      <w:r w:rsidRPr="0096445B">
        <w:rPr>
          <w:lang w:val="sv-SE"/>
        </w:rPr>
        <w:br/>
        <w:t xml:space="preserve">och </w:t>
      </w:r>
      <w:proofErr w:type="spellStart"/>
      <w:r w:rsidRPr="0096445B">
        <w:rPr>
          <w:lang w:val="sv-SE"/>
        </w:rPr>
        <w:t>Boes</w:t>
      </w:r>
      <w:proofErr w:type="spellEnd"/>
      <w:r w:rsidRPr="0096445B">
        <w:rPr>
          <w:lang w:val="sv-SE"/>
        </w:rPr>
        <w:t xml:space="preserve"> avlade </w:t>
      </w:r>
      <w:proofErr w:type="spellStart"/>
      <w:r w:rsidRPr="0096445B">
        <w:rPr>
          <w:lang w:val="sv-SE"/>
        </w:rPr>
        <w:t>Jobed</w:t>
      </w:r>
      <w:proofErr w:type="spellEnd"/>
      <w:r w:rsidRPr="0096445B">
        <w:rPr>
          <w:lang w:val="sv-SE"/>
        </w:rPr>
        <w:t xml:space="preserve"> genom Ruth,</w:t>
      </w:r>
      <w:r w:rsidRPr="0096445B">
        <w:rPr>
          <w:lang w:val="sv-SE"/>
        </w:rPr>
        <w:br/>
        <w:t xml:space="preserve">och </w:t>
      </w:r>
      <w:proofErr w:type="spellStart"/>
      <w:r w:rsidRPr="0096445B">
        <w:rPr>
          <w:lang w:val="sv-SE"/>
        </w:rPr>
        <w:t>Jobed</w:t>
      </w:r>
      <w:proofErr w:type="spellEnd"/>
      <w:r w:rsidRPr="0096445B">
        <w:rPr>
          <w:lang w:val="sv-SE"/>
        </w:rPr>
        <w:t xml:space="preserve"> avlade </w:t>
      </w:r>
      <w:proofErr w:type="spellStart"/>
      <w:r w:rsidRPr="0096445B">
        <w:rPr>
          <w:lang w:val="sv-SE"/>
        </w:rPr>
        <w:t>Jessai</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Jessai</w:t>
      </w:r>
      <w:proofErr w:type="spellEnd"/>
      <w:r w:rsidRPr="0096445B">
        <w:rPr>
          <w:lang w:val="sv-SE"/>
        </w:rPr>
        <w:t xml:space="preserve"> avlade David, kungen.</w:t>
      </w:r>
      <w:r w:rsidRPr="0096445B">
        <w:rPr>
          <w:lang w:val="sv-SE"/>
        </w:rPr>
        <w:br/>
        <w:t xml:space="preserve">Och David avlade Solomon genom henne </w:t>
      </w:r>
      <w:r w:rsidRPr="0096445B">
        <w:rPr>
          <w:i/>
          <w:lang w:val="sv-SE"/>
        </w:rPr>
        <w:t>som varit</w:t>
      </w:r>
      <w:r w:rsidRPr="0096445B">
        <w:rPr>
          <w:lang w:val="sv-SE"/>
        </w:rPr>
        <w:t xml:space="preserve"> Urias.{{</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 xml:space="preserve">}}Och Solomon avlade </w:t>
      </w:r>
      <w:proofErr w:type="spellStart"/>
      <w:r w:rsidRPr="0096445B">
        <w:rPr>
          <w:lang w:val="sv-SE"/>
        </w:rPr>
        <w:t>Roboam</w:t>
      </w:r>
      <w:proofErr w:type="spellEnd"/>
      <w:r w:rsidRPr="0096445B">
        <w:rPr>
          <w:lang w:val="sv-SE"/>
        </w:rPr>
        <w:t>,</w:t>
      </w:r>
      <w:r w:rsidRPr="0096445B">
        <w:rPr>
          <w:lang w:val="sv-SE"/>
        </w:rPr>
        <w:br/>
        <w:t xml:space="preserve">och </w:t>
      </w:r>
      <w:proofErr w:type="spellStart"/>
      <w:r w:rsidRPr="0096445B">
        <w:rPr>
          <w:lang w:val="sv-SE"/>
        </w:rPr>
        <w:t>Roboam</w:t>
      </w:r>
      <w:proofErr w:type="spellEnd"/>
      <w:r w:rsidRPr="0096445B">
        <w:rPr>
          <w:lang w:val="sv-SE"/>
        </w:rPr>
        <w:t xml:space="preserve"> avlade </w:t>
      </w:r>
      <w:proofErr w:type="spellStart"/>
      <w:r w:rsidRPr="0096445B">
        <w:rPr>
          <w:lang w:val="sv-SE"/>
        </w:rPr>
        <w:t>Abia</w:t>
      </w:r>
      <w:proofErr w:type="spellEnd"/>
      <w:r w:rsidRPr="0096445B">
        <w:rPr>
          <w:lang w:val="sv-SE"/>
        </w:rPr>
        <w:t>,</w:t>
      </w:r>
      <w:r w:rsidRPr="0096445B">
        <w:rPr>
          <w:lang w:val="sv-SE"/>
        </w:rPr>
        <w:br/>
        <w:t xml:space="preserve">och </w:t>
      </w:r>
      <w:proofErr w:type="spellStart"/>
      <w:r w:rsidRPr="0096445B">
        <w:rPr>
          <w:lang w:val="sv-SE"/>
        </w:rPr>
        <w:t>Abia</w:t>
      </w:r>
      <w:proofErr w:type="spellEnd"/>
      <w:r w:rsidRPr="0096445B">
        <w:rPr>
          <w:lang w:val="sv-SE"/>
        </w:rPr>
        <w:t xml:space="preserve"> avlade </w:t>
      </w:r>
      <w:proofErr w:type="spellStart"/>
      <w:r w:rsidRPr="0096445B">
        <w:rPr>
          <w:lang w:val="sv-SE"/>
        </w:rPr>
        <w:t>Asaf</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Asaf</w:t>
      </w:r>
      <w:proofErr w:type="spellEnd"/>
      <w:r w:rsidRPr="0096445B">
        <w:rPr>
          <w:lang w:val="sv-SE"/>
        </w:rPr>
        <w:t xml:space="preserve"> avlade Josafat,</w:t>
      </w:r>
      <w:r w:rsidRPr="0096445B">
        <w:rPr>
          <w:lang w:val="sv-SE"/>
        </w:rPr>
        <w:br/>
        <w:t>och Josafat avlade Joram,</w:t>
      </w:r>
      <w:r w:rsidRPr="0096445B">
        <w:rPr>
          <w:lang w:val="sv-SE"/>
        </w:rPr>
        <w:br/>
        <w:t xml:space="preserve">och Joram avlade </w:t>
      </w:r>
      <w:proofErr w:type="spellStart"/>
      <w:r w:rsidRPr="0096445B">
        <w:rPr>
          <w:lang w:val="sv-SE"/>
        </w:rPr>
        <w:t>Ozia</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Ozia</w:t>
      </w:r>
      <w:proofErr w:type="spellEnd"/>
      <w:r w:rsidRPr="0096445B">
        <w:rPr>
          <w:lang w:val="sv-SE"/>
        </w:rPr>
        <w:t xml:space="preserve"> avlade </w:t>
      </w:r>
      <w:proofErr w:type="spellStart"/>
      <w:r w:rsidRPr="0096445B">
        <w:rPr>
          <w:lang w:val="sv-SE"/>
        </w:rPr>
        <w:t>Joatham</w:t>
      </w:r>
      <w:proofErr w:type="spellEnd"/>
      <w:r w:rsidRPr="0096445B">
        <w:rPr>
          <w:lang w:val="sv-SE"/>
        </w:rPr>
        <w:t>,</w:t>
      </w:r>
      <w:r w:rsidRPr="0096445B">
        <w:rPr>
          <w:lang w:val="sv-SE"/>
        </w:rPr>
        <w:br/>
        <w:t xml:space="preserve">och </w:t>
      </w:r>
      <w:proofErr w:type="spellStart"/>
      <w:r w:rsidRPr="0096445B">
        <w:rPr>
          <w:lang w:val="sv-SE"/>
        </w:rPr>
        <w:t>Joatham</w:t>
      </w:r>
      <w:proofErr w:type="spellEnd"/>
      <w:r w:rsidRPr="0096445B">
        <w:rPr>
          <w:lang w:val="sv-SE"/>
        </w:rPr>
        <w:t xml:space="preserve"> avlade </w:t>
      </w:r>
      <w:proofErr w:type="spellStart"/>
      <w:r w:rsidRPr="0096445B">
        <w:rPr>
          <w:lang w:val="sv-SE"/>
        </w:rPr>
        <w:t>Achaz</w:t>
      </w:r>
      <w:proofErr w:type="spellEnd"/>
      <w:r w:rsidRPr="0096445B">
        <w:rPr>
          <w:lang w:val="sv-SE"/>
        </w:rPr>
        <w:t>,</w:t>
      </w:r>
      <w:r w:rsidRPr="0096445B">
        <w:rPr>
          <w:lang w:val="sv-SE"/>
        </w:rPr>
        <w:br/>
        <w:t xml:space="preserve">och </w:t>
      </w:r>
      <w:proofErr w:type="spellStart"/>
      <w:r w:rsidRPr="0096445B">
        <w:rPr>
          <w:lang w:val="sv-SE"/>
        </w:rPr>
        <w:t>Achaz</w:t>
      </w:r>
      <w:proofErr w:type="spellEnd"/>
      <w:r w:rsidRPr="0096445B">
        <w:rPr>
          <w:lang w:val="sv-SE"/>
        </w:rPr>
        <w:t xml:space="preserve"> avlade </w:t>
      </w:r>
      <w:proofErr w:type="spellStart"/>
      <w:r w:rsidRPr="0096445B">
        <w:rPr>
          <w:lang w:val="sv-SE"/>
        </w:rPr>
        <w:t>Hezekia</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Hezekia</w:t>
      </w:r>
      <w:proofErr w:type="spellEnd"/>
      <w:r w:rsidRPr="0096445B">
        <w:rPr>
          <w:lang w:val="sv-SE"/>
        </w:rPr>
        <w:t xml:space="preserve"> avlade Manasse,</w:t>
      </w:r>
      <w:r w:rsidRPr="0096445B">
        <w:rPr>
          <w:lang w:val="sv-SE"/>
        </w:rPr>
        <w:br/>
        <w:t>och Manasse avlade Amos,</w:t>
      </w:r>
      <w:r w:rsidRPr="0096445B">
        <w:rPr>
          <w:lang w:val="sv-SE"/>
        </w:rPr>
        <w:br/>
        <w:t xml:space="preserve">och Amos avlade </w:t>
      </w:r>
      <w:proofErr w:type="spellStart"/>
      <w:r w:rsidRPr="0096445B">
        <w:rPr>
          <w:lang w:val="sv-SE"/>
        </w:rPr>
        <w:t>Josia</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Josia</w:t>
      </w:r>
      <w:proofErr w:type="spellEnd"/>
      <w:r w:rsidRPr="0096445B">
        <w:rPr>
          <w:lang w:val="sv-SE"/>
        </w:rPr>
        <w:t xml:space="preserve"> avlade </w:t>
      </w:r>
      <w:proofErr w:type="spellStart"/>
      <w:r w:rsidRPr="0096445B">
        <w:rPr>
          <w:lang w:val="sv-SE"/>
        </w:rPr>
        <w:t>Jechonia</w:t>
      </w:r>
      <w:proofErr w:type="spellEnd"/>
      <w:r w:rsidRPr="0096445B">
        <w:rPr>
          <w:lang w:val="sv-SE"/>
        </w:rPr>
        <w:t xml:space="preserve"> och hans bröder</w:t>
      </w:r>
      <w:r w:rsidRPr="0096445B">
        <w:rPr>
          <w:lang w:val="sv-SE"/>
        </w:rPr>
        <w:br/>
        <w:t>vid förflyttningen till Babylon.{{</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 xml:space="preserve">}}Och efter förflyttningen till Babylon avlade </w:t>
      </w:r>
      <w:proofErr w:type="spellStart"/>
      <w:r w:rsidRPr="0096445B">
        <w:rPr>
          <w:lang w:val="sv-SE"/>
        </w:rPr>
        <w:t>Jechonia</w:t>
      </w:r>
      <w:proofErr w:type="spellEnd"/>
      <w:r w:rsidRPr="0096445B">
        <w:rPr>
          <w:lang w:val="sv-SE"/>
        </w:rPr>
        <w:t xml:space="preserve"> </w:t>
      </w:r>
      <w:proofErr w:type="spellStart"/>
      <w:r w:rsidRPr="0096445B">
        <w:rPr>
          <w:lang w:val="sv-SE"/>
        </w:rPr>
        <w:t>Salathiel</w:t>
      </w:r>
      <w:proofErr w:type="spellEnd"/>
      <w:r w:rsidRPr="0096445B">
        <w:rPr>
          <w:lang w:val="sv-SE"/>
        </w:rPr>
        <w:t>,</w:t>
      </w:r>
      <w:r w:rsidRPr="0096445B">
        <w:rPr>
          <w:lang w:val="sv-SE"/>
        </w:rPr>
        <w:br/>
        <w:t xml:space="preserve">och </w:t>
      </w:r>
      <w:proofErr w:type="spellStart"/>
      <w:r w:rsidRPr="0096445B">
        <w:rPr>
          <w:lang w:val="sv-SE"/>
        </w:rPr>
        <w:t>Salathiel</w:t>
      </w:r>
      <w:proofErr w:type="spellEnd"/>
      <w:r w:rsidRPr="0096445B">
        <w:rPr>
          <w:lang w:val="sv-SE"/>
        </w:rPr>
        <w:t xml:space="preserve"> avlade </w:t>
      </w:r>
      <w:proofErr w:type="spellStart"/>
      <w:r w:rsidRPr="0096445B">
        <w:rPr>
          <w:lang w:val="sv-SE"/>
        </w:rPr>
        <w:t>Zorobabel</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Zorobabel</w:t>
      </w:r>
      <w:proofErr w:type="spellEnd"/>
      <w:r w:rsidRPr="0096445B">
        <w:rPr>
          <w:lang w:val="sv-SE"/>
        </w:rPr>
        <w:t xml:space="preserve"> avlade </w:t>
      </w:r>
      <w:proofErr w:type="spellStart"/>
      <w:r w:rsidRPr="0096445B">
        <w:rPr>
          <w:lang w:val="sv-SE"/>
        </w:rPr>
        <w:t>Abihud</w:t>
      </w:r>
      <w:proofErr w:type="spellEnd"/>
      <w:r w:rsidRPr="0096445B">
        <w:rPr>
          <w:lang w:val="sv-SE"/>
        </w:rPr>
        <w:t>,</w:t>
      </w:r>
      <w:r w:rsidRPr="0096445B">
        <w:rPr>
          <w:lang w:val="sv-SE"/>
        </w:rPr>
        <w:br/>
        <w:t xml:space="preserve">och </w:t>
      </w:r>
      <w:proofErr w:type="spellStart"/>
      <w:r w:rsidRPr="0096445B">
        <w:rPr>
          <w:lang w:val="sv-SE"/>
        </w:rPr>
        <w:t>Abihud</w:t>
      </w:r>
      <w:proofErr w:type="spellEnd"/>
      <w:r w:rsidRPr="0096445B">
        <w:rPr>
          <w:lang w:val="sv-SE"/>
        </w:rPr>
        <w:t xml:space="preserve"> avlade </w:t>
      </w:r>
      <w:proofErr w:type="spellStart"/>
      <w:r w:rsidRPr="0096445B">
        <w:rPr>
          <w:lang w:val="sv-SE"/>
        </w:rPr>
        <w:t>Eljakim</w:t>
      </w:r>
      <w:proofErr w:type="spellEnd"/>
      <w:r w:rsidRPr="0096445B">
        <w:rPr>
          <w:lang w:val="sv-SE"/>
        </w:rPr>
        <w:t>,</w:t>
      </w:r>
      <w:r w:rsidRPr="0096445B">
        <w:rPr>
          <w:lang w:val="sv-SE"/>
        </w:rPr>
        <w:br/>
        <w:t xml:space="preserve">och </w:t>
      </w:r>
      <w:proofErr w:type="spellStart"/>
      <w:r w:rsidRPr="0096445B">
        <w:rPr>
          <w:lang w:val="sv-SE"/>
        </w:rPr>
        <w:t>Eljakim</w:t>
      </w:r>
      <w:proofErr w:type="spellEnd"/>
      <w:r w:rsidRPr="0096445B">
        <w:rPr>
          <w:lang w:val="sv-SE"/>
        </w:rPr>
        <w:t xml:space="preserve"> avlade </w:t>
      </w:r>
      <w:proofErr w:type="spellStart"/>
      <w:r w:rsidRPr="0096445B">
        <w:rPr>
          <w:lang w:val="sv-SE"/>
        </w:rPr>
        <w:t>Azor</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r>
      <w:r w:rsidRPr="0096445B">
        <w:rPr>
          <w:lang w:val="sv-SE"/>
        </w:rPr>
        <w:lastRenderedPageBreak/>
        <w:t>[[@</w:t>
      </w:r>
      <w:r w:rsidR="0096445B" w:rsidRPr="0096445B">
        <w:rPr>
          <w:lang w:val="sv-SE"/>
        </w:rPr>
        <w:t>BibleBIBEL82</w:t>
      </w:r>
      <w:r w:rsidRPr="0096445B">
        <w:rPr>
          <w:lang w:val="sv-SE"/>
        </w:rPr>
        <w:t>:Matt 1:14]]</w:t>
      </w:r>
      <w:r w:rsidRPr="0096445B">
        <w:rPr>
          <w:vertAlign w:val="superscript"/>
          <w:lang w:val="sv-SE"/>
        </w:rPr>
        <w:t>14</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Azor</w:t>
      </w:r>
      <w:proofErr w:type="spellEnd"/>
      <w:r w:rsidRPr="0096445B">
        <w:rPr>
          <w:lang w:val="sv-SE"/>
        </w:rPr>
        <w:t xml:space="preserve"> avlade Sadok,</w:t>
      </w:r>
      <w:r w:rsidRPr="0096445B">
        <w:rPr>
          <w:lang w:val="sv-SE"/>
        </w:rPr>
        <w:br/>
        <w:t>och Sadok avlade Achim,</w:t>
      </w:r>
      <w:r w:rsidRPr="0096445B">
        <w:rPr>
          <w:lang w:val="sv-SE"/>
        </w:rPr>
        <w:br/>
        <w:t xml:space="preserve">och Achim avlade </w:t>
      </w:r>
      <w:proofErr w:type="spellStart"/>
      <w:r w:rsidRPr="0096445B">
        <w:rPr>
          <w:lang w:val="sv-SE"/>
        </w:rPr>
        <w:t>Elihud</w:t>
      </w:r>
      <w:proofErr w:type="spellEnd"/>
      <w:r w:rsidRPr="0096445B">
        <w:rPr>
          <w:lang w:val="sv-SE"/>
        </w:rPr>
        <w: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1:15]]</w:t>
      </w:r>
      <w:r w:rsidRPr="0096445B">
        <w:rPr>
          <w:vertAlign w:val="superscript"/>
          <w:lang w:val="sv-SE"/>
        </w:rPr>
        <w:t>15</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Elihud</w:t>
      </w:r>
      <w:proofErr w:type="spellEnd"/>
      <w:r w:rsidRPr="0096445B">
        <w:rPr>
          <w:lang w:val="sv-SE"/>
        </w:rPr>
        <w:t xml:space="preserve"> avlade </w:t>
      </w:r>
      <w:proofErr w:type="spellStart"/>
      <w:r w:rsidRPr="0096445B">
        <w:rPr>
          <w:lang w:val="sv-SE"/>
        </w:rPr>
        <w:t>Eleazar</w:t>
      </w:r>
      <w:proofErr w:type="spellEnd"/>
      <w:r w:rsidRPr="0096445B">
        <w:rPr>
          <w:lang w:val="sv-SE"/>
        </w:rPr>
        <w:t>,</w:t>
      </w:r>
      <w:r w:rsidRPr="0096445B">
        <w:rPr>
          <w:lang w:val="sv-SE"/>
        </w:rPr>
        <w:br/>
        <w:t xml:space="preserve">och </w:t>
      </w:r>
      <w:proofErr w:type="spellStart"/>
      <w:r w:rsidRPr="0096445B">
        <w:rPr>
          <w:lang w:val="sv-SE"/>
        </w:rPr>
        <w:t>Eleazar</w:t>
      </w:r>
      <w:proofErr w:type="spellEnd"/>
      <w:r w:rsidRPr="0096445B">
        <w:rPr>
          <w:lang w:val="sv-SE"/>
        </w:rPr>
        <w:t xml:space="preserve"> avlade </w:t>
      </w:r>
      <w:proofErr w:type="spellStart"/>
      <w:r w:rsidRPr="0096445B">
        <w:rPr>
          <w:lang w:val="sv-SE"/>
        </w:rPr>
        <w:t>Matthan</w:t>
      </w:r>
      <w:proofErr w:type="spellEnd"/>
      <w:r w:rsidRPr="0096445B">
        <w:rPr>
          <w:lang w:val="sv-SE"/>
        </w:rPr>
        <w:t>,</w:t>
      </w:r>
      <w:r w:rsidRPr="0096445B">
        <w:rPr>
          <w:lang w:val="sv-SE"/>
        </w:rPr>
        <w:br/>
        <w:t xml:space="preserve">och </w:t>
      </w:r>
      <w:proofErr w:type="spellStart"/>
      <w:r w:rsidRPr="0096445B">
        <w:rPr>
          <w:lang w:val="sv-SE"/>
        </w:rPr>
        <w:t>Matthan</w:t>
      </w:r>
      <w:proofErr w:type="spellEnd"/>
      <w:r w:rsidRPr="0096445B">
        <w:rPr>
          <w:lang w:val="sv-SE"/>
        </w:rPr>
        <w:t xml:space="preserve"> avlade Jakob,{{</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1:16]]</w:t>
      </w:r>
      <w:r w:rsidRPr="0096445B">
        <w:rPr>
          <w:vertAlign w:val="superscript"/>
          <w:lang w:val="sv-SE"/>
        </w:rPr>
        <w:t>16</w:t>
      </w:r>
      <w:r w:rsidRPr="0096445B">
        <w:rPr>
          <w:lang w:val="sv-SE"/>
        </w:rPr>
        <w:t xml:space="preserve"> {{</w:t>
      </w:r>
      <w:proofErr w:type="spellStart"/>
      <w:r w:rsidRPr="0096445B">
        <w:rPr>
          <w:lang w:val="sv-SE"/>
        </w:rPr>
        <w:t>field-on:bible</w:t>
      </w:r>
      <w:proofErr w:type="spellEnd"/>
      <w:r w:rsidRPr="0096445B">
        <w:rPr>
          <w:lang w:val="sv-SE"/>
        </w:rPr>
        <w:t>}}och Jakob avlade Josef, Marias man.</w:t>
      </w:r>
      <w:r w:rsidRPr="0096445B">
        <w:rPr>
          <w:lang w:val="sv-SE"/>
        </w:rPr>
        <w:br/>
        <w:t>Av henne föddes Jesus som kallas Kristus.{{</w:t>
      </w:r>
      <w:proofErr w:type="spellStart"/>
      <w:r w:rsidRPr="0096445B">
        <w:rPr>
          <w:lang w:val="sv-SE"/>
        </w:rPr>
        <w:t>field-off:bible</w:t>
      </w:r>
      <w:proofErr w:type="spellEnd"/>
      <w:r w:rsidRPr="0096445B">
        <w:rPr>
          <w:lang w:val="sv-SE"/>
        </w:rPr>
        <w:t>}}</w:t>
      </w:r>
    </w:p>
    <w:p w14:paraId="551B5139" w14:textId="3AD9789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}}Alltså</w:t>
      </w:r>
      <w:proofErr w:type="gramEnd"/>
      <w:r w:rsidRPr="0096445B">
        <w:rPr>
          <w:lang w:val="sv-SE"/>
        </w:rPr>
        <w:t xml:space="preserve"> </w:t>
      </w:r>
      <w:r w:rsidRPr="0096445B">
        <w:rPr>
          <w:i/>
          <w:lang w:val="sv-SE"/>
        </w:rPr>
        <w:t>är</w:t>
      </w:r>
      <w:r w:rsidRPr="0096445B">
        <w:rPr>
          <w:lang w:val="sv-SE"/>
        </w:rPr>
        <w:t xml:space="preserve"> alla släkten från Abraham till David fjorton släkten, och från David till Babylonförflyttningen fjorton släkten, och från Babylonförflyttningen till Kristus fjorton </w:t>
      </w:r>
      <w:proofErr w:type="gramStart"/>
      <w:r w:rsidRPr="0096445B">
        <w:rPr>
          <w:lang w:val="sv-SE"/>
        </w:rPr>
        <w:t>släkten.{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407E747" w14:textId="77777777" w:rsidR="00BA33AB" w:rsidRPr="0096445B" w:rsidRDefault="00000000">
      <w:pPr>
        <w:pStyle w:val="Rubrik3"/>
        <w:rPr>
          <w:lang w:val="sv-SE"/>
        </w:rPr>
      </w:pPr>
      <w:r w:rsidRPr="0096445B">
        <w:rPr>
          <w:lang w:val="sv-SE"/>
        </w:rPr>
        <w:t>Jesu födelse</w:t>
      </w:r>
    </w:p>
    <w:p w14:paraId="0E405408" w14:textId="0745528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för Jesus Kristus var ursprunget så: när hans mor Maria hade blivit trolovad med Josef, innan de hade kommit samman, befanns hon havande i magen av helig </w:t>
      </w:r>
      <w:proofErr w:type="gramStart"/>
      <w:r w:rsidRPr="0096445B">
        <w:rPr>
          <w:lang w:val="sv-SE"/>
        </w:rPr>
        <w:t>Ande.{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Josef, hennes man som var rättfärdig och inte ville exponera henne, beslöt sig för att i hemlighet förskjuta </w:t>
      </w:r>
      <w:proofErr w:type="gramStart"/>
      <w:r w:rsidRPr="0096445B">
        <w:rPr>
          <w:lang w:val="sv-SE"/>
        </w:rPr>
        <w:t>henne.{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4E46416" w14:textId="162B290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han reflekterade över detta, se: en Herrens ängel i en dröm visade sig för honom och sade: ”Josef, Davids son! Du ska inte frukta att ta emot Maria </w:t>
      </w:r>
      <w:r w:rsidRPr="0096445B">
        <w:rPr>
          <w:i/>
          <w:lang w:val="sv-SE"/>
        </w:rPr>
        <w:t>som</w:t>
      </w:r>
      <w:r w:rsidRPr="0096445B">
        <w:rPr>
          <w:lang w:val="sv-SE"/>
        </w:rPr>
        <w:t xml:space="preserve"> din hustru. För det </w:t>
      </w:r>
      <w:r w:rsidRPr="0096445B">
        <w:rPr>
          <w:i/>
          <w:lang w:val="sv-SE"/>
        </w:rPr>
        <w:t>som är</w:t>
      </w:r>
      <w:r w:rsidRPr="0096445B">
        <w:rPr>
          <w:lang w:val="sv-SE"/>
        </w:rPr>
        <w:t xml:space="preserve"> avlat i henne är av helig </w:t>
      </w:r>
      <w:proofErr w:type="gramStart"/>
      <w:r w:rsidRPr="0096445B">
        <w:rPr>
          <w:lang w:val="sv-SE"/>
        </w:rPr>
        <w:t>Ande.{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hon ska föda en son, och du ska kalla hans namn Jesus. För han ska frälsa sitt folk från deras synder.”{{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8E08E23" w14:textId="6807AF6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detta hela har hänt för att det skulle uppfyllas som var sagt av Herren genom profeten,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9B9AF01" w14:textId="38CFA79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w:t>
      </w:r>
      <w:proofErr w:type="gramEnd"/>
      <w:r w:rsidRPr="0096445B">
        <w:rPr>
          <w:lang w:val="sv-SE"/>
        </w:rPr>
        <w:t>, jungfrun ska vara havande i magen och föda en son.</w:t>
      </w:r>
      <w:r w:rsidRPr="0096445B">
        <w:rPr>
          <w:lang w:val="sv-SE"/>
        </w:rPr>
        <w:br/>
        <w:t>Och man ska kalla hans namn Emmanuel,</w:t>
      </w:r>
      <w:r w:rsidRPr="0096445B">
        <w:rPr>
          <w:lang w:val="sv-SE"/>
        </w:rPr>
        <w:br/>
        <w:t xml:space="preserve">vilket är översatt: Med oss </w:t>
      </w:r>
      <w:proofErr w:type="gramStart"/>
      <w:r w:rsidRPr="0096445B">
        <w:rPr>
          <w:lang w:val="sv-SE"/>
        </w:rPr>
        <w:t>Gud.{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37B8E7C" w14:textId="407DA45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Josef reste sig från sömnen och gjorde som Herrens ängel hade förordnat för honom. Och han tog emot sin </w:t>
      </w:r>
      <w:proofErr w:type="gramStart"/>
      <w:r w:rsidRPr="0096445B">
        <w:rPr>
          <w:lang w:val="sv-SE"/>
        </w:rPr>
        <w:t>hustru,{</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kände henne inte förrän hon hade fött en son. Och han kallade hans namn </w:t>
      </w:r>
      <w:proofErr w:type="gramStart"/>
      <w:r w:rsidRPr="0096445B">
        <w:rPr>
          <w:lang w:val="sv-SE"/>
        </w:rPr>
        <w:t>Jesus.{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615EBB5" w14:textId="6FA57EFD"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w:t>
      </w:r>
      <w:proofErr w:type="gramStart"/>
      <w:r w:rsidRPr="0096445B">
        <w:rPr>
          <w:lang w:val="sv-SE"/>
        </w:rPr>
        <w:t>]]Kapitel</w:t>
      </w:r>
      <w:proofErr w:type="gramEnd"/>
      <w:r w:rsidRPr="0096445B">
        <w:rPr>
          <w:lang w:val="sv-SE"/>
        </w:rPr>
        <w:t xml:space="preserve"> 2</w:t>
      </w:r>
    </w:p>
    <w:p w14:paraId="22007598" w14:textId="77777777" w:rsidR="00BA33AB" w:rsidRPr="0096445B" w:rsidRDefault="00000000">
      <w:pPr>
        <w:pStyle w:val="Rubrik3"/>
        <w:rPr>
          <w:lang w:val="sv-SE"/>
        </w:rPr>
      </w:pPr>
      <w:r w:rsidRPr="0096445B">
        <w:rPr>
          <w:lang w:val="sv-SE"/>
        </w:rPr>
        <w:t>Mager från öst</w:t>
      </w:r>
    </w:p>
    <w:p w14:paraId="06ABFED8" w14:textId="5A9BEB9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Jesus var född i Bethlehem i Judeen under kung Herodes dagar, se: mager från öst kom fram till Jerusalem{{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”Var är han </w:t>
      </w:r>
      <w:r w:rsidRPr="0096445B">
        <w:rPr>
          <w:i/>
          <w:lang w:val="sv-SE"/>
        </w:rPr>
        <w:t>som är</w:t>
      </w:r>
      <w:r w:rsidRPr="0096445B">
        <w:rPr>
          <w:lang w:val="sv-SE"/>
        </w:rPr>
        <w:t xml:space="preserve"> född judarnas </w:t>
      </w:r>
      <w:r w:rsidRPr="0096445B">
        <w:rPr>
          <w:lang w:val="sv-SE"/>
        </w:rPr>
        <w:lastRenderedPageBreak/>
        <w:t xml:space="preserve">kung? För vi har sett hans stjärna i Östern och har kommit </w:t>
      </w:r>
      <w:r w:rsidRPr="0096445B">
        <w:rPr>
          <w:i/>
          <w:lang w:val="sv-SE"/>
        </w:rPr>
        <w:t>för</w:t>
      </w:r>
      <w:r w:rsidRPr="0096445B">
        <w:rPr>
          <w:lang w:val="sv-SE"/>
        </w:rPr>
        <w:t xml:space="preserve"> att tillbe honom.”{{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F5C67E8" w14:textId="67E9B23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kung Herodes hörde </w:t>
      </w:r>
      <w:r w:rsidRPr="0096445B">
        <w:rPr>
          <w:i/>
          <w:lang w:val="sv-SE"/>
        </w:rPr>
        <w:t>det</w:t>
      </w:r>
      <w:r w:rsidRPr="0096445B">
        <w:rPr>
          <w:lang w:val="sv-SE"/>
        </w:rPr>
        <w:t xml:space="preserve"> blev han oroad, och hela Jerusalem med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samlade alla översteprästerna och skriftlärda från folket och efterhörde från dem var Kristus </w:t>
      </w:r>
      <w:proofErr w:type="gramStart"/>
      <w:r w:rsidRPr="0096445B">
        <w:rPr>
          <w:lang w:val="sv-SE"/>
        </w:rPr>
        <w:t>föds.{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sade till honom: ”I Bethlehem i Judeen. För så är skrivet genom </w:t>
      </w:r>
      <w:proofErr w:type="gramStart"/>
      <w:r w:rsidRPr="0096445B">
        <w:rPr>
          <w:lang w:val="sv-SE"/>
        </w:rPr>
        <w:t>profeten:{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70AF50A" w14:textId="650E3F0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du, Bethlehem </w:t>
      </w:r>
      <w:r w:rsidRPr="0096445B">
        <w:rPr>
          <w:i/>
          <w:lang w:val="sv-SE"/>
        </w:rPr>
        <w:t>i</w:t>
      </w:r>
      <w:r w:rsidRPr="0096445B">
        <w:rPr>
          <w:lang w:val="sv-SE"/>
        </w:rPr>
        <w:t xml:space="preserve"> Juda land,</w:t>
      </w:r>
      <w:r w:rsidRPr="0096445B">
        <w:rPr>
          <w:lang w:val="sv-SE"/>
        </w:rPr>
        <w:br/>
        <w:t>är alls inte minst bland Juda styresmän.</w:t>
      </w:r>
      <w:r w:rsidRPr="0096445B">
        <w:rPr>
          <w:lang w:val="sv-SE"/>
        </w:rPr>
        <w:br/>
        <w:t>För från dig ska utgå en styrande</w:t>
      </w:r>
      <w:r w:rsidRPr="0096445B">
        <w:rPr>
          <w:lang w:val="sv-SE"/>
        </w:rPr>
        <w:br/>
        <w:t>som ska vara herde för mitt folk Israel.”{{</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A675E98" w14:textId="04ADD70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kallade Herodes i hemlighet på magerna och preciserade från dem tiden för stjärnan som visade sig.{{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skickade dem till Bethlehem och sade: ”Gå och hör er noga för om barnet. Och då ni funnit, meddela mig så att även jag kan komma och tillbe honom.”{{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AA4BE84" w14:textId="7AB5687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lyssnade till kungen och gick. Och se, stjärnan som de såg i Östern gick före dem, tills den kom och stod ovanför där barnet var.{{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såg stjärnan, gladde de sig med mycket stor </w:t>
      </w:r>
      <w:proofErr w:type="gramStart"/>
      <w:r w:rsidRPr="0096445B">
        <w:rPr>
          <w:lang w:val="sv-SE"/>
        </w:rPr>
        <w:t>glädje.{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gick in i huset och såg barnet med Maria, hans mor, och de föll </w:t>
      </w:r>
      <w:r w:rsidRPr="0096445B">
        <w:rPr>
          <w:i/>
          <w:lang w:val="sv-SE"/>
        </w:rPr>
        <w:t>ner</w:t>
      </w:r>
      <w:r w:rsidRPr="0096445B">
        <w:rPr>
          <w:lang w:val="sv-SE"/>
        </w:rPr>
        <w:t xml:space="preserve"> och tillbad honom. Och de öppnade sina skattgömmor och frambar till honom äregåvor: guld och </w:t>
      </w:r>
      <w:proofErr w:type="spellStart"/>
      <w:r w:rsidRPr="0096445B">
        <w:rPr>
          <w:lang w:val="sv-SE"/>
        </w:rPr>
        <w:t>olibanum</w:t>
      </w:r>
      <w:proofErr w:type="spellEnd"/>
      <w:r w:rsidRPr="0096445B">
        <w:rPr>
          <w:lang w:val="sv-SE"/>
        </w:rPr>
        <w:t xml:space="preserve"> och </w:t>
      </w:r>
      <w:proofErr w:type="gramStart"/>
      <w:r w:rsidRPr="0096445B">
        <w:rPr>
          <w:lang w:val="sv-SE"/>
        </w:rPr>
        <w:t>myrra.{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sedan de fått uppenbarelse i en dröm att inte vända tillbaka till Herodes, </w:t>
      </w:r>
      <w:r w:rsidRPr="0096445B">
        <w:rPr>
          <w:i/>
          <w:lang w:val="sv-SE"/>
        </w:rPr>
        <w:t>blev det</w:t>
      </w:r>
      <w:r w:rsidRPr="0096445B">
        <w:rPr>
          <w:lang w:val="sv-SE"/>
        </w:rPr>
        <w:t xml:space="preserve"> på en annan väg de drog sig undan till sin </w:t>
      </w:r>
      <w:proofErr w:type="gramStart"/>
      <w:r w:rsidRPr="0096445B">
        <w:rPr>
          <w:lang w:val="sv-SE"/>
        </w:rPr>
        <w:t>trakt.{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D2DAADC" w14:textId="77777777" w:rsidR="00BA33AB" w:rsidRPr="0096445B" w:rsidRDefault="00000000">
      <w:pPr>
        <w:pStyle w:val="Rubrik3"/>
        <w:rPr>
          <w:lang w:val="sv-SE"/>
        </w:rPr>
      </w:pPr>
      <w:r w:rsidRPr="0096445B">
        <w:rPr>
          <w:lang w:val="sv-SE"/>
        </w:rPr>
        <w:t>Flykten till Egypten</w:t>
      </w:r>
    </w:p>
    <w:p w14:paraId="5C00C31D" w14:textId="07A726C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 hade dragit sig undan, se: en Herrens ängel visar sig i en dröm för Josef och säger: ”Res dig, ta med barnet och dess mor och fly till Egypten! Och var där tills jag säger till dig. För Herodes kommer att söka efter barnet för att förgöra det.”{{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44A1FDB" w14:textId="0FFE85A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reste sig, tog med barnet och dess mor i natten och drog sig undan till </w:t>
      </w:r>
      <w:proofErr w:type="gramStart"/>
      <w:r w:rsidRPr="0096445B">
        <w:rPr>
          <w:lang w:val="sv-SE"/>
        </w:rPr>
        <w:t>Egypten.{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var där fram till Herodes frånfälle, för att det skulle uppfyllas </w:t>
      </w:r>
      <w:r w:rsidRPr="0096445B">
        <w:rPr>
          <w:i/>
          <w:lang w:val="sv-SE"/>
        </w:rPr>
        <w:t>som var</w:t>
      </w:r>
      <w:r w:rsidRPr="0096445B">
        <w:rPr>
          <w:lang w:val="sv-SE"/>
        </w:rPr>
        <w:t xml:space="preserve"> sagt av Herren genom profeten, som sade: Ur Egypten kallade jag min </w:t>
      </w:r>
      <w:proofErr w:type="gramStart"/>
      <w:r w:rsidRPr="0096445B">
        <w:rPr>
          <w:lang w:val="sv-SE"/>
        </w:rPr>
        <w:t>son.{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AB4D2C0" w14:textId="77777777" w:rsidR="00BA33AB" w:rsidRPr="0096445B" w:rsidRDefault="00000000">
      <w:pPr>
        <w:pStyle w:val="Rubrik3"/>
        <w:rPr>
          <w:lang w:val="sv-SE"/>
        </w:rPr>
      </w:pPr>
      <w:r w:rsidRPr="0096445B">
        <w:rPr>
          <w:lang w:val="sv-SE"/>
        </w:rPr>
        <w:t>Herodes barnamord</w:t>
      </w:r>
    </w:p>
    <w:p w14:paraId="1605E073" w14:textId="2DAE8BF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såg Herodes att han blivit förlöjligad av magerna, och han blev väldigt rasande. Och han sände ut och avrättade alla gossarna i Bethlehem och i hela dess område från två år och neråt, enligt den tid som han hade preciserat från </w:t>
      </w:r>
      <w:proofErr w:type="gramStart"/>
      <w:r w:rsidRPr="0096445B">
        <w:rPr>
          <w:lang w:val="sv-SE"/>
        </w:rPr>
        <w:lastRenderedPageBreak/>
        <w:t>magerna.{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uppfylldes det </w:t>
      </w:r>
      <w:r w:rsidRPr="0096445B">
        <w:rPr>
          <w:i/>
          <w:lang w:val="sv-SE"/>
        </w:rPr>
        <w:t>som var</w:t>
      </w:r>
      <w:r w:rsidRPr="0096445B">
        <w:rPr>
          <w:lang w:val="sv-SE"/>
        </w:rPr>
        <w:t xml:space="preserve"> sagt genom profeten Jeremia,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A80674D" w14:textId="72EC2BC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}}En</w:t>
      </w:r>
      <w:proofErr w:type="gramEnd"/>
      <w:r w:rsidRPr="0096445B">
        <w:rPr>
          <w:lang w:val="sv-SE"/>
        </w:rPr>
        <w:t xml:space="preserve"> röst i Rama hördes, gråt och klagan stor:</w:t>
      </w:r>
      <w:r w:rsidRPr="0096445B">
        <w:rPr>
          <w:lang w:val="sv-SE"/>
        </w:rPr>
        <w:br/>
        <w:t xml:space="preserve">Rachel som grät </w:t>
      </w:r>
      <w:r w:rsidRPr="0096445B">
        <w:rPr>
          <w:i/>
          <w:lang w:val="sv-SE"/>
        </w:rPr>
        <w:t>över</w:t>
      </w:r>
      <w:r w:rsidRPr="0096445B">
        <w:rPr>
          <w:lang w:val="sv-SE"/>
        </w:rPr>
        <w:t xml:space="preserve"> sina barn.</w:t>
      </w:r>
      <w:r w:rsidRPr="0096445B">
        <w:rPr>
          <w:lang w:val="sv-SE"/>
        </w:rPr>
        <w:br/>
        <w:t xml:space="preserve">Och hon ville inte bli tröstad, för de finns </w:t>
      </w:r>
      <w:proofErr w:type="gramStart"/>
      <w:r w:rsidRPr="0096445B">
        <w:rPr>
          <w:lang w:val="sv-SE"/>
        </w:rPr>
        <w:t>inte.{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B07F8C6" w14:textId="77777777" w:rsidR="00BA33AB" w:rsidRPr="0096445B" w:rsidRDefault="00000000">
      <w:pPr>
        <w:pStyle w:val="Rubrik3"/>
        <w:rPr>
          <w:lang w:val="sv-SE"/>
        </w:rPr>
      </w:pPr>
      <w:r w:rsidRPr="0096445B">
        <w:rPr>
          <w:lang w:val="sv-SE"/>
        </w:rPr>
        <w:t>Tillbaka till Israels land</w:t>
      </w:r>
    </w:p>
    <w:p w14:paraId="6BDF8AE2" w14:textId="68B2F23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Herodes hade avlidit, se: en Herrens ängel visar sig i en dröm för Josef i Egypten{{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säger: ”Res dig, ta med barnet och dess mor och gå till Israels land. För de är döda, de som sökte barnets själ.”{{</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reste sig och tog med barnet och dess mor och kom in i Israels </w:t>
      </w:r>
      <w:proofErr w:type="gramStart"/>
      <w:r w:rsidRPr="0096445B">
        <w:rPr>
          <w:lang w:val="sv-SE"/>
        </w:rPr>
        <w:t>land.{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9E000D3" w14:textId="4D6AD25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han hörde att </w:t>
      </w:r>
      <w:proofErr w:type="spellStart"/>
      <w:r w:rsidRPr="0096445B">
        <w:rPr>
          <w:lang w:val="sv-SE"/>
        </w:rPr>
        <w:t>Archelaos</w:t>
      </w:r>
      <w:proofErr w:type="spellEnd"/>
      <w:r w:rsidRPr="0096445B">
        <w:rPr>
          <w:lang w:val="sv-SE"/>
        </w:rPr>
        <w:t xml:space="preserve"> regerar Judeen </w:t>
      </w:r>
      <w:proofErr w:type="gramStart"/>
      <w:r w:rsidRPr="0096445B">
        <w:rPr>
          <w:lang w:val="sv-SE"/>
        </w:rPr>
        <w:t>istället</w:t>
      </w:r>
      <w:proofErr w:type="gramEnd"/>
      <w:r w:rsidRPr="0096445B">
        <w:rPr>
          <w:lang w:val="sv-SE"/>
        </w:rPr>
        <w:t xml:space="preserve"> för sin far Herodes, fruktade han för att gå bort dit. Och sedan han fått uppenbarelse i en dröm, drog han sig undan till bygderna i </w:t>
      </w:r>
      <w:proofErr w:type="gramStart"/>
      <w:r w:rsidRPr="0096445B">
        <w:rPr>
          <w:lang w:val="sv-SE"/>
        </w:rPr>
        <w:t>Galileen.{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gick och bosatte sig i en stad som kallas </w:t>
      </w:r>
      <w:proofErr w:type="spellStart"/>
      <w:r w:rsidRPr="0096445B">
        <w:rPr>
          <w:lang w:val="sv-SE"/>
        </w:rPr>
        <w:t>Nazaret</w:t>
      </w:r>
      <w:proofErr w:type="spellEnd"/>
      <w:r w:rsidRPr="0096445B">
        <w:rPr>
          <w:lang w:val="sv-SE"/>
        </w:rPr>
        <w:t xml:space="preserve">, för att det skulle uppfyllas </w:t>
      </w:r>
      <w:r w:rsidRPr="0096445B">
        <w:rPr>
          <w:i/>
          <w:lang w:val="sv-SE"/>
        </w:rPr>
        <w:t>som var</w:t>
      </w:r>
      <w:r w:rsidRPr="0096445B">
        <w:rPr>
          <w:lang w:val="sv-SE"/>
        </w:rPr>
        <w:t xml:space="preserve"> sagt genom profeterna: att </w:t>
      </w:r>
      <w:proofErr w:type="spellStart"/>
      <w:r w:rsidRPr="0096445B">
        <w:rPr>
          <w:lang w:val="sv-SE"/>
        </w:rPr>
        <w:t>nazoré</w:t>
      </w:r>
      <w:proofErr w:type="spellEnd"/>
      <w:r w:rsidRPr="0096445B">
        <w:rPr>
          <w:lang w:val="sv-SE"/>
        </w:rPr>
        <w:t xml:space="preserve"> ska han </w:t>
      </w:r>
      <w:proofErr w:type="gramStart"/>
      <w:r w:rsidRPr="0096445B">
        <w:rPr>
          <w:lang w:val="sv-SE"/>
        </w:rPr>
        <w:t>kallas.{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18CA141" w14:textId="0A2F5148"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w:t>
      </w:r>
      <w:proofErr w:type="gramStart"/>
      <w:r w:rsidRPr="0096445B">
        <w:rPr>
          <w:lang w:val="sv-SE"/>
        </w:rPr>
        <w:t>]]Kapitel</w:t>
      </w:r>
      <w:proofErr w:type="gramEnd"/>
      <w:r w:rsidRPr="0096445B">
        <w:rPr>
          <w:lang w:val="sv-SE"/>
        </w:rPr>
        <w:t xml:space="preserve"> 3</w:t>
      </w:r>
    </w:p>
    <w:p w14:paraId="2B13052B" w14:textId="77777777" w:rsidR="00BA33AB" w:rsidRPr="0096445B" w:rsidRDefault="00000000">
      <w:pPr>
        <w:pStyle w:val="Rubrik3"/>
        <w:rPr>
          <w:lang w:val="sv-SE"/>
        </w:rPr>
      </w:pPr>
      <w:r w:rsidRPr="0096445B">
        <w:rPr>
          <w:lang w:val="sv-SE"/>
        </w:rPr>
        <w:t>Johannes Döparens förkunnelse</w:t>
      </w:r>
    </w:p>
    <w:p w14:paraId="13BA1233" w14:textId="096B502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i de dagarna kommer Johannes Döparen fram och förkunnar i </w:t>
      </w:r>
      <w:proofErr w:type="spellStart"/>
      <w:r w:rsidRPr="0096445B">
        <w:rPr>
          <w:lang w:val="sv-SE"/>
        </w:rPr>
        <w:t>Judeens</w:t>
      </w:r>
      <w:proofErr w:type="spellEnd"/>
      <w:r w:rsidRPr="0096445B">
        <w:rPr>
          <w:lang w:val="sv-SE"/>
        </w:rPr>
        <w:t xml:space="preserve"> ödemark{{</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gramEnd"/>
      <w:r w:rsidRPr="0096445B">
        <w:rPr>
          <w:lang w:val="sv-SE"/>
        </w:rPr>
        <w:t xml:space="preserve">och] säger: ”Ändra sinne! För himlarnas rike är </w:t>
      </w:r>
      <w:r w:rsidRPr="0096445B">
        <w:rPr>
          <w:i/>
          <w:lang w:val="sv-SE"/>
        </w:rPr>
        <w:t>nu</w:t>
      </w:r>
      <w:r w:rsidRPr="0096445B">
        <w:rPr>
          <w:lang w:val="sv-SE"/>
        </w:rPr>
        <w:t xml:space="preserve"> nära.”{{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denne är den </w:t>
      </w:r>
      <w:r w:rsidRPr="0096445B">
        <w:rPr>
          <w:i/>
          <w:lang w:val="sv-SE"/>
        </w:rPr>
        <w:t>som är</w:t>
      </w:r>
      <w:r w:rsidRPr="0096445B">
        <w:rPr>
          <w:lang w:val="sv-SE"/>
        </w:rPr>
        <w:t xml:space="preserve"> sagd genom profeten Esaias,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458DE41" w14:textId="77777777"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}}En</w:t>
      </w:r>
      <w:proofErr w:type="gramEnd"/>
      <w:r w:rsidRPr="0096445B">
        <w:rPr>
          <w:lang w:val="sv-SE"/>
        </w:rPr>
        <w:t xml:space="preserve"> ropandes röst i ödemarken:</w:t>
      </w:r>
      <w:r w:rsidRPr="0096445B">
        <w:rPr>
          <w:lang w:val="sv-SE"/>
        </w:rPr>
        <w:br/>
        <w:t xml:space="preserve">Bered Herrens väg! Gör raka hans </w:t>
      </w:r>
      <w:proofErr w:type="gramStart"/>
      <w:r w:rsidRPr="0096445B">
        <w:rPr>
          <w:lang w:val="sv-SE"/>
        </w:rPr>
        <w:t>stigar!{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0535880" w14:textId="3ED0BF1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själv hade Johannes sin klädsel av kamelhår och ett läderbälte om sin höft, och hans föda var gräshoppor och </w:t>
      </w:r>
      <w:proofErr w:type="gramStart"/>
      <w:r w:rsidRPr="0096445B">
        <w:rPr>
          <w:lang w:val="sv-SE"/>
        </w:rPr>
        <w:t>vildhonung.{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gick man ut till honom, Jerusalem och hela Judeen och hela trakten runt </w:t>
      </w:r>
      <w:proofErr w:type="gramStart"/>
      <w:r w:rsidRPr="0096445B">
        <w:rPr>
          <w:lang w:val="sv-SE"/>
        </w:rPr>
        <w:t>Jordan,{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döptes i Jordanfloden av honom, erkännande sina </w:t>
      </w:r>
      <w:proofErr w:type="gramStart"/>
      <w:r w:rsidRPr="0096445B">
        <w:rPr>
          <w:lang w:val="sv-SE"/>
        </w:rPr>
        <w:t>synder.{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8770E20" w14:textId="1E20ACF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han såg många av fariseerna och </w:t>
      </w:r>
      <w:proofErr w:type="spellStart"/>
      <w:r w:rsidRPr="0096445B">
        <w:rPr>
          <w:lang w:val="sv-SE"/>
        </w:rPr>
        <w:t>saddukeerna</w:t>
      </w:r>
      <w:proofErr w:type="spellEnd"/>
      <w:r w:rsidRPr="0096445B">
        <w:rPr>
          <w:lang w:val="sv-SE"/>
        </w:rPr>
        <w:t xml:space="preserve"> komma till hans dop, sade han till dem: ”Huggormsyngel! Vem har visat er att fly från den kommande </w:t>
      </w:r>
      <w:proofErr w:type="gramStart"/>
      <w:r w:rsidRPr="0096445B">
        <w:rPr>
          <w:lang w:val="sv-SE"/>
        </w:rPr>
        <w:t>vreden?{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}}Gör</w:t>
      </w:r>
      <w:proofErr w:type="gramEnd"/>
      <w:r w:rsidRPr="0096445B">
        <w:rPr>
          <w:lang w:val="sv-SE"/>
        </w:rPr>
        <w:t xml:space="preserve"> då frukt värdig </w:t>
      </w:r>
      <w:proofErr w:type="gramStart"/>
      <w:r w:rsidRPr="0096445B">
        <w:rPr>
          <w:lang w:val="sv-SE"/>
        </w:rPr>
        <w:t>sinnesändringen.{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tänk er inte att säga inom er: </w:t>
      </w:r>
      <w:r w:rsidRPr="0096445B">
        <w:rPr>
          <w:i/>
          <w:lang w:val="sv-SE"/>
        </w:rPr>
        <w:t>Som</w:t>
      </w:r>
      <w:r w:rsidRPr="0096445B">
        <w:rPr>
          <w:lang w:val="sv-SE"/>
        </w:rPr>
        <w:t xml:space="preserve"> far har vi Abraham. För jag säger er att </w:t>
      </w:r>
      <w:r w:rsidRPr="0096445B">
        <w:rPr>
          <w:lang w:val="sv-SE"/>
        </w:rPr>
        <w:lastRenderedPageBreak/>
        <w:t xml:space="preserve">Gud ur dessa stenar kan resa upp barn åt </w:t>
      </w:r>
      <w:proofErr w:type="gramStart"/>
      <w:r w:rsidRPr="0096445B">
        <w:rPr>
          <w:lang w:val="sv-SE"/>
        </w:rPr>
        <w:t>Abraham.{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redan ligger yxan mot trädens rot. Varje träd som inte gör god frukt huggs alltså bort och kastas i </w:t>
      </w:r>
      <w:proofErr w:type="gramStart"/>
      <w:r w:rsidRPr="0096445B">
        <w:rPr>
          <w:lang w:val="sv-SE"/>
        </w:rPr>
        <w:t>eld.{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A65C37B" w14:textId="48B06E2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}}Jag</w:t>
      </w:r>
      <w:proofErr w:type="gramEnd"/>
      <w:r w:rsidRPr="0096445B">
        <w:rPr>
          <w:lang w:val="sv-SE"/>
        </w:rPr>
        <w:t xml:space="preserve"> döper er i vatten till sinnesändring. Men den som kommer efter mig är starkare än jag, </w:t>
      </w:r>
      <w:r w:rsidRPr="0096445B">
        <w:rPr>
          <w:i/>
          <w:lang w:val="sv-SE"/>
        </w:rPr>
        <w:t>och</w:t>
      </w:r>
      <w:r w:rsidRPr="0096445B">
        <w:rPr>
          <w:lang w:val="sv-SE"/>
        </w:rPr>
        <w:t xml:space="preserve"> jag är inte förtjänt att bära hans sandaler. Han ska döpa er i helig Ande och </w:t>
      </w:r>
      <w:proofErr w:type="gramStart"/>
      <w:r w:rsidRPr="0096445B">
        <w:rPr>
          <w:lang w:val="sv-SE"/>
        </w:rPr>
        <w:t>eld.{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}}Hans</w:t>
      </w:r>
      <w:proofErr w:type="gramEnd"/>
      <w:r w:rsidRPr="0096445B">
        <w:rPr>
          <w:lang w:val="sv-SE"/>
        </w:rPr>
        <w:t xml:space="preserve"> kastskovel </w:t>
      </w:r>
      <w:r w:rsidRPr="0096445B">
        <w:rPr>
          <w:i/>
          <w:lang w:val="sv-SE"/>
        </w:rPr>
        <w:t>är</w:t>
      </w:r>
      <w:r w:rsidRPr="0096445B">
        <w:rPr>
          <w:lang w:val="sv-SE"/>
        </w:rPr>
        <w:t xml:space="preserve"> i hans hand, och han ska rensa sin tröskplats och samla sitt vete in i ladan. Men agnarna ska han bränna upp med osläckbar eld.”{{</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D092810" w14:textId="77777777" w:rsidR="00BA33AB" w:rsidRPr="0096445B" w:rsidRDefault="00000000">
      <w:pPr>
        <w:pStyle w:val="Rubrik3"/>
        <w:rPr>
          <w:lang w:val="sv-SE"/>
        </w:rPr>
      </w:pPr>
      <w:r w:rsidRPr="0096445B">
        <w:rPr>
          <w:lang w:val="sv-SE"/>
        </w:rPr>
        <w:t>Jesu dop</w:t>
      </w:r>
    </w:p>
    <w:p w14:paraId="4352DA9C" w14:textId="780C3C3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kommer Jesus dit från Galileen till Jordan hos Johannes för att döpas av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Johannes </w:t>
      </w:r>
      <w:r w:rsidRPr="0096445B">
        <w:rPr>
          <w:i/>
          <w:lang w:val="sv-SE"/>
        </w:rPr>
        <w:t>började</w:t>
      </w:r>
      <w:r w:rsidRPr="0096445B">
        <w:rPr>
          <w:lang w:val="sv-SE"/>
        </w:rPr>
        <w:t xml:space="preserve"> hindra honom och sade: ”Jag har behov av att döpas av dig. Och du kommer till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svarade och sade till honom: ”Tillåt </w:t>
      </w:r>
      <w:r w:rsidRPr="0096445B">
        <w:rPr>
          <w:i/>
          <w:lang w:val="sv-SE"/>
        </w:rPr>
        <w:t>det</w:t>
      </w:r>
      <w:r w:rsidRPr="0096445B">
        <w:rPr>
          <w:lang w:val="sv-SE"/>
        </w:rPr>
        <w:t xml:space="preserve"> nu. För så är det anständigt för oss att uppfylla all rättfärdighet.” Då tillät han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C99629E" w14:textId="783683F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döpt steg Jesus direkt upp ur vattnet, och se: </w:t>
      </w:r>
      <w:r w:rsidRPr="0096445B">
        <w:rPr>
          <w:i/>
          <w:lang w:val="sv-SE"/>
        </w:rPr>
        <w:t>då</w:t>
      </w:r>
      <w:r w:rsidRPr="0096445B">
        <w:rPr>
          <w:lang w:val="sv-SE"/>
        </w:rPr>
        <w:t xml:space="preserve"> öppnades [för honom] himlarna, och han såg Guds Ande komma ner som en duva [och] komma över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3:17]]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röst från himlarna som sade: ”Denne är min Son, den Älskade. I honom har jag funnit behag.”{{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3694056" w14:textId="6D791D1F"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w:t>
      </w:r>
      <w:proofErr w:type="gramStart"/>
      <w:r w:rsidRPr="0096445B">
        <w:rPr>
          <w:lang w:val="sv-SE"/>
        </w:rPr>
        <w:t>]]Kapitel</w:t>
      </w:r>
      <w:proofErr w:type="gramEnd"/>
      <w:r w:rsidRPr="0096445B">
        <w:rPr>
          <w:lang w:val="sv-SE"/>
        </w:rPr>
        <w:t xml:space="preserve"> 4</w:t>
      </w:r>
    </w:p>
    <w:p w14:paraId="77D5DD29" w14:textId="77777777" w:rsidR="00BA33AB" w:rsidRPr="0096445B" w:rsidRDefault="00000000">
      <w:pPr>
        <w:pStyle w:val="Rubrik3"/>
        <w:rPr>
          <w:lang w:val="sv-SE"/>
        </w:rPr>
      </w:pPr>
      <w:r w:rsidRPr="0096445B">
        <w:rPr>
          <w:lang w:val="sv-SE"/>
        </w:rPr>
        <w:t>Jesus prövad av djävulen</w:t>
      </w:r>
    </w:p>
    <w:p w14:paraId="62925764" w14:textId="61F2E09E" w:rsidR="00BA33AB" w:rsidRPr="0096445B" w:rsidRDefault="00000000">
      <w:pPr>
        <w:rPr>
          <w:lang w:val="sv-SE"/>
        </w:rPr>
      </w:pPr>
      <w:r w:rsidRPr="0096445B">
        <w:rPr>
          <w:lang w:val="sv-SE"/>
        </w:rPr>
        <w:t>[[@</w:t>
      </w:r>
      <w:r w:rsidR="0096445B" w:rsidRPr="0096445B">
        <w:rPr>
          <w:lang w:val="sv-SE"/>
        </w:rPr>
        <w:t>BibleBIBEL82</w:t>
      </w:r>
      <w:r w:rsidRPr="0096445B">
        <w:rPr>
          <w:lang w:val="sv-SE"/>
        </w:rPr>
        <w:t>:Matt 4:1]]</w:t>
      </w:r>
      <w:r w:rsidRPr="0096445B">
        <w:rPr>
          <w:vertAlign w:val="superscript"/>
          <w:lang w:val="sv-SE"/>
        </w:rPr>
        <w:t>1</w:t>
      </w:r>
      <w:r w:rsidRPr="0096445B">
        <w:rPr>
          <w:lang w:val="sv-SE"/>
        </w:rPr>
        <w:t xml:space="preserve"> {{</w:t>
      </w:r>
      <w:proofErr w:type="spellStart"/>
      <w:r w:rsidRPr="0096445B">
        <w:rPr>
          <w:lang w:val="sv-SE"/>
        </w:rPr>
        <w:t>field-on:bible</w:t>
      </w:r>
      <w:proofErr w:type="spellEnd"/>
      <w:r w:rsidRPr="0096445B">
        <w:rPr>
          <w:lang w:val="sv-SE"/>
        </w:rPr>
        <w:t xml:space="preserve">}}Sedan fördes Jesus upp till ödemarken av Anden </w:t>
      </w:r>
      <w:r w:rsidRPr="0096445B">
        <w:rPr>
          <w:i/>
          <w:lang w:val="sv-SE"/>
        </w:rPr>
        <w:t>för</w:t>
      </w:r>
      <w:r w:rsidRPr="0096445B">
        <w:rPr>
          <w:lang w:val="sv-SE"/>
        </w:rPr>
        <w:t xml:space="preserve"> att prövas av djävulen.{{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4:2]]</w:t>
      </w:r>
      <w:r w:rsidRPr="0096445B">
        <w:rPr>
          <w:vertAlign w:val="superscript"/>
          <w:lang w:val="sv-SE"/>
        </w:rPr>
        <w:t>2</w:t>
      </w:r>
      <w:r w:rsidRPr="0096445B">
        <w:rPr>
          <w:lang w:val="sv-SE"/>
        </w:rPr>
        <w:t xml:space="preserve"> {{</w:t>
      </w:r>
      <w:proofErr w:type="spellStart"/>
      <w:r w:rsidRPr="0096445B">
        <w:rPr>
          <w:lang w:val="sv-SE"/>
        </w:rPr>
        <w:t>field-on:bible</w:t>
      </w:r>
      <w:proofErr w:type="spellEnd"/>
      <w:r w:rsidRPr="0096445B">
        <w:rPr>
          <w:lang w:val="sv-SE"/>
        </w:rPr>
        <w:t xml:space="preserve">}}Och när han hade fastat fyrtio dagar och fyrtio nätter blev han </w:t>
      </w:r>
      <w:r w:rsidRPr="0096445B">
        <w:rPr>
          <w:i/>
          <w:lang w:val="sv-SE"/>
        </w:rPr>
        <w:t>till</w:t>
      </w:r>
      <w:r w:rsidRPr="0096445B">
        <w:rPr>
          <w:lang w:val="sv-SE"/>
        </w:rPr>
        <w:t xml:space="preserve"> sist hungrig.{{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4:3]]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}}Och fram kom frestaren och sade till honom: ”Om du är Guds Son, säg att dessa stenar ska bli bröd.”{{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4:4]]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}}Men han svarade och sade: ”Det är skrivet: Inte bara på bröd ska människan leva, utan på varje ord som utgår genom Guds mun.”{{</w:t>
      </w:r>
      <w:proofErr w:type="spellStart"/>
      <w:r w:rsidRPr="0096445B">
        <w:rPr>
          <w:lang w:val="sv-SE"/>
        </w:rPr>
        <w:t>field-off:bible</w:t>
      </w:r>
      <w:proofErr w:type="spellEnd"/>
      <w:r w:rsidRPr="0096445B">
        <w:rPr>
          <w:lang w:val="sv-SE"/>
        </w:rPr>
        <w:t>}}</w:t>
      </w:r>
    </w:p>
    <w:p w14:paraId="232F8DF1" w14:textId="7DD7AE8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tar djävulen med honom till den heliga staden, och han ställde honom på templets vinge{{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säger till honom: ”Om du är Guds Son, kasta dig ner! För det är skrivet att: Sina änglar ska han påbjuda om dig, och på händer ska de lyfta dig så att inte du stöter din fot mot en sten.”{{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r w:rsidRPr="0096445B">
        <w:rPr>
          <w:i/>
          <w:lang w:val="sv-SE"/>
        </w:rPr>
        <w:t>Då</w:t>
      </w:r>
      <w:proofErr w:type="gramEnd"/>
      <w:r w:rsidRPr="0096445B">
        <w:rPr>
          <w:lang w:val="sv-SE"/>
        </w:rPr>
        <w:t xml:space="preserve"> sade honom Jesus: ”Åter är det skrivet: Du ska inte pröva ut Herren din Gud.”{{</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2651EA1" w14:textId="24DA9AA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}}Åter</w:t>
      </w:r>
      <w:proofErr w:type="gramEnd"/>
      <w:r w:rsidRPr="0096445B">
        <w:rPr>
          <w:lang w:val="sv-SE"/>
        </w:rPr>
        <w:t xml:space="preserve"> tar djävulen med honom till ett väldigt högt berg och visar honom världens alla riken och deras </w:t>
      </w:r>
      <w:proofErr w:type="gramStart"/>
      <w:r w:rsidRPr="0096445B">
        <w:rPr>
          <w:lang w:val="sv-SE"/>
        </w:rPr>
        <w:t>härlighet,{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xml:space="preserve">}} </w:t>
      </w: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till honom: ”Allt detta ska jag ge dig, om du faller </w:t>
      </w:r>
      <w:r w:rsidRPr="0096445B">
        <w:rPr>
          <w:i/>
          <w:lang w:val="sv-SE"/>
        </w:rPr>
        <w:t>ner</w:t>
      </w:r>
      <w:r w:rsidRPr="0096445B">
        <w:rPr>
          <w:lang w:val="sv-SE"/>
        </w:rPr>
        <w:t xml:space="preserve"> och tillber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säger honom Jesus: ”Bege dig, Satan! För det är skrivet: Herren din Gud ska du tillbe, och bara honom ska du dyrka.”{{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C54FCA7" w14:textId="646E70F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lämnar honom djävulen, och se: änglar kom fram och betjänade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36D5760" w14:textId="77777777" w:rsidR="00BA33AB" w:rsidRPr="0096445B" w:rsidRDefault="00000000">
      <w:pPr>
        <w:pStyle w:val="Rubrik3"/>
        <w:rPr>
          <w:lang w:val="sv-SE"/>
        </w:rPr>
      </w:pPr>
      <w:r w:rsidRPr="0096445B">
        <w:rPr>
          <w:lang w:val="sv-SE"/>
        </w:rPr>
        <w:t>Jesus i folkslagens Galileen</w:t>
      </w:r>
    </w:p>
    <w:p w14:paraId="24BDED5F" w14:textId="5A3631D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han hörde att Johannes hade blivit utlämnad, drog han sig undan till </w:t>
      </w:r>
      <w:proofErr w:type="gramStart"/>
      <w:r w:rsidRPr="0096445B">
        <w:rPr>
          <w:lang w:val="sv-SE"/>
        </w:rPr>
        <w:t>Galileen.{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lämnade </w:t>
      </w:r>
      <w:proofErr w:type="spellStart"/>
      <w:r w:rsidRPr="0096445B">
        <w:rPr>
          <w:lang w:val="sv-SE"/>
        </w:rPr>
        <w:t>Nazara</w:t>
      </w:r>
      <w:proofErr w:type="spellEnd"/>
      <w:r w:rsidRPr="0096445B">
        <w:rPr>
          <w:lang w:val="sv-SE"/>
        </w:rPr>
        <w:t xml:space="preserve"> </w:t>
      </w:r>
      <w:r w:rsidRPr="0096445B">
        <w:rPr>
          <w:i/>
          <w:lang w:val="sv-SE"/>
        </w:rPr>
        <w:t>och</w:t>
      </w:r>
      <w:r w:rsidRPr="0096445B">
        <w:rPr>
          <w:lang w:val="sv-SE"/>
        </w:rPr>
        <w:t xml:space="preserve"> kom och bosatte sig i </w:t>
      </w:r>
      <w:proofErr w:type="spellStart"/>
      <w:r w:rsidRPr="0096445B">
        <w:rPr>
          <w:lang w:val="sv-SE"/>
        </w:rPr>
        <w:t>Kafarnaum</w:t>
      </w:r>
      <w:proofErr w:type="spellEnd"/>
      <w:r w:rsidRPr="0096445B">
        <w:rPr>
          <w:lang w:val="sv-SE"/>
        </w:rPr>
        <w:t xml:space="preserve"> vid havet, i </w:t>
      </w:r>
      <w:proofErr w:type="spellStart"/>
      <w:r w:rsidRPr="0096445B">
        <w:rPr>
          <w:lang w:val="sv-SE"/>
        </w:rPr>
        <w:t>Zabulons</w:t>
      </w:r>
      <w:proofErr w:type="spellEnd"/>
      <w:r w:rsidRPr="0096445B">
        <w:rPr>
          <w:lang w:val="sv-SE"/>
        </w:rPr>
        <w:t xml:space="preserve"> och </w:t>
      </w:r>
      <w:proofErr w:type="spellStart"/>
      <w:r w:rsidRPr="0096445B">
        <w:rPr>
          <w:lang w:val="sv-SE"/>
        </w:rPr>
        <w:t>Nefthalims</w:t>
      </w:r>
      <w:proofErr w:type="spellEnd"/>
      <w:r w:rsidRPr="0096445B">
        <w:rPr>
          <w:lang w:val="sv-SE"/>
        </w:rPr>
        <w:t xml:space="preserve"> </w:t>
      </w:r>
      <w:proofErr w:type="gramStart"/>
      <w:r w:rsidRPr="0096445B">
        <w:rPr>
          <w:lang w:val="sv-SE"/>
        </w:rPr>
        <w:t>område,{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att det skulle uppfyllas som var sagt genom profeten Esaias,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54813C7" w14:textId="27FDF9B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spellStart"/>
      <w:r w:rsidRPr="0096445B">
        <w:rPr>
          <w:lang w:val="sv-SE"/>
        </w:rPr>
        <w:t>Zabulons</w:t>
      </w:r>
      <w:proofErr w:type="spellEnd"/>
      <w:proofErr w:type="gramEnd"/>
      <w:r w:rsidRPr="0096445B">
        <w:rPr>
          <w:lang w:val="sv-SE"/>
        </w:rPr>
        <w:t xml:space="preserve"> land och </w:t>
      </w:r>
      <w:proofErr w:type="spellStart"/>
      <w:r w:rsidRPr="0096445B">
        <w:rPr>
          <w:lang w:val="sv-SE"/>
        </w:rPr>
        <w:t>Nefthalims</w:t>
      </w:r>
      <w:proofErr w:type="spellEnd"/>
      <w:r w:rsidRPr="0096445B">
        <w:rPr>
          <w:lang w:val="sv-SE"/>
        </w:rPr>
        <w:t xml:space="preserve"> land,</w:t>
      </w:r>
      <w:r w:rsidRPr="0096445B">
        <w:rPr>
          <w:lang w:val="sv-SE"/>
        </w:rPr>
        <w:br/>
        <w:t xml:space="preserve">havsvägen, andra sidan Jordan, folkslagens </w:t>
      </w:r>
      <w:proofErr w:type="gramStart"/>
      <w:r w:rsidRPr="0096445B">
        <w:rPr>
          <w:lang w:val="sv-SE"/>
        </w:rPr>
        <w:t>Galileen:{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}}det</w:t>
      </w:r>
      <w:proofErr w:type="gramEnd"/>
      <w:r w:rsidRPr="0096445B">
        <w:rPr>
          <w:lang w:val="sv-SE"/>
        </w:rPr>
        <w:t xml:space="preserve"> folk som sitter i mörker har sett ett stort ljus,</w:t>
      </w:r>
      <w:r w:rsidRPr="0096445B">
        <w:rPr>
          <w:lang w:val="sv-SE"/>
        </w:rPr>
        <w:br/>
        <w:t>och för dem som sitter i dödens trakt och skugga</w:t>
      </w:r>
      <w:r w:rsidRPr="0096445B">
        <w:rPr>
          <w:lang w:val="sv-SE"/>
        </w:rPr>
        <w:br/>
        <w:t>har ett ljus gått upp, för dem.{{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92B90F5" w14:textId="173E1EF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}}Från</w:t>
      </w:r>
      <w:proofErr w:type="gramEnd"/>
      <w:r w:rsidRPr="0096445B">
        <w:rPr>
          <w:lang w:val="sv-SE"/>
        </w:rPr>
        <w:t xml:space="preserve"> då började Jesus förkunna och säga: ”Ändra sinne! För himlarnas rike är </w:t>
      </w:r>
      <w:r w:rsidRPr="0096445B">
        <w:rPr>
          <w:i/>
          <w:lang w:val="sv-SE"/>
        </w:rPr>
        <w:t>nu</w:t>
      </w:r>
      <w:r w:rsidRPr="0096445B">
        <w:rPr>
          <w:lang w:val="sv-SE"/>
        </w:rPr>
        <w:t xml:space="preserve"> nära.”{{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764F4C5" w14:textId="77777777" w:rsidR="00BA33AB" w:rsidRPr="0096445B" w:rsidRDefault="00000000">
      <w:pPr>
        <w:pStyle w:val="Rubrik3"/>
        <w:rPr>
          <w:lang w:val="sv-SE"/>
        </w:rPr>
      </w:pPr>
      <w:r w:rsidRPr="0096445B">
        <w:rPr>
          <w:lang w:val="sv-SE"/>
        </w:rPr>
        <w:t>Jesu första lärjungar</w:t>
      </w:r>
    </w:p>
    <w:p w14:paraId="770F2DBD" w14:textId="7D24113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vandrande längs Galileens hav såg han två bröder, Simon som kallas Petrus och Andreas hans bror, som kastade </w:t>
      </w:r>
      <w:proofErr w:type="spellStart"/>
      <w:r w:rsidRPr="0096445B">
        <w:rPr>
          <w:lang w:val="sv-SE"/>
        </w:rPr>
        <w:t>kastnät</w:t>
      </w:r>
      <w:proofErr w:type="spellEnd"/>
      <w:r w:rsidRPr="0096445B">
        <w:rPr>
          <w:lang w:val="sv-SE"/>
        </w:rPr>
        <w:t xml:space="preserve"> i havet. De var nämligen </w:t>
      </w:r>
      <w:proofErr w:type="gramStart"/>
      <w:r w:rsidRPr="0096445B">
        <w:rPr>
          <w:lang w:val="sv-SE"/>
        </w:rPr>
        <w:t>fiskare.{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säger till dem: ”Kom efter mig, och jag ska göra er till människofiskare.”{{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direkt lämnade de näten och följde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C5A9563" w14:textId="67F761A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gick framåt därifrån och såg två andra bröder, Jakob </w:t>
      </w:r>
      <w:proofErr w:type="spellStart"/>
      <w:r w:rsidRPr="0096445B">
        <w:rPr>
          <w:lang w:val="sv-SE"/>
        </w:rPr>
        <w:t>Zebedaios</w:t>
      </w:r>
      <w:proofErr w:type="spellEnd"/>
      <w:r w:rsidRPr="0096445B">
        <w:rPr>
          <w:lang w:val="sv-SE"/>
        </w:rPr>
        <w:t xml:space="preserve"> </w:t>
      </w:r>
      <w:r w:rsidRPr="0096445B">
        <w:rPr>
          <w:i/>
          <w:lang w:val="sv-SE"/>
        </w:rPr>
        <w:t>son</w:t>
      </w:r>
      <w:r w:rsidRPr="0096445B">
        <w:rPr>
          <w:lang w:val="sv-SE"/>
        </w:rPr>
        <w:t xml:space="preserve"> och Johannes hans bror, i båten med </w:t>
      </w:r>
      <w:proofErr w:type="spellStart"/>
      <w:r w:rsidRPr="0096445B">
        <w:rPr>
          <w:lang w:val="sv-SE"/>
        </w:rPr>
        <w:t>Zebedaios</w:t>
      </w:r>
      <w:proofErr w:type="spellEnd"/>
      <w:r w:rsidRPr="0096445B">
        <w:rPr>
          <w:lang w:val="sv-SE"/>
        </w:rPr>
        <w:t xml:space="preserve"> sin far, förfärdigande sina nät. Och han kallade </w:t>
      </w:r>
      <w:proofErr w:type="gramStart"/>
      <w:r w:rsidRPr="0096445B">
        <w:rPr>
          <w:lang w:val="sv-SE"/>
        </w:rPr>
        <w:t>dem,{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4:22]]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direkt lämnade de båten och sin far och följde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A21B5D4" w14:textId="77777777" w:rsidR="00BA33AB" w:rsidRPr="0096445B" w:rsidRDefault="00000000">
      <w:pPr>
        <w:pStyle w:val="Rubrik3"/>
        <w:rPr>
          <w:lang w:val="sv-SE"/>
        </w:rPr>
      </w:pPr>
      <w:r w:rsidRPr="0096445B">
        <w:rPr>
          <w:lang w:val="sv-SE"/>
        </w:rPr>
        <w:t>Jesus förkunnar i Galileen</w:t>
      </w:r>
    </w:p>
    <w:p w14:paraId="5A496F10" w14:textId="327911F0" w:rsidR="00BA33AB" w:rsidRPr="0096445B" w:rsidRDefault="00000000">
      <w:pPr>
        <w:rPr>
          <w:lang w:val="sv-SE"/>
        </w:rPr>
      </w:pPr>
      <w:r w:rsidRPr="0096445B">
        <w:rPr>
          <w:lang w:val="sv-SE"/>
        </w:rPr>
        <w:t>[[@</w:t>
      </w:r>
      <w:r w:rsidR="0096445B" w:rsidRPr="0096445B">
        <w:rPr>
          <w:lang w:val="sv-SE"/>
        </w:rPr>
        <w:t>BibleBIBEL82</w:t>
      </w:r>
      <w:r w:rsidRPr="0096445B">
        <w:rPr>
          <w:lang w:val="sv-SE"/>
        </w:rPr>
        <w:t>:Matt 4:23]]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}}Och han drog omkring i hela Galileen, och han undervisade i deras synagogor och förkunnade evangeliet om riket och botade varje åkomma och varje klenhet bland folket.{{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4:24]]</w:t>
      </w:r>
      <w:r w:rsidRPr="0096445B">
        <w:rPr>
          <w:vertAlign w:val="superscript"/>
          <w:lang w:val="sv-SE"/>
        </w:rPr>
        <w:t>24</w:t>
      </w:r>
      <w:r w:rsidRPr="0096445B">
        <w:rPr>
          <w:lang w:val="sv-SE"/>
        </w:rPr>
        <w:t xml:space="preserve"> {{</w:t>
      </w:r>
      <w:proofErr w:type="spellStart"/>
      <w:r w:rsidRPr="0096445B">
        <w:rPr>
          <w:lang w:val="sv-SE"/>
        </w:rPr>
        <w:t>field-on:bible</w:t>
      </w:r>
      <w:proofErr w:type="spellEnd"/>
      <w:r w:rsidRPr="0096445B">
        <w:rPr>
          <w:lang w:val="sv-SE"/>
        </w:rPr>
        <w:t xml:space="preserve">}}Och </w:t>
      </w:r>
      <w:r w:rsidRPr="0096445B">
        <w:rPr>
          <w:i/>
          <w:lang w:val="sv-SE"/>
        </w:rPr>
        <w:t>det</w:t>
      </w:r>
      <w:r w:rsidRPr="0096445B">
        <w:rPr>
          <w:lang w:val="sv-SE"/>
        </w:rPr>
        <w:t xml:space="preserve"> gick ut hörsägen om honom i hela Syrien, och man förde fram till honom alla som hade </w:t>
      </w:r>
      <w:r w:rsidRPr="0096445B">
        <w:rPr>
          <w:i/>
          <w:lang w:val="sv-SE"/>
        </w:rPr>
        <w:t>det</w:t>
      </w:r>
      <w:r w:rsidRPr="0096445B">
        <w:rPr>
          <w:lang w:val="sv-SE"/>
        </w:rPr>
        <w:t xml:space="preserve"> illa i olika åkommor och var ansatta av plågor, [och] demoniserade och månsjuka och förlamade, och han botade dem.{{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4:25]]</w:t>
      </w:r>
      <w:r w:rsidRPr="0096445B">
        <w:rPr>
          <w:vertAlign w:val="superscript"/>
          <w:lang w:val="sv-SE"/>
        </w:rPr>
        <w:t>25</w:t>
      </w:r>
      <w:r w:rsidRPr="0096445B">
        <w:rPr>
          <w:lang w:val="sv-SE"/>
        </w:rPr>
        <w:t xml:space="preserve"> {{</w:t>
      </w:r>
      <w:proofErr w:type="spellStart"/>
      <w:r w:rsidRPr="0096445B">
        <w:rPr>
          <w:lang w:val="sv-SE"/>
        </w:rPr>
        <w:t>field-</w:t>
      </w:r>
      <w:r w:rsidRPr="0096445B">
        <w:rPr>
          <w:lang w:val="sv-SE"/>
        </w:rPr>
        <w:lastRenderedPageBreak/>
        <w:t>on:bible</w:t>
      </w:r>
      <w:proofErr w:type="spellEnd"/>
      <w:r w:rsidRPr="0096445B">
        <w:rPr>
          <w:lang w:val="sv-SE"/>
        </w:rPr>
        <w:t xml:space="preserve">}}Och </w:t>
      </w:r>
      <w:r w:rsidRPr="0096445B">
        <w:rPr>
          <w:i/>
          <w:lang w:val="sv-SE"/>
        </w:rPr>
        <w:t>det</w:t>
      </w:r>
      <w:r w:rsidRPr="0096445B">
        <w:rPr>
          <w:lang w:val="sv-SE"/>
        </w:rPr>
        <w:t xml:space="preserve"> följde honom stora skaror från Galileen och Dekapolis och Jerusalem och Judeen och andra sidan Jordan.{{</w:t>
      </w:r>
      <w:proofErr w:type="spellStart"/>
      <w:r w:rsidRPr="0096445B">
        <w:rPr>
          <w:lang w:val="sv-SE"/>
        </w:rPr>
        <w:t>field-off:bible</w:t>
      </w:r>
      <w:proofErr w:type="spellEnd"/>
      <w:r w:rsidRPr="0096445B">
        <w:rPr>
          <w:lang w:val="sv-SE"/>
        </w:rPr>
        <w:t>}}</w:t>
      </w:r>
    </w:p>
    <w:p w14:paraId="4E36ABFA" w14:textId="681B55E0"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w:t>
      </w:r>
      <w:proofErr w:type="gramStart"/>
      <w:r w:rsidRPr="0096445B">
        <w:rPr>
          <w:lang w:val="sv-SE"/>
        </w:rPr>
        <w:t>]]Kapitel</w:t>
      </w:r>
      <w:proofErr w:type="gramEnd"/>
      <w:r w:rsidRPr="0096445B">
        <w:rPr>
          <w:lang w:val="sv-SE"/>
        </w:rPr>
        <w:t xml:space="preserve"> 5</w:t>
      </w:r>
    </w:p>
    <w:p w14:paraId="227076A1" w14:textId="77777777" w:rsidR="00BA33AB" w:rsidRPr="0096445B" w:rsidRDefault="00000000">
      <w:pPr>
        <w:pStyle w:val="Rubrik3"/>
        <w:rPr>
          <w:lang w:val="sv-SE"/>
        </w:rPr>
      </w:pPr>
      <w:r w:rsidRPr="0096445B">
        <w:rPr>
          <w:lang w:val="sv-SE"/>
        </w:rPr>
        <w:t>JESU BERGSPREDIKAN (Kap 5–7)</w:t>
      </w:r>
    </w:p>
    <w:p w14:paraId="4F83CC0A" w14:textId="77777777" w:rsidR="00BA33AB" w:rsidRPr="0096445B" w:rsidRDefault="00000000">
      <w:pPr>
        <w:pStyle w:val="Rubrik3"/>
        <w:rPr>
          <w:lang w:val="sv-SE"/>
        </w:rPr>
      </w:pPr>
      <w:r w:rsidRPr="0096445B">
        <w:rPr>
          <w:lang w:val="sv-SE"/>
        </w:rPr>
        <w:t>Saligprisningarna</w:t>
      </w:r>
    </w:p>
    <w:p w14:paraId="0E377566" w14:textId="440EE96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såg skarorna gick han upp till berget, och när han satte sig kom hans lärjungar fram till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öppnade sin mun och </w:t>
      </w:r>
      <w:r w:rsidRPr="0096445B">
        <w:rPr>
          <w:i/>
          <w:lang w:val="sv-SE"/>
        </w:rPr>
        <w:t>började</w:t>
      </w:r>
      <w:r w:rsidRPr="0096445B">
        <w:rPr>
          <w:lang w:val="sv-SE"/>
        </w:rPr>
        <w:t xml:space="preserve"> undervisa dem och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09F94C3" w14:textId="16FDC87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}}”Saliga de fattiga i anden! För deras är himlarnas </w:t>
      </w:r>
      <w:proofErr w:type="gramStart"/>
      <w:r w:rsidRPr="0096445B">
        <w:rPr>
          <w:lang w:val="sv-SE"/>
        </w:rPr>
        <w:t>rike.{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de som sörjer! För de ska bli </w:t>
      </w:r>
      <w:proofErr w:type="gramStart"/>
      <w:r w:rsidRPr="0096445B">
        <w:rPr>
          <w:lang w:val="sv-SE"/>
        </w:rPr>
        <w:t>tröstade.{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de milda! För de ska ärva </w:t>
      </w:r>
      <w:proofErr w:type="gramStart"/>
      <w:r w:rsidRPr="0096445B">
        <w:rPr>
          <w:lang w:val="sv-SE"/>
        </w:rPr>
        <w:t>landet.{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de som hungrar och törstar efter rättfärdigheten!</w:t>
      </w:r>
      <w:r w:rsidRPr="0096445B">
        <w:rPr>
          <w:lang w:val="sv-SE"/>
        </w:rPr>
        <w:br/>
        <w:t xml:space="preserve">För de ska bli </w:t>
      </w:r>
      <w:proofErr w:type="gramStart"/>
      <w:r w:rsidRPr="0096445B">
        <w:rPr>
          <w:lang w:val="sv-SE"/>
        </w:rPr>
        <w:t>mättade.{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de barmhärtiga! För de ska få </w:t>
      </w:r>
      <w:proofErr w:type="gramStart"/>
      <w:r w:rsidRPr="0096445B">
        <w:rPr>
          <w:lang w:val="sv-SE"/>
        </w:rPr>
        <w:t>barmhärtighet.{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de </w:t>
      </w:r>
      <w:r w:rsidRPr="0096445B">
        <w:rPr>
          <w:i/>
          <w:lang w:val="sv-SE"/>
        </w:rPr>
        <w:t>som är</w:t>
      </w:r>
      <w:r w:rsidRPr="0096445B">
        <w:rPr>
          <w:lang w:val="sv-SE"/>
        </w:rPr>
        <w:t xml:space="preserve"> rena i hjärtat! För de ska se </w:t>
      </w:r>
      <w:proofErr w:type="gramStart"/>
      <w:r w:rsidRPr="0096445B">
        <w:rPr>
          <w:lang w:val="sv-SE"/>
        </w:rPr>
        <w:t>Gud.{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de </w:t>
      </w:r>
      <w:r w:rsidRPr="0096445B">
        <w:rPr>
          <w:i/>
          <w:lang w:val="sv-SE"/>
        </w:rPr>
        <w:t>som är</w:t>
      </w:r>
      <w:r w:rsidRPr="0096445B">
        <w:rPr>
          <w:lang w:val="sv-SE"/>
        </w:rPr>
        <w:t xml:space="preserve"> </w:t>
      </w:r>
      <w:proofErr w:type="spellStart"/>
      <w:r w:rsidRPr="0096445B">
        <w:rPr>
          <w:lang w:val="sv-SE"/>
        </w:rPr>
        <w:t>fridsskapare</w:t>
      </w:r>
      <w:proofErr w:type="spellEnd"/>
      <w:r w:rsidRPr="0096445B">
        <w:rPr>
          <w:lang w:val="sv-SE"/>
        </w:rPr>
        <w:t xml:space="preserve">! För de ska kallas Guds </w:t>
      </w:r>
      <w:proofErr w:type="gramStart"/>
      <w:r w:rsidRPr="0096445B">
        <w:rPr>
          <w:lang w:val="sv-SE"/>
        </w:rPr>
        <w:t>söner.{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de som förföljs för rättfärdighets skull!</w:t>
      </w:r>
      <w:r w:rsidRPr="0096445B">
        <w:rPr>
          <w:lang w:val="sv-SE"/>
        </w:rPr>
        <w:br/>
        <w:t xml:space="preserve">För deras är himlarnas </w:t>
      </w:r>
      <w:proofErr w:type="gramStart"/>
      <w:r w:rsidRPr="0096445B">
        <w:rPr>
          <w:lang w:val="sv-SE"/>
        </w:rPr>
        <w:t>rike.{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51AB3FE" w14:textId="57CB597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}}Saliga</w:t>
      </w:r>
      <w:proofErr w:type="gramEnd"/>
      <w:r w:rsidRPr="0096445B">
        <w:rPr>
          <w:lang w:val="sv-SE"/>
        </w:rPr>
        <w:t xml:space="preserve"> är ni när de kritiserar er och förföljer och säger allt ont mot er [ljugande] för min </w:t>
      </w:r>
      <w:proofErr w:type="gramStart"/>
      <w:r w:rsidRPr="0096445B">
        <w:rPr>
          <w:lang w:val="sv-SE"/>
        </w:rPr>
        <w:t>skull.{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}}Gläd</w:t>
      </w:r>
      <w:proofErr w:type="gramEnd"/>
      <w:r w:rsidRPr="0096445B">
        <w:rPr>
          <w:lang w:val="sv-SE"/>
        </w:rPr>
        <w:t xml:space="preserve"> er och jubla, för er lön </w:t>
      </w:r>
      <w:r w:rsidRPr="0096445B">
        <w:rPr>
          <w:i/>
          <w:lang w:val="sv-SE"/>
        </w:rPr>
        <w:t>är</w:t>
      </w:r>
      <w:r w:rsidRPr="0096445B">
        <w:rPr>
          <w:lang w:val="sv-SE"/>
        </w:rPr>
        <w:t xml:space="preserve"> stor i himlarna. För så förföljde de profeterna före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C77BEC2" w14:textId="77777777" w:rsidR="00BA33AB" w:rsidRPr="0096445B" w:rsidRDefault="00000000">
      <w:pPr>
        <w:pStyle w:val="Rubrik3"/>
        <w:rPr>
          <w:lang w:val="sv-SE"/>
        </w:rPr>
      </w:pPr>
      <w:r w:rsidRPr="0096445B">
        <w:rPr>
          <w:lang w:val="sv-SE"/>
        </w:rPr>
        <w:t>Salt och ljus</w:t>
      </w:r>
    </w:p>
    <w:p w14:paraId="48DE199C" w14:textId="24E4850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är jordens salt. Men om saltet blir kraftlöst, med vad ska det saltas? Till intet mäktar det mer, utom att kastas ut och trampas ner av </w:t>
      </w:r>
      <w:proofErr w:type="gramStart"/>
      <w:r w:rsidRPr="0096445B">
        <w:rPr>
          <w:lang w:val="sv-SE"/>
        </w:rPr>
        <w:t>människorna.{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B895D4D" w14:textId="79D16C0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är världens ljus. Inte kan en stad döljas som ligger ovanpå ett </w:t>
      </w:r>
      <w:proofErr w:type="gramStart"/>
      <w:r w:rsidRPr="0096445B">
        <w:rPr>
          <w:lang w:val="sv-SE"/>
        </w:rPr>
        <w:t>berg.{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}}Inte</w:t>
      </w:r>
      <w:proofErr w:type="gramEnd"/>
      <w:r w:rsidRPr="0096445B">
        <w:rPr>
          <w:lang w:val="sv-SE"/>
        </w:rPr>
        <w:t xml:space="preserve"> heller tänder man en lampa och sätter den under skäppan. Nej, på lampstället, och den skiner för alla i </w:t>
      </w:r>
      <w:proofErr w:type="gramStart"/>
      <w:r w:rsidRPr="0096445B">
        <w:rPr>
          <w:lang w:val="sv-SE"/>
        </w:rPr>
        <w:t>huset.{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lastRenderedPageBreak/>
        <w:t>on:bible</w:t>
      </w:r>
      <w:proofErr w:type="spellEnd"/>
      <w:r w:rsidRPr="0096445B">
        <w:rPr>
          <w:lang w:val="sv-SE"/>
        </w:rPr>
        <w:t>}}Så</w:t>
      </w:r>
      <w:proofErr w:type="gramEnd"/>
      <w:r w:rsidRPr="0096445B">
        <w:rPr>
          <w:lang w:val="sv-SE"/>
        </w:rPr>
        <w:t xml:space="preserve"> ska ert ljus skina inför människorna, så att de ser era goda gärningar och ärar er Far i </w:t>
      </w:r>
      <w:proofErr w:type="gramStart"/>
      <w:r w:rsidRPr="0096445B">
        <w:rPr>
          <w:lang w:val="sv-SE"/>
        </w:rPr>
        <w:t>himlarna.{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FCD0E78" w14:textId="77777777" w:rsidR="00BA33AB" w:rsidRPr="0096445B" w:rsidRDefault="00000000">
      <w:pPr>
        <w:pStyle w:val="Rubrik3"/>
        <w:rPr>
          <w:lang w:val="sv-SE"/>
        </w:rPr>
      </w:pPr>
      <w:r w:rsidRPr="0096445B">
        <w:rPr>
          <w:lang w:val="sv-SE"/>
        </w:rPr>
        <w:t>Jesus och lagen</w:t>
      </w:r>
    </w:p>
    <w:p w14:paraId="68B0CD9C" w14:textId="19AC065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}}Anta</w:t>
      </w:r>
      <w:proofErr w:type="gramEnd"/>
      <w:r w:rsidRPr="0096445B">
        <w:rPr>
          <w:lang w:val="sv-SE"/>
        </w:rPr>
        <w:t xml:space="preserve"> inte att jag har kommit </w:t>
      </w:r>
      <w:r w:rsidRPr="0096445B">
        <w:rPr>
          <w:i/>
          <w:lang w:val="sv-SE"/>
        </w:rPr>
        <w:t>för</w:t>
      </w:r>
      <w:r w:rsidRPr="0096445B">
        <w:rPr>
          <w:lang w:val="sv-SE"/>
        </w:rPr>
        <w:t xml:space="preserve"> att upplösa lagen eller profeterna. Jag har inte kommit </w:t>
      </w:r>
      <w:r w:rsidRPr="0096445B">
        <w:rPr>
          <w:i/>
          <w:lang w:val="sv-SE"/>
        </w:rPr>
        <w:t>för</w:t>
      </w:r>
      <w:r w:rsidRPr="0096445B">
        <w:rPr>
          <w:lang w:val="sv-SE"/>
        </w:rPr>
        <w:t xml:space="preserve"> att upplösa, utan </w:t>
      </w:r>
      <w:proofErr w:type="gramStart"/>
      <w:r w:rsidRPr="0096445B">
        <w:rPr>
          <w:lang w:val="sv-SE"/>
        </w:rPr>
        <w:t>uppfylla.{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amen, jag säger er: Förrän himlen och jorden förgår ska aldrig </w:t>
      </w:r>
      <w:r w:rsidRPr="0096445B">
        <w:rPr>
          <w:i/>
          <w:lang w:val="sv-SE"/>
        </w:rPr>
        <w:t>ens</w:t>
      </w:r>
      <w:r w:rsidRPr="0096445B">
        <w:rPr>
          <w:lang w:val="sv-SE"/>
        </w:rPr>
        <w:t xml:space="preserve"> ett jota eller streck förgå från lagen, förrän allt har </w:t>
      </w:r>
      <w:proofErr w:type="gramStart"/>
      <w:r w:rsidRPr="0096445B">
        <w:rPr>
          <w:lang w:val="sv-SE"/>
        </w:rPr>
        <w:t>skett.{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1CCC677" w14:textId="693876E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}}Den</w:t>
      </w:r>
      <w:proofErr w:type="gramEnd"/>
      <w:r w:rsidRPr="0096445B">
        <w:rPr>
          <w:lang w:val="sv-SE"/>
        </w:rPr>
        <w:t xml:space="preserve"> som alltså upplöser ett av dessa minsta bud och lär människorna så, ska kallas minst i himlarnas rike. Men den som gör och lär ut, denne ska kallas stor i himlarnas </w:t>
      </w:r>
      <w:proofErr w:type="gramStart"/>
      <w:r w:rsidRPr="0096445B">
        <w:rPr>
          <w:lang w:val="sv-SE"/>
        </w:rPr>
        <w:t>rike.{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jag säger er att om inte er rättfärdighet överflödar mer än de skriftlärdas och fariseernas, kommer ni aldrig in i himlarnas </w:t>
      </w:r>
      <w:proofErr w:type="gramStart"/>
      <w:r w:rsidRPr="0096445B">
        <w:rPr>
          <w:lang w:val="sv-SE"/>
        </w:rPr>
        <w:t>rike.{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7E6B98C" w14:textId="77777777" w:rsidR="00BA33AB" w:rsidRPr="0096445B" w:rsidRDefault="00000000">
      <w:pPr>
        <w:pStyle w:val="Rubrik3"/>
        <w:rPr>
          <w:lang w:val="sv-SE"/>
        </w:rPr>
      </w:pPr>
      <w:r w:rsidRPr="0096445B">
        <w:rPr>
          <w:lang w:val="sv-SE"/>
        </w:rPr>
        <w:t>Mord och vrede</w:t>
      </w:r>
    </w:p>
    <w:p w14:paraId="3968DC11" w14:textId="7A5E94A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har hört att det blev sagt till de urtida: Du ska inte mörda. Och den som mördar blir straffskyldig inför </w:t>
      </w:r>
      <w:proofErr w:type="gramStart"/>
      <w:r w:rsidRPr="0096445B">
        <w:rPr>
          <w:lang w:val="sv-SE"/>
        </w:rPr>
        <w:t>domen.{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att var och en som vredgas på sin broder blir straffskyldig inför domen. Och den som säger till sin broder: </w:t>
      </w:r>
      <w:proofErr w:type="spellStart"/>
      <w:r w:rsidRPr="0096445B">
        <w:rPr>
          <w:lang w:val="sv-SE"/>
        </w:rPr>
        <w:t>Raká</w:t>
      </w:r>
      <w:proofErr w:type="spellEnd"/>
      <w:r w:rsidRPr="0096445B">
        <w:rPr>
          <w:lang w:val="sv-SE"/>
        </w:rPr>
        <w:t xml:space="preserve">, blir straffskyldig inför Sanhedrin. Och den som säger: Dåre, blir straffskyldig in i eldens </w:t>
      </w:r>
      <w:proofErr w:type="gramStart"/>
      <w:r w:rsidRPr="0096445B">
        <w:rPr>
          <w:lang w:val="sv-SE"/>
        </w:rPr>
        <w:t>Gehenna.{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6CF5876" w14:textId="55D5F47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}}Om</w:t>
      </w:r>
      <w:proofErr w:type="gramEnd"/>
      <w:r w:rsidRPr="0096445B">
        <w:rPr>
          <w:lang w:val="sv-SE"/>
        </w:rPr>
        <w:t xml:space="preserve"> du alltså frambär din </w:t>
      </w:r>
      <w:proofErr w:type="spellStart"/>
      <w:r w:rsidRPr="0096445B">
        <w:rPr>
          <w:lang w:val="sv-SE"/>
        </w:rPr>
        <w:t>äregåva</w:t>
      </w:r>
      <w:proofErr w:type="spellEnd"/>
      <w:r w:rsidRPr="0096445B">
        <w:rPr>
          <w:lang w:val="sv-SE"/>
        </w:rPr>
        <w:t xml:space="preserve"> vid altaret, och där kommer ihåg att din broder har något emot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}}lämna</w:t>
      </w:r>
      <w:proofErr w:type="gramEnd"/>
      <w:r w:rsidRPr="0096445B">
        <w:rPr>
          <w:lang w:val="sv-SE"/>
        </w:rPr>
        <w:t xml:space="preserve"> där din </w:t>
      </w:r>
      <w:proofErr w:type="spellStart"/>
      <w:r w:rsidRPr="0096445B">
        <w:rPr>
          <w:lang w:val="sv-SE"/>
        </w:rPr>
        <w:t>äregåva</w:t>
      </w:r>
      <w:proofErr w:type="spellEnd"/>
      <w:r w:rsidRPr="0096445B">
        <w:rPr>
          <w:lang w:val="sv-SE"/>
        </w:rPr>
        <w:t xml:space="preserve"> framför altaret och bege dig först </w:t>
      </w:r>
      <w:r w:rsidRPr="0096445B">
        <w:rPr>
          <w:i/>
          <w:lang w:val="sv-SE"/>
        </w:rPr>
        <w:t>och</w:t>
      </w:r>
      <w:r w:rsidRPr="0096445B">
        <w:rPr>
          <w:lang w:val="sv-SE"/>
        </w:rPr>
        <w:t xml:space="preserve"> bli försonad med din broder. Och kom sedan och frambär din </w:t>
      </w:r>
      <w:proofErr w:type="spellStart"/>
      <w:proofErr w:type="gramStart"/>
      <w:r w:rsidRPr="0096445B">
        <w:rPr>
          <w:lang w:val="sv-SE"/>
        </w:rPr>
        <w:t>äregåva</w:t>
      </w:r>
      <w:proofErr w:type="spellEnd"/>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B816A00" w14:textId="2630C9F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}}Var</w:t>
      </w:r>
      <w:proofErr w:type="gramEnd"/>
      <w:r w:rsidRPr="0096445B">
        <w:rPr>
          <w:lang w:val="sv-SE"/>
        </w:rPr>
        <w:t xml:space="preserve"> välsinnad med din motpart fort, medan du är med honom på vägen, så att inte motparten överlämnar dig till domaren, och domaren till undertjänaren och du kastas i </w:t>
      </w:r>
      <w:proofErr w:type="gramStart"/>
      <w:r w:rsidRPr="0096445B">
        <w:rPr>
          <w:lang w:val="sv-SE"/>
        </w:rPr>
        <w:t>fängelse.{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}}Amen</w:t>
      </w:r>
      <w:proofErr w:type="gramEnd"/>
      <w:r w:rsidRPr="0096445B">
        <w:rPr>
          <w:lang w:val="sv-SE"/>
        </w:rPr>
        <w:t xml:space="preserve">, jag säger dig: Du kommer aldrig ut därifrån förrän du betalt den sista </w:t>
      </w:r>
      <w:proofErr w:type="spellStart"/>
      <w:proofErr w:type="gramStart"/>
      <w:r w:rsidRPr="0096445B">
        <w:rPr>
          <w:lang w:val="sv-SE"/>
        </w:rPr>
        <w:t>quadranten</w:t>
      </w:r>
      <w:proofErr w:type="spellEnd"/>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ECC789D" w14:textId="77777777" w:rsidR="00BA33AB" w:rsidRPr="0096445B" w:rsidRDefault="00000000">
      <w:pPr>
        <w:pStyle w:val="Rubrik3"/>
        <w:rPr>
          <w:lang w:val="sv-SE"/>
        </w:rPr>
      </w:pPr>
      <w:r w:rsidRPr="0096445B">
        <w:rPr>
          <w:lang w:val="sv-SE"/>
        </w:rPr>
        <w:t>Äktenskapsbrott</w:t>
      </w:r>
    </w:p>
    <w:p w14:paraId="553BE71D" w14:textId="2ABE86D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har hört att det blev sagt: Du ska inte begå </w:t>
      </w:r>
      <w:proofErr w:type="gramStart"/>
      <w:r w:rsidRPr="0096445B">
        <w:rPr>
          <w:lang w:val="sv-SE"/>
        </w:rPr>
        <w:t>äktenskapsbrott.{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att var och en som ser på en kvinna för att åtrå henne har redan begått äktenskapsbrott med henne i sitt </w:t>
      </w:r>
      <w:proofErr w:type="gramStart"/>
      <w:r w:rsidRPr="0096445B">
        <w:rPr>
          <w:lang w:val="sv-SE"/>
        </w:rPr>
        <w:t>hjärta.{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ditt högra öga skandaliserar dig, ta ut det och kasta ifrån dig! För det gagnar dig att en av dina lemmar går förlorad och inte hela din kropp kastas i </w:t>
      </w:r>
      <w:proofErr w:type="gramStart"/>
      <w:r w:rsidRPr="0096445B">
        <w:rPr>
          <w:lang w:val="sv-SE"/>
        </w:rPr>
        <w:t>Gehenna.{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din högra hand </w:t>
      </w:r>
      <w:r w:rsidRPr="0096445B">
        <w:rPr>
          <w:lang w:val="sv-SE"/>
        </w:rPr>
        <w:lastRenderedPageBreak/>
        <w:t xml:space="preserve">skandaliserar dig, hugg bort den och kasta ifrån dig! För det gagnar dig att en av dina lemmar går förlorad och inte hela din kropp går bort till </w:t>
      </w:r>
      <w:proofErr w:type="gramStart"/>
      <w:r w:rsidRPr="0096445B">
        <w:rPr>
          <w:lang w:val="sv-SE"/>
        </w:rPr>
        <w:t>Gehenna.{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61E39B2" w14:textId="788FE45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blev sagt: Den som förskjuter sin hustru ska ge henne </w:t>
      </w:r>
      <w:proofErr w:type="gramStart"/>
      <w:r w:rsidRPr="0096445B">
        <w:rPr>
          <w:lang w:val="sv-SE"/>
        </w:rPr>
        <w:t>skilsmässa.{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att var och en som förskjuter sin hustru, förutom med anledning av otukt, gör att hon begår äktenskapsbrott. Och den som gifter sig med en förskjuten </w:t>
      </w:r>
      <w:r w:rsidRPr="0096445B">
        <w:rPr>
          <w:i/>
          <w:lang w:val="sv-SE"/>
        </w:rPr>
        <w:t>kvinna</w:t>
      </w:r>
      <w:r w:rsidRPr="0096445B">
        <w:rPr>
          <w:lang w:val="sv-SE"/>
        </w:rPr>
        <w:t xml:space="preserve"> begår </w:t>
      </w:r>
      <w:proofErr w:type="gramStart"/>
      <w:r w:rsidRPr="0096445B">
        <w:rPr>
          <w:lang w:val="sv-SE"/>
        </w:rPr>
        <w:t>äktenskapsbrott.{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0984CAA" w14:textId="77777777" w:rsidR="00BA33AB" w:rsidRPr="0096445B" w:rsidRDefault="00000000">
      <w:pPr>
        <w:pStyle w:val="Rubrik3"/>
        <w:rPr>
          <w:lang w:val="sv-SE"/>
        </w:rPr>
      </w:pPr>
      <w:r w:rsidRPr="0096445B">
        <w:rPr>
          <w:lang w:val="sv-SE"/>
        </w:rPr>
        <w:t>Ja och nej</w:t>
      </w:r>
    </w:p>
    <w:p w14:paraId="6DC1D7EB" w14:textId="3C3A592D" w:rsidR="00BA33AB" w:rsidRPr="0096445B" w:rsidRDefault="00000000">
      <w:pPr>
        <w:rPr>
          <w:lang w:val="sv-SE"/>
        </w:rPr>
      </w:pPr>
      <w:r w:rsidRPr="0096445B">
        <w:rPr>
          <w:lang w:val="sv-SE"/>
        </w:rPr>
        <w:t>[[@</w:t>
      </w:r>
      <w:r w:rsidR="0096445B" w:rsidRPr="0096445B">
        <w:rPr>
          <w:lang w:val="sv-SE"/>
        </w:rPr>
        <w:t>BibleBIBEL82</w:t>
      </w:r>
      <w:r w:rsidRPr="0096445B">
        <w:rPr>
          <w:lang w:val="sv-SE"/>
        </w:rPr>
        <w:t>:Matt 5:33]]</w:t>
      </w:r>
      <w:r w:rsidRPr="0096445B">
        <w:rPr>
          <w:vertAlign w:val="superscript"/>
          <w:lang w:val="sv-SE"/>
        </w:rPr>
        <w:t>33</w:t>
      </w:r>
      <w:r w:rsidRPr="0096445B">
        <w:rPr>
          <w:lang w:val="sv-SE"/>
        </w:rPr>
        <w:t xml:space="preserve"> {{</w:t>
      </w:r>
      <w:proofErr w:type="spellStart"/>
      <w:r w:rsidRPr="0096445B">
        <w:rPr>
          <w:lang w:val="sv-SE"/>
        </w:rPr>
        <w:t>field-on:bible</w:t>
      </w:r>
      <w:proofErr w:type="spellEnd"/>
      <w:r w:rsidRPr="0096445B">
        <w:rPr>
          <w:lang w:val="sv-SE"/>
        </w:rPr>
        <w:t>}}Åter har ni hört att det blev sagt till de urtida: Du ska inte svära falskt, utan du ska infria till Herren dina eder.{{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5:34]]</w:t>
      </w:r>
      <w:r w:rsidRPr="0096445B">
        <w:rPr>
          <w:vertAlign w:val="superscript"/>
          <w:lang w:val="sv-SE"/>
        </w:rPr>
        <w:t>34</w:t>
      </w:r>
      <w:r w:rsidRPr="0096445B">
        <w:rPr>
          <w:lang w:val="sv-SE"/>
        </w:rPr>
        <w:t xml:space="preserve"> {{</w:t>
      </w:r>
      <w:proofErr w:type="spellStart"/>
      <w:r w:rsidRPr="0096445B">
        <w:rPr>
          <w:lang w:val="sv-SE"/>
        </w:rPr>
        <w:t>field-on:bible</w:t>
      </w:r>
      <w:proofErr w:type="spellEnd"/>
      <w:r w:rsidRPr="0096445B">
        <w:rPr>
          <w:lang w:val="sv-SE"/>
        </w:rPr>
        <w:t>}}Men jag säger till er att inte svära alls: varken vid himlen, för den är Guds tron,{{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5:35]]</w:t>
      </w:r>
      <w:r w:rsidRPr="0096445B">
        <w:rPr>
          <w:vertAlign w:val="superscript"/>
          <w:lang w:val="sv-SE"/>
        </w:rPr>
        <w:t>35</w:t>
      </w:r>
      <w:r w:rsidRPr="0096445B">
        <w:rPr>
          <w:lang w:val="sv-SE"/>
        </w:rPr>
        <w:t xml:space="preserve"> {{</w:t>
      </w:r>
      <w:proofErr w:type="spellStart"/>
      <w:r w:rsidRPr="0096445B">
        <w:rPr>
          <w:lang w:val="sv-SE"/>
        </w:rPr>
        <w:t>field-on:bible</w:t>
      </w:r>
      <w:proofErr w:type="spellEnd"/>
      <w:r w:rsidRPr="0096445B">
        <w:rPr>
          <w:lang w:val="sv-SE"/>
        </w:rPr>
        <w:t>}}eller vid jorden, för den är hans fötters fotpall, eller vid Jerusalem, för det är den store Kungens stad.{{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5:36]]</w:t>
      </w:r>
      <w:r w:rsidRPr="0096445B">
        <w:rPr>
          <w:vertAlign w:val="superscript"/>
          <w:lang w:val="sv-SE"/>
        </w:rPr>
        <w:t>36</w:t>
      </w:r>
      <w:r w:rsidRPr="0096445B">
        <w:rPr>
          <w:lang w:val="sv-SE"/>
        </w:rPr>
        <w:t xml:space="preserve"> {{</w:t>
      </w:r>
      <w:proofErr w:type="spellStart"/>
      <w:r w:rsidRPr="0096445B">
        <w:rPr>
          <w:lang w:val="sv-SE"/>
        </w:rPr>
        <w:t>field-on:bible</w:t>
      </w:r>
      <w:proofErr w:type="spellEnd"/>
      <w:r w:rsidRPr="0096445B">
        <w:rPr>
          <w:lang w:val="sv-SE"/>
        </w:rPr>
        <w:t>}}Inte heller vid ditt huvud ska du svära, för du kan inte göra ett hårstrå vitt eller svart.{{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5:37]]</w:t>
      </w:r>
      <w:r w:rsidRPr="0096445B">
        <w:rPr>
          <w:vertAlign w:val="superscript"/>
          <w:lang w:val="sv-SE"/>
        </w:rPr>
        <w:t>37</w:t>
      </w:r>
      <w:r w:rsidRPr="0096445B">
        <w:rPr>
          <w:lang w:val="sv-SE"/>
        </w:rPr>
        <w:t xml:space="preserve"> {{</w:t>
      </w:r>
      <w:proofErr w:type="spellStart"/>
      <w:r w:rsidRPr="0096445B">
        <w:rPr>
          <w:lang w:val="sv-SE"/>
        </w:rPr>
        <w:t>field-on:bible</w:t>
      </w:r>
      <w:proofErr w:type="spellEnd"/>
      <w:r w:rsidRPr="0096445B">
        <w:rPr>
          <w:lang w:val="sv-SE"/>
        </w:rPr>
        <w:t xml:space="preserve">}}Utan ert ord ska vara ja, ja – nej, nej. Och det </w:t>
      </w:r>
      <w:r w:rsidRPr="0096445B">
        <w:rPr>
          <w:i/>
          <w:lang w:val="sv-SE"/>
        </w:rPr>
        <w:t>som</w:t>
      </w:r>
      <w:r w:rsidRPr="0096445B">
        <w:rPr>
          <w:lang w:val="sv-SE"/>
        </w:rPr>
        <w:t xml:space="preserve"> </w:t>
      </w:r>
      <w:r w:rsidRPr="0096445B">
        <w:rPr>
          <w:i/>
          <w:lang w:val="sv-SE"/>
        </w:rPr>
        <w:t>är</w:t>
      </w:r>
      <w:r w:rsidRPr="0096445B">
        <w:rPr>
          <w:lang w:val="sv-SE"/>
        </w:rPr>
        <w:t xml:space="preserve"> mer än detta är från det </w:t>
      </w:r>
      <w:proofErr w:type="gramStart"/>
      <w:r w:rsidRPr="0096445B">
        <w:rPr>
          <w:lang w:val="sv-SE"/>
        </w:rPr>
        <w:t>onda.{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0853B1F" w14:textId="77777777" w:rsidR="00BA33AB" w:rsidRPr="0096445B" w:rsidRDefault="00000000">
      <w:pPr>
        <w:pStyle w:val="Rubrik3"/>
        <w:rPr>
          <w:lang w:val="sv-SE"/>
        </w:rPr>
      </w:pPr>
      <w:r w:rsidRPr="0096445B">
        <w:rPr>
          <w:lang w:val="sv-SE"/>
        </w:rPr>
        <w:t>Älska era fiender</w:t>
      </w:r>
    </w:p>
    <w:p w14:paraId="5239F717" w14:textId="239F8E7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har hört att det blev sagt: Öga för öga och tand för </w:t>
      </w:r>
      <w:proofErr w:type="gramStart"/>
      <w:r w:rsidRPr="0096445B">
        <w:rPr>
          <w:lang w:val="sv-SE"/>
        </w:rPr>
        <w:t>tand.{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till er att inte stå emot det onda. Nej, den som örfilar dig på [din] högra kind, vänd mot honom även den andra.{{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5:40]]</w:t>
      </w:r>
      <w:r w:rsidRPr="0096445B">
        <w:rPr>
          <w:vertAlign w:val="superscript"/>
          <w:lang w:val="sv-SE"/>
        </w:rPr>
        <w:t>40</w:t>
      </w:r>
      <w:r w:rsidRPr="0096445B">
        <w:rPr>
          <w:lang w:val="sv-SE"/>
        </w:rPr>
        <w:t xml:space="preserve"> {{</w:t>
      </w:r>
      <w:proofErr w:type="spellStart"/>
      <w:r w:rsidRPr="0096445B">
        <w:rPr>
          <w:lang w:val="sv-SE"/>
        </w:rPr>
        <w:t>field-on:bible</w:t>
      </w:r>
      <w:proofErr w:type="spellEnd"/>
      <w:r w:rsidRPr="0096445B">
        <w:rPr>
          <w:lang w:val="sv-SE"/>
        </w:rPr>
        <w:t>}}Och åt den som vill gå inför rätta med dig och ta din tunika, lämna honom även manteln.{{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5:41]]</w:t>
      </w:r>
      <w:r w:rsidRPr="0096445B">
        <w:rPr>
          <w:vertAlign w:val="superscript"/>
          <w:lang w:val="sv-SE"/>
        </w:rPr>
        <w:t>41</w:t>
      </w:r>
      <w:r w:rsidRPr="0096445B">
        <w:rPr>
          <w:lang w:val="sv-SE"/>
        </w:rPr>
        <w:t xml:space="preserve"> {{</w:t>
      </w:r>
      <w:proofErr w:type="spellStart"/>
      <w:r w:rsidRPr="0096445B">
        <w:rPr>
          <w:lang w:val="sv-SE"/>
        </w:rPr>
        <w:t>field-on:bible</w:t>
      </w:r>
      <w:proofErr w:type="spellEnd"/>
      <w:r w:rsidRPr="0096445B">
        <w:rPr>
          <w:lang w:val="sv-SE"/>
        </w:rPr>
        <w:t xml:space="preserve">}}Och den som rekvirerar dig </w:t>
      </w:r>
      <w:r w:rsidRPr="0096445B">
        <w:rPr>
          <w:i/>
          <w:lang w:val="sv-SE"/>
        </w:rPr>
        <w:t>för</w:t>
      </w:r>
      <w:r w:rsidRPr="0096445B">
        <w:rPr>
          <w:lang w:val="sv-SE"/>
        </w:rPr>
        <w:t xml:space="preserve"> en mil, bege dig med honom två.{{</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5:42]]</w:t>
      </w:r>
      <w:r w:rsidRPr="0096445B">
        <w:rPr>
          <w:vertAlign w:val="superscript"/>
          <w:lang w:val="sv-SE"/>
        </w:rPr>
        <w:t>42</w:t>
      </w:r>
      <w:r w:rsidRPr="0096445B">
        <w:rPr>
          <w:lang w:val="sv-SE"/>
        </w:rPr>
        <w:t xml:space="preserve"> {{</w:t>
      </w:r>
      <w:proofErr w:type="spellStart"/>
      <w:r w:rsidRPr="0096445B">
        <w:rPr>
          <w:lang w:val="sv-SE"/>
        </w:rPr>
        <w:t>field-on:bible</w:t>
      </w:r>
      <w:proofErr w:type="spellEnd"/>
      <w:r w:rsidRPr="0096445B">
        <w:rPr>
          <w:lang w:val="sv-SE"/>
        </w:rPr>
        <w:t xml:space="preserve">}}Åt den som ber dig ska du ge, och </w:t>
      </w:r>
      <w:r w:rsidRPr="0096445B">
        <w:rPr>
          <w:i/>
          <w:lang w:val="sv-SE"/>
        </w:rPr>
        <w:t>från</w:t>
      </w:r>
      <w:r w:rsidRPr="0096445B">
        <w:rPr>
          <w:lang w:val="sv-SE"/>
        </w:rPr>
        <w:t xml:space="preserve"> den som vill låna av dig ska du inte vända dig bort.{{</w:t>
      </w:r>
      <w:proofErr w:type="spellStart"/>
      <w:r w:rsidRPr="0096445B">
        <w:rPr>
          <w:lang w:val="sv-SE"/>
        </w:rPr>
        <w:t>field-off:bible</w:t>
      </w:r>
      <w:proofErr w:type="spellEnd"/>
      <w:r w:rsidRPr="0096445B">
        <w:rPr>
          <w:lang w:val="sv-SE"/>
        </w:rPr>
        <w:t>}}</w:t>
      </w:r>
    </w:p>
    <w:p w14:paraId="14C91D9A" w14:textId="44D0EA7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har hört att det blev sagt: Du ska älska din nästa och hata din </w:t>
      </w:r>
      <w:proofErr w:type="gramStart"/>
      <w:r w:rsidRPr="0096445B">
        <w:rPr>
          <w:lang w:val="sv-SE"/>
        </w:rPr>
        <w:t>fiende.{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Älska era fiender och be för dem som förföljer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att ni blir söner till er Far i himlarna. För sin sol låter han gå upp över onda och goda, och det regnar över rättfärdiga och </w:t>
      </w:r>
      <w:proofErr w:type="gramStart"/>
      <w:r w:rsidRPr="0096445B">
        <w:rPr>
          <w:lang w:val="sv-SE"/>
        </w:rPr>
        <w:t>orättfärdiga.{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281542C" w14:textId="6815AFF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om ni älskar dem som älskar er, vad </w:t>
      </w:r>
      <w:r w:rsidRPr="0096445B">
        <w:rPr>
          <w:i/>
          <w:lang w:val="sv-SE"/>
        </w:rPr>
        <w:t>för</w:t>
      </w:r>
      <w:r w:rsidRPr="0096445B">
        <w:rPr>
          <w:lang w:val="sv-SE"/>
        </w:rPr>
        <w:t xml:space="preserve"> lön har ni? Gör inte även tullindrivarna </w:t>
      </w:r>
      <w:proofErr w:type="gramStart"/>
      <w:r w:rsidRPr="0096445B">
        <w:rPr>
          <w:lang w:val="sv-SE"/>
        </w:rPr>
        <w:t>detsamma?{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5:47]]</w:t>
      </w:r>
      <w:r w:rsidRPr="0096445B">
        <w:rPr>
          <w:vertAlign w:val="superscript"/>
          <w:lang w:val="sv-SE"/>
        </w:rPr>
        <w:t>47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ni hälsar bara era syskon, vad gör ni </w:t>
      </w:r>
      <w:r w:rsidRPr="0096445B">
        <w:rPr>
          <w:i/>
          <w:lang w:val="sv-SE"/>
        </w:rPr>
        <w:t>som är</w:t>
      </w:r>
      <w:r w:rsidRPr="0096445B">
        <w:rPr>
          <w:lang w:val="sv-SE"/>
        </w:rPr>
        <w:t xml:space="preserve"> mer? Gör inte även de av folkslagen </w:t>
      </w:r>
      <w:proofErr w:type="gramStart"/>
      <w:r w:rsidRPr="0096445B">
        <w:rPr>
          <w:lang w:val="sv-SE"/>
        </w:rPr>
        <w:t>detsamma?{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5:48]]</w:t>
      </w:r>
      <w:r w:rsidRPr="0096445B">
        <w:rPr>
          <w:vertAlign w:val="superscript"/>
          <w:lang w:val="sv-SE"/>
        </w:rPr>
        <w:t>48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ska alltså vara fullkomliga, såsom er himmelske Far är </w:t>
      </w:r>
      <w:proofErr w:type="gramStart"/>
      <w:r w:rsidRPr="0096445B">
        <w:rPr>
          <w:lang w:val="sv-SE"/>
        </w:rPr>
        <w:t>fullkomlig.{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686CA71" w14:textId="079EAB7E" w:rsidR="00BA33AB" w:rsidRPr="0096445B" w:rsidRDefault="00000000">
      <w:pPr>
        <w:pStyle w:val="Rubrik2"/>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w:t>
      </w:r>
      <w:proofErr w:type="gramStart"/>
      <w:r w:rsidRPr="0096445B">
        <w:rPr>
          <w:lang w:val="sv-SE"/>
        </w:rPr>
        <w:t>]]Kapitel</w:t>
      </w:r>
      <w:proofErr w:type="gramEnd"/>
      <w:r w:rsidRPr="0096445B">
        <w:rPr>
          <w:lang w:val="sv-SE"/>
        </w:rPr>
        <w:t xml:space="preserve"> 6</w:t>
      </w:r>
    </w:p>
    <w:p w14:paraId="6C111C34" w14:textId="77777777" w:rsidR="00BA33AB" w:rsidRPr="0096445B" w:rsidRDefault="00000000">
      <w:pPr>
        <w:pStyle w:val="Rubrik3"/>
        <w:rPr>
          <w:lang w:val="sv-SE"/>
        </w:rPr>
      </w:pPr>
      <w:r w:rsidRPr="0096445B">
        <w:rPr>
          <w:lang w:val="sv-SE"/>
        </w:rPr>
        <w:t>Rätt givande</w:t>
      </w:r>
    </w:p>
    <w:p w14:paraId="6773EED9" w14:textId="24E44A9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gramEnd"/>
      <w:r w:rsidRPr="0096445B">
        <w:rPr>
          <w:lang w:val="sv-SE"/>
        </w:rPr>
        <w:t xml:space="preserve">Men] akta </w:t>
      </w:r>
      <w:r w:rsidRPr="0096445B">
        <w:rPr>
          <w:i/>
          <w:lang w:val="sv-SE"/>
        </w:rPr>
        <w:t>så</w:t>
      </w:r>
      <w:r w:rsidRPr="0096445B">
        <w:rPr>
          <w:lang w:val="sv-SE"/>
        </w:rPr>
        <w:t xml:space="preserve"> att </w:t>
      </w:r>
      <w:r w:rsidRPr="0096445B">
        <w:rPr>
          <w:i/>
          <w:lang w:val="sv-SE"/>
        </w:rPr>
        <w:t>ni</w:t>
      </w:r>
      <w:r w:rsidRPr="0096445B">
        <w:rPr>
          <w:lang w:val="sv-SE"/>
        </w:rPr>
        <w:t xml:space="preserve"> inte gör er rättfärdighet inför människorna, för att skådas av dem. Annars har ni ingen lön hos er Far i </w:t>
      </w:r>
      <w:proofErr w:type="gramStart"/>
      <w:r w:rsidRPr="0096445B">
        <w:rPr>
          <w:lang w:val="sv-SE"/>
        </w:rPr>
        <w:t>himlarna.{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}}När</w:t>
      </w:r>
      <w:proofErr w:type="gramEnd"/>
      <w:r w:rsidRPr="0096445B">
        <w:rPr>
          <w:lang w:val="sv-SE"/>
        </w:rPr>
        <w:t xml:space="preserve"> du gör en allmosa ska du alltså inte basunera framför dig, såsom hycklarna gör i synagogorna och på gatustråken för att bli ärade av människorna. Amen, jag säger er: De har fått ut sin </w:t>
      </w:r>
      <w:proofErr w:type="gramStart"/>
      <w:r w:rsidRPr="0096445B">
        <w:rPr>
          <w:lang w:val="sv-SE"/>
        </w:rPr>
        <w:t>lön.{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59EF3B0" w14:textId="3744DCD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du gör en allmosa, ska inte din vänstra </w:t>
      </w:r>
      <w:r w:rsidRPr="0096445B">
        <w:rPr>
          <w:i/>
          <w:lang w:val="sv-SE"/>
        </w:rPr>
        <w:t>hand</w:t>
      </w:r>
      <w:r w:rsidRPr="0096445B">
        <w:rPr>
          <w:lang w:val="sv-SE"/>
        </w:rPr>
        <w:t xml:space="preserve"> veta vad din högra </w:t>
      </w:r>
      <w:proofErr w:type="gramStart"/>
      <w:r w:rsidRPr="0096445B">
        <w:rPr>
          <w:lang w:val="sv-SE"/>
        </w:rPr>
        <w:t>gör,{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att din allmosa är i det fördolda. Och din Far, som ser i det fördolda, ska löna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DF7A69E" w14:textId="77777777" w:rsidR="00BA33AB" w:rsidRPr="0096445B" w:rsidRDefault="00000000">
      <w:pPr>
        <w:pStyle w:val="Rubrik3"/>
        <w:rPr>
          <w:lang w:val="sv-SE"/>
        </w:rPr>
      </w:pPr>
      <w:r w:rsidRPr="0096445B">
        <w:rPr>
          <w:lang w:val="sv-SE"/>
        </w:rPr>
        <w:t>Rätt bön</w:t>
      </w:r>
    </w:p>
    <w:p w14:paraId="40BFC2A8" w14:textId="662BE1D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ni ber, ska ni inte vara som hycklarna. För de har </w:t>
      </w:r>
      <w:r w:rsidRPr="0096445B">
        <w:rPr>
          <w:i/>
          <w:lang w:val="sv-SE"/>
        </w:rPr>
        <w:t>det</w:t>
      </w:r>
      <w:r w:rsidRPr="0096445B">
        <w:rPr>
          <w:lang w:val="sv-SE"/>
        </w:rPr>
        <w:t xml:space="preserve"> kärt att stå i synagogorna och i gatornas hörn och be, för att visa sig för människorna. Amen, jag säger er: De har fått ut sin </w:t>
      </w:r>
      <w:proofErr w:type="gramStart"/>
      <w:r w:rsidRPr="0096445B">
        <w:rPr>
          <w:lang w:val="sv-SE"/>
        </w:rPr>
        <w:t>lön.{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79B76E8" w14:textId="45D58FF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du när du ber, gå in i din kammare och stäng din dörr och be till din Far, som </w:t>
      </w:r>
      <w:r w:rsidRPr="0096445B">
        <w:rPr>
          <w:i/>
          <w:lang w:val="sv-SE"/>
        </w:rPr>
        <w:t>är</w:t>
      </w:r>
      <w:r w:rsidRPr="0096445B">
        <w:rPr>
          <w:lang w:val="sv-SE"/>
        </w:rPr>
        <w:t xml:space="preserve"> i det fördolda. Och din Far, som ser i det fördolda, ska löna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22D6DE2" w14:textId="7B96C78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ni ber, ska ni inte rabbla ord såsom de av folkslagen. För de tänker sig att de genom sin mångordighet ska bli </w:t>
      </w:r>
      <w:proofErr w:type="gramStart"/>
      <w:r w:rsidRPr="0096445B">
        <w:rPr>
          <w:lang w:val="sv-SE"/>
        </w:rPr>
        <w:t>bönhörda.{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ska alltså inte likna dem. För er Far vet vad ni har behov av innan ni ber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3DD5B81" w14:textId="77777777" w:rsidR="00BA33AB" w:rsidRPr="0096445B" w:rsidRDefault="00000000">
      <w:pPr>
        <w:pStyle w:val="Rubrik3"/>
        <w:rPr>
          <w:lang w:val="sv-SE"/>
        </w:rPr>
      </w:pPr>
      <w:r w:rsidRPr="0096445B">
        <w:rPr>
          <w:lang w:val="sv-SE"/>
        </w:rPr>
        <w:t>Herrens bön</w:t>
      </w:r>
    </w:p>
    <w:p w14:paraId="3E0C4CFD" w14:textId="5D3486A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ska alltså ni </w:t>
      </w:r>
      <w:proofErr w:type="gramStart"/>
      <w:r w:rsidRPr="0096445B">
        <w:rPr>
          <w:lang w:val="sv-SE"/>
        </w:rPr>
        <w:t>be:{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8F259AD" w14:textId="2E09C3D9" w:rsidR="00BA33AB" w:rsidRPr="0096445B" w:rsidRDefault="00000000">
      <w:pPr>
        <w:rPr>
          <w:lang w:val="sv-SE"/>
        </w:rPr>
      </w:pPr>
      <w:r w:rsidRPr="0096445B">
        <w:rPr>
          <w:lang w:val="sv-SE"/>
        </w:rPr>
        <w:t>{{</w:t>
      </w:r>
      <w:proofErr w:type="spellStart"/>
      <w:r w:rsidRPr="0096445B">
        <w:rPr>
          <w:lang w:val="sv-SE"/>
        </w:rPr>
        <w:t>field-on:bible</w:t>
      </w:r>
      <w:proofErr w:type="spellEnd"/>
      <w:r w:rsidRPr="0096445B">
        <w:rPr>
          <w:lang w:val="sv-SE"/>
        </w:rPr>
        <w:t>}}Vår Far i himlarna,</w:t>
      </w:r>
      <w:r w:rsidRPr="0096445B">
        <w:rPr>
          <w:lang w:val="sv-SE"/>
        </w:rPr>
        <w:br/>
        <w:t>helgas ska ditt namn.{{</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6:10]]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}}Komma ska ditt rike.</w:t>
      </w:r>
      <w:r w:rsidRPr="0096445B">
        <w:rPr>
          <w:lang w:val="sv-SE"/>
        </w:rPr>
        <w:br/>
        <w:t>Ske ska din vilja, som i himmel också på jord.{{</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6:11]]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}}Vårt tillkommande bröd ge oss idag.{{</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6:12]]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}}Och förlåt oss våra skulder,</w:t>
      </w:r>
      <w:r w:rsidRPr="0096445B">
        <w:rPr>
          <w:lang w:val="sv-SE"/>
        </w:rPr>
        <w:br/>
        <w:t>såsom också vi förlåtit våra skyldiga.{{</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6:13]]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}}Och för oss inte in i frestelse,</w:t>
      </w:r>
      <w:r w:rsidRPr="0096445B">
        <w:rPr>
          <w:lang w:val="sv-SE"/>
        </w:rPr>
        <w:br/>
        <w:t>utan rädda oss från det onda.{{</w:t>
      </w:r>
      <w:proofErr w:type="spellStart"/>
      <w:r w:rsidRPr="0096445B">
        <w:rPr>
          <w:lang w:val="sv-SE"/>
        </w:rPr>
        <w:t>field-off:bible</w:t>
      </w:r>
      <w:proofErr w:type="spellEnd"/>
      <w:r w:rsidRPr="0096445B">
        <w:rPr>
          <w:lang w:val="sv-SE"/>
        </w:rPr>
        <w:t>}}</w:t>
      </w:r>
    </w:p>
    <w:p w14:paraId="046744E7" w14:textId="1D367DC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om ni förlåter människorna deras felsteg, ska er himmelske Far förlåta också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6:15]]</w:t>
      </w:r>
      <w:r w:rsidRPr="0096445B">
        <w:rPr>
          <w:vertAlign w:val="superscript"/>
          <w:lang w:val="sv-SE"/>
        </w:rPr>
        <w:t>15</w:t>
      </w:r>
      <w:r w:rsidRPr="0096445B">
        <w:rPr>
          <w:lang w:val="sv-SE"/>
        </w:rPr>
        <w:t xml:space="preserve"> </w:t>
      </w:r>
      <w:r w:rsidRPr="0096445B">
        <w:rPr>
          <w:lang w:val="sv-SE"/>
        </w:rPr>
        <w:lastRenderedPageBreak/>
        <w:t>{{</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ni inte förlåter människorna, ska inte heller er Far förlåta era </w:t>
      </w:r>
      <w:proofErr w:type="gramStart"/>
      <w:r w:rsidRPr="0096445B">
        <w:rPr>
          <w:lang w:val="sv-SE"/>
        </w:rPr>
        <w:t>felsteg.{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8CAF98F" w14:textId="77777777" w:rsidR="00BA33AB" w:rsidRPr="0096445B" w:rsidRDefault="00000000">
      <w:pPr>
        <w:pStyle w:val="Rubrik3"/>
        <w:rPr>
          <w:lang w:val="sv-SE"/>
        </w:rPr>
      </w:pPr>
      <w:r w:rsidRPr="0096445B">
        <w:rPr>
          <w:lang w:val="sv-SE"/>
        </w:rPr>
        <w:t>Rätt fasta</w:t>
      </w:r>
    </w:p>
    <w:p w14:paraId="6DD499CB" w14:textId="461898B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ni fastar, bli inte som hycklarna, </w:t>
      </w:r>
      <w:proofErr w:type="spellStart"/>
      <w:r w:rsidRPr="0096445B">
        <w:rPr>
          <w:lang w:val="sv-SE"/>
        </w:rPr>
        <w:t>dysterögda</w:t>
      </w:r>
      <w:proofErr w:type="spellEnd"/>
      <w:r w:rsidRPr="0096445B">
        <w:rPr>
          <w:lang w:val="sv-SE"/>
        </w:rPr>
        <w:t xml:space="preserve">. För de förstör sina ansikten så att de visar sig fastande för människorna. Amen, jag säger er: De har fått ut sin </w:t>
      </w:r>
      <w:proofErr w:type="gramStart"/>
      <w:r w:rsidRPr="0096445B">
        <w:rPr>
          <w:lang w:val="sv-SE"/>
        </w:rPr>
        <w:t>lön.{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01CFF74" w14:textId="0D6386D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du när </w:t>
      </w:r>
      <w:r w:rsidRPr="0096445B">
        <w:rPr>
          <w:i/>
          <w:lang w:val="sv-SE"/>
        </w:rPr>
        <w:t>du</w:t>
      </w:r>
      <w:r w:rsidRPr="0096445B">
        <w:rPr>
          <w:lang w:val="sv-SE"/>
        </w:rPr>
        <w:t xml:space="preserve"> fastar, smörj in ditt huvud och tvätta ditt </w:t>
      </w:r>
      <w:proofErr w:type="gramStart"/>
      <w:r w:rsidRPr="0096445B">
        <w:rPr>
          <w:lang w:val="sv-SE"/>
        </w:rPr>
        <w:t>ansikte,{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att du inte visar dig för människorna fastande utan för din Far, som </w:t>
      </w:r>
      <w:r w:rsidRPr="0096445B">
        <w:rPr>
          <w:i/>
          <w:lang w:val="sv-SE"/>
        </w:rPr>
        <w:t>är</w:t>
      </w:r>
      <w:r w:rsidRPr="0096445B">
        <w:rPr>
          <w:lang w:val="sv-SE"/>
        </w:rPr>
        <w:t xml:space="preserve"> i det förtäckta. Och din Far, som ser i det förtäckta, ska löna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380BE9C" w14:textId="77777777" w:rsidR="00BA33AB" w:rsidRPr="0096445B" w:rsidRDefault="00000000">
      <w:pPr>
        <w:pStyle w:val="Rubrik3"/>
        <w:rPr>
          <w:lang w:val="sv-SE"/>
        </w:rPr>
      </w:pPr>
      <w:r w:rsidRPr="0096445B">
        <w:rPr>
          <w:lang w:val="sv-SE"/>
        </w:rPr>
        <w:t>Skatter i himlen</w:t>
      </w:r>
    </w:p>
    <w:p w14:paraId="3D1D4CBA" w14:textId="4AA3D3E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}}Spara</w:t>
      </w:r>
      <w:proofErr w:type="gramEnd"/>
      <w:r w:rsidRPr="0096445B">
        <w:rPr>
          <w:lang w:val="sv-SE"/>
        </w:rPr>
        <w:t xml:space="preserve"> inte ihop åt er skatter på jorden, där mal och ätande förstör och där tjuvar gör inbrott och </w:t>
      </w:r>
      <w:proofErr w:type="gramStart"/>
      <w:r w:rsidRPr="0096445B">
        <w:rPr>
          <w:lang w:val="sv-SE"/>
        </w:rPr>
        <w:t>stjäl.{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}}Utan</w:t>
      </w:r>
      <w:proofErr w:type="gramEnd"/>
      <w:r w:rsidRPr="0096445B">
        <w:rPr>
          <w:lang w:val="sv-SE"/>
        </w:rPr>
        <w:t xml:space="preserve"> spara ihop åt er skatter i himlen, där varken mal eller ätande förstör och där tjuvar inte gör inbrott eller </w:t>
      </w:r>
      <w:proofErr w:type="gramStart"/>
      <w:r w:rsidRPr="0096445B">
        <w:rPr>
          <w:lang w:val="sv-SE"/>
        </w:rPr>
        <w:t>stjäl.{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där din skatt är, där kommer också ditt hjärta att </w:t>
      </w:r>
      <w:proofErr w:type="gramStart"/>
      <w:r w:rsidRPr="0096445B">
        <w:rPr>
          <w:lang w:val="sv-SE"/>
        </w:rPr>
        <w:t>vara.{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8153E2F" w14:textId="77777777" w:rsidR="00BA33AB" w:rsidRPr="0096445B" w:rsidRDefault="00000000">
      <w:pPr>
        <w:pStyle w:val="Rubrik3"/>
        <w:rPr>
          <w:lang w:val="sv-SE"/>
        </w:rPr>
      </w:pPr>
      <w:r w:rsidRPr="0096445B">
        <w:rPr>
          <w:lang w:val="sv-SE"/>
        </w:rPr>
        <w:t>Ögat är kroppens lampa</w:t>
      </w:r>
    </w:p>
    <w:p w14:paraId="51FF56E8" w14:textId="40DD69B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}}Kroppens</w:t>
      </w:r>
      <w:proofErr w:type="gramEnd"/>
      <w:r w:rsidRPr="0096445B">
        <w:rPr>
          <w:lang w:val="sv-SE"/>
        </w:rPr>
        <w:t xml:space="preserve"> lampa är ögat. Om nu ditt öga är generöst, blir hela din kropp </w:t>
      </w:r>
      <w:proofErr w:type="gramStart"/>
      <w:r w:rsidRPr="0096445B">
        <w:rPr>
          <w:lang w:val="sv-SE"/>
        </w:rPr>
        <w:t>upplyst.{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ditt öga är ont, blir hela din kropp mörklagd. Om nu ljuset i dig är mörker – vilket </w:t>
      </w:r>
      <w:proofErr w:type="gramStart"/>
      <w:r w:rsidRPr="0096445B">
        <w:rPr>
          <w:lang w:val="sv-SE"/>
        </w:rPr>
        <w:t>mörker!{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BB5E736" w14:textId="77777777" w:rsidR="00BA33AB" w:rsidRPr="0096445B" w:rsidRDefault="00000000">
      <w:pPr>
        <w:pStyle w:val="Rubrik3"/>
        <w:rPr>
          <w:lang w:val="sv-SE"/>
        </w:rPr>
      </w:pPr>
      <w:r w:rsidRPr="0096445B">
        <w:rPr>
          <w:lang w:val="sv-SE"/>
        </w:rPr>
        <w:t>Gud eller mammon</w:t>
      </w:r>
    </w:p>
    <w:p w14:paraId="1C73CFCC" w14:textId="176AC41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}}Ingen</w:t>
      </w:r>
      <w:proofErr w:type="gramEnd"/>
      <w:r w:rsidRPr="0096445B">
        <w:rPr>
          <w:lang w:val="sv-SE"/>
        </w:rPr>
        <w:t xml:space="preserve"> kan fasttjäna två herrar. För antingen kommer han att hata den ene och älska den andre, eller hålla tag i en och ringakta den andre. Ni kan inte fasttjäna Gud och </w:t>
      </w:r>
      <w:proofErr w:type="gramStart"/>
      <w:r w:rsidRPr="0096445B">
        <w:rPr>
          <w:lang w:val="sv-SE"/>
        </w:rPr>
        <w:t>mammon.{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1F77C09" w14:textId="77777777" w:rsidR="00BA33AB" w:rsidRPr="0096445B" w:rsidRDefault="00000000">
      <w:pPr>
        <w:pStyle w:val="Rubrik3"/>
        <w:rPr>
          <w:lang w:val="sv-SE"/>
        </w:rPr>
      </w:pPr>
      <w:r w:rsidRPr="0096445B">
        <w:rPr>
          <w:lang w:val="sv-SE"/>
        </w:rPr>
        <w:t>Bekymra er inte</w:t>
      </w:r>
    </w:p>
    <w:p w14:paraId="2E5E1E37" w14:textId="30A1393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}}Därför</w:t>
      </w:r>
      <w:proofErr w:type="gramEnd"/>
      <w:r w:rsidRPr="0096445B">
        <w:rPr>
          <w:lang w:val="sv-SE"/>
        </w:rPr>
        <w:t xml:space="preserve"> säger jag er: Bekymra er inte för er själ, vad ni ska äta [eller vad ni ska dricka], eller för er kropp, vad ni ska iklä er. Är inte själen mer än födan? Och kroppen </w:t>
      </w:r>
      <w:r w:rsidRPr="0096445B">
        <w:rPr>
          <w:i/>
          <w:lang w:val="sv-SE"/>
        </w:rPr>
        <w:t>mer</w:t>
      </w:r>
      <w:r w:rsidRPr="0096445B">
        <w:rPr>
          <w:lang w:val="sv-SE"/>
        </w:rPr>
        <w:t xml:space="preserve"> än </w:t>
      </w:r>
      <w:proofErr w:type="gramStart"/>
      <w:r w:rsidRPr="0096445B">
        <w:rPr>
          <w:lang w:val="sv-SE"/>
        </w:rPr>
        <w:t>klädseln?{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w:t>
      </w:r>
      <w:proofErr w:type="gramEnd"/>
      <w:r w:rsidRPr="0096445B">
        <w:rPr>
          <w:lang w:val="sv-SE"/>
        </w:rPr>
        <w:t xml:space="preserve"> på himlens fåglar, att de inte sår eller skördar eller samlar i lador. Och er himmelske Far ger dem näring. Är inte ni mycket viktigare än </w:t>
      </w:r>
      <w:proofErr w:type="gramStart"/>
      <w:r w:rsidRPr="0096445B">
        <w:rPr>
          <w:lang w:val="sv-SE"/>
        </w:rPr>
        <w:t>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vem av er kan, </w:t>
      </w:r>
      <w:r w:rsidRPr="0096445B">
        <w:rPr>
          <w:i/>
          <w:lang w:val="sv-SE"/>
        </w:rPr>
        <w:t>genom att</w:t>
      </w:r>
      <w:r w:rsidRPr="0096445B">
        <w:rPr>
          <w:lang w:val="sv-SE"/>
        </w:rPr>
        <w:t xml:space="preserve"> bekymra sig, lägga till sin ålder en </w:t>
      </w:r>
      <w:r w:rsidRPr="0096445B">
        <w:rPr>
          <w:i/>
          <w:lang w:val="sv-SE"/>
        </w:rPr>
        <w:t>enda</w:t>
      </w:r>
      <w:r w:rsidRPr="0096445B">
        <w:rPr>
          <w:lang w:val="sv-SE"/>
        </w:rPr>
        <w:t xml:space="preserve"> </w:t>
      </w:r>
      <w:proofErr w:type="gramStart"/>
      <w:r w:rsidRPr="0096445B">
        <w:rPr>
          <w:lang w:val="sv-SE"/>
        </w:rPr>
        <w:t>aln?{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BB9FF9E" w14:textId="100C709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för klädsel, varför bekymrar ni er? Studera åkerns liljor, hur de växer. De sliter inte eller </w:t>
      </w:r>
      <w:proofErr w:type="gramStart"/>
      <w:r w:rsidRPr="0096445B">
        <w:rPr>
          <w:lang w:val="sv-SE"/>
        </w:rPr>
        <w:t>spinner.{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att inte ens Solomon i all sin härlighet klädde sig som en av </w:t>
      </w:r>
      <w:proofErr w:type="gramStart"/>
      <w:r w:rsidRPr="0096445B">
        <w:rPr>
          <w:lang w:val="sv-SE"/>
        </w:rPr>
        <w:t>dessa.{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6:30]]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lastRenderedPageBreak/>
        <w:t>on:bible</w:t>
      </w:r>
      <w:proofErr w:type="spellEnd"/>
      <w:r w:rsidRPr="0096445B">
        <w:rPr>
          <w:lang w:val="sv-SE"/>
        </w:rPr>
        <w:t>}}Men</w:t>
      </w:r>
      <w:proofErr w:type="gramEnd"/>
      <w:r w:rsidRPr="0096445B">
        <w:rPr>
          <w:lang w:val="sv-SE"/>
        </w:rPr>
        <w:t xml:space="preserve"> om Gud så ekiperar åkerns gräs, som finns idag och imorgon kastas i en lerugn, </w:t>
      </w:r>
      <w:r w:rsidRPr="0096445B">
        <w:rPr>
          <w:i/>
          <w:lang w:val="sv-SE"/>
        </w:rPr>
        <w:t>hur</w:t>
      </w:r>
      <w:r w:rsidRPr="0096445B">
        <w:rPr>
          <w:lang w:val="sv-SE"/>
        </w:rPr>
        <w:t xml:space="preserve"> mycket mer </w:t>
      </w:r>
      <w:r w:rsidRPr="0096445B">
        <w:rPr>
          <w:i/>
          <w:lang w:val="sv-SE"/>
        </w:rPr>
        <w:t>då</w:t>
      </w:r>
      <w:r w:rsidRPr="0096445B">
        <w:rPr>
          <w:lang w:val="sv-SE"/>
        </w:rPr>
        <w:t xml:space="preserve"> inte er, </w:t>
      </w:r>
      <w:proofErr w:type="gramStart"/>
      <w:r w:rsidRPr="0096445B">
        <w:rPr>
          <w:lang w:val="sv-SE"/>
        </w:rPr>
        <w:t>klentrogna?{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9902FDB" w14:textId="1AD49E8B" w:rsidR="00BA33AB" w:rsidRPr="0096445B" w:rsidRDefault="00000000">
      <w:pPr>
        <w:rPr>
          <w:lang w:val="sv-SE"/>
        </w:rPr>
      </w:pPr>
      <w:r w:rsidRPr="0096445B">
        <w:rPr>
          <w:lang w:val="sv-SE"/>
        </w:rPr>
        <w:t>[[@</w:t>
      </w:r>
      <w:r w:rsidR="0096445B" w:rsidRPr="0096445B">
        <w:rPr>
          <w:lang w:val="sv-SE"/>
        </w:rPr>
        <w:t>BibleBIBEL82</w:t>
      </w:r>
      <w:r w:rsidRPr="0096445B">
        <w:rPr>
          <w:lang w:val="sv-SE"/>
        </w:rPr>
        <w:t>:Matt 6:31]]</w:t>
      </w:r>
      <w:r w:rsidRPr="0096445B">
        <w:rPr>
          <w:vertAlign w:val="superscript"/>
          <w:lang w:val="sv-SE"/>
        </w:rPr>
        <w:t>31</w:t>
      </w:r>
      <w:r w:rsidRPr="0096445B">
        <w:rPr>
          <w:lang w:val="sv-SE"/>
        </w:rPr>
        <w:t xml:space="preserve"> {{</w:t>
      </w:r>
      <w:proofErr w:type="spellStart"/>
      <w:r w:rsidRPr="0096445B">
        <w:rPr>
          <w:lang w:val="sv-SE"/>
        </w:rPr>
        <w:t>field-on:bible</w:t>
      </w:r>
      <w:proofErr w:type="spellEnd"/>
      <w:r w:rsidRPr="0096445B">
        <w:rPr>
          <w:lang w:val="sv-SE"/>
        </w:rPr>
        <w:t xml:space="preserve">}}Bekymra er alltså inte och säg: Vad ska vi äta? eller: Vad ska vi dricka? eller: Vad ska vi klä oss </w:t>
      </w:r>
      <w:r w:rsidRPr="0096445B">
        <w:rPr>
          <w:i/>
          <w:lang w:val="sv-SE"/>
        </w:rPr>
        <w:t>med</w:t>
      </w:r>
      <w:r w:rsidRPr="0096445B">
        <w:rPr>
          <w:lang w:val="sv-SE"/>
        </w:rPr>
        <w: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6:32]]</w:t>
      </w:r>
      <w:r w:rsidRPr="0096445B">
        <w:rPr>
          <w:vertAlign w:val="superscript"/>
          <w:lang w:val="sv-SE"/>
        </w:rPr>
        <w:t>32</w:t>
      </w:r>
      <w:r w:rsidRPr="0096445B">
        <w:rPr>
          <w:lang w:val="sv-SE"/>
        </w:rPr>
        <w:t xml:space="preserve"> {{</w:t>
      </w:r>
      <w:proofErr w:type="spellStart"/>
      <w:r w:rsidRPr="0096445B">
        <w:rPr>
          <w:lang w:val="sv-SE"/>
        </w:rPr>
        <w:t>field-on:bible</w:t>
      </w:r>
      <w:proofErr w:type="spellEnd"/>
      <w:r w:rsidRPr="0096445B">
        <w:rPr>
          <w:lang w:val="sv-SE"/>
        </w:rPr>
        <w:t>}}För allt detta söker folkslagen efter, för er himmelske Far vet att ni behöver detta alltsammans.{{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6:33]]</w:t>
      </w:r>
      <w:r w:rsidRPr="0096445B">
        <w:rPr>
          <w:vertAlign w:val="superscript"/>
          <w:lang w:val="sv-SE"/>
        </w:rPr>
        <w:t>33</w:t>
      </w:r>
      <w:r w:rsidRPr="0096445B">
        <w:rPr>
          <w:lang w:val="sv-SE"/>
        </w:rPr>
        <w:t xml:space="preserve"> {{</w:t>
      </w:r>
      <w:proofErr w:type="spellStart"/>
      <w:r w:rsidRPr="0096445B">
        <w:rPr>
          <w:lang w:val="sv-SE"/>
        </w:rPr>
        <w:t>field-on:bible</w:t>
      </w:r>
      <w:proofErr w:type="spellEnd"/>
      <w:r w:rsidRPr="0096445B">
        <w:rPr>
          <w:lang w:val="sv-SE"/>
        </w:rPr>
        <w:t>}}Men sök först [Guds] rike och hans rättfärdighet, och allt detta ska tillföras 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6:34]]</w:t>
      </w:r>
      <w:r w:rsidRPr="0096445B">
        <w:rPr>
          <w:vertAlign w:val="superscript"/>
          <w:lang w:val="sv-SE"/>
        </w:rPr>
        <w:t>34</w:t>
      </w:r>
      <w:r w:rsidRPr="0096445B">
        <w:rPr>
          <w:lang w:val="sv-SE"/>
        </w:rPr>
        <w:t xml:space="preserve"> {{</w:t>
      </w:r>
      <w:proofErr w:type="spellStart"/>
      <w:r w:rsidRPr="0096445B">
        <w:rPr>
          <w:lang w:val="sv-SE"/>
        </w:rPr>
        <w:t>field-on:bible</w:t>
      </w:r>
      <w:proofErr w:type="spellEnd"/>
      <w:r w:rsidRPr="0096445B">
        <w:rPr>
          <w:lang w:val="sv-SE"/>
        </w:rPr>
        <w:t xml:space="preserve">}}Bekymra er alltså inte för morgondagen, för morgondagen ska bekymra sig för sig själv. Nog för dagen </w:t>
      </w:r>
      <w:r w:rsidRPr="0096445B">
        <w:rPr>
          <w:i/>
          <w:lang w:val="sv-SE"/>
        </w:rPr>
        <w:t>är</w:t>
      </w:r>
      <w:r w:rsidRPr="0096445B">
        <w:rPr>
          <w:lang w:val="sv-SE"/>
        </w:rPr>
        <w:t xml:space="preserve"> dess </w:t>
      </w:r>
      <w:proofErr w:type="gramStart"/>
      <w:r w:rsidRPr="0096445B">
        <w:rPr>
          <w:lang w:val="sv-SE"/>
        </w:rPr>
        <w:t>onda.{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B88CE49" w14:textId="5EA69C9B"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w:t>
      </w:r>
      <w:proofErr w:type="gramStart"/>
      <w:r w:rsidRPr="0096445B">
        <w:rPr>
          <w:lang w:val="sv-SE"/>
        </w:rPr>
        <w:t>]]Kapitel</w:t>
      </w:r>
      <w:proofErr w:type="gramEnd"/>
      <w:r w:rsidRPr="0096445B">
        <w:rPr>
          <w:lang w:val="sv-SE"/>
        </w:rPr>
        <w:t xml:space="preserve"> 7</w:t>
      </w:r>
    </w:p>
    <w:p w14:paraId="1A5E8550" w14:textId="77777777" w:rsidR="00BA33AB" w:rsidRPr="0096445B" w:rsidRDefault="00000000">
      <w:pPr>
        <w:pStyle w:val="Rubrik3"/>
        <w:rPr>
          <w:lang w:val="sv-SE"/>
        </w:rPr>
      </w:pPr>
      <w:r w:rsidRPr="0096445B">
        <w:rPr>
          <w:lang w:val="sv-SE"/>
        </w:rPr>
        <w:t>Flisan och bjälken</w:t>
      </w:r>
    </w:p>
    <w:p w14:paraId="372D09C8" w14:textId="72E8CE7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}}Döm</w:t>
      </w:r>
      <w:proofErr w:type="gramEnd"/>
      <w:r w:rsidRPr="0096445B">
        <w:rPr>
          <w:lang w:val="sv-SE"/>
        </w:rPr>
        <w:t xml:space="preserve"> inte, så att ni inte blir </w:t>
      </w:r>
      <w:proofErr w:type="gramStart"/>
      <w:r w:rsidRPr="0096445B">
        <w:rPr>
          <w:lang w:val="sv-SE"/>
        </w:rPr>
        <w:t>dömda.{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med den dom ni dömer ska ni dömas, och med det mått ni mäter med ska det mätas åt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5DD0E94" w14:textId="13C5F19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varför ser du flisan i din broders öga, men bjälken i ditt öga beaktar du </w:t>
      </w:r>
      <w:proofErr w:type="gramStart"/>
      <w:r w:rsidRPr="0096445B">
        <w:rPr>
          <w:lang w:val="sv-SE"/>
        </w:rPr>
        <w:t>inte?{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}}Eller</w:t>
      </w:r>
      <w:proofErr w:type="gramEnd"/>
      <w:r w:rsidRPr="0096445B">
        <w:rPr>
          <w:lang w:val="sv-SE"/>
        </w:rPr>
        <w:t xml:space="preserve"> hur ska du säga till din broder: Låt </w:t>
      </w:r>
      <w:r w:rsidRPr="0096445B">
        <w:rPr>
          <w:i/>
          <w:lang w:val="sv-SE"/>
        </w:rPr>
        <w:t>mig</w:t>
      </w:r>
      <w:r w:rsidRPr="0096445B">
        <w:rPr>
          <w:lang w:val="sv-SE"/>
        </w:rPr>
        <w:t xml:space="preserve"> kasta ut flisan ur ditt öga – och se: bjälken i ditt </w:t>
      </w:r>
      <w:proofErr w:type="gramStart"/>
      <w:r w:rsidRPr="0096445B">
        <w:rPr>
          <w:lang w:val="sv-SE"/>
        </w:rPr>
        <w:t>öga!{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}}Hycklare</w:t>
      </w:r>
      <w:proofErr w:type="gramEnd"/>
      <w:r w:rsidRPr="0096445B">
        <w:rPr>
          <w:lang w:val="sv-SE"/>
        </w:rPr>
        <w:t xml:space="preserve">, kasta först ut ur ditt öga bjälken. Och då ska du se bra </w:t>
      </w:r>
      <w:r w:rsidRPr="0096445B">
        <w:rPr>
          <w:i/>
          <w:lang w:val="sv-SE"/>
        </w:rPr>
        <w:t>för</w:t>
      </w:r>
      <w:r w:rsidRPr="0096445B">
        <w:rPr>
          <w:lang w:val="sv-SE"/>
        </w:rPr>
        <w:t xml:space="preserve"> att kasta ut flisan ur din broders </w:t>
      </w:r>
      <w:proofErr w:type="gramStart"/>
      <w:r w:rsidRPr="0096445B">
        <w:rPr>
          <w:lang w:val="sv-SE"/>
        </w:rPr>
        <w:t>öga.{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C852433" w14:textId="77777777" w:rsidR="00BA33AB" w:rsidRPr="0096445B" w:rsidRDefault="00000000">
      <w:pPr>
        <w:pStyle w:val="Rubrik3"/>
        <w:rPr>
          <w:lang w:val="sv-SE"/>
        </w:rPr>
      </w:pPr>
      <w:r w:rsidRPr="0096445B">
        <w:rPr>
          <w:lang w:val="sv-SE"/>
        </w:rPr>
        <w:t>Det heliga och hundarna</w:t>
      </w:r>
    </w:p>
    <w:p w14:paraId="3ACA899A" w14:textId="29DBB84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ska inte ge det heliga åt hundarna eller kasta era pärlor framför svinen. Annars kommer de att trampa ner dem med sina fötter, och vända sig och slita sönder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70DA0F5" w14:textId="77777777" w:rsidR="00BA33AB" w:rsidRPr="0096445B" w:rsidRDefault="00000000">
      <w:pPr>
        <w:pStyle w:val="Rubrik3"/>
        <w:rPr>
          <w:lang w:val="sv-SE"/>
        </w:rPr>
      </w:pPr>
      <w:r w:rsidRPr="0096445B">
        <w:rPr>
          <w:lang w:val="sv-SE"/>
        </w:rPr>
        <w:t>Den som ber får</w:t>
      </w:r>
    </w:p>
    <w:p w14:paraId="30E47979" w14:textId="72B94EC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}}Be</w:t>
      </w:r>
      <w:proofErr w:type="gramEnd"/>
      <w:r w:rsidRPr="0096445B">
        <w:rPr>
          <w:lang w:val="sv-SE"/>
        </w:rPr>
        <w:t xml:space="preserve">, och det ska ges er. Sök, och ni ska finna. Bulta, och det ska öppnas för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var och en som ber får, och den som söker finner. Och för den som bultar ska det </w:t>
      </w:r>
      <w:proofErr w:type="gramStart"/>
      <w:r w:rsidRPr="0096445B">
        <w:rPr>
          <w:lang w:val="sv-SE"/>
        </w:rPr>
        <w:t>öppnas.{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814DFB6" w14:textId="6ED82D13" w:rsidR="00BA33AB" w:rsidRPr="0096445B" w:rsidRDefault="00000000">
      <w:pPr>
        <w:rPr>
          <w:lang w:val="sv-SE"/>
        </w:rPr>
      </w:pPr>
      <w:r w:rsidRPr="0096445B">
        <w:rPr>
          <w:lang w:val="sv-SE"/>
        </w:rPr>
        <w:t>[[@</w:t>
      </w:r>
      <w:r w:rsidR="0096445B" w:rsidRPr="0096445B">
        <w:rPr>
          <w:lang w:val="sv-SE"/>
        </w:rPr>
        <w:t>BibleBIBEL82</w:t>
      </w:r>
      <w:r w:rsidRPr="0096445B">
        <w:rPr>
          <w:lang w:val="sv-SE"/>
        </w:rPr>
        <w:t>:Matt 7:9]]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}}Eller vem av er är en människa som hans son ska be om bröd – inte kommer han att ge honom en sten?{{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 xml:space="preserve">}}Eller också </w:t>
      </w:r>
      <w:r w:rsidRPr="0096445B">
        <w:rPr>
          <w:i/>
          <w:lang w:val="sv-SE"/>
        </w:rPr>
        <w:t>är det</w:t>
      </w:r>
      <w:r w:rsidRPr="0096445B">
        <w:rPr>
          <w:lang w:val="sv-SE"/>
        </w:rPr>
        <w:t xml:space="preserve"> fisk han ska be om – inte kommer han att ge honom en orm?{{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 xml:space="preserve">}}Om nu ni som är onda förstår att ge goda gåvor till era barn, hur mycket mer ska er Far i himlarna ge goda </w:t>
      </w:r>
      <w:r w:rsidRPr="0096445B">
        <w:rPr>
          <w:i/>
          <w:lang w:val="sv-SE"/>
        </w:rPr>
        <w:t>ting</w:t>
      </w:r>
      <w:r w:rsidRPr="0096445B">
        <w:rPr>
          <w:lang w:val="sv-SE"/>
        </w:rPr>
        <w:t xml:space="preserve"> till dem som ber honom?{{</w:t>
      </w:r>
      <w:proofErr w:type="spellStart"/>
      <w:r w:rsidRPr="0096445B">
        <w:rPr>
          <w:lang w:val="sv-SE"/>
        </w:rPr>
        <w:t>field-off:bible</w:t>
      </w:r>
      <w:proofErr w:type="spellEnd"/>
      <w:r w:rsidRPr="0096445B">
        <w:rPr>
          <w:lang w:val="sv-SE"/>
        </w:rPr>
        <w:t>}}</w:t>
      </w:r>
    </w:p>
    <w:p w14:paraId="63D73144" w14:textId="77777777" w:rsidR="00BA33AB" w:rsidRPr="0096445B" w:rsidRDefault="00000000">
      <w:pPr>
        <w:pStyle w:val="Rubrik3"/>
        <w:rPr>
          <w:lang w:val="sv-SE"/>
        </w:rPr>
      </w:pPr>
      <w:r w:rsidRPr="0096445B">
        <w:rPr>
          <w:lang w:val="sv-SE"/>
        </w:rPr>
        <w:lastRenderedPageBreak/>
        <w:t>Gyllene regeln</w:t>
      </w:r>
    </w:p>
    <w:p w14:paraId="5189E9F9" w14:textId="7B20087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}}Alltså</w:t>
      </w:r>
      <w:proofErr w:type="gramEnd"/>
      <w:r w:rsidRPr="0096445B">
        <w:rPr>
          <w:lang w:val="sv-SE"/>
        </w:rPr>
        <w:t xml:space="preserve">: allt vad ni vill att människorna ska göra för er, så ska också ni göra för dem. För detta är lagen och </w:t>
      </w:r>
      <w:proofErr w:type="gramStart"/>
      <w:r w:rsidRPr="0096445B">
        <w:rPr>
          <w:lang w:val="sv-SE"/>
        </w:rPr>
        <w:t>profeterna.{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2E1E15B" w14:textId="77777777" w:rsidR="00BA33AB" w:rsidRPr="0096445B" w:rsidRDefault="00000000">
      <w:pPr>
        <w:pStyle w:val="Rubrik3"/>
        <w:rPr>
          <w:lang w:val="sv-SE"/>
        </w:rPr>
      </w:pPr>
      <w:r w:rsidRPr="0096445B">
        <w:rPr>
          <w:lang w:val="sv-SE"/>
        </w:rPr>
        <w:t>Den trånga porten</w:t>
      </w:r>
    </w:p>
    <w:p w14:paraId="1E8F291E" w14:textId="263440F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}}Gå</w:t>
      </w:r>
      <w:proofErr w:type="gramEnd"/>
      <w:r w:rsidRPr="0096445B">
        <w:rPr>
          <w:lang w:val="sv-SE"/>
        </w:rPr>
        <w:t xml:space="preserve"> in genom den trånga porten. För bred </w:t>
      </w:r>
      <w:r w:rsidRPr="0096445B">
        <w:rPr>
          <w:i/>
          <w:lang w:val="sv-SE"/>
        </w:rPr>
        <w:t>är</w:t>
      </w:r>
      <w:r w:rsidRPr="0096445B">
        <w:rPr>
          <w:lang w:val="sv-SE"/>
        </w:rPr>
        <w:t xml:space="preserve"> porten och rymlig vägen som leder bort till fördärvet, och många är de som går in genom </w:t>
      </w:r>
      <w:proofErr w:type="gramStart"/>
      <w:r w:rsidRPr="0096445B">
        <w:rPr>
          <w:lang w:val="sv-SE"/>
        </w:rPr>
        <w:t>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}}Hur</w:t>
      </w:r>
      <w:proofErr w:type="gramEnd"/>
      <w:r w:rsidRPr="0096445B">
        <w:rPr>
          <w:lang w:val="sv-SE"/>
        </w:rPr>
        <w:t xml:space="preserve"> trång </w:t>
      </w:r>
      <w:r w:rsidRPr="0096445B">
        <w:rPr>
          <w:i/>
          <w:lang w:val="sv-SE"/>
        </w:rPr>
        <w:t>är</w:t>
      </w:r>
      <w:r w:rsidRPr="0096445B">
        <w:rPr>
          <w:lang w:val="sv-SE"/>
        </w:rPr>
        <w:t xml:space="preserve"> porten och pressad vägen som leder bort till livet, och få är de som finner </w:t>
      </w:r>
      <w:proofErr w:type="gramStart"/>
      <w:r w:rsidRPr="0096445B">
        <w:rPr>
          <w:lang w:val="sv-SE"/>
        </w:rPr>
        <w:t>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5291B31" w14:textId="77777777" w:rsidR="00BA33AB" w:rsidRPr="0096445B" w:rsidRDefault="00000000">
      <w:pPr>
        <w:pStyle w:val="Rubrik3"/>
        <w:rPr>
          <w:lang w:val="sv-SE"/>
        </w:rPr>
      </w:pPr>
      <w:r w:rsidRPr="0096445B">
        <w:rPr>
          <w:lang w:val="sv-SE"/>
        </w:rPr>
        <w:t>Av frukten känns trädet</w:t>
      </w:r>
    </w:p>
    <w:p w14:paraId="450528F4" w14:textId="4A7948C5" w:rsidR="00BA33AB" w:rsidRPr="0096445B" w:rsidRDefault="00000000">
      <w:pPr>
        <w:rPr>
          <w:lang w:val="sv-SE"/>
        </w:rPr>
      </w:pPr>
      <w:r w:rsidRPr="0096445B">
        <w:rPr>
          <w:lang w:val="sv-SE"/>
        </w:rPr>
        <w:t>[[@</w:t>
      </w:r>
      <w:r w:rsidR="0096445B" w:rsidRPr="0096445B">
        <w:rPr>
          <w:lang w:val="sv-SE"/>
        </w:rPr>
        <w:t>BibleBIBEL82</w:t>
      </w:r>
      <w:r w:rsidRPr="0096445B">
        <w:rPr>
          <w:lang w:val="sv-SE"/>
        </w:rPr>
        <w:t>:Matt 7:15]]</w:t>
      </w:r>
      <w:r w:rsidRPr="0096445B">
        <w:rPr>
          <w:vertAlign w:val="superscript"/>
          <w:lang w:val="sv-SE"/>
        </w:rPr>
        <w:t>15</w:t>
      </w:r>
      <w:r w:rsidRPr="0096445B">
        <w:rPr>
          <w:lang w:val="sv-SE"/>
        </w:rPr>
        <w:t xml:space="preserve"> {{</w:t>
      </w:r>
      <w:proofErr w:type="spellStart"/>
      <w:r w:rsidRPr="0096445B">
        <w:rPr>
          <w:lang w:val="sv-SE"/>
        </w:rPr>
        <w:t>field-on:bible</w:t>
      </w:r>
      <w:proofErr w:type="spellEnd"/>
      <w:r w:rsidRPr="0096445B">
        <w:rPr>
          <w:lang w:val="sv-SE"/>
        </w:rPr>
        <w:t>}}Akta er för de falska profeterna, som kommer till er i fårs klädsel men inuti är rovlystna vargar.{{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7:16]]</w:t>
      </w:r>
      <w:r w:rsidRPr="0096445B">
        <w:rPr>
          <w:vertAlign w:val="superscript"/>
          <w:lang w:val="sv-SE"/>
        </w:rPr>
        <w:t>16</w:t>
      </w:r>
      <w:r w:rsidRPr="0096445B">
        <w:rPr>
          <w:lang w:val="sv-SE"/>
        </w:rPr>
        <w:t xml:space="preserve"> {{</w:t>
      </w:r>
      <w:proofErr w:type="spellStart"/>
      <w:r w:rsidRPr="0096445B">
        <w:rPr>
          <w:lang w:val="sv-SE"/>
        </w:rPr>
        <w:t>field-on:bible</w:t>
      </w:r>
      <w:proofErr w:type="spellEnd"/>
      <w:r w:rsidRPr="0096445B">
        <w:rPr>
          <w:lang w:val="sv-SE"/>
        </w:rPr>
        <w:t>}}Från deras frukter ska ni känna igen dem. Inte plockar man väl ihop druvor från törnen, eller fikon från tistlar?{{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7:17]]</w:t>
      </w:r>
      <w:r w:rsidRPr="0096445B">
        <w:rPr>
          <w:vertAlign w:val="superscript"/>
          <w:lang w:val="sv-SE"/>
        </w:rPr>
        <w:t>17</w:t>
      </w:r>
      <w:r w:rsidRPr="0096445B">
        <w:rPr>
          <w:lang w:val="sv-SE"/>
        </w:rPr>
        <w:t xml:space="preserve"> {{</w:t>
      </w:r>
      <w:proofErr w:type="spellStart"/>
      <w:r w:rsidRPr="0096445B">
        <w:rPr>
          <w:lang w:val="sv-SE"/>
        </w:rPr>
        <w:t>field-on:bible</w:t>
      </w:r>
      <w:proofErr w:type="spellEnd"/>
      <w:r w:rsidRPr="0096445B">
        <w:rPr>
          <w:lang w:val="sv-SE"/>
        </w:rPr>
        <w:t>}}Så gör varje gott träd goda frukter, men det ruttna trädet gör onda frukter.{{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7:18]]</w:t>
      </w:r>
      <w:r w:rsidRPr="0096445B">
        <w:rPr>
          <w:vertAlign w:val="superscript"/>
          <w:lang w:val="sv-SE"/>
        </w:rPr>
        <w:t>18</w:t>
      </w:r>
      <w:r w:rsidRPr="0096445B">
        <w:rPr>
          <w:lang w:val="sv-SE"/>
        </w:rPr>
        <w:t xml:space="preserve"> {{</w:t>
      </w:r>
      <w:proofErr w:type="spellStart"/>
      <w:r w:rsidRPr="0096445B">
        <w:rPr>
          <w:lang w:val="sv-SE"/>
        </w:rPr>
        <w:t>field-on:bible</w:t>
      </w:r>
      <w:proofErr w:type="spellEnd"/>
      <w:r w:rsidRPr="0096445B">
        <w:rPr>
          <w:lang w:val="sv-SE"/>
        </w:rPr>
        <w:t>}}Ett gott träd kan inte göra onda frukter, inte heller ett ruttet träd göra goda frukter.{{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7:19]]</w:t>
      </w:r>
      <w:r w:rsidRPr="0096445B">
        <w:rPr>
          <w:vertAlign w:val="superscript"/>
          <w:lang w:val="sv-SE"/>
        </w:rPr>
        <w:t>19</w:t>
      </w:r>
      <w:r w:rsidRPr="0096445B">
        <w:rPr>
          <w:lang w:val="sv-SE"/>
        </w:rPr>
        <w:t xml:space="preserve"> {{</w:t>
      </w:r>
      <w:proofErr w:type="spellStart"/>
      <w:r w:rsidRPr="0096445B">
        <w:rPr>
          <w:lang w:val="sv-SE"/>
        </w:rPr>
        <w:t>field-on:bible</w:t>
      </w:r>
      <w:proofErr w:type="spellEnd"/>
      <w:r w:rsidRPr="0096445B">
        <w:rPr>
          <w:lang w:val="sv-SE"/>
        </w:rPr>
        <w:t>}}Varje träd som inte gör god frukt huggs bort och kastas i eld.{{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7:20]]</w:t>
      </w:r>
      <w:r w:rsidRPr="0096445B">
        <w:rPr>
          <w:vertAlign w:val="superscript"/>
          <w:lang w:val="sv-SE"/>
        </w:rPr>
        <w:t>20</w:t>
      </w:r>
      <w:r w:rsidRPr="0096445B">
        <w:rPr>
          <w:lang w:val="sv-SE"/>
        </w:rPr>
        <w:t xml:space="preserve"> {{</w:t>
      </w:r>
      <w:proofErr w:type="spellStart"/>
      <w:r w:rsidRPr="0096445B">
        <w:rPr>
          <w:lang w:val="sv-SE"/>
        </w:rPr>
        <w:t>field-on:bible</w:t>
      </w:r>
      <w:proofErr w:type="spellEnd"/>
      <w:r w:rsidRPr="0096445B">
        <w:rPr>
          <w:lang w:val="sv-SE"/>
        </w:rPr>
        <w:t xml:space="preserve">}}Alltså </w:t>
      </w:r>
      <w:r w:rsidRPr="0096445B">
        <w:rPr>
          <w:i/>
          <w:lang w:val="sv-SE"/>
        </w:rPr>
        <w:t>är det</w:t>
      </w:r>
      <w:r w:rsidRPr="0096445B">
        <w:rPr>
          <w:lang w:val="sv-SE"/>
        </w:rPr>
        <w:t xml:space="preserve"> från deras frukter ni ska känna igen dem.{{</w:t>
      </w:r>
      <w:proofErr w:type="spellStart"/>
      <w:r w:rsidRPr="0096445B">
        <w:rPr>
          <w:lang w:val="sv-SE"/>
        </w:rPr>
        <w:t>field-off:bible</w:t>
      </w:r>
      <w:proofErr w:type="spellEnd"/>
      <w:r w:rsidRPr="0096445B">
        <w:rPr>
          <w:lang w:val="sv-SE"/>
        </w:rPr>
        <w:t>}}</w:t>
      </w:r>
    </w:p>
    <w:p w14:paraId="7200DFBF" w14:textId="12BA07C7" w:rsidR="00BA33AB" w:rsidRPr="0096445B" w:rsidRDefault="00000000">
      <w:pPr>
        <w:rPr>
          <w:lang w:val="sv-SE"/>
        </w:rPr>
      </w:pPr>
      <w:r w:rsidRPr="0096445B">
        <w:rPr>
          <w:lang w:val="sv-SE"/>
        </w:rPr>
        <w:t>[[@</w:t>
      </w:r>
      <w:r w:rsidR="0096445B" w:rsidRPr="0096445B">
        <w:rPr>
          <w:lang w:val="sv-SE"/>
        </w:rPr>
        <w:t>BibleBIBEL82</w:t>
      </w:r>
      <w:r w:rsidRPr="0096445B">
        <w:rPr>
          <w:lang w:val="sv-SE"/>
        </w:rPr>
        <w:t>:Matt 7:21]]</w:t>
      </w:r>
      <w:r w:rsidRPr="0096445B">
        <w:rPr>
          <w:vertAlign w:val="superscript"/>
          <w:lang w:val="sv-SE"/>
        </w:rPr>
        <w:t>21</w:t>
      </w:r>
      <w:r w:rsidRPr="0096445B">
        <w:rPr>
          <w:lang w:val="sv-SE"/>
        </w:rPr>
        <w:t xml:space="preserve"> {{</w:t>
      </w:r>
      <w:proofErr w:type="spellStart"/>
      <w:r w:rsidRPr="0096445B">
        <w:rPr>
          <w:lang w:val="sv-SE"/>
        </w:rPr>
        <w:t>field-on:bible</w:t>
      </w:r>
      <w:proofErr w:type="spellEnd"/>
      <w:r w:rsidRPr="0096445B">
        <w:rPr>
          <w:lang w:val="sv-SE"/>
        </w:rPr>
        <w:t>}}Inte var och en som säger till mig: Herre, Herre, ska komma in i himlarnas rike, utan den som gör viljan hos min Far i himlarna.{{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7:22]]</w:t>
      </w:r>
      <w:r w:rsidRPr="0096445B">
        <w:rPr>
          <w:vertAlign w:val="superscript"/>
          <w:lang w:val="sv-SE"/>
        </w:rPr>
        <w:t>22</w:t>
      </w:r>
      <w:r w:rsidRPr="0096445B">
        <w:rPr>
          <w:lang w:val="sv-SE"/>
        </w:rPr>
        <w:t xml:space="preserve"> {{</w:t>
      </w:r>
      <w:proofErr w:type="spellStart"/>
      <w:r w:rsidRPr="0096445B">
        <w:rPr>
          <w:lang w:val="sv-SE"/>
        </w:rPr>
        <w:t>field-on:bible</w:t>
      </w:r>
      <w:proofErr w:type="spellEnd"/>
      <w:r w:rsidRPr="0096445B">
        <w:rPr>
          <w:lang w:val="sv-SE"/>
        </w:rPr>
        <w:t>}}Många ska säga till mig på den dagen: Herre, Herre, har inte vi med ditt namn profeterat, och med ditt namn drivit ut demoner, och med ditt namn gjort många kraftgärningar?{{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7:23]]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 xml:space="preserve">}}Och då ska jag bekänna för dem att: Jag har aldrig känt er. Dra bort från mig, ni som utför </w:t>
      </w:r>
      <w:proofErr w:type="gramStart"/>
      <w:r w:rsidRPr="0096445B">
        <w:rPr>
          <w:lang w:val="sv-SE"/>
        </w:rPr>
        <w:t>laglösheten.{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6948AB0" w14:textId="77777777" w:rsidR="00BA33AB" w:rsidRPr="0096445B" w:rsidRDefault="00000000">
      <w:pPr>
        <w:pStyle w:val="Rubrik3"/>
        <w:rPr>
          <w:lang w:val="sv-SE"/>
        </w:rPr>
      </w:pPr>
      <w:r w:rsidRPr="0096445B">
        <w:rPr>
          <w:lang w:val="sv-SE"/>
        </w:rPr>
        <w:t>De två husbyggarna</w:t>
      </w:r>
    </w:p>
    <w:p w14:paraId="2B9955C9" w14:textId="26E5CFC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}}Var</w:t>
      </w:r>
      <w:proofErr w:type="gramEnd"/>
      <w:r w:rsidRPr="0096445B">
        <w:rPr>
          <w:lang w:val="sv-SE"/>
        </w:rPr>
        <w:t xml:space="preserve"> och en som alltså hör dessa mina ord och gör dem ska liknas vid en klok man som byggde sitt hus på </w:t>
      </w:r>
      <w:proofErr w:type="gramStart"/>
      <w:r w:rsidRPr="0096445B">
        <w:rPr>
          <w:lang w:val="sv-SE"/>
        </w:rPr>
        <w:t>klippan.{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ner kom vätan, och floderna kom och vindarna blåste och föll mot det huset. Och det föll inte, för det var grundat på </w:t>
      </w:r>
      <w:proofErr w:type="gramStart"/>
      <w:r w:rsidRPr="0096445B">
        <w:rPr>
          <w:lang w:val="sv-SE"/>
        </w:rPr>
        <w:t>klippan.{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47CBD50" w14:textId="284AC44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var och en som hör dessa mina ord och inte gör dem ska liknas vid en dåraktig man som byggde sitt hus på </w:t>
      </w:r>
      <w:proofErr w:type="gramStart"/>
      <w:r w:rsidRPr="0096445B">
        <w:rPr>
          <w:lang w:val="sv-SE"/>
        </w:rPr>
        <w:t>sanden.{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ner kom vätan, och floderna kom och vindarna blåste och stötte mot det huset. Och det föll, och dess fall var stort.”{{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0776FDE" w14:textId="0B3ED53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hände sig, när Jesus hade fullbordat dessa ord, </w:t>
      </w:r>
      <w:r w:rsidRPr="0096445B">
        <w:rPr>
          <w:i/>
          <w:lang w:val="sv-SE"/>
        </w:rPr>
        <w:t>att</w:t>
      </w:r>
      <w:r w:rsidRPr="0096445B">
        <w:rPr>
          <w:lang w:val="sv-SE"/>
        </w:rPr>
        <w:t xml:space="preserve"> skarorna var överväldigade vid hans </w:t>
      </w:r>
      <w:proofErr w:type="gramStart"/>
      <w:r w:rsidRPr="0096445B">
        <w:rPr>
          <w:lang w:val="sv-SE"/>
        </w:rPr>
        <w:t>undervisning.{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xml:space="preserve">}} </w:t>
      </w: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7:29]]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han undervisade dem som </w:t>
      </w:r>
      <w:r w:rsidRPr="0096445B">
        <w:rPr>
          <w:i/>
          <w:lang w:val="sv-SE"/>
        </w:rPr>
        <w:t>en</w:t>
      </w:r>
      <w:r w:rsidRPr="0096445B">
        <w:rPr>
          <w:lang w:val="sv-SE"/>
        </w:rPr>
        <w:t xml:space="preserve"> som hade auktoritet, och inte som deras </w:t>
      </w:r>
      <w:proofErr w:type="gramStart"/>
      <w:r w:rsidRPr="0096445B">
        <w:rPr>
          <w:lang w:val="sv-SE"/>
        </w:rPr>
        <w:t>skriftlärda.{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10B6E43" w14:textId="57154307"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w:t>
      </w:r>
      <w:proofErr w:type="gramStart"/>
      <w:r w:rsidRPr="0096445B">
        <w:rPr>
          <w:lang w:val="sv-SE"/>
        </w:rPr>
        <w:t>]]Kapitel</w:t>
      </w:r>
      <w:proofErr w:type="gramEnd"/>
      <w:r w:rsidRPr="0096445B">
        <w:rPr>
          <w:lang w:val="sv-SE"/>
        </w:rPr>
        <w:t xml:space="preserve"> 8</w:t>
      </w:r>
    </w:p>
    <w:p w14:paraId="5E91FFA4" w14:textId="77777777" w:rsidR="00BA33AB" w:rsidRPr="0096445B" w:rsidRDefault="00000000">
      <w:pPr>
        <w:pStyle w:val="Rubrik3"/>
        <w:rPr>
          <w:lang w:val="sv-SE"/>
        </w:rPr>
      </w:pPr>
      <w:r w:rsidRPr="0096445B">
        <w:rPr>
          <w:lang w:val="sv-SE"/>
        </w:rPr>
        <w:t>Jesus renar en spetälsk</w:t>
      </w:r>
    </w:p>
    <w:p w14:paraId="220927CC" w14:textId="738FFDF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gick ner från berget följde honom stora </w:t>
      </w:r>
      <w:proofErr w:type="gramStart"/>
      <w:r w:rsidRPr="0096445B">
        <w:rPr>
          <w:lang w:val="sv-SE"/>
        </w:rPr>
        <w:t>skaror.{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spetälsk kom fram och tillbad honom och sade: ”Herre, om du vill, kan du rena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räckte ut handen och rörde vid honom och sade: ”Jag vill. Var renad!” Och direkt renades hans </w:t>
      </w:r>
      <w:proofErr w:type="gramStart"/>
      <w:r w:rsidRPr="0096445B">
        <w:rPr>
          <w:lang w:val="sv-SE"/>
        </w:rPr>
        <w:t>spetälska.{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4488231" w14:textId="0D520EE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säger honom Jesus: ”Se till att du inte till någon säger </w:t>
      </w:r>
      <w:r w:rsidRPr="0096445B">
        <w:rPr>
          <w:i/>
          <w:lang w:val="sv-SE"/>
        </w:rPr>
        <w:t>det</w:t>
      </w:r>
      <w:r w:rsidRPr="0096445B">
        <w:rPr>
          <w:lang w:val="sv-SE"/>
        </w:rPr>
        <w:t xml:space="preserve">. Nej, bege dig, visa dig för prästen och frambär den </w:t>
      </w:r>
      <w:proofErr w:type="spellStart"/>
      <w:r w:rsidRPr="0096445B">
        <w:rPr>
          <w:lang w:val="sv-SE"/>
        </w:rPr>
        <w:t>äregåva</w:t>
      </w:r>
      <w:proofErr w:type="spellEnd"/>
      <w:r w:rsidRPr="0096445B">
        <w:rPr>
          <w:lang w:val="sv-SE"/>
        </w:rPr>
        <w:t xml:space="preserve"> som Mose har förordnat, till ett vittnesbörd för dem.”{{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CB77DC5" w14:textId="77777777" w:rsidR="00BA33AB" w:rsidRPr="0096445B" w:rsidRDefault="00000000">
      <w:pPr>
        <w:pStyle w:val="Rubrik3"/>
        <w:rPr>
          <w:lang w:val="sv-SE"/>
        </w:rPr>
      </w:pPr>
      <w:r w:rsidRPr="0096445B">
        <w:rPr>
          <w:lang w:val="sv-SE"/>
        </w:rPr>
        <w:t xml:space="preserve">En </w:t>
      </w:r>
      <w:proofErr w:type="spellStart"/>
      <w:r w:rsidRPr="0096445B">
        <w:rPr>
          <w:lang w:val="sv-SE"/>
        </w:rPr>
        <w:t>centurions</w:t>
      </w:r>
      <w:proofErr w:type="spellEnd"/>
      <w:r w:rsidRPr="0096445B">
        <w:rPr>
          <w:lang w:val="sv-SE"/>
        </w:rPr>
        <w:t xml:space="preserve"> tro</w:t>
      </w:r>
    </w:p>
    <w:p w14:paraId="2660E4F4" w14:textId="3072410F" w:rsidR="00BA33AB" w:rsidRPr="0096445B" w:rsidRDefault="00000000">
      <w:pPr>
        <w:rPr>
          <w:lang w:val="sv-SE"/>
        </w:rPr>
      </w:pPr>
      <w:r w:rsidRPr="0096445B">
        <w:rPr>
          <w:lang w:val="sv-SE"/>
        </w:rPr>
        <w:t>[[@</w:t>
      </w:r>
      <w:r w:rsidR="0096445B" w:rsidRPr="0096445B">
        <w:rPr>
          <w:lang w:val="sv-SE"/>
        </w:rPr>
        <w:t>BibleBIBEL82</w:t>
      </w:r>
      <w:r w:rsidRPr="0096445B">
        <w:rPr>
          <w:lang w:val="sv-SE"/>
        </w:rPr>
        <w:t>:Matt 8:5]]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 xml:space="preserve">}}När han gick in i </w:t>
      </w:r>
      <w:proofErr w:type="spellStart"/>
      <w:r w:rsidRPr="0096445B">
        <w:rPr>
          <w:lang w:val="sv-SE"/>
        </w:rPr>
        <w:t>Kafarnaum</w:t>
      </w:r>
      <w:proofErr w:type="spellEnd"/>
      <w:r w:rsidRPr="0096445B">
        <w:rPr>
          <w:lang w:val="sv-SE"/>
        </w:rPr>
        <w:t xml:space="preserve">, kom </w:t>
      </w:r>
      <w:r w:rsidRPr="0096445B">
        <w:rPr>
          <w:i/>
          <w:lang w:val="sv-SE"/>
        </w:rPr>
        <w:t>det</w:t>
      </w:r>
      <w:r w:rsidRPr="0096445B">
        <w:rPr>
          <w:lang w:val="sv-SE"/>
        </w:rPr>
        <w:t xml:space="preserve"> fram till honom en </w:t>
      </w:r>
      <w:proofErr w:type="spellStart"/>
      <w:r w:rsidRPr="0096445B">
        <w:rPr>
          <w:lang w:val="sv-SE"/>
        </w:rPr>
        <w:t>centurion</w:t>
      </w:r>
      <w:proofErr w:type="spellEnd"/>
      <w:r w:rsidRPr="0096445B">
        <w:rPr>
          <w:lang w:val="sv-SE"/>
        </w:rPr>
        <w:t xml:space="preserve"> som vädjade till honom{{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8:6]]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}}och sade: ”Herre, min gosse är liggande i huset förlamad, förskräckligt plågad.”{{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8:7]]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}}Och han säger till honom: ”Jag ska komma och bota honom.”{{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8:8]]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 xml:space="preserve">}}Och </w:t>
      </w:r>
      <w:proofErr w:type="spellStart"/>
      <w:r w:rsidRPr="0096445B">
        <w:rPr>
          <w:lang w:val="sv-SE"/>
        </w:rPr>
        <w:t>centurionen</w:t>
      </w:r>
      <w:proofErr w:type="spellEnd"/>
      <w:r w:rsidRPr="0096445B">
        <w:rPr>
          <w:lang w:val="sv-SE"/>
        </w:rPr>
        <w:t xml:space="preserve"> svarade och sade: ”Herre, jag är inte förtjänt att du går in under mitt tak. Men säg bara till med ett ord och min gosse blir </w:t>
      </w:r>
      <w:proofErr w:type="gramStart"/>
      <w:r w:rsidRPr="0096445B">
        <w:rPr>
          <w:lang w:val="sv-SE"/>
        </w:rPr>
        <w:t>helad.{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även jag är en människa under auktoritet och har under mig soldater, och jag säger till den: Gå, och han går, och till en annan: Kom, och han kommer, och till min fasttjänare: Gör detta, och han gör </w:t>
      </w:r>
      <w:r w:rsidRPr="0096445B">
        <w:rPr>
          <w:i/>
          <w:lang w:val="sv-SE"/>
        </w:rPr>
        <w:t>det</w:t>
      </w:r>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E3C3E2D" w14:textId="32982CB2" w:rsidR="00BA33AB" w:rsidRPr="0096445B" w:rsidRDefault="00000000">
      <w:pPr>
        <w:rPr>
          <w:lang w:val="sv-SE"/>
        </w:rPr>
      </w:pPr>
      <w:r w:rsidRPr="0096445B">
        <w:rPr>
          <w:lang w:val="sv-SE"/>
        </w:rPr>
        <w:t>[[@</w:t>
      </w:r>
      <w:r w:rsidR="0096445B" w:rsidRPr="0096445B">
        <w:rPr>
          <w:lang w:val="sv-SE"/>
        </w:rPr>
        <w:t>BibleBIBEL82</w:t>
      </w:r>
      <w:r w:rsidRPr="0096445B">
        <w:rPr>
          <w:lang w:val="sv-SE"/>
        </w:rPr>
        <w:t>:Matt 8:10]]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 xml:space="preserve">}}Och när Jesus hörde </w:t>
      </w:r>
      <w:r w:rsidRPr="0096445B">
        <w:rPr>
          <w:i/>
          <w:lang w:val="sv-SE"/>
        </w:rPr>
        <w:t>det</w:t>
      </w:r>
      <w:r w:rsidRPr="0096445B">
        <w:rPr>
          <w:lang w:val="sv-SE"/>
        </w:rPr>
        <w:t>, blev han förundrad och sade till dem som följde: ”Amen, jag säger er: Hos ingen har jag funnit en så stor tro i Israel.{{</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8:11]]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 xml:space="preserve">}}Och jag säger er att många från öst och väst ska komma och luta sig </w:t>
      </w:r>
      <w:r w:rsidRPr="0096445B">
        <w:rPr>
          <w:i/>
          <w:lang w:val="sv-SE"/>
        </w:rPr>
        <w:t>till bords</w:t>
      </w:r>
      <w:r w:rsidRPr="0096445B">
        <w:rPr>
          <w:lang w:val="sv-SE"/>
        </w:rPr>
        <w:t xml:space="preserve"> med Abraham och Isaak och Jakob i himlarnas rike.{{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8:12]]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}}Men rikets barn ska kastas ut i det yttre mörkret. Där blir gråten och tändernas gnissel.”{{</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82A46E0" w14:textId="3999001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sade till </w:t>
      </w:r>
      <w:proofErr w:type="spellStart"/>
      <w:r w:rsidRPr="0096445B">
        <w:rPr>
          <w:lang w:val="sv-SE"/>
        </w:rPr>
        <w:t>centurionen</w:t>
      </w:r>
      <w:proofErr w:type="spellEnd"/>
      <w:r w:rsidRPr="0096445B">
        <w:rPr>
          <w:lang w:val="sv-SE"/>
        </w:rPr>
        <w:t xml:space="preserve">: ”Bege dig. Som du trott ska det ske för dig.” Och helad blev [hans] gosse i den </w:t>
      </w:r>
      <w:proofErr w:type="gramStart"/>
      <w:r w:rsidRPr="0096445B">
        <w:rPr>
          <w:lang w:val="sv-SE"/>
        </w:rPr>
        <w:t>stunden.{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8EDC309" w14:textId="77777777" w:rsidR="00BA33AB" w:rsidRPr="0096445B" w:rsidRDefault="00000000">
      <w:pPr>
        <w:pStyle w:val="Rubrik3"/>
        <w:rPr>
          <w:lang w:val="sv-SE"/>
        </w:rPr>
      </w:pPr>
      <w:r w:rsidRPr="0096445B">
        <w:rPr>
          <w:lang w:val="sv-SE"/>
        </w:rPr>
        <w:t>Jesus botar Petrus svärmor</w:t>
      </w:r>
    </w:p>
    <w:p w14:paraId="44600AEF" w14:textId="238CBD4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kom till Petrus hus och såg hans svärmor liggande och </w:t>
      </w:r>
      <w:proofErr w:type="gramStart"/>
      <w:r w:rsidRPr="0096445B">
        <w:rPr>
          <w:lang w:val="sv-SE"/>
        </w:rPr>
        <w:t>febrig.{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rörde vid hennes hand, och </w:t>
      </w:r>
      <w:r w:rsidRPr="0096445B">
        <w:rPr>
          <w:i/>
          <w:lang w:val="sv-SE"/>
        </w:rPr>
        <w:t>då</w:t>
      </w:r>
      <w:r w:rsidRPr="0096445B">
        <w:rPr>
          <w:lang w:val="sv-SE"/>
        </w:rPr>
        <w:t xml:space="preserve"> lämnade henne febern. Och hon reste sig och </w:t>
      </w:r>
      <w:r w:rsidRPr="0096445B">
        <w:rPr>
          <w:i/>
          <w:lang w:val="sv-SE"/>
        </w:rPr>
        <w:t>började</w:t>
      </w:r>
      <w:r w:rsidRPr="0096445B">
        <w:rPr>
          <w:lang w:val="sv-SE"/>
        </w:rPr>
        <w:t xml:space="preserve"> betjäna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390446C" w14:textId="6E41C1A9"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det blev kväll, förde man fram till honom många demoniserade. Och han drev ut andarna med ett ord, och alla som hade </w:t>
      </w:r>
      <w:r w:rsidRPr="0096445B">
        <w:rPr>
          <w:i/>
          <w:lang w:val="sv-SE"/>
        </w:rPr>
        <w:t>det</w:t>
      </w:r>
      <w:r w:rsidRPr="0096445B">
        <w:rPr>
          <w:lang w:val="sv-SE"/>
        </w:rPr>
        <w:t xml:space="preserve"> illa botade </w:t>
      </w:r>
      <w:proofErr w:type="gramStart"/>
      <w:r w:rsidRPr="0096445B">
        <w:rPr>
          <w:lang w:val="sv-SE"/>
        </w:rPr>
        <w:t>han,{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att det skulle uppfyllas som var sagt genom profeten Esaias, som sade: Han tog våra sjukdomar och bar </w:t>
      </w:r>
      <w:r w:rsidRPr="0096445B">
        <w:rPr>
          <w:i/>
          <w:lang w:val="sv-SE"/>
        </w:rPr>
        <w:t>våra</w:t>
      </w:r>
      <w:r w:rsidRPr="0096445B">
        <w:rPr>
          <w:lang w:val="sv-SE"/>
        </w:rPr>
        <w:t xml:space="preserve"> </w:t>
      </w:r>
      <w:proofErr w:type="gramStart"/>
      <w:r w:rsidRPr="0096445B">
        <w:rPr>
          <w:lang w:val="sv-SE"/>
        </w:rPr>
        <w:t>åkommor.{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09DB5A8" w14:textId="77777777" w:rsidR="00BA33AB" w:rsidRPr="0096445B" w:rsidRDefault="00000000">
      <w:pPr>
        <w:pStyle w:val="Rubrik3"/>
        <w:rPr>
          <w:lang w:val="sv-SE"/>
        </w:rPr>
      </w:pPr>
      <w:r w:rsidRPr="0096445B">
        <w:rPr>
          <w:lang w:val="sv-SE"/>
        </w:rPr>
        <w:t>Lärjungaskapets kostnad</w:t>
      </w:r>
    </w:p>
    <w:p w14:paraId="7D4EC060" w14:textId="49FE87B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Jesus såg en skara omkring honom, befallde han att </w:t>
      </w:r>
      <w:r w:rsidRPr="0096445B">
        <w:rPr>
          <w:i/>
          <w:lang w:val="sv-SE"/>
        </w:rPr>
        <w:t>man skulle</w:t>
      </w:r>
      <w:r w:rsidRPr="0096445B">
        <w:rPr>
          <w:lang w:val="sv-SE"/>
        </w:rPr>
        <w:t xml:space="preserve"> fara bort till andra sidan </w:t>
      </w:r>
      <w:proofErr w:type="gramStart"/>
      <w:r w:rsidRPr="0096445B">
        <w:rPr>
          <w:i/>
          <w:lang w:val="sv-SE"/>
        </w:rPr>
        <w:t>havet</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det</w:t>
      </w:r>
      <w:r w:rsidRPr="0096445B">
        <w:rPr>
          <w:lang w:val="sv-SE"/>
        </w:rPr>
        <w:t xml:space="preserve"> kom fram en skriftlärd och sade till honom: ”Lärare, jag ska följa dig vart du än går </w:t>
      </w:r>
      <w:proofErr w:type="gramStart"/>
      <w:r w:rsidRPr="0096445B">
        <w:rPr>
          <w:lang w:val="sv-SE"/>
        </w:rPr>
        <w:t>iväg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säger honom Jesus: ”Rävarna har lyor, och himlens fåglar bon. Men Människosonen har ingenstans han lutar huvudet.”{{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137149E" w14:textId="6DA5F27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en annan av [hans] lärjungar sade till honom: ”Herre, tillåt mig att först gå bort och begrava min far.”{{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säger till honom: ”Följ mig. Och låt de döda begrava sina egna döda.”{{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91EC10C" w14:textId="77777777" w:rsidR="00BA33AB" w:rsidRPr="0096445B" w:rsidRDefault="00000000">
      <w:pPr>
        <w:pStyle w:val="Rubrik3"/>
        <w:rPr>
          <w:lang w:val="sv-SE"/>
        </w:rPr>
      </w:pPr>
      <w:r w:rsidRPr="0096445B">
        <w:rPr>
          <w:lang w:val="sv-SE"/>
        </w:rPr>
        <w:t>Jesus stillar stormen</w:t>
      </w:r>
    </w:p>
    <w:p w14:paraId="3BE0C66C" w14:textId="5E8FD4A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steg i båten följde honom hans </w:t>
      </w:r>
      <w:proofErr w:type="gramStart"/>
      <w:r w:rsidRPr="0096445B">
        <w:rPr>
          <w:lang w:val="sv-SE"/>
        </w:rPr>
        <w:t>lärjungar.{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väldig bävning kom på havet, så att båten </w:t>
      </w:r>
      <w:r w:rsidRPr="0096445B">
        <w:rPr>
          <w:i/>
          <w:lang w:val="sv-SE"/>
        </w:rPr>
        <w:t>började</w:t>
      </w:r>
      <w:r w:rsidRPr="0096445B">
        <w:rPr>
          <w:lang w:val="sv-SE"/>
        </w:rPr>
        <w:t xml:space="preserve"> övertäckas av vågorna. Men han </w:t>
      </w:r>
      <w:proofErr w:type="gramStart"/>
      <w:r w:rsidRPr="0096445B">
        <w:rPr>
          <w:lang w:val="sv-SE"/>
        </w:rPr>
        <w:t>sov.{</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kom fram och väckte honom och sade: ”Herre, fräls! Vi går förlorade!”{{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säger till dem: ”Varför är ni fega, </w:t>
      </w:r>
      <w:r w:rsidRPr="0096445B">
        <w:rPr>
          <w:i/>
          <w:lang w:val="sv-SE"/>
        </w:rPr>
        <w:t>ni</w:t>
      </w:r>
      <w:r w:rsidRPr="0096445B">
        <w:rPr>
          <w:lang w:val="sv-SE"/>
        </w:rPr>
        <w:t xml:space="preserve"> klentrogna?” Sedan reste han sig och näpste vindarna och havet, och det blev ett väldigt </w:t>
      </w:r>
      <w:proofErr w:type="gramStart"/>
      <w:r w:rsidRPr="0096445B">
        <w:rPr>
          <w:lang w:val="sv-SE"/>
        </w:rPr>
        <w:t>lugn.{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människorna var förundrade och sade: ”Vad för en är denne? För även vindarna och havet hörsammar honom!”{{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928E7A4" w14:textId="77777777" w:rsidR="00BA33AB" w:rsidRPr="0096445B" w:rsidRDefault="00000000">
      <w:pPr>
        <w:pStyle w:val="Rubrik3"/>
        <w:rPr>
          <w:lang w:val="sv-SE"/>
        </w:rPr>
      </w:pPr>
      <w:r w:rsidRPr="0096445B">
        <w:rPr>
          <w:lang w:val="sv-SE"/>
        </w:rPr>
        <w:t>Jesus botar två demoniserade</w:t>
      </w:r>
    </w:p>
    <w:p w14:paraId="714B4036" w14:textId="5E2D0D3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kom till andra sidan, till </w:t>
      </w:r>
      <w:proofErr w:type="spellStart"/>
      <w:r w:rsidRPr="0096445B">
        <w:rPr>
          <w:lang w:val="sv-SE"/>
        </w:rPr>
        <w:t>gadarenernas</w:t>
      </w:r>
      <w:proofErr w:type="spellEnd"/>
      <w:r w:rsidRPr="0096445B">
        <w:rPr>
          <w:lang w:val="sv-SE"/>
        </w:rPr>
        <w:t xml:space="preserve"> trakt, mötte honom två demoniserade som kom ut från gravarna, så väldigt besvärliga att ingen mäktade att gå förbi på den </w:t>
      </w:r>
      <w:proofErr w:type="gramStart"/>
      <w:r w:rsidRPr="0096445B">
        <w:rPr>
          <w:lang w:val="sv-SE"/>
        </w:rPr>
        <w:t>vägen.{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de skrek och sade: ”Vad </w:t>
      </w:r>
      <w:r w:rsidRPr="0096445B">
        <w:rPr>
          <w:i/>
          <w:lang w:val="sv-SE"/>
        </w:rPr>
        <w:t>mellan</w:t>
      </w:r>
      <w:r w:rsidRPr="0096445B">
        <w:rPr>
          <w:lang w:val="sv-SE"/>
        </w:rPr>
        <w:t xml:space="preserve"> oss och dig, Guds Son? Har du kommit hit </w:t>
      </w:r>
      <w:r w:rsidRPr="0096445B">
        <w:rPr>
          <w:i/>
          <w:lang w:val="sv-SE"/>
        </w:rPr>
        <w:t>i</w:t>
      </w:r>
      <w:r w:rsidRPr="0096445B">
        <w:rPr>
          <w:lang w:val="sv-SE"/>
        </w:rPr>
        <w:t xml:space="preserve"> förtid </w:t>
      </w:r>
      <w:r w:rsidRPr="0096445B">
        <w:rPr>
          <w:i/>
          <w:lang w:val="sv-SE"/>
        </w:rPr>
        <w:t>för</w:t>
      </w:r>
      <w:r w:rsidRPr="0096445B">
        <w:rPr>
          <w:lang w:val="sv-SE"/>
        </w:rPr>
        <w:t xml:space="preserve"> att plåga oss?”{{</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EEB5C50" w14:textId="75F48DB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w:t>
      </w:r>
      <w:r w:rsidRPr="0096445B">
        <w:rPr>
          <w:i/>
          <w:lang w:val="sv-SE"/>
        </w:rPr>
        <w:t>där</w:t>
      </w:r>
      <w:r w:rsidRPr="0096445B">
        <w:rPr>
          <w:lang w:val="sv-SE"/>
        </w:rPr>
        <w:t xml:space="preserve"> fanns långt ifrån dem en skock med många svin som </w:t>
      </w:r>
      <w:proofErr w:type="gramStart"/>
      <w:r w:rsidRPr="0096445B">
        <w:rPr>
          <w:lang w:val="sv-SE"/>
        </w:rPr>
        <w:t>vallades.{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demonerna vädjade till honom och sade: ”Om du driver ut oss, sänd oss till svinskocken.”{{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till dem: ”Bege er!” Och de kom ut och for bort in i svinen, och se: hela skocken stormade ner från branten i havet och dog i </w:t>
      </w:r>
      <w:proofErr w:type="gramStart"/>
      <w:r w:rsidRPr="0096445B">
        <w:rPr>
          <w:lang w:val="sv-SE"/>
        </w:rPr>
        <w:t>vattnen.{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6415D46" w14:textId="6E2073F1"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som vallade flydde, och </w:t>
      </w:r>
      <w:proofErr w:type="spellStart"/>
      <w:r w:rsidRPr="0096445B">
        <w:rPr>
          <w:lang w:val="sv-SE"/>
        </w:rPr>
        <w:t>ivägkomna</w:t>
      </w:r>
      <w:proofErr w:type="spellEnd"/>
      <w:r w:rsidRPr="0096445B">
        <w:rPr>
          <w:lang w:val="sv-SE"/>
        </w:rPr>
        <w:t xml:space="preserve"> in i staden berättade de allt, även det om de </w:t>
      </w:r>
      <w:proofErr w:type="gramStart"/>
      <w:r w:rsidRPr="0096445B">
        <w:rPr>
          <w:lang w:val="sv-SE"/>
        </w:rPr>
        <w:t>demoniserade.{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8:34]]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hela staden kom ut, Jesus till mötes. Och när de såg honom, vädjade de att han skulle gå vidare från deras </w:t>
      </w:r>
      <w:proofErr w:type="gramStart"/>
      <w:r w:rsidRPr="0096445B">
        <w:rPr>
          <w:lang w:val="sv-SE"/>
        </w:rPr>
        <w:t>område.{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4A43C25" w14:textId="7CA2B509"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w:t>
      </w:r>
      <w:proofErr w:type="gramStart"/>
      <w:r w:rsidRPr="0096445B">
        <w:rPr>
          <w:lang w:val="sv-SE"/>
        </w:rPr>
        <w:t>]]Kapitel</w:t>
      </w:r>
      <w:proofErr w:type="gramEnd"/>
      <w:r w:rsidRPr="0096445B">
        <w:rPr>
          <w:lang w:val="sv-SE"/>
        </w:rPr>
        <w:t xml:space="preserve"> 9</w:t>
      </w:r>
    </w:p>
    <w:p w14:paraId="4BA418A1" w14:textId="77777777" w:rsidR="00BA33AB" w:rsidRPr="0096445B" w:rsidRDefault="00000000">
      <w:pPr>
        <w:pStyle w:val="Rubrik3"/>
        <w:rPr>
          <w:lang w:val="sv-SE"/>
        </w:rPr>
      </w:pPr>
      <w:r w:rsidRPr="0096445B">
        <w:rPr>
          <w:lang w:val="sv-SE"/>
        </w:rPr>
        <w:t>Jesus förlåter synder</w:t>
      </w:r>
    </w:p>
    <w:p w14:paraId="7151B360" w14:textId="3F03F29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steg i en båt och for över till andra sidan och kom till </w:t>
      </w:r>
      <w:r w:rsidRPr="0096445B">
        <w:rPr>
          <w:i/>
          <w:lang w:val="sv-SE"/>
        </w:rPr>
        <w:t>sin</w:t>
      </w:r>
      <w:r w:rsidRPr="0096445B">
        <w:rPr>
          <w:lang w:val="sv-SE"/>
        </w:rPr>
        <w:t xml:space="preserve"> egen </w:t>
      </w:r>
      <w:proofErr w:type="gramStart"/>
      <w:r w:rsidRPr="0096445B">
        <w:rPr>
          <w:lang w:val="sv-SE"/>
        </w:rPr>
        <w:t>stad.{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de bar fram till honom en förlamad, liggande på en bädd. Och Jesus såg deras tro och sade till den förlamade: ”Fatta mod, barn. Dina synder förlåts.”{{</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65B5060" w14:textId="1F33A5F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några av de skriftlärda sade inom sig: ”Den där hädar!”{{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såg deras reflektioner och sade: ”Varför reflekterar ni onda </w:t>
      </w:r>
      <w:r w:rsidRPr="0096445B">
        <w:rPr>
          <w:i/>
          <w:lang w:val="sv-SE"/>
        </w:rPr>
        <w:t>ting</w:t>
      </w:r>
      <w:r w:rsidRPr="0096445B">
        <w:rPr>
          <w:lang w:val="sv-SE"/>
        </w:rPr>
        <w:t xml:space="preserve"> i era </w:t>
      </w:r>
      <w:proofErr w:type="gramStart"/>
      <w:r w:rsidRPr="0096445B">
        <w:rPr>
          <w:lang w:val="sv-SE"/>
        </w:rPr>
        <w:t>hjärtan?{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vad är lättare? Att säga: Dina synder förlåts, eller att säga: Res dig och vandra?{{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}}Men för att ni ska veta att auktoritet har Människosonen på jorden att förlåta synder” – sedan säger han till den förlamade: ”Res dig, ta din bädd och bege dig till ditt hus!”{{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}}Och han reste sig och gick iväg till sitt hus.{{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 xml:space="preserve">}}Och när skarorna såg </w:t>
      </w:r>
      <w:r w:rsidRPr="0096445B">
        <w:rPr>
          <w:i/>
          <w:lang w:val="sv-SE"/>
        </w:rPr>
        <w:t>det</w:t>
      </w:r>
      <w:r w:rsidRPr="0096445B">
        <w:rPr>
          <w:lang w:val="sv-SE"/>
        </w:rPr>
        <w:t>, fruktade de och ärade Gud som gett sådan auktoritet åt människorna.{{</w:t>
      </w:r>
      <w:proofErr w:type="spellStart"/>
      <w:r w:rsidRPr="0096445B">
        <w:rPr>
          <w:lang w:val="sv-SE"/>
        </w:rPr>
        <w:t>field-off:bible</w:t>
      </w:r>
      <w:proofErr w:type="spellEnd"/>
      <w:r w:rsidRPr="0096445B">
        <w:rPr>
          <w:lang w:val="sv-SE"/>
        </w:rPr>
        <w:t>}}</w:t>
      </w:r>
    </w:p>
    <w:p w14:paraId="58275F4C" w14:textId="77777777" w:rsidR="00BA33AB" w:rsidRPr="0096445B" w:rsidRDefault="00000000">
      <w:pPr>
        <w:pStyle w:val="Rubrik3"/>
        <w:rPr>
          <w:lang w:val="sv-SE"/>
        </w:rPr>
      </w:pPr>
      <w:r w:rsidRPr="0096445B">
        <w:rPr>
          <w:lang w:val="sv-SE"/>
        </w:rPr>
        <w:t>Jesus hos tullindrivare och syndare</w:t>
      </w:r>
    </w:p>
    <w:p w14:paraId="797FBA14" w14:textId="0EB61DA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drog vidare därifrån, och såg en man sittande vid tullhuset som kallades </w:t>
      </w:r>
      <w:proofErr w:type="spellStart"/>
      <w:r w:rsidRPr="0096445B">
        <w:rPr>
          <w:lang w:val="sv-SE"/>
        </w:rPr>
        <w:t>Mattheus</w:t>
      </w:r>
      <w:proofErr w:type="spellEnd"/>
      <w:r w:rsidRPr="0096445B">
        <w:rPr>
          <w:lang w:val="sv-SE"/>
        </w:rPr>
        <w:t xml:space="preserve">. Och han säger till honom: ”Följ mig!” Och han stod upp och följde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4127871" w14:textId="61D5B7C5" w:rsidR="00BA33AB" w:rsidRPr="0096445B" w:rsidRDefault="00000000">
      <w:pPr>
        <w:rPr>
          <w:lang w:val="sv-SE"/>
        </w:rPr>
      </w:pPr>
      <w:r w:rsidRPr="0096445B">
        <w:rPr>
          <w:lang w:val="sv-SE"/>
        </w:rPr>
        <w:t>[[@</w:t>
      </w:r>
      <w:r w:rsidR="0096445B" w:rsidRPr="0096445B">
        <w:rPr>
          <w:lang w:val="sv-SE"/>
        </w:rPr>
        <w:t>BibleBIBEL82</w:t>
      </w:r>
      <w:r w:rsidRPr="0096445B">
        <w:rPr>
          <w:lang w:val="sv-SE"/>
        </w:rPr>
        <w:t>:Matt 9:10]]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 xml:space="preserve">}}Och det hände sig när han låg </w:t>
      </w:r>
      <w:r w:rsidRPr="0096445B">
        <w:rPr>
          <w:i/>
          <w:lang w:val="sv-SE"/>
        </w:rPr>
        <w:t>till bords</w:t>
      </w:r>
      <w:r w:rsidRPr="0096445B">
        <w:rPr>
          <w:lang w:val="sv-SE"/>
        </w:rPr>
        <w:t xml:space="preserve"> i huset, och se: många tullindrivare och syndare kom och låg </w:t>
      </w:r>
      <w:r w:rsidRPr="0096445B">
        <w:rPr>
          <w:i/>
          <w:lang w:val="sv-SE"/>
        </w:rPr>
        <w:t>till bords</w:t>
      </w:r>
      <w:r w:rsidRPr="0096445B">
        <w:rPr>
          <w:lang w:val="sv-SE"/>
        </w:rPr>
        <w:t xml:space="preserve"> med Jesus och hans lärjungar.{{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 xml:space="preserve">}}Och när fariseerna såg </w:t>
      </w:r>
      <w:r w:rsidRPr="0096445B">
        <w:rPr>
          <w:i/>
          <w:lang w:val="sv-SE"/>
        </w:rPr>
        <w:t>det</w:t>
      </w:r>
      <w:r w:rsidRPr="0096445B">
        <w:rPr>
          <w:lang w:val="sv-SE"/>
        </w:rPr>
        <w:t xml:space="preserve">, sade de till hans lärjungar: ”Varför </w:t>
      </w:r>
      <w:r w:rsidRPr="0096445B">
        <w:rPr>
          <w:i/>
          <w:lang w:val="sv-SE"/>
        </w:rPr>
        <w:t>är det</w:t>
      </w:r>
      <w:r w:rsidRPr="0096445B">
        <w:rPr>
          <w:lang w:val="sv-SE"/>
        </w:rPr>
        <w:t xml:space="preserve"> med tullindrivarna och syndarna er lärare äter?”{{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 xml:space="preserve">}}Men han hörde </w:t>
      </w:r>
      <w:r w:rsidRPr="0096445B">
        <w:rPr>
          <w:i/>
          <w:lang w:val="sv-SE"/>
        </w:rPr>
        <w:t>det</w:t>
      </w:r>
      <w:r w:rsidRPr="0096445B">
        <w:rPr>
          <w:lang w:val="sv-SE"/>
        </w:rPr>
        <w:t xml:space="preserve"> och sade: ”Inte har de starka behov av läkare, utan de som har </w:t>
      </w:r>
      <w:r w:rsidRPr="0096445B">
        <w:rPr>
          <w:i/>
          <w:lang w:val="sv-SE"/>
        </w:rPr>
        <w:t>det</w:t>
      </w:r>
      <w:r w:rsidRPr="0096445B">
        <w:rPr>
          <w:lang w:val="sv-SE"/>
        </w:rPr>
        <w:t xml:space="preserve"> illa.{{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 xml:space="preserve">}}Men gå och lär er vad </w:t>
      </w:r>
      <w:r w:rsidRPr="0096445B">
        <w:rPr>
          <w:i/>
          <w:lang w:val="sv-SE"/>
        </w:rPr>
        <w:t>detta</w:t>
      </w:r>
      <w:r w:rsidRPr="0096445B">
        <w:rPr>
          <w:lang w:val="sv-SE"/>
        </w:rPr>
        <w:t xml:space="preserve"> är: Barmhärtighet vill jag och inte offer. För jag har inte kommit </w:t>
      </w:r>
      <w:r w:rsidRPr="0096445B">
        <w:rPr>
          <w:i/>
          <w:lang w:val="sv-SE"/>
        </w:rPr>
        <w:t>för</w:t>
      </w:r>
      <w:r w:rsidRPr="0096445B">
        <w:rPr>
          <w:lang w:val="sv-SE"/>
        </w:rPr>
        <w:t xml:space="preserve"> att kalla rättfärdiga, utan syndare.”{{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3A36589" w14:textId="77777777" w:rsidR="00BA33AB" w:rsidRPr="0096445B" w:rsidRDefault="00000000">
      <w:pPr>
        <w:pStyle w:val="Rubrik3"/>
        <w:rPr>
          <w:lang w:val="sv-SE"/>
        </w:rPr>
      </w:pPr>
      <w:r w:rsidRPr="0096445B">
        <w:rPr>
          <w:lang w:val="sv-SE"/>
        </w:rPr>
        <w:t>Jesus och fastan</w:t>
      </w:r>
    </w:p>
    <w:p w14:paraId="6E7B147B" w14:textId="7E55C2F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kommer Johannes lärjungar fram till honom och säger: ”Varför fastar vi och fariseerna [mycket], men dina lärjungar fastar inte?”{{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sade till dem: ”Inte kan bröllopssalens söner sörja så länge brudgummen är med dem? Men det ska komma dagar när brudgummen tas ifrån dem, och då ska de </w:t>
      </w:r>
      <w:proofErr w:type="gramStart"/>
      <w:r w:rsidRPr="0096445B">
        <w:rPr>
          <w:lang w:val="sv-SE"/>
        </w:rPr>
        <w:t>fasta.{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2CD991D" w14:textId="4345DC4C"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ingen sätter på en lapp av okrympt tyg på en gammal mantel. För den tar bort sin fullhet från manteln, och det blir en värre </w:t>
      </w:r>
      <w:proofErr w:type="gramStart"/>
      <w:r w:rsidRPr="0096445B">
        <w:rPr>
          <w:lang w:val="sv-SE"/>
        </w:rPr>
        <w:t>reva.{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man häller inte ungt vin i gamla läglar. Annars slits läglarna sönder, och vinet utgjuts och läglarna går förlorade. Nej, man häller ungt vin i nya läglar, och båda </w:t>
      </w:r>
      <w:proofErr w:type="spellStart"/>
      <w:r w:rsidRPr="0096445B">
        <w:rPr>
          <w:lang w:val="sv-SE"/>
        </w:rPr>
        <w:t>sambevaras</w:t>
      </w:r>
      <w:proofErr w:type="spell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477ACB4" w14:textId="77777777" w:rsidR="00BA33AB" w:rsidRPr="0096445B" w:rsidRDefault="00000000">
      <w:pPr>
        <w:pStyle w:val="Rubrik3"/>
        <w:rPr>
          <w:lang w:val="sv-SE"/>
        </w:rPr>
      </w:pPr>
      <w:proofErr w:type="spellStart"/>
      <w:r w:rsidRPr="0096445B">
        <w:rPr>
          <w:lang w:val="sv-SE"/>
        </w:rPr>
        <w:t>Jairos</w:t>
      </w:r>
      <w:proofErr w:type="spellEnd"/>
      <w:r w:rsidRPr="0096445B">
        <w:rPr>
          <w:lang w:val="sv-SE"/>
        </w:rPr>
        <w:t xml:space="preserve"> dotter och den blödande kvinnan</w:t>
      </w:r>
    </w:p>
    <w:p w14:paraId="1E292D97" w14:textId="5799D1D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}}Medan</w:t>
      </w:r>
      <w:proofErr w:type="gramEnd"/>
      <w:r w:rsidRPr="0096445B">
        <w:rPr>
          <w:lang w:val="sv-SE"/>
        </w:rPr>
        <w:t xml:space="preserve"> han talade detta till dem, se: en ledare kom och </w:t>
      </w:r>
      <w:r w:rsidRPr="0096445B">
        <w:rPr>
          <w:i/>
          <w:lang w:val="sv-SE"/>
        </w:rPr>
        <w:t>började</w:t>
      </w:r>
      <w:r w:rsidRPr="0096445B">
        <w:rPr>
          <w:lang w:val="sv-SE"/>
        </w:rPr>
        <w:t xml:space="preserve"> tillbe honom och sade att: ”Min dotter avled nu. Men kom och lägg din hand på henne och hon ska leva.”{{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reste sig Jesus och följde honom, även hans </w:t>
      </w:r>
      <w:proofErr w:type="gramStart"/>
      <w:r w:rsidRPr="0096445B">
        <w:rPr>
          <w:lang w:val="sv-SE"/>
        </w:rPr>
        <w:t>lärjungar.{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CC6CD2D" w14:textId="187A0E9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kvinna som hade blött </w:t>
      </w:r>
      <w:r w:rsidRPr="0096445B">
        <w:rPr>
          <w:i/>
          <w:lang w:val="sv-SE"/>
        </w:rPr>
        <w:t>i</w:t>
      </w:r>
      <w:r w:rsidRPr="0096445B">
        <w:rPr>
          <w:lang w:val="sv-SE"/>
        </w:rPr>
        <w:t xml:space="preserve"> tolv år kom fram bakifrån och rörde vid hörntofsen på hans </w:t>
      </w:r>
      <w:proofErr w:type="gramStart"/>
      <w:r w:rsidRPr="0096445B">
        <w:rPr>
          <w:lang w:val="sv-SE"/>
        </w:rPr>
        <w:t>mantel.{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hon sade inom sig: ”Om jag </w:t>
      </w:r>
      <w:r w:rsidRPr="0096445B">
        <w:rPr>
          <w:i/>
          <w:lang w:val="sv-SE"/>
        </w:rPr>
        <w:t>så</w:t>
      </w:r>
      <w:r w:rsidRPr="0096445B">
        <w:rPr>
          <w:lang w:val="sv-SE"/>
        </w:rPr>
        <w:t xml:space="preserve"> bara rör vid hans mantel, blir jag frälst.”{{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vände sig och såg henne och sade: ”Fatta mod, dotter. Din tro har frälst dig.” Och frälst blev kvinnan från den </w:t>
      </w:r>
      <w:proofErr w:type="gramStart"/>
      <w:r w:rsidRPr="0096445B">
        <w:rPr>
          <w:lang w:val="sv-SE"/>
        </w:rPr>
        <w:t>stunden.{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1BA1096" w14:textId="0171B1E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Jesus kom till ledarens hus och såg flöjtblåsarna och skaran som </w:t>
      </w:r>
      <w:proofErr w:type="gramStart"/>
      <w:r w:rsidRPr="0096445B">
        <w:rPr>
          <w:lang w:val="sv-SE"/>
        </w:rPr>
        <w:t>väsnades,{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}}sade</w:t>
      </w:r>
      <w:proofErr w:type="gramEnd"/>
      <w:r w:rsidRPr="0096445B">
        <w:rPr>
          <w:lang w:val="sv-SE"/>
        </w:rPr>
        <w:t xml:space="preserve"> han: ”Dra er undan! För flickan har inte dött, utan sover.” Och de skrattade åt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skaran hade drivits ut gick han in och grep hennes hand, och flickan reste sig.{{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detta rykte gick ut i hela det </w:t>
      </w:r>
      <w:proofErr w:type="gramStart"/>
      <w:r w:rsidRPr="0096445B">
        <w:rPr>
          <w:lang w:val="sv-SE"/>
        </w:rPr>
        <w:t>landet.{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A1B3125" w14:textId="77777777" w:rsidR="00BA33AB" w:rsidRPr="0096445B" w:rsidRDefault="00000000">
      <w:pPr>
        <w:pStyle w:val="Rubrik3"/>
        <w:rPr>
          <w:lang w:val="sv-SE"/>
        </w:rPr>
      </w:pPr>
      <w:r w:rsidRPr="0096445B">
        <w:rPr>
          <w:lang w:val="sv-SE"/>
        </w:rPr>
        <w:t>Jesus botar två blinda och en stum</w:t>
      </w:r>
    </w:p>
    <w:p w14:paraId="40392C70" w14:textId="41B840C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Jesus drog vidare därifrån, följde [honom] två blinda som skrek och sade: ”Förbarma dig över oss, Davids son!”{{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kommit till huset kom de blinda fram till honom, och Jesus säger till dem: ”Tror ni att jag kan göra detta?” De säger till honom: ”Ja, Herre.”{{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rörde han vid deras ögon och sade: ”Efter er tro ska det ske för er.”{{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deras ögon öppnades. Och Jesus frustade mot dem och sade: ”Se till att ingen får veta.”{{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 gick ut och spred ryktet om honom i hela det </w:t>
      </w:r>
      <w:proofErr w:type="gramStart"/>
      <w:r w:rsidRPr="0096445B">
        <w:rPr>
          <w:lang w:val="sv-SE"/>
        </w:rPr>
        <w:t>landet.{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C6A8FEA" w14:textId="69D25E2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gick ut, se: </w:t>
      </w:r>
      <w:r w:rsidRPr="0096445B">
        <w:rPr>
          <w:i/>
          <w:lang w:val="sv-SE"/>
        </w:rPr>
        <w:t>då</w:t>
      </w:r>
      <w:r w:rsidRPr="0096445B">
        <w:rPr>
          <w:lang w:val="sv-SE"/>
        </w:rPr>
        <w:t xml:space="preserve"> förde man fram till honom en stum demoniserad </w:t>
      </w:r>
      <w:proofErr w:type="gramStart"/>
      <w:r w:rsidRPr="0096445B">
        <w:rPr>
          <w:lang w:val="sv-SE"/>
        </w:rPr>
        <w:t>människa.{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demonen var utdriven talade den stumme, och skarorna var förundrade och sade: ”Aldrig har det visat sig sådant i Israel!”{{</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9:34]]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fariseerna sade: ”</w:t>
      </w:r>
      <w:r w:rsidRPr="0096445B">
        <w:rPr>
          <w:i/>
          <w:lang w:val="sv-SE"/>
        </w:rPr>
        <w:t>Det är</w:t>
      </w:r>
      <w:r w:rsidRPr="0096445B">
        <w:rPr>
          <w:lang w:val="sv-SE"/>
        </w:rPr>
        <w:t xml:space="preserve"> med demonernas furste han driver ut demonerna.”{{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F1FEBEF" w14:textId="77777777" w:rsidR="00BA33AB" w:rsidRPr="0096445B" w:rsidRDefault="00000000">
      <w:pPr>
        <w:pStyle w:val="Rubrik3"/>
        <w:rPr>
          <w:lang w:val="sv-SE"/>
        </w:rPr>
      </w:pPr>
      <w:r w:rsidRPr="0096445B">
        <w:rPr>
          <w:lang w:val="sv-SE"/>
        </w:rPr>
        <w:lastRenderedPageBreak/>
        <w:t>Som får utan herde</w:t>
      </w:r>
    </w:p>
    <w:p w14:paraId="16AB0745" w14:textId="20E9D4BA" w:rsidR="00BA33AB" w:rsidRPr="0096445B" w:rsidRDefault="00000000">
      <w:pPr>
        <w:rPr>
          <w:lang w:val="sv-SE"/>
        </w:rPr>
      </w:pPr>
      <w:r w:rsidRPr="0096445B">
        <w:rPr>
          <w:lang w:val="sv-SE"/>
        </w:rPr>
        <w:t>[[@</w:t>
      </w:r>
      <w:r w:rsidR="0096445B" w:rsidRPr="0096445B">
        <w:rPr>
          <w:lang w:val="sv-SE"/>
        </w:rPr>
        <w:t>BibleBIBEL82</w:t>
      </w:r>
      <w:r w:rsidRPr="0096445B">
        <w:rPr>
          <w:lang w:val="sv-SE"/>
        </w:rPr>
        <w:t>:Matt 9:35]]</w:t>
      </w:r>
      <w:r w:rsidRPr="0096445B">
        <w:rPr>
          <w:vertAlign w:val="superscript"/>
          <w:lang w:val="sv-SE"/>
        </w:rPr>
        <w:t>35</w:t>
      </w:r>
      <w:r w:rsidRPr="0096445B">
        <w:rPr>
          <w:lang w:val="sv-SE"/>
        </w:rPr>
        <w:t xml:space="preserve"> {{</w:t>
      </w:r>
      <w:proofErr w:type="spellStart"/>
      <w:r w:rsidRPr="0096445B">
        <w:rPr>
          <w:lang w:val="sv-SE"/>
        </w:rPr>
        <w:t>field-on:bible</w:t>
      </w:r>
      <w:proofErr w:type="spellEnd"/>
      <w:r w:rsidRPr="0096445B">
        <w:rPr>
          <w:lang w:val="sv-SE"/>
        </w:rPr>
        <w:t>}}Och Jesus drog omkring i alla städerna och byarna, och han undervisade i deras synagogor och förkunnade evangeliet om riket och botade varje åkomma och varje klenhet.{{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9:36]]</w:t>
      </w:r>
      <w:r w:rsidRPr="0096445B">
        <w:rPr>
          <w:vertAlign w:val="superscript"/>
          <w:lang w:val="sv-SE"/>
        </w:rPr>
        <w:t>36</w:t>
      </w:r>
      <w:r w:rsidRPr="0096445B">
        <w:rPr>
          <w:lang w:val="sv-SE"/>
        </w:rPr>
        <w:t xml:space="preserve"> {{</w:t>
      </w:r>
      <w:proofErr w:type="spellStart"/>
      <w:r w:rsidRPr="0096445B">
        <w:rPr>
          <w:lang w:val="sv-SE"/>
        </w:rPr>
        <w:t>field-on:bible</w:t>
      </w:r>
      <w:proofErr w:type="spellEnd"/>
      <w:r w:rsidRPr="0096445B">
        <w:rPr>
          <w:lang w:val="sv-SE"/>
        </w:rPr>
        <w:t>}}Och när han såg skarorna kände han innerligt för dem, för de var besvärade och slängda, som får som inte har herde.{{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9:37]]</w:t>
      </w:r>
      <w:r w:rsidRPr="0096445B">
        <w:rPr>
          <w:vertAlign w:val="superscript"/>
          <w:lang w:val="sv-SE"/>
        </w:rPr>
        <w:t>37</w:t>
      </w:r>
      <w:r w:rsidRPr="0096445B">
        <w:rPr>
          <w:lang w:val="sv-SE"/>
        </w:rPr>
        <w:t xml:space="preserve"> {{</w:t>
      </w:r>
      <w:proofErr w:type="spellStart"/>
      <w:r w:rsidRPr="0096445B">
        <w:rPr>
          <w:lang w:val="sv-SE"/>
        </w:rPr>
        <w:t>field-on:bible</w:t>
      </w:r>
      <w:proofErr w:type="spellEnd"/>
      <w:r w:rsidRPr="0096445B">
        <w:rPr>
          <w:lang w:val="sv-SE"/>
        </w:rPr>
        <w:t xml:space="preserve">}}Då säger han till sina lärjungar: ”Skörden </w:t>
      </w:r>
      <w:r w:rsidRPr="0096445B">
        <w:rPr>
          <w:i/>
          <w:lang w:val="sv-SE"/>
        </w:rPr>
        <w:t>är</w:t>
      </w:r>
      <w:r w:rsidRPr="0096445B">
        <w:rPr>
          <w:lang w:val="sv-SE"/>
        </w:rPr>
        <w:t xml:space="preserve"> stor, men arbetarna få.{{</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9:38]]</w:t>
      </w:r>
      <w:r w:rsidRPr="0096445B">
        <w:rPr>
          <w:vertAlign w:val="superscript"/>
          <w:lang w:val="sv-SE"/>
        </w:rPr>
        <w:t>38</w:t>
      </w:r>
      <w:r w:rsidRPr="0096445B">
        <w:rPr>
          <w:lang w:val="sv-SE"/>
        </w:rPr>
        <w:t xml:space="preserve"> {{</w:t>
      </w:r>
      <w:proofErr w:type="spellStart"/>
      <w:r w:rsidRPr="0096445B">
        <w:rPr>
          <w:lang w:val="sv-SE"/>
        </w:rPr>
        <w:t>field-on:bible</w:t>
      </w:r>
      <w:proofErr w:type="spellEnd"/>
      <w:r w:rsidRPr="0096445B">
        <w:rPr>
          <w:lang w:val="sv-SE"/>
        </w:rPr>
        <w:t>}}Bönfall därför skördens Herre att han driver ut arbetare till sin skörd.”{{</w:t>
      </w:r>
      <w:proofErr w:type="spellStart"/>
      <w:r w:rsidRPr="0096445B">
        <w:rPr>
          <w:lang w:val="sv-SE"/>
        </w:rPr>
        <w:t>field-off:bible</w:t>
      </w:r>
      <w:proofErr w:type="spellEnd"/>
      <w:r w:rsidRPr="0096445B">
        <w:rPr>
          <w:lang w:val="sv-SE"/>
        </w:rPr>
        <w:t>}}</w:t>
      </w:r>
    </w:p>
    <w:p w14:paraId="3A429492" w14:textId="26BBD660"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w:t>
      </w:r>
      <w:proofErr w:type="gramStart"/>
      <w:r w:rsidRPr="0096445B">
        <w:rPr>
          <w:lang w:val="sv-SE"/>
        </w:rPr>
        <w:t>]]Kapitel</w:t>
      </w:r>
      <w:proofErr w:type="gramEnd"/>
      <w:r w:rsidRPr="0096445B">
        <w:rPr>
          <w:lang w:val="sv-SE"/>
        </w:rPr>
        <w:t xml:space="preserve"> 10</w:t>
      </w:r>
    </w:p>
    <w:p w14:paraId="274A68DA" w14:textId="77777777" w:rsidR="00BA33AB" w:rsidRPr="0096445B" w:rsidRDefault="00000000">
      <w:pPr>
        <w:pStyle w:val="Rubrik3"/>
        <w:rPr>
          <w:lang w:val="sv-SE"/>
        </w:rPr>
      </w:pPr>
      <w:r w:rsidRPr="0096445B">
        <w:rPr>
          <w:lang w:val="sv-SE"/>
        </w:rPr>
        <w:t>Jesus sänder ut de tolv</w:t>
      </w:r>
    </w:p>
    <w:p w14:paraId="6CA5356E" w14:textId="1B488EB6" w:rsidR="00BA33AB" w:rsidRPr="0096445B" w:rsidRDefault="00000000">
      <w:pPr>
        <w:rPr>
          <w:lang w:val="sv-SE"/>
        </w:rPr>
      </w:pPr>
      <w:r w:rsidRPr="0096445B">
        <w:rPr>
          <w:lang w:val="sv-SE"/>
        </w:rPr>
        <w:t>[[@</w:t>
      </w:r>
      <w:r w:rsidR="0096445B" w:rsidRPr="0096445B">
        <w:rPr>
          <w:lang w:val="sv-SE"/>
        </w:rPr>
        <w:t>BibleBIBEL82</w:t>
      </w:r>
      <w:r w:rsidRPr="0096445B">
        <w:rPr>
          <w:lang w:val="sv-SE"/>
        </w:rPr>
        <w:t>:Matt 10:1]]</w:t>
      </w:r>
      <w:r w:rsidRPr="0096445B">
        <w:rPr>
          <w:vertAlign w:val="superscript"/>
          <w:lang w:val="sv-SE"/>
        </w:rPr>
        <w:t>1</w:t>
      </w:r>
      <w:r w:rsidRPr="0096445B">
        <w:rPr>
          <w:lang w:val="sv-SE"/>
        </w:rPr>
        <w:t xml:space="preserve"> {{</w:t>
      </w:r>
      <w:proofErr w:type="spellStart"/>
      <w:r w:rsidRPr="0096445B">
        <w:rPr>
          <w:lang w:val="sv-SE"/>
        </w:rPr>
        <w:t>field-on:bible</w:t>
      </w:r>
      <w:proofErr w:type="spellEnd"/>
      <w:r w:rsidRPr="0096445B">
        <w:rPr>
          <w:lang w:val="sv-SE"/>
        </w:rPr>
        <w:t>}}Och han kallade till sig sina tolv lärjungar och gav dem auktoritet över orena andar, att driva ut dem och bota varje åkomma och varje klenhet.{{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10:2]]</w:t>
      </w:r>
      <w:r w:rsidRPr="0096445B">
        <w:rPr>
          <w:vertAlign w:val="superscript"/>
          <w:lang w:val="sv-SE"/>
        </w:rPr>
        <w:t>2</w:t>
      </w:r>
      <w:r w:rsidRPr="0096445B">
        <w:rPr>
          <w:lang w:val="sv-SE"/>
        </w:rPr>
        <w:t xml:space="preserve"> {{</w:t>
      </w:r>
      <w:proofErr w:type="spellStart"/>
      <w:r w:rsidRPr="0096445B">
        <w:rPr>
          <w:lang w:val="sv-SE"/>
        </w:rPr>
        <w:t>field-on:bible</w:t>
      </w:r>
      <w:proofErr w:type="spellEnd"/>
      <w:r w:rsidRPr="0096445B">
        <w:rPr>
          <w:lang w:val="sv-SE"/>
        </w:rPr>
        <w:t xml:space="preserve">}}Och de tolv apostlarnas namn är dessa: först Simon som kallas Petrus och Andreas hans bror, och Jakob </w:t>
      </w:r>
      <w:proofErr w:type="spellStart"/>
      <w:r w:rsidRPr="0096445B">
        <w:rPr>
          <w:lang w:val="sv-SE"/>
        </w:rPr>
        <w:t>Zebedaios</w:t>
      </w:r>
      <w:proofErr w:type="spellEnd"/>
      <w:r w:rsidRPr="0096445B">
        <w:rPr>
          <w:lang w:val="sv-SE"/>
        </w:rPr>
        <w:t xml:space="preserve"> </w:t>
      </w:r>
      <w:r w:rsidRPr="0096445B">
        <w:rPr>
          <w:i/>
          <w:lang w:val="sv-SE"/>
        </w:rPr>
        <w:t>son</w:t>
      </w:r>
      <w:r w:rsidRPr="0096445B">
        <w:rPr>
          <w:lang w:val="sv-SE"/>
        </w:rPr>
        <w:t xml:space="preserve"> och Johannes hans bror,{{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 xml:space="preserve">}}Filippos och </w:t>
      </w:r>
      <w:proofErr w:type="spellStart"/>
      <w:r w:rsidRPr="0096445B">
        <w:rPr>
          <w:lang w:val="sv-SE"/>
        </w:rPr>
        <w:t>Bartholomaios</w:t>
      </w:r>
      <w:proofErr w:type="spellEnd"/>
      <w:r w:rsidRPr="0096445B">
        <w:rPr>
          <w:lang w:val="sv-SE"/>
        </w:rPr>
        <w:t xml:space="preserve">, Thomas och </w:t>
      </w:r>
      <w:proofErr w:type="spellStart"/>
      <w:r w:rsidRPr="0096445B">
        <w:rPr>
          <w:lang w:val="sv-SE"/>
        </w:rPr>
        <w:t>Mattheus</w:t>
      </w:r>
      <w:proofErr w:type="spellEnd"/>
      <w:r w:rsidRPr="0096445B">
        <w:rPr>
          <w:lang w:val="sv-SE"/>
        </w:rPr>
        <w:t xml:space="preserve"> tullindrivaren, Jakob </w:t>
      </w:r>
      <w:proofErr w:type="spellStart"/>
      <w:r w:rsidRPr="0096445B">
        <w:rPr>
          <w:lang w:val="sv-SE"/>
        </w:rPr>
        <w:t>Alfaios</w:t>
      </w:r>
      <w:proofErr w:type="spellEnd"/>
      <w:r w:rsidRPr="0096445B">
        <w:rPr>
          <w:lang w:val="sv-SE"/>
        </w:rPr>
        <w:t xml:space="preserve"> </w:t>
      </w:r>
      <w:r w:rsidRPr="0096445B">
        <w:rPr>
          <w:i/>
          <w:lang w:val="sv-SE"/>
        </w:rPr>
        <w:t>son</w:t>
      </w:r>
      <w:r w:rsidRPr="0096445B">
        <w:rPr>
          <w:lang w:val="sv-SE"/>
        </w:rPr>
        <w:t xml:space="preserve"> och </w:t>
      </w:r>
      <w:proofErr w:type="spellStart"/>
      <w:r w:rsidRPr="0096445B">
        <w:rPr>
          <w:lang w:val="sv-SE"/>
        </w:rPr>
        <w:t>Thaddaios</w:t>
      </w:r>
      <w:proofErr w:type="spellEnd"/>
      <w:r w:rsidRPr="0096445B">
        <w:rPr>
          <w:lang w:val="sv-SE"/>
        </w:rPr>
        <w: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 xml:space="preserve">}}Simon </w:t>
      </w:r>
      <w:proofErr w:type="spellStart"/>
      <w:r w:rsidRPr="0096445B">
        <w:rPr>
          <w:lang w:val="sv-SE"/>
        </w:rPr>
        <w:t>Kananaios</w:t>
      </w:r>
      <w:proofErr w:type="spellEnd"/>
      <w:r w:rsidRPr="0096445B">
        <w:rPr>
          <w:lang w:val="sv-SE"/>
        </w:rPr>
        <w:t xml:space="preserve"> och Judas Iskariot, som också utlämnade honom.{{</w:t>
      </w:r>
      <w:proofErr w:type="spellStart"/>
      <w:r w:rsidRPr="0096445B">
        <w:rPr>
          <w:lang w:val="sv-SE"/>
        </w:rPr>
        <w:t>field-off:bible</w:t>
      </w:r>
      <w:proofErr w:type="spellEnd"/>
      <w:r w:rsidRPr="0096445B">
        <w:rPr>
          <w:lang w:val="sv-SE"/>
        </w:rPr>
        <w:t>}}</w:t>
      </w:r>
    </w:p>
    <w:p w14:paraId="18FFACAF" w14:textId="36B3488F" w:rsidR="00BA33AB" w:rsidRPr="0096445B" w:rsidRDefault="00000000">
      <w:pPr>
        <w:rPr>
          <w:lang w:val="sv-SE"/>
        </w:rPr>
      </w:pPr>
      <w:r w:rsidRPr="0096445B">
        <w:rPr>
          <w:lang w:val="sv-SE"/>
        </w:rPr>
        <w:t>[[@</w:t>
      </w:r>
      <w:r w:rsidR="0096445B" w:rsidRPr="0096445B">
        <w:rPr>
          <w:lang w:val="sv-SE"/>
        </w:rPr>
        <w:t>BibleBIBEL82</w:t>
      </w:r>
      <w:r w:rsidRPr="0096445B">
        <w:rPr>
          <w:lang w:val="sv-SE"/>
        </w:rPr>
        <w:t>:Matt 10:5]]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}}Dessa tolv sände Jesus ut, och han instruerade dem och sade: ”Till folkslagens väg ska ni inte gå bort, och i samariers stad ska ni inte gå in.{{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}}Utan gå snarare till de förlorade fåren av Israels hus.{{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 xml:space="preserve">}}Och medan ni går, förkunna och säg att nära är </w:t>
      </w:r>
      <w:r w:rsidRPr="0096445B">
        <w:rPr>
          <w:i/>
          <w:lang w:val="sv-SE"/>
        </w:rPr>
        <w:t>nu</w:t>
      </w:r>
      <w:r w:rsidRPr="0096445B">
        <w:rPr>
          <w:lang w:val="sv-SE"/>
        </w:rPr>
        <w:t xml:space="preserve"> himlarnas rike.{{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 xml:space="preserve">}}Bota sjuka. Uppväck döda. Rena spetälska. Driv ut demoner. Gratis har ni fått, gratis ska ni </w:t>
      </w:r>
      <w:proofErr w:type="gramStart"/>
      <w:r w:rsidRPr="0096445B">
        <w:rPr>
          <w:lang w:val="sv-SE"/>
        </w:rPr>
        <w:t>ge.{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}}Förvärva</w:t>
      </w:r>
      <w:proofErr w:type="gramEnd"/>
      <w:r w:rsidRPr="0096445B">
        <w:rPr>
          <w:lang w:val="sv-SE"/>
        </w:rPr>
        <w:t xml:space="preserve"> inte guld eller silver eller koppar för era </w:t>
      </w:r>
      <w:proofErr w:type="gramStart"/>
      <w:r w:rsidRPr="0096445B">
        <w:rPr>
          <w:lang w:val="sv-SE"/>
        </w:rPr>
        <w:t>bälten,{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}}inte</w:t>
      </w:r>
      <w:proofErr w:type="gramEnd"/>
      <w:r w:rsidRPr="0096445B">
        <w:rPr>
          <w:lang w:val="sv-SE"/>
        </w:rPr>
        <w:t xml:space="preserve"> väska för vägen eller två tunikor eller sandaler eller stav. För arbetaren </w:t>
      </w:r>
      <w:r w:rsidRPr="0096445B">
        <w:rPr>
          <w:i/>
          <w:lang w:val="sv-SE"/>
        </w:rPr>
        <w:t>är</w:t>
      </w:r>
      <w:r w:rsidRPr="0096445B">
        <w:rPr>
          <w:lang w:val="sv-SE"/>
        </w:rPr>
        <w:t xml:space="preserve"> värd sin </w:t>
      </w:r>
      <w:proofErr w:type="gramStart"/>
      <w:r w:rsidRPr="0096445B">
        <w:rPr>
          <w:lang w:val="sv-SE"/>
        </w:rPr>
        <w:t>föda.{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3906275" w14:textId="746DF3D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i den stad eller by ni kommer till, hör er för vem i den </w:t>
      </w:r>
      <w:r w:rsidRPr="0096445B">
        <w:rPr>
          <w:i/>
          <w:lang w:val="sv-SE"/>
        </w:rPr>
        <w:t>som</w:t>
      </w:r>
      <w:r w:rsidRPr="0096445B">
        <w:rPr>
          <w:lang w:val="sv-SE"/>
        </w:rPr>
        <w:t xml:space="preserve"> är värdig, och där ska ni stanna tills ni går </w:t>
      </w:r>
      <w:proofErr w:type="gramStart"/>
      <w:r w:rsidRPr="0096445B">
        <w:rPr>
          <w:lang w:val="sv-SE"/>
        </w:rPr>
        <w:t>ut.{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ni kommer in i huset, hälsa </w:t>
      </w:r>
      <w:proofErr w:type="gramStart"/>
      <w:r w:rsidRPr="0096445B">
        <w:rPr>
          <w:lang w:val="sv-SE"/>
        </w:rPr>
        <w:t>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huset är värdigt, ska er frid komma över det. Men om det inte är värdigt, ska er frid till er vända </w:t>
      </w:r>
      <w:proofErr w:type="gramStart"/>
      <w:r w:rsidRPr="0096445B">
        <w:rPr>
          <w:lang w:val="sv-SE"/>
        </w:rPr>
        <w:t>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som inte välkomnar er och inte hör era ord, gå ut utanför det huset eller den staden och skaka ut dammet från era </w:t>
      </w:r>
      <w:proofErr w:type="gramStart"/>
      <w:r w:rsidRPr="0096445B">
        <w:rPr>
          <w:lang w:val="sv-SE"/>
        </w:rPr>
        <w:t>fötter.{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}}Amen</w:t>
      </w:r>
      <w:proofErr w:type="gramEnd"/>
      <w:r w:rsidRPr="0096445B">
        <w:rPr>
          <w:lang w:val="sv-SE"/>
        </w:rPr>
        <w:t xml:space="preserve">, jag säger er: det ska bli uthärdligare för Sodoms och Gomorras land på domens dag än för den </w:t>
      </w:r>
      <w:proofErr w:type="gramStart"/>
      <w:r w:rsidRPr="0096445B">
        <w:rPr>
          <w:lang w:val="sv-SE"/>
        </w:rPr>
        <w:t>staden.{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51DF4C6" w14:textId="77777777" w:rsidR="00BA33AB" w:rsidRPr="0096445B" w:rsidRDefault="00000000">
      <w:pPr>
        <w:pStyle w:val="Rubrik3"/>
        <w:rPr>
          <w:lang w:val="sv-SE"/>
        </w:rPr>
      </w:pPr>
      <w:r w:rsidRPr="0096445B">
        <w:rPr>
          <w:lang w:val="sv-SE"/>
        </w:rPr>
        <w:lastRenderedPageBreak/>
        <w:t>Som får bland vargar</w:t>
      </w:r>
    </w:p>
    <w:p w14:paraId="19443AB5" w14:textId="0E5A3A3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w:t>
      </w:r>
      <w:proofErr w:type="gramEnd"/>
      <w:r w:rsidRPr="0096445B">
        <w:rPr>
          <w:lang w:val="sv-SE"/>
        </w:rPr>
        <w:t xml:space="preserve">, jag sänder ut er som får mitt bland vargar. Var då kloka som ormarna och oförvanskade som </w:t>
      </w:r>
      <w:proofErr w:type="gramStart"/>
      <w:r w:rsidRPr="0096445B">
        <w:rPr>
          <w:lang w:val="sv-SE"/>
        </w:rPr>
        <w:t>duvorna.{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akta er för människorna. För de ska utlämna er till </w:t>
      </w:r>
      <w:proofErr w:type="spellStart"/>
      <w:r w:rsidRPr="0096445B">
        <w:rPr>
          <w:lang w:val="sv-SE"/>
        </w:rPr>
        <w:t>sanhedriner</w:t>
      </w:r>
      <w:proofErr w:type="spellEnd"/>
      <w:r w:rsidRPr="0096445B">
        <w:rPr>
          <w:lang w:val="sv-SE"/>
        </w:rPr>
        <w:t xml:space="preserve">, och i sina synagogor ska de piska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även inför styresmän och kungar ska ni föras för min skull, till ett vittnesbörd för dem och för </w:t>
      </w:r>
      <w:proofErr w:type="gramStart"/>
      <w:r w:rsidRPr="0096445B">
        <w:rPr>
          <w:lang w:val="sv-SE"/>
        </w:rPr>
        <w:t>folkslagen.{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98CDF15" w14:textId="5D04E8A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 utlämnar er, bekymra er inte för hur eller vad ni ska tala. För det ska ges er i den stunden vad ni ska </w:t>
      </w:r>
      <w:proofErr w:type="gramStart"/>
      <w:r w:rsidRPr="0096445B">
        <w:rPr>
          <w:lang w:val="sv-SE"/>
        </w:rPr>
        <w:t>tala.{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det är inte ni som talar, utan er Fars Ande som talar genom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C5724B5" w14:textId="6CE9431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broder ska utlämna broder till döden, och en far ett barn, och </w:t>
      </w:r>
      <w:r w:rsidRPr="0096445B">
        <w:rPr>
          <w:i/>
          <w:lang w:val="sv-SE"/>
        </w:rPr>
        <w:t>det</w:t>
      </w:r>
      <w:r w:rsidRPr="0096445B">
        <w:rPr>
          <w:lang w:val="sv-SE"/>
        </w:rPr>
        <w:t xml:space="preserve"> ska resa sig barn mot föräldrar och döda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ni ska bli hatade av alla för mitt namns skull. Men den som håller ut till slutet, denne ska bli </w:t>
      </w:r>
      <w:proofErr w:type="gramStart"/>
      <w:r w:rsidRPr="0096445B">
        <w:rPr>
          <w:lang w:val="sv-SE"/>
        </w:rPr>
        <w:t>frälst.{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förföljer er i denna stad, fly till den andra. Amen, jag säger er: Ni kommer aldrig att fullborda Israels städer förrän Människosonen </w:t>
      </w:r>
      <w:proofErr w:type="gramStart"/>
      <w:r w:rsidRPr="0096445B">
        <w:rPr>
          <w:lang w:val="sv-SE"/>
        </w:rPr>
        <w:t>kommer.{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6282C2B" w14:textId="7BDE13B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}}En</w:t>
      </w:r>
      <w:proofErr w:type="gramEnd"/>
      <w:r w:rsidRPr="0096445B">
        <w:rPr>
          <w:lang w:val="sv-SE"/>
        </w:rPr>
        <w:t xml:space="preserve"> lärjunge är inte över läraren, inte heller en fasttjänare över sin </w:t>
      </w:r>
      <w:proofErr w:type="gramStart"/>
      <w:r w:rsidRPr="0096445B">
        <w:rPr>
          <w:lang w:val="sv-SE"/>
        </w:rPr>
        <w:t>Herre.{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r w:rsidRPr="0096445B">
        <w:rPr>
          <w:i/>
          <w:lang w:val="sv-SE"/>
        </w:rPr>
        <w:t>Det</w:t>
      </w:r>
      <w:proofErr w:type="gramEnd"/>
      <w:r w:rsidRPr="0096445B">
        <w:rPr>
          <w:i/>
          <w:lang w:val="sv-SE"/>
        </w:rPr>
        <w:t xml:space="preserve"> är</w:t>
      </w:r>
      <w:r w:rsidRPr="0096445B">
        <w:rPr>
          <w:lang w:val="sv-SE"/>
        </w:rPr>
        <w:t xml:space="preserve"> nog för lärjungen att han blir som sin lärare, och fasttjänaren som sin Herre. Om de även kallat hushärskaren </w:t>
      </w:r>
      <w:proofErr w:type="spellStart"/>
      <w:r w:rsidRPr="0096445B">
        <w:rPr>
          <w:lang w:val="sv-SE"/>
        </w:rPr>
        <w:t>Beelzebul</w:t>
      </w:r>
      <w:proofErr w:type="spellEnd"/>
      <w:r w:rsidRPr="0096445B">
        <w:rPr>
          <w:lang w:val="sv-SE"/>
        </w:rPr>
        <w:t xml:space="preserve">, hur mycket mer hans </w:t>
      </w:r>
      <w:proofErr w:type="gramStart"/>
      <w:r w:rsidRPr="0096445B">
        <w:rPr>
          <w:lang w:val="sv-SE"/>
        </w:rPr>
        <w:t>husfolk?{</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E331D21" w14:textId="77777777" w:rsidR="00BA33AB" w:rsidRPr="0096445B" w:rsidRDefault="00000000">
      <w:pPr>
        <w:pStyle w:val="Rubrik3"/>
        <w:rPr>
          <w:lang w:val="sv-SE"/>
        </w:rPr>
      </w:pPr>
      <w:r w:rsidRPr="0096445B">
        <w:rPr>
          <w:lang w:val="sv-SE"/>
        </w:rPr>
        <w:t>Frukta inte människor</w:t>
      </w:r>
    </w:p>
    <w:p w14:paraId="29F1349C" w14:textId="28A9062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}}Frukta</w:t>
      </w:r>
      <w:proofErr w:type="gramEnd"/>
      <w:r w:rsidRPr="0096445B">
        <w:rPr>
          <w:lang w:val="sv-SE"/>
        </w:rPr>
        <w:t xml:space="preserve"> dem alltså inte. För det finns inget övertäckt som inte ska uppenbaras, och </w:t>
      </w:r>
      <w:r w:rsidRPr="0096445B">
        <w:rPr>
          <w:i/>
          <w:lang w:val="sv-SE"/>
        </w:rPr>
        <w:t>inget</w:t>
      </w:r>
      <w:r w:rsidRPr="0096445B">
        <w:rPr>
          <w:lang w:val="sv-SE"/>
        </w:rPr>
        <w:t xml:space="preserve"> dolt som inte ska bli </w:t>
      </w:r>
      <w:proofErr w:type="gramStart"/>
      <w:r w:rsidRPr="0096445B">
        <w:rPr>
          <w:lang w:val="sv-SE"/>
        </w:rPr>
        <w:t>känt.{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}}Det</w:t>
      </w:r>
      <w:proofErr w:type="gramEnd"/>
      <w:r w:rsidRPr="0096445B">
        <w:rPr>
          <w:lang w:val="sv-SE"/>
        </w:rPr>
        <w:t xml:space="preserve"> jag säger er i mörkret ska ni säga i ljuset, och det ni hör i örat ska ni förkunna på </w:t>
      </w:r>
      <w:proofErr w:type="gramStart"/>
      <w:r w:rsidRPr="0096445B">
        <w:rPr>
          <w:lang w:val="sv-SE"/>
        </w:rPr>
        <w:t>hustaken.{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57C124D" w14:textId="1FDC67B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frukta inte för dem som dödar kroppen men inte kan döda själen. Nej, frukta snarare honom som kan förgöra både själ och kropp i </w:t>
      </w:r>
      <w:proofErr w:type="gramStart"/>
      <w:r w:rsidRPr="0096445B">
        <w:rPr>
          <w:lang w:val="sv-SE"/>
        </w:rPr>
        <w:t>Gehenna.{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}}Säljs</w:t>
      </w:r>
      <w:proofErr w:type="gramEnd"/>
      <w:r w:rsidRPr="0096445B">
        <w:rPr>
          <w:lang w:val="sv-SE"/>
        </w:rPr>
        <w:t xml:space="preserve"> inte två sparvar för ett ass? Och inte en </w:t>
      </w:r>
      <w:r w:rsidRPr="0096445B">
        <w:rPr>
          <w:i/>
          <w:lang w:val="sv-SE"/>
        </w:rPr>
        <w:t>enda</w:t>
      </w:r>
      <w:r w:rsidRPr="0096445B">
        <w:rPr>
          <w:lang w:val="sv-SE"/>
        </w:rPr>
        <w:t xml:space="preserve"> av dem faller till jorden utan er </w:t>
      </w:r>
      <w:proofErr w:type="gramStart"/>
      <w:r w:rsidRPr="0096445B">
        <w:rPr>
          <w:lang w:val="sv-SE"/>
        </w:rPr>
        <w:t>Far.{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på er är </w:t>
      </w:r>
      <w:r w:rsidRPr="0096445B">
        <w:rPr>
          <w:i/>
          <w:lang w:val="sv-SE"/>
        </w:rPr>
        <w:t>till</w:t>
      </w:r>
      <w:r w:rsidRPr="0096445B">
        <w:rPr>
          <w:lang w:val="sv-SE"/>
        </w:rPr>
        <w:t xml:space="preserve"> och </w:t>
      </w:r>
      <w:r w:rsidRPr="0096445B">
        <w:rPr>
          <w:i/>
          <w:lang w:val="sv-SE"/>
        </w:rPr>
        <w:t>med</w:t>
      </w:r>
      <w:r w:rsidRPr="0096445B">
        <w:rPr>
          <w:lang w:val="sv-SE"/>
        </w:rPr>
        <w:t xml:space="preserve"> huvudhåren alla </w:t>
      </w:r>
      <w:proofErr w:type="gramStart"/>
      <w:r w:rsidRPr="0096445B">
        <w:rPr>
          <w:lang w:val="sv-SE"/>
        </w:rPr>
        <w:t>räknade.{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}}Frukta</w:t>
      </w:r>
      <w:proofErr w:type="gramEnd"/>
      <w:r w:rsidRPr="0096445B">
        <w:rPr>
          <w:lang w:val="sv-SE"/>
        </w:rPr>
        <w:t xml:space="preserve"> alltså inte. Ni är viktigare än många </w:t>
      </w:r>
      <w:proofErr w:type="gramStart"/>
      <w:r w:rsidRPr="0096445B">
        <w:rPr>
          <w:lang w:val="sv-SE"/>
        </w:rPr>
        <w:t>sparvar.{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3D6CE58" w14:textId="030DD37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}}Var</w:t>
      </w:r>
      <w:proofErr w:type="gramEnd"/>
      <w:r w:rsidRPr="0096445B">
        <w:rPr>
          <w:lang w:val="sv-SE"/>
        </w:rPr>
        <w:t xml:space="preserve"> och en som alltså kommer att bekänna sig till mig inför människorna, honom ska också jag bekänna mig till inför min Far i himlar[</w:t>
      </w:r>
      <w:proofErr w:type="spellStart"/>
      <w:r w:rsidRPr="0096445B">
        <w:rPr>
          <w:lang w:val="sv-SE"/>
        </w:rPr>
        <w:t>na</w:t>
      </w:r>
      <w:proofErr w:type="spellEnd"/>
      <w:proofErr w:type="gramStart"/>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den som kommer att förneka mig inför människorna, honom ska också jag förneka inför min Far i himlar[</w:t>
      </w:r>
      <w:proofErr w:type="spellStart"/>
      <w:r w:rsidRPr="0096445B">
        <w:rPr>
          <w:lang w:val="sv-SE"/>
        </w:rPr>
        <w:t>na</w:t>
      </w:r>
      <w:proofErr w:type="spellEnd"/>
      <w:proofErr w:type="gramStart"/>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2B6CC8E" w14:textId="77777777" w:rsidR="00BA33AB" w:rsidRPr="0096445B" w:rsidRDefault="00000000">
      <w:pPr>
        <w:pStyle w:val="Rubrik3"/>
        <w:rPr>
          <w:lang w:val="sv-SE"/>
        </w:rPr>
      </w:pPr>
      <w:r w:rsidRPr="0096445B">
        <w:rPr>
          <w:lang w:val="sv-SE"/>
        </w:rPr>
        <w:lastRenderedPageBreak/>
        <w:t>Inte fred utan svärd</w:t>
      </w:r>
    </w:p>
    <w:p w14:paraId="39D21B1C" w14:textId="62232C2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}}Anta</w:t>
      </w:r>
      <w:proofErr w:type="gramEnd"/>
      <w:r w:rsidRPr="0096445B">
        <w:rPr>
          <w:lang w:val="sv-SE"/>
        </w:rPr>
        <w:t xml:space="preserve"> inte att jag har kommit </w:t>
      </w:r>
      <w:r w:rsidRPr="0096445B">
        <w:rPr>
          <w:i/>
          <w:lang w:val="sv-SE"/>
        </w:rPr>
        <w:t>för</w:t>
      </w:r>
      <w:r w:rsidRPr="0096445B">
        <w:rPr>
          <w:lang w:val="sv-SE"/>
        </w:rPr>
        <w:t xml:space="preserve"> att sätta fred på jorden. Jag har inte kommit </w:t>
      </w:r>
      <w:r w:rsidRPr="0096445B">
        <w:rPr>
          <w:i/>
          <w:lang w:val="sv-SE"/>
        </w:rPr>
        <w:t>för</w:t>
      </w:r>
      <w:r w:rsidRPr="0096445B">
        <w:rPr>
          <w:lang w:val="sv-SE"/>
        </w:rPr>
        <w:t xml:space="preserve"> att sätta fred, utan </w:t>
      </w:r>
      <w:proofErr w:type="gramStart"/>
      <w:r w:rsidRPr="0096445B">
        <w:rPr>
          <w:lang w:val="sv-SE"/>
        </w:rPr>
        <w:t>svärd.{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jag har kommit </w:t>
      </w:r>
      <w:r w:rsidRPr="0096445B">
        <w:rPr>
          <w:i/>
          <w:lang w:val="sv-SE"/>
        </w:rPr>
        <w:t>för</w:t>
      </w:r>
      <w:r w:rsidRPr="0096445B">
        <w:rPr>
          <w:lang w:val="sv-SE"/>
        </w:rPr>
        <w:t xml:space="preserve"> att splittra en man mot sin far, och en dotter mot sin mor, och en brud mot sin </w:t>
      </w:r>
      <w:proofErr w:type="gramStart"/>
      <w:r w:rsidRPr="0096445B">
        <w:rPr>
          <w:lang w:val="sv-SE"/>
        </w:rPr>
        <w:t>svärmor.{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människans fiender </w:t>
      </w:r>
      <w:r w:rsidRPr="0096445B">
        <w:rPr>
          <w:i/>
          <w:lang w:val="sv-SE"/>
        </w:rPr>
        <w:t>blir</w:t>
      </w:r>
      <w:r w:rsidRPr="0096445B">
        <w:rPr>
          <w:lang w:val="sv-SE"/>
        </w:rPr>
        <w:t xml:space="preserve"> hans </w:t>
      </w:r>
      <w:proofErr w:type="gramStart"/>
      <w:r w:rsidRPr="0096445B">
        <w:rPr>
          <w:lang w:val="sv-SE"/>
        </w:rPr>
        <w:t>husfolk.{</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C66CB81" w14:textId="5C10390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}}Den</w:t>
      </w:r>
      <w:proofErr w:type="gramEnd"/>
      <w:r w:rsidRPr="0096445B">
        <w:rPr>
          <w:lang w:val="sv-SE"/>
        </w:rPr>
        <w:t xml:space="preserve"> som har far eller mor mer kär än mig är mig inte värdig, och den som har son eller dotter mer kär än mig är mig inte </w:t>
      </w:r>
      <w:proofErr w:type="gramStart"/>
      <w:r w:rsidRPr="0096445B">
        <w:rPr>
          <w:lang w:val="sv-SE"/>
        </w:rPr>
        <w:t>värdig.{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som inte tar sitt kors och följer efter mig är mig inte </w:t>
      </w:r>
      <w:proofErr w:type="gramStart"/>
      <w:r w:rsidRPr="0096445B">
        <w:rPr>
          <w:lang w:val="sv-SE"/>
        </w:rPr>
        <w:t>värdig.{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}}Den</w:t>
      </w:r>
      <w:proofErr w:type="gramEnd"/>
      <w:r w:rsidRPr="0096445B">
        <w:rPr>
          <w:lang w:val="sv-SE"/>
        </w:rPr>
        <w:t xml:space="preserve"> som finner sin själ ska förlora den. Och den som förlorar sin själ för min skull ska finna </w:t>
      </w:r>
      <w:proofErr w:type="gramStart"/>
      <w:r w:rsidRPr="0096445B">
        <w:rPr>
          <w:lang w:val="sv-SE"/>
        </w:rPr>
        <w:t>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E99E58A" w14:textId="7CAD6C8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10:40]]</w:t>
      </w:r>
      <w:r w:rsidRPr="0096445B">
        <w:rPr>
          <w:vertAlign w:val="superscript"/>
          <w:lang w:val="sv-SE"/>
        </w:rPr>
        <w:t>40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}}Den</w:t>
      </w:r>
      <w:proofErr w:type="gramEnd"/>
      <w:r w:rsidRPr="0096445B">
        <w:rPr>
          <w:lang w:val="sv-SE"/>
        </w:rPr>
        <w:t xml:space="preserve"> som välkomnar er, välkomnar mig. Och den som välkomnar mig, välkomnar honom som har sänt mig.{{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10:41]]</w:t>
      </w:r>
      <w:r w:rsidRPr="0096445B">
        <w:rPr>
          <w:vertAlign w:val="superscript"/>
          <w:lang w:val="sv-SE"/>
        </w:rPr>
        <w:t>41</w:t>
      </w:r>
      <w:r w:rsidRPr="0096445B">
        <w:rPr>
          <w:lang w:val="sv-SE"/>
        </w:rPr>
        <w:t xml:space="preserve"> {{</w:t>
      </w:r>
      <w:proofErr w:type="spellStart"/>
      <w:r w:rsidRPr="0096445B">
        <w:rPr>
          <w:lang w:val="sv-SE"/>
        </w:rPr>
        <w:t>field-on:bible</w:t>
      </w:r>
      <w:proofErr w:type="spellEnd"/>
      <w:r w:rsidRPr="0096445B">
        <w:rPr>
          <w:lang w:val="sv-SE"/>
        </w:rPr>
        <w:t>}}Den som välkomnar en profet för en profets namns skull ska få en profets lön, och den som välkomnar en rättfärdig för en rättfärdigs namns skull ska få en rättfärdigs lön.{{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10:42]]</w:t>
      </w:r>
      <w:r w:rsidRPr="0096445B">
        <w:rPr>
          <w:vertAlign w:val="superscript"/>
          <w:lang w:val="sv-SE"/>
        </w:rPr>
        <w:t>42</w:t>
      </w:r>
      <w:r w:rsidRPr="0096445B">
        <w:rPr>
          <w:lang w:val="sv-SE"/>
        </w:rPr>
        <w:t xml:space="preserve"> {{</w:t>
      </w:r>
      <w:proofErr w:type="spellStart"/>
      <w:r w:rsidRPr="0096445B">
        <w:rPr>
          <w:lang w:val="sv-SE"/>
        </w:rPr>
        <w:t>field-on:bible</w:t>
      </w:r>
      <w:proofErr w:type="spellEnd"/>
      <w:r w:rsidRPr="0096445B">
        <w:rPr>
          <w:lang w:val="sv-SE"/>
        </w:rPr>
        <w:t>}}Och den som ger en av dessa små bara en bägare kallt att dricka, för en lärjunges namns skull – amen, jag säger er: Aldrig ska han förlora sin lön.”{{</w:t>
      </w:r>
      <w:proofErr w:type="spellStart"/>
      <w:r w:rsidRPr="0096445B">
        <w:rPr>
          <w:lang w:val="sv-SE"/>
        </w:rPr>
        <w:t>field-off:bible</w:t>
      </w:r>
      <w:proofErr w:type="spellEnd"/>
      <w:r w:rsidRPr="0096445B">
        <w:rPr>
          <w:lang w:val="sv-SE"/>
        </w:rPr>
        <w:t>}}</w:t>
      </w:r>
    </w:p>
    <w:p w14:paraId="1107922A" w14:textId="12AEF8DA"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w:t>
      </w:r>
      <w:proofErr w:type="gramStart"/>
      <w:r w:rsidRPr="0096445B">
        <w:rPr>
          <w:lang w:val="sv-SE"/>
        </w:rPr>
        <w:t>]]Kapitel</w:t>
      </w:r>
      <w:proofErr w:type="gramEnd"/>
      <w:r w:rsidRPr="0096445B">
        <w:rPr>
          <w:lang w:val="sv-SE"/>
        </w:rPr>
        <w:t xml:space="preserve"> 11</w:t>
      </w:r>
    </w:p>
    <w:p w14:paraId="6A7EFD1E" w14:textId="168D1BF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hände sig, när Jesus hade fullbordat att förordna för sina tolv lärjungar, </w:t>
      </w:r>
      <w:r w:rsidRPr="0096445B">
        <w:rPr>
          <w:i/>
          <w:lang w:val="sv-SE"/>
        </w:rPr>
        <w:t>att</w:t>
      </w:r>
      <w:r w:rsidRPr="0096445B">
        <w:rPr>
          <w:lang w:val="sv-SE"/>
        </w:rPr>
        <w:t xml:space="preserve"> han gick vidare därifrån för att undervisa och förkunna i deras </w:t>
      </w:r>
      <w:proofErr w:type="gramStart"/>
      <w:r w:rsidRPr="0096445B">
        <w:rPr>
          <w:lang w:val="sv-SE"/>
        </w:rPr>
        <w:t>städer.{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4C15A04" w14:textId="77777777" w:rsidR="00BA33AB" w:rsidRPr="0096445B" w:rsidRDefault="00000000">
      <w:pPr>
        <w:pStyle w:val="Rubrik3"/>
        <w:rPr>
          <w:lang w:val="sv-SE"/>
        </w:rPr>
      </w:pPr>
      <w:r w:rsidRPr="0096445B">
        <w:rPr>
          <w:lang w:val="sv-SE"/>
        </w:rPr>
        <w:t>Jesus svarar Johannes Döparen</w:t>
      </w:r>
    </w:p>
    <w:p w14:paraId="28A7176F" w14:textId="77675F9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Johannes hörde i fånghäktet </w:t>
      </w:r>
      <w:r w:rsidRPr="0096445B">
        <w:rPr>
          <w:i/>
          <w:lang w:val="sv-SE"/>
        </w:rPr>
        <w:t>om</w:t>
      </w:r>
      <w:r w:rsidRPr="0096445B">
        <w:rPr>
          <w:lang w:val="sv-SE"/>
        </w:rPr>
        <w:t xml:space="preserve"> Kristi gärningar, skickade han </w:t>
      </w:r>
      <w:r w:rsidRPr="0096445B">
        <w:rPr>
          <w:i/>
          <w:lang w:val="sv-SE"/>
        </w:rPr>
        <w:t>bud</w:t>
      </w:r>
      <w:r w:rsidRPr="0096445B">
        <w:rPr>
          <w:lang w:val="sv-SE"/>
        </w:rPr>
        <w:t xml:space="preserve"> genom sina lärjungar{{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till honom: ”Är du den som kommer? Eller </w:t>
      </w:r>
      <w:r w:rsidRPr="0096445B">
        <w:rPr>
          <w:i/>
          <w:lang w:val="sv-SE"/>
        </w:rPr>
        <w:t>är det</w:t>
      </w:r>
      <w:r w:rsidRPr="0096445B">
        <w:rPr>
          <w:lang w:val="sv-SE"/>
        </w:rPr>
        <w:t xml:space="preserve"> en annan vi ska vänta oss?”{{</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D3AB7D8" w14:textId="696481D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svarade och sade till dem: ”Gå och berätta för Johannes det ni hör och </w:t>
      </w:r>
      <w:proofErr w:type="gramStart"/>
      <w:r w:rsidRPr="0096445B">
        <w:rPr>
          <w:lang w:val="sv-SE"/>
        </w:rPr>
        <w:t>ser:{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}}Blinda</w:t>
      </w:r>
      <w:proofErr w:type="gramEnd"/>
      <w:r w:rsidRPr="0096445B">
        <w:rPr>
          <w:lang w:val="sv-SE"/>
        </w:rPr>
        <w:t xml:space="preserve"> ser igen och lama vandrar. Spetälska renas och döva hör, och döda uppväcks och fattiga </w:t>
      </w:r>
      <w:proofErr w:type="gramStart"/>
      <w:r w:rsidRPr="0096445B">
        <w:rPr>
          <w:lang w:val="sv-SE"/>
        </w:rPr>
        <w:t>evangeliseras.{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salig är den som inte skandaliseras av mig.”{{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0ABADFD" w14:textId="77777777" w:rsidR="00BA33AB" w:rsidRPr="0096445B" w:rsidRDefault="00000000">
      <w:pPr>
        <w:pStyle w:val="Rubrik3"/>
        <w:rPr>
          <w:lang w:val="sv-SE"/>
        </w:rPr>
      </w:pPr>
      <w:r w:rsidRPr="0096445B">
        <w:rPr>
          <w:lang w:val="sv-SE"/>
        </w:rPr>
        <w:t>Jesus vittnar om Johannes</w:t>
      </w:r>
    </w:p>
    <w:p w14:paraId="153E988E" w14:textId="56D2ACA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dessa hade gått, började Jesus säga till skarorna om Johannes: ”Vad gick ni ut i ödemarken </w:t>
      </w:r>
      <w:r w:rsidRPr="0096445B">
        <w:rPr>
          <w:i/>
          <w:lang w:val="sv-SE"/>
        </w:rPr>
        <w:t>för</w:t>
      </w:r>
      <w:r w:rsidRPr="0096445B">
        <w:rPr>
          <w:lang w:val="sv-SE"/>
        </w:rPr>
        <w:t xml:space="preserve"> att skåda? Ett vassrör som skakas av </w:t>
      </w:r>
      <w:proofErr w:type="gramStart"/>
      <w:r w:rsidRPr="0096445B">
        <w:rPr>
          <w:lang w:val="sv-SE"/>
        </w:rPr>
        <w:t>vind?{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}}Nej</w:t>
      </w:r>
      <w:proofErr w:type="gramEnd"/>
      <w:r w:rsidRPr="0096445B">
        <w:rPr>
          <w:lang w:val="sv-SE"/>
        </w:rPr>
        <w:t xml:space="preserve">, vad gick ni ut </w:t>
      </w:r>
      <w:r w:rsidRPr="0096445B">
        <w:rPr>
          <w:i/>
          <w:lang w:val="sv-SE"/>
        </w:rPr>
        <w:t>för</w:t>
      </w:r>
      <w:r w:rsidRPr="0096445B">
        <w:rPr>
          <w:lang w:val="sv-SE"/>
        </w:rPr>
        <w:t xml:space="preserve"> att se? En man ekiperad i mjukt? Se, de som bär det mjuka är i kungarnas </w:t>
      </w:r>
      <w:proofErr w:type="gramStart"/>
      <w:r w:rsidRPr="0096445B">
        <w:rPr>
          <w:lang w:val="sv-SE"/>
        </w:rPr>
        <w:t>hus.{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xml:space="preserve">}} </w:t>
      </w: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}}Nej</w:t>
      </w:r>
      <w:proofErr w:type="gramEnd"/>
      <w:r w:rsidRPr="0096445B">
        <w:rPr>
          <w:lang w:val="sv-SE"/>
        </w:rPr>
        <w:t xml:space="preserve">, vad gick ni ut </w:t>
      </w:r>
      <w:r w:rsidRPr="0096445B">
        <w:rPr>
          <w:i/>
          <w:lang w:val="sv-SE"/>
        </w:rPr>
        <w:t>för</w:t>
      </w:r>
      <w:r w:rsidRPr="0096445B">
        <w:rPr>
          <w:lang w:val="sv-SE"/>
        </w:rPr>
        <w:t xml:space="preserve"> att se? En profet? Ja, jag säger er: och mycket mer än en </w:t>
      </w:r>
      <w:proofErr w:type="gramStart"/>
      <w:r w:rsidRPr="0096445B">
        <w:rPr>
          <w:lang w:val="sv-SE"/>
        </w:rPr>
        <w:t>profet.{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}}Det</w:t>
      </w:r>
      <w:proofErr w:type="gramEnd"/>
      <w:r w:rsidRPr="0096445B">
        <w:rPr>
          <w:lang w:val="sv-SE"/>
        </w:rPr>
        <w:t xml:space="preserve"> är denne om vilken det är </w:t>
      </w:r>
      <w:proofErr w:type="gramStart"/>
      <w:r w:rsidRPr="0096445B">
        <w:rPr>
          <w:lang w:val="sv-SE"/>
        </w:rPr>
        <w:t>skrivet:{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D6F4AAB" w14:textId="77777777"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}}Se</w:t>
      </w:r>
      <w:proofErr w:type="gramEnd"/>
      <w:r w:rsidRPr="0096445B">
        <w:rPr>
          <w:lang w:val="sv-SE"/>
        </w:rPr>
        <w:t>, jag sänder min ängel framför ditt ansikte.</w:t>
      </w:r>
      <w:r w:rsidRPr="0096445B">
        <w:rPr>
          <w:lang w:val="sv-SE"/>
        </w:rPr>
        <w:br/>
        <w:t xml:space="preserve">Han ska preparera din väg framför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19035BF" w14:textId="2FE3DC7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}}Amen</w:t>
      </w:r>
      <w:proofErr w:type="gramEnd"/>
      <w:r w:rsidRPr="0096445B">
        <w:rPr>
          <w:lang w:val="sv-SE"/>
        </w:rPr>
        <w:t xml:space="preserve">, jag säger er: Ingen har rests upp bland </w:t>
      </w:r>
      <w:r w:rsidRPr="0096445B">
        <w:rPr>
          <w:i/>
          <w:lang w:val="sv-SE"/>
        </w:rPr>
        <w:t>dem</w:t>
      </w:r>
      <w:r w:rsidRPr="0096445B">
        <w:rPr>
          <w:lang w:val="sv-SE"/>
        </w:rPr>
        <w:t xml:space="preserve"> födda av kvinnor större än Johannes Döparen. Men den mindre i himlarnas rike är större än </w:t>
      </w:r>
      <w:proofErr w:type="gramStart"/>
      <w:r w:rsidRPr="0096445B">
        <w:rPr>
          <w:lang w:val="sv-SE"/>
        </w:rPr>
        <w:t>han.{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46ABFFF" w14:textId="4DC6FFB9" w:rsidR="00BA33AB" w:rsidRPr="0096445B" w:rsidRDefault="00000000">
      <w:pPr>
        <w:rPr>
          <w:lang w:val="sv-SE"/>
        </w:rPr>
      </w:pPr>
      <w:r w:rsidRPr="0096445B">
        <w:rPr>
          <w:lang w:val="sv-SE"/>
        </w:rPr>
        <w:t>[[@</w:t>
      </w:r>
      <w:r w:rsidR="0096445B" w:rsidRPr="0096445B">
        <w:rPr>
          <w:lang w:val="sv-SE"/>
        </w:rPr>
        <w:t>BibleBIBEL82</w:t>
      </w:r>
      <w:r w:rsidRPr="0096445B">
        <w:rPr>
          <w:lang w:val="sv-SE"/>
        </w:rPr>
        <w:t>:Matt 11:12]]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 xml:space="preserve">}}Men från Johannes Döparens dagar fram till nu tvingar sig himlarnas rike </w:t>
      </w:r>
      <w:r w:rsidRPr="0096445B">
        <w:rPr>
          <w:i/>
          <w:lang w:val="sv-SE"/>
        </w:rPr>
        <w:t>fram</w:t>
      </w:r>
      <w:r w:rsidRPr="0096445B">
        <w:rPr>
          <w:lang w:val="sv-SE"/>
        </w:rPr>
        <w:t>, och betvingare rycker det.{{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11:13]]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}}För alla profeterna och lagen har fram till Johannes profeterat.{{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11:14]]</w:t>
      </w:r>
      <w:r w:rsidRPr="0096445B">
        <w:rPr>
          <w:vertAlign w:val="superscript"/>
          <w:lang w:val="sv-SE"/>
        </w:rPr>
        <w:t>14</w:t>
      </w:r>
      <w:r w:rsidRPr="0096445B">
        <w:rPr>
          <w:lang w:val="sv-SE"/>
        </w:rPr>
        <w:t xml:space="preserve"> {{</w:t>
      </w:r>
      <w:proofErr w:type="spellStart"/>
      <w:r w:rsidRPr="0096445B">
        <w:rPr>
          <w:lang w:val="sv-SE"/>
        </w:rPr>
        <w:t>field-on:bible</w:t>
      </w:r>
      <w:proofErr w:type="spellEnd"/>
      <w:r w:rsidRPr="0096445B">
        <w:rPr>
          <w:lang w:val="sv-SE"/>
        </w:rPr>
        <w:t xml:space="preserve">}}Och om ni vill motta </w:t>
      </w:r>
      <w:r w:rsidRPr="0096445B">
        <w:rPr>
          <w:i/>
          <w:lang w:val="sv-SE"/>
        </w:rPr>
        <w:t>det</w:t>
      </w:r>
      <w:r w:rsidRPr="0096445B">
        <w:rPr>
          <w:lang w:val="sv-SE"/>
        </w:rPr>
        <w:t>: han är Elia som ska komma.{{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11:15]]</w:t>
      </w:r>
      <w:r w:rsidRPr="0096445B">
        <w:rPr>
          <w:vertAlign w:val="superscript"/>
          <w:lang w:val="sv-SE"/>
        </w:rPr>
        <w:t>15</w:t>
      </w:r>
      <w:r w:rsidRPr="0096445B">
        <w:rPr>
          <w:lang w:val="sv-SE"/>
        </w:rPr>
        <w:t xml:space="preserve"> {{</w:t>
      </w:r>
      <w:proofErr w:type="spellStart"/>
      <w:r w:rsidRPr="0096445B">
        <w:rPr>
          <w:lang w:val="sv-SE"/>
        </w:rPr>
        <w:t>field-on:bible</w:t>
      </w:r>
      <w:proofErr w:type="spellEnd"/>
      <w:r w:rsidRPr="0096445B">
        <w:rPr>
          <w:lang w:val="sv-SE"/>
        </w:rPr>
        <w:t>}}Den som har öron ska höra.{{</w:t>
      </w:r>
      <w:proofErr w:type="spellStart"/>
      <w:r w:rsidRPr="0096445B">
        <w:rPr>
          <w:lang w:val="sv-SE"/>
        </w:rPr>
        <w:t>field-off:bible</w:t>
      </w:r>
      <w:proofErr w:type="spellEnd"/>
      <w:r w:rsidRPr="0096445B">
        <w:rPr>
          <w:lang w:val="sv-SE"/>
        </w:rPr>
        <w:t>}}</w:t>
      </w:r>
    </w:p>
    <w:p w14:paraId="2E546AC9" w14:textId="1C124EC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vid vad ska jag likna detta släkte? Det är likt barn som sitter på torgen, som ropar till de andra{{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säger: Vi flöjtade för er, och ni dansade inte. Vi sjöng sorgesång, och ni slog inte er </w:t>
      </w:r>
      <w:proofErr w:type="gramStart"/>
      <w:r w:rsidRPr="0096445B">
        <w:rPr>
          <w:lang w:val="sv-SE"/>
        </w:rPr>
        <w:t>själva.{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Johannes kom, och han varken äter eller dricker, och man säger: En demon har </w:t>
      </w:r>
      <w:proofErr w:type="gramStart"/>
      <w:r w:rsidRPr="0096445B">
        <w:rPr>
          <w:lang w:val="sv-SE"/>
        </w:rPr>
        <w:t>han.{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}}Människosonen</w:t>
      </w:r>
      <w:proofErr w:type="gramEnd"/>
      <w:r w:rsidRPr="0096445B">
        <w:rPr>
          <w:lang w:val="sv-SE"/>
        </w:rPr>
        <w:t xml:space="preserve"> kom, och han äter och dricker, och man säger: Se människan, frossare och vindrinkare, tullindrivares vän och syndares! Och Visheten har förklarats rättfärdig av sina gärningar.”{{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7916FFE" w14:textId="77777777" w:rsidR="00BA33AB" w:rsidRPr="0096445B" w:rsidRDefault="00000000">
      <w:pPr>
        <w:pStyle w:val="Rubrik3"/>
        <w:rPr>
          <w:lang w:val="sv-SE"/>
        </w:rPr>
      </w:pPr>
      <w:r w:rsidRPr="0096445B">
        <w:rPr>
          <w:lang w:val="sv-SE"/>
        </w:rPr>
        <w:t>Jesu verop över städer</w:t>
      </w:r>
    </w:p>
    <w:p w14:paraId="21824E59" w14:textId="0FE20EE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började han kritisera de städer i vilka de flesta </w:t>
      </w:r>
      <w:r w:rsidRPr="0096445B">
        <w:rPr>
          <w:i/>
          <w:lang w:val="sv-SE"/>
        </w:rPr>
        <w:t>av</w:t>
      </w:r>
      <w:r w:rsidRPr="0096445B">
        <w:rPr>
          <w:lang w:val="sv-SE"/>
        </w:rPr>
        <w:t xml:space="preserve"> hans kraftgärningar skett, eftersom de inte hade ändrat </w:t>
      </w:r>
      <w:proofErr w:type="gramStart"/>
      <w:r w:rsidRPr="0096445B">
        <w:rPr>
          <w:lang w:val="sv-SE"/>
        </w:rPr>
        <w:t>sinne:{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}}”Ve dig, </w:t>
      </w:r>
      <w:proofErr w:type="spellStart"/>
      <w:r w:rsidRPr="0096445B">
        <w:rPr>
          <w:lang w:val="sv-SE"/>
        </w:rPr>
        <w:t>Korazin</w:t>
      </w:r>
      <w:proofErr w:type="spellEnd"/>
      <w:r w:rsidRPr="0096445B">
        <w:rPr>
          <w:lang w:val="sv-SE"/>
        </w:rPr>
        <w:t xml:space="preserve">! Ve dig, </w:t>
      </w:r>
      <w:proofErr w:type="spellStart"/>
      <w:r w:rsidRPr="0096445B">
        <w:rPr>
          <w:lang w:val="sv-SE"/>
        </w:rPr>
        <w:t>Bethsaida</w:t>
      </w:r>
      <w:proofErr w:type="spellEnd"/>
      <w:r w:rsidRPr="0096445B">
        <w:rPr>
          <w:lang w:val="sv-SE"/>
        </w:rPr>
        <w:t xml:space="preserve">! För om </w:t>
      </w:r>
      <w:r w:rsidRPr="0096445B">
        <w:rPr>
          <w:i/>
          <w:lang w:val="sv-SE"/>
        </w:rPr>
        <w:t>det var</w:t>
      </w:r>
      <w:r w:rsidRPr="0096445B">
        <w:rPr>
          <w:lang w:val="sv-SE"/>
        </w:rPr>
        <w:t xml:space="preserve"> i </w:t>
      </w:r>
      <w:proofErr w:type="spellStart"/>
      <w:r w:rsidRPr="0096445B">
        <w:rPr>
          <w:lang w:val="sv-SE"/>
        </w:rPr>
        <w:t>Tyros</w:t>
      </w:r>
      <w:proofErr w:type="spellEnd"/>
      <w:r w:rsidRPr="0096445B">
        <w:rPr>
          <w:lang w:val="sv-SE"/>
        </w:rPr>
        <w:t xml:space="preserve"> och Sidon de hade skett, kraftgärningarna som skett i er, hade de sedan länge i säck och aska ändrat </w:t>
      </w:r>
      <w:proofErr w:type="gramStart"/>
      <w:r w:rsidRPr="0096445B">
        <w:rPr>
          <w:lang w:val="sv-SE"/>
        </w:rPr>
        <w:t>sinne.{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För </w:t>
      </w:r>
      <w:proofErr w:type="spellStart"/>
      <w:r w:rsidRPr="0096445B">
        <w:rPr>
          <w:lang w:val="sv-SE"/>
        </w:rPr>
        <w:t>Tyros</w:t>
      </w:r>
      <w:proofErr w:type="spellEnd"/>
      <w:r w:rsidRPr="0096445B">
        <w:rPr>
          <w:lang w:val="sv-SE"/>
        </w:rPr>
        <w:t xml:space="preserve"> och Sidon ska det bli uthärdligare på domens dag än för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F04758A" w14:textId="2372E18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du </w:t>
      </w:r>
      <w:proofErr w:type="spellStart"/>
      <w:r w:rsidRPr="0096445B">
        <w:rPr>
          <w:lang w:val="sv-SE"/>
        </w:rPr>
        <w:t>Kafarnaum</w:t>
      </w:r>
      <w:proofErr w:type="spellEnd"/>
      <w:r w:rsidRPr="0096445B">
        <w:rPr>
          <w:lang w:val="sv-SE"/>
        </w:rPr>
        <w:t xml:space="preserve">, inte ska du till himlen bli upphöjd? Till Hades ska du gå ner. För om </w:t>
      </w:r>
      <w:r w:rsidRPr="0096445B">
        <w:rPr>
          <w:i/>
          <w:lang w:val="sv-SE"/>
        </w:rPr>
        <w:t>det var</w:t>
      </w:r>
      <w:r w:rsidRPr="0096445B">
        <w:rPr>
          <w:lang w:val="sv-SE"/>
        </w:rPr>
        <w:t xml:space="preserve"> i Sodom de hade skett, kraftgärningarna som skett i dig, hade det varit kvar fram tills </w:t>
      </w:r>
      <w:proofErr w:type="gramStart"/>
      <w:r w:rsidRPr="0096445B">
        <w:rPr>
          <w:lang w:val="sv-SE"/>
        </w:rPr>
        <w:t>idag.{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att för Sodoms land ska det bli uthärdligare på domens dag än för dig.”{{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91DF45F" w14:textId="77777777" w:rsidR="00BA33AB" w:rsidRPr="0096445B" w:rsidRDefault="00000000">
      <w:pPr>
        <w:pStyle w:val="Rubrik3"/>
        <w:rPr>
          <w:lang w:val="sv-SE"/>
        </w:rPr>
      </w:pPr>
      <w:r w:rsidRPr="0096445B">
        <w:rPr>
          <w:lang w:val="sv-SE"/>
        </w:rPr>
        <w:t>Jesus är Guds vishet</w:t>
      </w:r>
    </w:p>
    <w:p w14:paraId="5D348DB1" w14:textId="1DAB019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}}Vid</w:t>
      </w:r>
      <w:proofErr w:type="gramEnd"/>
      <w:r w:rsidRPr="0096445B">
        <w:rPr>
          <w:lang w:val="sv-SE"/>
        </w:rPr>
        <w:t xml:space="preserve"> den tiden svarade Jesus och sade: ”Jag erkänner dig Far, himlens och jordens Herre, för att du har dolt detta för visa och förståndiga och </w:t>
      </w:r>
      <w:r w:rsidRPr="0096445B">
        <w:rPr>
          <w:lang w:val="sv-SE"/>
        </w:rPr>
        <w:lastRenderedPageBreak/>
        <w:t xml:space="preserve">uppenbarat det för </w:t>
      </w:r>
      <w:proofErr w:type="gramStart"/>
      <w:r w:rsidRPr="0096445B">
        <w:rPr>
          <w:lang w:val="sv-SE"/>
        </w:rPr>
        <w:t>småbarn.{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}}Ja</w:t>
      </w:r>
      <w:proofErr w:type="gramEnd"/>
      <w:r w:rsidRPr="0096445B">
        <w:rPr>
          <w:lang w:val="sv-SE"/>
        </w:rPr>
        <w:t xml:space="preserve"> Far, för så blev </w:t>
      </w:r>
      <w:r w:rsidRPr="0096445B">
        <w:rPr>
          <w:i/>
          <w:lang w:val="sv-SE"/>
        </w:rPr>
        <w:t>det</w:t>
      </w:r>
      <w:r w:rsidRPr="0096445B">
        <w:rPr>
          <w:lang w:val="sv-SE"/>
        </w:rPr>
        <w:t xml:space="preserve"> välbehag inför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}}Allt</w:t>
      </w:r>
      <w:proofErr w:type="gramEnd"/>
      <w:r w:rsidRPr="0096445B">
        <w:rPr>
          <w:lang w:val="sv-SE"/>
        </w:rPr>
        <w:t xml:space="preserve"> har åt mig överlämnats av min Far. Och ingen känner </w:t>
      </w:r>
      <w:r w:rsidRPr="0096445B">
        <w:rPr>
          <w:i/>
          <w:lang w:val="sv-SE"/>
        </w:rPr>
        <w:t>helt</w:t>
      </w:r>
      <w:r w:rsidRPr="0096445B">
        <w:rPr>
          <w:lang w:val="sv-SE"/>
        </w:rPr>
        <w:t xml:space="preserve"> Sonen utom Fadern, inte heller känner någon </w:t>
      </w:r>
      <w:r w:rsidRPr="0096445B">
        <w:rPr>
          <w:i/>
          <w:lang w:val="sv-SE"/>
        </w:rPr>
        <w:t>helt</w:t>
      </w:r>
      <w:r w:rsidRPr="0096445B">
        <w:rPr>
          <w:lang w:val="sv-SE"/>
        </w:rPr>
        <w:t xml:space="preserve"> Fadern utom Sonen och den för vilken Sonen önskar uppenbara </w:t>
      </w:r>
      <w:proofErr w:type="gramStart"/>
      <w:r w:rsidRPr="0096445B">
        <w:rPr>
          <w:i/>
          <w:lang w:val="sv-SE"/>
        </w:rPr>
        <w:t>det</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42CAD72" w14:textId="00198CD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}}Kom</w:t>
      </w:r>
      <w:proofErr w:type="gramEnd"/>
      <w:r w:rsidRPr="0096445B">
        <w:rPr>
          <w:lang w:val="sv-SE"/>
        </w:rPr>
        <w:t xml:space="preserve"> till mig, alla </w:t>
      </w:r>
      <w:r w:rsidRPr="0096445B">
        <w:rPr>
          <w:i/>
          <w:lang w:val="sv-SE"/>
        </w:rPr>
        <w:t>ni</w:t>
      </w:r>
      <w:r w:rsidRPr="0096445B">
        <w:rPr>
          <w:lang w:val="sv-SE"/>
        </w:rPr>
        <w:t xml:space="preserve"> som sliter och är belastade, och jag ska ge er </w:t>
      </w:r>
      <w:proofErr w:type="gramStart"/>
      <w:r w:rsidRPr="0096445B">
        <w:rPr>
          <w:lang w:val="sv-SE"/>
        </w:rPr>
        <w:t>ro.{</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}}Ta</w:t>
      </w:r>
      <w:proofErr w:type="gramEnd"/>
      <w:r w:rsidRPr="0096445B">
        <w:rPr>
          <w:lang w:val="sv-SE"/>
        </w:rPr>
        <w:t xml:space="preserve"> upp mitt ok på er och lär av mig, för mild är jag och ödmjuk i hjärtat, och ni ska finna ro för era </w:t>
      </w:r>
      <w:proofErr w:type="gramStart"/>
      <w:r w:rsidRPr="0096445B">
        <w:rPr>
          <w:lang w:val="sv-SE"/>
        </w:rPr>
        <w:t>själar.{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11:30]]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mitt ok är snällt och min börda lätt.”{{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106C8B5" w14:textId="0138D318"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w:t>
      </w:r>
      <w:proofErr w:type="gramStart"/>
      <w:r w:rsidRPr="0096445B">
        <w:rPr>
          <w:lang w:val="sv-SE"/>
        </w:rPr>
        <w:t>]]Kapitel</w:t>
      </w:r>
      <w:proofErr w:type="gramEnd"/>
      <w:r w:rsidRPr="0096445B">
        <w:rPr>
          <w:lang w:val="sv-SE"/>
        </w:rPr>
        <w:t xml:space="preserve"> 12</w:t>
      </w:r>
    </w:p>
    <w:p w14:paraId="7C4E7681" w14:textId="77777777" w:rsidR="00BA33AB" w:rsidRPr="0096445B" w:rsidRDefault="00000000">
      <w:pPr>
        <w:pStyle w:val="Rubrik3"/>
        <w:rPr>
          <w:lang w:val="sv-SE"/>
        </w:rPr>
      </w:pPr>
      <w:r w:rsidRPr="0096445B">
        <w:rPr>
          <w:lang w:val="sv-SE"/>
        </w:rPr>
        <w:t>Jesus är sabbatens Herre</w:t>
      </w:r>
    </w:p>
    <w:p w14:paraId="69254041" w14:textId="11B4C090" w:rsidR="00BA33AB" w:rsidRPr="0096445B" w:rsidRDefault="00000000">
      <w:pPr>
        <w:rPr>
          <w:lang w:val="sv-SE"/>
        </w:rPr>
      </w:pPr>
      <w:r w:rsidRPr="0096445B">
        <w:rPr>
          <w:lang w:val="sv-SE"/>
        </w:rPr>
        <w:t>[[@</w:t>
      </w:r>
      <w:r w:rsidR="0096445B" w:rsidRPr="0096445B">
        <w:rPr>
          <w:lang w:val="sv-SE"/>
        </w:rPr>
        <w:t>BibleBIBEL82</w:t>
      </w:r>
      <w:r w:rsidRPr="0096445B">
        <w:rPr>
          <w:lang w:val="sv-SE"/>
        </w:rPr>
        <w:t>:Matt 12:1]]</w:t>
      </w:r>
      <w:r w:rsidRPr="0096445B">
        <w:rPr>
          <w:vertAlign w:val="superscript"/>
          <w:lang w:val="sv-SE"/>
        </w:rPr>
        <w:t>1</w:t>
      </w:r>
      <w:r w:rsidRPr="0096445B">
        <w:rPr>
          <w:lang w:val="sv-SE"/>
        </w:rPr>
        <w:t xml:space="preserve"> {{</w:t>
      </w:r>
      <w:proofErr w:type="spellStart"/>
      <w:r w:rsidRPr="0096445B">
        <w:rPr>
          <w:lang w:val="sv-SE"/>
        </w:rPr>
        <w:t>field-on:bible</w:t>
      </w:r>
      <w:proofErr w:type="spellEnd"/>
      <w:r w:rsidRPr="0096445B">
        <w:rPr>
          <w:lang w:val="sv-SE"/>
        </w:rPr>
        <w:t>}}Vid den tiden gick Jesus på sabbaten genom sädesfälten, och hans lärjungar blev hungriga och började rycka av ax och äta.{{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12:2]]</w:t>
      </w:r>
      <w:r w:rsidRPr="0096445B">
        <w:rPr>
          <w:vertAlign w:val="superscript"/>
          <w:lang w:val="sv-SE"/>
        </w:rPr>
        <w:t>2</w:t>
      </w:r>
      <w:r w:rsidRPr="0096445B">
        <w:rPr>
          <w:lang w:val="sv-SE"/>
        </w:rPr>
        <w:t xml:space="preserve"> {{</w:t>
      </w:r>
      <w:proofErr w:type="spellStart"/>
      <w:r w:rsidRPr="0096445B">
        <w:rPr>
          <w:lang w:val="sv-SE"/>
        </w:rPr>
        <w:t>field-on:bible</w:t>
      </w:r>
      <w:proofErr w:type="spellEnd"/>
      <w:r w:rsidRPr="0096445B">
        <w:rPr>
          <w:lang w:val="sv-SE"/>
        </w:rPr>
        <w:t xml:space="preserve">}}Men fariseerna såg </w:t>
      </w:r>
      <w:r w:rsidRPr="0096445B">
        <w:rPr>
          <w:i/>
          <w:lang w:val="sv-SE"/>
        </w:rPr>
        <w:t>det</w:t>
      </w:r>
      <w:r w:rsidRPr="0096445B">
        <w:rPr>
          <w:lang w:val="sv-SE"/>
        </w:rPr>
        <w:t xml:space="preserve"> och sade till honom: ”Se: dina lärjungar gör det som inte är tillåtet att göra på sabbaten.”{{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 xml:space="preserve">}}Men han sade till dem: ”Har ni inte läst vad David gjorde när han blev hungrig, och de </w:t>
      </w:r>
      <w:r w:rsidRPr="0096445B">
        <w:rPr>
          <w:i/>
          <w:lang w:val="sv-SE"/>
        </w:rPr>
        <w:t>som var</w:t>
      </w:r>
      <w:r w:rsidRPr="0096445B">
        <w:rPr>
          <w:lang w:val="sv-SE"/>
        </w:rPr>
        <w:t xml:space="preserve"> med honom?{{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 xml:space="preserve">}}Hur han gick in i Guds hus, och framsättningens bröd åt de, det som inte var tillåtet för honom att äta eller för de </w:t>
      </w:r>
      <w:r w:rsidRPr="0096445B">
        <w:rPr>
          <w:i/>
          <w:lang w:val="sv-SE"/>
        </w:rPr>
        <w:t>som var</w:t>
      </w:r>
      <w:r w:rsidRPr="0096445B">
        <w:rPr>
          <w:lang w:val="sv-SE"/>
        </w:rPr>
        <w:t xml:space="preserve"> med honom, utom bara för prästerna.{{</w:t>
      </w:r>
      <w:proofErr w:type="spellStart"/>
      <w:r w:rsidRPr="0096445B">
        <w:rPr>
          <w:lang w:val="sv-SE"/>
        </w:rPr>
        <w:t>field-off:bible</w:t>
      </w:r>
      <w:proofErr w:type="spellEnd"/>
      <w:r w:rsidRPr="0096445B">
        <w:rPr>
          <w:lang w:val="sv-SE"/>
        </w:rPr>
        <w:t>}}</w:t>
      </w:r>
    </w:p>
    <w:p w14:paraId="551ED9B3" w14:textId="4E467821" w:rsidR="00BA33AB" w:rsidRPr="0096445B" w:rsidRDefault="00000000">
      <w:pPr>
        <w:rPr>
          <w:lang w:val="sv-SE"/>
        </w:rPr>
      </w:pPr>
      <w:r w:rsidRPr="0096445B">
        <w:rPr>
          <w:lang w:val="sv-SE"/>
        </w:rPr>
        <w:t>[[@</w:t>
      </w:r>
      <w:r w:rsidR="0096445B" w:rsidRPr="0096445B">
        <w:rPr>
          <w:lang w:val="sv-SE"/>
        </w:rPr>
        <w:t>BibleBIBEL82</w:t>
      </w:r>
      <w:r w:rsidRPr="0096445B">
        <w:rPr>
          <w:lang w:val="sv-SE"/>
        </w:rPr>
        <w:t>:Matt 12:5]]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}}Eller har ni inte läst i lagen att på sabbaten profanerar prästerna i templet sabbaten och är skuldlösa?{{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 xml:space="preserve">}}Och jag säger er att </w:t>
      </w:r>
      <w:r w:rsidRPr="0096445B">
        <w:rPr>
          <w:i/>
          <w:lang w:val="sv-SE"/>
        </w:rPr>
        <w:t>något</w:t>
      </w:r>
      <w:r w:rsidRPr="0096445B">
        <w:rPr>
          <w:lang w:val="sv-SE"/>
        </w:rPr>
        <w:t xml:space="preserve"> större än templet är här.{{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 xml:space="preserve">}}Men om ni hade förstått vad </w:t>
      </w:r>
      <w:r w:rsidRPr="0096445B">
        <w:rPr>
          <w:i/>
          <w:lang w:val="sv-SE"/>
        </w:rPr>
        <w:t>detta</w:t>
      </w:r>
      <w:r w:rsidRPr="0096445B">
        <w:rPr>
          <w:lang w:val="sv-SE"/>
        </w:rPr>
        <w:t xml:space="preserve"> är: Barmhärtighet vill jag och inte offer, hade ni inte fällt de skuldlösa.{{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}}För Människosonen är Herre över sabbaten.”{{</w:t>
      </w:r>
      <w:proofErr w:type="spellStart"/>
      <w:r w:rsidRPr="0096445B">
        <w:rPr>
          <w:lang w:val="sv-SE"/>
        </w:rPr>
        <w:t>field-off:bible</w:t>
      </w:r>
      <w:proofErr w:type="spellEnd"/>
      <w:r w:rsidRPr="0096445B">
        <w:rPr>
          <w:lang w:val="sv-SE"/>
        </w:rPr>
        <w:t>}}</w:t>
      </w:r>
    </w:p>
    <w:p w14:paraId="1B928AEF" w14:textId="1E32BED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gick vidare därifrån och kom till deras </w:t>
      </w:r>
      <w:proofErr w:type="gramStart"/>
      <w:r w:rsidRPr="0096445B">
        <w:rPr>
          <w:lang w:val="sv-SE"/>
        </w:rPr>
        <w:t>synagoga,{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människa som hade en skrumpen hand. Och de frågade honom och sade: ”Om det är tillåtet på sabbaten att bota?”, för att anklaga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till dem: ”Vem av er skulle vara en människa som har ett </w:t>
      </w:r>
      <w:r w:rsidRPr="0096445B">
        <w:rPr>
          <w:i/>
          <w:lang w:val="sv-SE"/>
        </w:rPr>
        <w:t>enda</w:t>
      </w:r>
      <w:r w:rsidRPr="0096445B">
        <w:rPr>
          <w:lang w:val="sv-SE"/>
        </w:rPr>
        <w:t xml:space="preserve"> får, och om detta faller på sabbaten i en grop, ska han </w:t>
      </w:r>
      <w:r w:rsidRPr="0096445B">
        <w:rPr>
          <w:i/>
          <w:lang w:val="sv-SE"/>
        </w:rPr>
        <w:t>då</w:t>
      </w:r>
      <w:r w:rsidRPr="0096445B">
        <w:rPr>
          <w:lang w:val="sv-SE"/>
        </w:rPr>
        <w:t xml:space="preserve"> inte gripa det och resa </w:t>
      </w:r>
      <w:proofErr w:type="gramStart"/>
      <w:r w:rsidRPr="0096445B">
        <w:rPr>
          <w:lang w:val="sv-SE"/>
        </w:rPr>
        <w:t>upp?{</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}}Hur</w:t>
      </w:r>
      <w:proofErr w:type="gramEnd"/>
      <w:r w:rsidRPr="0096445B">
        <w:rPr>
          <w:lang w:val="sv-SE"/>
        </w:rPr>
        <w:t xml:space="preserve"> mycket viktigare är då en människa än ett får? Alltså är det tillåtet på sabbaten att göra väl.”{{</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säger han till människan: ”Räck ut din hand.” Och han räckte ut </w:t>
      </w:r>
      <w:r w:rsidRPr="0096445B">
        <w:rPr>
          <w:i/>
          <w:lang w:val="sv-SE"/>
        </w:rPr>
        <w:t>den</w:t>
      </w:r>
      <w:r w:rsidRPr="0096445B">
        <w:rPr>
          <w:lang w:val="sv-SE"/>
        </w:rPr>
        <w:t xml:space="preserve">, och den blev återställd frisk som den </w:t>
      </w:r>
      <w:proofErr w:type="gramStart"/>
      <w:r w:rsidRPr="0096445B">
        <w:rPr>
          <w:lang w:val="sv-SE"/>
        </w:rPr>
        <w:t>andra.{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FE8C3AC" w14:textId="3910CD5F"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ut gick fariseerna och tog beslut mot honom för att förgöra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förstod och drog sig undan </w:t>
      </w:r>
      <w:proofErr w:type="gramStart"/>
      <w:r w:rsidRPr="0096445B">
        <w:rPr>
          <w:lang w:val="sv-SE"/>
        </w:rPr>
        <w:t>därifrån.{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FA776F2" w14:textId="77777777" w:rsidR="00BA33AB" w:rsidRPr="0096445B" w:rsidRDefault="00000000">
      <w:pPr>
        <w:pStyle w:val="Rubrik3"/>
        <w:rPr>
          <w:lang w:val="sv-SE"/>
        </w:rPr>
      </w:pPr>
      <w:r w:rsidRPr="0096445B">
        <w:rPr>
          <w:lang w:val="sv-SE"/>
        </w:rPr>
        <w:t>Herrens gosse</w:t>
      </w:r>
    </w:p>
    <w:p w14:paraId="568B1D78" w14:textId="5E7D5387"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det</w:t>
      </w:r>
      <w:r w:rsidRPr="0096445B">
        <w:rPr>
          <w:lang w:val="sv-SE"/>
        </w:rPr>
        <w:t xml:space="preserve"> följde honom många [skaror], och han botade dem </w:t>
      </w:r>
      <w:proofErr w:type="gramStart"/>
      <w:r w:rsidRPr="0096445B">
        <w:rPr>
          <w:lang w:val="sv-SE"/>
        </w:rPr>
        <w:t>alla.{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näpste dem, att de inte skulle göra honom </w:t>
      </w:r>
      <w:proofErr w:type="gramStart"/>
      <w:r w:rsidRPr="0096445B">
        <w:rPr>
          <w:lang w:val="sv-SE"/>
        </w:rPr>
        <w:t>uppenbar,{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att det skulle uppfyllas </w:t>
      </w:r>
      <w:r w:rsidRPr="0096445B">
        <w:rPr>
          <w:i/>
          <w:lang w:val="sv-SE"/>
        </w:rPr>
        <w:t>som var</w:t>
      </w:r>
      <w:r w:rsidRPr="0096445B">
        <w:rPr>
          <w:lang w:val="sv-SE"/>
        </w:rPr>
        <w:t xml:space="preserve"> sagt genom profeten Esaias,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1F672AA" w14:textId="607A03B8" w:rsidR="00BA33AB" w:rsidRPr="0096445B" w:rsidRDefault="00000000">
      <w:pPr>
        <w:rPr>
          <w:lang w:val="sv-SE"/>
        </w:rPr>
      </w:pPr>
      <w:r w:rsidRPr="0096445B">
        <w:rPr>
          <w:lang w:val="sv-SE"/>
        </w:rPr>
        <w:t>[[@</w:t>
      </w:r>
      <w:r w:rsidR="0096445B" w:rsidRPr="0096445B">
        <w:rPr>
          <w:lang w:val="sv-SE"/>
        </w:rPr>
        <w:t>BibleBIBEL82</w:t>
      </w:r>
      <w:r w:rsidRPr="0096445B">
        <w:rPr>
          <w:lang w:val="sv-SE"/>
        </w:rPr>
        <w:t>:Matt 12:18]]</w:t>
      </w:r>
      <w:r w:rsidRPr="0096445B">
        <w:rPr>
          <w:vertAlign w:val="superscript"/>
          <w:lang w:val="sv-SE"/>
        </w:rPr>
        <w:t>18</w:t>
      </w:r>
      <w:r w:rsidRPr="0096445B">
        <w:rPr>
          <w:lang w:val="sv-SE"/>
        </w:rPr>
        <w:t xml:space="preserve"> {{</w:t>
      </w:r>
      <w:proofErr w:type="spellStart"/>
      <w:r w:rsidRPr="0096445B">
        <w:rPr>
          <w:lang w:val="sv-SE"/>
        </w:rPr>
        <w:t>field-on:bible</w:t>
      </w:r>
      <w:proofErr w:type="spellEnd"/>
      <w:r w:rsidRPr="0096445B">
        <w:rPr>
          <w:lang w:val="sv-SE"/>
        </w:rPr>
        <w:t>}}Se min gosse som jag valt,</w:t>
      </w:r>
      <w:r w:rsidRPr="0096445B">
        <w:rPr>
          <w:lang w:val="sv-SE"/>
        </w:rPr>
        <w:br/>
        <w:t>min älskade till vilken min själ funnit behag.</w:t>
      </w:r>
      <w:r w:rsidRPr="0096445B">
        <w:rPr>
          <w:lang w:val="sv-SE"/>
        </w:rPr>
        <w:br/>
        <w:t>Jag ska sätta min Ande över honom,</w:t>
      </w:r>
      <w:r w:rsidRPr="0096445B">
        <w:rPr>
          <w:lang w:val="sv-SE"/>
        </w:rPr>
        <w:br/>
        <w:t>och rättvisa för folkslagen ska han meddela.{{</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12:19]]</w:t>
      </w:r>
      <w:r w:rsidRPr="0096445B">
        <w:rPr>
          <w:vertAlign w:val="superscript"/>
          <w:lang w:val="sv-SE"/>
        </w:rPr>
        <w:t>19</w:t>
      </w:r>
      <w:r w:rsidRPr="0096445B">
        <w:rPr>
          <w:lang w:val="sv-SE"/>
        </w:rPr>
        <w:t xml:space="preserve"> {{</w:t>
      </w:r>
      <w:proofErr w:type="spellStart"/>
      <w:r w:rsidRPr="0096445B">
        <w:rPr>
          <w:lang w:val="sv-SE"/>
        </w:rPr>
        <w:t>field-on:bible</w:t>
      </w:r>
      <w:proofErr w:type="spellEnd"/>
      <w:r w:rsidRPr="0096445B">
        <w:rPr>
          <w:lang w:val="sv-SE"/>
        </w:rPr>
        <w:t>}}Han ska inte gräla eller vråla,</w:t>
      </w:r>
      <w:r w:rsidRPr="0096445B">
        <w:rPr>
          <w:lang w:val="sv-SE"/>
        </w:rPr>
        <w:br/>
        <w:t>och ingen ska höra på gatorna hans röst.{{</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12:20]]</w:t>
      </w:r>
      <w:r w:rsidRPr="0096445B">
        <w:rPr>
          <w:vertAlign w:val="superscript"/>
          <w:lang w:val="sv-SE"/>
        </w:rPr>
        <w:t>20</w:t>
      </w:r>
      <w:r w:rsidRPr="0096445B">
        <w:rPr>
          <w:lang w:val="sv-SE"/>
        </w:rPr>
        <w:t xml:space="preserve"> {{</w:t>
      </w:r>
      <w:proofErr w:type="spellStart"/>
      <w:r w:rsidRPr="0096445B">
        <w:rPr>
          <w:lang w:val="sv-SE"/>
        </w:rPr>
        <w:t>field-on:bible</w:t>
      </w:r>
      <w:proofErr w:type="spellEnd"/>
      <w:r w:rsidRPr="0096445B">
        <w:rPr>
          <w:lang w:val="sv-SE"/>
        </w:rPr>
        <w:t>}}Ett knäckt vassrör ska han inte krossa,</w:t>
      </w:r>
      <w:r w:rsidRPr="0096445B">
        <w:rPr>
          <w:lang w:val="sv-SE"/>
        </w:rPr>
        <w:br/>
        <w:t>och en rykande veke ska han inte släcka,</w:t>
      </w:r>
      <w:r w:rsidRPr="0096445B">
        <w:rPr>
          <w:lang w:val="sv-SE"/>
        </w:rPr>
        <w:br/>
        <w:t>tills han till seger drivit ut rättvisan.{{</w:t>
      </w:r>
      <w:proofErr w:type="spellStart"/>
      <w:r w:rsidRPr="0096445B">
        <w:rPr>
          <w:lang w:val="sv-SE"/>
        </w:rPr>
        <w:t>field-off:bible</w:t>
      </w:r>
      <w:proofErr w:type="spellEnd"/>
      <w:r w:rsidRPr="0096445B">
        <w:rPr>
          <w:lang w:val="sv-SE"/>
        </w:rPr>
        <w:t>}}</w:t>
      </w:r>
      <w:r w:rsidRPr="0096445B">
        <w:rPr>
          <w:lang w:val="sv-SE"/>
        </w:rPr>
        <w:br/>
        <w:t>[[@</w:t>
      </w:r>
      <w:r w:rsidR="0096445B" w:rsidRPr="0096445B">
        <w:rPr>
          <w:lang w:val="sv-SE"/>
        </w:rPr>
        <w:t>BibleBIBEL82</w:t>
      </w:r>
      <w:r w:rsidRPr="0096445B">
        <w:rPr>
          <w:lang w:val="sv-SE"/>
        </w:rPr>
        <w:t>:Matt 12:21]]</w:t>
      </w:r>
      <w:r w:rsidRPr="0096445B">
        <w:rPr>
          <w:vertAlign w:val="superscript"/>
          <w:lang w:val="sv-SE"/>
        </w:rPr>
        <w:t>21</w:t>
      </w:r>
      <w:r w:rsidRPr="0096445B">
        <w:rPr>
          <w:lang w:val="sv-SE"/>
        </w:rPr>
        <w:t xml:space="preserve"> {{</w:t>
      </w:r>
      <w:proofErr w:type="spellStart"/>
      <w:r w:rsidRPr="0096445B">
        <w:rPr>
          <w:lang w:val="sv-SE"/>
        </w:rPr>
        <w:t>field-on:bible</w:t>
      </w:r>
      <w:proofErr w:type="spellEnd"/>
      <w:r w:rsidRPr="0096445B">
        <w:rPr>
          <w:lang w:val="sv-SE"/>
        </w:rPr>
        <w:t>}}Och på hans namn ska folkslag hoppas.{{</w:t>
      </w:r>
      <w:proofErr w:type="spellStart"/>
      <w:r w:rsidRPr="0096445B">
        <w:rPr>
          <w:lang w:val="sv-SE"/>
        </w:rPr>
        <w:t>field-off:bible</w:t>
      </w:r>
      <w:proofErr w:type="spellEnd"/>
      <w:r w:rsidRPr="0096445B">
        <w:rPr>
          <w:lang w:val="sv-SE"/>
        </w:rPr>
        <w:t>}}</w:t>
      </w:r>
    </w:p>
    <w:p w14:paraId="5699B714" w14:textId="77777777" w:rsidR="00BA33AB" w:rsidRPr="0096445B" w:rsidRDefault="00000000">
      <w:pPr>
        <w:pStyle w:val="Rubrik3"/>
        <w:rPr>
          <w:lang w:val="sv-SE"/>
        </w:rPr>
      </w:pPr>
      <w:r w:rsidRPr="0096445B">
        <w:rPr>
          <w:lang w:val="sv-SE"/>
        </w:rPr>
        <w:t xml:space="preserve">Jesus eller </w:t>
      </w:r>
      <w:proofErr w:type="spellStart"/>
      <w:r w:rsidRPr="0096445B">
        <w:rPr>
          <w:lang w:val="sv-SE"/>
        </w:rPr>
        <w:t>Beelzebul</w:t>
      </w:r>
      <w:proofErr w:type="spellEnd"/>
    </w:p>
    <w:p w14:paraId="62115381" w14:textId="381A3F24" w:rsidR="00BA33AB" w:rsidRPr="0096445B" w:rsidRDefault="00000000">
      <w:pPr>
        <w:rPr>
          <w:lang w:val="sv-SE"/>
        </w:rPr>
      </w:pPr>
      <w:r w:rsidRPr="0096445B">
        <w:rPr>
          <w:lang w:val="sv-SE"/>
        </w:rPr>
        <w:t>[[@</w:t>
      </w:r>
      <w:r w:rsidR="0096445B" w:rsidRPr="0096445B">
        <w:rPr>
          <w:lang w:val="sv-SE"/>
        </w:rPr>
        <w:t>BibleBIBEL82</w:t>
      </w:r>
      <w:r w:rsidRPr="0096445B">
        <w:rPr>
          <w:lang w:val="sv-SE"/>
        </w:rPr>
        <w:t>:Matt 12:22]]</w:t>
      </w:r>
      <w:r w:rsidRPr="0096445B">
        <w:rPr>
          <w:vertAlign w:val="superscript"/>
          <w:lang w:val="sv-SE"/>
        </w:rPr>
        <w:t>22</w:t>
      </w:r>
      <w:r w:rsidRPr="0096445B">
        <w:rPr>
          <w:lang w:val="sv-SE"/>
        </w:rPr>
        <w:t xml:space="preserve"> {{</w:t>
      </w:r>
      <w:proofErr w:type="spellStart"/>
      <w:r w:rsidRPr="0096445B">
        <w:rPr>
          <w:lang w:val="sv-SE"/>
        </w:rPr>
        <w:t>field-on:bible</w:t>
      </w:r>
      <w:proofErr w:type="spellEnd"/>
      <w:r w:rsidRPr="0096445B">
        <w:rPr>
          <w:lang w:val="sv-SE"/>
        </w:rPr>
        <w:t xml:space="preserve">}}Sedan fördes </w:t>
      </w:r>
      <w:r w:rsidRPr="0096445B">
        <w:rPr>
          <w:i/>
          <w:lang w:val="sv-SE"/>
        </w:rPr>
        <w:t>det</w:t>
      </w:r>
      <w:r w:rsidRPr="0096445B">
        <w:rPr>
          <w:lang w:val="sv-SE"/>
        </w:rPr>
        <w:t xml:space="preserve"> fram till honom en demoniserad blind och stum, och han botade honom så att den stumme talade och såg.{{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}}Och alla skarorna var utom sig och sade: ”Inte är väl denne Davids son?”{{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12:24]]</w:t>
      </w:r>
      <w:r w:rsidRPr="0096445B">
        <w:rPr>
          <w:vertAlign w:val="superscript"/>
          <w:lang w:val="sv-SE"/>
        </w:rPr>
        <w:t>24</w:t>
      </w:r>
      <w:r w:rsidRPr="0096445B">
        <w:rPr>
          <w:lang w:val="sv-SE"/>
        </w:rPr>
        <w:t xml:space="preserve"> {{</w:t>
      </w:r>
      <w:proofErr w:type="spellStart"/>
      <w:r w:rsidRPr="0096445B">
        <w:rPr>
          <w:lang w:val="sv-SE"/>
        </w:rPr>
        <w:t>field-on:bible</w:t>
      </w:r>
      <w:proofErr w:type="spellEnd"/>
      <w:r w:rsidRPr="0096445B">
        <w:rPr>
          <w:lang w:val="sv-SE"/>
        </w:rPr>
        <w:t xml:space="preserve">}}Men fariseerna hörde </w:t>
      </w:r>
      <w:r w:rsidRPr="0096445B">
        <w:rPr>
          <w:i/>
          <w:lang w:val="sv-SE"/>
        </w:rPr>
        <w:t>det</w:t>
      </w:r>
      <w:r w:rsidRPr="0096445B">
        <w:rPr>
          <w:lang w:val="sv-SE"/>
        </w:rPr>
        <w:t xml:space="preserve"> och sade: ”Den där driver inte ut demonerna utom med </w:t>
      </w:r>
      <w:proofErr w:type="spellStart"/>
      <w:r w:rsidRPr="0096445B">
        <w:rPr>
          <w:lang w:val="sv-SE"/>
        </w:rPr>
        <w:t>Beelzebul</w:t>
      </w:r>
      <w:proofErr w:type="spellEnd"/>
      <w:r w:rsidRPr="0096445B">
        <w:rPr>
          <w:lang w:val="sv-SE"/>
        </w:rPr>
        <w:t>, demonernas furste.”{{</w:t>
      </w:r>
      <w:proofErr w:type="spellStart"/>
      <w:r w:rsidRPr="0096445B">
        <w:rPr>
          <w:lang w:val="sv-SE"/>
        </w:rPr>
        <w:t>field-off:bible</w:t>
      </w:r>
      <w:proofErr w:type="spellEnd"/>
      <w:r w:rsidRPr="0096445B">
        <w:rPr>
          <w:lang w:val="sv-SE"/>
        </w:rPr>
        <w:t>}}</w:t>
      </w:r>
    </w:p>
    <w:p w14:paraId="4DBD6284" w14:textId="3A66548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förstod deras reflektioner och sade till dem: ”Varje rike delat mot sig självt blir ödelagt, och varje stad eller hus delat mot sig självt kommer inte att </w:t>
      </w:r>
      <w:proofErr w:type="gramStart"/>
      <w:r w:rsidRPr="0096445B">
        <w:rPr>
          <w:lang w:val="sv-SE"/>
        </w:rPr>
        <w:t>bestå.{</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Satan driver ut Satan, har han mot sig själv blivit delad. Hur ska då hans rike </w:t>
      </w:r>
      <w:proofErr w:type="gramStart"/>
      <w:r w:rsidRPr="0096445B">
        <w:rPr>
          <w:lang w:val="sv-SE"/>
        </w:rPr>
        <w:t>bestå?{</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jag med </w:t>
      </w:r>
      <w:proofErr w:type="spellStart"/>
      <w:r w:rsidRPr="0096445B">
        <w:rPr>
          <w:lang w:val="sv-SE"/>
        </w:rPr>
        <w:t>Beelzebul</w:t>
      </w:r>
      <w:proofErr w:type="spellEnd"/>
      <w:r w:rsidRPr="0096445B">
        <w:rPr>
          <w:lang w:val="sv-SE"/>
        </w:rPr>
        <w:t xml:space="preserve"> driver ut demonerna: era söner, med vem driver de ut? Därför blir de era </w:t>
      </w:r>
      <w:proofErr w:type="gramStart"/>
      <w:r w:rsidRPr="0096445B">
        <w:rPr>
          <w:lang w:val="sv-SE"/>
        </w:rPr>
        <w:t>domare.{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w:t>
      </w:r>
      <w:r w:rsidRPr="0096445B">
        <w:rPr>
          <w:i/>
          <w:lang w:val="sv-SE"/>
        </w:rPr>
        <w:t>det är</w:t>
      </w:r>
      <w:r w:rsidRPr="0096445B">
        <w:rPr>
          <w:lang w:val="sv-SE"/>
        </w:rPr>
        <w:t xml:space="preserve"> med Guds Ande jag driver ut demonerna, då har Guds rike nått till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57935F2" w14:textId="0469A2F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}}Eller</w:t>
      </w:r>
      <w:proofErr w:type="gramEnd"/>
      <w:r w:rsidRPr="0096445B">
        <w:rPr>
          <w:lang w:val="sv-SE"/>
        </w:rPr>
        <w:t xml:space="preserve"> hur kan någon gå in i den starkes hus och rycka hans kärl, om han inte först binder den starke? Och sedan ska han länsa hans </w:t>
      </w:r>
      <w:proofErr w:type="gramStart"/>
      <w:r w:rsidRPr="0096445B">
        <w:rPr>
          <w:lang w:val="sv-SE"/>
        </w:rPr>
        <w:t>hus.{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}}Den</w:t>
      </w:r>
      <w:proofErr w:type="gramEnd"/>
      <w:r w:rsidRPr="0096445B">
        <w:rPr>
          <w:lang w:val="sv-SE"/>
        </w:rPr>
        <w:t xml:space="preserve"> som inte är med mig är mot mig, och den som inte samlar med mig </w:t>
      </w:r>
      <w:proofErr w:type="gramStart"/>
      <w:r w:rsidRPr="0096445B">
        <w:rPr>
          <w:lang w:val="sv-SE"/>
        </w:rPr>
        <w:t>skingrar.{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6177681" w14:textId="06691124"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}}Därför</w:t>
      </w:r>
      <w:proofErr w:type="gramEnd"/>
      <w:r w:rsidRPr="0096445B">
        <w:rPr>
          <w:lang w:val="sv-SE"/>
        </w:rPr>
        <w:t xml:space="preserve"> säger jag er: All synd och hädelse ska förlåtas människorna. Men Andens hädelse kommer inte att </w:t>
      </w:r>
      <w:proofErr w:type="gramStart"/>
      <w:r w:rsidRPr="0096445B">
        <w:rPr>
          <w:lang w:val="sv-SE"/>
        </w:rPr>
        <w:t>förlåtas.{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som säger ett ord mot Människosonen, det ska förlåtas honom. Men den som säger </w:t>
      </w:r>
      <w:r w:rsidRPr="0096445B">
        <w:rPr>
          <w:i/>
          <w:lang w:val="sv-SE"/>
        </w:rPr>
        <w:t>det</w:t>
      </w:r>
      <w:r w:rsidRPr="0096445B">
        <w:rPr>
          <w:lang w:val="sv-SE"/>
        </w:rPr>
        <w:t xml:space="preserve"> mot den heliga Anden, det kommer inte att förlåtas honom, varken i denna eon eller i den </w:t>
      </w:r>
      <w:proofErr w:type="gramStart"/>
      <w:r w:rsidRPr="0096445B">
        <w:rPr>
          <w:lang w:val="sv-SE"/>
        </w:rPr>
        <w:t>kommande.{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D2A1ACB" w14:textId="77777777" w:rsidR="00BA33AB" w:rsidRPr="0096445B" w:rsidRDefault="00000000">
      <w:pPr>
        <w:pStyle w:val="Rubrik3"/>
        <w:rPr>
          <w:lang w:val="sv-SE"/>
        </w:rPr>
      </w:pPr>
      <w:r w:rsidRPr="0096445B">
        <w:rPr>
          <w:lang w:val="sv-SE"/>
        </w:rPr>
        <w:t>Trädet och frukten</w:t>
      </w:r>
    </w:p>
    <w:p w14:paraId="23528EC0" w14:textId="0111412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}}Gör</w:t>
      </w:r>
      <w:proofErr w:type="gramEnd"/>
      <w:r w:rsidRPr="0096445B">
        <w:rPr>
          <w:lang w:val="sv-SE"/>
        </w:rPr>
        <w:t xml:space="preserve"> antingen trädet gott och dess frukt god, eller gör trädet ruttet och dess frukt rutten. För från frukten känns </w:t>
      </w:r>
      <w:proofErr w:type="gramStart"/>
      <w:r w:rsidRPr="0096445B">
        <w:rPr>
          <w:lang w:val="sv-SE"/>
        </w:rPr>
        <w:t>trädet.{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}}Huggormsyngel</w:t>
      </w:r>
      <w:proofErr w:type="gramEnd"/>
      <w:r w:rsidRPr="0096445B">
        <w:rPr>
          <w:lang w:val="sv-SE"/>
        </w:rPr>
        <w:t xml:space="preserve">! Hur kan ni tala gott när ni är onda? För ur hjärtats överflöd talar </w:t>
      </w:r>
      <w:proofErr w:type="gramStart"/>
      <w:r w:rsidRPr="0096445B">
        <w:rPr>
          <w:lang w:val="sv-SE"/>
        </w:rPr>
        <w:t>munnen.{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}}Den</w:t>
      </w:r>
      <w:proofErr w:type="gramEnd"/>
      <w:r w:rsidRPr="0096445B">
        <w:rPr>
          <w:lang w:val="sv-SE"/>
        </w:rPr>
        <w:t xml:space="preserve"> goda människan kastar ur sin goda skattgömma fram goda </w:t>
      </w:r>
      <w:r w:rsidRPr="0096445B">
        <w:rPr>
          <w:i/>
          <w:lang w:val="sv-SE"/>
        </w:rPr>
        <w:t>ting</w:t>
      </w:r>
      <w:r w:rsidRPr="0096445B">
        <w:rPr>
          <w:lang w:val="sv-SE"/>
        </w:rPr>
        <w:t xml:space="preserve">. Och den onda människan kastar ur sin onda skattgömma fram onda </w:t>
      </w:r>
      <w:proofErr w:type="gramStart"/>
      <w:r w:rsidRPr="0096445B">
        <w:rPr>
          <w:i/>
          <w:lang w:val="sv-SE"/>
        </w:rPr>
        <w:t>ting</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13B2DA6" w14:textId="2746CCE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jag säger er att varje overksamt ord som människorna kommer att tala, för det ska de avge räkenskap på domens </w:t>
      </w:r>
      <w:proofErr w:type="gramStart"/>
      <w:r w:rsidRPr="0096445B">
        <w:rPr>
          <w:lang w:val="sv-SE"/>
        </w:rPr>
        <w:t>dag.{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utifrån dina ord ska du förklaras rättfärdig, och utifrån dina ord ska du bli fälld.”{{</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653013C" w14:textId="77777777" w:rsidR="00BA33AB" w:rsidRPr="0096445B" w:rsidRDefault="00000000">
      <w:pPr>
        <w:pStyle w:val="Rubrik3"/>
        <w:rPr>
          <w:lang w:val="sv-SE"/>
        </w:rPr>
      </w:pPr>
      <w:r w:rsidRPr="0096445B">
        <w:rPr>
          <w:lang w:val="sv-SE"/>
        </w:rPr>
        <w:t>Jonas tecken</w:t>
      </w:r>
    </w:p>
    <w:p w14:paraId="79634305" w14:textId="3A0B623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svarade honom några av de skriftlärda och fariseerna och sade: ”Lärare, vi vill från dig se ett tecken.”{{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och sade till dem: ”Ett ont och äktenskapsbrytande släkte söker ett tecken. Och ett tecken ska inte ges det, utom profeten Jonas </w:t>
      </w:r>
      <w:proofErr w:type="gramStart"/>
      <w:r w:rsidRPr="0096445B">
        <w:rPr>
          <w:lang w:val="sv-SE"/>
        </w:rPr>
        <w:t>tecken.{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12:40]]</w:t>
      </w:r>
      <w:r w:rsidRPr="0096445B">
        <w:rPr>
          <w:vertAlign w:val="superscript"/>
          <w:lang w:val="sv-SE"/>
        </w:rPr>
        <w:t>40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såsom Jona var i havsmonstrets buk tre dagar och tre nätter, så ska Människosonen vara i jordens hjärta tre dagar och tre </w:t>
      </w:r>
      <w:proofErr w:type="gramStart"/>
      <w:r w:rsidRPr="0096445B">
        <w:rPr>
          <w:lang w:val="sv-SE"/>
        </w:rPr>
        <w:t>nätter.{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00F0A0E" w14:textId="796D181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12:41]]</w:t>
      </w:r>
      <w:r w:rsidRPr="0096445B">
        <w:rPr>
          <w:vertAlign w:val="superscript"/>
          <w:lang w:val="sv-SE"/>
        </w:rPr>
        <w:t>41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spellStart"/>
      <w:r w:rsidRPr="0096445B">
        <w:rPr>
          <w:lang w:val="sv-SE"/>
        </w:rPr>
        <w:t>Ninevitiska</w:t>
      </w:r>
      <w:proofErr w:type="spellEnd"/>
      <w:proofErr w:type="gramEnd"/>
      <w:r w:rsidRPr="0096445B">
        <w:rPr>
          <w:lang w:val="sv-SE"/>
        </w:rPr>
        <w:t xml:space="preserve"> män ska uppstå vid domen med detta släkte och fördöma det. För de ändrade sinne vid Jonas förkunnelse, och se: </w:t>
      </w:r>
      <w:r w:rsidRPr="0096445B">
        <w:rPr>
          <w:i/>
          <w:lang w:val="sv-SE"/>
        </w:rPr>
        <w:t>något</w:t>
      </w:r>
      <w:r w:rsidRPr="0096445B">
        <w:rPr>
          <w:lang w:val="sv-SE"/>
        </w:rPr>
        <w:t xml:space="preserve"> större än Jona </w:t>
      </w:r>
      <w:r w:rsidRPr="0096445B">
        <w:rPr>
          <w:i/>
          <w:lang w:val="sv-SE"/>
        </w:rPr>
        <w:t>är</w:t>
      </w:r>
      <w:r w:rsidRPr="0096445B">
        <w:rPr>
          <w:lang w:val="sv-SE"/>
        </w:rPr>
        <w:t xml:space="preserve"> </w:t>
      </w:r>
      <w:proofErr w:type="gramStart"/>
      <w:r w:rsidRPr="0096445B">
        <w:rPr>
          <w:lang w:val="sv-SE"/>
        </w:rPr>
        <w:t>här.{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}}Söderns</w:t>
      </w:r>
      <w:proofErr w:type="gramEnd"/>
      <w:r w:rsidRPr="0096445B">
        <w:rPr>
          <w:lang w:val="sv-SE"/>
        </w:rPr>
        <w:t xml:space="preserve"> drottning ska resa sig vid domen med detta släkte och fördöma det. För hon kom från jordens ändar </w:t>
      </w:r>
      <w:r w:rsidRPr="0096445B">
        <w:rPr>
          <w:i/>
          <w:lang w:val="sv-SE"/>
        </w:rPr>
        <w:t>för</w:t>
      </w:r>
      <w:r w:rsidRPr="0096445B">
        <w:rPr>
          <w:lang w:val="sv-SE"/>
        </w:rPr>
        <w:t xml:space="preserve"> att höra Solomons vishet, och se: </w:t>
      </w:r>
      <w:r w:rsidRPr="0096445B">
        <w:rPr>
          <w:i/>
          <w:lang w:val="sv-SE"/>
        </w:rPr>
        <w:t>något</w:t>
      </w:r>
      <w:r w:rsidRPr="0096445B">
        <w:rPr>
          <w:lang w:val="sv-SE"/>
        </w:rPr>
        <w:t xml:space="preserve"> större än Solomon </w:t>
      </w:r>
      <w:r w:rsidRPr="0096445B">
        <w:rPr>
          <w:i/>
          <w:lang w:val="sv-SE"/>
        </w:rPr>
        <w:t>är</w:t>
      </w:r>
      <w:r w:rsidRPr="0096445B">
        <w:rPr>
          <w:lang w:val="sv-SE"/>
        </w:rPr>
        <w:t xml:space="preserve"> </w:t>
      </w:r>
      <w:proofErr w:type="gramStart"/>
      <w:r w:rsidRPr="0096445B">
        <w:rPr>
          <w:lang w:val="sv-SE"/>
        </w:rPr>
        <w:t>här.{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C01A304" w14:textId="77777777" w:rsidR="00BA33AB" w:rsidRPr="0096445B" w:rsidRDefault="00000000">
      <w:pPr>
        <w:pStyle w:val="Rubrik3"/>
        <w:rPr>
          <w:lang w:val="sv-SE"/>
        </w:rPr>
      </w:pPr>
      <w:r w:rsidRPr="0096445B">
        <w:rPr>
          <w:lang w:val="sv-SE"/>
        </w:rPr>
        <w:t>En ond andes återkomst</w:t>
      </w:r>
    </w:p>
    <w:p w14:paraId="35D78188" w14:textId="5B87438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den orena anden kommer ut ur människan, går den genom </w:t>
      </w:r>
      <w:proofErr w:type="spellStart"/>
      <w:r w:rsidRPr="0096445B">
        <w:rPr>
          <w:lang w:val="sv-SE"/>
        </w:rPr>
        <w:t>vattenlösa</w:t>
      </w:r>
      <w:proofErr w:type="spellEnd"/>
      <w:r w:rsidRPr="0096445B">
        <w:rPr>
          <w:lang w:val="sv-SE"/>
        </w:rPr>
        <w:t xml:space="preserve"> platser och söker ro och finner </w:t>
      </w:r>
      <w:proofErr w:type="gramStart"/>
      <w:r w:rsidRPr="0096445B">
        <w:rPr>
          <w:lang w:val="sv-SE"/>
        </w:rPr>
        <w:t>ingen.{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säger den: Till mitt hus ska jag vända om, varifrån jag kom ut. Och den kommer och finner </w:t>
      </w:r>
      <w:r w:rsidRPr="0096445B">
        <w:rPr>
          <w:i/>
          <w:lang w:val="sv-SE"/>
        </w:rPr>
        <w:t>det</w:t>
      </w:r>
      <w:r w:rsidRPr="0096445B">
        <w:rPr>
          <w:lang w:val="sv-SE"/>
        </w:rPr>
        <w:t xml:space="preserve"> ledigt, sopat och </w:t>
      </w:r>
      <w:proofErr w:type="gramStart"/>
      <w:r w:rsidRPr="0096445B">
        <w:rPr>
          <w:lang w:val="sv-SE"/>
        </w:rPr>
        <w:t>tillsnyggat.{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går den och tar med sig sju andra andar ondare än sig själv, och de går in och bosätter sig där. Och </w:t>
      </w:r>
      <w:r w:rsidRPr="0096445B">
        <w:rPr>
          <w:i/>
          <w:lang w:val="sv-SE"/>
        </w:rPr>
        <w:t>då</w:t>
      </w:r>
      <w:r w:rsidRPr="0096445B">
        <w:rPr>
          <w:lang w:val="sv-SE"/>
        </w:rPr>
        <w:t xml:space="preserve"> blir det sista för den människan värre än det första. Så ska det bli också för detta onda släkte.”{{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7911746" w14:textId="77777777" w:rsidR="00BA33AB" w:rsidRPr="0096445B" w:rsidRDefault="00000000">
      <w:pPr>
        <w:pStyle w:val="Rubrik3"/>
        <w:rPr>
          <w:lang w:val="sv-SE"/>
        </w:rPr>
      </w:pPr>
      <w:r w:rsidRPr="0096445B">
        <w:rPr>
          <w:lang w:val="sv-SE"/>
        </w:rPr>
        <w:lastRenderedPageBreak/>
        <w:t>Jesu mor och bröder</w:t>
      </w:r>
    </w:p>
    <w:p w14:paraId="04369C3E" w14:textId="6B5A95C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}}Medan</w:t>
      </w:r>
      <w:proofErr w:type="gramEnd"/>
      <w:r w:rsidRPr="0096445B">
        <w:rPr>
          <w:lang w:val="sv-SE"/>
        </w:rPr>
        <w:t xml:space="preserve"> han ännu talade till skarorna, se: hans mor och bröder stod utanför och sökte tala med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12:47]]</w:t>
      </w:r>
      <w:r w:rsidRPr="0096445B">
        <w:rPr>
          <w:vertAlign w:val="superscript"/>
          <w:lang w:val="sv-SE"/>
        </w:rPr>
        <w:t>47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gramEnd"/>
      <w:r w:rsidRPr="0096445B">
        <w:rPr>
          <w:lang w:val="sv-SE"/>
        </w:rPr>
        <w:t>Och någon sade till honom: ”Se: din mor och dina bröder utanför står och söker tala med dig.</w:t>
      </w:r>
      <w:proofErr w:type="gramStart"/>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12:48]]</w:t>
      </w:r>
      <w:r w:rsidRPr="0096445B">
        <w:rPr>
          <w:vertAlign w:val="superscript"/>
          <w:lang w:val="sv-SE"/>
        </w:rPr>
        <w:t>48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och sade till den som talade till honom: ”Vem är min mor? Och vilka är mina bröder?”{{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12:49]]</w:t>
      </w:r>
      <w:r w:rsidRPr="0096445B">
        <w:rPr>
          <w:vertAlign w:val="superscript"/>
          <w:lang w:val="sv-SE"/>
        </w:rPr>
        <w:t>49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räckte ut sin hand mot sina lärjungar och sade: ”Se: min mor och mina </w:t>
      </w:r>
      <w:proofErr w:type="gramStart"/>
      <w:r w:rsidRPr="0096445B">
        <w:rPr>
          <w:lang w:val="sv-SE"/>
        </w:rPr>
        <w:t>bröder.{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12:50]]</w:t>
      </w:r>
      <w:r w:rsidRPr="0096445B">
        <w:rPr>
          <w:vertAlign w:val="superscript"/>
          <w:lang w:val="sv-SE"/>
        </w:rPr>
        <w:t>50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den som gör viljan hos min Far i himlarna, han är min bror och syster och mor.”{{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E14B8C3" w14:textId="2C55C5BA"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w:t>
      </w:r>
      <w:proofErr w:type="gramStart"/>
      <w:r w:rsidRPr="0096445B">
        <w:rPr>
          <w:lang w:val="sv-SE"/>
        </w:rPr>
        <w:t>]]Kapitel</w:t>
      </w:r>
      <w:proofErr w:type="gramEnd"/>
      <w:r w:rsidRPr="0096445B">
        <w:rPr>
          <w:lang w:val="sv-SE"/>
        </w:rPr>
        <w:t xml:space="preserve"> 13</w:t>
      </w:r>
    </w:p>
    <w:p w14:paraId="3C00DA32" w14:textId="77777777" w:rsidR="00BA33AB" w:rsidRPr="0096445B" w:rsidRDefault="00000000">
      <w:pPr>
        <w:pStyle w:val="Rubrik3"/>
        <w:rPr>
          <w:lang w:val="sv-SE"/>
        </w:rPr>
      </w:pPr>
      <w:r w:rsidRPr="0096445B">
        <w:rPr>
          <w:lang w:val="sv-SE"/>
        </w:rPr>
        <w:t>Liknelsen om såningsmannen</w:t>
      </w:r>
    </w:p>
    <w:p w14:paraId="07BF8357" w14:textId="31D5420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}}På</w:t>
      </w:r>
      <w:proofErr w:type="gramEnd"/>
      <w:r w:rsidRPr="0096445B">
        <w:rPr>
          <w:lang w:val="sv-SE"/>
        </w:rPr>
        <w:t xml:space="preserve"> den dagen gick Jesus ut från huset och satt vid </w:t>
      </w:r>
      <w:proofErr w:type="gramStart"/>
      <w:r w:rsidRPr="0096445B">
        <w:rPr>
          <w:lang w:val="sv-SE"/>
        </w:rPr>
        <w:t>havet.{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det</w:t>
      </w:r>
      <w:r w:rsidRPr="0096445B">
        <w:rPr>
          <w:lang w:val="sv-SE"/>
        </w:rPr>
        <w:t xml:space="preserve"> samlades hos honom så stora skaror att han steg i en båt och satt, och hela skaran stod på </w:t>
      </w:r>
      <w:proofErr w:type="gramStart"/>
      <w:r w:rsidRPr="0096445B">
        <w:rPr>
          <w:lang w:val="sv-SE"/>
        </w:rPr>
        <w:t>stranden.{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talade till dem mycket i liknelser och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91E458B" w14:textId="392C4326"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}}”Se: ut gick såningsmannen </w:t>
      </w:r>
      <w:r w:rsidRPr="0096445B">
        <w:rPr>
          <w:i/>
          <w:lang w:val="sv-SE"/>
        </w:rPr>
        <w:t>för</w:t>
      </w:r>
      <w:r w:rsidRPr="0096445B">
        <w:rPr>
          <w:lang w:val="sv-SE"/>
        </w:rPr>
        <w:t xml:space="preserve"> att </w:t>
      </w:r>
      <w:proofErr w:type="gramStart"/>
      <w:r w:rsidRPr="0096445B">
        <w:rPr>
          <w:lang w:val="sv-SE"/>
        </w:rPr>
        <w:t>så.{</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under det att han sådde föll en del vid vägen, och fåglarna kom och åt upp </w:t>
      </w:r>
      <w:proofErr w:type="gramStart"/>
      <w:r w:rsidRPr="0096445B">
        <w:rPr>
          <w:lang w:val="sv-SE"/>
        </w:rPr>
        <w:t>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annat föll på det steniga, där det inte hade mycket jord. Och direkt kom det upp </w:t>
      </w:r>
      <w:r w:rsidRPr="0096445B">
        <w:rPr>
          <w:i/>
          <w:lang w:val="sv-SE"/>
        </w:rPr>
        <w:t>och</w:t>
      </w:r>
      <w:r w:rsidRPr="0096445B">
        <w:rPr>
          <w:lang w:val="sv-SE"/>
        </w:rPr>
        <w:t xml:space="preserve"> fram, eftersom det inte hade djup jord.{{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13:6]]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}}Men när solen gick upp sveddes det, och eftersom det inte hade rot vissnade det.{{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13:7]]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}}Och annat föll på törnena, och upp kom törnena och kvävde det.{{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13:8]]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}}Men annat föll på den goda jorden och gav gröda: dels hundra, och dels sextio, och dels trettio.{{</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13:9]]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}}Den som har öron ska höra.”{{</w:t>
      </w:r>
      <w:proofErr w:type="spellStart"/>
      <w:r w:rsidRPr="0096445B">
        <w:rPr>
          <w:lang w:val="sv-SE"/>
        </w:rPr>
        <w:t>field-off:bible</w:t>
      </w:r>
      <w:proofErr w:type="spellEnd"/>
      <w:r w:rsidRPr="0096445B">
        <w:rPr>
          <w:lang w:val="sv-SE"/>
        </w:rPr>
        <w:t>}}</w:t>
      </w:r>
    </w:p>
    <w:p w14:paraId="795ED463" w14:textId="77777777" w:rsidR="00BA33AB" w:rsidRPr="0096445B" w:rsidRDefault="00000000">
      <w:pPr>
        <w:pStyle w:val="Rubrik3"/>
        <w:rPr>
          <w:lang w:val="sv-SE"/>
        </w:rPr>
      </w:pPr>
      <w:r w:rsidRPr="0096445B">
        <w:rPr>
          <w:lang w:val="sv-SE"/>
        </w:rPr>
        <w:t>Bara liknelser åt folket</w:t>
      </w:r>
    </w:p>
    <w:p w14:paraId="4606D393" w14:textId="4DA5D26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sedan</w:t>
      </w:r>
      <w:r w:rsidRPr="0096445B">
        <w:rPr>
          <w:lang w:val="sv-SE"/>
        </w:rPr>
        <w:t xml:space="preserve"> kom lärjungarna fram och sade till honom: ”Varför </w:t>
      </w:r>
      <w:r w:rsidRPr="0096445B">
        <w:rPr>
          <w:i/>
          <w:lang w:val="sv-SE"/>
        </w:rPr>
        <w:t>är det</w:t>
      </w:r>
      <w:r w:rsidRPr="0096445B">
        <w:rPr>
          <w:lang w:val="sv-SE"/>
        </w:rPr>
        <w:t xml:space="preserve"> i liknelser du talar till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svarade och sade till dem: ”För åt er är det givet att känna himlarnas rikes mysterier. Men åt dessa är det inte </w:t>
      </w:r>
      <w:proofErr w:type="gramStart"/>
      <w:r w:rsidRPr="0096445B">
        <w:rPr>
          <w:lang w:val="sv-SE"/>
        </w:rPr>
        <w:t>givet.{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den som har, åt honom ska det ges och överflöda. Men den som inte har, även det han har ska tas ifrån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EEF80C0" w14:textId="6457112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}}Därför</w:t>
      </w:r>
      <w:proofErr w:type="gramEnd"/>
      <w:r w:rsidRPr="0096445B">
        <w:rPr>
          <w:lang w:val="sv-SE"/>
        </w:rPr>
        <w:t xml:space="preserve"> </w:t>
      </w:r>
      <w:r w:rsidRPr="0096445B">
        <w:rPr>
          <w:i/>
          <w:lang w:val="sv-SE"/>
        </w:rPr>
        <w:t>är det</w:t>
      </w:r>
      <w:r w:rsidRPr="0096445B">
        <w:rPr>
          <w:lang w:val="sv-SE"/>
        </w:rPr>
        <w:t xml:space="preserve"> i liknelser jag talar till dem. För seende ser de inte, och hörande hör de inte eller </w:t>
      </w:r>
      <w:proofErr w:type="gramStart"/>
      <w:r w:rsidRPr="0096445B">
        <w:rPr>
          <w:lang w:val="sv-SE"/>
        </w:rPr>
        <w:t>förstår.{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xml:space="preserve">}} </w:t>
      </w: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så</w:t>
      </w:r>
      <w:r w:rsidRPr="0096445B">
        <w:rPr>
          <w:lang w:val="sv-SE"/>
        </w:rPr>
        <w:t xml:space="preserve"> uppfylls för dem Esaias profetia, som </w:t>
      </w:r>
      <w:proofErr w:type="gramStart"/>
      <w:r w:rsidRPr="0096445B">
        <w:rPr>
          <w:lang w:val="sv-SE"/>
        </w:rPr>
        <w:t>säger:{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52B1121" w14:textId="0025AE90"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}}Ni</w:t>
      </w:r>
      <w:proofErr w:type="gramEnd"/>
      <w:r w:rsidRPr="0096445B">
        <w:rPr>
          <w:lang w:val="sv-SE"/>
        </w:rPr>
        <w:t xml:space="preserve"> ska hörande höra och aldrig förstå,</w:t>
      </w:r>
      <w:r w:rsidRPr="0096445B">
        <w:rPr>
          <w:lang w:val="sv-SE"/>
        </w:rPr>
        <w:br/>
        <w:t xml:space="preserve">och seende se och aldrig </w:t>
      </w:r>
      <w:proofErr w:type="gramStart"/>
      <w:r w:rsidRPr="0096445B">
        <w:rPr>
          <w:lang w:val="sv-SE"/>
        </w:rPr>
        <w:t>se,{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detta folks hjärta har förstockats.</w:t>
      </w:r>
      <w:r w:rsidRPr="0096445B">
        <w:rPr>
          <w:lang w:val="sv-SE"/>
        </w:rPr>
        <w:br/>
        <w:t>Och med öronen hörde de svårligen,</w:t>
      </w:r>
      <w:r w:rsidRPr="0096445B">
        <w:rPr>
          <w:lang w:val="sv-SE"/>
        </w:rPr>
        <w:br/>
        <w:t xml:space="preserve">och </w:t>
      </w:r>
      <w:r w:rsidRPr="0096445B">
        <w:rPr>
          <w:i/>
          <w:lang w:val="sv-SE"/>
        </w:rPr>
        <w:t>med</w:t>
      </w:r>
      <w:r w:rsidRPr="0096445B">
        <w:rPr>
          <w:lang w:val="sv-SE"/>
        </w:rPr>
        <w:t xml:space="preserve"> sina ögon blundade de,</w:t>
      </w:r>
      <w:r w:rsidRPr="0096445B">
        <w:rPr>
          <w:lang w:val="sv-SE"/>
        </w:rPr>
        <w:br/>
        <w:t>så att de inte ser med ögonen</w:t>
      </w:r>
      <w:r w:rsidRPr="0096445B">
        <w:rPr>
          <w:lang w:val="sv-SE"/>
        </w:rPr>
        <w:br/>
        <w:t>och med öronen hör och med hjärtat förstår</w:t>
      </w:r>
      <w:r w:rsidRPr="0096445B">
        <w:rPr>
          <w:lang w:val="sv-SE"/>
        </w:rPr>
        <w:br/>
        <w:t>och vänder om och jag ska hela dem.{{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03CEE7D" w14:textId="32897E5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saliga era ögon, för de ser, och era öron, för de </w:t>
      </w:r>
      <w:proofErr w:type="gramStart"/>
      <w:r w:rsidRPr="0096445B">
        <w:rPr>
          <w:lang w:val="sv-SE"/>
        </w:rPr>
        <w:t>hör.{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amen, jag säger er att många profeter och rättfärdiga åtrådde att se det ni ser och </w:t>
      </w:r>
      <w:r w:rsidRPr="0096445B">
        <w:rPr>
          <w:i/>
          <w:lang w:val="sv-SE"/>
        </w:rPr>
        <w:t>fick</w:t>
      </w:r>
      <w:r w:rsidRPr="0096445B">
        <w:rPr>
          <w:lang w:val="sv-SE"/>
        </w:rPr>
        <w:t xml:space="preserve"> inte se, och höra det ni hör och </w:t>
      </w:r>
      <w:r w:rsidRPr="0096445B">
        <w:rPr>
          <w:i/>
          <w:lang w:val="sv-SE"/>
        </w:rPr>
        <w:t>fick</w:t>
      </w:r>
      <w:r w:rsidRPr="0096445B">
        <w:rPr>
          <w:lang w:val="sv-SE"/>
        </w:rPr>
        <w:t xml:space="preserve"> inte </w:t>
      </w:r>
      <w:proofErr w:type="gramStart"/>
      <w:r w:rsidRPr="0096445B">
        <w:rPr>
          <w:lang w:val="sv-SE"/>
        </w:rPr>
        <w:t>höra.{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C960089" w14:textId="77777777" w:rsidR="00BA33AB" w:rsidRPr="0096445B" w:rsidRDefault="00000000">
      <w:pPr>
        <w:pStyle w:val="Rubrik3"/>
        <w:rPr>
          <w:lang w:val="sv-SE"/>
        </w:rPr>
      </w:pPr>
      <w:r w:rsidRPr="0096445B">
        <w:rPr>
          <w:lang w:val="sv-SE"/>
        </w:rPr>
        <w:t>Liknelsens innebörd</w:t>
      </w:r>
    </w:p>
    <w:p w14:paraId="119F5A6B" w14:textId="31465B0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}}Hör</w:t>
      </w:r>
      <w:proofErr w:type="gramEnd"/>
      <w:r w:rsidRPr="0096445B">
        <w:rPr>
          <w:lang w:val="sv-SE"/>
        </w:rPr>
        <w:t xml:space="preserve"> nu ni liknelsen om </w:t>
      </w:r>
      <w:proofErr w:type="gramStart"/>
      <w:r w:rsidRPr="0096445B">
        <w:rPr>
          <w:lang w:val="sv-SE"/>
        </w:rPr>
        <w:t>såningsmannen.{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}}När</w:t>
      </w:r>
      <w:proofErr w:type="gramEnd"/>
      <w:r w:rsidRPr="0096445B">
        <w:rPr>
          <w:lang w:val="sv-SE"/>
        </w:rPr>
        <w:t xml:space="preserve"> var och en hör ordet om riket och inte förstår, kommer den onde och rycker det som har såtts i hans hjärta. Denne är den som har såtts vid </w:t>
      </w:r>
      <w:proofErr w:type="gramStart"/>
      <w:r w:rsidRPr="0096445B">
        <w:rPr>
          <w:lang w:val="sv-SE"/>
        </w:rPr>
        <w:t>vägen.{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den som har såtts på det steniga, denne är den som hör ordet och direkt med glädje tar </w:t>
      </w:r>
      <w:r w:rsidRPr="0096445B">
        <w:rPr>
          <w:i/>
          <w:lang w:val="sv-SE"/>
        </w:rPr>
        <w:t>emot</w:t>
      </w:r>
      <w:r w:rsidRPr="0096445B">
        <w:rPr>
          <w:lang w:val="sv-SE"/>
        </w:rPr>
        <w:t xml:space="preserve"> </w:t>
      </w:r>
      <w:proofErr w:type="gramStart"/>
      <w:r w:rsidRPr="0096445B">
        <w:rPr>
          <w:lang w:val="sv-SE"/>
        </w:rPr>
        <w:t>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inte har rot inom sig utan är tillfällig. Och när det blir nöd eller förföljelse för ordets skull, blir han direkt skandaliserad.{{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13:22]]</w:t>
      </w:r>
      <w:r w:rsidRPr="0096445B">
        <w:rPr>
          <w:vertAlign w:val="superscript"/>
          <w:lang w:val="sv-SE"/>
        </w:rPr>
        <w:t>22</w:t>
      </w:r>
      <w:r w:rsidRPr="0096445B">
        <w:rPr>
          <w:lang w:val="sv-SE"/>
        </w:rPr>
        <w:t xml:space="preserve"> {{</w:t>
      </w:r>
      <w:proofErr w:type="spellStart"/>
      <w:r w:rsidRPr="0096445B">
        <w:rPr>
          <w:lang w:val="sv-SE"/>
        </w:rPr>
        <w:t>field-on:bible</w:t>
      </w:r>
      <w:proofErr w:type="spellEnd"/>
      <w:r w:rsidRPr="0096445B">
        <w:rPr>
          <w:lang w:val="sv-SE"/>
        </w:rPr>
        <w:t>}}Men den som har såtts i törnena, denne är den som hör ordet, och eonens bekymmer och rikedomens tjusning kväver ihop ordet och det blir utan frukt.{{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13:23]]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}}Men den som har såtts på den goda jorden, denne är den som hör ordet och förstår, som faktiskt bär frukt och gör dels hundra, och dels sextio, och dels trettio.”{{</w:t>
      </w:r>
      <w:proofErr w:type="spellStart"/>
      <w:r w:rsidRPr="0096445B">
        <w:rPr>
          <w:lang w:val="sv-SE"/>
        </w:rPr>
        <w:t>field-off:bible</w:t>
      </w:r>
      <w:proofErr w:type="spellEnd"/>
      <w:r w:rsidRPr="0096445B">
        <w:rPr>
          <w:lang w:val="sv-SE"/>
        </w:rPr>
        <w:t>}}</w:t>
      </w:r>
    </w:p>
    <w:p w14:paraId="295C7BC3" w14:textId="77777777" w:rsidR="00BA33AB" w:rsidRPr="0096445B" w:rsidRDefault="00000000">
      <w:pPr>
        <w:pStyle w:val="Rubrik3"/>
        <w:rPr>
          <w:lang w:val="sv-SE"/>
        </w:rPr>
      </w:pPr>
      <w:r w:rsidRPr="0096445B">
        <w:rPr>
          <w:lang w:val="sv-SE"/>
        </w:rPr>
        <w:t>Liknelsen om ogräset</w:t>
      </w:r>
    </w:p>
    <w:p w14:paraId="5C04A6DA" w14:textId="01C2703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}}En</w:t>
      </w:r>
      <w:proofErr w:type="gramEnd"/>
      <w:r w:rsidRPr="0096445B">
        <w:rPr>
          <w:lang w:val="sv-SE"/>
        </w:rPr>
        <w:t xml:space="preserve"> annan liknelse lade han fram för dem och sade: ”Himlarnas rike har liknats vid en man som hade sått bra säd i sin </w:t>
      </w:r>
      <w:proofErr w:type="gramStart"/>
      <w:r w:rsidRPr="0096445B">
        <w:rPr>
          <w:lang w:val="sv-SE"/>
        </w:rPr>
        <w:t>åker.{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under det att människorna sov, kom hans fiende och sådde på ogräs mitt bland vetet och gick </w:t>
      </w:r>
      <w:proofErr w:type="gramStart"/>
      <w:r w:rsidRPr="0096445B">
        <w:rPr>
          <w:lang w:val="sv-SE"/>
        </w:rPr>
        <w:t>iväg.{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strået spirade och gjorde gröda, då visade sig också </w:t>
      </w:r>
      <w:proofErr w:type="gramStart"/>
      <w:r w:rsidRPr="0096445B">
        <w:rPr>
          <w:lang w:val="sv-SE"/>
        </w:rPr>
        <w:t>ogräsen.{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981F02F" w14:textId="79780DC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kom hushärskarens fasttjänare fram och sade till honom: Herre, </w:t>
      </w:r>
      <w:r w:rsidRPr="0096445B">
        <w:rPr>
          <w:i/>
          <w:lang w:val="sv-SE"/>
        </w:rPr>
        <w:t>var det</w:t>
      </w:r>
      <w:r w:rsidRPr="0096445B">
        <w:rPr>
          <w:lang w:val="sv-SE"/>
        </w:rPr>
        <w:t xml:space="preserve"> inte bra säd du sådde i din åker? Varifrån har den då </w:t>
      </w:r>
      <w:proofErr w:type="gramStart"/>
      <w:r w:rsidRPr="0096445B">
        <w:rPr>
          <w:lang w:val="sv-SE"/>
        </w:rPr>
        <w:t>ogräs?{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sade till dem: En fiendeman har gjort detta. Och fasttjänarna säger till honom: Vill du då vi går bort och plockar ihop </w:t>
      </w:r>
      <w:proofErr w:type="gramStart"/>
      <w:r w:rsidRPr="0096445B">
        <w:rPr>
          <w:lang w:val="sv-SE"/>
        </w:rPr>
        <w:t>dem?{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w:t>
      </w:r>
      <w:r w:rsidRPr="0096445B">
        <w:rPr>
          <w:lang w:val="sv-SE"/>
        </w:rPr>
        <w:lastRenderedPageBreak/>
        <w:t xml:space="preserve">han säger: Nej, så att ni inte när ni plockar ihop ogräsen samtidigt med dem </w:t>
      </w:r>
      <w:proofErr w:type="spellStart"/>
      <w:r w:rsidRPr="0096445B">
        <w:rPr>
          <w:lang w:val="sv-SE"/>
        </w:rPr>
        <w:t>upprotar</w:t>
      </w:r>
      <w:proofErr w:type="spellEnd"/>
      <w:r w:rsidRPr="0096445B">
        <w:rPr>
          <w:lang w:val="sv-SE"/>
        </w:rPr>
        <w:t xml:space="preserve"> </w:t>
      </w:r>
      <w:proofErr w:type="gramStart"/>
      <w:r w:rsidRPr="0096445B">
        <w:rPr>
          <w:lang w:val="sv-SE"/>
        </w:rPr>
        <w:t>vetet.{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}}Låt</w:t>
      </w:r>
      <w:proofErr w:type="gramEnd"/>
      <w:r w:rsidRPr="0096445B">
        <w:rPr>
          <w:lang w:val="sv-SE"/>
        </w:rPr>
        <w:t xml:space="preserve"> båda växa tillsammans fram till skörden. Och vid skördens tid ska jag säga till skördemännen: Plocka först ihop ogräsen och bind dem i buntar för att bränna upp dem. Men vetet ska ni samla in i min lada.”{{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8E7FFA2" w14:textId="77777777" w:rsidR="00BA33AB" w:rsidRPr="0096445B" w:rsidRDefault="00000000">
      <w:pPr>
        <w:pStyle w:val="Rubrik3"/>
        <w:rPr>
          <w:lang w:val="sv-SE"/>
        </w:rPr>
      </w:pPr>
      <w:r w:rsidRPr="0096445B">
        <w:rPr>
          <w:lang w:val="sv-SE"/>
        </w:rPr>
        <w:t>Liknelsen om senapskornet</w:t>
      </w:r>
    </w:p>
    <w:p w14:paraId="0746CB69" w14:textId="5A99839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}}En</w:t>
      </w:r>
      <w:proofErr w:type="gramEnd"/>
      <w:r w:rsidRPr="0096445B">
        <w:rPr>
          <w:lang w:val="sv-SE"/>
        </w:rPr>
        <w:t xml:space="preserve"> annan liknelse lade han fram för dem och sade: ”Himlarnas rike är likt ett senapskorn, som en människa tog och sådde i sin </w:t>
      </w:r>
      <w:proofErr w:type="gramStart"/>
      <w:r w:rsidRPr="0096445B">
        <w:rPr>
          <w:lang w:val="sv-SE"/>
        </w:rPr>
        <w:t>åker.{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}}Det</w:t>
      </w:r>
      <w:proofErr w:type="gramEnd"/>
      <w:r w:rsidRPr="0096445B">
        <w:rPr>
          <w:lang w:val="sv-SE"/>
        </w:rPr>
        <w:t xml:space="preserve"> är mindre än alla fröna. Men när det har vuxit </w:t>
      </w:r>
      <w:r w:rsidRPr="0096445B">
        <w:rPr>
          <w:i/>
          <w:lang w:val="sv-SE"/>
        </w:rPr>
        <w:t>upp</w:t>
      </w:r>
      <w:r w:rsidRPr="0096445B">
        <w:rPr>
          <w:lang w:val="sv-SE"/>
        </w:rPr>
        <w:t xml:space="preserve"> är det större än köksväxterna och blir ett träd, så att himlens fåglar kommer och sätter bo bland dess grenar.”{{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1F641A7" w14:textId="77777777" w:rsidR="00BA33AB" w:rsidRPr="0096445B" w:rsidRDefault="00000000">
      <w:pPr>
        <w:pStyle w:val="Rubrik3"/>
        <w:rPr>
          <w:lang w:val="sv-SE"/>
        </w:rPr>
      </w:pPr>
      <w:r w:rsidRPr="0096445B">
        <w:rPr>
          <w:lang w:val="sv-SE"/>
        </w:rPr>
        <w:t>Liknelsen om surdegen</w:t>
      </w:r>
    </w:p>
    <w:p w14:paraId="1F417A96" w14:textId="01294A4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}}En</w:t>
      </w:r>
      <w:proofErr w:type="gramEnd"/>
      <w:r w:rsidRPr="0096445B">
        <w:rPr>
          <w:lang w:val="sv-SE"/>
        </w:rPr>
        <w:t xml:space="preserve"> annan liknelse talade han till dem: ”Himlarnas rike är likt en surdeg, som en kvinna tog och dolde in i tre </w:t>
      </w:r>
      <w:proofErr w:type="spellStart"/>
      <w:r w:rsidRPr="0096445B">
        <w:rPr>
          <w:lang w:val="sv-SE"/>
        </w:rPr>
        <w:t>seamått</w:t>
      </w:r>
      <w:proofErr w:type="spellEnd"/>
      <w:r w:rsidRPr="0096445B">
        <w:rPr>
          <w:lang w:val="sv-SE"/>
        </w:rPr>
        <w:t xml:space="preserve"> mjöl tills </w:t>
      </w:r>
      <w:r w:rsidRPr="0096445B">
        <w:rPr>
          <w:i/>
          <w:lang w:val="sv-SE"/>
        </w:rPr>
        <w:t>det</w:t>
      </w:r>
      <w:r w:rsidRPr="0096445B">
        <w:rPr>
          <w:lang w:val="sv-SE"/>
        </w:rPr>
        <w:t xml:space="preserve"> hela blev syrat.”{{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E089AF2" w14:textId="02D67E3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}}Allt</w:t>
      </w:r>
      <w:proofErr w:type="gramEnd"/>
      <w:r w:rsidRPr="0096445B">
        <w:rPr>
          <w:lang w:val="sv-SE"/>
        </w:rPr>
        <w:t xml:space="preserve"> detta talade Jesus i liknelser till skarorna. Och utan liknelser talade han inget till </w:t>
      </w:r>
      <w:proofErr w:type="gramStart"/>
      <w:r w:rsidRPr="0096445B">
        <w:rPr>
          <w:lang w:val="sv-SE"/>
        </w:rPr>
        <w:t>dem,{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att det skulle uppfyllas </w:t>
      </w:r>
      <w:r w:rsidRPr="0096445B">
        <w:rPr>
          <w:i/>
          <w:lang w:val="sv-SE"/>
        </w:rPr>
        <w:t>som var</w:t>
      </w:r>
      <w:r w:rsidRPr="0096445B">
        <w:rPr>
          <w:lang w:val="sv-SE"/>
        </w:rPr>
        <w:t xml:space="preserve"> sagt genom profeten,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B2CF036" w14:textId="77777777"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}}Jag</w:t>
      </w:r>
      <w:proofErr w:type="gramEnd"/>
      <w:r w:rsidRPr="0096445B">
        <w:rPr>
          <w:lang w:val="sv-SE"/>
        </w:rPr>
        <w:t xml:space="preserve"> ska med liknelser öppna min mun,</w:t>
      </w:r>
      <w:r w:rsidRPr="0096445B">
        <w:rPr>
          <w:lang w:val="sv-SE"/>
        </w:rPr>
        <w:br/>
        <w:t xml:space="preserve">spotta fram </w:t>
      </w:r>
      <w:r w:rsidRPr="0096445B">
        <w:rPr>
          <w:i/>
          <w:lang w:val="sv-SE"/>
        </w:rPr>
        <w:t>ting</w:t>
      </w:r>
      <w:r w:rsidRPr="0096445B">
        <w:rPr>
          <w:lang w:val="sv-SE"/>
        </w:rPr>
        <w:t xml:space="preserve"> dolda från [världens] </w:t>
      </w:r>
      <w:proofErr w:type="gramStart"/>
      <w:r w:rsidRPr="0096445B">
        <w:rPr>
          <w:lang w:val="sv-SE"/>
        </w:rPr>
        <w:t>grundläggning.{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608073C" w14:textId="77777777" w:rsidR="00BA33AB" w:rsidRPr="0096445B" w:rsidRDefault="00000000">
      <w:pPr>
        <w:pStyle w:val="Rubrik3"/>
        <w:rPr>
          <w:lang w:val="sv-SE"/>
        </w:rPr>
      </w:pPr>
      <w:r w:rsidRPr="0096445B">
        <w:rPr>
          <w:lang w:val="sv-SE"/>
        </w:rPr>
        <w:t>Jesus förklarar liknelsen om ogräset</w:t>
      </w:r>
    </w:p>
    <w:p w14:paraId="1D0A4471" w14:textId="1168CB9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lämnade han skarorna och gick in i huset. Och fram till honom kom hans lärjungar och sade: ”Förklara för oss liknelsen om ogräsen i åkern.”{{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svarade och sade: ”Den som sår den bra säden är </w:t>
      </w:r>
      <w:proofErr w:type="gramStart"/>
      <w:r w:rsidRPr="0096445B">
        <w:rPr>
          <w:lang w:val="sv-SE"/>
        </w:rPr>
        <w:t>Människosonen.{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åkern är världen. Och den bra säden, dessa är rikets barn, och ogräsen är den ondes </w:t>
      </w:r>
      <w:proofErr w:type="gramStart"/>
      <w:r w:rsidRPr="0096445B">
        <w:rPr>
          <w:lang w:val="sv-SE"/>
        </w:rPr>
        <w:t>barn.{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fienden som sådde dem är djävulen. Och skörden är eonens fullbordan, och skördemännen är </w:t>
      </w:r>
      <w:proofErr w:type="gramStart"/>
      <w:r w:rsidRPr="0096445B">
        <w:rPr>
          <w:lang w:val="sv-SE"/>
        </w:rPr>
        <w:t>änglar.{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DF06D02" w14:textId="3B5A8B8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13:40]]</w:t>
      </w:r>
      <w:r w:rsidRPr="0096445B">
        <w:rPr>
          <w:vertAlign w:val="superscript"/>
          <w:lang w:val="sv-SE"/>
        </w:rPr>
        <w:t>40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}}Såsom</w:t>
      </w:r>
      <w:proofErr w:type="gramEnd"/>
      <w:r w:rsidRPr="0096445B">
        <w:rPr>
          <w:lang w:val="sv-SE"/>
        </w:rPr>
        <w:t xml:space="preserve"> nu ogräsen plockas ihop och i eld bränns [upp], så ska det bli vid eonens </w:t>
      </w:r>
      <w:proofErr w:type="gramStart"/>
      <w:r w:rsidRPr="0096445B">
        <w:rPr>
          <w:lang w:val="sv-SE"/>
        </w:rPr>
        <w:t>fullbordan.{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13:41]]</w:t>
      </w:r>
      <w:r w:rsidRPr="0096445B">
        <w:rPr>
          <w:vertAlign w:val="superscript"/>
          <w:lang w:val="sv-SE"/>
        </w:rPr>
        <w:t>41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}}Människosonen</w:t>
      </w:r>
      <w:proofErr w:type="gramEnd"/>
      <w:r w:rsidRPr="0096445B">
        <w:rPr>
          <w:lang w:val="sv-SE"/>
        </w:rPr>
        <w:t xml:space="preserve"> ska sända ut sina änglar, och de ska plocka ihop ur hans rike alla skandalerna och dem som gör laglösheten{{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kasta dem i eldens ugn. Där blir gråten och tändernas </w:t>
      </w:r>
      <w:proofErr w:type="gramStart"/>
      <w:r w:rsidRPr="0096445B">
        <w:rPr>
          <w:lang w:val="sv-SE"/>
        </w:rPr>
        <w:t>gnissel.{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ska de rättfärdiga skina fram som solen i sin Fars rike. Den som har öron ska </w:t>
      </w:r>
      <w:proofErr w:type="gramStart"/>
      <w:r w:rsidRPr="0096445B">
        <w:rPr>
          <w:lang w:val="sv-SE"/>
        </w:rPr>
        <w:t>höra.{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B92A3EA" w14:textId="77777777" w:rsidR="00BA33AB" w:rsidRPr="0096445B" w:rsidRDefault="00000000">
      <w:pPr>
        <w:pStyle w:val="Rubrik3"/>
        <w:rPr>
          <w:lang w:val="sv-SE"/>
        </w:rPr>
      </w:pPr>
      <w:r w:rsidRPr="0096445B">
        <w:rPr>
          <w:lang w:val="sv-SE"/>
        </w:rPr>
        <w:lastRenderedPageBreak/>
        <w:t>Liknelsen om skatten och pärlan</w:t>
      </w:r>
    </w:p>
    <w:p w14:paraId="43A73F12" w14:textId="5B0DEF8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}}Himlarnas</w:t>
      </w:r>
      <w:proofErr w:type="gramEnd"/>
      <w:r w:rsidRPr="0096445B">
        <w:rPr>
          <w:lang w:val="sv-SE"/>
        </w:rPr>
        <w:t xml:space="preserve"> rike är likt en skatt, dold i åkern, som en människa fann och gömde </w:t>
      </w:r>
      <w:r w:rsidRPr="0096445B">
        <w:rPr>
          <w:i/>
          <w:lang w:val="sv-SE"/>
        </w:rPr>
        <w:t>igen</w:t>
      </w:r>
      <w:r w:rsidRPr="0096445B">
        <w:rPr>
          <w:lang w:val="sv-SE"/>
        </w:rPr>
        <w:t xml:space="preserve">. Och av sin glädje beger han sig och säljer allt vad han har och köper den </w:t>
      </w:r>
      <w:proofErr w:type="gramStart"/>
      <w:r w:rsidRPr="0096445B">
        <w:rPr>
          <w:lang w:val="sv-SE"/>
        </w:rPr>
        <w:t>åkern.{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22B6125" w14:textId="1E9FC56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}}Åter</w:t>
      </w:r>
      <w:proofErr w:type="gramEnd"/>
      <w:r w:rsidRPr="0096445B">
        <w:rPr>
          <w:lang w:val="sv-SE"/>
        </w:rPr>
        <w:t xml:space="preserve"> är himlarnas rike likt en köpman som söker fina </w:t>
      </w:r>
      <w:proofErr w:type="gramStart"/>
      <w:r w:rsidRPr="0096445B">
        <w:rPr>
          <w:lang w:val="sv-SE"/>
        </w:rPr>
        <w:t>pärlor.{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fann en </w:t>
      </w:r>
      <w:r w:rsidRPr="0096445B">
        <w:rPr>
          <w:i/>
          <w:lang w:val="sv-SE"/>
        </w:rPr>
        <w:t>enda</w:t>
      </w:r>
      <w:r w:rsidRPr="0096445B">
        <w:rPr>
          <w:lang w:val="sv-SE"/>
        </w:rPr>
        <w:t xml:space="preserve"> värdefull pärla, gick han </w:t>
      </w:r>
      <w:proofErr w:type="gramStart"/>
      <w:r w:rsidRPr="0096445B">
        <w:rPr>
          <w:lang w:val="sv-SE"/>
        </w:rPr>
        <w:t>iväg</w:t>
      </w:r>
      <w:proofErr w:type="gramEnd"/>
      <w:r w:rsidRPr="0096445B">
        <w:rPr>
          <w:lang w:val="sv-SE"/>
        </w:rPr>
        <w:t xml:space="preserve"> och hade avyttrat allt vad han hade och köpte </w:t>
      </w:r>
      <w:proofErr w:type="gramStart"/>
      <w:r w:rsidRPr="0096445B">
        <w:rPr>
          <w:lang w:val="sv-SE"/>
        </w:rPr>
        <w:t>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53A867B" w14:textId="77777777" w:rsidR="00BA33AB" w:rsidRPr="0096445B" w:rsidRDefault="00000000">
      <w:pPr>
        <w:pStyle w:val="Rubrik3"/>
        <w:rPr>
          <w:lang w:val="sv-SE"/>
        </w:rPr>
      </w:pPr>
      <w:r w:rsidRPr="0096445B">
        <w:rPr>
          <w:lang w:val="sv-SE"/>
        </w:rPr>
        <w:t>Liknelsen om nätet</w:t>
      </w:r>
    </w:p>
    <w:p w14:paraId="414605D0" w14:textId="6706C9B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13:47]]</w:t>
      </w:r>
      <w:r w:rsidRPr="0096445B">
        <w:rPr>
          <w:vertAlign w:val="superscript"/>
          <w:lang w:val="sv-SE"/>
        </w:rPr>
        <w:t>47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}}Åter</w:t>
      </w:r>
      <w:proofErr w:type="gramEnd"/>
      <w:r w:rsidRPr="0096445B">
        <w:rPr>
          <w:lang w:val="sv-SE"/>
        </w:rPr>
        <w:t xml:space="preserve"> är himlarnas rike likt ett dragnät, </w:t>
      </w:r>
      <w:r w:rsidRPr="0096445B">
        <w:rPr>
          <w:i/>
          <w:lang w:val="sv-SE"/>
        </w:rPr>
        <w:t>som var</w:t>
      </w:r>
      <w:r w:rsidRPr="0096445B">
        <w:rPr>
          <w:lang w:val="sv-SE"/>
        </w:rPr>
        <w:t xml:space="preserve"> kastat i havet och hade samlat </w:t>
      </w:r>
      <w:r w:rsidRPr="0096445B">
        <w:rPr>
          <w:i/>
          <w:lang w:val="sv-SE"/>
        </w:rPr>
        <w:t>fisk</w:t>
      </w:r>
      <w:r w:rsidRPr="0096445B">
        <w:rPr>
          <w:lang w:val="sv-SE"/>
        </w:rPr>
        <w:t xml:space="preserve"> av varje </w:t>
      </w:r>
      <w:proofErr w:type="gramStart"/>
      <w:r w:rsidRPr="0096445B">
        <w:rPr>
          <w:lang w:val="sv-SE"/>
        </w:rPr>
        <w:t>släkte.{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13:48]]</w:t>
      </w:r>
      <w:r w:rsidRPr="0096445B">
        <w:rPr>
          <w:vertAlign w:val="superscript"/>
          <w:lang w:val="sv-SE"/>
        </w:rPr>
        <w:t>48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}}När</w:t>
      </w:r>
      <w:proofErr w:type="gramEnd"/>
      <w:r w:rsidRPr="0096445B">
        <w:rPr>
          <w:lang w:val="sv-SE"/>
        </w:rPr>
        <w:t xml:space="preserve"> det var uppfyllt, hämtade man upp det på stranden och satte sig och plockade ihop de fina i kar. Men de ruttna kastade man </w:t>
      </w:r>
      <w:proofErr w:type="gramStart"/>
      <w:r w:rsidRPr="0096445B">
        <w:rPr>
          <w:lang w:val="sv-SE"/>
        </w:rPr>
        <w:t>utanför.{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13:49]]</w:t>
      </w:r>
      <w:r w:rsidRPr="0096445B">
        <w:rPr>
          <w:vertAlign w:val="superscript"/>
          <w:lang w:val="sv-SE"/>
        </w:rPr>
        <w:t>49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ska det bli vid eonens fullbordan. </w:t>
      </w:r>
      <w:r w:rsidRPr="0096445B">
        <w:rPr>
          <w:i/>
          <w:lang w:val="sv-SE"/>
        </w:rPr>
        <w:t>Då</w:t>
      </w:r>
      <w:r w:rsidRPr="0096445B">
        <w:rPr>
          <w:lang w:val="sv-SE"/>
        </w:rPr>
        <w:t xml:space="preserve"> ska änglarna gå ut och skilja ut de onda från de rättfärdigas mitt{{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13:50]]</w:t>
      </w:r>
      <w:r w:rsidRPr="0096445B">
        <w:rPr>
          <w:vertAlign w:val="superscript"/>
          <w:lang w:val="sv-SE"/>
        </w:rPr>
        <w:t>50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kasta dem i eldens ugn. Där blir gråten och tändernas </w:t>
      </w:r>
      <w:proofErr w:type="gramStart"/>
      <w:r w:rsidRPr="0096445B">
        <w:rPr>
          <w:lang w:val="sv-SE"/>
        </w:rPr>
        <w:t>gnissel.{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13:51]]</w:t>
      </w:r>
      <w:r w:rsidRPr="0096445B">
        <w:rPr>
          <w:vertAlign w:val="superscript"/>
          <w:lang w:val="sv-SE"/>
        </w:rPr>
        <w:t>51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}}Har</w:t>
      </w:r>
      <w:proofErr w:type="gramEnd"/>
      <w:r w:rsidRPr="0096445B">
        <w:rPr>
          <w:lang w:val="sv-SE"/>
        </w:rPr>
        <w:t xml:space="preserve"> ni förstått allt detta?” De säger till honom: ”Ja.”{{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659C0F9" w14:textId="7CA4C1F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13:52]]</w:t>
      </w:r>
      <w:r w:rsidRPr="0096445B">
        <w:rPr>
          <w:vertAlign w:val="superscript"/>
          <w:lang w:val="sv-SE"/>
        </w:rPr>
        <w:t>52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till dem: ”Därför är varje skriftlärd som blivit lärjunge till himlarnas rike lik en hushärskande man som kastar fram ur sin skattgömma </w:t>
      </w:r>
      <w:r w:rsidRPr="0096445B">
        <w:rPr>
          <w:i/>
          <w:lang w:val="sv-SE"/>
        </w:rPr>
        <w:t>både</w:t>
      </w:r>
      <w:r w:rsidRPr="0096445B">
        <w:rPr>
          <w:lang w:val="sv-SE"/>
        </w:rPr>
        <w:t xml:space="preserve"> nytt och gammalt.”{{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C4CE414" w14:textId="77777777" w:rsidR="00BA33AB" w:rsidRPr="0096445B" w:rsidRDefault="00000000">
      <w:pPr>
        <w:pStyle w:val="Rubrik3"/>
        <w:rPr>
          <w:lang w:val="sv-SE"/>
        </w:rPr>
      </w:pPr>
      <w:r w:rsidRPr="0096445B">
        <w:rPr>
          <w:lang w:val="sv-SE"/>
        </w:rPr>
        <w:t xml:space="preserve">Jesus </w:t>
      </w:r>
      <w:proofErr w:type="spellStart"/>
      <w:r w:rsidRPr="0096445B">
        <w:rPr>
          <w:lang w:val="sv-SE"/>
        </w:rPr>
        <w:t>ohedrad</w:t>
      </w:r>
      <w:proofErr w:type="spellEnd"/>
      <w:r w:rsidRPr="0096445B">
        <w:rPr>
          <w:lang w:val="sv-SE"/>
        </w:rPr>
        <w:t xml:space="preserve"> i </w:t>
      </w:r>
      <w:proofErr w:type="spellStart"/>
      <w:r w:rsidRPr="0096445B">
        <w:rPr>
          <w:lang w:val="sv-SE"/>
        </w:rPr>
        <w:t>Nazaret</w:t>
      </w:r>
      <w:proofErr w:type="spellEnd"/>
    </w:p>
    <w:p w14:paraId="1CD6A205" w14:textId="425C148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13:53]]</w:t>
      </w:r>
      <w:r w:rsidRPr="0096445B">
        <w:rPr>
          <w:vertAlign w:val="superscript"/>
          <w:lang w:val="sv-SE"/>
        </w:rPr>
        <w:t>53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hände sig, när Jesus hade fullbordat dessa liknelser, </w:t>
      </w:r>
      <w:r w:rsidRPr="0096445B">
        <w:rPr>
          <w:i/>
          <w:lang w:val="sv-SE"/>
        </w:rPr>
        <w:t>att</w:t>
      </w:r>
      <w:r w:rsidRPr="0096445B">
        <w:rPr>
          <w:lang w:val="sv-SE"/>
        </w:rPr>
        <w:t xml:space="preserve"> han bröt upp </w:t>
      </w:r>
      <w:proofErr w:type="gramStart"/>
      <w:r w:rsidRPr="0096445B">
        <w:rPr>
          <w:lang w:val="sv-SE"/>
        </w:rPr>
        <w:t>därifrån.{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13:54]]</w:t>
      </w:r>
      <w:r w:rsidRPr="0096445B">
        <w:rPr>
          <w:vertAlign w:val="superscript"/>
          <w:lang w:val="sv-SE"/>
        </w:rPr>
        <w:t>54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kommen till sin fädernebygd undervisade han dem i deras synagoga, så att de blev överväldigade och sade: ”Varifrån </w:t>
      </w:r>
      <w:r w:rsidRPr="0096445B">
        <w:rPr>
          <w:i/>
          <w:lang w:val="sv-SE"/>
        </w:rPr>
        <w:t>har</w:t>
      </w:r>
      <w:r w:rsidRPr="0096445B">
        <w:rPr>
          <w:lang w:val="sv-SE"/>
        </w:rPr>
        <w:t xml:space="preserve"> denne den visheten och </w:t>
      </w:r>
      <w:proofErr w:type="gramStart"/>
      <w:r w:rsidRPr="0096445B">
        <w:rPr>
          <w:lang w:val="sv-SE"/>
        </w:rPr>
        <w:t>kraftgärningarna?{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13:55]]</w:t>
      </w:r>
      <w:r w:rsidRPr="0096445B">
        <w:rPr>
          <w:vertAlign w:val="superscript"/>
          <w:lang w:val="sv-SE"/>
        </w:rPr>
        <w:t>55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}}Är</w:t>
      </w:r>
      <w:proofErr w:type="gramEnd"/>
      <w:r w:rsidRPr="0096445B">
        <w:rPr>
          <w:lang w:val="sv-SE"/>
        </w:rPr>
        <w:t xml:space="preserve"> inte </w:t>
      </w:r>
      <w:proofErr w:type="gramStart"/>
      <w:r w:rsidRPr="0096445B">
        <w:rPr>
          <w:lang w:val="sv-SE"/>
        </w:rPr>
        <w:t>denne snickarens</w:t>
      </w:r>
      <w:proofErr w:type="gramEnd"/>
      <w:r w:rsidRPr="0096445B">
        <w:rPr>
          <w:lang w:val="sv-SE"/>
        </w:rPr>
        <w:t xml:space="preserve"> son? Heter inte hans mor Mariam, och hans bröder Jakob och Josef och Simon och </w:t>
      </w:r>
      <w:proofErr w:type="gramStart"/>
      <w:r w:rsidRPr="0096445B">
        <w:rPr>
          <w:lang w:val="sv-SE"/>
        </w:rPr>
        <w:t>Judas?{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13:56]]</w:t>
      </w:r>
      <w:r w:rsidRPr="0096445B">
        <w:rPr>
          <w:vertAlign w:val="superscript"/>
          <w:lang w:val="sv-SE"/>
        </w:rPr>
        <w:t>56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hans systrar, är de inte alla hos oss? Varifrån </w:t>
      </w:r>
      <w:r w:rsidRPr="0096445B">
        <w:rPr>
          <w:i/>
          <w:lang w:val="sv-SE"/>
        </w:rPr>
        <w:t>har</w:t>
      </w:r>
      <w:r w:rsidRPr="0096445B">
        <w:rPr>
          <w:lang w:val="sv-SE"/>
        </w:rPr>
        <w:t xml:space="preserve"> då denne allt detta?”{{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13:57]]</w:t>
      </w:r>
      <w:r w:rsidRPr="0096445B">
        <w:rPr>
          <w:vertAlign w:val="superscript"/>
          <w:lang w:val="sv-SE"/>
        </w:rPr>
        <w:t>57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var skandaliserade av honom. Men Jesus sade till dem: ”En profet är inte </w:t>
      </w:r>
      <w:proofErr w:type="spellStart"/>
      <w:r w:rsidRPr="0096445B">
        <w:rPr>
          <w:lang w:val="sv-SE"/>
        </w:rPr>
        <w:t>ohedrad</w:t>
      </w:r>
      <w:proofErr w:type="spellEnd"/>
      <w:r w:rsidRPr="0096445B">
        <w:rPr>
          <w:lang w:val="sv-SE"/>
        </w:rPr>
        <w:t>, utom i sin fädernebygd och i sitt hus.”{{</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13:58]]</w:t>
      </w:r>
      <w:r w:rsidRPr="0096445B">
        <w:rPr>
          <w:vertAlign w:val="superscript"/>
          <w:lang w:val="sv-SE"/>
        </w:rPr>
        <w:t>58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gjorde där inte många kraftgärningar på grund av deras </w:t>
      </w:r>
      <w:proofErr w:type="gramStart"/>
      <w:r w:rsidRPr="0096445B">
        <w:rPr>
          <w:lang w:val="sv-SE"/>
        </w:rPr>
        <w:t>otro.{</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112499E" w14:textId="065F5075"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w:t>
      </w:r>
      <w:proofErr w:type="gramStart"/>
      <w:r w:rsidRPr="0096445B">
        <w:rPr>
          <w:lang w:val="sv-SE"/>
        </w:rPr>
        <w:t>]]Kapitel</w:t>
      </w:r>
      <w:proofErr w:type="gramEnd"/>
      <w:r w:rsidRPr="0096445B">
        <w:rPr>
          <w:lang w:val="sv-SE"/>
        </w:rPr>
        <w:t xml:space="preserve"> 14</w:t>
      </w:r>
    </w:p>
    <w:p w14:paraId="659F2E41" w14:textId="77777777" w:rsidR="00BA33AB" w:rsidRPr="0096445B" w:rsidRDefault="00000000">
      <w:pPr>
        <w:pStyle w:val="Rubrik3"/>
        <w:rPr>
          <w:lang w:val="sv-SE"/>
        </w:rPr>
      </w:pPr>
      <w:r w:rsidRPr="0096445B">
        <w:rPr>
          <w:lang w:val="sv-SE"/>
        </w:rPr>
        <w:t>Johannes Döparens död</w:t>
      </w:r>
    </w:p>
    <w:p w14:paraId="26BE5732" w14:textId="3E22076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}}Vid</w:t>
      </w:r>
      <w:proofErr w:type="gramEnd"/>
      <w:r w:rsidRPr="0096445B">
        <w:rPr>
          <w:lang w:val="sv-SE"/>
        </w:rPr>
        <w:t xml:space="preserve"> den tiden hörde Herodes tetrarken hörsägen om </w:t>
      </w:r>
      <w:proofErr w:type="gramStart"/>
      <w:r w:rsidRPr="0096445B">
        <w:rPr>
          <w:lang w:val="sv-SE"/>
        </w:rPr>
        <w:t>Jesus,{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w:t>
      </w:r>
      <w:r w:rsidRPr="0096445B">
        <w:rPr>
          <w:lang w:val="sv-SE"/>
        </w:rPr>
        <w:lastRenderedPageBreak/>
        <w:t>sade till sina gossar: ”Denne är Johannes Döparen. Han har blivit uppväckt från de döda, och därför verkar krafterna i honom.”{{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F23DBFF" w14:textId="34F61F4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Herodes hade gripit Johannes och bundit [honom] och satt bort i fängelse på grund av Herodias, hustrun till Filippos hans </w:t>
      </w:r>
      <w:proofErr w:type="gramStart"/>
      <w:r w:rsidRPr="0096445B">
        <w:rPr>
          <w:lang w:val="sv-SE"/>
        </w:rPr>
        <w:t>bror.{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Johannes hade sagt till honom: ”Det är inte tillåtet för dig att ha henne.”{{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ville döda honom </w:t>
      </w:r>
      <w:r w:rsidRPr="0096445B">
        <w:rPr>
          <w:i/>
          <w:lang w:val="sv-SE"/>
        </w:rPr>
        <w:t>men</w:t>
      </w:r>
      <w:r w:rsidRPr="0096445B">
        <w:rPr>
          <w:lang w:val="sv-SE"/>
        </w:rPr>
        <w:t xml:space="preserve"> fruktade skaran, eftersom de höll honom som </w:t>
      </w:r>
      <w:proofErr w:type="gramStart"/>
      <w:r w:rsidRPr="0096445B">
        <w:rPr>
          <w:lang w:val="sv-SE"/>
        </w:rPr>
        <w:t>profet.{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DBBC6BD" w14:textId="5A8EDB8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Herodes födelsedag kom, dansade Herodias dotter i mitten och behagade </w:t>
      </w:r>
      <w:proofErr w:type="gramStart"/>
      <w:r w:rsidRPr="0096445B">
        <w:rPr>
          <w:lang w:val="sv-SE"/>
        </w:rPr>
        <w:t>Herodes,{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}}varför</w:t>
      </w:r>
      <w:proofErr w:type="gramEnd"/>
      <w:r w:rsidRPr="0096445B">
        <w:rPr>
          <w:lang w:val="sv-SE"/>
        </w:rPr>
        <w:t xml:space="preserve"> han med ed accepterade att ge henne vad hon än skulle be </w:t>
      </w:r>
      <w:proofErr w:type="gramStart"/>
      <w:r w:rsidRPr="0096445B">
        <w:rPr>
          <w:lang w:val="sv-SE"/>
        </w:rPr>
        <w:t>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hon, </w:t>
      </w:r>
      <w:proofErr w:type="spellStart"/>
      <w:r w:rsidRPr="0096445B">
        <w:rPr>
          <w:lang w:val="sv-SE"/>
        </w:rPr>
        <w:t>påeggad</w:t>
      </w:r>
      <w:proofErr w:type="spellEnd"/>
      <w:r w:rsidRPr="0096445B">
        <w:rPr>
          <w:lang w:val="sv-SE"/>
        </w:rPr>
        <w:t xml:space="preserve"> av sin mor: ”Ge mig”, säger hon, ”här på ett fat Johannes Döparens huvud.”{{</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7C4194D" w14:textId="3A10E38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kungen blev bedrövad, </w:t>
      </w:r>
      <w:r w:rsidRPr="0096445B">
        <w:rPr>
          <w:i/>
          <w:lang w:val="sv-SE"/>
        </w:rPr>
        <w:t>men</w:t>
      </w:r>
      <w:r w:rsidRPr="0096445B">
        <w:rPr>
          <w:lang w:val="sv-SE"/>
        </w:rPr>
        <w:t xml:space="preserve"> på grund av ederna och dem som låg </w:t>
      </w:r>
      <w:r w:rsidRPr="0096445B">
        <w:rPr>
          <w:i/>
          <w:lang w:val="sv-SE"/>
        </w:rPr>
        <w:t>till bords</w:t>
      </w:r>
      <w:r w:rsidRPr="0096445B">
        <w:rPr>
          <w:lang w:val="sv-SE"/>
        </w:rPr>
        <w:t xml:space="preserve"> med </w:t>
      </w:r>
      <w:r w:rsidRPr="0096445B">
        <w:rPr>
          <w:i/>
          <w:lang w:val="sv-SE"/>
        </w:rPr>
        <w:t>honom</w:t>
      </w:r>
      <w:r w:rsidRPr="0096445B">
        <w:rPr>
          <w:lang w:val="sv-SE"/>
        </w:rPr>
        <w:t xml:space="preserve"> befallde han att </w:t>
      </w:r>
      <w:r w:rsidRPr="0096445B">
        <w:rPr>
          <w:i/>
          <w:lang w:val="sv-SE"/>
        </w:rPr>
        <w:t>det skulle</w:t>
      </w:r>
      <w:r w:rsidRPr="0096445B">
        <w:rPr>
          <w:lang w:val="sv-SE"/>
        </w:rPr>
        <w:t xml:space="preserve"> </w:t>
      </w:r>
      <w:proofErr w:type="gramStart"/>
      <w:r w:rsidRPr="0096445B">
        <w:rPr>
          <w:lang w:val="sv-SE"/>
        </w:rPr>
        <w:t>ges.{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skickade </w:t>
      </w:r>
      <w:r w:rsidRPr="0096445B">
        <w:rPr>
          <w:i/>
          <w:lang w:val="sv-SE"/>
        </w:rPr>
        <w:t>bud</w:t>
      </w:r>
      <w:r w:rsidRPr="0096445B">
        <w:rPr>
          <w:lang w:val="sv-SE"/>
        </w:rPr>
        <w:t xml:space="preserve"> och halshögg Johannes i </w:t>
      </w:r>
      <w:proofErr w:type="gramStart"/>
      <w:r w:rsidRPr="0096445B">
        <w:rPr>
          <w:lang w:val="sv-SE"/>
        </w:rPr>
        <w:t>fängelset.{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så</w:t>
      </w:r>
      <w:r w:rsidRPr="0096445B">
        <w:rPr>
          <w:lang w:val="sv-SE"/>
        </w:rPr>
        <w:t xml:space="preserve"> bars hans huvud på ett fat och gavs till flickan, och hon bar </w:t>
      </w:r>
      <w:r w:rsidRPr="0096445B">
        <w:rPr>
          <w:i/>
          <w:lang w:val="sv-SE"/>
        </w:rPr>
        <w:t>det</w:t>
      </w:r>
      <w:r w:rsidRPr="0096445B">
        <w:rPr>
          <w:lang w:val="sv-SE"/>
        </w:rPr>
        <w:t xml:space="preserve"> till sin </w:t>
      </w:r>
      <w:proofErr w:type="gramStart"/>
      <w:r w:rsidRPr="0096445B">
        <w:rPr>
          <w:lang w:val="sv-SE"/>
        </w:rPr>
        <w:t>mor.{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90B743D" w14:textId="77F9A8F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fram kom hans lärjungar och tog liket och begravde honom. Och de gick och berättade för </w:t>
      </w:r>
      <w:proofErr w:type="gramStart"/>
      <w:r w:rsidRPr="0096445B">
        <w:rPr>
          <w:lang w:val="sv-SE"/>
        </w:rPr>
        <w:t>Jesus.{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7773D20" w14:textId="77777777" w:rsidR="00BA33AB" w:rsidRPr="0096445B" w:rsidRDefault="00000000">
      <w:pPr>
        <w:pStyle w:val="Rubrik3"/>
        <w:rPr>
          <w:lang w:val="sv-SE"/>
        </w:rPr>
      </w:pPr>
      <w:r w:rsidRPr="0096445B">
        <w:rPr>
          <w:lang w:val="sv-SE"/>
        </w:rPr>
        <w:t>Jesus mättar femtusen</w:t>
      </w:r>
    </w:p>
    <w:p w14:paraId="4470BCEE" w14:textId="7AB94C8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Jesus hörde </w:t>
      </w:r>
      <w:r w:rsidRPr="0096445B">
        <w:rPr>
          <w:i/>
          <w:lang w:val="sv-SE"/>
        </w:rPr>
        <w:t>det</w:t>
      </w:r>
      <w:r w:rsidRPr="0096445B">
        <w:rPr>
          <w:lang w:val="sv-SE"/>
        </w:rPr>
        <w:t xml:space="preserve">, drog han sig undan därifrån med båt till en öde plats enskilt. Och skarorna </w:t>
      </w:r>
      <w:r w:rsidRPr="0096445B">
        <w:rPr>
          <w:i/>
          <w:lang w:val="sv-SE"/>
        </w:rPr>
        <w:t>fick</w:t>
      </w:r>
      <w:r w:rsidRPr="0096445B">
        <w:rPr>
          <w:lang w:val="sv-SE"/>
        </w:rPr>
        <w:t xml:space="preserve"> höra och följde honom till fots från </w:t>
      </w:r>
      <w:proofErr w:type="gramStart"/>
      <w:r w:rsidRPr="0096445B">
        <w:rPr>
          <w:lang w:val="sv-SE"/>
        </w:rPr>
        <w:t>städerna,{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gick ur såg han en stor skara. Och han kände innerligt för dem och botade deras </w:t>
      </w:r>
      <w:proofErr w:type="gramStart"/>
      <w:r w:rsidRPr="0096445B">
        <w:rPr>
          <w:lang w:val="sv-SE"/>
        </w:rPr>
        <w:t>kraftlösa.{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40CDB2A" w14:textId="4B201F4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det blev kväll, kom lärjungarna fram till honom och sade: ”Platsen är öde och timmen har redan gått förbi. Släpp </w:t>
      </w:r>
      <w:proofErr w:type="gramStart"/>
      <w:r w:rsidRPr="0096445B">
        <w:rPr>
          <w:lang w:val="sv-SE"/>
        </w:rPr>
        <w:t>iväg</w:t>
      </w:r>
      <w:proofErr w:type="gramEnd"/>
      <w:r w:rsidRPr="0096445B">
        <w:rPr>
          <w:lang w:val="sv-SE"/>
        </w:rPr>
        <w:t xml:space="preserve"> skarorna, så att de går bort till byarna och köper sig matämnen.”{{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sade till dem: ”De har inget behov av att gå bort. Ge dem ni att äta.”{{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 säger till honom: ”Vi har inget här. Utom fem bröd och två fiskar.”{{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”Bär dem hit till mig.”{{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C40B8E4" w14:textId="5BFAD65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befallde skarorna att luta sig </w:t>
      </w:r>
      <w:r w:rsidRPr="0096445B">
        <w:rPr>
          <w:i/>
          <w:lang w:val="sv-SE"/>
        </w:rPr>
        <w:t>till bords</w:t>
      </w:r>
      <w:r w:rsidRPr="0096445B">
        <w:rPr>
          <w:lang w:val="sv-SE"/>
        </w:rPr>
        <w:t xml:space="preserve"> på gräset, tog de fem bröden och de två fiskarna, såg upp mot himlen och välsignade. Och han bröt och gav lärjungarna bröden, och lärjungarna till </w:t>
      </w:r>
      <w:proofErr w:type="gramStart"/>
      <w:r w:rsidRPr="0096445B">
        <w:rPr>
          <w:lang w:val="sv-SE"/>
        </w:rPr>
        <w:t>skarorna.{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alla åt och blev mätta, och man tog upp det som blev över av bitarna, tolv korgar </w:t>
      </w:r>
      <w:proofErr w:type="gramStart"/>
      <w:r w:rsidRPr="0096445B">
        <w:rPr>
          <w:lang w:val="sv-SE"/>
        </w:rPr>
        <w:t>fulla.{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w:t>
      </w:r>
      <w:r w:rsidRPr="0096445B">
        <w:rPr>
          <w:lang w:val="sv-SE"/>
        </w:rPr>
        <w:lastRenderedPageBreak/>
        <w:t>14:21]]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som åt var ungefär femtusen män, förutom kvinnor och </w:t>
      </w:r>
      <w:proofErr w:type="gramStart"/>
      <w:r w:rsidRPr="0096445B">
        <w:rPr>
          <w:lang w:val="sv-SE"/>
        </w:rPr>
        <w:t>barn.{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A01EC7B" w14:textId="77777777" w:rsidR="00BA33AB" w:rsidRPr="0096445B" w:rsidRDefault="00000000">
      <w:pPr>
        <w:pStyle w:val="Rubrik3"/>
        <w:rPr>
          <w:lang w:val="sv-SE"/>
        </w:rPr>
      </w:pPr>
      <w:r w:rsidRPr="0096445B">
        <w:rPr>
          <w:lang w:val="sv-SE"/>
        </w:rPr>
        <w:t>Jesus går på vattnet</w:t>
      </w:r>
    </w:p>
    <w:p w14:paraId="06D9E2A9" w14:textId="0393E77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direkt nödgade han lärjungarna att stiga i båten och dra före honom till andra sidan, medan han släppte </w:t>
      </w:r>
      <w:proofErr w:type="gramStart"/>
      <w:r w:rsidRPr="0096445B">
        <w:rPr>
          <w:lang w:val="sv-SE"/>
        </w:rPr>
        <w:t>iväg</w:t>
      </w:r>
      <w:proofErr w:type="gramEnd"/>
      <w:r w:rsidRPr="0096445B">
        <w:rPr>
          <w:lang w:val="sv-SE"/>
        </w:rPr>
        <w:t xml:space="preserve"> </w:t>
      </w:r>
      <w:proofErr w:type="gramStart"/>
      <w:r w:rsidRPr="0096445B">
        <w:rPr>
          <w:lang w:val="sv-SE"/>
        </w:rPr>
        <w:t>skarorna.{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hade släppt </w:t>
      </w:r>
      <w:proofErr w:type="gramStart"/>
      <w:r w:rsidRPr="0096445B">
        <w:rPr>
          <w:lang w:val="sv-SE"/>
        </w:rPr>
        <w:t>iväg</w:t>
      </w:r>
      <w:proofErr w:type="gramEnd"/>
      <w:r w:rsidRPr="0096445B">
        <w:rPr>
          <w:lang w:val="sv-SE"/>
        </w:rPr>
        <w:t xml:space="preserve"> skarorna, gick han upp till berget enskilt </w:t>
      </w:r>
      <w:r w:rsidRPr="0096445B">
        <w:rPr>
          <w:i/>
          <w:lang w:val="sv-SE"/>
        </w:rPr>
        <w:t>för</w:t>
      </w:r>
      <w:r w:rsidRPr="0096445B">
        <w:rPr>
          <w:lang w:val="sv-SE"/>
        </w:rPr>
        <w:t xml:space="preserve"> att </w:t>
      </w:r>
      <w:proofErr w:type="gramStart"/>
      <w:r w:rsidRPr="0096445B">
        <w:rPr>
          <w:lang w:val="sv-SE"/>
        </w:rPr>
        <w:t>be.{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FD914CE" w14:textId="4811A63E" w:rsidR="00BA33AB" w:rsidRPr="0096445B" w:rsidRDefault="00000000">
      <w:pPr>
        <w:rPr>
          <w:lang w:val="sv-SE"/>
        </w:rPr>
      </w:pPr>
      <w:r w:rsidRPr="0096445B">
        <w:rPr>
          <w:lang w:val="sv-SE"/>
        </w:rPr>
        <w:t>{{</w:t>
      </w:r>
      <w:proofErr w:type="spellStart"/>
      <w:r w:rsidRPr="0096445B">
        <w:rPr>
          <w:lang w:val="sv-SE"/>
        </w:rPr>
        <w:t>field-on:bible</w:t>
      </w:r>
      <w:proofErr w:type="spellEnd"/>
      <w:r w:rsidRPr="0096445B">
        <w:rPr>
          <w:lang w:val="sv-SE"/>
        </w:rPr>
        <w:t>}}Och när det blev kväll var han ensam där.{{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14:24]]</w:t>
      </w:r>
      <w:r w:rsidRPr="0096445B">
        <w:rPr>
          <w:vertAlign w:val="superscript"/>
          <w:lang w:val="sv-SE"/>
        </w:rPr>
        <w:t>24</w:t>
      </w:r>
      <w:r w:rsidRPr="0096445B">
        <w:rPr>
          <w:lang w:val="sv-SE"/>
        </w:rPr>
        <w:t xml:space="preserve"> {{</w:t>
      </w:r>
      <w:proofErr w:type="spellStart"/>
      <w:r w:rsidRPr="0096445B">
        <w:rPr>
          <w:lang w:val="sv-SE"/>
        </w:rPr>
        <w:t>field-on:bible</w:t>
      </w:r>
      <w:proofErr w:type="spellEnd"/>
      <w:r w:rsidRPr="0096445B">
        <w:rPr>
          <w:lang w:val="sv-SE"/>
        </w:rPr>
        <w:t>}}Men båten var redan många stadier från land, plågad av vågorna, för vinden var emot.{{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14:25]]</w:t>
      </w:r>
      <w:r w:rsidRPr="0096445B">
        <w:rPr>
          <w:vertAlign w:val="superscript"/>
          <w:lang w:val="sv-SE"/>
        </w:rPr>
        <w:t>25</w:t>
      </w:r>
      <w:r w:rsidRPr="0096445B">
        <w:rPr>
          <w:lang w:val="sv-SE"/>
        </w:rPr>
        <w:t xml:space="preserve"> {{</w:t>
      </w:r>
      <w:proofErr w:type="spellStart"/>
      <w:r w:rsidRPr="0096445B">
        <w:rPr>
          <w:lang w:val="sv-SE"/>
        </w:rPr>
        <w:t>field-on:bible</w:t>
      </w:r>
      <w:proofErr w:type="spellEnd"/>
      <w:r w:rsidRPr="0096445B">
        <w:rPr>
          <w:lang w:val="sv-SE"/>
        </w:rPr>
        <w:t>}}Och vid fjärde nattväkten kom han till dem, vandrande på havet.{{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14:26]]</w:t>
      </w:r>
      <w:r w:rsidRPr="0096445B">
        <w:rPr>
          <w:vertAlign w:val="superscript"/>
          <w:lang w:val="sv-SE"/>
        </w:rPr>
        <w:t>26</w:t>
      </w:r>
      <w:r w:rsidRPr="0096445B">
        <w:rPr>
          <w:lang w:val="sv-SE"/>
        </w:rPr>
        <w:t xml:space="preserve"> {{</w:t>
      </w:r>
      <w:proofErr w:type="spellStart"/>
      <w:r w:rsidRPr="0096445B">
        <w:rPr>
          <w:lang w:val="sv-SE"/>
        </w:rPr>
        <w:t>field-on:bible</w:t>
      </w:r>
      <w:proofErr w:type="spellEnd"/>
      <w:r w:rsidRPr="0096445B">
        <w:rPr>
          <w:lang w:val="sv-SE"/>
        </w:rPr>
        <w:t xml:space="preserve">}}Och när lärjungarna såg honom vandra på havet, blev de oroade och sade att: ”Det är en vålnad!” Och av fruktan skrek </w:t>
      </w:r>
      <w:proofErr w:type="gramStart"/>
      <w:r w:rsidRPr="0096445B">
        <w:rPr>
          <w:lang w:val="sv-SE"/>
        </w:rPr>
        <w:t>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direkt talade [Jesus] till dem och sade: ”Fatta mod! Jag Är. Frukta inte.”{{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6001181" w14:textId="3ACEF06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w:t>
      </w:r>
      <w:r w:rsidRPr="0096445B">
        <w:rPr>
          <w:i/>
          <w:lang w:val="sv-SE"/>
        </w:rPr>
        <w:t>då</w:t>
      </w:r>
      <w:r w:rsidRPr="0096445B">
        <w:rPr>
          <w:lang w:val="sv-SE"/>
        </w:rPr>
        <w:t xml:space="preserve"> svarade honom Petrus och sade: ”Herre, om Du Är, befall mig att komma till dig på vattnen.”{{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”Kom!” Och Petrus steg ner från båten och vandrade på vattnen och kom till </w:t>
      </w:r>
      <w:proofErr w:type="gramStart"/>
      <w:r w:rsidRPr="0096445B">
        <w:rPr>
          <w:lang w:val="sv-SE"/>
        </w:rPr>
        <w:t>Jesus.{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BAC66A3" w14:textId="318F705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han såg vinden [stark] fruktade han, och han började sjunka ner och skrek och sade: ”Herre, fräls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direkt räckte Jesus ut handen och tog tag i honom, och säger till honom: ”Klentrogne. Varför tvekade du?”{{</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steg upp i båten lade sig </w:t>
      </w:r>
      <w:proofErr w:type="gramStart"/>
      <w:r w:rsidRPr="0096445B">
        <w:rPr>
          <w:lang w:val="sv-SE"/>
        </w:rPr>
        <w:t>vinden,{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i båten tillbad honom och sade: ”Sannerligen, Guds Son är du!”{{</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FEA8742" w14:textId="77777777" w:rsidR="00BA33AB" w:rsidRPr="0096445B" w:rsidRDefault="00000000">
      <w:pPr>
        <w:pStyle w:val="Rubrik3"/>
        <w:rPr>
          <w:lang w:val="sv-SE"/>
        </w:rPr>
      </w:pPr>
      <w:r w:rsidRPr="0096445B">
        <w:rPr>
          <w:lang w:val="sv-SE"/>
        </w:rPr>
        <w:t>Jesus botar sjuka i Gennesaret</w:t>
      </w:r>
    </w:p>
    <w:p w14:paraId="0353B530" w14:textId="657D4D7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for över till andra sidan och kom i land vid </w:t>
      </w:r>
      <w:proofErr w:type="gramStart"/>
      <w:r w:rsidRPr="0096445B">
        <w:rPr>
          <w:lang w:val="sv-SE"/>
        </w:rPr>
        <w:t>Gennesaret.{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männen på den platsen kände igen honom, och de sände ut </w:t>
      </w:r>
      <w:r w:rsidRPr="0096445B">
        <w:rPr>
          <w:i/>
          <w:lang w:val="sv-SE"/>
        </w:rPr>
        <w:t>bud</w:t>
      </w:r>
      <w:r w:rsidRPr="0096445B">
        <w:rPr>
          <w:lang w:val="sv-SE"/>
        </w:rPr>
        <w:t xml:space="preserve"> till hela den trakten runt omkring. Och man förde till honom alla som hade </w:t>
      </w:r>
      <w:r w:rsidRPr="0096445B">
        <w:rPr>
          <w:i/>
          <w:lang w:val="sv-SE"/>
        </w:rPr>
        <w:t>det</w:t>
      </w:r>
      <w:r w:rsidRPr="0096445B">
        <w:rPr>
          <w:lang w:val="sv-SE"/>
        </w:rPr>
        <w:t xml:space="preserve"> illa{{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14:36]]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vädjade till honom att de bara skulle få röra vid hörntofsen på hans mantel. Och </w:t>
      </w:r>
      <w:r w:rsidRPr="0096445B">
        <w:rPr>
          <w:i/>
          <w:lang w:val="sv-SE"/>
        </w:rPr>
        <w:t>alla</w:t>
      </w:r>
      <w:r w:rsidRPr="0096445B">
        <w:rPr>
          <w:lang w:val="sv-SE"/>
        </w:rPr>
        <w:t xml:space="preserve"> som rörde blev </w:t>
      </w:r>
      <w:proofErr w:type="gramStart"/>
      <w:r w:rsidRPr="0096445B">
        <w:rPr>
          <w:lang w:val="sv-SE"/>
        </w:rPr>
        <w:t>genomfrälsta.{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D5AAD7B" w14:textId="1BEFD062"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w:t>
      </w:r>
      <w:proofErr w:type="gramStart"/>
      <w:r w:rsidRPr="0096445B">
        <w:rPr>
          <w:lang w:val="sv-SE"/>
        </w:rPr>
        <w:t>]]Kapitel</w:t>
      </w:r>
      <w:proofErr w:type="gramEnd"/>
      <w:r w:rsidRPr="0096445B">
        <w:rPr>
          <w:lang w:val="sv-SE"/>
        </w:rPr>
        <w:t xml:space="preserve"> 15</w:t>
      </w:r>
    </w:p>
    <w:p w14:paraId="5ABE269E" w14:textId="77777777" w:rsidR="00BA33AB" w:rsidRPr="0096445B" w:rsidRDefault="00000000">
      <w:pPr>
        <w:pStyle w:val="Rubrik3"/>
        <w:rPr>
          <w:lang w:val="sv-SE"/>
        </w:rPr>
      </w:pPr>
      <w:r w:rsidRPr="0096445B">
        <w:rPr>
          <w:lang w:val="sv-SE"/>
        </w:rPr>
        <w:t>Guds bud eller de äldstes tradition</w:t>
      </w:r>
    </w:p>
    <w:p w14:paraId="4BDC718F" w14:textId="6A5EEB2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kommer </w:t>
      </w:r>
      <w:r w:rsidRPr="0096445B">
        <w:rPr>
          <w:i/>
          <w:lang w:val="sv-SE"/>
        </w:rPr>
        <w:t>det</w:t>
      </w:r>
      <w:r w:rsidRPr="0096445B">
        <w:rPr>
          <w:lang w:val="sv-SE"/>
        </w:rPr>
        <w:t xml:space="preserve"> fram till Jesus från Jerusalem fariseer och skriftlärda som </w:t>
      </w:r>
      <w:proofErr w:type="gramStart"/>
      <w:r w:rsidRPr="0096445B">
        <w:rPr>
          <w:lang w:val="sv-SE"/>
        </w:rPr>
        <w:t>säger:{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}}”Varför överträder dina lärjungar de äldstes tradition? För de tvättar inte [sina] </w:t>
      </w:r>
      <w:r w:rsidRPr="0096445B">
        <w:rPr>
          <w:lang w:val="sv-SE"/>
        </w:rPr>
        <w:lastRenderedPageBreak/>
        <w:t>händer när de äter bröd.”{{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}}Men han svarade och sade till dem: ”Varför överträder också ni Guds bud för er traditions skull?{{</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}}För Gud har sagt: Hedra fadern och modern, och: Den som talar illa om far eller mor ska döden dö.{{</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 xml:space="preserve">}}Men ni säger: Den som säger till fadern eller modern: En </w:t>
      </w:r>
      <w:proofErr w:type="spellStart"/>
      <w:r w:rsidRPr="0096445B">
        <w:rPr>
          <w:lang w:val="sv-SE"/>
        </w:rPr>
        <w:t>äregåva</w:t>
      </w:r>
      <w:proofErr w:type="spellEnd"/>
      <w:r w:rsidRPr="0096445B">
        <w:rPr>
          <w:lang w:val="sv-SE"/>
        </w:rPr>
        <w:t xml:space="preserve"> </w:t>
      </w:r>
      <w:r w:rsidRPr="0096445B">
        <w:rPr>
          <w:i/>
          <w:lang w:val="sv-SE"/>
        </w:rPr>
        <w:t>är nu</w:t>
      </w:r>
      <w:r w:rsidRPr="0096445B">
        <w:rPr>
          <w:lang w:val="sv-SE"/>
        </w:rPr>
        <w:t xml:space="preserve"> det du från mig </w:t>
      </w:r>
      <w:r w:rsidRPr="0096445B">
        <w:rPr>
          <w:i/>
          <w:lang w:val="sv-SE"/>
        </w:rPr>
        <w:t>kunde</w:t>
      </w:r>
      <w:r w:rsidRPr="0096445B">
        <w:rPr>
          <w:lang w:val="sv-SE"/>
        </w:rPr>
        <w:t xml:space="preserve"> fått nytta av,{{</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 xml:space="preserve">}}han ska alls inte hedra sin far. Och ni har ogiltigförklarat Guds ord för er traditions </w:t>
      </w:r>
      <w:proofErr w:type="gramStart"/>
      <w:r w:rsidRPr="0096445B">
        <w:rPr>
          <w:lang w:val="sv-SE"/>
        </w:rPr>
        <w:t>skull.{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}}Hycklare</w:t>
      </w:r>
      <w:proofErr w:type="gramEnd"/>
      <w:r w:rsidRPr="0096445B">
        <w:rPr>
          <w:lang w:val="sv-SE"/>
        </w:rPr>
        <w:t xml:space="preserve">! Väl profeterade Esaias om er och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2FD65F2" w14:textId="56F1AC2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}}Detta</w:t>
      </w:r>
      <w:proofErr w:type="gramEnd"/>
      <w:r w:rsidRPr="0096445B">
        <w:rPr>
          <w:lang w:val="sv-SE"/>
        </w:rPr>
        <w:t xml:space="preserve"> folk hedrar mig med läpparna,</w:t>
      </w:r>
      <w:r w:rsidRPr="0096445B">
        <w:rPr>
          <w:lang w:val="sv-SE"/>
        </w:rPr>
        <w:br/>
        <w:t xml:space="preserve">men deras hjärta är fjärran från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fåfängt vördar de mig,</w:t>
      </w:r>
      <w:r w:rsidRPr="0096445B">
        <w:rPr>
          <w:lang w:val="sv-SE"/>
        </w:rPr>
        <w:br/>
        <w:t xml:space="preserve">när de </w:t>
      </w:r>
      <w:r w:rsidRPr="0096445B">
        <w:rPr>
          <w:i/>
          <w:lang w:val="sv-SE"/>
        </w:rPr>
        <w:t>som</w:t>
      </w:r>
      <w:r w:rsidRPr="0096445B">
        <w:rPr>
          <w:lang w:val="sv-SE"/>
        </w:rPr>
        <w:t xml:space="preserve"> läror lär ut människors påbud.”{{</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E3CDD71" w14:textId="3C0B53C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kallade till sig skaran och sade till dem: ”Hör och </w:t>
      </w:r>
      <w:proofErr w:type="gramStart"/>
      <w:r w:rsidRPr="0096445B">
        <w:rPr>
          <w:lang w:val="sv-SE"/>
        </w:rPr>
        <w:t>förstå:{</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r w:rsidRPr="0096445B">
        <w:rPr>
          <w:i/>
          <w:lang w:val="sv-SE"/>
        </w:rPr>
        <w:t>Det</w:t>
      </w:r>
      <w:proofErr w:type="gramEnd"/>
      <w:r w:rsidRPr="0096445B">
        <w:rPr>
          <w:i/>
          <w:lang w:val="sv-SE"/>
        </w:rPr>
        <w:t xml:space="preserve"> är</w:t>
      </w:r>
      <w:r w:rsidRPr="0096445B">
        <w:rPr>
          <w:lang w:val="sv-SE"/>
        </w:rPr>
        <w:t xml:space="preserve"> inte det som kommer in i munnen som vanhelgar människan. Men det som utgår ur munnen, detta vanhelgar människan.”{{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007FA6F" w14:textId="0A9C291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kommer lärjungarna fram och säger till honom: ”Vet du att fariseerna som hörde ordet blev skandaliserade?”{{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och sade: ”Varje planta som inte min himmelske Far har planterat ska </w:t>
      </w:r>
      <w:proofErr w:type="spellStart"/>
      <w:proofErr w:type="gramStart"/>
      <w:r w:rsidRPr="0096445B">
        <w:rPr>
          <w:lang w:val="sv-SE"/>
        </w:rPr>
        <w:t>upprotas</w:t>
      </w:r>
      <w:proofErr w:type="spellEnd"/>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}}Låt</w:t>
      </w:r>
      <w:proofErr w:type="gramEnd"/>
      <w:r w:rsidRPr="0096445B">
        <w:rPr>
          <w:lang w:val="sv-SE"/>
        </w:rPr>
        <w:t xml:space="preserve"> dem </w:t>
      </w:r>
      <w:r w:rsidRPr="0096445B">
        <w:rPr>
          <w:i/>
          <w:lang w:val="sv-SE"/>
        </w:rPr>
        <w:t>vara</w:t>
      </w:r>
      <w:r w:rsidRPr="0096445B">
        <w:rPr>
          <w:lang w:val="sv-SE"/>
        </w:rPr>
        <w:t>. De är blinda vägledare [för blinda]. Och om en blind vägleder en blind, kommer båda att falla i gropen.”{{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D1F71FA" w14:textId="7FF0B43D" w:rsidR="00BA33AB" w:rsidRPr="0096445B" w:rsidRDefault="00000000">
      <w:pPr>
        <w:rPr>
          <w:lang w:val="sv-SE"/>
        </w:rPr>
      </w:pPr>
      <w:r w:rsidRPr="0096445B">
        <w:rPr>
          <w:lang w:val="sv-SE"/>
        </w:rPr>
        <w:t>[[@</w:t>
      </w:r>
      <w:r w:rsidR="0096445B" w:rsidRPr="0096445B">
        <w:rPr>
          <w:lang w:val="sv-SE"/>
        </w:rPr>
        <w:t>BibleBIBEL82</w:t>
      </w:r>
      <w:r w:rsidRPr="0096445B">
        <w:rPr>
          <w:lang w:val="sv-SE"/>
        </w:rPr>
        <w:t>:Matt 15:15]]</w:t>
      </w:r>
      <w:r w:rsidRPr="0096445B">
        <w:rPr>
          <w:vertAlign w:val="superscript"/>
          <w:lang w:val="sv-SE"/>
        </w:rPr>
        <w:t>15</w:t>
      </w:r>
      <w:r w:rsidRPr="0096445B">
        <w:rPr>
          <w:lang w:val="sv-SE"/>
        </w:rPr>
        <w:t xml:space="preserve"> {{</w:t>
      </w:r>
      <w:proofErr w:type="spellStart"/>
      <w:r w:rsidRPr="0096445B">
        <w:rPr>
          <w:lang w:val="sv-SE"/>
        </w:rPr>
        <w:t>field-on:bible</w:t>
      </w:r>
      <w:proofErr w:type="spellEnd"/>
      <w:r w:rsidRPr="0096445B">
        <w:rPr>
          <w:lang w:val="sv-SE"/>
        </w:rPr>
        <w:t>}}Och Petrus svarade och sade till honom: ”Tyd för oss [denna] liknelse.”{{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15:16]]</w:t>
      </w:r>
      <w:r w:rsidRPr="0096445B">
        <w:rPr>
          <w:vertAlign w:val="superscript"/>
          <w:lang w:val="sv-SE"/>
        </w:rPr>
        <w:t>16</w:t>
      </w:r>
      <w:r w:rsidRPr="0096445B">
        <w:rPr>
          <w:lang w:val="sv-SE"/>
        </w:rPr>
        <w:t xml:space="preserve"> {{</w:t>
      </w:r>
      <w:proofErr w:type="spellStart"/>
      <w:r w:rsidRPr="0096445B">
        <w:rPr>
          <w:lang w:val="sv-SE"/>
        </w:rPr>
        <w:t>field-on:bible</w:t>
      </w:r>
      <w:proofErr w:type="spellEnd"/>
      <w:r w:rsidRPr="0096445B">
        <w:rPr>
          <w:lang w:val="sv-SE"/>
        </w:rPr>
        <w:t>}}Men han sade: ”Är alltjämt också ni oförståndiga?{{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15:17]]</w:t>
      </w:r>
      <w:r w:rsidRPr="0096445B">
        <w:rPr>
          <w:vertAlign w:val="superscript"/>
          <w:lang w:val="sv-SE"/>
        </w:rPr>
        <w:t>17</w:t>
      </w:r>
      <w:r w:rsidRPr="0096445B">
        <w:rPr>
          <w:lang w:val="sv-SE"/>
        </w:rPr>
        <w:t xml:space="preserve"> {{</w:t>
      </w:r>
      <w:proofErr w:type="spellStart"/>
      <w:r w:rsidRPr="0096445B">
        <w:rPr>
          <w:lang w:val="sv-SE"/>
        </w:rPr>
        <w:t>field-on:bible</w:t>
      </w:r>
      <w:proofErr w:type="spellEnd"/>
      <w:r w:rsidRPr="0096445B">
        <w:rPr>
          <w:lang w:val="sv-SE"/>
        </w:rPr>
        <w:t>}}Fattar ni inte att allt som går in i munnen får rum i buken och drivs ut på avträdet?{{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15:18]]</w:t>
      </w:r>
      <w:r w:rsidRPr="0096445B">
        <w:rPr>
          <w:vertAlign w:val="superscript"/>
          <w:lang w:val="sv-SE"/>
        </w:rPr>
        <w:t>18</w:t>
      </w:r>
      <w:r w:rsidRPr="0096445B">
        <w:rPr>
          <w:lang w:val="sv-SE"/>
        </w:rPr>
        <w:t xml:space="preserve"> {{</w:t>
      </w:r>
      <w:proofErr w:type="spellStart"/>
      <w:r w:rsidRPr="0096445B">
        <w:rPr>
          <w:lang w:val="sv-SE"/>
        </w:rPr>
        <w:t>field-on:bible</w:t>
      </w:r>
      <w:proofErr w:type="spellEnd"/>
      <w:r w:rsidRPr="0096445B">
        <w:rPr>
          <w:lang w:val="sv-SE"/>
        </w:rPr>
        <w:t>}}Men det som utgår från munnen kommer ut från hjärtat, och detta vanhelgar människan.{{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15:19]]</w:t>
      </w:r>
      <w:r w:rsidRPr="0096445B">
        <w:rPr>
          <w:vertAlign w:val="superscript"/>
          <w:lang w:val="sv-SE"/>
        </w:rPr>
        <w:t>19</w:t>
      </w:r>
      <w:r w:rsidRPr="0096445B">
        <w:rPr>
          <w:lang w:val="sv-SE"/>
        </w:rPr>
        <w:t xml:space="preserve"> {{</w:t>
      </w:r>
      <w:proofErr w:type="spellStart"/>
      <w:r w:rsidRPr="0096445B">
        <w:rPr>
          <w:lang w:val="sv-SE"/>
        </w:rPr>
        <w:t>field-on:bible</w:t>
      </w:r>
      <w:proofErr w:type="spellEnd"/>
      <w:r w:rsidRPr="0096445B">
        <w:rPr>
          <w:lang w:val="sv-SE"/>
        </w:rPr>
        <w:t xml:space="preserve">}}För från hjärtat kommer </w:t>
      </w:r>
      <w:r w:rsidRPr="0096445B">
        <w:rPr>
          <w:i/>
          <w:lang w:val="sv-SE"/>
        </w:rPr>
        <w:t>det</w:t>
      </w:r>
      <w:r w:rsidRPr="0096445B">
        <w:rPr>
          <w:lang w:val="sv-SE"/>
        </w:rPr>
        <w:t xml:space="preserve"> ut onda tankar, mord, äktenskapsbrott, </w:t>
      </w:r>
      <w:proofErr w:type="spellStart"/>
      <w:r w:rsidRPr="0096445B">
        <w:rPr>
          <w:lang w:val="sv-SE"/>
        </w:rPr>
        <w:t>otuktigheter</w:t>
      </w:r>
      <w:proofErr w:type="spellEnd"/>
      <w:r w:rsidRPr="0096445B">
        <w:rPr>
          <w:lang w:val="sv-SE"/>
        </w:rPr>
        <w:t>, stölder, falska vittnesbörd, hädelser.{{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15:20]]</w:t>
      </w:r>
      <w:r w:rsidRPr="0096445B">
        <w:rPr>
          <w:vertAlign w:val="superscript"/>
          <w:lang w:val="sv-SE"/>
        </w:rPr>
        <w:t>20</w:t>
      </w:r>
      <w:r w:rsidRPr="0096445B">
        <w:rPr>
          <w:lang w:val="sv-SE"/>
        </w:rPr>
        <w:t xml:space="preserve"> {{</w:t>
      </w:r>
      <w:proofErr w:type="spellStart"/>
      <w:r w:rsidRPr="0096445B">
        <w:rPr>
          <w:lang w:val="sv-SE"/>
        </w:rPr>
        <w:t>field-on:bible</w:t>
      </w:r>
      <w:proofErr w:type="spellEnd"/>
      <w:r w:rsidRPr="0096445B">
        <w:rPr>
          <w:lang w:val="sv-SE"/>
        </w:rPr>
        <w:t>}}Det är detta som vanhelgar människan. Men att äta med otvättade händer vanhelgar inte människan.”{{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A647530" w14:textId="77777777" w:rsidR="00BA33AB" w:rsidRPr="0096445B" w:rsidRDefault="00000000">
      <w:pPr>
        <w:pStyle w:val="Rubrik3"/>
        <w:rPr>
          <w:lang w:val="sv-SE"/>
        </w:rPr>
      </w:pPr>
      <w:r w:rsidRPr="0096445B">
        <w:rPr>
          <w:lang w:val="sv-SE"/>
        </w:rPr>
        <w:t>En kananeisk kvinnas tro</w:t>
      </w:r>
    </w:p>
    <w:p w14:paraId="3AF08589" w14:textId="1006E46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utkommen därifrån drog sig Jesus undan till bygderna vid </w:t>
      </w:r>
      <w:proofErr w:type="spellStart"/>
      <w:r w:rsidRPr="0096445B">
        <w:rPr>
          <w:lang w:val="sv-SE"/>
        </w:rPr>
        <w:t>Tyros</w:t>
      </w:r>
      <w:proofErr w:type="spellEnd"/>
      <w:r w:rsidRPr="0096445B">
        <w:rPr>
          <w:lang w:val="sv-SE"/>
        </w:rPr>
        <w:t xml:space="preserve"> och </w:t>
      </w:r>
      <w:proofErr w:type="gramStart"/>
      <w:r w:rsidRPr="0096445B">
        <w:rPr>
          <w:lang w:val="sv-SE"/>
        </w:rPr>
        <w:t>Sidon.{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kananeisk kvinna från det området kom ut och </w:t>
      </w:r>
      <w:r w:rsidRPr="0096445B">
        <w:rPr>
          <w:i/>
          <w:lang w:val="sv-SE"/>
        </w:rPr>
        <w:t>började</w:t>
      </w:r>
      <w:r w:rsidRPr="0096445B">
        <w:rPr>
          <w:lang w:val="sv-SE"/>
        </w:rPr>
        <w:t xml:space="preserve"> skrika och säga: ”Förbarma dig över mig! Herre, Davids Son! Min dotter är illa demoniserad.”{{</w:t>
      </w:r>
      <w:proofErr w:type="spellStart"/>
      <w:r w:rsidRPr="0096445B">
        <w:rPr>
          <w:lang w:val="sv-SE"/>
        </w:rPr>
        <w:t>field-</w:t>
      </w:r>
      <w:proofErr w:type="gramStart"/>
      <w:r w:rsidRPr="0096445B">
        <w:rPr>
          <w:lang w:val="sv-SE"/>
        </w:rPr>
        <w:lastRenderedPageBreak/>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henne inte </w:t>
      </w:r>
      <w:r w:rsidRPr="0096445B">
        <w:rPr>
          <w:i/>
          <w:lang w:val="sv-SE"/>
        </w:rPr>
        <w:t>med</w:t>
      </w:r>
      <w:r w:rsidRPr="0096445B">
        <w:rPr>
          <w:lang w:val="sv-SE"/>
        </w:rPr>
        <w:t xml:space="preserve"> ett ord.{{</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83F9D1B" w14:textId="349FD0C7"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fram kom hans lärjungar och frågade honom och sade: ”Släpp </w:t>
      </w:r>
      <w:proofErr w:type="gramStart"/>
      <w:r w:rsidRPr="0096445B">
        <w:rPr>
          <w:lang w:val="sv-SE"/>
        </w:rPr>
        <w:t>iväg</w:t>
      </w:r>
      <w:proofErr w:type="gramEnd"/>
      <w:r w:rsidRPr="0096445B">
        <w:rPr>
          <w:lang w:val="sv-SE"/>
        </w:rPr>
        <w:t xml:space="preserve"> henne. För hon skriker bakom oss.”{{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15:24]]</w:t>
      </w:r>
      <w:r w:rsidRPr="0096445B">
        <w:rPr>
          <w:vertAlign w:val="superscript"/>
          <w:lang w:val="sv-SE"/>
        </w:rPr>
        <w:t>24</w:t>
      </w:r>
      <w:r w:rsidRPr="0096445B">
        <w:rPr>
          <w:lang w:val="sv-SE"/>
        </w:rPr>
        <w:t xml:space="preserve"> {{</w:t>
      </w:r>
      <w:proofErr w:type="spellStart"/>
      <w:r w:rsidRPr="0096445B">
        <w:rPr>
          <w:lang w:val="sv-SE"/>
        </w:rPr>
        <w:t>field-on:bible</w:t>
      </w:r>
      <w:proofErr w:type="spellEnd"/>
      <w:r w:rsidRPr="0096445B">
        <w:rPr>
          <w:lang w:val="sv-SE"/>
        </w:rPr>
        <w:t>}}Men han svarade och sade: ”Jag är inte sänd utom till de förlorade fåren av Israels hus.”{{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15:25]]</w:t>
      </w:r>
      <w:r w:rsidRPr="0096445B">
        <w:rPr>
          <w:vertAlign w:val="superscript"/>
          <w:lang w:val="sv-SE"/>
        </w:rPr>
        <w:t>25</w:t>
      </w:r>
      <w:r w:rsidRPr="0096445B">
        <w:rPr>
          <w:lang w:val="sv-SE"/>
        </w:rPr>
        <w:t xml:space="preserve"> {{</w:t>
      </w:r>
      <w:proofErr w:type="spellStart"/>
      <w:r w:rsidRPr="0096445B">
        <w:rPr>
          <w:lang w:val="sv-SE"/>
        </w:rPr>
        <w:t>field-on:bible</w:t>
      </w:r>
      <w:proofErr w:type="spellEnd"/>
      <w:r w:rsidRPr="0096445B">
        <w:rPr>
          <w:lang w:val="sv-SE"/>
        </w:rPr>
        <w:t>}}Men hon kom och tillbad honom och sade: ”Herre, hjälp mig!”{{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15:26]]</w:t>
      </w:r>
      <w:r w:rsidRPr="0096445B">
        <w:rPr>
          <w:vertAlign w:val="superscript"/>
          <w:lang w:val="sv-SE"/>
        </w:rPr>
        <w:t>26</w:t>
      </w:r>
      <w:r w:rsidRPr="0096445B">
        <w:rPr>
          <w:lang w:val="sv-SE"/>
        </w:rPr>
        <w:t xml:space="preserve"> {{</w:t>
      </w:r>
      <w:proofErr w:type="spellStart"/>
      <w:r w:rsidRPr="0096445B">
        <w:rPr>
          <w:lang w:val="sv-SE"/>
        </w:rPr>
        <w:t>field-on:bible</w:t>
      </w:r>
      <w:proofErr w:type="spellEnd"/>
      <w:r w:rsidRPr="0096445B">
        <w:rPr>
          <w:lang w:val="sv-SE"/>
        </w:rPr>
        <w:t>}}Men han svarade och sade: ”Det är inte fint att ta brödet från barnen och kasta åt småhundarna.”{{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15:27]]</w:t>
      </w:r>
      <w:r w:rsidRPr="0096445B">
        <w:rPr>
          <w:vertAlign w:val="superscript"/>
          <w:lang w:val="sv-SE"/>
        </w:rPr>
        <w:t>27</w:t>
      </w:r>
      <w:r w:rsidRPr="0096445B">
        <w:rPr>
          <w:lang w:val="sv-SE"/>
        </w:rPr>
        <w:t xml:space="preserve"> {{</w:t>
      </w:r>
      <w:proofErr w:type="spellStart"/>
      <w:r w:rsidRPr="0096445B">
        <w:rPr>
          <w:lang w:val="sv-SE"/>
        </w:rPr>
        <w:t>field-on:bible</w:t>
      </w:r>
      <w:proofErr w:type="spellEnd"/>
      <w:r w:rsidRPr="0096445B">
        <w:rPr>
          <w:lang w:val="sv-SE"/>
        </w:rPr>
        <w:t>}}Men hon sade: ”Jo, Herre. För även småhundarna äter av smulorna som faller från deras herrars bord.”{{</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svarade Jesus och sade till henne: ”O kvinna, stor </w:t>
      </w:r>
      <w:r w:rsidRPr="0096445B">
        <w:rPr>
          <w:i/>
          <w:lang w:val="sv-SE"/>
        </w:rPr>
        <w:t>är</w:t>
      </w:r>
      <w:r w:rsidRPr="0096445B">
        <w:rPr>
          <w:lang w:val="sv-SE"/>
        </w:rPr>
        <w:t xml:space="preserve"> din tro. Det ska ske för dig som du vill.” Och helad blev hennes dotter från den </w:t>
      </w:r>
      <w:proofErr w:type="gramStart"/>
      <w:r w:rsidRPr="0096445B">
        <w:rPr>
          <w:lang w:val="sv-SE"/>
        </w:rPr>
        <w:t>stunden.{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B7AE175" w14:textId="77777777" w:rsidR="00BA33AB" w:rsidRPr="0096445B" w:rsidRDefault="00000000">
      <w:pPr>
        <w:pStyle w:val="Rubrik3"/>
        <w:rPr>
          <w:lang w:val="sv-SE"/>
        </w:rPr>
      </w:pPr>
      <w:r w:rsidRPr="0096445B">
        <w:rPr>
          <w:lang w:val="sv-SE"/>
        </w:rPr>
        <w:t>Jesus botar sjuka</w:t>
      </w:r>
    </w:p>
    <w:p w14:paraId="34283EBD" w14:textId="21C2C46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därifrån gick Jesus vidare och kom längs Galileens hav, och han steg upp till berget och satt </w:t>
      </w:r>
      <w:proofErr w:type="gramStart"/>
      <w:r w:rsidRPr="0096445B">
        <w:rPr>
          <w:lang w:val="sv-SE"/>
        </w:rPr>
        <w:t>där.{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det</w:t>
      </w:r>
      <w:r w:rsidRPr="0096445B">
        <w:rPr>
          <w:lang w:val="sv-SE"/>
        </w:rPr>
        <w:t xml:space="preserve"> kom fram till honom stora skaror som hade med sig lama, blinda, lytta, stumma och många andra och slängde dem vid hans fötter. Och han botade </w:t>
      </w:r>
      <w:proofErr w:type="gramStart"/>
      <w:r w:rsidRPr="0096445B">
        <w:rPr>
          <w:lang w:val="sv-SE"/>
        </w:rPr>
        <w:t>dem,{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att skaran var förundrad när de såg stumma tala, lytta friska och lama vandra och blinda se. Och de ärade Israels </w:t>
      </w:r>
      <w:proofErr w:type="gramStart"/>
      <w:r w:rsidRPr="0096445B">
        <w:rPr>
          <w:lang w:val="sv-SE"/>
        </w:rPr>
        <w:t>Gud.{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6FBAE9B" w14:textId="77777777" w:rsidR="00BA33AB" w:rsidRPr="0096445B" w:rsidRDefault="00000000">
      <w:pPr>
        <w:pStyle w:val="Rubrik3"/>
        <w:rPr>
          <w:lang w:val="sv-SE"/>
        </w:rPr>
      </w:pPr>
      <w:r w:rsidRPr="0096445B">
        <w:rPr>
          <w:lang w:val="sv-SE"/>
        </w:rPr>
        <w:t>Jesus mättar fyratusen</w:t>
      </w:r>
    </w:p>
    <w:p w14:paraId="006630E7" w14:textId="264D8C5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kallade till sig sina lärjungar och sade: ”Jag känner innerligt med folket. För </w:t>
      </w:r>
      <w:r w:rsidRPr="0096445B">
        <w:rPr>
          <w:i/>
          <w:lang w:val="sv-SE"/>
        </w:rPr>
        <w:t>det är</w:t>
      </w:r>
      <w:r w:rsidRPr="0096445B">
        <w:rPr>
          <w:lang w:val="sv-SE"/>
        </w:rPr>
        <w:t xml:space="preserve"> redan tre dagar de är kvar vid mig, och de har inget att äta. Och släppa </w:t>
      </w:r>
      <w:proofErr w:type="gramStart"/>
      <w:r w:rsidRPr="0096445B">
        <w:rPr>
          <w:lang w:val="sv-SE"/>
        </w:rPr>
        <w:t>iväg</w:t>
      </w:r>
      <w:proofErr w:type="gramEnd"/>
      <w:r w:rsidRPr="0096445B">
        <w:rPr>
          <w:lang w:val="sv-SE"/>
        </w:rPr>
        <w:t xml:space="preserve"> dem fastande vill jag inte, så att inte de blir utmattade på vägen.”{{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B6EB10F" w14:textId="55BBC28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säger honom lärjungarna: ”Varifrån </w:t>
      </w:r>
      <w:r w:rsidRPr="0096445B">
        <w:rPr>
          <w:i/>
          <w:lang w:val="sv-SE"/>
        </w:rPr>
        <w:t>får</w:t>
      </w:r>
      <w:r w:rsidRPr="0096445B">
        <w:rPr>
          <w:lang w:val="sv-SE"/>
        </w:rPr>
        <w:t xml:space="preserve"> vi i en ödetrakt så många bröd, för att mätta en så stor skara?”{{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säger till dem: ”Hur många bröd har ni?” Och de sade: ”Sju. Och lite småfiskar.”{{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08B6D90" w14:textId="1E842D3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instruerade skaran att lägga sig </w:t>
      </w:r>
      <w:r w:rsidRPr="0096445B">
        <w:rPr>
          <w:i/>
          <w:lang w:val="sv-SE"/>
        </w:rPr>
        <w:t>till bords</w:t>
      </w:r>
      <w:r w:rsidRPr="0096445B">
        <w:rPr>
          <w:lang w:val="sv-SE"/>
        </w:rPr>
        <w:t xml:space="preserve"> på </w:t>
      </w:r>
      <w:proofErr w:type="gramStart"/>
      <w:r w:rsidRPr="0096445B">
        <w:rPr>
          <w:lang w:val="sv-SE"/>
        </w:rPr>
        <w:t>jorden,{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tog de sju bröden och fiskarna. Och han tackade och bröt och </w:t>
      </w:r>
      <w:r w:rsidRPr="0096445B">
        <w:rPr>
          <w:i/>
          <w:lang w:val="sv-SE"/>
        </w:rPr>
        <w:t>började</w:t>
      </w:r>
      <w:r w:rsidRPr="0096445B">
        <w:rPr>
          <w:lang w:val="sv-SE"/>
        </w:rPr>
        <w:t xml:space="preserve"> ge till lärjungarna, och lärjungarna till </w:t>
      </w:r>
      <w:proofErr w:type="gramStart"/>
      <w:r w:rsidRPr="0096445B">
        <w:rPr>
          <w:lang w:val="sv-SE"/>
        </w:rPr>
        <w:t>skarorna.{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alla åt och blev mätta. Och det som blev över av bitarna tog man upp, sju vasskorgar </w:t>
      </w:r>
      <w:proofErr w:type="gramStart"/>
      <w:r w:rsidRPr="0096445B">
        <w:rPr>
          <w:lang w:val="sv-SE"/>
        </w:rPr>
        <w:t>fulla.{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som åt var fyratusen män, förutom kvinnor och </w:t>
      </w:r>
      <w:proofErr w:type="gramStart"/>
      <w:r w:rsidRPr="0096445B">
        <w:rPr>
          <w:lang w:val="sv-SE"/>
        </w:rPr>
        <w:t>barn.{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15:39]]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sedan han släppt </w:t>
      </w:r>
      <w:proofErr w:type="gramStart"/>
      <w:r w:rsidRPr="0096445B">
        <w:rPr>
          <w:lang w:val="sv-SE"/>
        </w:rPr>
        <w:t>iväg</w:t>
      </w:r>
      <w:proofErr w:type="gramEnd"/>
      <w:r w:rsidRPr="0096445B">
        <w:rPr>
          <w:lang w:val="sv-SE"/>
        </w:rPr>
        <w:t xml:space="preserve"> skarorna, steg han i båten och kom till Magadans </w:t>
      </w:r>
      <w:proofErr w:type="gramStart"/>
      <w:r w:rsidRPr="0096445B">
        <w:rPr>
          <w:lang w:val="sv-SE"/>
        </w:rPr>
        <w:t>område.{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FF6D865" w14:textId="14FFBF59" w:rsidR="00BA33AB" w:rsidRPr="0096445B" w:rsidRDefault="00000000">
      <w:pPr>
        <w:pStyle w:val="Rubrik2"/>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w:t>
      </w:r>
      <w:proofErr w:type="gramStart"/>
      <w:r w:rsidRPr="0096445B">
        <w:rPr>
          <w:lang w:val="sv-SE"/>
        </w:rPr>
        <w:t>]]Kapitel</w:t>
      </w:r>
      <w:proofErr w:type="gramEnd"/>
      <w:r w:rsidRPr="0096445B">
        <w:rPr>
          <w:lang w:val="sv-SE"/>
        </w:rPr>
        <w:t xml:space="preserve"> 16</w:t>
      </w:r>
    </w:p>
    <w:p w14:paraId="4BD8858A" w14:textId="77777777" w:rsidR="00BA33AB" w:rsidRPr="0096445B" w:rsidRDefault="00000000">
      <w:pPr>
        <w:pStyle w:val="Rubrik3"/>
        <w:rPr>
          <w:lang w:val="sv-SE"/>
        </w:rPr>
      </w:pPr>
      <w:r w:rsidRPr="0096445B">
        <w:rPr>
          <w:lang w:val="sv-SE"/>
        </w:rPr>
        <w:t>Tidens tecken</w:t>
      </w:r>
    </w:p>
    <w:p w14:paraId="4C87D9B8" w14:textId="59CD7F1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fram kom fariseerna och </w:t>
      </w:r>
      <w:proofErr w:type="spellStart"/>
      <w:r w:rsidRPr="0096445B">
        <w:rPr>
          <w:lang w:val="sv-SE"/>
        </w:rPr>
        <w:t>saddukeerna</w:t>
      </w:r>
      <w:proofErr w:type="spellEnd"/>
      <w:r w:rsidRPr="0096445B">
        <w:rPr>
          <w:lang w:val="sv-SE"/>
        </w:rPr>
        <w:t xml:space="preserve">, </w:t>
      </w:r>
      <w:r w:rsidRPr="0096445B">
        <w:rPr>
          <w:i/>
          <w:lang w:val="sv-SE"/>
        </w:rPr>
        <w:t>och</w:t>
      </w:r>
      <w:r w:rsidRPr="0096445B">
        <w:rPr>
          <w:lang w:val="sv-SE"/>
        </w:rPr>
        <w:t xml:space="preserve"> de prövade och efterfrågade </w:t>
      </w:r>
      <w:r w:rsidRPr="0096445B">
        <w:rPr>
          <w:i/>
          <w:lang w:val="sv-SE"/>
        </w:rPr>
        <w:t>från</w:t>
      </w:r>
      <w:r w:rsidRPr="0096445B">
        <w:rPr>
          <w:lang w:val="sv-SE"/>
        </w:rPr>
        <w:t xml:space="preserve"> honom ett tecken från himlen att visa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och sade till dem: </w:t>
      </w:r>
      <w:proofErr w:type="gramStart"/>
      <w:r w:rsidRPr="0096445B">
        <w:rPr>
          <w:lang w:val="sv-SE"/>
        </w:rPr>
        <w:t>”[</w:t>
      </w:r>
      <w:proofErr w:type="gramEnd"/>
      <w:r w:rsidRPr="0096445B">
        <w:rPr>
          <w:lang w:val="sv-SE"/>
        </w:rPr>
        <w:t xml:space="preserve">När det blir kväll säger ni: Fint väder, för himlen är </w:t>
      </w:r>
      <w:proofErr w:type="gramStart"/>
      <w:r w:rsidRPr="0096445B">
        <w:rPr>
          <w:lang w:val="sv-SE"/>
        </w:rPr>
        <w:t>eldröd.{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på morgonen: Idag oväder, för himlen är eldröd och mulen. Himlens ansikte förstår ni att urskilja, men tidernas tecken kan ni inte</w:t>
      </w:r>
      <w:proofErr w:type="gramStart"/>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}}Ett</w:t>
      </w:r>
      <w:proofErr w:type="gramEnd"/>
      <w:r w:rsidRPr="0096445B">
        <w:rPr>
          <w:lang w:val="sv-SE"/>
        </w:rPr>
        <w:t xml:space="preserve"> ont och äktenskapsbrytande släkte söker ett tecken. Och ett tecken ska inte ges det, utom Jonas tecken.” Och han lämnade dem och gick </w:t>
      </w:r>
      <w:proofErr w:type="gramStart"/>
      <w:r w:rsidRPr="0096445B">
        <w:rPr>
          <w:lang w:val="sv-SE"/>
        </w:rPr>
        <w:t>iväg.{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2B858D7" w14:textId="77777777" w:rsidR="00BA33AB" w:rsidRPr="0096445B" w:rsidRDefault="00000000">
      <w:pPr>
        <w:pStyle w:val="Rubrik3"/>
        <w:rPr>
          <w:lang w:val="sv-SE"/>
        </w:rPr>
      </w:pPr>
      <w:r w:rsidRPr="0096445B">
        <w:rPr>
          <w:lang w:val="sv-SE"/>
        </w:rPr>
        <w:t>Se upp för fariseernas surdeg</w:t>
      </w:r>
    </w:p>
    <w:p w14:paraId="4534E049" w14:textId="7330A6C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lärjungarna kom till andra sidan hade de glömt att ta </w:t>
      </w:r>
      <w:proofErr w:type="gramStart"/>
      <w:r w:rsidRPr="0096445B">
        <w:rPr>
          <w:lang w:val="sv-SE"/>
        </w:rPr>
        <w:t>bröd.{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sade till dem: ”Se upp och akta er för fariseernas och </w:t>
      </w:r>
      <w:proofErr w:type="spellStart"/>
      <w:r w:rsidRPr="0096445B">
        <w:rPr>
          <w:lang w:val="sv-SE"/>
        </w:rPr>
        <w:t>saddukeernas</w:t>
      </w:r>
      <w:proofErr w:type="spellEnd"/>
      <w:r w:rsidRPr="0096445B">
        <w:rPr>
          <w:lang w:val="sv-SE"/>
        </w:rPr>
        <w:t xml:space="preserve"> surdeg.”{{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 </w:t>
      </w:r>
      <w:r w:rsidRPr="0096445B">
        <w:rPr>
          <w:i/>
          <w:lang w:val="sv-SE"/>
        </w:rPr>
        <w:t>började</w:t>
      </w:r>
      <w:r w:rsidRPr="0096445B">
        <w:rPr>
          <w:lang w:val="sv-SE"/>
        </w:rPr>
        <w:t xml:space="preserve"> fundera bland sig och sade att: ”Bröd tog vi inga.”{{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88D227E" w14:textId="11B6672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förstod och sade: ”Varför funderar ni bland er, klentrogna, att </w:t>
      </w:r>
      <w:r w:rsidRPr="0096445B">
        <w:rPr>
          <w:i/>
          <w:lang w:val="sv-SE"/>
        </w:rPr>
        <w:t>det är</w:t>
      </w:r>
      <w:r w:rsidRPr="0096445B">
        <w:rPr>
          <w:lang w:val="sv-SE"/>
        </w:rPr>
        <w:t xml:space="preserve"> bröd ni inte </w:t>
      </w:r>
      <w:proofErr w:type="gramStart"/>
      <w:r w:rsidRPr="0096445B">
        <w:rPr>
          <w:lang w:val="sv-SE"/>
        </w:rPr>
        <w:t>har?{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}}Fattar</w:t>
      </w:r>
      <w:proofErr w:type="gramEnd"/>
      <w:r w:rsidRPr="0096445B">
        <w:rPr>
          <w:lang w:val="sv-SE"/>
        </w:rPr>
        <w:t xml:space="preserve"> ni fortfarande inte? Och minns ni inte de fem bröden till de femtusen och hur många korgar ni </w:t>
      </w:r>
      <w:proofErr w:type="gramStart"/>
      <w:r w:rsidRPr="0096445B">
        <w:rPr>
          <w:lang w:val="sv-SE"/>
        </w:rPr>
        <w:t>fick?{</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}}Eller</w:t>
      </w:r>
      <w:proofErr w:type="gramEnd"/>
      <w:r w:rsidRPr="0096445B">
        <w:rPr>
          <w:lang w:val="sv-SE"/>
        </w:rPr>
        <w:t xml:space="preserve"> de sju bröden till de fyratusen och hur många vasskorgar ni </w:t>
      </w:r>
      <w:proofErr w:type="gramStart"/>
      <w:r w:rsidRPr="0096445B">
        <w:rPr>
          <w:lang w:val="sv-SE"/>
        </w:rPr>
        <w:t>fick?{</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}}Hur</w:t>
      </w:r>
      <w:proofErr w:type="gramEnd"/>
      <w:r w:rsidRPr="0096445B">
        <w:rPr>
          <w:lang w:val="sv-SE"/>
        </w:rPr>
        <w:t xml:space="preserve"> </w:t>
      </w:r>
      <w:r w:rsidRPr="0096445B">
        <w:rPr>
          <w:i/>
          <w:lang w:val="sv-SE"/>
        </w:rPr>
        <w:t>kan</w:t>
      </w:r>
      <w:r w:rsidRPr="0096445B">
        <w:rPr>
          <w:lang w:val="sv-SE"/>
        </w:rPr>
        <w:t xml:space="preserve"> ni inte fatta att </w:t>
      </w:r>
      <w:r w:rsidRPr="0096445B">
        <w:rPr>
          <w:i/>
          <w:lang w:val="sv-SE"/>
        </w:rPr>
        <w:t>det</w:t>
      </w:r>
      <w:r w:rsidRPr="0096445B">
        <w:rPr>
          <w:lang w:val="sv-SE"/>
        </w:rPr>
        <w:t xml:space="preserve"> inte </w:t>
      </w:r>
      <w:r w:rsidRPr="0096445B">
        <w:rPr>
          <w:i/>
          <w:lang w:val="sv-SE"/>
        </w:rPr>
        <w:t>var</w:t>
      </w:r>
      <w:r w:rsidRPr="0096445B">
        <w:rPr>
          <w:lang w:val="sv-SE"/>
        </w:rPr>
        <w:t xml:space="preserve"> om bröd jag talade till er? Men akta er för fariseernas och </w:t>
      </w:r>
      <w:proofErr w:type="spellStart"/>
      <w:r w:rsidRPr="0096445B">
        <w:rPr>
          <w:lang w:val="sv-SE"/>
        </w:rPr>
        <w:t>saddukeernas</w:t>
      </w:r>
      <w:proofErr w:type="spellEnd"/>
      <w:r w:rsidRPr="0096445B">
        <w:rPr>
          <w:lang w:val="sv-SE"/>
        </w:rPr>
        <w:t xml:space="preserve"> surdeg.”{{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förstod de att han inte sade till att akta sig för surdegen i bröden, utan för fariseernas och </w:t>
      </w:r>
      <w:proofErr w:type="spellStart"/>
      <w:r w:rsidRPr="0096445B">
        <w:rPr>
          <w:lang w:val="sv-SE"/>
        </w:rPr>
        <w:t>saddukeernas</w:t>
      </w:r>
      <w:proofErr w:type="spellEnd"/>
      <w:r w:rsidRPr="0096445B">
        <w:rPr>
          <w:lang w:val="sv-SE"/>
        </w:rPr>
        <w:t xml:space="preserve"> </w:t>
      </w:r>
      <w:proofErr w:type="gramStart"/>
      <w:r w:rsidRPr="0096445B">
        <w:rPr>
          <w:lang w:val="sv-SE"/>
        </w:rPr>
        <w:t>lära.{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9710AAB" w14:textId="77777777" w:rsidR="00BA33AB" w:rsidRPr="0096445B" w:rsidRDefault="00000000">
      <w:pPr>
        <w:pStyle w:val="Rubrik3"/>
        <w:rPr>
          <w:lang w:val="sv-SE"/>
        </w:rPr>
      </w:pPr>
      <w:r w:rsidRPr="0096445B">
        <w:rPr>
          <w:lang w:val="sv-SE"/>
        </w:rPr>
        <w:t>Petrus bekännelse</w:t>
      </w:r>
    </w:p>
    <w:p w14:paraId="00B34C98" w14:textId="0A180CA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Jesus kom till bygderna vid Caesarea Filippi, frågade han sina lärjungar och sade: ”Vem säger människorna att Människosonen är?”{{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sade: ”Några Johannes Döparen, men andra Elia. Och andra Jeremia eller en av profeterna.”{{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säger till dem: ”Och ni? Vem säger ni att jag är?”{{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svarade Simon Petrus och sade: ”Du är Kristus. Den levande Gudens Son.”{{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98E0A1A" w14:textId="4999B85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svarade Jesus och sade till honom: ”Salig är du, Simon </w:t>
      </w:r>
      <w:proofErr w:type="spellStart"/>
      <w:r w:rsidRPr="0096445B">
        <w:rPr>
          <w:lang w:val="sv-SE"/>
        </w:rPr>
        <w:t>Barjona</w:t>
      </w:r>
      <w:proofErr w:type="spellEnd"/>
      <w:r w:rsidRPr="0096445B">
        <w:rPr>
          <w:lang w:val="sv-SE"/>
        </w:rPr>
        <w:t xml:space="preserve">! För kött och blod har inte uppenbarat </w:t>
      </w:r>
      <w:r w:rsidRPr="0096445B">
        <w:rPr>
          <w:i/>
          <w:lang w:val="sv-SE"/>
        </w:rPr>
        <w:t>det</w:t>
      </w:r>
      <w:r w:rsidRPr="0096445B">
        <w:rPr>
          <w:lang w:val="sv-SE"/>
        </w:rPr>
        <w:t xml:space="preserve"> för dig, utan min Far i </w:t>
      </w:r>
      <w:proofErr w:type="gramStart"/>
      <w:r w:rsidRPr="0096445B">
        <w:rPr>
          <w:lang w:val="sv-SE"/>
        </w:rPr>
        <w:t>himlarna.{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jag säger </w:t>
      </w:r>
      <w:r w:rsidRPr="0096445B">
        <w:rPr>
          <w:lang w:val="sv-SE"/>
        </w:rPr>
        <w:lastRenderedPageBreak/>
        <w:t xml:space="preserve">dig att du är Petrus, och på denna klippa ska jag bygga min församling, och Hades portar ska inte bli den </w:t>
      </w:r>
      <w:proofErr w:type="gramStart"/>
      <w:r w:rsidRPr="0096445B">
        <w:rPr>
          <w:lang w:val="sv-SE"/>
        </w:rPr>
        <w:t>övermäktiga.{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}}Jag</w:t>
      </w:r>
      <w:proofErr w:type="gramEnd"/>
      <w:r w:rsidRPr="0096445B">
        <w:rPr>
          <w:lang w:val="sv-SE"/>
        </w:rPr>
        <w:t xml:space="preserve"> ska ge dig nycklarna till himlarnas rike. Och det du binder på jorden ska vara bundet i himlarna, och det du löser på jorden ska vara löst i himlarna.”{{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kommenderade han lärjungarna att inte till någon säga att han är </w:t>
      </w:r>
      <w:proofErr w:type="gramStart"/>
      <w:r w:rsidRPr="0096445B">
        <w:rPr>
          <w:lang w:val="sv-SE"/>
        </w:rPr>
        <w:t>Kristus.{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9269210" w14:textId="77777777" w:rsidR="00BA33AB" w:rsidRPr="0096445B" w:rsidRDefault="00000000">
      <w:pPr>
        <w:pStyle w:val="Rubrik3"/>
        <w:rPr>
          <w:lang w:val="sv-SE"/>
        </w:rPr>
      </w:pPr>
      <w:r w:rsidRPr="0096445B">
        <w:rPr>
          <w:lang w:val="sv-SE"/>
        </w:rPr>
        <w:t>Jesus talar om sin död</w:t>
      </w:r>
    </w:p>
    <w:p w14:paraId="37BE568A" w14:textId="3D05010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}}Från</w:t>
      </w:r>
      <w:proofErr w:type="gramEnd"/>
      <w:r w:rsidRPr="0096445B">
        <w:rPr>
          <w:lang w:val="sv-SE"/>
        </w:rPr>
        <w:t xml:space="preserve"> då började Jesus visa för sina lärjungar att han måste gå bort till Jerusalem, och lida mycket från de äldste och översteprästerna och </w:t>
      </w:r>
      <w:r w:rsidRPr="0096445B">
        <w:rPr>
          <w:i/>
          <w:lang w:val="sv-SE"/>
        </w:rPr>
        <w:t>de</w:t>
      </w:r>
      <w:r w:rsidRPr="0096445B">
        <w:rPr>
          <w:lang w:val="sv-SE"/>
        </w:rPr>
        <w:t xml:space="preserve"> skriftlärda och bli dödad. Och den tredje dagen </w:t>
      </w:r>
      <w:proofErr w:type="gramStart"/>
      <w:r w:rsidRPr="0096445B">
        <w:rPr>
          <w:lang w:val="sv-SE"/>
        </w:rPr>
        <w:t>uppväckt.{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C0AC719" w14:textId="782367F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Petrus tog med honom och började näpsa honom och säga: ”</w:t>
      </w:r>
      <w:r w:rsidRPr="0096445B">
        <w:rPr>
          <w:i/>
          <w:lang w:val="sv-SE"/>
        </w:rPr>
        <w:t>Det ska bli</w:t>
      </w:r>
      <w:r w:rsidRPr="0096445B">
        <w:rPr>
          <w:lang w:val="sv-SE"/>
        </w:rPr>
        <w:t xml:space="preserve"> försonligt för dig, Herre! Aldrig ska detta ske för dig.”{{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vände sig och sade till Petrus: ”Bege dig efter mig, Satan! En skandal är du för mig. För du tänker inte på Guds </w:t>
      </w:r>
      <w:r w:rsidRPr="0096445B">
        <w:rPr>
          <w:i/>
          <w:lang w:val="sv-SE"/>
        </w:rPr>
        <w:t>ting</w:t>
      </w:r>
      <w:r w:rsidRPr="0096445B">
        <w:rPr>
          <w:lang w:val="sv-SE"/>
        </w:rPr>
        <w:t xml:space="preserve"> utan människors.”{{</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484D130" w14:textId="77777777" w:rsidR="00BA33AB" w:rsidRPr="0096445B" w:rsidRDefault="00000000">
      <w:pPr>
        <w:pStyle w:val="Rubrik3"/>
        <w:rPr>
          <w:lang w:val="sv-SE"/>
        </w:rPr>
      </w:pPr>
      <w:r w:rsidRPr="0096445B">
        <w:rPr>
          <w:lang w:val="sv-SE"/>
        </w:rPr>
        <w:t>Att följa Jesus</w:t>
      </w:r>
    </w:p>
    <w:p w14:paraId="565A06BD" w14:textId="55C3842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sade Jesus till sina lärjungar: ”Om någon vill komma efter mig, ska han förneka sig själv och ta upp sitt kors och följa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den som vill frälsa sin själ ska förlora den. Men den som förlorar sin själ för min skull ska finna </w:t>
      </w:r>
      <w:proofErr w:type="gramStart"/>
      <w:r w:rsidRPr="0096445B">
        <w:rPr>
          <w:lang w:val="sv-SE"/>
        </w:rPr>
        <w:t>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vad nytta får en människa om han vinner hela världen men mister sin själ? Eller vad ska en människa ge i utbyte för sin </w:t>
      </w:r>
      <w:proofErr w:type="gramStart"/>
      <w:r w:rsidRPr="0096445B">
        <w:rPr>
          <w:lang w:val="sv-SE"/>
        </w:rPr>
        <w:t>själ?{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Människosonen ska komma i sin Fars härlighet med sina änglar, och då ska han löna var och en efter hans </w:t>
      </w:r>
      <w:proofErr w:type="gramStart"/>
      <w:r w:rsidRPr="0096445B">
        <w:rPr>
          <w:lang w:val="sv-SE"/>
        </w:rPr>
        <w:t>handlande.{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6C15481" w14:textId="77777777" w:rsidR="00BA33AB" w:rsidRPr="0096445B" w:rsidRDefault="00000000">
      <w:pPr>
        <w:pStyle w:val="Rubrik3"/>
        <w:rPr>
          <w:lang w:val="sv-SE"/>
        </w:rPr>
      </w:pPr>
      <w:r w:rsidRPr="0096445B">
        <w:rPr>
          <w:lang w:val="sv-SE"/>
        </w:rPr>
        <w:t>Jesus visar sin härlighet</w:t>
      </w:r>
    </w:p>
    <w:p w14:paraId="51D3BC84" w14:textId="6487B1E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16:28]]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}}Amen</w:t>
      </w:r>
      <w:proofErr w:type="gramEnd"/>
      <w:r w:rsidRPr="0096445B">
        <w:rPr>
          <w:lang w:val="sv-SE"/>
        </w:rPr>
        <w:t>, jag säger er att det finns några av dem som står här som alls inte ska smaka döden förrän de sett Människosonen komma i sitt rike.”{{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2F4041F" w14:textId="1B194335"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w:t>
      </w:r>
      <w:proofErr w:type="gramStart"/>
      <w:r w:rsidRPr="0096445B">
        <w:rPr>
          <w:lang w:val="sv-SE"/>
        </w:rPr>
        <w:t>]]Kapitel</w:t>
      </w:r>
      <w:proofErr w:type="gramEnd"/>
      <w:r w:rsidRPr="0096445B">
        <w:rPr>
          <w:lang w:val="sv-SE"/>
        </w:rPr>
        <w:t xml:space="preserve"> 17</w:t>
      </w:r>
    </w:p>
    <w:p w14:paraId="264EEFE1" w14:textId="50933BE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efter sex dagar tar Jesus med Petrus och Jakob och Johannes hans bror och för dem upp på ett högt berg </w:t>
      </w:r>
      <w:proofErr w:type="gramStart"/>
      <w:r w:rsidRPr="0096445B">
        <w:rPr>
          <w:lang w:val="sv-SE"/>
        </w:rPr>
        <w:t>enskilt.{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förvandlades inför dem, och hans ansikte sken som solen och hans kläder blev vita som </w:t>
      </w:r>
      <w:proofErr w:type="gramStart"/>
      <w:r w:rsidRPr="0096445B">
        <w:rPr>
          <w:lang w:val="sv-SE"/>
        </w:rPr>
        <w:t>ljuset.{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w:t>
      </w:r>
      <w:r w:rsidRPr="0096445B">
        <w:rPr>
          <w:i/>
          <w:lang w:val="sv-SE"/>
        </w:rPr>
        <w:t>då</w:t>
      </w:r>
      <w:r w:rsidRPr="0096445B">
        <w:rPr>
          <w:lang w:val="sv-SE"/>
        </w:rPr>
        <w:t xml:space="preserve"> visade sig för dem Mose och Elia och samtalade med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D5563AE" w14:textId="405F31B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Petrus svarade och sade till Jesus: ”Herre, det är fint att vi är här. Om du vill, ska jag göra här tre hyddor: åt dig en, och åt Mose en, och åt Elia 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}}Medan</w:t>
      </w:r>
      <w:proofErr w:type="gramEnd"/>
      <w:r w:rsidRPr="0096445B">
        <w:rPr>
          <w:lang w:val="sv-SE"/>
        </w:rPr>
        <w:t xml:space="preserve"> han ännu </w:t>
      </w:r>
      <w:r w:rsidRPr="0096445B">
        <w:rPr>
          <w:lang w:val="sv-SE"/>
        </w:rPr>
        <w:lastRenderedPageBreak/>
        <w:t>talade, se: ett upplyst moln överskuggade dem. Och se, en röst ur molnet som sade: ”Denne är min Son, den Älskade. I honom har jag funnit behag. Lyssna till honom!”{{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lärjungarna hörde </w:t>
      </w:r>
      <w:r w:rsidRPr="0096445B">
        <w:rPr>
          <w:i/>
          <w:lang w:val="sv-SE"/>
        </w:rPr>
        <w:t>det</w:t>
      </w:r>
      <w:r w:rsidRPr="0096445B">
        <w:rPr>
          <w:lang w:val="sv-SE"/>
        </w:rPr>
        <w:t xml:space="preserve">, föll de </w:t>
      </w:r>
      <w:r w:rsidRPr="0096445B">
        <w:rPr>
          <w:i/>
          <w:lang w:val="sv-SE"/>
        </w:rPr>
        <w:t>ner</w:t>
      </w:r>
      <w:r w:rsidRPr="0096445B">
        <w:rPr>
          <w:lang w:val="sv-SE"/>
        </w:rPr>
        <w:t xml:space="preserve"> på sitt ansikte och fruktade </w:t>
      </w:r>
      <w:proofErr w:type="gramStart"/>
      <w:r w:rsidRPr="0096445B">
        <w:rPr>
          <w:lang w:val="sv-SE"/>
        </w:rPr>
        <w:t>mycket.{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fram gick Jesus och rörde vid dem och sade: ”Res er och frukta inte.”{{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lyfte sina ögon, såg de ingen utom Jesus själv </w:t>
      </w:r>
      <w:proofErr w:type="gramStart"/>
      <w:r w:rsidRPr="0096445B">
        <w:rPr>
          <w:lang w:val="sv-SE"/>
        </w:rPr>
        <w:t>ensam.{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FDDD4FE" w14:textId="618E33AB" w:rsidR="00BA33AB" w:rsidRPr="0096445B" w:rsidRDefault="00000000">
      <w:pPr>
        <w:rPr>
          <w:lang w:val="sv-SE"/>
        </w:rPr>
      </w:pPr>
      <w:r w:rsidRPr="0096445B">
        <w:rPr>
          <w:lang w:val="sv-SE"/>
        </w:rPr>
        <w:t>[[@</w:t>
      </w:r>
      <w:r w:rsidR="0096445B" w:rsidRPr="0096445B">
        <w:rPr>
          <w:lang w:val="sv-SE"/>
        </w:rPr>
        <w:t>BibleBIBEL82</w:t>
      </w:r>
      <w:r w:rsidRPr="0096445B">
        <w:rPr>
          <w:lang w:val="sv-SE"/>
        </w:rPr>
        <w:t>:Matt 17:9]]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 xml:space="preserve">}}Och medan de gick ner från berget påbjöd Jesus dem och sade: ”Säg inte till någon </w:t>
      </w:r>
      <w:r w:rsidRPr="0096445B">
        <w:rPr>
          <w:i/>
          <w:lang w:val="sv-SE"/>
        </w:rPr>
        <w:t>om</w:t>
      </w:r>
      <w:r w:rsidRPr="0096445B">
        <w:rPr>
          <w:lang w:val="sv-SE"/>
        </w:rPr>
        <w:t xml:space="preserve"> synen förrän Människosonen har uppväckts från </w:t>
      </w:r>
      <w:r w:rsidRPr="0096445B">
        <w:rPr>
          <w:i/>
          <w:lang w:val="sv-SE"/>
        </w:rPr>
        <w:t>de</w:t>
      </w:r>
      <w:r w:rsidRPr="0096445B">
        <w:rPr>
          <w:lang w:val="sv-SE"/>
        </w:rPr>
        <w:t xml:space="preserve"> döda.”{{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17:10]]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 xml:space="preserve">}}Och </w:t>
      </w:r>
      <w:r w:rsidRPr="0096445B">
        <w:rPr>
          <w:i/>
          <w:lang w:val="sv-SE"/>
        </w:rPr>
        <w:t>sedan</w:t>
      </w:r>
      <w:r w:rsidRPr="0096445B">
        <w:rPr>
          <w:lang w:val="sv-SE"/>
        </w:rPr>
        <w:t xml:space="preserve"> frågade honom lärjungarna och sade: ”Varför säger då de skriftlärda att Elia måste komma först?”{{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17:11]]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}}Och han svarade och sade: ”Elia kommer och ska återställa allt.{{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17:12]]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}}Men jag säger er att Elia redan har kommit. Och de kände inte igen honom, utan gjorde med honom vad de ville. Så kommer också Människosonen att lida under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förstod lärjungarna att </w:t>
      </w:r>
      <w:r w:rsidRPr="0096445B">
        <w:rPr>
          <w:i/>
          <w:lang w:val="sv-SE"/>
        </w:rPr>
        <w:t>det var</w:t>
      </w:r>
      <w:r w:rsidRPr="0096445B">
        <w:rPr>
          <w:lang w:val="sv-SE"/>
        </w:rPr>
        <w:t xml:space="preserve"> om Johannes Döparen han talade till dem.{{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C40D263" w14:textId="77777777" w:rsidR="00BA33AB" w:rsidRPr="0096445B" w:rsidRDefault="00000000">
      <w:pPr>
        <w:pStyle w:val="Rubrik3"/>
        <w:rPr>
          <w:lang w:val="sv-SE"/>
        </w:rPr>
      </w:pPr>
      <w:r w:rsidRPr="0096445B">
        <w:rPr>
          <w:lang w:val="sv-SE"/>
        </w:rPr>
        <w:t xml:space="preserve">Jesus botar en </w:t>
      </w:r>
      <w:proofErr w:type="spellStart"/>
      <w:r w:rsidRPr="0096445B">
        <w:rPr>
          <w:lang w:val="sv-SE"/>
        </w:rPr>
        <w:t>månsjuk</w:t>
      </w:r>
      <w:proofErr w:type="spellEnd"/>
      <w:r w:rsidRPr="0096445B">
        <w:rPr>
          <w:lang w:val="sv-SE"/>
        </w:rPr>
        <w:t xml:space="preserve"> gosse</w:t>
      </w:r>
    </w:p>
    <w:p w14:paraId="6DD4100E" w14:textId="112565F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kom till skaran, kom </w:t>
      </w:r>
      <w:r w:rsidRPr="0096445B">
        <w:rPr>
          <w:i/>
          <w:lang w:val="sv-SE"/>
        </w:rPr>
        <w:t>det</w:t>
      </w:r>
      <w:r w:rsidRPr="0096445B">
        <w:rPr>
          <w:lang w:val="sv-SE"/>
        </w:rPr>
        <w:t xml:space="preserve"> fram till honom en man som knäföll för honom{{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”Herre, förbarma dig över min son! För han är </w:t>
      </w:r>
      <w:proofErr w:type="spellStart"/>
      <w:r w:rsidRPr="0096445B">
        <w:rPr>
          <w:lang w:val="sv-SE"/>
        </w:rPr>
        <w:t>månsjuk</w:t>
      </w:r>
      <w:proofErr w:type="spellEnd"/>
      <w:r w:rsidRPr="0096445B">
        <w:rPr>
          <w:lang w:val="sv-SE"/>
        </w:rPr>
        <w:t xml:space="preserve"> och lider illa, för många gånger faller han i elden och många gånger i </w:t>
      </w:r>
      <w:proofErr w:type="gramStart"/>
      <w:r w:rsidRPr="0096445B">
        <w:rPr>
          <w:lang w:val="sv-SE"/>
        </w:rPr>
        <w:t>vattnet.{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jag förde honom till dina lärjungar, och de kunde inte bota honom.”{{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B78DF18" w14:textId="2ECD222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svarade Jesus och sade: ”O otroende och förvridna släkte, hur länge ska jag vara med er? Hur länge ska jag stå ut med er? För honom hit till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näpste honom, och ut ur honom kom demonen. Och gossen blev botad från den </w:t>
      </w:r>
      <w:proofErr w:type="gramStart"/>
      <w:r w:rsidRPr="0096445B">
        <w:rPr>
          <w:lang w:val="sv-SE"/>
        </w:rPr>
        <w:t>stunden.{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7139F37" w14:textId="6D61CA9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kom lärjungarna fram till Jesus enskilt och sade: ”Varför kunde inte vi driva ut den?”{{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säger till dem: ”På grund av er klentro. För amen, jag säger er: Om ni har tro som ett senapskorn ska ni säga till detta berg: Gå över härifrån dit, och det ska gå över. Och ingenting ska vara omöjligt för er.”{{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6CFF8CA" w14:textId="77777777" w:rsidR="00BA33AB" w:rsidRPr="0096445B" w:rsidRDefault="00000000">
      <w:pPr>
        <w:pStyle w:val="Rubrik3"/>
        <w:rPr>
          <w:lang w:val="sv-SE"/>
        </w:rPr>
      </w:pPr>
      <w:r w:rsidRPr="0096445B">
        <w:rPr>
          <w:lang w:val="sv-SE"/>
        </w:rPr>
        <w:t>Jesus talar igen om sin död</w:t>
      </w:r>
    </w:p>
    <w:p w14:paraId="2388483C" w14:textId="068E767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 var hopsamlade i Galileen sade Jesus till dem: ”Människosonen kommer att utlämnas i människors </w:t>
      </w:r>
      <w:proofErr w:type="gramStart"/>
      <w:r w:rsidRPr="0096445B">
        <w:rPr>
          <w:lang w:val="sv-SE"/>
        </w:rPr>
        <w:t>händer,{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ska döda honom. Och den tredje dagen ska han bli uppväckt.” Och de blev mycket </w:t>
      </w:r>
      <w:proofErr w:type="gramStart"/>
      <w:r w:rsidRPr="0096445B">
        <w:rPr>
          <w:lang w:val="sv-SE"/>
        </w:rPr>
        <w:t>bedrövade.{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E47DA2C" w14:textId="77777777" w:rsidR="00BA33AB" w:rsidRPr="0096445B" w:rsidRDefault="00000000">
      <w:pPr>
        <w:pStyle w:val="Rubrik3"/>
        <w:rPr>
          <w:lang w:val="sv-SE"/>
        </w:rPr>
      </w:pPr>
      <w:r w:rsidRPr="0096445B">
        <w:rPr>
          <w:lang w:val="sv-SE"/>
        </w:rPr>
        <w:lastRenderedPageBreak/>
        <w:t>Tempelskatten</w:t>
      </w:r>
    </w:p>
    <w:p w14:paraId="6589A28C" w14:textId="71F8179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 kom till </w:t>
      </w:r>
      <w:proofErr w:type="spellStart"/>
      <w:r w:rsidRPr="0096445B">
        <w:rPr>
          <w:lang w:val="sv-SE"/>
        </w:rPr>
        <w:t>Kafarnaum</w:t>
      </w:r>
      <w:proofErr w:type="spellEnd"/>
      <w:r w:rsidRPr="0096445B">
        <w:rPr>
          <w:lang w:val="sv-SE"/>
        </w:rPr>
        <w:t xml:space="preserve">, kom de som tog </w:t>
      </w:r>
      <w:r w:rsidRPr="0096445B">
        <w:rPr>
          <w:i/>
          <w:lang w:val="sv-SE"/>
        </w:rPr>
        <w:t>in</w:t>
      </w:r>
      <w:r w:rsidRPr="0096445B">
        <w:rPr>
          <w:lang w:val="sv-SE"/>
        </w:rPr>
        <w:t xml:space="preserve"> </w:t>
      </w:r>
      <w:proofErr w:type="spellStart"/>
      <w:r w:rsidRPr="0096445B">
        <w:rPr>
          <w:lang w:val="sv-SE"/>
        </w:rPr>
        <w:t>dubbeldrachmerna</w:t>
      </w:r>
      <w:proofErr w:type="spellEnd"/>
      <w:r w:rsidRPr="0096445B">
        <w:rPr>
          <w:lang w:val="sv-SE"/>
        </w:rPr>
        <w:t xml:space="preserve"> fram till Petrus och sade: ”Er lärare, erlägger inte han </w:t>
      </w:r>
      <w:proofErr w:type="spellStart"/>
      <w:r w:rsidRPr="0096445B">
        <w:rPr>
          <w:lang w:val="sv-SE"/>
        </w:rPr>
        <w:t>dubbeldrachmer</w:t>
      </w:r>
      <w:proofErr w:type="spellEnd"/>
      <w:r w:rsidRPr="0096445B">
        <w:rPr>
          <w:lang w:val="sv-SE"/>
        </w:rPr>
        <w:t>[</w:t>
      </w:r>
      <w:proofErr w:type="spellStart"/>
      <w:r w:rsidRPr="0096445B">
        <w:rPr>
          <w:lang w:val="sv-SE"/>
        </w:rPr>
        <w:t>na</w:t>
      </w:r>
      <w:proofErr w:type="spell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säger: ”Jo.”{{</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C2DC985" w14:textId="7385C04F"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kom till huset, förekom Jesus honom och sade: ”Vad tänker du dig, Simon? Jordens kungar, från vilka tar de tullar eller huvudskatt? Från sina söner eller från de främmande?”{{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”Från de främmande.” Jesus sade till honom: ”Alltså är sönerna </w:t>
      </w:r>
      <w:proofErr w:type="gramStart"/>
      <w:r w:rsidRPr="0096445B">
        <w:rPr>
          <w:lang w:val="sv-SE"/>
        </w:rPr>
        <w:t>fria.{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17:27]]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för att vi inte ska skandalisera dem, gå till havet och kasta </w:t>
      </w:r>
      <w:r w:rsidRPr="0096445B">
        <w:rPr>
          <w:i/>
          <w:lang w:val="sv-SE"/>
        </w:rPr>
        <w:t>ut</w:t>
      </w:r>
      <w:r w:rsidRPr="0096445B">
        <w:rPr>
          <w:lang w:val="sv-SE"/>
        </w:rPr>
        <w:t xml:space="preserve"> en krok och ta upp den först uppkommande fisken. Och när du öppnar dess mun ska du finna en stater. Den ska du ta och ge till dem för mig och dig.”{{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398EC67" w14:textId="52FCAD6C"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w:t>
      </w:r>
      <w:proofErr w:type="gramStart"/>
      <w:r w:rsidRPr="0096445B">
        <w:rPr>
          <w:lang w:val="sv-SE"/>
        </w:rPr>
        <w:t>]]Kapitel</w:t>
      </w:r>
      <w:proofErr w:type="gramEnd"/>
      <w:r w:rsidRPr="0096445B">
        <w:rPr>
          <w:lang w:val="sv-SE"/>
        </w:rPr>
        <w:t xml:space="preserve"> 18</w:t>
      </w:r>
    </w:p>
    <w:p w14:paraId="0CB1F347" w14:textId="77777777" w:rsidR="00BA33AB" w:rsidRPr="0096445B" w:rsidRDefault="00000000">
      <w:pPr>
        <w:pStyle w:val="Rubrik3"/>
        <w:rPr>
          <w:lang w:val="sv-SE"/>
        </w:rPr>
      </w:pPr>
      <w:r w:rsidRPr="0096445B">
        <w:rPr>
          <w:lang w:val="sv-SE"/>
        </w:rPr>
        <w:t>Vem är störst?</w:t>
      </w:r>
    </w:p>
    <w:p w14:paraId="21CEA5B0" w14:textId="5EF4C37F" w:rsidR="00BA33AB" w:rsidRPr="0096445B" w:rsidRDefault="00000000">
      <w:pPr>
        <w:rPr>
          <w:lang w:val="sv-SE"/>
        </w:rPr>
      </w:pPr>
      <w:r w:rsidRPr="0096445B">
        <w:rPr>
          <w:lang w:val="sv-SE"/>
        </w:rPr>
        <w:t>[[@</w:t>
      </w:r>
      <w:r w:rsidR="0096445B" w:rsidRPr="0096445B">
        <w:rPr>
          <w:lang w:val="sv-SE"/>
        </w:rPr>
        <w:t>BibleBIBEL82</w:t>
      </w:r>
      <w:r w:rsidRPr="0096445B">
        <w:rPr>
          <w:lang w:val="sv-SE"/>
        </w:rPr>
        <w:t>:Matt 18:1]]</w:t>
      </w:r>
      <w:r w:rsidRPr="0096445B">
        <w:rPr>
          <w:vertAlign w:val="superscript"/>
          <w:lang w:val="sv-SE"/>
        </w:rPr>
        <w:t>1</w:t>
      </w:r>
      <w:r w:rsidRPr="0096445B">
        <w:rPr>
          <w:lang w:val="sv-SE"/>
        </w:rPr>
        <w:t xml:space="preserve"> {{</w:t>
      </w:r>
      <w:proofErr w:type="spellStart"/>
      <w:r w:rsidRPr="0096445B">
        <w:rPr>
          <w:lang w:val="sv-SE"/>
        </w:rPr>
        <w:t>field-on:bible</w:t>
      </w:r>
      <w:proofErr w:type="spellEnd"/>
      <w:r w:rsidRPr="0096445B">
        <w:rPr>
          <w:lang w:val="sv-SE"/>
        </w:rPr>
        <w:t>}}I den stunden kom lärjungarna fram till Jesus och sade: ”Vem är då störst i himlarnas rike?”{{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18:2]]</w:t>
      </w:r>
      <w:r w:rsidRPr="0096445B">
        <w:rPr>
          <w:vertAlign w:val="superscript"/>
          <w:lang w:val="sv-SE"/>
        </w:rPr>
        <w:t>2</w:t>
      </w:r>
      <w:r w:rsidRPr="0096445B">
        <w:rPr>
          <w:lang w:val="sv-SE"/>
        </w:rPr>
        <w:t xml:space="preserve"> {{</w:t>
      </w:r>
      <w:proofErr w:type="spellStart"/>
      <w:r w:rsidRPr="0096445B">
        <w:rPr>
          <w:lang w:val="sv-SE"/>
        </w:rPr>
        <w:t>field-on:bible</w:t>
      </w:r>
      <w:proofErr w:type="spellEnd"/>
      <w:r w:rsidRPr="0096445B">
        <w:rPr>
          <w:lang w:val="sv-SE"/>
        </w:rPr>
        <w:t>}}Och han kallade till sig ett barn och ställde det mitt ibland dem{{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 xml:space="preserve">}}och sade: ”Amen, jag säger er: Om inte ni vänder </w:t>
      </w:r>
      <w:r w:rsidRPr="0096445B">
        <w:rPr>
          <w:i/>
          <w:lang w:val="sv-SE"/>
        </w:rPr>
        <w:t>om</w:t>
      </w:r>
      <w:r w:rsidRPr="0096445B">
        <w:rPr>
          <w:lang w:val="sv-SE"/>
        </w:rPr>
        <w:t xml:space="preserve"> och blir som barnen, kommer ni aldrig in i himlarnas rike.{{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}}Den som alltså ödmjukar sig själv som detta barn, denne är den störste i himlarnas rike.{{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 xml:space="preserve">}}Och den som välkomnar ett </w:t>
      </w:r>
      <w:r w:rsidRPr="0096445B">
        <w:rPr>
          <w:i/>
          <w:lang w:val="sv-SE"/>
        </w:rPr>
        <w:t>enda</w:t>
      </w:r>
      <w:r w:rsidRPr="0096445B">
        <w:rPr>
          <w:lang w:val="sv-SE"/>
        </w:rPr>
        <w:t xml:space="preserve"> sådant barn i mitt namn tar emot mig.{{</w:t>
      </w:r>
      <w:proofErr w:type="spellStart"/>
      <w:r w:rsidRPr="0096445B">
        <w:rPr>
          <w:lang w:val="sv-SE"/>
        </w:rPr>
        <w:t>field-off:bible</w:t>
      </w:r>
      <w:proofErr w:type="spellEnd"/>
      <w:r w:rsidRPr="0096445B">
        <w:rPr>
          <w:lang w:val="sv-SE"/>
        </w:rPr>
        <w:t>}}</w:t>
      </w:r>
    </w:p>
    <w:p w14:paraId="0FB721F0" w14:textId="77777777" w:rsidR="00BA33AB" w:rsidRPr="0096445B" w:rsidRDefault="00000000">
      <w:pPr>
        <w:pStyle w:val="Rubrik3"/>
        <w:rPr>
          <w:lang w:val="sv-SE"/>
        </w:rPr>
      </w:pPr>
      <w:r w:rsidRPr="0096445B">
        <w:rPr>
          <w:lang w:val="sv-SE"/>
        </w:rPr>
        <w:t>Skandaler och de små</w:t>
      </w:r>
    </w:p>
    <w:p w14:paraId="7F9DB539" w14:textId="1DA5280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den som skandaliserar en av dessa små som tror på mig, honom gagnar det att </w:t>
      </w:r>
      <w:r w:rsidRPr="0096445B">
        <w:rPr>
          <w:i/>
          <w:lang w:val="sv-SE"/>
        </w:rPr>
        <w:t>få</w:t>
      </w:r>
      <w:r w:rsidRPr="0096445B">
        <w:rPr>
          <w:lang w:val="sv-SE"/>
        </w:rPr>
        <w:t xml:space="preserve"> en åsnekvarnsten hängd om sin hals och sjunka ner i öppna </w:t>
      </w:r>
      <w:proofErr w:type="gramStart"/>
      <w:r w:rsidRPr="0096445B">
        <w:rPr>
          <w:lang w:val="sv-SE"/>
        </w:rPr>
        <w:t>havet.{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w:t>
      </w:r>
      <w:proofErr w:type="gramEnd"/>
      <w:r w:rsidRPr="0096445B">
        <w:rPr>
          <w:lang w:val="sv-SE"/>
        </w:rPr>
        <w:t xml:space="preserve"> världen för skandalerna! För </w:t>
      </w:r>
      <w:r w:rsidRPr="0096445B">
        <w:rPr>
          <w:i/>
          <w:lang w:val="sv-SE"/>
        </w:rPr>
        <w:t>det är</w:t>
      </w:r>
      <w:r w:rsidRPr="0096445B">
        <w:rPr>
          <w:lang w:val="sv-SE"/>
        </w:rPr>
        <w:t xml:space="preserve"> nödtvång att skandalerna kommer, men ve den människa genom vilken skandalen </w:t>
      </w:r>
      <w:proofErr w:type="gramStart"/>
      <w:r w:rsidRPr="0096445B">
        <w:rPr>
          <w:lang w:val="sv-SE"/>
        </w:rPr>
        <w:t>kommer.{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03E3F05" w14:textId="5B7E9D4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din hand eller din fot skandaliserar dig, hugg bort den och kasta ifrån dig! Det är bra för dig att gå in i livet lytt eller halt, </w:t>
      </w:r>
      <w:r w:rsidRPr="0096445B">
        <w:rPr>
          <w:i/>
          <w:lang w:val="sv-SE"/>
        </w:rPr>
        <w:t>hellre</w:t>
      </w:r>
      <w:r w:rsidRPr="0096445B">
        <w:rPr>
          <w:lang w:val="sv-SE"/>
        </w:rPr>
        <w:t xml:space="preserve"> än att ha två händer eller två fötter och kastas i den </w:t>
      </w:r>
      <w:proofErr w:type="spellStart"/>
      <w:r w:rsidRPr="0096445B">
        <w:rPr>
          <w:lang w:val="sv-SE"/>
        </w:rPr>
        <w:t>eoniska</w:t>
      </w:r>
      <w:proofErr w:type="spellEnd"/>
      <w:r w:rsidRPr="0096445B">
        <w:rPr>
          <w:lang w:val="sv-SE"/>
        </w:rPr>
        <w:t xml:space="preserve"> </w:t>
      </w:r>
      <w:proofErr w:type="gramStart"/>
      <w:r w:rsidRPr="0096445B">
        <w:rPr>
          <w:lang w:val="sv-SE"/>
        </w:rPr>
        <w:t>elden.{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ditt öga skandaliserar dig, ta ut det och kasta ifrån dig! Det är bra för dig att enögd gå in i livet, </w:t>
      </w:r>
      <w:r w:rsidRPr="0096445B">
        <w:rPr>
          <w:i/>
          <w:lang w:val="sv-SE"/>
        </w:rPr>
        <w:t>hellre</w:t>
      </w:r>
      <w:r w:rsidRPr="0096445B">
        <w:rPr>
          <w:lang w:val="sv-SE"/>
        </w:rPr>
        <w:t xml:space="preserve"> än att ha två ögon och kastas i eldens </w:t>
      </w:r>
      <w:proofErr w:type="gramStart"/>
      <w:r w:rsidRPr="0096445B">
        <w:rPr>
          <w:lang w:val="sv-SE"/>
        </w:rPr>
        <w:t>Gehenna.{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F0491A2" w14:textId="54D8046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w:t>
      </w:r>
      <w:proofErr w:type="gramEnd"/>
      <w:r w:rsidRPr="0096445B">
        <w:rPr>
          <w:lang w:val="sv-SE"/>
        </w:rPr>
        <w:t xml:space="preserve"> till att ni inte ringaktar en </w:t>
      </w:r>
      <w:r w:rsidRPr="0096445B">
        <w:rPr>
          <w:i/>
          <w:lang w:val="sv-SE"/>
        </w:rPr>
        <w:t>enda</w:t>
      </w:r>
      <w:r w:rsidRPr="0096445B">
        <w:rPr>
          <w:lang w:val="sv-SE"/>
        </w:rPr>
        <w:t xml:space="preserve"> av dessa små. För jag säger er att deras änglar i himlarna ständigt ser ansiktet hos min Far i </w:t>
      </w:r>
      <w:proofErr w:type="gramStart"/>
      <w:r w:rsidRPr="0096445B">
        <w:rPr>
          <w:lang w:val="sv-SE"/>
        </w:rPr>
        <w:t>himlarna.{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D53E67D" w14:textId="77777777" w:rsidR="00BA33AB" w:rsidRPr="0096445B" w:rsidRDefault="00000000">
      <w:pPr>
        <w:pStyle w:val="Rubrik3"/>
        <w:rPr>
          <w:lang w:val="sv-SE"/>
        </w:rPr>
      </w:pPr>
      <w:r w:rsidRPr="0096445B">
        <w:rPr>
          <w:lang w:val="sv-SE"/>
        </w:rPr>
        <w:lastRenderedPageBreak/>
        <w:t>Liknelsen om det förlorade fåret</w:t>
      </w:r>
    </w:p>
    <w:p w14:paraId="16BE462B" w14:textId="0B43C3C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}}Vad</w:t>
      </w:r>
      <w:proofErr w:type="gramEnd"/>
      <w:r w:rsidRPr="0096445B">
        <w:rPr>
          <w:lang w:val="sv-SE"/>
        </w:rPr>
        <w:t xml:space="preserve"> tänker ni er? Om en människa </w:t>
      </w:r>
      <w:r w:rsidRPr="0096445B">
        <w:rPr>
          <w:i/>
          <w:lang w:val="sv-SE"/>
        </w:rPr>
        <w:t>har</w:t>
      </w:r>
      <w:r w:rsidRPr="0096445B">
        <w:rPr>
          <w:lang w:val="sv-SE"/>
        </w:rPr>
        <w:t xml:space="preserve"> hundra får och ett av dem förvillar sig, kommer han inte att lämna de nittionio på bergen och går och söker det förvillade?{{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 xml:space="preserve">}}Och om det händer sig att han finner det – amen, jag säger er att han gläder sig över det, mer än över de nittionio </w:t>
      </w:r>
      <w:r w:rsidRPr="0096445B">
        <w:rPr>
          <w:i/>
          <w:lang w:val="sv-SE"/>
        </w:rPr>
        <w:t>som</w:t>
      </w:r>
      <w:r w:rsidRPr="0096445B">
        <w:rPr>
          <w:lang w:val="sv-SE"/>
        </w:rPr>
        <w:t xml:space="preserve"> inte </w:t>
      </w:r>
      <w:r w:rsidRPr="0096445B">
        <w:rPr>
          <w:i/>
          <w:lang w:val="sv-SE"/>
        </w:rPr>
        <w:t>var</w:t>
      </w:r>
      <w:r w:rsidRPr="0096445B">
        <w:rPr>
          <w:lang w:val="sv-SE"/>
        </w:rPr>
        <w:t xml:space="preserve"> förvillade.{{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18:14]]</w:t>
      </w:r>
      <w:r w:rsidRPr="0096445B">
        <w:rPr>
          <w:vertAlign w:val="superscript"/>
          <w:lang w:val="sv-SE"/>
        </w:rPr>
        <w:t>14</w:t>
      </w:r>
      <w:r w:rsidRPr="0096445B">
        <w:rPr>
          <w:lang w:val="sv-SE"/>
        </w:rPr>
        <w:t xml:space="preserve"> {{</w:t>
      </w:r>
      <w:proofErr w:type="spellStart"/>
      <w:r w:rsidRPr="0096445B">
        <w:rPr>
          <w:lang w:val="sv-SE"/>
        </w:rPr>
        <w:t>field-on:bible</w:t>
      </w:r>
      <w:proofErr w:type="spellEnd"/>
      <w:r w:rsidRPr="0096445B">
        <w:rPr>
          <w:lang w:val="sv-SE"/>
        </w:rPr>
        <w:t xml:space="preserve">}}Så är det inte vilja inför er Far i himlarna att en </w:t>
      </w:r>
      <w:r w:rsidRPr="0096445B">
        <w:rPr>
          <w:i/>
          <w:lang w:val="sv-SE"/>
        </w:rPr>
        <w:t>enda</w:t>
      </w:r>
      <w:r w:rsidRPr="0096445B">
        <w:rPr>
          <w:lang w:val="sv-SE"/>
        </w:rPr>
        <w:t xml:space="preserve"> av dessa små ska gå förlorad.{{</w:t>
      </w:r>
      <w:proofErr w:type="spellStart"/>
      <w:r w:rsidRPr="0096445B">
        <w:rPr>
          <w:lang w:val="sv-SE"/>
        </w:rPr>
        <w:t>field-off:bible</w:t>
      </w:r>
      <w:proofErr w:type="spellEnd"/>
      <w:r w:rsidRPr="0096445B">
        <w:rPr>
          <w:lang w:val="sv-SE"/>
        </w:rPr>
        <w:t>}}</w:t>
      </w:r>
    </w:p>
    <w:p w14:paraId="1C96A3BC" w14:textId="77777777" w:rsidR="00BA33AB" w:rsidRPr="0096445B" w:rsidRDefault="00000000">
      <w:pPr>
        <w:pStyle w:val="Rubrik3"/>
        <w:rPr>
          <w:lang w:val="sv-SE"/>
        </w:rPr>
      </w:pPr>
      <w:r w:rsidRPr="0096445B">
        <w:rPr>
          <w:lang w:val="sv-SE"/>
        </w:rPr>
        <w:t>Om en broder syndar</w:t>
      </w:r>
    </w:p>
    <w:p w14:paraId="5A141B0B" w14:textId="59A5E6E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din broder syndar [mot dig]: bege dig, tillrättavisa honom mellan dig och honom ensam. Om han lyssnar på dig har du vunnit din </w:t>
      </w:r>
      <w:proofErr w:type="gramStart"/>
      <w:r w:rsidRPr="0096445B">
        <w:rPr>
          <w:lang w:val="sv-SE"/>
        </w:rPr>
        <w:t>broder.{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han inte lyssnar, ta med dig ännu en eller två, så att vid två vittnens mun eller tre varje ord ska stå </w:t>
      </w:r>
      <w:r w:rsidRPr="0096445B">
        <w:rPr>
          <w:i/>
          <w:lang w:val="sv-SE"/>
        </w:rPr>
        <w:t>fast</w:t>
      </w:r>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han är ohörsam mot dem, säg till församlingen. Men om han är ohörsam även mot församlingen, ska han vara för dig såsom en från folkslagen och </w:t>
      </w:r>
      <w:proofErr w:type="gramStart"/>
      <w:r w:rsidRPr="0096445B">
        <w:rPr>
          <w:lang w:val="sv-SE"/>
        </w:rPr>
        <w:t>tullindrivaren.{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05E543B" w14:textId="083DF07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}}Amen</w:t>
      </w:r>
      <w:proofErr w:type="gramEnd"/>
      <w:r w:rsidRPr="0096445B">
        <w:rPr>
          <w:lang w:val="sv-SE"/>
        </w:rPr>
        <w:t xml:space="preserve">, jag säger er: Vad ni binder på jorden ska vara bundet i himlen. Och vad ni löser på jorden ska vara löst i </w:t>
      </w:r>
      <w:proofErr w:type="gramStart"/>
      <w:r w:rsidRPr="0096445B">
        <w:rPr>
          <w:lang w:val="sv-SE"/>
        </w:rPr>
        <w:t>himlen.{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}}Åter</w:t>
      </w:r>
      <w:proofErr w:type="gramEnd"/>
      <w:r w:rsidRPr="0096445B">
        <w:rPr>
          <w:lang w:val="sv-SE"/>
        </w:rPr>
        <w:t xml:space="preserve">: [Amen,] jag säger er att om två är samstämmiga av er på jorden om något ärende som de ber om, ska det ske för dem från min Far i </w:t>
      </w:r>
      <w:proofErr w:type="gramStart"/>
      <w:r w:rsidRPr="0096445B">
        <w:rPr>
          <w:lang w:val="sv-SE"/>
        </w:rPr>
        <w:t>himlarna.{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där </w:t>
      </w:r>
      <w:r w:rsidRPr="0096445B">
        <w:rPr>
          <w:i/>
          <w:lang w:val="sv-SE"/>
        </w:rPr>
        <w:t>det</w:t>
      </w:r>
      <w:r w:rsidRPr="0096445B">
        <w:rPr>
          <w:lang w:val="sv-SE"/>
        </w:rPr>
        <w:t xml:space="preserve"> är två eller tre samlade för mitt namns skull, där är jag mitt ibland dem.”{{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DD2301A" w14:textId="77777777" w:rsidR="00BA33AB" w:rsidRPr="0096445B" w:rsidRDefault="00000000">
      <w:pPr>
        <w:pStyle w:val="Rubrik3"/>
        <w:rPr>
          <w:lang w:val="sv-SE"/>
        </w:rPr>
      </w:pPr>
      <w:r w:rsidRPr="0096445B">
        <w:rPr>
          <w:lang w:val="sv-SE"/>
        </w:rPr>
        <w:t>Den obarmhärtige tjänaren</w:t>
      </w:r>
    </w:p>
    <w:p w14:paraId="138C3907" w14:textId="6A64DE6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kom Petrus fram och sade till honom: ”Herre, hur många gånger ska min broder synda mot mig och jag förlåta honom? Ända till sju gånger?”{{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}}Jesus</w:t>
      </w:r>
      <w:proofErr w:type="gramEnd"/>
      <w:r w:rsidRPr="0096445B">
        <w:rPr>
          <w:lang w:val="sv-SE"/>
        </w:rPr>
        <w:t xml:space="preserve"> säger till honom: ”Jag säger dig inte till sju gånger, utan till sjuttio gånger </w:t>
      </w:r>
      <w:r w:rsidRPr="0096445B">
        <w:rPr>
          <w:i/>
          <w:lang w:val="sv-SE"/>
        </w:rPr>
        <w:t>och</w:t>
      </w:r>
      <w:r w:rsidRPr="0096445B">
        <w:rPr>
          <w:lang w:val="sv-SE"/>
        </w:rPr>
        <w:t xml:space="preserve"> </w:t>
      </w:r>
      <w:proofErr w:type="gramStart"/>
      <w:r w:rsidRPr="0096445B">
        <w:rPr>
          <w:lang w:val="sv-SE"/>
        </w:rPr>
        <w:t>sju.{</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5748462" w14:textId="5C722E86" w:rsidR="00BA33AB" w:rsidRPr="0096445B" w:rsidRDefault="00000000">
      <w:pPr>
        <w:rPr>
          <w:lang w:val="sv-SE"/>
        </w:rPr>
      </w:pPr>
      <w:r w:rsidRPr="0096445B">
        <w:rPr>
          <w:lang w:val="sv-SE"/>
        </w:rPr>
        <w:t>[[@</w:t>
      </w:r>
      <w:r w:rsidR="0096445B" w:rsidRPr="0096445B">
        <w:rPr>
          <w:lang w:val="sv-SE"/>
        </w:rPr>
        <w:t>BibleBIBEL82</w:t>
      </w:r>
      <w:r w:rsidRPr="0096445B">
        <w:rPr>
          <w:lang w:val="sv-SE"/>
        </w:rPr>
        <w:t>:Matt 18:23]]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}}Därför har himlarnas rike liknats vid en kungaman som ville stämma av räkenskap med sina fasttjänare.{{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18:24]]</w:t>
      </w:r>
      <w:r w:rsidRPr="0096445B">
        <w:rPr>
          <w:vertAlign w:val="superscript"/>
          <w:lang w:val="sv-SE"/>
        </w:rPr>
        <w:t>24</w:t>
      </w:r>
      <w:r w:rsidRPr="0096445B">
        <w:rPr>
          <w:lang w:val="sv-SE"/>
        </w:rPr>
        <w:t xml:space="preserve"> {{</w:t>
      </w:r>
      <w:proofErr w:type="spellStart"/>
      <w:r w:rsidRPr="0096445B">
        <w:rPr>
          <w:lang w:val="sv-SE"/>
        </w:rPr>
        <w:t>field-on:bible</w:t>
      </w:r>
      <w:proofErr w:type="spellEnd"/>
      <w:r w:rsidRPr="0096445B">
        <w:rPr>
          <w:lang w:val="sv-SE"/>
        </w:rPr>
        <w:t xml:space="preserve">}}Och när han började stämma av, fördes </w:t>
      </w:r>
      <w:r w:rsidRPr="0096445B">
        <w:rPr>
          <w:i/>
          <w:lang w:val="sv-SE"/>
        </w:rPr>
        <w:t>det</w:t>
      </w:r>
      <w:r w:rsidRPr="0096445B">
        <w:rPr>
          <w:lang w:val="sv-SE"/>
        </w:rPr>
        <w:t xml:space="preserve"> fram till honom en </w:t>
      </w:r>
      <w:r w:rsidRPr="0096445B">
        <w:rPr>
          <w:i/>
          <w:lang w:val="sv-SE"/>
        </w:rPr>
        <w:t>som var</w:t>
      </w:r>
      <w:r w:rsidRPr="0096445B">
        <w:rPr>
          <w:lang w:val="sv-SE"/>
        </w:rPr>
        <w:t xml:space="preserve"> skyldig tiotusen talenter.{{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18:25]]</w:t>
      </w:r>
      <w:r w:rsidRPr="0096445B">
        <w:rPr>
          <w:vertAlign w:val="superscript"/>
          <w:lang w:val="sv-SE"/>
        </w:rPr>
        <w:t>25</w:t>
      </w:r>
      <w:r w:rsidRPr="0096445B">
        <w:rPr>
          <w:lang w:val="sv-SE"/>
        </w:rPr>
        <w:t xml:space="preserve"> {{</w:t>
      </w:r>
      <w:proofErr w:type="spellStart"/>
      <w:r w:rsidRPr="0096445B">
        <w:rPr>
          <w:lang w:val="sv-SE"/>
        </w:rPr>
        <w:t>field-on:bible</w:t>
      </w:r>
      <w:proofErr w:type="spellEnd"/>
      <w:r w:rsidRPr="0096445B">
        <w:rPr>
          <w:lang w:val="sv-SE"/>
        </w:rPr>
        <w:t xml:space="preserve">}}Men när han inte hade att betala, befallde Herren att han </w:t>
      </w:r>
      <w:r w:rsidRPr="0096445B">
        <w:rPr>
          <w:i/>
          <w:lang w:val="sv-SE"/>
        </w:rPr>
        <w:t>skulle</w:t>
      </w:r>
      <w:r w:rsidRPr="0096445B">
        <w:rPr>
          <w:lang w:val="sv-SE"/>
        </w:rPr>
        <w:t xml:space="preserve"> avyttras, </w:t>
      </w:r>
      <w:r w:rsidRPr="0096445B">
        <w:rPr>
          <w:i/>
          <w:lang w:val="sv-SE"/>
        </w:rPr>
        <w:t>med</w:t>
      </w:r>
      <w:r w:rsidRPr="0096445B">
        <w:rPr>
          <w:lang w:val="sv-SE"/>
        </w:rPr>
        <w:t xml:space="preserve"> hustrun och barnen och allt vad han har, och det </w:t>
      </w:r>
      <w:r w:rsidRPr="0096445B">
        <w:rPr>
          <w:i/>
          <w:lang w:val="sv-SE"/>
        </w:rPr>
        <w:t>skulle</w:t>
      </w:r>
      <w:r w:rsidRPr="0096445B">
        <w:rPr>
          <w:lang w:val="sv-SE"/>
        </w:rPr>
        <w:t xml:space="preserve"> betalas.{{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18:26]]</w:t>
      </w:r>
      <w:r w:rsidRPr="0096445B">
        <w:rPr>
          <w:vertAlign w:val="superscript"/>
          <w:lang w:val="sv-SE"/>
        </w:rPr>
        <w:t>26</w:t>
      </w:r>
      <w:r w:rsidRPr="0096445B">
        <w:rPr>
          <w:lang w:val="sv-SE"/>
        </w:rPr>
        <w:t xml:space="preserve"> {{</w:t>
      </w:r>
      <w:proofErr w:type="spellStart"/>
      <w:r w:rsidRPr="0096445B">
        <w:rPr>
          <w:lang w:val="sv-SE"/>
        </w:rPr>
        <w:t>field-on:bible</w:t>
      </w:r>
      <w:proofErr w:type="spellEnd"/>
      <w:r w:rsidRPr="0096445B">
        <w:rPr>
          <w:lang w:val="sv-SE"/>
        </w:rPr>
        <w:t xml:space="preserve">}}Då föll fasttjänaren </w:t>
      </w:r>
      <w:r w:rsidRPr="0096445B">
        <w:rPr>
          <w:i/>
          <w:lang w:val="sv-SE"/>
        </w:rPr>
        <w:t>ner</w:t>
      </w:r>
      <w:r w:rsidRPr="0096445B">
        <w:rPr>
          <w:lang w:val="sv-SE"/>
        </w:rPr>
        <w:t xml:space="preserve"> och tillbad honom och sade: Var tålmodig med mig, och allt ska jag betala dig!{{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18:27]]</w:t>
      </w:r>
      <w:r w:rsidRPr="0096445B">
        <w:rPr>
          <w:vertAlign w:val="superscript"/>
          <w:lang w:val="sv-SE"/>
        </w:rPr>
        <w:t>27</w:t>
      </w:r>
      <w:r w:rsidRPr="0096445B">
        <w:rPr>
          <w:lang w:val="sv-SE"/>
        </w:rPr>
        <w:t xml:space="preserve"> {{</w:t>
      </w:r>
      <w:proofErr w:type="spellStart"/>
      <w:r w:rsidRPr="0096445B">
        <w:rPr>
          <w:lang w:val="sv-SE"/>
        </w:rPr>
        <w:t>field-on:bible</w:t>
      </w:r>
      <w:proofErr w:type="spellEnd"/>
      <w:r w:rsidRPr="0096445B">
        <w:rPr>
          <w:lang w:val="sv-SE"/>
        </w:rPr>
        <w:t>}}Och innerligt kände den fasttjänarens Herre, och han släppte iväg honom och förlät honom skulden.{{</w:t>
      </w:r>
      <w:proofErr w:type="spellStart"/>
      <w:r w:rsidRPr="0096445B">
        <w:rPr>
          <w:lang w:val="sv-SE"/>
        </w:rPr>
        <w:t>field-off:bible</w:t>
      </w:r>
      <w:proofErr w:type="spellEnd"/>
      <w:r w:rsidRPr="0096445B">
        <w:rPr>
          <w:lang w:val="sv-SE"/>
        </w:rPr>
        <w:t>}}</w:t>
      </w:r>
    </w:p>
    <w:p w14:paraId="620757FA" w14:textId="4BCF181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utkommen fann den fasttjänaren en av sina medtjänare som var skyldig honom hundra denarer. Och han grep honom och </w:t>
      </w:r>
      <w:r w:rsidRPr="0096445B">
        <w:rPr>
          <w:i/>
          <w:lang w:val="sv-SE"/>
        </w:rPr>
        <w:t>började</w:t>
      </w:r>
      <w:r w:rsidRPr="0096445B">
        <w:rPr>
          <w:lang w:val="sv-SE"/>
        </w:rPr>
        <w:t xml:space="preserve"> kväva </w:t>
      </w:r>
      <w:r w:rsidRPr="0096445B">
        <w:rPr>
          <w:i/>
          <w:lang w:val="sv-SE"/>
        </w:rPr>
        <w:t>honom</w:t>
      </w:r>
      <w:r w:rsidRPr="0096445B">
        <w:rPr>
          <w:lang w:val="sv-SE"/>
        </w:rPr>
        <w:t xml:space="preserve"> och sade: Betala om du är skyldig </w:t>
      </w:r>
      <w:proofErr w:type="gramStart"/>
      <w:r w:rsidRPr="0096445B">
        <w:rPr>
          <w:lang w:val="sv-SE"/>
        </w:rPr>
        <w:t>något!{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w:t>
      </w:r>
      <w:r w:rsidRPr="0096445B">
        <w:rPr>
          <w:lang w:val="sv-SE"/>
        </w:rPr>
        <w:lastRenderedPageBreak/>
        <w:t>18:29]]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föll hans medtjänare </w:t>
      </w:r>
      <w:r w:rsidRPr="0096445B">
        <w:rPr>
          <w:i/>
          <w:lang w:val="sv-SE"/>
        </w:rPr>
        <w:t>ner</w:t>
      </w:r>
      <w:r w:rsidRPr="0096445B">
        <w:rPr>
          <w:lang w:val="sv-SE"/>
        </w:rPr>
        <w:t xml:space="preserve"> och vädjade till honom och sade: Var tålmodig med mig, och jag ska betala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ville inte, utan gick bort och kastade honom i fängelse tills han betalt det </w:t>
      </w:r>
      <w:r w:rsidRPr="0096445B">
        <w:rPr>
          <w:i/>
          <w:lang w:val="sv-SE"/>
        </w:rPr>
        <w:t>han</w:t>
      </w:r>
      <w:r w:rsidRPr="0096445B">
        <w:rPr>
          <w:lang w:val="sv-SE"/>
        </w:rPr>
        <w:t xml:space="preserve"> var </w:t>
      </w:r>
      <w:proofErr w:type="gramStart"/>
      <w:r w:rsidRPr="0096445B">
        <w:rPr>
          <w:lang w:val="sv-SE"/>
        </w:rPr>
        <w:t>skyldig.{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EC6EA63" w14:textId="5BB7DB0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}}När</w:t>
      </w:r>
      <w:proofErr w:type="gramEnd"/>
      <w:r w:rsidRPr="0096445B">
        <w:rPr>
          <w:lang w:val="sv-SE"/>
        </w:rPr>
        <w:t xml:space="preserve"> hans medtjänare nu såg det som hände, blev de mycket bedrövade och gick och förklarade för sin Herre allt som hade </w:t>
      </w:r>
      <w:proofErr w:type="gramStart"/>
      <w:r w:rsidRPr="0096445B">
        <w:rPr>
          <w:lang w:val="sv-SE"/>
        </w:rPr>
        <w:t>hänt.{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18:32]]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tillkallar honom hans Herre och säger till honom: Onde fasttjänare! Hela skyldigheten förlät jag dig då du vädjade till mig.{{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18:33]]</w:t>
      </w:r>
      <w:r w:rsidRPr="0096445B">
        <w:rPr>
          <w:vertAlign w:val="superscript"/>
          <w:lang w:val="sv-SE"/>
        </w:rPr>
        <w:t>33</w:t>
      </w:r>
      <w:r w:rsidRPr="0096445B">
        <w:rPr>
          <w:lang w:val="sv-SE"/>
        </w:rPr>
        <w:t xml:space="preserve"> {{</w:t>
      </w:r>
      <w:proofErr w:type="spellStart"/>
      <w:r w:rsidRPr="0096445B">
        <w:rPr>
          <w:lang w:val="sv-SE"/>
        </w:rPr>
        <w:t>field-on:bible</w:t>
      </w:r>
      <w:proofErr w:type="spellEnd"/>
      <w:r w:rsidRPr="0096445B">
        <w:rPr>
          <w:lang w:val="sv-SE"/>
        </w:rPr>
        <w:t>}}Borde inte också du förbarma dig över din medtjänare, såsom också jag förbarmade mig över dig?{{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18:34]]</w:t>
      </w:r>
      <w:r w:rsidRPr="0096445B">
        <w:rPr>
          <w:vertAlign w:val="superscript"/>
          <w:lang w:val="sv-SE"/>
        </w:rPr>
        <w:t>34</w:t>
      </w:r>
      <w:r w:rsidRPr="0096445B">
        <w:rPr>
          <w:lang w:val="sv-SE"/>
        </w:rPr>
        <w:t xml:space="preserve"> {{</w:t>
      </w:r>
      <w:proofErr w:type="spellStart"/>
      <w:r w:rsidRPr="0096445B">
        <w:rPr>
          <w:lang w:val="sv-SE"/>
        </w:rPr>
        <w:t>field-on:bible</w:t>
      </w:r>
      <w:proofErr w:type="spellEnd"/>
      <w:r w:rsidRPr="0096445B">
        <w:rPr>
          <w:lang w:val="sv-SE"/>
        </w:rPr>
        <w:t xml:space="preserve">}}Och vredgad överlämnade hans Herre honom till plågarna tills han betalt allt </w:t>
      </w:r>
      <w:r w:rsidRPr="0096445B">
        <w:rPr>
          <w:i/>
          <w:lang w:val="sv-SE"/>
        </w:rPr>
        <w:t>han</w:t>
      </w:r>
      <w:r w:rsidRPr="0096445B">
        <w:rPr>
          <w:lang w:val="sv-SE"/>
        </w:rPr>
        <w:t xml:space="preserve"> var skyldig.{{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18:35]]</w:t>
      </w:r>
      <w:r w:rsidRPr="0096445B">
        <w:rPr>
          <w:vertAlign w:val="superscript"/>
          <w:lang w:val="sv-SE"/>
        </w:rPr>
        <w:t>35</w:t>
      </w:r>
      <w:r w:rsidRPr="0096445B">
        <w:rPr>
          <w:lang w:val="sv-SE"/>
        </w:rPr>
        <w:t xml:space="preserve"> {{</w:t>
      </w:r>
      <w:proofErr w:type="spellStart"/>
      <w:r w:rsidRPr="0096445B">
        <w:rPr>
          <w:lang w:val="sv-SE"/>
        </w:rPr>
        <w:t>field-on:bible</w:t>
      </w:r>
      <w:proofErr w:type="spellEnd"/>
      <w:r w:rsidRPr="0096445B">
        <w:rPr>
          <w:lang w:val="sv-SE"/>
        </w:rPr>
        <w:t>}}Så ska också min himmelske Far göra med er, om ni inte förlåter var och en sin broder av era hjärtan.”{{</w:t>
      </w:r>
      <w:proofErr w:type="spellStart"/>
      <w:r w:rsidRPr="0096445B">
        <w:rPr>
          <w:lang w:val="sv-SE"/>
        </w:rPr>
        <w:t>field-off:bible</w:t>
      </w:r>
      <w:proofErr w:type="spellEnd"/>
      <w:r w:rsidRPr="0096445B">
        <w:rPr>
          <w:lang w:val="sv-SE"/>
        </w:rPr>
        <w:t>}}</w:t>
      </w:r>
    </w:p>
    <w:p w14:paraId="401AA644" w14:textId="3B29DB5B"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w:t>
      </w:r>
      <w:proofErr w:type="gramStart"/>
      <w:r w:rsidRPr="0096445B">
        <w:rPr>
          <w:lang w:val="sv-SE"/>
        </w:rPr>
        <w:t>]]Kapitel</w:t>
      </w:r>
      <w:proofErr w:type="gramEnd"/>
      <w:r w:rsidRPr="0096445B">
        <w:rPr>
          <w:lang w:val="sv-SE"/>
        </w:rPr>
        <w:t xml:space="preserve"> 19</w:t>
      </w:r>
    </w:p>
    <w:p w14:paraId="5969516C" w14:textId="77777777" w:rsidR="00BA33AB" w:rsidRPr="0096445B" w:rsidRDefault="00000000">
      <w:pPr>
        <w:pStyle w:val="Rubrik3"/>
        <w:rPr>
          <w:lang w:val="sv-SE"/>
        </w:rPr>
      </w:pPr>
      <w:r w:rsidRPr="0096445B">
        <w:rPr>
          <w:lang w:val="sv-SE"/>
        </w:rPr>
        <w:t>Jesus talar om äktenskapet</w:t>
      </w:r>
    </w:p>
    <w:p w14:paraId="38658A74" w14:textId="2903ED8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hände sig, när Jesus hade fullbordat dessa ord, </w:t>
      </w:r>
      <w:r w:rsidRPr="0096445B">
        <w:rPr>
          <w:i/>
          <w:lang w:val="sv-SE"/>
        </w:rPr>
        <w:t>att</w:t>
      </w:r>
      <w:r w:rsidRPr="0096445B">
        <w:rPr>
          <w:lang w:val="sv-SE"/>
        </w:rPr>
        <w:t xml:space="preserve"> han bröt upp från Galileen och gick till </w:t>
      </w:r>
      <w:proofErr w:type="spellStart"/>
      <w:r w:rsidRPr="0096445B">
        <w:rPr>
          <w:lang w:val="sv-SE"/>
        </w:rPr>
        <w:t>Judeens</w:t>
      </w:r>
      <w:proofErr w:type="spellEnd"/>
      <w:r w:rsidRPr="0096445B">
        <w:rPr>
          <w:lang w:val="sv-SE"/>
        </w:rPr>
        <w:t xml:space="preserve"> område på andra sidan </w:t>
      </w:r>
      <w:proofErr w:type="gramStart"/>
      <w:r w:rsidRPr="0096445B">
        <w:rPr>
          <w:lang w:val="sv-SE"/>
        </w:rPr>
        <w:t>Jordan.{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det</w:t>
      </w:r>
      <w:r w:rsidRPr="0096445B">
        <w:rPr>
          <w:lang w:val="sv-SE"/>
        </w:rPr>
        <w:t xml:space="preserve"> följde honom stora skaror, och han botade dem </w:t>
      </w:r>
      <w:proofErr w:type="gramStart"/>
      <w:r w:rsidRPr="0096445B">
        <w:rPr>
          <w:lang w:val="sv-SE"/>
        </w:rPr>
        <w:t>där.{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A7D6566" w14:textId="0856BF6D" w:rsidR="00BA33AB" w:rsidRPr="0096445B" w:rsidRDefault="00000000">
      <w:pPr>
        <w:rPr>
          <w:lang w:val="sv-SE"/>
        </w:rPr>
      </w:pPr>
      <w:r w:rsidRPr="0096445B">
        <w:rPr>
          <w:lang w:val="sv-SE"/>
        </w:rPr>
        <w:t>[[@</w:t>
      </w:r>
      <w:r w:rsidR="0096445B" w:rsidRPr="0096445B">
        <w:rPr>
          <w:lang w:val="sv-SE"/>
        </w:rPr>
        <w:t>BibleBIBEL82</w:t>
      </w:r>
      <w:r w:rsidRPr="0096445B">
        <w:rPr>
          <w:lang w:val="sv-SE"/>
        </w:rPr>
        <w:t>:Matt 19:3]]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 xml:space="preserve">}}Och fram till honom kom fariseer som prövade honom och </w:t>
      </w:r>
      <w:r w:rsidRPr="0096445B">
        <w:rPr>
          <w:i/>
          <w:lang w:val="sv-SE"/>
        </w:rPr>
        <w:t>frågade</w:t>
      </w:r>
      <w:r w:rsidRPr="0096445B">
        <w:rPr>
          <w:lang w:val="sv-SE"/>
        </w:rPr>
        <w:t>: ”Om det är tillåtet för en man att förskjuta sin hustru för varje orsak?”{{</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 xml:space="preserve">}}Men han svarade och sade: ”Har ni inte läst att han som skapade från begynnelsen gjorde dem </w:t>
      </w:r>
      <w:r w:rsidRPr="0096445B">
        <w:rPr>
          <w:i/>
          <w:lang w:val="sv-SE"/>
        </w:rPr>
        <w:t>till</w:t>
      </w:r>
      <w:r w:rsidRPr="0096445B">
        <w:rPr>
          <w:lang w:val="sv-SE"/>
        </w:rPr>
        <w:t xml:space="preserve"> man och kvinna?{{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 xml:space="preserve">}}Och han sade: För den </w:t>
      </w:r>
      <w:r w:rsidRPr="0096445B">
        <w:rPr>
          <w:i/>
          <w:lang w:val="sv-SE"/>
        </w:rPr>
        <w:t>sakens</w:t>
      </w:r>
      <w:r w:rsidRPr="0096445B">
        <w:rPr>
          <w:lang w:val="sv-SE"/>
        </w:rPr>
        <w:t xml:space="preserve"> skull ska en man lämna fadern och modern och ansluta sig till sin hustru, och de två ska vara till ett kött.{{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}}Alltså är de inte längre två, utan ett kött. Det som nu Gud har okat samman ska en människa inte skilja åt.”{{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7A7CB0E" w14:textId="233366D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w:t>
      </w:r>
      <w:proofErr w:type="gramEnd"/>
      <w:r w:rsidRPr="0096445B">
        <w:rPr>
          <w:lang w:val="sv-SE"/>
        </w:rPr>
        <w:t xml:space="preserve"> säger till honom: ”Varför har då Mose påbjudit att ge en skilsmässobokrulle och förskjuta [henne]?”{{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säger till dem att: ”Mose har för ert hårda hjärta tillåtit er att förskjuta era hustrur. Men från begynnelsen har det inte varit </w:t>
      </w:r>
      <w:proofErr w:type="gramStart"/>
      <w:r w:rsidRPr="0096445B">
        <w:rPr>
          <w:lang w:val="sv-SE"/>
        </w:rPr>
        <w:t>så.{</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jag säger er att den som förskjuter sin hustru, icke för otukt, och gifter sig med en annan begår äktenskapsbrott.”{{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B25991F" w14:textId="2680DB90" w:rsidR="00BA33AB" w:rsidRPr="0096445B" w:rsidRDefault="00000000">
      <w:pPr>
        <w:rPr>
          <w:lang w:val="sv-SE"/>
        </w:rPr>
      </w:pPr>
      <w:r w:rsidRPr="0096445B">
        <w:rPr>
          <w:lang w:val="sv-SE"/>
        </w:rPr>
        <w:t>[[@</w:t>
      </w:r>
      <w:r w:rsidR="0096445B" w:rsidRPr="0096445B">
        <w:rPr>
          <w:lang w:val="sv-SE"/>
        </w:rPr>
        <w:t>BibleBIBEL82</w:t>
      </w:r>
      <w:r w:rsidRPr="0096445B">
        <w:rPr>
          <w:lang w:val="sv-SE"/>
        </w:rPr>
        <w:t>:Matt 19:10]]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w:t>
      </w:r>
      <w:r w:rsidRPr="0096445B">
        <w:rPr>
          <w:i/>
          <w:lang w:val="sv-SE"/>
        </w:rPr>
        <w:t>Då</w:t>
      </w:r>
      <w:r w:rsidRPr="0096445B">
        <w:rPr>
          <w:lang w:val="sv-SE"/>
        </w:rPr>
        <w:t xml:space="preserve"> säger honom [hans] lärjungar: ”Om så är saken för mannen med hustrun, gagnar det inte att gifta sig.”{{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 xml:space="preserve">}}Och han sade till dem: ”Alla har inte rum för </w:t>
      </w:r>
      <w:r w:rsidRPr="0096445B">
        <w:rPr>
          <w:lang w:val="sv-SE"/>
        </w:rPr>
        <w:lastRenderedPageBreak/>
        <w:t xml:space="preserve">[detta] ord, utan </w:t>
      </w:r>
      <w:r w:rsidRPr="0096445B">
        <w:rPr>
          <w:i/>
          <w:lang w:val="sv-SE"/>
        </w:rPr>
        <w:t>bara</w:t>
      </w:r>
      <w:r w:rsidRPr="0096445B">
        <w:rPr>
          <w:lang w:val="sv-SE"/>
        </w:rPr>
        <w:t xml:space="preserve"> de åt vilka det är givet.{{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 xml:space="preserve">}}För det finns eunucker som från moderlivet är födda så, och det finns eunucker som har gjorts till eunucker av människorna. Och det finns eunucker som har gjort sig själva till eunucker för himlarnas rikes skull. Den som kan ha rum, ska ha rum </w:t>
      </w:r>
      <w:r w:rsidRPr="0096445B">
        <w:rPr>
          <w:i/>
          <w:lang w:val="sv-SE"/>
        </w:rPr>
        <w:t>för</w:t>
      </w:r>
      <w:r w:rsidRPr="0096445B">
        <w:rPr>
          <w:lang w:val="sv-SE"/>
        </w:rPr>
        <w:t xml:space="preserve"> </w:t>
      </w:r>
      <w:r w:rsidRPr="0096445B">
        <w:rPr>
          <w:i/>
          <w:lang w:val="sv-SE"/>
        </w:rPr>
        <w:t>det</w:t>
      </w:r>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C702D94" w14:textId="77777777" w:rsidR="00BA33AB" w:rsidRPr="0096445B" w:rsidRDefault="00000000">
      <w:pPr>
        <w:pStyle w:val="Rubrik3"/>
        <w:rPr>
          <w:lang w:val="sv-SE"/>
        </w:rPr>
      </w:pPr>
      <w:r w:rsidRPr="0096445B">
        <w:rPr>
          <w:lang w:val="sv-SE"/>
        </w:rPr>
        <w:t>Jesus och barnen</w:t>
      </w:r>
    </w:p>
    <w:p w14:paraId="16914F39" w14:textId="62B9340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bar man fram till honom barn för att han skulle lägga händerna på dem och be. Men lärjungarna näpste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sade: ”Låt barnen </w:t>
      </w:r>
      <w:r w:rsidRPr="0096445B">
        <w:rPr>
          <w:i/>
          <w:lang w:val="sv-SE"/>
        </w:rPr>
        <w:t>vara</w:t>
      </w:r>
      <w:r w:rsidRPr="0096445B">
        <w:rPr>
          <w:lang w:val="sv-SE"/>
        </w:rPr>
        <w:t>, och hindra dem inte från att komma till mig. För till sådana hör himlarnas rike.”{{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sedan han lagt händerna på dem, gick han </w:t>
      </w:r>
      <w:proofErr w:type="gramStart"/>
      <w:r w:rsidRPr="0096445B">
        <w:rPr>
          <w:lang w:val="sv-SE"/>
        </w:rPr>
        <w:t>därifrån.{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F9909FC" w14:textId="77777777" w:rsidR="00BA33AB" w:rsidRPr="0096445B" w:rsidRDefault="00000000">
      <w:pPr>
        <w:pStyle w:val="Rubrik3"/>
        <w:rPr>
          <w:lang w:val="sv-SE"/>
        </w:rPr>
      </w:pPr>
      <w:r w:rsidRPr="0096445B">
        <w:rPr>
          <w:lang w:val="sv-SE"/>
        </w:rPr>
        <w:t>Jesus och den rike mannen</w:t>
      </w:r>
    </w:p>
    <w:p w14:paraId="0D20DEF1" w14:textId="1BDC67A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kom fram till honom och sade: ”Lärare, vad gott ska jag göra för att ha </w:t>
      </w:r>
      <w:proofErr w:type="spellStart"/>
      <w:r w:rsidRPr="0096445B">
        <w:rPr>
          <w:lang w:val="sv-SE"/>
        </w:rPr>
        <w:t>eoniskt</w:t>
      </w:r>
      <w:proofErr w:type="spellEnd"/>
      <w:r w:rsidRPr="0096445B">
        <w:rPr>
          <w:lang w:val="sv-SE"/>
        </w:rPr>
        <w:t xml:space="preserve"> liv?”{{</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sade till honom: ”Varför frågar du mig om det goda? En är den Gode. Och om du vill gå in i livet, håll fast vid buden.”{{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säger till honom: ”Vilka?” Och Jesus sade: ”Du ska inte mörda. Du ska inte begå äktenskapsbrott. Du ska inte stjäla. Du ska inte vittna </w:t>
      </w:r>
      <w:proofErr w:type="gramStart"/>
      <w:r w:rsidRPr="0096445B">
        <w:rPr>
          <w:lang w:val="sv-SE"/>
        </w:rPr>
        <w:t>falskt.{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}}Hedra</w:t>
      </w:r>
      <w:proofErr w:type="gramEnd"/>
      <w:r w:rsidRPr="0096445B">
        <w:rPr>
          <w:lang w:val="sv-SE"/>
        </w:rPr>
        <w:t xml:space="preserve"> fadern och modern. Och du ska älska din nästa som dig själv.”{{</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1158796" w14:textId="164E32A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r w:rsidRPr="0096445B">
        <w:rPr>
          <w:i/>
          <w:lang w:val="sv-SE"/>
        </w:rPr>
        <w:t>Då</w:t>
      </w:r>
      <w:proofErr w:type="gramEnd"/>
      <w:r w:rsidRPr="0096445B">
        <w:rPr>
          <w:lang w:val="sv-SE"/>
        </w:rPr>
        <w:t xml:space="preserve"> säger honom ynglingen: ”Allt detta har jag iakttagit. Vad mer saknar jag?”{{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}}Jesus</w:t>
      </w:r>
      <w:proofErr w:type="gramEnd"/>
      <w:r w:rsidRPr="0096445B">
        <w:rPr>
          <w:lang w:val="sv-SE"/>
        </w:rPr>
        <w:t xml:space="preserve"> sade till honom: ”Om du vill vara fullkomlig: bege dig, sälj det som är ditt och ge till [de] fattiga, och du kommer att ha en skatt i himlarna. Och kom, följ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ynglingen hörde ordet gick han bort bedrövad, för han hade många </w:t>
      </w:r>
      <w:proofErr w:type="gramStart"/>
      <w:r w:rsidRPr="0096445B">
        <w:rPr>
          <w:lang w:val="sv-SE"/>
        </w:rPr>
        <w:t>egendomar.{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1FF5CA2" w14:textId="18B79028" w:rsidR="00BA33AB" w:rsidRPr="0096445B" w:rsidRDefault="00000000">
      <w:pPr>
        <w:rPr>
          <w:lang w:val="sv-SE"/>
        </w:rPr>
      </w:pPr>
      <w:r w:rsidRPr="0096445B">
        <w:rPr>
          <w:lang w:val="sv-SE"/>
        </w:rPr>
        <w:t>[[@</w:t>
      </w:r>
      <w:r w:rsidR="0096445B" w:rsidRPr="0096445B">
        <w:rPr>
          <w:lang w:val="sv-SE"/>
        </w:rPr>
        <w:t>BibleBIBEL82</w:t>
      </w:r>
      <w:r w:rsidRPr="0096445B">
        <w:rPr>
          <w:lang w:val="sv-SE"/>
        </w:rPr>
        <w:t>:Matt 19:23]]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}}Och Jesus sade till sina lärjungar: ”Amen, jag säger er att en rik svårligen ska komma in i himlarnas rike.{{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19:24]]</w:t>
      </w:r>
      <w:r w:rsidRPr="0096445B">
        <w:rPr>
          <w:vertAlign w:val="superscript"/>
          <w:lang w:val="sv-SE"/>
        </w:rPr>
        <w:t>24</w:t>
      </w:r>
      <w:r w:rsidRPr="0096445B">
        <w:rPr>
          <w:lang w:val="sv-SE"/>
        </w:rPr>
        <w:t xml:space="preserve"> {{</w:t>
      </w:r>
      <w:proofErr w:type="spellStart"/>
      <w:r w:rsidRPr="0096445B">
        <w:rPr>
          <w:lang w:val="sv-SE"/>
        </w:rPr>
        <w:t>field-on:bible</w:t>
      </w:r>
      <w:proofErr w:type="spellEnd"/>
      <w:r w:rsidRPr="0096445B">
        <w:rPr>
          <w:lang w:val="sv-SE"/>
        </w:rPr>
        <w:t>}}Och åter säger jag er: Det är lättare att en kamel kommer genom ett nålsöga än att en rik kommer in i Guds rike.”{{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19:25]]</w:t>
      </w:r>
      <w:r w:rsidRPr="0096445B">
        <w:rPr>
          <w:vertAlign w:val="superscript"/>
          <w:lang w:val="sv-SE"/>
        </w:rPr>
        <w:t>25</w:t>
      </w:r>
      <w:r w:rsidRPr="0096445B">
        <w:rPr>
          <w:lang w:val="sv-SE"/>
        </w:rPr>
        <w:t xml:space="preserve"> {{</w:t>
      </w:r>
      <w:proofErr w:type="spellStart"/>
      <w:r w:rsidRPr="0096445B">
        <w:rPr>
          <w:lang w:val="sv-SE"/>
        </w:rPr>
        <w:t>field-on:bible</w:t>
      </w:r>
      <w:proofErr w:type="spellEnd"/>
      <w:r w:rsidRPr="0096445B">
        <w:rPr>
          <w:lang w:val="sv-SE"/>
        </w:rPr>
        <w:t xml:space="preserve">}}Men när lärjungarna hörde </w:t>
      </w:r>
      <w:r w:rsidRPr="0096445B">
        <w:rPr>
          <w:i/>
          <w:lang w:val="sv-SE"/>
        </w:rPr>
        <w:t>det</w:t>
      </w:r>
      <w:r w:rsidRPr="0096445B">
        <w:rPr>
          <w:lang w:val="sv-SE"/>
        </w:rPr>
        <w:t>, blev de mycket överväldigade och sade: ”Vem kan då bli frälst?”{{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19:26]]</w:t>
      </w:r>
      <w:r w:rsidRPr="0096445B">
        <w:rPr>
          <w:vertAlign w:val="superscript"/>
          <w:lang w:val="sv-SE"/>
        </w:rPr>
        <w:t>26</w:t>
      </w:r>
      <w:r w:rsidRPr="0096445B">
        <w:rPr>
          <w:lang w:val="sv-SE"/>
        </w:rPr>
        <w:t xml:space="preserve"> {{</w:t>
      </w:r>
      <w:proofErr w:type="spellStart"/>
      <w:r w:rsidRPr="0096445B">
        <w:rPr>
          <w:lang w:val="sv-SE"/>
        </w:rPr>
        <w:t>field-on:bible</w:t>
      </w:r>
      <w:proofErr w:type="spellEnd"/>
      <w:r w:rsidRPr="0096445B">
        <w:rPr>
          <w:lang w:val="sv-SE"/>
        </w:rPr>
        <w:t xml:space="preserve">}}Och Jesus såg på </w:t>
      </w:r>
      <w:r w:rsidRPr="0096445B">
        <w:rPr>
          <w:i/>
          <w:lang w:val="sv-SE"/>
        </w:rPr>
        <w:t>dem</w:t>
      </w:r>
      <w:r w:rsidRPr="0096445B">
        <w:rPr>
          <w:lang w:val="sv-SE"/>
        </w:rPr>
        <w:t xml:space="preserve"> och sade till dem: ”För människor är detta omöjligt. Men för Gud </w:t>
      </w:r>
      <w:r w:rsidRPr="0096445B">
        <w:rPr>
          <w:i/>
          <w:lang w:val="sv-SE"/>
        </w:rPr>
        <w:t>är</w:t>
      </w:r>
      <w:r w:rsidRPr="0096445B">
        <w:rPr>
          <w:lang w:val="sv-SE"/>
        </w:rPr>
        <w:t xml:space="preserve"> allt möjligt.”{{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C919634" w14:textId="47A289E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19:27]]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svarade Petrus och sade till honom: ”Se, vi har lämnat allt och följt dig. Vad blir det då för oss?”{{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19:28]]</w:t>
      </w:r>
      <w:r w:rsidRPr="0096445B">
        <w:rPr>
          <w:vertAlign w:val="superscript"/>
          <w:lang w:val="sv-SE"/>
        </w:rPr>
        <w:t>28</w:t>
      </w:r>
      <w:r w:rsidRPr="0096445B">
        <w:rPr>
          <w:lang w:val="sv-SE"/>
        </w:rPr>
        <w:t xml:space="preserve"> {{</w:t>
      </w:r>
      <w:proofErr w:type="spellStart"/>
      <w:r w:rsidRPr="0096445B">
        <w:rPr>
          <w:lang w:val="sv-SE"/>
        </w:rPr>
        <w:t>field-on:bible</w:t>
      </w:r>
      <w:proofErr w:type="spellEnd"/>
      <w:r w:rsidRPr="0096445B">
        <w:rPr>
          <w:lang w:val="sv-SE"/>
        </w:rPr>
        <w:t>}}Och Jesus sade till dem: ”Amen, jag säger er att ni som har följt mig ska vid pånyttfödelsen, när Människosonen sätter sig på sin härlighets tron, sitta också ni på tolv troner och döma Israels tolv stammar.{{</w:t>
      </w:r>
      <w:proofErr w:type="spellStart"/>
      <w:r w:rsidRPr="0096445B">
        <w:rPr>
          <w:lang w:val="sv-SE"/>
        </w:rPr>
        <w:t>field-off:bible</w:t>
      </w:r>
      <w:proofErr w:type="spellEnd"/>
      <w:r w:rsidRPr="0096445B">
        <w:rPr>
          <w:lang w:val="sv-SE"/>
        </w:rPr>
        <w:t xml:space="preserve">}} </w:t>
      </w:r>
      <w:r w:rsidRPr="0096445B">
        <w:rPr>
          <w:lang w:val="sv-SE"/>
        </w:rPr>
        <w:lastRenderedPageBreak/>
        <w:t>[[@</w:t>
      </w:r>
      <w:r w:rsidR="0096445B" w:rsidRPr="0096445B">
        <w:rPr>
          <w:lang w:val="sv-SE"/>
        </w:rPr>
        <w:t>BibleBIBEL82</w:t>
      </w:r>
      <w:r w:rsidRPr="0096445B">
        <w:rPr>
          <w:lang w:val="sv-SE"/>
        </w:rPr>
        <w:t>:Matt 19:29]]</w:t>
      </w:r>
      <w:r w:rsidRPr="0096445B">
        <w:rPr>
          <w:vertAlign w:val="superscript"/>
          <w:lang w:val="sv-SE"/>
        </w:rPr>
        <w:t>29</w:t>
      </w:r>
      <w:r w:rsidRPr="0096445B">
        <w:rPr>
          <w:lang w:val="sv-SE"/>
        </w:rPr>
        <w:t xml:space="preserve"> {{</w:t>
      </w:r>
      <w:proofErr w:type="spellStart"/>
      <w:r w:rsidRPr="0096445B">
        <w:rPr>
          <w:lang w:val="sv-SE"/>
        </w:rPr>
        <w:t>field-on:bible</w:t>
      </w:r>
      <w:proofErr w:type="spellEnd"/>
      <w:r w:rsidRPr="0096445B">
        <w:rPr>
          <w:lang w:val="sv-SE"/>
        </w:rPr>
        <w:t xml:space="preserve">}}Och var och en som har lämnat hus eller bröder eller systrar eller far eller mor eller barn eller åkrar för mitt namns skull, ska få hundrafalt och ärva </w:t>
      </w:r>
      <w:proofErr w:type="spellStart"/>
      <w:r w:rsidRPr="0096445B">
        <w:rPr>
          <w:lang w:val="sv-SE"/>
        </w:rPr>
        <w:t>eoniskt</w:t>
      </w:r>
      <w:proofErr w:type="spellEnd"/>
      <w:r w:rsidRPr="0096445B">
        <w:rPr>
          <w:lang w:val="sv-SE"/>
        </w:rPr>
        <w:t xml:space="preserve"> liv.{{</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19:30]]</w:t>
      </w:r>
      <w:r w:rsidRPr="0096445B">
        <w:rPr>
          <w:vertAlign w:val="superscript"/>
          <w:lang w:val="sv-SE"/>
        </w:rPr>
        <w:t>30</w:t>
      </w:r>
      <w:r w:rsidRPr="0096445B">
        <w:rPr>
          <w:lang w:val="sv-SE"/>
        </w:rPr>
        <w:t xml:space="preserve"> {{</w:t>
      </w:r>
      <w:proofErr w:type="spellStart"/>
      <w:r w:rsidRPr="0096445B">
        <w:rPr>
          <w:lang w:val="sv-SE"/>
        </w:rPr>
        <w:t>field-on:bible</w:t>
      </w:r>
      <w:proofErr w:type="spellEnd"/>
      <w:r w:rsidRPr="0096445B">
        <w:rPr>
          <w:lang w:val="sv-SE"/>
        </w:rPr>
        <w:t>}}Men många första ska bli sista, och sista första.{{</w:t>
      </w:r>
      <w:proofErr w:type="spellStart"/>
      <w:r w:rsidRPr="0096445B">
        <w:rPr>
          <w:lang w:val="sv-SE"/>
        </w:rPr>
        <w:t>field-off:bible</w:t>
      </w:r>
      <w:proofErr w:type="spellEnd"/>
      <w:r w:rsidRPr="0096445B">
        <w:rPr>
          <w:lang w:val="sv-SE"/>
        </w:rPr>
        <w:t>}}</w:t>
      </w:r>
    </w:p>
    <w:p w14:paraId="283C43B3" w14:textId="5FD0D2D1"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w:t>
      </w:r>
      <w:proofErr w:type="gramStart"/>
      <w:r w:rsidRPr="0096445B">
        <w:rPr>
          <w:lang w:val="sv-SE"/>
        </w:rPr>
        <w:t>]]Kapitel</w:t>
      </w:r>
      <w:proofErr w:type="gramEnd"/>
      <w:r w:rsidRPr="0096445B">
        <w:rPr>
          <w:lang w:val="sv-SE"/>
        </w:rPr>
        <w:t xml:space="preserve"> 20</w:t>
      </w:r>
    </w:p>
    <w:p w14:paraId="2AFDF8C7" w14:textId="77777777" w:rsidR="00BA33AB" w:rsidRPr="0096445B" w:rsidRDefault="00000000">
      <w:pPr>
        <w:pStyle w:val="Rubrik3"/>
        <w:rPr>
          <w:lang w:val="sv-SE"/>
        </w:rPr>
      </w:pPr>
      <w:r w:rsidRPr="0096445B">
        <w:rPr>
          <w:lang w:val="sv-SE"/>
        </w:rPr>
        <w:t>Vingårdsarbetarnas lön</w:t>
      </w:r>
    </w:p>
    <w:p w14:paraId="6C3DC075" w14:textId="2AA5990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himlarnas rike är likt en hushärskande man som gick ut samtidigt som morgonen </w:t>
      </w:r>
      <w:r w:rsidRPr="0096445B">
        <w:rPr>
          <w:i/>
          <w:lang w:val="sv-SE"/>
        </w:rPr>
        <w:t>för</w:t>
      </w:r>
      <w:r w:rsidRPr="0096445B">
        <w:rPr>
          <w:lang w:val="sv-SE"/>
        </w:rPr>
        <w:t xml:space="preserve"> att leja arbetare till sin </w:t>
      </w:r>
      <w:proofErr w:type="gramStart"/>
      <w:r w:rsidRPr="0096445B">
        <w:rPr>
          <w:lang w:val="sv-SE"/>
        </w:rPr>
        <w:t>vingård.{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var samstämmig med arbetarna om en denar per dag och sände ut dem till sin </w:t>
      </w:r>
      <w:proofErr w:type="gramStart"/>
      <w:r w:rsidRPr="0096445B">
        <w:rPr>
          <w:lang w:val="sv-SE"/>
        </w:rPr>
        <w:t>vingård.{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80D445D" w14:textId="3DDFD55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gick ut runt tredje timmen och såg andra stående på torget </w:t>
      </w:r>
      <w:proofErr w:type="gramStart"/>
      <w:r w:rsidRPr="0096445B">
        <w:rPr>
          <w:lang w:val="sv-SE"/>
        </w:rPr>
        <w:t>overksamma.{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till dessa sade han: Bege er också ni till vingården, och det som är rättfärdigt ska jag ge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gick </w:t>
      </w:r>
      <w:proofErr w:type="gramStart"/>
      <w:r w:rsidRPr="0096445B">
        <w:rPr>
          <w:lang w:val="sv-SE"/>
        </w:rPr>
        <w:t>iväg</w:t>
      </w:r>
      <w:proofErr w:type="gramEnd"/>
      <w:r w:rsidRPr="0096445B">
        <w:rPr>
          <w:lang w:val="sv-SE"/>
        </w:rPr>
        <w:t xml:space="preserve">. [Och] åter gick han ut runt sjätte och nionde timmen och gjorde </w:t>
      </w:r>
      <w:proofErr w:type="gramStart"/>
      <w:r w:rsidRPr="0096445B">
        <w:rPr>
          <w:lang w:val="sv-SE"/>
        </w:rPr>
        <w:t>likadant.{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runt den elfte </w:t>
      </w:r>
      <w:r w:rsidRPr="0096445B">
        <w:rPr>
          <w:i/>
          <w:lang w:val="sv-SE"/>
        </w:rPr>
        <w:t>timmen</w:t>
      </w:r>
      <w:r w:rsidRPr="0096445B">
        <w:rPr>
          <w:lang w:val="sv-SE"/>
        </w:rPr>
        <w:t xml:space="preserve"> gick han ut och fann andra stående, och säger till dem: Varför står ni här hela dagen </w:t>
      </w:r>
      <w:proofErr w:type="gramStart"/>
      <w:r w:rsidRPr="0096445B">
        <w:rPr>
          <w:lang w:val="sv-SE"/>
        </w:rPr>
        <w:t>overksamma?{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w:t>
      </w:r>
      <w:proofErr w:type="gramEnd"/>
      <w:r w:rsidRPr="0096445B">
        <w:rPr>
          <w:lang w:val="sv-SE"/>
        </w:rPr>
        <w:t xml:space="preserve"> säger honom: För att ingen har lejt oss. Han säger till dem: Bege er också ni till </w:t>
      </w:r>
      <w:proofErr w:type="gramStart"/>
      <w:r w:rsidRPr="0096445B">
        <w:rPr>
          <w:lang w:val="sv-SE"/>
        </w:rPr>
        <w:t>vingården.{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0046100" w14:textId="4ADD777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det blivit kväll, säger vingårdens Herre till sin förman: Kalla på arbetarna och betala dem lönen, och börja från de sista till de </w:t>
      </w:r>
      <w:proofErr w:type="gramStart"/>
      <w:r w:rsidRPr="0096445B">
        <w:rPr>
          <w:lang w:val="sv-SE"/>
        </w:rPr>
        <w:t>första.{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runt elfte timmen kom, fick de var sin </w:t>
      </w:r>
      <w:proofErr w:type="gramStart"/>
      <w:r w:rsidRPr="0096445B">
        <w:rPr>
          <w:lang w:val="sv-SE"/>
        </w:rPr>
        <w:t>denar.{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första kom, antog de att de skulle få mer. Och de fick var sin denar, också </w:t>
      </w:r>
      <w:proofErr w:type="gramStart"/>
      <w:r w:rsidRPr="0096445B">
        <w:rPr>
          <w:lang w:val="sv-SE"/>
        </w:rPr>
        <w:t>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fick </w:t>
      </w:r>
      <w:r w:rsidRPr="0096445B">
        <w:rPr>
          <w:i/>
          <w:lang w:val="sv-SE"/>
        </w:rPr>
        <w:t>den</w:t>
      </w:r>
      <w:r w:rsidRPr="0096445B">
        <w:rPr>
          <w:lang w:val="sv-SE"/>
        </w:rPr>
        <w:t>, muttrade de mot hushärskaren{{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Dessa sista har gjort en </w:t>
      </w:r>
      <w:r w:rsidRPr="0096445B">
        <w:rPr>
          <w:i/>
          <w:lang w:val="sv-SE"/>
        </w:rPr>
        <w:t>enda</w:t>
      </w:r>
      <w:r w:rsidRPr="0096445B">
        <w:rPr>
          <w:lang w:val="sv-SE"/>
        </w:rPr>
        <w:t xml:space="preserve"> timme. Och du har gjort dem lika oss som har burit dagens tyngd och </w:t>
      </w:r>
      <w:proofErr w:type="gramStart"/>
      <w:r w:rsidRPr="0096445B">
        <w:rPr>
          <w:lang w:val="sv-SE"/>
        </w:rPr>
        <w:t>hetta.{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30A2633" w14:textId="298768B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en av dem och sade: </w:t>
      </w:r>
      <w:r w:rsidRPr="0096445B">
        <w:rPr>
          <w:i/>
          <w:lang w:val="sv-SE"/>
        </w:rPr>
        <w:t>Min</w:t>
      </w:r>
      <w:r w:rsidRPr="0096445B">
        <w:rPr>
          <w:lang w:val="sv-SE"/>
        </w:rPr>
        <w:t xml:space="preserve"> vän, jag gör inte orätt mot dig. </w:t>
      </w:r>
      <w:r w:rsidRPr="0096445B">
        <w:rPr>
          <w:i/>
          <w:lang w:val="sv-SE"/>
        </w:rPr>
        <w:t>Var det</w:t>
      </w:r>
      <w:r w:rsidRPr="0096445B">
        <w:rPr>
          <w:lang w:val="sv-SE"/>
        </w:rPr>
        <w:t xml:space="preserve"> inte en denar du var samstämmig med mig </w:t>
      </w:r>
      <w:proofErr w:type="gramStart"/>
      <w:r w:rsidRPr="0096445B">
        <w:rPr>
          <w:lang w:val="sv-SE"/>
        </w:rPr>
        <w:t>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}}Ta</w:t>
      </w:r>
      <w:proofErr w:type="gramEnd"/>
      <w:r w:rsidRPr="0096445B">
        <w:rPr>
          <w:lang w:val="sv-SE"/>
        </w:rPr>
        <w:t xml:space="preserve"> det </w:t>
      </w:r>
      <w:r w:rsidRPr="0096445B">
        <w:rPr>
          <w:i/>
          <w:lang w:val="sv-SE"/>
        </w:rPr>
        <w:t>som är</w:t>
      </w:r>
      <w:r w:rsidRPr="0096445B">
        <w:rPr>
          <w:lang w:val="sv-SE"/>
        </w:rPr>
        <w:t xml:space="preserve"> ditt och bege dig. Men jag vill ge till denne siste såsom även till </w:t>
      </w:r>
      <w:proofErr w:type="gramStart"/>
      <w:r w:rsidRPr="0096445B">
        <w:rPr>
          <w:lang w:val="sv-SE"/>
        </w:rPr>
        <w:t>dig.{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gramEnd"/>
      <w:r w:rsidRPr="0096445B">
        <w:rPr>
          <w:lang w:val="sv-SE"/>
        </w:rPr>
        <w:t xml:space="preserve">Eller] är det inte tillåtet för mig att göra vad jag vill med det </w:t>
      </w:r>
      <w:r w:rsidRPr="0096445B">
        <w:rPr>
          <w:i/>
          <w:lang w:val="sv-SE"/>
        </w:rPr>
        <w:t>som är</w:t>
      </w:r>
      <w:r w:rsidRPr="0096445B">
        <w:rPr>
          <w:lang w:val="sv-SE"/>
        </w:rPr>
        <w:t xml:space="preserve"> mitt? Eller är ditt öga ont för att jag är </w:t>
      </w:r>
      <w:proofErr w:type="gramStart"/>
      <w:r w:rsidRPr="0096445B">
        <w:rPr>
          <w:lang w:val="sv-SE"/>
        </w:rPr>
        <w:t>god?{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ska de sista bli första, och de första sista.”{{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7684D44" w14:textId="77777777" w:rsidR="00BA33AB" w:rsidRPr="0096445B" w:rsidRDefault="00000000">
      <w:pPr>
        <w:pStyle w:val="Rubrik3"/>
        <w:rPr>
          <w:lang w:val="sv-SE"/>
        </w:rPr>
      </w:pPr>
      <w:r w:rsidRPr="0096445B">
        <w:rPr>
          <w:lang w:val="sv-SE"/>
        </w:rPr>
        <w:t>Jesus talar återigen om sin död</w:t>
      </w:r>
    </w:p>
    <w:p w14:paraId="07690246" w14:textId="67D442D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medan Jesus gick upp till Jerusalem tog han med de tolv [lärjungarna] enskilt, och på vägen sade han till </w:t>
      </w:r>
      <w:proofErr w:type="gramStart"/>
      <w:r w:rsidRPr="0096445B">
        <w:rPr>
          <w:lang w:val="sv-SE"/>
        </w:rPr>
        <w:t>dem:{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}}”Se, vi går upp till Jerusalem. Och </w:t>
      </w:r>
      <w:r w:rsidRPr="0096445B">
        <w:rPr>
          <w:lang w:val="sv-SE"/>
        </w:rPr>
        <w:lastRenderedPageBreak/>
        <w:t>Människosonen ska utlämnas åt översteprästerna och de skriftlärda, och de ska fördöma honom till döden{{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utlämna honom åt folkslagen till att förlöjliga och piska och korsfästa. Och den tredje dagen ska han uppstå.”{{</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288DF5D" w14:textId="77777777" w:rsidR="00BA33AB" w:rsidRPr="0096445B" w:rsidRDefault="00000000">
      <w:pPr>
        <w:pStyle w:val="Rubrik3"/>
        <w:rPr>
          <w:lang w:val="sv-SE"/>
        </w:rPr>
      </w:pPr>
      <w:r w:rsidRPr="0096445B">
        <w:rPr>
          <w:lang w:val="sv-SE"/>
        </w:rPr>
        <w:t>Platserna vid Jesu sida</w:t>
      </w:r>
    </w:p>
    <w:p w14:paraId="37EDEBDF" w14:textId="3526301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kom fram till honom modern till </w:t>
      </w:r>
      <w:proofErr w:type="spellStart"/>
      <w:r w:rsidRPr="0096445B">
        <w:rPr>
          <w:lang w:val="sv-SE"/>
        </w:rPr>
        <w:t>Zebedaios</w:t>
      </w:r>
      <w:proofErr w:type="spellEnd"/>
      <w:r w:rsidRPr="0096445B">
        <w:rPr>
          <w:lang w:val="sv-SE"/>
        </w:rPr>
        <w:t xml:space="preserve"> söner med sina söner, och hon tillbad och bad om något från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till henne: ”Vad vill du?” Hon säger honom: ”Säg att dessa mina två söner får sätta sig, en vid din högra </w:t>
      </w:r>
      <w:r w:rsidRPr="0096445B">
        <w:rPr>
          <w:i/>
          <w:lang w:val="sv-SE"/>
        </w:rPr>
        <w:t>sida</w:t>
      </w:r>
      <w:r w:rsidRPr="0096445B">
        <w:rPr>
          <w:lang w:val="sv-SE"/>
        </w:rPr>
        <w:t xml:space="preserve"> och en vid din vänstra i ditt rike.”{{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D7E91DE" w14:textId="4DE261E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svarade och sade: ”Ni vet inte vad ni ber om. Kan ni dricka bägaren som jag kommer att dricka?” De säger till honom: ”Vi kan.”{{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säger till dem: ”Min bägare ska ni </w:t>
      </w:r>
      <w:r w:rsidRPr="0096445B">
        <w:rPr>
          <w:i/>
          <w:lang w:val="sv-SE"/>
        </w:rPr>
        <w:t>få</w:t>
      </w:r>
      <w:r w:rsidRPr="0096445B">
        <w:rPr>
          <w:lang w:val="sv-SE"/>
        </w:rPr>
        <w:t xml:space="preserve"> dricka. Men att sätta sig vid min högra </w:t>
      </w:r>
      <w:r w:rsidRPr="0096445B">
        <w:rPr>
          <w:i/>
          <w:lang w:val="sv-SE"/>
        </w:rPr>
        <w:t>sida</w:t>
      </w:r>
      <w:r w:rsidRPr="0096445B">
        <w:rPr>
          <w:lang w:val="sv-SE"/>
        </w:rPr>
        <w:t xml:space="preserve"> och vid vänstra, [detta] är inte mitt att ge, utan för dem åt vilka det beretts av min Far.”{{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BAED2E8" w14:textId="4CD15B9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tio hörde, blev de indignerade över de två </w:t>
      </w:r>
      <w:proofErr w:type="gramStart"/>
      <w:r w:rsidRPr="0096445B">
        <w:rPr>
          <w:lang w:val="sv-SE"/>
        </w:rPr>
        <w:t>bröderna.{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kallade till sig dem och sade: ”Ni vet att folkslagens ledare dominerar dem, och de stora utövar auktoritet över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ska det inte vara bland er. Nej, den som bland er vill bli stor ska vara er </w:t>
      </w:r>
      <w:proofErr w:type="gramStart"/>
      <w:r w:rsidRPr="0096445B">
        <w:rPr>
          <w:lang w:val="sv-SE"/>
        </w:rPr>
        <w:t>tjänare,{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som bland er vill vara först ska vara er fasttjänare –{{</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}}såsom</w:t>
      </w:r>
      <w:proofErr w:type="gramEnd"/>
      <w:r w:rsidRPr="0096445B">
        <w:rPr>
          <w:lang w:val="sv-SE"/>
        </w:rPr>
        <w:t xml:space="preserve"> Människosonen inte har kommit </w:t>
      </w:r>
      <w:r w:rsidRPr="0096445B">
        <w:rPr>
          <w:i/>
          <w:lang w:val="sv-SE"/>
        </w:rPr>
        <w:t>för</w:t>
      </w:r>
      <w:r w:rsidRPr="0096445B">
        <w:rPr>
          <w:lang w:val="sv-SE"/>
        </w:rPr>
        <w:t xml:space="preserve"> att bli betjänad, utan betjäna och ge sin själ </w:t>
      </w:r>
      <w:r w:rsidRPr="0096445B">
        <w:rPr>
          <w:i/>
          <w:lang w:val="sv-SE"/>
        </w:rPr>
        <w:t>till</w:t>
      </w:r>
      <w:r w:rsidRPr="0096445B">
        <w:rPr>
          <w:lang w:val="sv-SE"/>
        </w:rPr>
        <w:t xml:space="preserve"> lösen för många.”{{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CDDDF47" w14:textId="77777777" w:rsidR="00BA33AB" w:rsidRPr="0096445B" w:rsidRDefault="00000000">
      <w:pPr>
        <w:pStyle w:val="Rubrik3"/>
        <w:rPr>
          <w:lang w:val="sv-SE"/>
        </w:rPr>
      </w:pPr>
      <w:r w:rsidRPr="0096445B">
        <w:rPr>
          <w:lang w:val="sv-SE"/>
        </w:rPr>
        <w:t>Jesus botar två blinda vid Jeriko</w:t>
      </w:r>
    </w:p>
    <w:p w14:paraId="26CB8E32" w14:textId="78EFEFB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gick ut från Jeriko följde honom en stor </w:t>
      </w:r>
      <w:proofErr w:type="gramStart"/>
      <w:r w:rsidRPr="0096445B">
        <w:rPr>
          <w:lang w:val="sv-SE"/>
        </w:rPr>
        <w:t>skara,{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två blinda som satt vid vägen hörde att Jesus drar förbi, och de skrek och sade: ”Förbarma dig över oss! [Herre,] Davids son!”{{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skaran näpste dem, att de skulle vara tysta. Men </w:t>
      </w:r>
      <w:r w:rsidRPr="0096445B">
        <w:rPr>
          <w:i/>
          <w:lang w:val="sv-SE"/>
        </w:rPr>
        <w:t>desto</w:t>
      </w:r>
      <w:r w:rsidRPr="0096445B">
        <w:rPr>
          <w:lang w:val="sv-SE"/>
        </w:rPr>
        <w:t xml:space="preserve"> mer skrek de och sade: ”Förbarma dig över oss! Herre, Davids son!”{{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A1AE11D" w14:textId="18EC93A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stannade Jesus, och ropade på dem och sade: ”Vad vill ni jag ska göra för er?”{{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w:t>
      </w:r>
      <w:proofErr w:type="gramEnd"/>
      <w:r w:rsidRPr="0096445B">
        <w:rPr>
          <w:lang w:val="sv-SE"/>
        </w:rPr>
        <w:t xml:space="preserve"> säger till honom: ”Herre, att våra ögon öppnas.”{{</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20:34]]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kände Jesus innerligt och rörde vid deras ögon, och direkt såg de igen. Och de följde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43B0448" w14:textId="6490019B" w:rsidR="00BA33AB" w:rsidRPr="0096445B" w:rsidRDefault="00000000">
      <w:pPr>
        <w:pStyle w:val="Rubrik2"/>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w:t>
      </w:r>
      <w:proofErr w:type="gramStart"/>
      <w:r w:rsidRPr="0096445B">
        <w:rPr>
          <w:lang w:val="sv-SE"/>
        </w:rPr>
        <w:t>]]Kapitel</w:t>
      </w:r>
      <w:proofErr w:type="gramEnd"/>
      <w:r w:rsidRPr="0096445B">
        <w:rPr>
          <w:lang w:val="sv-SE"/>
        </w:rPr>
        <w:t xml:space="preserve"> 21</w:t>
      </w:r>
    </w:p>
    <w:p w14:paraId="07200378" w14:textId="77777777" w:rsidR="00BA33AB" w:rsidRPr="0096445B" w:rsidRDefault="00000000">
      <w:pPr>
        <w:pStyle w:val="Rubrik3"/>
        <w:rPr>
          <w:lang w:val="sv-SE"/>
        </w:rPr>
      </w:pPr>
      <w:r w:rsidRPr="0096445B">
        <w:rPr>
          <w:lang w:val="sv-SE"/>
        </w:rPr>
        <w:t>Jesus rider in i Jerusalem</w:t>
      </w:r>
    </w:p>
    <w:p w14:paraId="7231C6BE" w14:textId="0418C0C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närmade sig Jerusalem och kom till </w:t>
      </w:r>
      <w:proofErr w:type="spellStart"/>
      <w:r w:rsidRPr="0096445B">
        <w:rPr>
          <w:lang w:val="sv-SE"/>
        </w:rPr>
        <w:t>Bethfage</w:t>
      </w:r>
      <w:proofErr w:type="spellEnd"/>
      <w:r w:rsidRPr="0096445B">
        <w:rPr>
          <w:lang w:val="sv-SE"/>
        </w:rPr>
        <w:t xml:space="preserve"> vid Olivernas berg, då sände Jesus ut två lärjungar{{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till dem: ”Gå in i byn mittemot er. Och direkt ska ni finna en åsna bunden, och ett föl med henne. Lossa och led till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om någon säger till er något, ska ni säga att Herren av dem har behov. Och direkt ska han sända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detta har hänt för att det skulle uppfyllas </w:t>
      </w:r>
      <w:r w:rsidRPr="0096445B">
        <w:rPr>
          <w:i/>
          <w:lang w:val="sv-SE"/>
        </w:rPr>
        <w:t>som var</w:t>
      </w:r>
      <w:r w:rsidRPr="0096445B">
        <w:rPr>
          <w:lang w:val="sv-SE"/>
        </w:rPr>
        <w:t xml:space="preserve"> sagt genom profeten,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AA2510B" w14:textId="6F0BF6C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}}Säg</w:t>
      </w:r>
      <w:proofErr w:type="gramEnd"/>
      <w:r w:rsidRPr="0096445B">
        <w:rPr>
          <w:lang w:val="sv-SE"/>
        </w:rPr>
        <w:t xml:space="preserve"> till dottern Sion:</w:t>
      </w:r>
      <w:r w:rsidRPr="0096445B">
        <w:rPr>
          <w:lang w:val="sv-SE"/>
        </w:rPr>
        <w:br/>
        <w:t>Se, din kung kommer till dig,</w:t>
      </w:r>
      <w:r w:rsidRPr="0096445B">
        <w:rPr>
          <w:lang w:val="sv-SE"/>
        </w:rPr>
        <w:br/>
        <w:t>mild och uppstigen på en åsna</w:t>
      </w:r>
      <w:r w:rsidRPr="0096445B">
        <w:rPr>
          <w:lang w:val="sv-SE"/>
        </w:rPr>
        <w:br/>
        <w:t xml:space="preserve">och på ett föl, son till </w:t>
      </w:r>
      <w:r w:rsidRPr="0096445B">
        <w:rPr>
          <w:i/>
          <w:lang w:val="sv-SE"/>
        </w:rPr>
        <w:t>ett</w:t>
      </w:r>
      <w:r w:rsidRPr="0096445B">
        <w:rPr>
          <w:lang w:val="sv-SE"/>
        </w:rPr>
        <w:t xml:space="preserve"> </w:t>
      </w:r>
      <w:r w:rsidRPr="0096445B">
        <w:rPr>
          <w:i/>
          <w:lang w:val="sv-SE"/>
        </w:rPr>
        <w:t>djur</w:t>
      </w:r>
      <w:r w:rsidRPr="0096445B">
        <w:rPr>
          <w:lang w:val="sv-SE"/>
        </w:rPr>
        <w:t xml:space="preserve"> under </w:t>
      </w:r>
      <w:proofErr w:type="gramStart"/>
      <w:r w:rsidRPr="0096445B">
        <w:rPr>
          <w:lang w:val="sv-SE"/>
        </w:rPr>
        <w:t>ok.{</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00C1419" w14:textId="40D62B77" w:rsidR="00BA33AB" w:rsidRPr="0096445B" w:rsidRDefault="00000000">
      <w:pPr>
        <w:rPr>
          <w:lang w:val="sv-SE"/>
        </w:rPr>
      </w:pPr>
      <w:r w:rsidRPr="0096445B">
        <w:rPr>
          <w:lang w:val="sv-SE"/>
        </w:rPr>
        <w:t>[[@</w:t>
      </w:r>
      <w:r w:rsidR="0096445B" w:rsidRPr="0096445B">
        <w:rPr>
          <w:lang w:val="sv-SE"/>
        </w:rPr>
        <w:t>BibleBIBEL82</w:t>
      </w:r>
      <w:r w:rsidRPr="0096445B">
        <w:rPr>
          <w:lang w:val="sv-SE"/>
        </w:rPr>
        <w:t>:Matt 21:6]]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}}Och lärjungarna gick och gjorde så som Jesus hade samordnat för dem.{{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21:7]]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 xml:space="preserve">}}Och de ledde </w:t>
      </w:r>
      <w:r w:rsidRPr="0096445B">
        <w:rPr>
          <w:i/>
          <w:lang w:val="sv-SE"/>
        </w:rPr>
        <w:t>dit</w:t>
      </w:r>
      <w:r w:rsidRPr="0096445B">
        <w:rPr>
          <w:lang w:val="sv-SE"/>
        </w:rPr>
        <w:t xml:space="preserve"> åsnan och fölet och lade på dem mantlarna, och han satte sig ovanpå dem.{{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21:8]]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}}Och den ytterst stora skaran bredde ut sina egna mantlar på vägen, och andra slog kvistar från träden och bredde ut på vägen.{{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21:9]]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}}Och skarorna som gick före honom och de som följde ropade och sade:{{</w:t>
      </w:r>
      <w:proofErr w:type="spellStart"/>
      <w:r w:rsidRPr="0096445B">
        <w:rPr>
          <w:lang w:val="sv-SE"/>
        </w:rPr>
        <w:t>field-off:bible</w:t>
      </w:r>
      <w:proofErr w:type="spellEnd"/>
      <w:r w:rsidRPr="0096445B">
        <w:rPr>
          <w:lang w:val="sv-SE"/>
        </w:rPr>
        <w:t>}}</w:t>
      </w:r>
    </w:p>
    <w:p w14:paraId="2A6BDBB9" w14:textId="77777777"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proofErr w:type="gramEnd"/>
      <w:r w:rsidRPr="0096445B">
        <w:rPr>
          <w:lang w:val="sv-SE"/>
        </w:rPr>
        <w:t>}}”</w:t>
      </w:r>
      <w:proofErr w:type="spellStart"/>
      <w:r w:rsidRPr="0096445B">
        <w:rPr>
          <w:lang w:val="sv-SE"/>
        </w:rPr>
        <w:t>Hosanna</w:t>
      </w:r>
      <w:proofErr w:type="spellEnd"/>
      <w:r w:rsidRPr="0096445B">
        <w:rPr>
          <w:lang w:val="sv-SE"/>
        </w:rPr>
        <w:t xml:space="preserve"> till Davids son!</w:t>
      </w:r>
      <w:r w:rsidRPr="0096445B">
        <w:rPr>
          <w:lang w:val="sv-SE"/>
        </w:rPr>
        <w:br/>
        <w:t>Välsignad han som kommer i Herrens namn!</w:t>
      </w:r>
      <w:r w:rsidRPr="0096445B">
        <w:rPr>
          <w:lang w:val="sv-SE"/>
        </w:rPr>
        <w:br/>
      </w:r>
      <w:proofErr w:type="spellStart"/>
      <w:r w:rsidRPr="0096445B">
        <w:rPr>
          <w:lang w:val="sv-SE"/>
        </w:rPr>
        <w:t>Hosanna</w:t>
      </w:r>
      <w:proofErr w:type="spellEnd"/>
      <w:r w:rsidRPr="0096445B">
        <w:rPr>
          <w:lang w:val="sv-SE"/>
        </w:rPr>
        <w:t xml:space="preserve"> i det högsta!”{{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6D91D7B" w14:textId="4C82F02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kom in i Jerusalem, bävade hela staden och sade: ”Vem är denne?”{{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skarorna sade: ”Denne är Profeten, Jesus från Nazareth i Galileen.”{{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24C9FEB" w14:textId="77777777" w:rsidR="00BA33AB" w:rsidRPr="0096445B" w:rsidRDefault="00000000">
      <w:pPr>
        <w:pStyle w:val="Rubrik3"/>
        <w:rPr>
          <w:lang w:val="sv-SE"/>
        </w:rPr>
      </w:pPr>
      <w:r w:rsidRPr="0096445B">
        <w:rPr>
          <w:lang w:val="sv-SE"/>
        </w:rPr>
        <w:t>Jesus rensar templet</w:t>
      </w:r>
    </w:p>
    <w:p w14:paraId="609FE8F7" w14:textId="56D9E7B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in gick Jesus i templet och drev ut alla som sålde och köpte i templet. Och växlarnas bord välte han, och stolarna för dem som sålde </w:t>
      </w:r>
      <w:proofErr w:type="gramStart"/>
      <w:r w:rsidRPr="0096445B">
        <w:rPr>
          <w:lang w:val="sv-SE"/>
        </w:rPr>
        <w:t>duvorna,{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säger till dem: ”Det är skrivet: Mitt hus ska kallas ett bönens hus. Men ni gör det </w:t>
      </w:r>
      <w:r w:rsidRPr="0096445B">
        <w:rPr>
          <w:i/>
          <w:lang w:val="sv-SE"/>
        </w:rPr>
        <w:t>till</w:t>
      </w:r>
      <w:r w:rsidRPr="0096445B">
        <w:rPr>
          <w:lang w:val="sv-SE"/>
        </w:rPr>
        <w:t xml:space="preserve"> en rövargrotta!”{{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1B92977" w14:textId="3379668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fram till honom kom blinda och lama i templet, och han botade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översteprästerna och de skriftlärda såg det förundransvärda som han gjorde, och gossarna som ropade i templet och sade: ”</w:t>
      </w:r>
      <w:proofErr w:type="spellStart"/>
      <w:r w:rsidRPr="0096445B">
        <w:rPr>
          <w:lang w:val="sv-SE"/>
        </w:rPr>
        <w:t>Hosanna</w:t>
      </w:r>
      <w:proofErr w:type="spellEnd"/>
      <w:r w:rsidRPr="0096445B">
        <w:rPr>
          <w:lang w:val="sv-SE"/>
        </w:rPr>
        <w:t xml:space="preserve"> till Davids son!”, blev de </w:t>
      </w:r>
      <w:r w:rsidRPr="0096445B">
        <w:rPr>
          <w:lang w:val="sv-SE"/>
        </w:rPr>
        <w:lastRenderedPageBreak/>
        <w:t>indignerade{{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till honom: ”Hör du vad dessa säger?” Och Jesus säger till dem: ”Ja. Har ni aldrig läst att: Av småbarns och diandes mun har du förfärdigat lov?”{{</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lämnade dem och gick ut utanför staden till </w:t>
      </w:r>
      <w:proofErr w:type="spellStart"/>
      <w:r w:rsidRPr="0096445B">
        <w:rPr>
          <w:lang w:val="sv-SE"/>
        </w:rPr>
        <w:t>Bethania</w:t>
      </w:r>
      <w:proofErr w:type="spellEnd"/>
      <w:r w:rsidRPr="0096445B">
        <w:rPr>
          <w:lang w:val="sv-SE"/>
        </w:rPr>
        <w:t xml:space="preserve"> och övernattade </w:t>
      </w:r>
      <w:proofErr w:type="gramStart"/>
      <w:r w:rsidRPr="0096445B">
        <w:rPr>
          <w:lang w:val="sv-SE"/>
        </w:rPr>
        <w:t>där.{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7789CFC" w14:textId="77777777" w:rsidR="00BA33AB" w:rsidRPr="0096445B" w:rsidRDefault="00000000">
      <w:pPr>
        <w:pStyle w:val="Rubrik3"/>
        <w:rPr>
          <w:lang w:val="sv-SE"/>
        </w:rPr>
      </w:pPr>
      <w:r w:rsidRPr="0096445B">
        <w:rPr>
          <w:lang w:val="sv-SE"/>
        </w:rPr>
        <w:t>Fikonträdet utan frukt</w:t>
      </w:r>
    </w:p>
    <w:p w14:paraId="192B58F9" w14:textId="22B3405D"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på morgonen, när han satte ut mot staden, blev han </w:t>
      </w:r>
      <w:proofErr w:type="gramStart"/>
      <w:r w:rsidRPr="0096445B">
        <w:rPr>
          <w:lang w:val="sv-SE"/>
        </w:rPr>
        <w:t>hungrig.{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såg ett fikonträd vid vägen och gick till det, och inget fann han på det utom bara löv. Och han säger till det: ”Aldrig mer ska från dig komma frukt till eonen.” Och genast vissnade </w:t>
      </w:r>
      <w:proofErr w:type="gramStart"/>
      <w:r w:rsidRPr="0096445B">
        <w:rPr>
          <w:lang w:val="sv-SE"/>
        </w:rPr>
        <w:t>fikonträdet.{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F0111BD" w14:textId="255C826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lärjungarna såg </w:t>
      </w:r>
      <w:r w:rsidRPr="0096445B">
        <w:rPr>
          <w:i/>
          <w:lang w:val="sv-SE"/>
        </w:rPr>
        <w:t>det</w:t>
      </w:r>
      <w:r w:rsidRPr="0096445B">
        <w:rPr>
          <w:lang w:val="sv-SE"/>
        </w:rPr>
        <w:t>, var de förundrade och sade: ”Hur vissnade genast fikonträdet?”{{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svarade och sade till dem: ”Amen, jag säger er: Om ni har tro och inte tvivlar, ska ni inte bara göra detta med fikonträdet. Nej, även om ni till detta berg skulle säga: Var lyft och kastad i havet, ska det </w:t>
      </w:r>
      <w:proofErr w:type="gramStart"/>
      <w:r w:rsidRPr="0096445B">
        <w:rPr>
          <w:lang w:val="sv-SE"/>
        </w:rPr>
        <w:t>ske.{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allt vad ni ber om i bönen när ni tror ska ni få.”{{</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7124BDC" w14:textId="77777777" w:rsidR="00BA33AB" w:rsidRPr="0096445B" w:rsidRDefault="00000000">
      <w:pPr>
        <w:pStyle w:val="Rubrik3"/>
        <w:rPr>
          <w:lang w:val="sv-SE"/>
        </w:rPr>
      </w:pPr>
      <w:r w:rsidRPr="0096445B">
        <w:rPr>
          <w:lang w:val="sv-SE"/>
        </w:rPr>
        <w:t>Jesu auktoritet ifrågasätts</w:t>
      </w:r>
    </w:p>
    <w:p w14:paraId="73F52CB5" w14:textId="4DC9B5A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kommit till templet kom de fram till honom medan han undervisade, översteprästerna och folkets äldste som sade: ”Med vilken auktoritet gör du detta? Och vem har gett dig denna auktoritet?”{{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svarade och sade till dem: ”Jag ska fråga er, också jag, ett </w:t>
      </w:r>
      <w:r w:rsidRPr="0096445B">
        <w:rPr>
          <w:i/>
          <w:lang w:val="sv-SE"/>
        </w:rPr>
        <w:t>enda</w:t>
      </w:r>
      <w:r w:rsidRPr="0096445B">
        <w:rPr>
          <w:lang w:val="sv-SE"/>
        </w:rPr>
        <w:t xml:space="preserve"> ord. Om ni säger mig det, ska också jag säga er med vilken auktoritet jag gör </w:t>
      </w:r>
      <w:proofErr w:type="gramStart"/>
      <w:r w:rsidRPr="0096445B">
        <w:rPr>
          <w:lang w:val="sv-SE"/>
        </w:rPr>
        <w:t>detta.{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}}Johannes</w:t>
      </w:r>
      <w:proofErr w:type="gramEnd"/>
      <w:r w:rsidRPr="0096445B">
        <w:rPr>
          <w:lang w:val="sv-SE"/>
        </w:rPr>
        <w:t xml:space="preserve"> dop, varifrån var det? Från himlen? Eller från människor?”{{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FC10A47" w14:textId="00E534C9"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funderade bland sig och sade: ”Om vi säger: Från himlen, kommer han att säga till oss: Varför trodde ni då inte på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vi säger: Från människor, fruktar vi folket. För alla håller Johannes som profet.”{{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svarade Jesus och sade: ”Vi vet inte.” Han sade till dem, också han: ”Inte heller jag säger er med vilken auktoritet jag gör detta.”{{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BB3F645" w14:textId="77777777" w:rsidR="00BA33AB" w:rsidRPr="0096445B" w:rsidRDefault="00000000">
      <w:pPr>
        <w:pStyle w:val="Rubrik3"/>
        <w:rPr>
          <w:lang w:val="sv-SE"/>
        </w:rPr>
      </w:pPr>
      <w:r w:rsidRPr="0096445B">
        <w:rPr>
          <w:lang w:val="sv-SE"/>
        </w:rPr>
        <w:t>Liknelsen om de två barnen</w:t>
      </w:r>
    </w:p>
    <w:p w14:paraId="51FBA2E9" w14:textId="306D004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}}”Men vad tänker ni er? En man hade två barn. Och han gick till den förste och sade: Barn, bege dig idag </w:t>
      </w:r>
      <w:r w:rsidRPr="0096445B">
        <w:rPr>
          <w:i/>
          <w:lang w:val="sv-SE"/>
        </w:rPr>
        <w:t>och</w:t>
      </w:r>
      <w:r w:rsidRPr="0096445B">
        <w:rPr>
          <w:lang w:val="sv-SE"/>
        </w:rPr>
        <w:t xml:space="preserve"> arbeta i </w:t>
      </w:r>
      <w:proofErr w:type="gramStart"/>
      <w:r w:rsidRPr="0096445B">
        <w:rPr>
          <w:lang w:val="sv-SE"/>
        </w:rPr>
        <w:t>vingården.{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och sade: Jag vill inte. Men </w:t>
      </w:r>
      <w:r w:rsidRPr="0096445B">
        <w:rPr>
          <w:i/>
          <w:lang w:val="sv-SE"/>
        </w:rPr>
        <w:t>till</w:t>
      </w:r>
      <w:r w:rsidRPr="0096445B">
        <w:rPr>
          <w:lang w:val="sv-SE"/>
        </w:rPr>
        <w:t xml:space="preserve"> sist ångrade han sig och gick </w:t>
      </w:r>
      <w:proofErr w:type="gramStart"/>
      <w:r w:rsidRPr="0096445B">
        <w:rPr>
          <w:lang w:val="sv-SE"/>
        </w:rPr>
        <w:t>iväg.{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gick till den andre och sade på samma sätt. Och han svarade och sade: Jag </w:t>
      </w:r>
      <w:r w:rsidRPr="0096445B">
        <w:rPr>
          <w:i/>
          <w:lang w:val="sv-SE"/>
        </w:rPr>
        <w:t>går</w:t>
      </w:r>
      <w:r w:rsidRPr="0096445B">
        <w:rPr>
          <w:lang w:val="sv-SE"/>
        </w:rPr>
        <w:t xml:space="preserve">, Herre. Och han gick inte </w:t>
      </w:r>
      <w:proofErr w:type="gramStart"/>
      <w:r w:rsidRPr="0096445B">
        <w:rPr>
          <w:lang w:val="sv-SE"/>
        </w:rPr>
        <w:t>iväg.{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w:t>
      </w:r>
      <w:r w:rsidRPr="0096445B">
        <w:rPr>
          <w:lang w:val="sv-SE"/>
        </w:rPr>
        <w:lastRenderedPageBreak/>
        <w:t>21:31]]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}}Vem</w:t>
      </w:r>
      <w:proofErr w:type="gramEnd"/>
      <w:r w:rsidRPr="0096445B">
        <w:rPr>
          <w:lang w:val="sv-SE"/>
        </w:rPr>
        <w:t xml:space="preserve"> av de två gjorde faderns vilja?” De säger: ”Den förste.”{{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DA5A96C" w14:textId="4FFDD903"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w:t>
      </w:r>
      <w:r w:rsidRPr="0096445B">
        <w:rPr>
          <w:i/>
          <w:lang w:val="sv-SE"/>
        </w:rPr>
        <w:t>Då</w:t>
      </w:r>
      <w:proofErr w:type="gramEnd"/>
      <w:r w:rsidRPr="0096445B">
        <w:rPr>
          <w:lang w:val="sv-SE"/>
        </w:rPr>
        <w:t xml:space="preserve"> säger Jesus till dem: ”Amen, jag säger er att tullindrivarna och skökorna går före er in i Guds </w:t>
      </w:r>
      <w:proofErr w:type="gramStart"/>
      <w:r w:rsidRPr="0096445B">
        <w:rPr>
          <w:lang w:val="sv-SE"/>
        </w:rPr>
        <w:t>rike.{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Johannes kom till er på rättfärdighetens väg, och ni trodde inte på honom. Men tullindrivarna och skökorna trodde på honom. Och ni såg </w:t>
      </w:r>
      <w:r w:rsidRPr="0096445B">
        <w:rPr>
          <w:i/>
          <w:lang w:val="sv-SE"/>
        </w:rPr>
        <w:t>det</w:t>
      </w:r>
      <w:r w:rsidRPr="0096445B">
        <w:rPr>
          <w:lang w:val="sv-SE"/>
        </w:rPr>
        <w:t xml:space="preserve">, </w:t>
      </w:r>
      <w:r w:rsidRPr="0096445B">
        <w:rPr>
          <w:i/>
          <w:lang w:val="sv-SE"/>
        </w:rPr>
        <w:t>men</w:t>
      </w:r>
      <w:r w:rsidRPr="0096445B">
        <w:rPr>
          <w:lang w:val="sv-SE"/>
        </w:rPr>
        <w:t xml:space="preserve"> ni ångrade er inte ens </w:t>
      </w:r>
      <w:r w:rsidRPr="0096445B">
        <w:rPr>
          <w:i/>
          <w:lang w:val="sv-SE"/>
        </w:rPr>
        <w:t>till</w:t>
      </w:r>
      <w:r w:rsidRPr="0096445B">
        <w:rPr>
          <w:lang w:val="sv-SE"/>
        </w:rPr>
        <w:t xml:space="preserve"> sist för att tro på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76179D7" w14:textId="77777777" w:rsidR="00BA33AB" w:rsidRPr="0096445B" w:rsidRDefault="00000000">
      <w:pPr>
        <w:pStyle w:val="Rubrik3"/>
        <w:rPr>
          <w:lang w:val="sv-SE"/>
        </w:rPr>
      </w:pPr>
      <w:r w:rsidRPr="0096445B">
        <w:rPr>
          <w:lang w:val="sv-SE"/>
        </w:rPr>
        <w:t>Liknelsen om de onda vinodlarna</w:t>
      </w:r>
    </w:p>
    <w:p w14:paraId="118BEC46" w14:textId="088C253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}}En</w:t>
      </w:r>
      <w:proofErr w:type="gramEnd"/>
      <w:r w:rsidRPr="0096445B">
        <w:rPr>
          <w:lang w:val="sv-SE"/>
        </w:rPr>
        <w:t xml:space="preserve"> annan liknelse ska ni höra: Det fanns en hushärskande man som planterade en vingård. Och stängsel satte han runt den, och han grävde i den en vinpress och byggde ett torn och arrenderade ut den till odlare och reste </w:t>
      </w:r>
      <w:proofErr w:type="gramStart"/>
      <w:r w:rsidRPr="0096445B">
        <w:rPr>
          <w:lang w:val="sv-SE"/>
        </w:rPr>
        <w:t>bort.{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FF3F1A0" w14:textId="57F06E1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frukternas tid närmade sig, sände han sina fasttjänare till odlarna </w:t>
      </w:r>
      <w:r w:rsidRPr="0096445B">
        <w:rPr>
          <w:i/>
          <w:lang w:val="sv-SE"/>
        </w:rPr>
        <w:t>för</w:t>
      </w:r>
      <w:r w:rsidRPr="0096445B">
        <w:rPr>
          <w:lang w:val="sv-SE"/>
        </w:rPr>
        <w:t xml:space="preserve"> att få sina </w:t>
      </w:r>
      <w:proofErr w:type="gramStart"/>
      <w:r w:rsidRPr="0096445B">
        <w:rPr>
          <w:lang w:val="sv-SE"/>
        </w:rPr>
        <w:t>frukter.{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odlarna tog hans fasttjänare: en pryglade de, och en dödade de, och en stenade </w:t>
      </w:r>
      <w:proofErr w:type="gramStart"/>
      <w:r w:rsidRPr="0096445B">
        <w:rPr>
          <w:lang w:val="sv-SE"/>
        </w:rPr>
        <w:t>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}}Åter</w:t>
      </w:r>
      <w:proofErr w:type="gramEnd"/>
      <w:r w:rsidRPr="0096445B">
        <w:rPr>
          <w:lang w:val="sv-SE"/>
        </w:rPr>
        <w:t xml:space="preserve"> sände han andra fasttjänare, fler än de första. Och de gjorde mot dem på samma </w:t>
      </w:r>
      <w:proofErr w:type="gramStart"/>
      <w:r w:rsidRPr="0096445B">
        <w:rPr>
          <w:lang w:val="sv-SE"/>
        </w:rPr>
        <w:t>sätt.{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C8969CF" w14:textId="050175C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w:t>
      </w:r>
      <w:r w:rsidRPr="0096445B">
        <w:rPr>
          <w:i/>
          <w:lang w:val="sv-SE"/>
        </w:rPr>
        <w:t>till</w:t>
      </w:r>
      <w:r w:rsidRPr="0096445B">
        <w:rPr>
          <w:lang w:val="sv-SE"/>
        </w:rPr>
        <w:t xml:space="preserve"> sist sände han till dem sin son och sade: De kommer att ha respekt för min </w:t>
      </w:r>
      <w:proofErr w:type="gramStart"/>
      <w:r w:rsidRPr="0096445B">
        <w:rPr>
          <w:lang w:val="sv-SE"/>
        </w:rPr>
        <w:t>son.{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odlarna såg sonen, sade de bland sig: Denne är arvingen! Kom, låt oss döda honom och få hans </w:t>
      </w:r>
      <w:proofErr w:type="gramStart"/>
      <w:r w:rsidRPr="0096445B">
        <w:rPr>
          <w:lang w:val="sv-SE"/>
        </w:rPr>
        <w:t>arv.{</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tog honom och kastade ut utanför vingården och </w:t>
      </w:r>
      <w:proofErr w:type="gramStart"/>
      <w:r w:rsidRPr="0096445B">
        <w:rPr>
          <w:lang w:val="sv-SE"/>
        </w:rPr>
        <w:t>dödade.{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21:40]]</w:t>
      </w:r>
      <w:r w:rsidRPr="0096445B">
        <w:rPr>
          <w:vertAlign w:val="superscript"/>
          <w:lang w:val="sv-SE"/>
        </w:rPr>
        <w:t>40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}}När</w:t>
      </w:r>
      <w:proofErr w:type="gramEnd"/>
      <w:r w:rsidRPr="0096445B">
        <w:rPr>
          <w:lang w:val="sv-SE"/>
        </w:rPr>
        <w:t xml:space="preserve"> vingårdens Herre nu kommer, vad ska han göra med dessa odlare?”{{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EACE625" w14:textId="34AB335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21:41]]</w:t>
      </w:r>
      <w:r w:rsidRPr="0096445B">
        <w:rPr>
          <w:vertAlign w:val="superscript"/>
          <w:lang w:val="sv-SE"/>
        </w:rPr>
        <w:t>41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w:t>
      </w:r>
      <w:proofErr w:type="gramEnd"/>
      <w:r w:rsidRPr="0096445B">
        <w:rPr>
          <w:lang w:val="sv-SE"/>
        </w:rPr>
        <w:t xml:space="preserve"> säger honom: ”Onda </w:t>
      </w:r>
      <w:r w:rsidRPr="0096445B">
        <w:rPr>
          <w:i/>
          <w:lang w:val="sv-SE"/>
        </w:rPr>
        <w:t>är de</w:t>
      </w:r>
      <w:r w:rsidRPr="0096445B">
        <w:rPr>
          <w:lang w:val="sv-SE"/>
        </w:rPr>
        <w:t xml:space="preserve">, ont ska han förgöra dem. Och vingården ska han arrendera ut till andra odlare som avger åt honom frukterna vid sina </w:t>
      </w:r>
      <w:r w:rsidRPr="0096445B">
        <w:rPr>
          <w:i/>
          <w:lang w:val="sv-SE"/>
        </w:rPr>
        <w:t>bestämda</w:t>
      </w:r>
      <w:r w:rsidRPr="0096445B">
        <w:rPr>
          <w:lang w:val="sv-SE"/>
        </w:rPr>
        <w:t xml:space="preserve"> tider.”{{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}}Jesus</w:t>
      </w:r>
      <w:proofErr w:type="gramEnd"/>
      <w:r w:rsidRPr="0096445B">
        <w:rPr>
          <w:lang w:val="sv-SE"/>
        </w:rPr>
        <w:t xml:space="preserve"> säger till dem: ”Har ni aldrig läst i </w:t>
      </w:r>
      <w:proofErr w:type="gramStart"/>
      <w:r w:rsidRPr="0096445B">
        <w:rPr>
          <w:lang w:val="sv-SE"/>
        </w:rPr>
        <w:t>Skrifterna:{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A05D8E9" w14:textId="77777777"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}}Stenen</w:t>
      </w:r>
      <w:proofErr w:type="gramEnd"/>
      <w:r w:rsidRPr="0096445B">
        <w:rPr>
          <w:lang w:val="sv-SE"/>
        </w:rPr>
        <w:t xml:space="preserve"> som husbyggarna förkastade,</w:t>
      </w:r>
      <w:r w:rsidRPr="0096445B">
        <w:rPr>
          <w:lang w:val="sv-SE"/>
        </w:rPr>
        <w:br/>
        <w:t>den blev till huvudhörn</w:t>
      </w:r>
      <w:r w:rsidRPr="0096445B">
        <w:rPr>
          <w:i/>
          <w:lang w:val="sv-SE"/>
        </w:rPr>
        <w:t>sten</w:t>
      </w:r>
      <w:r w:rsidRPr="0096445B">
        <w:rPr>
          <w:lang w:val="sv-SE"/>
        </w:rPr>
        <w:t>.</w:t>
      </w:r>
      <w:r w:rsidRPr="0096445B">
        <w:rPr>
          <w:lang w:val="sv-SE"/>
        </w:rPr>
        <w:br/>
        <w:t>Från Herren kom den,</w:t>
      </w:r>
      <w:r w:rsidRPr="0096445B">
        <w:rPr>
          <w:lang w:val="sv-SE"/>
        </w:rPr>
        <w:br/>
        <w:t xml:space="preserve">och den är förunderlig i våra </w:t>
      </w:r>
      <w:proofErr w:type="gramStart"/>
      <w:r w:rsidRPr="0096445B">
        <w:rPr>
          <w:lang w:val="sv-SE"/>
        </w:rPr>
        <w:t>ögon.{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D5F1059" w14:textId="747DE87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}}Därför</w:t>
      </w:r>
      <w:proofErr w:type="gramEnd"/>
      <w:r w:rsidRPr="0096445B">
        <w:rPr>
          <w:lang w:val="sv-SE"/>
        </w:rPr>
        <w:t xml:space="preserve"> säger jag er att Guds rike ska tas ifrån er och ges till ett folkslag som gör dess </w:t>
      </w:r>
      <w:proofErr w:type="gramStart"/>
      <w:r w:rsidRPr="0096445B">
        <w:rPr>
          <w:lang w:val="sv-SE"/>
        </w:rPr>
        <w:t>frukter.{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gramEnd"/>
      <w:r w:rsidRPr="0096445B">
        <w:rPr>
          <w:lang w:val="sv-SE"/>
        </w:rPr>
        <w:t>Och den som faller på denna sten ska bli sönderkrossad, och den på vilken den faller, honom ska den söndersmula.]”{{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3031EE4" w14:textId="3DA81797"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översteprästerna och fariseerna hörde hans liknelser, förstod de att </w:t>
      </w:r>
      <w:r w:rsidRPr="0096445B">
        <w:rPr>
          <w:i/>
          <w:lang w:val="sv-SE"/>
        </w:rPr>
        <w:t>det är</w:t>
      </w:r>
      <w:r w:rsidRPr="0096445B">
        <w:rPr>
          <w:lang w:val="sv-SE"/>
        </w:rPr>
        <w:t xml:space="preserve"> om dem han </w:t>
      </w:r>
      <w:proofErr w:type="gramStart"/>
      <w:r w:rsidRPr="0096445B">
        <w:rPr>
          <w:lang w:val="sv-SE"/>
        </w:rPr>
        <w:t>talar.{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21:46]]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sökte gripa honom </w:t>
      </w:r>
      <w:r w:rsidRPr="0096445B">
        <w:rPr>
          <w:i/>
          <w:lang w:val="sv-SE"/>
        </w:rPr>
        <w:t>men</w:t>
      </w:r>
      <w:r w:rsidRPr="0096445B">
        <w:rPr>
          <w:lang w:val="sv-SE"/>
        </w:rPr>
        <w:t xml:space="preserve"> fruktade skarorna, då de höll honom för </w:t>
      </w:r>
      <w:proofErr w:type="gramStart"/>
      <w:r w:rsidRPr="0096445B">
        <w:rPr>
          <w:lang w:val="sv-SE"/>
        </w:rPr>
        <w:t>profet.{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9C4F4B5" w14:textId="6635BE2C"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w:t>
      </w:r>
      <w:proofErr w:type="gramStart"/>
      <w:r w:rsidRPr="0096445B">
        <w:rPr>
          <w:lang w:val="sv-SE"/>
        </w:rPr>
        <w:t>]]Kapitel</w:t>
      </w:r>
      <w:proofErr w:type="gramEnd"/>
      <w:r w:rsidRPr="0096445B">
        <w:rPr>
          <w:lang w:val="sv-SE"/>
        </w:rPr>
        <w:t xml:space="preserve"> 22</w:t>
      </w:r>
    </w:p>
    <w:p w14:paraId="73ECA289" w14:textId="77777777" w:rsidR="00BA33AB" w:rsidRPr="0096445B" w:rsidRDefault="00000000">
      <w:pPr>
        <w:pStyle w:val="Rubrik3"/>
        <w:rPr>
          <w:lang w:val="sv-SE"/>
        </w:rPr>
      </w:pPr>
      <w:r w:rsidRPr="0096445B">
        <w:rPr>
          <w:lang w:val="sv-SE"/>
        </w:rPr>
        <w:t>Liknelsen om kungasonens bröllop</w:t>
      </w:r>
    </w:p>
    <w:p w14:paraId="5824595B" w14:textId="66C7FA3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svarade åter och talade i liknelser till dem och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}}”Himlarnas rike har liknats vid en kungaman som gjorde bröllopsfest för sin </w:t>
      </w:r>
      <w:proofErr w:type="gramStart"/>
      <w:r w:rsidRPr="0096445B">
        <w:rPr>
          <w:lang w:val="sv-SE"/>
        </w:rPr>
        <w:t>son.{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sände ut sina fasttjänare att kalla de inbjudna till bröllopsfesten. Och de ville inte </w:t>
      </w:r>
      <w:proofErr w:type="gramStart"/>
      <w:r w:rsidRPr="0096445B">
        <w:rPr>
          <w:lang w:val="sv-SE"/>
        </w:rPr>
        <w:t>komma.{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584CE01" w14:textId="7EF3D78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}}Åter</w:t>
      </w:r>
      <w:proofErr w:type="gramEnd"/>
      <w:r w:rsidRPr="0096445B">
        <w:rPr>
          <w:lang w:val="sv-SE"/>
        </w:rPr>
        <w:t xml:space="preserve"> sände han ut andra fasttjänare och sade: Säg till de inbjudna: Se, min lunch har jag berett. Mina tjurar och göddjur </w:t>
      </w:r>
      <w:r w:rsidRPr="0096445B">
        <w:rPr>
          <w:i/>
          <w:lang w:val="sv-SE"/>
        </w:rPr>
        <w:t>är</w:t>
      </w:r>
      <w:r w:rsidRPr="0096445B">
        <w:rPr>
          <w:lang w:val="sv-SE"/>
        </w:rPr>
        <w:t xml:space="preserve"> slaktoffrade och allt </w:t>
      </w:r>
      <w:r w:rsidRPr="0096445B">
        <w:rPr>
          <w:i/>
          <w:lang w:val="sv-SE"/>
        </w:rPr>
        <w:t>är</w:t>
      </w:r>
      <w:r w:rsidRPr="0096445B">
        <w:rPr>
          <w:lang w:val="sv-SE"/>
        </w:rPr>
        <w:t xml:space="preserve"> berett. Kom till </w:t>
      </w:r>
      <w:proofErr w:type="gramStart"/>
      <w:r w:rsidRPr="0096445B">
        <w:rPr>
          <w:lang w:val="sv-SE"/>
        </w:rPr>
        <w:t>bröllopsfesten!{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 brydde sig inte </w:t>
      </w:r>
      <w:r w:rsidRPr="0096445B">
        <w:rPr>
          <w:i/>
          <w:lang w:val="sv-SE"/>
        </w:rPr>
        <w:t>utan</w:t>
      </w:r>
      <w:r w:rsidRPr="0096445B">
        <w:rPr>
          <w:lang w:val="sv-SE"/>
        </w:rPr>
        <w:t xml:space="preserve"> gick </w:t>
      </w:r>
      <w:proofErr w:type="gramStart"/>
      <w:r w:rsidRPr="0096445B">
        <w:rPr>
          <w:lang w:val="sv-SE"/>
        </w:rPr>
        <w:t>iväg</w:t>
      </w:r>
      <w:proofErr w:type="gramEnd"/>
      <w:r w:rsidRPr="0096445B">
        <w:rPr>
          <w:lang w:val="sv-SE"/>
        </w:rPr>
        <w:t xml:space="preserve">, en till </w:t>
      </w:r>
      <w:r w:rsidRPr="0096445B">
        <w:rPr>
          <w:i/>
          <w:lang w:val="sv-SE"/>
        </w:rPr>
        <w:t>sin</w:t>
      </w:r>
      <w:r w:rsidRPr="0096445B">
        <w:rPr>
          <w:lang w:val="sv-SE"/>
        </w:rPr>
        <w:t xml:space="preserve"> egen åker, en annan till sina </w:t>
      </w:r>
      <w:proofErr w:type="gramStart"/>
      <w:r w:rsidRPr="0096445B">
        <w:rPr>
          <w:lang w:val="sv-SE"/>
        </w:rPr>
        <w:t>affärer.{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övriga grep hans fasttjänare och skymfade och </w:t>
      </w:r>
      <w:proofErr w:type="gramStart"/>
      <w:r w:rsidRPr="0096445B">
        <w:rPr>
          <w:lang w:val="sv-SE"/>
        </w:rPr>
        <w:t>dödade.{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2DFBCF3" w14:textId="5230C65F" w:rsidR="00BA33AB" w:rsidRPr="0096445B" w:rsidRDefault="00000000">
      <w:pPr>
        <w:rPr>
          <w:lang w:val="sv-SE"/>
        </w:rPr>
      </w:pPr>
      <w:r w:rsidRPr="0096445B">
        <w:rPr>
          <w:lang w:val="sv-SE"/>
        </w:rPr>
        <w:t>[[@</w:t>
      </w:r>
      <w:r w:rsidR="0096445B" w:rsidRPr="0096445B">
        <w:rPr>
          <w:lang w:val="sv-SE"/>
        </w:rPr>
        <w:t>BibleBIBEL82</w:t>
      </w:r>
      <w:r w:rsidRPr="0096445B">
        <w:rPr>
          <w:lang w:val="sv-SE"/>
        </w:rPr>
        <w:t>:Matt 22:7]]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}}Men kungen vredgades och skickade sina trupper och förgjorde dessa mördare, och deras stad stack han i brand.{{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}}Sedan säger han till sina fasttjänare: Bröllopet är berett, men de inbjudna var inte värdiga.{{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 xml:space="preserve">}}Gå nu till vägarnas utvägar, och </w:t>
      </w:r>
      <w:r w:rsidRPr="0096445B">
        <w:rPr>
          <w:i/>
          <w:lang w:val="sv-SE"/>
        </w:rPr>
        <w:t>alla</w:t>
      </w:r>
      <w:r w:rsidRPr="0096445B">
        <w:rPr>
          <w:lang w:val="sv-SE"/>
        </w:rPr>
        <w:t xml:space="preserve"> som ni finner ska ni bjuda till bröllopsfesten.{{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 xml:space="preserve">}}Och ut gick dessa fasttjänare till vägarna och samlade alla som de fann, både onda och goda. Och bröllopet fylldes med </w:t>
      </w:r>
      <w:r w:rsidRPr="0096445B">
        <w:rPr>
          <w:i/>
          <w:lang w:val="sv-SE"/>
        </w:rPr>
        <w:t>dem</w:t>
      </w:r>
      <w:r w:rsidRPr="0096445B">
        <w:rPr>
          <w:lang w:val="sv-SE"/>
        </w:rPr>
        <w:t xml:space="preserve"> som låg </w:t>
      </w:r>
      <w:r w:rsidRPr="0096445B">
        <w:rPr>
          <w:i/>
          <w:lang w:val="sv-SE"/>
        </w:rPr>
        <w:t xml:space="preserve">till </w:t>
      </w:r>
      <w:proofErr w:type="gramStart"/>
      <w:r w:rsidRPr="0096445B">
        <w:rPr>
          <w:i/>
          <w:lang w:val="sv-SE"/>
        </w:rPr>
        <w:t>bords</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C60A625" w14:textId="4D1B0FE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kungen kom in </w:t>
      </w:r>
      <w:r w:rsidRPr="0096445B">
        <w:rPr>
          <w:i/>
          <w:lang w:val="sv-SE"/>
        </w:rPr>
        <w:t>för</w:t>
      </w:r>
      <w:r w:rsidRPr="0096445B">
        <w:rPr>
          <w:lang w:val="sv-SE"/>
        </w:rPr>
        <w:t xml:space="preserve"> att skåda dem som låg </w:t>
      </w:r>
      <w:r w:rsidRPr="0096445B">
        <w:rPr>
          <w:i/>
          <w:lang w:val="sv-SE"/>
        </w:rPr>
        <w:t>till bords</w:t>
      </w:r>
      <w:r w:rsidRPr="0096445B">
        <w:rPr>
          <w:lang w:val="sv-SE"/>
        </w:rPr>
        <w:t xml:space="preserve">, såg han där en människa </w:t>
      </w:r>
      <w:r w:rsidRPr="0096445B">
        <w:rPr>
          <w:i/>
          <w:lang w:val="sv-SE"/>
        </w:rPr>
        <w:t>som</w:t>
      </w:r>
      <w:r w:rsidRPr="0096445B">
        <w:rPr>
          <w:lang w:val="sv-SE"/>
        </w:rPr>
        <w:t xml:space="preserve"> inte </w:t>
      </w:r>
      <w:r w:rsidRPr="0096445B">
        <w:rPr>
          <w:i/>
          <w:lang w:val="sv-SE"/>
        </w:rPr>
        <w:t>var</w:t>
      </w:r>
      <w:r w:rsidRPr="0096445B">
        <w:rPr>
          <w:lang w:val="sv-SE"/>
        </w:rPr>
        <w:t xml:space="preserve"> iklädd </w:t>
      </w:r>
      <w:proofErr w:type="gramStart"/>
      <w:r w:rsidRPr="0096445B">
        <w:rPr>
          <w:lang w:val="sv-SE"/>
        </w:rPr>
        <w:t>bröllopsklädsel.{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säger till honom: </w:t>
      </w:r>
      <w:r w:rsidRPr="0096445B">
        <w:rPr>
          <w:i/>
          <w:lang w:val="sv-SE"/>
        </w:rPr>
        <w:t>Min</w:t>
      </w:r>
      <w:r w:rsidRPr="0096445B">
        <w:rPr>
          <w:lang w:val="sv-SE"/>
        </w:rPr>
        <w:t xml:space="preserve"> vän, hur kom du in hit när du inte har bröllopsklädsel? Men han var </w:t>
      </w:r>
      <w:proofErr w:type="gramStart"/>
      <w:r w:rsidRPr="0096445B">
        <w:rPr>
          <w:lang w:val="sv-SE"/>
        </w:rPr>
        <w:t>tilltäppt.{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sade kungen till tjänarna: Bind hans fötter och händer och kasta ut honom i det yttre mörkret. Där blir gråten och tändernas </w:t>
      </w:r>
      <w:proofErr w:type="gramStart"/>
      <w:r w:rsidRPr="0096445B">
        <w:rPr>
          <w:lang w:val="sv-SE"/>
        </w:rPr>
        <w:t>gnissel.{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}}Många</w:t>
      </w:r>
      <w:proofErr w:type="gramEnd"/>
      <w:r w:rsidRPr="0096445B">
        <w:rPr>
          <w:lang w:val="sv-SE"/>
        </w:rPr>
        <w:t xml:space="preserve"> är nämligen kallade, men få är utvalda.”{{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2D2BA8C" w14:textId="77777777" w:rsidR="00BA33AB" w:rsidRPr="0096445B" w:rsidRDefault="00000000">
      <w:pPr>
        <w:pStyle w:val="Rubrik3"/>
        <w:rPr>
          <w:lang w:val="sv-SE"/>
        </w:rPr>
      </w:pPr>
      <w:r w:rsidRPr="0096445B">
        <w:rPr>
          <w:lang w:val="sv-SE"/>
        </w:rPr>
        <w:t>Skatt till kejsaren</w:t>
      </w:r>
    </w:p>
    <w:p w14:paraId="794B7648" w14:textId="2086BBA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gick fariseerna och tog beslut </w:t>
      </w:r>
      <w:r w:rsidRPr="0096445B">
        <w:rPr>
          <w:i/>
          <w:lang w:val="sv-SE"/>
        </w:rPr>
        <w:t>om</w:t>
      </w:r>
      <w:r w:rsidRPr="0096445B">
        <w:rPr>
          <w:lang w:val="sv-SE"/>
        </w:rPr>
        <w:t xml:space="preserve"> att snärja honom genom ord.{{</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sänder till honom sina lärjungar med </w:t>
      </w:r>
      <w:proofErr w:type="spellStart"/>
      <w:r w:rsidRPr="0096445B">
        <w:rPr>
          <w:lang w:val="sv-SE"/>
        </w:rPr>
        <w:t>herodianerna</w:t>
      </w:r>
      <w:proofErr w:type="spellEnd"/>
      <w:r w:rsidRPr="0096445B">
        <w:rPr>
          <w:lang w:val="sv-SE"/>
        </w:rPr>
        <w:t xml:space="preserve"> och säger: ”Lärare, vi vet att du är sann. Och Guds väg lär du i sanning ut och bryr dig inte om någon, för du ser inte till människors </w:t>
      </w:r>
      <w:proofErr w:type="gramStart"/>
      <w:r w:rsidRPr="0096445B">
        <w:rPr>
          <w:lang w:val="sv-SE"/>
        </w:rPr>
        <w:t>ansikte.{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}}Säg</w:t>
      </w:r>
      <w:proofErr w:type="gramEnd"/>
      <w:r w:rsidRPr="0096445B">
        <w:rPr>
          <w:lang w:val="sv-SE"/>
        </w:rPr>
        <w:t xml:space="preserve"> </w:t>
      </w:r>
      <w:r w:rsidRPr="0096445B">
        <w:rPr>
          <w:lang w:val="sv-SE"/>
        </w:rPr>
        <w:lastRenderedPageBreak/>
        <w:t>oss nu, vad tänker du dig: Är det tillåtet att ge huvudskatt till kejsaren eller inte?”{{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F0597CC" w14:textId="4DE9679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förstod deras ondska och sade: ”Varför prövar ni mig, </w:t>
      </w:r>
      <w:proofErr w:type="gramStart"/>
      <w:r w:rsidRPr="0096445B">
        <w:rPr>
          <w:lang w:val="sv-SE"/>
        </w:rPr>
        <w:t>hycklare?{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}}Visa</w:t>
      </w:r>
      <w:proofErr w:type="gramEnd"/>
      <w:r w:rsidRPr="0096445B">
        <w:rPr>
          <w:lang w:val="sv-SE"/>
        </w:rPr>
        <w:t xml:space="preserve"> mig myntet för huvudskatten.” Och de bar fram till honom en </w:t>
      </w:r>
      <w:proofErr w:type="gramStart"/>
      <w:r w:rsidRPr="0096445B">
        <w:rPr>
          <w:lang w:val="sv-SE"/>
        </w:rPr>
        <w:t>denar,{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säger till dem: ”Vems </w:t>
      </w:r>
      <w:r w:rsidRPr="0096445B">
        <w:rPr>
          <w:i/>
          <w:lang w:val="sv-SE"/>
        </w:rPr>
        <w:t>är</w:t>
      </w:r>
      <w:r w:rsidRPr="0096445B">
        <w:rPr>
          <w:lang w:val="sv-SE"/>
        </w:rPr>
        <w:t xml:space="preserve"> denna bild och överskrift?”{{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w:t>
      </w:r>
      <w:proofErr w:type="gramEnd"/>
      <w:r w:rsidRPr="0096445B">
        <w:rPr>
          <w:lang w:val="sv-SE"/>
        </w:rPr>
        <w:t xml:space="preserve"> säger till honom: ”Kejsarens.” Då säger han dem: ”Ge då tillbaka det </w:t>
      </w:r>
      <w:r w:rsidRPr="0096445B">
        <w:rPr>
          <w:i/>
          <w:lang w:val="sv-SE"/>
        </w:rPr>
        <w:t>som är</w:t>
      </w:r>
      <w:r w:rsidRPr="0096445B">
        <w:rPr>
          <w:lang w:val="sv-SE"/>
        </w:rPr>
        <w:t xml:space="preserve"> kejsarens till kejsaren, och det </w:t>
      </w:r>
      <w:r w:rsidRPr="0096445B">
        <w:rPr>
          <w:i/>
          <w:lang w:val="sv-SE"/>
        </w:rPr>
        <w:t>som är</w:t>
      </w:r>
      <w:r w:rsidRPr="0096445B">
        <w:rPr>
          <w:lang w:val="sv-SE"/>
        </w:rPr>
        <w:t xml:space="preserve"> Guds till Gud.”{{</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hörde </w:t>
      </w:r>
      <w:r w:rsidRPr="0096445B">
        <w:rPr>
          <w:i/>
          <w:lang w:val="sv-SE"/>
        </w:rPr>
        <w:t>det</w:t>
      </w:r>
      <w:r w:rsidRPr="0096445B">
        <w:rPr>
          <w:lang w:val="sv-SE"/>
        </w:rPr>
        <w:t xml:space="preserve">, var de förundrade. Och de lämnade honom och gick </w:t>
      </w:r>
      <w:proofErr w:type="gramStart"/>
      <w:r w:rsidRPr="0096445B">
        <w:rPr>
          <w:lang w:val="sv-SE"/>
        </w:rPr>
        <w:t>iväg.{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49D5FD2" w14:textId="77777777" w:rsidR="00BA33AB" w:rsidRPr="0096445B" w:rsidRDefault="00000000">
      <w:pPr>
        <w:pStyle w:val="Rubrik3"/>
        <w:rPr>
          <w:lang w:val="sv-SE"/>
        </w:rPr>
      </w:pPr>
      <w:r w:rsidRPr="0096445B">
        <w:rPr>
          <w:lang w:val="sv-SE"/>
        </w:rPr>
        <w:t>Frågan om uppståndelsen</w:t>
      </w:r>
    </w:p>
    <w:p w14:paraId="5471FF03" w14:textId="34DD53A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}}På</w:t>
      </w:r>
      <w:proofErr w:type="gramEnd"/>
      <w:r w:rsidRPr="0096445B">
        <w:rPr>
          <w:lang w:val="sv-SE"/>
        </w:rPr>
        <w:t xml:space="preserve"> den dagen kom </w:t>
      </w:r>
      <w:r w:rsidRPr="0096445B">
        <w:rPr>
          <w:i/>
          <w:lang w:val="sv-SE"/>
        </w:rPr>
        <w:t>det</w:t>
      </w:r>
      <w:r w:rsidRPr="0096445B">
        <w:rPr>
          <w:lang w:val="sv-SE"/>
        </w:rPr>
        <w:t xml:space="preserve"> fram till honom </w:t>
      </w:r>
      <w:proofErr w:type="spellStart"/>
      <w:r w:rsidRPr="0096445B">
        <w:rPr>
          <w:lang w:val="sv-SE"/>
        </w:rPr>
        <w:t>saddukeer</w:t>
      </w:r>
      <w:proofErr w:type="spellEnd"/>
      <w:r w:rsidRPr="0096445B">
        <w:rPr>
          <w:lang w:val="sv-SE"/>
        </w:rPr>
        <w:t>, som säger att ingen uppståndelse finns, och de frågade honom{{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”Lärare, Mose har sagt: Om någon dör och inte har barn, ska hans bror släktgifta sig med hans hustru och låta säd uppstå åt sin </w:t>
      </w:r>
      <w:proofErr w:type="gramStart"/>
      <w:r w:rsidRPr="0096445B">
        <w:rPr>
          <w:lang w:val="sv-SE"/>
        </w:rPr>
        <w:t>bror.{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fanns hos oss sju bröder. Och den förste gifte sig och avled. Och då han inte hade säd, lämnade han sin hustru åt sin </w:t>
      </w:r>
      <w:proofErr w:type="gramStart"/>
      <w:r w:rsidRPr="0096445B">
        <w:rPr>
          <w:lang w:val="sv-SE"/>
        </w:rPr>
        <w:t>bror.{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}}Likaså</w:t>
      </w:r>
      <w:proofErr w:type="gramEnd"/>
      <w:r w:rsidRPr="0096445B">
        <w:rPr>
          <w:lang w:val="sv-SE"/>
        </w:rPr>
        <w:t xml:space="preserve"> även den andre, och den tredje, fram till de </w:t>
      </w:r>
      <w:proofErr w:type="gramStart"/>
      <w:r w:rsidRPr="0096445B">
        <w:rPr>
          <w:lang w:val="sv-SE"/>
        </w:rPr>
        <w:t>sju.{</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sist av alla dog </w:t>
      </w:r>
      <w:proofErr w:type="gramStart"/>
      <w:r w:rsidRPr="0096445B">
        <w:rPr>
          <w:lang w:val="sv-SE"/>
        </w:rPr>
        <w:t>kvinnan.{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}}Vid</w:t>
      </w:r>
      <w:proofErr w:type="gramEnd"/>
      <w:r w:rsidRPr="0096445B">
        <w:rPr>
          <w:lang w:val="sv-SE"/>
        </w:rPr>
        <w:t xml:space="preserve"> uppståndelsen, till vem av de sju blir hon då hustru? För alla hade henne.”{{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450FC85" w14:textId="74024A8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svarade och sade till dem: ”Ni förvillar er, då ni inte förstår Skrifterna eller Guds </w:t>
      </w:r>
      <w:proofErr w:type="gramStart"/>
      <w:r w:rsidRPr="0096445B">
        <w:rPr>
          <w:lang w:val="sv-SE"/>
        </w:rPr>
        <w:t>makt.{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vid uppståndelsen varken gifter de sig eller blir bortgifta, utan de är som änglar i </w:t>
      </w:r>
      <w:proofErr w:type="gramStart"/>
      <w:r w:rsidRPr="0096445B">
        <w:rPr>
          <w:lang w:val="sv-SE"/>
        </w:rPr>
        <w:t>himlen.{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1F43968" w14:textId="5E337C5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de dödas uppståndelse, har ni inte läst det </w:t>
      </w:r>
      <w:r w:rsidRPr="0096445B">
        <w:rPr>
          <w:i/>
          <w:lang w:val="sv-SE"/>
        </w:rPr>
        <w:t>som är</w:t>
      </w:r>
      <w:r w:rsidRPr="0096445B">
        <w:rPr>
          <w:lang w:val="sv-SE"/>
        </w:rPr>
        <w:t xml:space="preserve"> sagt till er av Gud, som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}}Jag</w:t>
      </w:r>
      <w:proofErr w:type="gramEnd"/>
      <w:r w:rsidRPr="0096445B">
        <w:rPr>
          <w:lang w:val="sv-SE"/>
        </w:rPr>
        <w:t xml:space="preserve"> är Abrahams Gud och Isaaks Gud och Jakobs Gud? Han är inte dödas Gud utan levandes.”{{</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skarorna hörde </w:t>
      </w:r>
      <w:r w:rsidRPr="0096445B">
        <w:rPr>
          <w:i/>
          <w:lang w:val="sv-SE"/>
        </w:rPr>
        <w:t>det</w:t>
      </w:r>
      <w:r w:rsidRPr="0096445B">
        <w:rPr>
          <w:lang w:val="sv-SE"/>
        </w:rPr>
        <w:t xml:space="preserve">, var de överväldigade vid hans </w:t>
      </w:r>
      <w:proofErr w:type="gramStart"/>
      <w:r w:rsidRPr="0096445B">
        <w:rPr>
          <w:lang w:val="sv-SE"/>
        </w:rPr>
        <w:t>undervisning.{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14B2260" w14:textId="77777777" w:rsidR="00BA33AB" w:rsidRPr="0096445B" w:rsidRDefault="00000000">
      <w:pPr>
        <w:pStyle w:val="Rubrik3"/>
        <w:rPr>
          <w:lang w:val="sv-SE"/>
        </w:rPr>
      </w:pPr>
      <w:r w:rsidRPr="0096445B">
        <w:rPr>
          <w:lang w:val="sv-SE"/>
        </w:rPr>
        <w:t>Det största budet</w:t>
      </w:r>
    </w:p>
    <w:p w14:paraId="2A727D51" w14:textId="37E35955" w:rsidR="00BA33AB" w:rsidRPr="0096445B" w:rsidRDefault="00000000">
      <w:pPr>
        <w:rPr>
          <w:lang w:val="sv-SE"/>
        </w:rPr>
      </w:pPr>
      <w:r w:rsidRPr="0096445B">
        <w:rPr>
          <w:lang w:val="sv-SE"/>
        </w:rPr>
        <w:t>[[@</w:t>
      </w:r>
      <w:r w:rsidR="0096445B" w:rsidRPr="0096445B">
        <w:rPr>
          <w:lang w:val="sv-SE"/>
        </w:rPr>
        <w:t>BibleBIBEL82</w:t>
      </w:r>
      <w:r w:rsidRPr="0096445B">
        <w:rPr>
          <w:lang w:val="sv-SE"/>
        </w:rPr>
        <w:t>:Matt 22:34]]</w:t>
      </w:r>
      <w:r w:rsidRPr="0096445B">
        <w:rPr>
          <w:vertAlign w:val="superscript"/>
          <w:lang w:val="sv-SE"/>
        </w:rPr>
        <w:t>34</w:t>
      </w:r>
      <w:r w:rsidRPr="0096445B">
        <w:rPr>
          <w:lang w:val="sv-SE"/>
        </w:rPr>
        <w:t xml:space="preserve"> {{</w:t>
      </w:r>
      <w:proofErr w:type="spellStart"/>
      <w:r w:rsidRPr="0096445B">
        <w:rPr>
          <w:lang w:val="sv-SE"/>
        </w:rPr>
        <w:t>field-on:bible</w:t>
      </w:r>
      <w:proofErr w:type="spellEnd"/>
      <w:r w:rsidRPr="0096445B">
        <w:rPr>
          <w:lang w:val="sv-SE"/>
        </w:rPr>
        <w:t xml:space="preserve">}}Men fariseerna hörde att han hade täppt till </w:t>
      </w:r>
      <w:proofErr w:type="spellStart"/>
      <w:r w:rsidRPr="0096445B">
        <w:rPr>
          <w:lang w:val="sv-SE"/>
        </w:rPr>
        <w:t>saddukeerna</w:t>
      </w:r>
      <w:proofErr w:type="spellEnd"/>
      <w:r w:rsidRPr="0096445B">
        <w:rPr>
          <w:lang w:val="sv-SE"/>
        </w:rPr>
        <w:t>, och de samlades tillsammans.{{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22:35]]</w:t>
      </w:r>
      <w:r w:rsidRPr="0096445B">
        <w:rPr>
          <w:vertAlign w:val="superscript"/>
          <w:lang w:val="sv-SE"/>
        </w:rPr>
        <w:t>35</w:t>
      </w:r>
      <w:r w:rsidRPr="0096445B">
        <w:rPr>
          <w:lang w:val="sv-SE"/>
        </w:rPr>
        <w:t xml:space="preserve"> {{</w:t>
      </w:r>
      <w:proofErr w:type="spellStart"/>
      <w:r w:rsidRPr="0096445B">
        <w:rPr>
          <w:lang w:val="sv-SE"/>
        </w:rPr>
        <w:t>field-on:bible</w:t>
      </w:r>
      <w:proofErr w:type="spellEnd"/>
      <w:r w:rsidRPr="0096445B">
        <w:rPr>
          <w:lang w:val="sv-SE"/>
        </w:rPr>
        <w:t xml:space="preserve">}}Och </w:t>
      </w:r>
      <w:r w:rsidRPr="0096445B">
        <w:rPr>
          <w:i/>
          <w:lang w:val="sv-SE"/>
        </w:rPr>
        <w:t>nu</w:t>
      </w:r>
      <w:r w:rsidRPr="0096445B">
        <w:rPr>
          <w:lang w:val="sv-SE"/>
        </w:rPr>
        <w:t xml:space="preserve"> frågade en av dem, [en laglärd,] och prövade honom:{{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22:36]]</w:t>
      </w:r>
      <w:r w:rsidRPr="0096445B">
        <w:rPr>
          <w:vertAlign w:val="superscript"/>
          <w:lang w:val="sv-SE"/>
        </w:rPr>
        <w:t>36</w:t>
      </w:r>
      <w:r w:rsidRPr="0096445B">
        <w:rPr>
          <w:lang w:val="sv-SE"/>
        </w:rPr>
        <w:t xml:space="preserve"> {{</w:t>
      </w:r>
      <w:proofErr w:type="spellStart"/>
      <w:r w:rsidRPr="0096445B">
        <w:rPr>
          <w:lang w:val="sv-SE"/>
        </w:rPr>
        <w:t>field-on:bible</w:t>
      </w:r>
      <w:proofErr w:type="spellEnd"/>
      <w:r w:rsidRPr="0096445B">
        <w:rPr>
          <w:lang w:val="sv-SE"/>
        </w:rPr>
        <w:t xml:space="preserve">}}”Lärare, vilket bud </w:t>
      </w:r>
      <w:r w:rsidRPr="0096445B">
        <w:rPr>
          <w:i/>
          <w:lang w:val="sv-SE"/>
        </w:rPr>
        <w:t>är</w:t>
      </w:r>
      <w:r w:rsidRPr="0096445B">
        <w:rPr>
          <w:lang w:val="sv-SE"/>
        </w:rPr>
        <w:t xml:space="preserve"> stort i lagen?”{{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22:37]]</w:t>
      </w:r>
      <w:r w:rsidRPr="0096445B">
        <w:rPr>
          <w:vertAlign w:val="superscript"/>
          <w:lang w:val="sv-SE"/>
        </w:rPr>
        <w:t>37</w:t>
      </w:r>
      <w:r w:rsidRPr="0096445B">
        <w:rPr>
          <w:lang w:val="sv-SE"/>
        </w:rPr>
        <w:t xml:space="preserve"> {{</w:t>
      </w:r>
      <w:proofErr w:type="spellStart"/>
      <w:r w:rsidRPr="0096445B">
        <w:rPr>
          <w:lang w:val="sv-SE"/>
        </w:rPr>
        <w:t>field-on:bible</w:t>
      </w:r>
      <w:proofErr w:type="spellEnd"/>
      <w:r w:rsidRPr="0096445B">
        <w:rPr>
          <w:lang w:val="sv-SE"/>
        </w:rPr>
        <w:t>}}Och han sade till honom: ”Du ska älska Herren din Gud med hela ditt hjärta, och med hela din själ, och med hela ditt vett.{{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22:38]]</w:t>
      </w:r>
      <w:r w:rsidRPr="0096445B">
        <w:rPr>
          <w:vertAlign w:val="superscript"/>
          <w:lang w:val="sv-SE"/>
        </w:rPr>
        <w:t>38</w:t>
      </w:r>
      <w:r w:rsidRPr="0096445B">
        <w:rPr>
          <w:lang w:val="sv-SE"/>
        </w:rPr>
        <w:t xml:space="preserve"> {{</w:t>
      </w:r>
      <w:proofErr w:type="spellStart"/>
      <w:r w:rsidRPr="0096445B">
        <w:rPr>
          <w:lang w:val="sv-SE"/>
        </w:rPr>
        <w:t>field-on:bible</w:t>
      </w:r>
      <w:proofErr w:type="spellEnd"/>
      <w:r w:rsidRPr="0096445B">
        <w:rPr>
          <w:lang w:val="sv-SE"/>
        </w:rPr>
        <w:t xml:space="preserve">}}Detta är det stora </w:t>
      </w:r>
      <w:r w:rsidRPr="0096445B">
        <w:rPr>
          <w:lang w:val="sv-SE"/>
        </w:rPr>
        <w:lastRenderedPageBreak/>
        <w:t>och första budet.{{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22:39]]</w:t>
      </w:r>
      <w:r w:rsidRPr="0096445B">
        <w:rPr>
          <w:vertAlign w:val="superscript"/>
          <w:lang w:val="sv-SE"/>
        </w:rPr>
        <w:t>39</w:t>
      </w:r>
      <w:r w:rsidRPr="0096445B">
        <w:rPr>
          <w:lang w:val="sv-SE"/>
        </w:rPr>
        <w:t xml:space="preserve"> {{</w:t>
      </w:r>
      <w:proofErr w:type="spellStart"/>
      <w:r w:rsidRPr="0096445B">
        <w:rPr>
          <w:lang w:val="sv-SE"/>
        </w:rPr>
        <w:t>field-on:bible</w:t>
      </w:r>
      <w:proofErr w:type="spellEnd"/>
      <w:r w:rsidRPr="0096445B">
        <w:rPr>
          <w:lang w:val="sv-SE"/>
        </w:rPr>
        <w:t xml:space="preserve">}}Och ett andra </w:t>
      </w:r>
      <w:r w:rsidRPr="0096445B">
        <w:rPr>
          <w:i/>
          <w:lang w:val="sv-SE"/>
        </w:rPr>
        <w:t>är</w:t>
      </w:r>
      <w:r w:rsidRPr="0096445B">
        <w:rPr>
          <w:lang w:val="sv-SE"/>
        </w:rPr>
        <w:t xml:space="preserve"> likt det: Du ska älska din nästa som dig själv.{{</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22:40]]</w:t>
      </w:r>
      <w:r w:rsidRPr="0096445B">
        <w:rPr>
          <w:vertAlign w:val="superscript"/>
          <w:lang w:val="sv-SE"/>
        </w:rPr>
        <w:t>40</w:t>
      </w:r>
      <w:r w:rsidRPr="0096445B">
        <w:rPr>
          <w:lang w:val="sv-SE"/>
        </w:rPr>
        <w:t xml:space="preserve"> {{</w:t>
      </w:r>
      <w:proofErr w:type="spellStart"/>
      <w:r w:rsidRPr="0096445B">
        <w:rPr>
          <w:lang w:val="sv-SE"/>
        </w:rPr>
        <w:t>field-on:bible</w:t>
      </w:r>
      <w:proofErr w:type="spellEnd"/>
      <w:r w:rsidRPr="0096445B">
        <w:rPr>
          <w:lang w:val="sv-SE"/>
        </w:rPr>
        <w:t>}}På dessa två bud hänger hela lagen och profeterna.”{{</w:t>
      </w:r>
      <w:proofErr w:type="spellStart"/>
      <w:r w:rsidRPr="0096445B">
        <w:rPr>
          <w:lang w:val="sv-SE"/>
        </w:rPr>
        <w:t>field-off:bible</w:t>
      </w:r>
      <w:proofErr w:type="spellEnd"/>
      <w:r w:rsidRPr="0096445B">
        <w:rPr>
          <w:lang w:val="sv-SE"/>
        </w:rPr>
        <w:t>}}</w:t>
      </w:r>
    </w:p>
    <w:p w14:paraId="053E47FF" w14:textId="77777777" w:rsidR="00BA33AB" w:rsidRPr="0096445B" w:rsidRDefault="00000000">
      <w:pPr>
        <w:pStyle w:val="Rubrik3"/>
        <w:rPr>
          <w:lang w:val="sv-SE"/>
        </w:rPr>
      </w:pPr>
      <w:r w:rsidRPr="0096445B">
        <w:rPr>
          <w:lang w:val="sv-SE"/>
        </w:rPr>
        <w:t>Är Kristus Davids son?</w:t>
      </w:r>
    </w:p>
    <w:p w14:paraId="415CC49F" w14:textId="35764E1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22:41]]</w:t>
      </w:r>
      <w:r w:rsidRPr="0096445B">
        <w:rPr>
          <w:vertAlign w:val="superscript"/>
          <w:lang w:val="sv-SE"/>
        </w:rPr>
        <w:t>41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fariseerna var samlade, frågade Jesus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”Vad tänker ni er om Kristus? Vems son är han?” De säger till honom: ”Davids.”{{</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säger till dem: ”Hur </w:t>
      </w:r>
      <w:r w:rsidRPr="0096445B">
        <w:rPr>
          <w:i/>
          <w:lang w:val="sv-SE"/>
        </w:rPr>
        <w:t>kan</w:t>
      </w:r>
      <w:r w:rsidRPr="0096445B">
        <w:rPr>
          <w:lang w:val="sv-SE"/>
        </w:rPr>
        <w:t xml:space="preserve"> då David i Ande kalla honom Herre och </w:t>
      </w:r>
      <w:proofErr w:type="gramStart"/>
      <w:r w:rsidRPr="0096445B">
        <w:rPr>
          <w:lang w:val="sv-SE"/>
        </w:rPr>
        <w:t>säga:{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EEFF070" w14:textId="04087C7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}}Herren</w:t>
      </w:r>
      <w:proofErr w:type="gramEnd"/>
      <w:r w:rsidRPr="0096445B">
        <w:rPr>
          <w:lang w:val="sv-SE"/>
        </w:rPr>
        <w:t xml:space="preserve"> sade till min Herre: Sitt vid min högra </w:t>
      </w:r>
      <w:r w:rsidRPr="0096445B">
        <w:rPr>
          <w:i/>
          <w:lang w:val="sv-SE"/>
        </w:rPr>
        <w:t>sida</w:t>
      </w:r>
      <w:r w:rsidRPr="0096445B">
        <w:rPr>
          <w:lang w:val="sv-SE"/>
        </w:rPr>
        <w:br/>
        <w:t xml:space="preserve">tills jag lagt dina fiender under dina </w:t>
      </w:r>
      <w:proofErr w:type="gramStart"/>
      <w:r w:rsidRPr="0096445B">
        <w:rPr>
          <w:lang w:val="sv-SE"/>
        </w:rPr>
        <w:t>fötter?{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5E7C902" w14:textId="2B8486A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}}Om</w:t>
      </w:r>
      <w:proofErr w:type="gramEnd"/>
      <w:r w:rsidRPr="0096445B">
        <w:rPr>
          <w:lang w:val="sv-SE"/>
        </w:rPr>
        <w:t xml:space="preserve"> nu David kallar honom Herre, hur är han hans son?”{{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22:46]]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ingen kunde svara honom ett ord. Inte heller vågade någon från den dagen fråga honom </w:t>
      </w:r>
      <w:proofErr w:type="gramStart"/>
      <w:r w:rsidRPr="0096445B">
        <w:rPr>
          <w:lang w:val="sv-SE"/>
        </w:rPr>
        <w:t>längre.{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8174723" w14:textId="3AC0DA61"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w:t>
      </w:r>
      <w:proofErr w:type="gramStart"/>
      <w:r w:rsidRPr="0096445B">
        <w:rPr>
          <w:lang w:val="sv-SE"/>
        </w:rPr>
        <w:t>]]Kapitel</w:t>
      </w:r>
      <w:proofErr w:type="gramEnd"/>
      <w:r w:rsidRPr="0096445B">
        <w:rPr>
          <w:lang w:val="sv-SE"/>
        </w:rPr>
        <w:t xml:space="preserve"> 23</w:t>
      </w:r>
    </w:p>
    <w:p w14:paraId="1010FBD5" w14:textId="77777777" w:rsidR="00BA33AB" w:rsidRPr="0096445B" w:rsidRDefault="00000000">
      <w:pPr>
        <w:pStyle w:val="Rubrik3"/>
        <w:rPr>
          <w:lang w:val="sv-SE"/>
        </w:rPr>
      </w:pPr>
      <w:r w:rsidRPr="0096445B">
        <w:rPr>
          <w:lang w:val="sv-SE"/>
        </w:rPr>
        <w:t>Jesu verop över fariseerna</w:t>
      </w:r>
    </w:p>
    <w:p w14:paraId="7699E65A" w14:textId="0F64601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talade Jesus till skarorna och till sina lärjungar{{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”På Moses stol har de skriftlärda och fariseerna satt sig.{{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}}Allt</w:t>
      </w:r>
      <w:proofErr w:type="gramEnd"/>
      <w:r w:rsidRPr="0096445B">
        <w:rPr>
          <w:lang w:val="sv-SE"/>
        </w:rPr>
        <w:t xml:space="preserve"> vad de säger till er ska ni alltså göra och hålla fast vid. Men efter deras gärningar ska ni inte göra, för de säger och gör </w:t>
      </w:r>
      <w:proofErr w:type="gramStart"/>
      <w:r w:rsidRPr="0096445B">
        <w:rPr>
          <w:lang w:val="sv-SE"/>
        </w:rPr>
        <w:t>inte.{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buntar ihop tunga [och svårburna] bördor och lägger på människornas axlar. Men själva vill de inte med sitt finger flytta på dem.{{</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92711F2" w14:textId="5069FEC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alla sina gärningar gör de för att bli skådade av människorna. För de vidgar sina böneremmar och gör hörntofsarna </w:t>
      </w:r>
      <w:proofErr w:type="gramStart"/>
      <w:r w:rsidRPr="0096445B">
        <w:rPr>
          <w:lang w:val="sv-SE"/>
        </w:rPr>
        <w:t>stora,{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har </w:t>
      </w:r>
      <w:r w:rsidRPr="0096445B">
        <w:rPr>
          <w:i/>
          <w:lang w:val="sv-SE"/>
        </w:rPr>
        <w:t>det</w:t>
      </w:r>
      <w:r w:rsidRPr="0096445B">
        <w:rPr>
          <w:lang w:val="sv-SE"/>
        </w:rPr>
        <w:t xml:space="preserve"> kärt </w:t>
      </w:r>
      <w:r w:rsidRPr="0096445B">
        <w:rPr>
          <w:i/>
          <w:lang w:val="sv-SE"/>
        </w:rPr>
        <w:t>med</w:t>
      </w:r>
      <w:r w:rsidRPr="0096445B">
        <w:rPr>
          <w:lang w:val="sv-SE"/>
        </w:rPr>
        <w:t xml:space="preserve"> den främsta platsen vid festmåltiderna och förstaplatserna i </w:t>
      </w:r>
      <w:proofErr w:type="gramStart"/>
      <w:r w:rsidRPr="0096445B">
        <w:rPr>
          <w:lang w:val="sv-SE"/>
        </w:rPr>
        <w:t>synagogorna,{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hälsningarna på torgen och att kallas av människorna </w:t>
      </w:r>
      <w:proofErr w:type="gramStart"/>
      <w:r w:rsidRPr="0096445B">
        <w:rPr>
          <w:lang w:val="sv-SE"/>
        </w:rPr>
        <w:t>rabbi.{</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AE81F25" w14:textId="10F477D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ni ska inte kallas rabbi. För en är er lärare, och alla är ni </w:t>
      </w:r>
      <w:proofErr w:type="gramStart"/>
      <w:r w:rsidRPr="0096445B">
        <w:rPr>
          <w:lang w:val="sv-SE"/>
        </w:rPr>
        <w:t>syskon.{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er fader ska ni inte kalla </w:t>
      </w:r>
      <w:r w:rsidRPr="0096445B">
        <w:rPr>
          <w:i/>
          <w:lang w:val="sv-SE"/>
        </w:rPr>
        <w:t>någon</w:t>
      </w:r>
      <w:r w:rsidRPr="0096445B">
        <w:rPr>
          <w:lang w:val="sv-SE"/>
        </w:rPr>
        <w:t xml:space="preserve"> på jorden. För en är er Far, den </w:t>
      </w:r>
      <w:proofErr w:type="gramStart"/>
      <w:r w:rsidRPr="0096445B">
        <w:rPr>
          <w:lang w:val="sv-SE"/>
        </w:rPr>
        <w:t>himmelske.{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}}Inte</w:t>
      </w:r>
      <w:proofErr w:type="gramEnd"/>
      <w:r w:rsidRPr="0096445B">
        <w:rPr>
          <w:lang w:val="sv-SE"/>
        </w:rPr>
        <w:t xml:space="preserve"> heller ska ni kallas vägledare. För er vägledare är en, </w:t>
      </w:r>
      <w:proofErr w:type="gramStart"/>
      <w:r w:rsidRPr="0096445B">
        <w:rPr>
          <w:lang w:val="sv-SE"/>
        </w:rPr>
        <w:t>Kristus.{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23:11]]</w:t>
      </w:r>
      <w:r w:rsidRPr="0096445B">
        <w:rPr>
          <w:vertAlign w:val="superscript"/>
          <w:lang w:val="sv-SE"/>
        </w:rPr>
        <w:t>11</w:t>
      </w:r>
      <w:r w:rsidRPr="0096445B">
        <w:rPr>
          <w:lang w:val="sv-SE"/>
        </w:rPr>
        <w:t xml:space="preserve"> </w:t>
      </w:r>
      <w:r w:rsidRPr="0096445B">
        <w:rPr>
          <w:lang w:val="sv-SE"/>
        </w:rPr>
        <w:lastRenderedPageBreak/>
        <w:t>{{</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den </w:t>
      </w:r>
      <w:r w:rsidRPr="0096445B">
        <w:rPr>
          <w:i/>
          <w:lang w:val="sv-SE"/>
        </w:rPr>
        <w:t>som är</w:t>
      </w:r>
      <w:r w:rsidRPr="0096445B">
        <w:rPr>
          <w:lang w:val="sv-SE"/>
        </w:rPr>
        <w:t xml:space="preserve"> störst av er ska vara er </w:t>
      </w:r>
      <w:proofErr w:type="gramStart"/>
      <w:r w:rsidRPr="0096445B">
        <w:rPr>
          <w:lang w:val="sv-SE"/>
        </w:rPr>
        <w:t>tjänare.{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som upphöjer sig själv ska bli ödmjukad, och den som ödmjukar sig själv ska bli </w:t>
      </w:r>
      <w:proofErr w:type="gramStart"/>
      <w:r w:rsidRPr="0096445B">
        <w:rPr>
          <w:lang w:val="sv-SE"/>
        </w:rPr>
        <w:t>upphöjd.{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5FFAB0D" w14:textId="2A060D6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ve er, skriftlärda och fariseer, hycklare! För ni stänger himlarnas rike framför människorna. För ni går inte in, </w:t>
      </w:r>
      <w:r w:rsidRPr="0096445B">
        <w:rPr>
          <w:i/>
          <w:lang w:val="sv-SE"/>
        </w:rPr>
        <w:t>och</w:t>
      </w:r>
      <w:r w:rsidRPr="0096445B">
        <w:rPr>
          <w:lang w:val="sv-SE"/>
        </w:rPr>
        <w:t xml:space="preserve"> inte heller dem som går in låter ni gå </w:t>
      </w:r>
      <w:proofErr w:type="gramStart"/>
      <w:r w:rsidRPr="0096445B">
        <w:rPr>
          <w:lang w:val="sv-SE"/>
        </w:rPr>
        <w:t>in.{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C51FF0A" w14:textId="3499D18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w:t>
      </w:r>
      <w:proofErr w:type="gramEnd"/>
      <w:r w:rsidRPr="0096445B">
        <w:rPr>
          <w:lang w:val="sv-SE"/>
        </w:rPr>
        <w:t xml:space="preserve"> er, skriftlärda och fariseer, hycklare! För ni drar omkring </w:t>
      </w:r>
      <w:r w:rsidRPr="0096445B">
        <w:rPr>
          <w:i/>
          <w:lang w:val="sv-SE"/>
        </w:rPr>
        <w:t>runt</w:t>
      </w:r>
      <w:r w:rsidRPr="0096445B">
        <w:rPr>
          <w:lang w:val="sv-SE"/>
        </w:rPr>
        <w:t xml:space="preserve"> havet och det torra </w:t>
      </w:r>
      <w:r w:rsidRPr="0096445B">
        <w:rPr>
          <w:i/>
          <w:lang w:val="sv-SE"/>
        </w:rPr>
        <w:t>för</w:t>
      </w:r>
      <w:r w:rsidRPr="0096445B">
        <w:rPr>
          <w:lang w:val="sv-SE"/>
        </w:rPr>
        <w:t xml:space="preserve"> att göra en </w:t>
      </w:r>
      <w:r w:rsidRPr="0096445B">
        <w:rPr>
          <w:i/>
          <w:lang w:val="sv-SE"/>
        </w:rPr>
        <w:t>enda</w:t>
      </w:r>
      <w:r w:rsidRPr="0096445B">
        <w:rPr>
          <w:lang w:val="sv-SE"/>
        </w:rPr>
        <w:t xml:space="preserve"> proselyt. Och när han blivit </w:t>
      </w:r>
      <w:r w:rsidRPr="0096445B">
        <w:rPr>
          <w:i/>
          <w:lang w:val="sv-SE"/>
        </w:rPr>
        <w:t>det</w:t>
      </w:r>
      <w:r w:rsidRPr="0096445B">
        <w:rPr>
          <w:lang w:val="sv-SE"/>
        </w:rPr>
        <w:t xml:space="preserve">, gör ni honom </w:t>
      </w:r>
      <w:r w:rsidRPr="0096445B">
        <w:rPr>
          <w:i/>
          <w:lang w:val="sv-SE"/>
        </w:rPr>
        <w:t>till</w:t>
      </w:r>
      <w:r w:rsidRPr="0096445B">
        <w:rPr>
          <w:lang w:val="sv-SE"/>
        </w:rPr>
        <w:t xml:space="preserve"> en Gehennas son, dubbelt mer än </w:t>
      </w:r>
      <w:proofErr w:type="gramStart"/>
      <w:r w:rsidRPr="0096445B">
        <w:rPr>
          <w:lang w:val="sv-SE"/>
        </w:rPr>
        <w:t>ni.{</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0B22370" w14:textId="4BED7F1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w:t>
      </w:r>
      <w:proofErr w:type="gramEnd"/>
      <w:r w:rsidRPr="0096445B">
        <w:rPr>
          <w:lang w:val="sv-SE"/>
        </w:rPr>
        <w:t xml:space="preserve"> er, blinda vägledare som säger: Den som svär vid tempelbyggnaden, det är inget, men den som svär vid guldet i tempelbyggnaden är </w:t>
      </w:r>
      <w:proofErr w:type="gramStart"/>
      <w:r w:rsidRPr="0096445B">
        <w:rPr>
          <w:lang w:val="sv-SE"/>
        </w:rPr>
        <w:t>pliktig.{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}}Dårar</w:t>
      </w:r>
      <w:proofErr w:type="gramEnd"/>
      <w:r w:rsidRPr="0096445B">
        <w:rPr>
          <w:lang w:val="sv-SE"/>
        </w:rPr>
        <w:t xml:space="preserve"> och blinda! För vad är större: guldet, eller tempelbyggnaden som helgat </w:t>
      </w:r>
      <w:proofErr w:type="gramStart"/>
      <w:r w:rsidRPr="0096445B">
        <w:rPr>
          <w:lang w:val="sv-SE"/>
        </w:rPr>
        <w:t>guldet?{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som svär vid altaret, det är inget, men den som svär vid äregåvan ovanpå det är </w:t>
      </w:r>
      <w:proofErr w:type="gramStart"/>
      <w:r w:rsidRPr="0096445B">
        <w:rPr>
          <w:lang w:val="sv-SE"/>
        </w:rPr>
        <w:t>pliktig.{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}}Blinda</w:t>
      </w:r>
      <w:proofErr w:type="gramEnd"/>
      <w:r w:rsidRPr="0096445B">
        <w:rPr>
          <w:lang w:val="sv-SE"/>
        </w:rPr>
        <w:t xml:space="preserve">! För vad </w:t>
      </w:r>
      <w:r w:rsidRPr="0096445B">
        <w:rPr>
          <w:i/>
          <w:lang w:val="sv-SE"/>
        </w:rPr>
        <w:t>är</w:t>
      </w:r>
      <w:r w:rsidRPr="0096445B">
        <w:rPr>
          <w:lang w:val="sv-SE"/>
        </w:rPr>
        <w:t xml:space="preserve"> större: äregåvan, eller altaret som helgar äregåvan?{{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23:20]]</w:t>
      </w:r>
      <w:r w:rsidRPr="0096445B">
        <w:rPr>
          <w:vertAlign w:val="superscript"/>
          <w:lang w:val="sv-SE"/>
        </w:rPr>
        <w:t>20</w:t>
      </w:r>
      <w:r w:rsidRPr="0096445B">
        <w:rPr>
          <w:lang w:val="sv-SE"/>
        </w:rPr>
        <w:t xml:space="preserve"> {{</w:t>
      </w:r>
      <w:proofErr w:type="spellStart"/>
      <w:r w:rsidRPr="0096445B">
        <w:rPr>
          <w:lang w:val="sv-SE"/>
        </w:rPr>
        <w:t>field-on:bible</w:t>
      </w:r>
      <w:proofErr w:type="spellEnd"/>
      <w:r w:rsidRPr="0096445B">
        <w:rPr>
          <w:lang w:val="sv-SE"/>
        </w:rPr>
        <w:t>}}Den som alltså svär vid altaret svär vid det och vid allt ovanpå det,{{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23:21]]</w:t>
      </w:r>
      <w:r w:rsidRPr="0096445B">
        <w:rPr>
          <w:vertAlign w:val="superscript"/>
          <w:lang w:val="sv-SE"/>
        </w:rPr>
        <w:t>21</w:t>
      </w:r>
      <w:r w:rsidRPr="0096445B">
        <w:rPr>
          <w:lang w:val="sv-SE"/>
        </w:rPr>
        <w:t xml:space="preserve"> {{</w:t>
      </w:r>
      <w:proofErr w:type="spellStart"/>
      <w:r w:rsidRPr="0096445B">
        <w:rPr>
          <w:lang w:val="sv-SE"/>
        </w:rPr>
        <w:t>field-on:bible</w:t>
      </w:r>
      <w:proofErr w:type="spellEnd"/>
      <w:r w:rsidRPr="0096445B">
        <w:rPr>
          <w:lang w:val="sv-SE"/>
        </w:rPr>
        <w:t>}}och den som svär vid tempelbyggnaden svär vid den och vid honom som bor i den,{{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23:22]]</w:t>
      </w:r>
      <w:r w:rsidRPr="0096445B">
        <w:rPr>
          <w:vertAlign w:val="superscript"/>
          <w:lang w:val="sv-SE"/>
        </w:rPr>
        <w:t>22</w:t>
      </w:r>
      <w:r w:rsidRPr="0096445B">
        <w:rPr>
          <w:lang w:val="sv-SE"/>
        </w:rPr>
        <w:t xml:space="preserve"> {{</w:t>
      </w:r>
      <w:proofErr w:type="spellStart"/>
      <w:r w:rsidRPr="0096445B">
        <w:rPr>
          <w:lang w:val="sv-SE"/>
        </w:rPr>
        <w:t>field-on:bible</w:t>
      </w:r>
      <w:proofErr w:type="spellEnd"/>
      <w:r w:rsidRPr="0096445B">
        <w:rPr>
          <w:lang w:val="sv-SE"/>
        </w:rPr>
        <w:t>}}och den som svär vid himlen svär vid Guds tron och vid honom som sitter ovanpå den.{{</w:t>
      </w:r>
      <w:proofErr w:type="spellStart"/>
      <w:r w:rsidRPr="0096445B">
        <w:rPr>
          <w:lang w:val="sv-SE"/>
        </w:rPr>
        <w:t>field-off:bible</w:t>
      </w:r>
      <w:proofErr w:type="spellEnd"/>
      <w:r w:rsidRPr="0096445B">
        <w:rPr>
          <w:lang w:val="sv-SE"/>
        </w:rPr>
        <w:t>}}</w:t>
      </w:r>
    </w:p>
    <w:p w14:paraId="6D063C74" w14:textId="003041C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w:t>
      </w:r>
      <w:proofErr w:type="gramEnd"/>
      <w:r w:rsidRPr="0096445B">
        <w:rPr>
          <w:lang w:val="sv-SE"/>
        </w:rPr>
        <w:t xml:space="preserve"> er, skriftlärda och fariseer, hycklare! För ni ger tionde av mynta och dill och kummin och har lämnat det tyngre i lagen: rättvisan och barmhärtigheten och tron. [Men] detta borde </w:t>
      </w:r>
      <w:r w:rsidRPr="0096445B">
        <w:rPr>
          <w:i/>
          <w:lang w:val="sv-SE"/>
        </w:rPr>
        <w:t>man</w:t>
      </w:r>
      <w:r w:rsidRPr="0096445B">
        <w:rPr>
          <w:lang w:val="sv-SE"/>
        </w:rPr>
        <w:t xml:space="preserve"> göra och inte lämna det </w:t>
      </w:r>
      <w:proofErr w:type="gramStart"/>
      <w:r w:rsidRPr="0096445B">
        <w:rPr>
          <w:i/>
          <w:lang w:val="sv-SE"/>
        </w:rPr>
        <w:t>andra</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}}Blinda</w:t>
      </w:r>
      <w:proofErr w:type="gramEnd"/>
      <w:r w:rsidRPr="0096445B">
        <w:rPr>
          <w:lang w:val="sv-SE"/>
        </w:rPr>
        <w:t xml:space="preserve"> vägledare, som silar myggan men slukar </w:t>
      </w:r>
      <w:proofErr w:type="gramStart"/>
      <w:r w:rsidRPr="0096445B">
        <w:rPr>
          <w:lang w:val="sv-SE"/>
        </w:rPr>
        <w:t>kamelen!{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34A13E5" w14:textId="3F22A8E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w:t>
      </w:r>
      <w:proofErr w:type="gramEnd"/>
      <w:r w:rsidRPr="0096445B">
        <w:rPr>
          <w:lang w:val="sv-SE"/>
        </w:rPr>
        <w:t xml:space="preserve"> er, skriftlärda och fariseer, hycklare! För ni renar det yttre av bägaren och tallriken, men inuti är de fulla av roffande och </w:t>
      </w:r>
      <w:proofErr w:type="spellStart"/>
      <w:proofErr w:type="gramStart"/>
      <w:r w:rsidRPr="0096445B">
        <w:rPr>
          <w:lang w:val="sv-SE"/>
        </w:rPr>
        <w:t>obehärskning</w:t>
      </w:r>
      <w:proofErr w:type="spellEnd"/>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}}Blinde</w:t>
      </w:r>
      <w:proofErr w:type="gramEnd"/>
      <w:r w:rsidRPr="0096445B">
        <w:rPr>
          <w:lang w:val="sv-SE"/>
        </w:rPr>
        <w:t xml:space="preserve"> farisé, rena först det </w:t>
      </w:r>
      <w:r w:rsidRPr="0096445B">
        <w:rPr>
          <w:i/>
          <w:lang w:val="sv-SE"/>
        </w:rPr>
        <w:t>som är</w:t>
      </w:r>
      <w:r w:rsidRPr="0096445B">
        <w:rPr>
          <w:lang w:val="sv-SE"/>
        </w:rPr>
        <w:t xml:space="preserve"> inom bägaren, så att även det utom den blir </w:t>
      </w:r>
      <w:proofErr w:type="gramStart"/>
      <w:r w:rsidRPr="0096445B">
        <w:rPr>
          <w:lang w:val="sv-SE"/>
        </w:rPr>
        <w:t>rent.{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BEA0571" w14:textId="7CA420A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w:t>
      </w:r>
      <w:proofErr w:type="gramEnd"/>
      <w:r w:rsidRPr="0096445B">
        <w:rPr>
          <w:lang w:val="sv-SE"/>
        </w:rPr>
        <w:t xml:space="preserve"> er, skriftlärda och fariseer, hycklare! För ni liknar vitkalkade gravkammare som utanpå visar sig sköna, men inuti är fulla av dödas knotor och all </w:t>
      </w:r>
      <w:proofErr w:type="gramStart"/>
      <w:r w:rsidRPr="0096445B">
        <w:rPr>
          <w:lang w:val="sv-SE"/>
        </w:rPr>
        <w:t>orenhet.{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}}Så</w:t>
      </w:r>
      <w:proofErr w:type="gramEnd"/>
      <w:r w:rsidRPr="0096445B">
        <w:rPr>
          <w:lang w:val="sv-SE"/>
        </w:rPr>
        <w:t xml:space="preserve"> också ni: utanpå visar ni er för människorna rättfärdiga, men inuti är ni fulla av hyckleri och </w:t>
      </w:r>
      <w:proofErr w:type="gramStart"/>
      <w:r w:rsidRPr="0096445B">
        <w:rPr>
          <w:lang w:val="sv-SE"/>
        </w:rPr>
        <w:t>laglöshet.{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BDFA44F" w14:textId="61C322D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w:t>
      </w:r>
      <w:proofErr w:type="gramEnd"/>
      <w:r w:rsidRPr="0096445B">
        <w:rPr>
          <w:lang w:val="sv-SE"/>
        </w:rPr>
        <w:t xml:space="preserve"> er, skriftlärda och fariseer, hycklare! För ni bygger profeternas gravkammare och smyckar de rättfärdigas gravar{{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23:30]]</w:t>
      </w:r>
      <w:r w:rsidRPr="0096445B">
        <w:rPr>
          <w:vertAlign w:val="superscript"/>
          <w:lang w:val="sv-SE"/>
        </w:rPr>
        <w:t>30</w:t>
      </w:r>
      <w:r w:rsidRPr="0096445B">
        <w:rPr>
          <w:lang w:val="sv-SE"/>
        </w:rPr>
        <w:t xml:space="preserve"> {{</w:t>
      </w:r>
      <w:proofErr w:type="spellStart"/>
      <w:r w:rsidRPr="0096445B">
        <w:rPr>
          <w:lang w:val="sv-SE"/>
        </w:rPr>
        <w:t>field-on:bible</w:t>
      </w:r>
      <w:proofErr w:type="spellEnd"/>
      <w:r w:rsidRPr="0096445B">
        <w:rPr>
          <w:lang w:val="sv-SE"/>
        </w:rPr>
        <w:t>}}och säger: Om vi hade funnits under våra fäders dagar, hade inte vi med dem varit delaktiga i profeternas blod.{{</w:t>
      </w:r>
      <w:proofErr w:type="spellStart"/>
      <w:r w:rsidRPr="0096445B">
        <w:rPr>
          <w:lang w:val="sv-SE"/>
        </w:rPr>
        <w:t>field-off:bible</w:t>
      </w:r>
      <w:proofErr w:type="spellEnd"/>
      <w:r w:rsidRPr="0096445B">
        <w:rPr>
          <w:lang w:val="sv-SE"/>
        </w:rPr>
        <w:t xml:space="preserve">}} </w:t>
      </w:r>
      <w:r w:rsidRPr="0096445B">
        <w:rPr>
          <w:lang w:val="sv-SE"/>
        </w:rPr>
        <w:lastRenderedPageBreak/>
        <w:t>[[@</w:t>
      </w:r>
      <w:r w:rsidR="0096445B" w:rsidRPr="0096445B">
        <w:rPr>
          <w:lang w:val="sv-SE"/>
        </w:rPr>
        <w:t>BibleBIBEL82</w:t>
      </w:r>
      <w:r w:rsidRPr="0096445B">
        <w:rPr>
          <w:lang w:val="sv-SE"/>
        </w:rPr>
        <w:t>:Matt 23:31]]</w:t>
      </w:r>
      <w:r w:rsidRPr="0096445B">
        <w:rPr>
          <w:vertAlign w:val="superscript"/>
          <w:lang w:val="sv-SE"/>
        </w:rPr>
        <w:t>31</w:t>
      </w:r>
      <w:r w:rsidRPr="0096445B">
        <w:rPr>
          <w:lang w:val="sv-SE"/>
        </w:rPr>
        <w:t xml:space="preserve"> {{</w:t>
      </w:r>
      <w:proofErr w:type="spellStart"/>
      <w:r w:rsidRPr="0096445B">
        <w:rPr>
          <w:lang w:val="sv-SE"/>
        </w:rPr>
        <w:t>field-on:bible</w:t>
      </w:r>
      <w:proofErr w:type="spellEnd"/>
      <w:r w:rsidRPr="0096445B">
        <w:rPr>
          <w:lang w:val="sv-SE"/>
        </w:rPr>
        <w:t>}}Alltså vittnar ni om er själva att ni är söner till dem som mördade profeterna.{{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23:32]]</w:t>
      </w:r>
      <w:r w:rsidRPr="0096445B">
        <w:rPr>
          <w:vertAlign w:val="superscript"/>
          <w:lang w:val="sv-SE"/>
        </w:rPr>
        <w:t>32</w:t>
      </w:r>
      <w:r w:rsidRPr="0096445B">
        <w:rPr>
          <w:lang w:val="sv-SE"/>
        </w:rPr>
        <w:t xml:space="preserve"> {{</w:t>
      </w:r>
      <w:proofErr w:type="spellStart"/>
      <w:r w:rsidRPr="0096445B">
        <w:rPr>
          <w:lang w:val="sv-SE"/>
        </w:rPr>
        <w:t>field-on:bible</w:t>
      </w:r>
      <w:proofErr w:type="spellEnd"/>
      <w:r w:rsidRPr="0096445B">
        <w:rPr>
          <w:lang w:val="sv-SE"/>
        </w:rPr>
        <w:t>}}Uppfyll också ni era fäders mått.{{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23:33]]</w:t>
      </w:r>
      <w:r w:rsidRPr="0096445B">
        <w:rPr>
          <w:vertAlign w:val="superscript"/>
          <w:lang w:val="sv-SE"/>
        </w:rPr>
        <w:t>33</w:t>
      </w:r>
      <w:r w:rsidRPr="0096445B">
        <w:rPr>
          <w:lang w:val="sv-SE"/>
        </w:rPr>
        <w:t xml:space="preserve"> {{</w:t>
      </w:r>
      <w:proofErr w:type="spellStart"/>
      <w:r w:rsidRPr="0096445B">
        <w:rPr>
          <w:lang w:val="sv-SE"/>
        </w:rPr>
        <w:t>field-on:bible</w:t>
      </w:r>
      <w:proofErr w:type="spellEnd"/>
      <w:r w:rsidRPr="0096445B">
        <w:rPr>
          <w:lang w:val="sv-SE"/>
        </w:rPr>
        <w:t xml:space="preserve">}}Ormar, huggormsyngel! Hur ska ni fly från Gehennas </w:t>
      </w:r>
      <w:proofErr w:type="gramStart"/>
      <w:r w:rsidRPr="0096445B">
        <w:rPr>
          <w:lang w:val="sv-SE"/>
        </w:rPr>
        <w:t>dom?{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DAF1FAD" w14:textId="75F66B5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}}Därför</w:t>
      </w:r>
      <w:proofErr w:type="gramEnd"/>
      <w:r w:rsidRPr="0096445B">
        <w:rPr>
          <w:lang w:val="sv-SE"/>
        </w:rPr>
        <w:t xml:space="preserve">, se: jag sänder till er profeter och vise och skriftlärda. </w:t>
      </w:r>
      <w:r w:rsidRPr="0096445B">
        <w:rPr>
          <w:i/>
          <w:lang w:val="sv-SE"/>
        </w:rPr>
        <w:t>Några</w:t>
      </w:r>
      <w:r w:rsidRPr="0096445B">
        <w:rPr>
          <w:lang w:val="sv-SE"/>
        </w:rPr>
        <w:t xml:space="preserve"> av dem kommer ni att döda och korsfästa, och </w:t>
      </w:r>
      <w:r w:rsidRPr="0096445B">
        <w:rPr>
          <w:i/>
          <w:lang w:val="sv-SE"/>
        </w:rPr>
        <w:t>några</w:t>
      </w:r>
      <w:r w:rsidRPr="0096445B">
        <w:rPr>
          <w:lang w:val="sv-SE"/>
        </w:rPr>
        <w:t xml:space="preserve"> av dem kommer ni att piska i era synagogor och förfölja från stad till stad,{{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23:35]]</w:t>
      </w:r>
      <w:r w:rsidRPr="0096445B">
        <w:rPr>
          <w:vertAlign w:val="superscript"/>
          <w:lang w:val="sv-SE"/>
        </w:rPr>
        <w:t>35</w:t>
      </w:r>
      <w:r w:rsidRPr="0096445B">
        <w:rPr>
          <w:lang w:val="sv-SE"/>
        </w:rPr>
        <w:t xml:space="preserve"> {{</w:t>
      </w:r>
      <w:proofErr w:type="spellStart"/>
      <w:r w:rsidRPr="0096445B">
        <w:rPr>
          <w:lang w:val="sv-SE"/>
        </w:rPr>
        <w:t>field-on:bible</w:t>
      </w:r>
      <w:proofErr w:type="spellEnd"/>
      <w:r w:rsidRPr="0096445B">
        <w:rPr>
          <w:lang w:val="sv-SE"/>
        </w:rPr>
        <w:t xml:space="preserve">}}så att </w:t>
      </w:r>
      <w:r w:rsidRPr="0096445B">
        <w:rPr>
          <w:i/>
          <w:lang w:val="sv-SE"/>
        </w:rPr>
        <w:t>det</w:t>
      </w:r>
      <w:r w:rsidRPr="0096445B">
        <w:rPr>
          <w:lang w:val="sv-SE"/>
        </w:rPr>
        <w:t xml:space="preserve"> över er kommer allt rättfärdigt blod </w:t>
      </w:r>
      <w:r w:rsidRPr="0096445B">
        <w:rPr>
          <w:i/>
          <w:lang w:val="sv-SE"/>
        </w:rPr>
        <w:t>som är</w:t>
      </w:r>
      <w:r w:rsidRPr="0096445B">
        <w:rPr>
          <w:lang w:val="sv-SE"/>
        </w:rPr>
        <w:t xml:space="preserve"> utgjutet på jorden: från blodet av Abel den rättfärdige fram till blodet av Zacharias, </w:t>
      </w:r>
      <w:proofErr w:type="spellStart"/>
      <w:r w:rsidRPr="0096445B">
        <w:rPr>
          <w:lang w:val="sv-SE"/>
        </w:rPr>
        <w:t>Barachias</w:t>
      </w:r>
      <w:proofErr w:type="spellEnd"/>
      <w:r w:rsidRPr="0096445B">
        <w:rPr>
          <w:lang w:val="sv-SE"/>
        </w:rPr>
        <w:t xml:space="preserve"> son, som ni mördade mellan tempelbyggnaden och altaret.{{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23:36]]</w:t>
      </w:r>
      <w:r w:rsidRPr="0096445B">
        <w:rPr>
          <w:vertAlign w:val="superscript"/>
          <w:lang w:val="sv-SE"/>
        </w:rPr>
        <w:t>36</w:t>
      </w:r>
      <w:r w:rsidRPr="0096445B">
        <w:rPr>
          <w:lang w:val="sv-SE"/>
        </w:rPr>
        <w:t xml:space="preserve"> {{</w:t>
      </w:r>
      <w:proofErr w:type="spellStart"/>
      <w:r w:rsidRPr="0096445B">
        <w:rPr>
          <w:lang w:val="sv-SE"/>
        </w:rPr>
        <w:t>field-on:bible</w:t>
      </w:r>
      <w:proofErr w:type="spellEnd"/>
      <w:r w:rsidRPr="0096445B">
        <w:rPr>
          <w:lang w:val="sv-SE"/>
        </w:rPr>
        <w:t>}}Amen, jag säger er: Allt detta ska komma över detta släkte.{{</w:t>
      </w:r>
      <w:proofErr w:type="spellStart"/>
      <w:r w:rsidRPr="0096445B">
        <w:rPr>
          <w:lang w:val="sv-SE"/>
        </w:rPr>
        <w:t>field-off:bible</w:t>
      </w:r>
      <w:proofErr w:type="spellEnd"/>
      <w:r w:rsidRPr="0096445B">
        <w:rPr>
          <w:lang w:val="sv-SE"/>
        </w:rPr>
        <w:t>}}</w:t>
      </w:r>
    </w:p>
    <w:p w14:paraId="625EF36E" w14:textId="77777777" w:rsidR="00BA33AB" w:rsidRPr="0096445B" w:rsidRDefault="00000000">
      <w:pPr>
        <w:pStyle w:val="Rubrik3"/>
        <w:rPr>
          <w:lang w:val="sv-SE"/>
        </w:rPr>
      </w:pPr>
      <w:r w:rsidRPr="0096445B">
        <w:rPr>
          <w:lang w:val="sv-SE"/>
        </w:rPr>
        <w:t>Jesu klagan över Jerusalem</w:t>
      </w:r>
    </w:p>
    <w:p w14:paraId="6FADBD04" w14:textId="6FE605E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}}Jerusalem</w:t>
      </w:r>
      <w:proofErr w:type="gramEnd"/>
      <w:r w:rsidRPr="0096445B">
        <w:rPr>
          <w:lang w:val="sv-SE"/>
        </w:rPr>
        <w:t xml:space="preserve">, Jerusalem, </w:t>
      </w:r>
      <w:r w:rsidRPr="0096445B">
        <w:rPr>
          <w:i/>
          <w:lang w:val="sv-SE"/>
        </w:rPr>
        <w:t>du</w:t>
      </w:r>
      <w:r w:rsidRPr="0096445B">
        <w:rPr>
          <w:lang w:val="sv-SE"/>
        </w:rPr>
        <w:t xml:space="preserve"> som dödar profeterna och stenar dem som är sända till dig! Hur många gånger har jag velat församla dina barn, på samma sätt som en höna församlar sina små kycklingar under vingarna. Och ni ville </w:t>
      </w:r>
      <w:proofErr w:type="gramStart"/>
      <w:r w:rsidRPr="0096445B">
        <w:rPr>
          <w:lang w:val="sv-SE"/>
        </w:rPr>
        <w:t>inte.{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w:t>
      </w:r>
      <w:proofErr w:type="gramEnd"/>
      <w:r w:rsidRPr="0096445B">
        <w:rPr>
          <w:lang w:val="sv-SE"/>
        </w:rPr>
        <w:t xml:space="preserve">, </w:t>
      </w:r>
      <w:r w:rsidRPr="0096445B">
        <w:rPr>
          <w:i/>
          <w:lang w:val="sv-SE"/>
        </w:rPr>
        <w:t>nu</w:t>
      </w:r>
      <w:r w:rsidRPr="0096445B">
        <w:rPr>
          <w:lang w:val="sv-SE"/>
        </w:rPr>
        <w:t xml:space="preserve"> lämnas åt er ert hus </w:t>
      </w:r>
      <w:proofErr w:type="gramStart"/>
      <w:r w:rsidRPr="0096445B">
        <w:rPr>
          <w:lang w:val="sv-SE"/>
        </w:rPr>
        <w:t>öde.{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23:39]]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jag säger er: Ni ska alls inte se mig från nu, förrän ni säger: Välsignad han som kommer i Herrens namn.”{{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7393E88" w14:textId="4E150B8B"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w:t>
      </w:r>
      <w:proofErr w:type="gramStart"/>
      <w:r w:rsidRPr="0096445B">
        <w:rPr>
          <w:lang w:val="sv-SE"/>
        </w:rPr>
        <w:t>]]Kapitel</w:t>
      </w:r>
      <w:proofErr w:type="gramEnd"/>
      <w:r w:rsidRPr="0096445B">
        <w:rPr>
          <w:lang w:val="sv-SE"/>
        </w:rPr>
        <w:t xml:space="preserve"> 24</w:t>
      </w:r>
    </w:p>
    <w:p w14:paraId="6A20DFD0" w14:textId="77777777" w:rsidR="00BA33AB" w:rsidRPr="0096445B" w:rsidRDefault="00000000">
      <w:pPr>
        <w:pStyle w:val="Rubrik3"/>
        <w:rPr>
          <w:lang w:val="sv-SE"/>
        </w:rPr>
      </w:pPr>
      <w:r w:rsidRPr="0096445B">
        <w:rPr>
          <w:lang w:val="sv-SE"/>
        </w:rPr>
        <w:t>Inte sten på sten</w:t>
      </w:r>
    </w:p>
    <w:p w14:paraId="0A372ADF" w14:textId="3D44F94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gick ut från templet och </w:t>
      </w:r>
      <w:r w:rsidRPr="0096445B">
        <w:rPr>
          <w:i/>
          <w:lang w:val="sv-SE"/>
        </w:rPr>
        <w:t>började</w:t>
      </w:r>
      <w:r w:rsidRPr="0096445B">
        <w:rPr>
          <w:lang w:val="sv-SE"/>
        </w:rPr>
        <w:t xml:space="preserve"> gå. Och fram kom hans lärjungar </w:t>
      </w:r>
      <w:r w:rsidRPr="0096445B">
        <w:rPr>
          <w:i/>
          <w:lang w:val="sv-SE"/>
        </w:rPr>
        <w:t>för</w:t>
      </w:r>
      <w:r w:rsidRPr="0096445B">
        <w:rPr>
          <w:lang w:val="sv-SE"/>
        </w:rPr>
        <w:t xml:space="preserve"> att visa honom byggnaderna i </w:t>
      </w:r>
      <w:proofErr w:type="gramStart"/>
      <w:r w:rsidRPr="0096445B">
        <w:rPr>
          <w:lang w:val="sv-SE"/>
        </w:rPr>
        <w:t>templet.{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och sade till dem: ”Ser ni inte allt detta? Amen, jag säger er: Här ska alls inte lämnas sten på sten som inte ska rivas ner.”{{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1746D9B" w14:textId="77777777" w:rsidR="00BA33AB" w:rsidRPr="0096445B" w:rsidRDefault="00000000">
      <w:pPr>
        <w:pStyle w:val="Rubrik3"/>
        <w:rPr>
          <w:lang w:val="sv-SE"/>
        </w:rPr>
      </w:pPr>
      <w:r w:rsidRPr="0096445B">
        <w:rPr>
          <w:lang w:val="sv-SE"/>
        </w:rPr>
        <w:t>Nöd och förföljelse</w:t>
      </w:r>
    </w:p>
    <w:p w14:paraId="6A9D7673" w14:textId="4841A36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han satt på Olivernas berg, kom lärjungarna fram till honom enskilt och sade: ”Säg oss, när ska detta ske? Och vad </w:t>
      </w:r>
      <w:r w:rsidRPr="0096445B">
        <w:rPr>
          <w:i/>
          <w:lang w:val="sv-SE"/>
        </w:rPr>
        <w:t>blir</w:t>
      </w:r>
      <w:r w:rsidRPr="0096445B">
        <w:rPr>
          <w:lang w:val="sv-SE"/>
        </w:rPr>
        <w:t xml:space="preserve"> tecknet på din ankomst och eonens fullbordan?”{{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5D5FAE3" w14:textId="1D9FF6B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svarade och sade till dem: ”Se upp </w:t>
      </w:r>
      <w:r w:rsidRPr="0096445B">
        <w:rPr>
          <w:i/>
          <w:lang w:val="sv-SE"/>
        </w:rPr>
        <w:t>att</w:t>
      </w:r>
      <w:r w:rsidRPr="0096445B">
        <w:rPr>
          <w:lang w:val="sv-SE"/>
        </w:rPr>
        <w:t xml:space="preserve"> ingen förvillar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}}Många</w:t>
      </w:r>
      <w:proofErr w:type="gramEnd"/>
      <w:r w:rsidRPr="0096445B">
        <w:rPr>
          <w:lang w:val="sv-SE"/>
        </w:rPr>
        <w:t xml:space="preserve"> ska nämligen komma i mitt namn och säga: Jag är Kristus, och många ska de </w:t>
      </w:r>
      <w:proofErr w:type="gramStart"/>
      <w:r w:rsidRPr="0096445B">
        <w:rPr>
          <w:lang w:val="sv-SE"/>
        </w:rPr>
        <w:t>förvilla.{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ni kommer att höra </w:t>
      </w:r>
      <w:r w:rsidRPr="0096445B">
        <w:rPr>
          <w:i/>
          <w:lang w:val="sv-SE"/>
        </w:rPr>
        <w:t>om</w:t>
      </w:r>
      <w:r w:rsidRPr="0096445B">
        <w:rPr>
          <w:lang w:val="sv-SE"/>
        </w:rPr>
        <w:t xml:space="preserve"> krig och hörsägner om krig. Se till </w:t>
      </w:r>
      <w:r w:rsidRPr="0096445B">
        <w:rPr>
          <w:i/>
          <w:lang w:val="sv-SE"/>
        </w:rPr>
        <w:t>att</w:t>
      </w:r>
      <w:r w:rsidRPr="0096445B">
        <w:rPr>
          <w:lang w:val="sv-SE"/>
        </w:rPr>
        <w:t xml:space="preserve"> ni inte blir skärrade. För det måste ske, men ännu är det inte </w:t>
      </w:r>
      <w:proofErr w:type="gramStart"/>
      <w:r w:rsidRPr="0096445B">
        <w:rPr>
          <w:lang w:val="sv-SE"/>
        </w:rPr>
        <w:t>slutet.{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w:t>
      </w:r>
      <w:r w:rsidRPr="0096445B">
        <w:rPr>
          <w:i/>
          <w:lang w:val="sv-SE"/>
        </w:rPr>
        <w:t>det</w:t>
      </w:r>
      <w:r w:rsidRPr="0096445B">
        <w:rPr>
          <w:lang w:val="sv-SE"/>
        </w:rPr>
        <w:t xml:space="preserve"> ska resa sig folkslag mot folkslag och rike mot rike, och det ska bli svälter och jordbävningar på </w:t>
      </w:r>
      <w:r w:rsidRPr="0096445B">
        <w:rPr>
          <w:i/>
          <w:lang w:val="sv-SE"/>
        </w:rPr>
        <w:lastRenderedPageBreak/>
        <w:t>olika</w:t>
      </w:r>
      <w:r w:rsidRPr="0096445B">
        <w:rPr>
          <w:lang w:val="sv-SE"/>
        </w:rPr>
        <w:t xml:space="preserve"> </w:t>
      </w:r>
      <w:proofErr w:type="gramStart"/>
      <w:r w:rsidRPr="0096445B">
        <w:rPr>
          <w:lang w:val="sv-SE"/>
        </w:rPr>
        <w:t>platser.{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allt detta </w:t>
      </w:r>
      <w:r w:rsidRPr="0096445B">
        <w:rPr>
          <w:i/>
          <w:lang w:val="sv-SE"/>
        </w:rPr>
        <w:t>är</w:t>
      </w:r>
      <w:r w:rsidRPr="0096445B">
        <w:rPr>
          <w:lang w:val="sv-SE"/>
        </w:rPr>
        <w:t xml:space="preserve"> födslovärkars </w:t>
      </w:r>
      <w:proofErr w:type="gramStart"/>
      <w:r w:rsidRPr="0096445B">
        <w:rPr>
          <w:lang w:val="sv-SE"/>
        </w:rPr>
        <w:t>begynnelse.{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D06A4FD" w14:textId="01F8D63A" w:rsidR="00BA33AB" w:rsidRPr="0096445B" w:rsidRDefault="00000000">
      <w:pPr>
        <w:rPr>
          <w:lang w:val="sv-SE"/>
        </w:rPr>
      </w:pPr>
      <w:r w:rsidRPr="0096445B">
        <w:rPr>
          <w:lang w:val="sv-SE"/>
        </w:rPr>
        <w:t>[[@</w:t>
      </w:r>
      <w:r w:rsidR="0096445B" w:rsidRPr="0096445B">
        <w:rPr>
          <w:lang w:val="sv-SE"/>
        </w:rPr>
        <w:t>BibleBIBEL82</w:t>
      </w:r>
      <w:r w:rsidRPr="0096445B">
        <w:rPr>
          <w:lang w:val="sv-SE"/>
        </w:rPr>
        <w:t>:Matt 24:9]]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}}Då ska man utlämna er åt nöd och döda er, och ni ska vara hatade av alla folkslagen för mitt namns skull.{{</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24:10]]</w:t>
      </w:r>
      <w:r w:rsidRPr="0096445B">
        <w:rPr>
          <w:vertAlign w:val="superscript"/>
          <w:lang w:val="sv-SE"/>
        </w:rPr>
        <w:t>10</w:t>
      </w:r>
      <w:r w:rsidRPr="0096445B">
        <w:rPr>
          <w:lang w:val="sv-SE"/>
        </w:rPr>
        <w:t xml:space="preserve"> {{</w:t>
      </w:r>
      <w:proofErr w:type="spellStart"/>
      <w:r w:rsidRPr="0096445B">
        <w:rPr>
          <w:lang w:val="sv-SE"/>
        </w:rPr>
        <w:t>field-on:bible</w:t>
      </w:r>
      <w:proofErr w:type="spellEnd"/>
      <w:r w:rsidRPr="0096445B">
        <w:rPr>
          <w:lang w:val="sv-SE"/>
        </w:rPr>
        <w:t>}}Och då ska många bli skandaliserade, och varandra ska de utlämna och hata varandra.{{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}}Och många falska profeter ska resa sig och förvilla många,{{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}}och eftersom laglösheten förökas ska kärleken svalna hos de många.{{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}}Men den som håller ut till slutet, denne ska bli frälst.{{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24:14]]</w:t>
      </w:r>
      <w:r w:rsidRPr="0096445B">
        <w:rPr>
          <w:vertAlign w:val="superscript"/>
          <w:lang w:val="sv-SE"/>
        </w:rPr>
        <w:t>14</w:t>
      </w:r>
      <w:r w:rsidRPr="0096445B">
        <w:rPr>
          <w:lang w:val="sv-SE"/>
        </w:rPr>
        <w:t xml:space="preserve"> {{</w:t>
      </w:r>
      <w:proofErr w:type="spellStart"/>
      <w:r w:rsidRPr="0096445B">
        <w:rPr>
          <w:lang w:val="sv-SE"/>
        </w:rPr>
        <w:t>field-on:bible</w:t>
      </w:r>
      <w:proofErr w:type="spellEnd"/>
      <w:r w:rsidRPr="0096445B">
        <w:rPr>
          <w:lang w:val="sv-SE"/>
        </w:rPr>
        <w:t xml:space="preserve">}}Och detta evangelium om riket ska förkunnas i hela den bebodda </w:t>
      </w:r>
      <w:r w:rsidRPr="0096445B">
        <w:rPr>
          <w:i/>
          <w:lang w:val="sv-SE"/>
        </w:rPr>
        <w:t>världen</w:t>
      </w:r>
      <w:r w:rsidRPr="0096445B">
        <w:rPr>
          <w:lang w:val="sv-SE"/>
        </w:rPr>
        <w:t xml:space="preserve"> till ett vittnesbörd för alla folkslagen. Och sedan ska slutet </w:t>
      </w:r>
      <w:proofErr w:type="gramStart"/>
      <w:r w:rsidRPr="0096445B">
        <w:rPr>
          <w:lang w:val="sv-SE"/>
        </w:rPr>
        <w:t>komma.{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2F4658A" w14:textId="77777777" w:rsidR="00BA33AB" w:rsidRPr="0096445B" w:rsidRDefault="00000000">
      <w:pPr>
        <w:pStyle w:val="Rubrik3"/>
        <w:rPr>
          <w:lang w:val="sv-SE"/>
        </w:rPr>
      </w:pPr>
      <w:r w:rsidRPr="0096445B">
        <w:rPr>
          <w:lang w:val="sv-SE"/>
        </w:rPr>
        <w:t>Fly till bergen</w:t>
      </w:r>
    </w:p>
    <w:p w14:paraId="64E81AB3" w14:textId="7E6E58C6" w:rsidR="00BA33AB" w:rsidRPr="0096445B" w:rsidRDefault="00000000">
      <w:pPr>
        <w:rPr>
          <w:lang w:val="sv-SE"/>
        </w:rPr>
      </w:pPr>
      <w:r w:rsidRPr="0096445B">
        <w:rPr>
          <w:lang w:val="sv-SE"/>
        </w:rPr>
        <w:t>[[@</w:t>
      </w:r>
      <w:r w:rsidR="0096445B" w:rsidRPr="0096445B">
        <w:rPr>
          <w:lang w:val="sv-SE"/>
        </w:rPr>
        <w:t>BibleBIBEL82</w:t>
      </w:r>
      <w:r w:rsidRPr="0096445B">
        <w:rPr>
          <w:lang w:val="sv-SE"/>
        </w:rPr>
        <w:t>:Matt 24:15]]</w:t>
      </w:r>
      <w:r w:rsidRPr="0096445B">
        <w:rPr>
          <w:vertAlign w:val="superscript"/>
          <w:lang w:val="sv-SE"/>
        </w:rPr>
        <w:t>15</w:t>
      </w:r>
      <w:r w:rsidRPr="0096445B">
        <w:rPr>
          <w:lang w:val="sv-SE"/>
        </w:rPr>
        <w:t xml:space="preserve"> {{</w:t>
      </w:r>
      <w:proofErr w:type="spellStart"/>
      <w:r w:rsidRPr="0096445B">
        <w:rPr>
          <w:lang w:val="sv-SE"/>
        </w:rPr>
        <w:t>field-on:bible</w:t>
      </w:r>
      <w:proofErr w:type="spellEnd"/>
      <w:r w:rsidRPr="0096445B">
        <w:rPr>
          <w:lang w:val="sv-SE"/>
        </w:rPr>
        <w:t>}}När ni så ser ödeläggelsens skändlighet, sagd genom profeten Daniel, stå på helig plats – läsaren må fatta –{{</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24:16]]</w:t>
      </w:r>
      <w:r w:rsidRPr="0096445B">
        <w:rPr>
          <w:vertAlign w:val="superscript"/>
          <w:lang w:val="sv-SE"/>
        </w:rPr>
        <w:t>16</w:t>
      </w:r>
      <w:r w:rsidRPr="0096445B">
        <w:rPr>
          <w:lang w:val="sv-SE"/>
        </w:rPr>
        <w:t xml:space="preserve"> {{</w:t>
      </w:r>
      <w:proofErr w:type="spellStart"/>
      <w:r w:rsidRPr="0096445B">
        <w:rPr>
          <w:lang w:val="sv-SE"/>
        </w:rPr>
        <w:t>field-on:bible</w:t>
      </w:r>
      <w:proofErr w:type="spellEnd"/>
      <w:r w:rsidRPr="0096445B">
        <w:rPr>
          <w:lang w:val="sv-SE"/>
        </w:rPr>
        <w:t>}}då ska de i Judeen fly till bergen.{{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24:17]]</w:t>
      </w:r>
      <w:r w:rsidRPr="0096445B">
        <w:rPr>
          <w:vertAlign w:val="superscript"/>
          <w:lang w:val="sv-SE"/>
        </w:rPr>
        <w:t>17</w:t>
      </w:r>
      <w:r w:rsidRPr="0096445B">
        <w:rPr>
          <w:lang w:val="sv-SE"/>
        </w:rPr>
        <w:t xml:space="preserve"> {{</w:t>
      </w:r>
      <w:proofErr w:type="spellStart"/>
      <w:r w:rsidRPr="0096445B">
        <w:rPr>
          <w:lang w:val="sv-SE"/>
        </w:rPr>
        <w:t>field-on:bible</w:t>
      </w:r>
      <w:proofErr w:type="spellEnd"/>
      <w:r w:rsidRPr="0096445B">
        <w:rPr>
          <w:lang w:val="sv-SE"/>
        </w:rPr>
        <w:t xml:space="preserve">}}Den </w:t>
      </w:r>
      <w:r w:rsidRPr="0096445B">
        <w:rPr>
          <w:i/>
          <w:lang w:val="sv-SE"/>
        </w:rPr>
        <w:t>som är</w:t>
      </w:r>
      <w:r w:rsidRPr="0096445B">
        <w:rPr>
          <w:lang w:val="sv-SE"/>
        </w:rPr>
        <w:t xml:space="preserve"> på hustaket ska inte gå ner </w:t>
      </w:r>
      <w:r w:rsidRPr="0096445B">
        <w:rPr>
          <w:i/>
          <w:lang w:val="sv-SE"/>
        </w:rPr>
        <w:t>för</w:t>
      </w:r>
      <w:r w:rsidRPr="0096445B">
        <w:rPr>
          <w:lang w:val="sv-SE"/>
        </w:rPr>
        <w:t xml:space="preserve"> att ta upp </w:t>
      </w:r>
      <w:r w:rsidRPr="0096445B">
        <w:rPr>
          <w:i/>
          <w:lang w:val="sv-SE"/>
        </w:rPr>
        <w:t>något</w:t>
      </w:r>
      <w:r w:rsidRPr="0096445B">
        <w:rPr>
          <w:lang w:val="sv-SE"/>
        </w:rPr>
        <w:t xml:space="preserve"> från sitt hus,{{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24:18]]</w:t>
      </w:r>
      <w:r w:rsidRPr="0096445B">
        <w:rPr>
          <w:vertAlign w:val="superscript"/>
          <w:lang w:val="sv-SE"/>
        </w:rPr>
        <w:t>18</w:t>
      </w:r>
      <w:r w:rsidRPr="0096445B">
        <w:rPr>
          <w:lang w:val="sv-SE"/>
        </w:rPr>
        <w:t xml:space="preserve"> {{</w:t>
      </w:r>
      <w:proofErr w:type="spellStart"/>
      <w:r w:rsidRPr="0096445B">
        <w:rPr>
          <w:lang w:val="sv-SE"/>
        </w:rPr>
        <w:t>field-on:bible</w:t>
      </w:r>
      <w:proofErr w:type="spellEnd"/>
      <w:r w:rsidRPr="0096445B">
        <w:rPr>
          <w:lang w:val="sv-SE"/>
        </w:rPr>
        <w:t xml:space="preserve">}}och den på åkern ska inte vända om bakåt </w:t>
      </w:r>
      <w:r w:rsidRPr="0096445B">
        <w:rPr>
          <w:i/>
          <w:lang w:val="sv-SE"/>
        </w:rPr>
        <w:t>för</w:t>
      </w:r>
      <w:r w:rsidRPr="0096445B">
        <w:rPr>
          <w:lang w:val="sv-SE"/>
        </w:rPr>
        <w:t xml:space="preserve"> att ta upp sin mantel.{{</w:t>
      </w:r>
      <w:proofErr w:type="spellStart"/>
      <w:r w:rsidRPr="0096445B">
        <w:rPr>
          <w:lang w:val="sv-SE"/>
        </w:rPr>
        <w:t>field-off:bible</w:t>
      </w:r>
      <w:proofErr w:type="spellEnd"/>
      <w:r w:rsidRPr="0096445B">
        <w:rPr>
          <w:lang w:val="sv-SE"/>
        </w:rPr>
        <w:t>}}</w:t>
      </w:r>
    </w:p>
    <w:p w14:paraId="37552E61" w14:textId="712442CE" w:rsidR="00BA33AB" w:rsidRPr="0096445B" w:rsidRDefault="00000000">
      <w:pPr>
        <w:rPr>
          <w:lang w:val="sv-SE"/>
        </w:rPr>
      </w:pPr>
      <w:r w:rsidRPr="0096445B">
        <w:rPr>
          <w:lang w:val="sv-SE"/>
        </w:rPr>
        <w:t>[[@</w:t>
      </w:r>
      <w:r w:rsidR="0096445B" w:rsidRPr="0096445B">
        <w:rPr>
          <w:lang w:val="sv-SE"/>
        </w:rPr>
        <w:t>BibleBIBEL82</w:t>
      </w:r>
      <w:r w:rsidRPr="0096445B">
        <w:rPr>
          <w:lang w:val="sv-SE"/>
        </w:rPr>
        <w:t>:Matt 24:19]]</w:t>
      </w:r>
      <w:r w:rsidRPr="0096445B">
        <w:rPr>
          <w:vertAlign w:val="superscript"/>
          <w:lang w:val="sv-SE"/>
        </w:rPr>
        <w:t>19</w:t>
      </w:r>
      <w:r w:rsidRPr="0096445B">
        <w:rPr>
          <w:lang w:val="sv-SE"/>
        </w:rPr>
        <w:t xml:space="preserve"> {{</w:t>
      </w:r>
      <w:proofErr w:type="spellStart"/>
      <w:r w:rsidRPr="0096445B">
        <w:rPr>
          <w:lang w:val="sv-SE"/>
        </w:rPr>
        <w:t>field-on:bible</w:t>
      </w:r>
      <w:proofErr w:type="spellEnd"/>
      <w:r w:rsidRPr="0096445B">
        <w:rPr>
          <w:lang w:val="sv-SE"/>
        </w:rPr>
        <w:t xml:space="preserve">}}Men ve dem </w:t>
      </w:r>
      <w:r w:rsidRPr="0096445B">
        <w:rPr>
          <w:i/>
          <w:lang w:val="sv-SE"/>
        </w:rPr>
        <w:t>som är</w:t>
      </w:r>
      <w:r w:rsidRPr="0096445B">
        <w:rPr>
          <w:lang w:val="sv-SE"/>
        </w:rPr>
        <w:t xml:space="preserve"> havande i magen och dem som ammar i de dagarna!{{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24:20]]</w:t>
      </w:r>
      <w:r w:rsidRPr="0096445B">
        <w:rPr>
          <w:vertAlign w:val="superscript"/>
          <w:lang w:val="sv-SE"/>
        </w:rPr>
        <w:t>20</w:t>
      </w:r>
      <w:r w:rsidRPr="0096445B">
        <w:rPr>
          <w:lang w:val="sv-SE"/>
        </w:rPr>
        <w:t xml:space="preserve"> {{</w:t>
      </w:r>
      <w:proofErr w:type="spellStart"/>
      <w:r w:rsidRPr="0096445B">
        <w:rPr>
          <w:lang w:val="sv-SE"/>
        </w:rPr>
        <w:t>field-on:bible</w:t>
      </w:r>
      <w:proofErr w:type="spellEnd"/>
      <w:r w:rsidRPr="0096445B">
        <w:rPr>
          <w:lang w:val="sv-SE"/>
        </w:rPr>
        <w:t>}}Och be att inte er flykt blir under vinter eller sabbat.{{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24:21]]</w:t>
      </w:r>
      <w:r w:rsidRPr="0096445B">
        <w:rPr>
          <w:vertAlign w:val="superscript"/>
          <w:lang w:val="sv-SE"/>
        </w:rPr>
        <w:t>21</w:t>
      </w:r>
      <w:r w:rsidRPr="0096445B">
        <w:rPr>
          <w:lang w:val="sv-SE"/>
        </w:rPr>
        <w:t xml:space="preserve"> {{</w:t>
      </w:r>
      <w:proofErr w:type="spellStart"/>
      <w:r w:rsidRPr="0096445B">
        <w:rPr>
          <w:lang w:val="sv-SE"/>
        </w:rPr>
        <w:t>field-on:bible</w:t>
      </w:r>
      <w:proofErr w:type="spellEnd"/>
      <w:r w:rsidRPr="0096445B">
        <w:rPr>
          <w:lang w:val="sv-SE"/>
        </w:rPr>
        <w:t>}}För det ska då bli en sådan stor nöd som inte har varit från världens begynnelse fram till nu, och heller aldrig ska bli.{{</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24:22]]</w:t>
      </w:r>
      <w:r w:rsidRPr="0096445B">
        <w:rPr>
          <w:vertAlign w:val="superscript"/>
          <w:lang w:val="sv-SE"/>
        </w:rPr>
        <w:t>22</w:t>
      </w:r>
      <w:r w:rsidRPr="0096445B">
        <w:rPr>
          <w:lang w:val="sv-SE"/>
        </w:rPr>
        <w:t xml:space="preserve"> {{</w:t>
      </w:r>
      <w:proofErr w:type="spellStart"/>
      <w:r w:rsidRPr="0096445B">
        <w:rPr>
          <w:lang w:val="sv-SE"/>
        </w:rPr>
        <w:t>field-on:bible</w:t>
      </w:r>
      <w:proofErr w:type="spellEnd"/>
      <w:r w:rsidRPr="0096445B">
        <w:rPr>
          <w:lang w:val="sv-SE"/>
        </w:rPr>
        <w:t xml:space="preserve">}}Och om inte de dagarna hade förkortats, hade inget kött blivit frälst. Men för de utvaldas skull ska de dagarna </w:t>
      </w:r>
      <w:proofErr w:type="gramStart"/>
      <w:r w:rsidRPr="0096445B">
        <w:rPr>
          <w:lang w:val="sv-SE"/>
        </w:rPr>
        <w:t>förkortas.{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9E1018C" w14:textId="09B37DC7" w:rsidR="00BA33AB" w:rsidRPr="0096445B" w:rsidRDefault="00000000">
      <w:pPr>
        <w:rPr>
          <w:lang w:val="sv-SE"/>
        </w:rPr>
      </w:pPr>
      <w:r w:rsidRPr="0096445B">
        <w:rPr>
          <w:lang w:val="sv-SE"/>
        </w:rPr>
        <w:t>[[@</w:t>
      </w:r>
      <w:r w:rsidR="0096445B" w:rsidRPr="0096445B">
        <w:rPr>
          <w:lang w:val="sv-SE"/>
        </w:rPr>
        <w:t>BibleBIBEL82</w:t>
      </w:r>
      <w:r w:rsidRPr="0096445B">
        <w:rPr>
          <w:lang w:val="sv-SE"/>
        </w:rPr>
        <w:t>:Matt 24:23]]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 xml:space="preserve">}}Då, om någon till er säger: Se, här </w:t>
      </w:r>
      <w:r w:rsidRPr="0096445B">
        <w:rPr>
          <w:i/>
          <w:lang w:val="sv-SE"/>
        </w:rPr>
        <w:t>är</w:t>
      </w:r>
      <w:r w:rsidRPr="0096445B">
        <w:rPr>
          <w:lang w:val="sv-SE"/>
        </w:rPr>
        <w:t xml:space="preserve"> Kristus! eller: Här! – tro </w:t>
      </w:r>
      <w:r w:rsidRPr="0096445B">
        <w:rPr>
          <w:i/>
          <w:lang w:val="sv-SE"/>
        </w:rPr>
        <w:t>det</w:t>
      </w:r>
      <w:r w:rsidRPr="0096445B">
        <w:rPr>
          <w:lang w:val="sv-SE"/>
        </w:rPr>
        <w:t xml:space="preserve"> inte.{{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24:24]]</w:t>
      </w:r>
      <w:r w:rsidRPr="0096445B">
        <w:rPr>
          <w:vertAlign w:val="superscript"/>
          <w:lang w:val="sv-SE"/>
        </w:rPr>
        <w:t>24</w:t>
      </w:r>
      <w:r w:rsidRPr="0096445B">
        <w:rPr>
          <w:lang w:val="sv-SE"/>
        </w:rPr>
        <w:t xml:space="preserve"> {{</w:t>
      </w:r>
      <w:proofErr w:type="spellStart"/>
      <w:r w:rsidRPr="0096445B">
        <w:rPr>
          <w:lang w:val="sv-SE"/>
        </w:rPr>
        <w:t>field-on:bible</w:t>
      </w:r>
      <w:proofErr w:type="spellEnd"/>
      <w:r w:rsidRPr="0096445B">
        <w:rPr>
          <w:lang w:val="sv-SE"/>
        </w:rPr>
        <w:t xml:space="preserve">}}För det ska resa sig falska </w:t>
      </w:r>
      <w:proofErr w:type="spellStart"/>
      <w:r w:rsidRPr="0096445B">
        <w:rPr>
          <w:lang w:val="sv-SE"/>
        </w:rPr>
        <w:t>Kristusar</w:t>
      </w:r>
      <w:proofErr w:type="spellEnd"/>
      <w:r w:rsidRPr="0096445B">
        <w:rPr>
          <w:lang w:val="sv-SE"/>
        </w:rPr>
        <w:t xml:space="preserve"> och falska profeter och ge stora tecken och under så att det förvillar, om möjligt, även de utvalda.{{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24:25]]</w:t>
      </w:r>
      <w:r w:rsidRPr="0096445B">
        <w:rPr>
          <w:vertAlign w:val="superscript"/>
          <w:lang w:val="sv-SE"/>
        </w:rPr>
        <w:t>25</w:t>
      </w:r>
      <w:r w:rsidRPr="0096445B">
        <w:rPr>
          <w:lang w:val="sv-SE"/>
        </w:rPr>
        <w:t xml:space="preserve"> {{</w:t>
      </w:r>
      <w:proofErr w:type="spellStart"/>
      <w:r w:rsidRPr="0096445B">
        <w:rPr>
          <w:lang w:val="sv-SE"/>
        </w:rPr>
        <w:t>field-on:bible</w:t>
      </w:r>
      <w:proofErr w:type="spellEnd"/>
      <w:r w:rsidRPr="0096445B">
        <w:rPr>
          <w:lang w:val="sv-SE"/>
        </w:rPr>
        <w:t xml:space="preserve">}}Se, jag har förutsagt </w:t>
      </w:r>
      <w:r w:rsidRPr="0096445B">
        <w:rPr>
          <w:i/>
          <w:lang w:val="sv-SE"/>
        </w:rPr>
        <w:t>det</w:t>
      </w:r>
      <w:r w:rsidRPr="0096445B">
        <w:rPr>
          <w:lang w:val="sv-SE"/>
        </w:rPr>
        <w:t xml:space="preserve"> för 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24:26]]</w:t>
      </w:r>
      <w:r w:rsidRPr="0096445B">
        <w:rPr>
          <w:vertAlign w:val="superscript"/>
          <w:lang w:val="sv-SE"/>
        </w:rPr>
        <w:t>26</w:t>
      </w:r>
      <w:r w:rsidRPr="0096445B">
        <w:rPr>
          <w:lang w:val="sv-SE"/>
        </w:rPr>
        <w:t xml:space="preserve"> {{</w:t>
      </w:r>
      <w:proofErr w:type="spellStart"/>
      <w:r w:rsidRPr="0096445B">
        <w:rPr>
          <w:lang w:val="sv-SE"/>
        </w:rPr>
        <w:t>field-on:bible</w:t>
      </w:r>
      <w:proofErr w:type="spellEnd"/>
      <w:r w:rsidRPr="0096445B">
        <w:rPr>
          <w:lang w:val="sv-SE"/>
        </w:rPr>
        <w:t xml:space="preserve">}}Om man då säger till er: Se, i ödemarken är han! – gå inte ut – Se, i kamrarna! – tro </w:t>
      </w:r>
      <w:r w:rsidRPr="0096445B">
        <w:rPr>
          <w:i/>
          <w:lang w:val="sv-SE"/>
        </w:rPr>
        <w:t>det</w:t>
      </w:r>
      <w:r w:rsidRPr="0096445B">
        <w:rPr>
          <w:lang w:val="sv-SE"/>
        </w:rPr>
        <w:t xml:space="preserve"> inte.{{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24:27]]</w:t>
      </w:r>
      <w:r w:rsidRPr="0096445B">
        <w:rPr>
          <w:vertAlign w:val="superscript"/>
          <w:lang w:val="sv-SE"/>
        </w:rPr>
        <w:t>27</w:t>
      </w:r>
      <w:r w:rsidRPr="0096445B">
        <w:rPr>
          <w:lang w:val="sv-SE"/>
        </w:rPr>
        <w:t xml:space="preserve"> {{</w:t>
      </w:r>
      <w:proofErr w:type="spellStart"/>
      <w:r w:rsidRPr="0096445B">
        <w:rPr>
          <w:lang w:val="sv-SE"/>
        </w:rPr>
        <w:t>field-on:bible</w:t>
      </w:r>
      <w:proofErr w:type="spellEnd"/>
      <w:r w:rsidRPr="0096445B">
        <w:rPr>
          <w:lang w:val="sv-SE"/>
        </w:rPr>
        <w:t>}}För såsom blixten går ut från öster och lyser ända till väster, så ska Människosonens ankomst vara.{{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24:28]]</w:t>
      </w:r>
      <w:r w:rsidRPr="0096445B">
        <w:rPr>
          <w:vertAlign w:val="superscript"/>
          <w:lang w:val="sv-SE"/>
        </w:rPr>
        <w:t>28</w:t>
      </w:r>
      <w:r w:rsidRPr="0096445B">
        <w:rPr>
          <w:lang w:val="sv-SE"/>
        </w:rPr>
        <w:t xml:space="preserve"> {{</w:t>
      </w:r>
      <w:proofErr w:type="spellStart"/>
      <w:r w:rsidRPr="0096445B">
        <w:rPr>
          <w:lang w:val="sv-SE"/>
        </w:rPr>
        <w:t>field-on:bible</w:t>
      </w:r>
      <w:proofErr w:type="spellEnd"/>
      <w:r w:rsidRPr="0096445B">
        <w:rPr>
          <w:lang w:val="sv-SE"/>
        </w:rPr>
        <w:t>}}Där liket är, där samlas örnarna.{{</w:t>
      </w:r>
      <w:proofErr w:type="spellStart"/>
      <w:r w:rsidRPr="0096445B">
        <w:rPr>
          <w:lang w:val="sv-SE"/>
        </w:rPr>
        <w:t>field-off:bible</w:t>
      </w:r>
      <w:proofErr w:type="spellEnd"/>
      <w:r w:rsidRPr="0096445B">
        <w:rPr>
          <w:lang w:val="sv-SE"/>
        </w:rPr>
        <w:t>}}</w:t>
      </w:r>
    </w:p>
    <w:p w14:paraId="28054E8C" w14:textId="77777777" w:rsidR="00BA33AB" w:rsidRPr="0096445B" w:rsidRDefault="00000000">
      <w:pPr>
        <w:pStyle w:val="Rubrik3"/>
        <w:rPr>
          <w:lang w:val="sv-SE"/>
        </w:rPr>
      </w:pPr>
      <w:r w:rsidRPr="0096445B">
        <w:rPr>
          <w:lang w:val="sv-SE"/>
        </w:rPr>
        <w:lastRenderedPageBreak/>
        <w:t>När Människosonen kommer</w:t>
      </w:r>
    </w:p>
    <w:p w14:paraId="6EA31FE8" w14:textId="63A7C240" w:rsidR="00BA33AB" w:rsidRPr="0096445B" w:rsidRDefault="00000000">
      <w:pPr>
        <w:rPr>
          <w:lang w:val="sv-SE"/>
        </w:rPr>
      </w:pPr>
      <w:r w:rsidRPr="0096445B">
        <w:rPr>
          <w:lang w:val="sv-SE"/>
        </w:rPr>
        <w:t>[[@</w:t>
      </w:r>
      <w:r w:rsidR="0096445B" w:rsidRPr="0096445B">
        <w:rPr>
          <w:lang w:val="sv-SE"/>
        </w:rPr>
        <w:t>BibleBIBEL82</w:t>
      </w:r>
      <w:r w:rsidRPr="0096445B">
        <w:rPr>
          <w:lang w:val="sv-SE"/>
        </w:rPr>
        <w:t>:Matt 24:29]]</w:t>
      </w:r>
      <w:r w:rsidRPr="0096445B">
        <w:rPr>
          <w:vertAlign w:val="superscript"/>
          <w:lang w:val="sv-SE"/>
        </w:rPr>
        <w:t>29</w:t>
      </w:r>
      <w:r w:rsidRPr="0096445B">
        <w:rPr>
          <w:lang w:val="sv-SE"/>
        </w:rPr>
        <w:t xml:space="preserve"> {{</w:t>
      </w:r>
      <w:proofErr w:type="spellStart"/>
      <w:r w:rsidRPr="0096445B">
        <w:rPr>
          <w:lang w:val="sv-SE"/>
        </w:rPr>
        <w:t>field-on:bible</w:t>
      </w:r>
      <w:proofErr w:type="spellEnd"/>
      <w:r w:rsidRPr="0096445B">
        <w:rPr>
          <w:lang w:val="sv-SE"/>
        </w:rPr>
        <w:t>}}Men direkt efter de dagarnas nöd ska solen förmörkas och månen inte ge sitt sken, och stjärnorna ska falla från himlen och himlarnas makter skakas.{{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24:30]]</w:t>
      </w:r>
      <w:r w:rsidRPr="0096445B">
        <w:rPr>
          <w:vertAlign w:val="superscript"/>
          <w:lang w:val="sv-SE"/>
        </w:rPr>
        <w:t>30</w:t>
      </w:r>
      <w:r w:rsidRPr="0096445B">
        <w:rPr>
          <w:lang w:val="sv-SE"/>
        </w:rPr>
        <w:t xml:space="preserve"> {{</w:t>
      </w:r>
      <w:proofErr w:type="spellStart"/>
      <w:r w:rsidRPr="0096445B">
        <w:rPr>
          <w:lang w:val="sv-SE"/>
        </w:rPr>
        <w:t>field-on:bible</w:t>
      </w:r>
      <w:proofErr w:type="spellEnd"/>
      <w:r w:rsidRPr="0096445B">
        <w:rPr>
          <w:lang w:val="sv-SE"/>
        </w:rPr>
        <w:t>}}Och då ska Människosonens tecken lysa på himlen, och då ska jordens alla stammar slå sig själva och se Människosonen komma på himlens moln med stor makt och härlighet.{{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24:31]]</w:t>
      </w:r>
      <w:r w:rsidRPr="0096445B">
        <w:rPr>
          <w:vertAlign w:val="superscript"/>
          <w:lang w:val="sv-SE"/>
        </w:rPr>
        <w:t>31</w:t>
      </w:r>
      <w:r w:rsidRPr="0096445B">
        <w:rPr>
          <w:lang w:val="sv-SE"/>
        </w:rPr>
        <w:t xml:space="preserve"> {{</w:t>
      </w:r>
      <w:proofErr w:type="spellStart"/>
      <w:r w:rsidRPr="0096445B">
        <w:rPr>
          <w:lang w:val="sv-SE"/>
        </w:rPr>
        <w:t>field-on:bible</w:t>
      </w:r>
      <w:proofErr w:type="spellEnd"/>
      <w:r w:rsidRPr="0096445B">
        <w:rPr>
          <w:lang w:val="sv-SE"/>
        </w:rPr>
        <w:t>}}Och han ska sända ut sina änglar med en väldig basun, och de ska församla hans utvalda från de fyra vindarna, från himlarnas ändar till deras ändar.{{</w:t>
      </w:r>
      <w:proofErr w:type="spellStart"/>
      <w:r w:rsidRPr="0096445B">
        <w:rPr>
          <w:lang w:val="sv-SE"/>
        </w:rPr>
        <w:t>field-off:bible</w:t>
      </w:r>
      <w:proofErr w:type="spellEnd"/>
      <w:r w:rsidRPr="0096445B">
        <w:rPr>
          <w:lang w:val="sv-SE"/>
        </w:rPr>
        <w:t>}}</w:t>
      </w:r>
    </w:p>
    <w:p w14:paraId="030BF953" w14:textId="4BD98943" w:rsidR="00BA33AB" w:rsidRPr="0096445B" w:rsidRDefault="00000000">
      <w:pPr>
        <w:rPr>
          <w:lang w:val="sv-SE"/>
        </w:rPr>
      </w:pPr>
      <w:r w:rsidRPr="0096445B">
        <w:rPr>
          <w:lang w:val="sv-SE"/>
        </w:rPr>
        <w:t>[[@</w:t>
      </w:r>
      <w:r w:rsidR="0096445B" w:rsidRPr="0096445B">
        <w:rPr>
          <w:lang w:val="sv-SE"/>
        </w:rPr>
        <w:t>BibleBIBEL82</w:t>
      </w:r>
      <w:r w:rsidRPr="0096445B">
        <w:rPr>
          <w:lang w:val="sv-SE"/>
        </w:rPr>
        <w:t>:Matt 24:32]]</w:t>
      </w:r>
      <w:r w:rsidRPr="0096445B">
        <w:rPr>
          <w:vertAlign w:val="superscript"/>
          <w:lang w:val="sv-SE"/>
        </w:rPr>
        <w:t>32</w:t>
      </w:r>
      <w:r w:rsidRPr="0096445B">
        <w:rPr>
          <w:lang w:val="sv-SE"/>
        </w:rPr>
        <w:t xml:space="preserve"> {{</w:t>
      </w:r>
      <w:proofErr w:type="spellStart"/>
      <w:r w:rsidRPr="0096445B">
        <w:rPr>
          <w:lang w:val="sv-SE"/>
        </w:rPr>
        <w:t>field-on:bible</w:t>
      </w:r>
      <w:proofErr w:type="spellEnd"/>
      <w:r w:rsidRPr="0096445B">
        <w:rPr>
          <w:lang w:val="sv-SE"/>
        </w:rPr>
        <w:t xml:space="preserve">}}Och från fikonträdet ska ni lära er liknelsen: Redan när dess kvist blir len och löven spricker fram, vet ni att sommaren </w:t>
      </w:r>
      <w:r w:rsidRPr="0096445B">
        <w:rPr>
          <w:i/>
          <w:lang w:val="sv-SE"/>
        </w:rPr>
        <w:t>är</w:t>
      </w:r>
      <w:r w:rsidRPr="0096445B">
        <w:rPr>
          <w:lang w:val="sv-SE"/>
        </w:rPr>
        <w:t xml:space="preserve"> nära.{{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24:33]]</w:t>
      </w:r>
      <w:r w:rsidRPr="0096445B">
        <w:rPr>
          <w:vertAlign w:val="superscript"/>
          <w:lang w:val="sv-SE"/>
        </w:rPr>
        <w:t>33</w:t>
      </w:r>
      <w:r w:rsidRPr="0096445B">
        <w:rPr>
          <w:lang w:val="sv-SE"/>
        </w:rPr>
        <w:t xml:space="preserve"> {{</w:t>
      </w:r>
      <w:proofErr w:type="spellStart"/>
      <w:r w:rsidRPr="0096445B">
        <w:rPr>
          <w:lang w:val="sv-SE"/>
        </w:rPr>
        <w:t>field-on:bible</w:t>
      </w:r>
      <w:proofErr w:type="spellEnd"/>
      <w:r w:rsidRPr="0096445B">
        <w:rPr>
          <w:lang w:val="sv-SE"/>
        </w:rPr>
        <w:t>}}Så även ni: när ni ser allt detta vet ni att han är nära, vid dörrarna.{{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24:34]]</w:t>
      </w:r>
      <w:r w:rsidRPr="0096445B">
        <w:rPr>
          <w:vertAlign w:val="superscript"/>
          <w:lang w:val="sv-SE"/>
        </w:rPr>
        <w:t>34</w:t>
      </w:r>
      <w:r w:rsidRPr="0096445B">
        <w:rPr>
          <w:lang w:val="sv-SE"/>
        </w:rPr>
        <w:t xml:space="preserve"> {{</w:t>
      </w:r>
      <w:proofErr w:type="spellStart"/>
      <w:r w:rsidRPr="0096445B">
        <w:rPr>
          <w:lang w:val="sv-SE"/>
        </w:rPr>
        <w:t>field-on:bible</w:t>
      </w:r>
      <w:proofErr w:type="spellEnd"/>
      <w:r w:rsidRPr="0096445B">
        <w:rPr>
          <w:lang w:val="sv-SE"/>
        </w:rPr>
        <w:t>}}Amen, jag säger er att detta släkte alls inte ska förgå förrän allt detta har skett.{{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24:35]]</w:t>
      </w:r>
      <w:r w:rsidRPr="0096445B">
        <w:rPr>
          <w:vertAlign w:val="superscript"/>
          <w:lang w:val="sv-SE"/>
        </w:rPr>
        <w:t>35</w:t>
      </w:r>
      <w:r w:rsidRPr="0096445B">
        <w:rPr>
          <w:lang w:val="sv-SE"/>
        </w:rPr>
        <w:t xml:space="preserve"> {{</w:t>
      </w:r>
      <w:proofErr w:type="spellStart"/>
      <w:r w:rsidRPr="0096445B">
        <w:rPr>
          <w:lang w:val="sv-SE"/>
        </w:rPr>
        <w:t>field-on:bible</w:t>
      </w:r>
      <w:proofErr w:type="spellEnd"/>
      <w:r w:rsidRPr="0096445B">
        <w:rPr>
          <w:lang w:val="sv-SE"/>
        </w:rPr>
        <w:t xml:space="preserve">}}Himlen och jorden ska förgå. Men mina ord ska aldrig </w:t>
      </w:r>
      <w:proofErr w:type="gramStart"/>
      <w:r w:rsidRPr="0096445B">
        <w:rPr>
          <w:lang w:val="sv-SE"/>
        </w:rPr>
        <w:t>förgå.{</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om den dagen och stunden vet ingen, varken himlarnas änglar eller Sonen, utom Fadern </w:t>
      </w:r>
      <w:proofErr w:type="gramStart"/>
      <w:r w:rsidRPr="0096445B">
        <w:rPr>
          <w:lang w:val="sv-SE"/>
        </w:rPr>
        <w:t>ensam.{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D68AA4F" w14:textId="571C01FF" w:rsidR="00BA33AB" w:rsidRPr="0096445B" w:rsidRDefault="00000000">
      <w:pPr>
        <w:rPr>
          <w:lang w:val="sv-SE"/>
        </w:rPr>
      </w:pPr>
      <w:r w:rsidRPr="0096445B">
        <w:rPr>
          <w:lang w:val="sv-SE"/>
        </w:rPr>
        <w:t>[[@</w:t>
      </w:r>
      <w:r w:rsidR="0096445B" w:rsidRPr="0096445B">
        <w:rPr>
          <w:lang w:val="sv-SE"/>
        </w:rPr>
        <w:t>BibleBIBEL82</w:t>
      </w:r>
      <w:r w:rsidRPr="0096445B">
        <w:rPr>
          <w:lang w:val="sv-SE"/>
        </w:rPr>
        <w:t>:Matt 24:37]]</w:t>
      </w:r>
      <w:r w:rsidRPr="0096445B">
        <w:rPr>
          <w:vertAlign w:val="superscript"/>
          <w:lang w:val="sv-SE"/>
        </w:rPr>
        <w:t>37</w:t>
      </w:r>
      <w:r w:rsidRPr="0096445B">
        <w:rPr>
          <w:lang w:val="sv-SE"/>
        </w:rPr>
        <w:t xml:space="preserve"> {{</w:t>
      </w:r>
      <w:proofErr w:type="spellStart"/>
      <w:r w:rsidRPr="0096445B">
        <w:rPr>
          <w:lang w:val="sv-SE"/>
        </w:rPr>
        <w:t>field-on:bible</w:t>
      </w:r>
      <w:proofErr w:type="spellEnd"/>
      <w:r w:rsidRPr="0096445B">
        <w:rPr>
          <w:lang w:val="sv-SE"/>
        </w:rPr>
        <w:t>}}För såsom Noas dagar, så ska Människosonens ankomst vara.{{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24:38]]</w:t>
      </w:r>
      <w:r w:rsidRPr="0096445B">
        <w:rPr>
          <w:vertAlign w:val="superscript"/>
          <w:lang w:val="sv-SE"/>
        </w:rPr>
        <w:t>38</w:t>
      </w:r>
      <w:r w:rsidRPr="0096445B">
        <w:rPr>
          <w:lang w:val="sv-SE"/>
        </w:rPr>
        <w:t xml:space="preserve"> {{</w:t>
      </w:r>
      <w:proofErr w:type="spellStart"/>
      <w:r w:rsidRPr="0096445B">
        <w:rPr>
          <w:lang w:val="sv-SE"/>
        </w:rPr>
        <w:t>field-on:bible</w:t>
      </w:r>
      <w:proofErr w:type="spellEnd"/>
      <w:r w:rsidRPr="0096445B">
        <w:rPr>
          <w:lang w:val="sv-SE"/>
        </w:rPr>
        <w:t>}}För som de var under [de] dagarna före syndafloden – när de tuggade och drack, gifte sig och blev bortgifta, ända till den dag Noa gick in i arken,{{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24:39]]</w:t>
      </w:r>
      <w:r w:rsidRPr="0096445B">
        <w:rPr>
          <w:vertAlign w:val="superscript"/>
          <w:lang w:val="sv-SE"/>
        </w:rPr>
        <w:t>39</w:t>
      </w:r>
      <w:r w:rsidRPr="0096445B">
        <w:rPr>
          <w:lang w:val="sv-SE"/>
        </w:rPr>
        <w:t xml:space="preserve"> {{</w:t>
      </w:r>
      <w:proofErr w:type="spellStart"/>
      <w:r w:rsidRPr="0096445B">
        <w:rPr>
          <w:lang w:val="sv-SE"/>
        </w:rPr>
        <w:t>field-on:bible</w:t>
      </w:r>
      <w:proofErr w:type="spellEnd"/>
      <w:r w:rsidRPr="0096445B">
        <w:rPr>
          <w:lang w:val="sv-SE"/>
        </w:rPr>
        <w:t>}}och de visste inget förrän syndafloden kom och tog bort allesammans – så ska [också] Människosonens ankomst vara.{{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24:40]]</w:t>
      </w:r>
      <w:r w:rsidRPr="0096445B">
        <w:rPr>
          <w:vertAlign w:val="superscript"/>
          <w:lang w:val="sv-SE"/>
        </w:rPr>
        <w:t>40</w:t>
      </w:r>
      <w:r w:rsidRPr="0096445B">
        <w:rPr>
          <w:lang w:val="sv-SE"/>
        </w:rPr>
        <w:t xml:space="preserve"> {{</w:t>
      </w:r>
      <w:proofErr w:type="spellStart"/>
      <w:r w:rsidRPr="0096445B">
        <w:rPr>
          <w:lang w:val="sv-SE"/>
        </w:rPr>
        <w:t>field-on:bible</w:t>
      </w:r>
      <w:proofErr w:type="spellEnd"/>
      <w:r w:rsidRPr="0096445B">
        <w:rPr>
          <w:lang w:val="sv-SE"/>
        </w:rPr>
        <w:t>}}Då ska två vara på åkern: en tas med och en lämnas.{{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24:41]]</w:t>
      </w:r>
      <w:r w:rsidRPr="0096445B">
        <w:rPr>
          <w:vertAlign w:val="superscript"/>
          <w:lang w:val="sv-SE"/>
        </w:rPr>
        <w:t>41</w:t>
      </w:r>
      <w:r w:rsidRPr="0096445B">
        <w:rPr>
          <w:lang w:val="sv-SE"/>
        </w:rPr>
        <w:t xml:space="preserve"> {{</w:t>
      </w:r>
      <w:proofErr w:type="spellStart"/>
      <w:r w:rsidRPr="0096445B">
        <w:rPr>
          <w:lang w:val="sv-SE"/>
        </w:rPr>
        <w:t>field-on:bible</w:t>
      </w:r>
      <w:proofErr w:type="spellEnd"/>
      <w:r w:rsidRPr="0096445B">
        <w:rPr>
          <w:lang w:val="sv-SE"/>
        </w:rPr>
        <w:t xml:space="preserve">}}Två </w:t>
      </w:r>
      <w:r w:rsidRPr="0096445B">
        <w:rPr>
          <w:i/>
          <w:lang w:val="sv-SE"/>
        </w:rPr>
        <w:t>kvinnor</w:t>
      </w:r>
      <w:r w:rsidRPr="0096445B">
        <w:rPr>
          <w:lang w:val="sv-SE"/>
        </w:rPr>
        <w:t xml:space="preserve"> som mal vid kvarnen: en tas med och en lämnas.{{</w:t>
      </w:r>
      <w:proofErr w:type="spellStart"/>
      <w:r w:rsidRPr="0096445B">
        <w:rPr>
          <w:lang w:val="sv-SE"/>
        </w:rPr>
        <w:t>field-off:bible</w:t>
      </w:r>
      <w:proofErr w:type="spellEnd"/>
      <w:r w:rsidRPr="0096445B">
        <w:rPr>
          <w:lang w:val="sv-SE"/>
        </w:rPr>
        <w:t>}}</w:t>
      </w:r>
    </w:p>
    <w:p w14:paraId="335A8BA5" w14:textId="70DF264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}}Var</w:t>
      </w:r>
      <w:proofErr w:type="gramEnd"/>
      <w:r w:rsidRPr="0096445B">
        <w:rPr>
          <w:lang w:val="sv-SE"/>
        </w:rPr>
        <w:t xml:space="preserve"> alltså vakna. För ni vet inte vilken dag er Herre </w:t>
      </w:r>
      <w:proofErr w:type="gramStart"/>
      <w:r w:rsidRPr="0096445B">
        <w:rPr>
          <w:lang w:val="sv-SE"/>
        </w:rPr>
        <w:t>kommer.{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det förstår ni att om hushärskaren visste vid vilken </w:t>
      </w:r>
      <w:r w:rsidRPr="0096445B">
        <w:rPr>
          <w:i/>
          <w:lang w:val="sv-SE"/>
        </w:rPr>
        <w:t>natt</w:t>
      </w:r>
      <w:r w:rsidRPr="0096445B">
        <w:rPr>
          <w:lang w:val="sv-SE"/>
        </w:rPr>
        <w:t xml:space="preserve">väkt tjuven kommer, hade han varit vaken och inte låtit </w:t>
      </w:r>
      <w:r w:rsidRPr="0096445B">
        <w:rPr>
          <w:i/>
          <w:lang w:val="sv-SE"/>
        </w:rPr>
        <w:t>det</w:t>
      </w:r>
      <w:r w:rsidRPr="0096445B">
        <w:rPr>
          <w:lang w:val="sv-SE"/>
        </w:rPr>
        <w:t xml:space="preserve"> bli inbrott </w:t>
      </w:r>
      <w:r w:rsidRPr="0096445B">
        <w:rPr>
          <w:i/>
          <w:lang w:val="sv-SE"/>
        </w:rPr>
        <w:t>i</w:t>
      </w:r>
      <w:r w:rsidRPr="0096445B">
        <w:rPr>
          <w:lang w:val="sv-SE"/>
        </w:rPr>
        <w:t xml:space="preserve"> hans </w:t>
      </w:r>
      <w:proofErr w:type="gramStart"/>
      <w:r w:rsidRPr="0096445B">
        <w:rPr>
          <w:lang w:val="sv-SE"/>
        </w:rPr>
        <w:t>hus.{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}}Därför</w:t>
      </w:r>
      <w:proofErr w:type="gramEnd"/>
      <w:r w:rsidRPr="0096445B">
        <w:rPr>
          <w:lang w:val="sv-SE"/>
        </w:rPr>
        <w:t xml:space="preserve"> ska också ni vara beredda. För vid en stund ni inte tänker er kommer </w:t>
      </w:r>
      <w:proofErr w:type="gramStart"/>
      <w:r w:rsidRPr="0096445B">
        <w:rPr>
          <w:lang w:val="sv-SE"/>
        </w:rPr>
        <w:t>Människosonen.{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3ABF58F" w14:textId="35F44A2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}}Vem</w:t>
      </w:r>
      <w:proofErr w:type="gramEnd"/>
      <w:r w:rsidRPr="0096445B">
        <w:rPr>
          <w:lang w:val="sv-SE"/>
        </w:rPr>
        <w:t xml:space="preserve"> är då den trogne fasttjänaren och kloke som Herren har satt över sitt hustjänstefolk, för att ge dem födan i </w:t>
      </w:r>
      <w:r w:rsidRPr="0096445B">
        <w:rPr>
          <w:i/>
          <w:lang w:val="sv-SE"/>
        </w:rPr>
        <w:t>rätt</w:t>
      </w:r>
      <w:r w:rsidRPr="0096445B">
        <w:rPr>
          <w:lang w:val="sv-SE"/>
        </w:rPr>
        <w:t xml:space="preserve"> </w:t>
      </w:r>
      <w:proofErr w:type="gramStart"/>
      <w:r w:rsidRPr="0096445B">
        <w:rPr>
          <w:lang w:val="sv-SE"/>
        </w:rPr>
        <w:t>tid?{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}}Salig</w:t>
      </w:r>
      <w:proofErr w:type="gramEnd"/>
      <w:r w:rsidRPr="0096445B">
        <w:rPr>
          <w:lang w:val="sv-SE"/>
        </w:rPr>
        <w:t xml:space="preserve"> den fasttjänaren som hans Herre ska komma och finna görande </w:t>
      </w:r>
      <w:proofErr w:type="gramStart"/>
      <w:r w:rsidRPr="0096445B">
        <w:rPr>
          <w:lang w:val="sv-SE"/>
        </w:rPr>
        <w:t>så.{</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24:47]]</w:t>
      </w:r>
      <w:r w:rsidRPr="0096445B">
        <w:rPr>
          <w:vertAlign w:val="superscript"/>
          <w:lang w:val="sv-SE"/>
        </w:rPr>
        <w:t>47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}}Amen</w:t>
      </w:r>
      <w:proofErr w:type="gramEnd"/>
      <w:r w:rsidRPr="0096445B">
        <w:rPr>
          <w:lang w:val="sv-SE"/>
        </w:rPr>
        <w:t xml:space="preserve">, jag säger er att över allt som är hans ska han sätta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6F846C3" w14:textId="0B09B441" w:rsidR="00BA33AB" w:rsidRPr="0096445B" w:rsidRDefault="00000000">
      <w:pPr>
        <w:rPr>
          <w:lang w:val="sv-SE"/>
        </w:rPr>
      </w:pPr>
      <w:r w:rsidRPr="0096445B">
        <w:rPr>
          <w:lang w:val="sv-SE"/>
        </w:rPr>
        <w:t>[[@</w:t>
      </w:r>
      <w:r w:rsidR="0096445B" w:rsidRPr="0096445B">
        <w:rPr>
          <w:lang w:val="sv-SE"/>
        </w:rPr>
        <w:t>BibleBIBEL82</w:t>
      </w:r>
      <w:r w:rsidRPr="0096445B">
        <w:rPr>
          <w:lang w:val="sv-SE"/>
        </w:rPr>
        <w:t>:Matt 24:48]]</w:t>
      </w:r>
      <w:r w:rsidRPr="0096445B">
        <w:rPr>
          <w:vertAlign w:val="superscript"/>
          <w:lang w:val="sv-SE"/>
        </w:rPr>
        <w:t>48</w:t>
      </w:r>
      <w:r w:rsidRPr="0096445B">
        <w:rPr>
          <w:lang w:val="sv-SE"/>
        </w:rPr>
        <w:t xml:space="preserve"> {{</w:t>
      </w:r>
      <w:proofErr w:type="spellStart"/>
      <w:r w:rsidRPr="0096445B">
        <w:rPr>
          <w:lang w:val="sv-SE"/>
        </w:rPr>
        <w:t>field-on:bible</w:t>
      </w:r>
      <w:proofErr w:type="spellEnd"/>
      <w:r w:rsidRPr="0096445B">
        <w:rPr>
          <w:lang w:val="sv-SE"/>
        </w:rPr>
        <w:t>}}Men om den onde fasttjänaren säger i sitt hjärta: Min Herre dröjer,{{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24:49]]</w:t>
      </w:r>
      <w:r w:rsidRPr="0096445B">
        <w:rPr>
          <w:vertAlign w:val="superscript"/>
          <w:lang w:val="sv-SE"/>
        </w:rPr>
        <w:t>49</w:t>
      </w:r>
      <w:r w:rsidRPr="0096445B">
        <w:rPr>
          <w:lang w:val="sv-SE"/>
        </w:rPr>
        <w:t xml:space="preserve"> {{</w:t>
      </w:r>
      <w:proofErr w:type="spellStart"/>
      <w:r w:rsidRPr="0096445B">
        <w:rPr>
          <w:lang w:val="sv-SE"/>
        </w:rPr>
        <w:t>field-</w:t>
      </w:r>
      <w:r w:rsidRPr="0096445B">
        <w:rPr>
          <w:lang w:val="sv-SE"/>
        </w:rPr>
        <w:lastRenderedPageBreak/>
        <w:t>on:bible</w:t>
      </w:r>
      <w:proofErr w:type="spellEnd"/>
      <w:r w:rsidRPr="0096445B">
        <w:rPr>
          <w:lang w:val="sv-SE"/>
        </w:rPr>
        <w:t>}}och han börjar slå sina medtjänare och äter och dricker med de berusade,{{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24:50]]</w:t>
      </w:r>
      <w:r w:rsidRPr="0096445B">
        <w:rPr>
          <w:vertAlign w:val="superscript"/>
          <w:lang w:val="sv-SE"/>
        </w:rPr>
        <w:t>50</w:t>
      </w:r>
      <w:r w:rsidRPr="0096445B">
        <w:rPr>
          <w:lang w:val="sv-SE"/>
        </w:rPr>
        <w:t xml:space="preserve"> {{</w:t>
      </w:r>
      <w:proofErr w:type="spellStart"/>
      <w:r w:rsidRPr="0096445B">
        <w:rPr>
          <w:lang w:val="sv-SE"/>
        </w:rPr>
        <w:t>field-on:bible</w:t>
      </w:r>
      <w:proofErr w:type="spellEnd"/>
      <w:r w:rsidRPr="0096445B">
        <w:rPr>
          <w:lang w:val="sv-SE"/>
        </w:rPr>
        <w:t>}}ska den fasttjänarens Herre komma på en dag som han inte väntar sig och i en stund som han inte vet om,{{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24:51]]</w:t>
      </w:r>
      <w:r w:rsidRPr="0096445B">
        <w:rPr>
          <w:vertAlign w:val="superscript"/>
          <w:lang w:val="sv-SE"/>
        </w:rPr>
        <w:t>51</w:t>
      </w:r>
      <w:r w:rsidRPr="0096445B">
        <w:rPr>
          <w:lang w:val="sv-SE"/>
        </w:rPr>
        <w:t xml:space="preserve"> {{</w:t>
      </w:r>
      <w:proofErr w:type="spellStart"/>
      <w:r w:rsidRPr="0096445B">
        <w:rPr>
          <w:lang w:val="sv-SE"/>
        </w:rPr>
        <w:t>field-on:bible</w:t>
      </w:r>
      <w:proofErr w:type="spellEnd"/>
      <w:r w:rsidRPr="0096445B">
        <w:rPr>
          <w:lang w:val="sv-SE"/>
        </w:rPr>
        <w:t xml:space="preserve">}}och hugga honom itu och sätta hans del med hycklarna. Där blir gråten och tändernas </w:t>
      </w:r>
      <w:proofErr w:type="gramStart"/>
      <w:r w:rsidRPr="0096445B">
        <w:rPr>
          <w:lang w:val="sv-SE"/>
        </w:rPr>
        <w:t>gnissel.{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DBFA28C" w14:textId="67A22379"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w:t>
      </w:r>
      <w:proofErr w:type="gramStart"/>
      <w:r w:rsidRPr="0096445B">
        <w:rPr>
          <w:lang w:val="sv-SE"/>
        </w:rPr>
        <w:t>]]Kapitel</w:t>
      </w:r>
      <w:proofErr w:type="gramEnd"/>
      <w:r w:rsidRPr="0096445B">
        <w:rPr>
          <w:lang w:val="sv-SE"/>
        </w:rPr>
        <w:t xml:space="preserve"> 25</w:t>
      </w:r>
    </w:p>
    <w:p w14:paraId="1BCBAA6E" w14:textId="77777777" w:rsidR="00BA33AB" w:rsidRPr="0096445B" w:rsidRDefault="00000000">
      <w:pPr>
        <w:pStyle w:val="Rubrik3"/>
        <w:rPr>
          <w:lang w:val="sv-SE"/>
        </w:rPr>
      </w:pPr>
      <w:r w:rsidRPr="0096445B">
        <w:rPr>
          <w:lang w:val="sv-SE"/>
        </w:rPr>
        <w:t>Liknelsen om de tio jungfrurna</w:t>
      </w:r>
    </w:p>
    <w:p w14:paraId="6F560211" w14:textId="453E8BDA" w:rsidR="00BA33AB" w:rsidRPr="0096445B" w:rsidRDefault="00000000">
      <w:pPr>
        <w:rPr>
          <w:lang w:val="sv-SE"/>
        </w:rPr>
      </w:pPr>
      <w:r w:rsidRPr="0096445B">
        <w:rPr>
          <w:lang w:val="sv-SE"/>
        </w:rPr>
        <w:t>[[@</w:t>
      </w:r>
      <w:r w:rsidR="0096445B" w:rsidRPr="0096445B">
        <w:rPr>
          <w:lang w:val="sv-SE"/>
        </w:rPr>
        <w:t>BibleBIBEL82</w:t>
      </w:r>
      <w:r w:rsidRPr="0096445B">
        <w:rPr>
          <w:lang w:val="sv-SE"/>
        </w:rPr>
        <w:t>:Matt 25:1]]</w:t>
      </w:r>
      <w:r w:rsidRPr="0096445B">
        <w:rPr>
          <w:vertAlign w:val="superscript"/>
          <w:lang w:val="sv-SE"/>
        </w:rPr>
        <w:t>1</w:t>
      </w:r>
      <w:r w:rsidRPr="0096445B">
        <w:rPr>
          <w:lang w:val="sv-SE"/>
        </w:rPr>
        <w:t xml:space="preserve"> {{</w:t>
      </w:r>
      <w:proofErr w:type="spellStart"/>
      <w:r w:rsidRPr="0096445B">
        <w:rPr>
          <w:lang w:val="sv-SE"/>
        </w:rPr>
        <w:t>field-on:bible</w:t>
      </w:r>
      <w:proofErr w:type="spellEnd"/>
      <w:r w:rsidRPr="0096445B">
        <w:rPr>
          <w:lang w:val="sv-SE"/>
        </w:rPr>
        <w:t>}}Då ska himlarnas rike liknas vid tio jungfrur som tog sina lampor och gick ut, brudgummen till mötes.{{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25:2]]</w:t>
      </w:r>
      <w:r w:rsidRPr="0096445B">
        <w:rPr>
          <w:vertAlign w:val="superscript"/>
          <w:lang w:val="sv-SE"/>
        </w:rPr>
        <w:t>2</w:t>
      </w:r>
      <w:r w:rsidRPr="0096445B">
        <w:rPr>
          <w:lang w:val="sv-SE"/>
        </w:rPr>
        <w:t xml:space="preserve"> {{</w:t>
      </w:r>
      <w:proofErr w:type="spellStart"/>
      <w:r w:rsidRPr="0096445B">
        <w:rPr>
          <w:lang w:val="sv-SE"/>
        </w:rPr>
        <w:t>field-on:bible</w:t>
      </w:r>
      <w:proofErr w:type="spellEnd"/>
      <w:r w:rsidRPr="0096445B">
        <w:rPr>
          <w:lang w:val="sv-SE"/>
        </w:rPr>
        <w:t>}}Men fem av dem var dåraktiga och fem kloka.{{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25:3]]</w:t>
      </w:r>
      <w:r w:rsidRPr="0096445B">
        <w:rPr>
          <w:vertAlign w:val="superscript"/>
          <w:lang w:val="sv-SE"/>
        </w:rPr>
        <w:t>3</w:t>
      </w:r>
      <w:r w:rsidRPr="0096445B">
        <w:rPr>
          <w:lang w:val="sv-SE"/>
        </w:rPr>
        <w:t xml:space="preserve"> {{</w:t>
      </w:r>
      <w:proofErr w:type="spellStart"/>
      <w:r w:rsidRPr="0096445B">
        <w:rPr>
          <w:lang w:val="sv-SE"/>
        </w:rPr>
        <w:t>field-on:bible</w:t>
      </w:r>
      <w:proofErr w:type="spellEnd"/>
      <w:r w:rsidRPr="0096445B">
        <w:rPr>
          <w:lang w:val="sv-SE"/>
        </w:rPr>
        <w:t xml:space="preserve">}}För de dåraktiga tog sina lampor </w:t>
      </w:r>
      <w:r w:rsidRPr="0096445B">
        <w:rPr>
          <w:i/>
          <w:lang w:val="sv-SE"/>
        </w:rPr>
        <w:t>men</w:t>
      </w:r>
      <w:r w:rsidRPr="0096445B">
        <w:rPr>
          <w:lang w:val="sv-SE"/>
        </w:rPr>
        <w:t xml:space="preserve"> tog inte med sig olja,{{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25:4]]</w:t>
      </w:r>
      <w:r w:rsidRPr="0096445B">
        <w:rPr>
          <w:vertAlign w:val="superscript"/>
          <w:lang w:val="sv-SE"/>
        </w:rPr>
        <w:t>4</w:t>
      </w:r>
      <w:r w:rsidRPr="0096445B">
        <w:rPr>
          <w:lang w:val="sv-SE"/>
        </w:rPr>
        <w:t xml:space="preserve"> {{</w:t>
      </w:r>
      <w:proofErr w:type="spellStart"/>
      <w:r w:rsidRPr="0096445B">
        <w:rPr>
          <w:lang w:val="sv-SE"/>
        </w:rPr>
        <w:t>field-on:bible</w:t>
      </w:r>
      <w:proofErr w:type="spellEnd"/>
      <w:r w:rsidRPr="0096445B">
        <w:rPr>
          <w:lang w:val="sv-SE"/>
        </w:rPr>
        <w:t>}}men de kloka tog olja i flaskorna med sina lampor.{{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25:5]]</w:t>
      </w:r>
      <w:r w:rsidRPr="0096445B">
        <w:rPr>
          <w:vertAlign w:val="superscript"/>
          <w:lang w:val="sv-SE"/>
        </w:rPr>
        <w:t>5</w:t>
      </w:r>
      <w:r w:rsidRPr="0096445B">
        <w:rPr>
          <w:lang w:val="sv-SE"/>
        </w:rPr>
        <w:t xml:space="preserve"> {{</w:t>
      </w:r>
      <w:proofErr w:type="spellStart"/>
      <w:r w:rsidRPr="0096445B">
        <w:rPr>
          <w:lang w:val="sv-SE"/>
        </w:rPr>
        <w:t>field-on:bible</w:t>
      </w:r>
      <w:proofErr w:type="spellEnd"/>
      <w:r w:rsidRPr="0096445B">
        <w:rPr>
          <w:lang w:val="sv-SE"/>
        </w:rPr>
        <w:t>}}Och när brudgummen dröjde, slumrade alla till och sov.{{</w:t>
      </w:r>
      <w:proofErr w:type="spellStart"/>
      <w:r w:rsidRPr="0096445B">
        <w:rPr>
          <w:lang w:val="sv-SE"/>
        </w:rPr>
        <w:t>field-off:bible</w:t>
      </w:r>
      <w:proofErr w:type="spellEnd"/>
      <w:r w:rsidRPr="0096445B">
        <w:rPr>
          <w:lang w:val="sv-SE"/>
        </w:rPr>
        <w:t>}}</w:t>
      </w:r>
    </w:p>
    <w:p w14:paraId="519A4AA6" w14:textId="7B7C1D6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vid midnatt hade det blivit ett skri: Se, brudgummen! Kom ut, [honom] till </w:t>
      </w:r>
      <w:proofErr w:type="gramStart"/>
      <w:r w:rsidRPr="0096445B">
        <w:rPr>
          <w:lang w:val="sv-SE"/>
        </w:rPr>
        <w:t>mötes!{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vaknade alla dessa jungfrur och snyggade till sina </w:t>
      </w:r>
      <w:proofErr w:type="gramStart"/>
      <w:r w:rsidRPr="0096445B">
        <w:rPr>
          <w:lang w:val="sv-SE"/>
        </w:rPr>
        <w:t>lampor.{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 dåraktiga sade till de kloka: Ge oss av er olja! För våra lampor </w:t>
      </w:r>
      <w:proofErr w:type="gramStart"/>
      <w:r w:rsidRPr="0096445B">
        <w:rPr>
          <w:lang w:val="sv-SE"/>
        </w:rPr>
        <w:t>slocknar.{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w:t>
      </w:r>
      <w:r w:rsidRPr="0096445B">
        <w:rPr>
          <w:i/>
          <w:lang w:val="sv-SE"/>
        </w:rPr>
        <w:t>då</w:t>
      </w:r>
      <w:r w:rsidRPr="0096445B">
        <w:rPr>
          <w:lang w:val="sv-SE"/>
        </w:rPr>
        <w:t xml:space="preserve"> svarade de kloka och sade: </w:t>
      </w:r>
      <w:r w:rsidRPr="0096445B">
        <w:rPr>
          <w:i/>
          <w:lang w:val="sv-SE"/>
        </w:rPr>
        <w:t>Nej,</w:t>
      </w:r>
      <w:r w:rsidRPr="0096445B">
        <w:rPr>
          <w:lang w:val="sv-SE"/>
        </w:rPr>
        <w:t xml:space="preserve"> annars räcker det aldrig för oss och för er. Gå snarare till dem som säljer och köp åt </w:t>
      </w:r>
      <w:proofErr w:type="gramStart"/>
      <w:r w:rsidRPr="0096445B">
        <w:rPr>
          <w:lang w:val="sv-SE"/>
        </w:rPr>
        <w:t>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72EA18A" w14:textId="0D7A8D0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de gick </w:t>
      </w:r>
      <w:proofErr w:type="gramStart"/>
      <w:r w:rsidRPr="0096445B">
        <w:rPr>
          <w:lang w:val="sv-SE"/>
        </w:rPr>
        <w:t>iväg</w:t>
      </w:r>
      <w:proofErr w:type="gramEnd"/>
      <w:r w:rsidRPr="0096445B">
        <w:rPr>
          <w:lang w:val="sv-SE"/>
        </w:rPr>
        <w:t xml:space="preserve"> </w:t>
      </w:r>
      <w:r w:rsidRPr="0096445B">
        <w:rPr>
          <w:i/>
          <w:lang w:val="sv-SE"/>
        </w:rPr>
        <w:t>för</w:t>
      </w:r>
      <w:r w:rsidRPr="0096445B">
        <w:rPr>
          <w:lang w:val="sv-SE"/>
        </w:rPr>
        <w:t xml:space="preserve"> att köpa, kom brudgummen. Och de </w:t>
      </w:r>
      <w:r w:rsidRPr="0096445B">
        <w:rPr>
          <w:i/>
          <w:lang w:val="sv-SE"/>
        </w:rPr>
        <w:t>som var</w:t>
      </w:r>
      <w:r w:rsidRPr="0096445B">
        <w:rPr>
          <w:lang w:val="sv-SE"/>
        </w:rPr>
        <w:t xml:space="preserve"> beredda gick in med honom till bröllopsfesten, och dörren </w:t>
      </w:r>
      <w:proofErr w:type="gramStart"/>
      <w:r w:rsidRPr="0096445B">
        <w:rPr>
          <w:lang w:val="sv-SE"/>
        </w:rPr>
        <w:t>stängdes.{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w:t>
      </w:r>
      <w:r w:rsidRPr="0096445B">
        <w:rPr>
          <w:i/>
          <w:lang w:val="sv-SE"/>
        </w:rPr>
        <w:t>till</w:t>
      </w:r>
      <w:r w:rsidRPr="0096445B">
        <w:rPr>
          <w:lang w:val="sv-SE"/>
        </w:rPr>
        <w:t xml:space="preserve"> sist kommer också de övriga jungfrurna och säger: Herre, Herre! Öppna för </w:t>
      </w:r>
      <w:proofErr w:type="gramStart"/>
      <w:r w:rsidRPr="0096445B">
        <w:rPr>
          <w:lang w:val="sv-SE"/>
        </w:rPr>
        <w:t>oss!{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svarade och sade: Amen, jag säger er: Jag känner er </w:t>
      </w:r>
      <w:proofErr w:type="gramStart"/>
      <w:r w:rsidRPr="0096445B">
        <w:rPr>
          <w:lang w:val="sv-SE"/>
        </w:rPr>
        <w:t>inte.{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}}Var</w:t>
      </w:r>
      <w:proofErr w:type="gramEnd"/>
      <w:r w:rsidRPr="0096445B">
        <w:rPr>
          <w:lang w:val="sv-SE"/>
        </w:rPr>
        <w:t xml:space="preserve"> alltså vakna. För ni vet inte dagen eller </w:t>
      </w:r>
      <w:proofErr w:type="gramStart"/>
      <w:r w:rsidRPr="0096445B">
        <w:rPr>
          <w:lang w:val="sv-SE"/>
        </w:rPr>
        <w:t>stunden.{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2F7FFCD" w14:textId="77777777" w:rsidR="00BA33AB" w:rsidRPr="0096445B" w:rsidRDefault="00000000">
      <w:pPr>
        <w:pStyle w:val="Rubrik3"/>
        <w:rPr>
          <w:lang w:val="sv-SE"/>
        </w:rPr>
      </w:pPr>
      <w:r w:rsidRPr="0096445B">
        <w:rPr>
          <w:lang w:val="sv-SE"/>
        </w:rPr>
        <w:t>Liknelsen om talenterna</w:t>
      </w:r>
    </w:p>
    <w:p w14:paraId="3F1D3F0E" w14:textId="45F6A61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w:t>
      </w:r>
      <w:r w:rsidRPr="0096445B">
        <w:rPr>
          <w:i/>
          <w:lang w:val="sv-SE"/>
        </w:rPr>
        <w:t>det blir</w:t>
      </w:r>
      <w:r w:rsidRPr="0096445B">
        <w:rPr>
          <w:lang w:val="sv-SE"/>
        </w:rPr>
        <w:t xml:space="preserve"> såsom en man som reste bort och kallade på de egna fasttjänarna och överlämnade åt dem det som var </w:t>
      </w:r>
      <w:proofErr w:type="gramStart"/>
      <w:r w:rsidRPr="0096445B">
        <w:rPr>
          <w:lang w:val="sv-SE"/>
        </w:rPr>
        <w:t>hans.{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åt en gav han fem talenter, åt en </w:t>
      </w:r>
      <w:r w:rsidRPr="0096445B">
        <w:rPr>
          <w:i/>
          <w:lang w:val="sv-SE"/>
        </w:rPr>
        <w:t>annan</w:t>
      </w:r>
      <w:r w:rsidRPr="0096445B">
        <w:rPr>
          <w:lang w:val="sv-SE"/>
        </w:rPr>
        <w:t xml:space="preserve"> två, åt en </w:t>
      </w:r>
      <w:r w:rsidRPr="0096445B">
        <w:rPr>
          <w:i/>
          <w:lang w:val="sv-SE"/>
        </w:rPr>
        <w:t>annan</w:t>
      </w:r>
      <w:r w:rsidRPr="0096445B">
        <w:rPr>
          <w:lang w:val="sv-SE"/>
        </w:rPr>
        <w:t xml:space="preserve"> en – åt var och en efter </w:t>
      </w:r>
      <w:r w:rsidRPr="0096445B">
        <w:rPr>
          <w:i/>
          <w:lang w:val="sv-SE"/>
        </w:rPr>
        <w:t>hans</w:t>
      </w:r>
      <w:r w:rsidRPr="0096445B">
        <w:rPr>
          <w:lang w:val="sv-SE"/>
        </w:rPr>
        <w:t xml:space="preserve"> egen förmåga – och han reste </w:t>
      </w:r>
      <w:proofErr w:type="gramStart"/>
      <w:r w:rsidRPr="0096445B">
        <w:rPr>
          <w:lang w:val="sv-SE"/>
        </w:rPr>
        <w:t>bort.{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008BEEC" w14:textId="470428C1"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}}Direkt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}}gick</w:t>
      </w:r>
      <w:proofErr w:type="gramEnd"/>
      <w:r w:rsidRPr="0096445B">
        <w:rPr>
          <w:lang w:val="sv-SE"/>
        </w:rPr>
        <w:t xml:space="preserve"> den som hade fått de fem talenterna och arbetade med dem och vann fem </w:t>
      </w:r>
      <w:proofErr w:type="gramStart"/>
      <w:r w:rsidRPr="0096445B">
        <w:rPr>
          <w:lang w:val="sv-SE"/>
        </w:rPr>
        <w:t>andra.{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}}På</w:t>
      </w:r>
      <w:proofErr w:type="gramEnd"/>
      <w:r w:rsidRPr="0096445B">
        <w:rPr>
          <w:lang w:val="sv-SE"/>
        </w:rPr>
        <w:t xml:space="preserve"> samma sätt den </w:t>
      </w:r>
      <w:r w:rsidRPr="0096445B">
        <w:rPr>
          <w:i/>
          <w:lang w:val="sv-SE"/>
        </w:rPr>
        <w:t>med</w:t>
      </w:r>
      <w:r w:rsidRPr="0096445B">
        <w:rPr>
          <w:lang w:val="sv-SE"/>
        </w:rPr>
        <w:t xml:space="preserve"> de två </w:t>
      </w:r>
      <w:r w:rsidRPr="0096445B">
        <w:rPr>
          <w:i/>
          <w:lang w:val="sv-SE"/>
        </w:rPr>
        <w:t>och</w:t>
      </w:r>
      <w:r w:rsidRPr="0096445B">
        <w:rPr>
          <w:lang w:val="sv-SE"/>
        </w:rPr>
        <w:t xml:space="preserve"> vann två </w:t>
      </w:r>
      <w:proofErr w:type="gramStart"/>
      <w:r w:rsidRPr="0096445B">
        <w:rPr>
          <w:lang w:val="sv-SE"/>
        </w:rPr>
        <w:t>andra.{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lastRenderedPageBreak/>
        <w:t>on:bible</w:t>
      </w:r>
      <w:proofErr w:type="spellEnd"/>
      <w:r w:rsidRPr="0096445B">
        <w:rPr>
          <w:lang w:val="sv-SE"/>
        </w:rPr>
        <w:t>}}Men</w:t>
      </w:r>
      <w:proofErr w:type="gramEnd"/>
      <w:r w:rsidRPr="0096445B">
        <w:rPr>
          <w:lang w:val="sv-SE"/>
        </w:rPr>
        <w:t xml:space="preserve"> den som hade fått den enda gick bort och grävde i jord och dolde sin Herres </w:t>
      </w:r>
      <w:proofErr w:type="gramStart"/>
      <w:r w:rsidRPr="0096445B">
        <w:rPr>
          <w:lang w:val="sv-SE"/>
        </w:rPr>
        <w:t>silver.{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A913E79" w14:textId="1BB1CCB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efter lång tid kommer dessa fasttjänares Herre och stämmer av räkenskap med dem.{{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fram kom den som hade fått de fem talenterna, och han bar fram fem andra talenter och sade: Herre, fem talenter överlämnade du åt mig. Se, fem andra talenter har jag </w:t>
      </w:r>
      <w:proofErr w:type="gramStart"/>
      <w:r w:rsidRPr="0096445B">
        <w:rPr>
          <w:lang w:val="sv-SE"/>
        </w:rPr>
        <w:t>vunnit.{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}}Till</w:t>
      </w:r>
      <w:proofErr w:type="gramEnd"/>
      <w:r w:rsidRPr="0096445B">
        <w:rPr>
          <w:lang w:val="sv-SE"/>
        </w:rPr>
        <w:t xml:space="preserve"> honom sade hans Herre: Bra, gode och trogne fasttjänare! Över lite var du trogen, över mycket ska jag sätta dig. Gå in i din Herres </w:t>
      </w:r>
      <w:proofErr w:type="gramStart"/>
      <w:r w:rsidRPr="0096445B">
        <w:rPr>
          <w:lang w:val="sv-SE"/>
        </w:rPr>
        <w:t>glädje.{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1168086" w14:textId="613C511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proofErr w:type="gramEnd"/>
      <w:r w:rsidRPr="0096445B">
        <w:rPr>
          <w:lang w:val="sv-SE"/>
        </w:rPr>
        <w:t xml:space="preserve">Och] fram kom även den </w:t>
      </w:r>
      <w:r w:rsidRPr="0096445B">
        <w:rPr>
          <w:i/>
          <w:lang w:val="sv-SE"/>
        </w:rPr>
        <w:t>med</w:t>
      </w:r>
      <w:r w:rsidRPr="0096445B">
        <w:rPr>
          <w:lang w:val="sv-SE"/>
        </w:rPr>
        <w:t xml:space="preserve"> de två talenterna och sade: Herre, två talenter överlämnade du åt mig. Se, två andra talenter har jag </w:t>
      </w:r>
      <w:proofErr w:type="gramStart"/>
      <w:r w:rsidRPr="0096445B">
        <w:rPr>
          <w:lang w:val="sv-SE"/>
        </w:rPr>
        <w:t>vunnit.{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}}Till</w:t>
      </w:r>
      <w:proofErr w:type="gramEnd"/>
      <w:r w:rsidRPr="0096445B">
        <w:rPr>
          <w:lang w:val="sv-SE"/>
        </w:rPr>
        <w:t xml:space="preserve"> honom sade hans Herre: Bra, gode och trogne fasttjänare! Över lite var du trogen, över mycket ska jag sätta dig. Gå in i din Herres </w:t>
      </w:r>
      <w:proofErr w:type="gramStart"/>
      <w:r w:rsidRPr="0096445B">
        <w:rPr>
          <w:lang w:val="sv-SE"/>
        </w:rPr>
        <w:t>glädje.{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74D62FC" w14:textId="15DFB37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fram kom även den som hade fått den enda talenten, och han sade: Herre, jag kände dig, att du är en hård man som skördar där du inte har sått och samlar in varifrån du inte </w:t>
      </w:r>
      <w:proofErr w:type="gramStart"/>
      <w:r w:rsidRPr="0096445B">
        <w:rPr>
          <w:lang w:val="sv-SE"/>
        </w:rPr>
        <w:t>skingrat.{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jag fruktade, </w:t>
      </w:r>
      <w:r w:rsidRPr="0096445B">
        <w:rPr>
          <w:i/>
          <w:lang w:val="sv-SE"/>
        </w:rPr>
        <w:t>och</w:t>
      </w:r>
      <w:r w:rsidRPr="0096445B">
        <w:rPr>
          <w:lang w:val="sv-SE"/>
        </w:rPr>
        <w:t xml:space="preserve"> gick bort och dolde din talent i jorden. Se: </w:t>
      </w:r>
      <w:r w:rsidRPr="0096445B">
        <w:rPr>
          <w:i/>
          <w:lang w:val="sv-SE"/>
        </w:rPr>
        <w:t>här</w:t>
      </w:r>
      <w:r w:rsidRPr="0096445B">
        <w:rPr>
          <w:lang w:val="sv-SE"/>
        </w:rPr>
        <w:t xml:space="preserve"> har du det </w:t>
      </w:r>
      <w:r w:rsidRPr="0096445B">
        <w:rPr>
          <w:i/>
          <w:lang w:val="sv-SE"/>
        </w:rPr>
        <w:t>som är</w:t>
      </w:r>
      <w:r w:rsidRPr="0096445B">
        <w:rPr>
          <w:lang w:val="sv-SE"/>
        </w:rPr>
        <w:t xml:space="preserve"> </w:t>
      </w:r>
      <w:proofErr w:type="gramStart"/>
      <w:r w:rsidRPr="0096445B">
        <w:rPr>
          <w:lang w:val="sv-SE"/>
        </w:rPr>
        <w:t>ditt.{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EDB09E8" w14:textId="67BDBF9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w:t>
      </w:r>
      <w:r w:rsidRPr="0096445B">
        <w:rPr>
          <w:i/>
          <w:lang w:val="sv-SE"/>
        </w:rPr>
        <w:t>då</w:t>
      </w:r>
      <w:r w:rsidRPr="0096445B">
        <w:rPr>
          <w:lang w:val="sv-SE"/>
        </w:rPr>
        <w:t xml:space="preserve"> svarade hans Herre och sade till honom: Onde och motige fasttjänare! Du visste att jag skördar där jag inte har sått och samlar in varifrån jag inte skingrat?{{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25:27]]</w:t>
      </w:r>
      <w:r w:rsidRPr="0096445B">
        <w:rPr>
          <w:vertAlign w:val="superscript"/>
          <w:lang w:val="sv-SE"/>
        </w:rPr>
        <w:t>27</w:t>
      </w:r>
      <w:r w:rsidRPr="0096445B">
        <w:rPr>
          <w:lang w:val="sv-SE"/>
        </w:rPr>
        <w:t xml:space="preserve"> {{</w:t>
      </w:r>
      <w:proofErr w:type="spellStart"/>
      <w:r w:rsidRPr="0096445B">
        <w:rPr>
          <w:lang w:val="sv-SE"/>
        </w:rPr>
        <w:t>field-on:bible</w:t>
      </w:r>
      <w:proofErr w:type="spellEnd"/>
      <w:r w:rsidRPr="0096445B">
        <w:rPr>
          <w:lang w:val="sv-SE"/>
        </w:rPr>
        <w:t xml:space="preserve">}}Då borde du ha satt </w:t>
      </w:r>
      <w:r w:rsidRPr="0096445B">
        <w:rPr>
          <w:i/>
          <w:lang w:val="sv-SE"/>
        </w:rPr>
        <w:t>in</w:t>
      </w:r>
      <w:r w:rsidRPr="0096445B">
        <w:rPr>
          <w:lang w:val="sv-SE"/>
        </w:rPr>
        <w:t xml:space="preserve"> mina silver</w:t>
      </w:r>
      <w:r w:rsidRPr="0096445B">
        <w:rPr>
          <w:i/>
          <w:lang w:val="sv-SE"/>
        </w:rPr>
        <w:t>mynt</w:t>
      </w:r>
      <w:r w:rsidRPr="0096445B">
        <w:rPr>
          <w:lang w:val="sv-SE"/>
        </w:rPr>
        <w:t xml:space="preserve"> hos bankirerna, och när jag kom hade jag fått ut mitt med ränta.{{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25:28]]</w:t>
      </w:r>
      <w:r w:rsidRPr="0096445B">
        <w:rPr>
          <w:vertAlign w:val="superscript"/>
          <w:lang w:val="sv-SE"/>
        </w:rPr>
        <w:t>28</w:t>
      </w:r>
      <w:r w:rsidRPr="0096445B">
        <w:rPr>
          <w:lang w:val="sv-SE"/>
        </w:rPr>
        <w:t xml:space="preserve"> {{</w:t>
      </w:r>
      <w:proofErr w:type="spellStart"/>
      <w:r w:rsidRPr="0096445B">
        <w:rPr>
          <w:lang w:val="sv-SE"/>
        </w:rPr>
        <w:t>field-on:bible</w:t>
      </w:r>
      <w:proofErr w:type="spellEnd"/>
      <w:r w:rsidRPr="0096445B">
        <w:rPr>
          <w:lang w:val="sv-SE"/>
        </w:rPr>
        <w:t>}}Ta nu ifrån honom talenten och ge till den som har de tio talenterna.{{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25:29]]</w:t>
      </w:r>
      <w:r w:rsidRPr="0096445B">
        <w:rPr>
          <w:vertAlign w:val="superscript"/>
          <w:lang w:val="sv-SE"/>
        </w:rPr>
        <w:t>29</w:t>
      </w:r>
      <w:r w:rsidRPr="0096445B">
        <w:rPr>
          <w:lang w:val="sv-SE"/>
        </w:rPr>
        <w:t xml:space="preserve"> {{</w:t>
      </w:r>
      <w:proofErr w:type="spellStart"/>
      <w:r w:rsidRPr="0096445B">
        <w:rPr>
          <w:lang w:val="sv-SE"/>
        </w:rPr>
        <w:t>field-on:bible</w:t>
      </w:r>
      <w:proofErr w:type="spellEnd"/>
      <w:r w:rsidRPr="0096445B">
        <w:rPr>
          <w:lang w:val="sv-SE"/>
        </w:rPr>
        <w:t xml:space="preserve">}}För åt var och en som har ska det ges och överflöda. Men från den som inte har ska även det han har tas ifrån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oduglige fasttjänaren ska ni kasta ut i det yttre mörkret. Där blir gråten och tändernas </w:t>
      </w:r>
      <w:proofErr w:type="gramStart"/>
      <w:r w:rsidRPr="0096445B">
        <w:rPr>
          <w:lang w:val="sv-SE"/>
        </w:rPr>
        <w:t>gnissel.{</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417D124" w14:textId="77777777" w:rsidR="00BA33AB" w:rsidRPr="0096445B" w:rsidRDefault="00000000">
      <w:pPr>
        <w:pStyle w:val="Rubrik3"/>
        <w:rPr>
          <w:lang w:val="sv-SE"/>
        </w:rPr>
      </w:pPr>
      <w:r w:rsidRPr="0096445B">
        <w:rPr>
          <w:lang w:val="sv-SE"/>
        </w:rPr>
        <w:t>Liknelsen om fåren och getterna</w:t>
      </w:r>
    </w:p>
    <w:p w14:paraId="20BF0CF9" w14:textId="0A5FBC48" w:rsidR="00BA33AB" w:rsidRPr="0096445B" w:rsidRDefault="00000000">
      <w:pPr>
        <w:rPr>
          <w:lang w:val="sv-SE"/>
        </w:rPr>
      </w:pPr>
      <w:r w:rsidRPr="0096445B">
        <w:rPr>
          <w:lang w:val="sv-SE"/>
        </w:rPr>
        <w:t>[[@</w:t>
      </w:r>
      <w:r w:rsidR="0096445B" w:rsidRPr="0096445B">
        <w:rPr>
          <w:lang w:val="sv-SE"/>
        </w:rPr>
        <w:t>BibleBIBEL82</w:t>
      </w:r>
      <w:r w:rsidRPr="0096445B">
        <w:rPr>
          <w:lang w:val="sv-SE"/>
        </w:rPr>
        <w:t>:Matt 25:31]]</w:t>
      </w:r>
      <w:r w:rsidRPr="0096445B">
        <w:rPr>
          <w:vertAlign w:val="superscript"/>
          <w:lang w:val="sv-SE"/>
        </w:rPr>
        <w:t>31</w:t>
      </w:r>
      <w:r w:rsidRPr="0096445B">
        <w:rPr>
          <w:lang w:val="sv-SE"/>
        </w:rPr>
        <w:t xml:space="preserve"> {{</w:t>
      </w:r>
      <w:proofErr w:type="spellStart"/>
      <w:r w:rsidRPr="0096445B">
        <w:rPr>
          <w:lang w:val="sv-SE"/>
        </w:rPr>
        <w:t>field-on:bible</w:t>
      </w:r>
      <w:proofErr w:type="spellEnd"/>
      <w:r w:rsidRPr="0096445B">
        <w:rPr>
          <w:lang w:val="sv-SE"/>
        </w:rPr>
        <w:t>}}Men när Människosonen kommer i sin härlighet, och alla änglarna med honom, då ska han sätta sig på sin härlighets tron.{{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25:32]]</w:t>
      </w:r>
      <w:r w:rsidRPr="0096445B">
        <w:rPr>
          <w:vertAlign w:val="superscript"/>
          <w:lang w:val="sv-SE"/>
        </w:rPr>
        <w:t>32</w:t>
      </w:r>
      <w:r w:rsidRPr="0096445B">
        <w:rPr>
          <w:lang w:val="sv-SE"/>
        </w:rPr>
        <w:t xml:space="preserve"> {{</w:t>
      </w:r>
      <w:proofErr w:type="spellStart"/>
      <w:r w:rsidRPr="0096445B">
        <w:rPr>
          <w:lang w:val="sv-SE"/>
        </w:rPr>
        <w:t>field-on:bible</w:t>
      </w:r>
      <w:proofErr w:type="spellEnd"/>
      <w:r w:rsidRPr="0096445B">
        <w:rPr>
          <w:lang w:val="sv-SE"/>
        </w:rPr>
        <w:t>}}Och samlas inför honom ska alla folkslagen, och han ska skilja ut dem från varandra såsom herden skiljer ut fåren från getterna.{{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25:33]]</w:t>
      </w:r>
      <w:r w:rsidRPr="0096445B">
        <w:rPr>
          <w:vertAlign w:val="superscript"/>
          <w:lang w:val="sv-SE"/>
        </w:rPr>
        <w:t>33</w:t>
      </w:r>
      <w:r w:rsidRPr="0096445B">
        <w:rPr>
          <w:lang w:val="sv-SE"/>
        </w:rPr>
        <w:t xml:space="preserve"> {{</w:t>
      </w:r>
      <w:proofErr w:type="spellStart"/>
      <w:r w:rsidRPr="0096445B">
        <w:rPr>
          <w:lang w:val="sv-SE"/>
        </w:rPr>
        <w:t>field-on:bible</w:t>
      </w:r>
      <w:proofErr w:type="spellEnd"/>
      <w:r w:rsidRPr="0096445B">
        <w:rPr>
          <w:lang w:val="sv-SE"/>
        </w:rPr>
        <w:t xml:space="preserve">}}Och han ska ställa fåren på sin högra </w:t>
      </w:r>
      <w:r w:rsidRPr="0096445B">
        <w:rPr>
          <w:i/>
          <w:lang w:val="sv-SE"/>
        </w:rPr>
        <w:t>sida</w:t>
      </w:r>
      <w:r w:rsidRPr="0096445B">
        <w:rPr>
          <w:lang w:val="sv-SE"/>
        </w:rPr>
        <w:t>, men getterna på vänstra.{{</w:t>
      </w:r>
      <w:proofErr w:type="spellStart"/>
      <w:r w:rsidRPr="0096445B">
        <w:rPr>
          <w:lang w:val="sv-SE"/>
        </w:rPr>
        <w:t>field-off:bible</w:t>
      </w:r>
      <w:proofErr w:type="spellEnd"/>
      <w:r w:rsidRPr="0096445B">
        <w:rPr>
          <w:lang w:val="sv-SE"/>
        </w:rPr>
        <w:t>}}</w:t>
      </w:r>
    </w:p>
    <w:p w14:paraId="5C617D74" w14:textId="1372E0E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ska Kungen säga till dem på hans högra </w:t>
      </w:r>
      <w:r w:rsidRPr="0096445B">
        <w:rPr>
          <w:i/>
          <w:lang w:val="sv-SE"/>
        </w:rPr>
        <w:t>sida</w:t>
      </w:r>
      <w:r w:rsidRPr="0096445B">
        <w:rPr>
          <w:lang w:val="sv-SE"/>
        </w:rPr>
        <w:t xml:space="preserve">: Kom, </w:t>
      </w:r>
      <w:r w:rsidRPr="0096445B">
        <w:rPr>
          <w:i/>
          <w:lang w:val="sv-SE"/>
        </w:rPr>
        <w:t>ni</w:t>
      </w:r>
      <w:r w:rsidRPr="0096445B">
        <w:rPr>
          <w:lang w:val="sv-SE"/>
        </w:rPr>
        <w:t xml:space="preserve"> min Fars välsignade! Ärv riket berett för er från världens </w:t>
      </w:r>
      <w:proofErr w:type="gramStart"/>
      <w:r w:rsidRPr="0096445B">
        <w:rPr>
          <w:lang w:val="sv-SE"/>
        </w:rPr>
        <w:t>grundläggning.{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jag hungrade, och ni gav mig att äta. Jag törstade, och ni gav mig att dricka. Främling var jag, och ni samlade in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lastRenderedPageBreak/>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}}Naken</w:t>
      </w:r>
      <w:proofErr w:type="gramEnd"/>
      <w:r w:rsidRPr="0096445B">
        <w:rPr>
          <w:lang w:val="sv-SE"/>
        </w:rPr>
        <w:t xml:space="preserve">, och ni klädde mig. Sjuk var jag, och ni besökte mig. I fängelse var jag, och ni kom till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316B28B" w14:textId="0A131B3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ska de svara honom, de rättfärdiga, och säga: Herre, när såg vi dig hungrande och gav näring? Eller törstande och gav att dricka?{{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25:38]]</w:t>
      </w:r>
      <w:r w:rsidRPr="0096445B">
        <w:rPr>
          <w:vertAlign w:val="superscript"/>
          <w:lang w:val="sv-SE"/>
        </w:rPr>
        <w:t>38</w:t>
      </w:r>
      <w:r w:rsidRPr="0096445B">
        <w:rPr>
          <w:lang w:val="sv-SE"/>
        </w:rPr>
        <w:t xml:space="preserve"> {{</w:t>
      </w:r>
      <w:proofErr w:type="spellStart"/>
      <w:r w:rsidRPr="0096445B">
        <w:rPr>
          <w:lang w:val="sv-SE"/>
        </w:rPr>
        <w:t>field-on:bible</w:t>
      </w:r>
      <w:proofErr w:type="spellEnd"/>
      <w:r w:rsidRPr="0096445B">
        <w:rPr>
          <w:lang w:val="sv-SE"/>
        </w:rPr>
        <w:t xml:space="preserve">}}Och när såg vi dig </w:t>
      </w:r>
      <w:r w:rsidRPr="0096445B">
        <w:rPr>
          <w:i/>
          <w:lang w:val="sv-SE"/>
        </w:rPr>
        <w:t>som</w:t>
      </w:r>
      <w:r w:rsidRPr="0096445B">
        <w:rPr>
          <w:lang w:val="sv-SE"/>
        </w:rPr>
        <w:t xml:space="preserve"> främling och samlade in, eller naken och klädde?{{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25:39]]</w:t>
      </w:r>
      <w:r w:rsidRPr="0096445B">
        <w:rPr>
          <w:vertAlign w:val="superscript"/>
          <w:lang w:val="sv-SE"/>
        </w:rPr>
        <w:t>39</w:t>
      </w:r>
      <w:r w:rsidRPr="0096445B">
        <w:rPr>
          <w:lang w:val="sv-SE"/>
        </w:rPr>
        <w:t xml:space="preserve"> {{</w:t>
      </w:r>
      <w:proofErr w:type="spellStart"/>
      <w:r w:rsidRPr="0096445B">
        <w:rPr>
          <w:lang w:val="sv-SE"/>
        </w:rPr>
        <w:t>field-on:bible</w:t>
      </w:r>
      <w:proofErr w:type="spellEnd"/>
      <w:r w:rsidRPr="0096445B">
        <w:rPr>
          <w:lang w:val="sv-SE"/>
        </w:rPr>
        <w:t>}}Och när såg vi dig sjuk eller i fängelse och kom till dig?{{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25:40]]</w:t>
      </w:r>
      <w:r w:rsidRPr="0096445B">
        <w:rPr>
          <w:vertAlign w:val="superscript"/>
          <w:lang w:val="sv-SE"/>
        </w:rPr>
        <w:t>40</w:t>
      </w:r>
      <w:r w:rsidRPr="0096445B">
        <w:rPr>
          <w:lang w:val="sv-SE"/>
        </w:rPr>
        <w:t xml:space="preserve"> {{</w:t>
      </w:r>
      <w:proofErr w:type="spellStart"/>
      <w:r w:rsidRPr="0096445B">
        <w:rPr>
          <w:lang w:val="sv-SE"/>
        </w:rPr>
        <w:t>field-on:bible</w:t>
      </w:r>
      <w:proofErr w:type="spellEnd"/>
      <w:r w:rsidRPr="0096445B">
        <w:rPr>
          <w:lang w:val="sv-SE"/>
        </w:rPr>
        <w:t xml:space="preserve">}}Och kungen ska svara och säga dem: Amen, jag säger er: Så vitt ni har gjort för ett av dessa mina minsta syskon, </w:t>
      </w:r>
      <w:r w:rsidRPr="0096445B">
        <w:rPr>
          <w:i/>
          <w:lang w:val="sv-SE"/>
        </w:rPr>
        <w:t>så</w:t>
      </w:r>
      <w:r w:rsidRPr="0096445B">
        <w:rPr>
          <w:lang w:val="sv-SE"/>
        </w:rPr>
        <w:t xml:space="preserve"> har ni gjort för mig.{{</w:t>
      </w:r>
      <w:proofErr w:type="spellStart"/>
      <w:r w:rsidRPr="0096445B">
        <w:rPr>
          <w:lang w:val="sv-SE"/>
        </w:rPr>
        <w:t>field-off:bible</w:t>
      </w:r>
      <w:proofErr w:type="spellEnd"/>
      <w:r w:rsidRPr="0096445B">
        <w:rPr>
          <w:lang w:val="sv-SE"/>
        </w:rPr>
        <w:t>}}</w:t>
      </w:r>
    </w:p>
    <w:p w14:paraId="38CC4B73" w14:textId="1C58463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25:41]]</w:t>
      </w:r>
      <w:r w:rsidRPr="0096445B">
        <w:rPr>
          <w:vertAlign w:val="superscript"/>
          <w:lang w:val="sv-SE"/>
        </w:rPr>
        <w:t>41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ska han säga även till dem på vänstra </w:t>
      </w:r>
      <w:r w:rsidRPr="0096445B">
        <w:rPr>
          <w:i/>
          <w:lang w:val="sv-SE"/>
        </w:rPr>
        <w:t>sidan</w:t>
      </w:r>
      <w:r w:rsidRPr="0096445B">
        <w:rPr>
          <w:lang w:val="sv-SE"/>
        </w:rPr>
        <w:t xml:space="preserve">: Gå ifrån mig, [ni] förbannade, till den </w:t>
      </w:r>
      <w:proofErr w:type="spellStart"/>
      <w:r w:rsidRPr="0096445B">
        <w:rPr>
          <w:lang w:val="sv-SE"/>
        </w:rPr>
        <w:t>eoniska</w:t>
      </w:r>
      <w:proofErr w:type="spellEnd"/>
      <w:r w:rsidRPr="0096445B">
        <w:rPr>
          <w:lang w:val="sv-SE"/>
        </w:rPr>
        <w:t xml:space="preserve"> elden beredd för djävulen och hans </w:t>
      </w:r>
      <w:proofErr w:type="gramStart"/>
      <w:r w:rsidRPr="0096445B">
        <w:rPr>
          <w:lang w:val="sv-SE"/>
        </w:rPr>
        <w:t>änglar.{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jag hungrade, och ni gav mig inte att äta. Jag törstade, och ni gav mig inte att </w:t>
      </w:r>
      <w:proofErr w:type="gramStart"/>
      <w:r w:rsidRPr="0096445B">
        <w:rPr>
          <w:lang w:val="sv-SE"/>
        </w:rPr>
        <w:t>dricka.{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25:43]]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}}Främling</w:t>
      </w:r>
      <w:proofErr w:type="gramEnd"/>
      <w:r w:rsidRPr="0096445B">
        <w:rPr>
          <w:lang w:val="sv-SE"/>
        </w:rPr>
        <w:t xml:space="preserve"> var jag, och ni samlade inte in mig. Naken, och ni klädde mig inte. Sjuk och i fängelse, och ni besökte mig </w:t>
      </w:r>
      <w:proofErr w:type="gramStart"/>
      <w:r w:rsidRPr="0096445B">
        <w:rPr>
          <w:lang w:val="sv-SE"/>
        </w:rPr>
        <w:t>inte.{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0774329" w14:textId="70570B4C" w:rsidR="00BA33AB" w:rsidRPr="0096445B" w:rsidRDefault="00000000">
      <w:pPr>
        <w:rPr>
          <w:lang w:val="sv-SE"/>
        </w:rPr>
      </w:pPr>
      <w:r w:rsidRPr="0096445B">
        <w:rPr>
          <w:lang w:val="sv-SE"/>
        </w:rPr>
        <w:t>[[@</w:t>
      </w:r>
      <w:r w:rsidR="0096445B" w:rsidRPr="0096445B">
        <w:rPr>
          <w:lang w:val="sv-SE"/>
        </w:rPr>
        <w:t>BibleBIBEL82</w:t>
      </w:r>
      <w:r w:rsidRPr="0096445B">
        <w:rPr>
          <w:lang w:val="sv-SE"/>
        </w:rPr>
        <w:t>:Matt 25:44]]</w:t>
      </w:r>
      <w:r w:rsidRPr="0096445B">
        <w:rPr>
          <w:vertAlign w:val="superscript"/>
          <w:lang w:val="sv-SE"/>
        </w:rPr>
        <w:t>44</w:t>
      </w:r>
      <w:r w:rsidRPr="0096445B">
        <w:rPr>
          <w:lang w:val="sv-SE"/>
        </w:rPr>
        <w:t xml:space="preserve"> {{</w:t>
      </w:r>
      <w:proofErr w:type="spellStart"/>
      <w:r w:rsidRPr="0096445B">
        <w:rPr>
          <w:lang w:val="sv-SE"/>
        </w:rPr>
        <w:t>field-on:bible</w:t>
      </w:r>
      <w:proofErr w:type="spellEnd"/>
      <w:r w:rsidRPr="0096445B">
        <w:rPr>
          <w:lang w:val="sv-SE"/>
        </w:rPr>
        <w:t xml:space="preserve">}}Då ska de svara, också de, och säga: Herre, när såg vi dig hungrande eller törstande eller </w:t>
      </w:r>
      <w:r w:rsidRPr="0096445B">
        <w:rPr>
          <w:i/>
          <w:lang w:val="sv-SE"/>
        </w:rPr>
        <w:t>som</w:t>
      </w:r>
      <w:r w:rsidRPr="0096445B">
        <w:rPr>
          <w:lang w:val="sv-SE"/>
        </w:rPr>
        <w:t xml:space="preserve"> främling eller naken eller sjuk eller i fängelse, och betjänade dig inte?{{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25:45]]</w:t>
      </w:r>
      <w:r w:rsidRPr="0096445B">
        <w:rPr>
          <w:vertAlign w:val="superscript"/>
          <w:lang w:val="sv-SE"/>
        </w:rPr>
        <w:t>45</w:t>
      </w:r>
      <w:r w:rsidRPr="0096445B">
        <w:rPr>
          <w:lang w:val="sv-SE"/>
        </w:rPr>
        <w:t xml:space="preserve"> {{</w:t>
      </w:r>
      <w:proofErr w:type="spellStart"/>
      <w:r w:rsidRPr="0096445B">
        <w:rPr>
          <w:lang w:val="sv-SE"/>
        </w:rPr>
        <w:t>field-on:bible</w:t>
      </w:r>
      <w:proofErr w:type="spellEnd"/>
      <w:r w:rsidRPr="0096445B">
        <w:rPr>
          <w:lang w:val="sv-SE"/>
        </w:rPr>
        <w:t xml:space="preserve">}}Då ska han svara dem och säga: Amen, jag säger er: Så vitt ni inte har gjort för en av dessa minsta, </w:t>
      </w:r>
      <w:r w:rsidRPr="0096445B">
        <w:rPr>
          <w:i/>
          <w:lang w:val="sv-SE"/>
        </w:rPr>
        <w:t>så</w:t>
      </w:r>
      <w:r w:rsidRPr="0096445B">
        <w:rPr>
          <w:lang w:val="sv-SE"/>
        </w:rPr>
        <w:t xml:space="preserve"> har ni heller inte gjort för mig.{{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25:46]]</w:t>
      </w:r>
      <w:r w:rsidRPr="0096445B">
        <w:rPr>
          <w:vertAlign w:val="superscript"/>
          <w:lang w:val="sv-SE"/>
        </w:rPr>
        <w:t>46</w:t>
      </w:r>
      <w:r w:rsidRPr="0096445B">
        <w:rPr>
          <w:lang w:val="sv-SE"/>
        </w:rPr>
        <w:t xml:space="preserve"> {{</w:t>
      </w:r>
      <w:proofErr w:type="spellStart"/>
      <w:r w:rsidRPr="0096445B">
        <w:rPr>
          <w:lang w:val="sv-SE"/>
        </w:rPr>
        <w:t>field-on:bible</w:t>
      </w:r>
      <w:proofErr w:type="spellEnd"/>
      <w:r w:rsidRPr="0096445B">
        <w:rPr>
          <w:lang w:val="sv-SE"/>
        </w:rPr>
        <w:t xml:space="preserve">}}Och bort ska dessa gå till </w:t>
      </w:r>
      <w:proofErr w:type="spellStart"/>
      <w:r w:rsidRPr="0096445B">
        <w:rPr>
          <w:lang w:val="sv-SE"/>
        </w:rPr>
        <w:t>eoniskt</w:t>
      </w:r>
      <w:proofErr w:type="spellEnd"/>
      <w:r w:rsidRPr="0096445B">
        <w:rPr>
          <w:lang w:val="sv-SE"/>
        </w:rPr>
        <w:t xml:space="preserve"> straff, men de rättfärdiga till </w:t>
      </w:r>
      <w:proofErr w:type="spellStart"/>
      <w:r w:rsidRPr="0096445B">
        <w:rPr>
          <w:lang w:val="sv-SE"/>
        </w:rPr>
        <w:t>eoniskt</w:t>
      </w:r>
      <w:proofErr w:type="spellEnd"/>
      <w:r w:rsidRPr="0096445B">
        <w:rPr>
          <w:lang w:val="sv-SE"/>
        </w:rPr>
        <w:t xml:space="preserve"> liv.”{{</w:t>
      </w:r>
      <w:proofErr w:type="spellStart"/>
      <w:r w:rsidRPr="0096445B">
        <w:rPr>
          <w:lang w:val="sv-SE"/>
        </w:rPr>
        <w:t>field-off:bible</w:t>
      </w:r>
      <w:proofErr w:type="spellEnd"/>
      <w:r w:rsidRPr="0096445B">
        <w:rPr>
          <w:lang w:val="sv-SE"/>
        </w:rPr>
        <w:t>}}</w:t>
      </w:r>
    </w:p>
    <w:p w14:paraId="4A584134" w14:textId="3E6FD477"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w:t>
      </w:r>
      <w:proofErr w:type="gramStart"/>
      <w:r w:rsidRPr="0096445B">
        <w:rPr>
          <w:lang w:val="sv-SE"/>
        </w:rPr>
        <w:t>]]Kapitel</w:t>
      </w:r>
      <w:proofErr w:type="gramEnd"/>
      <w:r w:rsidRPr="0096445B">
        <w:rPr>
          <w:lang w:val="sv-SE"/>
        </w:rPr>
        <w:t xml:space="preserve"> 26</w:t>
      </w:r>
    </w:p>
    <w:p w14:paraId="36CA4268" w14:textId="77777777" w:rsidR="00BA33AB" w:rsidRPr="0096445B" w:rsidRDefault="00000000">
      <w:pPr>
        <w:pStyle w:val="Rubrik3"/>
        <w:rPr>
          <w:lang w:val="sv-SE"/>
        </w:rPr>
      </w:pPr>
      <w:r w:rsidRPr="0096445B">
        <w:rPr>
          <w:lang w:val="sv-SE"/>
        </w:rPr>
        <w:t>Onda planer mot Jesus</w:t>
      </w:r>
    </w:p>
    <w:p w14:paraId="08625372" w14:textId="2B77C6E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hände sig, när Jesus hade fullbordat alla dessa ord, </w:t>
      </w:r>
      <w:r w:rsidRPr="0096445B">
        <w:rPr>
          <w:i/>
          <w:lang w:val="sv-SE"/>
        </w:rPr>
        <w:t>att</w:t>
      </w:r>
      <w:r w:rsidRPr="0096445B">
        <w:rPr>
          <w:lang w:val="sv-SE"/>
        </w:rPr>
        <w:t xml:space="preserve"> han sade till sina </w:t>
      </w:r>
      <w:proofErr w:type="gramStart"/>
      <w:r w:rsidRPr="0096445B">
        <w:rPr>
          <w:lang w:val="sv-SE"/>
        </w:rPr>
        <w:t>lärjungar:{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}}”Ni vet att om två dagar kommer påsken, och Människosonen utlämnas för att bli korsfäst.”{{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F27F0B7" w14:textId="05D2BB5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samlades översteprästerna och folkets äldste på innergården hos översteprästen, som hette </w:t>
      </w:r>
      <w:proofErr w:type="spellStart"/>
      <w:proofErr w:type="gramStart"/>
      <w:r w:rsidRPr="0096445B">
        <w:rPr>
          <w:lang w:val="sv-SE"/>
        </w:rPr>
        <w:t>Kaiafas</w:t>
      </w:r>
      <w:proofErr w:type="spellEnd"/>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samrådde för att med list gripa och döda </w:t>
      </w:r>
      <w:proofErr w:type="gramStart"/>
      <w:r w:rsidRPr="0096445B">
        <w:rPr>
          <w:lang w:val="sv-SE"/>
        </w:rPr>
        <w:t>Jesus.{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 sade: ”Inte under högtiden. Så att det inte blir tumult bland folket.”{{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A4A6E13" w14:textId="77777777" w:rsidR="00BA33AB" w:rsidRPr="0096445B" w:rsidRDefault="00000000">
      <w:pPr>
        <w:pStyle w:val="Rubrik3"/>
        <w:rPr>
          <w:lang w:val="sv-SE"/>
        </w:rPr>
      </w:pPr>
      <w:r w:rsidRPr="0096445B">
        <w:rPr>
          <w:lang w:val="sv-SE"/>
        </w:rPr>
        <w:t>En kvinna smörjer Jesus</w:t>
      </w:r>
    </w:p>
    <w:p w14:paraId="146DC7B1" w14:textId="10D01B0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Jesus var i </w:t>
      </w:r>
      <w:proofErr w:type="spellStart"/>
      <w:r w:rsidRPr="0096445B">
        <w:rPr>
          <w:lang w:val="sv-SE"/>
        </w:rPr>
        <w:t>Bethania</w:t>
      </w:r>
      <w:proofErr w:type="spellEnd"/>
      <w:r w:rsidRPr="0096445B">
        <w:rPr>
          <w:lang w:val="sv-SE"/>
        </w:rPr>
        <w:t xml:space="preserve">, i Simon den spetälskes </w:t>
      </w:r>
      <w:proofErr w:type="gramStart"/>
      <w:r w:rsidRPr="0096445B">
        <w:rPr>
          <w:lang w:val="sv-SE"/>
        </w:rPr>
        <w:t>hus,{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}}kom</w:t>
      </w:r>
      <w:proofErr w:type="gramEnd"/>
      <w:r w:rsidRPr="0096445B">
        <w:rPr>
          <w:lang w:val="sv-SE"/>
        </w:rPr>
        <w:t xml:space="preserve"> </w:t>
      </w:r>
      <w:r w:rsidRPr="0096445B">
        <w:rPr>
          <w:i/>
          <w:lang w:val="sv-SE"/>
        </w:rPr>
        <w:t>det</w:t>
      </w:r>
      <w:r w:rsidRPr="0096445B">
        <w:rPr>
          <w:lang w:val="sv-SE"/>
        </w:rPr>
        <w:t xml:space="preserve"> fram till honom en kvinna som hade en alabasterflaska med kostlig balsam. Och hon utgöt över </w:t>
      </w:r>
      <w:r w:rsidRPr="0096445B">
        <w:rPr>
          <w:lang w:val="sv-SE"/>
        </w:rPr>
        <w:lastRenderedPageBreak/>
        <w:t xml:space="preserve">hans huvud medan han låg </w:t>
      </w:r>
      <w:r w:rsidRPr="0096445B">
        <w:rPr>
          <w:i/>
          <w:lang w:val="sv-SE"/>
        </w:rPr>
        <w:t xml:space="preserve">till </w:t>
      </w:r>
      <w:proofErr w:type="gramStart"/>
      <w:r w:rsidRPr="0096445B">
        <w:rPr>
          <w:i/>
          <w:lang w:val="sv-SE"/>
        </w:rPr>
        <w:t>bords</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när lärjungarna såg </w:t>
      </w:r>
      <w:r w:rsidRPr="0096445B">
        <w:rPr>
          <w:i/>
          <w:lang w:val="sv-SE"/>
        </w:rPr>
        <w:t>det</w:t>
      </w:r>
      <w:r w:rsidRPr="0096445B">
        <w:rPr>
          <w:lang w:val="sv-SE"/>
        </w:rPr>
        <w:t xml:space="preserve">, blev de indignerade och sade: ”Varför detta </w:t>
      </w:r>
      <w:proofErr w:type="gramStart"/>
      <w:r w:rsidRPr="0096445B">
        <w:rPr>
          <w:lang w:val="sv-SE"/>
        </w:rPr>
        <w:t>fördärv?{</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denna hade kunnat avyttras för mycket </w:t>
      </w:r>
      <w:r w:rsidRPr="0096445B">
        <w:rPr>
          <w:i/>
          <w:lang w:val="sv-SE"/>
        </w:rPr>
        <w:t>pengar</w:t>
      </w:r>
      <w:r w:rsidRPr="0096445B">
        <w:rPr>
          <w:lang w:val="sv-SE"/>
        </w:rPr>
        <w:t xml:space="preserve"> och ges till fattiga.”{{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2927D48" w14:textId="11F0FA4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förstod och sade till dem: ”Varför skaffar ni besvär för kvinnan? För </w:t>
      </w:r>
      <w:r w:rsidRPr="0096445B">
        <w:rPr>
          <w:i/>
          <w:lang w:val="sv-SE"/>
        </w:rPr>
        <w:t>det är</w:t>
      </w:r>
      <w:r w:rsidRPr="0096445B">
        <w:rPr>
          <w:lang w:val="sv-SE"/>
        </w:rPr>
        <w:t xml:space="preserve"> en god gärning hon har utfört mot mig.{{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}}För de fattiga har ni alltid hos er, men mig har ni inte alltid.{{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 xml:space="preserve">}}För när hon hällde denna balsam över min kropp, </w:t>
      </w:r>
      <w:r w:rsidRPr="0096445B">
        <w:rPr>
          <w:i/>
          <w:lang w:val="sv-SE"/>
        </w:rPr>
        <w:t>var det</w:t>
      </w:r>
      <w:r w:rsidRPr="0096445B">
        <w:rPr>
          <w:lang w:val="sv-SE"/>
        </w:rPr>
        <w:t xml:space="preserve"> för att gravlägga mig hon gjorde </w:t>
      </w:r>
      <w:r w:rsidRPr="0096445B">
        <w:rPr>
          <w:i/>
          <w:lang w:val="sv-SE"/>
        </w:rPr>
        <w:t>det</w:t>
      </w:r>
      <w:r w:rsidRPr="0096445B">
        <w:rPr>
          <w:lang w:val="sv-SE"/>
        </w:rPr>
        <w: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 xml:space="preserve">}}Amen, jag säger er: Varhelst detta evangelium förkunnas i hela världen ska det också talas </w:t>
      </w:r>
      <w:r w:rsidRPr="0096445B">
        <w:rPr>
          <w:i/>
          <w:lang w:val="sv-SE"/>
        </w:rPr>
        <w:t>om</w:t>
      </w:r>
      <w:r w:rsidRPr="0096445B">
        <w:rPr>
          <w:lang w:val="sv-SE"/>
        </w:rPr>
        <w:t xml:space="preserve"> det som hon gjorde, till minne av henne.”{{</w:t>
      </w:r>
      <w:proofErr w:type="spellStart"/>
      <w:r w:rsidRPr="0096445B">
        <w:rPr>
          <w:lang w:val="sv-SE"/>
        </w:rPr>
        <w:t>field-off:bible</w:t>
      </w:r>
      <w:proofErr w:type="spellEnd"/>
      <w:r w:rsidRPr="0096445B">
        <w:rPr>
          <w:lang w:val="sv-SE"/>
        </w:rPr>
        <w:t>}}</w:t>
      </w:r>
    </w:p>
    <w:p w14:paraId="58DD24E5" w14:textId="77777777" w:rsidR="00BA33AB" w:rsidRPr="0096445B" w:rsidRDefault="00000000">
      <w:pPr>
        <w:pStyle w:val="Rubrik3"/>
        <w:rPr>
          <w:lang w:val="sv-SE"/>
        </w:rPr>
      </w:pPr>
      <w:r w:rsidRPr="0096445B">
        <w:rPr>
          <w:lang w:val="sv-SE"/>
        </w:rPr>
        <w:t>Judas utlämnar Jesus</w:t>
      </w:r>
    </w:p>
    <w:p w14:paraId="36DD5B0E" w14:textId="41A3218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gick en av de tolv, han som kallades Judas Iskariot, till översteprästerna{{</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”Vad vill ni ge mig, och jag ska utlämna honom åt er?” Och de fastställde för honom trettio </w:t>
      </w:r>
      <w:proofErr w:type="gramStart"/>
      <w:r w:rsidRPr="0096445B">
        <w:rPr>
          <w:lang w:val="sv-SE"/>
        </w:rPr>
        <w:t>silver</w:t>
      </w:r>
      <w:r w:rsidRPr="0096445B">
        <w:rPr>
          <w:i/>
          <w:lang w:val="sv-SE"/>
        </w:rPr>
        <w:t>mynt</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från då </w:t>
      </w:r>
      <w:r w:rsidRPr="0096445B">
        <w:rPr>
          <w:i/>
          <w:lang w:val="sv-SE"/>
        </w:rPr>
        <w:t>började</w:t>
      </w:r>
      <w:r w:rsidRPr="0096445B">
        <w:rPr>
          <w:lang w:val="sv-SE"/>
        </w:rPr>
        <w:t xml:space="preserve"> han söka ett lägligt tillfälle för att utlämna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4FAF735" w14:textId="77777777" w:rsidR="00BA33AB" w:rsidRPr="0096445B" w:rsidRDefault="00000000">
      <w:pPr>
        <w:pStyle w:val="Rubrik3"/>
        <w:rPr>
          <w:lang w:val="sv-SE"/>
        </w:rPr>
      </w:pPr>
      <w:r w:rsidRPr="0096445B">
        <w:rPr>
          <w:lang w:val="sv-SE"/>
        </w:rPr>
        <w:t>Den sista påskmåltiden</w:t>
      </w:r>
    </w:p>
    <w:p w14:paraId="0AEAA544" w14:textId="73C6B4C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den första </w:t>
      </w:r>
      <w:r w:rsidRPr="0096445B">
        <w:rPr>
          <w:i/>
          <w:lang w:val="sv-SE"/>
        </w:rPr>
        <w:t>dagen</w:t>
      </w:r>
      <w:r w:rsidRPr="0096445B">
        <w:rPr>
          <w:lang w:val="sv-SE"/>
        </w:rPr>
        <w:t xml:space="preserve"> i det osyrade </w:t>
      </w:r>
      <w:r w:rsidRPr="0096445B">
        <w:rPr>
          <w:i/>
          <w:lang w:val="sv-SE"/>
        </w:rPr>
        <w:t>brödets högtid</w:t>
      </w:r>
      <w:r w:rsidRPr="0096445B">
        <w:rPr>
          <w:lang w:val="sv-SE"/>
        </w:rPr>
        <w:t xml:space="preserve"> kom lärjungarna fram till Jesus och sade: ”Var vill du vi ska bereda för dig att äta påskalammet?”{{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sade: ”Bege er in i staden till den </w:t>
      </w:r>
      <w:r w:rsidRPr="0096445B">
        <w:rPr>
          <w:i/>
          <w:lang w:val="sv-SE"/>
        </w:rPr>
        <w:t>och den</w:t>
      </w:r>
      <w:r w:rsidRPr="0096445B">
        <w:rPr>
          <w:lang w:val="sv-SE"/>
        </w:rPr>
        <w:t xml:space="preserve"> och säg till honom: Läraren säger: Min tid är nära. Hos dig gör jag påskalammet med mina lärjungar.”{{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lärjungarna gjorde som Jesus hade samordnat för dem och beredde </w:t>
      </w:r>
      <w:proofErr w:type="gramStart"/>
      <w:r w:rsidRPr="0096445B">
        <w:rPr>
          <w:lang w:val="sv-SE"/>
        </w:rPr>
        <w:t>påskalammet.{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6D2E297" w14:textId="4A2B9232" w:rsidR="00BA33AB" w:rsidRPr="0096445B" w:rsidRDefault="00000000">
      <w:pPr>
        <w:rPr>
          <w:lang w:val="sv-SE"/>
        </w:rPr>
      </w:pPr>
      <w:r w:rsidRPr="0096445B">
        <w:rPr>
          <w:lang w:val="sv-SE"/>
        </w:rPr>
        <w:t>[[@</w:t>
      </w:r>
      <w:r w:rsidR="0096445B" w:rsidRPr="0096445B">
        <w:rPr>
          <w:lang w:val="sv-SE"/>
        </w:rPr>
        <w:t>BibleBIBEL82</w:t>
      </w:r>
      <w:r w:rsidRPr="0096445B">
        <w:rPr>
          <w:lang w:val="sv-SE"/>
        </w:rPr>
        <w:t>:Matt 26:20]]</w:t>
      </w:r>
      <w:r w:rsidRPr="0096445B">
        <w:rPr>
          <w:vertAlign w:val="superscript"/>
          <w:lang w:val="sv-SE"/>
        </w:rPr>
        <w:t>20</w:t>
      </w:r>
      <w:r w:rsidRPr="0096445B">
        <w:rPr>
          <w:lang w:val="sv-SE"/>
        </w:rPr>
        <w:t xml:space="preserve"> {{</w:t>
      </w:r>
      <w:proofErr w:type="spellStart"/>
      <w:r w:rsidRPr="0096445B">
        <w:rPr>
          <w:lang w:val="sv-SE"/>
        </w:rPr>
        <w:t>field-on:bible</w:t>
      </w:r>
      <w:proofErr w:type="spellEnd"/>
      <w:r w:rsidRPr="0096445B">
        <w:rPr>
          <w:lang w:val="sv-SE"/>
        </w:rPr>
        <w:t xml:space="preserve">}}Och när det blev kväll, låg han </w:t>
      </w:r>
      <w:r w:rsidRPr="0096445B">
        <w:rPr>
          <w:i/>
          <w:lang w:val="sv-SE"/>
        </w:rPr>
        <w:t>till bords</w:t>
      </w:r>
      <w:r w:rsidRPr="0096445B">
        <w:rPr>
          <w:lang w:val="sv-SE"/>
        </w:rPr>
        <w:t xml:space="preserve"> med de tolv.{{</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26:21]]</w:t>
      </w:r>
      <w:r w:rsidRPr="0096445B">
        <w:rPr>
          <w:vertAlign w:val="superscript"/>
          <w:lang w:val="sv-SE"/>
        </w:rPr>
        <w:t>21</w:t>
      </w:r>
      <w:r w:rsidRPr="0096445B">
        <w:rPr>
          <w:lang w:val="sv-SE"/>
        </w:rPr>
        <w:t xml:space="preserve"> {{</w:t>
      </w:r>
      <w:proofErr w:type="spellStart"/>
      <w:r w:rsidRPr="0096445B">
        <w:rPr>
          <w:lang w:val="sv-SE"/>
        </w:rPr>
        <w:t>field-on:bible</w:t>
      </w:r>
      <w:proofErr w:type="spellEnd"/>
      <w:r w:rsidRPr="0096445B">
        <w:rPr>
          <w:lang w:val="sv-SE"/>
        </w:rPr>
        <w:t>}}Och medan de åt sade han: ”Amen, jag säger er att en av er kommer att utlämna mig.”{{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26:22]]</w:t>
      </w:r>
      <w:r w:rsidRPr="0096445B">
        <w:rPr>
          <w:vertAlign w:val="superscript"/>
          <w:lang w:val="sv-SE"/>
        </w:rPr>
        <w:t>22</w:t>
      </w:r>
      <w:r w:rsidRPr="0096445B">
        <w:rPr>
          <w:lang w:val="sv-SE"/>
        </w:rPr>
        <w:t xml:space="preserve"> {{</w:t>
      </w:r>
      <w:proofErr w:type="spellStart"/>
      <w:r w:rsidRPr="0096445B">
        <w:rPr>
          <w:lang w:val="sv-SE"/>
        </w:rPr>
        <w:t>field-on:bible</w:t>
      </w:r>
      <w:proofErr w:type="spellEnd"/>
      <w:r w:rsidRPr="0096445B">
        <w:rPr>
          <w:lang w:val="sv-SE"/>
        </w:rPr>
        <w:t xml:space="preserve">}}Och mycket bedrövade började de säga till honom, var och en: ”Inte är </w:t>
      </w:r>
      <w:r w:rsidRPr="0096445B">
        <w:rPr>
          <w:i/>
          <w:lang w:val="sv-SE"/>
        </w:rPr>
        <w:t>det</w:t>
      </w:r>
      <w:r w:rsidRPr="0096445B">
        <w:rPr>
          <w:lang w:val="sv-SE"/>
        </w:rPr>
        <w:t xml:space="preserve"> väl jag, Herre?”{{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26:23]]</w:t>
      </w:r>
      <w:r w:rsidRPr="0096445B">
        <w:rPr>
          <w:vertAlign w:val="superscript"/>
          <w:lang w:val="sv-SE"/>
        </w:rPr>
        <w:t>23</w:t>
      </w:r>
      <w:r w:rsidRPr="0096445B">
        <w:rPr>
          <w:lang w:val="sv-SE"/>
        </w:rPr>
        <w:t xml:space="preserve"> {{</w:t>
      </w:r>
      <w:proofErr w:type="spellStart"/>
      <w:r w:rsidRPr="0096445B">
        <w:rPr>
          <w:lang w:val="sv-SE"/>
        </w:rPr>
        <w:t>field-on:bible</w:t>
      </w:r>
      <w:proofErr w:type="spellEnd"/>
      <w:r w:rsidRPr="0096445B">
        <w:rPr>
          <w:lang w:val="sv-SE"/>
        </w:rPr>
        <w:t xml:space="preserve">}}Men han svarade och sade: ”Den som doppade handen med mig i bunken. Denne ska utlämna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}}Människosonen</w:t>
      </w:r>
      <w:proofErr w:type="gramEnd"/>
      <w:r w:rsidRPr="0096445B">
        <w:rPr>
          <w:lang w:val="sv-SE"/>
        </w:rPr>
        <w:t xml:space="preserve"> beger sig så som det är skrivet om honom. Men ve den människa genom vilken Människosonen utlämnas! Det hade varit bra för honom om han inte hade fötts, den människan.”{{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svarade Judas, som utlämnade honom, och sade: ”Inte är </w:t>
      </w:r>
      <w:r w:rsidRPr="0096445B">
        <w:rPr>
          <w:i/>
          <w:lang w:val="sv-SE"/>
        </w:rPr>
        <w:t>det</w:t>
      </w:r>
      <w:r w:rsidRPr="0096445B">
        <w:rPr>
          <w:lang w:val="sv-SE"/>
        </w:rPr>
        <w:t xml:space="preserve"> väl jag, rabbi?” Han säger till honom: ”Du sade </w:t>
      </w:r>
      <w:r w:rsidRPr="0096445B">
        <w:rPr>
          <w:i/>
          <w:lang w:val="sv-SE"/>
        </w:rPr>
        <w:t>det</w:t>
      </w:r>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34BA03C" w14:textId="77777777" w:rsidR="00BA33AB" w:rsidRPr="0096445B" w:rsidRDefault="00000000">
      <w:pPr>
        <w:pStyle w:val="Rubrik3"/>
        <w:rPr>
          <w:lang w:val="sv-SE"/>
        </w:rPr>
      </w:pPr>
      <w:r w:rsidRPr="0096445B">
        <w:rPr>
          <w:lang w:val="sv-SE"/>
        </w:rPr>
        <w:lastRenderedPageBreak/>
        <w:t>Den första nattvarden</w:t>
      </w:r>
    </w:p>
    <w:p w14:paraId="474EEE6B" w14:textId="30F4E192"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medan de åt tog Jesus ett bröd, och välsignade och bröt, och gav åt lärjungarna och sade: ”Ta. Ät. Detta är min kropp.”{{</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26:27]]</w:t>
      </w:r>
      <w:r w:rsidRPr="0096445B">
        <w:rPr>
          <w:vertAlign w:val="superscript"/>
          <w:lang w:val="sv-SE"/>
        </w:rPr>
        <w:t>27</w:t>
      </w:r>
      <w:r w:rsidRPr="0096445B">
        <w:rPr>
          <w:lang w:val="sv-SE"/>
        </w:rPr>
        <w:t xml:space="preserve"> {{</w:t>
      </w:r>
      <w:proofErr w:type="spellStart"/>
      <w:r w:rsidRPr="0096445B">
        <w:rPr>
          <w:lang w:val="sv-SE"/>
        </w:rPr>
        <w:t>field-on:bible</w:t>
      </w:r>
      <w:proofErr w:type="spellEnd"/>
      <w:r w:rsidRPr="0096445B">
        <w:rPr>
          <w:lang w:val="sv-SE"/>
        </w:rPr>
        <w:t>}}Och han tog en bägare och tackade, och gav åt dem och sade: ”Drick av den alla.{{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26:28]]</w:t>
      </w:r>
      <w:r w:rsidRPr="0096445B">
        <w:rPr>
          <w:vertAlign w:val="superscript"/>
          <w:lang w:val="sv-SE"/>
        </w:rPr>
        <w:t>28</w:t>
      </w:r>
      <w:r w:rsidRPr="0096445B">
        <w:rPr>
          <w:lang w:val="sv-SE"/>
        </w:rPr>
        <w:t xml:space="preserve"> {{</w:t>
      </w:r>
      <w:proofErr w:type="spellStart"/>
      <w:r w:rsidRPr="0096445B">
        <w:rPr>
          <w:lang w:val="sv-SE"/>
        </w:rPr>
        <w:t>field-on:bible</w:t>
      </w:r>
      <w:proofErr w:type="spellEnd"/>
      <w:r w:rsidRPr="0096445B">
        <w:rPr>
          <w:lang w:val="sv-SE"/>
        </w:rPr>
        <w:t>}}För detta är mitt blod för förbundet, som för många blir utgjutet till synders förlåtelse.{{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26:29]]</w:t>
      </w:r>
      <w:r w:rsidRPr="0096445B">
        <w:rPr>
          <w:vertAlign w:val="superscript"/>
          <w:lang w:val="sv-SE"/>
        </w:rPr>
        <w:t>29</w:t>
      </w:r>
      <w:r w:rsidRPr="0096445B">
        <w:rPr>
          <w:lang w:val="sv-SE"/>
        </w:rPr>
        <w:t xml:space="preserve"> {{</w:t>
      </w:r>
      <w:proofErr w:type="spellStart"/>
      <w:r w:rsidRPr="0096445B">
        <w:rPr>
          <w:lang w:val="sv-SE"/>
        </w:rPr>
        <w:t>field-on:bible</w:t>
      </w:r>
      <w:proofErr w:type="spellEnd"/>
      <w:r w:rsidRPr="0096445B">
        <w:rPr>
          <w:lang w:val="sv-SE"/>
        </w:rPr>
        <w:t>}}Och jag säger er: Jag ska från nu aldrig dricka av denna vinstockens bärgning förrän den dagen när jag dricker den med er ny i min Fars rike.”{{</w:t>
      </w:r>
      <w:proofErr w:type="spellStart"/>
      <w:r w:rsidRPr="0096445B">
        <w:rPr>
          <w:lang w:val="sv-SE"/>
        </w:rPr>
        <w:t>field-off:bible</w:t>
      </w:r>
      <w:proofErr w:type="spellEnd"/>
      <w:r w:rsidRPr="0096445B">
        <w:rPr>
          <w:lang w:val="sv-SE"/>
        </w:rPr>
        <w:t>}}</w:t>
      </w:r>
    </w:p>
    <w:p w14:paraId="3A1D69CB" w14:textId="34266E5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sedan de sjungit hymn, gick de ut till Olivernas </w:t>
      </w:r>
      <w:proofErr w:type="gramStart"/>
      <w:r w:rsidRPr="0096445B">
        <w:rPr>
          <w:lang w:val="sv-SE"/>
        </w:rPr>
        <w:t>berg.{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570724E" w14:textId="77777777" w:rsidR="00BA33AB" w:rsidRPr="0096445B" w:rsidRDefault="00000000">
      <w:pPr>
        <w:pStyle w:val="Rubrik3"/>
        <w:rPr>
          <w:lang w:val="sv-SE"/>
        </w:rPr>
      </w:pPr>
      <w:r w:rsidRPr="0096445B">
        <w:rPr>
          <w:lang w:val="sv-SE"/>
        </w:rPr>
        <w:t>Jesus förutsäger Petrus förnekelse</w:t>
      </w:r>
    </w:p>
    <w:p w14:paraId="15DDE0D9" w14:textId="25FB7E9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säger Jesus till dem: ”Ni alla kommer att bli skandaliserade av mig i denna natt. För det är skrivet: Jag ska slå herden, och skingras ska fåren i </w:t>
      </w:r>
      <w:proofErr w:type="gramStart"/>
      <w:r w:rsidRPr="0096445B">
        <w:rPr>
          <w:lang w:val="sv-SE"/>
        </w:rPr>
        <w:t>hjorden.{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efter att jag blivit uppväckt ska jag gå före er till Galileen.”{{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C079562" w14:textId="562FDF1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Petrus svarade och sade till honom: ”Om alla kommer att skandaliseras av dig, ska jag aldrig bli skandaliserad.”{{</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r w:rsidRPr="0096445B">
        <w:rPr>
          <w:i/>
          <w:lang w:val="sv-SE"/>
        </w:rPr>
        <w:t>Då</w:t>
      </w:r>
      <w:proofErr w:type="gramEnd"/>
      <w:r w:rsidRPr="0096445B">
        <w:rPr>
          <w:lang w:val="sv-SE"/>
        </w:rPr>
        <w:t xml:space="preserve"> sade honom Jesus: ”Amen, jag säger dig att i denna natt, innan tuppen gal, ska du tre gånger förneka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}}Petrus</w:t>
      </w:r>
      <w:proofErr w:type="gramEnd"/>
      <w:r w:rsidRPr="0096445B">
        <w:rPr>
          <w:lang w:val="sv-SE"/>
        </w:rPr>
        <w:t xml:space="preserve"> säger till honom: ”Om jag så måste dö med dig ska jag aldrig förneka dig!” Likaså sade också alla </w:t>
      </w:r>
      <w:proofErr w:type="gramStart"/>
      <w:r w:rsidRPr="0096445B">
        <w:rPr>
          <w:lang w:val="sv-SE"/>
        </w:rPr>
        <w:t>lärjungarna.{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9FAC56A" w14:textId="77777777" w:rsidR="00BA33AB" w:rsidRPr="0096445B" w:rsidRDefault="00000000">
      <w:pPr>
        <w:pStyle w:val="Rubrik3"/>
        <w:rPr>
          <w:lang w:val="sv-SE"/>
        </w:rPr>
      </w:pPr>
      <w:r w:rsidRPr="0096445B">
        <w:rPr>
          <w:lang w:val="sv-SE"/>
        </w:rPr>
        <w:t xml:space="preserve">Jesus i </w:t>
      </w:r>
      <w:proofErr w:type="spellStart"/>
      <w:r w:rsidRPr="0096445B">
        <w:rPr>
          <w:lang w:val="sv-SE"/>
        </w:rPr>
        <w:t>Gethsemani</w:t>
      </w:r>
      <w:proofErr w:type="spellEnd"/>
    </w:p>
    <w:p w14:paraId="3474543E" w14:textId="36F99589"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går Jesus med dem till en marklott som kallas </w:t>
      </w:r>
      <w:proofErr w:type="spellStart"/>
      <w:r w:rsidRPr="0096445B">
        <w:rPr>
          <w:lang w:val="sv-SE"/>
        </w:rPr>
        <w:t>Gethsemani</w:t>
      </w:r>
      <w:proofErr w:type="spellEnd"/>
      <w:r w:rsidRPr="0096445B">
        <w:rPr>
          <w:lang w:val="sv-SE"/>
        </w:rPr>
        <w:t xml:space="preserve"> och säger till lärjungarna: ”Sätt er här medan jag går bort dit och ber.”{{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tog med Petrus och de två sönerna till </w:t>
      </w:r>
      <w:proofErr w:type="spellStart"/>
      <w:r w:rsidRPr="0096445B">
        <w:rPr>
          <w:lang w:val="sv-SE"/>
        </w:rPr>
        <w:t>Zebedaios</w:t>
      </w:r>
      <w:proofErr w:type="spellEnd"/>
      <w:r w:rsidRPr="0096445B">
        <w:rPr>
          <w:lang w:val="sv-SE"/>
        </w:rPr>
        <w:t xml:space="preserve">, och började vara bedrövad och </w:t>
      </w:r>
      <w:proofErr w:type="gramStart"/>
      <w:r w:rsidRPr="0096445B">
        <w:rPr>
          <w:lang w:val="sv-SE"/>
        </w:rPr>
        <w:t>ängslas.{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säger han till dem: ”Djupt bedrövad är min själ, till döds. Bli kvar här och var vakna med mig.”{{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gick fram lite och föll </w:t>
      </w:r>
      <w:r w:rsidRPr="0096445B">
        <w:rPr>
          <w:i/>
          <w:lang w:val="sv-SE"/>
        </w:rPr>
        <w:t>ner</w:t>
      </w:r>
      <w:r w:rsidRPr="0096445B">
        <w:rPr>
          <w:lang w:val="sv-SE"/>
        </w:rPr>
        <w:t xml:space="preserve"> på sitt ansikte, och bad och sade: ”Min Far! Om det är möjligt, må den gå förbi från mig, denna bägare. Men inte som jag vill, utan som du.”{{</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DD0951A" w14:textId="3ED4AC1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26:40]]</w:t>
      </w:r>
      <w:r w:rsidRPr="0096445B">
        <w:rPr>
          <w:vertAlign w:val="superscript"/>
          <w:lang w:val="sv-SE"/>
        </w:rPr>
        <w:t>40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kommer till lärjungarna och finner dem sovande. Och han säger till Petrus: ”Så ni mäktade inte en </w:t>
      </w:r>
      <w:r w:rsidRPr="0096445B">
        <w:rPr>
          <w:i/>
          <w:lang w:val="sv-SE"/>
        </w:rPr>
        <w:t>enda</w:t>
      </w:r>
      <w:r w:rsidRPr="0096445B">
        <w:rPr>
          <w:lang w:val="sv-SE"/>
        </w:rPr>
        <w:t xml:space="preserve"> timme att vara vakna med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26:41]]</w:t>
      </w:r>
      <w:r w:rsidRPr="0096445B">
        <w:rPr>
          <w:vertAlign w:val="superscript"/>
          <w:lang w:val="sv-SE"/>
        </w:rPr>
        <w:t>41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}}Var</w:t>
      </w:r>
      <w:proofErr w:type="gramEnd"/>
      <w:r w:rsidRPr="0096445B">
        <w:rPr>
          <w:lang w:val="sv-SE"/>
        </w:rPr>
        <w:t xml:space="preserve"> vakna och be, att ni inte kommer i frestelse. För anden </w:t>
      </w:r>
      <w:r w:rsidRPr="0096445B">
        <w:rPr>
          <w:i/>
          <w:lang w:val="sv-SE"/>
        </w:rPr>
        <w:t>är</w:t>
      </w:r>
      <w:r w:rsidRPr="0096445B">
        <w:rPr>
          <w:lang w:val="sv-SE"/>
        </w:rPr>
        <w:t xml:space="preserve"> villig, men köttet svagt.”{{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}}Åter</w:t>
      </w:r>
      <w:proofErr w:type="gramEnd"/>
      <w:r w:rsidRPr="0096445B">
        <w:rPr>
          <w:lang w:val="sv-SE"/>
        </w:rPr>
        <w:t xml:space="preserve"> en andra </w:t>
      </w:r>
      <w:r w:rsidRPr="0096445B">
        <w:rPr>
          <w:i/>
          <w:lang w:val="sv-SE"/>
        </w:rPr>
        <w:t>gång</w:t>
      </w:r>
      <w:r w:rsidRPr="0096445B">
        <w:rPr>
          <w:lang w:val="sv-SE"/>
        </w:rPr>
        <w:t xml:space="preserve"> gick han bort och bad och sade: ”Min Far, om inte denna kan gå förbi om jag inte dricker den: ske din vilja.”{{</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5F50AB1" w14:textId="1465B114"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kom åter och fann dem sovande, för deras ögon var </w:t>
      </w:r>
      <w:proofErr w:type="gramStart"/>
      <w:r w:rsidRPr="0096445B">
        <w:rPr>
          <w:lang w:val="sv-SE"/>
        </w:rPr>
        <w:t>tyngda.{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lämnade dem, </w:t>
      </w:r>
      <w:r w:rsidRPr="0096445B">
        <w:rPr>
          <w:i/>
          <w:lang w:val="sv-SE"/>
        </w:rPr>
        <w:t>och</w:t>
      </w:r>
      <w:r w:rsidRPr="0096445B">
        <w:rPr>
          <w:lang w:val="sv-SE"/>
        </w:rPr>
        <w:t xml:space="preserve"> åter gick han bort och bad en tredje </w:t>
      </w:r>
      <w:r w:rsidRPr="0096445B">
        <w:rPr>
          <w:i/>
          <w:lang w:val="sv-SE"/>
        </w:rPr>
        <w:t>gång</w:t>
      </w:r>
      <w:r w:rsidRPr="0096445B">
        <w:rPr>
          <w:lang w:val="sv-SE"/>
        </w:rPr>
        <w:t xml:space="preserve">, och samma ord sade han </w:t>
      </w:r>
      <w:proofErr w:type="gramStart"/>
      <w:r w:rsidRPr="0096445B">
        <w:rPr>
          <w:lang w:val="sv-SE"/>
        </w:rPr>
        <w:t>igen.{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4A81911" w14:textId="5A3D877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kommer han till lärjungarna och säger till dem: ”Sov </w:t>
      </w:r>
      <w:r w:rsidRPr="0096445B">
        <w:rPr>
          <w:i/>
          <w:lang w:val="sv-SE"/>
        </w:rPr>
        <w:t>ni</w:t>
      </w:r>
      <w:r w:rsidRPr="0096445B">
        <w:rPr>
          <w:lang w:val="sv-SE"/>
        </w:rPr>
        <w:t xml:space="preserve"> framöver och vila er. Se, stunden är </w:t>
      </w:r>
      <w:r w:rsidRPr="0096445B">
        <w:rPr>
          <w:i/>
          <w:lang w:val="sv-SE"/>
        </w:rPr>
        <w:t>nu</w:t>
      </w:r>
      <w:r w:rsidRPr="0096445B">
        <w:rPr>
          <w:lang w:val="sv-SE"/>
        </w:rPr>
        <w:t xml:space="preserve"> nära och Människosonen utlämnas i syndares </w:t>
      </w:r>
      <w:proofErr w:type="gramStart"/>
      <w:r w:rsidRPr="0096445B">
        <w:rPr>
          <w:lang w:val="sv-SE"/>
        </w:rPr>
        <w:t>händer.{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}}Res</w:t>
      </w:r>
      <w:proofErr w:type="gramEnd"/>
      <w:r w:rsidRPr="0096445B">
        <w:rPr>
          <w:lang w:val="sv-SE"/>
        </w:rPr>
        <w:t xml:space="preserve"> er, låt oss dra. Se: </w:t>
      </w:r>
      <w:r w:rsidRPr="0096445B">
        <w:rPr>
          <w:i/>
          <w:lang w:val="sv-SE"/>
        </w:rPr>
        <w:t>nu</w:t>
      </w:r>
      <w:r w:rsidRPr="0096445B">
        <w:rPr>
          <w:lang w:val="sv-SE"/>
        </w:rPr>
        <w:t xml:space="preserve"> är han nära som utlämnar mig.”{{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FD68940" w14:textId="77777777" w:rsidR="00BA33AB" w:rsidRPr="0096445B" w:rsidRDefault="00000000">
      <w:pPr>
        <w:pStyle w:val="Rubrik3"/>
        <w:rPr>
          <w:lang w:val="sv-SE"/>
        </w:rPr>
      </w:pPr>
      <w:r w:rsidRPr="0096445B">
        <w:rPr>
          <w:lang w:val="sv-SE"/>
        </w:rPr>
        <w:t>Jesus grips</w:t>
      </w:r>
    </w:p>
    <w:p w14:paraId="745C418D" w14:textId="345B394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26:47]]</w:t>
      </w:r>
      <w:r w:rsidRPr="0096445B">
        <w:rPr>
          <w:vertAlign w:val="superscript"/>
          <w:lang w:val="sv-SE"/>
        </w:rPr>
        <w:t>47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ännu medan han talade, se: Judas, en av de tolv, kom. Och med honom </w:t>
      </w:r>
      <w:r w:rsidRPr="0096445B">
        <w:rPr>
          <w:i/>
          <w:lang w:val="sv-SE"/>
        </w:rPr>
        <w:t>var</w:t>
      </w:r>
      <w:r w:rsidRPr="0096445B">
        <w:rPr>
          <w:lang w:val="sv-SE"/>
        </w:rPr>
        <w:t xml:space="preserve"> en stor skara med svärd och påkar från översteprästerna och folkets </w:t>
      </w:r>
      <w:proofErr w:type="gramStart"/>
      <w:r w:rsidRPr="0096445B">
        <w:rPr>
          <w:lang w:val="sv-SE"/>
        </w:rPr>
        <w:t>äldste.{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26:48]]</w:t>
      </w:r>
      <w:r w:rsidRPr="0096445B">
        <w:rPr>
          <w:vertAlign w:val="superscript"/>
          <w:lang w:val="sv-SE"/>
        </w:rPr>
        <w:t>48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som utlämnade honom hade gett dem ett tecken och sagt: ”Den jag kysser, han är det. Grip honom.”{{</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26:49]]</w:t>
      </w:r>
      <w:r w:rsidRPr="0096445B">
        <w:rPr>
          <w:vertAlign w:val="superscript"/>
          <w:lang w:val="sv-SE"/>
        </w:rPr>
        <w:t>49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direkt gick han fram till Jesus och sade: ”Gläd dig, rabbi!”, och kysste honom </w:t>
      </w:r>
      <w:proofErr w:type="gramStart"/>
      <w:r w:rsidRPr="0096445B">
        <w:rPr>
          <w:lang w:val="sv-SE"/>
        </w:rPr>
        <w:t>ömt.{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26:50]]</w:t>
      </w:r>
      <w:r w:rsidRPr="0096445B">
        <w:rPr>
          <w:vertAlign w:val="superscript"/>
          <w:lang w:val="sv-SE"/>
        </w:rPr>
        <w:t>50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sade till honom: ”</w:t>
      </w:r>
      <w:r w:rsidRPr="0096445B">
        <w:rPr>
          <w:i/>
          <w:lang w:val="sv-SE"/>
        </w:rPr>
        <w:t>Min</w:t>
      </w:r>
      <w:r w:rsidRPr="0096445B">
        <w:rPr>
          <w:lang w:val="sv-SE"/>
        </w:rPr>
        <w:t xml:space="preserve"> vän, för det är du här.” Då gick de fram och lade händerna på Jesus och grep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24BAE3E" w14:textId="6455085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26:51]]</w:t>
      </w:r>
      <w:r w:rsidRPr="0096445B">
        <w:rPr>
          <w:vertAlign w:val="superscript"/>
          <w:lang w:val="sv-SE"/>
        </w:rPr>
        <w:t>51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en av dem </w:t>
      </w:r>
      <w:r w:rsidRPr="0096445B">
        <w:rPr>
          <w:i/>
          <w:lang w:val="sv-SE"/>
        </w:rPr>
        <w:t>som var</w:t>
      </w:r>
      <w:r w:rsidRPr="0096445B">
        <w:rPr>
          <w:lang w:val="sv-SE"/>
        </w:rPr>
        <w:t xml:space="preserve"> med Jesus räckte ut handen och drog ut sitt svärd, och han slog översteprästens fasttjänare och tog bort hans </w:t>
      </w:r>
      <w:proofErr w:type="gramStart"/>
      <w:r w:rsidRPr="0096445B">
        <w:rPr>
          <w:lang w:val="sv-SE"/>
        </w:rPr>
        <w:t>öra.{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26:52]]</w:t>
      </w:r>
      <w:r w:rsidRPr="0096445B">
        <w:rPr>
          <w:vertAlign w:val="superscript"/>
          <w:lang w:val="sv-SE"/>
        </w:rPr>
        <w:t>52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säger honom Jesus: ”Vänd bort ditt svärd till dess plats! För alla som tar </w:t>
      </w:r>
      <w:r w:rsidRPr="0096445B">
        <w:rPr>
          <w:i/>
          <w:lang w:val="sv-SE"/>
        </w:rPr>
        <w:t>till</w:t>
      </w:r>
      <w:r w:rsidRPr="0096445B">
        <w:rPr>
          <w:lang w:val="sv-SE"/>
        </w:rPr>
        <w:t xml:space="preserve"> svärd ska med svärd </w:t>
      </w:r>
      <w:proofErr w:type="gramStart"/>
      <w:r w:rsidRPr="0096445B">
        <w:rPr>
          <w:lang w:val="sv-SE"/>
        </w:rPr>
        <w:t>förgöras.{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26:53]]</w:t>
      </w:r>
      <w:r w:rsidRPr="0096445B">
        <w:rPr>
          <w:vertAlign w:val="superscript"/>
          <w:lang w:val="sv-SE"/>
        </w:rPr>
        <w:t>53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}}Eller</w:t>
      </w:r>
      <w:proofErr w:type="gramEnd"/>
      <w:r w:rsidRPr="0096445B">
        <w:rPr>
          <w:lang w:val="sv-SE"/>
        </w:rPr>
        <w:t xml:space="preserve"> tänker du dig att jag inte kan vädja till min Far och han nu kommer att ställa fram för mig mer än tolv legioner </w:t>
      </w:r>
      <w:proofErr w:type="gramStart"/>
      <w:r w:rsidRPr="0096445B">
        <w:rPr>
          <w:lang w:val="sv-SE"/>
        </w:rPr>
        <w:t>änglar?{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26:54]]</w:t>
      </w:r>
      <w:r w:rsidRPr="0096445B">
        <w:rPr>
          <w:vertAlign w:val="superscript"/>
          <w:lang w:val="sv-SE"/>
        </w:rPr>
        <w:t>54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}}Hur</w:t>
      </w:r>
      <w:proofErr w:type="gramEnd"/>
      <w:r w:rsidRPr="0096445B">
        <w:rPr>
          <w:lang w:val="sv-SE"/>
        </w:rPr>
        <w:t xml:space="preserve"> ska då Skrifterna uppfyllas, att så måste ske?”{{</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C684947" w14:textId="2F30932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26:55]]</w:t>
      </w:r>
      <w:r w:rsidRPr="0096445B">
        <w:rPr>
          <w:vertAlign w:val="superscript"/>
          <w:lang w:val="sv-SE"/>
        </w:rPr>
        <w:t>55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}}I</w:t>
      </w:r>
      <w:proofErr w:type="gramEnd"/>
      <w:r w:rsidRPr="0096445B">
        <w:rPr>
          <w:lang w:val="sv-SE"/>
        </w:rPr>
        <w:t xml:space="preserve"> den stunden sade Jesus till skarorna: ”Som mot en rövare har ni gått ut med svärd och påkar </w:t>
      </w:r>
      <w:r w:rsidRPr="0096445B">
        <w:rPr>
          <w:i/>
          <w:lang w:val="sv-SE"/>
        </w:rPr>
        <w:t>för</w:t>
      </w:r>
      <w:r w:rsidRPr="0096445B">
        <w:rPr>
          <w:lang w:val="sv-SE"/>
        </w:rPr>
        <w:t xml:space="preserve"> att ta fast mig. Varje dag i templet satt jag och undervisade och ni grep mig </w:t>
      </w:r>
      <w:proofErr w:type="gramStart"/>
      <w:r w:rsidRPr="0096445B">
        <w:rPr>
          <w:lang w:val="sv-SE"/>
        </w:rPr>
        <w:t>inte.{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26:56]]</w:t>
      </w:r>
      <w:r w:rsidRPr="0096445B">
        <w:rPr>
          <w:vertAlign w:val="superscript"/>
          <w:lang w:val="sv-SE"/>
        </w:rPr>
        <w:t>56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detta hela har hänt för att profeternas skrifter ska uppfyllas.” Då lämnade alla lärjungarna honom och </w:t>
      </w:r>
      <w:proofErr w:type="gramStart"/>
      <w:r w:rsidRPr="0096445B">
        <w:rPr>
          <w:lang w:val="sv-SE"/>
        </w:rPr>
        <w:t>flydde.{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7D010F1" w14:textId="77777777" w:rsidR="00BA33AB" w:rsidRPr="0096445B" w:rsidRDefault="00000000">
      <w:pPr>
        <w:pStyle w:val="Rubrik3"/>
        <w:rPr>
          <w:lang w:val="sv-SE"/>
        </w:rPr>
      </w:pPr>
      <w:r w:rsidRPr="0096445B">
        <w:rPr>
          <w:lang w:val="sv-SE"/>
        </w:rPr>
        <w:t>Jesus inför Sanhedrin</w:t>
      </w:r>
    </w:p>
    <w:p w14:paraId="1426D9FA" w14:textId="54561C3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26:57]]</w:t>
      </w:r>
      <w:r w:rsidRPr="0096445B">
        <w:rPr>
          <w:vertAlign w:val="superscript"/>
          <w:lang w:val="sv-SE"/>
        </w:rPr>
        <w:t>57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som hade gripit Jesus förde bort </w:t>
      </w:r>
      <w:r w:rsidRPr="0096445B">
        <w:rPr>
          <w:i/>
          <w:lang w:val="sv-SE"/>
        </w:rPr>
        <w:t>honom</w:t>
      </w:r>
      <w:r w:rsidRPr="0096445B">
        <w:rPr>
          <w:lang w:val="sv-SE"/>
        </w:rPr>
        <w:t xml:space="preserve"> till översteprästen </w:t>
      </w:r>
      <w:proofErr w:type="spellStart"/>
      <w:r w:rsidRPr="0096445B">
        <w:rPr>
          <w:lang w:val="sv-SE"/>
        </w:rPr>
        <w:t>Kaiafas</w:t>
      </w:r>
      <w:proofErr w:type="spellEnd"/>
      <w:r w:rsidRPr="0096445B">
        <w:rPr>
          <w:lang w:val="sv-SE"/>
        </w:rPr>
        <w:t xml:space="preserve">, där de skriftlärda och de äldste hade </w:t>
      </w:r>
      <w:proofErr w:type="gramStart"/>
      <w:r w:rsidRPr="0096445B">
        <w:rPr>
          <w:lang w:val="sv-SE"/>
        </w:rPr>
        <w:t>samlats.{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26:58]]</w:t>
      </w:r>
      <w:r w:rsidRPr="0096445B">
        <w:rPr>
          <w:vertAlign w:val="superscript"/>
          <w:lang w:val="sv-SE"/>
        </w:rPr>
        <w:t>58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Petrus följde honom långt ifrån, fram till översteprästens innergård. Och han gick in därinne och satt med undertjänarna </w:t>
      </w:r>
      <w:r w:rsidRPr="0096445B">
        <w:rPr>
          <w:i/>
          <w:lang w:val="sv-SE"/>
        </w:rPr>
        <w:t>för</w:t>
      </w:r>
      <w:r w:rsidRPr="0096445B">
        <w:rPr>
          <w:lang w:val="sv-SE"/>
        </w:rPr>
        <w:t xml:space="preserve"> att se </w:t>
      </w:r>
      <w:proofErr w:type="gramStart"/>
      <w:r w:rsidRPr="0096445B">
        <w:rPr>
          <w:lang w:val="sv-SE"/>
        </w:rPr>
        <w:t>slutet.{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184F8EE" w14:textId="7F9D386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26:59]]</w:t>
      </w:r>
      <w:r w:rsidRPr="0096445B">
        <w:rPr>
          <w:vertAlign w:val="superscript"/>
          <w:lang w:val="sv-SE"/>
        </w:rPr>
        <w:t>59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översteprästerna och hela Sanhedrin sökte ett falskt vittnesbörd mot Jesus för att döda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26:60]]</w:t>
      </w:r>
      <w:r w:rsidRPr="0096445B">
        <w:rPr>
          <w:vertAlign w:val="superscript"/>
          <w:lang w:val="sv-SE"/>
        </w:rPr>
        <w:t>60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fann inget, </w:t>
      </w:r>
      <w:r w:rsidRPr="0096445B">
        <w:rPr>
          <w:i/>
          <w:lang w:val="sv-SE"/>
        </w:rPr>
        <w:t>fastän</w:t>
      </w:r>
      <w:r w:rsidRPr="0096445B">
        <w:rPr>
          <w:lang w:val="sv-SE"/>
        </w:rPr>
        <w:t xml:space="preserve"> många falska vittnen kom fram. Men </w:t>
      </w:r>
      <w:r w:rsidRPr="0096445B">
        <w:rPr>
          <w:i/>
          <w:lang w:val="sv-SE"/>
        </w:rPr>
        <w:t>till</w:t>
      </w:r>
      <w:r w:rsidRPr="0096445B">
        <w:rPr>
          <w:lang w:val="sv-SE"/>
        </w:rPr>
        <w:t xml:space="preserve"> sist kom det fram två{{</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w:t>
      </w:r>
      <w:r w:rsidRPr="0096445B">
        <w:rPr>
          <w:lang w:val="sv-SE"/>
        </w:rPr>
        <w:lastRenderedPageBreak/>
        <w:t>26:61]]</w:t>
      </w:r>
      <w:r w:rsidRPr="0096445B">
        <w:rPr>
          <w:vertAlign w:val="superscript"/>
          <w:lang w:val="sv-SE"/>
        </w:rPr>
        <w:t>61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”Den där har sagt: Jag kan riva ner Guds tempelbyggnad och på tre dagar bygga upp.”{{</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26:62]]</w:t>
      </w:r>
      <w:r w:rsidRPr="0096445B">
        <w:rPr>
          <w:vertAlign w:val="superscript"/>
          <w:lang w:val="sv-SE"/>
        </w:rPr>
        <w:t>62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stod översteprästen upp och sade till honom: ”Svarar du inget </w:t>
      </w:r>
      <w:r w:rsidRPr="0096445B">
        <w:rPr>
          <w:i/>
          <w:lang w:val="sv-SE"/>
        </w:rPr>
        <w:t>på</w:t>
      </w:r>
      <w:r w:rsidRPr="0096445B">
        <w:rPr>
          <w:lang w:val="sv-SE"/>
        </w:rPr>
        <w:t xml:space="preserve"> vad dessa vittnar mot dig?”{{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26:63]]</w:t>
      </w:r>
      <w:r w:rsidRPr="0096445B">
        <w:rPr>
          <w:vertAlign w:val="superscript"/>
          <w:lang w:val="sv-SE"/>
        </w:rPr>
        <w:t>63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Jesus var </w:t>
      </w:r>
      <w:proofErr w:type="gramStart"/>
      <w:r w:rsidRPr="0096445B">
        <w:rPr>
          <w:lang w:val="sv-SE"/>
        </w:rPr>
        <w:t>tyst.{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54E8346" w14:textId="4C4B7AA8"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översteprästen sade till honom: ”Jag besvär dig vid levande Gud att du ska säga oss om du är Kristus, Guds Son.”{{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26:64]]</w:t>
      </w:r>
      <w:r w:rsidRPr="0096445B">
        <w:rPr>
          <w:vertAlign w:val="superscript"/>
          <w:lang w:val="sv-SE"/>
        </w:rPr>
        <w:t>64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w:t>
      </w:r>
      <w:r w:rsidRPr="0096445B">
        <w:rPr>
          <w:i/>
          <w:lang w:val="sv-SE"/>
        </w:rPr>
        <w:t>Då</w:t>
      </w:r>
      <w:proofErr w:type="gramEnd"/>
      <w:r w:rsidRPr="0096445B">
        <w:rPr>
          <w:lang w:val="sv-SE"/>
        </w:rPr>
        <w:t xml:space="preserve"> säger honom Jesus: ”Du sade </w:t>
      </w:r>
      <w:r w:rsidRPr="0096445B">
        <w:rPr>
          <w:i/>
          <w:lang w:val="sv-SE"/>
        </w:rPr>
        <w:t>det</w:t>
      </w:r>
      <w:r w:rsidRPr="0096445B">
        <w:rPr>
          <w:lang w:val="sv-SE"/>
        </w:rPr>
        <w:t xml:space="preserve">. Men jag säger er: Från nu ska ni se Människosonen sitta vid Maktens högra </w:t>
      </w:r>
      <w:r w:rsidRPr="0096445B">
        <w:rPr>
          <w:i/>
          <w:lang w:val="sv-SE"/>
        </w:rPr>
        <w:t>sida</w:t>
      </w:r>
      <w:r w:rsidRPr="0096445B">
        <w:rPr>
          <w:lang w:val="sv-SE"/>
        </w:rPr>
        <w:t xml:space="preserve"> och komma på himlens moln.”{{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00EF2D7" w14:textId="153F832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26:65]]</w:t>
      </w:r>
      <w:r w:rsidRPr="0096445B">
        <w:rPr>
          <w:vertAlign w:val="superscript"/>
          <w:lang w:val="sv-SE"/>
        </w:rPr>
        <w:t>65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rev översteprästen sönder sina kläder och sade: ”Han har hädat! Vad mer </w:t>
      </w:r>
      <w:r w:rsidRPr="0096445B">
        <w:rPr>
          <w:i/>
          <w:lang w:val="sv-SE"/>
        </w:rPr>
        <w:t>för</w:t>
      </w:r>
      <w:r w:rsidRPr="0096445B">
        <w:rPr>
          <w:lang w:val="sv-SE"/>
        </w:rPr>
        <w:t xml:space="preserve"> behov har vi av vittnen? Se, nu har ni hört </w:t>
      </w:r>
      <w:proofErr w:type="gramStart"/>
      <w:r w:rsidRPr="0096445B">
        <w:rPr>
          <w:lang w:val="sv-SE"/>
        </w:rPr>
        <w:t>hädelsen.{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26:66]]</w:t>
      </w:r>
      <w:r w:rsidRPr="0096445B">
        <w:rPr>
          <w:vertAlign w:val="superscript"/>
          <w:lang w:val="sv-SE"/>
        </w:rPr>
        <w:t>66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}}Vad</w:t>
      </w:r>
      <w:proofErr w:type="gramEnd"/>
      <w:r w:rsidRPr="0096445B">
        <w:rPr>
          <w:lang w:val="sv-SE"/>
        </w:rPr>
        <w:t xml:space="preserve"> tycks er?” Och de svarade och sade: ”Straffskyldig till döden är han!”{{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26:67]]</w:t>
      </w:r>
      <w:r w:rsidRPr="0096445B">
        <w:rPr>
          <w:vertAlign w:val="superscript"/>
          <w:lang w:val="sv-SE"/>
        </w:rPr>
        <w:t>67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spottade de i hans ansikte och pucklade på honom, och andra örfilade{{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26:68]]</w:t>
      </w:r>
      <w:r w:rsidRPr="0096445B">
        <w:rPr>
          <w:vertAlign w:val="superscript"/>
          <w:lang w:val="sv-SE"/>
        </w:rPr>
        <w:t>68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”Profetera för oss, Kristus! Vem är det som högg till dig?”{{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886F6DA" w14:textId="77777777" w:rsidR="00BA33AB" w:rsidRPr="0096445B" w:rsidRDefault="00000000">
      <w:pPr>
        <w:pStyle w:val="Rubrik3"/>
        <w:rPr>
          <w:lang w:val="sv-SE"/>
        </w:rPr>
      </w:pPr>
      <w:r w:rsidRPr="0096445B">
        <w:rPr>
          <w:lang w:val="sv-SE"/>
        </w:rPr>
        <w:t>Petrus förnekar Jesus</w:t>
      </w:r>
    </w:p>
    <w:p w14:paraId="0CB8CD62" w14:textId="1B240A4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26:69]]</w:t>
      </w:r>
      <w:r w:rsidRPr="0096445B">
        <w:rPr>
          <w:vertAlign w:val="superscript"/>
          <w:lang w:val="sv-SE"/>
        </w:rPr>
        <w:t>69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Petrus satt ute på innergården. Och fram till honom kom en tjänsteflicka som sade: ”Även du var med Jesus galilén.”{{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26:70]]</w:t>
      </w:r>
      <w:r w:rsidRPr="0096445B">
        <w:rPr>
          <w:vertAlign w:val="superscript"/>
          <w:lang w:val="sv-SE"/>
        </w:rPr>
        <w:t>70</w:t>
      </w:r>
      <w:r w:rsidRPr="0096445B">
        <w:rPr>
          <w:lang w:val="sv-SE"/>
        </w:rPr>
        <w:t xml:space="preserve"> {{</w:t>
      </w:r>
      <w:proofErr w:type="spellStart"/>
      <w:r w:rsidRPr="0096445B">
        <w:rPr>
          <w:lang w:val="sv-SE"/>
        </w:rPr>
        <w:t>field-on:bible</w:t>
      </w:r>
      <w:proofErr w:type="spellEnd"/>
      <w:r w:rsidRPr="0096445B">
        <w:rPr>
          <w:lang w:val="sv-SE"/>
        </w:rPr>
        <w:t>}}Men han nekade inför alla och sade: ”Jag förstår inte vad du säger.”{{</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26:71]]</w:t>
      </w:r>
      <w:r w:rsidRPr="0096445B">
        <w:rPr>
          <w:vertAlign w:val="superscript"/>
          <w:lang w:val="sv-SE"/>
        </w:rPr>
        <w:t>71</w:t>
      </w:r>
      <w:r w:rsidRPr="0096445B">
        <w:rPr>
          <w:lang w:val="sv-SE"/>
        </w:rPr>
        <w:t xml:space="preserve"> {{</w:t>
      </w:r>
      <w:proofErr w:type="spellStart"/>
      <w:r w:rsidRPr="0096445B">
        <w:rPr>
          <w:lang w:val="sv-SE"/>
        </w:rPr>
        <w:t>field-on:bible</w:t>
      </w:r>
      <w:proofErr w:type="spellEnd"/>
      <w:r w:rsidRPr="0096445B">
        <w:rPr>
          <w:lang w:val="sv-SE"/>
        </w:rPr>
        <w:t xml:space="preserve">}}Och när han gick ut i </w:t>
      </w:r>
      <w:proofErr w:type="spellStart"/>
      <w:r w:rsidRPr="0096445B">
        <w:rPr>
          <w:lang w:val="sv-SE"/>
        </w:rPr>
        <w:t>porthuset</w:t>
      </w:r>
      <w:proofErr w:type="spellEnd"/>
      <w:r w:rsidRPr="0096445B">
        <w:rPr>
          <w:lang w:val="sv-SE"/>
        </w:rPr>
        <w:t xml:space="preserve">, såg honom en annan </w:t>
      </w:r>
      <w:r w:rsidRPr="0096445B">
        <w:rPr>
          <w:i/>
          <w:lang w:val="sv-SE"/>
        </w:rPr>
        <w:t>kvinna</w:t>
      </w:r>
      <w:r w:rsidRPr="0096445B">
        <w:rPr>
          <w:lang w:val="sv-SE"/>
        </w:rPr>
        <w:t xml:space="preserve"> och säger till dem </w:t>
      </w:r>
      <w:r w:rsidRPr="0096445B">
        <w:rPr>
          <w:i/>
          <w:lang w:val="sv-SE"/>
        </w:rPr>
        <w:t>som var</w:t>
      </w:r>
      <w:r w:rsidRPr="0096445B">
        <w:rPr>
          <w:lang w:val="sv-SE"/>
        </w:rPr>
        <w:t xml:space="preserve"> där: ”Den där var med Jesus </w:t>
      </w:r>
      <w:proofErr w:type="spellStart"/>
      <w:r w:rsidRPr="0096445B">
        <w:rPr>
          <w:lang w:val="sv-SE"/>
        </w:rPr>
        <w:t>nazorén</w:t>
      </w:r>
      <w:proofErr w:type="spellEnd"/>
      <w:r w:rsidRPr="0096445B">
        <w:rPr>
          <w:lang w:val="sv-SE"/>
        </w:rPr>
        <w: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26:72]]</w:t>
      </w:r>
      <w:r w:rsidRPr="0096445B">
        <w:rPr>
          <w:vertAlign w:val="superscript"/>
          <w:lang w:val="sv-SE"/>
        </w:rPr>
        <w:t>72</w:t>
      </w:r>
      <w:r w:rsidRPr="0096445B">
        <w:rPr>
          <w:lang w:val="sv-SE"/>
        </w:rPr>
        <w:t xml:space="preserve"> {{</w:t>
      </w:r>
      <w:proofErr w:type="spellStart"/>
      <w:r w:rsidRPr="0096445B">
        <w:rPr>
          <w:lang w:val="sv-SE"/>
        </w:rPr>
        <w:t>field-on:bible</w:t>
      </w:r>
      <w:proofErr w:type="spellEnd"/>
      <w:r w:rsidRPr="0096445B">
        <w:rPr>
          <w:lang w:val="sv-SE"/>
        </w:rPr>
        <w:t>}}Och åter nekade han med ed att: ”Jag känner inte människan.”{{</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26:73]]</w:t>
      </w:r>
      <w:r w:rsidRPr="0096445B">
        <w:rPr>
          <w:vertAlign w:val="superscript"/>
          <w:lang w:val="sv-SE"/>
        </w:rPr>
        <w:t>73</w:t>
      </w:r>
      <w:r w:rsidRPr="0096445B">
        <w:rPr>
          <w:lang w:val="sv-SE"/>
        </w:rPr>
        <w:t xml:space="preserve"> {{</w:t>
      </w:r>
      <w:proofErr w:type="spellStart"/>
      <w:r w:rsidRPr="0096445B">
        <w:rPr>
          <w:lang w:val="sv-SE"/>
        </w:rPr>
        <w:t>field-on:bible</w:t>
      </w:r>
      <w:proofErr w:type="spellEnd"/>
      <w:r w:rsidRPr="0096445B">
        <w:rPr>
          <w:lang w:val="sv-SE"/>
        </w:rPr>
        <w:t xml:space="preserve">}}Men efter </w:t>
      </w:r>
      <w:r w:rsidRPr="0096445B">
        <w:rPr>
          <w:i/>
          <w:lang w:val="sv-SE"/>
        </w:rPr>
        <w:t>en</w:t>
      </w:r>
      <w:r w:rsidRPr="0096445B">
        <w:rPr>
          <w:lang w:val="sv-SE"/>
        </w:rPr>
        <w:t xml:space="preserve"> liten </w:t>
      </w:r>
      <w:r w:rsidRPr="0096445B">
        <w:rPr>
          <w:i/>
          <w:lang w:val="sv-SE"/>
        </w:rPr>
        <w:t>stund</w:t>
      </w:r>
      <w:r w:rsidRPr="0096445B">
        <w:rPr>
          <w:lang w:val="sv-SE"/>
        </w:rPr>
        <w:t xml:space="preserve"> kom de som stod </w:t>
      </w:r>
      <w:r w:rsidRPr="0096445B">
        <w:rPr>
          <w:i/>
          <w:lang w:val="sv-SE"/>
        </w:rPr>
        <w:t>där</w:t>
      </w:r>
      <w:r w:rsidRPr="0096445B">
        <w:rPr>
          <w:lang w:val="sv-SE"/>
        </w:rPr>
        <w:t xml:space="preserve"> fram och sade till Petrus: ”Sannerligen är också du </w:t>
      </w:r>
      <w:r w:rsidRPr="0096445B">
        <w:rPr>
          <w:i/>
          <w:lang w:val="sv-SE"/>
        </w:rPr>
        <w:t>en</w:t>
      </w:r>
      <w:r w:rsidRPr="0096445B">
        <w:rPr>
          <w:lang w:val="sv-SE"/>
        </w:rPr>
        <w:t xml:space="preserve"> av dem. Och ditt tal gör dig ju tydlig.”{{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26:74]]</w:t>
      </w:r>
      <w:r w:rsidRPr="0096445B">
        <w:rPr>
          <w:vertAlign w:val="superscript"/>
          <w:lang w:val="sv-SE"/>
        </w:rPr>
        <w:t>74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började han nedkalla förbannelse och svära att: ”Jag känner inte människan!” Och direkt gol en </w:t>
      </w:r>
      <w:proofErr w:type="gramStart"/>
      <w:r w:rsidRPr="0096445B">
        <w:rPr>
          <w:lang w:val="sv-SE"/>
        </w:rPr>
        <w:t>tupp.{</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8ABE751" w14:textId="72B84A9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26:75]]</w:t>
      </w:r>
      <w:r w:rsidRPr="0096445B">
        <w:rPr>
          <w:vertAlign w:val="superscript"/>
          <w:lang w:val="sv-SE"/>
        </w:rPr>
        <w:t>75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då</w:t>
      </w:r>
      <w:r w:rsidRPr="0096445B">
        <w:rPr>
          <w:lang w:val="sv-SE"/>
        </w:rPr>
        <w:t xml:space="preserve"> kom Petrus ihåg Jesu ord som han hade sagt, att: ”Innan tuppen gal ska du tre gånger förneka mig.” Och han gick ut utanför och grät </w:t>
      </w:r>
      <w:proofErr w:type="gramStart"/>
      <w:r w:rsidRPr="0096445B">
        <w:rPr>
          <w:lang w:val="sv-SE"/>
        </w:rPr>
        <w:t>bittert.{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65D5E989" w14:textId="34DC9E6B"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w:t>
      </w:r>
      <w:proofErr w:type="gramStart"/>
      <w:r w:rsidRPr="0096445B">
        <w:rPr>
          <w:lang w:val="sv-SE"/>
        </w:rPr>
        <w:t>]]Kapitel</w:t>
      </w:r>
      <w:proofErr w:type="gramEnd"/>
      <w:r w:rsidRPr="0096445B">
        <w:rPr>
          <w:lang w:val="sv-SE"/>
        </w:rPr>
        <w:t xml:space="preserve"> 27</w:t>
      </w:r>
    </w:p>
    <w:p w14:paraId="5A6D282D" w14:textId="77777777" w:rsidR="00BA33AB" w:rsidRPr="0096445B" w:rsidRDefault="00000000">
      <w:pPr>
        <w:pStyle w:val="Rubrik3"/>
        <w:rPr>
          <w:lang w:val="sv-SE"/>
        </w:rPr>
      </w:pPr>
      <w:r w:rsidRPr="0096445B">
        <w:rPr>
          <w:lang w:val="sv-SE"/>
        </w:rPr>
        <w:t>Jesus utlämnas till Pilatus</w:t>
      </w:r>
    </w:p>
    <w:p w14:paraId="28AB2668" w14:textId="022F98D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det blev morgon tog de beslut, alla översteprästerna och folkets äldste, mot Jesus att döda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band honom och förde bort och utlämnade åt Pilatus, </w:t>
      </w:r>
      <w:proofErr w:type="gramStart"/>
      <w:r w:rsidRPr="0096445B">
        <w:rPr>
          <w:lang w:val="sv-SE"/>
        </w:rPr>
        <w:t>styresmannen.{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8ED3860" w14:textId="77777777" w:rsidR="00BA33AB" w:rsidRPr="0096445B" w:rsidRDefault="00000000">
      <w:pPr>
        <w:pStyle w:val="Rubrik3"/>
        <w:rPr>
          <w:lang w:val="sv-SE"/>
        </w:rPr>
      </w:pPr>
      <w:r w:rsidRPr="0096445B">
        <w:rPr>
          <w:lang w:val="sv-SE"/>
        </w:rPr>
        <w:lastRenderedPageBreak/>
        <w:t>Judas tar sitt liv</w:t>
      </w:r>
    </w:p>
    <w:p w14:paraId="4F98977C" w14:textId="7C0B37D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när Judas som utlämnade honom såg att han blivit fördömd, ångrade han sig och vände sig </w:t>
      </w:r>
      <w:r w:rsidRPr="0096445B">
        <w:rPr>
          <w:i/>
          <w:lang w:val="sv-SE"/>
        </w:rPr>
        <w:t>med</w:t>
      </w:r>
      <w:r w:rsidRPr="0096445B">
        <w:rPr>
          <w:lang w:val="sv-SE"/>
        </w:rPr>
        <w:t xml:space="preserve"> de trettio silver</w:t>
      </w:r>
      <w:r w:rsidRPr="0096445B">
        <w:rPr>
          <w:i/>
          <w:lang w:val="sv-SE"/>
        </w:rPr>
        <w:t>mynten</w:t>
      </w:r>
      <w:r w:rsidRPr="0096445B">
        <w:rPr>
          <w:lang w:val="sv-SE"/>
        </w:rPr>
        <w:t xml:space="preserve"> till översteprästerna och de äldste{{</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”Jag har syndat och utlämnat ostraffligt blod.” Men de sade: ”Vad </w:t>
      </w:r>
      <w:r w:rsidRPr="0096445B">
        <w:rPr>
          <w:i/>
          <w:lang w:val="sv-SE"/>
        </w:rPr>
        <w:t>är det</w:t>
      </w:r>
      <w:r w:rsidRPr="0096445B">
        <w:rPr>
          <w:lang w:val="sv-SE"/>
        </w:rPr>
        <w:t xml:space="preserve"> för oss? Du ska se </w:t>
      </w:r>
      <w:r w:rsidRPr="0096445B">
        <w:rPr>
          <w:i/>
          <w:lang w:val="sv-SE"/>
        </w:rPr>
        <w:t>till det</w:t>
      </w:r>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slängde silver</w:t>
      </w:r>
      <w:r w:rsidRPr="0096445B">
        <w:rPr>
          <w:i/>
          <w:lang w:val="sv-SE"/>
        </w:rPr>
        <w:t>mynten</w:t>
      </w:r>
      <w:r w:rsidRPr="0096445B">
        <w:rPr>
          <w:lang w:val="sv-SE"/>
        </w:rPr>
        <w:t xml:space="preserve"> in i tempelbyggnaden och drog sig undan, och gick bort och hängde sig.{{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BF85D5E" w14:textId="04F51B7B" w:rsidR="00BA33AB" w:rsidRPr="0096445B" w:rsidRDefault="00000000">
      <w:pPr>
        <w:rPr>
          <w:lang w:val="sv-SE"/>
        </w:rPr>
      </w:pPr>
      <w:r w:rsidRPr="0096445B">
        <w:rPr>
          <w:lang w:val="sv-SE"/>
        </w:rPr>
        <w:t>[[@</w:t>
      </w:r>
      <w:r w:rsidR="0096445B" w:rsidRPr="0096445B">
        <w:rPr>
          <w:lang w:val="sv-SE"/>
        </w:rPr>
        <w:t>BibleBIBEL82</w:t>
      </w:r>
      <w:r w:rsidRPr="0096445B">
        <w:rPr>
          <w:lang w:val="sv-SE"/>
        </w:rPr>
        <w:t>:Matt 27:6]]</w:t>
      </w:r>
      <w:r w:rsidRPr="0096445B">
        <w:rPr>
          <w:vertAlign w:val="superscript"/>
          <w:lang w:val="sv-SE"/>
        </w:rPr>
        <w:t>6</w:t>
      </w:r>
      <w:r w:rsidRPr="0096445B">
        <w:rPr>
          <w:lang w:val="sv-SE"/>
        </w:rPr>
        <w:t xml:space="preserve"> {{</w:t>
      </w:r>
      <w:proofErr w:type="spellStart"/>
      <w:r w:rsidRPr="0096445B">
        <w:rPr>
          <w:lang w:val="sv-SE"/>
        </w:rPr>
        <w:t>field-on:bible</w:t>
      </w:r>
      <w:proofErr w:type="spellEnd"/>
      <w:r w:rsidRPr="0096445B">
        <w:rPr>
          <w:lang w:val="sv-SE"/>
        </w:rPr>
        <w:t>}}Men översteprästerna tog silver</w:t>
      </w:r>
      <w:r w:rsidRPr="0096445B">
        <w:rPr>
          <w:i/>
          <w:lang w:val="sv-SE"/>
        </w:rPr>
        <w:t>mynten</w:t>
      </w:r>
      <w:r w:rsidRPr="0096445B">
        <w:rPr>
          <w:lang w:val="sv-SE"/>
        </w:rPr>
        <w:t xml:space="preserve"> och sade: ”Det är inte tillåtet att lägga dem i korbankistan, då det är ett värde från blod.”{{</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27:7]]</w:t>
      </w:r>
      <w:r w:rsidRPr="0096445B">
        <w:rPr>
          <w:vertAlign w:val="superscript"/>
          <w:lang w:val="sv-SE"/>
        </w:rPr>
        <w:t>7</w:t>
      </w:r>
      <w:r w:rsidRPr="0096445B">
        <w:rPr>
          <w:lang w:val="sv-SE"/>
        </w:rPr>
        <w:t xml:space="preserve"> {{</w:t>
      </w:r>
      <w:proofErr w:type="spellStart"/>
      <w:r w:rsidRPr="0096445B">
        <w:rPr>
          <w:lang w:val="sv-SE"/>
        </w:rPr>
        <w:t>field-on:bible</w:t>
      </w:r>
      <w:proofErr w:type="spellEnd"/>
      <w:r w:rsidRPr="0096445B">
        <w:rPr>
          <w:lang w:val="sv-SE"/>
        </w:rPr>
        <w:t>}}Och de tog beslut och köpte för dem Krukmakaråkern till gravplats för främlingarna.{{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27:8]]</w:t>
      </w:r>
      <w:r w:rsidRPr="0096445B">
        <w:rPr>
          <w:vertAlign w:val="superscript"/>
          <w:lang w:val="sv-SE"/>
        </w:rPr>
        <w:t>8</w:t>
      </w:r>
      <w:r w:rsidRPr="0096445B">
        <w:rPr>
          <w:lang w:val="sv-SE"/>
        </w:rPr>
        <w:t xml:space="preserve"> {{</w:t>
      </w:r>
      <w:proofErr w:type="spellStart"/>
      <w:r w:rsidRPr="0096445B">
        <w:rPr>
          <w:lang w:val="sv-SE"/>
        </w:rPr>
        <w:t>field-on:bible</w:t>
      </w:r>
      <w:proofErr w:type="spellEnd"/>
      <w:r w:rsidRPr="0096445B">
        <w:rPr>
          <w:lang w:val="sv-SE"/>
        </w:rPr>
        <w:t xml:space="preserve">}}Därför kallades den åkern </w:t>
      </w:r>
      <w:r w:rsidRPr="0096445B">
        <w:rPr>
          <w:i/>
          <w:lang w:val="sv-SE"/>
        </w:rPr>
        <w:t>för</w:t>
      </w:r>
      <w:r w:rsidRPr="0096445B">
        <w:rPr>
          <w:lang w:val="sv-SE"/>
        </w:rPr>
        <w:t xml:space="preserve"> Blodsåkern fram till idag.{{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27:9]]</w:t>
      </w:r>
      <w:r w:rsidRPr="0096445B">
        <w:rPr>
          <w:vertAlign w:val="superscript"/>
          <w:lang w:val="sv-SE"/>
        </w:rPr>
        <w:t>9</w:t>
      </w:r>
      <w:r w:rsidRPr="0096445B">
        <w:rPr>
          <w:lang w:val="sv-SE"/>
        </w:rPr>
        <w:t xml:space="preserve"> {{</w:t>
      </w:r>
      <w:proofErr w:type="spellStart"/>
      <w:r w:rsidRPr="0096445B">
        <w:rPr>
          <w:lang w:val="sv-SE"/>
        </w:rPr>
        <w:t>field-on:bible</w:t>
      </w:r>
      <w:proofErr w:type="spellEnd"/>
      <w:r w:rsidRPr="0096445B">
        <w:rPr>
          <w:lang w:val="sv-SE"/>
        </w:rPr>
        <w:t xml:space="preserve">}}Då uppfylldes det </w:t>
      </w:r>
      <w:r w:rsidRPr="0096445B">
        <w:rPr>
          <w:i/>
          <w:lang w:val="sv-SE"/>
        </w:rPr>
        <w:t>som var</w:t>
      </w:r>
      <w:r w:rsidRPr="0096445B">
        <w:rPr>
          <w:lang w:val="sv-SE"/>
        </w:rPr>
        <w:t xml:space="preserve"> sagt genom profeten Jeremia, som sade:{{</w:t>
      </w:r>
      <w:proofErr w:type="spellStart"/>
      <w:r w:rsidRPr="0096445B">
        <w:rPr>
          <w:lang w:val="sv-SE"/>
        </w:rPr>
        <w:t>field-off:bible</w:t>
      </w:r>
      <w:proofErr w:type="spellEnd"/>
      <w:r w:rsidRPr="0096445B">
        <w:rPr>
          <w:lang w:val="sv-SE"/>
        </w:rPr>
        <w:t>}}</w:t>
      </w:r>
    </w:p>
    <w:p w14:paraId="7222B982" w14:textId="13901AE8" w:rsidR="00BA33AB" w:rsidRPr="0096445B" w:rsidRDefault="00000000">
      <w:pPr>
        <w:rPr>
          <w:lang w:val="sv-SE"/>
        </w:rPr>
      </w:pPr>
      <w:r w:rsidRPr="0096445B">
        <w:rPr>
          <w:lang w:val="sv-SE"/>
        </w:rPr>
        <w:t>{{</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tog de trettio silver</w:t>
      </w:r>
      <w:r w:rsidRPr="0096445B">
        <w:rPr>
          <w:i/>
          <w:lang w:val="sv-SE"/>
        </w:rPr>
        <w:t>mynten</w:t>
      </w:r>
      <w:r w:rsidRPr="0096445B">
        <w:rPr>
          <w:lang w:val="sv-SE"/>
        </w:rPr>
        <w:t>,</w:t>
      </w:r>
      <w:r w:rsidRPr="0096445B">
        <w:rPr>
          <w:lang w:val="sv-SE"/>
        </w:rPr>
        <w:br/>
        <w:t xml:space="preserve">värdet för den värderade som värderades av Israels </w:t>
      </w:r>
      <w:proofErr w:type="gramStart"/>
      <w:r w:rsidRPr="0096445B">
        <w:rPr>
          <w:lang w:val="sv-SE"/>
        </w:rPr>
        <w:t>söner,{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r w:rsidRPr="0096445B">
        <w:rPr>
          <w:lang w:val="sv-SE"/>
        </w:rPr>
        <w:b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gav dem för krukmakarens åker,</w:t>
      </w:r>
      <w:r w:rsidRPr="0096445B">
        <w:rPr>
          <w:lang w:val="sv-SE"/>
        </w:rPr>
        <w:br/>
        <w:t xml:space="preserve">så som Herren hade samordnat för </w:t>
      </w:r>
      <w:proofErr w:type="gramStart"/>
      <w:r w:rsidRPr="0096445B">
        <w:rPr>
          <w:lang w:val="sv-SE"/>
        </w:rPr>
        <w:t>mig.{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933B2AD" w14:textId="77777777" w:rsidR="00BA33AB" w:rsidRPr="0096445B" w:rsidRDefault="00000000">
      <w:pPr>
        <w:pStyle w:val="Rubrik3"/>
        <w:rPr>
          <w:lang w:val="sv-SE"/>
        </w:rPr>
      </w:pPr>
      <w:r w:rsidRPr="0096445B">
        <w:rPr>
          <w:lang w:val="sv-SE"/>
        </w:rPr>
        <w:t>Jesus inför Pilatus</w:t>
      </w:r>
    </w:p>
    <w:p w14:paraId="0F5A79D5" w14:textId="3BCCF18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27:11]]</w:t>
      </w:r>
      <w:r w:rsidRPr="0096445B">
        <w:rPr>
          <w:vertAlign w:val="superscript"/>
          <w:lang w:val="sv-SE"/>
        </w:rPr>
        <w:t>11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Jesus ställdes inför styresmannen. Och </w:t>
      </w:r>
      <w:r w:rsidRPr="0096445B">
        <w:rPr>
          <w:i/>
          <w:lang w:val="sv-SE"/>
        </w:rPr>
        <w:t>nu</w:t>
      </w:r>
      <w:r w:rsidRPr="0096445B">
        <w:rPr>
          <w:lang w:val="sv-SE"/>
        </w:rPr>
        <w:t xml:space="preserve"> frågade honom styresmannen och sade: ”Du är judarnas kung?” Och Jesus sade: ”Du säger </w:t>
      </w:r>
      <w:r w:rsidRPr="0096445B">
        <w:rPr>
          <w:i/>
          <w:lang w:val="sv-SE"/>
        </w:rPr>
        <w:t>det</w:t>
      </w:r>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27:12]]</w:t>
      </w:r>
      <w:r w:rsidRPr="0096445B">
        <w:rPr>
          <w:vertAlign w:val="superscript"/>
          <w:lang w:val="sv-SE"/>
        </w:rPr>
        <w:t>12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under det att han anklagades av översteprästerna och </w:t>
      </w:r>
      <w:r w:rsidRPr="0096445B">
        <w:rPr>
          <w:i/>
          <w:lang w:val="sv-SE"/>
        </w:rPr>
        <w:t>de</w:t>
      </w:r>
      <w:r w:rsidRPr="0096445B">
        <w:rPr>
          <w:lang w:val="sv-SE"/>
        </w:rPr>
        <w:t xml:space="preserve"> äldste svarade han </w:t>
      </w:r>
      <w:proofErr w:type="gramStart"/>
      <w:r w:rsidRPr="0096445B">
        <w:rPr>
          <w:lang w:val="sv-SE"/>
        </w:rPr>
        <w:t>inget.{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27:13]]</w:t>
      </w:r>
      <w:r w:rsidRPr="0096445B">
        <w:rPr>
          <w:vertAlign w:val="superscript"/>
          <w:lang w:val="sv-SE"/>
        </w:rPr>
        <w:t>13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säger honom Pilatus: ”Hör du inte hur mycket de vittnar mot dig?”{{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27:14]]</w:t>
      </w:r>
      <w:r w:rsidRPr="0096445B">
        <w:rPr>
          <w:vertAlign w:val="superscript"/>
          <w:lang w:val="sv-SE"/>
        </w:rPr>
        <w:t>14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svarade honom inte på ens ett ord, så att styresmannen var väldigt </w:t>
      </w:r>
      <w:proofErr w:type="gramStart"/>
      <w:r w:rsidRPr="0096445B">
        <w:rPr>
          <w:lang w:val="sv-SE"/>
        </w:rPr>
        <w:t>förundrad.{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D0091D6" w14:textId="032EF9C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27:15]]</w:t>
      </w:r>
      <w:r w:rsidRPr="0096445B">
        <w:rPr>
          <w:vertAlign w:val="superscript"/>
          <w:lang w:val="sv-SE"/>
        </w:rPr>
        <w:t>15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varje högtid hade styresmannen för sed att frige en åt skaran, en fånge som de </w:t>
      </w:r>
      <w:proofErr w:type="gramStart"/>
      <w:r w:rsidRPr="0096445B">
        <w:rPr>
          <w:lang w:val="sv-SE"/>
        </w:rPr>
        <w:t>ville.{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man hade då en ryktbar fånge som kallades [Jesus] </w:t>
      </w:r>
      <w:proofErr w:type="gramStart"/>
      <w:r w:rsidRPr="0096445B">
        <w:rPr>
          <w:lang w:val="sv-SE"/>
        </w:rPr>
        <w:t>Barabbas.{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}}När</w:t>
      </w:r>
      <w:proofErr w:type="gramEnd"/>
      <w:r w:rsidRPr="0096445B">
        <w:rPr>
          <w:lang w:val="sv-SE"/>
        </w:rPr>
        <w:t xml:space="preserve"> de nu var samlade sade Pilatus till dem: ”Vem vill ni jag ska frige åt er? [Jesus] Barabbas, eller Jesus som kallas Kristus?”{{</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}}För</w:t>
      </w:r>
      <w:proofErr w:type="gramEnd"/>
      <w:r w:rsidRPr="0096445B">
        <w:rPr>
          <w:lang w:val="sv-SE"/>
        </w:rPr>
        <w:t xml:space="preserve"> han visste att </w:t>
      </w:r>
      <w:r w:rsidRPr="0096445B">
        <w:rPr>
          <w:i/>
          <w:lang w:val="sv-SE"/>
        </w:rPr>
        <w:t>det var</w:t>
      </w:r>
      <w:r w:rsidRPr="0096445B">
        <w:rPr>
          <w:lang w:val="sv-SE"/>
        </w:rPr>
        <w:t xml:space="preserve"> av avund de hade utlämnat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9E76DB9" w14:textId="2DC3650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medan han satt på domarsätet, sände hans hustru </w:t>
      </w:r>
      <w:r w:rsidRPr="0096445B">
        <w:rPr>
          <w:i/>
          <w:lang w:val="sv-SE"/>
        </w:rPr>
        <w:t>bud</w:t>
      </w:r>
      <w:r w:rsidRPr="0096445B">
        <w:rPr>
          <w:lang w:val="sv-SE"/>
        </w:rPr>
        <w:t xml:space="preserve"> till honom och sade: ”Inget </w:t>
      </w:r>
      <w:r w:rsidRPr="0096445B">
        <w:rPr>
          <w:i/>
          <w:lang w:val="sv-SE"/>
        </w:rPr>
        <w:t>mellan</w:t>
      </w:r>
      <w:r w:rsidRPr="0096445B">
        <w:rPr>
          <w:lang w:val="sv-SE"/>
        </w:rPr>
        <w:t xml:space="preserve"> dig och den där rättfärdige! För jag led mycket idag i en dröm för hans skull.”{{</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E6927C6" w14:textId="73CF4A07"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översteprästerna och de äldste övertygade skarorna att begära Barabbas, men Jesus skulle de </w:t>
      </w:r>
      <w:proofErr w:type="gramStart"/>
      <w:r w:rsidRPr="0096445B">
        <w:rPr>
          <w:lang w:val="sv-SE"/>
        </w:rPr>
        <w:t>förgöra.{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xml:space="preserve">}} </w:t>
      </w: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27:21]]</w:t>
      </w:r>
      <w:r w:rsidRPr="0096445B">
        <w:rPr>
          <w:vertAlign w:val="superscript"/>
          <w:lang w:val="sv-SE"/>
        </w:rPr>
        <w:t>21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w:t>
      </w:r>
      <w:r w:rsidRPr="0096445B">
        <w:rPr>
          <w:i/>
          <w:lang w:val="sv-SE"/>
        </w:rPr>
        <w:t>nu</w:t>
      </w:r>
      <w:r w:rsidRPr="0096445B">
        <w:rPr>
          <w:lang w:val="sv-SE"/>
        </w:rPr>
        <w:t xml:space="preserve"> svarade styresmannen och sade till dem: ”Vem vill ni av de två jag ska frige åt er?” Och de sade: ”Barabbas!”{{</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27:22]]</w:t>
      </w:r>
      <w:r w:rsidRPr="0096445B">
        <w:rPr>
          <w:vertAlign w:val="superscript"/>
          <w:lang w:val="sv-SE"/>
        </w:rPr>
        <w:t>22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}}Pilatus</w:t>
      </w:r>
      <w:proofErr w:type="gramEnd"/>
      <w:r w:rsidRPr="0096445B">
        <w:rPr>
          <w:lang w:val="sv-SE"/>
        </w:rPr>
        <w:t xml:space="preserve"> säger till dem: ”Vad ska jag då göra </w:t>
      </w:r>
      <w:r w:rsidRPr="0096445B">
        <w:rPr>
          <w:i/>
          <w:lang w:val="sv-SE"/>
        </w:rPr>
        <w:t>med</w:t>
      </w:r>
      <w:r w:rsidRPr="0096445B">
        <w:rPr>
          <w:lang w:val="sv-SE"/>
        </w:rPr>
        <w:t xml:space="preserve"> Jesus som kallas Kristus?” De säger alla: ”Han ska korsfästas!”{{</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27:23]]</w:t>
      </w:r>
      <w:r w:rsidRPr="0096445B">
        <w:rPr>
          <w:vertAlign w:val="superscript"/>
          <w:lang w:val="sv-SE"/>
        </w:rPr>
        <w:t>23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han sade: ”Vad </w:t>
      </w:r>
      <w:r w:rsidRPr="0096445B">
        <w:rPr>
          <w:i/>
          <w:lang w:val="sv-SE"/>
        </w:rPr>
        <w:t>för</w:t>
      </w:r>
      <w:r w:rsidRPr="0096445B">
        <w:rPr>
          <w:lang w:val="sv-SE"/>
        </w:rPr>
        <w:t xml:space="preserve"> ont har han då gjort?” Men ännu mer skrek de och sade: ”Han ska korsfästas!”{{</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327C168" w14:textId="5DFE653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27:24]]</w:t>
      </w:r>
      <w:r w:rsidRPr="0096445B">
        <w:rPr>
          <w:vertAlign w:val="superscript"/>
          <w:lang w:val="sv-SE"/>
        </w:rPr>
        <w:t>24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Pilatus såg att inget gör nytta utan det snarare blir tumult, tog han vatten och tvättade av händerna inför skaran och sade: ”Jag är ostrafflig från dennes blod. Ni ska se </w:t>
      </w:r>
      <w:r w:rsidRPr="0096445B">
        <w:rPr>
          <w:i/>
          <w:lang w:val="sv-SE"/>
        </w:rPr>
        <w:t>till</w:t>
      </w:r>
      <w:r w:rsidRPr="0096445B">
        <w:rPr>
          <w:lang w:val="sv-SE"/>
        </w:rPr>
        <w:t xml:space="preserve"> </w:t>
      </w:r>
      <w:r w:rsidRPr="0096445B">
        <w:rPr>
          <w:i/>
          <w:lang w:val="sv-SE"/>
        </w:rPr>
        <w:t>detta</w:t>
      </w:r>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27:25]]</w:t>
      </w:r>
      <w:r w:rsidRPr="0096445B">
        <w:rPr>
          <w:vertAlign w:val="superscript"/>
          <w:lang w:val="sv-SE"/>
        </w:rPr>
        <w:t>25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allt folket svarade och sade: ”Hans blod över oss och över våra barn!”{{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27:26]]</w:t>
      </w:r>
      <w:r w:rsidRPr="0096445B">
        <w:rPr>
          <w:vertAlign w:val="superscript"/>
          <w:lang w:val="sv-SE"/>
        </w:rPr>
        <w:t>26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frigav han åt dem Barabbas, men Jesus gisslade han och utlämnade för att </w:t>
      </w:r>
      <w:proofErr w:type="gramStart"/>
      <w:r w:rsidRPr="0096445B">
        <w:rPr>
          <w:lang w:val="sv-SE"/>
        </w:rPr>
        <w:t>korsfästas.{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7336A9A" w14:textId="77777777" w:rsidR="00BA33AB" w:rsidRPr="0096445B" w:rsidRDefault="00000000">
      <w:pPr>
        <w:pStyle w:val="Rubrik3"/>
        <w:rPr>
          <w:lang w:val="sv-SE"/>
        </w:rPr>
      </w:pPr>
      <w:r w:rsidRPr="0096445B">
        <w:rPr>
          <w:lang w:val="sv-SE"/>
        </w:rPr>
        <w:t>Jesus förlöjligad och slagen</w:t>
      </w:r>
    </w:p>
    <w:p w14:paraId="1A8D7C26" w14:textId="6149528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27:27]]</w:t>
      </w:r>
      <w:r w:rsidRPr="0096445B">
        <w:rPr>
          <w:vertAlign w:val="superscript"/>
          <w:lang w:val="sv-SE"/>
        </w:rPr>
        <w:t>27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tog styresmannens soldater med Jesus in i pretoriet och samlade mot honom hela </w:t>
      </w:r>
      <w:proofErr w:type="gramStart"/>
      <w:r w:rsidRPr="0096445B">
        <w:rPr>
          <w:lang w:val="sv-SE"/>
        </w:rPr>
        <w:t>kohorten.{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27:28]]</w:t>
      </w:r>
      <w:r w:rsidRPr="0096445B">
        <w:rPr>
          <w:vertAlign w:val="superscript"/>
          <w:lang w:val="sv-SE"/>
        </w:rPr>
        <w:t>28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klädde av honom, och en scharlakansröd soldatmantel satte de runt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27:29]]</w:t>
      </w:r>
      <w:r w:rsidRPr="0096445B">
        <w:rPr>
          <w:vertAlign w:val="superscript"/>
          <w:lang w:val="sv-SE"/>
        </w:rPr>
        <w:t>29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flätade en krans av törnen och satte på hans huvud, och en </w:t>
      </w:r>
      <w:proofErr w:type="spellStart"/>
      <w:r w:rsidRPr="0096445B">
        <w:rPr>
          <w:lang w:val="sv-SE"/>
        </w:rPr>
        <w:t>rörstav</w:t>
      </w:r>
      <w:proofErr w:type="spellEnd"/>
      <w:r w:rsidRPr="0096445B">
        <w:rPr>
          <w:lang w:val="sv-SE"/>
        </w:rPr>
        <w:t xml:space="preserve"> i hans högra </w:t>
      </w:r>
      <w:r w:rsidRPr="0096445B">
        <w:rPr>
          <w:i/>
          <w:lang w:val="sv-SE"/>
        </w:rPr>
        <w:t>hand</w:t>
      </w:r>
      <w:r w:rsidRPr="0096445B">
        <w:rPr>
          <w:lang w:val="sv-SE"/>
        </w:rPr>
        <w:t>. Och de knäföll inför honom och förlöjligade honom och sade: ”Gläd dig, judarnas kung!”{{</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27:30]]</w:t>
      </w:r>
      <w:r w:rsidRPr="0096445B">
        <w:rPr>
          <w:vertAlign w:val="superscript"/>
          <w:lang w:val="sv-SE"/>
        </w:rPr>
        <w:t>30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spottade på honom och tog rörstaven och slog i hans </w:t>
      </w:r>
      <w:proofErr w:type="gramStart"/>
      <w:r w:rsidRPr="0096445B">
        <w:rPr>
          <w:lang w:val="sv-SE"/>
        </w:rPr>
        <w:t>huvud.{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0E08E5A" w14:textId="06455484"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27:31]]</w:t>
      </w:r>
      <w:r w:rsidRPr="0096445B">
        <w:rPr>
          <w:vertAlign w:val="superscript"/>
          <w:lang w:val="sv-SE"/>
        </w:rPr>
        <w:t>31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hade förlöjligat honom, klädde de av honom soldatmanteln och iklädde honom hans kläder och förde bort honom för att </w:t>
      </w:r>
      <w:proofErr w:type="gramStart"/>
      <w:r w:rsidRPr="0096445B">
        <w:rPr>
          <w:lang w:val="sv-SE"/>
        </w:rPr>
        <w:t>korsfästa.{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1C1F6A7" w14:textId="77777777" w:rsidR="00BA33AB" w:rsidRPr="0096445B" w:rsidRDefault="00000000">
      <w:pPr>
        <w:pStyle w:val="Rubrik3"/>
        <w:rPr>
          <w:lang w:val="sv-SE"/>
        </w:rPr>
      </w:pPr>
      <w:r w:rsidRPr="0096445B">
        <w:rPr>
          <w:lang w:val="sv-SE"/>
        </w:rPr>
        <w:t>Jesus blir korsfäst</w:t>
      </w:r>
    </w:p>
    <w:p w14:paraId="092023FC" w14:textId="5AD718C3"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27:32]]</w:t>
      </w:r>
      <w:r w:rsidRPr="0096445B">
        <w:rPr>
          <w:vertAlign w:val="superscript"/>
          <w:lang w:val="sv-SE"/>
        </w:rPr>
        <w:t>32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gick ut, fann de en kyreneisk man vid namn Simon. Denne rekvirerade de för att bära hans </w:t>
      </w:r>
      <w:proofErr w:type="gramStart"/>
      <w:r w:rsidRPr="0096445B">
        <w:rPr>
          <w:lang w:val="sv-SE"/>
        </w:rPr>
        <w:t>kors.{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27:33]]</w:t>
      </w:r>
      <w:r w:rsidRPr="0096445B">
        <w:rPr>
          <w:vertAlign w:val="superscript"/>
          <w:lang w:val="sv-SE"/>
        </w:rPr>
        <w:t>33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kom till en plats kallad </w:t>
      </w:r>
      <w:proofErr w:type="spellStart"/>
      <w:r w:rsidRPr="0096445B">
        <w:rPr>
          <w:lang w:val="sv-SE"/>
        </w:rPr>
        <w:t>Golgotha</w:t>
      </w:r>
      <w:proofErr w:type="spellEnd"/>
      <w:r w:rsidRPr="0096445B">
        <w:rPr>
          <w:lang w:val="sv-SE"/>
        </w:rPr>
        <w:t xml:space="preserve">, vilket är utsagt </w:t>
      </w:r>
      <w:proofErr w:type="gramStart"/>
      <w:r w:rsidRPr="0096445B">
        <w:rPr>
          <w:lang w:val="sv-SE"/>
        </w:rPr>
        <w:t>Kranieplatsen,{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27:34]]</w:t>
      </w:r>
      <w:r w:rsidRPr="0096445B">
        <w:rPr>
          <w:vertAlign w:val="superscript"/>
          <w:lang w:val="sv-SE"/>
        </w:rPr>
        <w:t>34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}}gav</w:t>
      </w:r>
      <w:proofErr w:type="gramEnd"/>
      <w:r w:rsidRPr="0096445B">
        <w:rPr>
          <w:lang w:val="sv-SE"/>
        </w:rPr>
        <w:t xml:space="preserve"> de honom att dricka vin med galla blandat. Och han smakade och ville inte </w:t>
      </w:r>
      <w:proofErr w:type="gramStart"/>
      <w:r w:rsidRPr="0096445B">
        <w:rPr>
          <w:lang w:val="sv-SE"/>
        </w:rPr>
        <w:t>dricka.{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27:35]]</w:t>
      </w:r>
      <w:r w:rsidRPr="0096445B">
        <w:rPr>
          <w:vertAlign w:val="superscript"/>
          <w:lang w:val="sv-SE"/>
        </w:rPr>
        <w:t>35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hade korsfäst honom, delade de upp hans kläder och kastade </w:t>
      </w:r>
      <w:proofErr w:type="gramStart"/>
      <w:r w:rsidRPr="0096445B">
        <w:rPr>
          <w:lang w:val="sv-SE"/>
        </w:rPr>
        <w:t>lott,{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27:36]]</w:t>
      </w:r>
      <w:r w:rsidRPr="0096445B">
        <w:rPr>
          <w:vertAlign w:val="superscript"/>
          <w:lang w:val="sv-SE"/>
        </w:rPr>
        <w:t>36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satt och bevakade honom </w:t>
      </w:r>
      <w:proofErr w:type="gramStart"/>
      <w:r w:rsidRPr="0096445B">
        <w:rPr>
          <w:lang w:val="sv-SE"/>
        </w:rPr>
        <w:t>där.{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27:37]]</w:t>
      </w:r>
      <w:r w:rsidRPr="0096445B">
        <w:rPr>
          <w:vertAlign w:val="superscript"/>
          <w:lang w:val="sv-SE"/>
        </w:rPr>
        <w:t>37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satte upp ovanför hans huvud saken mot honom, skriven: ”Denne är Jesus, judarnas kung.”{{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11140AF" w14:textId="5729E3C6"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27:38]]</w:t>
      </w:r>
      <w:r w:rsidRPr="0096445B">
        <w:rPr>
          <w:vertAlign w:val="superscript"/>
          <w:lang w:val="sv-SE"/>
        </w:rPr>
        <w:t>38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}}Sedan</w:t>
      </w:r>
      <w:proofErr w:type="gramEnd"/>
      <w:r w:rsidRPr="0096445B">
        <w:rPr>
          <w:lang w:val="sv-SE"/>
        </w:rPr>
        <w:t xml:space="preserve"> korsfästs med honom två rövare, en vid högra </w:t>
      </w:r>
      <w:r w:rsidRPr="0096445B">
        <w:rPr>
          <w:i/>
          <w:lang w:val="sv-SE"/>
        </w:rPr>
        <w:t>sidan</w:t>
      </w:r>
      <w:r w:rsidRPr="0096445B">
        <w:rPr>
          <w:lang w:val="sv-SE"/>
        </w:rPr>
        <w:t xml:space="preserve"> och en vid </w:t>
      </w:r>
      <w:proofErr w:type="gramStart"/>
      <w:r w:rsidRPr="0096445B">
        <w:rPr>
          <w:lang w:val="sv-SE"/>
        </w:rPr>
        <w:t>vänstra.{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27:39]]</w:t>
      </w:r>
      <w:r w:rsidRPr="0096445B">
        <w:rPr>
          <w:vertAlign w:val="superscript"/>
          <w:lang w:val="sv-SE"/>
        </w:rPr>
        <w:t>39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förbipasserande smädade honom och skakade sina huvuden{{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27:40]]</w:t>
      </w:r>
      <w:r w:rsidRPr="0096445B">
        <w:rPr>
          <w:vertAlign w:val="superscript"/>
          <w:lang w:val="sv-SE"/>
        </w:rPr>
        <w:t>40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sade: ”</w:t>
      </w:r>
      <w:r w:rsidRPr="0096445B">
        <w:rPr>
          <w:i/>
          <w:lang w:val="sv-SE"/>
        </w:rPr>
        <w:t>Du</w:t>
      </w:r>
      <w:r w:rsidRPr="0096445B">
        <w:rPr>
          <w:lang w:val="sv-SE"/>
        </w:rPr>
        <w:t xml:space="preserve"> som river ner tempelbyggnaden och på tre dagar bygger upp! Fräls dig själv, om du är Guds Son, [och] kom ner </w:t>
      </w:r>
      <w:r w:rsidRPr="0096445B">
        <w:rPr>
          <w:lang w:val="sv-SE"/>
        </w:rPr>
        <w:lastRenderedPageBreak/>
        <w:t>från korset!”{{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27:41]]</w:t>
      </w:r>
      <w:r w:rsidRPr="0096445B">
        <w:rPr>
          <w:vertAlign w:val="superscript"/>
          <w:lang w:val="sv-SE"/>
        </w:rPr>
        <w:t>41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}}Likaså</w:t>
      </w:r>
      <w:proofErr w:type="gramEnd"/>
      <w:r w:rsidRPr="0096445B">
        <w:rPr>
          <w:lang w:val="sv-SE"/>
        </w:rPr>
        <w:t xml:space="preserve"> även översteprästerna, som förlöjligade </w:t>
      </w:r>
      <w:r w:rsidRPr="0096445B">
        <w:rPr>
          <w:i/>
          <w:lang w:val="sv-SE"/>
        </w:rPr>
        <w:t>honom</w:t>
      </w:r>
      <w:r w:rsidRPr="0096445B">
        <w:rPr>
          <w:lang w:val="sv-SE"/>
        </w:rPr>
        <w:t xml:space="preserve"> med de skriftlärda och äldste och </w:t>
      </w:r>
      <w:proofErr w:type="gramStart"/>
      <w:r w:rsidRPr="0096445B">
        <w:rPr>
          <w:lang w:val="sv-SE"/>
        </w:rPr>
        <w:t>sade:{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27:42]]</w:t>
      </w:r>
      <w:r w:rsidRPr="0096445B">
        <w:rPr>
          <w:vertAlign w:val="superscript"/>
          <w:lang w:val="sv-SE"/>
        </w:rPr>
        <w:t>42</w:t>
      </w:r>
      <w:r w:rsidRPr="0096445B">
        <w:rPr>
          <w:lang w:val="sv-SE"/>
        </w:rPr>
        <w:t xml:space="preserve"> {{</w:t>
      </w:r>
      <w:proofErr w:type="spellStart"/>
      <w:r w:rsidRPr="0096445B">
        <w:rPr>
          <w:lang w:val="sv-SE"/>
        </w:rPr>
        <w:t>field-</w:t>
      </w:r>
      <w:proofErr w:type="gramStart"/>
      <w:r w:rsidRPr="0096445B">
        <w:rPr>
          <w:lang w:val="sv-SE"/>
        </w:rPr>
        <w:t>on:bible</w:t>
      </w:r>
      <w:proofErr w:type="spellEnd"/>
      <w:proofErr w:type="gramEnd"/>
      <w:r w:rsidRPr="0096445B">
        <w:rPr>
          <w:lang w:val="sv-SE"/>
        </w:rPr>
        <w:t xml:space="preserve">}}”Andra har han frälst! Sig själv kan han inte frälsa. Israels kung är han! Han får komma ner nu från korset och vi ska tro på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27:43]]</w:t>
      </w:r>
      <w:r w:rsidRPr="0096445B">
        <w:rPr>
          <w:vertAlign w:val="superscript"/>
          <w:lang w:val="sv-SE"/>
        </w:rPr>
        <w:t>43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förtröstar på Gud, han får rädda nu, om han vill ha honom. Han har ju sagt att: Jag är Guds Son.”{{</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27:44]]</w:t>
      </w:r>
      <w:r w:rsidRPr="0096445B">
        <w:rPr>
          <w:vertAlign w:val="superscript"/>
          <w:lang w:val="sv-SE"/>
        </w:rPr>
        <w:t>44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detsamma </w:t>
      </w:r>
      <w:r w:rsidRPr="0096445B">
        <w:rPr>
          <w:i/>
          <w:lang w:val="sv-SE"/>
        </w:rPr>
        <w:t>gjorde</w:t>
      </w:r>
      <w:r w:rsidRPr="0096445B">
        <w:rPr>
          <w:lang w:val="sv-SE"/>
        </w:rPr>
        <w:t xml:space="preserve"> också rövarna </w:t>
      </w:r>
      <w:r w:rsidRPr="0096445B">
        <w:rPr>
          <w:i/>
          <w:lang w:val="sv-SE"/>
        </w:rPr>
        <w:t>som var</w:t>
      </w:r>
      <w:r w:rsidRPr="0096445B">
        <w:rPr>
          <w:lang w:val="sv-SE"/>
        </w:rPr>
        <w:t xml:space="preserve"> korsfästa med honom </w:t>
      </w:r>
      <w:r w:rsidRPr="0096445B">
        <w:rPr>
          <w:i/>
          <w:lang w:val="sv-SE"/>
        </w:rPr>
        <w:t>och</w:t>
      </w:r>
      <w:r w:rsidRPr="0096445B">
        <w:rPr>
          <w:lang w:val="sv-SE"/>
        </w:rPr>
        <w:t xml:space="preserve"> kritiserade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DEB44A4" w14:textId="77777777" w:rsidR="00BA33AB" w:rsidRPr="0096445B" w:rsidRDefault="00000000">
      <w:pPr>
        <w:pStyle w:val="Rubrik3"/>
        <w:rPr>
          <w:lang w:val="sv-SE"/>
        </w:rPr>
      </w:pPr>
      <w:r w:rsidRPr="0096445B">
        <w:rPr>
          <w:lang w:val="sv-SE"/>
        </w:rPr>
        <w:t>Jesus dör</w:t>
      </w:r>
    </w:p>
    <w:p w14:paraId="45B538AF" w14:textId="6A3E9261"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27:45]]</w:t>
      </w:r>
      <w:r w:rsidRPr="0096445B">
        <w:rPr>
          <w:vertAlign w:val="superscript"/>
          <w:lang w:val="sv-SE"/>
        </w:rPr>
        <w:t>45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från sjätte timmen kom ett mörker över hela landet fram till nionde </w:t>
      </w:r>
      <w:proofErr w:type="gramStart"/>
      <w:r w:rsidRPr="0096445B">
        <w:rPr>
          <w:lang w:val="sv-SE"/>
        </w:rPr>
        <w:t>timmen.{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27:46]]</w:t>
      </w:r>
      <w:r w:rsidRPr="0096445B">
        <w:rPr>
          <w:vertAlign w:val="superscript"/>
          <w:lang w:val="sv-SE"/>
        </w:rPr>
        <w:t>46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runt den nionde timmen ropade Jesus högt med väldig röst och sade: ”Eli! Eli! Lema </w:t>
      </w:r>
      <w:proofErr w:type="spellStart"/>
      <w:r w:rsidRPr="0096445B">
        <w:rPr>
          <w:lang w:val="sv-SE"/>
        </w:rPr>
        <w:t>sabachthani</w:t>
      </w:r>
      <w:proofErr w:type="spellEnd"/>
      <w:r w:rsidRPr="0096445B">
        <w:rPr>
          <w:lang w:val="sv-SE"/>
        </w:rPr>
        <w:t xml:space="preserve">?”, det </w:t>
      </w:r>
      <w:r w:rsidRPr="0096445B">
        <w:rPr>
          <w:i/>
          <w:lang w:val="sv-SE"/>
        </w:rPr>
        <w:t>vill säga</w:t>
      </w:r>
      <w:r w:rsidRPr="0096445B">
        <w:rPr>
          <w:lang w:val="sv-SE"/>
        </w:rPr>
        <w:t>: ”Min Gud! Min Gud! Varför har du övergett mig?”{{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44C5F6C" w14:textId="7AFDC1F7" w:rsidR="00BA33AB" w:rsidRPr="0096445B" w:rsidRDefault="00000000">
      <w:pPr>
        <w:rPr>
          <w:lang w:val="sv-SE"/>
        </w:rPr>
      </w:pPr>
      <w:r w:rsidRPr="0096445B">
        <w:rPr>
          <w:lang w:val="sv-SE"/>
        </w:rPr>
        <w:t>[[@</w:t>
      </w:r>
      <w:r w:rsidR="0096445B" w:rsidRPr="0096445B">
        <w:rPr>
          <w:lang w:val="sv-SE"/>
        </w:rPr>
        <w:t>BibleBIBEL82</w:t>
      </w:r>
      <w:r w:rsidRPr="0096445B">
        <w:rPr>
          <w:lang w:val="sv-SE"/>
        </w:rPr>
        <w:t>:Matt 27:47]]</w:t>
      </w:r>
      <w:r w:rsidRPr="0096445B">
        <w:rPr>
          <w:vertAlign w:val="superscript"/>
          <w:lang w:val="sv-SE"/>
        </w:rPr>
        <w:t>47</w:t>
      </w:r>
      <w:r w:rsidRPr="0096445B">
        <w:rPr>
          <w:lang w:val="sv-SE"/>
        </w:rPr>
        <w:t xml:space="preserve"> {{</w:t>
      </w:r>
      <w:proofErr w:type="spellStart"/>
      <w:r w:rsidRPr="0096445B">
        <w:rPr>
          <w:lang w:val="sv-SE"/>
        </w:rPr>
        <w:t>field-on:bible</w:t>
      </w:r>
      <w:proofErr w:type="spellEnd"/>
      <w:r w:rsidRPr="0096445B">
        <w:rPr>
          <w:lang w:val="sv-SE"/>
        </w:rPr>
        <w:t xml:space="preserve">}}Men några av dem som stod där hörde </w:t>
      </w:r>
      <w:r w:rsidRPr="0096445B">
        <w:rPr>
          <w:i/>
          <w:lang w:val="sv-SE"/>
        </w:rPr>
        <w:t>det</w:t>
      </w:r>
      <w:r w:rsidRPr="0096445B">
        <w:rPr>
          <w:lang w:val="sv-SE"/>
        </w:rPr>
        <w:t xml:space="preserve"> och sade att: ”Denne ropar på Elia!”{{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27:48]]</w:t>
      </w:r>
      <w:r w:rsidRPr="0096445B">
        <w:rPr>
          <w:vertAlign w:val="superscript"/>
          <w:lang w:val="sv-SE"/>
        </w:rPr>
        <w:t>48</w:t>
      </w:r>
      <w:r w:rsidRPr="0096445B">
        <w:rPr>
          <w:lang w:val="sv-SE"/>
        </w:rPr>
        <w:t xml:space="preserve"> {{</w:t>
      </w:r>
      <w:proofErr w:type="spellStart"/>
      <w:r w:rsidRPr="0096445B">
        <w:rPr>
          <w:lang w:val="sv-SE"/>
        </w:rPr>
        <w:t>field-on:bible</w:t>
      </w:r>
      <w:proofErr w:type="spellEnd"/>
      <w:r w:rsidRPr="0096445B">
        <w:rPr>
          <w:lang w:val="sv-SE"/>
        </w:rPr>
        <w:t xml:space="preserve">}}Och direkt sprang en av dem och tog en tvättsvamp, fyllde med surt vin och satte runt en </w:t>
      </w:r>
      <w:proofErr w:type="spellStart"/>
      <w:r w:rsidRPr="0096445B">
        <w:rPr>
          <w:lang w:val="sv-SE"/>
        </w:rPr>
        <w:t>rörstav</w:t>
      </w:r>
      <w:proofErr w:type="spellEnd"/>
      <w:r w:rsidRPr="0096445B">
        <w:rPr>
          <w:lang w:val="sv-SE"/>
        </w:rPr>
        <w:t xml:space="preserve"> och gav honom att dricka.{{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27:49]]</w:t>
      </w:r>
      <w:r w:rsidRPr="0096445B">
        <w:rPr>
          <w:vertAlign w:val="superscript"/>
          <w:lang w:val="sv-SE"/>
        </w:rPr>
        <w:t>49</w:t>
      </w:r>
      <w:r w:rsidRPr="0096445B">
        <w:rPr>
          <w:lang w:val="sv-SE"/>
        </w:rPr>
        <w:t xml:space="preserve"> {{</w:t>
      </w:r>
      <w:proofErr w:type="spellStart"/>
      <w:r w:rsidRPr="0096445B">
        <w:rPr>
          <w:lang w:val="sv-SE"/>
        </w:rPr>
        <w:t>field-on:bible</w:t>
      </w:r>
      <w:proofErr w:type="spellEnd"/>
      <w:r w:rsidRPr="0096445B">
        <w:rPr>
          <w:lang w:val="sv-SE"/>
        </w:rPr>
        <w:t xml:space="preserve">}}Och de övriga sade: ”Låt </w:t>
      </w:r>
      <w:r w:rsidRPr="0096445B">
        <w:rPr>
          <w:i/>
          <w:lang w:val="sv-SE"/>
        </w:rPr>
        <w:t>bli</w:t>
      </w:r>
      <w:r w:rsidRPr="0096445B">
        <w:rPr>
          <w:lang w:val="sv-SE"/>
        </w:rPr>
        <w:t>, vi ska se om Elia kommer och frälser honom.”{{</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27:50]]</w:t>
      </w:r>
      <w:r w:rsidRPr="0096445B">
        <w:rPr>
          <w:vertAlign w:val="superscript"/>
          <w:lang w:val="sv-SE"/>
        </w:rPr>
        <w:t>50</w:t>
      </w:r>
      <w:r w:rsidRPr="0096445B">
        <w:rPr>
          <w:lang w:val="sv-SE"/>
        </w:rPr>
        <w:t xml:space="preserve"> {{</w:t>
      </w:r>
      <w:proofErr w:type="spellStart"/>
      <w:r w:rsidRPr="0096445B">
        <w:rPr>
          <w:lang w:val="sv-SE"/>
        </w:rPr>
        <w:t>field-on:bible</w:t>
      </w:r>
      <w:proofErr w:type="spellEnd"/>
      <w:r w:rsidRPr="0096445B">
        <w:rPr>
          <w:lang w:val="sv-SE"/>
        </w:rPr>
        <w:t xml:space="preserve">}}Men Jesus skrek åter med väldig röst, och lämnade </w:t>
      </w:r>
      <w:r w:rsidRPr="0096445B">
        <w:rPr>
          <w:i/>
          <w:lang w:val="sv-SE"/>
        </w:rPr>
        <w:t>ifrån sig</w:t>
      </w:r>
      <w:r w:rsidRPr="0096445B">
        <w:rPr>
          <w:lang w:val="sv-SE"/>
        </w:rPr>
        <w:t xml:space="preserve"> anden.{{</w:t>
      </w:r>
      <w:proofErr w:type="spellStart"/>
      <w:r w:rsidRPr="0096445B">
        <w:rPr>
          <w:lang w:val="sv-SE"/>
        </w:rPr>
        <w:t>field-off:bible</w:t>
      </w:r>
      <w:proofErr w:type="spellEnd"/>
      <w:r w:rsidRPr="0096445B">
        <w:rPr>
          <w:lang w:val="sv-SE"/>
        </w:rPr>
        <w:t>}}</w:t>
      </w:r>
    </w:p>
    <w:p w14:paraId="10F5A7E0" w14:textId="773B030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27:51]]</w:t>
      </w:r>
      <w:r w:rsidRPr="0096445B">
        <w:rPr>
          <w:vertAlign w:val="superscript"/>
          <w:lang w:val="sv-SE"/>
        </w:rPr>
        <w:t>51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förhänget i tempelbyggnaden revs från ovan </w:t>
      </w:r>
      <w:r w:rsidRPr="0096445B">
        <w:rPr>
          <w:i/>
          <w:lang w:val="sv-SE"/>
        </w:rPr>
        <w:t>och</w:t>
      </w:r>
      <w:r w:rsidRPr="0096445B">
        <w:rPr>
          <w:lang w:val="sv-SE"/>
        </w:rPr>
        <w:t xml:space="preserve"> ända ner i två </w:t>
      </w:r>
      <w:r w:rsidRPr="0096445B">
        <w:rPr>
          <w:i/>
          <w:lang w:val="sv-SE"/>
        </w:rPr>
        <w:t>delar</w:t>
      </w:r>
      <w:r w:rsidRPr="0096445B">
        <w:rPr>
          <w:lang w:val="sv-SE"/>
        </w:rPr>
        <w:t>. Och jorden bävade och klipporna revs itu,{{</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27:52]]</w:t>
      </w:r>
      <w:r w:rsidRPr="0096445B">
        <w:rPr>
          <w:vertAlign w:val="superscript"/>
          <w:lang w:val="sv-SE"/>
        </w:rPr>
        <w:t>52</w:t>
      </w:r>
      <w:r w:rsidRPr="0096445B">
        <w:rPr>
          <w:lang w:val="sv-SE"/>
        </w:rPr>
        <w:t xml:space="preserve"> {{</w:t>
      </w:r>
      <w:proofErr w:type="spellStart"/>
      <w:r w:rsidRPr="0096445B">
        <w:rPr>
          <w:lang w:val="sv-SE"/>
        </w:rPr>
        <w:t>field-on:bible</w:t>
      </w:r>
      <w:proofErr w:type="spellEnd"/>
      <w:r w:rsidRPr="0096445B">
        <w:rPr>
          <w:lang w:val="sv-SE"/>
        </w:rPr>
        <w:t>}}och gravarna öppnades och många kroppar av de insomnade heliga uppväcktes.{{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27:53]]</w:t>
      </w:r>
      <w:r w:rsidRPr="0096445B">
        <w:rPr>
          <w:vertAlign w:val="superscript"/>
          <w:lang w:val="sv-SE"/>
        </w:rPr>
        <w:t>53</w:t>
      </w:r>
      <w:r w:rsidRPr="0096445B">
        <w:rPr>
          <w:lang w:val="sv-SE"/>
        </w:rPr>
        <w:t xml:space="preserve"> {{</w:t>
      </w:r>
      <w:proofErr w:type="spellStart"/>
      <w:r w:rsidRPr="0096445B">
        <w:rPr>
          <w:lang w:val="sv-SE"/>
        </w:rPr>
        <w:t>field-on:bible</w:t>
      </w:r>
      <w:proofErr w:type="spellEnd"/>
      <w:r w:rsidRPr="0096445B">
        <w:rPr>
          <w:lang w:val="sv-SE"/>
        </w:rPr>
        <w:t>}}Och de kom ut ur gravarna efter hans uppväckande och gick in i den heliga staden och framvisade sig för många.{{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27:54]]</w:t>
      </w:r>
      <w:r w:rsidRPr="0096445B">
        <w:rPr>
          <w:vertAlign w:val="superscript"/>
          <w:lang w:val="sv-SE"/>
        </w:rPr>
        <w:t>54</w:t>
      </w:r>
      <w:r w:rsidRPr="0096445B">
        <w:rPr>
          <w:lang w:val="sv-SE"/>
        </w:rPr>
        <w:t xml:space="preserve"> {{</w:t>
      </w:r>
      <w:proofErr w:type="spellStart"/>
      <w:r w:rsidRPr="0096445B">
        <w:rPr>
          <w:lang w:val="sv-SE"/>
        </w:rPr>
        <w:t>field-on:bible</w:t>
      </w:r>
      <w:proofErr w:type="spellEnd"/>
      <w:r w:rsidRPr="0096445B">
        <w:rPr>
          <w:lang w:val="sv-SE"/>
        </w:rPr>
        <w:t xml:space="preserve">}}Och när </w:t>
      </w:r>
      <w:proofErr w:type="spellStart"/>
      <w:r w:rsidRPr="0096445B">
        <w:rPr>
          <w:lang w:val="sv-SE"/>
        </w:rPr>
        <w:t>centurionen</w:t>
      </w:r>
      <w:proofErr w:type="spellEnd"/>
      <w:r w:rsidRPr="0096445B">
        <w:rPr>
          <w:lang w:val="sv-SE"/>
        </w:rPr>
        <w:t xml:space="preserve"> och de som med honom bevakade Jesus såg jordbävningen och det som hände, fruktade de mycket och sade: ”Sannerligen, Guds Son var denne.”{{</w:t>
      </w:r>
      <w:proofErr w:type="spellStart"/>
      <w:r w:rsidRPr="0096445B">
        <w:rPr>
          <w:lang w:val="sv-SE"/>
        </w:rPr>
        <w:t>field-off:bible</w:t>
      </w:r>
      <w:proofErr w:type="spellEnd"/>
      <w:r w:rsidRPr="0096445B">
        <w:rPr>
          <w:lang w:val="sv-SE"/>
        </w:rPr>
        <w:t>}}</w:t>
      </w:r>
    </w:p>
    <w:p w14:paraId="3B35F698" w14:textId="245B143F"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27:55]]</w:t>
      </w:r>
      <w:r w:rsidRPr="0096445B">
        <w:rPr>
          <w:vertAlign w:val="superscript"/>
          <w:lang w:val="sv-SE"/>
        </w:rPr>
        <w:t>55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det fanns där många kvinnor som skådade långt ifrån, som hade följt Jesus från Galileen och betjänade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27:56]]</w:t>
      </w:r>
      <w:r w:rsidRPr="0096445B">
        <w:rPr>
          <w:vertAlign w:val="superscript"/>
          <w:lang w:val="sv-SE"/>
        </w:rPr>
        <w:t>56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}}Bland</w:t>
      </w:r>
      <w:proofErr w:type="gramEnd"/>
      <w:r w:rsidRPr="0096445B">
        <w:rPr>
          <w:lang w:val="sv-SE"/>
        </w:rPr>
        <w:t xml:space="preserve"> dem var Maria </w:t>
      </w:r>
      <w:proofErr w:type="spellStart"/>
      <w:r w:rsidRPr="0096445B">
        <w:rPr>
          <w:lang w:val="sv-SE"/>
        </w:rPr>
        <w:t>Magdalén</w:t>
      </w:r>
      <w:proofErr w:type="spellEnd"/>
      <w:r w:rsidRPr="0096445B">
        <w:rPr>
          <w:lang w:val="sv-SE"/>
        </w:rPr>
        <w:t xml:space="preserve"> och Maria </w:t>
      </w:r>
      <w:r w:rsidRPr="0096445B">
        <w:rPr>
          <w:i/>
          <w:lang w:val="sv-SE"/>
        </w:rPr>
        <w:t>som var</w:t>
      </w:r>
      <w:r w:rsidRPr="0096445B">
        <w:rPr>
          <w:lang w:val="sv-SE"/>
        </w:rPr>
        <w:t xml:space="preserve"> Jakobs och Josefs mor, samt modern till </w:t>
      </w:r>
      <w:proofErr w:type="spellStart"/>
      <w:r w:rsidRPr="0096445B">
        <w:rPr>
          <w:lang w:val="sv-SE"/>
        </w:rPr>
        <w:t>Zebedaios</w:t>
      </w:r>
      <w:proofErr w:type="spellEnd"/>
      <w:r w:rsidRPr="0096445B">
        <w:rPr>
          <w:lang w:val="sv-SE"/>
        </w:rPr>
        <w:t xml:space="preserve"> </w:t>
      </w:r>
      <w:proofErr w:type="gramStart"/>
      <w:r w:rsidRPr="0096445B">
        <w:rPr>
          <w:lang w:val="sv-SE"/>
        </w:rPr>
        <w:t>söner.{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042043B" w14:textId="77777777" w:rsidR="00BA33AB" w:rsidRPr="0096445B" w:rsidRDefault="00000000">
      <w:pPr>
        <w:pStyle w:val="Rubrik3"/>
        <w:rPr>
          <w:lang w:val="sv-SE"/>
        </w:rPr>
      </w:pPr>
      <w:r w:rsidRPr="0096445B">
        <w:rPr>
          <w:lang w:val="sv-SE"/>
        </w:rPr>
        <w:t>Jesus begravs</w:t>
      </w:r>
    </w:p>
    <w:p w14:paraId="1FA90B33" w14:textId="3965DAD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27:57]]</w:t>
      </w:r>
      <w:r w:rsidRPr="0096445B">
        <w:rPr>
          <w:vertAlign w:val="superscript"/>
          <w:lang w:val="sv-SE"/>
        </w:rPr>
        <w:t>57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det blev kväll, kom en rik man från </w:t>
      </w:r>
      <w:proofErr w:type="spellStart"/>
      <w:r w:rsidRPr="0096445B">
        <w:rPr>
          <w:lang w:val="sv-SE"/>
        </w:rPr>
        <w:t>Arimathaia</w:t>
      </w:r>
      <w:proofErr w:type="spellEnd"/>
      <w:r w:rsidRPr="0096445B">
        <w:rPr>
          <w:lang w:val="sv-SE"/>
        </w:rPr>
        <w:t xml:space="preserve"> vid namn Josef, som också han blivit lärjunge till </w:t>
      </w:r>
      <w:proofErr w:type="gramStart"/>
      <w:r w:rsidRPr="0096445B">
        <w:rPr>
          <w:lang w:val="sv-SE"/>
        </w:rPr>
        <w:t>Jesus.{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27:58]]</w:t>
      </w:r>
      <w:r w:rsidRPr="0096445B">
        <w:rPr>
          <w:vertAlign w:val="superscript"/>
          <w:lang w:val="sv-SE"/>
        </w:rPr>
        <w:t>58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}}Denne</w:t>
      </w:r>
      <w:proofErr w:type="gramEnd"/>
      <w:r w:rsidRPr="0096445B">
        <w:rPr>
          <w:lang w:val="sv-SE"/>
        </w:rPr>
        <w:t xml:space="preserve"> gick till Pilatus och bad om Jesu kropp. Då befallde Pilatus att </w:t>
      </w:r>
      <w:r w:rsidRPr="0096445B">
        <w:rPr>
          <w:i/>
          <w:lang w:val="sv-SE"/>
        </w:rPr>
        <w:t>den skulle</w:t>
      </w:r>
      <w:r w:rsidRPr="0096445B">
        <w:rPr>
          <w:lang w:val="sv-SE"/>
        </w:rPr>
        <w:t xml:space="preserve"> </w:t>
      </w:r>
      <w:proofErr w:type="gramStart"/>
      <w:r w:rsidRPr="0096445B">
        <w:rPr>
          <w:lang w:val="sv-SE"/>
        </w:rPr>
        <w:t>avges.{</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31F6D1C" w14:textId="46C28649" w:rsidR="00BA33AB" w:rsidRPr="0096445B" w:rsidRDefault="00000000">
      <w:pPr>
        <w:rPr>
          <w:lang w:val="sv-SE"/>
        </w:rPr>
      </w:pPr>
      <w:r w:rsidRPr="0096445B">
        <w:rPr>
          <w:lang w:val="sv-SE"/>
        </w:rPr>
        <w:lastRenderedPageBreak/>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27:59]]</w:t>
      </w:r>
      <w:r w:rsidRPr="0096445B">
        <w:rPr>
          <w:vertAlign w:val="superscript"/>
          <w:lang w:val="sv-SE"/>
        </w:rPr>
        <w:t>59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Josef tog kroppen och vek in den i rent </w:t>
      </w:r>
      <w:proofErr w:type="gramStart"/>
      <w:r w:rsidRPr="0096445B">
        <w:rPr>
          <w:lang w:val="sv-SE"/>
        </w:rPr>
        <w:t>linnetyg,{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27:60]]</w:t>
      </w:r>
      <w:r w:rsidRPr="0096445B">
        <w:rPr>
          <w:vertAlign w:val="superscript"/>
          <w:lang w:val="sv-SE"/>
        </w:rPr>
        <w:t>60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 lade den i sin nya grav som han hade huggit ut i klippan. Och han rullade fram en stor sten för dörröppningen till graven och gick </w:t>
      </w:r>
      <w:proofErr w:type="gramStart"/>
      <w:r w:rsidRPr="0096445B">
        <w:rPr>
          <w:lang w:val="sv-SE"/>
        </w:rPr>
        <w:t>iväg.{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27:61]]</w:t>
      </w:r>
      <w:r w:rsidRPr="0096445B">
        <w:rPr>
          <w:vertAlign w:val="superscript"/>
          <w:lang w:val="sv-SE"/>
        </w:rPr>
        <w:t>61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där var Mariam </w:t>
      </w:r>
      <w:proofErr w:type="spellStart"/>
      <w:r w:rsidRPr="0096445B">
        <w:rPr>
          <w:lang w:val="sv-SE"/>
        </w:rPr>
        <w:t>Magdalén</w:t>
      </w:r>
      <w:proofErr w:type="spellEnd"/>
      <w:r w:rsidRPr="0096445B">
        <w:rPr>
          <w:lang w:val="sv-SE"/>
        </w:rPr>
        <w:t xml:space="preserve"> och den andra Maria, sittande inför </w:t>
      </w:r>
      <w:proofErr w:type="gramStart"/>
      <w:r w:rsidRPr="0096445B">
        <w:rPr>
          <w:lang w:val="sv-SE"/>
        </w:rPr>
        <w:t>gravkammaren.{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7A98CE2" w14:textId="77777777" w:rsidR="00BA33AB" w:rsidRPr="0096445B" w:rsidRDefault="00000000">
      <w:pPr>
        <w:pStyle w:val="Rubrik3"/>
        <w:rPr>
          <w:lang w:val="sv-SE"/>
        </w:rPr>
      </w:pPr>
      <w:r w:rsidRPr="0096445B">
        <w:rPr>
          <w:lang w:val="sv-SE"/>
        </w:rPr>
        <w:t>Graven bevakad</w:t>
      </w:r>
    </w:p>
    <w:p w14:paraId="1E8E9F68" w14:textId="3E97BAE5" w:rsidR="00BA33AB" w:rsidRPr="0096445B" w:rsidRDefault="00000000">
      <w:pPr>
        <w:rPr>
          <w:lang w:val="sv-SE"/>
        </w:rPr>
      </w:pPr>
      <w:r w:rsidRPr="0096445B">
        <w:rPr>
          <w:lang w:val="sv-SE"/>
        </w:rPr>
        <w:t>[[@</w:t>
      </w:r>
      <w:r w:rsidR="0096445B" w:rsidRPr="0096445B">
        <w:rPr>
          <w:lang w:val="sv-SE"/>
        </w:rPr>
        <w:t>BibleBIBEL82</w:t>
      </w:r>
      <w:r w:rsidRPr="0096445B">
        <w:rPr>
          <w:lang w:val="sv-SE"/>
        </w:rPr>
        <w:t>:Matt 27:62]]</w:t>
      </w:r>
      <w:r w:rsidRPr="0096445B">
        <w:rPr>
          <w:vertAlign w:val="superscript"/>
          <w:lang w:val="sv-SE"/>
        </w:rPr>
        <w:t>62</w:t>
      </w:r>
      <w:r w:rsidRPr="0096445B">
        <w:rPr>
          <w:lang w:val="sv-SE"/>
        </w:rPr>
        <w:t xml:space="preserve"> {{</w:t>
      </w:r>
      <w:proofErr w:type="spellStart"/>
      <w:r w:rsidRPr="0096445B">
        <w:rPr>
          <w:lang w:val="sv-SE"/>
        </w:rPr>
        <w:t>field-on:bible</w:t>
      </w:r>
      <w:proofErr w:type="spellEnd"/>
      <w:r w:rsidRPr="0096445B">
        <w:rPr>
          <w:lang w:val="sv-SE"/>
        </w:rPr>
        <w:t>}}Men dagen därpå, som är efter förberedelsedagen, samlades översteprästerna och fariseerna hos Pilatus{{</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27:63]]</w:t>
      </w:r>
      <w:r w:rsidRPr="0096445B">
        <w:rPr>
          <w:vertAlign w:val="superscript"/>
          <w:lang w:val="sv-SE"/>
        </w:rPr>
        <w:t>63</w:t>
      </w:r>
      <w:r w:rsidRPr="0096445B">
        <w:rPr>
          <w:lang w:val="sv-SE"/>
        </w:rPr>
        <w:t xml:space="preserve"> {{</w:t>
      </w:r>
      <w:proofErr w:type="spellStart"/>
      <w:r w:rsidRPr="0096445B">
        <w:rPr>
          <w:lang w:val="sv-SE"/>
        </w:rPr>
        <w:t>field-on:bible</w:t>
      </w:r>
      <w:proofErr w:type="spellEnd"/>
      <w:r w:rsidRPr="0096445B">
        <w:rPr>
          <w:lang w:val="sv-SE"/>
        </w:rPr>
        <w:t>}}och sade: ”Herre, vi kom ihåg att den där förvillaren sade medan han ännu levde: Efter tre dagar uppväcks jag.{{</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27:64]]</w:t>
      </w:r>
      <w:r w:rsidRPr="0096445B">
        <w:rPr>
          <w:vertAlign w:val="superscript"/>
          <w:lang w:val="sv-SE"/>
        </w:rPr>
        <w:t>64</w:t>
      </w:r>
      <w:r w:rsidRPr="0096445B">
        <w:rPr>
          <w:lang w:val="sv-SE"/>
        </w:rPr>
        <w:t xml:space="preserve"> {{</w:t>
      </w:r>
      <w:proofErr w:type="spellStart"/>
      <w:r w:rsidRPr="0096445B">
        <w:rPr>
          <w:lang w:val="sv-SE"/>
        </w:rPr>
        <w:t>field-on:bible</w:t>
      </w:r>
      <w:proofErr w:type="spellEnd"/>
      <w:r w:rsidRPr="0096445B">
        <w:rPr>
          <w:lang w:val="sv-SE"/>
        </w:rPr>
        <w:t xml:space="preserve">}}Befall nu att gravkammaren säkras fram till den tredje dagen, så att inte hans lärjungar kommer och stjäl honom och säger till folket: Han har uppväckts från de döda, och </w:t>
      </w:r>
      <w:r w:rsidRPr="0096445B">
        <w:rPr>
          <w:i/>
          <w:lang w:val="sv-SE"/>
        </w:rPr>
        <w:t>så</w:t>
      </w:r>
      <w:r w:rsidRPr="0096445B">
        <w:rPr>
          <w:lang w:val="sv-SE"/>
        </w:rPr>
        <w:t xml:space="preserve"> blir den sista villfarelsen värre än den första.”{{</w:t>
      </w:r>
      <w:proofErr w:type="spellStart"/>
      <w:r w:rsidRPr="0096445B">
        <w:rPr>
          <w:lang w:val="sv-SE"/>
        </w:rPr>
        <w:t>field-off:bible</w:t>
      </w:r>
      <w:proofErr w:type="spellEnd"/>
      <w:r w:rsidRPr="0096445B">
        <w:rPr>
          <w:lang w:val="sv-SE"/>
        </w:rPr>
        <w:t>}}</w:t>
      </w:r>
    </w:p>
    <w:p w14:paraId="6086226F" w14:textId="25B16F4E"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27:65]]</w:t>
      </w:r>
      <w:r w:rsidRPr="0096445B">
        <w:rPr>
          <w:vertAlign w:val="superscript"/>
          <w:lang w:val="sv-SE"/>
        </w:rPr>
        <w:t>65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}}Pilatus</w:t>
      </w:r>
      <w:proofErr w:type="gramEnd"/>
      <w:r w:rsidRPr="0096445B">
        <w:rPr>
          <w:lang w:val="sv-SE"/>
        </w:rPr>
        <w:t xml:space="preserve"> sade till dem: ”Ni har en </w:t>
      </w:r>
      <w:proofErr w:type="spellStart"/>
      <w:r w:rsidRPr="0096445B">
        <w:rPr>
          <w:lang w:val="sv-SE"/>
        </w:rPr>
        <w:t>custodia</w:t>
      </w:r>
      <w:proofErr w:type="spellEnd"/>
      <w:r w:rsidRPr="0096445B">
        <w:rPr>
          <w:lang w:val="sv-SE"/>
        </w:rPr>
        <w:t xml:space="preserve">. Bege er, säkra </w:t>
      </w:r>
      <w:r w:rsidRPr="0096445B">
        <w:rPr>
          <w:i/>
          <w:lang w:val="sv-SE"/>
        </w:rPr>
        <w:t>den</w:t>
      </w:r>
      <w:r w:rsidRPr="0096445B">
        <w:rPr>
          <w:lang w:val="sv-SE"/>
        </w:rPr>
        <w:t xml:space="preserve"> såsom ni förstår.”{{</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27:66]]</w:t>
      </w:r>
      <w:r w:rsidRPr="0096445B">
        <w:rPr>
          <w:vertAlign w:val="superscript"/>
          <w:lang w:val="sv-SE"/>
        </w:rPr>
        <w:t>66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gick och säkrade gravkammaren och satte sigill på stenen med </w:t>
      </w:r>
      <w:proofErr w:type="spellStart"/>
      <w:proofErr w:type="gramStart"/>
      <w:r w:rsidRPr="0096445B">
        <w:rPr>
          <w:lang w:val="sv-SE"/>
        </w:rPr>
        <w:t>custodian</w:t>
      </w:r>
      <w:proofErr w:type="spellEnd"/>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14E3EB5F" w14:textId="7B30AD65"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w:t>
      </w:r>
      <w:proofErr w:type="gramStart"/>
      <w:r w:rsidRPr="0096445B">
        <w:rPr>
          <w:lang w:val="sv-SE"/>
        </w:rPr>
        <w:t>]]Kapitel</w:t>
      </w:r>
      <w:proofErr w:type="gramEnd"/>
      <w:r w:rsidRPr="0096445B">
        <w:rPr>
          <w:lang w:val="sv-SE"/>
        </w:rPr>
        <w:t xml:space="preserve"> 28</w:t>
      </w:r>
    </w:p>
    <w:p w14:paraId="06C95656" w14:textId="77777777" w:rsidR="00BA33AB" w:rsidRPr="0096445B" w:rsidRDefault="00000000">
      <w:pPr>
        <w:pStyle w:val="Rubrik3"/>
        <w:rPr>
          <w:lang w:val="sv-SE"/>
        </w:rPr>
      </w:pPr>
      <w:r w:rsidRPr="0096445B">
        <w:rPr>
          <w:lang w:val="sv-SE"/>
        </w:rPr>
        <w:t>Jesus uppstår ur graven</w:t>
      </w:r>
    </w:p>
    <w:p w14:paraId="7501C4E8" w14:textId="5A7BD35B"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28:1]]</w:t>
      </w:r>
      <w:r w:rsidRPr="0096445B">
        <w:rPr>
          <w:vertAlign w:val="superscript"/>
          <w:lang w:val="sv-SE"/>
        </w:rPr>
        <w:t>1</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sent efter sabbaten, i det gryende mot </w:t>
      </w:r>
      <w:r w:rsidRPr="0096445B">
        <w:rPr>
          <w:i/>
          <w:lang w:val="sv-SE"/>
        </w:rPr>
        <w:t>den</w:t>
      </w:r>
      <w:r w:rsidRPr="0096445B">
        <w:rPr>
          <w:lang w:val="sv-SE"/>
        </w:rPr>
        <w:t xml:space="preserve"> första </w:t>
      </w:r>
      <w:r w:rsidRPr="0096445B">
        <w:rPr>
          <w:i/>
          <w:lang w:val="sv-SE"/>
        </w:rPr>
        <w:t>dagen</w:t>
      </w:r>
      <w:r w:rsidRPr="0096445B">
        <w:rPr>
          <w:lang w:val="sv-SE"/>
        </w:rPr>
        <w:t xml:space="preserve"> i veckan, kom Mariam </w:t>
      </w:r>
      <w:proofErr w:type="spellStart"/>
      <w:r w:rsidRPr="0096445B">
        <w:rPr>
          <w:lang w:val="sv-SE"/>
        </w:rPr>
        <w:t>Magdalén</w:t>
      </w:r>
      <w:proofErr w:type="spellEnd"/>
      <w:r w:rsidRPr="0096445B">
        <w:rPr>
          <w:lang w:val="sv-SE"/>
        </w:rPr>
        <w:t xml:space="preserve"> och den andra Maria </w:t>
      </w:r>
      <w:r w:rsidRPr="0096445B">
        <w:rPr>
          <w:i/>
          <w:lang w:val="sv-SE"/>
        </w:rPr>
        <w:t>för</w:t>
      </w:r>
      <w:r w:rsidRPr="0096445B">
        <w:rPr>
          <w:lang w:val="sv-SE"/>
        </w:rPr>
        <w:t xml:space="preserve"> att skåda </w:t>
      </w:r>
      <w:proofErr w:type="gramStart"/>
      <w:r w:rsidRPr="0096445B">
        <w:rPr>
          <w:lang w:val="sv-SE"/>
        </w:rPr>
        <w:t>gravkammaren.{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FEBE3CD" w14:textId="213C8F1C"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28:2]]</w:t>
      </w:r>
      <w:r w:rsidRPr="0096445B">
        <w:rPr>
          <w:vertAlign w:val="superscript"/>
          <w:lang w:val="sv-SE"/>
        </w:rPr>
        <w:t>2</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det blev en väldig jordbävning. För en Herrens ängel steg ner från himlen och gick fram och rullade bort stenen, och satt ovanpå </w:t>
      </w:r>
      <w:proofErr w:type="gramStart"/>
      <w:r w:rsidRPr="0096445B">
        <w:rPr>
          <w:lang w:val="sv-SE"/>
        </w:rPr>
        <w:t>den.{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28:3]]</w:t>
      </w:r>
      <w:r w:rsidRPr="0096445B">
        <w:rPr>
          <w:vertAlign w:val="superscript"/>
          <w:lang w:val="sv-SE"/>
        </w:rPr>
        <w:t>3</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hans utseende var som en blixt, och hans klädsel vit som </w:t>
      </w:r>
      <w:proofErr w:type="gramStart"/>
      <w:r w:rsidRPr="0096445B">
        <w:rPr>
          <w:lang w:val="sv-SE"/>
        </w:rPr>
        <w:t>snö.{</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28:4]]</w:t>
      </w:r>
      <w:r w:rsidRPr="0096445B">
        <w:rPr>
          <w:vertAlign w:val="superscript"/>
          <w:lang w:val="sv-SE"/>
        </w:rPr>
        <w:t>4</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av fruktan för honom bävade de som bevakade och blev som </w:t>
      </w:r>
      <w:proofErr w:type="gramStart"/>
      <w:r w:rsidRPr="0096445B">
        <w:rPr>
          <w:lang w:val="sv-SE"/>
        </w:rPr>
        <w:t>döda.{</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778F227C" w14:textId="6F9B1C30"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28:5]]</w:t>
      </w:r>
      <w:r w:rsidRPr="0096445B">
        <w:rPr>
          <w:vertAlign w:val="superscript"/>
          <w:lang w:val="sv-SE"/>
        </w:rPr>
        <w:t>5</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}}Men</w:t>
      </w:r>
      <w:proofErr w:type="gramEnd"/>
      <w:r w:rsidRPr="0096445B">
        <w:rPr>
          <w:lang w:val="sv-SE"/>
        </w:rPr>
        <w:t xml:space="preserve"> ängeln svarade och sade till kvinnorna: ”Frukta inte ni! För jag vet att </w:t>
      </w:r>
      <w:r w:rsidRPr="0096445B">
        <w:rPr>
          <w:i/>
          <w:lang w:val="sv-SE"/>
        </w:rPr>
        <w:t>det är</w:t>
      </w:r>
      <w:r w:rsidRPr="0096445B">
        <w:rPr>
          <w:lang w:val="sv-SE"/>
        </w:rPr>
        <w:t xml:space="preserve"> Jesus, den korsfäste, ni </w:t>
      </w:r>
      <w:proofErr w:type="gramStart"/>
      <w:r w:rsidRPr="0096445B">
        <w:rPr>
          <w:lang w:val="sv-SE"/>
        </w:rPr>
        <w:t>söker.{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28:6]]</w:t>
      </w:r>
      <w:r w:rsidRPr="0096445B">
        <w:rPr>
          <w:vertAlign w:val="superscript"/>
          <w:lang w:val="sv-SE"/>
        </w:rPr>
        <w:t>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}}Han</w:t>
      </w:r>
      <w:proofErr w:type="gramEnd"/>
      <w:r w:rsidRPr="0096445B">
        <w:rPr>
          <w:lang w:val="sv-SE"/>
        </w:rPr>
        <w:t xml:space="preserve"> är inte här! För han har uppväckts, så som han har sagt. Kom, se platsen där han </w:t>
      </w:r>
      <w:proofErr w:type="gramStart"/>
      <w:r w:rsidRPr="0096445B">
        <w:rPr>
          <w:lang w:val="sv-SE"/>
        </w:rPr>
        <w:t>låg.{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28:7]]</w:t>
      </w:r>
      <w:r w:rsidRPr="0096445B">
        <w:rPr>
          <w:vertAlign w:val="superscript"/>
          <w:lang w:val="sv-SE"/>
        </w:rPr>
        <w:t>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fort, gå och säg till hans lärjungar att han har uppväckts från de döda. Och se, han går före er till Galileen. Där ska ni </w:t>
      </w:r>
      <w:r w:rsidRPr="0096445B">
        <w:rPr>
          <w:i/>
          <w:lang w:val="sv-SE"/>
        </w:rPr>
        <w:t>få</w:t>
      </w:r>
      <w:r w:rsidRPr="0096445B">
        <w:rPr>
          <w:lang w:val="sv-SE"/>
        </w:rPr>
        <w:t xml:space="preserve"> se honom. Se: jag har sagt er.”{{</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492AE848" w14:textId="4DEC4CF5"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28:8]]</w:t>
      </w:r>
      <w:r w:rsidRPr="0096445B">
        <w:rPr>
          <w:vertAlign w:val="superscript"/>
          <w:lang w:val="sv-SE"/>
        </w:rPr>
        <w:t>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gick fort </w:t>
      </w:r>
      <w:proofErr w:type="gramStart"/>
      <w:r w:rsidRPr="0096445B">
        <w:rPr>
          <w:lang w:val="sv-SE"/>
        </w:rPr>
        <w:t>iväg</w:t>
      </w:r>
      <w:proofErr w:type="gramEnd"/>
      <w:r w:rsidRPr="0096445B">
        <w:rPr>
          <w:lang w:val="sv-SE"/>
        </w:rPr>
        <w:t xml:space="preserve"> från graven, och med fruktan och stor glädje sprang de </w:t>
      </w:r>
      <w:r w:rsidRPr="0096445B">
        <w:rPr>
          <w:i/>
          <w:lang w:val="sv-SE"/>
        </w:rPr>
        <w:t>för</w:t>
      </w:r>
      <w:r w:rsidRPr="0096445B">
        <w:rPr>
          <w:lang w:val="sv-SE"/>
        </w:rPr>
        <w:t xml:space="preserve"> att berätta för hans </w:t>
      </w:r>
      <w:proofErr w:type="gramStart"/>
      <w:r w:rsidRPr="0096445B">
        <w:rPr>
          <w:lang w:val="sv-SE"/>
        </w:rPr>
        <w:t>lärjungar.{</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28:9]]</w:t>
      </w:r>
      <w:r w:rsidRPr="0096445B">
        <w:rPr>
          <w:vertAlign w:val="superscript"/>
          <w:lang w:val="sv-SE"/>
        </w:rPr>
        <w:t>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se, Jesus mötte dem och sade: ”Gläd er!” </w:t>
      </w:r>
      <w:r w:rsidRPr="0096445B">
        <w:rPr>
          <w:lang w:val="sv-SE"/>
        </w:rPr>
        <w:lastRenderedPageBreak/>
        <w:t xml:space="preserve">Och de kom fram och grep </w:t>
      </w:r>
      <w:r w:rsidRPr="0096445B">
        <w:rPr>
          <w:i/>
          <w:lang w:val="sv-SE"/>
        </w:rPr>
        <w:t>om</w:t>
      </w:r>
      <w:r w:rsidRPr="0096445B">
        <w:rPr>
          <w:lang w:val="sv-SE"/>
        </w:rPr>
        <w:t xml:space="preserve"> hans fötter och tillbad </w:t>
      </w:r>
      <w:proofErr w:type="gramStart"/>
      <w:r w:rsidRPr="0096445B">
        <w:rPr>
          <w:lang w:val="sv-SE"/>
        </w:rPr>
        <w:t>honom.{</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28:10]]</w:t>
      </w:r>
      <w:r w:rsidRPr="0096445B">
        <w:rPr>
          <w:vertAlign w:val="superscript"/>
          <w:lang w:val="sv-SE"/>
        </w:rPr>
        <w:t>10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}}Då</w:t>
      </w:r>
      <w:proofErr w:type="gramEnd"/>
      <w:r w:rsidRPr="0096445B">
        <w:rPr>
          <w:lang w:val="sv-SE"/>
        </w:rPr>
        <w:t xml:space="preserve"> säger Jesus till dem: ”Frukta inte! Bege er, berätta för mina bröder att de ska gå bort till Galileen. Och där ska de </w:t>
      </w:r>
      <w:r w:rsidRPr="0096445B">
        <w:rPr>
          <w:i/>
          <w:lang w:val="sv-SE"/>
        </w:rPr>
        <w:t>få</w:t>
      </w:r>
      <w:r w:rsidRPr="0096445B">
        <w:rPr>
          <w:lang w:val="sv-SE"/>
        </w:rPr>
        <w:t xml:space="preserve"> se mig.”{{</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0E1DE81A" w14:textId="77777777" w:rsidR="00BA33AB" w:rsidRPr="0096445B" w:rsidRDefault="00000000">
      <w:pPr>
        <w:pStyle w:val="Rubrik3"/>
        <w:rPr>
          <w:lang w:val="sv-SE"/>
        </w:rPr>
      </w:pPr>
      <w:r w:rsidRPr="0096445B">
        <w:rPr>
          <w:lang w:val="sv-SE"/>
        </w:rPr>
        <w:t>Soldaternas rapport</w:t>
      </w:r>
    </w:p>
    <w:p w14:paraId="2C5DEE09" w14:textId="599A4867" w:rsidR="00BA33AB" w:rsidRPr="0096445B" w:rsidRDefault="00000000">
      <w:pPr>
        <w:rPr>
          <w:lang w:val="sv-SE"/>
        </w:rPr>
      </w:pPr>
      <w:r w:rsidRPr="0096445B">
        <w:rPr>
          <w:lang w:val="sv-SE"/>
        </w:rPr>
        <w:t>[[@</w:t>
      </w:r>
      <w:r w:rsidR="0096445B" w:rsidRPr="0096445B">
        <w:rPr>
          <w:lang w:val="sv-SE"/>
        </w:rPr>
        <w:t>BibleBIBEL82</w:t>
      </w:r>
      <w:r w:rsidRPr="0096445B">
        <w:rPr>
          <w:lang w:val="sv-SE"/>
        </w:rPr>
        <w:t>:Matt 28:11]]</w:t>
      </w:r>
      <w:r w:rsidRPr="0096445B">
        <w:rPr>
          <w:vertAlign w:val="superscript"/>
          <w:lang w:val="sv-SE"/>
        </w:rPr>
        <w:t>11</w:t>
      </w:r>
      <w:r w:rsidRPr="0096445B">
        <w:rPr>
          <w:lang w:val="sv-SE"/>
        </w:rPr>
        <w:t xml:space="preserve"> {{</w:t>
      </w:r>
      <w:proofErr w:type="spellStart"/>
      <w:r w:rsidRPr="0096445B">
        <w:rPr>
          <w:lang w:val="sv-SE"/>
        </w:rPr>
        <w:t>field-on:bible</w:t>
      </w:r>
      <w:proofErr w:type="spellEnd"/>
      <w:r w:rsidRPr="0096445B">
        <w:rPr>
          <w:lang w:val="sv-SE"/>
        </w:rPr>
        <w:t xml:space="preserve">}}Men medan de gick, se: några från </w:t>
      </w:r>
      <w:proofErr w:type="spellStart"/>
      <w:r w:rsidRPr="0096445B">
        <w:rPr>
          <w:lang w:val="sv-SE"/>
        </w:rPr>
        <w:t>custodian</w:t>
      </w:r>
      <w:proofErr w:type="spellEnd"/>
      <w:r w:rsidRPr="0096445B">
        <w:rPr>
          <w:lang w:val="sv-SE"/>
        </w:rPr>
        <w:t xml:space="preserve"> kom in i staden och berättade för översteprästerna alltsammans som hade hänt.{{</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28:12]]</w:t>
      </w:r>
      <w:r w:rsidRPr="0096445B">
        <w:rPr>
          <w:vertAlign w:val="superscript"/>
          <w:lang w:val="sv-SE"/>
        </w:rPr>
        <w:t>12</w:t>
      </w:r>
      <w:r w:rsidRPr="0096445B">
        <w:rPr>
          <w:lang w:val="sv-SE"/>
        </w:rPr>
        <w:t xml:space="preserve"> {{</w:t>
      </w:r>
      <w:proofErr w:type="spellStart"/>
      <w:r w:rsidRPr="0096445B">
        <w:rPr>
          <w:lang w:val="sv-SE"/>
        </w:rPr>
        <w:t>field-on:bible</w:t>
      </w:r>
      <w:proofErr w:type="spellEnd"/>
      <w:r w:rsidRPr="0096445B">
        <w:rPr>
          <w:lang w:val="sv-SE"/>
        </w:rPr>
        <w:t>}}Och de samlades med de äldste, tog beslut och gav åtskilliga silver</w:t>
      </w:r>
      <w:r w:rsidRPr="0096445B">
        <w:rPr>
          <w:i/>
          <w:lang w:val="sv-SE"/>
        </w:rPr>
        <w:t>mynt</w:t>
      </w:r>
      <w:r w:rsidRPr="0096445B">
        <w:rPr>
          <w:lang w:val="sv-SE"/>
        </w:rPr>
        <w:t xml:space="preserve"> till soldaterna{{</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28:13]]</w:t>
      </w:r>
      <w:r w:rsidRPr="0096445B">
        <w:rPr>
          <w:vertAlign w:val="superscript"/>
          <w:lang w:val="sv-SE"/>
        </w:rPr>
        <w:t>13</w:t>
      </w:r>
      <w:r w:rsidRPr="0096445B">
        <w:rPr>
          <w:lang w:val="sv-SE"/>
        </w:rPr>
        <w:t xml:space="preserve"> {{</w:t>
      </w:r>
      <w:proofErr w:type="spellStart"/>
      <w:r w:rsidRPr="0096445B">
        <w:rPr>
          <w:lang w:val="sv-SE"/>
        </w:rPr>
        <w:t>field-on:bible</w:t>
      </w:r>
      <w:proofErr w:type="spellEnd"/>
      <w:r w:rsidRPr="0096445B">
        <w:rPr>
          <w:lang w:val="sv-SE"/>
        </w:rPr>
        <w:t>}}och sade: ”Säg att: Hans lärjungar kom på natten och stal honom medan vi sov.{{</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28:14]]</w:t>
      </w:r>
      <w:r w:rsidRPr="0096445B">
        <w:rPr>
          <w:vertAlign w:val="superscript"/>
          <w:lang w:val="sv-SE"/>
        </w:rPr>
        <w:t>14</w:t>
      </w:r>
      <w:r w:rsidRPr="0096445B">
        <w:rPr>
          <w:lang w:val="sv-SE"/>
        </w:rPr>
        <w:t xml:space="preserve"> {{</w:t>
      </w:r>
      <w:proofErr w:type="spellStart"/>
      <w:r w:rsidRPr="0096445B">
        <w:rPr>
          <w:lang w:val="sv-SE"/>
        </w:rPr>
        <w:t>field-on:bible</w:t>
      </w:r>
      <w:proofErr w:type="spellEnd"/>
      <w:r w:rsidRPr="0096445B">
        <w:rPr>
          <w:lang w:val="sv-SE"/>
        </w:rPr>
        <w:t>}}Och om detta blir hört inför styresmannen, ska vi övertyga [honom] och göra er obekymrade.”{{</w:t>
      </w:r>
      <w:proofErr w:type="spellStart"/>
      <w:r w:rsidRPr="0096445B">
        <w:rPr>
          <w:lang w:val="sv-SE"/>
        </w:rPr>
        <w:t>field-off:bible</w:t>
      </w:r>
      <w:proofErr w:type="spellEnd"/>
      <w:r w:rsidRPr="0096445B">
        <w:rPr>
          <w:lang w:val="sv-SE"/>
        </w:rPr>
        <w:t>}} [[@</w:t>
      </w:r>
      <w:r w:rsidR="0096445B" w:rsidRPr="0096445B">
        <w:rPr>
          <w:lang w:val="sv-SE"/>
        </w:rPr>
        <w:t>BibleBIBEL82</w:t>
      </w:r>
      <w:r w:rsidRPr="0096445B">
        <w:rPr>
          <w:lang w:val="sv-SE"/>
        </w:rPr>
        <w:t>:Matt 28:15]]</w:t>
      </w:r>
      <w:r w:rsidRPr="0096445B">
        <w:rPr>
          <w:vertAlign w:val="superscript"/>
          <w:lang w:val="sv-SE"/>
        </w:rPr>
        <w:t>15</w:t>
      </w:r>
      <w:r w:rsidRPr="0096445B">
        <w:rPr>
          <w:lang w:val="sv-SE"/>
        </w:rPr>
        <w:t xml:space="preserve"> {{</w:t>
      </w:r>
      <w:proofErr w:type="spellStart"/>
      <w:r w:rsidRPr="0096445B">
        <w:rPr>
          <w:lang w:val="sv-SE"/>
        </w:rPr>
        <w:t>field-on:bible</w:t>
      </w:r>
      <w:proofErr w:type="spellEnd"/>
      <w:r w:rsidRPr="0096445B">
        <w:rPr>
          <w:lang w:val="sv-SE"/>
        </w:rPr>
        <w:t>}}Och de tog silver</w:t>
      </w:r>
      <w:r w:rsidRPr="0096445B">
        <w:rPr>
          <w:i/>
          <w:lang w:val="sv-SE"/>
        </w:rPr>
        <w:t>mynten</w:t>
      </w:r>
      <w:r w:rsidRPr="0096445B">
        <w:rPr>
          <w:lang w:val="sv-SE"/>
        </w:rPr>
        <w:t xml:space="preserve"> och gjorde som de blivit lärda. Och </w:t>
      </w:r>
      <w:r w:rsidRPr="0096445B">
        <w:rPr>
          <w:i/>
          <w:lang w:val="sv-SE"/>
        </w:rPr>
        <w:t>så</w:t>
      </w:r>
      <w:r w:rsidRPr="0096445B">
        <w:rPr>
          <w:lang w:val="sv-SE"/>
        </w:rPr>
        <w:t xml:space="preserve"> spreds ryktet med detta ord hos judarna fram till [dagen] </w:t>
      </w:r>
      <w:proofErr w:type="gramStart"/>
      <w:r w:rsidRPr="0096445B">
        <w:rPr>
          <w:lang w:val="sv-SE"/>
        </w:rPr>
        <w:t>idag.{</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2A8198C7" w14:textId="77777777" w:rsidR="00BA33AB" w:rsidRPr="0096445B" w:rsidRDefault="00000000">
      <w:pPr>
        <w:pStyle w:val="Rubrik3"/>
        <w:rPr>
          <w:lang w:val="sv-SE"/>
        </w:rPr>
      </w:pPr>
      <w:r w:rsidRPr="0096445B">
        <w:rPr>
          <w:lang w:val="sv-SE"/>
        </w:rPr>
        <w:t>Jesu missionsbefallning</w:t>
      </w:r>
    </w:p>
    <w:p w14:paraId="48CEC509" w14:textId="295258A8"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28:16]]</w:t>
      </w:r>
      <w:r w:rsidRPr="0096445B">
        <w:rPr>
          <w:vertAlign w:val="superscript"/>
          <w:lang w:val="sv-SE"/>
        </w:rPr>
        <w:t>16</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de elva lärjungarna gick till Galileen, till berget dit Jesus hade ordnat för dem </w:t>
      </w:r>
      <w:r w:rsidRPr="0096445B">
        <w:rPr>
          <w:i/>
          <w:lang w:val="sv-SE"/>
        </w:rPr>
        <w:t xml:space="preserve">att </w:t>
      </w:r>
      <w:proofErr w:type="gramStart"/>
      <w:r w:rsidRPr="0096445B">
        <w:rPr>
          <w:i/>
          <w:lang w:val="sv-SE"/>
        </w:rPr>
        <w:t>gå</w:t>
      </w:r>
      <w:r w:rsidRPr="0096445B">
        <w:rPr>
          <w:lang w:val="sv-SE"/>
        </w:rPr>
        <w:t>.{</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28:17]]</w:t>
      </w:r>
      <w:r w:rsidRPr="0096445B">
        <w:rPr>
          <w:vertAlign w:val="superscript"/>
          <w:lang w:val="sv-SE"/>
        </w:rPr>
        <w:t>17</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när de såg honom, tillbad de. Men några </w:t>
      </w:r>
      <w:proofErr w:type="gramStart"/>
      <w:r w:rsidRPr="0096445B">
        <w:rPr>
          <w:lang w:val="sv-SE"/>
        </w:rPr>
        <w:t>tvekade.{</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3F69D3B2" w14:textId="3195679A" w:rsidR="00BA33AB" w:rsidRPr="0096445B" w:rsidRDefault="00000000">
      <w:pPr>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28:18]]</w:t>
      </w:r>
      <w:r w:rsidRPr="0096445B">
        <w:rPr>
          <w:vertAlign w:val="superscript"/>
          <w:lang w:val="sv-SE"/>
        </w:rPr>
        <w:t>18</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}}Och</w:t>
      </w:r>
      <w:proofErr w:type="gramEnd"/>
      <w:r w:rsidRPr="0096445B">
        <w:rPr>
          <w:lang w:val="sv-SE"/>
        </w:rPr>
        <w:t xml:space="preserve"> fram kom Jesus och talade till dem och sade: ”Åt mig har getts all auktoritet i himmel och på </w:t>
      </w:r>
      <w:proofErr w:type="gramStart"/>
      <w:r w:rsidRPr="0096445B">
        <w:rPr>
          <w:lang w:val="sv-SE"/>
        </w:rPr>
        <w:t>jord.{</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28:19]]</w:t>
      </w:r>
      <w:r w:rsidRPr="0096445B">
        <w:rPr>
          <w:vertAlign w:val="superscript"/>
          <w:lang w:val="sv-SE"/>
        </w:rPr>
        <w:t>19</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}}Gå</w:t>
      </w:r>
      <w:proofErr w:type="gramEnd"/>
      <w:r w:rsidRPr="0096445B">
        <w:rPr>
          <w:lang w:val="sv-SE"/>
        </w:rPr>
        <w:t xml:space="preserve"> nu och gör alla folkslagen till lärjungar, döpande dem in i Faderns och Sonens och den heliga Andens </w:t>
      </w:r>
      <w:proofErr w:type="gramStart"/>
      <w:r w:rsidRPr="0096445B">
        <w:rPr>
          <w:lang w:val="sv-SE"/>
        </w:rPr>
        <w:t>namn,{</w:t>
      </w:r>
      <w:proofErr w:type="gramEnd"/>
      <w:r w:rsidRPr="0096445B">
        <w:rPr>
          <w:lang w:val="sv-SE"/>
        </w:rPr>
        <w:t>{</w:t>
      </w:r>
      <w:proofErr w:type="spellStart"/>
      <w:r w:rsidRPr="0096445B">
        <w:rPr>
          <w:lang w:val="sv-SE"/>
        </w:rPr>
        <w:t>field-</w:t>
      </w:r>
      <w:proofErr w:type="gramStart"/>
      <w:r w:rsidRPr="0096445B">
        <w:rPr>
          <w:lang w:val="sv-SE"/>
        </w:rPr>
        <w:t>off:bible</w:t>
      </w:r>
      <w:proofErr w:type="spellEnd"/>
      <w:proofErr w:type="gramEnd"/>
      <w:r w:rsidRPr="0096445B">
        <w:rPr>
          <w:lang w:val="sv-SE"/>
        </w:rPr>
        <w:t>}} [[@</w:t>
      </w:r>
      <w:r w:rsidR="0096445B" w:rsidRPr="0096445B">
        <w:rPr>
          <w:lang w:val="sv-SE"/>
        </w:rPr>
        <w:t>BibleBIBEL</w:t>
      </w:r>
      <w:proofErr w:type="gramStart"/>
      <w:r w:rsidR="0096445B" w:rsidRPr="0096445B">
        <w:rPr>
          <w:lang w:val="sv-SE"/>
        </w:rPr>
        <w:t>82</w:t>
      </w:r>
      <w:r w:rsidRPr="0096445B">
        <w:rPr>
          <w:lang w:val="sv-SE"/>
        </w:rPr>
        <w:t>:Matt</w:t>
      </w:r>
      <w:proofErr w:type="gramEnd"/>
      <w:r w:rsidRPr="0096445B">
        <w:rPr>
          <w:lang w:val="sv-SE"/>
        </w:rPr>
        <w:t xml:space="preserve"> 28:20]]</w:t>
      </w:r>
      <w:r w:rsidRPr="0096445B">
        <w:rPr>
          <w:vertAlign w:val="superscript"/>
          <w:lang w:val="sv-SE"/>
        </w:rPr>
        <w:t>20</w:t>
      </w:r>
      <w:r w:rsidRPr="0096445B">
        <w:rPr>
          <w:lang w:val="sv-SE"/>
        </w:rPr>
        <w:t xml:space="preserve"> {{</w:t>
      </w:r>
      <w:proofErr w:type="spellStart"/>
      <w:r w:rsidRPr="0096445B">
        <w:rPr>
          <w:lang w:val="sv-SE"/>
        </w:rPr>
        <w:t>field-</w:t>
      </w:r>
      <w:proofErr w:type="gramStart"/>
      <w:r w:rsidRPr="0096445B">
        <w:rPr>
          <w:lang w:val="sv-SE"/>
        </w:rPr>
        <w:t>on:bible</w:t>
      </w:r>
      <w:proofErr w:type="spellEnd"/>
      <w:r w:rsidRPr="0096445B">
        <w:rPr>
          <w:lang w:val="sv-SE"/>
        </w:rPr>
        <w:t>}}lärande</w:t>
      </w:r>
      <w:proofErr w:type="gramEnd"/>
      <w:r w:rsidRPr="0096445B">
        <w:rPr>
          <w:lang w:val="sv-SE"/>
        </w:rPr>
        <w:t xml:space="preserve"> dem att hålla fast vid allt vad jag påbjudit er. Och se: jag är med er alla dagarna fram till eonens fullbordan.”{{</w:t>
      </w:r>
      <w:proofErr w:type="spellStart"/>
      <w:r w:rsidRPr="0096445B">
        <w:rPr>
          <w:lang w:val="sv-SE"/>
        </w:rPr>
        <w:t>field-</w:t>
      </w:r>
      <w:proofErr w:type="gramStart"/>
      <w:r w:rsidRPr="0096445B">
        <w:rPr>
          <w:lang w:val="sv-SE"/>
        </w:rPr>
        <w:t>off:bible</w:t>
      </w:r>
      <w:proofErr w:type="spellEnd"/>
      <w:proofErr w:type="gramEnd"/>
      <w:r w:rsidRPr="0096445B">
        <w:rPr>
          <w:lang w:val="sv-SE"/>
        </w:rPr>
        <w:t>}}</w:t>
      </w:r>
    </w:p>
    <w:p w14:paraId="59EB1CF1" w14:textId="614EA239" w:rsidR="00BA33AB" w:rsidRPr="0096445B" w:rsidRDefault="00000000">
      <w:pPr>
        <w:pStyle w:val="Rubrik1"/>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:Mark]]Evangelium</w:t>
      </w:r>
      <w:proofErr w:type="gramEnd"/>
      <w:r w:rsidRPr="0096445B">
        <w:rPr>
          <w:lang w:val="sv-SE"/>
        </w:rPr>
        <w:t xml:space="preserve"> enligt Markus</w:t>
      </w:r>
    </w:p>
    <w:p w14:paraId="2BC23C1E" w14:textId="74A2A9A9" w:rsidR="00BA33AB" w:rsidRPr="0096445B" w:rsidRDefault="00000000">
      <w:pPr>
        <w:pStyle w:val="Rubrik2"/>
        <w:rPr>
          <w:lang w:val="sv-SE"/>
        </w:rPr>
      </w:pPr>
      <w:r w:rsidRPr="0096445B">
        <w:rPr>
          <w:lang w:val="sv-SE"/>
        </w:rPr>
        <w:t>[[@</w:t>
      </w:r>
      <w:r w:rsidR="0096445B" w:rsidRPr="0096445B">
        <w:rPr>
          <w:lang w:val="sv-SE"/>
        </w:rPr>
        <w:t>BibleBIBEL</w:t>
      </w:r>
      <w:proofErr w:type="gramStart"/>
      <w:r w:rsidR="0096445B" w:rsidRPr="0096445B">
        <w:rPr>
          <w:lang w:val="sv-SE"/>
        </w:rPr>
        <w:t>82</w:t>
      </w:r>
      <w:r w:rsidRPr="0096445B">
        <w:rPr>
          <w:lang w:val="sv-SE"/>
        </w:rPr>
        <w:t>:Mark</w:t>
      </w:r>
      <w:proofErr w:type="gramEnd"/>
      <w:r w:rsidRPr="0096445B">
        <w:rPr>
          <w:lang w:val="sv-SE"/>
        </w:rPr>
        <w:t xml:space="preserve"> 1</w:t>
      </w:r>
      <w:proofErr w:type="gramStart"/>
      <w:r w:rsidRPr="0096445B">
        <w:rPr>
          <w:lang w:val="sv-SE"/>
        </w:rPr>
        <w:t>]]Kapitel</w:t>
      </w:r>
      <w:proofErr w:type="gramEnd"/>
      <w:r w:rsidRPr="0096445B">
        <w:rPr>
          <w:lang w:val="sv-SE"/>
        </w:rPr>
        <w:t xml:space="preserve"> 1</w:t>
      </w:r>
    </w:p>
    <w:p w14:paraId="55891A52" w14:textId="77777777" w:rsidR="00BA33AB" w:rsidRPr="000767E2" w:rsidRDefault="00000000">
      <w:pPr>
        <w:pStyle w:val="Rubrik3"/>
        <w:rPr>
          <w:lang w:val="sv-SE"/>
        </w:rPr>
      </w:pPr>
      <w:r w:rsidRPr="000767E2">
        <w:rPr>
          <w:lang w:val="sv-SE"/>
        </w:rPr>
        <w:t>Johannes Döparens förkunnelse</w:t>
      </w:r>
    </w:p>
    <w:p w14:paraId="07C3AA50" w14:textId="63F7ACF0" w:rsidR="00BA33AB" w:rsidRPr="000767E2" w:rsidRDefault="00000000">
      <w:pPr>
        <w:rPr>
          <w:lang w:val="sv-SE"/>
        </w:rPr>
      </w:pPr>
      <w:r w:rsidRPr="000767E2">
        <w:rPr>
          <w:lang w:val="sv-SE"/>
        </w:rPr>
        <w:t>[[@</w:t>
      </w:r>
      <w:r w:rsidR="0096445B" w:rsidRPr="000767E2">
        <w:rPr>
          <w:lang w:val="sv-SE"/>
        </w:rPr>
        <w:t>BibleBIBEL82</w:t>
      </w:r>
      <w:r w:rsidRPr="000767E2">
        <w:rPr>
          <w:lang w:val="sv-SE"/>
        </w:rPr>
        <w:t>:Mark 1:1]]</w:t>
      </w:r>
      <w:r w:rsidRPr="000767E2">
        <w:rPr>
          <w:vertAlign w:val="superscript"/>
          <w:lang w:val="sv-SE"/>
        </w:rPr>
        <w:t>1</w:t>
      </w:r>
      <w:r w:rsidRPr="000767E2">
        <w:rPr>
          <w:lang w:val="sv-SE"/>
        </w:rPr>
        <w:t xml:space="preserve"> {{field-on:bible}}Begynnelsen av evangeliet om Jesus Kristus, Guds Son.{{field-off:bible}} [[@</w:t>
      </w:r>
      <w:r w:rsidR="0096445B" w:rsidRPr="000767E2">
        <w:rPr>
          <w:lang w:val="sv-SE"/>
        </w:rPr>
        <w:t>BibleBIBEL82</w:t>
      </w:r>
      <w:r w:rsidRPr="000767E2">
        <w:rPr>
          <w:lang w:val="sv-SE"/>
        </w:rPr>
        <w:t>:Mark 1:2]]</w:t>
      </w:r>
      <w:r w:rsidRPr="000767E2">
        <w:rPr>
          <w:vertAlign w:val="superscript"/>
          <w:lang w:val="sv-SE"/>
        </w:rPr>
        <w:t>2</w:t>
      </w:r>
      <w:r w:rsidRPr="000767E2">
        <w:rPr>
          <w:lang w:val="sv-SE"/>
        </w:rPr>
        <w:t xml:space="preserve"> {{field-on:bible}}Så som det är skrivet hos profeten Esaias:{{field-off:bible}}</w:t>
      </w:r>
    </w:p>
    <w:p w14:paraId="78696F77" w14:textId="69D9ADD4" w:rsidR="00BA33AB" w:rsidRPr="000767E2" w:rsidRDefault="00000000">
      <w:pPr>
        <w:rPr>
          <w:lang w:val="sv-SE"/>
        </w:rPr>
      </w:pPr>
      <w:r w:rsidRPr="000767E2">
        <w:rPr>
          <w:lang w:val="sv-SE"/>
        </w:rPr>
        <w:t>{{field-on:bible}}Se, jag sänder min ängel framför ditt ansikte.</w:t>
      </w:r>
      <w:r w:rsidRPr="000767E2">
        <w:rPr>
          <w:lang w:val="sv-SE"/>
        </w:rPr>
        <w:br/>
        <w:t>Han ska preparera din väg.{{field-off:bible}}</w:t>
      </w:r>
      <w:r w:rsidRPr="000767E2">
        <w:rPr>
          <w:lang w:val="sv-SE"/>
        </w:rPr>
        <w:br/>
        <w:t>[[@</w:t>
      </w:r>
      <w:r w:rsidR="0096445B" w:rsidRPr="000767E2">
        <w:rPr>
          <w:lang w:val="sv-SE"/>
        </w:rPr>
        <w:t>BibleBIBEL82</w:t>
      </w:r>
      <w:r w:rsidRPr="000767E2">
        <w:rPr>
          <w:lang w:val="sv-SE"/>
        </w:rPr>
        <w:t>:Mark 1:3]]</w:t>
      </w:r>
      <w:r w:rsidRPr="000767E2">
        <w:rPr>
          <w:vertAlign w:val="superscript"/>
          <w:lang w:val="sv-SE"/>
        </w:rPr>
        <w:t>3</w:t>
      </w:r>
      <w:r w:rsidRPr="000767E2">
        <w:rPr>
          <w:lang w:val="sv-SE"/>
        </w:rPr>
        <w:t xml:space="preserve"> {{field-on:bible}}En ropandes röst i ödemarken:</w:t>
      </w:r>
      <w:r w:rsidRPr="000767E2">
        <w:rPr>
          <w:lang w:val="sv-SE"/>
        </w:rPr>
        <w:br/>
        <w:t>Bered Herrens väg! Gör raka hans stigar!{{field-off:bible}}</w:t>
      </w:r>
    </w:p>
    <w:p w14:paraId="7FE60F1A" w14:textId="17940A8D"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1:4]]</w:t>
      </w:r>
      <w:r w:rsidRPr="000767E2">
        <w:rPr>
          <w:vertAlign w:val="superscript"/>
          <w:lang w:val="sv-SE"/>
        </w:rPr>
        <w:t>4</w:t>
      </w:r>
      <w:r w:rsidRPr="000767E2">
        <w:rPr>
          <w:lang w:val="sv-SE"/>
        </w:rPr>
        <w:t xml:space="preserve"> {{field-on:bible}}</w:t>
      </w:r>
      <w:r w:rsidRPr="000767E2">
        <w:rPr>
          <w:i/>
          <w:lang w:val="sv-SE"/>
        </w:rPr>
        <w:t>Så</w:t>
      </w:r>
      <w:r w:rsidRPr="000767E2">
        <w:rPr>
          <w:lang w:val="sv-SE"/>
        </w:rPr>
        <w:t xml:space="preserve"> kom Johannes döpande i ödemarken och förkunnande ett dop av sinnesändring till synders förlåtelse.{{field-off:bible}} [[@</w:t>
      </w:r>
      <w:r w:rsidR="0096445B" w:rsidRPr="000767E2">
        <w:rPr>
          <w:lang w:val="sv-SE"/>
        </w:rPr>
        <w:t>BibleBIBEL82</w:t>
      </w:r>
      <w:r w:rsidRPr="000767E2">
        <w:rPr>
          <w:lang w:val="sv-SE"/>
        </w:rPr>
        <w:t>:Mark 1:5]]</w:t>
      </w:r>
      <w:r w:rsidRPr="000767E2">
        <w:rPr>
          <w:vertAlign w:val="superscript"/>
          <w:lang w:val="sv-SE"/>
        </w:rPr>
        <w:t>5</w:t>
      </w:r>
      <w:r w:rsidRPr="000767E2">
        <w:rPr>
          <w:lang w:val="sv-SE"/>
        </w:rPr>
        <w:t xml:space="preserve"> {{field-on:bible}}Och ut till honom gick hela den judeiska trakten och alla jerusalemiterna, och de döptes av honom i Jordanfloden, erkännande sina synder.{{field-off:bible}}</w:t>
      </w:r>
    </w:p>
    <w:p w14:paraId="37DE67C9" w14:textId="2E18AC93" w:rsidR="00BA33AB" w:rsidRPr="000767E2" w:rsidRDefault="00000000">
      <w:pPr>
        <w:rPr>
          <w:lang w:val="sv-SE"/>
        </w:rPr>
      </w:pPr>
      <w:r w:rsidRPr="000767E2">
        <w:rPr>
          <w:lang w:val="sv-SE"/>
        </w:rPr>
        <w:t>[[@</w:t>
      </w:r>
      <w:r w:rsidR="0096445B" w:rsidRPr="000767E2">
        <w:rPr>
          <w:lang w:val="sv-SE"/>
        </w:rPr>
        <w:t>BibleBIBEL82</w:t>
      </w:r>
      <w:r w:rsidRPr="000767E2">
        <w:rPr>
          <w:lang w:val="sv-SE"/>
        </w:rPr>
        <w:t>:Mark 1:6]]</w:t>
      </w:r>
      <w:r w:rsidRPr="000767E2">
        <w:rPr>
          <w:vertAlign w:val="superscript"/>
          <w:lang w:val="sv-SE"/>
        </w:rPr>
        <w:t>6</w:t>
      </w:r>
      <w:r w:rsidRPr="000767E2">
        <w:rPr>
          <w:lang w:val="sv-SE"/>
        </w:rPr>
        <w:t xml:space="preserve"> {{field-on:bible}}Och Johannes var iklädd kamelhår och ett läderbälte om sin höft, och åt gräshoppor och vildhonung.{{field-off:bible}} [[@</w:t>
      </w:r>
      <w:r w:rsidR="0096445B" w:rsidRPr="000767E2">
        <w:rPr>
          <w:lang w:val="sv-SE"/>
        </w:rPr>
        <w:t>BibleBIBEL82</w:t>
      </w:r>
      <w:r w:rsidRPr="000767E2">
        <w:rPr>
          <w:lang w:val="sv-SE"/>
        </w:rPr>
        <w:t>:Mark 1:7]]</w:t>
      </w:r>
      <w:r w:rsidRPr="000767E2">
        <w:rPr>
          <w:vertAlign w:val="superscript"/>
          <w:lang w:val="sv-SE"/>
        </w:rPr>
        <w:t>7</w:t>
      </w:r>
      <w:r w:rsidRPr="000767E2">
        <w:rPr>
          <w:lang w:val="sv-SE"/>
        </w:rPr>
        <w:t xml:space="preserve"> {{field-on:bible}}Och han förkunnade och sade: ”</w:t>
      </w:r>
      <w:r w:rsidRPr="000767E2">
        <w:rPr>
          <w:i/>
          <w:lang w:val="sv-SE"/>
        </w:rPr>
        <w:t>Det</w:t>
      </w:r>
      <w:r w:rsidRPr="000767E2">
        <w:rPr>
          <w:lang w:val="sv-SE"/>
        </w:rPr>
        <w:t xml:space="preserve"> kommer den som är starkare än jag efter mig, </w:t>
      </w:r>
      <w:r w:rsidRPr="000767E2">
        <w:rPr>
          <w:i/>
          <w:lang w:val="sv-SE"/>
        </w:rPr>
        <w:t>och</w:t>
      </w:r>
      <w:r w:rsidRPr="000767E2">
        <w:rPr>
          <w:lang w:val="sv-SE"/>
        </w:rPr>
        <w:t xml:space="preserve"> jag är inte förtjänt att böja mig och lossa remmen från hans sandaler.{{field-off:bible}} [[@</w:t>
      </w:r>
      <w:r w:rsidR="0096445B" w:rsidRPr="000767E2">
        <w:rPr>
          <w:lang w:val="sv-SE"/>
        </w:rPr>
        <w:t>BibleBIBEL82</w:t>
      </w:r>
      <w:r w:rsidRPr="000767E2">
        <w:rPr>
          <w:lang w:val="sv-SE"/>
        </w:rPr>
        <w:t>:Mark 1:8]]</w:t>
      </w:r>
      <w:r w:rsidRPr="000767E2">
        <w:rPr>
          <w:vertAlign w:val="superscript"/>
          <w:lang w:val="sv-SE"/>
        </w:rPr>
        <w:t>8</w:t>
      </w:r>
      <w:r w:rsidRPr="000767E2">
        <w:rPr>
          <w:lang w:val="sv-SE"/>
        </w:rPr>
        <w:t xml:space="preserve"> {{field-on:bible}}Jag har döpt er med vatten. Men han ska döpa er i helig Ande.”{{field-off:bible}}</w:t>
      </w:r>
    </w:p>
    <w:p w14:paraId="6A404FED" w14:textId="77777777" w:rsidR="00BA33AB" w:rsidRPr="000767E2" w:rsidRDefault="00000000">
      <w:pPr>
        <w:pStyle w:val="Rubrik3"/>
        <w:rPr>
          <w:lang w:val="sv-SE"/>
        </w:rPr>
      </w:pPr>
      <w:r w:rsidRPr="000767E2">
        <w:rPr>
          <w:lang w:val="sv-SE"/>
        </w:rPr>
        <w:t>Jesu dop</w:t>
      </w:r>
    </w:p>
    <w:p w14:paraId="404722FF" w14:textId="65994CAB" w:rsidR="00BA33AB" w:rsidRPr="000767E2" w:rsidRDefault="00000000">
      <w:pPr>
        <w:rPr>
          <w:lang w:val="sv-SE"/>
        </w:rPr>
      </w:pPr>
      <w:r w:rsidRPr="000767E2">
        <w:rPr>
          <w:lang w:val="sv-SE"/>
        </w:rPr>
        <w:t>[[@</w:t>
      </w:r>
      <w:r w:rsidR="0096445B" w:rsidRPr="000767E2">
        <w:rPr>
          <w:lang w:val="sv-SE"/>
        </w:rPr>
        <w:t>BibleBIBEL82</w:t>
      </w:r>
      <w:r w:rsidRPr="000767E2">
        <w:rPr>
          <w:lang w:val="sv-SE"/>
        </w:rPr>
        <w:t>:Mark 1:9]]</w:t>
      </w:r>
      <w:r w:rsidRPr="000767E2">
        <w:rPr>
          <w:vertAlign w:val="superscript"/>
          <w:lang w:val="sv-SE"/>
        </w:rPr>
        <w:t>9</w:t>
      </w:r>
      <w:r w:rsidRPr="000767E2">
        <w:rPr>
          <w:lang w:val="sv-SE"/>
        </w:rPr>
        <w:t xml:space="preserve"> {{field-on:bible}}Och det hände sig </w:t>
      </w:r>
      <w:r w:rsidRPr="000767E2">
        <w:rPr>
          <w:i/>
          <w:lang w:val="sv-SE"/>
        </w:rPr>
        <w:t>att</w:t>
      </w:r>
      <w:r w:rsidRPr="000767E2">
        <w:rPr>
          <w:lang w:val="sv-SE"/>
        </w:rPr>
        <w:t xml:space="preserve"> i de dagarna kom Jesus från Nazaret i Galileen och blev döpt i Jordan av Johannes.{{field-off:bible}} [[@</w:t>
      </w:r>
      <w:r w:rsidR="0096445B" w:rsidRPr="000767E2">
        <w:rPr>
          <w:lang w:val="sv-SE"/>
        </w:rPr>
        <w:t>BibleBIBEL82</w:t>
      </w:r>
      <w:r w:rsidRPr="000767E2">
        <w:rPr>
          <w:lang w:val="sv-SE"/>
        </w:rPr>
        <w:t>:Mark 1:10]]</w:t>
      </w:r>
      <w:r w:rsidRPr="000767E2">
        <w:rPr>
          <w:vertAlign w:val="superscript"/>
          <w:lang w:val="sv-SE"/>
        </w:rPr>
        <w:t>10</w:t>
      </w:r>
      <w:r w:rsidRPr="000767E2">
        <w:rPr>
          <w:lang w:val="sv-SE"/>
        </w:rPr>
        <w:t xml:space="preserve"> {{field-on:bible}}Och direkt, när han steg upp ur vattnet, såg han himlarna rivas itu och Anden som en duva komma ner till honom.{{field-off:bible}} [[@</w:t>
      </w:r>
      <w:r w:rsidR="0096445B" w:rsidRPr="000767E2">
        <w:rPr>
          <w:lang w:val="sv-SE"/>
        </w:rPr>
        <w:t>BibleBIBEL82</w:t>
      </w:r>
      <w:r w:rsidRPr="000767E2">
        <w:rPr>
          <w:lang w:val="sv-SE"/>
        </w:rPr>
        <w:t>:Mark 1:11]]</w:t>
      </w:r>
      <w:r w:rsidRPr="000767E2">
        <w:rPr>
          <w:vertAlign w:val="superscript"/>
          <w:lang w:val="sv-SE"/>
        </w:rPr>
        <w:t>11</w:t>
      </w:r>
      <w:r w:rsidRPr="000767E2">
        <w:rPr>
          <w:lang w:val="sv-SE"/>
        </w:rPr>
        <w:t xml:space="preserve"> {{field-on:bible}}Och en röst kom från himlarna: ”Du är min Son, den Älskade. I dig har jag funnit behag.”{{field-off:bible}}</w:t>
      </w:r>
    </w:p>
    <w:p w14:paraId="041659B2" w14:textId="77777777" w:rsidR="00BA33AB" w:rsidRPr="000767E2" w:rsidRDefault="00000000">
      <w:pPr>
        <w:pStyle w:val="Rubrik3"/>
        <w:rPr>
          <w:lang w:val="sv-SE"/>
        </w:rPr>
      </w:pPr>
      <w:r w:rsidRPr="000767E2">
        <w:rPr>
          <w:lang w:val="sv-SE"/>
        </w:rPr>
        <w:t>Jesus prövas av Satan</w:t>
      </w:r>
    </w:p>
    <w:p w14:paraId="687BB8F6" w14:textId="1EE92819" w:rsidR="00BA33AB" w:rsidRPr="000767E2" w:rsidRDefault="00000000">
      <w:pPr>
        <w:rPr>
          <w:lang w:val="sv-SE"/>
        </w:rPr>
      </w:pPr>
      <w:r w:rsidRPr="000767E2">
        <w:rPr>
          <w:lang w:val="sv-SE"/>
        </w:rPr>
        <w:t>[[@</w:t>
      </w:r>
      <w:r w:rsidR="0096445B" w:rsidRPr="000767E2">
        <w:rPr>
          <w:lang w:val="sv-SE"/>
        </w:rPr>
        <w:t>BibleBIBEL82</w:t>
      </w:r>
      <w:r w:rsidRPr="000767E2">
        <w:rPr>
          <w:lang w:val="sv-SE"/>
        </w:rPr>
        <w:t>:Mark 1:12]]</w:t>
      </w:r>
      <w:r w:rsidRPr="000767E2">
        <w:rPr>
          <w:vertAlign w:val="superscript"/>
          <w:lang w:val="sv-SE"/>
        </w:rPr>
        <w:t>12</w:t>
      </w:r>
      <w:r w:rsidRPr="000767E2">
        <w:rPr>
          <w:lang w:val="sv-SE"/>
        </w:rPr>
        <w:t xml:space="preserve"> {{field-on:bible}}Och direkt driver Anden ut honom i ödemarken.{{field-off:bible}} [[@</w:t>
      </w:r>
      <w:r w:rsidR="0096445B" w:rsidRPr="000767E2">
        <w:rPr>
          <w:lang w:val="sv-SE"/>
        </w:rPr>
        <w:t>BibleBIBEL82</w:t>
      </w:r>
      <w:r w:rsidRPr="000767E2">
        <w:rPr>
          <w:lang w:val="sv-SE"/>
        </w:rPr>
        <w:t>:Mark 1:13]]</w:t>
      </w:r>
      <w:r w:rsidRPr="000767E2">
        <w:rPr>
          <w:vertAlign w:val="superscript"/>
          <w:lang w:val="sv-SE"/>
        </w:rPr>
        <w:t>13</w:t>
      </w:r>
      <w:r w:rsidRPr="000767E2">
        <w:rPr>
          <w:lang w:val="sv-SE"/>
        </w:rPr>
        <w:t xml:space="preserve"> {{field-on:bible}}Och han var i ödemarken fyrtio dagar och prövades av Satan. Och han var hos vilddjuren, och änglarna betjänade honom.{{field-off:bible}}</w:t>
      </w:r>
    </w:p>
    <w:p w14:paraId="6D739127" w14:textId="77777777" w:rsidR="00BA33AB" w:rsidRPr="000767E2" w:rsidRDefault="00000000">
      <w:pPr>
        <w:pStyle w:val="Rubrik3"/>
        <w:rPr>
          <w:lang w:val="sv-SE"/>
        </w:rPr>
      </w:pPr>
      <w:r w:rsidRPr="000767E2">
        <w:rPr>
          <w:lang w:val="sv-SE"/>
        </w:rPr>
        <w:t>Jesu första lärjungar</w:t>
      </w:r>
    </w:p>
    <w:p w14:paraId="05947291" w14:textId="6BDF378B" w:rsidR="00BA33AB" w:rsidRPr="000767E2" w:rsidRDefault="00000000">
      <w:pPr>
        <w:rPr>
          <w:lang w:val="sv-SE"/>
        </w:rPr>
      </w:pPr>
      <w:r w:rsidRPr="000767E2">
        <w:rPr>
          <w:lang w:val="sv-SE"/>
        </w:rPr>
        <w:t>[[@</w:t>
      </w:r>
      <w:r w:rsidR="0096445B" w:rsidRPr="000767E2">
        <w:rPr>
          <w:lang w:val="sv-SE"/>
        </w:rPr>
        <w:t>BibleBIBEL82</w:t>
      </w:r>
      <w:r w:rsidRPr="000767E2">
        <w:rPr>
          <w:lang w:val="sv-SE"/>
        </w:rPr>
        <w:t>:Mark 1:14]]</w:t>
      </w:r>
      <w:r w:rsidRPr="000767E2">
        <w:rPr>
          <w:vertAlign w:val="superscript"/>
          <w:lang w:val="sv-SE"/>
        </w:rPr>
        <w:t>14</w:t>
      </w:r>
      <w:r w:rsidRPr="000767E2">
        <w:rPr>
          <w:lang w:val="sv-SE"/>
        </w:rPr>
        <w:t xml:space="preserve"> {{field-on:bible}}Men efter att Johannes hade blivit utlämnad, kom Jesus till Galileen och förkunnade Guds evangelium{{field-off:bible}} [[@</w:t>
      </w:r>
      <w:r w:rsidR="0096445B" w:rsidRPr="000767E2">
        <w:rPr>
          <w:lang w:val="sv-SE"/>
        </w:rPr>
        <w:t>BibleBIBEL82</w:t>
      </w:r>
      <w:r w:rsidRPr="000767E2">
        <w:rPr>
          <w:lang w:val="sv-SE"/>
        </w:rPr>
        <w:t>:Mark 1:15]]</w:t>
      </w:r>
      <w:r w:rsidRPr="000767E2">
        <w:rPr>
          <w:vertAlign w:val="superscript"/>
          <w:lang w:val="sv-SE"/>
        </w:rPr>
        <w:t>15</w:t>
      </w:r>
      <w:r w:rsidRPr="000767E2">
        <w:rPr>
          <w:lang w:val="sv-SE"/>
        </w:rPr>
        <w:t xml:space="preserve"> {{field-on:bible}}och sade att: ”Uppfylld är tiden och nära är </w:t>
      </w:r>
      <w:r w:rsidRPr="000767E2">
        <w:rPr>
          <w:i/>
          <w:lang w:val="sv-SE"/>
        </w:rPr>
        <w:t>nu</w:t>
      </w:r>
      <w:r w:rsidRPr="000767E2">
        <w:rPr>
          <w:lang w:val="sv-SE"/>
        </w:rPr>
        <w:t xml:space="preserve"> Guds rike. Ändra sinne och tro på evangeliet!”{{field-off:bible}}</w:t>
      </w:r>
    </w:p>
    <w:p w14:paraId="2AFBDFA5" w14:textId="3194F311" w:rsidR="00BA33AB" w:rsidRPr="000767E2" w:rsidRDefault="00000000">
      <w:pPr>
        <w:rPr>
          <w:lang w:val="sv-SE"/>
        </w:rPr>
      </w:pPr>
      <w:r w:rsidRPr="000767E2">
        <w:rPr>
          <w:lang w:val="sv-SE"/>
        </w:rPr>
        <w:t>[[@</w:t>
      </w:r>
      <w:r w:rsidR="0096445B" w:rsidRPr="000767E2">
        <w:rPr>
          <w:lang w:val="sv-SE"/>
        </w:rPr>
        <w:t>BibleBIBEL82</w:t>
      </w:r>
      <w:r w:rsidRPr="000767E2">
        <w:rPr>
          <w:lang w:val="sv-SE"/>
        </w:rPr>
        <w:t>:Mark 1:16]]</w:t>
      </w:r>
      <w:r w:rsidRPr="000767E2">
        <w:rPr>
          <w:vertAlign w:val="superscript"/>
          <w:lang w:val="sv-SE"/>
        </w:rPr>
        <w:t>16</w:t>
      </w:r>
      <w:r w:rsidRPr="000767E2">
        <w:rPr>
          <w:lang w:val="sv-SE"/>
        </w:rPr>
        <w:t xml:space="preserve"> {{field-on:bible}}Och när han drog vidare längs Galileens hav såg han Simon och Andreas, Simons bror, som kastade nät i havet. De var nämligen fiskare.{{field-off:bible}} [[@</w:t>
      </w:r>
      <w:r w:rsidR="0096445B" w:rsidRPr="000767E2">
        <w:rPr>
          <w:lang w:val="sv-SE"/>
        </w:rPr>
        <w:t>BibleBIBEL82</w:t>
      </w:r>
      <w:r w:rsidRPr="000767E2">
        <w:rPr>
          <w:lang w:val="sv-SE"/>
        </w:rPr>
        <w:t>:Mark 1:17]]</w:t>
      </w:r>
      <w:r w:rsidRPr="000767E2">
        <w:rPr>
          <w:vertAlign w:val="superscript"/>
          <w:lang w:val="sv-SE"/>
        </w:rPr>
        <w:t>17</w:t>
      </w:r>
      <w:r w:rsidRPr="000767E2">
        <w:rPr>
          <w:lang w:val="sv-SE"/>
        </w:rPr>
        <w:t xml:space="preserve"> {{field-on:bible}}Och Jesus sade till dem: ”Kom efter mig, och jag ska göra </w:t>
      </w:r>
      <w:r w:rsidRPr="000767E2">
        <w:rPr>
          <w:i/>
          <w:lang w:val="sv-SE"/>
        </w:rPr>
        <w:t>så</w:t>
      </w:r>
      <w:r w:rsidRPr="000767E2">
        <w:rPr>
          <w:lang w:val="sv-SE"/>
        </w:rPr>
        <w:t xml:space="preserve"> att ni blir människofiskare.”{{field-off:bible}} [[@</w:t>
      </w:r>
      <w:r w:rsidR="0096445B" w:rsidRPr="000767E2">
        <w:rPr>
          <w:lang w:val="sv-SE"/>
        </w:rPr>
        <w:t>BibleBIBEL82</w:t>
      </w:r>
      <w:r w:rsidRPr="000767E2">
        <w:rPr>
          <w:lang w:val="sv-SE"/>
        </w:rPr>
        <w:t>:Mark 1:18]]</w:t>
      </w:r>
      <w:r w:rsidRPr="000767E2">
        <w:rPr>
          <w:vertAlign w:val="superscript"/>
          <w:lang w:val="sv-SE"/>
        </w:rPr>
        <w:t>18</w:t>
      </w:r>
      <w:r w:rsidRPr="000767E2">
        <w:rPr>
          <w:lang w:val="sv-SE"/>
        </w:rPr>
        <w:t xml:space="preserve"> {{field-on:bible}}Och direkt lämnade de näten och följde honom.{{field-off:bible}}</w:t>
      </w:r>
    </w:p>
    <w:p w14:paraId="1BBF94E9" w14:textId="4B44FA52" w:rsidR="00BA33AB" w:rsidRPr="000767E2" w:rsidRDefault="00000000">
      <w:pPr>
        <w:rPr>
          <w:lang w:val="sv-SE"/>
        </w:rPr>
      </w:pPr>
      <w:r w:rsidRPr="000767E2">
        <w:rPr>
          <w:lang w:val="sv-SE"/>
        </w:rPr>
        <w:t>[[@</w:t>
      </w:r>
      <w:r w:rsidR="0096445B" w:rsidRPr="000767E2">
        <w:rPr>
          <w:lang w:val="sv-SE"/>
        </w:rPr>
        <w:t>BibleBIBEL82</w:t>
      </w:r>
      <w:r w:rsidRPr="000767E2">
        <w:rPr>
          <w:lang w:val="sv-SE"/>
        </w:rPr>
        <w:t>:Mark 1:19]]</w:t>
      </w:r>
      <w:r w:rsidRPr="000767E2">
        <w:rPr>
          <w:vertAlign w:val="superscript"/>
          <w:lang w:val="sv-SE"/>
        </w:rPr>
        <w:t>19</w:t>
      </w:r>
      <w:r w:rsidRPr="000767E2">
        <w:rPr>
          <w:lang w:val="sv-SE"/>
        </w:rPr>
        <w:t xml:space="preserve"> {{field-on:bible}}Och han gick framåt lite och såg Jakob Zebedaios </w:t>
      </w:r>
      <w:r w:rsidRPr="000767E2">
        <w:rPr>
          <w:i/>
          <w:lang w:val="sv-SE"/>
        </w:rPr>
        <w:t>son</w:t>
      </w:r>
      <w:r w:rsidRPr="000767E2">
        <w:rPr>
          <w:lang w:val="sv-SE"/>
        </w:rPr>
        <w:t xml:space="preserve"> och Johannes, hans bror, och de </w:t>
      </w:r>
      <w:r w:rsidRPr="000767E2">
        <w:rPr>
          <w:i/>
          <w:lang w:val="sv-SE"/>
        </w:rPr>
        <w:t>var</w:t>
      </w:r>
      <w:r w:rsidRPr="000767E2">
        <w:rPr>
          <w:lang w:val="sv-SE"/>
        </w:rPr>
        <w:t xml:space="preserve"> i båten och förfärdigade näten.{{field-off:bible}} [[@</w:t>
      </w:r>
      <w:r w:rsidR="0096445B" w:rsidRPr="000767E2">
        <w:rPr>
          <w:lang w:val="sv-SE"/>
        </w:rPr>
        <w:t>BibleBIBEL82</w:t>
      </w:r>
      <w:r w:rsidRPr="000767E2">
        <w:rPr>
          <w:lang w:val="sv-SE"/>
        </w:rPr>
        <w:t>:Mark 1:20]]</w:t>
      </w:r>
      <w:r w:rsidRPr="000767E2">
        <w:rPr>
          <w:vertAlign w:val="superscript"/>
          <w:lang w:val="sv-SE"/>
        </w:rPr>
        <w:t>20</w:t>
      </w:r>
      <w:r w:rsidRPr="000767E2">
        <w:rPr>
          <w:lang w:val="sv-SE"/>
        </w:rPr>
        <w:t xml:space="preserve"> {{field-on:bible}}Och direkt kallade han dem, och de lämnade sin far Zebedaios i båten med de lejda </w:t>
      </w:r>
      <w:r w:rsidRPr="000767E2">
        <w:rPr>
          <w:i/>
          <w:lang w:val="sv-SE"/>
        </w:rPr>
        <w:t>arbetarna</w:t>
      </w:r>
      <w:r w:rsidRPr="000767E2">
        <w:rPr>
          <w:lang w:val="sv-SE"/>
        </w:rPr>
        <w:t xml:space="preserve"> och gick iväg efter honom.{{field-off:bible}}</w:t>
      </w:r>
    </w:p>
    <w:p w14:paraId="1FC06B90" w14:textId="77777777" w:rsidR="00BA33AB" w:rsidRPr="000767E2" w:rsidRDefault="00000000">
      <w:pPr>
        <w:pStyle w:val="Rubrik3"/>
        <w:rPr>
          <w:lang w:val="sv-SE"/>
        </w:rPr>
      </w:pPr>
      <w:r w:rsidRPr="000767E2">
        <w:rPr>
          <w:lang w:val="sv-SE"/>
        </w:rPr>
        <w:lastRenderedPageBreak/>
        <w:t>Jesus i Kafarnaums synagoga</w:t>
      </w:r>
    </w:p>
    <w:p w14:paraId="33EB40A4" w14:textId="51485706" w:rsidR="00BA33AB" w:rsidRPr="000767E2" w:rsidRDefault="00000000">
      <w:pPr>
        <w:rPr>
          <w:lang w:val="sv-SE"/>
        </w:rPr>
      </w:pPr>
      <w:r w:rsidRPr="000767E2">
        <w:rPr>
          <w:lang w:val="sv-SE"/>
        </w:rPr>
        <w:t>[[@</w:t>
      </w:r>
      <w:r w:rsidR="0096445B" w:rsidRPr="000767E2">
        <w:rPr>
          <w:lang w:val="sv-SE"/>
        </w:rPr>
        <w:t>BibleBIBEL82</w:t>
      </w:r>
      <w:r w:rsidRPr="000767E2">
        <w:rPr>
          <w:lang w:val="sv-SE"/>
        </w:rPr>
        <w:t>:Mark 1:21]]</w:t>
      </w:r>
      <w:r w:rsidRPr="000767E2">
        <w:rPr>
          <w:vertAlign w:val="superscript"/>
          <w:lang w:val="sv-SE"/>
        </w:rPr>
        <w:t>21</w:t>
      </w:r>
      <w:r w:rsidRPr="000767E2">
        <w:rPr>
          <w:lang w:val="sv-SE"/>
        </w:rPr>
        <w:t xml:space="preserve"> {{field-on:bible}}Och de går in i Kafarnaum, och direkt på sabbaten gick han in i synagogan och undervisade.{{field-off:bible}} [[@</w:t>
      </w:r>
      <w:r w:rsidR="0096445B" w:rsidRPr="000767E2">
        <w:rPr>
          <w:lang w:val="sv-SE"/>
        </w:rPr>
        <w:t>BibleBIBEL82</w:t>
      </w:r>
      <w:r w:rsidRPr="000767E2">
        <w:rPr>
          <w:lang w:val="sv-SE"/>
        </w:rPr>
        <w:t>:Mark 1:22]]</w:t>
      </w:r>
      <w:r w:rsidRPr="000767E2">
        <w:rPr>
          <w:vertAlign w:val="superscript"/>
          <w:lang w:val="sv-SE"/>
        </w:rPr>
        <w:t>22</w:t>
      </w:r>
      <w:r w:rsidRPr="000767E2">
        <w:rPr>
          <w:lang w:val="sv-SE"/>
        </w:rPr>
        <w:t xml:space="preserve"> {{field-on:bible}}Och de var överväldigade vid hans undervisning, för han var och undervisade dem som en som hade auktoritet och inte som de skriftlärda.{{field-off:bible}}</w:t>
      </w:r>
    </w:p>
    <w:p w14:paraId="631B986F" w14:textId="1BEBADDA" w:rsidR="00BA33AB" w:rsidRPr="000767E2" w:rsidRDefault="00000000">
      <w:pPr>
        <w:rPr>
          <w:lang w:val="sv-SE"/>
        </w:rPr>
      </w:pPr>
      <w:r w:rsidRPr="000767E2">
        <w:rPr>
          <w:lang w:val="sv-SE"/>
        </w:rPr>
        <w:t>[[@</w:t>
      </w:r>
      <w:r w:rsidR="0096445B" w:rsidRPr="000767E2">
        <w:rPr>
          <w:lang w:val="sv-SE"/>
        </w:rPr>
        <w:t>BibleBIBEL82</w:t>
      </w:r>
      <w:r w:rsidRPr="000767E2">
        <w:rPr>
          <w:lang w:val="sv-SE"/>
        </w:rPr>
        <w:t>:Mark 1:23]]</w:t>
      </w:r>
      <w:r w:rsidRPr="000767E2">
        <w:rPr>
          <w:vertAlign w:val="superscript"/>
          <w:lang w:val="sv-SE"/>
        </w:rPr>
        <w:t>23</w:t>
      </w:r>
      <w:r w:rsidRPr="000767E2">
        <w:rPr>
          <w:lang w:val="sv-SE"/>
        </w:rPr>
        <w:t xml:space="preserve"> {{field-on:bible}}Och direkt fanns i deras synagoga en man med en oren ande. Och han skrek högt{{field-off:bible}} [[@</w:t>
      </w:r>
      <w:r w:rsidR="0096445B" w:rsidRPr="000767E2">
        <w:rPr>
          <w:lang w:val="sv-SE"/>
        </w:rPr>
        <w:t>BibleBIBEL82</w:t>
      </w:r>
      <w:r w:rsidRPr="000767E2">
        <w:rPr>
          <w:lang w:val="sv-SE"/>
        </w:rPr>
        <w:t>:Mark 1:24]]</w:t>
      </w:r>
      <w:r w:rsidRPr="000767E2">
        <w:rPr>
          <w:vertAlign w:val="superscript"/>
          <w:lang w:val="sv-SE"/>
        </w:rPr>
        <w:t>24</w:t>
      </w:r>
      <w:r w:rsidRPr="000767E2">
        <w:rPr>
          <w:lang w:val="sv-SE"/>
        </w:rPr>
        <w:t xml:space="preserve"> {{field-on:bible}}och sade: ”Vad </w:t>
      </w:r>
      <w:r w:rsidRPr="000767E2">
        <w:rPr>
          <w:i/>
          <w:lang w:val="sv-SE"/>
        </w:rPr>
        <w:t>mellan</w:t>
      </w:r>
      <w:r w:rsidRPr="000767E2">
        <w:rPr>
          <w:lang w:val="sv-SE"/>
        </w:rPr>
        <w:t xml:space="preserve"> oss och dig, Jesus nazaré? Har du kommit </w:t>
      </w:r>
      <w:r w:rsidRPr="000767E2">
        <w:rPr>
          <w:i/>
          <w:lang w:val="sv-SE"/>
        </w:rPr>
        <w:t>för</w:t>
      </w:r>
      <w:r w:rsidRPr="000767E2">
        <w:rPr>
          <w:lang w:val="sv-SE"/>
        </w:rPr>
        <w:t xml:space="preserve"> att förgöra oss? Jag känner dig, vem du är: Guds Helige!”{{field-off:bible}} [[@</w:t>
      </w:r>
      <w:r w:rsidR="0096445B" w:rsidRPr="000767E2">
        <w:rPr>
          <w:lang w:val="sv-SE"/>
        </w:rPr>
        <w:t>BibleBIBEL82</w:t>
      </w:r>
      <w:r w:rsidRPr="000767E2">
        <w:rPr>
          <w:lang w:val="sv-SE"/>
        </w:rPr>
        <w:t>:Mark 1:25]]</w:t>
      </w:r>
      <w:r w:rsidRPr="000767E2">
        <w:rPr>
          <w:vertAlign w:val="superscript"/>
          <w:lang w:val="sv-SE"/>
        </w:rPr>
        <w:t>25</w:t>
      </w:r>
      <w:r w:rsidRPr="000767E2">
        <w:rPr>
          <w:lang w:val="sv-SE"/>
        </w:rPr>
        <w:t xml:space="preserve"> {{field-on:bible}}Och </w:t>
      </w:r>
      <w:r w:rsidRPr="000767E2">
        <w:rPr>
          <w:i/>
          <w:lang w:val="sv-SE"/>
        </w:rPr>
        <w:t>då</w:t>
      </w:r>
      <w:r w:rsidRPr="000767E2">
        <w:rPr>
          <w:lang w:val="sv-SE"/>
        </w:rPr>
        <w:t xml:space="preserve"> näpste honom Jesus och sade: ”Var tilltäppt och kom ut ur honom!”{{field-off:bible}} [[@</w:t>
      </w:r>
      <w:r w:rsidR="0096445B" w:rsidRPr="000767E2">
        <w:rPr>
          <w:lang w:val="sv-SE"/>
        </w:rPr>
        <w:t>BibleBIBEL82</w:t>
      </w:r>
      <w:r w:rsidRPr="000767E2">
        <w:rPr>
          <w:lang w:val="sv-SE"/>
        </w:rPr>
        <w:t>:Mark 1:26]]</w:t>
      </w:r>
      <w:r w:rsidRPr="000767E2">
        <w:rPr>
          <w:vertAlign w:val="superscript"/>
          <w:lang w:val="sv-SE"/>
        </w:rPr>
        <w:t>26</w:t>
      </w:r>
      <w:r w:rsidRPr="000767E2">
        <w:rPr>
          <w:lang w:val="sv-SE"/>
        </w:rPr>
        <w:t xml:space="preserve"> {{field-on:bible}}Och </w:t>
      </w:r>
      <w:r w:rsidRPr="000767E2">
        <w:rPr>
          <w:i/>
          <w:lang w:val="sv-SE"/>
        </w:rPr>
        <w:t>då</w:t>
      </w:r>
      <w:r w:rsidRPr="000767E2">
        <w:rPr>
          <w:lang w:val="sv-SE"/>
        </w:rPr>
        <w:t xml:space="preserve"> ruskade honom den orena anden, och den ropade med väldig röst och kom ut ur honom.{{field-off:bible}}</w:t>
      </w:r>
    </w:p>
    <w:p w14:paraId="34B3D7C1" w14:textId="4EA1E435" w:rsidR="00BA33AB" w:rsidRPr="000767E2" w:rsidRDefault="00000000">
      <w:pPr>
        <w:rPr>
          <w:lang w:val="sv-SE"/>
        </w:rPr>
      </w:pPr>
      <w:r w:rsidRPr="000767E2">
        <w:rPr>
          <w:lang w:val="sv-SE"/>
        </w:rPr>
        <w:t>[[@</w:t>
      </w:r>
      <w:r w:rsidR="0096445B" w:rsidRPr="000767E2">
        <w:rPr>
          <w:lang w:val="sv-SE"/>
        </w:rPr>
        <w:t>BibleBIBEL82</w:t>
      </w:r>
      <w:r w:rsidRPr="000767E2">
        <w:rPr>
          <w:lang w:val="sv-SE"/>
        </w:rPr>
        <w:t>:Mark 1:27]]</w:t>
      </w:r>
      <w:r w:rsidRPr="000767E2">
        <w:rPr>
          <w:vertAlign w:val="superscript"/>
          <w:lang w:val="sv-SE"/>
        </w:rPr>
        <w:t>27</w:t>
      </w:r>
      <w:r w:rsidRPr="000767E2">
        <w:rPr>
          <w:lang w:val="sv-SE"/>
        </w:rPr>
        <w:t xml:space="preserve"> {{field-on:bible}}Och allesammans blev bestörta, så att de </w:t>
      </w:r>
      <w:r w:rsidRPr="000767E2">
        <w:rPr>
          <w:i/>
          <w:lang w:val="sv-SE"/>
        </w:rPr>
        <w:t>började</w:t>
      </w:r>
      <w:r w:rsidRPr="000767E2">
        <w:rPr>
          <w:lang w:val="sv-SE"/>
        </w:rPr>
        <w:t xml:space="preserve"> diskutera med varann och sade: ”Vad är detta? En ny undervisning, med auktoritet! Även de orena andarna beordrar han, och de hörsammar honom.”{{field-off:bible}} [[@</w:t>
      </w:r>
      <w:r w:rsidR="0096445B" w:rsidRPr="000767E2">
        <w:rPr>
          <w:lang w:val="sv-SE"/>
        </w:rPr>
        <w:t>BibleBIBEL82</w:t>
      </w:r>
      <w:r w:rsidRPr="000767E2">
        <w:rPr>
          <w:lang w:val="sv-SE"/>
        </w:rPr>
        <w:t>:Mark 1:28]]</w:t>
      </w:r>
      <w:r w:rsidRPr="000767E2">
        <w:rPr>
          <w:vertAlign w:val="superscript"/>
          <w:lang w:val="sv-SE"/>
        </w:rPr>
        <w:t>28</w:t>
      </w:r>
      <w:r w:rsidRPr="000767E2">
        <w:rPr>
          <w:lang w:val="sv-SE"/>
        </w:rPr>
        <w:t xml:space="preserve"> {{field-on:bible}}Och </w:t>
      </w:r>
      <w:r w:rsidRPr="000767E2">
        <w:rPr>
          <w:i/>
          <w:lang w:val="sv-SE"/>
        </w:rPr>
        <w:t>det</w:t>
      </w:r>
      <w:r w:rsidRPr="000767E2">
        <w:rPr>
          <w:lang w:val="sv-SE"/>
        </w:rPr>
        <w:t xml:space="preserve"> gick ut hörsägen om honom direkt, överallt i hela trakten runt Galileen.{{field-off:bible}}</w:t>
      </w:r>
    </w:p>
    <w:p w14:paraId="7268E37F" w14:textId="77777777" w:rsidR="00BA33AB" w:rsidRPr="000767E2" w:rsidRDefault="00000000">
      <w:pPr>
        <w:pStyle w:val="Rubrik3"/>
        <w:rPr>
          <w:lang w:val="sv-SE"/>
        </w:rPr>
      </w:pPr>
      <w:r w:rsidRPr="000767E2">
        <w:rPr>
          <w:lang w:val="sv-SE"/>
        </w:rPr>
        <w:t>Jesus botar Petrus svärmor</w:t>
      </w:r>
    </w:p>
    <w:p w14:paraId="3CEC7DEA" w14:textId="3E068673" w:rsidR="00BA33AB" w:rsidRPr="000767E2" w:rsidRDefault="00000000">
      <w:pPr>
        <w:rPr>
          <w:lang w:val="sv-SE"/>
        </w:rPr>
      </w:pPr>
      <w:r w:rsidRPr="000767E2">
        <w:rPr>
          <w:lang w:val="sv-SE"/>
        </w:rPr>
        <w:t>[[@</w:t>
      </w:r>
      <w:r w:rsidR="0096445B" w:rsidRPr="000767E2">
        <w:rPr>
          <w:lang w:val="sv-SE"/>
        </w:rPr>
        <w:t>BibleBIBEL82</w:t>
      </w:r>
      <w:r w:rsidRPr="000767E2">
        <w:rPr>
          <w:lang w:val="sv-SE"/>
        </w:rPr>
        <w:t>:Mark 1:29]]</w:t>
      </w:r>
      <w:r w:rsidRPr="000767E2">
        <w:rPr>
          <w:vertAlign w:val="superscript"/>
          <w:lang w:val="sv-SE"/>
        </w:rPr>
        <w:t>29</w:t>
      </w:r>
      <w:r w:rsidRPr="000767E2">
        <w:rPr>
          <w:lang w:val="sv-SE"/>
        </w:rPr>
        <w:t xml:space="preserve"> {{field-on:bible}}Och direkt, utkomna ur synagogan, gick de till Simons och Andreas hus med Jakob och Johannes.{{field-off:bible}} [[@</w:t>
      </w:r>
      <w:r w:rsidR="0096445B" w:rsidRPr="000767E2">
        <w:rPr>
          <w:lang w:val="sv-SE"/>
        </w:rPr>
        <w:t>BibleBIBEL82</w:t>
      </w:r>
      <w:r w:rsidRPr="000767E2">
        <w:rPr>
          <w:lang w:val="sv-SE"/>
        </w:rPr>
        <w:t>:Mark 1:30]]</w:t>
      </w:r>
      <w:r w:rsidRPr="000767E2">
        <w:rPr>
          <w:vertAlign w:val="superscript"/>
          <w:lang w:val="sv-SE"/>
        </w:rPr>
        <w:t>30</w:t>
      </w:r>
      <w:r w:rsidRPr="000767E2">
        <w:rPr>
          <w:lang w:val="sv-SE"/>
        </w:rPr>
        <w:t xml:space="preserve"> {{field-on:bible}}Men Simons svärmor låg febrig, och direkt säger de till honom om henne.{{field-off:bible}} [[@</w:t>
      </w:r>
      <w:r w:rsidR="0096445B" w:rsidRPr="000767E2">
        <w:rPr>
          <w:lang w:val="sv-SE"/>
        </w:rPr>
        <w:t>BibleBIBEL82</w:t>
      </w:r>
      <w:r w:rsidRPr="000767E2">
        <w:rPr>
          <w:lang w:val="sv-SE"/>
        </w:rPr>
        <w:t>:Mark 1:31]]</w:t>
      </w:r>
      <w:r w:rsidRPr="000767E2">
        <w:rPr>
          <w:vertAlign w:val="superscript"/>
          <w:lang w:val="sv-SE"/>
        </w:rPr>
        <w:t>31</w:t>
      </w:r>
      <w:r w:rsidRPr="000767E2">
        <w:rPr>
          <w:lang w:val="sv-SE"/>
        </w:rPr>
        <w:t xml:space="preserve"> {{field-on:bible}}Och han gick fram och reste upp henne, sedan han gripit handen. Och </w:t>
      </w:r>
      <w:r w:rsidRPr="000767E2">
        <w:rPr>
          <w:i/>
          <w:lang w:val="sv-SE"/>
        </w:rPr>
        <w:t>då</w:t>
      </w:r>
      <w:r w:rsidRPr="000767E2">
        <w:rPr>
          <w:lang w:val="sv-SE"/>
        </w:rPr>
        <w:t xml:space="preserve"> lämnade henne febern, och hon </w:t>
      </w:r>
      <w:r w:rsidRPr="000767E2">
        <w:rPr>
          <w:i/>
          <w:lang w:val="sv-SE"/>
        </w:rPr>
        <w:t>började</w:t>
      </w:r>
      <w:r w:rsidRPr="000767E2">
        <w:rPr>
          <w:lang w:val="sv-SE"/>
        </w:rPr>
        <w:t xml:space="preserve"> betjäna dem.{{field-off:bible}}</w:t>
      </w:r>
    </w:p>
    <w:p w14:paraId="57A760BC" w14:textId="4ABCF41A" w:rsidR="00BA33AB" w:rsidRPr="000767E2" w:rsidRDefault="00000000">
      <w:pPr>
        <w:rPr>
          <w:lang w:val="sv-SE"/>
        </w:rPr>
      </w:pPr>
      <w:r w:rsidRPr="000767E2">
        <w:rPr>
          <w:lang w:val="sv-SE"/>
        </w:rPr>
        <w:t>[[@</w:t>
      </w:r>
      <w:r w:rsidR="0096445B" w:rsidRPr="000767E2">
        <w:rPr>
          <w:lang w:val="sv-SE"/>
        </w:rPr>
        <w:t>BibleBIBEL82</w:t>
      </w:r>
      <w:r w:rsidRPr="000767E2">
        <w:rPr>
          <w:lang w:val="sv-SE"/>
        </w:rPr>
        <w:t>:Mark 1:32]]</w:t>
      </w:r>
      <w:r w:rsidRPr="000767E2">
        <w:rPr>
          <w:vertAlign w:val="superscript"/>
          <w:lang w:val="sv-SE"/>
        </w:rPr>
        <w:t>32</w:t>
      </w:r>
      <w:r w:rsidRPr="000767E2">
        <w:rPr>
          <w:lang w:val="sv-SE"/>
        </w:rPr>
        <w:t xml:space="preserve"> {{field-on:bible}}Men när det blev kväll, när solen hade gått ner, förde man till honom alla som hade </w:t>
      </w:r>
      <w:r w:rsidRPr="000767E2">
        <w:rPr>
          <w:i/>
          <w:lang w:val="sv-SE"/>
        </w:rPr>
        <w:t>det</w:t>
      </w:r>
      <w:r w:rsidRPr="000767E2">
        <w:rPr>
          <w:lang w:val="sv-SE"/>
        </w:rPr>
        <w:t xml:space="preserve"> illa och dem </w:t>
      </w:r>
      <w:r w:rsidRPr="000767E2">
        <w:rPr>
          <w:i/>
          <w:lang w:val="sv-SE"/>
        </w:rPr>
        <w:t>som var</w:t>
      </w:r>
      <w:r w:rsidRPr="000767E2">
        <w:rPr>
          <w:lang w:val="sv-SE"/>
        </w:rPr>
        <w:t xml:space="preserve"> demoniserade.{{field-off:bible}} [[@</w:t>
      </w:r>
      <w:r w:rsidR="0096445B" w:rsidRPr="000767E2">
        <w:rPr>
          <w:lang w:val="sv-SE"/>
        </w:rPr>
        <w:t>BibleBIBEL82</w:t>
      </w:r>
      <w:r w:rsidRPr="000767E2">
        <w:rPr>
          <w:lang w:val="sv-SE"/>
        </w:rPr>
        <w:t>:Mark 1:33]]</w:t>
      </w:r>
      <w:r w:rsidRPr="000767E2">
        <w:rPr>
          <w:vertAlign w:val="superscript"/>
          <w:lang w:val="sv-SE"/>
        </w:rPr>
        <w:t>33</w:t>
      </w:r>
      <w:r w:rsidRPr="000767E2">
        <w:rPr>
          <w:lang w:val="sv-SE"/>
        </w:rPr>
        <w:t xml:space="preserve"> {{field-on:bible}}Och hela staden var församlad vid dörren.{{field-off:bible}} [[@</w:t>
      </w:r>
      <w:r w:rsidR="0096445B" w:rsidRPr="000767E2">
        <w:rPr>
          <w:lang w:val="sv-SE"/>
        </w:rPr>
        <w:t>BibleBIBEL82</w:t>
      </w:r>
      <w:r w:rsidRPr="000767E2">
        <w:rPr>
          <w:lang w:val="sv-SE"/>
        </w:rPr>
        <w:t>:Mark 1:34]]</w:t>
      </w:r>
      <w:r w:rsidRPr="000767E2">
        <w:rPr>
          <w:vertAlign w:val="superscript"/>
          <w:lang w:val="sv-SE"/>
        </w:rPr>
        <w:t>34</w:t>
      </w:r>
      <w:r w:rsidRPr="000767E2">
        <w:rPr>
          <w:lang w:val="sv-SE"/>
        </w:rPr>
        <w:t xml:space="preserve"> {{field-on:bible}}Och han botade många som hade </w:t>
      </w:r>
      <w:r w:rsidRPr="000767E2">
        <w:rPr>
          <w:i/>
          <w:lang w:val="sv-SE"/>
        </w:rPr>
        <w:t>det</w:t>
      </w:r>
      <w:r w:rsidRPr="000767E2">
        <w:rPr>
          <w:lang w:val="sv-SE"/>
        </w:rPr>
        <w:t xml:space="preserve"> illa i olika åkommor, och många demoner drev han ut. Och han lät inte demonerna tala, eftersom de kände honom.{{field-off:bible}}</w:t>
      </w:r>
    </w:p>
    <w:p w14:paraId="4B36E742" w14:textId="155AC1E7" w:rsidR="00BA33AB" w:rsidRPr="000767E2" w:rsidRDefault="00000000">
      <w:pPr>
        <w:rPr>
          <w:lang w:val="sv-SE"/>
        </w:rPr>
      </w:pPr>
      <w:r w:rsidRPr="000767E2">
        <w:rPr>
          <w:lang w:val="sv-SE"/>
        </w:rPr>
        <w:t>[[@</w:t>
      </w:r>
      <w:r w:rsidR="0096445B" w:rsidRPr="000767E2">
        <w:rPr>
          <w:lang w:val="sv-SE"/>
        </w:rPr>
        <w:t>BibleBIBEL82</w:t>
      </w:r>
      <w:r w:rsidRPr="000767E2">
        <w:rPr>
          <w:lang w:val="sv-SE"/>
        </w:rPr>
        <w:t>:Mark 1:35]]</w:t>
      </w:r>
      <w:r w:rsidRPr="000767E2">
        <w:rPr>
          <w:vertAlign w:val="superscript"/>
          <w:lang w:val="sv-SE"/>
        </w:rPr>
        <w:t>35</w:t>
      </w:r>
      <w:r w:rsidRPr="000767E2">
        <w:rPr>
          <w:lang w:val="sv-SE"/>
        </w:rPr>
        <w:t xml:space="preserve"> {{field-on:bible}}Och väldigt </w:t>
      </w:r>
      <w:r w:rsidRPr="000767E2">
        <w:rPr>
          <w:i/>
          <w:lang w:val="sv-SE"/>
        </w:rPr>
        <w:t>tidig</w:t>
      </w:r>
      <w:r w:rsidRPr="000767E2">
        <w:rPr>
          <w:lang w:val="sv-SE"/>
        </w:rPr>
        <w:t xml:space="preserve"> morgon, på natten, stod han upp och gick ut och gick bort till en öde plats. Och där bad han.{{field-off:bible}} [[@</w:t>
      </w:r>
      <w:r w:rsidR="0096445B" w:rsidRPr="000767E2">
        <w:rPr>
          <w:lang w:val="sv-SE"/>
        </w:rPr>
        <w:t>BibleBIBEL82</w:t>
      </w:r>
      <w:r w:rsidRPr="000767E2">
        <w:rPr>
          <w:lang w:val="sv-SE"/>
        </w:rPr>
        <w:t>:Mark 1:36]]</w:t>
      </w:r>
      <w:r w:rsidRPr="000767E2">
        <w:rPr>
          <w:vertAlign w:val="superscript"/>
          <w:lang w:val="sv-SE"/>
        </w:rPr>
        <w:t>36</w:t>
      </w:r>
      <w:r w:rsidRPr="000767E2">
        <w:rPr>
          <w:lang w:val="sv-SE"/>
        </w:rPr>
        <w:t xml:space="preserve"> {{field-on:bible}}Och </w:t>
      </w:r>
      <w:r w:rsidRPr="000767E2">
        <w:rPr>
          <w:i/>
          <w:lang w:val="sv-SE"/>
        </w:rPr>
        <w:t>då</w:t>
      </w:r>
      <w:r w:rsidRPr="000767E2">
        <w:rPr>
          <w:lang w:val="sv-SE"/>
        </w:rPr>
        <w:t xml:space="preserve"> förföljde honom Simon och de </w:t>
      </w:r>
      <w:r w:rsidRPr="000767E2">
        <w:rPr>
          <w:i/>
          <w:lang w:val="sv-SE"/>
        </w:rPr>
        <w:t>som var</w:t>
      </w:r>
      <w:r w:rsidRPr="000767E2">
        <w:rPr>
          <w:lang w:val="sv-SE"/>
        </w:rPr>
        <w:t xml:space="preserve"> med honom,{{field-off:bible}} [[@</w:t>
      </w:r>
      <w:r w:rsidR="0096445B" w:rsidRPr="000767E2">
        <w:rPr>
          <w:lang w:val="sv-SE"/>
        </w:rPr>
        <w:t>BibleBIBEL82</w:t>
      </w:r>
      <w:r w:rsidRPr="000767E2">
        <w:rPr>
          <w:lang w:val="sv-SE"/>
        </w:rPr>
        <w:t>:Mark 1:37]]</w:t>
      </w:r>
      <w:r w:rsidRPr="000767E2">
        <w:rPr>
          <w:vertAlign w:val="superscript"/>
          <w:lang w:val="sv-SE"/>
        </w:rPr>
        <w:t>37</w:t>
      </w:r>
      <w:r w:rsidRPr="000767E2">
        <w:rPr>
          <w:lang w:val="sv-SE"/>
        </w:rPr>
        <w:t xml:space="preserve"> {{field-on:bible}}och de fann honom och säger till honom att: ”Alla söker dig.”{{field-off:bible}} [[@</w:t>
      </w:r>
      <w:r w:rsidR="0096445B" w:rsidRPr="000767E2">
        <w:rPr>
          <w:lang w:val="sv-SE"/>
        </w:rPr>
        <w:t>BibleBIBEL82</w:t>
      </w:r>
      <w:r w:rsidRPr="000767E2">
        <w:rPr>
          <w:lang w:val="sv-SE"/>
        </w:rPr>
        <w:t>:Mark 1:38]]</w:t>
      </w:r>
      <w:r w:rsidRPr="000767E2">
        <w:rPr>
          <w:vertAlign w:val="superscript"/>
          <w:lang w:val="sv-SE"/>
        </w:rPr>
        <w:t>38</w:t>
      </w:r>
      <w:r w:rsidRPr="000767E2">
        <w:rPr>
          <w:lang w:val="sv-SE"/>
        </w:rPr>
        <w:t xml:space="preserve"> {{field-on:bible}}Och han säger till dem: ”Låt oss dra </w:t>
      </w:r>
      <w:r w:rsidRPr="000767E2">
        <w:rPr>
          <w:i/>
          <w:lang w:val="sv-SE"/>
        </w:rPr>
        <w:t>någon</w:t>
      </w:r>
      <w:r w:rsidRPr="000767E2">
        <w:rPr>
          <w:lang w:val="sv-SE"/>
        </w:rPr>
        <w:t xml:space="preserve"> annanstans, till de nästa bystäderna, så att jag även där kan förkunna. För till detta har jag gått ut.”{{field-off:bible}} [[@</w:t>
      </w:r>
      <w:r w:rsidR="0096445B" w:rsidRPr="000767E2">
        <w:rPr>
          <w:lang w:val="sv-SE"/>
        </w:rPr>
        <w:t>BibleBIBEL82</w:t>
      </w:r>
      <w:r w:rsidRPr="000767E2">
        <w:rPr>
          <w:lang w:val="sv-SE"/>
        </w:rPr>
        <w:t>:Mark 1:39]]</w:t>
      </w:r>
      <w:r w:rsidRPr="000767E2">
        <w:rPr>
          <w:vertAlign w:val="superscript"/>
          <w:lang w:val="sv-SE"/>
        </w:rPr>
        <w:t>39</w:t>
      </w:r>
      <w:r w:rsidRPr="000767E2">
        <w:rPr>
          <w:lang w:val="sv-SE"/>
        </w:rPr>
        <w:t xml:space="preserve"> {{field-on:bible}}Och han gick och förkunnade i deras synagogor i hela Galileen, och demonerna drev han ut.{{field-off:bible}}</w:t>
      </w:r>
    </w:p>
    <w:p w14:paraId="1452BC73" w14:textId="77777777" w:rsidR="00BA33AB" w:rsidRPr="000767E2" w:rsidRDefault="00000000">
      <w:pPr>
        <w:pStyle w:val="Rubrik3"/>
        <w:rPr>
          <w:lang w:val="sv-SE"/>
        </w:rPr>
      </w:pPr>
      <w:r w:rsidRPr="000767E2">
        <w:rPr>
          <w:lang w:val="sv-SE"/>
        </w:rPr>
        <w:lastRenderedPageBreak/>
        <w:t>Jesus renar en spetälsk</w:t>
      </w:r>
    </w:p>
    <w:p w14:paraId="451449B7" w14:textId="52CB0B70" w:rsidR="00BA33AB" w:rsidRPr="000767E2" w:rsidRDefault="00000000">
      <w:pPr>
        <w:rPr>
          <w:lang w:val="sv-SE"/>
        </w:rPr>
      </w:pPr>
      <w:r w:rsidRPr="000767E2">
        <w:rPr>
          <w:lang w:val="sv-SE"/>
        </w:rPr>
        <w:t>[[@</w:t>
      </w:r>
      <w:r w:rsidR="0096445B" w:rsidRPr="000767E2">
        <w:rPr>
          <w:lang w:val="sv-SE"/>
        </w:rPr>
        <w:t>BibleBIBEL82</w:t>
      </w:r>
      <w:r w:rsidRPr="000767E2">
        <w:rPr>
          <w:lang w:val="sv-SE"/>
        </w:rPr>
        <w:t>:Mark 1:40]]</w:t>
      </w:r>
      <w:r w:rsidRPr="000767E2">
        <w:rPr>
          <w:vertAlign w:val="superscript"/>
          <w:lang w:val="sv-SE"/>
        </w:rPr>
        <w:t>40</w:t>
      </w:r>
      <w:r w:rsidRPr="000767E2">
        <w:rPr>
          <w:lang w:val="sv-SE"/>
        </w:rPr>
        <w:t xml:space="preserve"> {{field-on:bible}}Och </w:t>
      </w:r>
      <w:r w:rsidRPr="000767E2">
        <w:rPr>
          <w:i/>
          <w:lang w:val="sv-SE"/>
        </w:rPr>
        <w:t>det</w:t>
      </w:r>
      <w:r w:rsidRPr="000767E2">
        <w:rPr>
          <w:lang w:val="sv-SE"/>
        </w:rPr>
        <w:t xml:space="preserve"> kommer till honom en spetälsk, som vädjar till honom och knäfaller och säger till honom att: ”Om du vill, kan du rena mig.”{{field-off:bible}} [[@</w:t>
      </w:r>
      <w:r w:rsidR="0096445B" w:rsidRPr="000767E2">
        <w:rPr>
          <w:lang w:val="sv-SE"/>
        </w:rPr>
        <w:t>BibleBIBEL82</w:t>
      </w:r>
      <w:r w:rsidRPr="000767E2">
        <w:rPr>
          <w:lang w:val="sv-SE"/>
        </w:rPr>
        <w:t>:Mark 1:41]]</w:t>
      </w:r>
      <w:r w:rsidRPr="000767E2">
        <w:rPr>
          <w:vertAlign w:val="superscript"/>
          <w:lang w:val="sv-SE"/>
        </w:rPr>
        <w:t>41</w:t>
      </w:r>
      <w:r w:rsidRPr="000767E2">
        <w:rPr>
          <w:lang w:val="sv-SE"/>
        </w:rPr>
        <w:t xml:space="preserve"> {{field-on:bible}}Och han kände innerligt, räckte ut sin hand och rörde och säger till honom: ”Jag vill. Var renad!”{{field-off:bible}} [[@</w:t>
      </w:r>
      <w:r w:rsidR="0096445B" w:rsidRPr="000767E2">
        <w:rPr>
          <w:lang w:val="sv-SE"/>
        </w:rPr>
        <w:t>BibleBIBEL82</w:t>
      </w:r>
      <w:r w:rsidRPr="000767E2">
        <w:rPr>
          <w:lang w:val="sv-SE"/>
        </w:rPr>
        <w:t>:Mark 1:42]]</w:t>
      </w:r>
      <w:r w:rsidRPr="000767E2">
        <w:rPr>
          <w:vertAlign w:val="superscript"/>
          <w:lang w:val="sv-SE"/>
        </w:rPr>
        <w:t>42</w:t>
      </w:r>
      <w:r w:rsidRPr="000767E2">
        <w:rPr>
          <w:lang w:val="sv-SE"/>
        </w:rPr>
        <w:t xml:space="preserve"> {{field-on:bible}}Och direkt gick spetälskan bort från honom och han blev renad.{{field-off:bible}}</w:t>
      </w:r>
    </w:p>
    <w:p w14:paraId="365CC553" w14:textId="1A5730E1" w:rsidR="00BA33AB" w:rsidRPr="000767E2" w:rsidRDefault="00000000">
      <w:pPr>
        <w:rPr>
          <w:lang w:val="sv-SE"/>
        </w:rPr>
      </w:pPr>
      <w:r w:rsidRPr="000767E2">
        <w:rPr>
          <w:lang w:val="sv-SE"/>
        </w:rPr>
        <w:t>[[@</w:t>
      </w:r>
      <w:r w:rsidR="0096445B" w:rsidRPr="000767E2">
        <w:rPr>
          <w:lang w:val="sv-SE"/>
        </w:rPr>
        <w:t>BibleBIBEL82</w:t>
      </w:r>
      <w:r w:rsidRPr="000767E2">
        <w:rPr>
          <w:lang w:val="sv-SE"/>
        </w:rPr>
        <w:t>:Mark 1:43]]</w:t>
      </w:r>
      <w:r w:rsidRPr="000767E2">
        <w:rPr>
          <w:vertAlign w:val="superscript"/>
          <w:lang w:val="sv-SE"/>
        </w:rPr>
        <w:t>43</w:t>
      </w:r>
      <w:r w:rsidRPr="000767E2">
        <w:rPr>
          <w:lang w:val="sv-SE"/>
        </w:rPr>
        <w:t xml:space="preserve"> {{field-on:bible}}Och han frustade mot honom, och direkt drev han ut honom{{field-off:bible}} [[@</w:t>
      </w:r>
      <w:r w:rsidR="0096445B" w:rsidRPr="000767E2">
        <w:rPr>
          <w:lang w:val="sv-SE"/>
        </w:rPr>
        <w:t>BibleBIBEL82</w:t>
      </w:r>
      <w:r w:rsidRPr="000767E2">
        <w:rPr>
          <w:lang w:val="sv-SE"/>
        </w:rPr>
        <w:t>:Mark 1:44]]</w:t>
      </w:r>
      <w:r w:rsidRPr="000767E2">
        <w:rPr>
          <w:vertAlign w:val="superscript"/>
          <w:lang w:val="sv-SE"/>
        </w:rPr>
        <w:t>44</w:t>
      </w:r>
      <w:r w:rsidRPr="000767E2">
        <w:rPr>
          <w:lang w:val="sv-SE"/>
        </w:rPr>
        <w:t xml:space="preserve"> {{field-on:bible}}och säger till honom: ”Se till </w:t>
      </w:r>
      <w:r w:rsidRPr="000767E2">
        <w:rPr>
          <w:i/>
          <w:lang w:val="sv-SE"/>
        </w:rPr>
        <w:t>att</w:t>
      </w:r>
      <w:r w:rsidRPr="000767E2">
        <w:rPr>
          <w:lang w:val="sv-SE"/>
        </w:rPr>
        <w:t xml:space="preserve"> du inte till någon säger något. Nej, bege dig, visa dig för prästen och frambär för din rening det som Mose har förordnat, till ett vittnesbörd för dem.”{{field-off:bible}} [[@</w:t>
      </w:r>
      <w:r w:rsidR="0096445B" w:rsidRPr="000767E2">
        <w:rPr>
          <w:lang w:val="sv-SE"/>
        </w:rPr>
        <w:t>BibleBIBEL82</w:t>
      </w:r>
      <w:r w:rsidRPr="000767E2">
        <w:rPr>
          <w:lang w:val="sv-SE"/>
        </w:rPr>
        <w:t>:Mark 1:45]]</w:t>
      </w:r>
      <w:r w:rsidRPr="000767E2">
        <w:rPr>
          <w:vertAlign w:val="superscript"/>
          <w:lang w:val="sv-SE"/>
        </w:rPr>
        <w:t>45</w:t>
      </w:r>
      <w:r w:rsidRPr="000767E2">
        <w:rPr>
          <w:lang w:val="sv-SE"/>
        </w:rPr>
        <w:t xml:space="preserve"> {{field-on:bible}}Men han gick ut och började förkunna mycket och sprida ryktet om ordet, så att han inte längre kunde gå in uppenbart i en stad, utan ute på öde platser var han. Och man kom till honom från alla håll.{{field-off:bible}}</w:t>
      </w:r>
    </w:p>
    <w:p w14:paraId="200AE4CF" w14:textId="3D1FEE7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2]]Kapitel 2</w:t>
      </w:r>
    </w:p>
    <w:p w14:paraId="5CF8A301" w14:textId="77777777" w:rsidR="00BA33AB" w:rsidRPr="000767E2" w:rsidRDefault="00000000">
      <w:pPr>
        <w:pStyle w:val="Rubrik3"/>
        <w:rPr>
          <w:lang w:val="sv-SE"/>
        </w:rPr>
      </w:pPr>
      <w:r w:rsidRPr="000767E2">
        <w:rPr>
          <w:lang w:val="sv-SE"/>
        </w:rPr>
        <w:t>Jesus förlåter synder</w:t>
      </w:r>
    </w:p>
    <w:p w14:paraId="499233FB" w14:textId="27E5F63B" w:rsidR="00BA33AB" w:rsidRPr="000767E2" w:rsidRDefault="00000000">
      <w:pPr>
        <w:rPr>
          <w:lang w:val="sv-SE"/>
        </w:rPr>
      </w:pPr>
      <w:r w:rsidRPr="000767E2">
        <w:rPr>
          <w:lang w:val="sv-SE"/>
        </w:rPr>
        <w:t>[[@</w:t>
      </w:r>
      <w:r w:rsidR="0096445B" w:rsidRPr="000767E2">
        <w:rPr>
          <w:lang w:val="sv-SE"/>
        </w:rPr>
        <w:t>BibleBIBEL82</w:t>
      </w:r>
      <w:r w:rsidRPr="000767E2">
        <w:rPr>
          <w:lang w:val="sv-SE"/>
        </w:rPr>
        <w:t>:Mark 2:1]]</w:t>
      </w:r>
      <w:r w:rsidRPr="000767E2">
        <w:rPr>
          <w:vertAlign w:val="superscript"/>
          <w:lang w:val="sv-SE"/>
        </w:rPr>
        <w:t>1</w:t>
      </w:r>
      <w:r w:rsidRPr="000767E2">
        <w:rPr>
          <w:lang w:val="sv-SE"/>
        </w:rPr>
        <w:t xml:space="preserve"> {{field-on:bible}}Och han gick åter till Kafarnaum, och efter </w:t>
      </w:r>
      <w:r w:rsidRPr="000767E2">
        <w:rPr>
          <w:i/>
          <w:lang w:val="sv-SE"/>
        </w:rPr>
        <w:t>några</w:t>
      </w:r>
      <w:r w:rsidRPr="000767E2">
        <w:rPr>
          <w:lang w:val="sv-SE"/>
        </w:rPr>
        <w:t xml:space="preserve"> dagar hördes det att han är i huset.{{field-off:bible}} [[@</w:t>
      </w:r>
      <w:r w:rsidR="0096445B" w:rsidRPr="000767E2">
        <w:rPr>
          <w:lang w:val="sv-SE"/>
        </w:rPr>
        <w:t>BibleBIBEL82</w:t>
      </w:r>
      <w:r w:rsidRPr="000767E2">
        <w:rPr>
          <w:lang w:val="sv-SE"/>
        </w:rPr>
        <w:t>:Mark 2:2]]</w:t>
      </w:r>
      <w:r w:rsidRPr="000767E2">
        <w:rPr>
          <w:vertAlign w:val="superscript"/>
          <w:lang w:val="sv-SE"/>
        </w:rPr>
        <w:t>2</w:t>
      </w:r>
      <w:r w:rsidRPr="000767E2">
        <w:rPr>
          <w:lang w:val="sv-SE"/>
        </w:rPr>
        <w:t xml:space="preserve"> {{field-on:bible}}Och det samlades så många att de inte längre hade rum, inte ens vid dörren. Och han talade till dem ordet.{{field-off:bible}}</w:t>
      </w:r>
    </w:p>
    <w:p w14:paraId="08E0FD21" w14:textId="3C225EDE" w:rsidR="00BA33AB" w:rsidRPr="000767E2" w:rsidRDefault="00000000">
      <w:pPr>
        <w:rPr>
          <w:lang w:val="sv-SE"/>
        </w:rPr>
      </w:pPr>
      <w:r w:rsidRPr="000767E2">
        <w:rPr>
          <w:lang w:val="sv-SE"/>
        </w:rPr>
        <w:t>[[@</w:t>
      </w:r>
      <w:r w:rsidR="0096445B" w:rsidRPr="000767E2">
        <w:rPr>
          <w:lang w:val="sv-SE"/>
        </w:rPr>
        <w:t>BibleBIBEL82</w:t>
      </w:r>
      <w:r w:rsidRPr="000767E2">
        <w:rPr>
          <w:lang w:val="sv-SE"/>
        </w:rPr>
        <w:t>:Mark 2:3]]</w:t>
      </w:r>
      <w:r w:rsidRPr="000767E2">
        <w:rPr>
          <w:vertAlign w:val="superscript"/>
          <w:lang w:val="sv-SE"/>
        </w:rPr>
        <w:t>3</w:t>
      </w:r>
      <w:r w:rsidRPr="000767E2">
        <w:rPr>
          <w:lang w:val="sv-SE"/>
        </w:rPr>
        <w:t xml:space="preserve"> {{field-on:bible}}Och man kommer bärande till honom en förlamad, lyft av fyra.{{field-off:bible}} [[@</w:t>
      </w:r>
      <w:r w:rsidR="0096445B" w:rsidRPr="000767E2">
        <w:rPr>
          <w:lang w:val="sv-SE"/>
        </w:rPr>
        <w:t>BibleBIBEL82</w:t>
      </w:r>
      <w:r w:rsidRPr="000767E2">
        <w:rPr>
          <w:lang w:val="sv-SE"/>
        </w:rPr>
        <w:t>:Mark 2:4]]</w:t>
      </w:r>
      <w:r w:rsidRPr="000767E2">
        <w:rPr>
          <w:vertAlign w:val="superscript"/>
          <w:lang w:val="sv-SE"/>
        </w:rPr>
        <w:t>4</w:t>
      </w:r>
      <w:r w:rsidRPr="000767E2">
        <w:rPr>
          <w:lang w:val="sv-SE"/>
        </w:rPr>
        <w:t xml:space="preserve"> {{field-on:bible}}Och när de inte kunde bära fram till honom för skarans skull, avtakade de taket där han var. Och när de grävt ut, firar de ner madrassen där den förlamade låg.{{field-off:bible}} [[@</w:t>
      </w:r>
      <w:r w:rsidR="0096445B" w:rsidRPr="000767E2">
        <w:rPr>
          <w:lang w:val="sv-SE"/>
        </w:rPr>
        <w:t>BibleBIBEL82</w:t>
      </w:r>
      <w:r w:rsidRPr="000767E2">
        <w:rPr>
          <w:lang w:val="sv-SE"/>
        </w:rPr>
        <w:t>:Mark 2:5]]</w:t>
      </w:r>
      <w:r w:rsidRPr="000767E2">
        <w:rPr>
          <w:vertAlign w:val="superscript"/>
          <w:lang w:val="sv-SE"/>
        </w:rPr>
        <w:t>5</w:t>
      </w:r>
      <w:r w:rsidRPr="000767E2">
        <w:rPr>
          <w:lang w:val="sv-SE"/>
        </w:rPr>
        <w:t xml:space="preserve"> {{field-on:bible}}Och Jesus ser deras tro och säger till den förlamade: ”Barn, dina synder förlåts.”{{field-off:bible}}</w:t>
      </w:r>
    </w:p>
    <w:p w14:paraId="3A5B7F67" w14:textId="02E10C17" w:rsidR="00BA33AB" w:rsidRPr="000767E2" w:rsidRDefault="00000000">
      <w:pPr>
        <w:rPr>
          <w:lang w:val="sv-SE"/>
        </w:rPr>
      </w:pPr>
      <w:r w:rsidRPr="000767E2">
        <w:rPr>
          <w:lang w:val="sv-SE"/>
        </w:rPr>
        <w:t>[[@</w:t>
      </w:r>
      <w:r w:rsidR="0096445B" w:rsidRPr="000767E2">
        <w:rPr>
          <w:lang w:val="sv-SE"/>
        </w:rPr>
        <w:t>BibleBIBEL82</w:t>
      </w:r>
      <w:r w:rsidRPr="000767E2">
        <w:rPr>
          <w:lang w:val="sv-SE"/>
        </w:rPr>
        <w:t>:Mark 2:6]]</w:t>
      </w:r>
      <w:r w:rsidRPr="000767E2">
        <w:rPr>
          <w:vertAlign w:val="superscript"/>
          <w:lang w:val="sv-SE"/>
        </w:rPr>
        <w:t>6</w:t>
      </w:r>
      <w:r w:rsidRPr="000767E2">
        <w:rPr>
          <w:lang w:val="sv-SE"/>
        </w:rPr>
        <w:t xml:space="preserve"> {{field-on:bible}}Men det fanns några av de skriftlärda där som satt och funderade i sina hjärtan:{{field-off:bible}} [[@</w:t>
      </w:r>
      <w:r w:rsidR="0096445B" w:rsidRPr="000767E2">
        <w:rPr>
          <w:lang w:val="sv-SE"/>
        </w:rPr>
        <w:t>BibleBIBEL82</w:t>
      </w:r>
      <w:r w:rsidRPr="000767E2">
        <w:rPr>
          <w:lang w:val="sv-SE"/>
        </w:rPr>
        <w:t>:Mark 2:7]]</w:t>
      </w:r>
      <w:r w:rsidRPr="000767E2">
        <w:rPr>
          <w:vertAlign w:val="superscript"/>
          <w:lang w:val="sv-SE"/>
        </w:rPr>
        <w:t>7</w:t>
      </w:r>
      <w:r w:rsidRPr="000767E2">
        <w:rPr>
          <w:lang w:val="sv-SE"/>
        </w:rPr>
        <w:t xml:space="preserve"> {{field-on:bible}}”Varför talar den där så? Han hädar! Vem kan förlåta synder utom en: Gud?”{{field-off:bible}} [[@</w:t>
      </w:r>
      <w:r w:rsidR="0096445B" w:rsidRPr="000767E2">
        <w:rPr>
          <w:lang w:val="sv-SE"/>
        </w:rPr>
        <w:t>BibleBIBEL82</w:t>
      </w:r>
      <w:r w:rsidRPr="000767E2">
        <w:rPr>
          <w:lang w:val="sv-SE"/>
        </w:rPr>
        <w:t>:Mark 2:8]]</w:t>
      </w:r>
      <w:r w:rsidRPr="000767E2">
        <w:rPr>
          <w:vertAlign w:val="superscript"/>
          <w:lang w:val="sv-SE"/>
        </w:rPr>
        <w:t>8</w:t>
      </w:r>
      <w:r w:rsidRPr="000767E2">
        <w:rPr>
          <w:lang w:val="sv-SE"/>
        </w:rPr>
        <w:t xml:space="preserve"> {{field-on:bible}}Och direkt insåg Jesus i sin ande att </w:t>
      </w:r>
      <w:r w:rsidRPr="000767E2">
        <w:rPr>
          <w:i/>
          <w:lang w:val="sv-SE"/>
        </w:rPr>
        <w:t>det är</w:t>
      </w:r>
      <w:r w:rsidRPr="000767E2">
        <w:rPr>
          <w:lang w:val="sv-SE"/>
        </w:rPr>
        <w:t xml:space="preserve"> så de funderar inom sig, och han säger till dem: ”Varför funderar ni detta i era hjärtan?{{field-off:bible}} [[@</w:t>
      </w:r>
      <w:r w:rsidR="0096445B" w:rsidRPr="000767E2">
        <w:rPr>
          <w:lang w:val="sv-SE"/>
        </w:rPr>
        <w:t>BibleBIBEL82</w:t>
      </w:r>
      <w:r w:rsidRPr="000767E2">
        <w:rPr>
          <w:lang w:val="sv-SE"/>
        </w:rPr>
        <w:t>:Mark 2:9]]</w:t>
      </w:r>
      <w:r w:rsidRPr="000767E2">
        <w:rPr>
          <w:vertAlign w:val="superscript"/>
          <w:lang w:val="sv-SE"/>
        </w:rPr>
        <w:t>9</w:t>
      </w:r>
      <w:r w:rsidRPr="000767E2">
        <w:rPr>
          <w:lang w:val="sv-SE"/>
        </w:rPr>
        <w:t xml:space="preserve"> {{field-on:bible}}Vad är lättare? Att säga till den förlamade: Dina synder förlåts, eller att säga: Res dig och ta din madrass och vandra?{{field-off:bible}} [[@</w:t>
      </w:r>
      <w:r w:rsidR="0096445B" w:rsidRPr="000767E2">
        <w:rPr>
          <w:lang w:val="sv-SE"/>
        </w:rPr>
        <w:t>BibleBIBEL82</w:t>
      </w:r>
      <w:r w:rsidRPr="000767E2">
        <w:rPr>
          <w:lang w:val="sv-SE"/>
        </w:rPr>
        <w:t>:Mark 2:10]]</w:t>
      </w:r>
      <w:r w:rsidRPr="000767E2">
        <w:rPr>
          <w:vertAlign w:val="superscript"/>
          <w:lang w:val="sv-SE"/>
        </w:rPr>
        <w:t>10</w:t>
      </w:r>
      <w:r w:rsidRPr="000767E2">
        <w:rPr>
          <w:lang w:val="sv-SE"/>
        </w:rPr>
        <w:t xml:space="preserve"> {{field-on:bible}}Men för att ni ska veta att auktoritet har Människosonen att förlåta synder på jorden”, säger han </w:t>
      </w:r>
      <w:r w:rsidRPr="000767E2">
        <w:rPr>
          <w:i/>
          <w:lang w:val="sv-SE"/>
        </w:rPr>
        <w:t>sedan</w:t>
      </w:r>
      <w:r w:rsidRPr="000767E2">
        <w:rPr>
          <w:lang w:val="sv-SE"/>
        </w:rPr>
        <w:t xml:space="preserve"> till den förlamade:{{field-off:bible}} [[@</w:t>
      </w:r>
      <w:r w:rsidR="0096445B" w:rsidRPr="000767E2">
        <w:rPr>
          <w:lang w:val="sv-SE"/>
        </w:rPr>
        <w:t>BibleBIBEL82</w:t>
      </w:r>
      <w:r w:rsidRPr="000767E2">
        <w:rPr>
          <w:lang w:val="sv-SE"/>
        </w:rPr>
        <w:t>:Mark 2:11]]</w:t>
      </w:r>
      <w:r w:rsidRPr="000767E2">
        <w:rPr>
          <w:vertAlign w:val="superscript"/>
          <w:lang w:val="sv-SE"/>
        </w:rPr>
        <w:t>11</w:t>
      </w:r>
      <w:r w:rsidRPr="000767E2">
        <w:rPr>
          <w:lang w:val="sv-SE"/>
        </w:rPr>
        <w:t xml:space="preserve"> {{field-on:bible}}”Till dig säger jag: Res dig, ta din madrass och bege dig till ditt hus!”{{field-off:bible}} [[@</w:t>
      </w:r>
      <w:r w:rsidR="0096445B" w:rsidRPr="000767E2">
        <w:rPr>
          <w:lang w:val="sv-SE"/>
        </w:rPr>
        <w:t>BibleBIBEL82</w:t>
      </w:r>
      <w:r w:rsidRPr="000767E2">
        <w:rPr>
          <w:lang w:val="sv-SE"/>
        </w:rPr>
        <w:t>:Mark 2:12]]</w:t>
      </w:r>
      <w:r w:rsidRPr="000767E2">
        <w:rPr>
          <w:vertAlign w:val="superscript"/>
          <w:lang w:val="sv-SE"/>
        </w:rPr>
        <w:t>12</w:t>
      </w:r>
      <w:r w:rsidRPr="000767E2">
        <w:rPr>
          <w:lang w:val="sv-SE"/>
        </w:rPr>
        <w:t xml:space="preserve"> {{field-on:bible}}Och han reste sig, och direkt tog han upp madrassen och gick ut inför alla, så att alla var utom sig och ärade Gud och sade att: ”Sådant har vi aldrig sett!”{{field-off:bible}}</w:t>
      </w:r>
    </w:p>
    <w:p w14:paraId="633376E5" w14:textId="77777777" w:rsidR="00BA33AB" w:rsidRPr="000767E2" w:rsidRDefault="00000000">
      <w:pPr>
        <w:pStyle w:val="Rubrik3"/>
        <w:rPr>
          <w:lang w:val="sv-SE"/>
        </w:rPr>
      </w:pPr>
      <w:r w:rsidRPr="000767E2">
        <w:rPr>
          <w:lang w:val="sv-SE"/>
        </w:rPr>
        <w:lastRenderedPageBreak/>
        <w:t>Jesus hos tullindrivare och syndare</w:t>
      </w:r>
    </w:p>
    <w:p w14:paraId="48651F49" w14:textId="5861797D" w:rsidR="00BA33AB" w:rsidRPr="000767E2" w:rsidRDefault="00000000">
      <w:pPr>
        <w:rPr>
          <w:lang w:val="sv-SE"/>
        </w:rPr>
      </w:pPr>
      <w:r w:rsidRPr="000767E2">
        <w:rPr>
          <w:lang w:val="sv-SE"/>
        </w:rPr>
        <w:t>[[@</w:t>
      </w:r>
      <w:r w:rsidR="0096445B" w:rsidRPr="000767E2">
        <w:rPr>
          <w:lang w:val="sv-SE"/>
        </w:rPr>
        <w:t>BibleBIBEL82</w:t>
      </w:r>
      <w:r w:rsidRPr="000767E2">
        <w:rPr>
          <w:lang w:val="sv-SE"/>
        </w:rPr>
        <w:t>:Mark 2:13]]</w:t>
      </w:r>
      <w:r w:rsidRPr="000767E2">
        <w:rPr>
          <w:vertAlign w:val="superscript"/>
          <w:lang w:val="sv-SE"/>
        </w:rPr>
        <w:t>13</w:t>
      </w:r>
      <w:r w:rsidRPr="000767E2">
        <w:rPr>
          <w:lang w:val="sv-SE"/>
        </w:rPr>
        <w:t xml:space="preserve"> {{field-on:bible}}Och han gick åter ut längs havet. Och hela skaran kom till honom, och han undervisade dem.{{field-off:bible}} [[@</w:t>
      </w:r>
      <w:r w:rsidR="0096445B" w:rsidRPr="000767E2">
        <w:rPr>
          <w:lang w:val="sv-SE"/>
        </w:rPr>
        <w:t>BibleBIBEL82</w:t>
      </w:r>
      <w:r w:rsidRPr="000767E2">
        <w:rPr>
          <w:lang w:val="sv-SE"/>
        </w:rPr>
        <w:t>:Mark 2:14]]</w:t>
      </w:r>
      <w:r w:rsidRPr="000767E2">
        <w:rPr>
          <w:vertAlign w:val="superscript"/>
          <w:lang w:val="sv-SE"/>
        </w:rPr>
        <w:t>14</w:t>
      </w:r>
      <w:r w:rsidRPr="000767E2">
        <w:rPr>
          <w:lang w:val="sv-SE"/>
        </w:rPr>
        <w:t xml:space="preserve"> {{field-on:bible}}Och när han drog vidare såg han Levi Alfaios </w:t>
      </w:r>
      <w:r w:rsidRPr="000767E2">
        <w:rPr>
          <w:i/>
          <w:lang w:val="sv-SE"/>
        </w:rPr>
        <w:t>son</w:t>
      </w:r>
      <w:r w:rsidRPr="000767E2">
        <w:rPr>
          <w:lang w:val="sv-SE"/>
        </w:rPr>
        <w:t xml:space="preserve"> sittande vid tullhuset, och han säger till honom: ”Följ mig!” Och han stod upp och följde honom.{{field-off:bible}}</w:t>
      </w:r>
    </w:p>
    <w:p w14:paraId="6A6E032B" w14:textId="13790080" w:rsidR="00BA33AB" w:rsidRPr="000767E2" w:rsidRDefault="00000000">
      <w:pPr>
        <w:rPr>
          <w:lang w:val="sv-SE"/>
        </w:rPr>
      </w:pPr>
      <w:r w:rsidRPr="000767E2">
        <w:rPr>
          <w:lang w:val="sv-SE"/>
        </w:rPr>
        <w:t>[[@</w:t>
      </w:r>
      <w:r w:rsidR="0096445B" w:rsidRPr="000767E2">
        <w:rPr>
          <w:lang w:val="sv-SE"/>
        </w:rPr>
        <w:t>BibleBIBEL82</w:t>
      </w:r>
      <w:r w:rsidRPr="000767E2">
        <w:rPr>
          <w:lang w:val="sv-SE"/>
        </w:rPr>
        <w:t>:Mark 2:15]]</w:t>
      </w:r>
      <w:r w:rsidRPr="000767E2">
        <w:rPr>
          <w:vertAlign w:val="superscript"/>
          <w:lang w:val="sv-SE"/>
        </w:rPr>
        <w:t>15</w:t>
      </w:r>
      <w:r w:rsidRPr="000767E2">
        <w:rPr>
          <w:lang w:val="sv-SE"/>
        </w:rPr>
        <w:t xml:space="preserve"> {{field-on:bible}}Och det händer sig att han ligger </w:t>
      </w:r>
      <w:r w:rsidRPr="000767E2">
        <w:rPr>
          <w:i/>
          <w:lang w:val="sv-SE"/>
        </w:rPr>
        <w:t>till bords</w:t>
      </w:r>
      <w:r w:rsidRPr="000767E2">
        <w:rPr>
          <w:lang w:val="sv-SE"/>
        </w:rPr>
        <w:t xml:space="preserve"> i hans hus, och många tullindrivare och syndare låg </w:t>
      </w:r>
      <w:r w:rsidRPr="000767E2">
        <w:rPr>
          <w:i/>
          <w:lang w:val="sv-SE"/>
        </w:rPr>
        <w:t>till bords</w:t>
      </w:r>
      <w:r w:rsidRPr="000767E2">
        <w:rPr>
          <w:lang w:val="sv-SE"/>
        </w:rPr>
        <w:t xml:space="preserve"> med Jesus och hans lärjungar. För de var många och de följde honom.{{field-off:bible}} [[@</w:t>
      </w:r>
      <w:r w:rsidR="0096445B" w:rsidRPr="000767E2">
        <w:rPr>
          <w:lang w:val="sv-SE"/>
        </w:rPr>
        <w:t>BibleBIBEL82</w:t>
      </w:r>
      <w:r w:rsidRPr="000767E2">
        <w:rPr>
          <w:lang w:val="sv-SE"/>
        </w:rPr>
        <w:t>:Mark 2:16]]</w:t>
      </w:r>
      <w:r w:rsidRPr="000767E2">
        <w:rPr>
          <w:vertAlign w:val="superscript"/>
          <w:lang w:val="sv-SE"/>
        </w:rPr>
        <w:t>16</w:t>
      </w:r>
      <w:r w:rsidRPr="000767E2">
        <w:rPr>
          <w:lang w:val="sv-SE"/>
        </w:rPr>
        <w:t xml:space="preserve"> {{field-on:bible}}Och när de skriftlärda från fariseerna såg att han äter med syndarna och tullindrivarna, sade de till hans lärjungar att: ”</w:t>
      </w:r>
      <w:r w:rsidRPr="000767E2">
        <w:rPr>
          <w:i/>
          <w:lang w:val="sv-SE"/>
        </w:rPr>
        <w:t>Är det</w:t>
      </w:r>
      <w:r w:rsidRPr="000767E2">
        <w:rPr>
          <w:lang w:val="sv-SE"/>
        </w:rPr>
        <w:t xml:space="preserve"> med tullindrivarna och syndarna han äter?”{{field-off:bible}} [[@</w:t>
      </w:r>
      <w:r w:rsidR="0096445B" w:rsidRPr="000767E2">
        <w:rPr>
          <w:lang w:val="sv-SE"/>
        </w:rPr>
        <w:t>BibleBIBEL82</w:t>
      </w:r>
      <w:r w:rsidRPr="000767E2">
        <w:rPr>
          <w:lang w:val="sv-SE"/>
        </w:rPr>
        <w:t>:Mark 2:17]]</w:t>
      </w:r>
      <w:r w:rsidRPr="000767E2">
        <w:rPr>
          <w:vertAlign w:val="superscript"/>
          <w:lang w:val="sv-SE"/>
        </w:rPr>
        <w:t>17</w:t>
      </w:r>
      <w:r w:rsidRPr="000767E2">
        <w:rPr>
          <w:lang w:val="sv-SE"/>
        </w:rPr>
        <w:t xml:space="preserve"> {{field-on:bible}}Och Jesus hörde och säger till dem att: ”Inte har de starka behov av läkare, utan de som har </w:t>
      </w:r>
      <w:r w:rsidRPr="000767E2">
        <w:rPr>
          <w:i/>
          <w:lang w:val="sv-SE"/>
        </w:rPr>
        <w:t>det</w:t>
      </w:r>
      <w:r w:rsidRPr="000767E2">
        <w:rPr>
          <w:lang w:val="sv-SE"/>
        </w:rPr>
        <w:t xml:space="preserve"> illa. Jag har inte kommit </w:t>
      </w:r>
      <w:r w:rsidRPr="000767E2">
        <w:rPr>
          <w:i/>
          <w:lang w:val="sv-SE"/>
        </w:rPr>
        <w:t>för</w:t>
      </w:r>
      <w:r w:rsidRPr="000767E2">
        <w:rPr>
          <w:lang w:val="sv-SE"/>
        </w:rPr>
        <w:t xml:space="preserve"> att kalla rättfärdiga, utan syndare.”{{field-off:bible}}</w:t>
      </w:r>
    </w:p>
    <w:p w14:paraId="197C65AF" w14:textId="77777777" w:rsidR="00BA33AB" w:rsidRPr="000767E2" w:rsidRDefault="00000000">
      <w:pPr>
        <w:pStyle w:val="Rubrik3"/>
        <w:rPr>
          <w:lang w:val="sv-SE"/>
        </w:rPr>
      </w:pPr>
      <w:r w:rsidRPr="000767E2">
        <w:rPr>
          <w:lang w:val="sv-SE"/>
        </w:rPr>
        <w:t>Jesus och fastan</w:t>
      </w:r>
    </w:p>
    <w:p w14:paraId="5455B4FA" w14:textId="0B6BD617" w:rsidR="00BA33AB" w:rsidRPr="000767E2" w:rsidRDefault="00000000">
      <w:pPr>
        <w:rPr>
          <w:lang w:val="sv-SE"/>
        </w:rPr>
      </w:pPr>
      <w:r w:rsidRPr="000767E2">
        <w:rPr>
          <w:lang w:val="sv-SE"/>
        </w:rPr>
        <w:t>[[@</w:t>
      </w:r>
      <w:r w:rsidR="0096445B" w:rsidRPr="000767E2">
        <w:rPr>
          <w:lang w:val="sv-SE"/>
        </w:rPr>
        <w:t>BibleBIBEL82</w:t>
      </w:r>
      <w:r w:rsidRPr="000767E2">
        <w:rPr>
          <w:lang w:val="sv-SE"/>
        </w:rPr>
        <w:t>:Mark 2:18]]</w:t>
      </w:r>
      <w:r w:rsidRPr="000767E2">
        <w:rPr>
          <w:vertAlign w:val="superscript"/>
          <w:lang w:val="sv-SE"/>
        </w:rPr>
        <w:t>18</w:t>
      </w:r>
      <w:r w:rsidRPr="000767E2">
        <w:rPr>
          <w:lang w:val="sv-SE"/>
        </w:rPr>
        <w:t xml:space="preserve"> {{field-on:bible}}Och Johannes lärjungar och fariseerna var fastande, och de kommer och säger till honom: ”Varför fastar Johannes lärjungar och fariseernas lärjungar, men dina lärjungar fastar inte?”{{field-off:bible}} [[@</w:t>
      </w:r>
      <w:r w:rsidR="0096445B" w:rsidRPr="000767E2">
        <w:rPr>
          <w:lang w:val="sv-SE"/>
        </w:rPr>
        <w:t>BibleBIBEL82</w:t>
      </w:r>
      <w:r w:rsidRPr="000767E2">
        <w:rPr>
          <w:lang w:val="sv-SE"/>
        </w:rPr>
        <w:t>:Mark 2:19]]</w:t>
      </w:r>
      <w:r w:rsidRPr="000767E2">
        <w:rPr>
          <w:vertAlign w:val="superscript"/>
          <w:lang w:val="sv-SE"/>
        </w:rPr>
        <w:t>19</w:t>
      </w:r>
      <w:r w:rsidRPr="000767E2">
        <w:rPr>
          <w:lang w:val="sv-SE"/>
        </w:rPr>
        <w:t xml:space="preserve"> {{field-on:bible}}Och Jesus sade till dem: ”Inte kan bröllopssalens söner, under det att brudgummen är hos dem, fasta? Den tid de har brudgummen hos sig kan de inte fasta.{{field-off:bible}} [[@</w:t>
      </w:r>
      <w:r w:rsidR="0096445B" w:rsidRPr="000767E2">
        <w:rPr>
          <w:lang w:val="sv-SE"/>
        </w:rPr>
        <w:t>BibleBIBEL82</w:t>
      </w:r>
      <w:r w:rsidRPr="000767E2">
        <w:rPr>
          <w:lang w:val="sv-SE"/>
        </w:rPr>
        <w:t>:Mark 2:20]]</w:t>
      </w:r>
      <w:r w:rsidRPr="000767E2">
        <w:rPr>
          <w:vertAlign w:val="superscript"/>
          <w:lang w:val="sv-SE"/>
        </w:rPr>
        <w:t>20</w:t>
      </w:r>
      <w:r w:rsidRPr="000767E2">
        <w:rPr>
          <w:lang w:val="sv-SE"/>
        </w:rPr>
        <w:t xml:space="preserve"> {{field-on:bible}}Men det ska komma dagar när brudgummen tas ifrån dem, och då ska de fasta, på den dagen.{{field-off:bible}}</w:t>
      </w:r>
    </w:p>
    <w:p w14:paraId="770CC2D1" w14:textId="1F806636" w:rsidR="00BA33AB" w:rsidRPr="000767E2" w:rsidRDefault="00000000">
      <w:pPr>
        <w:rPr>
          <w:lang w:val="sv-SE"/>
        </w:rPr>
      </w:pPr>
      <w:r w:rsidRPr="000767E2">
        <w:rPr>
          <w:lang w:val="sv-SE"/>
        </w:rPr>
        <w:t>[[@</w:t>
      </w:r>
      <w:r w:rsidR="0096445B" w:rsidRPr="000767E2">
        <w:rPr>
          <w:lang w:val="sv-SE"/>
        </w:rPr>
        <w:t>BibleBIBEL82</w:t>
      </w:r>
      <w:r w:rsidRPr="000767E2">
        <w:rPr>
          <w:lang w:val="sv-SE"/>
        </w:rPr>
        <w:t>:Mark 2:21]]</w:t>
      </w:r>
      <w:r w:rsidRPr="000767E2">
        <w:rPr>
          <w:vertAlign w:val="superscript"/>
          <w:lang w:val="sv-SE"/>
        </w:rPr>
        <w:t>21</w:t>
      </w:r>
      <w:r w:rsidRPr="000767E2">
        <w:rPr>
          <w:lang w:val="sv-SE"/>
        </w:rPr>
        <w:t xml:space="preserve"> {{field-on:bible}}Ingen syr på en lapp av okrympt tyg på en gammal mantel. Annars tar den nya bort fullheten av sig från den gamla, och det blir en värre reva.{{field-off:bible}} [[@</w:t>
      </w:r>
      <w:r w:rsidR="0096445B" w:rsidRPr="000767E2">
        <w:rPr>
          <w:lang w:val="sv-SE"/>
        </w:rPr>
        <w:t>BibleBIBEL82</w:t>
      </w:r>
      <w:r w:rsidRPr="000767E2">
        <w:rPr>
          <w:lang w:val="sv-SE"/>
        </w:rPr>
        <w:t>:Mark 2:22]]</w:t>
      </w:r>
      <w:r w:rsidRPr="000767E2">
        <w:rPr>
          <w:vertAlign w:val="superscript"/>
          <w:lang w:val="sv-SE"/>
        </w:rPr>
        <w:t>22</w:t>
      </w:r>
      <w:r w:rsidRPr="000767E2">
        <w:rPr>
          <w:lang w:val="sv-SE"/>
        </w:rPr>
        <w:t xml:space="preserve"> {{field-on:bible}}Och ingen häller ungt vin i gamla läglar. Annars sliter vinet sönder läglarna och vinet går förlorat, även läglarna. Nej, ungt vin i nya läglar.”{{field-off:bible}}</w:t>
      </w:r>
    </w:p>
    <w:p w14:paraId="3F9AD0A0" w14:textId="77777777" w:rsidR="00BA33AB" w:rsidRPr="000767E2" w:rsidRDefault="00000000">
      <w:pPr>
        <w:pStyle w:val="Rubrik3"/>
        <w:rPr>
          <w:lang w:val="sv-SE"/>
        </w:rPr>
      </w:pPr>
      <w:r w:rsidRPr="000767E2">
        <w:rPr>
          <w:lang w:val="sv-SE"/>
        </w:rPr>
        <w:t>Jesus är sabbatens Herre</w:t>
      </w:r>
    </w:p>
    <w:p w14:paraId="314257FA" w14:textId="5BE81460" w:rsidR="00BA33AB" w:rsidRPr="000767E2" w:rsidRDefault="00000000">
      <w:pPr>
        <w:rPr>
          <w:lang w:val="sv-SE"/>
        </w:rPr>
      </w:pPr>
      <w:r w:rsidRPr="000767E2">
        <w:rPr>
          <w:lang w:val="sv-SE"/>
        </w:rPr>
        <w:t>[[@</w:t>
      </w:r>
      <w:r w:rsidR="0096445B" w:rsidRPr="000767E2">
        <w:rPr>
          <w:lang w:val="sv-SE"/>
        </w:rPr>
        <w:t>BibleBIBEL82</w:t>
      </w:r>
      <w:r w:rsidRPr="000767E2">
        <w:rPr>
          <w:lang w:val="sv-SE"/>
        </w:rPr>
        <w:t>:Mark 2:23]]</w:t>
      </w:r>
      <w:r w:rsidRPr="000767E2">
        <w:rPr>
          <w:vertAlign w:val="superscript"/>
          <w:lang w:val="sv-SE"/>
        </w:rPr>
        <w:t>23</w:t>
      </w:r>
      <w:r w:rsidRPr="000767E2">
        <w:rPr>
          <w:lang w:val="sv-SE"/>
        </w:rPr>
        <w:t xml:space="preserve"> {{field-on:bible}}Och det hände sig att han på sabbaten passerade genom sädesfälten, och hans lärjungar började göra väg medan de ryckte av axen.{{field-off:bible}} [[@</w:t>
      </w:r>
      <w:r w:rsidR="0096445B" w:rsidRPr="000767E2">
        <w:rPr>
          <w:lang w:val="sv-SE"/>
        </w:rPr>
        <w:t>BibleBIBEL82</w:t>
      </w:r>
      <w:r w:rsidRPr="000767E2">
        <w:rPr>
          <w:lang w:val="sv-SE"/>
        </w:rPr>
        <w:t>:Mark 2:24]]</w:t>
      </w:r>
      <w:r w:rsidRPr="000767E2">
        <w:rPr>
          <w:vertAlign w:val="superscript"/>
          <w:lang w:val="sv-SE"/>
        </w:rPr>
        <w:t>24</w:t>
      </w:r>
      <w:r w:rsidRPr="000767E2">
        <w:rPr>
          <w:lang w:val="sv-SE"/>
        </w:rPr>
        <w:t xml:space="preserve"> {{field-on:bible}}Och fariseerna sade till honom: ”Se: varför gör de på sabbaten det som inte är tillåtet?”{{field-off:bible}} [[@</w:t>
      </w:r>
      <w:r w:rsidR="0096445B" w:rsidRPr="000767E2">
        <w:rPr>
          <w:lang w:val="sv-SE"/>
        </w:rPr>
        <w:t>BibleBIBEL82</w:t>
      </w:r>
      <w:r w:rsidRPr="000767E2">
        <w:rPr>
          <w:lang w:val="sv-SE"/>
        </w:rPr>
        <w:t>:Mark 2:25]]</w:t>
      </w:r>
      <w:r w:rsidRPr="000767E2">
        <w:rPr>
          <w:vertAlign w:val="superscript"/>
          <w:lang w:val="sv-SE"/>
        </w:rPr>
        <w:t>25</w:t>
      </w:r>
      <w:r w:rsidRPr="000767E2">
        <w:rPr>
          <w:lang w:val="sv-SE"/>
        </w:rPr>
        <w:t xml:space="preserve"> {{field-on:bible}}Och han säger till dem: ”Har ni aldrig läst vad David gjorde när han hade behov och blev hungrig, han och de </w:t>
      </w:r>
      <w:r w:rsidRPr="000767E2">
        <w:rPr>
          <w:i/>
          <w:lang w:val="sv-SE"/>
        </w:rPr>
        <w:t>som var</w:t>
      </w:r>
      <w:r w:rsidRPr="000767E2">
        <w:rPr>
          <w:lang w:val="sv-SE"/>
        </w:rPr>
        <w:t xml:space="preserve"> med honom?{{field-off:bible}} [[@</w:t>
      </w:r>
      <w:r w:rsidR="0096445B" w:rsidRPr="000767E2">
        <w:rPr>
          <w:lang w:val="sv-SE"/>
        </w:rPr>
        <w:t>BibleBIBEL82</w:t>
      </w:r>
      <w:r w:rsidRPr="000767E2">
        <w:rPr>
          <w:lang w:val="sv-SE"/>
        </w:rPr>
        <w:t>:Mark 2:26]]</w:t>
      </w:r>
      <w:r w:rsidRPr="000767E2">
        <w:rPr>
          <w:vertAlign w:val="superscript"/>
          <w:lang w:val="sv-SE"/>
        </w:rPr>
        <w:t>26</w:t>
      </w:r>
      <w:r w:rsidRPr="000767E2">
        <w:rPr>
          <w:lang w:val="sv-SE"/>
        </w:rPr>
        <w:t xml:space="preserve"> {{field-on:bible}}Hur han gick in i Guds hus vid översteprästen Abiathar, och framsättningens bröd åt han, som det inte är tillåtet att äta utom för prästerna. Och han gav också till dem som var med honom.”{{field-off:bible}}</w:t>
      </w:r>
    </w:p>
    <w:p w14:paraId="5935E118" w14:textId="6E48C2A4" w:rsidR="00BA33AB" w:rsidRPr="000767E2" w:rsidRDefault="00000000">
      <w:pPr>
        <w:rPr>
          <w:lang w:val="sv-SE"/>
        </w:rPr>
      </w:pPr>
      <w:r w:rsidRPr="000767E2">
        <w:rPr>
          <w:lang w:val="sv-SE"/>
        </w:rPr>
        <w:t>[[@</w:t>
      </w:r>
      <w:r w:rsidR="0096445B" w:rsidRPr="000767E2">
        <w:rPr>
          <w:lang w:val="sv-SE"/>
        </w:rPr>
        <w:t>BibleBIBEL82</w:t>
      </w:r>
      <w:r w:rsidRPr="000767E2">
        <w:rPr>
          <w:lang w:val="sv-SE"/>
        </w:rPr>
        <w:t>:Mark 2:27]]</w:t>
      </w:r>
      <w:r w:rsidRPr="000767E2">
        <w:rPr>
          <w:vertAlign w:val="superscript"/>
          <w:lang w:val="sv-SE"/>
        </w:rPr>
        <w:t>27</w:t>
      </w:r>
      <w:r w:rsidRPr="000767E2">
        <w:rPr>
          <w:lang w:val="sv-SE"/>
        </w:rPr>
        <w:t xml:space="preserve"> {{field-on:bible}}Och han sade till dem: ”Sabbaten blev till för människan, och inte människan för sabbaten.{{field-off:bible}} [[@</w:t>
      </w:r>
      <w:r w:rsidR="0096445B" w:rsidRPr="000767E2">
        <w:rPr>
          <w:lang w:val="sv-SE"/>
        </w:rPr>
        <w:t>BibleBIBEL82</w:t>
      </w:r>
      <w:r w:rsidRPr="000767E2">
        <w:rPr>
          <w:lang w:val="sv-SE"/>
        </w:rPr>
        <w:t>:Mark 2:28]]</w:t>
      </w:r>
      <w:r w:rsidRPr="000767E2">
        <w:rPr>
          <w:vertAlign w:val="superscript"/>
          <w:lang w:val="sv-SE"/>
        </w:rPr>
        <w:t>28</w:t>
      </w:r>
      <w:r w:rsidRPr="000767E2">
        <w:rPr>
          <w:lang w:val="sv-SE"/>
        </w:rPr>
        <w:t xml:space="preserve"> {{field-on:bible}}Alltså är Människosonen Herre också över sabbaten.”{{field-off:bible}}</w:t>
      </w:r>
    </w:p>
    <w:p w14:paraId="0309364E" w14:textId="1337DA72"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:Mark 3]]Kapitel 3</w:t>
      </w:r>
    </w:p>
    <w:p w14:paraId="137506FC" w14:textId="7F48D1CB" w:rsidR="00BA33AB" w:rsidRPr="000767E2" w:rsidRDefault="00000000">
      <w:pPr>
        <w:rPr>
          <w:lang w:val="sv-SE"/>
        </w:rPr>
      </w:pPr>
      <w:r w:rsidRPr="000767E2">
        <w:rPr>
          <w:lang w:val="sv-SE"/>
        </w:rPr>
        <w:t>[[@</w:t>
      </w:r>
      <w:r w:rsidR="0096445B" w:rsidRPr="000767E2">
        <w:rPr>
          <w:lang w:val="sv-SE"/>
        </w:rPr>
        <w:t>BibleBIBEL82</w:t>
      </w:r>
      <w:r w:rsidRPr="000767E2">
        <w:rPr>
          <w:lang w:val="sv-SE"/>
        </w:rPr>
        <w:t>:Mark 3:1]]</w:t>
      </w:r>
      <w:r w:rsidRPr="000767E2">
        <w:rPr>
          <w:vertAlign w:val="superscript"/>
          <w:lang w:val="sv-SE"/>
        </w:rPr>
        <w:t>1</w:t>
      </w:r>
      <w:r w:rsidRPr="000767E2">
        <w:rPr>
          <w:lang w:val="sv-SE"/>
        </w:rPr>
        <w:t xml:space="preserve"> {{field-on:bible}}Och han gick åter till synagogan, och där fanns en man som hade handen skrumpnad.{{field-off:bible}} [[@</w:t>
      </w:r>
      <w:r w:rsidR="0096445B" w:rsidRPr="000767E2">
        <w:rPr>
          <w:lang w:val="sv-SE"/>
        </w:rPr>
        <w:t>BibleBIBEL82</w:t>
      </w:r>
      <w:r w:rsidRPr="000767E2">
        <w:rPr>
          <w:lang w:val="sv-SE"/>
        </w:rPr>
        <w:t>:Mark 3:2]]</w:t>
      </w:r>
      <w:r w:rsidRPr="000767E2">
        <w:rPr>
          <w:vertAlign w:val="superscript"/>
          <w:lang w:val="sv-SE"/>
        </w:rPr>
        <w:t>2</w:t>
      </w:r>
      <w:r w:rsidRPr="000767E2">
        <w:rPr>
          <w:lang w:val="sv-SE"/>
        </w:rPr>
        <w:t xml:space="preserve"> {{field-on:bible}}Och de vaktade noga på honom, om han på sabbaten kommer att bota honom, för att anklaga honom.{{field-off:bible}} [[@</w:t>
      </w:r>
      <w:r w:rsidR="0096445B" w:rsidRPr="000767E2">
        <w:rPr>
          <w:lang w:val="sv-SE"/>
        </w:rPr>
        <w:t>BibleBIBEL82</w:t>
      </w:r>
      <w:r w:rsidRPr="000767E2">
        <w:rPr>
          <w:lang w:val="sv-SE"/>
        </w:rPr>
        <w:t>:Mark 3:3]]</w:t>
      </w:r>
      <w:r w:rsidRPr="000767E2">
        <w:rPr>
          <w:vertAlign w:val="superscript"/>
          <w:lang w:val="sv-SE"/>
        </w:rPr>
        <w:t>3</w:t>
      </w:r>
      <w:r w:rsidRPr="000767E2">
        <w:rPr>
          <w:lang w:val="sv-SE"/>
        </w:rPr>
        <w:t xml:space="preserve"> {{field-on:bible}}Och han säger till mannen som har den skrumpna handen: ”Res dig till mitten.”{{field-off:bible}} [[@</w:t>
      </w:r>
      <w:r w:rsidR="0096445B" w:rsidRPr="000767E2">
        <w:rPr>
          <w:lang w:val="sv-SE"/>
        </w:rPr>
        <w:t>BibleBIBEL82</w:t>
      </w:r>
      <w:r w:rsidRPr="000767E2">
        <w:rPr>
          <w:lang w:val="sv-SE"/>
        </w:rPr>
        <w:t>:Mark 3:4]]</w:t>
      </w:r>
      <w:r w:rsidRPr="000767E2">
        <w:rPr>
          <w:vertAlign w:val="superscript"/>
          <w:lang w:val="sv-SE"/>
        </w:rPr>
        <w:t>4</w:t>
      </w:r>
      <w:r w:rsidRPr="000767E2">
        <w:rPr>
          <w:lang w:val="sv-SE"/>
        </w:rPr>
        <w:t xml:space="preserve"> {{field-on:bible}}Och han säger till dem: ”Är det tillåtet på sabbaten att göra gott, eller att göra illa? Att frälsa en själ, eller att döda?” Men de var tysta.{{field-off:bible}} [[@</w:t>
      </w:r>
      <w:r w:rsidR="0096445B" w:rsidRPr="000767E2">
        <w:rPr>
          <w:lang w:val="sv-SE"/>
        </w:rPr>
        <w:t>BibleBIBEL82</w:t>
      </w:r>
      <w:r w:rsidRPr="000767E2">
        <w:rPr>
          <w:lang w:val="sv-SE"/>
        </w:rPr>
        <w:t>:Mark 3:5]]</w:t>
      </w:r>
      <w:r w:rsidRPr="000767E2">
        <w:rPr>
          <w:vertAlign w:val="superscript"/>
          <w:lang w:val="sv-SE"/>
        </w:rPr>
        <w:t>5</w:t>
      </w:r>
      <w:r w:rsidRPr="000767E2">
        <w:rPr>
          <w:lang w:val="sv-SE"/>
        </w:rPr>
        <w:t xml:space="preserve"> {{field-on:bible}}Och han ser sig omkring på dem med vrede, sammanbedrövad över deras hjärtas förhårdnad, och säger till mannen: ”Räck ut handen.” Och han räckte ut </w:t>
      </w:r>
      <w:r w:rsidRPr="000767E2">
        <w:rPr>
          <w:i/>
          <w:lang w:val="sv-SE"/>
        </w:rPr>
        <w:t>den</w:t>
      </w:r>
      <w:r w:rsidRPr="000767E2">
        <w:rPr>
          <w:lang w:val="sv-SE"/>
        </w:rPr>
        <w:t>, och hans hand blev återställd.{{field-off:bible}}</w:t>
      </w:r>
    </w:p>
    <w:p w14:paraId="0B99B151" w14:textId="0C5DDF18" w:rsidR="00BA33AB" w:rsidRPr="000767E2" w:rsidRDefault="00000000">
      <w:pPr>
        <w:rPr>
          <w:lang w:val="sv-SE"/>
        </w:rPr>
      </w:pPr>
      <w:r w:rsidRPr="000767E2">
        <w:rPr>
          <w:lang w:val="sv-SE"/>
        </w:rPr>
        <w:t>[[@</w:t>
      </w:r>
      <w:r w:rsidR="0096445B" w:rsidRPr="000767E2">
        <w:rPr>
          <w:lang w:val="sv-SE"/>
        </w:rPr>
        <w:t>BibleBIBEL82</w:t>
      </w:r>
      <w:r w:rsidRPr="000767E2">
        <w:rPr>
          <w:lang w:val="sv-SE"/>
        </w:rPr>
        <w:t>:Mark 3:6]]</w:t>
      </w:r>
      <w:r w:rsidRPr="000767E2">
        <w:rPr>
          <w:vertAlign w:val="superscript"/>
          <w:lang w:val="sv-SE"/>
        </w:rPr>
        <w:t>6</w:t>
      </w:r>
      <w:r w:rsidRPr="000767E2">
        <w:rPr>
          <w:lang w:val="sv-SE"/>
        </w:rPr>
        <w:t xml:space="preserve"> {{field-on:bible}}Och fariseerna gick ut direkt med herodianerna och </w:t>
      </w:r>
      <w:r w:rsidRPr="000767E2">
        <w:rPr>
          <w:i/>
          <w:lang w:val="sv-SE"/>
        </w:rPr>
        <w:t>började</w:t>
      </w:r>
      <w:r w:rsidRPr="000767E2">
        <w:rPr>
          <w:lang w:val="sv-SE"/>
        </w:rPr>
        <w:t xml:space="preserve"> sätta ett beslut mot honom för att förgöra honom.{{field-off:bible}}</w:t>
      </w:r>
    </w:p>
    <w:p w14:paraId="22342AA6" w14:textId="77777777" w:rsidR="00BA33AB" w:rsidRPr="000767E2" w:rsidRDefault="00000000">
      <w:pPr>
        <w:pStyle w:val="Rubrik3"/>
        <w:rPr>
          <w:lang w:val="sv-SE"/>
        </w:rPr>
      </w:pPr>
      <w:r w:rsidRPr="000767E2">
        <w:rPr>
          <w:lang w:val="sv-SE"/>
        </w:rPr>
        <w:t>Stora skaror följer Jesus</w:t>
      </w:r>
    </w:p>
    <w:p w14:paraId="4654DAF3" w14:textId="2A3939A9" w:rsidR="00BA33AB" w:rsidRPr="000767E2" w:rsidRDefault="00000000">
      <w:pPr>
        <w:rPr>
          <w:lang w:val="sv-SE"/>
        </w:rPr>
      </w:pPr>
      <w:r w:rsidRPr="000767E2">
        <w:rPr>
          <w:lang w:val="sv-SE"/>
        </w:rPr>
        <w:t>[[@</w:t>
      </w:r>
      <w:r w:rsidR="0096445B" w:rsidRPr="000767E2">
        <w:rPr>
          <w:lang w:val="sv-SE"/>
        </w:rPr>
        <w:t>BibleBIBEL82</w:t>
      </w:r>
      <w:r w:rsidRPr="000767E2">
        <w:rPr>
          <w:lang w:val="sv-SE"/>
        </w:rPr>
        <w:t>:Mark 3:7]]</w:t>
      </w:r>
      <w:r w:rsidRPr="000767E2">
        <w:rPr>
          <w:vertAlign w:val="superscript"/>
          <w:lang w:val="sv-SE"/>
        </w:rPr>
        <w:t>7</w:t>
      </w:r>
      <w:r w:rsidRPr="000767E2">
        <w:rPr>
          <w:lang w:val="sv-SE"/>
        </w:rPr>
        <w:t xml:space="preserve"> {{field-on:bible}}Och Jesus med sina lärjungar drog sig undan mot havet. Och en stor mängd från Galileen följde, och från Judeen{{field-off:bible}} [[@</w:t>
      </w:r>
      <w:r w:rsidR="0096445B" w:rsidRPr="000767E2">
        <w:rPr>
          <w:lang w:val="sv-SE"/>
        </w:rPr>
        <w:t>BibleBIBEL82</w:t>
      </w:r>
      <w:r w:rsidRPr="000767E2">
        <w:rPr>
          <w:lang w:val="sv-SE"/>
        </w:rPr>
        <w:t>:Mark 3:8]]</w:t>
      </w:r>
      <w:r w:rsidRPr="000767E2">
        <w:rPr>
          <w:vertAlign w:val="superscript"/>
          <w:lang w:val="sv-SE"/>
        </w:rPr>
        <w:t>8</w:t>
      </w:r>
      <w:r w:rsidRPr="000767E2">
        <w:rPr>
          <w:lang w:val="sv-SE"/>
        </w:rPr>
        <w:t xml:space="preserve"> {{field-on:bible}}och från Jerusalem och från Idumeen och andra sidan Jordan och runt Tyros och Sidon, en stor mängd som hörde vad han gjorde och kom till honom.{{field-off:bible}}</w:t>
      </w:r>
    </w:p>
    <w:p w14:paraId="40608268" w14:textId="5D3953D9" w:rsidR="00BA33AB" w:rsidRPr="000767E2" w:rsidRDefault="00000000">
      <w:pPr>
        <w:rPr>
          <w:lang w:val="sv-SE"/>
        </w:rPr>
      </w:pPr>
      <w:r w:rsidRPr="000767E2">
        <w:rPr>
          <w:lang w:val="sv-SE"/>
        </w:rPr>
        <w:t>[[@</w:t>
      </w:r>
      <w:r w:rsidR="0096445B" w:rsidRPr="000767E2">
        <w:rPr>
          <w:lang w:val="sv-SE"/>
        </w:rPr>
        <w:t>BibleBIBEL82</w:t>
      </w:r>
      <w:r w:rsidRPr="000767E2">
        <w:rPr>
          <w:lang w:val="sv-SE"/>
        </w:rPr>
        <w:t>:Mark 3:9]]</w:t>
      </w:r>
      <w:r w:rsidRPr="000767E2">
        <w:rPr>
          <w:vertAlign w:val="superscript"/>
          <w:lang w:val="sv-SE"/>
        </w:rPr>
        <w:t>9</w:t>
      </w:r>
      <w:r w:rsidRPr="000767E2">
        <w:rPr>
          <w:lang w:val="sv-SE"/>
        </w:rPr>
        <w:t xml:space="preserve"> {{field-on:bible}}Och han sade åt sina lärjungar att en småbåt ständigt skulle finnas för honom på grund av skaran, för att de inte skulle pressa honom.{{field-off:bible}} [[@</w:t>
      </w:r>
      <w:r w:rsidR="0096445B" w:rsidRPr="000767E2">
        <w:rPr>
          <w:lang w:val="sv-SE"/>
        </w:rPr>
        <w:t>BibleBIBEL82</w:t>
      </w:r>
      <w:r w:rsidRPr="000767E2">
        <w:rPr>
          <w:lang w:val="sv-SE"/>
        </w:rPr>
        <w:t>:Mark 3:10]]</w:t>
      </w:r>
      <w:r w:rsidRPr="000767E2">
        <w:rPr>
          <w:vertAlign w:val="superscript"/>
          <w:lang w:val="sv-SE"/>
        </w:rPr>
        <w:t>10</w:t>
      </w:r>
      <w:r w:rsidRPr="000767E2">
        <w:rPr>
          <w:lang w:val="sv-SE"/>
        </w:rPr>
        <w:t xml:space="preserve"> {{field-on:bible}}För så många botade han att de föll över honom för att röra honom, </w:t>
      </w:r>
      <w:r w:rsidRPr="000767E2">
        <w:rPr>
          <w:i/>
          <w:lang w:val="sv-SE"/>
        </w:rPr>
        <w:t>alla</w:t>
      </w:r>
      <w:r w:rsidRPr="000767E2">
        <w:rPr>
          <w:lang w:val="sv-SE"/>
        </w:rPr>
        <w:t xml:space="preserve"> som hade gissel.{{field-off:bible}} [[@</w:t>
      </w:r>
      <w:r w:rsidR="0096445B" w:rsidRPr="000767E2">
        <w:rPr>
          <w:lang w:val="sv-SE"/>
        </w:rPr>
        <w:t>BibleBIBEL82</w:t>
      </w:r>
      <w:r w:rsidRPr="000767E2">
        <w:rPr>
          <w:lang w:val="sv-SE"/>
        </w:rPr>
        <w:t>:Mark 3:11]]</w:t>
      </w:r>
      <w:r w:rsidRPr="000767E2">
        <w:rPr>
          <w:vertAlign w:val="superscript"/>
          <w:lang w:val="sv-SE"/>
        </w:rPr>
        <w:t>11</w:t>
      </w:r>
      <w:r w:rsidRPr="000767E2">
        <w:rPr>
          <w:lang w:val="sv-SE"/>
        </w:rPr>
        <w:t xml:space="preserve"> {{field-on:bible}}Och de orena andarna, när de skådade honom, föll ner för honom och skrek och sade att: ”Du är Guds Son!”{{field-off:bible}} [[@</w:t>
      </w:r>
      <w:r w:rsidR="0096445B" w:rsidRPr="000767E2">
        <w:rPr>
          <w:lang w:val="sv-SE"/>
        </w:rPr>
        <w:t>BibleBIBEL82</w:t>
      </w:r>
      <w:r w:rsidRPr="000767E2">
        <w:rPr>
          <w:lang w:val="sv-SE"/>
        </w:rPr>
        <w:t>:Mark 3:12]]</w:t>
      </w:r>
      <w:r w:rsidRPr="000767E2">
        <w:rPr>
          <w:vertAlign w:val="superscript"/>
          <w:lang w:val="sv-SE"/>
        </w:rPr>
        <w:t>12</w:t>
      </w:r>
      <w:r w:rsidRPr="000767E2">
        <w:rPr>
          <w:lang w:val="sv-SE"/>
        </w:rPr>
        <w:t xml:space="preserve"> {{field-on:bible}}Och mycket näpste han dem, att de inte skulle göra honom uppenbar.{{field-off:bible}}</w:t>
      </w:r>
    </w:p>
    <w:p w14:paraId="5177995C" w14:textId="77777777" w:rsidR="00BA33AB" w:rsidRPr="000767E2" w:rsidRDefault="00000000">
      <w:pPr>
        <w:pStyle w:val="Rubrik3"/>
        <w:rPr>
          <w:lang w:val="sv-SE"/>
        </w:rPr>
      </w:pPr>
      <w:r w:rsidRPr="000767E2">
        <w:rPr>
          <w:lang w:val="sv-SE"/>
        </w:rPr>
        <w:t>Jesus utser de tolv</w:t>
      </w:r>
    </w:p>
    <w:p w14:paraId="7443467F" w14:textId="0CEABB1C" w:rsidR="00BA33AB" w:rsidRPr="000767E2" w:rsidRDefault="00000000">
      <w:pPr>
        <w:rPr>
          <w:lang w:val="sv-SE"/>
        </w:rPr>
      </w:pPr>
      <w:r w:rsidRPr="000767E2">
        <w:rPr>
          <w:lang w:val="sv-SE"/>
        </w:rPr>
        <w:t>[[@</w:t>
      </w:r>
      <w:r w:rsidR="0096445B" w:rsidRPr="000767E2">
        <w:rPr>
          <w:lang w:val="sv-SE"/>
        </w:rPr>
        <w:t>BibleBIBEL82</w:t>
      </w:r>
      <w:r w:rsidRPr="000767E2">
        <w:rPr>
          <w:lang w:val="sv-SE"/>
        </w:rPr>
        <w:t>:Mark 3:13]]</w:t>
      </w:r>
      <w:r w:rsidRPr="000767E2">
        <w:rPr>
          <w:vertAlign w:val="superscript"/>
          <w:lang w:val="sv-SE"/>
        </w:rPr>
        <w:t>13</w:t>
      </w:r>
      <w:r w:rsidRPr="000767E2">
        <w:rPr>
          <w:lang w:val="sv-SE"/>
        </w:rPr>
        <w:t xml:space="preserve"> {{field-on:bible}}Och han stiger upp till berget och kallar till sig dem som han själv ville, och de gick bort till honom.{{field-off:bible}} [[@</w:t>
      </w:r>
      <w:r w:rsidR="0096445B" w:rsidRPr="000767E2">
        <w:rPr>
          <w:lang w:val="sv-SE"/>
        </w:rPr>
        <w:t>BibleBIBEL82</w:t>
      </w:r>
      <w:r w:rsidRPr="000767E2">
        <w:rPr>
          <w:lang w:val="sv-SE"/>
        </w:rPr>
        <w:t>:Mark 3:14]]</w:t>
      </w:r>
      <w:r w:rsidRPr="000767E2">
        <w:rPr>
          <w:vertAlign w:val="superscript"/>
          <w:lang w:val="sv-SE"/>
        </w:rPr>
        <w:t>14</w:t>
      </w:r>
      <w:r w:rsidRPr="000767E2">
        <w:rPr>
          <w:lang w:val="sv-SE"/>
        </w:rPr>
        <w:t xml:space="preserve"> {{field-on:bible}}Och han utsåg tolv för att vara med honom, och för att han skulle sända ut dem att förkunna{{field-off:bible}} [[@</w:t>
      </w:r>
      <w:r w:rsidR="0096445B" w:rsidRPr="000767E2">
        <w:rPr>
          <w:lang w:val="sv-SE"/>
        </w:rPr>
        <w:t>BibleBIBEL82</w:t>
      </w:r>
      <w:r w:rsidRPr="000767E2">
        <w:rPr>
          <w:lang w:val="sv-SE"/>
        </w:rPr>
        <w:t>:Mark 3:15]]</w:t>
      </w:r>
      <w:r w:rsidRPr="000767E2">
        <w:rPr>
          <w:vertAlign w:val="superscript"/>
          <w:lang w:val="sv-SE"/>
        </w:rPr>
        <w:t>15</w:t>
      </w:r>
      <w:r w:rsidRPr="000767E2">
        <w:rPr>
          <w:lang w:val="sv-SE"/>
        </w:rPr>
        <w:t xml:space="preserve"> {{field-on:bible}}och ha auktoritet att driva ut demonerna.{{field-off:bible}} [[@</w:t>
      </w:r>
      <w:r w:rsidR="0096445B" w:rsidRPr="000767E2">
        <w:rPr>
          <w:lang w:val="sv-SE"/>
        </w:rPr>
        <w:t>BibleBIBEL82</w:t>
      </w:r>
      <w:r w:rsidRPr="000767E2">
        <w:rPr>
          <w:lang w:val="sv-SE"/>
        </w:rPr>
        <w:t>:Mark 3:16]]</w:t>
      </w:r>
      <w:r w:rsidRPr="000767E2">
        <w:rPr>
          <w:vertAlign w:val="superscript"/>
          <w:lang w:val="sv-SE"/>
        </w:rPr>
        <w:t>16</w:t>
      </w:r>
      <w:r w:rsidRPr="000767E2">
        <w:rPr>
          <w:lang w:val="sv-SE"/>
        </w:rPr>
        <w:t xml:space="preserve"> {{field-on:bible}}Och han lade ett namn på Simon: Petrus.{{field-off:bible}} [[@</w:t>
      </w:r>
      <w:r w:rsidR="0096445B" w:rsidRPr="000767E2">
        <w:rPr>
          <w:lang w:val="sv-SE"/>
        </w:rPr>
        <w:t>BibleBIBEL82</w:t>
      </w:r>
      <w:r w:rsidRPr="000767E2">
        <w:rPr>
          <w:lang w:val="sv-SE"/>
        </w:rPr>
        <w:t>:Mark 3:17]]</w:t>
      </w:r>
      <w:r w:rsidRPr="000767E2">
        <w:rPr>
          <w:vertAlign w:val="superscript"/>
          <w:lang w:val="sv-SE"/>
        </w:rPr>
        <w:t>17</w:t>
      </w:r>
      <w:r w:rsidRPr="000767E2">
        <w:rPr>
          <w:lang w:val="sv-SE"/>
        </w:rPr>
        <w:t xml:space="preserve"> {{field-on:bible}}Även Jakob Zebedaios </w:t>
      </w:r>
      <w:r w:rsidRPr="000767E2">
        <w:rPr>
          <w:i/>
          <w:lang w:val="sv-SE"/>
        </w:rPr>
        <w:t>son</w:t>
      </w:r>
      <w:r w:rsidRPr="000767E2">
        <w:rPr>
          <w:lang w:val="sv-SE"/>
        </w:rPr>
        <w:t xml:space="preserve"> och Johannes, Jakobs bror, och han lade på dem namnen Boanerges, det </w:t>
      </w:r>
      <w:r w:rsidRPr="000767E2">
        <w:rPr>
          <w:i/>
          <w:lang w:val="sv-SE"/>
        </w:rPr>
        <w:t>vill säga</w:t>
      </w:r>
      <w:r w:rsidRPr="000767E2">
        <w:rPr>
          <w:lang w:val="sv-SE"/>
        </w:rPr>
        <w:t xml:space="preserve"> Åskans söner.{{field-off:bible}} [[@</w:t>
      </w:r>
      <w:r w:rsidR="0096445B" w:rsidRPr="000767E2">
        <w:rPr>
          <w:lang w:val="sv-SE"/>
        </w:rPr>
        <w:t>BibleBIBEL82</w:t>
      </w:r>
      <w:r w:rsidRPr="000767E2">
        <w:rPr>
          <w:lang w:val="sv-SE"/>
        </w:rPr>
        <w:t>:Mark 3:18]]</w:t>
      </w:r>
      <w:r w:rsidRPr="000767E2">
        <w:rPr>
          <w:vertAlign w:val="superscript"/>
          <w:lang w:val="sv-SE"/>
        </w:rPr>
        <w:t>18</w:t>
      </w:r>
      <w:r w:rsidRPr="000767E2">
        <w:rPr>
          <w:lang w:val="sv-SE"/>
        </w:rPr>
        <w:t xml:space="preserve"> {{field-on:bible}}Samt Andreas och Filippos och Bartholomaios och Mattheus och Thomas och Jakob Alfaios </w:t>
      </w:r>
      <w:r w:rsidRPr="000767E2">
        <w:rPr>
          <w:i/>
          <w:lang w:val="sv-SE"/>
        </w:rPr>
        <w:t>son</w:t>
      </w:r>
      <w:r w:rsidRPr="000767E2">
        <w:rPr>
          <w:lang w:val="sv-SE"/>
        </w:rPr>
        <w:t xml:space="preserve"> och </w:t>
      </w:r>
      <w:r w:rsidRPr="000767E2">
        <w:rPr>
          <w:lang w:val="sv-SE"/>
        </w:rPr>
        <w:lastRenderedPageBreak/>
        <w:t>Thaddaios och Simon Kananaios{{field-off:bible}} [[@</w:t>
      </w:r>
      <w:r w:rsidR="0096445B" w:rsidRPr="000767E2">
        <w:rPr>
          <w:lang w:val="sv-SE"/>
        </w:rPr>
        <w:t>BibleBIBEL82</w:t>
      </w:r>
      <w:r w:rsidRPr="000767E2">
        <w:rPr>
          <w:lang w:val="sv-SE"/>
        </w:rPr>
        <w:t>:Mark 3:19]]</w:t>
      </w:r>
      <w:r w:rsidRPr="000767E2">
        <w:rPr>
          <w:vertAlign w:val="superscript"/>
          <w:lang w:val="sv-SE"/>
        </w:rPr>
        <w:t>19</w:t>
      </w:r>
      <w:r w:rsidRPr="000767E2">
        <w:rPr>
          <w:lang w:val="sv-SE"/>
        </w:rPr>
        <w:t xml:space="preserve"> {{field-on:bible}}och Judas Iskarioth, som också utlämnade honom.{{field-off:bible}}</w:t>
      </w:r>
    </w:p>
    <w:p w14:paraId="53F45B70" w14:textId="77777777" w:rsidR="00BA33AB" w:rsidRPr="000767E2" w:rsidRDefault="00000000">
      <w:pPr>
        <w:pStyle w:val="Rubrik3"/>
        <w:rPr>
          <w:lang w:val="sv-SE"/>
        </w:rPr>
      </w:pPr>
      <w:r w:rsidRPr="000767E2">
        <w:rPr>
          <w:lang w:val="sv-SE"/>
        </w:rPr>
        <w:t>Jesus eller Beelzebul</w:t>
      </w:r>
    </w:p>
    <w:p w14:paraId="6064C7B4" w14:textId="724C79C1" w:rsidR="00BA33AB" w:rsidRPr="000767E2" w:rsidRDefault="00000000">
      <w:pPr>
        <w:rPr>
          <w:lang w:val="sv-SE"/>
        </w:rPr>
      </w:pPr>
      <w:r w:rsidRPr="000767E2">
        <w:rPr>
          <w:lang w:val="sv-SE"/>
        </w:rPr>
        <w:t>[[@</w:t>
      </w:r>
      <w:r w:rsidR="0096445B" w:rsidRPr="000767E2">
        <w:rPr>
          <w:lang w:val="sv-SE"/>
        </w:rPr>
        <w:t>BibleBIBEL82</w:t>
      </w:r>
      <w:r w:rsidRPr="000767E2">
        <w:rPr>
          <w:lang w:val="sv-SE"/>
        </w:rPr>
        <w:t>:Mark 3:20]]</w:t>
      </w:r>
      <w:r w:rsidRPr="000767E2">
        <w:rPr>
          <w:vertAlign w:val="superscript"/>
          <w:lang w:val="sv-SE"/>
        </w:rPr>
        <w:t>20</w:t>
      </w:r>
      <w:r w:rsidRPr="000767E2">
        <w:rPr>
          <w:lang w:val="sv-SE"/>
        </w:rPr>
        <w:t xml:space="preserve"> {{field-on:bible}}Och han kommer till huset, och </w:t>
      </w:r>
      <w:r w:rsidRPr="000767E2">
        <w:rPr>
          <w:i/>
          <w:lang w:val="sv-SE"/>
        </w:rPr>
        <w:t>det</w:t>
      </w:r>
      <w:r w:rsidRPr="000767E2">
        <w:rPr>
          <w:lang w:val="sv-SE"/>
        </w:rPr>
        <w:t xml:space="preserve"> kommer åter samman en skara så att de inte ens kan äta bröd.{{field-off:bible}} [[@</w:t>
      </w:r>
      <w:r w:rsidR="0096445B" w:rsidRPr="000767E2">
        <w:rPr>
          <w:lang w:val="sv-SE"/>
        </w:rPr>
        <w:t>BibleBIBEL82</w:t>
      </w:r>
      <w:r w:rsidRPr="000767E2">
        <w:rPr>
          <w:lang w:val="sv-SE"/>
        </w:rPr>
        <w:t>:Mark 3:21]]</w:t>
      </w:r>
      <w:r w:rsidRPr="000767E2">
        <w:rPr>
          <w:vertAlign w:val="superscript"/>
          <w:lang w:val="sv-SE"/>
        </w:rPr>
        <w:t>21</w:t>
      </w:r>
      <w:r w:rsidRPr="000767E2">
        <w:rPr>
          <w:lang w:val="sv-SE"/>
        </w:rPr>
        <w:t xml:space="preserve"> {{field-on:bible}}Och när de som </w:t>
      </w:r>
      <w:r w:rsidRPr="000767E2">
        <w:rPr>
          <w:i/>
          <w:lang w:val="sv-SE"/>
        </w:rPr>
        <w:t>stod</w:t>
      </w:r>
      <w:r w:rsidRPr="000767E2">
        <w:rPr>
          <w:lang w:val="sv-SE"/>
        </w:rPr>
        <w:t xml:space="preserve"> honom nära </w:t>
      </w:r>
      <w:r w:rsidRPr="000767E2">
        <w:rPr>
          <w:i/>
          <w:lang w:val="sv-SE"/>
        </w:rPr>
        <w:t>fick</w:t>
      </w:r>
      <w:r w:rsidRPr="000767E2">
        <w:rPr>
          <w:lang w:val="sv-SE"/>
        </w:rPr>
        <w:t xml:space="preserve"> höra gick de ut </w:t>
      </w:r>
      <w:r w:rsidRPr="000767E2">
        <w:rPr>
          <w:i/>
          <w:lang w:val="sv-SE"/>
        </w:rPr>
        <w:t>för</w:t>
      </w:r>
      <w:r w:rsidRPr="000767E2">
        <w:rPr>
          <w:lang w:val="sv-SE"/>
        </w:rPr>
        <w:t xml:space="preserve"> att hålla kvar honom, för de sade att han var utom sig.{{field-off:bible}}</w:t>
      </w:r>
    </w:p>
    <w:p w14:paraId="154E3370" w14:textId="471555AC" w:rsidR="00BA33AB" w:rsidRPr="000767E2" w:rsidRDefault="00000000">
      <w:pPr>
        <w:rPr>
          <w:lang w:val="sv-SE"/>
        </w:rPr>
      </w:pPr>
      <w:r w:rsidRPr="000767E2">
        <w:rPr>
          <w:lang w:val="sv-SE"/>
        </w:rPr>
        <w:t>[[@</w:t>
      </w:r>
      <w:r w:rsidR="0096445B" w:rsidRPr="000767E2">
        <w:rPr>
          <w:lang w:val="sv-SE"/>
        </w:rPr>
        <w:t>BibleBIBEL82</w:t>
      </w:r>
      <w:r w:rsidRPr="000767E2">
        <w:rPr>
          <w:lang w:val="sv-SE"/>
        </w:rPr>
        <w:t>:Mark 3:22]]</w:t>
      </w:r>
      <w:r w:rsidRPr="000767E2">
        <w:rPr>
          <w:vertAlign w:val="superscript"/>
          <w:lang w:val="sv-SE"/>
        </w:rPr>
        <w:t>22</w:t>
      </w:r>
      <w:r w:rsidRPr="000767E2">
        <w:rPr>
          <w:lang w:val="sv-SE"/>
        </w:rPr>
        <w:t xml:space="preserve"> {{field-on:bible}}Och de skriftlärda som hade gått ner från Jerusalem sade att </w:t>
      </w:r>
      <w:r w:rsidRPr="000767E2">
        <w:rPr>
          <w:i/>
          <w:lang w:val="sv-SE"/>
        </w:rPr>
        <w:t>det är</w:t>
      </w:r>
      <w:r w:rsidRPr="000767E2">
        <w:rPr>
          <w:lang w:val="sv-SE"/>
        </w:rPr>
        <w:t xml:space="preserve"> Beelzebul han har, och att han med demonernas furste driver ut demonerna.{{field-off:bible}} [[@</w:t>
      </w:r>
      <w:r w:rsidR="0096445B" w:rsidRPr="000767E2">
        <w:rPr>
          <w:lang w:val="sv-SE"/>
        </w:rPr>
        <w:t>BibleBIBEL82</w:t>
      </w:r>
      <w:r w:rsidRPr="000767E2">
        <w:rPr>
          <w:lang w:val="sv-SE"/>
        </w:rPr>
        <w:t>:Mark 3:23]]</w:t>
      </w:r>
      <w:r w:rsidRPr="000767E2">
        <w:rPr>
          <w:vertAlign w:val="superscript"/>
          <w:lang w:val="sv-SE"/>
        </w:rPr>
        <w:t>23</w:t>
      </w:r>
      <w:r w:rsidRPr="000767E2">
        <w:rPr>
          <w:lang w:val="sv-SE"/>
        </w:rPr>
        <w:t xml:space="preserve"> {{field-on:bible}}Och han kallade dem till sig, och i liknelser sade han till dem: ”Hur kan Satan driva ut Satan?{{field-off:bible}} [[@</w:t>
      </w:r>
      <w:r w:rsidR="0096445B" w:rsidRPr="000767E2">
        <w:rPr>
          <w:lang w:val="sv-SE"/>
        </w:rPr>
        <w:t>BibleBIBEL82</w:t>
      </w:r>
      <w:r w:rsidRPr="000767E2">
        <w:rPr>
          <w:lang w:val="sv-SE"/>
        </w:rPr>
        <w:t>:Mark 3:24]]</w:t>
      </w:r>
      <w:r w:rsidRPr="000767E2">
        <w:rPr>
          <w:vertAlign w:val="superscript"/>
          <w:lang w:val="sv-SE"/>
        </w:rPr>
        <w:t>24</w:t>
      </w:r>
      <w:r w:rsidRPr="000767E2">
        <w:rPr>
          <w:lang w:val="sv-SE"/>
        </w:rPr>
        <w:t xml:space="preserve"> {{field-on:bible}}Och om ett rike blir delat mot sig självt kan det riket inte bestå,{{field-off:bible}} [[@</w:t>
      </w:r>
      <w:r w:rsidR="0096445B" w:rsidRPr="000767E2">
        <w:rPr>
          <w:lang w:val="sv-SE"/>
        </w:rPr>
        <w:t>BibleBIBEL82</w:t>
      </w:r>
      <w:r w:rsidRPr="000767E2">
        <w:rPr>
          <w:lang w:val="sv-SE"/>
        </w:rPr>
        <w:t>:Mark 3:25]]</w:t>
      </w:r>
      <w:r w:rsidRPr="000767E2">
        <w:rPr>
          <w:vertAlign w:val="superscript"/>
          <w:lang w:val="sv-SE"/>
        </w:rPr>
        <w:t>25</w:t>
      </w:r>
      <w:r w:rsidRPr="000767E2">
        <w:rPr>
          <w:lang w:val="sv-SE"/>
        </w:rPr>
        <w:t xml:space="preserve"> {{field-on:bible}}och om ett hus blir delat mot sig självt kommer inte det huset att kunna bestå.{{field-off:bible}} [[@</w:t>
      </w:r>
      <w:r w:rsidR="0096445B" w:rsidRPr="000767E2">
        <w:rPr>
          <w:lang w:val="sv-SE"/>
        </w:rPr>
        <w:t>BibleBIBEL82</w:t>
      </w:r>
      <w:r w:rsidRPr="000767E2">
        <w:rPr>
          <w:lang w:val="sv-SE"/>
        </w:rPr>
        <w:t>:Mark 3:26]]</w:t>
      </w:r>
      <w:r w:rsidRPr="000767E2">
        <w:rPr>
          <w:vertAlign w:val="superscript"/>
          <w:lang w:val="sv-SE"/>
        </w:rPr>
        <w:t>26</w:t>
      </w:r>
      <w:r w:rsidRPr="000767E2">
        <w:rPr>
          <w:lang w:val="sv-SE"/>
        </w:rPr>
        <w:t xml:space="preserve"> {{field-on:bible}}Och om Satan har stått upp mot sig själv och blivit delad, kan han inte bestå utan har </w:t>
      </w:r>
      <w:r w:rsidRPr="000767E2">
        <w:rPr>
          <w:i/>
          <w:lang w:val="sv-SE"/>
        </w:rPr>
        <w:t>nått sitt</w:t>
      </w:r>
      <w:r w:rsidRPr="000767E2">
        <w:rPr>
          <w:lang w:val="sv-SE"/>
        </w:rPr>
        <w:t xml:space="preserve"> slut.{{field-off:bible}}</w:t>
      </w:r>
    </w:p>
    <w:p w14:paraId="74180A81" w14:textId="2F8D1160" w:rsidR="00BA33AB" w:rsidRPr="000767E2" w:rsidRDefault="00000000">
      <w:pPr>
        <w:rPr>
          <w:lang w:val="sv-SE"/>
        </w:rPr>
      </w:pPr>
      <w:r w:rsidRPr="000767E2">
        <w:rPr>
          <w:lang w:val="sv-SE"/>
        </w:rPr>
        <w:t>[[@</w:t>
      </w:r>
      <w:r w:rsidR="0096445B" w:rsidRPr="000767E2">
        <w:rPr>
          <w:lang w:val="sv-SE"/>
        </w:rPr>
        <w:t>BibleBIBEL82</w:t>
      </w:r>
      <w:r w:rsidRPr="000767E2">
        <w:rPr>
          <w:lang w:val="sv-SE"/>
        </w:rPr>
        <w:t>:Mark 3:27]]</w:t>
      </w:r>
      <w:r w:rsidRPr="000767E2">
        <w:rPr>
          <w:vertAlign w:val="superscript"/>
          <w:lang w:val="sv-SE"/>
        </w:rPr>
        <w:t>27</w:t>
      </w:r>
      <w:r w:rsidRPr="000767E2">
        <w:rPr>
          <w:lang w:val="sv-SE"/>
        </w:rPr>
        <w:t xml:space="preserve"> {{field-on:bible}}Men ingen kan gå in i den starkes hus och länsa hans kärl om han inte först binder den starke. Och sedan ska han länsa hans hus.{{field-off:bible}}</w:t>
      </w:r>
    </w:p>
    <w:p w14:paraId="5957E741" w14:textId="3395A638" w:rsidR="00BA33AB" w:rsidRPr="000767E2" w:rsidRDefault="00000000">
      <w:pPr>
        <w:rPr>
          <w:lang w:val="sv-SE"/>
        </w:rPr>
      </w:pPr>
      <w:r w:rsidRPr="000767E2">
        <w:rPr>
          <w:lang w:val="sv-SE"/>
        </w:rPr>
        <w:t>[[@</w:t>
      </w:r>
      <w:r w:rsidR="0096445B" w:rsidRPr="000767E2">
        <w:rPr>
          <w:lang w:val="sv-SE"/>
        </w:rPr>
        <w:t>BibleBIBEL82</w:t>
      </w:r>
      <w:r w:rsidRPr="000767E2">
        <w:rPr>
          <w:lang w:val="sv-SE"/>
        </w:rPr>
        <w:t>:Mark 3:28]]</w:t>
      </w:r>
      <w:r w:rsidRPr="000767E2">
        <w:rPr>
          <w:vertAlign w:val="superscript"/>
          <w:lang w:val="sv-SE"/>
        </w:rPr>
        <w:t>28</w:t>
      </w:r>
      <w:r w:rsidRPr="000767E2">
        <w:rPr>
          <w:lang w:val="sv-SE"/>
        </w:rPr>
        <w:t xml:space="preserve"> {{field-on:bible}}Amen, jag säger er att allt ska förlåtas människornas söner, försyndelserna och hädelserna, hur mycket de än hädar.{{field-off:bible}} [[@</w:t>
      </w:r>
      <w:r w:rsidR="0096445B" w:rsidRPr="000767E2">
        <w:rPr>
          <w:lang w:val="sv-SE"/>
        </w:rPr>
        <w:t>BibleBIBEL82</w:t>
      </w:r>
      <w:r w:rsidRPr="000767E2">
        <w:rPr>
          <w:lang w:val="sv-SE"/>
        </w:rPr>
        <w:t>:Mark 3:29]]</w:t>
      </w:r>
      <w:r w:rsidRPr="000767E2">
        <w:rPr>
          <w:vertAlign w:val="superscript"/>
          <w:lang w:val="sv-SE"/>
        </w:rPr>
        <w:t>29</w:t>
      </w:r>
      <w:r w:rsidRPr="000767E2">
        <w:rPr>
          <w:lang w:val="sv-SE"/>
        </w:rPr>
        <w:t xml:space="preserve"> {{field-on:bible}}Men den som hädar mot den heliga Anden har ingen förlåtelse till eonen, utan är straffskyldig till eonisk försyndelse.”{{field-off:bible}} [[@</w:t>
      </w:r>
      <w:r w:rsidR="0096445B" w:rsidRPr="000767E2">
        <w:rPr>
          <w:lang w:val="sv-SE"/>
        </w:rPr>
        <w:t>BibleBIBEL82</w:t>
      </w:r>
      <w:r w:rsidRPr="000767E2">
        <w:rPr>
          <w:lang w:val="sv-SE"/>
        </w:rPr>
        <w:t>:Mark 3:30]]</w:t>
      </w:r>
      <w:r w:rsidRPr="000767E2">
        <w:rPr>
          <w:vertAlign w:val="superscript"/>
          <w:lang w:val="sv-SE"/>
        </w:rPr>
        <w:t>30</w:t>
      </w:r>
      <w:r w:rsidRPr="000767E2">
        <w:rPr>
          <w:lang w:val="sv-SE"/>
        </w:rPr>
        <w:t xml:space="preserve"> {{field-on:bible}}För de sade: ”</w:t>
      </w:r>
      <w:r w:rsidRPr="000767E2">
        <w:rPr>
          <w:i/>
          <w:lang w:val="sv-SE"/>
        </w:rPr>
        <w:t>Det är</w:t>
      </w:r>
      <w:r w:rsidRPr="000767E2">
        <w:rPr>
          <w:lang w:val="sv-SE"/>
        </w:rPr>
        <w:t xml:space="preserve"> en oren ande han har.”{{field-off:bible}}</w:t>
      </w:r>
    </w:p>
    <w:p w14:paraId="1C4F9423" w14:textId="77777777" w:rsidR="00BA33AB" w:rsidRPr="000767E2" w:rsidRDefault="00000000">
      <w:pPr>
        <w:pStyle w:val="Rubrik3"/>
        <w:rPr>
          <w:lang w:val="sv-SE"/>
        </w:rPr>
      </w:pPr>
      <w:r w:rsidRPr="000767E2">
        <w:rPr>
          <w:lang w:val="sv-SE"/>
        </w:rPr>
        <w:t>Jesu mor och bröder</w:t>
      </w:r>
    </w:p>
    <w:p w14:paraId="33F2CF4B" w14:textId="68204CE4" w:rsidR="00BA33AB" w:rsidRPr="000767E2" w:rsidRDefault="00000000">
      <w:pPr>
        <w:rPr>
          <w:lang w:val="sv-SE"/>
        </w:rPr>
      </w:pPr>
      <w:r w:rsidRPr="000767E2">
        <w:rPr>
          <w:lang w:val="sv-SE"/>
        </w:rPr>
        <w:t>[[@</w:t>
      </w:r>
      <w:r w:rsidR="0096445B" w:rsidRPr="000767E2">
        <w:rPr>
          <w:lang w:val="sv-SE"/>
        </w:rPr>
        <w:t>BibleBIBEL82</w:t>
      </w:r>
      <w:r w:rsidRPr="000767E2">
        <w:rPr>
          <w:lang w:val="sv-SE"/>
        </w:rPr>
        <w:t>:Mark 3:31]]</w:t>
      </w:r>
      <w:r w:rsidRPr="000767E2">
        <w:rPr>
          <w:vertAlign w:val="superscript"/>
          <w:lang w:val="sv-SE"/>
        </w:rPr>
        <w:t>31</w:t>
      </w:r>
      <w:r w:rsidRPr="000767E2">
        <w:rPr>
          <w:lang w:val="sv-SE"/>
        </w:rPr>
        <w:t xml:space="preserve"> {{field-on:bible}}Och </w:t>
      </w:r>
      <w:r w:rsidRPr="000767E2">
        <w:rPr>
          <w:i/>
          <w:lang w:val="sv-SE"/>
        </w:rPr>
        <w:t>då</w:t>
      </w:r>
      <w:r w:rsidRPr="000767E2">
        <w:rPr>
          <w:lang w:val="sv-SE"/>
        </w:rPr>
        <w:t xml:space="preserve"> kommer hans mor och hans bröder, och stående utanför sände de till honom </w:t>
      </w:r>
      <w:r w:rsidRPr="000767E2">
        <w:rPr>
          <w:i/>
          <w:lang w:val="sv-SE"/>
        </w:rPr>
        <w:t>och</w:t>
      </w:r>
      <w:r w:rsidRPr="000767E2">
        <w:rPr>
          <w:lang w:val="sv-SE"/>
        </w:rPr>
        <w:t xml:space="preserve"> kallade honom.{{field-off:bible}} [[@</w:t>
      </w:r>
      <w:r w:rsidR="0096445B" w:rsidRPr="000767E2">
        <w:rPr>
          <w:lang w:val="sv-SE"/>
        </w:rPr>
        <w:t>BibleBIBEL82</w:t>
      </w:r>
      <w:r w:rsidRPr="000767E2">
        <w:rPr>
          <w:lang w:val="sv-SE"/>
        </w:rPr>
        <w:t>:Mark 3:32]]</w:t>
      </w:r>
      <w:r w:rsidRPr="000767E2">
        <w:rPr>
          <w:vertAlign w:val="superscript"/>
          <w:lang w:val="sv-SE"/>
        </w:rPr>
        <w:t>32</w:t>
      </w:r>
      <w:r w:rsidRPr="000767E2">
        <w:rPr>
          <w:lang w:val="sv-SE"/>
        </w:rPr>
        <w:t xml:space="preserve"> {{field-on:bible}}Och omkring honom satt en skara, och de säger till honom: ”Se: din mor och dina bröder </w:t>
      </w:r>
      <w:r w:rsidRPr="000767E2">
        <w:rPr>
          <w:i/>
          <w:lang w:val="sv-SE"/>
        </w:rPr>
        <w:t>där</w:t>
      </w:r>
      <w:r w:rsidRPr="000767E2">
        <w:rPr>
          <w:lang w:val="sv-SE"/>
        </w:rPr>
        <w:t xml:space="preserve"> ute söker dig.”{{field-off:bible}} [[@</w:t>
      </w:r>
      <w:r w:rsidR="0096445B" w:rsidRPr="000767E2">
        <w:rPr>
          <w:lang w:val="sv-SE"/>
        </w:rPr>
        <w:t>BibleBIBEL82</w:t>
      </w:r>
      <w:r w:rsidRPr="000767E2">
        <w:rPr>
          <w:lang w:val="sv-SE"/>
        </w:rPr>
        <w:t>:Mark 3:33]]</w:t>
      </w:r>
      <w:r w:rsidRPr="000767E2">
        <w:rPr>
          <w:vertAlign w:val="superscript"/>
          <w:lang w:val="sv-SE"/>
        </w:rPr>
        <w:t>33</w:t>
      </w:r>
      <w:r w:rsidRPr="000767E2">
        <w:rPr>
          <w:lang w:val="sv-SE"/>
        </w:rPr>
        <w:t xml:space="preserve"> {{field-on:bible}}Och han svarar dem och säger: ”Vem är min mor? Och mina bröder?”{{field-off:bible}} [[@</w:t>
      </w:r>
      <w:r w:rsidR="0096445B" w:rsidRPr="000767E2">
        <w:rPr>
          <w:lang w:val="sv-SE"/>
        </w:rPr>
        <w:t>BibleBIBEL82</w:t>
      </w:r>
      <w:r w:rsidRPr="000767E2">
        <w:rPr>
          <w:lang w:val="sv-SE"/>
        </w:rPr>
        <w:t>:Mark 3:34]]</w:t>
      </w:r>
      <w:r w:rsidRPr="000767E2">
        <w:rPr>
          <w:vertAlign w:val="superscript"/>
          <w:lang w:val="sv-SE"/>
        </w:rPr>
        <w:t>34</w:t>
      </w:r>
      <w:r w:rsidRPr="000767E2">
        <w:rPr>
          <w:lang w:val="sv-SE"/>
        </w:rPr>
        <w:t xml:space="preserve"> {{field-on:bible}}Och han ser sig om på dem som sitter runt omkring honom och säger: ”Se: min mor och mina bröder.{{field-off:bible}} [[@</w:t>
      </w:r>
      <w:r w:rsidR="0096445B" w:rsidRPr="000767E2">
        <w:rPr>
          <w:lang w:val="sv-SE"/>
        </w:rPr>
        <w:t>BibleBIBEL82</w:t>
      </w:r>
      <w:r w:rsidRPr="000767E2">
        <w:rPr>
          <w:lang w:val="sv-SE"/>
        </w:rPr>
        <w:t>:Mark 3:35]]</w:t>
      </w:r>
      <w:r w:rsidRPr="000767E2">
        <w:rPr>
          <w:vertAlign w:val="superscript"/>
          <w:lang w:val="sv-SE"/>
        </w:rPr>
        <w:t>35</w:t>
      </w:r>
      <w:r w:rsidRPr="000767E2">
        <w:rPr>
          <w:lang w:val="sv-SE"/>
        </w:rPr>
        <w:t xml:space="preserve"> {{field-on:bible}}För den som gör Guds vilja, denne är min bror och syster och mor.”{{field-off:bible}}</w:t>
      </w:r>
    </w:p>
    <w:p w14:paraId="05073C27" w14:textId="486676F3"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:Mark 4]]Kapitel 4</w:t>
      </w:r>
    </w:p>
    <w:p w14:paraId="019B57B9" w14:textId="77777777" w:rsidR="00BA33AB" w:rsidRPr="000767E2" w:rsidRDefault="00000000">
      <w:pPr>
        <w:pStyle w:val="Rubrik3"/>
        <w:rPr>
          <w:lang w:val="sv-SE"/>
        </w:rPr>
      </w:pPr>
      <w:r w:rsidRPr="000767E2">
        <w:rPr>
          <w:lang w:val="sv-SE"/>
        </w:rPr>
        <w:t>Liknelsen om såningsmannen</w:t>
      </w:r>
    </w:p>
    <w:p w14:paraId="3F81067C" w14:textId="393331BF" w:rsidR="00BA33AB" w:rsidRPr="000767E2" w:rsidRDefault="00000000">
      <w:pPr>
        <w:rPr>
          <w:lang w:val="sv-SE"/>
        </w:rPr>
      </w:pPr>
      <w:r w:rsidRPr="000767E2">
        <w:rPr>
          <w:lang w:val="sv-SE"/>
        </w:rPr>
        <w:t>[[@</w:t>
      </w:r>
      <w:r w:rsidR="0096445B" w:rsidRPr="000767E2">
        <w:rPr>
          <w:lang w:val="sv-SE"/>
        </w:rPr>
        <w:t>BibleBIBEL82</w:t>
      </w:r>
      <w:r w:rsidRPr="000767E2">
        <w:rPr>
          <w:lang w:val="sv-SE"/>
        </w:rPr>
        <w:t>:Mark 4:1]]</w:t>
      </w:r>
      <w:r w:rsidRPr="000767E2">
        <w:rPr>
          <w:vertAlign w:val="superscript"/>
          <w:lang w:val="sv-SE"/>
        </w:rPr>
        <w:t>1</w:t>
      </w:r>
      <w:r w:rsidRPr="000767E2">
        <w:rPr>
          <w:lang w:val="sv-SE"/>
        </w:rPr>
        <w:t xml:space="preserve"> {{field-on:bible}}Och åter började han undervisa vid havet. Och </w:t>
      </w:r>
      <w:r w:rsidRPr="000767E2">
        <w:rPr>
          <w:i/>
          <w:lang w:val="sv-SE"/>
        </w:rPr>
        <w:t>det</w:t>
      </w:r>
      <w:r w:rsidRPr="000767E2">
        <w:rPr>
          <w:lang w:val="sv-SE"/>
        </w:rPr>
        <w:t xml:space="preserve"> samlas hos honom en så ytterst stor skara att han stiger i en båt och sitter </w:t>
      </w:r>
      <w:r w:rsidRPr="000767E2">
        <w:rPr>
          <w:i/>
          <w:lang w:val="sv-SE"/>
        </w:rPr>
        <w:t>ute</w:t>
      </w:r>
      <w:r w:rsidRPr="000767E2">
        <w:rPr>
          <w:lang w:val="sv-SE"/>
        </w:rPr>
        <w:t xml:space="preserve"> på havet, och hela skaran var vid havet på land.{{field-off:bible}} [[@</w:t>
      </w:r>
      <w:r w:rsidR="0096445B" w:rsidRPr="000767E2">
        <w:rPr>
          <w:lang w:val="sv-SE"/>
        </w:rPr>
        <w:t>BibleBIBEL82</w:t>
      </w:r>
      <w:r w:rsidRPr="000767E2">
        <w:rPr>
          <w:lang w:val="sv-SE"/>
        </w:rPr>
        <w:t>:Mark 4:2]]</w:t>
      </w:r>
      <w:r w:rsidRPr="000767E2">
        <w:rPr>
          <w:vertAlign w:val="superscript"/>
          <w:lang w:val="sv-SE"/>
        </w:rPr>
        <w:t>2</w:t>
      </w:r>
      <w:r w:rsidRPr="000767E2">
        <w:rPr>
          <w:lang w:val="sv-SE"/>
        </w:rPr>
        <w:t xml:space="preserve"> {{field-on:bible}}Och han undervisade dem i liknelser mycket, och sade till dem i sin undervisning:{{field-off:bible}}</w:t>
      </w:r>
    </w:p>
    <w:p w14:paraId="53E29851" w14:textId="58A20DAB" w:rsidR="00BA33AB" w:rsidRPr="000767E2" w:rsidRDefault="00000000">
      <w:pPr>
        <w:rPr>
          <w:lang w:val="sv-SE"/>
        </w:rPr>
      </w:pPr>
      <w:r>
        <w:t>[[@</w:t>
      </w:r>
      <w:r w:rsidR="0096445B">
        <w:t>BibleBIBEL</w:t>
      </w:r>
      <w:proofErr w:type="gramStart"/>
      <w:r w:rsidR="0096445B">
        <w:t>82</w:t>
      </w:r>
      <w:r>
        <w:t>:Mark</w:t>
      </w:r>
      <w:proofErr w:type="gramEnd"/>
      <w:r>
        <w:t xml:space="preserve"> 4:3]]</w:t>
      </w:r>
      <w:r>
        <w:rPr>
          <w:vertAlign w:val="superscript"/>
        </w:rPr>
        <w:t>3</w:t>
      </w:r>
      <w:r>
        <w:t xml:space="preserve"> {{</w:t>
      </w:r>
      <w:proofErr w:type="spellStart"/>
      <w:r>
        <w:t>field-</w:t>
      </w:r>
      <w:proofErr w:type="gramStart"/>
      <w:r>
        <w:t>on:bible</w:t>
      </w:r>
      <w:proofErr w:type="spellEnd"/>
      <w:proofErr w:type="gramEnd"/>
      <w:r>
        <w:t>}</w:t>
      </w:r>
      <w:proofErr w:type="gramStart"/>
      <w:r>
        <w:t>}”</w:t>
      </w:r>
      <w:proofErr w:type="spellStart"/>
      <w:r>
        <w:t>Hör</w:t>
      </w:r>
      <w:proofErr w:type="spellEnd"/>
      <w:proofErr w:type="gramEnd"/>
      <w:r>
        <w:t xml:space="preserve">! </w:t>
      </w:r>
      <w:r w:rsidRPr="000767E2">
        <w:rPr>
          <w:lang w:val="sv-SE"/>
        </w:rPr>
        <w:t xml:space="preserve">Se: ut gick såningsmannen </w:t>
      </w:r>
      <w:r w:rsidRPr="000767E2">
        <w:rPr>
          <w:i/>
          <w:lang w:val="sv-SE"/>
        </w:rPr>
        <w:t>för</w:t>
      </w:r>
      <w:r w:rsidRPr="000767E2">
        <w:rPr>
          <w:lang w:val="sv-SE"/>
        </w:rPr>
        <w:t xml:space="preserve"> att så.{{field-off:bible}} [[@</w:t>
      </w:r>
      <w:r w:rsidR="0096445B" w:rsidRPr="000767E2">
        <w:rPr>
          <w:lang w:val="sv-SE"/>
        </w:rPr>
        <w:t>BibleBIBEL82</w:t>
      </w:r>
      <w:r w:rsidRPr="000767E2">
        <w:rPr>
          <w:lang w:val="sv-SE"/>
        </w:rPr>
        <w:t>:Mark 4:4]]</w:t>
      </w:r>
      <w:r w:rsidRPr="000767E2">
        <w:rPr>
          <w:vertAlign w:val="superscript"/>
          <w:lang w:val="sv-SE"/>
        </w:rPr>
        <w:t>4</w:t>
      </w:r>
      <w:r w:rsidRPr="000767E2">
        <w:rPr>
          <w:lang w:val="sv-SE"/>
        </w:rPr>
        <w:t xml:space="preserve"> {{field-on:bible}}Och det hände sig, under det att han sådde, </w:t>
      </w:r>
      <w:r w:rsidRPr="000767E2">
        <w:rPr>
          <w:i/>
          <w:lang w:val="sv-SE"/>
        </w:rPr>
        <w:t>att</w:t>
      </w:r>
      <w:r w:rsidRPr="000767E2">
        <w:rPr>
          <w:lang w:val="sv-SE"/>
        </w:rPr>
        <w:t xml:space="preserve"> en del föll vid vägen. Och fåglarna kom och åt upp det.{{field-off:bible}} [[@</w:t>
      </w:r>
      <w:r w:rsidR="0096445B" w:rsidRPr="000767E2">
        <w:rPr>
          <w:lang w:val="sv-SE"/>
        </w:rPr>
        <w:t>BibleBIBEL82</w:t>
      </w:r>
      <w:r w:rsidRPr="000767E2">
        <w:rPr>
          <w:lang w:val="sv-SE"/>
        </w:rPr>
        <w:t>:Mark 4:5]]</w:t>
      </w:r>
      <w:r w:rsidRPr="000767E2">
        <w:rPr>
          <w:vertAlign w:val="superscript"/>
          <w:lang w:val="sv-SE"/>
        </w:rPr>
        <w:t>5</w:t>
      </w:r>
      <w:r w:rsidRPr="000767E2">
        <w:rPr>
          <w:lang w:val="sv-SE"/>
        </w:rPr>
        <w:t xml:space="preserve"> {{field-on:bible}}Och annat föll på det steniga, där det inte hade mycket jord. Och direkt kom det upp </w:t>
      </w:r>
      <w:r w:rsidRPr="000767E2">
        <w:rPr>
          <w:i/>
          <w:lang w:val="sv-SE"/>
        </w:rPr>
        <w:t>och</w:t>
      </w:r>
      <w:r w:rsidRPr="000767E2">
        <w:rPr>
          <w:lang w:val="sv-SE"/>
        </w:rPr>
        <w:t xml:space="preserve"> fram, eftersom det inte hade djup jord.{{field-off:bible}} [[@</w:t>
      </w:r>
      <w:r w:rsidR="0096445B" w:rsidRPr="000767E2">
        <w:rPr>
          <w:lang w:val="sv-SE"/>
        </w:rPr>
        <w:t>BibleBIBEL82</w:t>
      </w:r>
      <w:r w:rsidRPr="000767E2">
        <w:rPr>
          <w:lang w:val="sv-SE"/>
        </w:rPr>
        <w:t>:Mark 4:6]]</w:t>
      </w:r>
      <w:r w:rsidRPr="000767E2">
        <w:rPr>
          <w:vertAlign w:val="superscript"/>
          <w:lang w:val="sv-SE"/>
        </w:rPr>
        <w:t>6</w:t>
      </w:r>
      <w:r w:rsidRPr="000767E2">
        <w:rPr>
          <w:lang w:val="sv-SE"/>
        </w:rPr>
        <w:t xml:space="preserve"> {{field-on:bible}}Och när solen gick upp sveddes det, och eftersom det inte hade rot vissnade det.{{field-off:bible}} [[@</w:t>
      </w:r>
      <w:r w:rsidR="0096445B" w:rsidRPr="000767E2">
        <w:rPr>
          <w:lang w:val="sv-SE"/>
        </w:rPr>
        <w:t>BibleBIBEL82</w:t>
      </w:r>
      <w:r w:rsidRPr="000767E2">
        <w:rPr>
          <w:lang w:val="sv-SE"/>
        </w:rPr>
        <w:t>:Mark 4:7]]</w:t>
      </w:r>
      <w:r w:rsidRPr="000767E2">
        <w:rPr>
          <w:vertAlign w:val="superscript"/>
          <w:lang w:val="sv-SE"/>
        </w:rPr>
        <w:t>7</w:t>
      </w:r>
      <w:r w:rsidRPr="000767E2">
        <w:rPr>
          <w:lang w:val="sv-SE"/>
        </w:rPr>
        <w:t xml:space="preserve"> {{field-on:bible}}Och annat föll i törnena, och törnena kom upp och kvävde ihop det, och gröda gav det inte.{{field-off:bible}} [[@</w:t>
      </w:r>
      <w:r w:rsidR="0096445B" w:rsidRPr="000767E2">
        <w:rPr>
          <w:lang w:val="sv-SE"/>
        </w:rPr>
        <w:t>BibleBIBEL82</w:t>
      </w:r>
      <w:r w:rsidRPr="000767E2">
        <w:rPr>
          <w:lang w:val="sv-SE"/>
        </w:rPr>
        <w:t>:Mark 4:8]]</w:t>
      </w:r>
      <w:r w:rsidRPr="000767E2">
        <w:rPr>
          <w:vertAlign w:val="superscript"/>
          <w:lang w:val="sv-SE"/>
        </w:rPr>
        <w:t>8</w:t>
      </w:r>
      <w:r w:rsidRPr="000767E2">
        <w:rPr>
          <w:lang w:val="sv-SE"/>
        </w:rPr>
        <w:t xml:space="preserve"> {{field-on:bible}}Och annat föll i den goda jorden, och det gav gröda när det kom upp och växte, och det bar: en trettio, och en sextio, och en hundra.”{{field-off:bible}} [[@</w:t>
      </w:r>
      <w:r w:rsidR="0096445B" w:rsidRPr="000767E2">
        <w:rPr>
          <w:lang w:val="sv-SE"/>
        </w:rPr>
        <w:t>BibleBIBEL82</w:t>
      </w:r>
      <w:r w:rsidRPr="000767E2">
        <w:rPr>
          <w:lang w:val="sv-SE"/>
        </w:rPr>
        <w:t>:Mark 4:9]]</w:t>
      </w:r>
      <w:r w:rsidRPr="000767E2">
        <w:rPr>
          <w:vertAlign w:val="superscript"/>
          <w:lang w:val="sv-SE"/>
        </w:rPr>
        <w:t>9</w:t>
      </w:r>
      <w:r w:rsidRPr="000767E2">
        <w:rPr>
          <w:lang w:val="sv-SE"/>
        </w:rPr>
        <w:t xml:space="preserve"> {{field-on:bible}}Och han sade: ”Den som har öron att höra </w:t>
      </w:r>
      <w:r w:rsidRPr="000767E2">
        <w:rPr>
          <w:i/>
          <w:lang w:val="sv-SE"/>
        </w:rPr>
        <w:t>med</w:t>
      </w:r>
      <w:r w:rsidRPr="000767E2">
        <w:rPr>
          <w:lang w:val="sv-SE"/>
        </w:rPr>
        <w:t xml:space="preserve"> ska höra.”{{field-off:bible}}</w:t>
      </w:r>
    </w:p>
    <w:p w14:paraId="36FA357E" w14:textId="41AB3325" w:rsidR="00BA33AB" w:rsidRPr="000767E2" w:rsidRDefault="00000000">
      <w:pPr>
        <w:rPr>
          <w:lang w:val="sv-SE"/>
        </w:rPr>
      </w:pPr>
      <w:r w:rsidRPr="000767E2">
        <w:rPr>
          <w:lang w:val="sv-SE"/>
        </w:rPr>
        <w:t>[[@</w:t>
      </w:r>
      <w:r w:rsidR="0096445B" w:rsidRPr="000767E2">
        <w:rPr>
          <w:lang w:val="sv-SE"/>
        </w:rPr>
        <w:t>BibleBIBEL82</w:t>
      </w:r>
      <w:r w:rsidRPr="000767E2">
        <w:rPr>
          <w:lang w:val="sv-SE"/>
        </w:rPr>
        <w:t>:Mark 4:10]]</w:t>
      </w:r>
      <w:r w:rsidRPr="000767E2">
        <w:rPr>
          <w:vertAlign w:val="superscript"/>
          <w:lang w:val="sv-SE"/>
        </w:rPr>
        <w:t>10</w:t>
      </w:r>
      <w:r w:rsidRPr="000767E2">
        <w:rPr>
          <w:lang w:val="sv-SE"/>
        </w:rPr>
        <w:t xml:space="preserve"> {{field-on:bible}}Och när han blev ensam, frågade honom de </w:t>
      </w:r>
      <w:r w:rsidRPr="000767E2">
        <w:rPr>
          <w:i/>
          <w:lang w:val="sv-SE"/>
        </w:rPr>
        <w:t>som var</w:t>
      </w:r>
      <w:r w:rsidRPr="000767E2">
        <w:rPr>
          <w:lang w:val="sv-SE"/>
        </w:rPr>
        <w:t xml:space="preserve"> runt honom med de tolv </w:t>
      </w:r>
      <w:r w:rsidRPr="000767E2">
        <w:rPr>
          <w:i/>
          <w:lang w:val="sv-SE"/>
        </w:rPr>
        <w:t>om</w:t>
      </w:r>
      <w:r w:rsidRPr="000767E2">
        <w:rPr>
          <w:lang w:val="sv-SE"/>
        </w:rPr>
        <w:t xml:space="preserve"> liknelserna.{{field-off:bible}} [[@</w:t>
      </w:r>
      <w:r w:rsidR="0096445B" w:rsidRPr="000767E2">
        <w:rPr>
          <w:lang w:val="sv-SE"/>
        </w:rPr>
        <w:t>BibleBIBEL82</w:t>
      </w:r>
      <w:r w:rsidRPr="000767E2">
        <w:rPr>
          <w:lang w:val="sv-SE"/>
        </w:rPr>
        <w:t>:Mark 4:11]]</w:t>
      </w:r>
      <w:r w:rsidRPr="000767E2">
        <w:rPr>
          <w:vertAlign w:val="superscript"/>
          <w:lang w:val="sv-SE"/>
        </w:rPr>
        <w:t>11</w:t>
      </w:r>
      <w:r w:rsidRPr="000767E2">
        <w:rPr>
          <w:lang w:val="sv-SE"/>
        </w:rPr>
        <w:t xml:space="preserve"> {{field-on:bible}}Och han sade till dem: ”Åt er är Guds rikes mysterium givet. Men för dessa utanför </w:t>
      </w:r>
      <w:r w:rsidRPr="000767E2">
        <w:rPr>
          <w:i/>
          <w:lang w:val="sv-SE"/>
        </w:rPr>
        <w:t>är det</w:t>
      </w:r>
      <w:r w:rsidRPr="000767E2">
        <w:rPr>
          <w:lang w:val="sv-SE"/>
        </w:rPr>
        <w:t xml:space="preserve"> i liknelser allt kommer,{{field-off:bible}} [[@</w:t>
      </w:r>
      <w:r w:rsidR="0096445B" w:rsidRPr="000767E2">
        <w:rPr>
          <w:lang w:val="sv-SE"/>
        </w:rPr>
        <w:t>BibleBIBEL82</w:t>
      </w:r>
      <w:r w:rsidRPr="000767E2">
        <w:rPr>
          <w:lang w:val="sv-SE"/>
        </w:rPr>
        <w:t>:Mark 4:12]]</w:t>
      </w:r>
      <w:r w:rsidRPr="000767E2">
        <w:rPr>
          <w:vertAlign w:val="superscript"/>
          <w:lang w:val="sv-SE"/>
        </w:rPr>
        <w:t>12</w:t>
      </w:r>
      <w:r w:rsidRPr="000767E2">
        <w:rPr>
          <w:lang w:val="sv-SE"/>
        </w:rPr>
        <w:t xml:space="preserve"> {{field-on:bible}}för att de ska seende se och inte se, och hörande höra och inte förstå, så att de inte vänder om och det förlåts dem.”{{field-off:bible}}</w:t>
      </w:r>
    </w:p>
    <w:p w14:paraId="37E2E2FD" w14:textId="77777777" w:rsidR="00BA33AB" w:rsidRPr="000767E2" w:rsidRDefault="00000000">
      <w:pPr>
        <w:pStyle w:val="Rubrik3"/>
        <w:rPr>
          <w:lang w:val="sv-SE"/>
        </w:rPr>
      </w:pPr>
      <w:r w:rsidRPr="000767E2">
        <w:rPr>
          <w:lang w:val="sv-SE"/>
        </w:rPr>
        <w:t>Liknelsens innebörd</w:t>
      </w:r>
    </w:p>
    <w:p w14:paraId="162AD0F0" w14:textId="6BDA0118" w:rsidR="00BA33AB" w:rsidRPr="000767E2" w:rsidRDefault="00000000">
      <w:pPr>
        <w:rPr>
          <w:lang w:val="sv-SE"/>
        </w:rPr>
      </w:pPr>
      <w:r w:rsidRPr="000767E2">
        <w:rPr>
          <w:lang w:val="sv-SE"/>
        </w:rPr>
        <w:t>[[@</w:t>
      </w:r>
      <w:r w:rsidR="0096445B" w:rsidRPr="000767E2">
        <w:rPr>
          <w:lang w:val="sv-SE"/>
        </w:rPr>
        <w:t>BibleBIBEL82</w:t>
      </w:r>
      <w:r w:rsidRPr="000767E2">
        <w:rPr>
          <w:lang w:val="sv-SE"/>
        </w:rPr>
        <w:t>:Mark 4:13]]</w:t>
      </w:r>
      <w:r w:rsidRPr="000767E2">
        <w:rPr>
          <w:vertAlign w:val="superscript"/>
          <w:lang w:val="sv-SE"/>
        </w:rPr>
        <w:t>13</w:t>
      </w:r>
      <w:r w:rsidRPr="000767E2">
        <w:rPr>
          <w:lang w:val="sv-SE"/>
        </w:rPr>
        <w:t xml:space="preserve"> {{field-on:bible}}Och han säger till dem: ”Förstår ni inte denna liknelse? Och hur ska ni </w:t>
      </w:r>
      <w:r w:rsidRPr="000767E2">
        <w:rPr>
          <w:i/>
          <w:lang w:val="sv-SE"/>
        </w:rPr>
        <w:t>då</w:t>
      </w:r>
      <w:r w:rsidRPr="000767E2">
        <w:rPr>
          <w:lang w:val="sv-SE"/>
        </w:rPr>
        <w:t xml:space="preserve"> förstå alla </w:t>
      </w:r>
      <w:r w:rsidRPr="000767E2">
        <w:rPr>
          <w:i/>
          <w:lang w:val="sv-SE"/>
        </w:rPr>
        <w:t>de andra</w:t>
      </w:r>
      <w:r w:rsidRPr="000767E2">
        <w:rPr>
          <w:lang w:val="sv-SE"/>
        </w:rPr>
        <w:t xml:space="preserve"> liknelserna?{{field-off:bible}} [[@</w:t>
      </w:r>
      <w:r w:rsidR="0096445B" w:rsidRPr="000767E2">
        <w:rPr>
          <w:lang w:val="sv-SE"/>
        </w:rPr>
        <w:t>BibleBIBEL82</w:t>
      </w:r>
      <w:r w:rsidRPr="000767E2">
        <w:rPr>
          <w:lang w:val="sv-SE"/>
        </w:rPr>
        <w:t>:Mark 4:14]]</w:t>
      </w:r>
      <w:r w:rsidRPr="000767E2">
        <w:rPr>
          <w:vertAlign w:val="superscript"/>
          <w:lang w:val="sv-SE"/>
        </w:rPr>
        <w:t>14</w:t>
      </w:r>
      <w:r w:rsidRPr="000767E2">
        <w:rPr>
          <w:lang w:val="sv-SE"/>
        </w:rPr>
        <w:t xml:space="preserve"> {{field-on:bible}}Såningsmannen sår ordet.{{field-off:bible}} [[@</w:t>
      </w:r>
      <w:r w:rsidR="0096445B" w:rsidRPr="000767E2">
        <w:rPr>
          <w:lang w:val="sv-SE"/>
        </w:rPr>
        <w:t>BibleBIBEL82</w:t>
      </w:r>
      <w:r w:rsidRPr="000767E2">
        <w:rPr>
          <w:lang w:val="sv-SE"/>
        </w:rPr>
        <w:t>:Mark 4:15]]</w:t>
      </w:r>
      <w:r w:rsidRPr="000767E2">
        <w:rPr>
          <w:vertAlign w:val="superscript"/>
          <w:lang w:val="sv-SE"/>
        </w:rPr>
        <w:t>15</w:t>
      </w:r>
      <w:r w:rsidRPr="000767E2">
        <w:rPr>
          <w:lang w:val="sv-SE"/>
        </w:rPr>
        <w:t xml:space="preserve"> {{field-on:bible}}Och dessa är de vid vägen: där ordet sås och när de hör, direkt kommer Satan och tar bort ordet som är sått i dem.{{field-off:bible}} [[@</w:t>
      </w:r>
      <w:r w:rsidR="0096445B" w:rsidRPr="000767E2">
        <w:rPr>
          <w:lang w:val="sv-SE"/>
        </w:rPr>
        <w:t>BibleBIBEL82</w:t>
      </w:r>
      <w:r w:rsidRPr="000767E2">
        <w:rPr>
          <w:lang w:val="sv-SE"/>
        </w:rPr>
        <w:t>:Mark 4:16]]</w:t>
      </w:r>
      <w:r w:rsidRPr="000767E2">
        <w:rPr>
          <w:vertAlign w:val="superscript"/>
          <w:lang w:val="sv-SE"/>
        </w:rPr>
        <w:t>16</w:t>
      </w:r>
      <w:r w:rsidRPr="000767E2">
        <w:rPr>
          <w:lang w:val="sv-SE"/>
        </w:rPr>
        <w:t xml:space="preserve"> {{field-on:bible}}Och dessa är likaså de som sås på det steniga: de som när de hör ordet direkt med glädje tar </w:t>
      </w:r>
      <w:r w:rsidRPr="000767E2">
        <w:rPr>
          <w:i/>
          <w:lang w:val="sv-SE"/>
        </w:rPr>
        <w:t>emot</w:t>
      </w:r>
      <w:r w:rsidRPr="000767E2">
        <w:rPr>
          <w:lang w:val="sv-SE"/>
        </w:rPr>
        <w:t xml:space="preserve"> det,{{field-off:bible}} [[@</w:t>
      </w:r>
      <w:r w:rsidR="0096445B" w:rsidRPr="000767E2">
        <w:rPr>
          <w:lang w:val="sv-SE"/>
        </w:rPr>
        <w:t>BibleBIBEL82</w:t>
      </w:r>
      <w:r w:rsidRPr="000767E2">
        <w:rPr>
          <w:lang w:val="sv-SE"/>
        </w:rPr>
        <w:t>:Mark 4:17]]</w:t>
      </w:r>
      <w:r w:rsidRPr="000767E2">
        <w:rPr>
          <w:vertAlign w:val="superscript"/>
          <w:lang w:val="sv-SE"/>
        </w:rPr>
        <w:t>17</w:t>
      </w:r>
      <w:r w:rsidRPr="000767E2">
        <w:rPr>
          <w:lang w:val="sv-SE"/>
        </w:rPr>
        <w:t xml:space="preserve"> {{field-on:bible}}och de har ingen rot inom sig utan är tillfälliga. Sedan, när det blir nöd eller förföljelse för ordets skull, blir de direkt skandaliserade.{{field-off:bible}} [[@</w:t>
      </w:r>
      <w:r w:rsidR="0096445B" w:rsidRPr="000767E2">
        <w:rPr>
          <w:lang w:val="sv-SE"/>
        </w:rPr>
        <w:t>BibleBIBEL82</w:t>
      </w:r>
      <w:r w:rsidRPr="000767E2">
        <w:rPr>
          <w:lang w:val="sv-SE"/>
        </w:rPr>
        <w:t>:Mark 4:18]]</w:t>
      </w:r>
      <w:r w:rsidRPr="000767E2">
        <w:rPr>
          <w:vertAlign w:val="superscript"/>
          <w:lang w:val="sv-SE"/>
        </w:rPr>
        <w:t>18</w:t>
      </w:r>
      <w:r w:rsidRPr="000767E2">
        <w:rPr>
          <w:lang w:val="sv-SE"/>
        </w:rPr>
        <w:t xml:space="preserve"> {{field-on:bible}}Och andra är de som sås i törnena: dessa är de som hör ordet,{{field-off:bible}} [[@</w:t>
      </w:r>
      <w:r w:rsidR="0096445B" w:rsidRPr="000767E2">
        <w:rPr>
          <w:lang w:val="sv-SE"/>
        </w:rPr>
        <w:t>BibleBIBEL82</w:t>
      </w:r>
      <w:r w:rsidRPr="000767E2">
        <w:rPr>
          <w:lang w:val="sv-SE"/>
        </w:rPr>
        <w:t>:Mark 4:19]]</w:t>
      </w:r>
      <w:r w:rsidRPr="000767E2">
        <w:rPr>
          <w:vertAlign w:val="superscript"/>
          <w:lang w:val="sv-SE"/>
        </w:rPr>
        <w:t>19</w:t>
      </w:r>
      <w:r w:rsidRPr="000767E2">
        <w:rPr>
          <w:lang w:val="sv-SE"/>
        </w:rPr>
        <w:t xml:space="preserve"> {{field-on:bible}}och eonens bekymmer och rikedomens tjusning och begären kring det övriga kommer in och kväver ihop ordet, och det blir utan frukt.{{field-off:bible}} [[@</w:t>
      </w:r>
      <w:r w:rsidR="0096445B" w:rsidRPr="000767E2">
        <w:rPr>
          <w:lang w:val="sv-SE"/>
        </w:rPr>
        <w:t>BibleBIBEL82</w:t>
      </w:r>
      <w:r w:rsidRPr="000767E2">
        <w:rPr>
          <w:lang w:val="sv-SE"/>
        </w:rPr>
        <w:t>:Mark 4:20]]</w:t>
      </w:r>
      <w:r w:rsidRPr="000767E2">
        <w:rPr>
          <w:vertAlign w:val="superscript"/>
          <w:lang w:val="sv-SE"/>
        </w:rPr>
        <w:t>20</w:t>
      </w:r>
      <w:r w:rsidRPr="000767E2">
        <w:rPr>
          <w:lang w:val="sv-SE"/>
        </w:rPr>
        <w:t xml:space="preserve"> {{field-on:bible}}Och dessa är de som är sådda på den goda </w:t>
      </w:r>
      <w:r w:rsidRPr="000767E2">
        <w:rPr>
          <w:lang w:val="sv-SE"/>
        </w:rPr>
        <w:lastRenderedPageBreak/>
        <w:t>jorden: de som hör ordet och godtar och bär frukt, en trettio, och en sextio, och en hundra.”{{field-off:bible}}</w:t>
      </w:r>
    </w:p>
    <w:p w14:paraId="039E568A" w14:textId="0ED0C8DF" w:rsidR="00BA33AB" w:rsidRPr="000767E2" w:rsidRDefault="00000000">
      <w:pPr>
        <w:rPr>
          <w:lang w:val="sv-SE"/>
        </w:rPr>
      </w:pPr>
      <w:r w:rsidRPr="000767E2">
        <w:rPr>
          <w:lang w:val="sv-SE"/>
        </w:rPr>
        <w:t>[[@</w:t>
      </w:r>
      <w:r w:rsidR="0096445B" w:rsidRPr="000767E2">
        <w:rPr>
          <w:lang w:val="sv-SE"/>
        </w:rPr>
        <w:t>BibleBIBEL82</w:t>
      </w:r>
      <w:r w:rsidRPr="000767E2">
        <w:rPr>
          <w:lang w:val="sv-SE"/>
        </w:rPr>
        <w:t>:Mark 4:21]]</w:t>
      </w:r>
      <w:r w:rsidRPr="000767E2">
        <w:rPr>
          <w:vertAlign w:val="superscript"/>
          <w:lang w:val="sv-SE"/>
        </w:rPr>
        <w:t>21</w:t>
      </w:r>
      <w:r w:rsidRPr="000767E2">
        <w:rPr>
          <w:lang w:val="sv-SE"/>
        </w:rPr>
        <w:t xml:space="preserve"> {{field-on:bible}}Och han sade till dem: ”Inte kommer väl lampan för att sättas under skäppan? Eller under bädden? </w:t>
      </w:r>
      <w:r w:rsidRPr="000767E2">
        <w:rPr>
          <w:i/>
          <w:lang w:val="sv-SE"/>
        </w:rPr>
        <w:t>Är det</w:t>
      </w:r>
      <w:r w:rsidRPr="000767E2">
        <w:rPr>
          <w:lang w:val="sv-SE"/>
        </w:rPr>
        <w:t xml:space="preserve"> inte för att sättas på lampstället?{{field-off:bible}} [[@</w:t>
      </w:r>
      <w:r w:rsidR="0096445B" w:rsidRPr="000767E2">
        <w:rPr>
          <w:lang w:val="sv-SE"/>
        </w:rPr>
        <w:t>BibleBIBEL82</w:t>
      </w:r>
      <w:r w:rsidRPr="000767E2">
        <w:rPr>
          <w:lang w:val="sv-SE"/>
        </w:rPr>
        <w:t>:Mark 4:22]]</w:t>
      </w:r>
      <w:r w:rsidRPr="000767E2">
        <w:rPr>
          <w:vertAlign w:val="superscript"/>
          <w:lang w:val="sv-SE"/>
        </w:rPr>
        <w:t>22</w:t>
      </w:r>
      <w:r w:rsidRPr="000767E2">
        <w:rPr>
          <w:lang w:val="sv-SE"/>
        </w:rPr>
        <w:t xml:space="preserve"> {{field-on:bible}}För inget är dolt utom för att visas fram, eller har blivit förborgat utom för att komma till </w:t>
      </w:r>
      <w:r w:rsidRPr="000767E2">
        <w:rPr>
          <w:i/>
          <w:lang w:val="sv-SE"/>
        </w:rPr>
        <w:t>det</w:t>
      </w:r>
      <w:r w:rsidRPr="000767E2">
        <w:rPr>
          <w:lang w:val="sv-SE"/>
        </w:rPr>
        <w:t xml:space="preserve"> uppenbara.{{field-off:bible}} [[@</w:t>
      </w:r>
      <w:r w:rsidR="0096445B" w:rsidRPr="000767E2">
        <w:rPr>
          <w:lang w:val="sv-SE"/>
        </w:rPr>
        <w:t>BibleBIBEL82</w:t>
      </w:r>
      <w:r w:rsidRPr="000767E2">
        <w:rPr>
          <w:lang w:val="sv-SE"/>
        </w:rPr>
        <w:t>:Mark 4:23]]</w:t>
      </w:r>
      <w:r w:rsidRPr="000767E2">
        <w:rPr>
          <w:vertAlign w:val="superscript"/>
          <w:lang w:val="sv-SE"/>
        </w:rPr>
        <w:t>23</w:t>
      </w:r>
      <w:r w:rsidRPr="000767E2">
        <w:rPr>
          <w:lang w:val="sv-SE"/>
        </w:rPr>
        <w:t xml:space="preserve"> {{field-on:bible}}Om någon har öron att höra </w:t>
      </w:r>
      <w:r w:rsidRPr="000767E2">
        <w:rPr>
          <w:i/>
          <w:lang w:val="sv-SE"/>
        </w:rPr>
        <w:t>med</w:t>
      </w:r>
      <w:r w:rsidRPr="000767E2">
        <w:rPr>
          <w:lang w:val="sv-SE"/>
        </w:rPr>
        <w:t>, ska han höra.”{{field-off:bible}}</w:t>
      </w:r>
    </w:p>
    <w:p w14:paraId="6C6AAD51" w14:textId="3F3F7051" w:rsidR="00BA33AB" w:rsidRPr="000767E2" w:rsidRDefault="00000000">
      <w:pPr>
        <w:rPr>
          <w:lang w:val="sv-SE"/>
        </w:rPr>
      </w:pPr>
      <w:r w:rsidRPr="000767E2">
        <w:rPr>
          <w:lang w:val="sv-SE"/>
        </w:rPr>
        <w:t>[[@</w:t>
      </w:r>
      <w:r w:rsidR="0096445B" w:rsidRPr="000767E2">
        <w:rPr>
          <w:lang w:val="sv-SE"/>
        </w:rPr>
        <w:t>BibleBIBEL82</w:t>
      </w:r>
      <w:r w:rsidRPr="000767E2">
        <w:rPr>
          <w:lang w:val="sv-SE"/>
        </w:rPr>
        <w:t>:Mark 4:24]]</w:t>
      </w:r>
      <w:r w:rsidRPr="000767E2">
        <w:rPr>
          <w:vertAlign w:val="superscript"/>
          <w:lang w:val="sv-SE"/>
        </w:rPr>
        <w:t>24</w:t>
      </w:r>
      <w:r w:rsidRPr="000767E2">
        <w:rPr>
          <w:lang w:val="sv-SE"/>
        </w:rPr>
        <w:t xml:space="preserve"> {{field-on:bible}}Och han sade till dem: ”Se till vad ni hör! Med det mått ni mäter med ska det mätas åt er och tillföras er.{{field-off:bible}} [[@</w:t>
      </w:r>
      <w:r w:rsidR="0096445B" w:rsidRPr="000767E2">
        <w:rPr>
          <w:lang w:val="sv-SE"/>
        </w:rPr>
        <w:t>BibleBIBEL82</w:t>
      </w:r>
      <w:r w:rsidRPr="000767E2">
        <w:rPr>
          <w:lang w:val="sv-SE"/>
        </w:rPr>
        <w:t>:Mark 4:25]]</w:t>
      </w:r>
      <w:r w:rsidRPr="000767E2">
        <w:rPr>
          <w:vertAlign w:val="superscript"/>
          <w:lang w:val="sv-SE"/>
        </w:rPr>
        <w:t>25</w:t>
      </w:r>
      <w:r w:rsidRPr="000767E2">
        <w:rPr>
          <w:lang w:val="sv-SE"/>
        </w:rPr>
        <w:t xml:space="preserve"> {{field-on:bible}}För den som har, åt honom ska det ges. Och den som inte har, även det han har ska tas ifrån honom.”{{field-off:bible}}</w:t>
      </w:r>
    </w:p>
    <w:p w14:paraId="5387FDAD" w14:textId="77777777" w:rsidR="00BA33AB" w:rsidRPr="000767E2" w:rsidRDefault="00000000">
      <w:pPr>
        <w:pStyle w:val="Rubrik3"/>
        <w:rPr>
          <w:lang w:val="sv-SE"/>
        </w:rPr>
      </w:pPr>
      <w:r w:rsidRPr="000767E2">
        <w:rPr>
          <w:lang w:val="sv-SE"/>
        </w:rPr>
        <w:t>Liknelsen om den växande säden</w:t>
      </w:r>
    </w:p>
    <w:p w14:paraId="231BBC6D" w14:textId="277BE120" w:rsidR="00BA33AB" w:rsidRPr="000767E2" w:rsidRDefault="00000000">
      <w:pPr>
        <w:rPr>
          <w:lang w:val="sv-SE"/>
        </w:rPr>
      </w:pPr>
      <w:r w:rsidRPr="000767E2">
        <w:rPr>
          <w:lang w:val="sv-SE"/>
        </w:rPr>
        <w:t>[[@</w:t>
      </w:r>
      <w:r w:rsidR="0096445B" w:rsidRPr="000767E2">
        <w:rPr>
          <w:lang w:val="sv-SE"/>
        </w:rPr>
        <w:t>BibleBIBEL82</w:t>
      </w:r>
      <w:r w:rsidRPr="000767E2">
        <w:rPr>
          <w:lang w:val="sv-SE"/>
        </w:rPr>
        <w:t>:Mark 4:26]]</w:t>
      </w:r>
      <w:r w:rsidRPr="000767E2">
        <w:rPr>
          <w:vertAlign w:val="superscript"/>
          <w:lang w:val="sv-SE"/>
        </w:rPr>
        <w:t>26</w:t>
      </w:r>
      <w:r w:rsidRPr="000767E2">
        <w:rPr>
          <w:lang w:val="sv-SE"/>
        </w:rPr>
        <w:t xml:space="preserve"> {{field-on:bible}}Och han sade: ”Så är Guds rike, såsom en människa kastar utsädet på jorden.{{field-off:bible}} [[@</w:t>
      </w:r>
      <w:r w:rsidR="0096445B" w:rsidRPr="000767E2">
        <w:rPr>
          <w:lang w:val="sv-SE"/>
        </w:rPr>
        <w:t>BibleBIBEL82</w:t>
      </w:r>
      <w:r w:rsidRPr="000767E2">
        <w:rPr>
          <w:lang w:val="sv-SE"/>
        </w:rPr>
        <w:t>:Mark 4:27]]</w:t>
      </w:r>
      <w:r w:rsidRPr="000767E2">
        <w:rPr>
          <w:vertAlign w:val="superscript"/>
          <w:lang w:val="sv-SE"/>
        </w:rPr>
        <w:t>27</w:t>
      </w:r>
      <w:r w:rsidRPr="000767E2">
        <w:rPr>
          <w:lang w:val="sv-SE"/>
        </w:rPr>
        <w:t xml:space="preserve"> {{field-on:bible}}Och han sover och vaknar, natt och dag, och utsädet spirar och blir längre, hur vet han inte själv.{{field-off:bible}} [[@</w:t>
      </w:r>
      <w:r w:rsidR="0096445B" w:rsidRPr="000767E2">
        <w:rPr>
          <w:lang w:val="sv-SE"/>
        </w:rPr>
        <w:t>BibleBIBEL82</w:t>
      </w:r>
      <w:r w:rsidRPr="000767E2">
        <w:rPr>
          <w:lang w:val="sv-SE"/>
        </w:rPr>
        <w:t>:Mark 4:28]]</w:t>
      </w:r>
      <w:r w:rsidRPr="000767E2">
        <w:rPr>
          <w:vertAlign w:val="superscript"/>
          <w:lang w:val="sv-SE"/>
        </w:rPr>
        <w:t>28</w:t>
      </w:r>
      <w:r w:rsidRPr="000767E2">
        <w:rPr>
          <w:lang w:val="sv-SE"/>
        </w:rPr>
        <w:t xml:space="preserve"> {{field-on:bible}}Av sig själv bär jorden gröda: först strå, sedan ax, sedan fullt vete i axet.{{field-off:bible}} [[@</w:t>
      </w:r>
      <w:r w:rsidR="0096445B" w:rsidRPr="000767E2">
        <w:rPr>
          <w:lang w:val="sv-SE"/>
        </w:rPr>
        <w:t>BibleBIBEL82</w:t>
      </w:r>
      <w:r w:rsidRPr="000767E2">
        <w:rPr>
          <w:lang w:val="sv-SE"/>
        </w:rPr>
        <w:t>:Mark 4:29]]</w:t>
      </w:r>
      <w:r w:rsidRPr="000767E2">
        <w:rPr>
          <w:vertAlign w:val="superscript"/>
          <w:lang w:val="sv-SE"/>
        </w:rPr>
        <w:t>29</w:t>
      </w:r>
      <w:r w:rsidRPr="000767E2">
        <w:rPr>
          <w:lang w:val="sv-SE"/>
        </w:rPr>
        <w:t xml:space="preserve"> {{field-on:bible}}Och när grödan överlämnar </w:t>
      </w:r>
      <w:r w:rsidRPr="000767E2">
        <w:rPr>
          <w:i/>
          <w:lang w:val="sv-SE"/>
        </w:rPr>
        <w:t>sig</w:t>
      </w:r>
      <w:r w:rsidRPr="000767E2">
        <w:rPr>
          <w:lang w:val="sv-SE"/>
        </w:rPr>
        <w:t xml:space="preserve"> sänder han direkt ut skäran, för </w:t>
      </w:r>
      <w:r w:rsidRPr="000767E2">
        <w:rPr>
          <w:i/>
          <w:lang w:val="sv-SE"/>
        </w:rPr>
        <w:t>då</w:t>
      </w:r>
      <w:r w:rsidRPr="000767E2">
        <w:rPr>
          <w:lang w:val="sv-SE"/>
        </w:rPr>
        <w:t xml:space="preserve"> förestår skörden.”{{field-off:bible}}</w:t>
      </w:r>
    </w:p>
    <w:p w14:paraId="7A186E9F" w14:textId="77777777" w:rsidR="00BA33AB" w:rsidRPr="000767E2" w:rsidRDefault="00000000">
      <w:pPr>
        <w:pStyle w:val="Rubrik3"/>
        <w:rPr>
          <w:lang w:val="sv-SE"/>
        </w:rPr>
      </w:pPr>
      <w:r w:rsidRPr="000767E2">
        <w:rPr>
          <w:lang w:val="sv-SE"/>
        </w:rPr>
        <w:t>Liknelsen om senapskornet</w:t>
      </w:r>
    </w:p>
    <w:p w14:paraId="1658BF7A" w14:textId="55229318" w:rsidR="00BA33AB" w:rsidRPr="000767E2" w:rsidRDefault="00000000">
      <w:pPr>
        <w:rPr>
          <w:lang w:val="sv-SE"/>
        </w:rPr>
      </w:pPr>
      <w:r w:rsidRPr="000767E2">
        <w:rPr>
          <w:lang w:val="sv-SE"/>
        </w:rPr>
        <w:t>[[@</w:t>
      </w:r>
      <w:r w:rsidR="0096445B" w:rsidRPr="000767E2">
        <w:rPr>
          <w:lang w:val="sv-SE"/>
        </w:rPr>
        <w:t>BibleBIBEL82</w:t>
      </w:r>
      <w:r w:rsidRPr="000767E2">
        <w:rPr>
          <w:lang w:val="sv-SE"/>
        </w:rPr>
        <w:t>:Mark 4:30]]</w:t>
      </w:r>
      <w:r w:rsidRPr="000767E2">
        <w:rPr>
          <w:vertAlign w:val="superscript"/>
          <w:lang w:val="sv-SE"/>
        </w:rPr>
        <w:t>30</w:t>
      </w:r>
      <w:r w:rsidRPr="000767E2">
        <w:rPr>
          <w:lang w:val="sv-SE"/>
        </w:rPr>
        <w:t xml:space="preserve"> {{field-on:bible}}Och han sade: ”Hur ska vi likna Guds rike? Eller med vilken liknelse ska vi lägga </w:t>
      </w:r>
      <w:r w:rsidRPr="000767E2">
        <w:rPr>
          <w:i/>
          <w:lang w:val="sv-SE"/>
        </w:rPr>
        <w:t>fram</w:t>
      </w:r>
      <w:r w:rsidRPr="000767E2">
        <w:rPr>
          <w:lang w:val="sv-SE"/>
        </w:rPr>
        <w:t xml:space="preserve"> det?{{field-off:bible}} [[@</w:t>
      </w:r>
      <w:r w:rsidR="0096445B" w:rsidRPr="000767E2">
        <w:rPr>
          <w:lang w:val="sv-SE"/>
        </w:rPr>
        <w:t>BibleBIBEL82</w:t>
      </w:r>
      <w:r w:rsidRPr="000767E2">
        <w:rPr>
          <w:lang w:val="sv-SE"/>
        </w:rPr>
        <w:t>:Mark 4:31]]</w:t>
      </w:r>
      <w:r w:rsidRPr="000767E2">
        <w:rPr>
          <w:vertAlign w:val="superscript"/>
          <w:lang w:val="sv-SE"/>
        </w:rPr>
        <w:t>31</w:t>
      </w:r>
      <w:r w:rsidRPr="000767E2">
        <w:rPr>
          <w:lang w:val="sv-SE"/>
        </w:rPr>
        <w:t xml:space="preserve"> {{field-on:bible}}Som ett senapskorn, som när det såtts på jorden är mindre än alla fröna på jorden.{{field-off:bible}} [[@</w:t>
      </w:r>
      <w:r w:rsidR="0096445B" w:rsidRPr="000767E2">
        <w:rPr>
          <w:lang w:val="sv-SE"/>
        </w:rPr>
        <w:t>BibleBIBEL82</w:t>
      </w:r>
      <w:r w:rsidRPr="000767E2">
        <w:rPr>
          <w:lang w:val="sv-SE"/>
        </w:rPr>
        <w:t>:Mark 4:32]]</w:t>
      </w:r>
      <w:r w:rsidRPr="000767E2">
        <w:rPr>
          <w:vertAlign w:val="superscript"/>
          <w:lang w:val="sv-SE"/>
        </w:rPr>
        <w:t>32</w:t>
      </w:r>
      <w:r w:rsidRPr="000767E2">
        <w:rPr>
          <w:lang w:val="sv-SE"/>
        </w:rPr>
        <w:t xml:space="preserve"> {{field-on:bible}}Och när det såtts, kommer det upp och blir större än alla köksväxterna, och gör så stora grenar att under dess skugga kan himlens fåglar sätta bo.”{{field-off:bible}}</w:t>
      </w:r>
    </w:p>
    <w:p w14:paraId="65B66C95" w14:textId="38F19CCC" w:rsidR="00BA33AB" w:rsidRPr="000767E2" w:rsidRDefault="00000000">
      <w:pPr>
        <w:rPr>
          <w:lang w:val="sv-SE"/>
        </w:rPr>
      </w:pPr>
      <w:r w:rsidRPr="000767E2">
        <w:rPr>
          <w:lang w:val="sv-SE"/>
        </w:rPr>
        <w:t>[[@</w:t>
      </w:r>
      <w:r w:rsidR="0096445B" w:rsidRPr="000767E2">
        <w:rPr>
          <w:lang w:val="sv-SE"/>
        </w:rPr>
        <w:t>BibleBIBEL82</w:t>
      </w:r>
      <w:r w:rsidRPr="000767E2">
        <w:rPr>
          <w:lang w:val="sv-SE"/>
        </w:rPr>
        <w:t>:Mark 4:33]]</w:t>
      </w:r>
      <w:r w:rsidRPr="000767E2">
        <w:rPr>
          <w:vertAlign w:val="superscript"/>
          <w:lang w:val="sv-SE"/>
        </w:rPr>
        <w:t>33</w:t>
      </w:r>
      <w:r w:rsidRPr="000767E2">
        <w:rPr>
          <w:lang w:val="sv-SE"/>
        </w:rPr>
        <w:t xml:space="preserve"> {{field-on:bible}}Och med många sådana liknelser talade han till dem ordet, så som de kunde höra.{{field-off:bible}} [[@</w:t>
      </w:r>
      <w:r w:rsidR="0096445B" w:rsidRPr="000767E2">
        <w:rPr>
          <w:lang w:val="sv-SE"/>
        </w:rPr>
        <w:t>BibleBIBEL82</w:t>
      </w:r>
      <w:r w:rsidRPr="000767E2">
        <w:rPr>
          <w:lang w:val="sv-SE"/>
        </w:rPr>
        <w:t>:Mark 4:34]]</w:t>
      </w:r>
      <w:r w:rsidRPr="000767E2">
        <w:rPr>
          <w:vertAlign w:val="superscript"/>
          <w:lang w:val="sv-SE"/>
        </w:rPr>
        <w:t>34</w:t>
      </w:r>
      <w:r w:rsidRPr="000767E2">
        <w:rPr>
          <w:lang w:val="sv-SE"/>
        </w:rPr>
        <w:t xml:space="preserve"> {{field-on:bible}}Och utan liknelse talade han inte till dem. Men enskilt för </w:t>
      </w:r>
      <w:r w:rsidRPr="000767E2">
        <w:rPr>
          <w:i/>
          <w:lang w:val="sv-SE"/>
        </w:rPr>
        <w:t>sina</w:t>
      </w:r>
      <w:r w:rsidRPr="000767E2">
        <w:rPr>
          <w:lang w:val="sv-SE"/>
        </w:rPr>
        <w:t xml:space="preserve"> egna lärjungar klargjorde han allt.{{field-off:bible}}</w:t>
      </w:r>
    </w:p>
    <w:p w14:paraId="227071FD" w14:textId="77777777" w:rsidR="00BA33AB" w:rsidRPr="000767E2" w:rsidRDefault="00000000">
      <w:pPr>
        <w:pStyle w:val="Rubrik3"/>
        <w:rPr>
          <w:lang w:val="sv-SE"/>
        </w:rPr>
      </w:pPr>
      <w:r w:rsidRPr="000767E2">
        <w:rPr>
          <w:lang w:val="sv-SE"/>
        </w:rPr>
        <w:t>Jesus stillar stormen</w:t>
      </w:r>
    </w:p>
    <w:p w14:paraId="4ED1B2ED" w14:textId="295C10F8" w:rsidR="00BA33AB" w:rsidRPr="000767E2" w:rsidRDefault="00000000">
      <w:pPr>
        <w:rPr>
          <w:lang w:val="sv-SE"/>
        </w:rPr>
      </w:pPr>
      <w:r w:rsidRPr="000767E2">
        <w:rPr>
          <w:lang w:val="sv-SE"/>
        </w:rPr>
        <w:t>[[@</w:t>
      </w:r>
      <w:r w:rsidR="0096445B" w:rsidRPr="000767E2">
        <w:rPr>
          <w:lang w:val="sv-SE"/>
        </w:rPr>
        <w:t>BibleBIBEL82</w:t>
      </w:r>
      <w:r w:rsidRPr="000767E2">
        <w:rPr>
          <w:lang w:val="sv-SE"/>
        </w:rPr>
        <w:t>:Mark 4:35]]</w:t>
      </w:r>
      <w:r w:rsidRPr="000767E2">
        <w:rPr>
          <w:vertAlign w:val="superscript"/>
          <w:lang w:val="sv-SE"/>
        </w:rPr>
        <w:t>35</w:t>
      </w:r>
      <w:r w:rsidRPr="000767E2">
        <w:rPr>
          <w:lang w:val="sv-SE"/>
        </w:rPr>
        <w:t xml:space="preserve"> {{field-on:bible}}Och han säger till dem på den dagen, när det blivit kväll: ”Låt oss fara över till andra sidan.”{{field-off:bible}} [[@</w:t>
      </w:r>
      <w:r w:rsidR="0096445B" w:rsidRPr="000767E2">
        <w:rPr>
          <w:lang w:val="sv-SE"/>
        </w:rPr>
        <w:t>BibleBIBEL82</w:t>
      </w:r>
      <w:r w:rsidRPr="000767E2">
        <w:rPr>
          <w:lang w:val="sv-SE"/>
        </w:rPr>
        <w:t>:Mark 4:36]]</w:t>
      </w:r>
      <w:r w:rsidRPr="000767E2">
        <w:rPr>
          <w:vertAlign w:val="superscript"/>
          <w:lang w:val="sv-SE"/>
        </w:rPr>
        <w:t>36</w:t>
      </w:r>
      <w:r w:rsidRPr="000767E2">
        <w:rPr>
          <w:lang w:val="sv-SE"/>
        </w:rPr>
        <w:t xml:space="preserve"> {{field-on:bible}}Och de lämnar skaran och tar med honom som han var i båten. Även andra båtar var med honom.{{field-off:bible}}</w:t>
      </w:r>
    </w:p>
    <w:p w14:paraId="5DCA1AE4" w14:textId="4223FC95" w:rsidR="00BA33AB" w:rsidRPr="000767E2" w:rsidRDefault="00000000">
      <w:pPr>
        <w:rPr>
          <w:lang w:val="sv-SE"/>
        </w:rPr>
      </w:pPr>
      <w:r w:rsidRPr="000767E2">
        <w:rPr>
          <w:lang w:val="sv-SE"/>
        </w:rPr>
        <w:t>[[@</w:t>
      </w:r>
      <w:r w:rsidR="0096445B" w:rsidRPr="000767E2">
        <w:rPr>
          <w:lang w:val="sv-SE"/>
        </w:rPr>
        <w:t>BibleBIBEL82</w:t>
      </w:r>
      <w:r w:rsidRPr="000767E2">
        <w:rPr>
          <w:lang w:val="sv-SE"/>
        </w:rPr>
        <w:t>:Mark 4:37]]</w:t>
      </w:r>
      <w:r w:rsidRPr="000767E2">
        <w:rPr>
          <w:vertAlign w:val="superscript"/>
          <w:lang w:val="sv-SE"/>
        </w:rPr>
        <w:t>37</w:t>
      </w:r>
      <w:r w:rsidRPr="000767E2">
        <w:rPr>
          <w:lang w:val="sv-SE"/>
        </w:rPr>
        <w:t xml:space="preserve"> {{field-on:bible}}Och det blir en väldig storm med vind, och vågorna låg på in i båten så att båten redan </w:t>
      </w:r>
      <w:r w:rsidRPr="000767E2">
        <w:rPr>
          <w:i/>
          <w:lang w:val="sv-SE"/>
        </w:rPr>
        <w:t>började</w:t>
      </w:r>
      <w:r w:rsidRPr="000767E2">
        <w:rPr>
          <w:lang w:val="sv-SE"/>
        </w:rPr>
        <w:t xml:space="preserve"> fyllas.{{field-off:bible}} [[@</w:t>
      </w:r>
      <w:r w:rsidR="0096445B" w:rsidRPr="000767E2">
        <w:rPr>
          <w:lang w:val="sv-SE"/>
        </w:rPr>
        <w:t>BibleBIBEL82</w:t>
      </w:r>
      <w:r w:rsidRPr="000767E2">
        <w:rPr>
          <w:lang w:val="sv-SE"/>
        </w:rPr>
        <w:t>:Mark 4:38]]</w:t>
      </w:r>
      <w:r w:rsidRPr="000767E2">
        <w:rPr>
          <w:vertAlign w:val="superscript"/>
          <w:lang w:val="sv-SE"/>
        </w:rPr>
        <w:t>38</w:t>
      </w:r>
      <w:r w:rsidRPr="000767E2">
        <w:rPr>
          <w:lang w:val="sv-SE"/>
        </w:rPr>
        <w:t xml:space="preserve"> {{field-on:bible}}Och själv var han i aktern på dynan och sov. </w:t>
      </w:r>
      <w:r w:rsidRPr="000767E2">
        <w:rPr>
          <w:lang w:val="sv-SE"/>
        </w:rPr>
        <w:lastRenderedPageBreak/>
        <w:t>Och de väcker honom och säger till honom: ”Lärare! Bryr du dig inte att vi går förlorade?”{{field-off:bible}} [[@</w:t>
      </w:r>
      <w:r w:rsidR="0096445B" w:rsidRPr="000767E2">
        <w:rPr>
          <w:lang w:val="sv-SE"/>
        </w:rPr>
        <w:t>BibleBIBEL82</w:t>
      </w:r>
      <w:r w:rsidRPr="000767E2">
        <w:rPr>
          <w:lang w:val="sv-SE"/>
        </w:rPr>
        <w:t>:Mark 4:39]]</w:t>
      </w:r>
      <w:r w:rsidRPr="000767E2">
        <w:rPr>
          <w:vertAlign w:val="superscript"/>
          <w:lang w:val="sv-SE"/>
        </w:rPr>
        <w:t>39</w:t>
      </w:r>
      <w:r w:rsidRPr="000767E2">
        <w:rPr>
          <w:lang w:val="sv-SE"/>
        </w:rPr>
        <w:t xml:space="preserve"> {{field-on:bible}}Och väckt näpste han vinden och sade till havet: ”Var tyst! Var tilltäppt!” Och vinden lade sig och det blev ett väldigt lugn.{{field-off:bible}} [[@</w:t>
      </w:r>
      <w:r w:rsidR="0096445B" w:rsidRPr="000767E2">
        <w:rPr>
          <w:lang w:val="sv-SE"/>
        </w:rPr>
        <w:t>BibleBIBEL82</w:t>
      </w:r>
      <w:r w:rsidRPr="000767E2">
        <w:rPr>
          <w:lang w:val="sv-SE"/>
        </w:rPr>
        <w:t>:Mark 4:40]]</w:t>
      </w:r>
      <w:r w:rsidRPr="000767E2">
        <w:rPr>
          <w:vertAlign w:val="superscript"/>
          <w:lang w:val="sv-SE"/>
        </w:rPr>
        <w:t>40</w:t>
      </w:r>
      <w:r w:rsidRPr="000767E2">
        <w:rPr>
          <w:lang w:val="sv-SE"/>
        </w:rPr>
        <w:t xml:space="preserve"> {{field-on:bible}}Och han sade till dem: ”Varför är ni fega? Har ni ännu ingen tro?”{{field-off:bible}} [[@</w:t>
      </w:r>
      <w:r w:rsidR="0096445B" w:rsidRPr="000767E2">
        <w:rPr>
          <w:lang w:val="sv-SE"/>
        </w:rPr>
        <w:t>BibleBIBEL82</w:t>
      </w:r>
      <w:r w:rsidRPr="000767E2">
        <w:rPr>
          <w:lang w:val="sv-SE"/>
        </w:rPr>
        <w:t>:Mark 4:41]]</w:t>
      </w:r>
      <w:r w:rsidRPr="000767E2">
        <w:rPr>
          <w:vertAlign w:val="superscript"/>
          <w:lang w:val="sv-SE"/>
        </w:rPr>
        <w:t>41</w:t>
      </w:r>
      <w:r w:rsidRPr="000767E2">
        <w:rPr>
          <w:lang w:val="sv-SE"/>
        </w:rPr>
        <w:t xml:space="preserve"> {{field-on:bible}}Och de fruktade </w:t>
      </w:r>
      <w:r w:rsidRPr="000767E2">
        <w:rPr>
          <w:i/>
          <w:lang w:val="sv-SE"/>
        </w:rPr>
        <w:t>med</w:t>
      </w:r>
      <w:r w:rsidRPr="000767E2">
        <w:rPr>
          <w:lang w:val="sv-SE"/>
        </w:rPr>
        <w:t xml:space="preserve"> stor fruktan och sade till varandra: ”Vem är då denne? För även vinden och havet hörsammar honom!”{{field-off:bible}}</w:t>
      </w:r>
    </w:p>
    <w:p w14:paraId="2D769324" w14:textId="3510987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5]]Kapitel 5</w:t>
      </w:r>
    </w:p>
    <w:p w14:paraId="38F79EA6" w14:textId="77777777" w:rsidR="00BA33AB" w:rsidRPr="000767E2" w:rsidRDefault="00000000">
      <w:pPr>
        <w:pStyle w:val="Rubrik3"/>
        <w:rPr>
          <w:lang w:val="sv-SE"/>
        </w:rPr>
      </w:pPr>
      <w:r w:rsidRPr="000767E2">
        <w:rPr>
          <w:lang w:val="sv-SE"/>
        </w:rPr>
        <w:t>Jesus botar en demoniserad</w:t>
      </w:r>
    </w:p>
    <w:p w14:paraId="0E8E2697" w14:textId="0552ECCC" w:rsidR="00BA33AB" w:rsidRPr="000767E2" w:rsidRDefault="00000000">
      <w:pPr>
        <w:rPr>
          <w:lang w:val="sv-SE"/>
        </w:rPr>
      </w:pPr>
      <w:r w:rsidRPr="000767E2">
        <w:rPr>
          <w:lang w:val="sv-SE"/>
        </w:rPr>
        <w:t>[[@</w:t>
      </w:r>
      <w:r w:rsidR="0096445B" w:rsidRPr="000767E2">
        <w:rPr>
          <w:lang w:val="sv-SE"/>
        </w:rPr>
        <w:t>BibleBIBEL82</w:t>
      </w:r>
      <w:r w:rsidRPr="000767E2">
        <w:rPr>
          <w:lang w:val="sv-SE"/>
        </w:rPr>
        <w:t>:Mark 5:1]]</w:t>
      </w:r>
      <w:r w:rsidRPr="000767E2">
        <w:rPr>
          <w:vertAlign w:val="superscript"/>
          <w:lang w:val="sv-SE"/>
        </w:rPr>
        <w:t>1</w:t>
      </w:r>
      <w:r w:rsidRPr="000767E2">
        <w:rPr>
          <w:lang w:val="sv-SE"/>
        </w:rPr>
        <w:t xml:space="preserve"> {{field-on:bible}}Och de kom till andra sidan havet, till gerasenernas trakt.{{field-off:bible}} [[@</w:t>
      </w:r>
      <w:r w:rsidR="0096445B" w:rsidRPr="000767E2">
        <w:rPr>
          <w:lang w:val="sv-SE"/>
        </w:rPr>
        <w:t>BibleBIBEL82</w:t>
      </w:r>
      <w:r w:rsidRPr="000767E2">
        <w:rPr>
          <w:lang w:val="sv-SE"/>
        </w:rPr>
        <w:t>:Mark 5:2]]</w:t>
      </w:r>
      <w:r w:rsidRPr="000767E2">
        <w:rPr>
          <w:vertAlign w:val="superscript"/>
          <w:lang w:val="sv-SE"/>
        </w:rPr>
        <w:t>2</w:t>
      </w:r>
      <w:r w:rsidRPr="000767E2">
        <w:rPr>
          <w:lang w:val="sv-SE"/>
        </w:rPr>
        <w:t xml:space="preserve"> {{field-on:bible}}Och när han gick ur båten, direkt mötte honom från gravarna en man med en oren ande{{field-off:bible}} [[@</w:t>
      </w:r>
      <w:r w:rsidR="0096445B" w:rsidRPr="000767E2">
        <w:rPr>
          <w:lang w:val="sv-SE"/>
        </w:rPr>
        <w:t>BibleBIBEL82</w:t>
      </w:r>
      <w:r w:rsidRPr="000767E2">
        <w:rPr>
          <w:lang w:val="sv-SE"/>
        </w:rPr>
        <w:t>:Mark 5:3]]</w:t>
      </w:r>
      <w:r w:rsidRPr="000767E2">
        <w:rPr>
          <w:vertAlign w:val="superscript"/>
          <w:lang w:val="sv-SE"/>
        </w:rPr>
        <w:t>3</w:t>
      </w:r>
      <w:r w:rsidRPr="000767E2">
        <w:rPr>
          <w:lang w:val="sv-SE"/>
        </w:rPr>
        <w:t xml:space="preserve"> {{field-on:bible}}som hade </w:t>
      </w:r>
      <w:r w:rsidRPr="000767E2">
        <w:rPr>
          <w:i/>
          <w:lang w:val="sv-SE"/>
        </w:rPr>
        <w:t>sin</w:t>
      </w:r>
      <w:r w:rsidRPr="000767E2">
        <w:rPr>
          <w:lang w:val="sv-SE"/>
        </w:rPr>
        <w:t xml:space="preserve"> boplats bland gravarna. Och inte ens med kedja kunde någon längre binda honom,{{field-off:bible}} [[@</w:t>
      </w:r>
      <w:r w:rsidR="0096445B" w:rsidRPr="000767E2">
        <w:rPr>
          <w:lang w:val="sv-SE"/>
        </w:rPr>
        <w:t>BibleBIBEL82</w:t>
      </w:r>
      <w:r w:rsidRPr="000767E2">
        <w:rPr>
          <w:lang w:val="sv-SE"/>
        </w:rPr>
        <w:t>:Mark 5:4]]</w:t>
      </w:r>
      <w:r w:rsidRPr="000767E2">
        <w:rPr>
          <w:vertAlign w:val="superscript"/>
          <w:lang w:val="sv-SE"/>
        </w:rPr>
        <w:t>4</w:t>
      </w:r>
      <w:r w:rsidRPr="000767E2">
        <w:rPr>
          <w:lang w:val="sv-SE"/>
        </w:rPr>
        <w:t xml:space="preserve"> {{field-on:bible}}eftersom han många gånger med fotbojor och kedjor blivit bunden, och av honom hade kedjorna dragits sönder och fotbojorna knäckts. Och ingen mäktade att tämja honom.{{field-off:bible}} [[@</w:t>
      </w:r>
      <w:r w:rsidR="0096445B" w:rsidRPr="000767E2">
        <w:rPr>
          <w:lang w:val="sv-SE"/>
        </w:rPr>
        <w:t>BibleBIBEL82</w:t>
      </w:r>
      <w:r w:rsidRPr="000767E2">
        <w:rPr>
          <w:lang w:val="sv-SE"/>
        </w:rPr>
        <w:t>:Mark 5:5]]</w:t>
      </w:r>
      <w:r w:rsidRPr="000767E2">
        <w:rPr>
          <w:vertAlign w:val="superscript"/>
          <w:lang w:val="sv-SE"/>
        </w:rPr>
        <w:t>5</w:t>
      </w:r>
      <w:r w:rsidRPr="000767E2">
        <w:rPr>
          <w:lang w:val="sv-SE"/>
        </w:rPr>
        <w:t xml:space="preserve"> {{field-on:bible}}Och ständigt, natt och dag, var han bland gravarna och i bergen och skrek och högg mot sig själv med stenar.{{field-off:bible}}</w:t>
      </w:r>
    </w:p>
    <w:p w14:paraId="7E6B31FD" w14:textId="7C029412" w:rsidR="00BA33AB" w:rsidRPr="000767E2" w:rsidRDefault="00000000">
      <w:pPr>
        <w:rPr>
          <w:lang w:val="sv-SE"/>
        </w:rPr>
      </w:pPr>
      <w:r w:rsidRPr="000767E2">
        <w:rPr>
          <w:lang w:val="sv-SE"/>
        </w:rPr>
        <w:t>[[@</w:t>
      </w:r>
      <w:r w:rsidR="0096445B" w:rsidRPr="000767E2">
        <w:rPr>
          <w:lang w:val="sv-SE"/>
        </w:rPr>
        <w:t>BibleBIBEL82</w:t>
      </w:r>
      <w:r w:rsidRPr="000767E2">
        <w:rPr>
          <w:lang w:val="sv-SE"/>
        </w:rPr>
        <w:t>:Mark 5:6]]</w:t>
      </w:r>
      <w:r w:rsidRPr="000767E2">
        <w:rPr>
          <w:vertAlign w:val="superscript"/>
          <w:lang w:val="sv-SE"/>
        </w:rPr>
        <w:t>6</w:t>
      </w:r>
      <w:r w:rsidRPr="000767E2">
        <w:rPr>
          <w:lang w:val="sv-SE"/>
        </w:rPr>
        <w:t xml:space="preserve"> {{field-on:bible}}Och när han såg Jesus långt ifrån, sprang han </w:t>
      </w:r>
      <w:r w:rsidRPr="000767E2">
        <w:rPr>
          <w:i/>
          <w:lang w:val="sv-SE"/>
        </w:rPr>
        <w:t>fram</w:t>
      </w:r>
      <w:r w:rsidRPr="000767E2">
        <w:rPr>
          <w:lang w:val="sv-SE"/>
        </w:rPr>
        <w:t xml:space="preserve"> och tillbad honom{{field-off:bible}} [[@</w:t>
      </w:r>
      <w:r w:rsidR="0096445B" w:rsidRPr="000767E2">
        <w:rPr>
          <w:lang w:val="sv-SE"/>
        </w:rPr>
        <w:t>BibleBIBEL82</w:t>
      </w:r>
      <w:r w:rsidRPr="000767E2">
        <w:rPr>
          <w:lang w:val="sv-SE"/>
        </w:rPr>
        <w:t>:Mark 5:7]]</w:t>
      </w:r>
      <w:r w:rsidRPr="000767E2">
        <w:rPr>
          <w:vertAlign w:val="superscript"/>
          <w:lang w:val="sv-SE"/>
        </w:rPr>
        <w:t>7</w:t>
      </w:r>
      <w:r w:rsidRPr="000767E2">
        <w:rPr>
          <w:lang w:val="sv-SE"/>
        </w:rPr>
        <w:t xml:space="preserve"> {{field-on:bible}}och skrek med väldig röst och säger: ”Vad </w:t>
      </w:r>
      <w:r w:rsidRPr="000767E2">
        <w:rPr>
          <w:i/>
          <w:lang w:val="sv-SE"/>
        </w:rPr>
        <w:t>mellan</w:t>
      </w:r>
      <w:r w:rsidRPr="000767E2">
        <w:rPr>
          <w:lang w:val="sv-SE"/>
        </w:rPr>
        <w:t xml:space="preserve"> mig och dig, Jesus, Gud den Högstes Son? Jag besvär dig vid Gud </w:t>
      </w:r>
      <w:r w:rsidRPr="000767E2">
        <w:rPr>
          <w:i/>
          <w:lang w:val="sv-SE"/>
        </w:rPr>
        <w:t>att</w:t>
      </w:r>
      <w:r w:rsidRPr="000767E2">
        <w:rPr>
          <w:lang w:val="sv-SE"/>
        </w:rPr>
        <w:t xml:space="preserve"> du inte ska plåga mig!”{{field-off:bible}} [[@</w:t>
      </w:r>
      <w:r w:rsidR="0096445B" w:rsidRPr="000767E2">
        <w:rPr>
          <w:lang w:val="sv-SE"/>
        </w:rPr>
        <w:t>BibleBIBEL82</w:t>
      </w:r>
      <w:r w:rsidRPr="000767E2">
        <w:rPr>
          <w:lang w:val="sv-SE"/>
        </w:rPr>
        <w:t>:Mark 5:8]]</w:t>
      </w:r>
      <w:r w:rsidRPr="000767E2">
        <w:rPr>
          <w:vertAlign w:val="superscript"/>
          <w:lang w:val="sv-SE"/>
        </w:rPr>
        <w:t>8</w:t>
      </w:r>
      <w:r w:rsidRPr="000767E2">
        <w:rPr>
          <w:lang w:val="sv-SE"/>
        </w:rPr>
        <w:t xml:space="preserve"> {{field-on:bible}}För han hade sagt till honom: ”Kom ut, </w:t>
      </w:r>
      <w:r w:rsidRPr="000767E2">
        <w:rPr>
          <w:i/>
          <w:lang w:val="sv-SE"/>
        </w:rPr>
        <w:t>du</w:t>
      </w:r>
      <w:r w:rsidRPr="000767E2">
        <w:rPr>
          <w:lang w:val="sv-SE"/>
        </w:rPr>
        <w:t xml:space="preserve"> orena ande, ur människan!”{{field-off:bible}} [[@</w:t>
      </w:r>
      <w:r w:rsidR="0096445B" w:rsidRPr="000767E2">
        <w:rPr>
          <w:lang w:val="sv-SE"/>
        </w:rPr>
        <w:t>BibleBIBEL82</w:t>
      </w:r>
      <w:r w:rsidRPr="000767E2">
        <w:rPr>
          <w:lang w:val="sv-SE"/>
        </w:rPr>
        <w:t>:Mark 5:9]]</w:t>
      </w:r>
      <w:r w:rsidRPr="000767E2">
        <w:rPr>
          <w:vertAlign w:val="superscript"/>
          <w:lang w:val="sv-SE"/>
        </w:rPr>
        <w:t>9</w:t>
      </w:r>
      <w:r w:rsidRPr="000767E2">
        <w:rPr>
          <w:lang w:val="sv-SE"/>
        </w:rPr>
        <w:t xml:space="preserve"> {{field-on:bible}}Och han frågade honom: ”Vad </w:t>
      </w:r>
      <w:r w:rsidRPr="000767E2">
        <w:rPr>
          <w:i/>
          <w:lang w:val="sv-SE"/>
        </w:rPr>
        <w:t>är</w:t>
      </w:r>
      <w:r w:rsidRPr="000767E2">
        <w:rPr>
          <w:lang w:val="sv-SE"/>
        </w:rPr>
        <w:t xml:space="preserve"> ditt namn?” Och han säger till honom: ”Legion </w:t>
      </w:r>
      <w:r w:rsidRPr="000767E2">
        <w:rPr>
          <w:i/>
          <w:lang w:val="sv-SE"/>
        </w:rPr>
        <w:t>är</w:t>
      </w:r>
      <w:r w:rsidRPr="000767E2">
        <w:rPr>
          <w:lang w:val="sv-SE"/>
        </w:rPr>
        <w:t xml:space="preserve"> mitt namn. För vi är många.”{{field-off:bible}} [[@</w:t>
      </w:r>
      <w:r w:rsidR="0096445B" w:rsidRPr="000767E2">
        <w:rPr>
          <w:lang w:val="sv-SE"/>
        </w:rPr>
        <w:t>BibleBIBEL82</w:t>
      </w:r>
      <w:r w:rsidRPr="000767E2">
        <w:rPr>
          <w:lang w:val="sv-SE"/>
        </w:rPr>
        <w:t>:Mark 5:10]]</w:t>
      </w:r>
      <w:r w:rsidRPr="000767E2">
        <w:rPr>
          <w:vertAlign w:val="superscript"/>
          <w:lang w:val="sv-SE"/>
        </w:rPr>
        <w:t>10</w:t>
      </w:r>
      <w:r w:rsidRPr="000767E2">
        <w:rPr>
          <w:lang w:val="sv-SE"/>
        </w:rPr>
        <w:t xml:space="preserve"> {{field-on:bible}}Och han vädjade till honom mycket att inte sända dem utanför trakten.{{field-off:bible}}</w:t>
      </w:r>
    </w:p>
    <w:p w14:paraId="7169AD85" w14:textId="478252DB" w:rsidR="00BA33AB" w:rsidRPr="000767E2" w:rsidRDefault="00000000">
      <w:pPr>
        <w:rPr>
          <w:lang w:val="sv-SE"/>
        </w:rPr>
      </w:pPr>
      <w:r w:rsidRPr="000767E2">
        <w:rPr>
          <w:lang w:val="sv-SE"/>
        </w:rPr>
        <w:t>[[@</w:t>
      </w:r>
      <w:r w:rsidR="0096445B" w:rsidRPr="000767E2">
        <w:rPr>
          <w:lang w:val="sv-SE"/>
        </w:rPr>
        <w:t>BibleBIBEL82</w:t>
      </w:r>
      <w:r w:rsidRPr="000767E2">
        <w:rPr>
          <w:lang w:val="sv-SE"/>
        </w:rPr>
        <w:t>:Mark 5:11]]</w:t>
      </w:r>
      <w:r w:rsidRPr="000767E2">
        <w:rPr>
          <w:vertAlign w:val="superscript"/>
          <w:lang w:val="sv-SE"/>
        </w:rPr>
        <w:t>11</w:t>
      </w:r>
      <w:r w:rsidRPr="000767E2">
        <w:rPr>
          <w:lang w:val="sv-SE"/>
        </w:rPr>
        <w:t xml:space="preserve"> {{field-on:bible}}Men det fanns där vid berget en stor skock med svin som vallades,{{field-off:bible}} [[@</w:t>
      </w:r>
      <w:r w:rsidR="0096445B" w:rsidRPr="000767E2">
        <w:rPr>
          <w:lang w:val="sv-SE"/>
        </w:rPr>
        <w:t>BibleBIBEL82</w:t>
      </w:r>
      <w:r w:rsidRPr="000767E2">
        <w:rPr>
          <w:lang w:val="sv-SE"/>
        </w:rPr>
        <w:t>:Mark 5:12]]</w:t>
      </w:r>
      <w:r w:rsidRPr="000767E2">
        <w:rPr>
          <w:vertAlign w:val="superscript"/>
          <w:lang w:val="sv-SE"/>
        </w:rPr>
        <w:t>12</w:t>
      </w:r>
      <w:r w:rsidRPr="000767E2">
        <w:rPr>
          <w:lang w:val="sv-SE"/>
        </w:rPr>
        <w:t xml:space="preserve"> {{field-on:bible}}och de vädjade till honom och sade: ”Skicka oss till svinen, så att vi kan fara in i dem!”{{field-off:bible}} [[@</w:t>
      </w:r>
      <w:r w:rsidR="0096445B" w:rsidRPr="000767E2">
        <w:rPr>
          <w:lang w:val="sv-SE"/>
        </w:rPr>
        <w:t>BibleBIBEL82</w:t>
      </w:r>
      <w:r w:rsidRPr="000767E2">
        <w:rPr>
          <w:lang w:val="sv-SE"/>
        </w:rPr>
        <w:t>:Mark 5:13]]</w:t>
      </w:r>
      <w:r w:rsidRPr="000767E2">
        <w:rPr>
          <w:vertAlign w:val="superscript"/>
          <w:lang w:val="sv-SE"/>
        </w:rPr>
        <w:t>13</w:t>
      </w:r>
      <w:r w:rsidRPr="000767E2">
        <w:rPr>
          <w:lang w:val="sv-SE"/>
        </w:rPr>
        <w:t xml:space="preserve"> {{field-on:bible}}Och han tillät dem. Och ut kom de orena andarna och for in i svinen, och skocken stormade ner från branten i havet, ungefär tvåtusen, och kvävdes i havet.{{field-off:bible}}</w:t>
      </w:r>
    </w:p>
    <w:p w14:paraId="7E32B5D5" w14:textId="09D629D5" w:rsidR="00BA33AB" w:rsidRPr="000767E2" w:rsidRDefault="00000000">
      <w:pPr>
        <w:rPr>
          <w:lang w:val="sv-SE"/>
        </w:rPr>
      </w:pPr>
      <w:r w:rsidRPr="000767E2">
        <w:rPr>
          <w:lang w:val="sv-SE"/>
        </w:rPr>
        <w:t>[[@</w:t>
      </w:r>
      <w:r w:rsidR="0096445B" w:rsidRPr="000767E2">
        <w:rPr>
          <w:lang w:val="sv-SE"/>
        </w:rPr>
        <w:t>BibleBIBEL82</w:t>
      </w:r>
      <w:r w:rsidRPr="000767E2">
        <w:rPr>
          <w:lang w:val="sv-SE"/>
        </w:rPr>
        <w:t>:Mark 5:14]]</w:t>
      </w:r>
      <w:r w:rsidRPr="000767E2">
        <w:rPr>
          <w:vertAlign w:val="superscript"/>
          <w:lang w:val="sv-SE"/>
        </w:rPr>
        <w:t>14</w:t>
      </w:r>
      <w:r w:rsidRPr="000767E2">
        <w:rPr>
          <w:lang w:val="sv-SE"/>
        </w:rPr>
        <w:t xml:space="preserve"> {{field-on:bible}}Och de som vallade dem flydde och berättade i staden och på fälten, och man kom </w:t>
      </w:r>
      <w:r w:rsidRPr="000767E2">
        <w:rPr>
          <w:i/>
          <w:lang w:val="sv-SE"/>
        </w:rPr>
        <w:t>för</w:t>
      </w:r>
      <w:r w:rsidRPr="000767E2">
        <w:rPr>
          <w:lang w:val="sv-SE"/>
        </w:rPr>
        <w:t xml:space="preserve"> att se vad det är som har hänt.{{field-off:bible}} [[@</w:t>
      </w:r>
      <w:r w:rsidR="0096445B" w:rsidRPr="000767E2">
        <w:rPr>
          <w:lang w:val="sv-SE"/>
        </w:rPr>
        <w:t>BibleBIBEL82</w:t>
      </w:r>
      <w:r w:rsidRPr="000767E2">
        <w:rPr>
          <w:lang w:val="sv-SE"/>
        </w:rPr>
        <w:t>:Mark 5:15]]</w:t>
      </w:r>
      <w:r w:rsidRPr="000767E2">
        <w:rPr>
          <w:vertAlign w:val="superscript"/>
          <w:lang w:val="sv-SE"/>
        </w:rPr>
        <w:t>15</w:t>
      </w:r>
      <w:r w:rsidRPr="000767E2">
        <w:rPr>
          <w:lang w:val="sv-SE"/>
        </w:rPr>
        <w:t xml:space="preserve"> {{field-on:bible}}Och de kommer till Jesus och skådar den demoniserade sittande påklädd och sansad, han som hade haft legionen. Och de fruktade.{{field-off:bible}} [[@</w:t>
      </w:r>
      <w:r w:rsidR="0096445B" w:rsidRPr="000767E2">
        <w:rPr>
          <w:lang w:val="sv-SE"/>
        </w:rPr>
        <w:t>BibleBIBEL82</w:t>
      </w:r>
      <w:r w:rsidRPr="000767E2">
        <w:rPr>
          <w:lang w:val="sv-SE"/>
        </w:rPr>
        <w:t>:Mark 5:16]]</w:t>
      </w:r>
      <w:r w:rsidRPr="000767E2">
        <w:rPr>
          <w:vertAlign w:val="superscript"/>
          <w:lang w:val="sv-SE"/>
        </w:rPr>
        <w:t>16</w:t>
      </w:r>
      <w:r w:rsidRPr="000767E2">
        <w:rPr>
          <w:lang w:val="sv-SE"/>
        </w:rPr>
        <w:t xml:space="preserve"> {{field-on:bible}}Och </w:t>
      </w:r>
      <w:r w:rsidRPr="000767E2">
        <w:rPr>
          <w:i/>
          <w:lang w:val="sv-SE"/>
        </w:rPr>
        <w:t>då</w:t>
      </w:r>
      <w:r w:rsidRPr="000767E2">
        <w:rPr>
          <w:lang w:val="sv-SE"/>
        </w:rPr>
        <w:t xml:space="preserve"> skildrade </w:t>
      </w:r>
      <w:r w:rsidRPr="000767E2">
        <w:rPr>
          <w:lang w:val="sv-SE"/>
        </w:rPr>
        <w:lastRenderedPageBreak/>
        <w:t xml:space="preserve">de som hade sett </w:t>
      </w:r>
      <w:r w:rsidRPr="000767E2">
        <w:rPr>
          <w:i/>
          <w:lang w:val="sv-SE"/>
        </w:rPr>
        <w:t>det</w:t>
      </w:r>
      <w:r w:rsidRPr="000767E2">
        <w:rPr>
          <w:lang w:val="sv-SE"/>
        </w:rPr>
        <w:t xml:space="preserve"> för dem, hur det hade hänt med den demoniserade och om svinen.{{field-off:bible}} [[@</w:t>
      </w:r>
      <w:r w:rsidR="0096445B" w:rsidRPr="000767E2">
        <w:rPr>
          <w:lang w:val="sv-SE"/>
        </w:rPr>
        <w:t>BibleBIBEL82</w:t>
      </w:r>
      <w:r w:rsidRPr="000767E2">
        <w:rPr>
          <w:lang w:val="sv-SE"/>
        </w:rPr>
        <w:t>:Mark 5:17]]</w:t>
      </w:r>
      <w:r w:rsidRPr="000767E2">
        <w:rPr>
          <w:vertAlign w:val="superscript"/>
          <w:lang w:val="sv-SE"/>
        </w:rPr>
        <w:t>17</w:t>
      </w:r>
      <w:r w:rsidRPr="000767E2">
        <w:rPr>
          <w:lang w:val="sv-SE"/>
        </w:rPr>
        <w:t xml:space="preserve"> {{field-on:bible}}Och de började vädja till honom att gå bort från deras område.{{field-off:bible}}</w:t>
      </w:r>
    </w:p>
    <w:p w14:paraId="7A76A995" w14:textId="5CA95FDD" w:rsidR="00BA33AB" w:rsidRPr="000767E2" w:rsidRDefault="00000000">
      <w:pPr>
        <w:rPr>
          <w:lang w:val="sv-SE"/>
        </w:rPr>
      </w:pPr>
      <w:r w:rsidRPr="000767E2">
        <w:rPr>
          <w:lang w:val="sv-SE"/>
        </w:rPr>
        <w:t>[[@</w:t>
      </w:r>
      <w:r w:rsidR="0096445B" w:rsidRPr="000767E2">
        <w:rPr>
          <w:lang w:val="sv-SE"/>
        </w:rPr>
        <w:t>BibleBIBEL82</w:t>
      </w:r>
      <w:r w:rsidRPr="000767E2">
        <w:rPr>
          <w:lang w:val="sv-SE"/>
        </w:rPr>
        <w:t>:Mark 5:18]]</w:t>
      </w:r>
      <w:r w:rsidRPr="000767E2">
        <w:rPr>
          <w:vertAlign w:val="superscript"/>
          <w:lang w:val="sv-SE"/>
        </w:rPr>
        <w:t>18</w:t>
      </w:r>
      <w:r w:rsidRPr="000767E2">
        <w:rPr>
          <w:lang w:val="sv-SE"/>
        </w:rPr>
        <w:t xml:space="preserve"> {{field-on:bible}}Och när han steg i båten, vädjade till honom han som varit demoniserad om att </w:t>
      </w:r>
      <w:r w:rsidRPr="000767E2">
        <w:rPr>
          <w:i/>
          <w:lang w:val="sv-SE"/>
        </w:rPr>
        <w:t>få</w:t>
      </w:r>
      <w:r w:rsidRPr="000767E2">
        <w:rPr>
          <w:lang w:val="sv-SE"/>
        </w:rPr>
        <w:t xml:space="preserve"> vara med honom.{{field-off:bible}} [[@</w:t>
      </w:r>
      <w:r w:rsidR="0096445B" w:rsidRPr="000767E2">
        <w:rPr>
          <w:lang w:val="sv-SE"/>
        </w:rPr>
        <w:t>BibleBIBEL82</w:t>
      </w:r>
      <w:r w:rsidRPr="000767E2">
        <w:rPr>
          <w:lang w:val="sv-SE"/>
        </w:rPr>
        <w:t>:Mark 5:19]]</w:t>
      </w:r>
      <w:r w:rsidRPr="000767E2">
        <w:rPr>
          <w:vertAlign w:val="superscript"/>
          <w:lang w:val="sv-SE"/>
        </w:rPr>
        <w:t>19</w:t>
      </w:r>
      <w:r w:rsidRPr="000767E2">
        <w:rPr>
          <w:lang w:val="sv-SE"/>
        </w:rPr>
        <w:t xml:space="preserve"> {{field-on:bible}}Och han lät honom inte, utan säger till honom: ”Bege dig till ditt hus, till de dina. Och berätta för dem hur mycket Herren har gjort för dig och förbarmat sig över dig.”{{field-off:bible}} [[@</w:t>
      </w:r>
      <w:r w:rsidR="0096445B" w:rsidRPr="000767E2">
        <w:rPr>
          <w:lang w:val="sv-SE"/>
        </w:rPr>
        <w:t>BibleBIBEL82</w:t>
      </w:r>
      <w:r w:rsidRPr="000767E2">
        <w:rPr>
          <w:lang w:val="sv-SE"/>
        </w:rPr>
        <w:t>:Mark 5:20]]</w:t>
      </w:r>
      <w:r w:rsidRPr="000767E2">
        <w:rPr>
          <w:vertAlign w:val="superscript"/>
          <w:lang w:val="sv-SE"/>
        </w:rPr>
        <w:t>20</w:t>
      </w:r>
      <w:r w:rsidRPr="000767E2">
        <w:rPr>
          <w:lang w:val="sv-SE"/>
        </w:rPr>
        <w:t xml:space="preserve"> {{field-on:bible}}Och han gick bort och började förkunna i Dekapolis hur mycket Jesus hade gjort för honom. Och alla var förundrade.{{field-off:bible}}</w:t>
      </w:r>
    </w:p>
    <w:p w14:paraId="3554A70D" w14:textId="77777777" w:rsidR="00BA33AB" w:rsidRPr="000767E2" w:rsidRDefault="00000000">
      <w:pPr>
        <w:pStyle w:val="Rubrik3"/>
        <w:rPr>
          <w:lang w:val="sv-SE"/>
        </w:rPr>
      </w:pPr>
      <w:r w:rsidRPr="000767E2">
        <w:rPr>
          <w:lang w:val="sv-SE"/>
        </w:rPr>
        <w:t>Jairos dotter och den blödande kvinnan</w:t>
      </w:r>
    </w:p>
    <w:p w14:paraId="0B99632F" w14:textId="7DF86FA1" w:rsidR="00BA33AB" w:rsidRPr="000767E2" w:rsidRDefault="00000000">
      <w:pPr>
        <w:rPr>
          <w:lang w:val="sv-SE"/>
        </w:rPr>
      </w:pPr>
      <w:r w:rsidRPr="000767E2">
        <w:rPr>
          <w:lang w:val="sv-SE"/>
        </w:rPr>
        <w:t>[[@</w:t>
      </w:r>
      <w:r w:rsidR="0096445B" w:rsidRPr="000767E2">
        <w:rPr>
          <w:lang w:val="sv-SE"/>
        </w:rPr>
        <w:t>BibleBIBEL82</w:t>
      </w:r>
      <w:r w:rsidRPr="000767E2">
        <w:rPr>
          <w:lang w:val="sv-SE"/>
        </w:rPr>
        <w:t>:Mark 5:21]]</w:t>
      </w:r>
      <w:r w:rsidRPr="000767E2">
        <w:rPr>
          <w:vertAlign w:val="superscript"/>
          <w:lang w:val="sv-SE"/>
        </w:rPr>
        <w:t>21</w:t>
      </w:r>
      <w:r w:rsidRPr="000767E2">
        <w:rPr>
          <w:lang w:val="sv-SE"/>
        </w:rPr>
        <w:t xml:space="preserve"> {{field-on:bible}}Och när Jesus hade farit över i båten igen till andra sidan, samlades en stor skara hos honom. Och han var vid havet.{{field-off:bible}} [[@</w:t>
      </w:r>
      <w:r w:rsidR="0096445B" w:rsidRPr="000767E2">
        <w:rPr>
          <w:lang w:val="sv-SE"/>
        </w:rPr>
        <w:t>BibleBIBEL82</w:t>
      </w:r>
      <w:r w:rsidRPr="000767E2">
        <w:rPr>
          <w:lang w:val="sv-SE"/>
        </w:rPr>
        <w:t>:Mark 5:22]]</w:t>
      </w:r>
      <w:r w:rsidRPr="000767E2">
        <w:rPr>
          <w:vertAlign w:val="superscript"/>
          <w:lang w:val="sv-SE"/>
        </w:rPr>
        <w:t>22</w:t>
      </w:r>
      <w:r w:rsidRPr="000767E2">
        <w:rPr>
          <w:lang w:val="sv-SE"/>
        </w:rPr>
        <w:t xml:space="preserve"> {{field-on:bible}}Och </w:t>
      </w:r>
      <w:r w:rsidRPr="000767E2">
        <w:rPr>
          <w:i/>
          <w:lang w:val="sv-SE"/>
        </w:rPr>
        <w:t>då</w:t>
      </w:r>
      <w:r w:rsidRPr="000767E2">
        <w:rPr>
          <w:lang w:val="sv-SE"/>
        </w:rPr>
        <w:t xml:space="preserve"> kommer en av synagogföreståndarna vid namn Jairos. Och när han ser honom, faller han </w:t>
      </w:r>
      <w:r w:rsidRPr="000767E2">
        <w:rPr>
          <w:i/>
          <w:lang w:val="sv-SE"/>
        </w:rPr>
        <w:t>ner</w:t>
      </w:r>
      <w:r w:rsidRPr="000767E2">
        <w:rPr>
          <w:lang w:val="sv-SE"/>
        </w:rPr>
        <w:t xml:space="preserve"> för hans fötter{{field-off:bible}} [[@</w:t>
      </w:r>
      <w:r w:rsidR="0096445B" w:rsidRPr="000767E2">
        <w:rPr>
          <w:lang w:val="sv-SE"/>
        </w:rPr>
        <w:t>BibleBIBEL82</w:t>
      </w:r>
      <w:r w:rsidRPr="000767E2">
        <w:rPr>
          <w:lang w:val="sv-SE"/>
        </w:rPr>
        <w:t>:Mark 5:23]]</w:t>
      </w:r>
      <w:r w:rsidRPr="000767E2">
        <w:rPr>
          <w:vertAlign w:val="superscript"/>
          <w:lang w:val="sv-SE"/>
        </w:rPr>
        <w:t>23</w:t>
      </w:r>
      <w:r w:rsidRPr="000767E2">
        <w:rPr>
          <w:lang w:val="sv-SE"/>
        </w:rPr>
        <w:t xml:space="preserve"> {{field-on:bible}}och vädjar till honom mycket och säger att: ”Min lilla dotter har </w:t>
      </w:r>
      <w:r w:rsidRPr="000767E2">
        <w:rPr>
          <w:i/>
          <w:lang w:val="sv-SE"/>
        </w:rPr>
        <w:t>nått</w:t>
      </w:r>
      <w:r w:rsidRPr="000767E2">
        <w:rPr>
          <w:lang w:val="sv-SE"/>
        </w:rPr>
        <w:t xml:space="preserve"> </w:t>
      </w:r>
      <w:r w:rsidRPr="000767E2">
        <w:rPr>
          <w:i/>
          <w:lang w:val="sv-SE"/>
        </w:rPr>
        <w:t>det</w:t>
      </w:r>
      <w:r w:rsidRPr="000767E2">
        <w:rPr>
          <w:lang w:val="sv-SE"/>
        </w:rPr>
        <w:t xml:space="preserve"> yttersta, så att du ska komma och lägga händerna på henne, så att hon blir frälst och </w:t>
      </w:r>
      <w:r w:rsidRPr="000767E2">
        <w:rPr>
          <w:i/>
          <w:lang w:val="sv-SE"/>
        </w:rPr>
        <w:t>får</w:t>
      </w:r>
      <w:r w:rsidRPr="000767E2">
        <w:rPr>
          <w:lang w:val="sv-SE"/>
        </w:rPr>
        <w:t xml:space="preserve"> leva!”{{field-off:bible}} [[@</w:t>
      </w:r>
      <w:r w:rsidR="0096445B" w:rsidRPr="000767E2">
        <w:rPr>
          <w:lang w:val="sv-SE"/>
        </w:rPr>
        <w:t>BibleBIBEL82</w:t>
      </w:r>
      <w:r w:rsidRPr="000767E2">
        <w:rPr>
          <w:lang w:val="sv-SE"/>
        </w:rPr>
        <w:t>:Mark 5:24]]</w:t>
      </w:r>
      <w:r w:rsidRPr="000767E2">
        <w:rPr>
          <w:vertAlign w:val="superscript"/>
          <w:lang w:val="sv-SE"/>
        </w:rPr>
        <w:t>24</w:t>
      </w:r>
      <w:r w:rsidRPr="000767E2">
        <w:rPr>
          <w:lang w:val="sv-SE"/>
        </w:rPr>
        <w:t xml:space="preserve"> {{field-on:bible}}Och han gick iväg med honom.{{field-off:bible}}</w:t>
      </w:r>
    </w:p>
    <w:p w14:paraId="167EC42A" w14:textId="62FC2036" w:rsidR="00BA33AB" w:rsidRPr="000767E2" w:rsidRDefault="00000000">
      <w:pPr>
        <w:rPr>
          <w:lang w:val="sv-SE"/>
        </w:rPr>
      </w:pPr>
      <w:r w:rsidRPr="000767E2">
        <w:rPr>
          <w:lang w:val="sv-SE"/>
        </w:rPr>
        <w:t xml:space="preserve">{{field-on:bible}}Och </w:t>
      </w:r>
      <w:r w:rsidRPr="000767E2">
        <w:rPr>
          <w:i/>
          <w:lang w:val="sv-SE"/>
        </w:rPr>
        <w:t>det</w:t>
      </w:r>
      <w:r w:rsidRPr="000767E2">
        <w:rPr>
          <w:lang w:val="sv-SE"/>
        </w:rPr>
        <w:t xml:space="preserve"> följde honom en stor skara och pressade sig emot honom.{{field-off:bible}} [[@</w:t>
      </w:r>
      <w:r w:rsidR="0096445B" w:rsidRPr="000767E2">
        <w:rPr>
          <w:lang w:val="sv-SE"/>
        </w:rPr>
        <w:t>BibleBIBEL82</w:t>
      </w:r>
      <w:r w:rsidRPr="000767E2">
        <w:rPr>
          <w:lang w:val="sv-SE"/>
        </w:rPr>
        <w:t>:Mark 5:25]]</w:t>
      </w:r>
      <w:r w:rsidRPr="000767E2">
        <w:rPr>
          <w:vertAlign w:val="superscript"/>
          <w:lang w:val="sv-SE"/>
        </w:rPr>
        <w:t>25</w:t>
      </w:r>
      <w:r w:rsidRPr="000767E2">
        <w:rPr>
          <w:lang w:val="sv-SE"/>
        </w:rPr>
        <w:t xml:space="preserve"> {{field-on:bible}}Och en kvinna som hade varit i blodflöde tolv år,{{field-off:bible}} [[@</w:t>
      </w:r>
      <w:r w:rsidR="0096445B" w:rsidRPr="000767E2">
        <w:rPr>
          <w:lang w:val="sv-SE"/>
        </w:rPr>
        <w:t>BibleBIBEL82</w:t>
      </w:r>
      <w:r w:rsidRPr="000767E2">
        <w:rPr>
          <w:lang w:val="sv-SE"/>
        </w:rPr>
        <w:t>:Mark 5:26]]</w:t>
      </w:r>
      <w:r w:rsidRPr="000767E2">
        <w:rPr>
          <w:vertAlign w:val="superscript"/>
          <w:lang w:val="sv-SE"/>
        </w:rPr>
        <w:t>26</w:t>
      </w:r>
      <w:r w:rsidRPr="000767E2">
        <w:rPr>
          <w:lang w:val="sv-SE"/>
        </w:rPr>
        <w:t xml:space="preserve"> {{field-on:bible}}och lidit mycket under många läkare och spenderat allt hos sig och ingen nytta fått, utan snarare kommit till det sämre,{{field-off:bible}} [[@</w:t>
      </w:r>
      <w:r w:rsidR="0096445B" w:rsidRPr="000767E2">
        <w:rPr>
          <w:lang w:val="sv-SE"/>
        </w:rPr>
        <w:t>BibleBIBEL82</w:t>
      </w:r>
      <w:r w:rsidRPr="000767E2">
        <w:rPr>
          <w:lang w:val="sv-SE"/>
        </w:rPr>
        <w:t>:Mark 5:27]]</w:t>
      </w:r>
      <w:r w:rsidRPr="000767E2">
        <w:rPr>
          <w:vertAlign w:val="superscript"/>
          <w:lang w:val="sv-SE"/>
        </w:rPr>
        <w:t>27</w:t>
      </w:r>
      <w:r w:rsidRPr="000767E2">
        <w:rPr>
          <w:lang w:val="sv-SE"/>
        </w:rPr>
        <w:t xml:space="preserve"> {{field-on:bible}}hade hört om Jesus </w:t>
      </w:r>
      <w:r w:rsidRPr="000767E2">
        <w:rPr>
          <w:i/>
          <w:lang w:val="sv-SE"/>
        </w:rPr>
        <w:t>och</w:t>
      </w:r>
      <w:r w:rsidRPr="000767E2">
        <w:rPr>
          <w:lang w:val="sv-SE"/>
        </w:rPr>
        <w:t xml:space="preserve"> kom i skaran bakifrån och rörde vid hans mantel.{{field-off:bible}} [[@</w:t>
      </w:r>
      <w:r w:rsidR="0096445B" w:rsidRPr="000767E2">
        <w:rPr>
          <w:lang w:val="sv-SE"/>
        </w:rPr>
        <w:t>BibleBIBEL82</w:t>
      </w:r>
      <w:r w:rsidRPr="000767E2">
        <w:rPr>
          <w:lang w:val="sv-SE"/>
        </w:rPr>
        <w:t>:Mark 5:28]]</w:t>
      </w:r>
      <w:r w:rsidRPr="000767E2">
        <w:rPr>
          <w:vertAlign w:val="superscript"/>
          <w:lang w:val="sv-SE"/>
        </w:rPr>
        <w:t>28</w:t>
      </w:r>
      <w:r w:rsidRPr="000767E2">
        <w:rPr>
          <w:lang w:val="sv-SE"/>
        </w:rPr>
        <w:t xml:space="preserve"> {{field-on:bible}}För hon sade att: ”Om jag rör så </w:t>
      </w:r>
      <w:r w:rsidRPr="000767E2">
        <w:rPr>
          <w:i/>
          <w:lang w:val="sv-SE"/>
        </w:rPr>
        <w:t>bara</w:t>
      </w:r>
      <w:r w:rsidRPr="000767E2">
        <w:rPr>
          <w:lang w:val="sv-SE"/>
        </w:rPr>
        <w:t xml:space="preserve"> hans kläder blir jag frälst.”{{field-off:bible}} [[@</w:t>
      </w:r>
      <w:r w:rsidR="0096445B" w:rsidRPr="000767E2">
        <w:rPr>
          <w:lang w:val="sv-SE"/>
        </w:rPr>
        <w:t>BibleBIBEL82</w:t>
      </w:r>
      <w:r w:rsidRPr="000767E2">
        <w:rPr>
          <w:lang w:val="sv-SE"/>
        </w:rPr>
        <w:t>:Mark 5:29]]</w:t>
      </w:r>
      <w:r w:rsidRPr="000767E2">
        <w:rPr>
          <w:vertAlign w:val="superscript"/>
          <w:lang w:val="sv-SE"/>
        </w:rPr>
        <w:t>29</w:t>
      </w:r>
      <w:r w:rsidRPr="000767E2">
        <w:rPr>
          <w:lang w:val="sv-SE"/>
        </w:rPr>
        <w:t xml:space="preserve"> {{field-on:bible}}Och direkt torkade källan till hennes blod, och hon visste i kroppen att hon var helad från gisslet.{{field-off:bible}}</w:t>
      </w:r>
    </w:p>
    <w:p w14:paraId="18383AAE" w14:textId="548ED10C" w:rsidR="00BA33AB" w:rsidRPr="000767E2" w:rsidRDefault="00000000">
      <w:pPr>
        <w:rPr>
          <w:lang w:val="sv-SE"/>
        </w:rPr>
      </w:pPr>
      <w:r w:rsidRPr="000767E2">
        <w:rPr>
          <w:lang w:val="sv-SE"/>
        </w:rPr>
        <w:t>[[@</w:t>
      </w:r>
      <w:r w:rsidR="0096445B" w:rsidRPr="000767E2">
        <w:rPr>
          <w:lang w:val="sv-SE"/>
        </w:rPr>
        <w:t>BibleBIBEL82</w:t>
      </w:r>
      <w:r w:rsidRPr="000767E2">
        <w:rPr>
          <w:lang w:val="sv-SE"/>
        </w:rPr>
        <w:t>:Mark 5:30]]</w:t>
      </w:r>
      <w:r w:rsidRPr="000767E2">
        <w:rPr>
          <w:vertAlign w:val="superscript"/>
          <w:lang w:val="sv-SE"/>
        </w:rPr>
        <w:t>30</w:t>
      </w:r>
      <w:r w:rsidRPr="000767E2">
        <w:rPr>
          <w:lang w:val="sv-SE"/>
        </w:rPr>
        <w:t xml:space="preserve"> {{field-on:bible}}Och direkt, när Jesus insåg inom sig kraften från honom som hade gått ut, vände han om i skaran och sade: ”Vem rörde mig i kläderna?”{{field-off:bible}} [[@</w:t>
      </w:r>
      <w:r w:rsidR="0096445B" w:rsidRPr="000767E2">
        <w:rPr>
          <w:lang w:val="sv-SE"/>
        </w:rPr>
        <w:t>BibleBIBEL82</w:t>
      </w:r>
      <w:r w:rsidRPr="000767E2">
        <w:rPr>
          <w:lang w:val="sv-SE"/>
        </w:rPr>
        <w:t>:Mark 5:31]]</w:t>
      </w:r>
      <w:r w:rsidRPr="000767E2">
        <w:rPr>
          <w:vertAlign w:val="superscript"/>
          <w:lang w:val="sv-SE"/>
        </w:rPr>
        <w:t>31</w:t>
      </w:r>
      <w:r w:rsidRPr="000767E2">
        <w:rPr>
          <w:lang w:val="sv-SE"/>
        </w:rPr>
        <w:t xml:space="preserve"> {{field-on:bible}}Och </w:t>
      </w:r>
      <w:r w:rsidRPr="000767E2">
        <w:rPr>
          <w:i/>
          <w:lang w:val="sv-SE"/>
        </w:rPr>
        <w:t>då</w:t>
      </w:r>
      <w:r w:rsidRPr="000767E2">
        <w:rPr>
          <w:lang w:val="sv-SE"/>
        </w:rPr>
        <w:t xml:space="preserve"> sade honom hans lärjungar: ”Du ser skaran som pressar sig emot dig, och du säger: Vem rörde mig?”{{field-off:bible}} [[@</w:t>
      </w:r>
      <w:r w:rsidR="0096445B" w:rsidRPr="000767E2">
        <w:rPr>
          <w:lang w:val="sv-SE"/>
        </w:rPr>
        <w:t>BibleBIBEL82</w:t>
      </w:r>
      <w:r w:rsidRPr="000767E2">
        <w:rPr>
          <w:lang w:val="sv-SE"/>
        </w:rPr>
        <w:t>:Mark 5:32]]</w:t>
      </w:r>
      <w:r w:rsidRPr="000767E2">
        <w:rPr>
          <w:vertAlign w:val="superscript"/>
          <w:lang w:val="sv-SE"/>
        </w:rPr>
        <w:t>32</w:t>
      </w:r>
      <w:r w:rsidRPr="000767E2">
        <w:rPr>
          <w:lang w:val="sv-SE"/>
        </w:rPr>
        <w:t xml:space="preserve"> {{field-on:bible}}Och han såg sig omkring </w:t>
      </w:r>
      <w:r w:rsidRPr="000767E2">
        <w:rPr>
          <w:i/>
          <w:lang w:val="sv-SE"/>
        </w:rPr>
        <w:t>för</w:t>
      </w:r>
      <w:r w:rsidRPr="000767E2">
        <w:rPr>
          <w:lang w:val="sv-SE"/>
        </w:rPr>
        <w:t xml:space="preserve"> att se henne som hade gjort detta.{{field-off:bible}}</w:t>
      </w:r>
    </w:p>
    <w:p w14:paraId="402FDA43" w14:textId="36508A45" w:rsidR="00BA33AB" w:rsidRPr="000767E2" w:rsidRDefault="00000000">
      <w:pPr>
        <w:rPr>
          <w:lang w:val="sv-SE"/>
        </w:rPr>
      </w:pPr>
      <w:r w:rsidRPr="000767E2">
        <w:rPr>
          <w:lang w:val="sv-SE"/>
        </w:rPr>
        <w:t>[[@</w:t>
      </w:r>
      <w:r w:rsidR="0096445B" w:rsidRPr="000767E2">
        <w:rPr>
          <w:lang w:val="sv-SE"/>
        </w:rPr>
        <w:t>BibleBIBEL82</w:t>
      </w:r>
      <w:r w:rsidRPr="000767E2">
        <w:rPr>
          <w:lang w:val="sv-SE"/>
        </w:rPr>
        <w:t>:Mark 5:33]]</w:t>
      </w:r>
      <w:r w:rsidRPr="000767E2">
        <w:rPr>
          <w:vertAlign w:val="superscript"/>
          <w:lang w:val="sv-SE"/>
        </w:rPr>
        <w:t>33</w:t>
      </w:r>
      <w:r w:rsidRPr="000767E2">
        <w:rPr>
          <w:lang w:val="sv-SE"/>
        </w:rPr>
        <w:t xml:space="preserve"> {{field-on:bible}}Men kvinnan kom fruktande och darrande, då hon visste det som hade hänt henne, och hon föll ner för honom och sade honom hela sanningen.{{field-off:bible}} [[@</w:t>
      </w:r>
      <w:r w:rsidR="0096445B" w:rsidRPr="000767E2">
        <w:rPr>
          <w:lang w:val="sv-SE"/>
        </w:rPr>
        <w:t>BibleBIBEL82</w:t>
      </w:r>
      <w:r w:rsidRPr="000767E2">
        <w:rPr>
          <w:lang w:val="sv-SE"/>
        </w:rPr>
        <w:t>:Mark 5:34]]</w:t>
      </w:r>
      <w:r w:rsidRPr="000767E2">
        <w:rPr>
          <w:vertAlign w:val="superscript"/>
          <w:lang w:val="sv-SE"/>
        </w:rPr>
        <w:t>34</w:t>
      </w:r>
      <w:r w:rsidRPr="000767E2">
        <w:rPr>
          <w:lang w:val="sv-SE"/>
        </w:rPr>
        <w:t xml:space="preserve"> {{field-on:bible}}Och han sade till henne: ”Dotter, din tro har frälst dig. Bege dig i frid och var frisk från ditt gissel.”{{field-off:bible}}</w:t>
      </w:r>
    </w:p>
    <w:p w14:paraId="06D506E6" w14:textId="25E96B34"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5:35]]</w:t>
      </w:r>
      <w:r w:rsidRPr="000767E2">
        <w:rPr>
          <w:vertAlign w:val="superscript"/>
          <w:lang w:val="sv-SE"/>
        </w:rPr>
        <w:t>35</w:t>
      </w:r>
      <w:r w:rsidRPr="000767E2">
        <w:rPr>
          <w:lang w:val="sv-SE"/>
        </w:rPr>
        <w:t xml:space="preserve"> {{field-on:bible}}Medan han ännu talar, kommer de från synagogföreståndaren och säger att: ”Din dotter har dött. Varför besvärar du Läraren mer?”{{field-off:bible}} [[@</w:t>
      </w:r>
      <w:r w:rsidR="0096445B" w:rsidRPr="000767E2">
        <w:rPr>
          <w:lang w:val="sv-SE"/>
        </w:rPr>
        <w:t>BibleBIBEL82</w:t>
      </w:r>
      <w:r w:rsidRPr="000767E2">
        <w:rPr>
          <w:lang w:val="sv-SE"/>
        </w:rPr>
        <w:t>:Mark 5:36]]</w:t>
      </w:r>
      <w:r w:rsidRPr="000767E2">
        <w:rPr>
          <w:vertAlign w:val="superscript"/>
          <w:lang w:val="sv-SE"/>
        </w:rPr>
        <w:t>36</w:t>
      </w:r>
      <w:r w:rsidRPr="000767E2">
        <w:rPr>
          <w:lang w:val="sv-SE"/>
        </w:rPr>
        <w:t xml:space="preserve"> {{field-on:bible}}Men Jesus överhör ordet som talas och säger till synagogföreståndaren: ”Frukta inte! Bara tro.”{{field-off:bible}} [[@</w:t>
      </w:r>
      <w:r w:rsidR="0096445B" w:rsidRPr="000767E2">
        <w:rPr>
          <w:lang w:val="sv-SE"/>
        </w:rPr>
        <w:t>BibleBIBEL82</w:t>
      </w:r>
      <w:r w:rsidRPr="000767E2">
        <w:rPr>
          <w:lang w:val="sv-SE"/>
        </w:rPr>
        <w:t>:Mark 5:37]]</w:t>
      </w:r>
      <w:r w:rsidRPr="000767E2">
        <w:rPr>
          <w:vertAlign w:val="superscript"/>
          <w:lang w:val="sv-SE"/>
        </w:rPr>
        <w:t>37</w:t>
      </w:r>
      <w:r w:rsidRPr="000767E2">
        <w:rPr>
          <w:lang w:val="sv-SE"/>
        </w:rPr>
        <w:t xml:space="preserve"> {{field-on:bible}}Och han lät ingen följa med honom utom Petrus och Jakob och Johannes, Jakobs bror.{{field-off:bible}} [[@</w:t>
      </w:r>
      <w:r w:rsidR="0096445B" w:rsidRPr="000767E2">
        <w:rPr>
          <w:lang w:val="sv-SE"/>
        </w:rPr>
        <w:t>BibleBIBEL82</w:t>
      </w:r>
      <w:r w:rsidRPr="000767E2">
        <w:rPr>
          <w:lang w:val="sv-SE"/>
        </w:rPr>
        <w:t>:Mark 5:38]]</w:t>
      </w:r>
      <w:r w:rsidRPr="000767E2">
        <w:rPr>
          <w:vertAlign w:val="superscript"/>
          <w:lang w:val="sv-SE"/>
        </w:rPr>
        <w:t>38</w:t>
      </w:r>
      <w:r w:rsidRPr="000767E2">
        <w:rPr>
          <w:lang w:val="sv-SE"/>
        </w:rPr>
        <w:t xml:space="preserve"> {{field-on:bible}}Och de kommer till synagogföreståndarens hus, och han skådar tumult och </w:t>
      </w:r>
      <w:r w:rsidRPr="000767E2">
        <w:rPr>
          <w:i/>
          <w:lang w:val="sv-SE"/>
        </w:rPr>
        <w:t>människor</w:t>
      </w:r>
      <w:r w:rsidRPr="000767E2">
        <w:rPr>
          <w:lang w:val="sv-SE"/>
        </w:rPr>
        <w:t xml:space="preserve"> som gråter och skränar mycket.{{field-off:bible}} [[@</w:t>
      </w:r>
      <w:r w:rsidR="0096445B" w:rsidRPr="000767E2">
        <w:rPr>
          <w:lang w:val="sv-SE"/>
        </w:rPr>
        <w:t>BibleBIBEL82</w:t>
      </w:r>
      <w:r w:rsidRPr="000767E2">
        <w:rPr>
          <w:lang w:val="sv-SE"/>
        </w:rPr>
        <w:t>:Mark 5:39]]</w:t>
      </w:r>
      <w:r w:rsidRPr="000767E2">
        <w:rPr>
          <w:vertAlign w:val="superscript"/>
          <w:lang w:val="sv-SE"/>
        </w:rPr>
        <w:t>39</w:t>
      </w:r>
      <w:r w:rsidRPr="000767E2">
        <w:rPr>
          <w:lang w:val="sv-SE"/>
        </w:rPr>
        <w:t xml:space="preserve"> {{field-on:bible}}Och han går in och säger till dem: ”Varför väsnas ni och gråter? Barnet har inte dött, utan sover.”{{field-off:bible}} [[@</w:t>
      </w:r>
      <w:r w:rsidR="0096445B" w:rsidRPr="000767E2">
        <w:rPr>
          <w:lang w:val="sv-SE"/>
        </w:rPr>
        <w:t>BibleBIBEL82</w:t>
      </w:r>
      <w:r w:rsidRPr="000767E2">
        <w:rPr>
          <w:lang w:val="sv-SE"/>
        </w:rPr>
        <w:t>:Mark 5:40]]</w:t>
      </w:r>
      <w:r w:rsidRPr="000767E2">
        <w:rPr>
          <w:vertAlign w:val="superscript"/>
          <w:lang w:val="sv-SE"/>
        </w:rPr>
        <w:t>40</w:t>
      </w:r>
      <w:r w:rsidRPr="000767E2">
        <w:rPr>
          <w:lang w:val="sv-SE"/>
        </w:rPr>
        <w:t xml:space="preserve"> {{field-on:bible}}Och de skrattade åt honom.{{field-off:bible}}</w:t>
      </w:r>
    </w:p>
    <w:p w14:paraId="35764EC4" w14:textId="73F72930" w:rsidR="00BA33AB" w:rsidRPr="000767E2" w:rsidRDefault="00000000">
      <w:pPr>
        <w:rPr>
          <w:lang w:val="sv-SE"/>
        </w:rPr>
      </w:pPr>
      <w:r w:rsidRPr="000767E2">
        <w:rPr>
          <w:lang w:val="sv-SE"/>
        </w:rPr>
        <w:t xml:space="preserve">{{field-on:bible}}Men själv driver han ut alla, och tar med barnets far och mor och dem </w:t>
      </w:r>
      <w:r w:rsidRPr="000767E2">
        <w:rPr>
          <w:i/>
          <w:lang w:val="sv-SE"/>
        </w:rPr>
        <w:t>som är</w:t>
      </w:r>
      <w:r w:rsidRPr="000767E2">
        <w:rPr>
          <w:lang w:val="sv-SE"/>
        </w:rPr>
        <w:t xml:space="preserve"> med honom och går in där barnet var.{{field-off:bible}} [[@</w:t>
      </w:r>
      <w:r w:rsidR="0096445B" w:rsidRPr="000767E2">
        <w:rPr>
          <w:lang w:val="sv-SE"/>
        </w:rPr>
        <w:t>BibleBIBEL82</w:t>
      </w:r>
      <w:r w:rsidRPr="000767E2">
        <w:rPr>
          <w:lang w:val="sv-SE"/>
        </w:rPr>
        <w:t>:Mark 5:41]]</w:t>
      </w:r>
      <w:r w:rsidRPr="000767E2">
        <w:rPr>
          <w:vertAlign w:val="superscript"/>
          <w:lang w:val="sv-SE"/>
        </w:rPr>
        <w:t>41</w:t>
      </w:r>
      <w:r w:rsidRPr="000767E2">
        <w:rPr>
          <w:lang w:val="sv-SE"/>
        </w:rPr>
        <w:t xml:space="preserve"> {{field-on:bible}}Och han griper barnets hand och säger till henne: ”Talitha koum!”, vilket är översatt: ”Flicka, dig säger jag: Res dig!”{{field-off:bible}} [[@</w:t>
      </w:r>
      <w:r w:rsidR="0096445B" w:rsidRPr="000767E2">
        <w:rPr>
          <w:lang w:val="sv-SE"/>
        </w:rPr>
        <w:t>BibleBIBEL82</w:t>
      </w:r>
      <w:r w:rsidRPr="000767E2">
        <w:rPr>
          <w:lang w:val="sv-SE"/>
        </w:rPr>
        <w:t>:Mark 5:42]]</w:t>
      </w:r>
      <w:r w:rsidRPr="000767E2">
        <w:rPr>
          <w:vertAlign w:val="superscript"/>
          <w:lang w:val="sv-SE"/>
        </w:rPr>
        <w:t>42</w:t>
      </w:r>
      <w:r w:rsidRPr="000767E2">
        <w:rPr>
          <w:lang w:val="sv-SE"/>
        </w:rPr>
        <w:t xml:space="preserve"> {{field-on:bible}}Och direkt stod flickan upp och </w:t>
      </w:r>
      <w:r w:rsidRPr="000767E2">
        <w:rPr>
          <w:i/>
          <w:lang w:val="sv-SE"/>
        </w:rPr>
        <w:t>började</w:t>
      </w:r>
      <w:r w:rsidRPr="000767E2">
        <w:rPr>
          <w:lang w:val="sv-SE"/>
        </w:rPr>
        <w:t xml:space="preserve"> vandra omkring, för hon var tolv år, och de blev utom sig direkt i väldig extas.{{field-off:bible}} [[@</w:t>
      </w:r>
      <w:r w:rsidR="0096445B" w:rsidRPr="000767E2">
        <w:rPr>
          <w:lang w:val="sv-SE"/>
        </w:rPr>
        <w:t>BibleBIBEL82</w:t>
      </w:r>
      <w:r w:rsidRPr="000767E2">
        <w:rPr>
          <w:lang w:val="sv-SE"/>
        </w:rPr>
        <w:t>:Mark 5:43]]</w:t>
      </w:r>
      <w:r w:rsidRPr="000767E2">
        <w:rPr>
          <w:vertAlign w:val="superscript"/>
          <w:lang w:val="sv-SE"/>
        </w:rPr>
        <w:t>43</w:t>
      </w:r>
      <w:r w:rsidRPr="000767E2">
        <w:rPr>
          <w:lang w:val="sv-SE"/>
        </w:rPr>
        <w:t xml:space="preserve"> {{field-on:bible}}Men han kommenderade dem mycket att ingen skulle få veta detta, och sade att </w:t>
      </w:r>
      <w:r w:rsidRPr="000767E2">
        <w:rPr>
          <w:i/>
          <w:lang w:val="sv-SE"/>
        </w:rPr>
        <w:t>det skulle</w:t>
      </w:r>
      <w:r w:rsidRPr="000767E2">
        <w:rPr>
          <w:lang w:val="sv-SE"/>
        </w:rPr>
        <w:t xml:space="preserve"> ges henne </w:t>
      </w:r>
      <w:r w:rsidRPr="000767E2">
        <w:rPr>
          <w:i/>
          <w:lang w:val="sv-SE"/>
        </w:rPr>
        <w:t>något</w:t>
      </w:r>
      <w:r w:rsidRPr="000767E2">
        <w:rPr>
          <w:lang w:val="sv-SE"/>
        </w:rPr>
        <w:t xml:space="preserve"> att äta.{{field-off:bible}}</w:t>
      </w:r>
    </w:p>
    <w:p w14:paraId="16B88B4C" w14:textId="0A2FF02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6]]Kapitel 6</w:t>
      </w:r>
    </w:p>
    <w:p w14:paraId="40C4B122" w14:textId="77777777" w:rsidR="00BA33AB" w:rsidRPr="000767E2" w:rsidRDefault="00000000">
      <w:pPr>
        <w:pStyle w:val="Rubrik3"/>
        <w:rPr>
          <w:lang w:val="sv-SE"/>
        </w:rPr>
      </w:pPr>
      <w:r w:rsidRPr="000767E2">
        <w:rPr>
          <w:lang w:val="sv-SE"/>
        </w:rPr>
        <w:t>Jesus ohedrad i Nazaret</w:t>
      </w:r>
    </w:p>
    <w:p w14:paraId="54CC4CFA" w14:textId="2EB7E3AC" w:rsidR="00BA33AB" w:rsidRPr="000767E2" w:rsidRDefault="00000000">
      <w:pPr>
        <w:rPr>
          <w:lang w:val="sv-SE"/>
        </w:rPr>
      </w:pPr>
      <w:r w:rsidRPr="000767E2">
        <w:rPr>
          <w:lang w:val="sv-SE"/>
        </w:rPr>
        <w:t>[[@</w:t>
      </w:r>
      <w:r w:rsidR="0096445B" w:rsidRPr="000767E2">
        <w:rPr>
          <w:lang w:val="sv-SE"/>
        </w:rPr>
        <w:t>BibleBIBEL82</w:t>
      </w:r>
      <w:r w:rsidRPr="000767E2">
        <w:rPr>
          <w:lang w:val="sv-SE"/>
        </w:rPr>
        <w:t>:Mark 6:1]]</w:t>
      </w:r>
      <w:r w:rsidRPr="000767E2">
        <w:rPr>
          <w:vertAlign w:val="superscript"/>
          <w:lang w:val="sv-SE"/>
        </w:rPr>
        <w:t>1</w:t>
      </w:r>
      <w:r w:rsidRPr="000767E2">
        <w:rPr>
          <w:lang w:val="sv-SE"/>
        </w:rPr>
        <w:t xml:space="preserve"> {{field-on:bible}}Och han gick ut därifrån och kommer till sin fädernebygd, och hans lärjungar följer honom.{{field-off:bible}} [[@</w:t>
      </w:r>
      <w:r w:rsidR="0096445B" w:rsidRPr="000767E2">
        <w:rPr>
          <w:lang w:val="sv-SE"/>
        </w:rPr>
        <w:t>BibleBIBEL82</w:t>
      </w:r>
      <w:r w:rsidRPr="000767E2">
        <w:rPr>
          <w:lang w:val="sv-SE"/>
        </w:rPr>
        <w:t>:Mark 6:2]]</w:t>
      </w:r>
      <w:r w:rsidRPr="000767E2">
        <w:rPr>
          <w:vertAlign w:val="superscript"/>
          <w:lang w:val="sv-SE"/>
        </w:rPr>
        <w:t>2</w:t>
      </w:r>
      <w:r w:rsidRPr="000767E2">
        <w:rPr>
          <w:lang w:val="sv-SE"/>
        </w:rPr>
        <w:t xml:space="preserve"> {{field-on:bible}}Och när det blev sabbat började han undervisa i synagogan. Och många som hörde var överväldigade och sade: ”Varifrån </w:t>
      </w:r>
      <w:r w:rsidRPr="000767E2">
        <w:rPr>
          <w:i/>
          <w:lang w:val="sv-SE"/>
        </w:rPr>
        <w:t>har</w:t>
      </w:r>
      <w:r w:rsidRPr="000767E2">
        <w:rPr>
          <w:lang w:val="sv-SE"/>
        </w:rPr>
        <w:t xml:space="preserve"> denne detta? Och vad </w:t>
      </w:r>
      <w:r w:rsidRPr="000767E2">
        <w:rPr>
          <w:i/>
          <w:lang w:val="sv-SE"/>
        </w:rPr>
        <w:t>är</w:t>
      </w:r>
      <w:r w:rsidRPr="000767E2">
        <w:rPr>
          <w:lang w:val="sv-SE"/>
        </w:rPr>
        <w:t xml:space="preserve"> </w:t>
      </w:r>
      <w:r w:rsidRPr="000767E2">
        <w:rPr>
          <w:i/>
          <w:lang w:val="sv-SE"/>
        </w:rPr>
        <w:t>den</w:t>
      </w:r>
      <w:r w:rsidRPr="000767E2">
        <w:rPr>
          <w:lang w:val="sv-SE"/>
        </w:rPr>
        <w:t xml:space="preserve"> visheten som blivit given denne? Och sådana kraftgärningar som sker genom hans händer!{{field-off:bible}} [[@</w:t>
      </w:r>
      <w:r w:rsidR="0096445B" w:rsidRPr="000767E2">
        <w:rPr>
          <w:lang w:val="sv-SE"/>
        </w:rPr>
        <w:t>BibleBIBEL82</w:t>
      </w:r>
      <w:r w:rsidRPr="000767E2">
        <w:rPr>
          <w:lang w:val="sv-SE"/>
        </w:rPr>
        <w:t>:Mark 6:3]]</w:t>
      </w:r>
      <w:r w:rsidRPr="000767E2">
        <w:rPr>
          <w:vertAlign w:val="superscript"/>
          <w:lang w:val="sv-SE"/>
        </w:rPr>
        <w:t>3</w:t>
      </w:r>
      <w:r w:rsidRPr="000767E2">
        <w:rPr>
          <w:lang w:val="sv-SE"/>
        </w:rPr>
        <w:t xml:space="preserve"> {{field-on:bible}}Är inte denne snickaren? Son till Maria och bror till Jakob och Joses och Judas och Simon? Och är inte hans systrar här hos oss?” Och de var skandaliserade av honom.{{field-off:bible}}</w:t>
      </w:r>
    </w:p>
    <w:p w14:paraId="3CB1F4AD" w14:textId="7862D898" w:rsidR="00BA33AB" w:rsidRPr="000767E2" w:rsidRDefault="00000000">
      <w:pPr>
        <w:rPr>
          <w:lang w:val="sv-SE"/>
        </w:rPr>
      </w:pPr>
      <w:r w:rsidRPr="000767E2">
        <w:rPr>
          <w:lang w:val="sv-SE"/>
        </w:rPr>
        <w:t>[[@</w:t>
      </w:r>
      <w:r w:rsidR="0096445B" w:rsidRPr="000767E2">
        <w:rPr>
          <w:lang w:val="sv-SE"/>
        </w:rPr>
        <w:t>BibleBIBEL82</w:t>
      </w:r>
      <w:r w:rsidRPr="000767E2">
        <w:rPr>
          <w:lang w:val="sv-SE"/>
        </w:rPr>
        <w:t>:Mark 6:4]]</w:t>
      </w:r>
      <w:r w:rsidRPr="000767E2">
        <w:rPr>
          <w:vertAlign w:val="superscript"/>
          <w:lang w:val="sv-SE"/>
        </w:rPr>
        <w:t>4</w:t>
      </w:r>
      <w:r w:rsidRPr="000767E2">
        <w:rPr>
          <w:lang w:val="sv-SE"/>
        </w:rPr>
        <w:t xml:space="preserve"> {{field-on:bible}}Och Jesus sade till dem att: ”En profet är inte ohedrad, utom i sin fädernebygd och bland sina släktingar och i sitt hus.”{{field-off:bible}} [[@</w:t>
      </w:r>
      <w:r w:rsidR="0096445B" w:rsidRPr="000767E2">
        <w:rPr>
          <w:lang w:val="sv-SE"/>
        </w:rPr>
        <w:t>BibleBIBEL82</w:t>
      </w:r>
      <w:r w:rsidRPr="000767E2">
        <w:rPr>
          <w:lang w:val="sv-SE"/>
        </w:rPr>
        <w:t>:Mark 6:5]]</w:t>
      </w:r>
      <w:r w:rsidRPr="000767E2">
        <w:rPr>
          <w:vertAlign w:val="superscript"/>
          <w:lang w:val="sv-SE"/>
        </w:rPr>
        <w:t>5</w:t>
      </w:r>
      <w:r w:rsidRPr="000767E2">
        <w:rPr>
          <w:lang w:val="sv-SE"/>
        </w:rPr>
        <w:t xml:space="preserve"> {{field-on:bible}}Och han kunde där inte göra någon kraftgärning, utom för </w:t>
      </w:r>
      <w:r w:rsidRPr="000767E2">
        <w:rPr>
          <w:i/>
          <w:lang w:val="sv-SE"/>
        </w:rPr>
        <w:t>några</w:t>
      </w:r>
      <w:r w:rsidRPr="000767E2">
        <w:rPr>
          <w:lang w:val="sv-SE"/>
        </w:rPr>
        <w:t xml:space="preserve"> få kraftlösa </w:t>
      </w:r>
      <w:r w:rsidRPr="000767E2">
        <w:rPr>
          <w:i/>
          <w:lang w:val="sv-SE"/>
        </w:rPr>
        <w:t>som</w:t>
      </w:r>
      <w:r w:rsidRPr="000767E2">
        <w:rPr>
          <w:lang w:val="sv-SE"/>
        </w:rPr>
        <w:t xml:space="preserve"> han lade händerna på och botade.{{field-off:bible}} [[@</w:t>
      </w:r>
      <w:r w:rsidR="0096445B" w:rsidRPr="000767E2">
        <w:rPr>
          <w:lang w:val="sv-SE"/>
        </w:rPr>
        <w:t>BibleBIBEL82</w:t>
      </w:r>
      <w:r w:rsidRPr="000767E2">
        <w:rPr>
          <w:lang w:val="sv-SE"/>
        </w:rPr>
        <w:t>:Mark 6:6]]</w:t>
      </w:r>
      <w:r w:rsidRPr="000767E2">
        <w:rPr>
          <w:vertAlign w:val="superscript"/>
          <w:lang w:val="sv-SE"/>
        </w:rPr>
        <w:t>6</w:t>
      </w:r>
      <w:r w:rsidRPr="000767E2">
        <w:rPr>
          <w:lang w:val="sv-SE"/>
        </w:rPr>
        <w:t xml:space="preserve"> {{field-on:bible}}Och han var förundrad av deras otro.{{field-off:bible}}</w:t>
      </w:r>
    </w:p>
    <w:p w14:paraId="1204733B" w14:textId="77777777" w:rsidR="00BA33AB" w:rsidRPr="000767E2" w:rsidRDefault="00000000">
      <w:pPr>
        <w:pStyle w:val="Rubrik3"/>
        <w:rPr>
          <w:lang w:val="sv-SE"/>
        </w:rPr>
      </w:pPr>
      <w:r w:rsidRPr="000767E2">
        <w:rPr>
          <w:lang w:val="sv-SE"/>
        </w:rPr>
        <w:t>Jesus sänder ut de tolv</w:t>
      </w:r>
    </w:p>
    <w:p w14:paraId="4FC564DE" w14:textId="3811EB3F" w:rsidR="00BA33AB" w:rsidRPr="000767E2" w:rsidRDefault="00000000">
      <w:pPr>
        <w:rPr>
          <w:lang w:val="sv-SE"/>
        </w:rPr>
      </w:pPr>
      <w:r w:rsidRPr="000767E2">
        <w:rPr>
          <w:lang w:val="sv-SE"/>
        </w:rPr>
        <w:t>{{field-on:bible}}Och han drog omkring i byarna runt omkring och undervisade.{{field-off:bible}} [[@</w:t>
      </w:r>
      <w:r w:rsidR="0096445B" w:rsidRPr="000767E2">
        <w:rPr>
          <w:lang w:val="sv-SE"/>
        </w:rPr>
        <w:t>BibleBIBEL82</w:t>
      </w:r>
      <w:r w:rsidRPr="000767E2">
        <w:rPr>
          <w:lang w:val="sv-SE"/>
        </w:rPr>
        <w:t>:Mark 6:7]]</w:t>
      </w:r>
      <w:r w:rsidRPr="000767E2">
        <w:rPr>
          <w:vertAlign w:val="superscript"/>
          <w:lang w:val="sv-SE"/>
        </w:rPr>
        <w:t>7</w:t>
      </w:r>
      <w:r w:rsidRPr="000767E2">
        <w:rPr>
          <w:lang w:val="sv-SE"/>
        </w:rPr>
        <w:t xml:space="preserve"> {{field-on:bible}}Och han kallar till sig de tolv, och började sända ut dem två </w:t>
      </w:r>
      <w:r w:rsidRPr="000767E2">
        <w:rPr>
          <w:i/>
          <w:lang w:val="sv-SE"/>
        </w:rPr>
        <w:t>och</w:t>
      </w:r>
      <w:r w:rsidRPr="000767E2">
        <w:rPr>
          <w:lang w:val="sv-SE"/>
        </w:rPr>
        <w:t xml:space="preserve"> två och gav dem auktoritet över de orena andarna.{{field-off:bible}} [[@</w:t>
      </w:r>
      <w:r w:rsidR="0096445B" w:rsidRPr="000767E2">
        <w:rPr>
          <w:lang w:val="sv-SE"/>
        </w:rPr>
        <w:t>BibleBIBEL82</w:t>
      </w:r>
      <w:r w:rsidRPr="000767E2">
        <w:rPr>
          <w:lang w:val="sv-SE"/>
        </w:rPr>
        <w:t>:Mark 6:8]]</w:t>
      </w:r>
      <w:r w:rsidRPr="000767E2">
        <w:rPr>
          <w:vertAlign w:val="superscript"/>
          <w:lang w:val="sv-SE"/>
        </w:rPr>
        <w:t>8</w:t>
      </w:r>
      <w:r w:rsidRPr="000767E2">
        <w:rPr>
          <w:lang w:val="sv-SE"/>
        </w:rPr>
        <w:t xml:space="preserve"> {{field-on:bible}}Och han instruerade dem att inte ta </w:t>
      </w:r>
      <w:r w:rsidRPr="000767E2">
        <w:rPr>
          <w:i/>
          <w:lang w:val="sv-SE"/>
        </w:rPr>
        <w:lastRenderedPageBreak/>
        <w:t>med</w:t>
      </w:r>
      <w:r w:rsidRPr="000767E2">
        <w:rPr>
          <w:lang w:val="sv-SE"/>
        </w:rPr>
        <w:t xml:space="preserve"> något på vägen utom bara en stav: inte bröd, inte väska, inte koppar för bältet,{{field-off:bible}} [[@</w:t>
      </w:r>
      <w:r w:rsidR="0096445B" w:rsidRPr="000767E2">
        <w:rPr>
          <w:lang w:val="sv-SE"/>
        </w:rPr>
        <w:t>BibleBIBEL82</w:t>
      </w:r>
      <w:r w:rsidRPr="000767E2">
        <w:rPr>
          <w:lang w:val="sv-SE"/>
        </w:rPr>
        <w:t>:Mark 6:9]]</w:t>
      </w:r>
      <w:r w:rsidRPr="000767E2">
        <w:rPr>
          <w:vertAlign w:val="superscript"/>
          <w:lang w:val="sv-SE"/>
        </w:rPr>
        <w:t>9</w:t>
      </w:r>
      <w:r w:rsidRPr="000767E2">
        <w:rPr>
          <w:lang w:val="sv-SE"/>
        </w:rPr>
        <w:t xml:space="preserve"> {{field-on:bible}}men skodda med sandaler: ”Och iklä er inte två tunikor!”{{field-off:bible}} [[@</w:t>
      </w:r>
      <w:r w:rsidR="0096445B" w:rsidRPr="000767E2">
        <w:rPr>
          <w:lang w:val="sv-SE"/>
        </w:rPr>
        <w:t>BibleBIBEL82</w:t>
      </w:r>
      <w:r w:rsidRPr="000767E2">
        <w:rPr>
          <w:lang w:val="sv-SE"/>
        </w:rPr>
        <w:t>:Mark 6:10]]</w:t>
      </w:r>
      <w:r w:rsidRPr="000767E2">
        <w:rPr>
          <w:vertAlign w:val="superscript"/>
          <w:lang w:val="sv-SE"/>
        </w:rPr>
        <w:t>10</w:t>
      </w:r>
      <w:r w:rsidRPr="000767E2">
        <w:rPr>
          <w:lang w:val="sv-SE"/>
        </w:rPr>
        <w:t xml:space="preserve"> {{field-on:bible}}Och han sade till dem: ”Där ni går in i ett hus, där ska ni bli kvar tills ni går ut därifrån.{{field-off:bible}} [[@</w:t>
      </w:r>
      <w:r w:rsidR="0096445B" w:rsidRPr="000767E2">
        <w:rPr>
          <w:lang w:val="sv-SE"/>
        </w:rPr>
        <w:t>BibleBIBEL82</w:t>
      </w:r>
      <w:r w:rsidRPr="000767E2">
        <w:rPr>
          <w:lang w:val="sv-SE"/>
        </w:rPr>
        <w:t>:Mark 6:11]]</w:t>
      </w:r>
      <w:r w:rsidRPr="000767E2">
        <w:rPr>
          <w:vertAlign w:val="superscript"/>
          <w:lang w:val="sv-SE"/>
        </w:rPr>
        <w:t>11</w:t>
      </w:r>
      <w:r w:rsidRPr="000767E2">
        <w:rPr>
          <w:lang w:val="sv-SE"/>
        </w:rPr>
        <w:t xml:space="preserve"> {{field-on:bible}}Och den plats som inte välkomnar er eller lyssnar till er, gå ut därifrån och skaka ut stoftet under era fötter till ett vittnesbörd för dem.”{{field-off:bible}}</w:t>
      </w:r>
    </w:p>
    <w:p w14:paraId="62BB6898" w14:textId="15E0A6BE" w:rsidR="00BA33AB" w:rsidRPr="000767E2" w:rsidRDefault="00000000">
      <w:pPr>
        <w:rPr>
          <w:lang w:val="sv-SE"/>
        </w:rPr>
      </w:pPr>
      <w:r w:rsidRPr="000767E2">
        <w:rPr>
          <w:lang w:val="sv-SE"/>
        </w:rPr>
        <w:t>[[@</w:t>
      </w:r>
      <w:r w:rsidR="0096445B" w:rsidRPr="000767E2">
        <w:rPr>
          <w:lang w:val="sv-SE"/>
        </w:rPr>
        <w:t>BibleBIBEL82</w:t>
      </w:r>
      <w:r w:rsidRPr="000767E2">
        <w:rPr>
          <w:lang w:val="sv-SE"/>
        </w:rPr>
        <w:t>:Mark 6:12]]</w:t>
      </w:r>
      <w:r w:rsidRPr="000767E2">
        <w:rPr>
          <w:vertAlign w:val="superscript"/>
          <w:lang w:val="sv-SE"/>
        </w:rPr>
        <w:t>12</w:t>
      </w:r>
      <w:r w:rsidRPr="000767E2">
        <w:rPr>
          <w:lang w:val="sv-SE"/>
        </w:rPr>
        <w:t xml:space="preserve"> {{field-on:bible}}Och de gick ut och förkunnade att man ska ändra sinne.{{field-off:bible}} [[@</w:t>
      </w:r>
      <w:r w:rsidR="0096445B" w:rsidRPr="000767E2">
        <w:rPr>
          <w:lang w:val="sv-SE"/>
        </w:rPr>
        <w:t>BibleBIBEL82</w:t>
      </w:r>
      <w:r w:rsidRPr="000767E2">
        <w:rPr>
          <w:lang w:val="sv-SE"/>
        </w:rPr>
        <w:t>:Mark 6:13]]</w:t>
      </w:r>
      <w:r w:rsidRPr="000767E2">
        <w:rPr>
          <w:vertAlign w:val="superscript"/>
          <w:lang w:val="sv-SE"/>
        </w:rPr>
        <w:t>13</w:t>
      </w:r>
      <w:r w:rsidRPr="000767E2">
        <w:rPr>
          <w:lang w:val="sv-SE"/>
        </w:rPr>
        <w:t xml:space="preserve"> {{field-on:bible}}Och många demoner drev de ut, och de smorde in med olja många kraftlösa och botade </w:t>
      </w:r>
      <w:r w:rsidRPr="000767E2">
        <w:rPr>
          <w:i/>
          <w:lang w:val="sv-SE"/>
        </w:rPr>
        <w:t>dem</w:t>
      </w:r>
      <w:r w:rsidRPr="000767E2">
        <w:rPr>
          <w:lang w:val="sv-SE"/>
        </w:rPr>
        <w:t>.{{field-off:bible}}</w:t>
      </w:r>
    </w:p>
    <w:p w14:paraId="4AA88827" w14:textId="77777777" w:rsidR="00BA33AB" w:rsidRPr="000767E2" w:rsidRDefault="00000000">
      <w:pPr>
        <w:pStyle w:val="Rubrik3"/>
        <w:rPr>
          <w:lang w:val="sv-SE"/>
        </w:rPr>
      </w:pPr>
      <w:r w:rsidRPr="000767E2">
        <w:rPr>
          <w:lang w:val="sv-SE"/>
        </w:rPr>
        <w:t>Johannes Döparens död</w:t>
      </w:r>
    </w:p>
    <w:p w14:paraId="3E7C2074" w14:textId="6E8B63FE" w:rsidR="00BA33AB" w:rsidRPr="000767E2" w:rsidRDefault="00000000">
      <w:pPr>
        <w:rPr>
          <w:lang w:val="sv-SE"/>
        </w:rPr>
      </w:pPr>
      <w:r w:rsidRPr="000767E2">
        <w:rPr>
          <w:lang w:val="sv-SE"/>
        </w:rPr>
        <w:t>[[@</w:t>
      </w:r>
      <w:r w:rsidR="0096445B" w:rsidRPr="000767E2">
        <w:rPr>
          <w:lang w:val="sv-SE"/>
        </w:rPr>
        <w:t>BibleBIBEL82</w:t>
      </w:r>
      <w:r w:rsidRPr="000767E2">
        <w:rPr>
          <w:lang w:val="sv-SE"/>
        </w:rPr>
        <w:t>:Mark 6:14]]</w:t>
      </w:r>
      <w:r w:rsidRPr="000767E2">
        <w:rPr>
          <w:vertAlign w:val="superscript"/>
          <w:lang w:val="sv-SE"/>
        </w:rPr>
        <w:t>14</w:t>
      </w:r>
      <w:r w:rsidRPr="000767E2">
        <w:rPr>
          <w:lang w:val="sv-SE"/>
        </w:rPr>
        <w:t xml:space="preserve"> {{field-on:bible}}Och kung Herodes </w:t>
      </w:r>
      <w:r w:rsidRPr="000767E2">
        <w:rPr>
          <w:i/>
          <w:lang w:val="sv-SE"/>
        </w:rPr>
        <w:t>fick</w:t>
      </w:r>
      <w:r w:rsidRPr="000767E2">
        <w:rPr>
          <w:lang w:val="sv-SE"/>
        </w:rPr>
        <w:t xml:space="preserve"> höra. För hans namn hade blivit uppenbart, och man sade att Johannes Döparen är uppväckt från </w:t>
      </w:r>
      <w:r w:rsidRPr="000767E2">
        <w:rPr>
          <w:i/>
          <w:lang w:val="sv-SE"/>
        </w:rPr>
        <w:t>de</w:t>
      </w:r>
      <w:r w:rsidRPr="000767E2">
        <w:rPr>
          <w:lang w:val="sv-SE"/>
        </w:rPr>
        <w:t xml:space="preserve"> döda och därför verkar krafterna i honom.{{field-off:bible}} [[@</w:t>
      </w:r>
      <w:r w:rsidR="0096445B" w:rsidRPr="000767E2">
        <w:rPr>
          <w:lang w:val="sv-SE"/>
        </w:rPr>
        <w:t>BibleBIBEL82</w:t>
      </w:r>
      <w:r w:rsidRPr="000767E2">
        <w:rPr>
          <w:lang w:val="sv-SE"/>
        </w:rPr>
        <w:t>:Mark 6:15]]</w:t>
      </w:r>
      <w:r w:rsidRPr="000767E2">
        <w:rPr>
          <w:vertAlign w:val="superscript"/>
          <w:lang w:val="sv-SE"/>
        </w:rPr>
        <w:t>15</w:t>
      </w:r>
      <w:r w:rsidRPr="000767E2">
        <w:rPr>
          <w:lang w:val="sv-SE"/>
        </w:rPr>
        <w:t xml:space="preserve"> {{field-on:bible}}Men andra sade att det är Elia, och andra sade att </w:t>
      </w:r>
      <w:r w:rsidRPr="000767E2">
        <w:rPr>
          <w:i/>
          <w:lang w:val="sv-SE"/>
        </w:rPr>
        <w:t>det är</w:t>
      </w:r>
      <w:r w:rsidRPr="000767E2">
        <w:rPr>
          <w:lang w:val="sv-SE"/>
        </w:rPr>
        <w:t xml:space="preserve"> en profet, som en av profeterna.{{field-off:bible}} [[@</w:t>
      </w:r>
      <w:r w:rsidR="0096445B" w:rsidRPr="000767E2">
        <w:rPr>
          <w:lang w:val="sv-SE"/>
        </w:rPr>
        <w:t>BibleBIBEL82</w:t>
      </w:r>
      <w:r w:rsidRPr="000767E2">
        <w:rPr>
          <w:lang w:val="sv-SE"/>
        </w:rPr>
        <w:t>:Mark 6:16]]</w:t>
      </w:r>
      <w:r w:rsidRPr="000767E2">
        <w:rPr>
          <w:vertAlign w:val="superscript"/>
          <w:lang w:val="sv-SE"/>
        </w:rPr>
        <w:t>16</w:t>
      </w:r>
      <w:r w:rsidRPr="000767E2">
        <w:rPr>
          <w:lang w:val="sv-SE"/>
        </w:rPr>
        <w:t xml:space="preserve"> {{field-on:bible}}Men när Herodes hörde, sade han: ”Han som jag halshögg, Johannes. Denne har uppväckts.”{{field-off:bible}}</w:t>
      </w:r>
    </w:p>
    <w:p w14:paraId="3AF5C547" w14:textId="195F629D" w:rsidR="00BA33AB" w:rsidRPr="000767E2" w:rsidRDefault="00000000">
      <w:pPr>
        <w:rPr>
          <w:lang w:val="sv-SE"/>
        </w:rPr>
      </w:pPr>
      <w:r w:rsidRPr="000767E2">
        <w:rPr>
          <w:lang w:val="sv-SE"/>
        </w:rPr>
        <w:t>[[@</w:t>
      </w:r>
      <w:r w:rsidR="0096445B" w:rsidRPr="000767E2">
        <w:rPr>
          <w:lang w:val="sv-SE"/>
        </w:rPr>
        <w:t>BibleBIBEL82</w:t>
      </w:r>
      <w:r w:rsidRPr="000767E2">
        <w:rPr>
          <w:lang w:val="sv-SE"/>
        </w:rPr>
        <w:t>:Mark 6:17]]</w:t>
      </w:r>
      <w:r w:rsidRPr="000767E2">
        <w:rPr>
          <w:vertAlign w:val="superscript"/>
          <w:lang w:val="sv-SE"/>
        </w:rPr>
        <w:t>17</w:t>
      </w:r>
      <w:r w:rsidRPr="000767E2">
        <w:rPr>
          <w:lang w:val="sv-SE"/>
        </w:rPr>
        <w:t xml:space="preserve"> {{field-on:bible}}För själv hade Herodes sänt </w:t>
      </w:r>
      <w:r w:rsidRPr="000767E2">
        <w:rPr>
          <w:i/>
          <w:lang w:val="sv-SE"/>
        </w:rPr>
        <w:t>bud</w:t>
      </w:r>
      <w:r w:rsidRPr="000767E2">
        <w:rPr>
          <w:lang w:val="sv-SE"/>
        </w:rPr>
        <w:t xml:space="preserve"> och gripit Johannes och bundit honom i fängelse på grund av Herodias, hans bror Filippos hustru, för henne hade han gift sig med.{{field-off:bible}} [[@</w:t>
      </w:r>
      <w:r w:rsidR="0096445B" w:rsidRPr="000767E2">
        <w:rPr>
          <w:lang w:val="sv-SE"/>
        </w:rPr>
        <w:t>BibleBIBEL82</w:t>
      </w:r>
      <w:r w:rsidRPr="000767E2">
        <w:rPr>
          <w:lang w:val="sv-SE"/>
        </w:rPr>
        <w:t>:Mark 6:18]]</w:t>
      </w:r>
      <w:r w:rsidRPr="000767E2">
        <w:rPr>
          <w:vertAlign w:val="superscript"/>
          <w:lang w:val="sv-SE"/>
        </w:rPr>
        <w:t>18</w:t>
      </w:r>
      <w:r w:rsidRPr="000767E2">
        <w:rPr>
          <w:lang w:val="sv-SE"/>
        </w:rPr>
        <w:t xml:space="preserve"> {{field-on:bible}}För Johannes hade sagt till Herodes att: ”Det är inte tillåtet för dig att ha din brors hustru.”{{field-off:bible}} [[@</w:t>
      </w:r>
      <w:r w:rsidR="0096445B" w:rsidRPr="000767E2">
        <w:rPr>
          <w:lang w:val="sv-SE"/>
        </w:rPr>
        <w:t>BibleBIBEL82</w:t>
      </w:r>
      <w:r w:rsidRPr="000767E2">
        <w:rPr>
          <w:lang w:val="sv-SE"/>
        </w:rPr>
        <w:t>:Mark 6:19]]</w:t>
      </w:r>
      <w:r w:rsidRPr="000767E2">
        <w:rPr>
          <w:vertAlign w:val="superscript"/>
          <w:lang w:val="sv-SE"/>
        </w:rPr>
        <w:t>19</w:t>
      </w:r>
      <w:r w:rsidRPr="000767E2">
        <w:rPr>
          <w:lang w:val="sv-SE"/>
        </w:rPr>
        <w:t xml:space="preserve"> {{field-on:bible}}Och Herodias hade </w:t>
      </w:r>
      <w:r w:rsidRPr="000767E2">
        <w:rPr>
          <w:i/>
          <w:lang w:val="sv-SE"/>
        </w:rPr>
        <w:t>ont</w:t>
      </w:r>
      <w:r w:rsidRPr="000767E2">
        <w:rPr>
          <w:lang w:val="sv-SE"/>
        </w:rPr>
        <w:t xml:space="preserve"> i </w:t>
      </w:r>
      <w:r w:rsidRPr="000767E2">
        <w:rPr>
          <w:i/>
          <w:lang w:val="sv-SE"/>
        </w:rPr>
        <w:t>sinnet</w:t>
      </w:r>
      <w:r w:rsidRPr="000767E2">
        <w:rPr>
          <w:lang w:val="sv-SE"/>
        </w:rPr>
        <w:t xml:space="preserve"> mot honom och ville döda honom, och hon kunde inte.{{field-off:bible}} [[@</w:t>
      </w:r>
      <w:r w:rsidR="0096445B" w:rsidRPr="000767E2">
        <w:rPr>
          <w:lang w:val="sv-SE"/>
        </w:rPr>
        <w:t>BibleBIBEL82</w:t>
      </w:r>
      <w:r w:rsidRPr="000767E2">
        <w:rPr>
          <w:lang w:val="sv-SE"/>
        </w:rPr>
        <w:t>:Mark 6:20]]</w:t>
      </w:r>
      <w:r w:rsidRPr="000767E2">
        <w:rPr>
          <w:vertAlign w:val="superscript"/>
          <w:lang w:val="sv-SE"/>
        </w:rPr>
        <w:t>20</w:t>
      </w:r>
      <w:r w:rsidRPr="000767E2">
        <w:rPr>
          <w:lang w:val="sv-SE"/>
        </w:rPr>
        <w:t xml:space="preserve"> {{field-on:bible}}För Herodes fruktade Johannes, då han visste </w:t>
      </w:r>
      <w:r w:rsidRPr="000767E2">
        <w:rPr>
          <w:i/>
          <w:lang w:val="sv-SE"/>
        </w:rPr>
        <w:t>att</w:t>
      </w:r>
      <w:r w:rsidRPr="000767E2">
        <w:rPr>
          <w:lang w:val="sv-SE"/>
        </w:rPr>
        <w:t xml:space="preserve"> han </w:t>
      </w:r>
      <w:r w:rsidRPr="000767E2">
        <w:rPr>
          <w:i/>
          <w:lang w:val="sv-SE"/>
        </w:rPr>
        <w:t>var</w:t>
      </w:r>
      <w:r w:rsidRPr="000767E2">
        <w:rPr>
          <w:lang w:val="sv-SE"/>
        </w:rPr>
        <w:t xml:space="preserve"> en rättfärdig och helig man och sambevarade honom. Och när han hörde honom blev han mycket villrådig, och </w:t>
      </w:r>
      <w:r w:rsidRPr="000767E2">
        <w:rPr>
          <w:i/>
          <w:lang w:val="sv-SE"/>
        </w:rPr>
        <w:t>ändå</w:t>
      </w:r>
      <w:r w:rsidRPr="000767E2">
        <w:rPr>
          <w:lang w:val="sv-SE"/>
        </w:rPr>
        <w:t xml:space="preserve"> hörde han honom gärna.{{field-off:bible}}</w:t>
      </w:r>
    </w:p>
    <w:p w14:paraId="019E050C" w14:textId="10319215" w:rsidR="00BA33AB" w:rsidRPr="000767E2" w:rsidRDefault="00000000">
      <w:pPr>
        <w:rPr>
          <w:lang w:val="sv-SE"/>
        </w:rPr>
      </w:pPr>
      <w:r w:rsidRPr="000767E2">
        <w:rPr>
          <w:lang w:val="sv-SE"/>
        </w:rPr>
        <w:t>[[@</w:t>
      </w:r>
      <w:r w:rsidR="0096445B" w:rsidRPr="000767E2">
        <w:rPr>
          <w:lang w:val="sv-SE"/>
        </w:rPr>
        <w:t>BibleBIBEL82</w:t>
      </w:r>
      <w:r w:rsidRPr="000767E2">
        <w:rPr>
          <w:lang w:val="sv-SE"/>
        </w:rPr>
        <w:t>:Mark 6:21]]</w:t>
      </w:r>
      <w:r w:rsidRPr="000767E2">
        <w:rPr>
          <w:vertAlign w:val="superscript"/>
          <w:lang w:val="sv-SE"/>
        </w:rPr>
        <w:t>21</w:t>
      </w:r>
      <w:r w:rsidRPr="000767E2">
        <w:rPr>
          <w:lang w:val="sv-SE"/>
        </w:rPr>
        <w:t xml:space="preserve"> {{field-on:bible}}Och när det kom en läglig dag, när Herodes på sin födelsedag gjorde en festmåltid för sina stormän och befälhavarna och de främsta i Galileen,{{field-off:bible}} [[@</w:t>
      </w:r>
      <w:r w:rsidR="0096445B" w:rsidRPr="000767E2">
        <w:rPr>
          <w:lang w:val="sv-SE"/>
        </w:rPr>
        <w:t>BibleBIBEL82</w:t>
      </w:r>
      <w:r w:rsidRPr="000767E2">
        <w:rPr>
          <w:lang w:val="sv-SE"/>
        </w:rPr>
        <w:t>:Mark 6:22]]</w:t>
      </w:r>
      <w:r w:rsidRPr="000767E2">
        <w:rPr>
          <w:vertAlign w:val="superscript"/>
          <w:lang w:val="sv-SE"/>
        </w:rPr>
        <w:t>22</w:t>
      </w:r>
      <w:r w:rsidRPr="000767E2">
        <w:rPr>
          <w:lang w:val="sv-SE"/>
        </w:rPr>
        <w:t xml:space="preserve"> {{field-on:bible}}och när Herodias dotter själv kom in och dansade, behagade hon Herodes och dem som låg </w:t>
      </w:r>
      <w:r w:rsidRPr="000767E2">
        <w:rPr>
          <w:i/>
          <w:lang w:val="sv-SE"/>
        </w:rPr>
        <w:t>till bords</w:t>
      </w:r>
      <w:r w:rsidRPr="000767E2">
        <w:rPr>
          <w:lang w:val="sv-SE"/>
        </w:rPr>
        <w:t xml:space="preserve"> med </w:t>
      </w:r>
      <w:r w:rsidRPr="000767E2">
        <w:rPr>
          <w:i/>
          <w:lang w:val="sv-SE"/>
        </w:rPr>
        <w:t>honom</w:t>
      </w:r>
      <w:r w:rsidRPr="000767E2">
        <w:rPr>
          <w:lang w:val="sv-SE"/>
        </w:rPr>
        <w:t>. Och kungen sade till flickan: ”Be mig om vad du vill, och jag ska ge dig.”{{field-off:bible}} [[@</w:t>
      </w:r>
      <w:r w:rsidR="0096445B" w:rsidRPr="000767E2">
        <w:rPr>
          <w:lang w:val="sv-SE"/>
        </w:rPr>
        <w:t>BibleBIBEL82</w:t>
      </w:r>
      <w:r w:rsidRPr="000767E2">
        <w:rPr>
          <w:lang w:val="sv-SE"/>
        </w:rPr>
        <w:t>:Mark 6:23]]</w:t>
      </w:r>
      <w:r w:rsidRPr="000767E2">
        <w:rPr>
          <w:vertAlign w:val="superscript"/>
          <w:lang w:val="sv-SE"/>
        </w:rPr>
        <w:t>23</w:t>
      </w:r>
      <w:r w:rsidRPr="000767E2">
        <w:rPr>
          <w:lang w:val="sv-SE"/>
        </w:rPr>
        <w:t xml:space="preserve"> {{field-on:bible}}Och han svor </w:t>
      </w:r>
      <w:r w:rsidRPr="000767E2">
        <w:rPr>
          <w:i/>
          <w:lang w:val="sv-SE"/>
        </w:rPr>
        <w:t>eder</w:t>
      </w:r>
      <w:r w:rsidRPr="000767E2">
        <w:rPr>
          <w:lang w:val="sv-SE"/>
        </w:rPr>
        <w:t xml:space="preserve"> till henne: ”Vad du än ber mig om ska jag ge dig. Ända till hälften av mitt rike!”{{field-off:bible}}</w:t>
      </w:r>
    </w:p>
    <w:p w14:paraId="26343F14" w14:textId="1C53931D" w:rsidR="00BA33AB" w:rsidRPr="000767E2" w:rsidRDefault="00000000">
      <w:pPr>
        <w:rPr>
          <w:lang w:val="sv-SE"/>
        </w:rPr>
      </w:pPr>
      <w:r w:rsidRPr="000767E2">
        <w:rPr>
          <w:lang w:val="sv-SE"/>
        </w:rPr>
        <w:t>[[@</w:t>
      </w:r>
      <w:r w:rsidR="0096445B" w:rsidRPr="000767E2">
        <w:rPr>
          <w:lang w:val="sv-SE"/>
        </w:rPr>
        <w:t>BibleBIBEL82</w:t>
      </w:r>
      <w:r w:rsidRPr="000767E2">
        <w:rPr>
          <w:lang w:val="sv-SE"/>
        </w:rPr>
        <w:t>:Mark 6:24]]</w:t>
      </w:r>
      <w:r w:rsidRPr="000767E2">
        <w:rPr>
          <w:vertAlign w:val="superscript"/>
          <w:lang w:val="sv-SE"/>
        </w:rPr>
        <w:t>24</w:t>
      </w:r>
      <w:r w:rsidRPr="000767E2">
        <w:rPr>
          <w:lang w:val="sv-SE"/>
        </w:rPr>
        <w:t xml:space="preserve"> {{field-on:bible}}Och hon gick ut och sade till sin mor: ”Vad ska jag be om?” Och hon sade: ”Johannes Döparens huvud.”{{field-off:bible}} [[@</w:t>
      </w:r>
      <w:r w:rsidR="0096445B" w:rsidRPr="000767E2">
        <w:rPr>
          <w:lang w:val="sv-SE"/>
        </w:rPr>
        <w:t>BibleBIBEL82</w:t>
      </w:r>
      <w:r w:rsidRPr="000767E2">
        <w:rPr>
          <w:lang w:val="sv-SE"/>
        </w:rPr>
        <w:t>:Mark 6:25]]</w:t>
      </w:r>
      <w:r w:rsidRPr="000767E2">
        <w:rPr>
          <w:vertAlign w:val="superscript"/>
          <w:lang w:val="sv-SE"/>
        </w:rPr>
        <w:t>25</w:t>
      </w:r>
      <w:r w:rsidRPr="000767E2">
        <w:rPr>
          <w:lang w:val="sv-SE"/>
        </w:rPr>
        <w:t xml:space="preserve"> {{field-on:bible}}Och hon gick in direkt med iver till kungen och begärde och sade: ”Jag vill att du med detsamma ger mig på ett fat Johannes Döparens huvud!”{{field-off:bible}} [[@</w:t>
      </w:r>
      <w:r w:rsidR="0096445B" w:rsidRPr="000767E2">
        <w:rPr>
          <w:lang w:val="sv-SE"/>
        </w:rPr>
        <w:t>BibleBIBEL82</w:t>
      </w:r>
      <w:r w:rsidRPr="000767E2">
        <w:rPr>
          <w:lang w:val="sv-SE"/>
        </w:rPr>
        <w:t>:Mark 6:26]]</w:t>
      </w:r>
      <w:r w:rsidRPr="000767E2">
        <w:rPr>
          <w:vertAlign w:val="superscript"/>
          <w:lang w:val="sv-SE"/>
        </w:rPr>
        <w:t>26</w:t>
      </w:r>
      <w:r w:rsidRPr="000767E2">
        <w:rPr>
          <w:lang w:val="sv-SE"/>
        </w:rPr>
        <w:t xml:space="preserve"> {{field-on:bible}}Och djupt </w:t>
      </w:r>
      <w:r w:rsidRPr="000767E2">
        <w:rPr>
          <w:lang w:val="sv-SE"/>
        </w:rPr>
        <w:lastRenderedPageBreak/>
        <w:t xml:space="preserve">bedrövad blev kungen, </w:t>
      </w:r>
      <w:r w:rsidRPr="000767E2">
        <w:rPr>
          <w:i/>
          <w:lang w:val="sv-SE"/>
        </w:rPr>
        <w:t>men</w:t>
      </w:r>
      <w:r w:rsidRPr="000767E2">
        <w:rPr>
          <w:lang w:val="sv-SE"/>
        </w:rPr>
        <w:t xml:space="preserve"> på grund av ederna och dem som låg </w:t>
      </w:r>
      <w:r w:rsidRPr="000767E2">
        <w:rPr>
          <w:i/>
          <w:lang w:val="sv-SE"/>
        </w:rPr>
        <w:t>till bords</w:t>
      </w:r>
      <w:r w:rsidRPr="000767E2">
        <w:rPr>
          <w:lang w:val="sv-SE"/>
        </w:rPr>
        <w:t xml:space="preserve"> ville han inte avvisa henne.{{field-off:bible}} [[@</w:t>
      </w:r>
      <w:r w:rsidR="0096445B" w:rsidRPr="000767E2">
        <w:rPr>
          <w:lang w:val="sv-SE"/>
        </w:rPr>
        <w:t>BibleBIBEL82</w:t>
      </w:r>
      <w:r w:rsidRPr="000767E2">
        <w:rPr>
          <w:lang w:val="sv-SE"/>
        </w:rPr>
        <w:t>:Mark 6:27]]</w:t>
      </w:r>
      <w:r w:rsidRPr="000767E2">
        <w:rPr>
          <w:vertAlign w:val="superscript"/>
          <w:lang w:val="sv-SE"/>
        </w:rPr>
        <w:t>27</w:t>
      </w:r>
      <w:r w:rsidRPr="000767E2">
        <w:rPr>
          <w:lang w:val="sv-SE"/>
        </w:rPr>
        <w:t xml:space="preserve"> {{field-on:bible}}Och direkt sände kungen ut en speculator och beordrade </w:t>
      </w:r>
      <w:r w:rsidRPr="000767E2">
        <w:rPr>
          <w:i/>
          <w:lang w:val="sv-SE"/>
        </w:rPr>
        <w:t>honom</w:t>
      </w:r>
      <w:r w:rsidRPr="000767E2">
        <w:rPr>
          <w:lang w:val="sv-SE"/>
        </w:rPr>
        <w:t xml:space="preserve"> att hämta hans huvud. Och han gick bort och halshögg honom i fängelset.{{field-off:bible}} [[@</w:t>
      </w:r>
      <w:r w:rsidR="0096445B" w:rsidRPr="000767E2">
        <w:rPr>
          <w:lang w:val="sv-SE"/>
        </w:rPr>
        <w:t>BibleBIBEL82</w:t>
      </w:r>
      <w:r w:rsidRPr="000767E2">
        <w:rPr>
          <w:lang w:val="sv-SE"/>
        </w:rPr>
        <w:t>:Mark 6:28]]</w:t>
      </w:r>
      <w:r w:rsidRPr="000767E2">
        <w:rPr>
          <w:vertAlign w:val="superscript"/>
          <w:lang w:val="sv-SE"/>
        </w:rPr>
        <w:t>28</w:t>
      </w:r>
      <w:r w:rsidRPr="000767E2">
        <w:rPr>
          <w:lang w:val="sv-SE"/>
        </w:rPr>
        <w:t xml:space="preserve"> {{field-on:bible}}Och han hämtade hans huvud på ett fat och gav det till flickan, och flickan gav det till sin mor.{{field-off:bible}}</w:t>
      </w:r>
    </w:p>
    <w:p w14:paraId="3D64B211" w14:textId="1571342C" w:rsidR="00BA33AB" w:rsidRPr="000767E2" w:rsidRDefault="00000000">
      <w:pPr>
        <w:rPr>
          <w:lang w:val="sv-SE"/>
        </w:rPr>
      </w:pPr>
      <w:r w:rsidRPr="000767E2">
        <w:rPr>
          <w:lang w:val="sv-SE"/>
        </w:rPr>
        <w:t>[[@</w:t>
      </w:r>
      <w:r w:rsidR="0096445B" w:rsidRPr="000767E2">
        <w:rPr>
          <w:lang w:val="sv-SE"/>
        </w:rPr>
        <w:t>BibleBIBEL82</w:t>
      </w:r>
      <w:r w:rsidRPr="000767E2">
        <w:rPr>
          <w:lang w:val="sv-SE"/>
        </w:rPr>
        <w:t>:Mark 6:29]]</w:t>
      </w:r>
      <w:r w:rsidRPr="000767E2">
        <w:rPr>
          <w:vertAlign w:val="superscript"/>
          <w:lang w:val="sv-SE"/>
        </w:rPr>
        <w:t>29</w:t>
      </w:r>
      <w:r w:rsidRPr="000767E2">
        <w:rPr>
          <w:lang w:val="sv-SE"/>
        </w:rPr>
        <w:t xml:space="preserve"> {{field-on:bible}}Och när hans lärjungar </w:t>
      </w:r>
      <w:r w:rsidRPr="000767E2">
        <w:rPr>
          <w:i/>
          <w:lang w:val="sv-SE"/>
        </w:rPr>
        <w:t>fick</w:t>
      </w:r>
      <w:r w:rsidRPr="000767E2">
        <w:rPr>
          <w:lang w:val="sv-SE"/>
        </w:rPr>
        <w:t xml:space="preserve"> höra, kom de och tog hans lik och lade det i en grav.{{field-off:bible}}</w:t>
      </w:r>
    </w:p>
    <w:p w14:paraId="5B10064F" w14:textId="77777777" w:rsidR="00BA33AB" w:rsidRPr="000767E2" w:rsidRDefault="00000000">
      <w:pPr>
        <w:pStyle w:val="Rubrik3"/>
        <w:rPr>
          <w:lang w:val="sv-SE"/>
        </w:rPr>
      </w:pPr>
      <w:r w:rsidRPr="000767E2">
        <w:rPr>
          <w:lang w:val="sv-SE"/>
        </w:rPr>
        <w:t>Jesus mättar femtusen</w:t>
      </w:r>
    </w:p>
    <w:p w14:paraId="10CEFBD7" w14:textId="3227A1A7" w:rsidR="00BA33AB" w:rsidRPr="000767E2" w:rsidRDefault="00000000">
      <w:pPr>
        <w:rPr>
          <w:lang w:val="sv-SE"/>
        </w:rPr>
      </w:pPr>
      <w:r w:rsidRPr="000767E2">
        <w:rPr>
          <w:lang w:val="sv-SE"/>
        </w:rPr>
        <w:t>[[@</w:t>
      </w:r>
      <w:r w:rsidR="0096445B" w:rsidRPr="000767E2">
        <w:rPr>
          <w:lang w:val="sv-SE"/>
        </w:rPr>
        <w:t>BibleBIBEL82</w:t>
      </w:r>
      <w:r w:rsidRPr="000767E2">
        <w:rPr>
          <w:lang w:val="sv-SE"/>
        </w:rPr>
        <w:t>:Mark 6:30]]</w:t>
      </w:r>
      <w:r w:rsidRPr="000767E2">
        <w:rPr>
          <w:vertAlign w:val="superscript"/>
          <w:lang w:val="sv-SE"/>
        </w:rPr>
        <w:t>30</w:t>
      </w:r>
      <w:r w:rsidRPr="000767E2">
        <w:rPr>
          <w:lang w:val="sv-SE"/>
        </w:rPr>
        <w:t xml:space="preserve"> {{field-on:bible}}Och </w:t>
      </w:r>
      <w:r w:rsidRPr="000767E2">
        <w:rPr>
          <w:i/>
          <w:lang w:val="sv-SE"/>
        </w:rPr>
        <w:t>sedan</w:t>
      </w:r>
      <w:r w:rsidRPr="000767E2">
        <w:rPr>
          <w:lang w:val="sv-SE"/>
        </w:rPr>
        <w:t xml:space="preserve"> samlas apostlarna hos Jesus, och de berättade för honom allt vad de hade gjort och vad de undervisat.{{field-off:bible}} [[@</w:t>
      </w:r>
      <w:r w:rsidR="0096445B" w:rsidRPr="000767E2">
        <w:rPr>
          <w:lang w:val="sv-SE"/>
        </w:rPr>
        <w:t>BibleBIBEL82</w:t>
      </w:r>
      <w:r w:rsidRPr="000767E2">
        <w:rPr>
          <w:lang w:val="sv-SE"/>
        </w:rPr>
        <w:t>:Mark 6:31]]</w:t>
      </w:r>
      <w:r w:rsidRPr="000767E2">
        <w:rPr>
          <w:vertAlign w:val="superscript"/>
          <w:lang w:val="sv-SE"/>
        </w:rPr>
        <w:t>31</w:t>
      </w:r>
      <w:r w:rsidRPr="000767E2">
        <w:rPr>
          <w:lang w:val="sv-SE"/>
        </w:rPr>
        <w:t xml:space="preserve"> {{field-on:bible}}Och han säger till dem: ”Kom ni själva enskilt till en öde plats och vila er lite.” För de som kom och de som begav sig var många, och inte ens </w:t>
      </w:r>
      <w:r w:rsidRPr="000767E2">
        <w:rPr>
          <w:i/>
          <w:lang w:val="sv-SE"/>
        </w:rPr>
        <w:t>till</w:t>
      </w:r>
      <w:r w:rsidRPr="000767E2">
        <w:rPr>
          <w:lang w:val="sv-SE"/>
        </w:rPr>
        <w:t xml:space="preserve"> att äta fick de tillfälle.{{field-off:bible}} [[@</w:t>
      </w:r>
      <w:r w:rsidR="0096445B" w:rsidRPr="000767E2">
        <w:rPr>
          <w:lang w:val="sv-SE"/>
        </w:rPr>
        <w:t>BibleBIBEL82</w:t>
      </w:r>
      <w:r w:rsidRPr="000767E2">
        <w:rPr>
          <w:lang w:val="sv-SE"/>
        </w:rPr>
        <w:t>:Mark 6:32]]</w:t>
      </w:r>
      <w:r w:rsidRPr="000767E2">
        <w:rPr>
          <w:vertAlign w:val="superscript"/>
          <w:lang w:val="sv-SE"/>
        </w:rPr>
        <w:t>32</w:t>
      </w:r>
      <w:r w:rsidRPr="000767E2">
        <w:rPr>
          <w:lang w:val="sv-SE"/>
        </w:rPr>
        <w:t xml:space="preserve"> {{field-on:bible}}Och de for bort i båten till en öde plats enskilt.{{field-off:bible}}</w:t>
      </w:r>
    </w:p>
    <w:p w14:paraId="6FA0133C" w14:textId="7DD39629" w:rsidR="00BA33AB" w:rsidRPr="000767E2" w:rsidRDefault="00000000">
      <w:pPr>
        <w:rPr>
          <w:lang w:val="sv-SE"/>
        </w:rPr>
      </w:pPr>
      <w:r w:rsidRPr="000767E2">
        <w:rPr>
          <w:lang w:val="sv-SE"/>
        </w:rPr>
        <w:t>[[@</w:t>
      </w:r>
      <w:r w:rsidR="0096445B" w:rsidRPr="000767E2">
        <w:rPr>
          <w:lang w:val="sv-SE"/>
        </w:rPr>
        <w:t>BibleBIBEL82</w:t>
      </w:r>
      <w:r w:rsidRPr="000767E2">
        <w:rPr>
          <w:lang w:val="sv-SE"/>
        </w:rPr>
        <w:t>:Mark 6:33]]</w:t>
      </w:r>
      <w:r w:rsidRPr="000767E2">
        <w:rPr>
          <w:vertAlign w:val="superscript"/>
          <w:lang w:val="sv-SE"/>
        </w:rPr>
        <w:t>33</w:t>
      </w:r>
      <w:r w:rsidRPr="000767E2">
        <w:rPr>
          <w:lang w:val="sv-SE"/>
        </w:rPr>
        <w:t xml:space="preserve"> {{field-on:bible}}Och många såg dem bege sig och kände igen </w:t>
      </w:r>
      <w:r w:rsidRPr="000767E2">
        <w:rPr>
          <w:i/>
          <w:lang w:val="sv-SE"/>
        </w:rPr>
        <w:t>dem</w:t>
      </w:r>
      <w:r w:rsidRPr="000767E2">
        <w:rPr>
          <w:lang w:val="sv-SE"/>
        </w:rPr>
        <w:t>, och till fots från alla städerna sprang de tillsammans dit och kom före dem.{{field-off:bible}} [[@</w:t>
      </w:r>
      <w:r w:rsidR="0096445B" w:rsidRPr="000767E2">
        <w:rPr>
          <w:lang w:val="sv-SE"/>
        </w:rPr>
        <w:t>BibleBIBEL82</w:t>
      </w:r>
      <w:r w:rsidRPr="000767E2">
        <w:rPr>
          <w:lang w:val="sv-SE"/>
        </w:rPr>
        <w:t>:Mark 6:34]]</w:t>
      </w:r>
      <w:r w:rsidRPr="000767E2">
        <w:rPr>
          <w:vertAlign w:val="superscript"/>
          <w:lang w:val="sv-SE"/>
        </w:rPr>
        <w:t>34</w:t>
      </w:r>
      <w:r w:rsidRPr="000767E2">
        <w:rPr>
          <w:lang w:val="sv-SE"/>
        </w:rPr>
        <w:t xml:space="preserve"> {{field-on:bible}}Och när han gick ur, såg han en stor skara. Och han kände innerligt för dem, för de var som får som inte har herde, och han började undervisa dem mycket.{{field-off:bible}}</w:t>
      </w:r>
    </w:p>
    <w:p w14:paraId="6B0EE479" w14:textId="644EDB4B" w:rsidR="00BA33AB" w:rsidRPr="000767E2" w:rsidRDefault="00000000">
      <w:pPr>
        <w:rPr>
          <w:lang w:val="sv-SE"/>
        </w:rPr>
      </w:pPr>
      <w:r w:rsidRPr="000767E2">
        <w:rPr>
          <w:lang w:val="sv-SE"/>
        </w:rPr>
        <w:t>[[@</w:t>
      </w:r>
      <w:r w:rsidR="0096445B" w:rsidRPr="000767E2">
        <w:rPr>
          <w:lang w:val="sv-SE"/>
        </w:rPr>
        <w:t>BibleBIBEL82</w:t>
      </w:r>
      <w:r w:rsidRPr="000767E2">
        <w:rPr>
          <w:lang w:val="sv-SE"/>
        </w:rPr>
        <w:t>:Mark 6:35]]</w:t>
      </w:r>
      <w:r w:rsidRPr="000767E2">
        <w:rPr>
          <w:vertAlign w:val="superscript"/>
          <w:lang w:val="sv-SE"/>
        </w:rPr>
        <w:t>35</w:t>
      </w:r>
      <w:r w:rsidRPr="000767E2">
        <w:rPr>
          <w:lang w:val="sv-SE"/>
        </w:rPr>
        <w:t xml:space="preserve"> {{field-on:bible}}Och när redan timmen blivit mycket, kom hans lärjungar fram till honom och sade att: ”Platsen är öde och timmen redan mycket.{{field-off:bible}} [[@</w:t>
      </w:r>
      <w:r w:rsidR="0096445B" w:rsidRPr="000767E2">
        <w:rPr>
          <w:lang w:val="sv-SE"/>
        </w:rPr>
        <w:t>BibleBIBEL82</w:t>
      </w:r>
      <w:r w:rsidRPr="000767E2">
        <w:rPr>
          <w:lang w:val="sv-SE"/>
        </w:rPr>
        <w:t>:Mark 6:36]]</w:t>
      </w:r>
      <w:r w:rsidRPr="000767E2">
        <w:rPr>
          <w:vertAlign w:val="superscript"/>
          <w:lang w:val="sv-SE"/>
        </w:rPr>
        <w:t>36</w:t>
      </w:r>
      <w:r w:rsidRPr="000767E2">
        <w:rPr>
          <w:lang w:val="sv-SE"/>
        </w:rPr>
        <w:t xml:space="preserve"> {{field-on:bible}}Släpp iväg dem, så att de går bort till gårdarna och byarna runt omkring och köper sig något att äta.”{{field-off:bible}} [[@</w:t>
      </w:r>
      <w:r w:rsidR="0096445B" w:rsidRPr="000767E2">
        <w:rPr>
          <w:lang w:val="sv-SE"/>
        </w:rPr>
        <w:t>BibleBIBEL82</w:t>
      </w:r>
      <w:r w:rsidRPr="000767E2">
        <w:rPr>
          <w:lang w:val="sv-SE"/>
        </w:rPr>
        <w:t>:Mark 6:37]]</w:t>
      </w:r>
      <w:r w:rsidRPr="000767E2">
        <w:rPr>
          <w:vertAlign w:val="superscript"/>
          <w:lang w:val="sv-SE"/>
        </w:rPr>
        <w:t>37</w:t>
      </w:r>
      <w:r w:rsidRPr="000767E2">
        <w:rPr>
          <w:lang w:val="sv-SE"/>
        </w:rPr>
        <w:t xml:space="preserve"> {{field-on:bible}}Men han svarade och sade till dem: ”Ge dem ni att äta.” Och de säger till honom: ”Ska vi gå bort och köpa bröd för tvåhundra denarer och ge dem att äta?”{{field-off:bible}} [[@</w:t>
      </w:r>
      <w:r w:rsidR="0096445B" w:rsidRPr="000767E2">
        <w:rPr>
          <w:lang w:val="sv-SE"/>
        </w:rPr>
        <w:t>BibleBIBEL82</w:t>
      </w:r>
      <w:r w:rsidRPr="000767E2">
        <w:rPr>
          <w:lang w:val="sv-SE"/>
        </w:rPr>
        <w:t>:Mark 6:38]]</w:t>
      </w:r>
      <w:r w:rsidRPr="000767E2">
        <w:rPr>
          <w:vertAlign w:val="superscript"/>
          <w:lang w:val="sv-SE"/>
        </w:rPr>
        <w:t>38</w:t>
      </w:r>
      <w:r w:rsidRPr="000767E2">
        <w:rPr>
          <w:lang w:val="sv-SE"/>
        </w:rPr>
        <w:t xml:space="preserve"> {{field-on:bible}}Men han säger till dem: ”Hur många bröd har ni? Bege er </w:t>
      </w:r>
      <w:r w:rsidRPr="000767E2">
        <w:rPr>
          <w:i/>
          <w:lang w:val="sv-SE"/>
        </w:rPr>
        <w:t>och</w:t>
      </w:r>
      <w:r w:rsidRPr="000767E2">
        <w:rPr>
          <w:lang w:val="sv-SE"/>
        </w:rPr>
        <w:t xml:space="preserve"> se.” Och de får veta och säger: ”Fem. Och två fiskar.”{{field-off:bible}}</w:t>
      </w:r>
    </w:p>
    <w:p w14:paraId="355FE394" w14:textId="66389BA3" w:rsidR="00BA33AB" w:rsidRPr="000767E2" w:rsidRDefault="00000000">
      <w:pPr>
        <w:rPr>
          <w:lang w:val="sv-SE"/>
        </w:rPr>
      </w:pPr>
      <w:r w:rsidRPr="000767E2">
        <w:rPr>
          <w:lang w:val="sv-SE"/>
        </w:rPr>
        <w:t>[[@</w:t>
      </w:r>
      <w:r w:rsidR="0096445B" w:rsidRPr="000767E2">
        <w:rPr>
          <w:lang w:val="sv-SE"/>
        </w:rPr>
        <w:t>BibleBIBEL82</w:t>
      </w:r>
      <w:r w:rsidRPr="000767E2">
        <w:rPr>
          <w:lang w:val="sv-SE"/>
        </w:rPr>
        <w:t>:Mark 6:39]]</w:t>
      </w:r>
      <w:r w:rsidRPr="000767E2">
        <w:rPr>
          <w:vertAlign w:val="superscript"/>
          <w:lang w:val="sv-SE"/>
        </w:rPr>
        <w:t>39</w:t>
      </w:r>
      <w:r w:rsidRPr="000767E2">
        <w:rPr>
          <w:lang w:val="sv-SE"/>
        </w:rPr>
        <w:t xml:space="preserve"> {{field-on:bible}}Och han beordrade dem att låta alla luta sig </w:t>
      </w:r>
      <w:r w:rsidRPr="000767E2">
        <w:rPr>
          <w:i/>
          <w:lang w:val="sv-SE"/>
        </w:rPr>
        <w:t>till bords</w:t>
      </w:r>
      <w:r w:rsidRPr="000767E2">
        <w:rPr>
          <w:lang w:val="sv-SE"/>
        </w:rPr>
        <w:t xml:space="preserve"> </w:t>
      </w:r>
      <w:r w:rsidRPr="000767E2">
        <w:rPr>
          <w:i/>
          <w:lang w:val="sv-SE"/>
        </w:rPr>
        <w:t>i</w:t>
      </w:r>
      <w:r w:rsidRPr="000767E2">
        <w:rPr>
          <w:lang w:val="sv-SE"/>
        </w:rPr>
        <w:t xml:space="preserve"> festlag </w:t>
      </w:r>
      <w:r w:rsidRPr="000767E2">
        <w:rPr>
          <w:i/>
          <w:lang w:val="sv-SE"/>
        </w:rPr>
        <w:t>efter</w:t>
      </w:r>
      <w:r w:rsidRPr="000767E2">
        <w:rPr>
          <w:lang w:val="sv-SE"/>
        </w:rPr>
        <w:t xml:space="preserve"> festlag på det gröna gräset,{{field-off:bible}} [[@</w:t>
      </w:r>
      <w:r w:rsidR="0096445B" w:rsidRPr="000767E2">
        <w:rPr>
          <w:lang w:val="sv-SE"/>
        </w:rPr>
        <w:t>BibleBIBEL82</w:t>
      </w:r>
      <w:r w:rsidRPr="000767E2">
        <w:rPr>
          <w:lang w:val="sv-SE"/>
        </w:rPr>
        <w:t>:Mark 6:40]]</w:t>
      </w:r>
      <w:r w:rsidRPr="000767E2">
        <w:rPr>
          <w:vertAlign w:val="superscript"/>
          <w:lang w:val="sv-SE"/>
        </w:rPr>
        <w:t>40</w:t>
      </w:r>
      <w:r w:rsidRPr="000767E2">
        <w:rPr>
          <w:lang w:val="sv-SE"/>
        </w:rPr>
        <w:t xml:space="preserve"> {{field-on:bible}}och de lade sig </w:t>
      </w:r>
      <w:r w:rsidRPr="000767E2">
        <w:rPr>
          <w:i/>
          <w:lang w:val="sv-SE"/>
        </w:rPr>
        <w:t>till bords i</w:t>
      </w:r>
      <w:r w:rsidRPr="000767E2">
        <w:rPr>
          <w:lang w:val="sv-SE"/>
        </w:rPr>
        <w:t xml:space="preserve"> grupper </w:t>
      </w:r>
      <w:r w:rsidRPr="000767E2">
        <w:rPr>
          <w:i/>
          <w:lang w:val="sv-SE"/>
        </w:rPr>
        <w:t>efter</w:t>
      </w:r>
      <w:r w:rsidRPr="000767E2">
        <w:rPr>
          <w:lang w:val="sv-SE"/>
        </w:rPr>
        <w:t xml:space="preserve"> grupper om hundra och om femtio.{{field-off:bible}} [[@</w:t>
      </w:r>
      <w:r w:rsidR="0096445B" w:rsidRPr="000767E2">
        <w:rPr>
          <w:lang w:val="sv-SE"/>
        </w:rPr>
        <w:t>BibleBIBEL82</w:t>
      </w:r>
      <w:r w:rsidRPr="000767E2">
        <w:rPr>
          <w:lang w:val="sv-SE"/>
        </w:rPr>
        <w:t>:Mark 6:41]]</w:t>
      </w:r>
      <w:r w:rsidRPr="000767E2">
        <w:rPr>
          <w:vertAlign w:val="superscript"/>
          <w:lang w:val="sv-SE"/>
        </w:rPr>
        <w:t>41</w:t>
      </w:r>
      <w:r w:rsidRPr="000767E2">
        <w:rPr>
          <w:lang w:val="sv-SE"/>
        </w:rPr>
        <w:t xml:space="preserve"> {{field-on:bible}}Och han tog de fem bröden och de två fiskarna, såg upp mot himlen och välsignade. Och han bröt bröden och </w:t>
      </w:r>
      <w:r w:rsidRPr="000767E2">
        <w:rPr>
          <w:i/>
          <w:lang w:val="sv-SE"/>
        </w:rPr>
        <w:t>började</w:t>
      </w:r>
      <w:r w:rsidRPr="000767E2">
        <w:rPr>
          <w:lang w:val="sv-SE"/>
        </w:rPr>
        <w:t xml:space="preserve"> ge till sina lärjungar för att de skulle sätta fram åt dem. Och de två fiskarna delade han upp åt alla.{{field-off:bible}} [[@</w:t>
      </w:r>
      <w:r w:rsidR="0096445B" w:rsidRPr="000767E2">
        <w:rPr>
          <w:lang w:val="sv-SE"/>
        </w:rPr>
        <w:t>BibleBIBEL82</w:t>
      </w:r>
      <w:r w:rsidRPr="000767E2">
        <w:rPr>
          <w:lang w:val="sv-SE"/>
        </w:rPr>
        <w:t>:Mark 6:42]]</w:t>
      </w:r>
      <w:r w:rsidRPr="000767E2">
        <w:rPr>
          <w:vertAlign w:val="superscript"/>
          <w:lang w:val="sv-SE"/>
        </w:rPr>
        <w:t>42</w:t>
      </w:r>
      <w:r w:rsidRPr="000767E2">
        <w:rPr>
          <w:lang w:val="sv-SE"/>
        </w:rPr>
        <w:t xml:space="preserve"> {{field-on:bible}}Och alla åt och blev mätta,{{field-off:bible}} [[@</w:t>
      </w:r>
      <w:r w:rsidR="0096445B" w:rsidRPr="000767E2">
        <w:rPr>
          <w:lang w:val="sv-SE"/>
        </w:rPr>
        <w:t>BibleBIBEL82</w:t>
      </w:r>
      <w:r w:rsidRPr="000767E2">
        <w:rPr>
          <w:lang w:val="sv-SE"/>
        </w:rPr>
        <w:t>:Mark 6:43]]</w:t>
      </w:r>
      <w:r w:rsidRPr="000767E2">
        <w:rPr>
          <w:vertAlign w:val="superscript"/>
          <w:lang w:val="sv-SE"/>
        </w:rPr>
        <w:t>43</w:t>
      </w:r>
      <w:r w:rsidRPr="000767E2">
        <w:rPr>
          <w:lang w:val="sv-SE"/>
        </w:rPr>
        <w:t xml:space="preserve"> {{field-on:bible}}och man tog upp bitar, tolv korgars fullheter, och från fiskarna.{{field-off:bible}} [[@</w:t>
      </w:r>
      <w:r w:rsidR="0096445B" w:rsidRPr="000767E2">
        <w:rPr>
          <w:lang w:val="sv-SE"/>
        </w:rPr>
        <w:t>BibleBIBEL82</w:t>
      </w:r>
      <w:r w:rsidRPr="000767E2">
        <w:rPr>
          <w:lang w:val="sv-SE"/>
        </w:rPr>
        <w:t>:Mark 6:44]]</w:t>
      </w:r>
      <w:r w:rsidRPr="000767E2">
        <w:rPr>
          <w:vertAlign w:val="superscript"/>
          <w:lang w:val="sv-SE"/>
        </w:rPr>
        <w:t>44</w:t>
      </w:r>
      <w:r w:rsidRPr="000767E2">
        <w:rPr>
          <w:lang w:val="sv-SE"/>
        </w:rPr>
        <w:t xml:space="preserve"> {{field-on:bible}}Och de som åt bröden var femtusen män.{{field-off:bible}}</w:t>
      </w:r>
    </w:p>
    <w:p w14:paraId="3AAA74B7" w14:textId="77777777" w:rsidR="00BA33AB" w:rsidRPr="000767E2" w:rsidRDefault="00000000">
      <w:pPr>
        <w:pStyle w:val="Rubrik3"/>
        <w:rPr>
          <w:lang w:val="sv-SE"/>
        </w:rPr>
      </w:pPr>
      <w:r w:rsidRPr="000767E2">
        <w:rPr>
          <w:lang w:val="sv-SE"/>
        </w:rPr>
        <w:lastRenderedPageBreak/>
        <w:t>Jesus går på vattnet</w:t>
      </w:r>
    </w:p>
    <w:p w14:paraId="384C630D" w14:textId="50FD191E" w:rsidR="00BA33AB" w:rsidRPr="000767E2" w:rsidRDefault="00000000">
      <w:pPr>
        <w:rPr>
          <w:lang w:val="sv-SE"/>
        </w:rPr>
      </w:pPr>
      <w:r w:rsidRPr="000767E2">
        <w:rPr>
          <w:lang w:val="sv-SE"/>
        </w:rPr>
        <w:t>[[@</w:t>
      </w:r>
      <w:r w:rsidR="0096445B" w:rsidRPr="000767E2">
        <w:rPr>
          <w:lang w:val="sv-SE"/>
        </w:rPr>
        <w:t>BibleBIBEL82</w:t>
      </w:r>
      <w:r w:rsidRPr="000767E2">
        <w:rPr>
          <w:lang w:val="sv-SE"/>
        </w:rPr>
        <w:t>:Mark 6:45]]</w:t>
      </w:r>
      <w:r w:rsidRPr="000767E2">
        <w:rPr>
          <w:vertAlign w:val="superscript"/>
          <w:lang w:val="sv-SE"/>
        </w:rPr>
        <w:t>45</w:t>
      </w:r>
      <w:r w:rsidRPr="000767E2">
        <w:rPr>
          <w:lang w:val="sv-SE"/>
        </w:rPr>
        <w:t xml:space="preserve"> {{field-on:bible}}Och direkt nödgade han sina lärjungar att stiga i båten och fara före till andra sidan, mot Bethsaida, medan han själv släpper iväg skaran.{{field-off:bible}} [[@</w:t>
      </w:r>
      <w:r w:rsidR="0096445B" w:rsidRPr="000767E2">
        <w:rPr>
          <w:lang w:val="sv-SE"/>
        </w:rPr>
        <w:t>BibleBIBEL82</w:t>
      </w:r>
      <w:r w:rsidRPr="000767E2">
        <w:rPr>
          <w:lang w:val="sv-SE"/>
        </w:rPr>
        <w:t>:Mark 6:46]]</w:t>
      </w:r>
      <w:r w:rsidRPr="000767E2">
        <w:rPr>
          <w:vertAlign w:val="superscript"/>
          <w:lang w:val="sv-SE"/>
        </w:rPr>
        <w:t>46</w:t>
      </w:r>
      <w:r w:rsidRPr="000767E2">
        <w:rPr>
          <w:lang w:val="sv-SE"/>
        </w:rPr>
        <w:t xml:space="preserve"> {{field-on:bible}}Och när han hade tagit farväl av dem, gick han bort till berget </w:t>
      </w:r>
      <w:r w:rsidRPr="000767E2">
        <w:rPr>
          <w:i/>
          <w:lang w:val="sv-SE"/>
        </w:rPr>
        <w:t>för</w:t>
      </w:r>
      <w:r w:rsidRPr="000767E2">
        <w:rPr>
          <w:lang w:val="sv-SE"/>
        </w:rPr>
        <w:t xml:space="preserve"> att be.{{field-off:bible}}</w:t>
      </w:r>
    </w:p>
    <w:p w14:paraId="6580CA01" w14:textId="0129BEB7" w:rsidR="00BA33AB" w:rsidRPr="000767E2" w:rsidRDefault="00000000">
      <w:pPr>
        <w:rPr>
          <w:lang w:val="sv-SE"/>
        </w:rPr>
      </w:pPr>
      <w:r w:rsidRPr="000767E2">
        <w:rPr>
          <w:lang w:val="sv-SE"/>
        </w:rPr>
        <w:t>[[@</w:t>
      </w:r>
      <w:r w:rsidR="0096445B" w:rsidRPr="000767E2">
        <w:rPr>
          <w:lang w:val="sv-SE"/>
        </w:rPr>
        <w:t>BibleBIBEL82</w:t>
      </w:r>
      <w:r w:rsidRPr="000767E2">
        <w:rPr>
          <w:lang w:val="sv-SE"/>
        </w:rPr>
        <w:t>:Mark 6:47]]</w:t>
      </w:r>
      <w:r w:rsidRPr="000767E2">
        <w:rPr>
          <w:vertAlign w:val="superscript"/>
          <w:lang w:val="sv-SE"/>
        </w:rPr>
        <w:t>47</w:t>
      </w:r>
      <w:r w:rsidRPr="000767E2">
        <w:rPr>
          <w:lang w:val="sv-SE"/>
        </w:rPr>
        <w:t xml:space="preserve"> {{field-on:bible}}Och när det blev kväll var båten mitt på havet, och han själv ensam på land.{{field-off:bible}} [[@</w:t>
      </w:r>
      <w:r w:rsidR="0096445B" w:rsidRPr="000767E2">
        <w:rPr>
          <w:lang w:val="sv-SE"/>
        </w:rPr>
        <w:t>BibleBIBEL82</w:t>
      </w:r>
      <w:r w:rsidRPr="000767E2">
        <w:rPr>
          <w:lang w:val="sv-SE"/>
        </w:rPr>
        <w:t>:Mark 6:48]]</w:t>
      </w:r>
      <w:r w:rsidRPr="000767E2">
        <w:rPr>
          <w:vertAlign w:val="superscript"/>
          <w:lang w:val="sv-SE"/>
        </w:rPr>
        <w:t>48</w:t>
      </w:r>
      <w:r w:rsidRPr="000767E2">
        <w:rPr>
          <w:lang w:val="sv-SE"/>
        </w:rPr>
        <w:t xml:space="preserve"> {{field-on:bible}}Och han såg dem plågade under det att de rodde, för vinden var emot dem. Och omkring fjärde nattväkten kommer han till dem, vandrande på havet, och ville gå förbi dem.{{field-off:bible}} [[@</w:t>
      </w:r>
      <w:r w:rsidR="0096445B" w:rsidRPr="000767E2">
        <w:rPr>
          <w:lang w:val="sv-SE"/>
        </w:rPr>
        <w:t>BibleBIBEL82</w:t>
      </w:r>
      <w:r w:rsidRPr="000767E2">
        <w:rPr>
          <w:lang w:val="sv-SE"/>
        </w:rPr>
        <w:t>:Mark 6:49]]</w:t>
      </w:r>
      <w:r w:rsidRPr="000767E2">
        <w:rPr>
          <w:vertAlign w:val="superscript"/>
          <w:lang w:val="sv-SE"/>
        </w:rPr>
        <w:t>49</w:t>
      </w:r>
      <w:r w:rsidRPr="000767E2">
        <w:rPr>
          <w:lang w:val="sv-SE"/>
        </w:rPr>
        <w:t xml:space="preserve"> {{field-on:bible}}Men när de såg honom vandra på havet tänkte de sig att det är en vålnad, och de skrek högt,{{field-off:bible}} [[@</w:t>
      </w:r>
      <w:r w:rsidR="0096445B" w:rsidRPr="000767E2">
        <w:rPr>
          <w:lang w:val="sv-SE"/>
        </w:rPr>
        <w:t>BibleBIBEL82</w:t>
      </w:r>
      <w:r w:rsidRPr="000767E2">
        <w:rPr>
          <w:lang w:val="sv-SE"/>
        </w:rPr>
        <w:t>:Mark 6:50]]</w:t>
      </w:r>
      <w:r w:rsidRPr="000767E2">
        <w:rPr>
          <w:vertAlign w:val="superscript"/>
          <w:lang w:val="sv-SE"/>
        </w:rPr>
        <w:t>50</w:t>
      </w:r>
      <w:r w:rsidRPr="000767E2">
        <w:rPr>
          <w:lang w:val="sv-SE"/>
        </w:rPr>
        <w:t xml:space="preserve"> {{field-on:bible}}för alla såg honom och blev oroade. Men direkt talade han med dem och säger till dem: ”Fatta mod! Jag Är. Frukta inte.”{{field-off:bible}} [[@</w:t>
      </w:r>
      <w:r w:rsidR="0096445B" w:rsidRPr="000767E2">
        <w:rPr>
          <w:lang w:val="sv-SE"/>
        </w:rPr>
        <w:t>BibleBIBEL82</w:t>
      </w:r>
      <w:r w:rsidRPr="000767E2">
        <w:rPr>
          <w:lang w:val="sv-SE"/>
        </w:rPr>
        <w:t>:Mark 6:51]]</w:t>
      </w:r>
      <w:r w:rsidRPr="000767E2">
        <w:rPr>
          <w:vertAlign w:val="superscript"/>
          <w:lang w:val="sv-SE"/>
        </w:rPr>
        <w:t>51</w:t>
      </w:r>
      <w:r w:rsidRPr="000767E2">
        <w:rPr>
          <w:lang w:val="sv-SE"/>
        </w:rPr>
        <w:t xml:space="preserve"> {{field-on:bible}}Och han steg upp till dem i båten, och vinden lade sig. Och inom sig var de övermåttan väldigt utom sig.{{field-off:bible}} [[@</w:t>
      </w:r>
      <w:r w:rsidR="0096445B" w:rsidRPr="000767E2">
        <w:rPr>
          <w:lang w:val="sv-SE"/>
        </w:rPr>
        <w:t>BibleBIBEL82</w:t>
      </w:r>
      <w:r w:rsidRPr="000767E2">
        <w:rPr>
          <w:lang w:val="sv-SE"/>
        </w:rPr>
        <w:t>:Mark 6:52]]</w:t>
      </w:r>
      <w:r w:rsidRPr="000767E2">
        <w:rPr>
          <w:vertAlign w:val="superscript"/>
          <w:lang w:val="sv-SE"/>
        </w:rPr>
        <w:t>52</w:t>
      </w:r>
      <w:r w:rsidRPr="000767E2">
        <w:rPr>
          <w:lang w:val="sv-SE"/>
        </w:rPr>
        <w:t xml:space="preserve"> {{field-on:bible}}För de hade inte förstått </w:t>
      </w:r>
      <w:r w:rsidRPr="000767E2">
        <w:rPr>
          <w:i/>
          <w:lang w:val="sv-SE"/>
        </w:rPr>
        <w:t>detta</w:t>
      </w:r>
      <w:r w:rsidRPr="000767E2">
        <w:rPr>
          <w:lang w:val="sv-SE"/>
        </w:rPr>
        <w:t xml:space="preserve"> med bröden, utan deras hjärta var förhårdnat.{{field-off:bible}}</w:t>
      </w:r>
    </w:p>
    <w:p w14:paraId="18D271DD" w14:textId="77777777" w:rsidR="00BA33AB" w:rsidRPr="000767E2" w:rsidRDefault="00000000">
      <w:pPr>
        <w:pStyle w:val="Rubrik3"/>
        <w:rPr>
          <w:lang w:val="sv-SE"/>
        </w:rPr>
      </w:pPr>
      <w:r w:rsidRPr="000767E2">
        <w:rPr>
          <w:lang w:val="sv-SE"/>
        </w:rPr>
        <w:t>Jesus botar sjuka i Gennesaret</w:t>
      </w:r>
    </w:p>
    <w:p w14:paraId="5C66FB88" w14:textId="42B2E67D" w:rsidR="00BA33AB" w:rsidRPr="000767E2" w:rsidRDefault="00000000">
      <w:pPr>
        <w:rPr>
          <w:lang w:val="sv-SE"/>
        </w:rPr>
      </w:pPr>
      <w:r w:rsidRPr="000767E2">
        <w:rPr>
          <w:lang w:val="sv-SE"/>
        </w:rPr>
        <w:t>[[@</w:t>
      </w:r>
      <w:r w:rsidR="0096445B" w:rsidRPr="000767E2">
        <w:rPr>
          <w:lang w:val="sv-SE"/>
        </w:rPr>
        <w:t>BibleBIBEL82</w:t>
      </w:r>
      <w:r w:rsidRPr="000767E2">
        <w:rPr>
          <w:lang w:val="sv-SE"/>
        </w:rPr>
        <w:t>:Mark 6:53]]</w:t>
      </w:r>
      <w:r w:rsidRPr="000767E2">
        <w:rPr>
          <w:vertAlign w:val="superscript"/>
          <w:lang w:val="sv-SE"/>
        </w:rPr>
        <w:t>53</w:t>
      </w:r>
      <w:r w:rsidRPr="000767E2">
        <w:rPr>
          <w:lang w:val="sv-SE"/>
        </w:rPr>
        <w:t xml:space="preserve"> {{field-on:bible}}Och de for över till andra sidan, och kom till land vid Gennesaret och lade till.{{field-off:bible}} [[@</w:t>
      </w:r>
      <w:r w:rsidR="0096445B" w:rsidRPr="000767E2">
        <w:rPr>
          <w:lang w:val="sv-SE"/>
        </w:rPr>
        <w:t>BibleBIBEL82</w:t>
      </w:r>
      <w:r w:rsidRPr="000767E2">
        <w:rPr>
          <w:lang w:val="sv-SE"/>
        </w:rPr>
        <w:t>:Mark 6:54]]</w:t>
      </w:r>
      <w:r w:rsidRPr="000767E2">
        <w:rPr>
          <w:vertAlign w:val="superscript"/>
          <w:lang w:val="sv-SE"/>
        </w:rPr>
        <w:t>54</w:t>
      </w:r>
      <w:r w:rsidRPr="000767E2">
        <w:rPr>
          <w:lang w:val="sv-SE"/>
        </w:rPr>
        <w:t xml:space="preserve"> {{field-on:bible}}Och när de gick ur båten, direkt kände man igen honom{{field-off:bible}} [[@</w:t>
      </w:r>
      <w:r w:rsidR="0096445B" w:rsidRPr="000767E2">
        <w:rPr>
          <w:lang w:val="sv-SE"/>
        </w:rPr>
        <w:t>BibleBIBEL82</w:t>
      </w:r>
      <w:r w:rsidRPr="000767E2">
        <w:rPr>
          <w:lang w:val="sv-SE"/>
        </w:rPr>
        <w:t>:Mark 6:55]]</w:t>
      </w:r>
      <w:r w:rsidRPr="000767E2">
        <w:rPr>
          <w:vertAlign w:val="superscript"/>
          <w:lang w:val="sv-SE"/>
        </w:rPr>
        <w:t>55</w:t>
      </w:r>
      <w:r w:rsidRPr="000767E2">
        <w:rPr>
          <w:lang w:val="sv-SE"/>
        </w:rPr>
        <w:t xml:space="preserve"> {{field-on:bible}}och sprang omkring i hela den trakten, och började på madrasserna bära omkring dem som hade </w:t>
      </w:r>
      <w:r w:rsidRPr="000767E2">
        <w:rPr>
          <w:i/>
          <w:lang w:val="sv-SE"/>
        </w:rPr>
        <w:t>det</w:t>
      </w:r>
      <w:r w:rsidRPr="000767E2">
        <w:rPr>
          <w:lang w:val="sv-SE"/>
        </w:rPr>
        <w:t xml:space="preserve"> illa dit man hörde att han är.{{field-off:bible}} [[@</w:t>
      </w:r>
      <w:r w:rsidR="0096445B" w:rsidRPr="000767E2">
        <w:rPr>
          <w:lang w:val="sv-SE"/>
        </w:rPr>
        <w:t>BibleBIBEL82</w:t>
      </w:r>
      <w:r w:rsidRPr="000767E2">
        <w:rPr>
          <w:lang w:val="sv-SE"/>
        </w:rPr>
        <w:t>:Mark 6:56]]</w:t>
      </w:r>
      <w:r w:rsidRPr="000767E2">
        <w:rPr>
          <w:vertAlign w:val="superscript"/>
          <w:lang w:val="sv-SE"/>
        </w:rPr>
        <w:t>56</w:t>
      </w:r>
      <w:r w:rsidRPr="000767E2">
        <w:rPr>
          <w:lang w:val="sv-SE"/>
        </w:rPr>
        <w:t xml:space="preserve"> {{field-on:bible}}Och varhelst han gick in, i byar eller i städer eller i gårdar, lade man de sjuka på torgen och vädjade till honom att de skulle </w:t>
      </w:r>
      <w:r w:rsidRPr="000767E2">
        <w:rPr>
          <w:i/>
          <w:lang w:val="sv-SE"/>
        </w:rPr>
        <w:t>få</w:t>
      </w:r>
      <w:r w:rsidRPr="000767E2">
        <w:rPr>
          <w:lang w:val="sv-SE"/>
        </w:rPr>
        <w:t xml:space="preserve"> röra om så </w:t>
      </w:r>
      <w:r w:rsidRPr="000767E2">
        <w:rPr>
          <w:i/>
          <w:lang w:val="sv-SE"/>
        </w:rPr>
        <w:t>bara</w:t>
      </w:r>
      <w:r w:rsidRPr="000767E2">
        <w:rPr>
          <w:lang w:val="sv-SE"/>
        </w:rPr>
        <w:t xml:space="preserve"> hörntofsen på hans mantel. Och </w:t>
      </w:r>
      <w:r w:rsidRPr="000767E2">
        <w:rPr>
          <w:i/>
          <w:lang w:val="sv-SE"/>
        </w:rPr>
        <w:t>alla</w:t>
      </w:r>
      <w:r w:rsidRPr="000767E2">
        <w:rPr>
          <w:lang w:val="sv-SE"/>
        </w:rPr>
        <w:t xml:space="preserve"> som rörde vid honom blev frälsta.{{field-off:bible}}</w:t>
      </w:r>
    </w:p>
    <w:p w14:paraId="75CC7ED9" w14:textId="2F545E0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7]]Kapitel 7</w:t>
      </w:r>
    </w:p>
    <w:p w14:paraId="412B40FF" w14:textId="77777777" w:rsidR="00BA33AB" w:rsidRPr="000767E2" w:rsidRDefault="00000000">
      <w:pPr>
        <w:pStyle w:val="Rubrik3"/>
        <w:rPr>
          <w:lang w:val="sv-SE"/>
        </w:rPr>
      </w:pPr>
      <w:r w:rsidRPr="000767E2">
        <w:rPr>
          <w:lang w:val="sv-SE"/>
        </w:rPr>
        <w:t>Guds bud eller människors tradition</w:t>
      </w:r>
    </w:p>
    <w:p w14:paraId="33693B59" w14:textId="5F8D7027" w:rsidR="00BA33AB" w:rsidRPr="000767E2" w:rsidRDefault="00000000">
      <w:pPr>
        <w:rPr>
          <w:lang w:val="sv-SE"/>
        </w:rPr>
      </w:pPr>
      <w:r w:rsidRPr="000767E2">
        <w:rPr>
          <w:lang w:val="sv-SE"/>
        </w:rPr>
        <w:t>[[@</w:t>
      </w:r>
      <w:r w:rsidR="0096445B" w:rsidRPr="000767E2">
        <w:rPr>
          <w:lang w:val="sv-SE"/>
        </w:rPr>
        <w:t>BibleBIBEL82</w:t>
      </w:r>
      <w:r w:rsidRPr="000767E2">
        <w:rPr>
          <w:lang w:val="sv-SE"/>
        </w:rPr>
        <w:t>:Mark 7:1]]</w:t>
      </w:r>
      <w:r w:rsidRPr="000767E2">
        <w:rPr>
          <w:vertAlign w:val="superscript"/>
          <w:lang w:val="sv-SE"/>
        </w:rPr>
        <w:t>1</w:t>
      </w:r>
      <w:r w:rsidRPr="000767E2">
        <w:rPr>
          <w:lang w:val="sv-SE"/>
        </w:rPr>
        <w:t xml:space="preserve"> {{field-on:bible}}Och </w:t>
      </w:r>
      <w:r w:rsidRPr="000767E2">
        <w:rPr>
          <w:i/>
          <w:lang w:val="sv-SE"/>
        </w:rPr>
        <w:t>då</w:t>
      </w:r>
      <w:r w:rsidRPr="000767E2">
        <w:rPr>
          <w:lang w:val="sv-SE"/>
        </w:rPr>
        <w:t xml:space="preserve"> samlas hos honom fariseerna och några av de skriftlärda som hade kommit från Jerusalem.{{field-off:bible}} [[@</w:t>
      </w:r>
      <w:r w:rsidR="0096445B" w:rsidRPr="000767E2">
        <w:rPr>
          <w:lang w:val="sv-SE"/>
        </w:rPr>
        <w:t>BibleBIBEL82</w:t>
      </w:r>
      <w:r w:rsidRPr="000767E2">
        <w:rPr>
          <w:lang w:val="sv-SE"/>
        </w:rPr>
        <w:t>:Mark 7:2]]</w:t>
      </w:r>
      <w:r w:rsidRPr="000767E2">
        <w:rPr>
          <w:vertAlign w:val="superscript"/>
          <w:lang w:val="sv-SE"/>
        </w:rPr>
        <w:t>2</w:t>
      </w:r>
      <w:r w:rsidRPr="000767E2">
        <w:rPr>
          <w:lang w:val="sv-SE"/>
        </w:rPr>
        <w:t xml:space="preserve"> {{field-on:bible}}Och de ser några av hans lärjungar, att de med oheliga händer, det </w:t>
      </w:r>
      <w:r w:rsidRPr="000767E2">
        <w:rPr>
          <w:i/>
          <w:lang w:val="sv-SE"/>
        </w:rPr>
        <w:t>vill säga</w:t>
      </w:r>
      <w:r w:rsidRPr="000767E2">
        <w:rPr>
          <w:lang w:val="sv-SE"/>
        </w:rPr>
        <w:t xml:space="preserve"> otvättade, äter bröden –{{field-off:bible}} [[@</w:t>
      </w:r>
      <w:r w:rsidR="0096445B" w:rsidRPr="000767E2">
        <w:rPr>
          <w:lang w:val="sv-SE"/>
        </w:rPr>
        <w:t>BibleBIBEL82</w:t>
      </w:r>
      <w:r w:rsidRPr="000767E2">
        <w:rPr>
          <w:lang w:val="sv-SE"/>
        </w:rPr>
        <w:t>:Mark 7:3]]</w:t>
      </w:r>
      <w:r w:rsidRPr="000767E2">
        <w:rPr>
          <w:vertAlign w:val="superscript"/>
          <w:lang w:val="sv-SE"/>
        </w:rPr>
        <w:t>3</w:t>
      </w:r>
      <w:r w:rsidRPr="000767E2">
        <w:rPr>
          <w:lang w:val="sv-SE"/>
        </w:rPr>
        <w:t xml:space="preserve"> {{field-on:bible}}för fariseerna och alla judarna äter inte om de inte med en näve har tvättat händerna, då de håller fast vid de äldstes tradition.{{field-off:bible}} [[@</w:t>
      </w:r>
      <w:r w:rsidR="0096445B" w:rsidRPr="000767E2">
        <w:rPr>
          <w:lang w:val="sv-SE"/>
        </w:rPr>
        <w:t>BibleBIBEL82</w:t>
      </w:r>
      <w:r w:rsidRPr="000767E2">
        <w:rPr>
          <w:lang w:val="sv-SE"/>
        </w:rPr>
        <w:t>:Mark 7:4]]</w:t>
      </w:r>
      <w:r w:rsidRPr="000767E2">
        <w:rPr>
          <w:vertAlign w:val="superscript"/>
          <w:lang w:val="sv-SE"/>
        </w:rPr>
        <w:t>4</w:t>
      </w:r>
      <w:r w:rsidRPr="000767E2">
        <w:rPr>
          <w:lang w:val="sv-SE"/>
        </w:rPr>
        <w:t xml:space="preserve"> {{field-on:bible}}Och efter torget äter de inte om de inte har döpt sig. Och det finns mycket annat som de har tagit emot </w:t>
      </w:r>
      <w:r w:rsidRPr="000767E2">
        <w:rPr>
          <w:i/>
          <w:lang w:val="sv-SE"/>
        </w:rPr>
        <w:t>för</w:t>
      </w:r>
      <w:r w:rsidRPr="000767E2">
        <w:rPr>
          <w:lang w:val="sv-SE"/>
        </w:rPr>
        <w:t xml:space="preserve"> att hålla fast vid, dophandlingar för bägare och kannor och kopparkärl och bäddar.{{field-off:bible}}</w:t>
      </w:r>
    </w:p>
    <w:p w14:paraId="67168E76" w14:textId="73CA5075"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7:5]]</w:t>
      </w:r>
      <w:r w:rsidRPr="000767E2">
        <w:rPr>
          <w:vertAlign w:val="superscript"/>
          <w:lang w:val="sv-SE"/>
        </w:rPr>
        <w:t>5</w:t>
      </w:r>
      <w:r w:rsidRPr="000767E2">
        <w:rPr>
          <w:lang w:val="sv-SE"/>
        </w:rPr>
        <w:t xml:space="preserve"> {{field-on:bible}}Och </w:t>
      </w:r>
      <w:r w:rsidRPr="000767E2">
        <w:rPr>
          <w:i/>
          <w:lang w:val="sv-SE"/>
        </w:rPr>
        <w:t>då</w:t>
      </w:r>
      <w:r w:rsidRPr="000767E2">
        <w:rPr>
          <w:lang w:val="sv-SE"/>
        </w:rPr>
        <w:t xml:space="preserve"> frågar honom fariseerna och de skriftlärda: ”Varför vandrar inte dina lärjungar efter de äldstes tradition, utan äter brödet med oheliga händer?”{{field-off:bible}} [[@</w:t>
      </w:r>
      <w:r w:rsidR="0096445B" w:rsidRPr="000767E2">
        <w:rPr>
          <w:lang w:val="sv-SE"/>
        </w:rPr>
        <w:t>BibleBIBEL82</w:t>
      </w:r>
      <w:r w:rsidRPr="000767E2">
        <w:rPr>
          <w:lang w:val="sv-SE"/>
        </w:rPr>
        <w:t>:Mark 7:6]]</w:t>
      </w:r>
      <w:r w:rsidRPr="000767E2">
        <w:rPr>
          <w:vertAlign w:val="superscript"/>
          <w:lang w:val="sv-SE"/>
        </w:rPr>
        <w:t>6</w:t>
      </w:r>
      <w:r w:rsidRPr="000767E2">
        <w:rPr>
          <w:lang w:val="sv-SE"/>
        </w:rPr>
        <w:t xml:space="preserve"> {{field-on:bible}}Men han sade till dem: ”Väl profeterade Esaias om er hycklare, som det är skrivet:{{field-off:bible}}</w:t>
      </w:r>
    </w:p>
    <w:p w14:paraId="6764297E" w14:textId="72F69954" w:rsidR="00BA33AB" w:rsidRPr="000767E2" w:rsidRDefault="00000000">
      <w:pPr>
        <w:rPr>
          <w:lang w:val="sv-SE"/>
        </w:rPr>
      </w:pPr>
      <w:r w:rsidRPr="000767E2">
        <w:rPr>
          <w:lang w:val="sv-SE"/>
        </w:rPr>
        <w:t>{{field-on:bible}}Detta folk hedrar mig med läpparna,</w:t>
      </w:r>
      <w:r w:rsidRPr="000767E2">
        <w:rPr>
          <w:lang w:val="sv-SE"/>
        </w:rPr>
        <w:br/>
        <w:t>men deras hjärta är fjärran från mig.{{field-off:bible}}</w:t>
      </w:r>
      <w:r w:rsidRPr="000767E2">
        <w:rPr>
          <w:lang w:val="sv-SE"/>
        </w:rPr>
        <w:br/>
        <w:t>[[@</w:t>
      </w:r>
      <w:r w:rsidR="0096445B" w:rsidRPr="000767E2">
        <w:rPr>
          <w:lang w:val="sv-SE"/>
        </w:rPr>
        <w:t>BibleBIBEL82</w:t>
      </w:r>
      <w:r w:rsidRPr="000767E2">
        <w:rPr>
          <w:lang w:val="sv-SE"/>
        </w:rPr>
        <w:t>:Mark 7:7]]</w:t>
      </w:r>
      <w:r w:rsidRPr="000767E2">
        <w:rPr>
          <w:vertAlign w:val="superscript"/>
          <w:lang w:val="sv-SE"/>
        </w:rPr>
        <w:t>7</w:t>
      </w:r>
      <w:r w:rsidRPr="000767E2">
        <w:rPr>
          <w:lang w:val="sv-SE"/>
        </w:rPr>
        <w:t xml:space="preserve"> {{field-on:bible}}Och fåfängt vördar de mig,</w:t>
      </w:r>
      <w:r w:rsidRPr="000767E2">
        <w:rPr>
          <w:lang w:val="sv-SE"/>
        </w:rPr>
        <w:br/>
        <w:t xml:space="preserve">när de </w:t>
      </w:r>
      <w:r w:rsidRPr="000767E2">
        <w:rPr>
          <w:i/>
          <w:lang w:val="sv-SE"/>
        </w:rPr>
        <w:t>som</w:t>
      </w:r>
      <w:r w:rsidRPr="000767E2">
        <w:rPr>
          <w:lang w:val="sv-SE"/>
        </w:rPr>
        <w:t xml:space="preserve"> läror lär ut människors påbud.{{field-off:bible}}</w:t>
      </w:r>
    </w:p>
    <w:p w14:paraId="0898C4CE" w14:textId="3A731658" w:rsidR="00BA33AB" w:rsidRPr="000767E2" w:rsidRDefault="00000000">
      <w:pPr>
        <w:rPr>
          <w:lang w:val="sv-SE"/>
        </w:rPr>
      </w:pPr>
      <w:r w:rsidRPr="000767E2">
        <w:rPr>
          <w:lang w:val="sv-SE"/>
        </w:rPr>
        <w:t>[[@</w:t>
      </w:r>
      <w:r w:rsidR="0096445B" w:rsidRPr="000767E2">
        <w:rPr>
          <w:lang w:val="sv-SE"/>
        </w:rPr>
        <w:t>BibleBIBEL82</w:t>
      </w:r>
      <w:r w:rsidRPr="000767E2">
        <w:rPr>
          <w:lang w:val="sv-SE"/>
        </w:rPr>
        <w:t>:Mark 7:8]]</w:t>
      </w:r>
      <w:r w:rsidRPr="000767E2">
        <w:rPr>
          <w:vertAlign w:val="superscript"/>
          <w:lang w:val="sv-SE"/>
        </w:rPr>
        <w:t>8</w:t>
      </w:r>
      <w:r w:rsidRPr="000767E2">
        <w:rPr>
          <w:lang w:val="sv-SE"/>
        </w:rPr>
        <w:t xml:space="preserve"> {{field-on:bible}}Ni överger Guds bud och håller fast vid människornas tradition.”{{field-off:bible}}</w:t>
      </w:r>
    </w:p>
    <w:p w14:paraId="67C2DA3E" w14:textId="56149CF5" w:rsidR="00BA33AB" w:rsidRPr="000767E2" w:rsidRDefault="00000000">
      <w:pPr>
        <w:rPr>
          <w:lang w:val="sv-SE"/>
        </w:rPr>
      </w:pPr>
      <w:r w:rsidRPr="000767E2">
        <w:rPr>
          <w:lang w:val="sv-SE"/>
        </w:rPr>
        <w:t>[[@</w:t>
      </w:r>
      <w:r w:rsidR="0096445B" w:rsidRPr="000767E2">
        <w:rPr>
          <w:lang w:val="sv-SE"/>
        </w:rPr>
        <w:t>BibleBIBEL82</w:t>
      </w:r>
      <w:r w:rsidRPr="000767E2">
        <w:rPr>
          <w:lang w:val="sv-SE"/>
        </w:rPr>
        <w:t>:Mark 7:9]]</w:t>
      </w:r>
      <w:r w:rsidRPr="000767E2">
        <w:rPr>
          <w:vertAlign w:val="superscript"/>
          <w:lang w:val="sv-SE"/>
        </w:rPr>
        <w:t>9</w:t>
      </w:r>
      <w:r w:rsidRPr="000767E2">
        <w:rPr>
          <w:lang w:val="sv-SE"/>
        </w:rPr>
        <w:t xml:space="preserve"> {{field-on:bible}}Och han sade till dem: ”Väl annullerar ni Guds bud för att hålla fast vid er tradition.{{field-off:bible}} [[@</w:t>
      </w:r>
      <w:r w:rsidR="0096445B" w:rsidRPr="000767E2">
        <w:rPr>
          <w:lang w:val="sv-SE"/>
        </w:rPr>
        <w:t>BibleBIBEL82</w:t>
      </w:r>
      <w:r w:rsidRPr="000767E2">
        <w:rPr>
          <w:lang w:val="sv-SE"/>
        </w:rPr>
        <w:t>:Mark 7:10]]</w:t>
      </w:r>
      <w:r w:rsidRPr="000767E2">
        <w:rPr>
          <w:vertAlign w:val="superscript"/>
          <w:lang w:val="sv-SE"/>
        </w:rPr>
        <w:t>10</w:t>
      </w:r>
      <w:r w:rsidRPr="000767E2">
        <w:rPr>
          <w:lang w:val="sv-SE"/>
        </w:rPr>
        <w:t xml:space="preserve"> {{field-on:bible}}För Mose har sagt: Hedra din far och din mor, och: Den som talar illa om far eller mor ska döden dö.{{field-off:bible}} [[@</w:t>
      </w:r>
      <w:r w:rsidR="0096445B" w:rsidRPr="000767E2">
        <w:rPr>
          <w:lang w:val="sv-SE"/>
        </w:rPr>
        <w:t>BibleBIBEL82</w:t>
      </w:r>
      <w:r w:rsidRPr="000767E2">
        <w:rPr>
          <w:lang w:val="sv-SE"/>
        </w:rPr>
        <w:t>:Mark 7:11]]</w:t>
      </w:r>
      <w:r w:rsidRPr="000767E2">
        <w:rPr>
          <w:vertAlign w:val="superscript"/>
          <w:lang w:val="sv-SE"/>
        </w:rPr>
        <w:t>11</w:t>
      </w:r>
      <w:r w:rsidRPr="000767E2">
        <w:rPr>
          <w:lang w:val="sv-SE"/>
        </w:rPr>
        <w:t xml:space="preserve"> {{field-on:bible}}Men ni säger: om en människa säger till fadern eller modern: Korban, det </w:t>
      </w:r>
      <w:r w:rsidRPr="000767E2">
        <w:rPr>
          <w:i/>
          <w:lang w:val="sv-SE"/>
        </w:rPr>
        <w:t>vill säga</w:t>
      </w:r>
      <w:r w:rsidRPr="000767E2">
        <w:rPr>
          <w:lang w:val="sv-SE"/>
        </w:rPr>
        <w:t xml:space="preserve"> äregåva, </w:t>
      </w:r>
      <w:r w:rsidRPr="000767E2">
        <w:rPr>
          <w:i/>
          <w:lang w:val="sv-SE"/>
        </w:rPr>
        <w:t>är nu</w:t>
      </w:r>
      <w:r w:rsidRPr="000767E2">
        <w:rPr>
          <w:lang w:val="sv-SE"/>
        </w:rPr>
        <w:t xml:space="preserve"> det du från mig </w:t>
      </w:r>
      <w:r w:rsidRPr="000767E2">
        <w:rPr>
          <w:i/>
          <w:lang w:val="sv-SE"/>
        </w:rPr>
        <w:t>kunde</w:t>
      </w:r>
      <w:r w:rsidRPr="000767E2">
        <w:rPr>
          <w:lang w:val="sv-SE"/>
        </w:rPr>
        <w:t xml:space="preserve"> fått nytta av,{{field-off:bible}} [[@</w:t>
      </w:r>
      <w:r w:rsidR="0096445B" w:rsidRPr="000767E2">
        <w:rPr>
          <w:lang w:val="sv-SE"/>
        </w:rPr>
        <w:t>BibleBIBEL82</w:t>
      </w:r>
      <w:r w:rsidRPr="000767E2">
        <w:rPr>
          <w:lang w:val="sv-SE"/>
        </w:rPr>
        <w:t>:Mark 7:12]]</w:t>
      </w:r>
      <w:r w:rsidRPr="000767E2">
        <w:rPr>
          <w:vertAlign w:val="superscript"/>
          <w:lang w:val="sv-SE"/>
        </w:rPr>
        <w:t>12</w:t>
      </w:r>
      <w:r w:rsidRPr="000767E2">
        <w:rPr>
          <w:lang w:val="sv-SE"/>
        </w:rPr>
        <w:t xml:space="preserve"> {{field-on:bible}}då låter ni honom inte längre göra något för fadern eller modern,{{field-off:bible}} [[@</w:t>
      </w:r>
      <w:r w:rsidR="0096445B" w:rsidRPr="000767E2">
        <w:rPr>
          <w:lang w:val="sv-SE"/>
        </w:rPr>
        <w:t>BibleBIBEL82</w:t>
      </w:r>
      <w:r w:rsidRPr="000767E2">
        <w:rPr>
          <w:lang w:val="sv-SE"/>
        </w:rPr>
        <w:t>:Mark 7:13]]</w:t>
      </w:r>
      <w:r w:rsidRPr="000767E2">
        <w:rPr>
          <w:vertAlign w:val="superscript"/>
          <w:lang w:val="sv-SE"/>
        </w:rPr>
        <w:t>13</w:t>
      </w:r>
      <w:r w:rsidRPr="000767E2">
        <w:rPr>
          <w:lang w:val="sv-SE"/>
        </w:rPr>
        <w:t xml:space="preserve"> {{field-on:bible}}och ni ogiltigförklarar Guds ord med er tradition som ni har överlämnat </w:t>
      </w:r>
      <w:r w:rsidRPr="000767E2">
        <w:rPr>
          <w:i/>
          <w:lang w:val="sv-SE"/>
        </w:rPr>
        <w:t>vidare</w:t>
      </w:r>
      <w:r w:rsidRPr="000767E2">
        <w:rPr>
          <w:lang w:val="sv-SE"/>
        </w:rPr>
        <w:t>. Och mycket liknande sådant gör ni.”{{field-off:bible}}</w:t>
      </w:r>
    </w:p>
    <w:p w14:paraId="393B5A56" w14:textId="109069F1" w:rsidR="00BA33AB" w:rsidRPr="000767E2" w:rsidRDefault="00000000">
      <w:pPr>
        <w:rPr>
          <w:lang w:val="sv-SE"/>
        </w:rPr>
      </w:pPr>
      <w:r w:rsidRPr="000767E2">
        <w:rPr>
          <w:lang w:val="sv-SE"/>
        </w:rPr>
        <w:t>[[@</w:t>
      </w:r>
      <w:r w:rsidR="0096445B" w:rsidRPr="000767E2">
        <w:rPr>
          <w:lang w:val="sv-SE"/>
        </w:rPr>
        <w:t>BibleBIBEL82</w:t>
      </w:r>
      <w:r w:rsidRPr="000767E2">
        <w:rPr>
          <w:lang w:val="sv-SE"/>
        </w:rPr>
        <w:t>:Mark 7:14]]</w:t>
      </w:r>
      <w:r w:rsidRPr="000767E2">
        <w:rPr>
          <w:vertAlign w:val="superscript"/>
          <w:lang w:val="sv-SE"/>
        </w:rPr>
        <w:t>14</w:t>
      </w:r>
      <w:r w:rsidRPr="000767E2">
        <w:rPr>
          <w:lang w:val="sv-SE"/>
        </w:rPr>
        <w:t xml:space="preserve"> {{field-on:bible}}Och han kallade åter till sig skaran och sade till dem: ”Hör mig alla och förstå:{{field-off:bible}} [[@</w:t>
      </w:r>
      <w:r w:rsidR="0096445B" w:rsidRPr="000767E2">
        <w:rPr>
          <w:lang w:val="sv-SE"/>
        </w:rPr>
        <w:t>BibleBIBEL82</w:t>
      </w:r>
      <w:r w:rsidRPr="000767E2">
        <w:rPr>
          <w:lang w:val="sv-SE"/>
        </w:rPr>
        <w:t>:Mark 7:15]]</w:t>
      </w:r>
      <w:r w:rsidRPr="000767E2">
        <w:rPr>
          <w:vertAlign w:val="superscript"/>
          <w:lang w:val="sv-SE"/>
        </w:rPr>
        <w:t>15</w:t>
      </w:r>
      <w:r w:rsidRPr="000767E2">
        <w:rPr>
          <w:lang w:val="sv-SE"/>
        </w:rPr>
        <w:t xml:space="preserve"> {{field-on:bible}}Det finns inget </w:t>
      </w:r>
      <w:r w:rsidRPr="000767E2">
        <w:rPr>
          <w:i/>
          <w:lang w:val="sv-SE"/>
        </w:rPr>
        <w:t>som är</w:t>
      </w:r>
      <w:r w:rsidRPr="000767E2">
        <w:rPr>
          <w:lang w:val="sv-SE"/>
        </w:rPr>
        <w:t xml:space="preserve"> utanför människan </w:t>
      </w:r>
      <w:r w:rsidRPr="000767E2">
        <w:rPr>
          <w:i/>
          <w:lang w:val="sv-SE"/>
        </w:rPr>
        <w:t>och</w:t>
      </w:r>
      <w:r w:rsidRPr="000767E2">
        <w:rPr>
          <w:lang w:val="sv-SE"/>
        </w:rPr>
        <w:t xml:space="preserve"> kommer in i honom som kan vanhelga honom. Nej, det är det som utgår ur människan som vanhelgar människan.”{{field-off:bible}}</w:t>
      </w:r>
    </w:p>
    <w:p w14:paraId="3505589B" w14:textId="1C8C3CBC" w:rsidR="00BA33AB" w:rsidRPr="000767E2" w:rsidRDefault="00000000">
      <w:pPr>
        <w:rPr>
          <w:lang w:val="sv-SE"/>
        </w:rPr>
      </w:pPr>
      <w:r w:rsidRPr="000767E2">
        <w:rPr>
          <w:lang w:val="sv-SE"/>
        </w:rPr>
        <w:t>[[@</w:t>
      </w:r>
      <w:r w:rsidR="0096445B" w:rsidRPr="000767E2">
        <w:rPr>
          <w:lang w:val="sv-SE"/>
        </w:rPr>
        <w:t>BibleBIBEL82</w:t>
      </w:r>
      <w:r w:rsidRPr="000767E2">
        <w:rPr>
          <w:lang w:val="sv-SE"/>
        </w:rPr>
        <w:t>:Mark 7:17]]</w:t>
      </w:r>
      <w:r w:rsidRPr="000767E2">
        <w:rPr>
          <w:vertAlign w:val="superscript"/>
          <w:lang w:val="sv-SE"/>
        </w:rPr>
        <w:t>17</w:t>
      </w:r>
      <w:r w:rsidRPr="000767E2">
        <w:rPr>
          <w:lang w:val="sv-SE"/>
        </w:rPr>
        <w:t xml:space="preserve"> {{field-on:bible}}Och när han kom in i huset från skaran, frågade honom hans lärjungar </w:t>
      </w:r>
      <w:r w:rsidRPr="000767E2">
        <w:rPr>
          <w:i/>
          <w:lang w:val="sv-SE"/>
        </w:rPr>
        <w:t>om</w:t>
      </w:r>
      <w:r w:rsidRPr="000767E2">
        <w:rPr>
          <w:lang w:val="sv-SE"/>
        </w:rPr>
        <w:t xml:space="preserve"> liknelsen.{{field-off:bible}} [[@</w:t>
      </w:r>
      <w:r w:rsidR="0096445B" w:rsidRPr="000767E2">
        <w:rPr>
          <w:lang w:val="sv-SE"/>
        </w:rPr>
        <w:t>BibleBIBEL82</w:t>
      </w:r>
      <w:r w:rsidRPr="000767E2">
        <w:rPr>
          <w:lang w:val="sv-SE"/>
        </w:rPr>
        <w:t>:Mark 7:18]]</w:t>
      </w:r>
      <w:r w:rsidRPr="000767E2">
        <w:rPr>
          <w:vertAlign w:val="superscript"/>
          <w:lang w:val="sv-SE"/>
        </w:rPr>
        <w:t>18</w:t>
      </w:r>
      <w:r w:rsidRPr="000767E2">
        <w:rPr>
          <w:lang w:val="sv-SE"/>
        </w:rPr>
        <w:t xml:space="preserve"> {{field-on:bible}}Och han säger till dem: ”Så är också ni oförståndiga? Fattar ni inte att inget som utifrån går in i människan kan vanhelga honom?{{field-off:bible}} [[@</w:t>
      </w:r>
      <w:r w:rsidR="0096445B" w:rsidRPr="000767E2">
        <w:rPr>
          <w:lang w:val="sv-SE"/>
        </w:rPr>
        <w:t>BibleBIBEL82</w:t>
      </w:r>
      <w:r w:rsidRPr="000767E2">
        <w:rPr>
          <w:lang w:val="sv-SE"/>
        </w:rPr>
        <w:t>:Mark 7:19]]</w:t>
      </w:r>
      <w:r w:rsidRPr="000767E2">
        <w:rPr>
          <w:vertAlign w:val="superscript"/>
          <w:lang w:val="sv-SE"/>
        </w:rPr>
        <w:t>19</w:t>
      </w:r>
      <w:r w:rsidRPr="000767E2">
        <w:rPr>
          <w:lang w:val="sv-SE"/>
        </w:rPr>
        <w:t xml:space="preserve"> {{field-on:bible}}För det går inte in i hans hjärta, utan </w:t>
      </w:r>
      <w:r w:rsidRPr="000767E2">
        <w:rPr>
          <w:i/>
          <w:lang w:val="sv-SE"/>
        </w:rPr>
        <w:t>ner</w:t>
      </w:r>
      <w:r w:rsidRPr="000767E2">
        <w:rPr>
          <w:lang w:val="sv-SE"/>
        </w:rPr>
        <w:t xml:space="preserve"> i buken och kommer ut på avträdet” – renande alla matämnena.{{field-off:bible}} [[@</w:t>
      </w:r>
      <w:r w:rsidR="0096445B" w:rsidRPr="000767E2">
        <w:rPr>
          <w:lang w:val="sv-SE"/>
        </w:rPr>
        <w:t>BibleBIBEL82</w:t>
      </w:r>
      <w:r w:rsidRPr="000767E2">
        <w:rPr>
          <w:lang w:val="sv-SE"/>
        </w:rPr>
        <w:t>:Mark 7:20]]</w:t>
      </w:r>
      <w:r w:rsidRPr="000767E2">
        <w:rPr>
          <w:vertAlign w:val="superscript"/>
          <w:lang w:val="sv-SE"/>
        </w:rPr>
        <w:t>20</w:t>
      </w:r>
      <w:r w:rsidRPr="000767E2">
        <w:rPr>
          <w:lang w:val="sv-SE"/>
        </w:rPr>
        <w:t xml:space="preserve"> {{field-on:bible}}Och han sade att: ”Det som utgår ur människan, det vanhelgar människan.{{field-off:bible}} [[@</w:t>
      </w:r>
      <w:r w:rsidR="0096445B" w:rsidRPr="000767E2">
        <w:rPr>
          <w:lang w:val="sv-SE"/>
        </w:rPr>
        <w:t>BibleBIBEL82</w:t>
      </w:r>
      <w:r w:rsidRPr="000767E2">
        <w:rPr>
          <w:lang w:val="sv-SE"/>
        </w:rPr>
        <w:t>:Mark 7:21]]</w:t>
      </w:r>
      <w:r w:rsidRPr="000767E2">
        <w:rPr>
          <w:vertAlign w:val="superscript"/>
          <w:lang w:val="sv-SE"/>
        </w:rPr>
        <w:t>21</w:t>
      </w:r>
      <w:r w:rsidRPr="000767E2">
        <w:rPr>
          <w:lang w:val="sv-SE"/>
        </w:rPr>
        <w:t xml:space="preserve"> {{field-on:bible}}För </w:t>
      </w:r>
      <w:r w:rsidRPr="000767E2">
        <w:rPr>
          <w:i/>
          <w:lang w:val="sv-SE"/>
        </w:rPr>
        <w:t>det är</w:t>
      </w:r>
      <w:r w:rsidRPr="000767E2">
        <w:rPr>
          <w:lang w:val="sv-SE"/>
        </w:rPr>
        <w:t xml:space="preserve"> inifrån, från människornas hjärta, de onda tankarna utgår: otuktigheter, stölder, mord,{{field-off:bible}} [[@</w:t>
      </w:r>
      <w:r w:rsidR="0096445B" w:rsidRPr="000767E2">
        <w:rPr>
          <w:lang w:val="sv-SE"/>
        </w:rPr>
        <w:t>BibleBIBEL82</w:t>
      </w:r>
      <w:r w:rsidRPr="000767E2">
        <w:rPr>
          <w:lang w:val="sv-SE"/>
        </w:rPr>
        <w:t>:Mark 7:22]]</w:t>
      </w:r>
      <w:r w:rsidRPr="000767E2">
        <w:rPr>
          <w:vertAlign w:val="superscript"/>
          <w:lang w:val="sv-SE"/>
        </w:rPr>
        <w:t>22</w:t>
      </w:r>
      <w:r w:rsidRPr="000767E2">
        <w:rPr>
          <w:lang w:val="sv-SE"/>
        </w:rPr>
        <w:t xml:space="preserve"> {{field-on:bible}}äktenskapsbrott, girigheter, elakheter, svek, hämningslöshet, ont öga, hädelse, högmod, vettlöshet.{{field-off:bible}} [[@</w:t>
      </w:r>
      <w:r w:rsidR="0096445B" w:rsidRPr="000767E2">
        <w:rPr>
          <w:lang w:val="sv-SE"/>
        </w:rPr>
        <w:t>BibleBIBEL82</w:t>
      </w:r>
      <w:r w:rsidRPr="000767E2">
        <w:rPr>
          <w:lang w:val="sv-SE"/>
        </w:rPr>
        <w:t>:Mark 7:23]]</w:t>
      </w:r>
      <w:r w:rsidRPr="000767E2">
        <w:rPr>
          <w:vertAlign w:val="superscript"/>
          <w:lang w:val="sv-SE"/>
        </w:rPr>
        <w:t>23</w:t>
      </w:r>
      <w:r w:rsidRPr="000767E2">
        <w:rPr>
          <w:lang w:val="sv-SE"/>
        </w:rPr>
        <w:t xml:space="preserve"> {{field-on:bible}}Allt detta onda utgår inifrån och vanhelgar människan.”{{field-off:bible}}</w:t>
      </w:r>
    </w:p>
    <w:p w14:paraId="2924F11A" w14:textId="77777777" w:rsidR="00BA33AB" w:rsidRPr="000767E2" w:rsidRDefault="00000000">
      <w:pPr>
        <w:pStyle w:val="Rubrik3"/>
        <w:rPr>
          <w:lang w:val="sv-SE"/>
        </w:rPr>
      </w:pPr>
      <w:r w:rsidRPr="000767E2">
        <w:rPr>
          <w:lang w:val="sv-SE"/>
        </w:rPr>
        <w:t>En syrisk-fenicisk kvinnas tro</w:t>
      </w:r>
    </w:p>
    <w:p w14:paraId="09422E2B" w14:textId="784BA8D4" w:rsidR="00BA33AB" w:rsidRPr="000767E2" w:rsidRDefault="00000000">
      <w:pPr>
        <w:rPr>
          <w:lang w:val="sv-SE"/>
        </w:rPr>
      </w:pPr>
      <w:r w:rsidRPr="000767E2">
        <w:rPr>
          <w:lang w:val="sv-SE"/>
        </w:rPr>
        <w:t>[[@</w:t>
      </w:r>
      <w:r w:rsidR="0096445B" w:rsidRPr="000767E2">
        <w:rPr>
          <w:lang w:val="sv-SE"/>
        </w:rPr>
        <w:t>BibleBIBEL82</w:t>
      </w:r>
      <w:r w:rsidRPr="000767E2">
        <w:rPr>
          <w:lang w:val="sv-SE"/>
        </w:rPr>
        <w:t>:Mark 7:24]]</w:t>
      </w:r>
      <w:r w:rsidRPr="000767E2">
        <w:rPr>
          <w:vertAlign w:val="superscript"/>
          <w:lang w:val="sv-SE"/>
        </w:rPr>
        <w:t>24</w:t>
      </w:r>
      <w:r w:rsidRPr="000767E2">
        <w:rPr>
          <w:lang w:val="sv-SE"/>
        </w:rPr>
        <w:t xml:space="preserve"> {{field-on:bible}}Och därifrån stod han upp och gick bort till Tyros område, och han gick in i ett hus och ville att ingen </w:t>
      </w:r>
      <w:r w:rsidRPr="000767E2">
        <w:rPr>
          <w:i/>
          <w:lang w:val="sv-SE"/>
        </w:rPr>
        <w:t>skulle</w:t>
      </w:r>
      <w:r w:rsidRPr="000767E2">
        <w:rPr>
          <w:lang w:val="sv-SE"/>
        </w:rPr>
        <w:t xml:space="preserve"> </w:t>
      </w:r>
      <w:r w:rsidRPr="000767E2">
        <w:rPr>
          <w:i/>
          <w:lang w:val="sv-SE"/>
        </w:rPr>
        <w:t>få</w:t>
      </w:r>
      <w:r w:rsidRPr="000767E2">
        <w:rPr>
          <w:lang w:val="sv-SE"/>
        </w:rPr>
        <w:t xml:space="preserve"> veta. Och han kunde inte undgå </w:t>
      </w:r>
      <w:r w:rsidRPr="000767E2">
        <w:rPr>
          <w:i/>
          <w:lang w:val="sv-SE"/>
        </w:rPr>
        <w:t>upptäckt</w:t>
      </w:r>
      <w:r w:rsidRPr="000767E2">
        <w:rPr>
          <w:lang w:val="sv-SE"/>
        </w:rPr>
        <w:t>,{{field-off:bible}} [[@</w:t>
      </w:r>
      <w:r w:rsidR="0096445B" w:rsidRPr="000767E2">
        <w:rPr>
          <w:lang w:val="sv-SE"/>
        </w:rPr>
        <w:t>BibleBIBEL82</w:t>
      </w:r>
      <w:r w:rsidRPr="000767E2">
        <w:rPr>
          <w:lang w:val="sv-SE"/>
        </w:rPr>
        <w:t>:Mark 7:25]]</w:t>
      </w:r>
      <w:r w:rsidRPr="000767E2">
        <w:rPr>
          <w:vertAlign w:val="superscript"/>
          <w:lang w:val="sv-SE"/>
        </w:rPr>
        <w:t>25</w:t>
      </w:r>
      <w:r w:rsidRPr="000767E2">
        <w:rPr>
          <w:lang w:val="sv-SE"/>
        </w:rPr>
        <w:t xml:space="preserve"> {{field-on:bible}}utan </w:t>
      </w:r>
      <w:r w:rsidRPr="000767E2">
        <w:rPr>
          <w:lang w:val="sv-SE"/>
        </w:rPr>
        <w:lastRenderedPageBreak/>
        <w:t xml:space="preserve">direkt hörde en kvinna om honom vars lilla dotter hade en oren ande, </w:t>
      </w:r>
      <w:r w:rsidRPr="000767E2">
        <w:rPr>
          <w:i/>
          <w:lang w:val="sv-SE"/>
        </w:rPr>
        <w:t>och</w:t>
      </w:r>
      <w:r w:rsidRPr="000767E2">
        <w:rPr>
          <w:lang w:val="sv-SE"/>
        </w:rPr>
        <w:t xml:space="preserve"> hon kom och föll ner för hans fötter.{{field-off:bible}} [[@</w:t>
      </w:r>
      <w:r w:rsidR="0096445B" w:rsidRPr="000767E2">
        <w:rPr>
          <w:lang w:val="sv-SE"/>
        </w:rPr>
        <w:t>BibleBIBEL82</w:t>
      </w:r>
      <w:r w:rsidRPr="000767E2">
        <w:rPr>
          <w:lang w:val="sv-SE"/>
        </w:rPr>
        <w:t>:Mark 7:26]]</w:t>
      </w:r>
      <w:r w:rsidRPr="000767E2">
        <w:rPr>
          <w:vertAlign w:val="superscript"/>
          <w:lang w:val="sv-SE"/>
        </w:rPr>
        <w:t>26</w:t>
      </w:r>
      <w:r w:rsidRPr="000767E2">
        <w:rPr>
          <w:lang w:val="sv-SE"/>
        </w:rPr>
        <w:t xml:space="preserve"> {{field-on:bible}}Och kvinnan var grekisk</w:t>
      </w:r>
      <w:r w:rsidRPr="000767E2">
        <w:rPr>
          <w:i/>
          <w:lang w:val="sv-SE"/>
        </w:rPr>
        <w:t>talande</w:t>
      </w:r>
      <w:r w:rsidRPr="000767E2">
        <w:rPr>
          <w:lang w:val="sv-SE"/>
        </w:rPr>
        <w:t xml:space="preserve">, syrisk-fenicisk till släktet. Och hon frågade honom </w:t>
      </w:r>
      <w:r w:rsidRPr="000767E2">
        <w:rPr>
          <w:i/>
          <w:lang w:val="sv-SE"/>
        </w:rPr>
        <w:t>om</w:t>
      </w:r>
      <w:r w:rsidRPr="000767E2">
        <w:rPr>
          <w:lang w:val="sv-SE"/>
        </w:rPr>
        <w:t xml:space="preserve"> han kunde driva ut demonen ur hennes dotter.{{field-off:bible}}</w:t>
      </w:r>
    </w:p>
    <w:p w14:paraId="4AF1D22E" w14:textId="28FBCED8" w:rsidR="00BA33AB" w:rsidRPr="000767E2" w:rsidRDefault="00000000">
      <w:pPr>
        <w:rPr>
          <w:lang w:val="sv-SE"/>
        </w:rPr>
      </w:pPr>
      <w:r w:rsidRPr="000767E2">
        <w:rPr>
          <w:lang w:val="sv-SE"/>
        </w:rPr>
        <w:t>[[@</w:t>
      </w:r>
      <w:r w:rsidR="0096445B" w:rsidRPr="000767E2">
        <w:rPr>
          <w:lang w:val="sv-SE"/>
        </w:rPr>
        <w:t>BibleBIBEL82</w:t>
      </w:r>
      <w:r w:rsidRPr="000767E2">
        <w:rPr>
          <w:lang w:val="sv-SE"/>
        </w:rPr>
        <w:t>:Mark 7:27]]</w:t>
      </w:r>
      <w:r w:rsidRPr="000767E2">
        <w:rPr>
          <w:vertAlign w:val="superscript"/>
          <w:lang w:val="sv-SE"/>
        </w:rPr>
        <w:t>27</w:t>
      </w:r>
      <w:r w:rsidRPr="000767E2">
        <w:rPr>
          <w:lang w:val="sv-SE"/>
        </w:rPr>
        <w:t xml:space="preserve"> {{field-on:bible}}Och han sade till henne: ”Låt först barnen bli mätta. För det är inte fint att ta brödet från barnen och kasta åt småhundarna.”{{field-off:bible}} [[@</w:t>
      </w:r>
      <w:r w:rsidR="0096445B" w:rsidRPr="000767E2">
        <w:rPr>
          <w:lang w:val="sv-SE"/>
        </w:rPr>
        <w:t>BibleBIBEL82</w:t>
      </w:r>
      <w:r w:rsidRPr="000767E2">
        <w:rPr>
          <w:lang w:val="sv-SE"/>
        </w:rPr>
        <w:t>:Mark 7:28]]</w:t>
      </w:r>
      <w:r w:rsidRPr="000767E2">
        <w:rPr>
          <w:vertAlign w:val="superscript"/>
          <w:lang w:val="sv-SE"/>
        </w:rPr>
        <w:t>28</w:t>
      </w:r>
      <w:r w:rsidRPr="000767E2">
        <w:rPr>
          <w:lang w:val="sv-SE"/>
        </w:rPr>
        <w:t xml:space="preserve"> {{field-on:bible}}Men hon svarade och säger till honom: ”Herre, även småhundarna under bordet äter av smulorna från barnen.”{{field-off:bible}} [[@</w:t>
      </w:r>
      <w:r w:rsidR="0096445B" w:rsidRPr="000767E2">
        <w:rPr>
          <w:lang w:val="sv-SE"/>
        </w:rPr>
        <w:t>BibleBIBEL82</w:t>
      </w:r>
      <w:r w:rsidRPr="000767E2">
        <w:rPr>
          <w:lang w:val="sv-SE"/>
        </w:rPr>
        <w:t>:Mark 7:29]]</w:t>
      </w:r>
      <w:r w:rsidRPr="000767E2">
        <w:rPr>
          <w:vertAlign w:val="superscript"/>
          <w:lang w:val="sv-SE"/>
        </w:rPr>
        <w:t>29</w:t>
      </w:r>
      <w:r w:rsidRPr="000767E2">
        <w:rPr>
          <w:lang w:val="sv-SE"/>
        </w:rPr>
        <w:t xml:space="preserve"> {{field-on:bible}}Och han sade till henne: ”För det ordet: Bege dig. Den har kommit ut ur din dotter, demonen.”{{field-off:bible}} [[@</w:t>
      </w:r>
      <w:r w:rsidR="0096445B" w:rsidRPr="000767E2">
        <w:rPr>
          <w:lang w:val="sv-SE"/>
        </w:rPr>
        <w:t>BibleBIBEL82</w:t>
      </w:r>
      <w:r w:rsidRPr="000767E2">
        <w:rPr>
          <w:lang w:val="sv-SE"/>
        </w:rPr>
        <w:t>:Mark 7:30]]</w:t>
      </w:r>
      <w:r w:rsidRPr="000767E2">
        <w:rPr>
          <w:vertAlign w:val="superscript"/>
          <w:lang w:val="sv-SE"/>
        </w:rPr>
        <w:t>30</w:t>
      </w:r>
      <w:r w:rsidRPr="000767E2">
        <w:rPr>
          <w:lang w:val="sv-SE"/>
        </w:rPr>
        <w:t xml:space="preserve"> {{field-on:bible}}Och hon gick bort till sitt hus, och fann barnet liggande på bädden och demonen utkommen.{{field-off:bible}}</w:t>
      </w:r>
    </w:p>
    <w:p w14:paraId="3A190F25" w14:textId="77777777" w:rsidR="00BA33AB" w:rsidRPr="000767E2" w:rsidRDefault="00000000">
      <w:pPr>
        <w:pStyle w:val="Rubrik3"/>
        <w:rPr>
          <w:lang w:val="sv-SE"/>
        </w:rPr>
      </w:pPr>
      <w:r w:rsidRPr="000767E2">
        <w:rPr>
          <w:lang w:val="sv-SE"/>
        </w:rPr>
        <w:t>Jesus botar en dövstum</w:t>
      </w:r>
    </w:p>
    <w:p w14:paraId="6E66CF83" w14:textId="6143F9B6" w:rsidR="00BA33AB" w:rsidRPr="000767E2" w:rsidRDefault="00000000">
      <w:pPr>
        <w:rPr>
          <w:lang w:val="sv-SE"/>
        </w:rPr>
      </w:pPr>
      <w:r w:rsidRPr="000767E2">
        <w:rPr>
          <w:lang w:val="sv-SE"/>
        </w:rPr>
        <w:t>[[@</w:t>
      </w:r>
      <w:r w:rsidR="0096445B" w:rsidRPr="000767E2">
        <w:rPr>
          <w:lang w:val="sv-SE"/>
        </w:rPr>
        <w:t>BibleBIBEL82</w:t>
      </w:r>
      <w:r w:rsidRPr="000767E2">
        <w:rPr>
          <w:lang w:val="sv-SE"/>
        </w:rPr>
        <w:t>:Mark 7:31]]</w:t>
      </w:r>
      <w:r w:rsidRPr="000767E2">
        <w:rPr>
          <w:vertAlign w:val="superscript"/>
          <w:lang w:val="sv-SE"/>
        </w:rPr>
        <w:t>31</w:t>
      </w:r>
      <w:r w:rsidRPr="000767E2">
        <w:rPr>
          <w:lang w:val="sv-SE"/>
        </w:rPr>
        <w:t xml:space="preserve"> {{field-on:bible}}Och åter gick han ut från Tyros område och gick genom Sidon till Galileens hav, mitt i Dekapolisområdet.{{field-off:bible}} [[@</w:t>
      </w:r>
      <w:r w:rsidR="0096445B" w:rsidRPr="000767E2">
        <w:rPr>
          <w:lang w:val="sv-SE"/>
        </w:rPr>
        <w:t>BibleBIBEL82</w:t>
      </w:r>
      <w:r w:rsidRPr="000767E2">
        <w:rPr>
          <w:lang w:val="sv-SE"/>
        </w:rPr>
        <w:t>:Mark 7:32]]</w:t>
      </w:r>
      <w:r w:rsidRPr="000767E2">
        <w:rPr>
          <w:vertAlign w:val="superscript"/>
          <w:lang w:val="sv-SE"/>
        </w:rPr>
        <w:t>32</w:t>
      </w:r>
      <w:r w:rsidRPr="000767E2">
        <w:rPr>
          <w:lang w:val="sv-SE"/>
        </w:rPr>
        <w:t xml:space="preserve"> {{field-on:bible}}Och man för till honom en döv och knappt talande och vädjar till honom att lägga på honom handen.{{field-off:bible}} [[@</w:t>
      </w:r>
      <w:r w:rsidR="0096445B" w:rsidRPr="000767E2">
        <w:rPr>
          <w:lang w:val="sv-SE"/>
        </w:rPr>
        <w:t>BibleBIBEL82</w:t>
      </w:r>
      <w:r w:rsidRPr="000767E2">
        <w:rPr>
          <w:lang w:val="sv-SE"/>
        </w:rPr>
        <w:t>:Mark 7:33]]</w:t>
      </w:r>
      <w:r w:rsidRPr="000767E2">
        <w:rPr>
          <w:vertAlign w:val="superscript"/>
          <w:lang w:val="sv-SE"/>
        </w:rPr>
        <w:t>33</w:t>
      </w:r>
      <w:r w:rsidRPr="000767E2">
        <w:rPr>
          <w:lang w:val="sv-SE"/>
        </w:rPr>
        <w:t xml:space="preserve"> {{field-on:bible}}Och han tog undan honom från skaran enskilt och satte sina fingrar i hans öron, och spottade och rörde vid hans tunga.{{field-off:bible}} [[@</w:t>
      </w:r>
      <w:r w:rsidR="0096445B" w:rsidRPr="000767E2">
        <w:rPr>
          <w:lang w:val="sv-SE"/>
        </w:rPr>
        <w:t>BibleBIBEL82</w:t>
      </w:r>
      <w:r w:rsidRPr="000767E2">
        <w:rPr>
          <w:lang w:val="sv-SE"/>
        </w:rPr>
        <w:t>:Mark 7:34]]</w:t>
      </w:r>
      <w:r w:rsidRPr="000767E2">
        <w:rPr>
          <w:vertAlign w:val="superscript"/>
          <w:lang w:val="sv-SE"/>
        </w:rPr>
        <w:t>34</w:t>
      </w:r>
      <w:r w:rsidRPr="000767E2">
        <w:rPr>
          <w:lang w:val="sv-SE"/>
        </w:rPr>
        <w:t xml:space="preserve"> {{field-on:bible}}Och han såg upp mot himlen och suckade, och säger till honom: ”Heppathah!”, det </w:t>
      </w:r>
      <w:r w:rsidRPr="000767E2">
        <w:rPr>
          <w:i/>
          <w:lang w:val="sv-SE"/>
        </w:rPr>
        <w:t>vill säga</w:t>
      </w:r>
      <w:r w:rsidRPr="000767E2">
        <w:rPr>
          <w:lang w:val="sv-SE"/>
        </w:rPr>
        <w:t>: ”Öppna upp dig!”{{field-off:bible}} [[@</w:t>
      </w:r>
      <w:r w:rsidR="0096445B" w:rsidRPr="000767E2">
        <w:rPr>
          <w:lang w:val="sv-SE"/>
        </w:rPr>
        <w:t>BibleBIBEL82</w:t>
      </w:r>
      <w:r w:rsidRPr="000767E2">
        <w:rPr>
          <w:lang w:val="sv-SE"/>
        </w:rPr>
        <w:t>:Mark 7:35]]</w:t>
      </w:r>
      <w:r w:rsidRPr="000767E2">
        <w:rPr>
          <w:vertAlign w:val="superscript"/>
          <w:lang w:val="sv-SE"/>
        </w:rPr>
        <w:t>35</w:t>
      </w:r>
      <w:r w:rsidRPr="000767E2">
        <w:rPr>
          <w:lang w:val="sv-SE"/>
        </w:rPr>
        <w:t xml:space="preserve"> {{field-on:bible}}Och </w:t>
      </w:r>
      <w:r w:rsidRPr="000767E2">
        <w:rPr>
          <w:i/>
          <w:lang w:val="sv-SE"/>
        </w:rPr>
        <w:t>då</w:t>
      </w:r>
      <w:r w:rsidRPr="000767E2">
        <w:rPr>
          <w:lang w:val="sv-SE"/>
        </w:rPr>
        <w:t xml:space="preserve"> öppnades hans öron, och hans tungas boja löstes och han talade riktigt.{{field-off:bible}}</w:t>
      </w:r>
    </w:p>
    <w:p w14:paraId="7933C2F5" w14:textId="51C742AC" w:rsidR="00BA33AB" w:rsidRPr="000767E2" w:rsidRDefault="00000000">
      <w:pPr>
        <w:rPr>
          <w:lang w:val="sv-SE"/>
        </w:rPr>
      </w:pPr>
      <w:r w:rsidRPr="000767E2">
        <w:rPr>
          <w:lang w:val="sv-SE"/>
        </w:rPr>
        <w:t>[[@</w:t>
      </w:r>
      <w:r w:rsidR="0096445B" w:rsidRPr="000767E2">
        <w:rPr>
          <w:lang w:val="sv-SE"/>
        </w:rPr>
        <w:t>BibleBIBEL82</w:t>
      </w:r>
      <w:r w:rsidRPr="000767E2">
        <w:rPr>
          <w:lang w:val="sv-SE"/>
        </w:rPr>
        <w:t>:Mark 7:36]]</w:t>
      </w:r>
      <w:r w:rsidRPr="000767E2">
        <w:rPr>
          <w:vertAlign w:val="superscript"/>
          <w:lang w:val="sv-SE"/>
        </w:rPr>
        <w:t>36</w:t>
      </w:r>
      <w:r w:rsidRPr="000767E2">
        <w:rPr>
          <w:lang w:val="sv-SE"/>
        </w:rPr>
        <w:t xml:space="preserve"> {{field-on:bible}}Och han kommenderade dem att inte till någon säga </w:t>
      </w:r>
      <w:r w:rsidRPr="000767E2">
        <w:rPr>
          <w:i/>
          <w:lang w:val="sv-SE"/>
        </w:rPr>
        <w:t>det</w:t>
      </w:r>
      <w:r w:rsidRPr="000767E2">
        <w:rPr>
          <w:lang w:val="sv-SE"/>
        </w:rPr>
        <w:t>. Men ju mer han kommenderade dem, ännu mycket mer förkunnade de.{{field-off:bible}} [[@</w:t>
      </w:r>
      <w:r w:rsidR="0096445B" w:rsidRPr="000767E2">
        <w:rPr>
          <w:lang w:val="sv-SE"/>
        </w:rPr>
        <w:t>BibleBIBEL82</w:t>
      </w:r>
      <w:r w:rsidRPr="000767E2">
        <w:rPr>
          <w:lang w:val="sv-SE"/>
        </w:rPr>
        <w:t>:Mark 7:37]]</w:t>
      </w:r>
      <w:r w:rsidRPr="000767E2">
        <w:rPr>
          <w:vertAlign w:val="superscript"/>
          <w:lang w:val="sv-SE"/>
        </w:rPr>
        <w:t>37</w:t>
      </w:r>
      <w:r w:rsidRPr="000767E2">
        <w:rPr>
          <w:lang w:val="sv-SE"/>
        </w:rPr>
        <w:t xml:space="preserve"> {{field-on:bible}}Och de var övermåttan överväldigade och sade: ”Allt har han gjort väl! Även de döva får han att höra, och icke talande att tala.”{{field-off:bible}}</w:t>
      </w:r>
    </w:p>
    <w:p w14:paraId="51CB2046" w14:textId="41D7C1C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8]]Kapitel 8</w:t>
      </w:r>
    </w:p>
    <w:p w14:paraId="78A1ED3A" w14:textId="77777777" w:rsidR="00BA33AB" w:rsidRPr="000767E2" w:rsidRDefault="00000000">
      <w:pPr>
        <w:pStyle w:val="Rubrik3"/>
        <w:rPr>
          <w:lang w:val="sv-SE"/>
        </w:rPr>
      </w:pPr>
      <w:r w:rsidRPr="000767E2">
        <w:rPr>
          <w:lang w:val="sv-SE"/>
        </w:rPr>
        <w:t>Jesus mättar fyratusen</w:t>
      </w:r>
    </w:p>
    <w:p w14:paraId="7716B511" w14:textId="497E3F43" w:rsidR="00BA33AB" w:rsidRPr="000767E2" w:rsidRDefault="00000000">
      <w:pPr>
        <w:rPr>
          <w:lang w:val="sv-SE"/>
        </w:rPr>
      </w:pPr>
      <w:r w:rsidRPr="000767E2">
        <w:rPr>
          <w:lang w:val="sv-SE"/>
        </w:rPr>
        <w:t>[[@</w:t>
      </w:r>
      <w:r w:rsidR="0096445B" w:rsidRPr="000767E2">
        <w:rPr>
          <w:lang w:val="sv-SE"/>
        </w:rPr>
        <w:t>BibleBIBEL82</w:t>
      </w:r>
      <w:r w:rsidRPr="000767E2">
        <w:rPr>
          <w:lang w:val="sv-SE"/>
        </w:rPr>
        <w:t>:Mark 8:1]]</w:t>
      </w:r>
      <w:r w:rsidRPr="000767E2">
        <w:rPr>
          <w:vertAlign w:val="superscript"/>
          <w:lang w:val="sv-SE"/>
        </w:rPr>
        <w:t>1</w:t>
      </w:r>
      <w:r w:rsidRPr="000767E2">
        <w:rPr>
          <w:lang w:val="sv-SE"/>
        </w:rPr>
        <w:t xml:space="preserve"> {{field-on:bible}}Under de dagarna, när det åter var en stor skara och de inte hade något att äta, kallade han till sig lärjungarna och säger till dem:{{field-off:bible}} [[@</w:t>
      </w:r>
      <w:r w:rsidR="0096445B" w:rsidRPr="000767E2">
        <w:rPr>
          <w:lang w:val="sv-SE"/>
        </w:rPr>
        <w:t>BibleBIBEL82</w:t>
      </w:r>
      <w:r w:rsidRPr="000767E2">
        <w:rPr>
          <w:lang w:val="sv-SE"/>
        </w:rPr>
        <w:t>:Mark 8:2]]</w:t>
      </w:r>
      <w:r w:rsidRPr="000767E2">
        <w:rPr>
          <w:vertAlign w:val="superscript"/>
          <w:lang w:val="sv-SE"/>
        </w:rPr>
        <w:t>2</w:t>
      </w:r>
      <w:r w:rsidRPr="000767E2">
        <w:rPr>
          <w:lang w:val="sv-SE"/>
        </w:rPr>
        <w:t xml:space="preserve"> {{field-on:bible}}”Jag känner innerligt för skaran. För </w:t>
      </w:r>
      <w:r w:rsidRPr="000767E2">
        <w:rPr>
          <w:i/>
          <w:lang w:val="sv-SE"/>
        </w:rPr>
        <w:t>det är</w:t>
      </w:r>
      <w:r w:rsidRPr="000767E2">
        <w:rPr>
          <w:lang w:val="sv-SE"/>
        </w:rPr>
        <w:t xml:space="preserve"> redan tre dagar de är kvar vid mig, och de har inget att äta.{{field-off:bible}} [[@</w:t>
      </w:r>
      <w:r w:rsidR="0096445B" w:rsidRPr="000767E2">
        <w:rPr>
          <w:lang w:val="sv-SE"/>
        </w:rPr>
        <w:t>BibleBIBEL82</w:t>
      </w:r>
      <w:r w:rsidRPr="000767E2">
        <w:rPr>
          <w:lang w:val="sv-SE"/>
        </w:rPr>
        <w:t>:Mark 8:3]]</w:t>
      </w:r>
      <w:r w:rsidRPr="000767E2">
        <w:rPr>
          <w:vertAlign w:val="superscript"/>
          <w:lang w:val="sv-SE"/>
        </w:rPr>
        <w:t>3</w:t>
      </w:r>
      <w:r w:rsidRPr="000767E2">
        <w:rPr>
          <w:lang w:val="sv-SE"/>
        </w:rPr>
        <w:t xml:space="preserve"> {{field-on:bible}}Och om jag släpper iväg dem fastande till sitt hus blir de utmattade på vägen. Och några av dem har kommit långt ifrån.”{{field-off:bible}}</w:t>
      </w:r>
    </w:p>
    <w:p w14:paraId="3D2D35B4" w14:textId="43B251E5" w:rsidR="00BA33AB" w:rsidRPr="000767E2" w:rsidRDefault="00000000">
      <w:pPr>
        <w:rPr>
          <w:lang w:val="sv-SE"/>
        </w:rPr>
      </w:pPr>
      <w:r w:rsidRPr="000767E2">
        <w:rPr>
          <w:lang w:val="sv-SE"/>
        </w:rPr>
        <w:t>[[@</w:t>
      </w:r>
      <w:r w:rsidR="0096445B" w:rsidRPr="000767E2">
        <w:rPr>
          <w:lang w:val="sv-SE"/>
        </w:rPr>
        <w:t>BibleBIBEL82</w:t>
      </w:r>
      <w:r w:rsidRPr="000767E2">
        <w:rPr>
          <w:lang w:val="sv-SE"/>
        </w:rPr>
        <w:t>:Mark 8:4]]</w:t>
      </w:r>
      <w:r w:rsidRPr="000767E2">
        <w:rPr>
          <w:vertAlign w:val="superscript"/>
          <w:lang w:val="sv-SE"/>
        </w:rPr>
        <w:t>4</w:t>
      </w:r>
      <w:r w:rsidRPr="000767E2">
        <w:rPr>
          <w:lang w:val="sv-SE"/>
        </w:rPr>
        <w:t xml:space="preserve"> {{field-on:bible}}Och </w:t>
      </w:r>
      <w:r w:rsidRPr="000767E2">
        <w:rPr>
          <w:i/>
          <w:lang w:val="sv-SE"/>
        </w:rPr>
        <w:t>då</w:t>
      </w:r>
      <w:r w:rsidRPr="000767E2">
        <w:rPr>
          <w:lang w:val="sv-SE"/>
        </w:rPr>
        <w:t xml:space="preserve"> svarade honom hans lärjungar att: ”Varifrån ska någon här kunna mätta dessa med bröd i en ödetrakt?”{{field-off:bible}} </w:t>
      </w:r>
      <w:r w:rsidRPr="000767E2">
        <w:rPr>
          <w:lang w:val="sv-SE"/>
        </w:rPr>
        <w:lastRenderedPageBreak/>
        <w:t>[[@</w:t>
      </w:r>
      <w:r w:rsidR="0096445B" w:rsidRPr="000767E2">
        <w:rPr>
          <w:lang w:val="sv-SE"/>
        </w:rPr>
        <w:t>BibleBIBEL82</w:t>
      </w:r>
      <w:r w:rsidRPr="000767E2">
        <w:rPr>
          <w:lang w:val="sv-SE"/>
        </w:rPr>
        <w:t>:Mark 8:5]]</w:t>
      </w:r>
      <w:r w:rsidRPr="000767E2">
        <w:rPr>
          <w:vertAlign w:val="superscript"/>
          <w:lang w:val="sv-SE"/>
        </w:rPr>
        <w:t>5</w:t>
      </w:r>
      <w:r w:rsidRPr="000767E2">
        <w:rPr>
          <w:lang w:val="sv-SE"/>
        </w:rPr>
        <w:t xml:space="preserve"> {{field-on:bible}}Och han frågade dem: ”Hur många bröd har ni?” Och de sade: ”Sju.”{{field-off:bible}}</w:t>
      </w:r>
    </w:p>
    <w:p w14:paraId="0A71FCDB" w14:textId="54F3B091" w:rsidR="00BA33AB" w:rsidRPr="000767E2" w:rsidRDefault="00000000">
      <w:pPr>
        <w:rPr>
          <w:lang w:val="sv-SE"/>
        </w:rPr>
      </w:pPr>
      <w:r w:rsidRPr="000767E2">
        <w:rPr>
          <w:lang w:val="sv-SE"/>
        </w:rPr>
        <w:t>[[@</w:t>
      </w:r>
      <w:r w:rsidR="0096445B" w:rsidRPr="000767E2">
        <w:rPr>
          <w:lang w:val="sv-SE"/>
        </w:rPr>
        <w:t>BibleBIBEL82</w:t>
      </w:r>
      <w:r w:rsidRPr="000767E2">
        <w:rPr>
          <w:lang w:val="sv-SE"/>
        </w:rPr>
        <w:t>:Mark 8:6]]</w:t>
      </w:r>
      <w:r w:rsidRPr="000767E2">
        <w:rPr>
          <w:vertAlign w:val="superscript"/>
          <w:lang w:val="sv-SE"/>
        </w:rPr>
        <w:t>6</w:t>
      </w:r>
      <w:r w:rsidRPr="000767E2">
        <w:rPr>
          <w:lang w:val="sv-SE"/>
        </w:rPr>
        <w:t xml:space="preserve"> {{field-on:bible}}Och han instruerar skaran att lägga sig </w:t>
      </w:r>
      <w:r w:rsidRPr="000767E2">
        <w:rPr>
          <w:i/>
          <w:lang w:val="sv-SE"/>
        </w:rPr>
        <w:t>till bords</w:t>
      </w:r>
      <w:r w:rsidRPr="000767E2">
        <w:rPr>
          <w:lang w:val="sv-SE"/>
        </w:rPr>
        <w:t xml:space="preserve"> på jorden. Och han tog de sju bröden, tackade och bröt och </w:t>
      </w:r>
      <w:r w:rsidRPr="000767E2">
        <w:rPr>
          <w:i/>
          <w:lang w:val="sv-SE"/>
        </w:rPr>
        <w:t>började</w:t>
      </w:r>
      <w:r w:rsidRPr="000767E2">
        <w:rPr>
          <w:lang w:val="sv-SE"/>
        </w:rPr>
        <w:t xml:space="preserve"> ge till sina lärjungar för att de skulle sätta fram. Och de satte fram till skaran.{{field-off:bible}} [[@</w:t>
      </w:r>
      <w:r w:rsidR="0096445B" w:rsidRPr="000767E2">
        <w:rPr>
          <w:lang w:val="sv-SE"/>
        </w:rPr>
        <w:t>BibleBIBEL82</w:t>
      </w:r>
      <w:r w:rsidRPr="000767E2">
        <w:rPr>
          <w:lang w:val="sv-SE"/>
        </w:rPr>
        <w:t>:Mark 8:7]]</w:t>
      </w:r>
      <w:r w:rsidRPr="000767E2">
        <w:rPr>
          <w:vertAlign w:val="superscript"/>
          <w:lang w:val="sv-SE"/>
        </w:rPr>
        <w:t>7</w:t>
      </w:r>
      <w:r w:rsidRPr="000767E2">
        <w:rPr>
          <w:lang w:val="sv-SE"/>
        </w:rPr>
        <w:t xml:space="preserve"> {{field-on:bible}}De hade också lite småfiskar, och han välsignade dem och sade till att sätta fram även dessa.{{field-off:bible}} [[@</w:t>
      </w:r>
      <w:r w:rsidR="0096445B" w:rsidRPr="000767E2">
        <w:rPr>
          <w:lang w:val="sv-SE"/>
        </w:rPr>
        <w:t>BibleBIBEL82</w:t>
      </w:r>
      <w:r w:rsidRPr="000767E2">
        <w:rPr>
          <w:lang w:val="sv-SE"/>
        </w:rPr>
        <w:t>:Mark 8:8]]</w:t>
      </w:r>
      <w:r w:rsidRPr="000767E2">
        <w:rPr>
          <w:vertAlign w:val="superscript"/>
          <w:lang w:val="sv-SE"/>
        </w:rPr>
        <w:t>8</w:t>
      </w:r>
      <w:r w:rsidRPr="000767E2">
        <w:rPr>
          <w:lang w:val="sv-SE"/>
        </w:rPr>
        <w:t xml:space="preserve"> {{field-on:bible}}Och de åt och blev mätta, och man tog upp överblivna bitar, sju vasskorgar.{{field-off:bible}} [[@</w:t>
      </w:r>
      <w:r w:rsidR="0096445B" w:rsidRPr="000767E2">
        <w:rPr>
          <w:lang w:val="sv-SE"/>
        </w:rPr>
        <w:t>BibleBIBEL82</w:t>
      </w:r>
      <w:r w:rsidRPr="000767E2">
        <w:rPr>
          <w:lang w:val="sv-SE"/>
        </w:rPr>
        <w:t>:Mark 8:9]]</w:t>
      </w:r>
      <w:r w:rsidRPr="000767E2">
        <w:rPr>
          <w:vertAlign w:val="superscript"/>
          <w:lang w:val="sv-SE"/>
        </w:rPr>
        <w:t>9</w:t>
      </w:r>
      <w:r w:rsidRPr="000767E2">
        <w:rPr>
          <w:lang w:val="sv-SE"/>
        </w:rPr>
        <w:t xml:space="preserve"> {{field-on:bible}}Och de var ungefär fyratusen. Och han släppte iväg dem.{{field-off:bible}}</w:t>
      </w:r>
    </w:p>
    <w:p w14:paraId="51FE1574" w14:textId="77777777" w:rsidR="00BA33AB" w:rsidRPr="000767E2" w:rsidRDefault="00000000">
      <w:pPr>
        <w:pStyle w:val="Rubrik3"/>
        <w:rPr>
          <w:lang w:val="sv-SE"/>
        </w:rPr>
      </w:pPr>
      <w:r w:rsidRPr="000767E2">
        <w:rPr>
          <w:lang w:val="sv-SE"/>
        </w:rPr>
        <w:t>Fariseerna begär tecken</w:t>
      </w:r>
    </w:p>
    <w:p w14:paraId="1B89F050" w14:textId="05EFA52B" w:rsidR="00BA33AB" w:rsidRPr="000767E2" w:rsidRDefault="00000000">
      <w:pPr>
        <w:rPr>
          <w:lang w:val="sv-SE"/>
        </w:rPr>
      </w:pPr>
      <w:r w:rsidRPr="000767E2">
        <w:rPr>
          <w:lang w:val="sv-SE"/>
        </w:rPr>
        <w:t>[[@</w:t>
      </w:r>
      <w:r w:rsidR="0096445B" w:rsidRPr="000767E2">
        <w:rPr>
          <w:lang w:val="sv-SE"/>
        </w:rPr>
        <w:t>BibleBIBEL82</w:t>
      </w:r>
      <w:r w:rsidRPr="000767E2">
        <w:rPr>
          <w:lang w:val="sv-SE"/>
        </w:rPr>
        <w:t>:Mark 8:10]]</w:t>
      </w:r>
      <w:r w:rsidRPr="000767E2">
        <w:rPr>
          <w:vertAlign w:val="superscript"/>
          <w:lang w:val="sv-SE"/>
        </w:rPr>
        <w:t>10</w:t>
      </w:r>
      <w:r w:rsidRPr="000767E2">
        <w:rPr>
          <w:lang w:val="sv-SE"/>
        </w:rPr>
        <w:t xml:space="preserve"> {{field-on:bible}}Och direkt steg han i båten med sina lärjungar och kom till bygderna vid Dalmanutha.{{field-off:bible}} [[@</w:t>
      </w:r>
      <w:r w:rsidR="0096445B" w:rsidRPr="000767E2">
        <w:rPr>
          <w:lang w:val="sv-SE"/>
        </w:rPr>
        <w:t>BibleBIBEL82</w:t>
      </w:r>
      <w:r w:rsidRPr="000767E2">
        <w:rPr>
          <w:lang w:val="sv-SE"/>
        </w:rPr>
        <w:t>:Mark 8:11]]</w:t>
      </w:r>
      <w:r w:rsidRPr="000767E2">
        <w:rPr>
          <w:vertAlign w:val="superscript"/>
          <w:lang w:val="sv-SE"/>
        </w:rPr>
        <w:t>11</w:t>
      </w:r>
      <w:r w:rsidRPr="000767E2">
        <w:rPr>
          <w:lang w:val="sv-SE"/>
        </w:rPr>
        <w:t xml:space="preserve"> {{field-on:bible}}Och ut kom fariseerna och började diskutera med honom, och de sökte från honom ett tecken från himlen </w:t>
      </w:r>
      <w:r w:rsidRPr="000767E2">
        <w:rPr>
          <w:i/>
          <w:lang w:val="sv-SE"/>
        </w:rPr>
        <w:t>och</w:t>
      </w:r>
      <w:r w:rsidRPr="000767E2">
        <w:rPr>
          <w:lang w:val="sv-SE"/>
        </w:rPr>
        <w:t xml:space="preserve"> prövade honom.{{field-off:bible}} [[@</w:t>
      </w:r>
      <w:r w:rsidR="0096445B" w:rsidRPr="000767E2">
        <w:rPr>
          <w:lang w:val="sv-SE"/>
        </w:rPr>
        <w:t>BibleBIBEL82</w:t>
      </w:r>
      <w:r w:rsidRPr="000767E2">
        <w:rPr>
          <w:lang w:val="sv-SE"/>
        </w:rPr>
        <w:t>:Mark 8:12]]</w:t>
      </w:r>
      <w:r w:rsidRPr="000767E2">
        <w:rPr>
          <w:vertAlign w:val="superscript"/>
          <w:lang w:val="sv-SE"/>
        </w:rPr>
        <w:t>12</w:t>
      </w:r>
      <w:r w:rsidRPr="000767E2">
        <w:rPr>
          <w:lang w:val="sv-SE"/>
        </w:rPr>
        <w:t xml:space="preserve"> {{field-on:bible}}Och han suckade djupt i sin ande och säger: ”Varför söker detta släkte ett tecken? Amen, jag säger er: Aldrig ska </w:t>
      </w:r>
      <w:r w:rsidRPr="000767E2">
        <w:rPr>
          <w:i/>
          <w:lang w:val="sv-SE"/>
        </w:rPr>
        <w:t>det</w:t>
      </w:r>
      <w:r w:rsidRPr="000767E2">
        <w:rPr>
          <w:lang w:val="sv-SE"/>
        </w:rPr>
        <w:t xml:space="preserve"> ges detta släkte ett tecken.”{{field-off:bible}} [[@</w:t>
      </w:r>
      <w:r w:rsidR="0096445B" w:rsidRPr="000767E2">
        <w:rPr>
          <w:lang w:val="sv-SE"/>
        </w:rPr>
        <w:t>BibleBIBEL82</w:t>
      </w:r>
      <w:r w:rsidRPr="000767E2">
        <w:rPr>
          <w:lang w:val="sv-SE"/>
        </w:rPr>
        <w:t>:Mark 8:13]]</w:t>
      </w:r>
      <w:r w:rsidRPr="000767E2">
        <w:rPr>
          <w:vertAlign w:val="superscript"/>
          <w:lang w:val="sv-SE"/>
        </w:rPr>
        <w:t>13</w:t>
      </w:r>
      <w:r w:rsidRPr="000767E2">
        <w:rPr>
          <w:lang w:val="sv-SE"/>
        </w:rPr>
        <w:t xml:space="preserve"> {{field-on:bible}}Och han lämnade dem, och åter steg han i och kom iväg till andra sidan.{{field-off:bible}}</w:t>
      </w:r>
    </w:p>
    <w:p w14:paraId="15D4F97E" w14:textId="77777777" w:rsidR="00BA33AB" w:rsidRPr="000767E2" w:rsidRDefault="00000000">
      <w:pPr>
        <w:pStyle w:val="Rubrik3"/>
        <w:rPr>
          <w:lang w:val="sv-SE"/>
        </w:rPr>
      </w:pPr>
      <w:r w:rsidRPr="000767E2">
        <w:rPr>
          <w:lang w:val="sv-SE"/>
        </w:rPr>
        <w:t>Se upp för fariseernas surdeg</w:t>
      </w:r>
    </w:p>
    <w:p w14:paraId="267414BE" w14:textId="5BD2014D" w:rsidR="00BA33AB" w:rsidRPr="000767E2" w:rsidRDefault="00000000">
      <w:pPr>
        <w:rPr>
          <w:lang w:val="sv-SE"/>
        </w:rPr>
      </w:pPr>
      <w:r w:rsidRPr="000767E2">
        <w:rPr>
          <w:lang w:val="sv-SE"/>
        </w:rPr>
        <w:t>[[@</w:t>
      </w:r>
      <w:r w:rsidR="0096445B" w:rsidRPr="000767E2">
        <w:rPr>
          <w:lang w:val="sv-SE"/>
        </w:rPr>
        <w:t>BibleBIBEL82</w:t>
      </w:r>
      <w:r w:rsidRPr="000767E2">
        <w:rPr>
          <w:lang w:val="sv-SE"/>
        </w:rPr>
        <w:t>:Mark 8:14]]</w:t>
      </w:r>
      <w:r w:rsidRPr="000767E2">
        <w:rPr>
          <w:vertAlign w:val="superscript"/>
          <w:lang w:val="sv-SE"/>
        </w:rPr>
        <w:t>14</w:t>
      </w:r>
      <w:r w:rsidRPr="000767E2">
        <w:rPr>
          <w:lang w:val="sv-SE"/>
        </w:rPr>
        <w:t xml:space="preserve"> {{field-on:bible}}Och de hade glömt att ta bröd, och förutom ett </w:t>
      </w:r>
      <w:r w:rsidRPr="000767E2">
        <w:rPr>
          <w:i/>
          <w:lang w:val="sv-SE"/>
        </w:rPr>
        <w:t>enda</w:t>
      </w:r>
      <w:r w:rsidRPr="000767E2">
        <w:rPr>
          <w:lang w:val="sv-SE"/>
        </w:rPr>
        <w:t xml:space="preserve"> bröd hade de inget med sig i båten.{{field-off:bible}} [[@</w:t>
      </w:r>
      <w:r w:rsidR="0096445B" w:rsidRPr="000767E2">
        <w:rPr>
          <w:lang w:val="sv-SE"/>
        </w:rPr>
        <w:t>BibleBIBEL82</w:t>
      </w:r>
      <w:r w:rsidRPr="000767E2">
        <w:rPr>
          <w:lang w:val="sv-SE"/>
        </w:rPr>
        <w:t>:Mark 8:15]]</w:t>
      </w:r>
      <w:r w:rsidRPr="000767E2">
        <w:rPr>
          <w:vertAlign w:val="superscript"/>
          <w:lang w:val="sv-SE"/>
        </w:rPr>
        <w:t>15</w:t>
      </w:r>
      <w:r w:rsidRPr="000767E2">
        <w:rPr>
          <w:lang w:val="sv-SE"/>
        </w:rPr>
        <w:t xml:space="preserve"> {{field-on:bible}}Och han kommenderade dem och sade: ”Se till, se upp för fariseernas surdeg och för Herodes surdeg!”{{field-off:bible}} [[@</w:t>
      </w:r>
      <w:r w:rsidR="0096445B" w:rsidRPr="000767E2">
        <w:rPr>
          <w:lang w:val="sv-SE"/>
        </w:rPr>
        <w:t>BibleBIBEL82</w:t>
      </w:r>
      <w:r w:rsidRPr="000767E2">
        <w:rPr>
          <w:lang w:val="sv-SE"/>
        </w:rPr>
        <w:t>:Mark 8:16]]</w:t>
      </w:r>
      <w:r w:rsidRPr="000767E2">
        <w:rPr>
          <w:vertAlign w:val="superscript"/>
          <w:lang w:val="sv-SE"/>
        </w:rPr>
        <w:t>16</w:t>
      </w:r>
      <w:r w:rsidRPr="000767E2">
        <w:rPr>
          <w:lang w:val="sv-SE"/>
        </w:rPr>
        <w:t xml:space="preserve"> {{field-on:bible}}Och de </w:t>
      </w:r>
      <w:r w:rsidRPr="000767E2">
        <w:rPr>
          <w:i/>
          <w:lang w:val="sv-SE"/>
        </w:rPr>
        <w:t>började</w:t>
      </w:r>
      <w:r w:rsidRPr="000767E2">
        <w:rPr>
          <w:lang w:val="sv-SE"/>
        </w:rPr>
        <w:t xml:space="preserve"> fundera med varandra, för bröd hade de inga.{{field-off:bible}}</w:t>
      </w:r>
    </w:p>
    <w:p w14:paraId="4E4C78D1" w14:textId="6BA4B38D" w:rsidR="00BA33AB" w:rsidRPr="000767E2" w:rsidRDefault="00000000">
      <w:pPr>
        <w:rPr>
          <w:lang w:val="sv-SE"/>
        </w:rPr>
      </w:pPr>
      <w:r w:rsidRPr="000767E2">
        <w:rPr>
          <w:lang w:val="sv-SE"/>
        </w:rPr>
        <w:t>[[@</w:t>
      </w:r>
      <w:r w:rsidR="0096445B" w:rsidRPr="000767E2">
        <w:rPr>
          <w:lang w:val="sv-SE"/>
        </w:rPr>
        <w:t>BibleBIBEL82</w:t>
      </w:r>
      <w:r w:rsidRPr="000767E2">
        <w:rPr>
          <w:lang w:val="sv-SE"/>
        </w:rPr>
        <w:t>:Mark 8:17]]</w:t>
      </w:r>
      <w:r w:rsidRPr="000767E2">
        <w:rPr>
          <w:vertAlign w:val="superscript"/>
          <w:lang w:val="sv-SE"/>
        </w:rPr>
        <w:t>17</w:t>
      </w:r>
      <w:r w:rsidRPr="000767E2">
        <w:rPr>
          <w:lang w:val="sv-SE"/>
        </w:rPr>
        <w:t xml:space="preserve"> {{field-on:bible}}Och han förstod och säger till dem: ”Varför funderar ni över att </w:t>
      </w:r>
      <w:r w:rsidRPr="000767E2">
        <w:rPr>
          <w:i/>
          <w:lang w:val="sv-SE"/>
        </w:rPr>
        <w:t>det är</w:t>
      </w:r>
      <w:r w:rsidRPr="000767E2">
        <w:rPr>
          <w:lang w:val="sv-SE"/>
        </w:rPr>
        <w:t xml:space="preserve"> bröd ni inte har? Fattar ni fortfarande inte eller förstår? Har ni ert hjärta förhårdnat?{{field-off:bible}} [[@</w:t>
      </w:r>
      <w:r w:rsidR="0096445B" w:rsidRPr="000767E2">
        <w:rPr>
          <w:lang w:val="sv-SE"/>
        </w:rPr>
        <w:t>BibleBIBEL82</w:t>
      </w:r>
      <w:r w:rsidRPr="000767E2">
        <w:rPr>
          <w:lang w:val="sv-SE"/>
        </w:rPr>
        <w:t>:Mark 8:18]]</w:t>
      </w:r>
      <w:r w:rsidRPr="000767E2">
        <w:rPr>
          <w:vertAlign w:val="superscript"/>
          <w:lang w:val="sv-SE"/>
        </w:rPr>
        <w:t>18</w:t>
      </w:r>
      <w:r w:rsidRPr="000767E2">
        <w:rPr>
          <w:lang w:val="sv-SE"/>
        </w:rPr>
        <w:t xml:space="preserve"> {{field-on:bible}}Har ni ögon och ser inte, och har ni öron och hör inte? Och minns ni inte{{field-off:bible}} [[@</w:t>
      </w:r>
      <w:r w:rsidR="0096445B" w:rsidRPr="000767E2">
        <w:rPr>
          <w:lang w:val="sv-SE"/>
        </w:rPr>
        <w:t>BibleBIBEL82</w:t>
      </w:r>
      <w:r w:rsidRPr="000767E2">
        <w:rPr>
          <w:lang w:val="sv-SE"/>
        </w:rPr>
        <w:t>:Mark 8:19]]</w:t>
      </w:r>
      <w:r w:rsidRPr="000767E2">
        <w:rPr>
          <w:vertAlign w:val="superscript"/>
          <w:lang w:val="sv-SE"/>
        </w:rPr>
        <w:t>19</w:t>
      </w:r>
      <w:r w:rsidRPr="000767E2">
        <w:rPr>
          <w:lang w:val="sv-SE"/>
        </w:rPr>
        <w:t xml:space="preserve"> {{field-on:bible}}när jag bröt de fem bröden till de femtusen? Hur många korgar fulla med bitar tog ni?” De säger till honom: ”Tolv.” –{{field-off:bible}} [[@</w:t>
      </w:r>
      <w:r w:rsidR="0096445B" w:rsidRPr="000767E2">
        <w:rPr>
          <w:lang w:val="sv-SE"/>
        </w:rPr>
        <w:t>BibleBIBEL82</w:t>
      </w:r>
      <w:r w:rsidRPr="000767E2">
        <w:rPr>
          <w:lang w:val="sv-SE"/>
        </w:rPr>
        <w:t>:Mark 8:20]]</w:t>
      </w:r>
      <w:r w:rsidRPr="000767E2">
        <w:rPr>
          <w:vertAlign w:val="superscript"/>
          <w:lang w:val="sv-SE"/>
        </w:rPr>
        <w:t>20</w:t>
      </w:r>
      <w:r w:rsidRPr="000767E2">
        <w:rPr>
          <w:lang w:val="sv-SE"/>
        </w:rPr>
        <w:t xml:space="preserve"> {{field-on:bible}}”När </w:t>
      </w:r>
      <w:r w:rsidRPr="000767E2">
        <w:rPr>
          <w:i/>
          <w:lang w:val="sv-SE"/>
        </w:rPr>
        <w:t>det var</w:t>
      </w:r>
      <w:r w:rsidRPr="000767E2">
        <w:rPr>
          <w:lang w:val="sv-SE"/>
        </w:rPr>
        <w:t xml:space="preserve"> de sju till de fyratusen, hur många vasskorgars fullheter med bitar tog ni?” Och de säger till honom: ”Sju.”{{field-off:bible}} [[@</w:t>
      </w:r>
      <w:r w:rsidR="0096445B" w:rsidRPr="000767E2">
        <w:rPr>
          <w:lang w:val="sv-SE"/>
        </w:rPr>
        <w:t>BibleBIBEL82</w:t>
      </w:r>
      <w:r w:rsidRPr="000767E2">
        <w:rPr>
          <w:lang w:val="sv-SE"/>
        </w:rPr>
        <w:t>:Mark 8:21]]</w:t>
      </w:r>
      <w:r w:rsidRPr="000767E2">
        <w:rPr>
          <w:vertAlign w:val="superscript"/>
          <w:lang w:val="sv-SE"/>
        </w:rPr>
        <w:t>21</w:t>
      </w:r>
      <w:r w:rsidRPr="000767E2">
        <w:rPr>
          <w:lang w:val="sv-SE"/>
        </w:rPr>
        <w:t xml:space="preserve"> {{field-on:bible}}Och han sade till dem: ”Förstår ni fortfarande inte?”{{field-off:bible}}</w:t>
      </w:r>
    </w:p>
    <w:p w14:paraId="66C3C1D1" w14:textId="77777777" w:rsidR="00BA33AB" w:rsidRPr="000767E2" w:rsidRDefault="00000000">
      <w:pPr>
        <w:pStyle w:val="Rubrik3"/>
        <w:rPr>
          <w:lang w:val="sv-SE"/>
        </w:rPr>
      </w:pPr>
      <w:r w:rsidRPr="000767E2">
        <w:rPr>
          <w:lang w:val="sv-SE"/>
        </w:rPr>
        <w:t>Jesus botar en blind</w:t>
      </w:r>
    </w:p>
    <w:p w14:paraId="7EEF4B3C" w14:textId="17878F7A" w:rsidR="00BA33AB" w:rsidRPr="000767E2" w:rsidRDefault="00000000">
      <w:pPr>
        <w:rPr>
          <w:lang w:val="sv-SE"/>
        </w:rPr>
      </w:pPr>
      <w:r w:rsidRPr="000767E2">
        <w:rPr>
          <w:lang w:val="sv-SE"/>
        </w:rPr>
        <w:t>[[@</w:t>
      </w:r>
      <w:r w:rsidR="0096445B" w:rsidRPr="000767E2">
        <w:rPr>
          <w:lang w:val="sv-SE"/>
        </w:rPr>
        <w:t>BibleBIBEL82</w:t>
      </w:r>
      <w:r w:rsidRPr="000767E2">
        <w:rPr>
          <w:lang w:val="sv-SE"/>
        </w:rPr>
        <w:t>:Mark 8:22]]</w:t>
      </w:r>
      <w:r w:rsidRPr="000767E2">
        <w:rPr>
          <w:vertAlign w:val="superscript"/>
          <w:lang w:val="sv-SE"/>
        </w:rPr>
        <w:t>22</w:t>
      </w:r>
      <w:r w:rsidRPr="000767E2">
        <w:rPr>
          <w:lang w:val="sv-SE"/>
        </w:rPr>
        <w:t xml:space="preserve"> {{field-on:bible}}Och de kommer till Bethsaida. Och man för till honom en blind och vädjar till honom att han ska röra vid honom.{{field-off:bible}} [[@</w:t>
      </w:r>
      <w:r w:rsidR="0096445B" w:rsidRPr="000767E2">
        <w:rPr>
          <w:lang w:val="sv-SE"/>
        </w:rPr>
        <w:t>BibleBIBEL82</w:t>
      </w:r>
      <w:r w:rsidRPr="000767E2">
        <w:rPr>
          <w:lang w:val="sv-SE"/>
        </w:rPr>
        <w:t>:Mark 8:23]]</w:t>
      </w:r>
      <w:r w:rsidRPr="000767E2">
        <w:rPr>
          <w:vertAlign w:val="superscript"/>
          <w:lang w:val="sv-SE"/>
        </w:rPr>
        <w:t>23</w:t>
      </w:r>
      <w:r w:rsidRPr="000767E2">
        <w:rPr>
          <w:lang w:val="sv-SE"/>
        </w:rPr>
        <w:t xml:space="preserve"> {{field-on:bible}}Och han tog tag i den blindes hand och förde </w:t>
      </w:r>
      <w:r w:rsidRPr="000767E2">
        <w:rPr>
          <w:lang w:val="sv-SE"/>
        </w:rPr>
        <w:lastRenderedPageBreak/>
        <w:t>ut honom utanför byn. Och han spottade i hans ögon, lade händerna på honom och frågade honom: ”Om du ser något?”{{field-off:bible}}</w:t>
      </w:r>
    </w:p>
    <w:p w14:paraId="3D26349C" w14:textId="6149CC78" w:rsidR="00BA33AB" w:rsidRPr="000767E2" w:rsidRDefault="00000000">
      <w:pPr>
        <w:rPr>
          <w:lang w:val="sv-SE"/>
        </w:rPr>
      </w:pPr>
      <w:r w:rsidRPr="000767E2">
        <w:rPr>
          <w:lang w:val="sv-SE"/>
        </w:rPr>
        <w:t>[[@</w:t>
      </w:r>
      <w:r w:rsidR="0096445B" w:rsidRPr="000767E2">
        <w:rPr>
          <w:lang w:val="sv-SE"/>
        </w:rPr>
        <w:t>BibleBIBEL82</w:t>
      </w:r>
      <w:r w:rsidRPr="000767E2">
        <w:rPr>
          <w:lang w:val="sv-SE"/>
        </w:rPr>
        <w:t>:Mark 8:24]]</w:t>
      </w:r>
      <w:r w:rsidRPr="000767E2">
        <w:rPr>
          <w:vertAlign w:val="superscript"/>
          <w:lang w:val="sv-SE"/>
        </w:rPr>
        <w:t>24</w:t>
      </w:r>
      <w:r w:rsidRPr="000767E2">
        <w:rPr>
          <w:lang w:val="sv-SE"/>
        </w:rPr>
        <w:t xml:space="preserve"> {{field-on:bible}}Och han såg upp och sade: ”Jag ser människorna, att </w:t>
      </w:r>
      <w:r w:rsidRPr="000767E2">
        <w:rPr>
          <w:i/>
          <w:lang w:val="sv-SE"/>
        </w:rPr>
        <w:t>det är</w:t>
      </w:r>
      <w:r w:rsidRPr="000767E2">
        <w:rPr>
          <w:lang w:val="sv-SE"/>
        </w:rPr>
        <w:t xml:space="preserve"> som träd jag ser vandra omkring.”{{field-off:bible}} [[@</w:t>
      </w:r>
      <w:r w:rsidR="0096445B" w:rsidRPr="000767E2">
        <w:rPr>
          <w:lang w:val="sv-SE"/>
        </w:rPr>
        <w:t>BibleBIBEL82</w:t>
      </w:r>
      <w:r w:rsidRPr="000767E2">
        <w:rPr>
          <w:lang w:val="sv-SE"/>
        </w:rPr>
        <w:t>:Mark 8:25]]</w:t>
      </w:r>
      <w:r w:rsidRPr="000767E2">
        <w:rPr>
          <w:vertAlign w:val="superscript"/>
          <w:lang w:val="sv-SE"/>
        </w:rPr>
        <w:t>25</w:t>
      </w:r>
      <w:r w:rsidRPr="000767E2">
        <w:rPr>
          <w:lang w:val="sv-SE"/>
        </w:rPr>
        <w:t xml:space="preserve"> {{field-on:bible}}Sedan lade han åter händerna på hans ögon, och han såg bra och var återställd och såg på alltsammans klart.{{field-off:bible}} [[@</w:t>
      </w:r>
      <w:r w:rsidR="0096445B" w:rsidRPr="000767E2">
        <w:rPr>
          <w:lang w:val="sv-SE"/>
        </w:rPr>
        <w:t>BibleBIBEL82</w:t>
      </w:r>
      <w:r w:rsidRPr="000767E2">
        <w:rPr>
          <w:lang w:val="sv-SE"/>
        </w:rPr>
        <w:t>:Mark 8:26]]</w:t>
      </w:r>
      <w:r w:rsidRPr="000767E2">
        <w:rPr>
          <w:vertAlign w:val="superscript"/>
          <w:lang w:val="sv-SE"/>
        </w:rPr>
        <w:t>26</w:t>
      </w:r>
      <w:r w:rsidRPr="000767E2">
        <w:rPr>
          <w:lang w:val="sv-SE"/>
        </w:rPr>
        <w:t xml:space="preserve"> {{field-on:bible}}Och han sände honom till hans hus och sade: ”Inte ens in i byn ska du gå in.”{{field-off:bible}}</w:t>
      </w:r>
    </w:p>
    <w:p w14:paraId="7DBD093A" w14:textId="77777777" w:rsidR="00BA33AB" w:rsidRPr="000767E2" w:rsidRDefault="00000000">
      <w:pPr>
        <w:pStyle w:val="Rubrik3"/>
        <w:rPr>
          <w:lang w:val="sv-SE"/>
        </w:rPr>
      </w:pPr>
      <w:r w:rsidRPr="000767E2">
        <w:rPr>
          <w:lang w:val="sv-SE"/>
        </w:rPr>
        <w:t>Petrus bekännelse</w:t>
      </w:r>
    </w:p>
    <w:p w14:paraId="5817FDFD" w14:textId="40DD928C" w:rsidR="00BA33AB" w:rsidRPr="000767E2" w:rsidRDefault="00000000">
      <w:pPr>
        <w:rPr>
          <w:lang w:val="sv-SE"/>
        </w:rPr>
      </w:pPr>
      <w:r w:rsidRPr="000767E2">
        <w:rPr>
          <w:lang w:val="sv-SE"/>
        </w:rPr>
        <w:t>[[@</w:t>
      </w:r>
      <w:r w:rsidR="0096445B" w:rsidRPr="000767E2">
        <w:rPr>
          <w:lang w:val="sv-SE"/>
        </w:rPr>
        <w:t>BibleBIBEL82</w:t>
      </w:r>
      <w:r w:rsidRPr="000767E2">
        <w:rPr>
          <w:lang w:val="sv-SE"/>
        </w:rPr>
        <w:t>:Mark 8:27]]</w:t>
      </w:r>
      <w:r w:rsidRPr="000767E2">
        <w:rPr>
          <w:vertAlign w:val="superscript"/>
          <w:lang w:val="sv-SE"/>
        </w:rPr>
        <w:t>27</w:t>
      </w:r>
      <w:r w:rsidRPr="000767E2">
        <w:rPr>
          <w:lang w:val="sv-SE"/>
        </w:rPr>
        <w:t xml:space="preserve"> {{field-on:bible}}Och </w:t>
      </w:r>
      <w:r w:rsidRPr="000767E2">
        <w:rPr>
          <w:i/>
          <w:lang w:val="sv-SE"/>
        </w:rPr>
        <w:t>sedan</w:t>
      </w:r>
      <w:r w:rsidRPr="000767E2">
        <w:rPr>
          <w:lang w:val="sv-SE"/>
        </w:rPr>
        <w:t xml:space="preserve"> gick Jesus och hans lärjungar ut till byarna vid Caesarea Filippi. Och på vägen frågade han sina lärjungar och sade till dem: ”Vem säger människorna att jag är?”{{field-off:bible}} [[@</w:t>
      </w:r>
      <w:r w:rsidR="0096445B" w:rsidRPr="000767E2">
        <w:rPr>
          <w:lang w:val="sv-SE"/>
        </w:rPr>
        <w:t>BibleBIBEL82</w:t>
      </w:r>
      <w:r w:rsidRPr="000767E2">
        <w:rPr>
          <w:lang w:val="sv-SE"/>
        </w:rPr>
        <w:t>:Mark 8:28]]</w:t>
      </w:r>
      <w:r w:rsidRPr="000767E2">
        <w:rPr>
          <w:vertAlign w:val="superscript"/>
          <w:lang w:val="sv-SE"/>
        </w:rPr>
        <w:t>28</w:t>
      </w:r>
      <w:r w:rsidRPr="000767E2">
        <w:rPr>
          <w:lang w:val="sv-SE"/>
        </w:rPr>
        <w:t xml:space="preserve"> {{field-on:bible}}Och de talade till honom och sade att: ”Johannes Döparen. Och andra Elia, och andra att </w:t>
      </w:r>
      <w:r w:rsidRPr="000767E2">
        <w:rPr>
          <w:i/>
          <w:lang w:val="sv-SE"/>
        </w:rPr>
        <w:t>det är</w:t>
      </w:r>
      <w:r w:rsidRPr="000767E2">
        <w:rPr>
          <w:lang w:val="sv-SE"/>
        </w:rPr>
        <w:t xml:space="preserve"> en av profeterna.”{{field-off:bible}}</w:t>
      </w:r>
    </w:p>
    <w:p w14:paraId="2B77BFEF" w14:textId="47A3FBC5" w:rsidR="00BA33AB" w:rsidRPr="000767E2" w:rsidRDefault="00000000">
      <w:pPr>
        <w:rPr>
          <w:lang w:val="sv-SE"/>
        </w:rPr>
      </w:pPr>
      <w:r w:rsidRPr="000767E2">
        <w:rPr>
          <w:lang w:val="sv-SE"/>
        </w:rPr>
        <w:t>[[@</w:t>
      </w:r>
      <w:r w:rsidR="0096445B" w:rsidRPr="000767E2">
        <w:rPr>
          <w:lang w:val="sv-SE"/>
        </w:rPr>
        <w:t>BibleBIBEL82</w:t>
      </w:r>
      <w:r w:rsidRPr="000767E2">
        <w:rPr>
          <w:lang w:val="sv-SE"/>
        </w:rPr>
        <w:t>:Mark 8:29]]</w:t>
      </w:r>
      <w:r w:rsidRPr="000767E2">
        <w:rPr>
          <w:vertAlign w:val="superscript"/>
          <w:lang w:val="sv-SE"/>
        </w:rPr>
        <w:t>29</w:t>
      </w:r>
      <w:r w:rsidRPr="000767E2">
        <w:rPr>
          <w:lang w:val="sv-SE"/>
        </w:rPr>
        <w:t xml:space="preserve"> {{field-on:bible}}Och själv frågade han dem: ”Och ni? Vem säger ni att jag är?” Petrus svarar och säger till honom: ”Du är Kristus.”{{field-off:bible}} [[@</w:t>
      </w:r>
      <w:r w:rsidR="0096445B" w:rsidRPr="000767E2">
        <w:rPr>
          <w:lang w:val="sv-SE"/>
        </w:rPr>
        <w:t>BibleBIBEL82</w:t>
      </w:r>
      <w:r w:rsidRPr="000767E2">
        <w:rPr>
          <w:lang w:val="sv-SE"/>
        </w:rPr>
        <w:t>:Mark 8:30]]</w:t>
      </w:r>
      <w:r w:rsidRPr="000767E2">
        <w:rPr>
          <w:vertAlign w:val="superscript"/>
          <w:lang w:val="sv-SE"/>
        </w:rPr>
        <w:t>30</w:t>
      </w:r>
      <w:r w:rsidRPr="000767E2">
        <w:rPr>
          <w:lang w:val="sv-SE"/>
        </w:rPr>
        <w:t xml:space="preserve"> {{field-on:bible}}Och han näpste dem, att de inte till någon skulle säga </w:t>
      </w:r>
      <w:r w:rsidRPr="000767E2">
        <w:rPr>
          <w:i/>
          <w:lang w:val="sv-SE"/>
        </w:rPr>
        <w:t>detta</w:t>
      </w:r>
      <w:r w:rsidRPr="000767E2">
        <w:rPr>
          <w:lang w:val="sv-SE"/>
        </w:rPr>
        <w:t xml:space="preserve"> om honom.{{field-off:bible}}</w:t>
      </w:r>
    </w:p>
    <w:p w14:paraId="2C0AF251" w14:textId="77777777" w:rsidR="00BA33AB" w:rsidRPr="000767E2" w:rsidRDefault="00000000">
      <w:pPr>
        <w:pStyle w:val="Rubrik3"/>
        <w:rPr>
          <w:lang w:val="sv-SE"/>
        </w:rPr>
      </w:pPr>
      <w:r w:rsidRPr="000767E2">
        <w:rPr>
          <w:lang w:val="sv-SE"/>
        </w:rPr>
        <w:t>Jesus talar om sin död</w:t>
      </w:r>
    </w:p>
    <w:p w14:paraId="3AFED3A2" w14:textId="2C6F08CB" w:rsidR="00BA33AB" w:rsidRPr="000767E2" w:rsidRDefault="00000000">
      <w:pPr>
        <w:rPr>
          <w:lang w:val="sv-SE"/>
        </w:rPr>
      </w:pPr>
      <w:r w:rsidRPr="000767E2">
        <w:rPr>
          <w:lang w:val="sv-SE"/>
        </w:rPr>
        <w:t>[[@</w:t>
      </w:r>
      <w:r w:rsidR="0096445B" w:rsidRPr="000767E2">
        <w:rPr>
          <w:lang w:val="sv-SE"/>
        </w:rPr>
        <w:t>BibleBIBEL82</w:t>
      </w:r>
      <w:r w:rsidRPr="000767E2">
        <w:rPr>
          <w:lang w:val="sv-SE"/>
        </w:rPr>
        <w:t>:Mark 8:31]]</w:t>
      </w:r>
      <w:r w:rsidRPr="000767E2">
        <w:rPr>
          <w:vertAlign w:val="superscript"/>
          <w:lang w:val="sv-SE"/>
        </w:rPr>
        <w:t>31</w:t>
      </w:r>
      <w:r w:rsidRPr="000767E2">
        <w:rPr>
          <w:lang w:val="sv-SE"/>
        </w:rPr>
        <w:t xml:space="preserve"> {{field-on:bible}}Och han började undervisa dem att: ”Människosonen måste lida mycket, och bli förkastad av de äldste och översteprästerna och de skriftlärda och dödas. Och efter tre dagar uppstå.”{{field-off:bible}} [[@</w:t>
      </w:r>
      <w:r w:rsidR="0096445B" w:rsidRPr="000767E2">
        <w:rPr>
          <w:lang w:val="sv-SE"/>
        </w:rPr>
        <w:t>BibleBIBEL82</w:t>
      </w:r>
      <w:r w:rsidRPr="000767E2">
        <w:rPr>
          <w:lang w:val="sv-SE"/>
        </w:rPr>
        <w:t>:Mark 8:32]]</w:t>
      </w:r>
      <w:r w:rsidRPr="000767E2">
        <w:rPr>
          <w:vertAlign w:val="superscript"/>
          <w:lang w:val="sv-SE"/>
        </w:rPr>
        <w:t>32</w:t>
      </w:r>
      <w:r w:rsidRPr="000767E2">
        <w:rPr>
          <w:lang w:val="sv-SE"/>
        </w:rPr>
        <w:t xml:space="preserve"> {{field-on:bible}}Och öppet talade han ordet.{{field-off:bible}}</w:t>
      </w:r>
    </w:p>
    <w:p w14:paraId="5D09CF42" w14:textId="3987ECAA" w:rsidR="00BA33AB" w:rsidRPr="000767E2" w:rsidRDefault="00000000">
      <w:pPr>
        <w:rPr>
          <w:lang w:val="sv-SE"/>
        </w:rPr>
      </w:pPr>
      <w:r w:rsidRPr="000767E2">
        <w:rPr>
          <w:lang w:val="sv-SE"/>
        </w:rPr>
        <w:t>{{field-on:bible}}Och Petrus tog med honom och började näpsa honom.{{field-off:bible}} [[@</w:t>
      </w:r>
      <w:r w:rsidR="0096445B" w:rsidRPr="000767E2">
        <w:rPr>
          <w:lang w:val="sv-SE"/>
        </w:rPr>
        <w:t>BibleBIBEL82</w:t>
      </w:r>
      <w:r w:rsidRPr="000767E2">
        <w:rPr>
          <w:lang w:val="sv-SE"/>
        </w:rPr>
        <w:t>:Mark 8:33]]</w:t>
      </w:r>
      <w:r w:rsidRPr="000767E2">
        <w:rPr>
          <w:vertAlign w:val="superscript"/>
          <w:lang w:val="sv-SE"/>
        </w:rPr>
        <w:t>33</w:t>
      </w:r>
      <w:r w:rsidRPr="000767E2">
        <w:rPr>
          <w:lang w:val="sv-SE"/>
        </w:rPr>
        <w:t xml:space="preserve"> {{field-on:bible}}Men han vände om och såg sina lärjungar, och näpste Petrus och säger: ”Bege dig efter mig, Satan! För du tänker inte på Guds </w:t>
      </w:r>
      <w:r w:rsidRPr="000767E2">
        <w:rPr>
          <w:i/>
          <w:lang w:val="sv-SE"/>
        </w:rPr>
        <w:t>ting</w:t>
      </w:r>
      <w:r w:rsidRPr="000767E2">
        <w:rPr>
          <w:lang w:val="sv-SE"/>
        </w:rPr>
        <w:t xml:space="preserve"> utan människornas.”{{field-off:bible}}</w:t>
      </w:r>
    </w:p>
    <w:p w14:paraId="5C60F5E9" w14:textId="77777777" w:rsidR="00BA33AB" w:rsidRPr="000767E2" w:rsidRDefault="00000000">
      <w:pPr>
        <w:pStyle w:val="Rubrik3"/>
        <w:rPr>
          <w:lang w:val="sv-SE"/>
        </w:rPr>
      </w:pPr>
      <w:r w:rsidRPr="000767E2">
        <w:rPr>
          <w:lang w:val="sv-SE"/>
        </w:rPr>
        <w:t>Att följa Jesus</w:t>
      </w:r>
    </w:p>
    <w:p w14:paraId="0EC6CACF" w14:textId="01591701" w:rsidR="00BA33AB" w:rsidRPr="000767E2" w:rsidRDefault="00000000">
      <w:pPr>
        <w:rPr>
          <w:lang w:val="sv-SE"/>
        </w:rPr>
      </w:pPr>
      <w:r w:rsidRPr="000767E2">
        <w:rPr>
          <w:lang w:val="sv-SE"/>
        </w:rPr>
        <w:t>[[@</w:t>
      </w:r>
      <w:r w:rsidR="0096445B" w:rsidRPr="000767E2">
        <w:rPr>
          <w:lang w:val="sv-SE"/>
        </w:rPr>
        <w:t>BibleBIBEL82</w:t>
      </w:r>
      <w:r w:rsidRPr="000767E2">
        <w:rPr>
          <w:lang w:val="sv-SE"/>
        </w:rPr>
        <w:t>:Mark 8:34]]</w:t>
      </w:r>
      <w:r w:rsidRPr="000767E2">
        <w:rPr>
          <w:vertAlign w:val="superscript"/>
          <w:lang w:val="sv-SE"/>
        </w:rPr>
        <w:t>34</w:t>
      </w:r>
      <w:r w:rsidRPr="000767E2">
        <w:rPr>
          <w:lang w:val="sv-SE"/>
        </w:rPr>
        <w:t xml:space="preserve"> {{field-on:bible}}Och han kallade till sig skaran med sina lärjungar och sade till dem: ”Om någon vill följa efter mig, ska han förneka sig själv och ta upp sitt kors och följa mig.{{field-off:bible}} [[@</w:t>
      </w:r>
      <w:r w:rsidR="0096445B" w:rsidRPr="000767E2">
        <w:rPr>
          <w:lang w:val="sv-SE"/>
        </w:rPr>
        <w:t>BibleBIBEL82</w:t>
      </w:r>
      <w:r w:rsidRPr="000767E2">
        <w:rPr>
          <w:lang w:val="sv-SE"/>
        </w:rPr>
        <w:t>:Mark 8:35]]</w:t>
      </w:r>
      <w:r w:rsidRPr="000767E2">
        <w:rPr>
          <w:vertAlign w:val="superscript"/>
          <w:lang w:val="sv-SE"/>
        </w:rPr>
        <w:t>35</w:t>
      </w:r>
      <w:r w:rsidRPr="000767E2">
        <w:rPr>
          <w:lang w:val="sv-SE"/>
        </w:rPr>
        <w:t xml:space="preserve"> {{field-on:bible}}För den som vill frälsa sin själ ska förlora den. Men den som förlorar sin själ för min och evangeliets skull ska frälsa den.{{field-off:bible}} [[@</w:t>
      </w:r>
      <w:r w:rsidR="0096445B" w:rsidRPr="000767E2">
        <w:rPr>
          <w:lang w:val="sv-SE"/>
        </w:rPr>
        <w:t>BibleBIBEL82</w:t>
      </w:r>
      <w:r w:rsidRPr="000767E2">
        <w:rPr>
          <w:lang w:val="sv-SE"/>
        </w:rPr>
        <w:t>:Mark 8:36]]</w:t>
      </w:r>
      <w:r w:rsidRPr="000767E2">
        <w:rPr>
          <w:vertAlign w:val="superscript"/>
          <w:lang w:val="sv-SE"/>
        </w:rPr>
        <w:t>36</w:t>
      </w:r>
      <w:r w:rsidRPr="000767E2">
        <w:rPr>
          <w:lang w:val="sv-SE"/>
        </w:rPr>
        <w:t xml:space="preserve"> {{field-on:bible}}För vad nytta gör det att en människa vinner hela världen och mister sin själ?{{field-off:bible}} [[@</w:t>
      </w:r>
      <w:r w:rsidR="0096445B" w:rsidRPr="000767E2">
        <w:rPr>
          <w:lang w:val="sv-SE"/>
        </w:rPr>
        <w:t>BibleBIBEL82</w:t>
      </w:r>
      <w:r w:rsidRPr="000767E2">
        <w:rPr>
          <w:lang w:val="sv-SE"/>
        </w:rPr>
        <w:t>:Mark 8:37]]</w:t>
      </w:r>
      <w:r w:rsidRPr="000767E2">
        <w:rPr>
          <w:vertAlign w:val="superscript"/>
          <w:lang w:val="sv-SE"/>
        </w:rPr>
        <w:t>37</w:t>
      </w:r>
      <w:r w:rsidRPr="000767E2">
        <w:rPr>
          <w:lang w:val="sv-SE"/>
        </w:rPr>
        <w:t xml:space="preserve"> {{field-on:bible}}För vad kan en människa ge i utbyte för sin själ?{{field-off:bible}} [[@</w:t>
      </w:r>
      <w:r w:rsidR="0096445B" w:rsidRPr="000767E2">
        <w:rPr>
          <w:lang w:val="sv-SE"/>
        </w:rPr>
        <w:t>BibleBIBEL82</w:t>
      </w:r>
      <w:r w:rsidRPr="000767E2">
        <w:rPr>
          <w:lang w:val="sv-SE"/>
        </w:rPr>
        <w:t>:Mark 8:38]]</w:t>
      </w:r>
      <w:r w:rsidRPr="000767E2">
        <w:rPr>
          <w:vertAlign w:val="superscript"/>
          <w:lang w:val="sv-SE"/>
        </w:rPr>
        <w:t>38</w:t>
      </w:r>
      <w:r w:rsidRPr="000767E2">
        <w:rPr>
          <w:lang w:val="sv-SE"/>
        </w:rPr>
        <w:t xml:space="preserve"> {{field-on:bible}}För den som skäms för mig och mina ord i detta äktenskapsbrytande och syndiga släkte, honom ska också Människosonen skämmas för när han kommer i sin Fars härlighet med de heliga änglarna.”{{field-off:bible}}</w:t>
      </w:r>
    </w:p>
    <w:p w14:paraId="7B5F0E89" w14:textId="51BD3327"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:Mark 9]]Kapitel 9</w:t>
      </w:r>
    </w:p>
    <w:p w14:paraId="08BD8579" w14:textId="77777777" w:rsidR="00BA33AB" w:rsidRPr="000767E2" w:rsidRDefault="00000000">
      <w:pPr>
        <w:pStyle w:val="Rubrik3"/>
        <w:rPr>
          <w:lang w:val="sv-SE"/>
        </w:rPr>
      </w:pPr>
      <w:r w:rsidRPr="000767E2">
        <w:rPr>
          <w:lang w:val="sv-SE"/>
        </w:rPr>
        <w:t>Jesus visar sin härlighet</w:t>
      </w:r>
    </w:p>
    <w:p w14:paraId="69B6356B" w14:textId="22607D6A" w:rsidR="00BA33AB" w:rsidRPr="000767E2" w:rsidRDefault="00000000">
      <w:pPr>
        <w:rPr>
          <w:lang w:val="sv-SE"/>
        </w:rPr>
      </w:pPr>
      <w:r w:rsidRPr="000767E2">
        <w:rPr>
          <w:lang w:val="sv-SE"/>
        </w:rPr>
        <w:t>[[@</w:t>
      </w:r>
      <w:r w:rsidR="0096445B" w:rsidRPr="000767E2">
        <w:rPr>
          <w:lang w:val="sv-SE"/>
        </w:rPr>
        <w:t>BibleBIBEL82</w:t>
      </w:r>
      <w:r w:rsidRPr="000767E2">
        <w:rPr>
          <w:lang w:val="sv-SE"/>
        </w:rPr>
        <w:t>:Mark 9:1]]</w:t>
      </w:r>
      <w:r w:rsidRPr="000767E2">
        <w:rPr>
          <w:vertAlign w:val="superscript"/>
          <w:lang w:val="sv-SE"/>
        </w:rPr>
        <w:t>1</w:t>
      </w:r>
      <w:r w:rsidRPr="000767E2">
        <w:rPr>
          <w:lang w:val="sv-SE"/>
        </w:rPr>
        <w:t xml:space="preserve"> {{field-on:bible}}Och han sade till dem: ”Amen, jag säger er att det finns några av dem som står här som alls inte ska smaka döden förrän de sett Guds rike kommet med kraft.”{{field-off:bible}}</w:t>
      </w:r>
    </w:p>
    <w:p w14:paraId="0E2C2822" w14:textId="48D54D92" w:rsidR="00BA33AB" w:rsidRPr="000767E2" w:rsidRDefault="00000000">
      <w:pPr>
        <w:rPr>
          <w:lang w:val="sv-SE"/>
        </w:rPr>
      </w:pPr>
      <w:r w:rsidRPr="000767E2">
        <w:rPr>
          <w:lang w:val="sv-SE"/>
        </w:rPr>
        <w:t>[[@</w:t>
      </w:r>
      <w:r w:rsidR="0096445B" w:rsidRPr="000767E2">
        <w:rPr>
          <w:lang w:val="sv-SE"/>
        </w:rPr>
        <w:t>BibleBIBEL82</w:t>
      </w:r>
      <w:r w:rsidRPr="000767E2">
        <w:rPr>
          <w:lang w:val="sv-SE"/>
        </w:rPr>
        <w:t>:Mark 9:2]]</w:t>
      </w:r>
      <w:r w:rsidRPr="000767E2">
        <w:rPr>
          <w:vertAlign w:val="superscript"/>
          <w:lang w:val="sv-SE"/>
        </w:rPr>
        <w:t>2</w:t>
      </w:r>
      <w:r w:rsidRPr="000767E2">
        <w:rPr>
          <w:lang w:val="sv-SE"/>
        </w:rPr>
        <w:t xml:space="preserve"> {{field-on:bible}}Och efter sex dagar tar Jesus med Petrus och Jakob och Johannes och för dem upp på ett högt berg enskilt, ensamma. Och han förvandlades inför dem,{{field-off:bible}} [[@</w:t>
      </w:r>
      <w:r w:rsidR="0096445B" w:rsidRPr="000767E2">
        <w:rPr>
          <w:lang w:val="sv-SE"/>
        </w:rPr>
        <w:t>BibleBIBEL82</w:t>
      </w:r>
      <w:r w:rsidRPr="000767E2">
        <w:rPr>
          <w:lang w:val="sv-SE"/>
        </w:rPr>
        <w:t>:Mark 9:3]]</w:t>
      </w:r>
      <w:r w:rsidRPr="000767E2">
        <w:rPr>
          <w:vertAlign w:val="superscript"/>
          <w:lang w:val="sv-SE"/>
        </w:rPr>
        <w:t>3</w:t>
      </w:r>
      <w:r w:rsidRPr="000767E2">
        <w:rPr>
          <w:lang w:val="sv-SE"/>
        </w:rPr>
        <w:t xml:space="preserve"> {{field-on:bible}}och hans kläder blev väldigt glimmande vita, sådana </w:t>
      </w:r>
      <w:r w:rsidRPr="000767E2">
        <w:rPr>
          <w:i/>
          <w:lang w:val="sv-SE"/>
        </w:rPr>
        <w:t>att</w:t>
      </w:r>
      <w:r w:rsidRPr="000767E2">
        <w:rPr>
          <w:lang w:val="sv-SE"/>
        </w:rPr>
        <w:t xml:space="preserve"> en tygberedare på jorden inte kan göra så vitt.{{field-off:bible}} [[@</w:t>
      </w:r>
      <w:r w:rsidR="0096445B" w:rsidRPr="000767E2">
        <w:rPr>
          <w:lang w:val="sv-SE"/>
        </w:rPr>
        <w:t>BibleBIBEL82</w:t>
      </w:r>
      <w:r w:rsidRPr="000767E2">
        <w:rPr>
          <w:lang w:val="sv-SE"/>
        </w:rPr>
        <w:t>:Mark 9:4]]</w:t>
      </w:r>
      <w:r w:rsidRPr="000767E2">
        <w:rPr>
          <w:vertAlign w:val="superscript"/>
          <w:lang w:val="sv-SE"/>
        </w:rPr>
        <w:t>4</w:t>
      </w:r>
      <w:r w:rsidRPr="000767E2">
        <w:rPr>
          <w:lang w:val="sv-SE"/>
        </w:rPr>
        <w:t xml:space="preserve"> {{field-on:bible}}Och </w:t>
      </w:r>
      <w:r w:rsidRPr="000767E2">
        <w:rPr>
          <w:i/>
          <w:lang w:val="sv-SE"/>
        </w:rPr>
        <w:t>där</w:t>
      </w:r>
      <w:r w:rsidRPr="000767E2">
        <w:rPr>
          <w:lang w:val="sv-SE"/>
        </w:rPr>
        <w:t xml:space="preserve"> visade sig för dem Elia med Mose, och de var och samtalade med Jesus.{{field-off:bible}}</w:t>
      </w:r>
    </w:p>
    <w:p w14:paraId="4F0C6729" w14:textId="23373FCF" w:rsidR="00BA33AB" w:rsidRPr="000767E2" w:rsidRDefault="00000000">
      <w:pPr>
        <w:rPr>
          <w:lang w:val="sv-SE"/>
        </w:rPr>
      </w:pPr>
      <w:r w:rsidRPr="000767E2">
        <w:rPr>
          <w:lang w:val="sv-SE"/>
        </w:rPr>
        <w:t>[[@</w:t>
      </w:r>
      <w:r w:rsidR="0096445B" w:rsidRPr="000767E2">
        <w:rPr>
          <w:lang w:val="sv-SE"/>
        </w:rPr>
        <w:t>BibleBIBEL82</w:t>
      </w:r>
      <w:r w:rsidRPr="000767E2">
        <w:rPr>
          <w:lang w:val="sv-SE"/>
        </w:rPr>
        <w:t>:Mark 9:5]]</w:t>
      </w:r>
      <w:r w:rsidRPr="000767E2">
        <w:rPr>
          <w:vertAlign w:val="superscript"/>
          <w:lang w:val="sv-SE"/>
        </w:rPr>
        <w:t>5</w:t>
      </w:r>
      <w:r w:rsidRPr="000767E2">
        <w:rPr>
          <w:lang w:val="sv-SE"/>
        </w:rPr>
        <w:t xml:space="preserve"> {{field-on:bible}}Och </w:t>
      </w:r>
      <w:r w:rsidRPr="000767E2">
        <w:rPr>
          <w:i/>
          <w:lang w:val="sv-SE"/>
        </w:rPr>
        <w:t>då</w:t>
      </w:r>
      <w:r w:rsidRPr="000767E2">
        <w:rPr>
          <w:lang w:val="sv-SE"/>
        </w:rPr>
        <w:t xml:space="preserve"> svarar Petrus och säger till Jesus: ”Rabbi, det är fint att vi är här. Och låt oss göra tre hyddor: åt dig en, och åt Mose en, och åt Elia en.”{{field-off:bible}} [[@</w:t>
      </w:r>
      <w:r w:rsidR="0096445B" w:rsidRPr="000767E2">
        <w:rPr>
          <w:lang w:val="sv-SE"/>
        </w:rPr>
        <w:t>BibleBIBEL82</w:t>
      </w:r>
      <w:r w:rsidRPr="000767E2">
        <w:rPr>
          <w:lang w:val="sv-SE"/>
        </w:rPr>
        <w:t>:Mark 9:6]]</w:t>
      </w:r>
      <w:r w:rsidRPr="000767E2">
        <w:rPr>
          <w:vertAlign w:val="superscript"/>
          <w:lang w:val="sv-SE"/>
        </w:rPr>
        <w:t>6</w:t>
      </w:r>
      <w:r w:rsidRPr="000767E2">
        <w:rPr>
          <w:lang w:val="sv-SE"/>
        </w:rPr>
        <w:t xml:space="preserve"> {{field-on:bible}}För han visste inte vad han svarade, för skräckslagna hade de blivit.{{field-off:bible}} [[@</w:t>
      </w:r>
      <w:r w:rsidR="0096445B" w:rsidRPr="000767E2">
        <w:rPr>
          <w:lang w:val="sv-SE"/>
        </w:rPr>
        <w:t>BibleBIBEL82</w:t>
      </w:r>
      <w:r w:rsidRPr="000767E2">
        <w:rPr>
          <w:lang w:val="sv-SE"/>
        </w:rPr>
        <w:t>:Mark 9:7]]</w:t>
      </w:r>
      <w:r w:rsidRPr="000767E2">
        <w:rPr>
          <w:vertAlign w:val="superscript"/>
          <w:lang w:val="sv-SE"/>
        </w:rPr>
        <w:t>7</w:t>
      </w:r>
      <w:r w:rsidRPr="000767E2">
        <w:rPr>
          <w:lang w:val="sv-SE"/>
        </w:rPr>
        <w:t xml:space="preserve"> {{field-on:bible}}Och det kom ett moln som överskuggade dem, och det kom en röst ur molnet: ”Denne är min Son, den Älskade. Lyssna till honom!”{{field-off:bible}} [[@</w:t>
      </w:r>
      <w:r w:rsidR="0096445B" w:rsidRPr="000767E2">
        <w:rPr>
          <w:lang w:val="sv-SE"/>
        </w:rPr>
        <w:t>BibleBIBEL82</w:t>
      </w:r>
      <w:r w:rsidRPr="000767E2">
        <w:rPr>
          <w:lang w:val="sv-SE"/>
        </w:rPr>
        <w:t>:Mark 9:8]]</w:t>
      </w:r>
      <w:r w:rsidRPr="000767E2">
        <w:rPr>
          <w:vertAlign w:val="superscript"/>
          <w:lang w:val="sv-SE"/>
        </w:rPr>
        <w:t>8</w:t>
      </w:r>
      <w:r w:rsidRPr="000767E2">
        <w:rPr>
          <w:lang w:val="sv-SE"/>
        </w:rPr>
        <w:t xml:space="preserve"> {{field-on:bible}}Och plötsligt, när de såg sig omkring, såg de inte längre någon utan Jesus ensam med dem.{{field-off:bible}}</w:t>
      </w:r>
    </w:p>
    <w:p w14:paraId="29DE5C53" w14:textId="09B9CB2A" w:rsidR="00BA33AB" w:rsidRPr="000767E2" w:rsidRDefault="00000000">
      <w:pPr>
        <w:rPr>
          <w:lang w:val="sv-SE"/>
        </w:rPr>
      </w:pPr>
      <w:r w:rsidRPr="000767E2">
        <w:rPr>
          <w:lang w:val="sv-SE"/>
        </w:rPr>
        <w:t>[[@</w:t>
      </w:r>
      <w:r w:rsidR="0096445B" w:rsidRPr="000767E2">
        <w:rPr>
          <w:lang w:val="sv-SE"/>
        </w:rPr>
        <w:t>BibleBIBEL82</w:t>
      </w:r>
      <w:r w:rsidRPr="000767E2">
        <w:rPr>
          <w:lang w:val="sv-SE"/>
        </w:rPr>
        <w:t>:Mark 9:9]]</w:t>
      </w:r>
      <w:r w:rsidRPr="000767E2">
        <w:rPr>
          <w:vertAlign w:val="superscript"/>
          <w:lang w:val="sv-SE"/>
        </w:rPr>
        <w:t>9</w:t>
      </w:r>
      <w:r w:rsidRPr="000767E2">
        <w:rPr>
          <w:lang w:val="sv-SE"/>
        </w:rPr>
        <w:t xml:space="preserve"> {{field-on:bible}}Och när de gick ner från berget, kommenderade han dem att inte för någon skildra det de hade sett, utom när Människosonen uppstått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:Mark 9:10]]</w:t>
      </w:r>
      <w:r w:rsidRPr="000767E2">
        <w:rPr>
          <w:vertAlign w:val="superscript"/>
          <w:lang w:val="sv-SE"/>
        </w:rPr>
        <w:t>10</w:t>
      </w:r>
      <w:r w:rsidRPr="000767E2">
        <w:rPr>
          <w:lang w:val="sv-SE"/>
        </w:rPr>
        <w:t xml:space="preserve"> {{field-on:bible}}Och </w:t>
      </w:r>
      <w:r w:rsidRPr="000767E2">
        <w:rPr>
          <w:i/>
          <w:lang w:val="sv-SE"/>
        </w:rPr>
        <w:t>det</w:t>
      </w:r>
      <w:r w:rsidRPr="000767E2">
        <w:rPr>
          <w:lang w:val="sv-SE"/>
        </w:rPr>
        <w:t xml:space="preserve"> ordet höll de fast vid och diskuterade med varann vad det är att uppstå från </w:t>
      </w:r>
      <w:r w:rsidRPr="000767E2">
        <w:rPr>
          <w:i/>
          <w:lang w:val="sv-SE"/>
        </w:rPr>
        <w:t>de</w:t>
      </w:r>
      <w:r w:rsidRPr="000767E2">
        <w:rPr>
          <w:lang w:val="sv-SE"/>
        </w:rPr>
        <w:t xml:space="preserve"> döda.{{field-off:bible}}</w:t>
      </w:r>
    </w:p>
    <w:p w14:paraId="52889A1E" w14:textId="4391FB0D" w:rsidR="00BA33AB" w:rsidRPr="000767E2" w:rsidRDefault="00000000">
      <w:pPr>
        <w:rPr>
          <w:lang w:val="sv-SE"/>
        </w:rPr>
      </w:pPr>
      <w:r w:rsidRPr="000767E2">
        <w:rPr>
          <w:lang w:val="sv-SE"/>
        </w:rPr>
        <w:t>[[@</w:t>
      </w:r>
      <w:r w:rsidR="0096445B" w:rsidRPr="000767E2">
        <w:rPr>
          <w:lang w:val="sv-SE"/>
        </w:rPr>
        <w:t>BibleBIBEL82</w:t>
      </w:r>
      <w:r w:rsidRPr="000767E2">
        <w:rPr>
          <w:lang w:val="sv-SE"/>
        </w:rPr>
        <w:t>:Mark 9:11]]</w:t>
      </w:r>
      <w:r w:rsidRPr="000767E2">
        <w:rPr>
          <w:vertAlign w:val="superscript"/>
          <w:lang w:val="sv-SE"/>
        </w:rPr>
        <w:t>11</w:t>
      </w:r>
      <w:r w:rsidRPr="000767E2">
        <w:rPr>
          <w:lang w:val="sv-SE"/>
        </w:rPr>
        <w:t xml:space="preserve"> {{field-on:bible}}Och de frågade honom och sade: ”Varför säger de skriftlärda att Elia måste komma först?”{{field-off:bible}} [[@</w:t>
      </w:r>
      <w:r w:rsidR="0096445B" w:rsidRPr="000767E2">
        <w:rPr>
          <w:lang w:val="sv-SE"/>
        </w:rPr>
        <w:t>BibleBIBEL82</w:t>
      </w:r>
      <w:r w:rsidRPr="000767E2">
        <w:rPr>
          <w:lang w:val="sv-SE"/>
        </w:rPr>
        <w:t>:Mark 9:12]]</w:t>
      </w:r>
      <w:r w:rsidRPr="000767E2">
        <w:rPr>
          <w:vertAlign w:val="superscript"/>
          <w:lang w:val="sv-SE"/>
        </w:rPr>
        <w:t>12</w:t>
      </w:r>
      <w:r w:rsidRPr="000767E2">
        <w:rPr>
          <w:lang w:val="sv-SE"/>
        </w:rPr>
        <w:t xml:space="preserve"> {{field-on:bible}}Och han sade till dem: ”Elia kommer först och återställer allt. Och hur är det skrivet om Människosonen? Att han ska lida mycket och föraktas.{{field-off:bible}} [[@</w:t>
      </w:r>
      <w:r w:rsidR="0096445B" w:rsidRPr="000767E2">
        <w:rPr>
          <w:lang w:val="sv-SE"/>
        </w:rPr>
        <w:t>BibleBIBEL82</w:t>
      </w:r>
      <w:r w:rsidRPr="000767E2">
        <w:rPr>
          <w:lang w:val="sv-SE"/>
        </w:rPr>
        <w:t>:Mark 9:13]]</w:t>
      </w:r>
      <w:r w:rsidRPr="000767E2">
        <w:rPr>
          <w:vertAlign w:val="superscript"/>
          <w:lang w:val="sv-SE"/>
        </w:rPr>
        <w:t>13</w:t>
      </w:r>
      <w:r w:rsidRPr="000767E2">
        <w:rPr>
          <w:lang w:val="sv-SE"/>
        </w:rPr>
        <w:t xml:space="preserve"> {{field-on:bible}}Men jag säger er att Elia också har kommit. Och de gjorde med honom vad de ville, så som det är skrivet om honom.”{{field-off:bible}}</w:t>
      </w:r>
    </w:p>
    <w:p w14:paraId="5D8D530E" w14:textId="77777777" w:rsidR="00BA33AB" w:rsidRPr="000767E2" w:rsidRDefault="00000000">
      <w:pPr>
        <w:pStyle w:val="Rubrik3"/>
        <w:rPr>
          <w:lang w:val="sv-SE"/>
        </w:rPr>
      </w:pPr>
      <w:r w:rsidRPr="000767E2">
        <w:rPr>
          <w:lang w:val="sv-SE"/>
        </w:rPr>
        <w:t>Jesus botar en stum son</w:t>
      </w:r>
    </w:p>
    <w:p w14:paraId="11B817FB" w14:textId="7466626B" w:rsidR="00BA33AB" w:rsidRPr="000767E2" w:rsidRDefault="00000000">
      <w:pPr>
        <w:rPr>
          <w:lang w:val="sv-SE"/>
        </w:rPr>
      </w:pPr>
      <w:r w:rsidRPr="000767E2">
        <w:rPr>
          <w:lang w:val="sv-SE"/>
        </w:rPr>
        <w:t>[[@</w:t>
      </w:r>
      <w:r w:rsidR="0096445B" w:rsidRPr="000767E2">
        <w:rPr>
          <w:lang w:val="sv-SE"/>
        </w:rPr>
        <w:t>BibleBIBEL82</w:t>
      </w:r>
      <w:r w:rsidRPr="000767E2">
        <w:rPr>
          <w:lang w:val="sv-SE"/>
        </w:rPr>
        <w:t>:Mark 9:14]]</w:t>
      </w:r>
      <w:r w:rsidRPr="000767E2">
        <w:rPr>
          <w:vertAlign w:val="superscript"/>
          <w:lang w:val="sv-SE"/>
        </w:rPr>
        <w:t>14</w:t>
      </w:r>
      <w:r w:rsidRPr="000767E2">
        <w:rPr>
          <w:lang w:val="sv-SE"/>
        </w:rPr>
        <w:t xml:space="preserve"> {{field-on:bible}}Och de kom till lärjungarna och såg en stor skara omkring dem, och skriftlärda som diskuterade med dem.{{field-off:bible}} [[@</w:t>
      </w:r>
      <w:r w:rsidR="0096445B" w:rsidRPr="000767E2">
        <w:rPr>
          <w:lang w:val="sv-SE"/>
        </w:rPr>
        <w:t>BibleBIBEL82</w:t>
      </w:r>
      <w:r w:rsidRPr="000767E2">
        <w:rPr>
          <w:lang w:val="sv-SE"/>
        </w:rPr>
        <w:t>:Mark 9:15]]</w:t>
      </w:r>
      <w:r w:rsidRPr="000767E2">
        <w:rPr>
          <w:vertAlign w:val="superscript"/>
          <w:lang w:val="sv-SE"/>
        </w:rPr>
        <w:t>15</w:t>
      </w:r>
      <w:r w:rsidRPr="000767E2">
        <w:rPr>
          <w:lang w:val="sv-SE"/>
        </w:rPr>
        <w:t xml:space="preserve"> {{field-on:bible}}Och direkt blev hela skaran, när de såg honom, helt bestörta och sprang fram och hälsade honom.{{field-off:bible}} [[@</w:t>
      </w:r>
      <w:r w:rsidR="0096445B" w:rsidRPr="000767E2">
        <w:rPr>
          <w:lang w:val="sv-SE"/>
        </w:rPr>
        <w:t>BibleBIBEL82</w:t>
      </w:r>
      <w:r w:rsidRPr="000767E2">
        <w:rPr>
          <w:lang w:val="sv-SE"/>
        </w:rPr>
        <w:t>:Mark 9:16]]</w:t>
      </w:r>
      <w:r w:rsidRPr="000767E2">
        <w:rPr>
          <w:vertAlign w:val="superscript"/>
          <w:lang w:val="sv-SE"/>
        </w:rPr>
        <w:t>16</w:t>
      </w:r>
      <w:r w:rsidRPr="000767E2">
        <w:rPr>
          <w:lang w:val="sv-SE"/>
        </w:rPr>
        <w:t xml:space="preserve"> {{field-on:bible}}Och han frågade dem: ”Vad diskuterar ni med dem?”{{field-off:bible}}</w:t>
      </w:r>
    </w:p>
    <w:p w14:paraId="5E7CAE21" w14:textId="22F311E8"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9:17]]</w:t>
      </w:r>
      <w:r w:rsidRPr="000767E2">
        <w:rPr>
          <w:vertAlign w:val="superscript"/>
          <w:lang w:val="sv-SE"/>
        </w:rPr>
        <w:t>17</w:t>
      </w:r>
      <w:r w:rsidRPr="000767E2">
        <w:rPr>
          <w:lang w:val="sv-SE"/>
        </w:rPr>
        <w:t xml:space="preserve"> {{field-on:bible}}Och </w:t>
      </w:r>
      <w:r w:rsidRPr="000767E2">
        <w:rPr>
          <w:i/>
          <w:lang w:val="sv-SE"/>
        </w:rPr>
        <w:t>då</w:t>
      </w:r>
      <w:r w:rsidRPr="000767E2">
        <w:rPr>
          <w:lang w:val="sv-SE"/>
        </w:rPr>
        <w:t xml:space="preserve"> svarade honom en ur skaran: ”Lärare, jag har fört min son till dig, och han har en icke talande ande.{{field-off:bible}} [[@</w:t>
      </w:r>
      <w:r w:rsidR="0096445B" w:rsidRPr="000767E2">
        <w:rPr>
          <w:lang w:val="sv-SE"/>
        </w:rPr>
        <w:t>BibleBIBEL82</w:t>
      </w:r>
      <w:r w:rsidRPr="000767E2">
        <w:rPr>
          <w:lang w:val="sv-SE"/>
        </w:rPr>
        <w:t>:Mark 9:18]]</w:t>
      </w:r>
      <w:r w:rsidRPr="000767E2">
        <w:rPr>
          <w:vertAlign w:val="superscript"/>
          <w:lang w:val="sv-SE"/>
        </w:rPr>
        <w:t>18</w:t>
      </w:r>
      <w:r w:rsidRPr="000767E2">
        <w:rPr>
          <w:lang w:val="sv-SE"/>
        </w:rPr>
        <w:t xml:space="preserve"> {{field-on:bible}}Och varhelst den griper honom sliter den omkull honom, och han fradgar och knirkar tänderna och skrumpnar </w:t>
      </w:r>
      <w:r w:rsidRPr="000767E2">
        <w:rPr>
          <w:i/>
          <w:lang w:val="sv-SE"/>
        </w:rPr>
        <w:t>ihop</w:t>
      </w:r>
      <w:r w:rsidRPr="000767E2">
        <w:rPr>
          <w:lang w:val="sv-SE"/>
        </w:rPr>
        <w:t>. Och jag sade till dina lärjungar att den ska de driva ut, och de mäktade inte.”{{field-off:bible}} [[@</w:t>
      </w:r>
      <w:r w:rsidR="0096445B" w:rsidRPr="000767E2">
        <w:rPr>
          <w:lang w:val="sv-SE"/>
        </w:rPr>
        <w:t>BibleBIBEL82</w:t>
      </w:r>
      <w:r w:rsidRPr="000767E2">
        <w:rPr>
          <w:lang w:val="sv-SE"/>
        </w:rPr>
        <w:t>:Mark 9:19]]</w:t>
      </w:r>
      <w:r w:rsidRPr="000767E2">
        <w:rPr>
          <w:vertAlign w:val="superscript"/>
          <w:lang w:val="sv-SE"/>
        </w:rPr>
        <w:t>19</w:t>
      </w:r>
      <w:r w:rsidRPr="000767E2">
        <w:rPr>
          <w:lang w:val="sv-SE"/>
        </w:rPr>
        <w:t xml:space="preserve"> {{field-on:bible}}Och han svarar dem och säger: ”O otroende släkte, hur länge ska jag vara hos er? Hur länge ska jag stå ut med er? För honom till mig.”{{field-off:bible}} [[@</w:t>
      </w:r>
      <w:r w:rsidR="0096445B" w:rsidRPr="000767E2">
        <w:rPr>
          <w:lang w:val="sv-SE"/>
        </w:rPr>
        <w:t>BibleBIBEL82</w:t>
      </w:r>
      <w:r w:rsidRPr="000767E2">
        <w:rPr>
          <w:lang w:val="sv-SE"/>
        </w:rPr>
        <w:t>:Mark 9:20]]</w:t>
      </w:r>
      <w:r w:rsidRPr="000767E2">
        <w:rPr>
          <w:vertAlign w:val="superscript"/>
          <w:lang w:val="sv-SE"/>
        </w:rPr>
        <w:t>20</w:t>
      </w:r>
      <w:r w:rsidRPr="000767E2">
        <w:rPr>
          <w:lang w:val="sv-SE"/>
        </w:rPr>
        <w:t xml:space="preserve"> {{field-on:bible}}Och de förde honom till honom.{{field-off:bible}}</w:t>
      </w:r>
    </w:p>
    <w:p w14:paraId="70311FCC" w14:textId="1FEB61CB" w:rsidR="00BA33AB" w:rsidRPr="000767E2" w:rsidRDefault="00000000">
      <w:pPr>
        <w:rPr>
          <w:lang w:val="sv-SE"/>
        </w:rPr>
      </w:pPr>
      <w:r w:rsidRPr="000767E2">
        <w:rPr>
          <w:lang w:val="sv-SE"/>
        </w:rPr>
        <w:t>{{field-on:bible}}Och när anden såg honom, direkt ruskade den om honom, och han föll till jorden och rullade sig och fradgade.{{field-off:bible}} [[@</w:t>
      </w:r>
      <w:r w:rsidR="0096445B" w:rsidRPr="000767E2">
        <w:rPr>
          <w:lang w:val="sv-SE"/>
        </w:rPr>
        <w:t>BibleBIBEL82</w:t>
      </w:r>
      <w:r w:rsidRPr="000767E2">
        <w:rPr>
          <w:lang w:val="sv-SE"/>
        </w:rPr>
        <w:t>:Mark 9:21]]</w:t>
      </w:r>
      <w:r w:rsidRPr="000767E2">
        <w:rPr>
          <w:vertAlign w:val="superscript"/>
          <w:lang w:val="sv-SE"/>
        </w:rPr>
        <w:t>21</w:t>
      </w:r>
      <w:r w:rsidRPr="000767E2">
        <w:rPr>
          <w:lang w:val="sv-SE"/>
        </w:rPr>
        <w:t xml:space="preserve"> {{field-on:bible}}Och han frågade hans far: ”Hur lång tid är det som detta har hänt honom?” Och han sade: ”Sedan barndomen.{{field-off:bible}} [[@</w:t>
      </w:r>
      <w:r w:rsidR="0096445B" w:rsidRPr="000767E2">
        <w:rPr>
          <w:lang w:val="sv-SE"/>
        </w:rPr>
        <w:t>BibleBIBEL82</w:t>
      </w:r>
      <w:r w:rsidRPr="000767E2">
        <w:rPr>
          <w:lang w:val="sv-SE"/>
        </w:rPr>
        <w:t>:Mark 9:22]]</w:t>
      </w:r>
      <w:r w:rsidRPr="000767E2">
        <w:rPr>
          <w:vertAlign w:val="superscript"/>
          <w:lang w:val="sv-SE"/>
        </w:rPr>
        <w:t>22</w:t>
      </w:r>
      <w:r w:rsidRPr="000767E2">
        <w:rPr>
          <w:lang w:val="sv-SE"/>
        </w:rPr>
        <w:t xml:space="preserve"> {{field-on:bible}}Och många gånger har den kastat honom både i eld och i vatten för att förgöra honom. Men om du kan </w:t>
      </w:r>
      <w:r w:rsidRPr="000767E2">
        <w:rPr>
          <w:i/>
          <w:lang w:val="sv-SE"/>
        </w:rPr>
        <w:t>göra</w:t>
      </w:r>
      <w:r w:rsidRPr="000767E2">
        <w:rPr>
          <w:lang w:val="sv-SE"/>
        </w:rPr>
        <w:t xml:space="preserve"> något, hjälp oss och känn med oss!”{{field-off:bible}} [[@</w:t>
      </w:r>
      <w:r w:rsidR="0096445B" w:rsidRPr="000767E2">
        <w:rPr>
          <w:lang w:val="sv-SE"/>
        </w:rPr>
        <w:t>BibleBIBEL82</w:t>
      </w:r>
      <w:r w:rsidRPr="000767E2">
        <w:rPr>
          <w:lang w:val="sv-SE"/>
        </w:rPr>
        <w:t>:Mark 9:23]]</w:t>
      </w:r>
      <w:r w:rsidRPr="000767E2">
        <w:rPr>
          <w:vertAlign w:val="superscript"/>
          <w:lang w:val="sv-SE"/>
        </w:rPr>
        <w:t>23</w:t>
      </w:r>
      <w:r w:rsidRPr="000767E2">
        <w:rPr>
          <w:lang w:val="sv-SE"/>
        </w:rPr>
        <w:t xml:space="preserve"> {{field-on:bible}}Men Jesus sade till honom: ”Om du kan? Allt </w:t>
      </w:r>
      <w:r w:rsidRPr="000767E2">
        <w:rPr>
          <w:i/>
          <w:lang w:val="sv-SE"/>
        </w:rPr>
        <w:t>är</w:t>
      </w:r>
      <w:r w:rsidRPr="000767E2">
        <w:rPr>
          <w:lang w:val="sv-SE"/>
        </w:rPr>
        <w:t xml:space="preserve"> möjligt för den som tror.”{{field-off:bible}} [[@</w:t>
      </w:r>
      <w:r w:rsidR="0096445B" w:rsidRPr="000767E2">
        <w:rPr>
          <w:lang w:val="sv-SE"/>
        </w:rPr>
        <w:t>BibleBIBEL82</w:t>
      </w:r>
      <w:r w:rsidRPr="000767E2">
        <w:rPr>
          <w:lang w:val="sv-SE"/>
        </w:rPr>
        <w:t>:Mark 9:24]]</w:t>
      </w:r>
      <w:r w:rsidRPr="000767E2">
        <w:rPr>
          <w:vertAlign w:val="superscript"/>
          <w:lang w:val="sv-SE"/>
        </w:rPr>
        <w:t>24</w:t>
      </w:r>
      <w:r w:rsidRPr="000767E2">
        <w:rPr>
          <w:lang w:val="sv-SE"/>
        </w:rPr>
        <w:t xml:space="preserve"> {{field-on:bible}}Direkt skrek barnets far och sade: ”Jag tror! Hjälp min otro!”{{field-off:bible}}</w:t>
      </w:r>
    </w:p>
    <w:p w14:paraId="279DBFF5" w14:textId="71D26581" w:rsidR="00BA33AB" w:rsidRPr="000767E2" w:rsidRDefault="00000000">
      <w:pPr>
        <w:rPr>
          <w:lang w:val="sv-SE"/>
        </w:rPr>
      </w:pPr>
      <w:r w:rsidRPr="000767E2">
        <w:rPr>
          <w:lang w:val="sv-SE"/>
        </w:rPr>
        <w:t>[[@</w:t>
      </w:r>
      <w:r w:rsidR="0096445B" w:rsidRPr="000767E2">
        <w:rPr>
          <w:lang w:val="sv-SE"/>
        </w:rPr>
        <w:t>BibleBIBEL82</w:t>
      </w:r>
      <w:r w:rsidRPr="000767E2">
        <w:rPr>
          <w:lang w:val="sv-SE"/>
        </w:rPr>
        <w:t>:Mark 9:25]]</w:t>
      </w:r>
      <w:r w:rsidRPr="000767E2">
        <w:rPr>
          <w:vertAlign w:val="superscript"/>
          <w:lang w:val="sv-SE"/>
        </w:rPr>
        <w:t>25</w:t>
      </w:r>
      <w:r w:rsidRPr="000767E2">
        <w:rPr>
          <w:lang w:val="sv-SE"/>
        </w:rPr>
        <w:t xml:space="preserve"> {{field-on:bible}}Och när Jesus såg att </w:t>
      </w:r>
      <w:r w:rsidRPr="000767E2">
        <w:rPr>
          <w:i/>
          <w:lang w:val="sv-SE"/>
        </w:rPr>
        <w:t>det</w:t>
      </w:r>
      <w:r w:rsidRPr="000767E2">
        <w:rPr>
          <w:lang w:val="sv-SE"/>
        </w:rPr>
        <w:t xml:space="preserve"> åter rusar samman en skara, näpste han den orena anden och sade till den: ”</w:t>
      </w:r>
      <w:r w:rsidRPr="000767E2">
        <w:rPr>
          <w:i/>
          <w:lang w:val="sv-SE"/>
        </w:rPr>
        <w:t>Du</w:t>
      </w:r>
      <w:r w:rsidRPr="000767E2">
        <w:rPr>
          <w:lang w:val="sv-SE"/>
        </w:rPr>
        <w:t xml:space="preserve"> icke talande och döva ande, jag beordrar dig: kom ut ur honom och far aldrig mer in i honom!”{{field-off:bible}} [[@</w:t>
      </w:r>
      <w:r w:rsidR="0096445B" w:rsidRPr="000767E2">
        <w:rPr>
          <w:lang w:val="sv-SE"/>
        </w:rPr>
        <w:t>BibleBIBEL82</w:t>
      </w:r>
      <w:r w:rsidRPr="000767E2">
        <w:rPr>
          <w:lang w:val="sv-SE"/>
        </w:rPr>
        <w:t>:Mark 9:26]]</w:t>
      </w:r>
      <w:r w:rsidRPr="000767E2">
        <w:rPr>
          <w:vertAlign w:val="superscript"/>
          <w:lang w:val="sv-SE"/>
        </w:rPr>
        <w:t>26</w:t>
      </w:r>
      <w:r w:rsidRPr="000767E2">
        <w:rPr>
          <w:lang w:val="sv-SE"/>
        </w:rPr>
        <w:t xml:space="preserve"> {{field-on:bible}}Och den skrek och ruskade mycket och kom ut. Och han blev som död, så att de många sade att han hade dött.{{field-off:bible}} [[@</w:t>
      </w:r>
      <w:r w:rsidR="0096445B" w:rsidRPr="000767E2">
        <w:rPr>
          <w:lang w:val="sv-SE"/>
        </w:rPr>
        <w:t>BibleBIBEL82</w:t>
      </w:r>
      <w:r w:rsidRPr="000767E2">
        <w:rPr>
          <w:lang w:val="sv-SE"/>
        </w:rPr>
        <w:t>:Mark 9:27]]</w:t>
      </w:r>
      <w:r w:rsidRPr="000767E2">
        <w:rPr>
          <w:vertAlign w:val="superscript"/>
          <w:lang w:val="sv-SE"/>
        </w:rPr>
        <w:t>27</w:t>
      </w:r>
      <w:r w:rsidRPr="000767E2">
        <w:rPr>
          <w:lang w:val="sv-SE"/>
        </w:rPr>
        <w:t xml:space="preserve"> {{field-on:bible}}Men Jesus grep hans hand och reste upp honom, och han stod upp.{{field-off:bible}}</w:t>
      </w:r>
    </w:p>
    <w:p w14:paraId="69D9F4BD" w14:textId="6125B78B" w:rsidR="00BA33AB" w:rsidRPr="000767E2" w:rsidRDefault="00000000">
      <w:pPr>
        <w:rPr>
          <w:lang w:val="sv-SE"/>
        </w:rPr>
      </w:pPr>
      <w:r w:rsidRPr="000767E2">
        <w:rPr>
          <w:lang w:val="sv-SE"/>
        </w:rPr>
        <w:t>[[@</w:t>
      </w:r>
      <w:r w:rsidR="0096445B" w:rsidRPr="000767E2">
        <w:rPr>
          <w:lang w:val="sv-SE"/>
        </w:rPr>
        <w:t>BibleBIBEL82</w:t>
      </w:r>
      <w:r w:rsidRPr="000767E2">
        <w:rPr>
          <w:lang w:val="sv-SE"/>
        </w:rPr>
        <w:t>:Mark 9:28]]</w:t>
      </w:r>
      <w:r w:rsidRPr="000767E2">
        <w:rPr>
          <w:vertAlign w:val="superscript"/>
          <w:lang w:val="sv-SE"/>
        </w:rPr>
        <w:t>28</w:t>
      </w:r>
      <w:r w:rsidRPr="000767E2">
        <w:rPr>
          <w:lang w:val="sv-SE"/>
        </w:rPr>
        <w:t xml:space="preserve"> {{field-on:bible}}Och när han hade kommit in i huset, frågade hans lärjungar enskilt honom: ”Varför kunde inte vi driva ut den?”{{field-off:bible}} [[@</w:t>
      </w:r>
      <w:r w:rsidR="0096445B" w:rsidRPr="000767E2">
        <w:rPr>
          <w:lang w:val="sv-SE"/>
        </w:rPr>
        <w:t>BibleBIBEL82</w:t>
      </w:r>
      <w:r w:rsidRPr="000767E2">
        <w:rPr>
          <w:lang w:val="sv-SE"/>
        </w:rPr>
        <w:t>:Mark 9:29]]</w:t>
      </w:r>
      <w:r w:rsidRPr="000767E2">
        <w:rPr>
          <w:vertAlign w:val="superscript"/>
          <w:lang w:val="sv-SE"/>
        </w:rPr>
        <w:t>29</w:t>
      </w:r>
      <w:r w:rsidRPr="000767E2">
        <w:rPr>
          <w:lang w:val="sv-SE"/>
        </w:rPr>
        <w:t xml:space="preserve"> {{field-on:bible}}Och han sade till dem: ”Detta släkte kan inte komma ut med något utom med bön.”{{field-off:bible}}</w:t>
      </w:r>
    </w:p>
    <w:p w14:paraId="698EF596" w14:textId="77777777" w:rsidR="00BA33AB" w:rsidRPr="000767E2" w:rsidRDefault="00000000">
      <w:pPr>
        <w:pStyle w:val="Rubrik3"/>
        <w:rPr>
          <w:lang w:val="sv-SE"/>
        </w:rPr>
      </w:pPr>
      <w:r w:rsidRPr="000767E2">
        <w:rPr>
          <w:lang w:val="sv-SE"/>
        </w:rPr>
        <w:t>Jesus talar igen om sin död</w:t>
      </w:r>
    </w:p>
    <w:p w14:paraId="2C707028" w14:textId="53DCB96F" w:rsidR="00BA33AB" w:rsidRPr="000767E2" w:rsidRDefault="00000000">
      <w:pPr>
        <w:rPr>
          <w:lang w:val="sv-SE"/>
        </w:rPr>
      </w:pPr>
      <w:r w:rsidRPr="000767E2">
        <w:rPr>
          <w:lang w:val="sv-SE"/>
        </w:rPr>
        <w:t>[[@</w:t>
      </w:r>
      <w:r w:rsidR="0096445B" w:rsidRPr="000767E2">
        <w:rPr>
          <w:lang w:val="sv-SE"/>
        </w:rPr>
        <w:t>BibleBIBEL82</w:t>
      </w:r>
      <w:r w:rsidRPr="000767E2">
        <w:rPr>
          <w:lang w:val="sv-SE"/>
        </w:rPr>
        <w:t>:Mark 9:30]]</w:t>
      </w:r>
      <w:r w:rsidRPr="000767E2">
        <w:rPr>
          <w:vertAlign w:val="superscript"/>
          <w:lang w:val="sv-SE"/>
        </w:rPr>
        <w:t>30</w:t>
      </w:r>
      <w:r w:rsidRPr="000767E2">
        <w:rPr>
          <w:lang w:val="sv-SE"/>
        </w:rPr>
        <w:t xml:space="preserve"> {{field-on:bible}}Och därifrån gick de ut och passerade genom Galileen. Och han ville inte att någon skulle veta,{{field-off:bible}} [[@</w:t>
      </w:r>
      <w:r w:rsidR="0096445B" w:rsidRPr="000767E2">
        <w:rPr>
          <w:lang w:val="sv-SE"/>
        </w:rPr>
        <w:t>BibleBIBEL82</w:t>
      </w:r>
      <w:r w:rsidRPr="000767E2">
        <w:rPr>
          <w:lang w:val="sv-SE"/>
        </w:rPr>
        <w:t>:Mark 9:31]]</w:t>
      </w:r>
      <w:r w:rsidRPr="000767E2">
        <w:rPr>
          <w:vertAlign w:val="superscript"/>
          <w:lang w:val="sv-SE"/>
        </w:rPr>
        <w:t>31</w:t>
      </w:r>
      <w:r w:rsidRPr="000767E2">
        <w:rPr>
          <w:lang w:val="sv-SE"/>
        </w:rPr>
        <w:t xml:space="preserve"> {{field-on:bible}}för han undervisade sina lärjungar och sade till dem att: ”Människosonen utlämnas i människors händer, och de ska döda honom. Och dödad ska han efter tre dagar uppstå.”{{field-off:bible}} [[@</w:t>
      </w:r>
      <w:r w:rsidR="0096445B" w:rsidRPr="000767E2">
        <w:rPr>
          <w:lang w:val="sv-SE"/>
        </w:rPr>
        <w:t>BibleBIBEL82</w:t>
      </w:r>
      <w:r w:rsidRPr="000767E2">
        <w:rPr>
          <w:lang w:val="sv-SE"/>
        </w:rPr>
        <w:t>:Mark 9:32]]</w:t>
      </w:r>
      <w:r w:rsidRPr="000767E2">
        <w:rPr>
          <w:vertAlign w:val="superscript"/>
          <w:lang w:val="sv-SE"/>
        </w:rPr>
        <w:t>32</w:t>
      </w:r>
      <w:r w:rsidRPr="000767E2">
        <w:rPr>
          <w:lang w:val="sv-SE"/>
        </w:rPr>
        <w:t xml:space="preserve"> {{field-on:bible}}Men de förstod inte ordet, och fruktade för att fråga honom.{{field-off:bible}}</w:t>
      </w:r>
    </w:p>
    <w:p w14:paraId="708B8140" w14:textId="77777777" w:rsidR="00BA33AB" w:rsidRPr="000767E2" w:rsidRDefault="00000000">
      <w:pPr>
        <w:pStyle w:val="Rubrik3"/>
        <w:rPr>
          <w:lang w:val="sv-SE"/>
        </w:rPr>
      </w:pPr>
      <w:r w:rsidRPr="000767E2">
        <w:rPr>
          <w:lang w:val="sv-SE"/>
        </w:rPr>
        <w:t>Vem är störst?</w:t>
      </w:r>
    </w:p>
    <w:p w14:paraId="32EA6278" w14:textId="35DF95D4" w:rsidR="00BA33AB" w:rsidRPr="000767E2" w:rsidRDefault="00000000">
      <w:pPr>
        <w:rPr>
          <w:lang w:val="sv-SE"/>
        </w:rPr>
      </w:pPr>
      <w:r w:rsidRPr="000767E2">
        <w:rPr>
          <w:lang w:val="sv-SE"/>
        </w:rPr>
        <w:t>[[@</w:t>
      </w:r>
      <w:r w:rsidR="0096445B" w:rsidRPr="000767E2">
        <w:rPr>
          <w:lang w:val="sv-SE"/>
        </w:rPr>
        <w:t>BibleBIBEL82</w:t>
      </w:r>
      <w:r w:rsidRPr="000767E2">
        <w:rPr>
          <w:lang w:val="sv-SE"/>
        </w:rPr>
        <w:t>:Mark 9:33]]</w:t>
      </w:r>
      <w:r w:rsidRPr="000767E2">
        <w:rPr>
          <w:vertAlign w:val="superscript"/>
          <w:lang w:val="sv-SE"/>
        </w:rPr>
        <w:t>33</w:t>
      </w:r>
      <w:r w:rsidRPr="000767E2">
        <w:rPr>
          <w:lang w:val="sv-SE"/>
        </w:rPr>
        <w:t xml:space="preserve"> {{field-on:bible}}Och de kom till Kafarnaum, och i huset kommen frågade han dem: ”Vad </w:t>
      </w:r>
      <w:r w:rsidRPr="000767E2">
        <w:rPr>
          <w:i/>
          <w:lang w:val="sv-SE"/>
        </w:rPr>
        <w:t>var det</w:t>
      </w:r>
      <w:r w:rsidRPr="000767E2">
        <w:rPr>
          <w:lang w:val="sv-SE"/>
        </w:rPr>
        <w:t xml:space="preserve"> på vägen ni funderade över?”{{field-off:bible}} [[@</w:t>
      </w:r>
      <w:r w:rsidR="0096445B" w:rsidRPr="000767E2">
        <w:rPr>
          <w:lang w:val="sv-SE"/>
        </w:rPr>
        <w:t>BibleBIBEL82</w:t>
      </w:r>
      <w:r w:rsidRPr="000767E2">
        <w:rPr>
          <w:lang w:val="sv-SE"/>
        </w:rPr>
        <w:t>:Mark 9:34]]</w:t>
      </w:r>
      <w:r w:rsidRPr="000767E2">
        <w:rPr>
          <w:vertAlign w:val="superscript"/>
          <w:lang w:val="sv-SE"/>
        </w:rPr>
        <w:t>34</w:t>
      </w:r>
      <w:r w:rsidRPr="000767E2">
        <w:rPr>
          <w:lang w:val="sv-SE"/>
        </w:rPr>
        <w:t xml:space="preserve"> {{field-on:bible}}Men de var tysta. För med varandra hade de </w:t>
      </w:r>
      <w:r w:rsidRPr="000767E2">
        <w:rPr>
          <w:lang w:val="sv-SE"/>
        </w:rPr>
        <w:lastRenderedPageBreak/>
        <w:t xml:space="preserve">på vägen resonerat </w:t>
      </w:r>
      <w:r w:rsidRPr="000767E2">
        <w:rPr>
          <w:i/>
          <w:lang w:val="sv-SE"/>
        </w:rPr>
        <w:t>om</w:t>
      </w:r>
      <w:r w:rsidRPr="000767E2">
        <w:rPr>
          <w:lang w:val="sv-SE"/>
        </w:rPr>
        <w:t xml:space="preserve"> vem </w:t>
      </w:r>
      <w:r w:rsidRPr="000767E2">
        <w:rPr>
          <w:i/>
          <w:lang w:val="sv-SE"/>
        </w:rPr>
        <w:t>som är</w:t>
      </w:r>
      <w:r w:rsidRPr="000767E2">
        <w:rPr>
          <w:lang w:val="sv-SE"/>
        </w:rPr>
        <w:t xml:space="preserve"> störst.{{field-off:bible}} [[@</w:t>
      </w:r>
      <w:r w:rsidR="0096445B" w:rsidRPr="000767E2">
        <w:rPr>
          <w:lang w:val="sv-SE"/>
        </w:rPr>
        <w:t>BibleBIBEL82</w:t>
      </w:r>
      <w:r w:rsidRPr="000767E2">
        <w:rPr>
          <w:lang w:val="sv-SE"/>
        </w:rPr>
        <w:t>:Mark 9:35]]</w:t>
      </w:r>
      <w:r w:rsidRPr="000767E2">
        <w:rPr>
          <w:vertAlign w:val="superscript"/>
          <w:lang w:val="sv-SE"/>
        </w:rPr>
        <w:t>35</w:t>
      </w:r>
      <w:r w:rsidRPr="000767E2">
        <w:rPr>
          <w:lang w:val="sv-SE"/>
        </w:rPr>
        <w:t xml:space="preserve"> {{field-on:bible}}Och han satte sig och ropade på de tolv, och säger till dem: ”Om någon vill vara först, ska han vara sist av alla och allas tjänare.”{{field-off:bible}}</w:t>
      </w:r>
    </w:p>
    <w:p w14:paraId="64D076EC" w14:textId="7EBAF404" w:rsidR="00BA33AB" w:rsidRPr="000767E2" w:rsidRDefault="00000000">
      <w:pPr>
        <w:rPr>
          <w:lang w:val="sv-SE"/>
        </w:rPr>
      </w:pPr>
      <w:r w:rsidRPr="000767E2">
        <w:rPr>
          <w:lang w:val="sv-SE"/>
        </w:rPr>
        <w:t>[[@</w:t>
      </w:r>
      <w:r w:rsidR="0096445B" w:rsidRPr="000767E2">
        <w:rPr>
          <w:lang w:val="sv-SE"/>
        </w:rPr>
        <w:t>BibleBIBEL82</w:t>
      </w:r>
      <w:r w:rsidRPr="000767E2">
        <w:rPr>
          <w:lang w:val="sv-SE"/>
        </w:rPr>
        <w:t>:Mark 9:36]]</w:t>
      </w:r>
      <w:r w:rsidRPr="000767E2">
        <w:rPr>
          <w:vertAlign w:val="superscript"/>
          <w:lang w:val="sv-SE"/>
        </w:rPr>
        <w:t>36</w:t>
      </w:r>
      <w:r w:rsidRPr="000767E2">
        <w:rPr>
          <w:lang w:val="sv-SE"/>
        </w:rPr>
        <w:t xml:space="preserve"> {{field-on:bible}}Och han tog ett barn och ställde det mitt ibland dem, och tog det i famnen och sade till dem:{{field-off:bible}} [[@</w:t>
      </w:r>
      <w:r w:rsidR="0096445B" w:rsidRPr="000767E2">
        <w:rPr>
          <w:lang w:val="sv-SE"/>
        </w:rPr>
        <w:t>BibleBIBEL82</w:t>
      </w:r>
      <w:r w:rsidRPr="000767E2">
        <w:rPr>
          <w:lang w:val="sv-SE"/>
        </w:rPr>
        <w:t>:Mark 9:37]]</w:t>
      </w:r>
      <w:r w:rsidRPr="000767E2">
        <w:rPr>
          <w:vertAlign w:val="superscript"/>
          <w:lang w:val="sv-SE"/>
        </w:rPr>
        <w:t>37</w:t>
      </w:r>
      <w:r w:rsidRPr="000767E2">
        <w:rPr>
          <w:lang w:val="sv-SE"/>
        </w:rPr>
        <w:t xml:space="preserve"> {{field-on:bible}}”Den som välkomnar ett </w:t>
      </w:r>
      <w:r w:rsidRPr="000767E2">
        <w:rPr>
          <w:i/>
          <w:lang w:val="sv-SE"/>
        </w:rPr>
        <w:t>enda</w:t>
      </w:r>
      <w:r w:rsidRPr="000767E2">
        <w:rPr>
          <w:lang w:val="sv-SE"/>
        </w:rPr>
        <w:t xml:space="preserve"> sådant barn i mitt namn välkomnar mig. Och den som välkomnar mig, välkomnar inte mig utan honom som har sänt mig.”{{field-off:bible}}</w:t>
      </w:r>
    </w:p>
    <w:p w14:paraId="2C6F3A11" w14:textId="77777777" w:rsidR="00BA33AB" w:rsidRPr="000767E2" w:rsidRDefault="00000000">
      <w:pPr>
        <w:pStyle w:val="Rubrik3"/>
        <w:rPr>
          <w:lang w:val="sv-SE"/>
        </w:rPr>
      </w:pPr>
      <w:r w:rsidRPr="000767E2">
        <w:rPr>
          <w:lang w:val="sv-SE"/>
        </w:rPr>
        <w:t>Inte mot oss utan för oss</w:t>
      </w:r>
    </w:p>
    <w:p w14:paraId="42135B18" w14:textId="411E3702" w:rsidR="00BA33AB" w:rsidRPr="000767E2" w:rsidRDefault="00000000">
      <w:pPr>
        <w:rPr>
          <w:lang w:val="sv-SE"/>
        </w:rPr>
      </w:pPr>
      <w:r w:rsidRPr="000767E2">
        <w:rPr>
          <w:lang w:val="sv-SE"/>
        </w:rPr>
        <w:t>[[@</w:t>
      </w:r>
      <w:r w:rsidR="0096445B" w:rsidRPr="000767E2">
        <w:rPr>
          <w:lang w:val="sv-SE"/>
        </w:rPr>
        <w:t>BibleBIBEL82</w:t>
      </w:r>
      <w:r w:rsidRPr="000767E2">
        <w:rPr>
          <w:lang w:val="sv-SE"/>
        </w:rPr>
        <w:t>:Mark 9:38]]</w:t>
      </w:r>
      <w:r w:rsidRPr="000767E2">
        <w:rPr>
          <w:vertAlign w:val="superscript"/>
          <w:lang w:val="sv-SE"/>
        </w:rPr>
        <w:t>38</w:t>
      </w:r>
      <w:r w:rsidRPr="000767E2">
        <w:rPr>
          <w:lang w:val="sv-SE"/>
        </w:rPr>
        <w:t xml:space="preserve"> {{field-on:bible}}</w:t>
      </w:r>
      <w:r w:rsidRPr="000767E2">
        <w:rPr>
          <w:i/>
          <w:lang w:val="sv-SE"/>
        </w:rPr>
        <w:t>Då</w:t>
      </w:r>
      <w:r w:rsidRPr="000767E2">
        <w:rPr>
          <w:lang w:val="sv-SE"/>
        </w:rPr>
        <w:t xml:space="preserve"> sade honom Johannes: ”Lärare, vi såg en som i ditt namn drev ut demoner. Och vi </w:t>
      </w:r>
      <w:r w:rsidRPr="000767E2">
        <w:rPr>
          <w:i/>
          <w:lang w:val="sv-SE"/>
        </w:rPr>
        <w:t>började</w:t>
      </w:r>
      <w:r w:rsidRPr="000767E2">
        <w:rPr>
          <w:lang w:val="sv-SE"/>
        </w:rPr>
        <w:t xml:space="preserve"> hindra honom, eftersom han inte följde oss.”{{field-off:bible}} [[@</w:t>
      </w:r>
      <w:r w:rsidR="0096445B" w:rsidRPr="000767E2">
        <w:rPr>
          <w:lang w:val="sv-SE"/>
        </w:rPr>
        <w:t>BibleBIBEL82</w:t>
      </w:r>
      <w:r w:rsidRPr="000767E2">
        <w:rPr>
          <w:lang w:val="sv-SE"/>
        </w:rPr>
        <w:t>:Mark 9:39]]</w:t>
      </w:r>
      <w:r w:rsidRPr="000767E2">
        <w:rPr>
          <w:vertAlign w:val="superscript"/>
          <w:lang w:val="sv-SE"/>
        </w:rPr>
        <w:t>39</w:t>
      </w:r>
      <w:r w:rsidRPr="000767E2">
        <w:rPr>
          <w:lang w:val="sv-SE"/>
        </w:rPr>
        <w:t xml:space="preserve"> {{field-on:bible}}Men Jesus sade: ”Hindra honom inte. För det finns ingen som kommer att göra en kraftgärning i mitt namn och fort kunna tala illa om mig.{{field-off:bible}} [[@</w:t>
      </w:r>
      <w:r w:rsidR="0096445B" w:rsidRPr="000767E2">
        <w:rPr>
          <w:lang w:val="sv-SE"/>
        </w:rPr>
        <w:t>BibleBIBEL82</w:t>
      </w:r>
      <w:r w:rsidRPr="000767E2">
        <w:rPr>
          <w:lang w:val="sv-SE"/>
        </w:rPr>
        <w:t>:Mark 9:40]]</w:t>
      </w:r>
      <w:r w:rsidRPr="000767E2">
        <w:rPr>
          <w:vertAlign w:val="superscript"/>
          <w:lang w:val="sv-SE"/>
        </w:rPr>
        <w:t>40</w:t>
      </w:r>
      <w:r w:rsidRPr="000767E2">
        <w:rPr>
          <w:lang w:val="sv-SE"/>
        </w:rPr>
        <w:t xml:space="preserve"> {{field-on:bible}}För den som inte är emot oss, är för oss.{{field-off:bible}} [[@</w:t>
      </w:r>
      <w:r w:rsidR="0096445B" w:rsidRPr="000767E2">
        <w:rPr>
          <w:lang w:val="sv-SE"/>
        </w:rPr>
        <w:t>BibleBIBEL82</w:t>
      </w:r>
      <w:r w:rsidRPr="000767E2">
        <w:rPr>
          <w:lang w:val="sv-SE"/>
        </w:rPr>
        <w:t>:Mark 9:41]]</w:t>
      </w:r>
      <w:r w:rsidRPr="000767E2">
        <w:rPr>
          <w:vertAlign w:val="superscript"/>
          <w:lang w:val="sv-SE"/>
        </w:rPr>
        <w:t>41</w:t>
      </w:r>
      <w:r w:rsidRPr="000767E2">
        <w:rPr>
          <w:lang w:val="sv-SE"/>
        </w:rPr>
        <w:t xml:space="preserve"> {{field-on:bible}}För den som ger er en bägare vatten att dricka i namnet att ni tillhör Kristus – amen, jag säger er att han aldrig ska förlora sin lön.{{field-off:bible}}</w:t>
      </w:r>
    </w:p>
    <w:p w14:paraId="7B9A750B" w14:textId="77777777" w:rsidR="00BA33AB" w:rsidRPr="000767E2" w:rsidRDefault="00000000">
      <w:pPr>
        <w:pStyle w:val="Rubrik3"/>
        <w:rPr>
          <w:lang w:val="sv-SE"/>
        </w:rPr>
      </w:pPr>
      <w:r w:rsidRPr="000767E2">
        <w:rPr>
          <w:lang w:val="sv-SE"/>
        </w:rPr>
        <w:t>Skandaler och de små</w:t>
      </w:r>
    </w:p>
    <w:p w14:paraId="6F891237" w14:textId="59C21647" w:rsidR="00BA33AB" w:rsidRPr="000767E2" w:rsidRDefault="00000000">
      <w:pPr>
        <w:rPr>
          <w:lang w:val="sv-SE"/>
        </w:rPr>
      </w:pPr>
      <w:r w:rsidRPr="000767E2">
        <w:rPr>
          <w:lang w:val="sv-SE"/>
        </w:rPr>
        <w:t>[[@</w:t>
      </w:r>
      <w:r w:rsidR="0096445B" w:rsidRPr="000767E2">
        <w:rPr>
          <w:lang w:val="sv-SE"/>
        </w:rPr>
        <w:t>BibleBIBEL82</w:t>
      </w:r>
      <w:r w:rsidRPr="000767E2">
        <w:rPr>
          <w:lang w:val="sv-SE"/>
        </w:rPr>
        <w:t>:Mark 9:42]]</w:t>
      </w:r>
      <w:r w:rsidRPr="000767E2">
        <w:rPr>
          <w:vertAlign w:val="superscript"/>
          <w:lang w:val="sv-SE"/>
        </w:rPr>
        <w:t>42</w:t>
      </w:r>
      <w:r w:rsidRPr="000767E2">
        <w:rPr>
          <w:lang w:val="sv-SE"/>
        </w:rPr>
        <w:t xml:space="preserve"> {{field-on:bible}}Och den som skandaliserar en av dessa små som tror på mig, för honom är det snarare bra om en åsnekvarnsten fattar om hans hals och han kastas i havet.{{field-off:bible}}</w:t>
      </w:r>
    </w:p>
    <w:p w14:paraId="788CC57B" w14:textId="20C19158" w:rsidR="00BA33AB" w:rsidRPr="000767E2" w:rsidRDefault="00000000">
      <w:pPr>
        <w:rPr>
          <w:lang w:val="sv-SE"/>
        </w:rPr>
      </w:pPr>
      <w:r w:rsidRPr="000767E2">
        <w:rPr>
          <w:lang w:val="sv-SE"/>
        </w:rPr>
        <w:t>[[@</w:t>
      </w:r>
      <w:r w:rsidR="0096445B" w:rsidRPr="000767E2">
        <w:rPr>
          <w:lang w:val="sv-SE"/>
        </w:rPr>
        <w:t>BibleBIBEL82</w:t>
      </w:r>
      <w:r w:rsidRPr="000767E2">
        <w:rPr>
          <w:lang w:val="sv-SE"/>
        </w:rPr>
        <w:t>:Mark 9:43]]</w:t>
      </w:r>
      <w:r w:rsidRPr="000767E2">
        <w:rPr>
          <w:vertAlign w:val="superscript"/>
          <w:lang w:val="sv-SE"/>
        </w:rPr>
        <w:t>43</w:t>
      </w:r>
      <w:r w:rsidRPr="000767E2">
        <w:rPr>
          <w:lang w:val="sv-SE"/>
        </w:rPr>
        <w:t xml:space="preserve"> {{field-on:bible}}Och om din hand skandaliserar dig, hugg av den! Det är bra att du lytt går in i livet, </w:t>
      </w:r>
      <w:r w:rsidRPr="000767E2">
        <w:rPr>
          <w:i/>
          <w:lang w:val="sv-SE"/>
        </w:rPr>
        <w:t>hellre</w:t>
      </w:r>
      <w:r w:rsidRPr="000767E2">
        <w:rPr>
          <w:lang w:val="sv-SE"/>
        </w:rPr>
        <w:t xml:space="preserve"> än att ha de två händerna och gå bort till Gehenna, till den osläckbara elden.{{field-off:bible}} [[@</w:t>
      </w:r>
      <w:r w:rsidR="0096445B" w:rsidRPr="000767E2">
        <w:rPr>
          <w:lang w:val="sv-SE"/>
        </w:rPr>
        <w:t>BibleBIBEL82</w:t>
      </w:r>
      <w:r w:rsidRPr="000767E2">
        <w:rPr>
          <w:lang w:val="sv-SE"/>
        </w:rPr>
        <w:t>:Mark 9:45]]</w:t>
      </w:r>
      <w:r w:rsidRPr="000767E2">
        <w:rPr>
          <w:vertAlign w:val="superscript"/>
          <w:lang w:val="sv-SE"/>
        </w:rPr>
        <w:t>45</w:t>
      </w:r>
      <w:r w:rsidRPr="000767E2">
        <w:rPr>
          <w:lang w:val="sv-SE"/>
        </w:rPr>
        <w:t xml:space="preserve"> {{field-on:bible}}Och om din fot skandaliserar dig, hugg av den! Det är bra att du går in i livet halt, </w:t>
      </w:r>
      <w:r w:rsidRPr="000767E2">
        <w:rPr>
          <w:i/>
          <w:lang w:val="sv-SE"/>
        </w:rPr>
        <w:t>hellre</w:t>
      </w:r>
      <w:r w:rsidRPr="000767E2">
        <w:rPr>
          <w:lang w:val="sv-SE"/>
        </w:rPr>
        <w:t xml:space="preserve"> än att ha de två fötterna och kastas i Gehenna.{{field-off:bible}} [[@</w:t>
      </w:r>
      <w:r w:rsidR="0096445B" w:rsidRPr="000767E2">
        <w:rPr>
          <w:lang w:val="sv-SE"/>
        </w:rPr>
        <w:t>BibleBIBEL82</w:t>
      </w:r>
      <w:r w:rsidRPr="000767E2">
        <w:rPr>
          <w:lang w:val="sv-SE"/>
        </w:rPr>
        <w:t>:Mark 9:47]]</w:t>
      </w:r>
      <w:r w:rsidRPr="000767E2">
        <w:rPr>
          <w:vertAlign w:val="superscript"/>
          <w:lang w:val="sv-SE"/>
        </w:rPr>
        <w:t>47</w:t>
      </w:r>
      <w:r w:rsidRPr="000767E2">
        <w:rPr>
          <w:lang w:val="sv-SE"/>
        </w:rPr>
        <w:t xml:space="preserve"> {{field-on:bible}}Och om ditt öga skandaliserar dig, kasta ut det! Det är bra att du enögd går in i Guds rike, </w:t>
      </w:r>
      <w:r w:rsidRPr="000767E2">
        <w:rPr>
          <w:i/>
          <w:lang w:val="sv-SE"/>
        </w:rPr>
        <w:t>hellre</w:t>
      </w:r>
      <w:r w:rsidRPr="000767E2">
        <w:rPr>
          <w:lang w:val="sv-SE"/>
        </w:rPr>
        <w:t xml:space="preserve"> än att ha två ögon och kastas i Gehenna,{{field-off:bible}} [[@</w:t>
      </w:r>
      <w:r w:rsidR="0096445B" w:rsidRPr="000767E2">
        <w:rPr>
          <w:lang w:val="sv-SE"/>
        </w:rPr>
        <w:t>BibleBIBEL82</w:t>
      </w:r>
      <w:r w:rsidRPr="000767E2">
        <w:rPr>
          <w:lang w:val="sv-SE"/>
        </w:rPr>
        <w:t>:Mark 9:48]]</w:t>
      </w:r>
      <w:r w:rsidRPr="000767E2">
        <w:rPr>
          <w:vertAlign w:val="superscript"/>
          <w:lang w:val="sv-SE"/>
        </w:rPr>
        <w:t>48</w:t>
      </w:r>
      <w:r w:rsidRPr="000767E2">
        <w:rPr>
          <w:lang w:val="sv-SE"/>
        </w:rPr>
        <w:t xml:space="preserve"> {{field-on:bible}}där deras mask inte dör och elden inte släcks.{{field-off:bible}}</w:t>
      </w:r>
    </w:p>
    <w:p w14:paraId="4B81097A" w14:textId="35663E45" w:rsidR="00BA33AB" w:rsidRPr="000767E2" w:rsidRDefault="00000000">
      <w:pPr>
        <w:rPr>
          <w:lang w:val="sv-SE"/>
        </w:rPr>
      </w:pPr>
      <w:r w:rsidRPr="000767E2">
        <w:rPr>
          <w:lang w:val="sv-SE"/>
        </w:rPr>
        <w:t>[[@</w:t>
      </w:r>
      <w:r w:rsidR="0096445B" w:rsidRPr="000767E2">
        <w:rPr>
          <w:lang w:val="sv-SE"/>
        </w:rPr>
        <w:t>BibleBIBEL82</w:t>
      </w:r>
      <w:r w:rsidRPr="000767E2">
        <w:rPr>
          <w:lang w:val="sv-SE"/>
        </w:rPr>
        <w:t>:Mark 9:49]]</w:t>
      </w:r>
      <w:r w:rsidRPr="000767E2">
        <w:rPr>
          <w:vertAlign w:val="superscript"/>
          <w:lang w:val="sv-SE"/>
        </w:rPr>
        <w:t>49</w:t>
      </w:r>
      <w:r w:rsidRPr="000767E2">
        <w:rPr>
          <w:lang w:val="sv-SE"/>
        </w:rPr>
        <w:t xml:space="preserve"> {{field-on:bible}}För var och en ska med eld saltas.{{field-off:bible}} [[@</w:t>
      </w:r>
      <w:r w:rsidR="0096445B" w:rsidRPr="000767E2">
        <w:rPr>
          <w:lang w:val="sv-SE"/>
        </w:rPr>
        <w:t>BibleBIBEL82</w:t>
      </w:r>
      <w:r w:rsidRPr="000767E2">
        <w:rPr>
          <w:lang w:val="sv-SE"/>
        </w:rPr>
        <w:t>:Mark 9:50]]</w:t>
      </w:r>
      <w:r w:rsidRPr="000767E2">
        <w:rPr>
          <w:vertAlign w:val="superscript"/>
          <w:lang w:val="sv-SE"/>
        </w:rPr>
        <w:t>50</w:t>
      </w:r>
      <w:r w:rsidRPr="000767E2">
        <w:rPr>
          <w:lang w:val="sv-SE"/>
        </w:rPr>
        <w:t xml:space="preserve"> {{field-on:bible}}Saltet </w:t>
      </w:r>
      <w:r w:rsidRPr="000767E2">
        <w:rPr>
          <w:i/>
          <w:lang w:val="sv-SE"/>
        </w:rPr>
        <w:t>är</w:t>
      </w:r>
      <w:r w:rsidRPr="000767E2">
        <w:rPr>
          <w:lang w:val="sv-SE"/>
        </w:rPr>
        <w:t xml:space="preserve"> bra. Men om saltet blir osalt, med vad ska ni krydda det? Ha salt inom er och var fridsamma med varandra.”{{field-off:bible}}</w:t>
      </w:r>
    </w:p>
    <w:p w14:paraId="305568A9" w14:textId="0E783794"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:Mark 10]]Kapitel 10</w:t>
      </w:r>
    </w:p>
    <w:p w14:paraId="579CDEFB" w14:textId="77777777" w:rsidR="00BA33AB" w:rsidRPr="000767E2" w:rsidRDefault="00000000">
      <w:pPr>
        <w:pStyle w:val="Rubrik3"/>
        <w:rPr>
          <w:lang w:val="sv-SE"/>
        </w:rPr>
      </w:pPr>
      <w:r w:rsidRPr="000767E2">
        <w:rPr>
          <w:lang w:val="sv-SE"/>
        </w:rPr>
        <w:t>Jesus talar om äktenskapet</w:t>
      </w:r>
    </w:p>
    <w:p w14:paraId="382316E1" w14:textId="4A204874" w:rsidR="00BA33AB" w:rsidRPr="000767E2" w:rsidRDefault="00000000">
      <w:pPr>
        <w:rPr>
          <w:lang w:val="sv-SE"/>
        </w:rPr>
      </w:pPr>
      <w:r w:rsidRPr="000767E2">
        <w:rPr>
          <w:lang w:val="sv-SE"/>
        </w:rPr>
        <w:t>[[@</w:t>
      </w:r>
      <w:r w:rsidR="0096445B" w:rsidRPr="000767E2">
        <w:rPr>
          <w:lang w:val="sv-SE"/>
        </w:rPr>
        <w:t>BibleBIBEL82</w:t>
      </w:r>
      <w:r w:rsidRPr="000767E2">
        <w:rPr>
          <w:lang w:val="sv-SE"/>
        </w:rPr>
        <w:t>:Mark 10:1]]</w:t>
      </w:r>
      <w:r w:rsidRPr="000767E2">
        <w:rPr>
          <w:vertAlign w:val="superscript"/>
          <w:lang w:val="sv-SE"/>
        </w:rPr>
        <w:t>1</w:t>
      </w:r>
      <w:r w:rsidRPr="000767E2">
        <w:rPr>
          <w:lang w:val="sv-SE"/>
        </w:rPr>
        <w:t xml:space="preserve"> {{field-on:bible}}Och därifrån står han upp och kommer till Judeens område och andra sidan Jordan. Och åter går skaror med </w:t>
      </w:r>
      <w:r w:rsidRPr="000767E2">
        <w:rPr>
          <w:i/>
          <w:lang w:val="sv-SE"/>
        </w:rPr>
        <w:t>varann</w:t>
      </w:r>
      <w:r w:rsidRPr="000767E2">
        <w:rPr>
          <w:lang w:val="sv-SE"/>
        </w:rPr>
        <w:t xml:space="preserve"> till honom, och som han hade för sed </w:t>
      </w:r>
      <w:r w:rsidRPr="000767E2">
        <w:rPr>
          <w:i/>
          <w:lang w:val="sv-SE"/>
        </w:rPr>
        <w:t>började</w:t>
      </w:r>
      <w:r w:rsidRPr="000767E2">
        <w:rPr>
          <w:lang w:val="sv-SE"/>
        </w:rPr>
        <w:t xml:space="preserve"> han åter undervisa dem.{{field-off:bible}}</w:t>
      </w:r>
    </w:p>
    <w:p w14:paraId="35318B75" w14:textId="753206A5" w:rsidR="00BA33AB" w:rsidRPr="000767E2" w:rsidRDefault="00000000">
      <w:pPr>
        <w:rPr>
          <w:lang w:val="sv-SE"/>
        </w:rPr>
      </w:pPr>
      <w:r w:rsidRPr="000767E2">
        <w:rPr>
          <w:lang w:val="sv-SE"/>
        </w:rPr>
        <w:t>[[@</w:t>
      </w:r>
      <w:r w:rsidR="0096445B" w:rsidRPr="000767E2">
        <w:rPr>
          <w:lang w:val="sv-SE"/>
        </w:rPr>
        <w:t>BibleBIBEL82</w:t>
      </w:r>
      <w:r w:rsidRPr="000767E2">
        <w:rPr>
          <w:lang w:val="sv-SE"/>
        </w:rPr>
        <w:t>:Mark 10:2]]</w:t>
      </w:r>
      <w:r w:rsidRPr="000767E2">
        <w:rPr>
          <w:vertAlign w:val="superscript"/>
          <w:lang w:val="sv-SE"/>
        </w:rPr>
        <w:t>2</w:t>
      </w:r>
      <w:r w:rsidRPr="000767E2">
        <w:rPr>
          <w:lang w:val="sv-SE"/>
        </w:rPr>
        <w:t xml:space="preserve"> {{field-on:bible}}Och fram kom fariseer och frågade honom om det är tillåtet för en man att förskjuta en hustru, och de prövade honom.{{field-off:bible}} [[@</w:t>
      </w:r>
      <w:r w:rsidR="0096445B" w:rsidRPr="000767E2">
        <w:rPr>
          <w:lang w:val="sv-SE"/>
        </w:rPr>
        <w:t>BibleBIBEL82</w:t>
      </w:r>
      <w:r w:rsidRPr="000767E2">
        <w:rPr>
          <w:lang w:val="sv-SE"/>
        </w:rPr>
        <w:t>:Mark 10:3]]</w:t>
      </w:r>
      <w:r w:rsidRPr="000767E2">
        <w:rPr>
          <w:vertAlign w:val="superscript"/>
          <w:lang w:val="sv-SE"/>
        </w:rPr>
        <w:t>3</w:t>
      </w:r>
      <w:r w:rsidRPr="000767E2">
        <w:rPr>
          <w:lang w:val="sv-SE"/>
        </w:rPr>
        <w:t xml:space="preserve"> {{field-on:bible}}Och han svarade och sade till dem: ”Vad har Mose påbjudit er?”{{field-off:bible}} [[@</w:t>
      </w:r>
      <w:r w:rsidR="0096445B" w:rsidRPr="000767E2">
        <w:rPr>
          <w:lang w:val="sv-SE"/>
        </w:rPr>
        <w:t>BibleBIBEL82</w:t>
      </w:r>
      <w:r w:rsidRPr="000767E2">
        <w:rPr>
          <w:lang w:val="sv-SE"/>
        </w:rPr>
        <w:t>:Mark 10:4]]</w:t>
      </w:r>
      <w:r w:rsidRPr="000767E2">
        <w:rPr>
          <w:vertAlign w:val="superscript"/>
          <w:lang w:val="sv-SE"/>
        </w:rPr>
        <w:t>4</w:t>
      </w:r>
      <w:r w:rsidRPr="000767E2">
        <w:rPr>
          <w:lang w:val="sv-SE"/>
        </w:rPr>
        <w:t xml:space="preserve"> {{field-on:bible}}Och de sade: ”Mose har tillåtit att skriva en skilsmässobokrulle och förskjuta.”{{field-off:bible}}</w:t>
      </w:r>
    </w:p>
    <w:p w14:paraId="48BFD98D" w14:textId="716EA0D5" w:rsidR="00BA33AB" w:rsidRPr="000767E2" w:rsidRDefault="00000000">
      <w:pPr>
        <w:rPr>
          <w:lang w:val="sv-SE"/>
        </w:rPr>
      </w:pPr>
      <w:r w:rsidRPr="000767E2">
        <w:rPr>
          <w:lang w:val="sv-SE"/>
        </w:rPr>
        <w:t>[[@</w:t>
      </w:r>
      <w:r w:rsidR="0096445B" w:rsidRPr="000767E2">
        <w:rPr>
          <w:lang w:val="sv-SE"/>
        </w:rPr>
        <w:t>BibleBIBEL82</w:t>
      </w:r>
      <w:r w:rsidRPr="000767E2">
        <w:rPr>
          <w:lang w:val="sv-SE"/>
        </w:rPr>
        <w:t>:Mark 10:5]]</w:t>
      </w:r>
      <w:r w:rsidRPr="000767E2">
        <w:rPr>
          <w:vertAlign w:val="superscript"/>
          <w:lang w:val="sv-SE"/>
        </w:rPr>
        <w:t>5</w:t>
      </w:r>
      <w:r w:rsidRPr="000767E2">
        <w:rPr>
          <w:lang w:val="sv-SE"/>
        </w:rPr>
        <w:t xml:space="preserve"> {{field-on:bible}}Men Jesus sade till dem: ”För ert hårda hjärta skrev han till er detta bud.{{field-off:bible}} [[@</w:t>
      </w:r>
      <w:r w:rsidR="0096445B" w:rsidRPr="000767E2">
        <w:rPr>
          <w:lang w:val="sv-SE"/>
        </w:rPr>
        <w:t>BibleBIBEL82</w:t>
      </w:r>
      <w:r w:rsidRPr="000767E2">
        <w:rPr>
          <w:lang w:val="sv-SE"/>
        </w:rPr>
        <w:t>:Mark 10:6]]</w:t>
      </w:r>
      <w:r w:rsidRPr="000767E2">
        <w:rPr>
          <w:vertAlign w:val="superscript"/>
          <w:lang w:val="sv-SE"/>
        </w:rPr>
        <w:t>6</w:t>
      </w:r>
      <w:r w:rsidRPr="000767E2">
        <w:rPr>
          <w:lang w:val="sv-SE"/>
        </w:rPr>
        <w:t xml:space="preserve"> {{field-on:bible}}Men från skapelsens begynnelse </w:t>
      </w:r>
      <w:r w:rsidRPr="000767E2">
        <w:rPr>
          <w:i/>
          <w:lang w:val="sv-SE"/>
        </w:rPr>
        <w:t>var det</w:t>
      </w:r>
      <w:r w:rsidRPr="000767E2">
        <w:rPr>
          <w:lang w:val="sv-SE"/>
        </w:rPr>
        <w:t xml:space="preserve"> </w:t>
      </w:r>
      <w:r w:rsidRPr="000767E2">
        <w:rPr>
          <w:i/>
          <w:lang w:val="sv-SE"/>
        </w:rPr>
        <w:t>till</w:t>
      </w:r>
      <w:r w:rsidRPr="000767E2">
        <w:rPr>
          <w:lang w:val="sv-SE"/>
        </w:rPr>
        <w:t xml:space="preserve"> man och kvinna han gjorde dem.{{field-off:bible}} [[@</w:t>
      </w:r>
      <w:r w:rsidR="0096445B" w:rsidRPr="000767E2">
        <w:rPr>
          <w:lang w:val="sv-SE"/>
        </w:rPr>
        <w:t>BibleBIBEL82</w:t>
      </w:r>
      <w:r w:rsidRPr="000767E2">
        <w:rPr>
          <w:lang w:val="sv-SE"/>
        </w:rPr>
        <w:t>:Mark 10:7]]</w:t>
      </w:r>
      <w:r w:rsidRPr="000767E2">
        <w:rPr>
          <w:vertAlign w:val="superscript"/>
          <w:lang w:val="sv-SE"/>
        </w:rPr>
        <w:t>7</w:t>
      </w:r>
      <w:r w:rsidRPr="000767E2">
        <w:rPr>
          <w:lang w:val="sv-SE"/>
        </w:rPr>
        <w:t xml:space="preserve"> {{field-on:bible}}För den </w:t>
      </w:r>
      <w:r w:rsidRPr="000767E2">
        <w:rPr>
          <w:i/>
          <w:lang w:val="sv-SE"/>
        </w:rPr>
        <w:t>sakens</w:t>
      </w:r>
      <w:r w:rsidRPr="000767E2">
        <w:rPr>
          <w:lang w:val="sv-SE"/>
        </w:rPr>
        <w:t xml:space="preserve"> skull ska en man lämna sin far och mor och ansluta sig till sin hustru,{{field-off:bible}} [[@</w:t>
      </w:r>
      <w:r w:rsidR="0096445B" w:rsidRPr="000767E2">
        <w:rPr>
          <w:lang w:val="sv-SE"/>
        </w:rPr>
        <w:t>BibleBIBEL82</w:t>
      </w:r>
      <w:r w:rsidRPr="000767E2">
        <w:rPr>
          <w:lang w:val="sv-SE"/>
        </w:rPr>
        <w:t>:Mark 10:8]]</w:t>
      </w:r>
      <w:r w:rsidRPr="000767E2">
        <w:rPr>
          <w:vertAlign w:val="superscript"/>
          <w:lang w:val="sv-SE"/>
        </w:rPr>
        <w:t>8</w:t>
      </w:r>
      <w:r w:rsidRPr="000767E2">
        <w:rPr>
          <w:lang w:val="sv-SE"/>
        </w:rPr>
        <w:t xml:space="preserve"> {{field-on:bible}}och de två ska bli till ett kött. Alltså är de inte längre två, utan ett kött.{{field-off:bible}} [[@</w:t>
      </w:r>
      <w:r w:rsidR="0096445B" w:rsidRPr="000767E2">
        <w:rPr>
          <w:lang w:val="sv-SE"/>
        </w:rPr>
        <w:t>BibleBIBEL82</w:t>
      </w:r>
      <w:r w:rsidRPr="000767E2">
        <w:rPr>
          <w:lang w:val="sv-SE"/>
        </w:rPr>
        <w:t>:Mark 10:9]]</w:t>
      </w:r>
      <w:r w:rsidRPr="000767E2">
        <w:rPr>
          <w:vertAlign w:val="superscript"/>
          <w:lang w:val="sv-SE"/>
        </w:rPr>
        <w:t>9</w:t>
      </w:r>
      <w:r w:rsidRPr="000767E2">
        <w:rPr>
          <w:lang w:val="sv-SE"/>
        </w:rPr>
        <w:t xml:space="preserve"> {{field-on:bible}}Vad nu Gud har okat samman ska en människa inte skilja åt.”{{field-off:bible}}</w:t>
      </w:r>
    </w:p>
    <w:p w14:paraId="0309CC18" w14:textId="3D80C5F4" w:rsidR="00BA33AB" w:rsidRPr="000767E2" w:rsidRDefault="00000000">
      <w:pPr>
        <w:rPr>
          <w:lang w:val="sv-SE"/>
        </w:rPr>
      </w:pPr>
      <w:r w:rsidRPr="000767E2">
        <w:rPr>
          <w:lang w:val="sv-SE"/>
        </w:rPr>
        <w:t>[[@</w:t>
      </w:r>
      <w:r w:rsidR="0096445B" w:rsidRPr="000767E2">
        <w:rPr>
          <w:lang w:val="sv-SE"/>
        </w:rPr>
        <w:t>BibleBIBEL82</w:t>
      </w:r>
      <w:r w:rsidRPr="000767E2">
        <w:rPr>
          <w:lang w:val="sv-SE"/>
        </w:rPr>
        <w:t>:Mark 10:10]]</w:t>
      </w:r>
      <w:r w:rsidRPr="000767E2">
        <w:rPr>
          <w:vertAlign w:val="superscript"/>
          <w:lang w:val="sv-SE"/>
        </w:rPr>
        <w:t>10</w:t>
      </w:r>
      <w:r w:rsidRPr="000767E2">
        <w:rPr>
          <w:lang w:val="sv-SE"/>
        </w:rPr>
        <w:t xml:space="preserve"> {{field-on:bible}}Och i huset igen frågade lärjungarna honom om detta,{{field-off:bible}} [[@</w:t>
      </w:r>
      <w:r w:rsidR="0096445B" w:rsidRPr="000767E2">
        <w:rPr>
          <w:lang w:val="sv-SE"/>
        </w:rPr>
        <w:t>BibleBIBEL82</w:t>
      </w:r>
      <w:r w:rsidRPr="000767E2">
        <w:rPr>
          <w:lang w:val="sv-SE"/>
        </w:rPr>
        <w:t>:Mark 10:11]]</w:t>
      </w:r>
      <w:r w:rsidRPr="000767E2">
        <w:rPr>
          <w:vertAlign w:val="superscript"/>
          <w:lang w:val="sv-SE"/>
        </w:rPr>
        <w:t>11</w:t>
      </w:r>
      <w:r w:rsidRPr="000767E2">
        <w:rPr>
          <w:lang w:val="sv-SE"/>
        </w:rPr>
        <w:t xml:space="preserve"> {{field-on:bible}}och han säger till dem: ”Den som förskjuter sin hustru och gifter sig med en annan begår äktenskapsbrott mot henne.{{field-off:bible}} [[@</w:t>
      </w:r>
      <w:r w:rsidR="0096445B" w:rsidRPr="000767E2">
        <w:rPr>
          <w:lang w:val="sv-SE"/>
        </w:rPr>
        <w:t>BibleBIBEL82</w:t>
      </w:r>
      <w:r w:rsidRPr="000767E2">
        <w:rPr>
          <w:lang w:val="sv-SE"/>
        </w:rPr>
        <w:t>:Mark 10:12]]</w:t>
      </w:r>
      <w:r w:rsidRPr="000767E2">
        <w:rPr>
          <w:vertAlign w:val="superscript"/>
          <w:lang w:val="sv-SE"/>
        </w:rPr>
        <w:t>12</w:t>
      </w:r>
      <w:r w:rsidRPr="000767E2">
        <w:rPr>
          <w:lang w:val="sv-SE"/>
        </w:rPr>
        <w:t xml:space="preserve"> {{field-on:bible}}Och om hon förskjuter sin man och gifter sig med en annan, begår hon äktenskapsbrott.”{{field-off:bible}}</w:t>
      </w:r>
    </w:p>
    <w:p w14:paraId="29E76E57" w14:textId="77777777" w:rsidR="00BA33AB" w:rsidRPr="000767E2" w:rsidRDefault="00000000">
      <w:pPr>
        <w:pStyle w:val="Rubrik3"/>
        <w:rPr>
          <w:lang w:val="sv-SE"/>
        </w:rPr>
      </w:pPr>
      <w:r w:rsidRPr="000767E2">
        <w:rPr>
          <w:lang w:val="sv-SE"/>
        </w:rPr>
        <w:t>Jesus och barnen</w:t>
      </w:r>
    </w:p>
    <w:p w14:paraId="2E80CD3C" w14:textId="47B1B72E" w:rsidR="00BA33AB" w:rsidRPr="000767E2" w:rsidRDefault="00000000">
      <w:pPr>
        <w:rPr>
          <w:lang w:val="sv-SE"/>
        </w:rPr>
      </w:pPr>
      <w:r w:rsidRPr="000767E2">
        <w:rPr>
          <w:lang w:val="sv-SE"/>
        </w:rPr>
        <w:t>[[@</w:t>
      </w:r>
      <w:r w:rsidR="0096445B" w:rsidRPr="000767E2">
        <w:rPr>
          <w:lang w:val="sv-SE"/>
        </w:rPr>
        <w:t>BibleBIBEL82</w:t>
      </w:r>
      <w:r w:rsidRPr="000767E2">
        <w:rPr>
          <w:lang w:val="sv-SE"/>
        </w:rPr>
        <w:t>:Mark 10:13]]</w:t>
      </w:r>
      <w:r w:rsidRPr="000767E2">
        <w:rPr>
          <w:vertAlign w:val="superscript"/>
          <w:lang w:val="sv-SE"/>
        </w:rPr>
        <w:t>13</w:t>
      </w:r>
      <w:r w:rsidRPr="000767E2">
        <w:rPr>
          <w:lang w:val="sv-SE"/>
        </w:rPr>
        <w:t xml:space="preserve"> {{field-on:bible}}Och man förde fram till honom barn för att han skulle röra vid dem. Men lärjungarna näpste dem.{{field-off:bible}} [[@</w:t>
      </w:r>
      <w:r w:rsidR="0096445B" w:rsidRPr="000767E2">
        <w:rPr>
          <w:lang w:val="sv-SE"/>
        </w:rPr>
        <w:t>BibleBIBEL82</w:t>
      </w:r>
      <w:r w:rsidRPr="000767E2">
        <w:rPr>
          <w:lang w:val="sv-SE"/>
        </w:rPr>
        <w:t>:Mark 10:14]]</w:t>
      </w:r>
      <w:r w:rsidRPr="000767E2">
        <w:rPr>
          <w:vertAlign w:val="superscript"/>
          <w:lang w:val="sv-SE"/>
        </w:rPr>
        <w:t>14</w:t>
      </w:r>
      <w:r w:rsidRPr="000767E2">
        <w:rPr>
          <w:lang w:val="sv-SE"/>
        </w:rPr>
        <w:t xml:space="preserve"> {{field-on:bible}}Men när Jesus såg </w:t>
      </w:r>
      <w:r w:rsidRPr="000767E2">
        <w:rPr>
          <w:i/>
          <w:lang w:val="sv-SE"/>
        </w:rPr>
        <w:t>det</w:t>
      </w:r>
      <w:r w:rsidRPr="000767E2">
        <w:rPr>
          <w:lang w:val="sv-SE"/>
        </w:rPr>
        <w:t>, blev han indignerad och sade till dem: ”Låt barnen komma till mig! Hindra dem inte. För till sådana hör Guds rike.{{field-off:bible}} [[@</w:t>
      </w:r>
      <w:r w:rsidR="0096445B" w:rsidRPr="000767E2">
        <w:rPr>
          <w:lang w:val="sv-SE"/>
        </w:rPr>
        <w:t>BibleBIBEL82</w:t>
      </w:r>
      <w:r w:rsidRPr="000767E2">
        <w:rPr>
          <w:lang w:val="sv-SE"/>
        </w:rPr>
        <w:t>:Mark 10:15]]</w:t>
      </w:r>
      <w:r w:rsidRPr="000767E2">
        <w:rPr>
          <w:vertAlign w:val="superscript"/>
          <w:lang w:val="sv-SE"/>
        </w:rPr>
        <w:t>15</w:t>
      </w:r>
      <w:r w:rsidRPr="000767E2">
        <w:rPr>
          <w:lang w:val="sv-SE"/>
        </w:rPr>
        <w:t xml:space="preserve"> {{field-on:bible}}Amen, jag säger er: Den som inte välkomnar Guds rike som ett barn kommer aldrig in i det.”{{field-off:bible}} [[@</w:t>
      </w:r>
      <w:r w:rsidR="0096445B" w:rsidRPr="000767E2">
        <w:rPr>
          <w:lang w:val="sv-SE"/>
        </w:rPr>
        <w:t>BibleBIBEL82</w:t>
      </w:r>
      <w:r w:rsidRPr="000767E2">
        <w:rPr>
          <w:lang w:val="sv-SE"/>
        </w:rPr>
        <w:t>:Mark 10:16]]</w:t>
      </w:r>
      <w:r w:rsidRPr="000767E2">
        <w:rPr>
          <w:vertAlign w:val="superscript"/>
          <w:lang w:val="sv-SE"/>
        </w:rPr>
        <w:t>16</w:t>
      </w:r>
      <w:r w:rsidRPr="000767E2">
        <w:rPr>
          <w:lang w:val="sv-SE"/>
        </w:rPr>
        <w:t xml:space="preserve"> {{field-on:bible}}Och han tog dem i famnen och välsignade och lade händerna på dem.{{field-off:bible}}</w:t>
      </w:r>
    </w:p>
    <w:p w14:paraId="1E4E482C" w14:textId="77777777" w:rsidR="00BA33AB" w:rsidRPr="000767E2" w:rsidRDefault="00000000">
      <w:pPr>
        <w:pStyle w:val="Rubrik3"/>
        <w:rPr>
          <w:lang w:val="sv-SE"/>
        </w:rPr>
      </w:pPr>
      <w:r w:rsidRPr="000767E2">
        <w:rPr>
          <w:lang w:val="sv-SE"/>
        </w:rPr>
        <w:t>Jesus och den rike mannen</w:t>
      </w:r>
    </w:p>
    <w:p w14:paraId="3C337D80" w14:textId="5F7102AB" w:rsidR="00BA33AB" w:rsidRPr="000767E2" w:rsidRDefault="00000000">
      <w:pPr>
        <w:rPr>
          <w:lang w:val="sv-SE"/>
        </w:rPr>
      </w:pPr>
      <w:r w:rsidRPr="000767E2">
        <w:rPr>
          <w:lang w:val="sv-SE"/>
        </w:rPr>
        <w:t>[[@</w:t>
      </w:r>
      <w:r w:rsidR="0096445B" w:rsidRPr="000767E2">
        <w:rPr>
          <w:lang w:val="sv-SE"/>
        </w:rPr>
        <w:t>BibleBIBEL82</w:t>
      </w:r>
      <w:r w:rsidRPr="000767E2">
        <w:rPr>
          <w:lang w:val="sv-SE"/>
        </w:rPr>
        <w:t>:Mark 10:17]]</w:t>
      </w:r>
      <w:r w:rsidRPr="000767E2">
        <w:rPr>
          <w:vertAlign w:val="superscript"/>
          <w:lang w:val="sv-SE"/>
        </w:rPr>
        <w:t>17</w:t>
      </w:r>
      <w:r w:rsidRPr="000767E2">
        <w:rPr>
          <w:lang w:val="sv-SE"/>
        </w:rPr>
        <w:t xml:space="preserve"> {{field-on:bible}}Och när han gick ut på vägen, sprang </w:t>
      </w:r>
      <w:r w:rsidRPr="000767E2">
        <w:rPr>
          <w:i/>
          <w:lang w:val="sv-SE"/>
        </w:rPr>
        <w:t>det</w:t>
      </w:r>
      <w:r w:rsidRPr="000767E2">
        <w:rPr>
          <w:lang w:val="sv-SE"/>
        </w:rPr>
        <w:t xml:space="preserve"> fram en och knäföll för honom och frågade honom: ”Gode Lärare, vad ska jag göra för att ärva eoniskt liv?”{{field-off:bible}} [[@</w:t>
      </w:r>
      <w:r w:rsidR="0096445B" w:rsidRPr="000767E2">
        <w:rPr>
          <w:lang w:val="sv-SE"/>
        </w:rPr>
        <w:t>BibleBIBEL82</w:t>
      </w:r>
      <w:r w:rsidRPr="000767E2">
        <w:rPr>
          <w:lang w:val="sv-SE"/>
        </w:rPr>
        <w:t>:Mark 10:18]]</w:t>
      </w:r>
      <w:r w:rsidRPr="000767E2">
        <w:rPr>
          <w:vertAlign w:val="superscript"/>
          <w:lang w:val="sv-SE"/>
        </w:rPr>
        <w:t>18</w:t>
      </w:r>
      <w:r w:rsidRPr="000767E2">
        <w:rPr>
          <w:lang w:val="sv-SE"/>
        </w:rPr>
        <w:t xml:space="preserve"> {{field-on:bible}}Men Jesus sade till honom: ”Varför kallar du mig god? Ingen </w:t>
      </w:r>
      <w:r w:rsidRPr="000767E2">
        <w:rPr>
          <w:i/>
          <w:lang w:val="sv-SE"/>
        </w:rPr>
        <w:t>är</w:t>
      </w:r>
      <w:r w:rsidRPr="000767E2">
        <w:rPr>
          <w:lang w:val="sv-SE"/>
        </w:rPr>
        <w:t xml:space="preserve"> god utom en: Gud.{{field-off:bible}} [[@</w:t>
      </w:r>
      <w:r w:rsidR="0096445B" w:rsidRPr="000767E2">
        <w:rPr>
          <w:lang w:val="sv-SE"/>
        </w:rPr>
        <w:t>BibleBIBEL82</w:t>
      </w:r>
      <w:r w:rsidRPr="000767E2">
        <w:rPr>
          <w:lang w:val="sv-SE"/>
        </w:rPr>
        <w:t>:Mark 10:19]]</w:t>
      </w:r>
      <w:r w:rsidRPr="000767E2">
        <w:rPr>
          <w:vertAlign w:val="superscript"/>
          <w:lang w:val="sv-SE"/>
        </w:rPr>
        <w:t>19</w:t>
      </w:r>
      <w:r w:rsidRPr="000767E2">
        <w:rPr>
          <w:lang w:val="sv-SE"/>
        </w:rPr>
        <w:t xml:space="preserve"> {{field-on:bible}}Buden vet du: Du ska inte mörda. Du ska </w:t>
      </w:r>
      <w:r w:rsidRPr="000767E2">
        <w:rPr>
          <w:lang w:val="sv-SE"/>
        </w:rPr>
        <w:lastRenderedPageBreak/>
        <w:t>inte begå äktenskapsbrott. Du ska inte stjäla. Du ska inte vittna falskt. Du ska inte beröva. Hedra din far och mor.”{{field-off:bible}}</w:t>
      </w:r>
    </w:p>
    <w:p w14:paraId="1E627636" w14:textId="7B2FE5D0" w:rsidR="00BA33AB" w:rsidRPr="000767E2" w:rsidRDefault="00000000">
      <w:pPr>
        <w:rPr>
          <w:lang w:val="sv-SE"/>
        </w:rPr>
      </w:pPr>
      <w:r w:rsidRPr="000767E2">
        <w:rPr>
          <w:lang w:val="sv-SE"/>
        </w:rPr>
        <w:t>[[@</w:t>
      </w:r>
      <w:r w:rsidR="0096445B" w:rsidRPr="000767E2">
        <w:rPr>
          <w:lang w:val="sv-SE"/>
        </w:rPr>
        <w:t>BibleBIBEL82</w:t>
      </w:r>
      <w:r w:rsidRPr="000767E2">
        <w:rPr>
          <w:lang w:val="sv-SE"/>
        </w:rPr>
        <w:t>:Mark 10:20]]</w:t>
      </w:r>
      <w:r w:rsidRPr="000767E2">
        <w:rPr>
          <w:vertAlign w:val="superscript"/>
          <w:lang w:val="sv-SE"/>
        </w:rPr>
        <w:t>20</w:t>
      </w:r>
      <w:r w:rsidRPr="000767E2">
        <w:rPr>
          <w:lang w:val="sv-SE"/>
        </w:rPr>
        <w:t xml:space="preserve"> {{field-on:bible}}Men han sade till honom: ”Lärare, allt detta har jag iakttagit från min ungdom.”{{field-off:bible}} [[@</w:t>
      </w:r>
      <w:r w:rsidR="0096445B" w:rsidRPr="000767E2">
        <w:rPr>
          <w:lang w:val="sv-SE"/>
        </w:rPr>
        <w:t>BibleBIBEL82</w:t>
      </w:r>
      <w:r w:rsidRPr="000767E2">
        <w:rPr>
          <w:lang w:val="sv-SE"/>
        </w:rPr>
        <w:t>:Mark 10:21]]</w:t>
      </w:r>
      <w:r w:rsidRPr="000767E2">
        <w:rPr>
          <w:vertAlign w:val="superscript"/>
          <w:lang w:val="sv-SE"/>
        </w:rPr>
        <w:t>21</w:t>
      </w:r>
      <w:r w:rsidRPr="000767E2">
        <w:rPr>
          <w:lang w:val="sv-SE"/>
        </w:rPr>
        <w:t xml:space="preserve"> {{field-on:bible}}Och Jesus såg på honom och älskade honom, och han sade till honom: ”Ett saknas </w:t>
      </w:r>
      <w:r w:rsidRPr="000767E2">
        <w:rPr>
          <w:i/>
          <w:lang w:val="sv-SE"/>
        </w:rPr>
        <w:t>för</w:t>
      </w:r>
      <w:r w:rsidRPr="000767E2">
        <w:rPr>
          <w:lang w:val="sv-SE"/>
        </w:rPr>
        <w:t xml:space="preserve"> dig. Bege dig, sälj vad du har och ge till de fattiga, och du kommer att ha en skatt i himlen. Och kom, följ mig.”{{field-off:bible}} [[@</w:t>
      </w:r>
      <w:r w:rsidR="0096445B" w:rsidRPr="000767E2">
        <w:rPr>
          <w:lang w:val="sv-SE"/>
        </w:rPr>
        <w:t>BibleBIBEL82</w:t>
      </w:r>
      <w:r w:rsidRPr="000767E2">
        <w:rPr>
          <w:lang w:val="sv-SE"/>
        </w:rPr>
        <w:t>:Mark 10:22]]</w:t>
      </w:r>
      <w:r w:rsidRPr="000767E2">
        <w:rPr>
          <w:vertAlign w:val="superscript"/>
          <w:lang w:val="sv-SE"/>
        </w:rPr>
        <w:t>22</w:t>
      </w:r>
      <w:r w:rsidRPr="000767E2">
        <w:rPr>
          <w:lang w:val="sv-SE"/>
        </w:rPr>
        <w:t xml:space="preserve"> {{field-on:bible}}Men han mulnade vid </w:t>
      </w:r>
      <w:r w:rsidRPr="000767E2">
        <w:rPr>
          <w:i/>
          <w:lang w:val="sv-SE"/>
        </w:rPr>
        <w:t>det</w:t>
      </w:r>
      <w:r w:rsidRPr="000767E2">
        <w:rPr>
          <w:lang w:val="sv-SE"/>
        </w:rPr>
        <w:t xml:space="preserve"> ordet och gick bort bedrövad, för han hade många egendomar.{{field-off:bible}}</w:t>
      </w:r>
    </w:p>
    <w:p w14:paraId="425DBFDF" w14:textId="62982499" w:rsidR="00BA33AB" w:rsidRPr="000767E2" w:rsidRDefault="00000000">
      <w:pPr>
        <w:rPr>
          <w:lang w:val="sv-SE"/>
        </w:rPr>
      </w:pPr>
      <w:r w:rsidRPr="000767E2">
        <w:rPr>
          <w:lang w:val="sv-SE"/>
        </w:rPr>
        <w:t>[[@</w:t>
      </w:r>
      <w:r w:rsidR="0096445B" w:rsidRPr="000767E2">
        <w:rPr>
          <w:lang w:val="sv-SE"/>
        </w:rPr>
        <w:t>BibleBIBEL82</w:t>
      </w:r>
      <w:r w:rsidRPr="000767E2">
        <w:rPr>
          <w:lang w:val="sv-SE"/>
        </w:rPr>
        <w:t>:Mark 10:23]]</w:t>
      </w:r>
      <w:r w:rsidRPr="000767E2">
        <w:rPr>
          <w:vertAlign w:val="superscript"/>
          <w:lang w:val="sv-SE"/>
        </w:rPr>
        <w:t>23</w:t>
      </w:r>
      <w:r w:rsidRPr="000767E2">
        <w:rPr>
          <w:lang w:val="sv-SE"/>
        </w:rPr>
        <w:t xml:space="preserve"> {{field-on:bible}}Och Jesus såg sig omkring och säger till sina lärjungar: ”Hur svårligen ska de som har pengarna komma in i Guds rike!”{{field-off:bible}} [[@</w:t>
      </w:r>
      <w:r w:rsidR="0096445B" w:rsidRPr="000767E2">
        <w:rPr>
          <w:lang w:val="sv-SE"/>
        </w:rPr>
        <w:t>BibleBIBEL82</w:t>
      </w:r>
      <w:r w:rsidRPr="000767E2">
        <w:rPr>
          <w:lang w:val="sv-SE"/>
        </w:rPr>
        <w:t>:Mark 10:24]]</w:t>
      </w:r>
      <w:r w:rsidRPr="000767E2">
        <w:rPr>
          <w:vertAlign w:val="superscript"/>
          <w:lang w:val="sv-SE"/>
        </w:rPr>
        <w:t>24</w:t>
      </w:r>
      <w:r w:rsidRPr="000767E2">
        <w:rPr>
          <w:lang w:val="sv-SE"/>
        </w:rPr>
        <w:t xml:space="preserve"> {{field-on:bible}}Och lärjungarna var bestörta vid hans ord. Men Jesus svarar åter och säger till dem: ”Barn, hur svårt det är att komma in i Guds rike!{{field-off:bible}} [[@</w:t>
      </w:r>
      <w:r w:rsidR="0096445B" w:rsidRPr="000767E2">
        <w:rPr>
          <w:lang w:val="sv-SE"/>
        </w:rPr>
        <w:t>BibleBIBEL82</w:t>
      </w:r>
      <w:r w:rsidRPr="000767E2">
        <w:rPr>
          <w:lang w:val="sv-SE"/>
        </w:rPr>
        <w:t>:Mark 10:25]]</w:t>
      </w:r>
      <w:r w:rsidRPr="000767E2">
        <w:rPr>
          <w:vertAlign w:val="superscript"/>
          <w:lang w:val="sv-SE"/>
        </w:rPr>
        <w:t>25</w:t>
      </w:r>
      <w:r w:rsidRPr="000767E2">
        <w:rPr>
          <w:lang w:val="sv-SE"/>
        </w:rPr>
        <w:t xml:space="preserve"> {{field-on:bible}}Det är lättare att en kamel kommer in genom nålsögat än att en rik kommer in i Guds rike.”{{field-off:bible}} [[@</w:t>
      </w:r>
      <w:r w:rsidR="0096445B" w:rsidRPr="000767E2">
        <w:rPr>
          <w:lang w:val="sv-SE"/>
        </w:rPr>
        <w:t>BibleBIBEL82</w:t>
      </w:r>
      <w:r w:rsidRPr="000767E2">
        <w:rPr>
          <w:lang w:val="sv-SE"/>
        </w:rPr>
        <w:t>:Mark 10:26]]</w:t>
      </w:r>
      <w:r w:rsidRPr="000767E2">
        <w:rPr>
          <w:vertAlign w:val="superscript"/>
          <w:lang w:val="sv-SE"/>
        </w:rPr>
        <w:t>26</w:t>
      </w:r>
      <w:r w:rsidRPr="000767E2">
        <w:rPr>
          <w:lang w:val="sv-SE"/>
        </w:rPr>
        <w:t xml:space="preserve"> {{field-on:bible}}Och de blev ännu mer överväldigade och sade till varann: ”Och vem kan </w:t>
      </w:r>
      <w:r w:rsidRPr="000767E2">
        <w:rPr>
          <w:i/>
          <w:lang w:val="sv-SE"/>
        </w:rPr>
        <w:t>då</w:t>
      </w:r>
      <w:r w:rsidRPr="000767E2">
        <w:rPr>
          <w:lang w:val="sv-SE"/>
        </w:rPr>
        <w:t xml:space="preserve"> bli frälst?”{{field-off:bible}} [[@</w:t>
      </w:r>
      <w:r w:rsidR="0096445B" w:rsidRPr="000767E2">
        <w:rPr>
          <w:lang w:val="sv-SE"/>
        </w:rPr>
        <w:t>BibleBIBEL82</w:t>
      </w:r>
      <w:r w:rsidRPr="000767E2">
        <w:rPr>
          <w:lang w:val="sv-SE"/>
        </w:rPr>
        <w:t>:Mark 10:27]]</w:t>
      </w:r>
      <w:r w:rsidRPr="000767E2">
        <w:rPr>
          <w:vertAlign w:val="superscript"/>
          <w:lang w:val="sv-SE"/>
        </w:rPr>
        <w:t>27</w:t>
      </w:r>
      <w:r w:rsidRPr="000767E2">
        <w:rPr>
          <w:lang w:val="sv-SE"/>
        </w:rPr>
        <w:t xml:space="preserve"> {{field-on:bible}}Jesus ser på dem och säger: ”För människor </w:t>
      </w:r>
      <w:r w:rsidRPr="000767E2">
        <w:rPr>
          <w:i/>
          <w:lang w:val="sv-SE"/>
        </w:rPr>
        <w:t>är det</w:t>
      </w:r>
      <w:r w:rsidRPr="000767E2">
        <w:rPr>
          <w:lang w:val="sv-SE"/>
        </w:rPr>
        <w:t xml:space="preserve"> omöjligt. Men inte för Gud. För allt </w:t>
      </w:r>
      <w:r w:rsidRPr="000767E2">
        <w:rPr>
          <w:i/>
          <w:lang w:val="sv-SE"/>
        </w:rPr>
        <w:t>är</w:t>
      </w:r>
      <w:r w:rsidRPr="000767E2">
        <w:rPr>
          <w:lang w:val="sv-SE"/>
        </w:rPr>
        <w:t xml:space="preserve"> möjligt för Gud.”{{field-off:bible}}</w:t>
      </w:r>
    </w:p>
    <w:p w14:paraId="2196A814" w14:textId="49EAAA4A" w:rsidR="00BA33AB" w:rsidRPr="000767E2" w:rsidRDefault="00000000">
      <w:pPr>
        <w:rPr>
          <w:lang w:val="sv-SE"/>
        </w:rPr>
      </w:pPr>
      <w:r w:rsidRPr="000767E2">
        <w:rPr>
          <w:lang w:val="sv-SE"/>
        </w:rPr>
        <w:t>[[@</w:t>
      </w:r>
      <w:r w:rsidR="0096445B" w:rsidRPr="000767E2">
        <w:rPr>
          <w:lang w:val="sv-SE"/>
        </w:rPr>
        <w:t>BibleBIBEL82</w:t>
      </w:r>
      <w:r w:rsidRPr="000767E2">
        <w:rPr>
          <w:lang w:val="sv-SE"/>
        </w:rPr>
        <w:t>:Mark 10:28]]</w:t>
      </w:r>
      <w:r w:rsidRPr="000767E2">
        <w:rPr>
          <w:vertAlign w:val="superscript"/>
          <w:lang w:val="sv-SE"/>
        </w:rPr>
        <w:t>28</w:t>
      </w:r>
      <w:r w:rsidRPr="000767E2">
        <w:rPr>
          <w:lang w:val="sv-SE"/>
        </w:rPr>
        <w:t xml:space="preserve"> {{field-on:bible}}</w:t>
      </w:r>
      <w:r w:rsidRPr="000767E2">
        <w:rPr>
          <w:i/>
          <w:lang w:val="sv-SE"/>
        </w:rPr>
        <w:t>Då</w:t>
      </w:r>
      <w:r w:rsidRPr="000767E2">
        <w:rPr>
          <w:lang w:val="sv-SE"/>
        </w:rPr>
        <w:t xml:space="preserve"> började Petrus säga till honom: ”Se, vi har lämnat allt och följt dig.”{{field-off:bible}} [[@</w:t>
      </w:r>
      <w:r w:rsidR="0096445B" w:rsidRPr="000767E2">
        <w:rPr>
          <w:lang w:val="sv-SE"/>
        </w:rPr>
        <w:t>BibleBIBEL82</w:t>
      </w:r>
      <w:r w:rsidRPr="000767E2">
        <w:rPr>
          <w:lang w:val="sv-SE"/>
        </w:rPr>
        <w:t>:Mark 10:29]]</w:t>
      </w:r>
      <w:r w:rsidRPr="000767E2">
        <w:rPr>
          <w:vertAlign w:val="superscript"/>
          <w:lang w:val="sv-SE"/>
        </w:rPr>
        <w:t>29</w:t>
      </w:r>
      <w:r w:rsidRPr="000767E2">
        <w:rPr>
          <w:lang w:val="sv-SE"/>
        </w:rPr>
        <w:t xml:space="preserve"> {{field-on:bible}}Jesus sade: ”Amen, jag säger er: Det finns ingen som har lämnat hus eller bröder eller systrar eller mor eller far eller barn eller åkrar för mig och för evangeliet,{{field-off:bible}} [[@</w:t>
      </w:r>
      <w:r w:rsidR="0096445B" w:rsidRPr="000767E2">
        <w:rPr>
          <w:lang w:val="sv-SE"/>
        </w:rPr>
        <w:t>BibleBIBEL82</w:t>
      </w:r>
      <w:r w:rsidRPr="000767E2">
        <w:rPr>
          <w:lang w:val="sv-SE"/>
        </w:rPr>
        <w:t>:Mark 10:30]]</w:t>
      </w:r>
      <w:r w:rsidRPr="000767E2">
        <w:rPr>
          <w:vertAlign w:val="superscript"/>
          <w:lang w:val="sv-SE"/>
        </w:rPr>
        <w:t>30</w:t>
      </w:r>
      <w:r w:rsidRPr="000767E2">
        <w:rPr>
          <w:lang w:val="sv-SE"/>
        </w:rPr>
        <w:t xml:space="preserve"> {{field-on:bible}}</w:t>
      </w:r>
      <w:r w:rsidRPr="000767E2">
        <w:rPr>
          <w:i/>
          <w:lang w:val="sv-SE"/>
        </w:rPr>
        <w:t>och</w:t>
      </w:r>
      <w:r w:rsidRPr="000767E2">
        <w:rPr>
          <w:lang w:val="sv-SE"/>
        </w:rPr>
        <w:t xml:space="preserve"> inte får hundrafalt: nu i denna tid hus och bröder och systrar och mödrar och barn och åkrar, med förföljelser. Och i den kommande eonen eoniskt liv.{{field-off:bible}} [[@</w:t>
      </w:r>
      <w:r w:rsidR="0096445B" w:rsidRPr="000767E2">
        <w:rPr>
          <w:lang w:val="sv-SE"/>
        </w:rPr>
        <w:t>BibleBIBEL82</w:t>
      </w:r>
      <w:r w:rsidRPr="000767E2">
        <w:rPr>
          <w:lang w:val="sv-SE"/>
        </w:rPr>
        <w:t>:Mark 10:31]]</w:t>
      </w:r>
      <w:r w:rsidRPr="000767E2">
        <w:rPr>
          <w:vertAlign w:val="superscript"/>
          <w:lang w:val="sv-SE"/>
        </w:rPr>
        <w:t>31</w:t>
      </w:r>
      <w:r w:rsidRPr="000767E2">
        <w:rPr>
          <w:lang w:val="sv-SE"/>
        </w:rPr>
        <w:t xml:space="preserve"> {{field-on:bible}}Men många första ska bli sista, och de sista första.”{{field-off:bible}}</w:t>
      </w:r>
    </w:p>
    <w:p w14:paraId="2BBAC77B" w14:textId="77777777" w:rsidR="00BA33AB" w:rsidRPr="000767E2" w:rsidRDefault="00000000">
      <w:pPr>
        <w:pStyle w:val="Rubrik3"/>
        <w:rPr>
          <w:lang w:val="sv-SE"/>
        </w:rPr>
      </w:pPr>
      <w:r w:rsidRPr="000767E2">
        <w:rPr>
          <w:lang w:val="sv-SE"/>
        </w:rPr>
        <w:t>Jesus talar återigen om sin död</w:t>
      </w:r>
    </w:p>
    <w:p w14:paraId="378386B6" w14:textId="093BE32F" w:rsidR="00BA33AB" w:rsidRPr="000767E2" w:rsidRDefault="00000000">
      <w:pPr>
        <w:rPr>
          <w:lang w:val="sv-SE"/>
        </w:rPr>
      </w:pPr>
      <w:r w:rsidRPr="000767E2">
        <w:rPr>
          <w:lang w:val="sv-SE"/>
        </w:rPr>
        <w:t>[[@</w:t>
      </w:r>
      <w:r w:rsidR="0096445B" w:rsidRPr="000767E2">
        <w:rPr>
          <w:lang w:val="sv-SE"/>
        </w:rPr>
        <w:t>BibleBIBEL82</w:t>
      </w:r>
      <w:r w:rsidRPr="000767E2">
        <w:rPr>
          <w:lang w:val="sv-SE"/>
        </w:rPr>
        <w:t>:Mark 10:32]]</w:t>
      </w:r>
      <w:r w:rsidRPr="000767E2">
        <w:rPr>
          <w:vertAlign w:val="superscript"/>
          <w:lang w:val="sv-SE"/>
        </w:rPr>
        <w:t>32</w:t>
      </w:r>
      <w:r w:rsidRPr="000767E2">
        <w:rPr>
          <w:lang w:val="sv-SE"/>
        </w:rPr>
        <w:t xml:space="preserve"> {{field-on:bible}}Och de var på vägen och gick upp till Jerusalem, och före dem gick Jesus. Och de var bestörta, och de som följde fruktade. Och han tog åter med de tolv och började säga dem det som skulle inträffa för honom,{{field-off:bible}} [[@</w:t>
      </w:r>
      <w:r w:rsidR="0096445B" w:rsidRPr="000767E2">
        <w:rPr>
          <w:lang w:val="sv-SE"/>
        </w:rPr>
        <w:t>BibleBIBEL82</w:t>
      </w:r>
      <w:r w:rsidRPr="000767E2">
        <w:rPr>
          <w:lang w:val="sv-SE"/>
        </w:rPr>
        <w:t>:Mark 10:33]]</w:t>
      </w:r>
      <w:r w:rsidRPr="000767E2">
        <w:rPr>
          <w:vertAlign w:val="superscript"/>
          <w:lang w:val="sv-SE"/>
        </w:rPr>
        <w:t>33</w:t>
      </w:r>
      <w:r w:rsidRPr="000767E2">
        <w:rPr>
          <w:lang w:val="sv-SE"/>
        </w:rPr>
        <w:t xml:space="preserve"> {{field-on:bible}}att: ”Se, vi går upp till Jerusalem. Och Människosonen ska utlämnas åt översteprästerna och de skriftlärda. Och de ska fördöma honom till döden och utlämna honom åt folkslagen,{{field-off:bible}} [[@</w:t>
      </w:r>
      <w:r w:rsidR="0096445B" w:rsidRPr="000767E2">
        <w:rPr>
          <w:lang w:val="sv-SE"/>
        </w:rPr>
        <w:t>BibleBIBEL82</w:t>
      </w:r>
      <w:r w:rsidRPr="000767E2">
        <w:rPr>
          <w:lang w:val="sv-SE"/>
        </w:rPr>
        <w:t>:Mark 10:34]]</w:t>
      </w:r>
      <w:r w:rsidRPr="000767E2">
        <w:rPr>
          <w:vertAlign w:val="superscript"/>
          <w:lang w:val="sv-SE"/>
        </w:rPr>
        <w:t>34</w:t>
      </w:r>
      <w:r w:rsidRPr="000767E2">
        <w:rPr>
          <w:lang w:val="sv-SE"/>
        </w:rPr>
        <w:t xml:space="preserve"> {{field-on:bible}}och de ska förlöjliga honom och spotta på honom och piska honom och döda. Och efter tre dagar ska han uppstå.”{{field-off:bible}}</w:t>
      </w:r>
    </w:p>
    <w:p w14:paraId="4BD3C377" w14:textId="77777777" w:rsidR="00BA33AB" w:rsidRPr="000767E2" w:rsidRDefault="00000000">
      <w:pPr>
        <w:pStyle w:val="Rubrik3"/>
        <w:rPr>
          <w:lang w:val="sv-SE"/>
        </w:rPr>
      </w:pPr>
      <w:r w:rsidRPr="000767E2">
        <w:rPr>
          <w:lang w:val="sv-SE"/>
        </w:rPr>
        <w:t>Platserna vid Jesu sida</w:t>
      </w:r>
    </w:p>
    <w:p w14:paraId="15FE93C9" w14:textId="04743457" w:rsidR="00BA33AB" w:rsidRPr="000767E2" w:rsidRDefault="00000000">
      <w:pPr>
        <w:rPr>
          <w:lang w:val="sv-SE"/>
        </w:rPr>
      </w:pPr>
      <w:r w:rsidRPr="000767E2">
        <w:rPr>
          <w:lang w:val="sv-SE"/>
        </w:rPr>
        <w:t>[[@</w:t>
      </w:r>
      <w:r w:rsidR="0096445B" w:rsidRPr="000767E2">
        <w:rPr>
          <w:lang w:val="sv-SE"/>
        </w:rPr>
        <w:t>BibleBIBEL82</w:t>
      </w:r>
      <w:r w:rsidRPr="000767E2">
        <w:rPr>
          <w:lang w:val="sv-SE"/>
        </w:rPr>
        <w:t>:Mark 10:35]]</w:t>
      </w:r>
      <w:r w:rsidRPr="000767E2">
        <w:rPr>
          <w:vertAlign w:val="superscript"/>
          <w:lang w:val="sv-SE"/>
        </w:rPr>
        <w:t>35</w:t>
      </w:r>
      <w:r w:rsidRPr="000767E2">
        <w:rPr>
          <w:lang w:val="sv-SE"/>
        </w:rPr>
        <w:t xml:space="preserve"> {{field-on:bible}}Och fram till honom går Jakob och Johannes, Zebedaios söner, och säger till honom: ”Lärare, vi vill att vadhelst vi ber dig om ska du göra för oss.”{{field-off:bible}} [[@</w:t>
      </w:r>
      <w:r w:rsidR="0096445B" w:rsidRPr="000767E2">
        <w:rPr>
          <w:lang w:val="sv-SE"/>
        </w:rPr>
        <w:t>BibleBIBEL82</w:t>
      </w:r>
      <w:r w:rsidRPr="000767E2">
        <w:rPr>
          <w:lang w:val="sv-SE"/>
        </w:rPr>
        <w:t>:Mark 10:36]]</w:t>
      </w:r>
      <w:r w:rsidRPr="000767E2">
        <w:rPr>
          <w:vertAlign w:val="superscript"/>
          <w:lang w:val="sv-SE"/>
        </w:rPr>
        <w:t>36</w:t>
      </w:r>
      <w:r w:rsidRPr="000767E2">
        <w:rPr>
          <w:lang w:val="sv-SE"/>
        </w:rPr>
        <w:t xml:space="preserve"> {{field-on:bible}}Och han sade till dem: ”Vad vill ni mig, att jag ska göra för er?”{{field-off:bible}} </w:t>
      </w:r>
      <w:r w:rsidRPr="000767E2">
        <w:rPr>
          <w:lang w:val="sv-SE"/>
        </w:rPr>
        <w:lastRenderedPageBreak/>
        <w:t>[[@</w:t>
      </w:r>
      <w:r w:rsidR="0096445B" w:rsidRPr="000767E2">
        <w:rPr>
          <w:lang w:val="sv-SE"/>
        </w:rPr>
        <w:t>BibleBIBEL82</w:t>
      </w:r>
      <w:r w:rsidRPr="000767E2">
        <w:rPr>
          <w:lang w:val="sv-SE"/>
        </w:rPr>
        <w:t>:Mark 10:37]]</w:t>
      </w:r>
      <w:r w:rsidRPr="000767E2">
        <w:rPr>
          <w:vertAlign w:val="superscript"/>
          <w:lang w:val="sv-SE"/>
        </w:rPr>
        <w:t>37</w:t>
      </w:r>
      <w:r w:rsidRPr="000767E2">
        <w:rPr>
          <w:lang w:val="sv-SE"/>
        </w:rPr>
        <w:t xml:space="preserve"> {{field-on:bible}}Och de sade till honom: ”Ge oss att vi får sätta oss, en vid din högra </w:t>
      </w:r>
      <w:r w:rsidRPr="000767E2">
        <w:rPr>
          <w:i/>
          <w:lang w:val="sv-SE"/>
        </w:rPr>
        <w:t>sida</w:t>
      </w:r>
      <w:r w:rsidRPr="000767E2">
        <w:rPr>
          <w:lang w:val="sv-SE"/>
        </w:rPr>
        <w:t xml:space="preserve"> och en vid vänstra i din härlighet.”{{field-off:bible}}</w:t>
      </w:r>
    </w:p>
    <w:p w14:paraId="62783A8B" w14:textId="61A13D5C" w:rsidR="00BA33AB" w:rsidRPr="000767E2" w:rsidRDefault="00000000">
      <w:pPr>
        <w:rPr>
          <w:lang w:val="sv-SE"/>
        </w:rPr>
      </w:pPr>
      <w:r w:rsidRPr="000767E2">
        <w:rPr>
          <w:lang w:val="sv-SE"/>
        </w:rPr>
        <w:t>[[@</w:t>
      </w:r>
      <w:r w:rsidR="0096445B" w:rsidRPr="000767E2">
        <w:rPr>
          <w:lang w:val="sv-SE"/>
        </w:rPr>
        <w:t>BibleBIBEL82</w:t>
      </w:r>
      <w:r w:rsidRPr="000767E2">
        <w:rPr>
          <w:lang w:val="sv-SE"/>
        </w:rPr>
        <w:t>:Mark 10:38]]</w:t>
      </w:r>
      <w:r w:rsidRPr="000767E2">
        <w:rPr>
          <w:vertAlign w:val="superscript"/>
          <w:lang w:val="sv-SE"/>
        </w:rPr>
        <w:t>38</w:t>
      </w:r>
      <w:r w:rsidRPr="000767E2">
        <w:rPr>
          <w:lang w:val="sv-SE"/>
        </w:rPr>
        <w:t xml:space="preserve"> {{field-on:bible}}Men Jesus sade till dem: ”Ni vet inte vad ni ber om. Kan ni dricka bägaren som jag dricker? Eller döpas </w:t>
      </w:r>
      <w:r w:rsidRPr="000767E2">
        <w:rPr>
          <w:i/>
          <w:lang w:val="sv-SE"/>
        </w:rPr>
        <w:t>med</w:t>
      </w:r>
      <w:r w:rsidRPr="000767E2">
        <w:rPr>
          <w:lang w:val="sv-SE"/>
        </w:rPr>
        <w:t xml:space="preserve"> dopet som jag döps </w:t>
      </w:r>
      <w:r w:rsidRPr="000767E2">
        <w:rPr>
          <w:i/>
          <w:lang w:val="sv-SE"/>
        </w:rPr>
        <w:t>med</w:t>
      </w:r>
      <w:r w:rsidRPr="000767E2">
        <w:rPr>
          <w:lang w:val="sv-SE"/>
        </w:rPr>
        <w:t>?”{{field-off:bible}} [[@</w:t>
      </w:r>
      <w:r w:rsidR="0096445B" w:rsidRPr="000767E2">
        <w:rPr>
          <w:lang w:val="sv-SE"/>
        </w:rPr>
        <w:t>BibleBIBEL82</w:t>
      </w:r>
      <w:r w:rsidRPr="000767E2">
        <w:rPr>
          <w:lang w:val="sv-SE"/>
        </w:rPr>
        <w:t>:Mark 10:39]]</w:t>
      </w:r>
      <w:r w:rsidRPr="000767E2">
        <w:rPr>
          <w:vertAlign w:val="superscript"/>
          <w:lang w:val="sv-SE"/>
        </w:rPr>
        <w:t>39</w:t>
      </w:r>
      <w:r w:rsidRPr="000767E2">
        <w:rPr>
          <w:lang w:val="sv-SE"/>
        </w:rPr>
        <w:t xml:space="preserve"> {{field-on:bible}}Och de sade till honom: ”Vi kan.” Och Jesus sade till dem: ”Bägaren som jag dricker ska ni dricka, och dopet som jag döps </w:t>
      </w:r>
      <w:r w:rsidRPr="000767E2">
        <w:rPr>
          <w:i/>
          <w:lang w:val="sv-SE"/>
        </w:rPr>
        <w:t>med</w:t>
      </w:r>
      <w:r w:rsidRPr="000767E2">
        <w:rPr>
          <w:lang w:val="sv-SE"/>
        </w:rPr>
        <w:t xml:space="preserve"> ska ni döpas </w:t>
      </w:r>
      <w:r w:rsidRPr="000767E2">
        <w:rPr>
          <w:i/>
          <w:lang w:val="sv-SE"/>
        </w:rPr>
        <w:t>med</w:t>
      </w:r>
      <w:r w:rsidRPr="000767E2">
        <w:rPr>
          <w:lang w:val="sv-SE"/>
        </w:rPr>
        <w:t>.{{field-off:bible}} [[@</w:t>
      </w:r>
      <w:r w:rsidR="0096445B" w:rsidRPr="000767E2">
        <w:rPr>
          <w:lang w:val="sv-SE"/>
        </w:rPr>
        <w:t>BibleBIBEL82</w:t>
      </w:r>
      <w:r w:rsidRPr="000767E2">
        <w:rPr>
          <w:lang w:val="sv-SE"/>
        </w:rPr>
        <w:t>:Mark 10:40]]</w:t>
      </w:r>
      <w:r w:rsidRPr="000767E2">
        <w:rPr>
          <w:vertAlign w:val="superscript"/>
          <w:lang w:val="sv-SE"/>
        </w:rPr>
        <w:t>40</w:t>
      </w:r>
      <w:r w:rsidRPr="000767E2">
        <w:rPr>
          <w:lang w:val="sv-SE"/>
        </w:rPr>
        <w:t xml:space="preserve"> {{field-on:bible}}Men att sätta sig vid min högra </w:t>
      </w:r>
      <w:r w:rsidRPr="000767E2">
        <w:rPr>
          <w:i/>
          <w:lang w:val="sv-SE"/>
        </w:rPr>
        <w:t>sida</w:t>
      </w:r>
      <w:r w:rsidRPr="000767E2">
        <w:rPr>
          <w:lang w:val="sv-SE"/>
        </w:rPr>
        <w:t xml:space="preserve"> eller vid vänstra är inte mitt att ge, utan för dem åt vilka det beretts.”{{field-off:bible}}</w:t>
      </w:r>
    </w:p>
    <w:p w14:paraId="396ACD00" w14:textId="7D2EA54C" w:rsidR="00BA33AB" w:rsidRPr="000767E2" w:rsidRDefault="00000000">
      <w:pPr>
        <w:rPr>
          <w:lang w:val="sv-SE"/>
        </w:rPr>
      </w:pPr>
      <w:r w:rsidRPr="000767E2">
        <w:rPr>
          <w:lang w:val="sv-SE"/>
        </w:rPr>
        <w:t>[[@</w:t>
      </w:r>
      <w:r w:rsidR="0096445B" w:rsidRPr="000767E2">
        <w:rPr>
          <w:lang w:val="sv-SE"/>
        </w:rPr>
        <w:t>BibleBIBEL82</w:t>
      </w:r>
      <w:r w:rsidRPr="000767E2">
        <w:rPr>
          <w:lang w:val="sv-SE"/>
        </w:rPr>
        <w:t>:Mark 10:41]]</w:t>
      </w:r>
      <w:r w:rsidRPr="000767E2">
        <w:rPr>
          <w:vertAlign w:val="superscript"/>
          <w:lang w:val="sv-SE"/>
        </w:rPr>
        <w:t>41</w:t>
      </w:r>
      <w:r w:rsidRPr="000767E2">
        <w:rPr>
          <w:lang w:val="sv-SE"/>
        </w:rPr>
        <w:t xml:space="preserve"> {{field-on:bible}}Och när de tio hörde </w:t>
      </w:r>
      <w:r w:rsidRPr="000767E2">
        <w:rPr>
          <w:i/>
          <w:lang w:val="sv-SE"/>
        </w:rPr>
        <w:t>det</w:t>
      </w:r>
      <w:r w:rsidRPr="000767E2">
        <w:rPr>
          <w:lang w:val="sv-SE"/>
        </w:rPr>
        <w:t>, började de bli indignerade över Jakob och Johannes.{{field-off:bible}} [[@</w:t>
      </w:r>
      <w:r w:rsidR="0096445B" w:rsidRPr="000767E2">
        <w:rPr>
          <w:lang w:val="sv-SE"/>
        </w:rPr>
        <w:t>BibleBIBEL82</w:t>
      </w:r>
      <w:r w:rsidRPr="000767E2">
        <w:rPr>
          <w:lang w:val="sv-SE"/>
        </w:rPr>
        <w:t>:Mark 10:42]]</w:t>
      </w:r>
      <w:r w:rsidRPr="000767E2">
        <w:rPr>
          <w:vertAlign w:val="superscript"/>
          <w:lang w:val="sv-SE"/>
        </w:rPr>
        <w:t>42</w:t>
      </w:r>
      <w:r w:rsidRPr="000767E2">
        <w:rPr>
          <w:lang w:val="sv-SE"/>
        </w:rPr>
        <w:t xml:space="preserve"> {{field-on:bible}}Och Jesus kallar till sig dem och säger till dem: ”Ni vet att de som anses leda folkslagen dominerar dem, och deras stora utövar auktoritet över dem.{{field-off:bible}} [[@</w:t>
      </w:r>
      <w:r w:rsidR="0096445B" w:rsidRPr="000767E2">
        <w:rPr>
          <w:lang w:val="sv-SE"/>
        </w:rPr>
        <w:t>BibleBIBEL82</w:t>
      </w:r>
      <w:r w:rsidRPr="000767E2">
        <w:rPr>
          <w:lang w:val="sv-SE"/>
        </w:rPr>
        <w:t>:Mark 10:43]]</w:t>
      </w:r>
      <w:r w:rsidRPr="000767E2">
        <w:rPr>
          <w:vertAlign w:val="superscript"/>
          <w:lang w:val="sv-SE"/>
        </w:rPr>
        <w:t>43</w:t>
      </w:r>
      <w:r w:rsidRPr="000767E2">
        <w:rPr>
          <w:lang w:val="sv-SE"/>
        </w:rPr>
        <w:t xml:space="preserve"> {{field-on:bible}}Men så är det inte bland er. Nej, den som vill bli stor bland er ska vara er tjänare,{{field-off:bible}} [[@</w:t>
      </w:r>
      <w:r w:rsidR="0096445B" w:rsidRPr="000767E2">
        <w:rPr>
          <w:lang w:val="sv-SE"/>
        </w:rPr>
        <w:t>BibleBIBEL82</w:t>
      </w:r>
      <w:r w:rsidRPr="000767E2">
        <w:rPr>
          <w:lang w:val="sv-SE"/>
        </w:rPr>
        <w:t>:Mark 10:44]]</w:t>
      </w:r>
      <w:r w:rsidRPr="000767E2">
        <w:rPr>
          <w:vertAlign w:val="superscript"/>
          <w:lang w:val="sv-SE"/>
        </w:rPr>
        <w:t>44</w:t>
      </w:r>
      <w:r w:rsidRPr="000767E2">
        <w:rPr>
          <w:lang w:val="sv-SE"/>
        </w:rPr>
        <w:t xml:space="preserve"> {{field-on:bible}}och den som bland er vill vara först ska vara allas fasttjänare.{{field-off:bible}} [[@</w:t>
      </w:r>
      <w:r w:rsidR="0096445B" w:rsidRPr="000767E2">
        <w:rPr>
          <w:lang w:val="sv-SE"/>
        </w:rPr>
        <w:t>BibleBIBEL82</w:t>
      </w:r>
      <w:r w:rsidRPr="000767E2">
        <w:rPr>
          <w:lang w:val="sv-SE"/>
        </w:rPr>
        <w:t>:Mark 10:45]]</w:t>
      </w:r>
      <w:r w:rsidRPr="000767E2">
        <w:rPr>
          <w:vertAlign w:val="superscript"/>
          <w:lang w:val="sv-SE"/>
        </w:rPr>
        <w:t>45</w:t>
      </w:r>
      <w:r w:rsidRPr="000767E2">
        <w:rPr>
          <w:lang w:val="sv-SE"/>
        </w:rPr>
        <w:t xml:space="preserve"> {{field-on:bible}}För även Människosonen har inte kommit </w:t>
      </w:r>
      <w:r w:rsidRPr="000767E2">
        <w:rPr>
          <w:i/>
          <w:lang w:val="sv-SE"/>
        </w:rPr>
        <w:t>för</w:t>
      </w:r>
      <w:r w:rsidRPr="000767E2">
        <w:rPr>
          <w:lang w:val="sv-SE"/>
        </w:rPr>
        <w:t xml:space="preserve"> att bli betjänad, utan betjäna och ge sin själ </w:t>
      </w:r>
      <w:r w:rsidRPr="000767E2">
        <w:rPr>
          <w:i/>
          <w:lang w:val="sv-SE"/>
        </w:rPr>
        <w:t>till</w:t>
      </w:r>
      <w:r w:rsidRPr="000767E2">
        <w:rPr>
          <w:lang w:val="sv-SE"/>
        </w:rPr>
        <w:t xml:space="preserve"> lösen för många.”{{field-off:bible}}</w:t>
      </w:r>
    </w:p>
    <w:p w14:paraId="51473F0F" w14:textId="77777777" w:rsidR="00BA33AB" w:rsidRPr="000767E2" w:rsidRDefault="00000000">
      <w:pPr>
        <w:pStyle w:val="Rubrik3"/>
        <w:rPr>
          <w:lang w:val="sv-SE"/>
        </w:rPr>
      </w:pPr>
      <w:r w:rsidRPr="000767E2">
        <w:rPr>
          <w:lang w:val="sv-SE"/>
        </w:rPr>
        <w:t>Jesus botar blinde Bartimeus</w:t>
      </w:r>
    </w:p>
    <w:p w14:paraId="354AF5EC" w14:textId="745B400C" w:rsidR="00BA33AB" w:rsidRPr="000767E2" w:rsidRDefault="00000000">
      <w:pPr>
        <w:rPr>
          <w:lang w:val="sv-SE"/>
        </w:rPr>
      </w:pPr>
      <w:r w:rsidRPr="000767E2">
        <w:rPr>
          <w:lang w:val="sv-SE"/>
        </w:rPr>
        <w:t>[[@</w:t>
      </w:r>
      <w:r w:rsidR="0096445B" w:rsidRPr="000767E2">
        <w:rPr>
          <w:lang w:val="sv-SE"/>
        </w:rPr>
        <w:t>BibleBIBEL82</w:t>
      </w:r>
      <w:r w:rsidRPr="000767E2">
        <w:rPr>
          <w:lang w:val="sv-SE"/>
        </w:rPr>
        <w:t>:Mark 10:46]]</w:t>
      </w:r>
      <w:r w:rsidRPr="000767E2">
        <w:rPr>
          <w:vertAlign w:val="superscript"/>
          <w:lang w:val="sv-SE"/>
        </w:rPr>
        <w:t>46</w:t>
      </w:r>
      <w:r w:rsidRPr="000767E2">
        <w:rPr>
          <w:lang w:val="sv-SE"/>
        </w:rPr>
        <w:t xml:space="preserve"> {{field-on:bible}}Och de kommer till Jeriko. Och när han gick ut från Jeriko </w:t>
      </w:r>
      <w:r w:rsidRPr="000767E2">
        <w:rPr>
          <w:i/>
          <w:lang w:val="sv-SE"/>
        </w:rPr>
        <w:t>med</w:t>
      </w:r>
      <w:r w:rsidRPr="000767E2">
        <w:rPr>
          <w:lang w:val="sv-SE"/>
        </w:rPr>
        <w:t xml:space="preserve"> sina lärjungar och en avsevärd skara satt Timaios son Bartimaios, en blind tiggare, vid vägen.{{field-off:bible}} [[@</w:t>
      </w:r>
      <w:r w:rsidR="0096445B" w:rsidRPr="000767E2">
        <w:rPr>
          <w:lang w:val="sv-SE"/>
        </w:rPr>
        <w:t>BibleBIBEL82</w:t>
      </w:r>
      <w:r w:rsidRPr="000767E2">
        <w:rPr>
          <w:lang w:val="sv-SE"/>
        </w:rPr>
        <w:t>:Mark 10:47]]</w:t>
      </w:r>
      <w:r w:rsidRPr="000767E2">
        <w:rPr>
          <w:vertAlign w:val="superscript"/>
          <w:lang w:val="sv-SE"/>
        </w:rPr>
        <w:t>47</w:t>
      </w:r>
      <w:r w:rsidRPr="000767E2">
        <w:rPr>
          <w:lang w:val="sv-SE"/>
        </w:rPr>
        <w:t xml:space="preserve"> {{field-on:bible}}Och när han hörde att det är Jesus nazarén, började han skrika och säga: ”Davids son, Jesus! Förbarma dig över mig!”{{field-off:bible}} [[@</w:t>
      </w:r>
      <w:r w:rsidR="0096445B" w:rsidRPr="000767E2">
        <w:rPr>
          <w:lang w:val="sv-SE"/>
        </w:rPr>
        <w:t>BibleBIBEL82</w:t>
      </w:r>
      <w:r w:rsidRPr="000767E2">
        <w:rPr>
          <w:lang w:val="sv-SE"/>
        </w:rPr>
        <w:t>:Mark 10:48]]</w:t>
      </w:r>
      <w:r w:rsidRPr="000767E2">
        <w:rPr>
          <w:vertAlign w:val="superscript"/>
          <w:lang w:val="sv-SE"/>
        </w:rPr>
        <w:t>48</w:t>
      </w:r>
      <w:r w:rsidRPr="000767E2">
        <w:rPr>
          <w:lang w:val="sv-SE"/>
        </w:rPr>
        <w:t xml:space="preserve"> {{field-on:bible}}Och </w:t>
      </w:r>
      <w:r w:rsidRPr="000767E2">
        <w:rPr>
          <w:i/>
          <w:lang w:val="sv-SE"/>
        </w:rPr>
        <w:t>då</w:t>
      </w:r>
      <w:r w:rsidRPr="000767E2">
        <w:rPr>
          <w:lang w:val="sv-SE"/>
        </w:rPr>
        <w:t xml:space="preserve"> näpste honom många, att han skulle vara tyst. Men </w:t>
      </w:r>
      <w:r w:rsidRPr="000767E2">
        <w:rPr>
          <w:i/>
          <w:lang w:val="sv-SE"/>
        </w:rPr>
        <w:t>så</w:t>
      </w:r>
      <w:r w:rsidRPr="000767E2">
        <w:rPr>
          <w:lang w:val="sv-SE"/>
        </w:rPr>
        <w:t xml:space="preserve"> mycket mer skrek han: ”Davids son, förbarma dig över mig!”{{field-off:bible}}</w:t>
      </w:r>
    </w:p>
    <w:p w14:paraId="17C91F8D" w14:textId="6FB2A35A" w:rsidR="00BA33AB" w:rsidRPr="000767E2" w:rsidRDefault="00000000">
      <w:pPr>
        <w:rPr>
          <w:lang w:val="sv-SE"/>
        </w:rPr>
      </w:pPr>
      <w:r w:rsidRPr="000767E2">
        <w:rPr>
          <w:lang w:val="sv-SE"/>
        </w:rPr>
        <w:t>[[@</w:t>
      </w:r>
      <w:r w:rsidR="0096445B" w:rsidRPr="000767E2">
        <w:rPr>
          <w:lang w:val="sv-SE"/>
        </w:rPr>
        <w:t>BibleBIBEL82</w:t>
      </w:r>
      <w:r w:rsidRPr="000767E2">
        <w:rPr>
          <w:lang w:val="sv-SE"/>
        </w:rPr>
        <w:t>:Mark 10:49]]</w:t>
      </w:r>
      <w:r w:rsidRPr="000767E2">
        <w:rPr>
          <w:vertAlign w:val="superscript"/>
          <w:lang w:val="sv-SE"/>
        </w:rPr>
        <w:t>49</w:t>
      </w:r>
      <w:r w:rsidRPr="000767E2">
        <w:rPr>
          <w:lang w:val="sv-SE"/>
        </w:rPr>
        <w:t xml:space="preserve"> {{field-on:bible}}Och Jesus stannade och sade: ”Ropa på honom.” Och de ropar på den blinde och säger till honom: ”Fatta mod! Res dig, han ropar på dig.”{{field-off:bible}} [[@</w:t>
      </w:r>
      <w:r w:rsidR="0096445B" w:rsidRPr="000767E2">
        <w:rPr>
          <w:lang w:val="sv-SE"/>
        </w:rPr>
        <w:t>BibleBIBEL82</w:t>
      </w:r>
      <w:r w:rsidRPr="000767E2">
        <w:rPr>
          <w:lang w:val="sv-SE"/>
        </w:rPr>
        <w:t>:Mark 10:50]]</w:t>
      </w:r>
      <w:r w:rsidRPr="000767E2">
        <w:rPr>
          <w:vertAlign w:val="superscript"/>
          <w:lang w:val="sv-SE"/>
        </w:rPr>
        <w:t>50</w:t>
      </w:r>
      <w:r w:rsidRPr="000767E2">
        <w:rPr>
          <w:lang w:val="sv-SE"/>
        </w:rPr>
        <w:t xml:space="preserve"> {{field-on:bible}}Och han kastade av sin mantel, hoppade upp och kom till Jesus.{{field-off:bible}} [[@</w:t>
      </w:r>
      <w:r w:rsidR="0096445B" w:rsidRPr="000767E2">
        <w:rPr>
          <w:lang w:val="sv-SE"/>
        </w:rPr>
        <w:t>BibleBIBEL82</w:t>
      </w:r>
      <w:r w:rsidRPr="000767E2">
        <w:rPr>
          <w:lang w:val="sv-SE"/>
        </w:rPr>
        <w:t>:Mark 10:51]]</w:t>
      </w:r>
      <w:r w:rsidRPr="000767E2">
        <w:rPr>
          <w:vertAlign w:val="superscript"/>
          <w:lang w:val="sv-SE"/>
        </w:rPr>
        <w:t>51</w:t>
      </w:r>
      <w:r w:rsidRPr="000767E2">
        <w:rPr>
          <w:lang w:val="sv-SE"/>
        </w:rPr>
        <w:t xml:space="preserve"> {{field-on:bible}}Och </w:t>
      </w:r>
      <w:r w:rsidRPr="000767E2">
        <w:rPr>
          <w:i/>
          <w:lang w:val="sv-SE"/>
        </w:rPr>
        <w:t>då</w:t>
      </w:r>
      <w:r w:rsidRPr="000767E2">
        <w:rPr>
          <w:lang w:val="sv-SE"/>
        </w:rPr>
        <w:t xml:space="preserve"> svarade honom Jesus och sade: ”Vad för dig vill du jag ska göra?” Och den blinde sade till honom: ”Rabbouni, att jag ska se igen.”{{field-off:bible}} [[@</w:t>
      </w:r>
      <w:r w:rsidR="0096445B" w:rsidRPr="000767E2">
        <w:rPr>
          <w:lang w:val="sv-SE"/>
        </w:rPr>
        <w:t>BibleBIBEL82</w:t>
      </w:r>
      <w:r w:rsidRPr="000767E2">
        <w:rPr>
          <w:lang w:val="sv-SE"/>
        </w:rPr>
        <w:t>:Mark 10:52]]</w:t>
      </w:r>
      <w:r w:rsidRPr="000767E2">
        <w:rPr>
          <w:vertAlign w:val="superscript"/>
          <w:lang w:val="sv-SE"/>
        </w:rPr>
        <w:t>52</w:t>
      </w:r>
      <w:r w:rsidRPr="000767E2">
        <w:rPr>
          <w:lang w:val="sv-SE"/>
        </w:rPr>
        <w:t xml:space="preserve"> {{field-on:bible}}Och Jesus sade till honom: ”Bege dig. Din tro har frälst dig.” Och direkt såg han igen, och han följde honom på vägen.{{field-off:bible}}</w:t>
      </w:r>
    </w:p>
    <w:p w14:paraId="19CC1C46" w14:textId="143F96C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11]]Kapitel 11</w:t>
      </w:r>
    </w:p>
    <w:p w14:paraId="466557CF" w14:textId="77777777" w:rsidR="00BA33AB" w:rsidRPr="000767E2" w:rsidRDefault="00000000">
      <w:pPr>
        <w:pStyle w:val="Rubrik3"/>
        <w:rPr>
          <w:lang w:val="sv-SE"/>
        </w:rPr>
      </w:pPr>
      <w:r w:rsidRPr="000767E2">
        <w:rPr>
          <w:lang w:val="sv-SE"/>
        </w:rPr>
        <w:t>Jesus rider in i Jerusalem</w:t>
      </w:r>
    </w:p>
    <w:p w14:paraId="38E68ABF" w14:textId="01FF5B93" w:rsidR="00BA33AB" w:rsidRPr="000767E2" w:rsidRDefault="00000000">
      <w:pPr>
        <w:rPr>
          <w:lang w:val="sv-SE"/>
        </w:rPr>
      </w:pPr>
      <w:r w:rsidRPr="000767E2">
        <w:rPr>
          <w:lang w:val="sv-SE"/>
        </w:rPr>
        <w:t>[[@</w:t>
      </w:r>
      <w:r w:rsidR="0096445B" w:rsidRPr="000767E2">
        <w:rPr>
          <w:lang w:val="sv-SE"/>
        </w:rPr>
        <w:t>BibleBIBEL82</w:t>
      </w:r>
      <w:r w:rsidRPr="000767E2">
        <w:rPr>
          <w:lang w:val="sv-SE"/>
        </w:rPr>
        <w:t>:Mark 11:1]]</w:t>
      </w:r>
      <w:r w:rsidRPr="000767E2">
        <w:rPr>
          <w:vertAlign w:val="superscript"/>
          <w:lang w:val="sv-SE"/>
        </w:rPr>
        <w:t>1</w:t>
      </w:r>
      <w:r w:rsidRPr="000767E2">
        <w:rPr>
          <w:lang w:val="sv-SE"/>
        </w:rPr>
        <w:t xml:space="preserve"> {{field-on:bible}}Och när de närmar sig Jerusalem, mot Bethfage och Bethania vid Olivernas berg, sänder han ut två av sina lärjungar{{field-off:bible}} </w:t>
      </w:r>
      <w:r w:rsidRPr="000767E2">
        <w:rPr>
          <w:lang w:val="sv-SE"/>
        </w:rPr>
        <w:lastRenderedPageBreak/>
        <w:t>[[@</w:t>
      </w:r>
      <w:r w:rsidR="0096445B" w:rsidRPr="000767E2">
        <w:rPr>
          <w:lang w:val="sv-SE"/>
        </w:rPr>
        <w:t>BibleBIBEL82</w:t>
      </w:r>
      <w:r w:rsidRPr="000767E2">
        <w:rPr>
          <w:lang w:val="sv-SE"/>
        </w:rPr>
        <w:t>:Mark 11:2]]</w:t>
      </w:r>
      <w:r w:rsidRPr="000767E2">
        <w:rPr>
          <w:vertAlign w:val="superscript"/>
          <w:lang w:val="sv-SE"/>
        </w:rPr>
        <w:t>2</w:t>
      </w:r>
      <w:r w:rsidRPr="000767E2">
        <w:rPr>
          <w:lang w:val="sv-SE"/>
        </w:rPr>
        <w:t xml:space="preserve"> {{field-on:bible}}och säger till dem: ”Bege er till byn mittemot er. Och direkt, när ni går in i den, ska ni finna ett föl bundet på vilket ingen av människor ännu har satt sig. Lossa det och hämta.{{field-off:bible}} [[@</w:t>
      </w:r>
      <w:r w:rsidR="0096445B" w:rsidRPr="000767E2">
        <w:rPr>
          <w:lang w:val="sv-SE"/>
        </w:rPr>
        <w:t>BibleBIBEL82</w:t>
      </w:r>
      <w:r w:rsidRPr="000767E2">
        <w:rPr>
          <w:lang w:val="sv-SE"/>
        </w:rPr>
        <w:t>:Mark 11:3]]</w:t>
      </w:r>
      <w:r w:rsidRPr="000767E2">
        <w:rPr>
          <w:vertAlign w:val="superscript"/>
          <w:lang w:val="sv-SE"/>
        </w:rPr>
        <w:t>3</w:t>
      </w:r>
      <w:r w:rsidRPr="000767E2">
        <w:rPr>
          <w:lang w:val="sv-SE"/>
        </w:rPr>
        <w:t xml:space="preserve"> {{field-on:bible}}Och om någon säger till er: Varför gör ni detta?, säg att Herren av det har behov. Och direkt sänder han det åter hit.”{{field-off:bible}}</w:t>
      </w:r>
    </w:p>
    <w:p w14:paraId="7F65A676" w14:textId="03F23378" w:rsidR="00BA33AB" w:rsidRPr="000767E2" w:rsidRDefault="00000000">
      <w:pPr>
        <w:rPr>
          <w:lang w:val="sv-SE"/>
        </w:rPr>
      </w:pPr>
      <w:r w:rsidRPr="000767E2">
        <w:rPr>
          <w:lang w:val="sv-SE"/>
        </w:rPr>
        <w:t>[[@</w:t>
      </w:r>
      <w:r w:rsidR="0096445B" w:rsidRPr="000767E2">
        <w:rPr>
          <w:lang w:val="sv-SE"/>
        </w:rPr>
        <w:t>BibleBIBEL82</w:t>
      </w:r>
      <w:r w:rsidRPr="000767E2">
        <w:rPr>
          <w:lang w:val="sv-SE"/>
        </w:rPr>
        <w:t>:Mark 11:4]]</w:t>
      </w:r>
      <w:r w:rsidRPr="000767E2">
        <w:rPr>
          <w:vertAlign w:val="superscript"/>
          <w:lang w:val="sv-SE"/>
        </w:rPr>
        <w:t>4</w:t>
      </w:r>
      <w:r w:rsidRPr="000767E2">
        <w:rPr>
          <w:lang w:val="sv-SE"/>
        </w:rPr>
        <w:t xml:space="preserve"> {{field-on:bible}}Och de gick iväg och fann ett föl bundet vid en dörr ute på kringvägen, och de lossar det.{{field-off:bible}} [[@</w:t>
      </w:r>
      <w:r w:rsidR="0096445B" w:rsidRPr="000767E2">
        <w:rPr>
          <w:lang w:val="sv-SE"/>
        </w:rPr>
        <w:t>BibleBIBEL82</w:t>
      </w:r>
      <w:r w:rsidRPr="000767E2">
        <w:rPr>
          <w:lang w:val="sv-SE"/>
        </w:rPr>
        <w:t>:Mark 11:5]]</w:t>
      </w:r>
      <w:r w:rsidRPr="000767E2">
        <w:rPr>
          <w:vertAlign w:val="superscript"/>
          <w:lang w:val="sv-SE"/>
        </w:rPr>
        <w:t>5</w:t>
      </w:r>
      <w:r w:rsidRPr="000767E2">
        <w:rPr>
          <w:lang w:val="sv-SE"/>
        </w:rPr>
        <w:t xml:space="preserve"> {{field-on:bible}}Och några av dem som stod där </w:t>
      </w:r>
      <w:r w:rsidRPr="000767E2">
        <w:rPr>
          <w:i/>
          <w:lang w:val="sv-SE"/>
        </w:rPr>
        <w:t>började</w:t>
      </w:r>
      <w:r w:rsidRPr="000767E2">
        <w:rPr>
          <w:lang w:val="sv-SE"/>
        </w:rPr>
        <w:t xml:space="preserve"> säga till dem: ”Vad gör ni, lossar </w:t>
      </w:r>
      <w:r w:rsidRPr="000767E2">
        <w:rPr>
          <w:i/>
          <w:lang w:val="sv-SE"/>
        </w:rPr>
        <w:t>ni</w:t>
      </w:r>
      <w:r w:rsidRPr="000767E2">
        <w:rPr>
          <w:lang w:val="sv-SE"/>
        </w:rPr>
        <w:t xml:space="preserve"> fölet?”{{field-off:bible}} [[@</w:t>
      </w:r>
      <w:r w:rsidR="0096445B" w:rsidRPr="000767E2">
        <w:rPr>
          <w:lang w:val="sv-SE"/>
        </w:rPr>
        <w:t>BibleBIBEL82</w:t>
      </w:r>
      <w:r w:rsidRPr="000767E2">
        <w:rPr>
          <w:lang w:val="sv-SE"/>
        </w:rPr>
        <w:t>:Mark 11:6]]</w:t>
      </w:r>
      <w:r w:rsidRPr="000767E2">
        <w:rPr>
          <w:vertAlign w:val="superscript"/>
          <w:lang w:val="sv-SE"/>
        </w:rPr>
        <w:t>6</w:t>
      </w:r>
      <w:r w:rsidRPr="000767E2">
        <w:rPr>
          <w:lang w:val="sv-SE"/>
        </w:rPr>
        <w:t xml:space="preserve"> {{field-on:bible}}Men de sade till dem så som Jesus hade sagt, och man tillät dem.{{field-off:bible}}</w:t>
      </w:r>
    </w:p>
    <w:p w14:paraId="79AFFE57" w14:textId="6C2075C6" w:rsidR="00BA33AB" w:rsidRPr="000767E2" w:rsidRDefault="00000000">
      <w:pPr>
        <w:rPr>
          <w:lang w:val="sv-SE"/>
        </w:rPr>
      </w:pPr>
      <w:r w:rsidRPr="000767E2">
        <w:rPr>
          <w:lang w:val="sv-SE"/>
        </w:rPr>
        <w:t>[[@</w:t>
      </w:r>
      <w:r w:rsidR="0096445B" w:rsidRPr="000767E2">
        <w:rPr>
          <w:lang w:val="sv-SE"/>
        </w:rPr>
        <w:t>BibleBIBEL82</w:t>
      </w:r>
      <w:r w:rsidRPr="000767E2">
        <w:rPr>
          <w:lang w:val="sv-SE"/>
        </w:rPr>
        <w:t>:Mark 11:7]]</w:t>
      </w:r>
      <w:r w:rsidRPr="000767E2">
        <w:rPr>
          <w:vertAlign w:val="superscript"/>
          <w:lang w:val="sv-SE"/>
        </w:rPr>
        <w:t>7</w:t>
      </w:r>
      <w:r w:rsidRPr="000767E2">
        <w:rPr>
          <w:lang w:val="sv-SE"/>
        </w:rPr>
        <w:t xml:space="preserve"> {{field-on:bible}}Och de hämtar fölet till Jesus och lägger på det sina mantlar, och han satte sig på det.{{field-off:bible}} [[@</w:t>
      </w:r>
      <w:r w:rsidR="0096445B" w:rsidRPr="000767E2">
        <w:rPr>
          <w:lang w:val="sv-SE"/>
        </w:rPr>
        <w:t>BibleBIBEL82</w:t>
      </w:r>
      <w:r w:rsidRPr="000767E2">
        <w:rPr>
          <w:lang w:val="sv-SE"/>
        </w:rPr>
        <w:t>:Mark 11:8]]</w:t>
      </w:r>
      <w:r w:rsidRPr="000767E2">
        <w:rPr>
          <w:vertAlign w:val="superscript"/>
          <w:lang w:val="sv-SE"/>
        </w:rPr>
        <w:t>8</w:t>
      </w:r>
      <w:r w:rsidRPr="000767E2">
        <w:rPr>
          <w:lang w:val="sv-SE"/>
        </w:rPr>
        <w:t xml:space="preserve"> {{field-on:bible}}Och många bredde ut sina mantlar på vägen, och andra lövruskor som de slog från fälten.{{field-off:bible}} [[@</w:t>
      </w:r>
      <w:r w:rsidR="0096445B" w:rsidRPr="000767E2">
        <w:rPr>
          <w:lang w:val="sv-SE"/>
        </w:rPr>
        <w:t>BibleBIBEL82</w:t>
      </w:r>
      <w:r w:rsidRPr="000767E2">
        <w:rPr>
          <w:lang w:val="sv-SE"/>
        </w:rPr>
        <w:t>:Mark 11:9]]</w:t>
      </w:r>
      <w:r w:rsidRPr="000767E2">
        <w:rPr>
          <w:vertAlign w:val="superscript"/>
          <w:lang w:val="sv-SE"/>
        </w:rPr>
        <w:t>9</w:t>
      </w:r>
      <w:r w:rsidRPr="000767E2">
        <w:rPr>
          <w:lang w:val="sv-SE"/>
        </w:rPr>
        <w:t xml:space="preserve"> {{field-on:bible}}Och de som gick före och de som följde ropade: ”Hosanna! Välsignad han som kommer i Herrens namn!{{field-off:bible}} [[@</w:t>
      </w:r>
      <w:r w:rsidR="0096445B" w:rsidRPr="000767E2">
        <w:rPr>
          <w:lang w:val="sv-SE"/>
        </w:rPr>
        <w:t>BibleBIBEL82</w:t>
      </w:r>
      <w:r w:rsidRPr="000767E2">
        <w:rPr>
          <w:lang w:val="sv-SE"/>
        </w:rPr>
        <w:t>:Mark 11:10]]</w:t>
      </w:r>
      <w:r w:rsidRPr="000767E2">
        <w:rPr>
          <w:vertAlign w:val="superscript"/>
          <w:lang w:val="sv-SE"/>
        </w:rPr>
        <w:t>10</w:t>
      </w:r>
      <w:r w:rsidRPr="000767E2">
        <w:rPr>
          <w:lang w:val="sv-SE"/>
        </w:rPr>
        <w:t xml:space="preserve"> {{field-on:bible}}Välsignat vår fader Davids kommande rike! Hosanna i det högsta!”{{field-off:bible}}</w:t>
      </w:r>
    </w:p>
    <w:p w14:paraId="6FBD4B03" w14:textId="751FACB8" w:rsidR="00BA33AB" w:rsidRPr="000767E2" w:rsidRDefault="00000000">
      <w:pPr>
        <w:rPr>
          <w:lang w:val="sv-SE"/>
        </w:rPr>
      </w:pPr>
      <w:r w:rsidRPr="000767E2">
        <w:rPr>
          <w:lang w:val="sv-SE"/>
        </w:rPr>
        <w:t>[[@</w:t>
      </w:r>
      <w:r w:rsidR="0096445B" w:rsidRPr="000767E2">
        <w:rPr>
          <w:lang w:val="sv-SE"/>
        </w:rPr>
        <w:t>BibleBIBEL82</w:t>
      </w:r>
      <w:r w:rsidRPr="000767E2">
        <w:rPr>
          <w:lang w:val="sv-SE"/>
        </w:rPr>
        <w:t>:Mark 11:11]]</w:t>
      </w:r>
      <w:r w:rsidRPr="000767E2">
        <w:rPr>
          <w:vertAlign w:val="superscript"/>
          <w:lang w:val="sv-SE"/>
        </w:rPr>
        <w:t>11</w:t>
      </w:r>
      <w:r w:rsidRPr="000767E2">
        <w:rPr>
          <w:lang w:val="sv-SE"/>
        </w:rPr>
        <w:t xml:space="preserve"> {{field-on:bible}}Och han kom in i Jerusalem till templet. Och när han hade sett sig omkring på allt, då timmen redan var kväll, gick han ut till Bethania med de tolv.{{field-off:bible}}</w:t>
      </w:r>
    </w:p>
    <w:p w14:paraId="4BF39239" w14:textId="77777777" w:rsidR="00BA33AB" w:rsidRPr="000767E2" w:rsidRDefault="00000000">
      <w:pPr>
        <w:pStyle w:val="Rubrik3"/>
        <w:rPr>
          <w:lang w:val="sv-SE"/>
        </w:rPr>
      </w:pPr>
      <w:r w:rsidRPr="000767E2">
        <w:rPr>
          <w:lang w:val="sv-SE"/>
        </w:rPr>
        <w:t>Fikonträdet utan frukt</w:t>
      </w:r>
    </w:p>
    <w:p w14:paraId="5A3D7058" w14:textId="625A64B3" w:rsidR="00BA33AB" w:rsidRPr="000767E2" w:rsidRDefault="00000000">
      <w:pPr>
        <w:rPr>
          <w:lang w:val="sv-SE"/>
        </w:rPr>
      </w:pPr>
      <w:r w:rsidRPr="000767E2">
        <w:rPr>
          <w:lang w:val="sv-SE"/>
        </w:rPr>
        <w:t>[[@</w:t>
      </w:r>
      <w:r w:rsidR="0096445B" w:rsidRPr="000767E2">
        <w:rPr>
          <w:lang w:val="sv-SE"/>
        </w:rPr>
        <w:t>BibleBIBEL82</w:t>
      </w:r>
      <w:r w:rsidRPr="000767E2">
        <w:rPr>
          <w:lang w:val="sv-SE"/>
        </w:rPr>
        <w:t>:Mark 11:12]]</w:t>
      </w:r>
      <w:r w:rsidRPr="000767E2">
        <w:rPr>
          <w:vertAlign w:val="superscript"/>
          <w:lang w:val="sv-SE"/>
        </w:rPr>
        <w:t>12</w:t>
      </w:r>
      <w:r w:rsidRPr="000767E2">
        <w:rPr>
          <w:lang w:val="sv-SE"/>
        </w:rPr>
        <w:t xml:space="preserve"> {{field-on:bible}}Och dagen därpå, när de gick ut från Bethania, blev han hungrig.{{field-off:bible}} [[@</w:t>
      </w:r>
      <w:r w:rsidR="0096445B" w:rsidRPr="000767E2">
        <w:rPr>
          <w:lang w:val="sv-SE"/>
        </w:rPr>
        <w:t>BibleBIBEL82</w:t>
      </w:r>
      <w:r w:rsidRPr="000767E2">
        <w:rPr>
          <w:lang w:val="sv-SE"/>
        </w:rPr>
        <w:t>:Mark 11:13]]</w:t>
      </w:r>
      <w:r w:rsidRPr="000767E2">
        <w:rPr>
          <w:vertAlign w:val="superscript"/>
          <w:lang w:val="sv-SE"/>
        </w:rPr>
        <w:t>13</w:t>
      </w:r>
      <w:r w:rsidRPr="000767E2">
        <w:rPr>
          <w:lang w:val="sv-SE"/>
        </w:rPr>
        <w:t xml:space="preserve"> {{field-on:bible}}Och han såg ett fikonträd långt ifrån som hade löv, och han kom, om han då skulle finna något på det. Och kommen till det fann han inget utom löv, för det var inte tid för fikon.{{field-off:bible}} [[@</w:t>
      </w:r>
      <w:r w:rsidR="0096445B" w:rsidRPr="000767E2">
        <w:rPr>
          <w:lang w:val="sv-SE"/>
        </w:rPr>
        <w:t>BibleBIBEL82</w:t>
      </w:r>
      <w:r w:rsidRPr="000767E2">
        <w:rPr>
          <w:lang w:val="sv-SE"/>
        </w:rPr>
        <w:t>:Mark 11:14]]</w:t>
      </w:r>
      <w:r w:rsidRPr="000767E2">
        <w:rPr>
          <w:vertAlign w:val="superscript"/>
          <w:lang w:val="sv-SE"/>
        </w:rPr>
        <w:t>14</w:t>
      </w:r>
      <w:r w:rsidRPr="000767E2">
        <w:rPr>
          <w:lang w:val="sv-SE"/>
        </w:rPr>
        <w:t xml:space="preserve"> {{field-on:bible}}Och han svarade och sade till det: ”Aldrig mer till eonen må någon från dig äta frukt.” Och hans lärjungar hörde </w:t>
      </w:r>
      <w:r w:rsidRPr="000767E2">
        <w:rPr>
          <w:i/>
          <w:lang w:val="sv-SE"/>
        </w:rPr>
        <w:t>det</w:t>
      </w:r>
      <w:r w:rsidRPr="000767E2">
        <w:rPr>
          <w:lang w:val="sv-SE"/>
        </w:rPr>
        <w:t>.{{field-off:bible}}</w:t>
      </w:r>
    </w:p>
    <w:p w14:paraId="020BBF6E" w14:textId="77777777" w:rsidR="00BA33AB" w:rsidRPr="000767E2" w:rsidRDefault="00000000">
      <w:pPr>
        <w:pStyle w:val="Rubrik3"/>
        <w:rPr>
          <w:lang w:val="sv-SE"/>
        </w:rPr>
      </w:pPr>
      <w:r w:rsidRPr="000767E2">
        <w:rPr>
          <w:lang w:val="sv-SE"/>
        </w:rPr>
        <w:t>Jesus rensar templet</w:t>
      </w:r>
    </w:p>
    <w:p w14:paraId="17BBA22D" w14:textId="288DC458" w:rsidR="00BA33AB" w:rsidRPr="000767E2" w:rsidRDefault="00000000">
      <w:pPr>
        <w:rPr>
          <w:lang w:val="sv-SE"/>
        </w:rPr>
      </w:pPr>
      <w:r w:rsidRPr="000767E2">
        <w:rPr>
          <w:lang w:val="sv-SE"/>
        </w:rPr>
        <w:t>[[@</w:t>
      </w:r>
      <w:r w:rsidR="0096445B" w:rsidRPr="000767E2">
        <w:rPr>
          <w:lang w:val="sv-SE"/>
        </w:rPr>
        <w:t>BibleBIBEL82</w:t>
      </w:r>
      <w:r w:rsidRPr="000767E2">
        <w:rPr>
          <w:lang w:val="sv-SE"/>
        </w:rPr>
        <w:t>:Mark 11:15]]</w:t>
      </w:r>
      <w:r w:rsidRPr="000767E2">
        <w:rPr>
          <w:vertAlign w:val="superscript"/>
          <w:lang w:val="sv-SE"/>
        </w:rPr>
        <w:t>15</w:t>
      </w:r>
      <w:r w:rsidRPr="000767E2">
        <w:rPr>
          <w:lang w:val="sv-SE"/>
        </w:rPr>
        <w:t xml:space="preserve"> {{field-on:bible}}Och de kommer till Jerusalem, och han gick in i templet och började driva ut dem som sålde och dem som köpte i templet. Och växlarnas bord och stolarna för dem som sålde duvorna välte han,{{field-off:bible}} [[@</w:t>
      </w:r>
      <w:r w:rsidR="0096445B" w:rsidRPr="000767E2">
        <w:rPr>
          <w:lang w:val="sv-SE"/>
        </w:rPr>
        <w:t>BibleBIBEL82</w:t>
      </w:r>
      <w:r w:rsidRPr="000767E2">
        <w:rPr>
          <w:lang w:val="sv-SE"/>
        </w:rPr>
        <w:t>:Mark 11:16]]</w:t>
      </w:r>
      <w:r w:rsidRPr="000767E2">
        <w:rPr>
          <w:vertAlign w:val="superscript"/>
          <w:lang w:val="sv-SE"/>
        </w:rPr>
        <w:t>16</w:t>
      </w:r>
      <w:r w:rsidRPr="000767E2">
        <w:rPr>
          <w:lang w:val="sv-SE"/>
        </w:rPr>
        <w:t xml:space="preserve"> {{field-on:bible}}och han tillät inte att någon bar ett kärl genom templet.{{field-off:bible}} [[@</w:t>
      </w:r>
      <w:r w:rsidR="0096445B" w:rsidRPr="000767E2">
        <w:rPr>
          <w:lang w:val="sv-SE"/>
        </w:rPr>
        <w:t>BibleBIBEL82</w:t>
      </w:r>
      <w:r w:rsidRPr="000767E2">
        <w:rPr>
          <w:lang w:val="sv-SE"/>
        </w:rPr>
        <w:t>:Mark 11:17]]</w:t>
      </w:r>
      <w:r w:rsidRPr="000767E2">
        <w:rPr>
          <w:vertAlign w:val="superscript"/>
          <w:lang w:val="sv-SE"/>
        </w:rPr>
        <w:t>17</w:t>
      </w:r>
      <w:r w:rsidRPr="000767E2">
        <w:rPr>
          <w:lang w:val="sv-SE"/>
        </w:rPr>
        <w:t xml:space="preserve"> {{field-on:bible}}Och han undervisade och sade till dem: ”Är det inte skrivet att: Mitt hus ska kallas ett bönens hus för alla folkslagen? Men ni har gjort det </w:t>
      </w:r>
      <w:r w:rsidRPr="000767E2">
        <w:rPr>
          <w:i/>
          <w:lang w:val="sv-SE"/>
        </w:rPr>
        <w:t>till</w:t>
      </w:r>
      <w:r w:rsidRPr="000767E2">
        <w:rPr>
          <w:lang w:val="sv-SE"/>
        </w:rPr>
        <w:t xml:space="preserve"> en rövargrotta!”{{field-off:bible}}</w:t>
      </w:r>
    </w:p>
    <w:p w14:paraId="14494935" w14:textId="7F5DB7EC" w:rsidR="00BA33AB" w:rsidRPr="000767E2" w:rsidRDefault="00000000">
      <w:pPr>
        <w:rPr>
          <w:lang w:val="sv-SE"/>
        </w:rPr>
      </w:pPr>
      <w:r w:rsidRPr="000767E2">
        <w:rPr>
          <w:lang w:val="sv-SE"/>
        </w:rPr>
        <w:t>[[@</w:t>
      </w:r>
      <w:r w:rsidR="0096445B" w:rsidRPr="000767E2">
        <w:rPr>
          <w:lang w:val="sv-SE"/>
        </w:rPr>
        <w:t>BibleBIBEL82</w:t>
      </w:r>
      <w:r w:rsidRPr="000767E2">
        <w:rPr>
          <w:lang w:val="sv-SE"/>
        </w:rPr>
        <w:t>:Mark 11:18]]</w:t>
      </w:r>
      <w:r w:rsidRPr="000767E2">
        <w:rPr>
          <w:vertAlign w:val="superscript"/>
          <w:lang w:val="sv-SE"/>
        </w:rPr>
        <w:t>18</w:t>
      </w:r>
      <w:r w:rsidRPr="000767E2">
        <w:rPr>
          <w:lang w:val="sv-SE"/>
        </w:rPr>
        <w:t xml:space="preserve"> {{field-on:bible}}Och översteprästerna och de skriftlärda hörde </w:t>
      </w:r>
      <w:r w:rsidRPr="000767E2">
        <w:rPr>
          <w:i/>
          <w:lang w:val="sv-SE"/>
        </w:rPr>
        <w:t>det</w:t>
      </w:r>
      <w:r w:rsidRPr="000767E2">
        <w:rPr>
          <w:lang w:val="sv-SE"/>
        </w:rPr>
        <w:t xml:space="preserve"> och sökte hur de skulle förgöra honom, för de fruktade honom. För hela skaran var överväldigad vid hans undervisning.{{field-off:bible}} [[@</w:t>
      </w:r>
      <w:r w:rsidR="0096445B" w:rsidRPr="000767E2">
        <w:rPr>
          <w:lang w:val="sv-SE"/>
        </w:rPr>
        <w:t>BibleBIBEL82</w:t>
      </w:r>
      <w:r w:rsidRPr="000767E2">
        <w:rPr>
          <w:lang w:val="sv-SE"/>
        </w:rPr>
        <w:t>:Mark 11:19]]</w:t>
      </w:r>
      <w:r w:rsidRPr="000767E2">
        <w:rPr>
          <w:vertAlign w:val="superscript"/>
          <w:lang w:val="sv-SE"/>
        </w:rPr>
        <w:t>19</w:t>
      </w:r>
      <w:r w:rsidRPr="000767E2">
        <w:rPr>
          <w:lang w:val="sv-SE"/>
        </w:rPr>
        <w:t xml:space="preserve"> {{field-on:bible}}Och när det blev sent, gick de ut utanför staden.{{field-off:bible}}</w:t>
      </w:r>
    </w:p>
    <w:p w14:paraId="5A8A2ADA" w14:textId="77777777" w:rsidR="00BA33AB" w:rsidRPr="000767E2" w:rsidRDefault="00000000">
      <w:pPr>
        <w:pStyle w:val="Rubrik3"/>
        <w:rPr>
          <w:lang w:val="sv-SE"/>
        </w:rPr>
      </w:pPr>
      <w:r w:rsidRPr="000767E2">
        <w:rPr>
          <w:lang w:val="sv-SE"/>
        </w:rPr>
        <w:lastRenderedPageBreak/>
        <w:t>Lär av fikonträdet</w:t>
      </w:r>
    </w:p>
    <w:p w14:paraId="019ADAAB" w14:textId="6D79BFD8" w:rsidR="00BA33AB" w:rsidRPr="000767E2" w:rsidRDefault="00000000">
      <w:pPr>
        <w:rPr>
          <w:lang w:val="sv-SE"/>
        </w:rPr>
      </w:pPr>
      <w:r w:rsidRPr="000767E2">
        <w:rPr>
          <w:lang w:val="sv-SE"/>
        </w:rPr>
        <w:t>[[@</w:t>
      </w:r>
      <w:r w:rsidR="0096445B" w:rsidRPr="000767E2">
        <w:rPr>
          <w:lang w:val="sv-SE"/>
        </w:rPr>
        <w:t>BibleBIBEL82</w:t>
      </w:r>
      <w:r w:rsidRPr="000767E2">
        <w:rPr>
          <w:lang w:val="sv-SE"/>
        </w:rPr>
        <w:t>:Mark 11:20]]</w:t>
      </w:r>
      <w:r w:rsidRPr="000767E2">
        <w:rPr>
          <w:vertAlign w:val="superscript"/>
          <w:lang w:val="sv-SE"/>
        </w:rPr>
        <w:t>20</w:t>
      </w:r>
      <w:r w:rsidRPr="000767E2">
        <w:rPr>
          <w:lang w:val="sv-SE"/>
        </w:rPr>
        <w:t xml:space="preserve"> {{field-on:bible}}Och när de passerade förbi på morgonen, såg de fikonträdet vissnat från rötterna.{{field-off:bible}} [[@</w:t>
      </w:r>
      <w:r w:rsidR="0096445B" w:rsidRPr="000767E2">
        <w:rPr>
          <w:lang w:val="sv-SE"/>
        </w:rPr>
        <w:t>BibleBIBEL82</w:t>
      </w:r>
      <w:r w:rsidRPr="000767E2">
        <w:rPr>
          <w:lang w:val="sv-SE"/>
        </w:rPr>
        <w:t>:Mark 11:21]]</w:t>
      </w:r>
      <w:r w:rsidRPr="000767E2">
        <w:rPr>
          <w:vertAlign w:val="superscript"/>
          <w:lang w:val="sv-SE"/>
        </w:rPr>
        <w:t>21</w:t>
      </w:r>
      <w:r w:rsidRPr="000767E2">
        <w:rPr>
          <w:lang w:val="sv-SE"/>
        </w:rPr>
        <w:t xml:space="preserve"> {{field-on:bible}}Och påmind säger Petrus till honom: ”Rabbi, se: fikonträdet som du förbannade har vissnat.”{{field-off:bible}}</w:t>
      </w:r>
    </w:p>
    <w:p w14:paraId="2CC3940F" w14:textId="1639CB1D" w:rsidR="00BA33AB" w:rsidRPr="000767E2" w:rsidRDefault="00000000">
      <w:pPr>
        <w:rPr>
          <w:lang w:val="sv-SE"/>
        </w:rPr>
      </w:pPr>
      <w:r w:rsidRPr="000767E2">
        <w:rPr>
          <w:lang w:val="sv-SE"/>
        </w:rPr>
        <w:t>[[@</w:t>
      </w:r>
      <w:r w:rsidR="0096445B" w:rsidRPr="000767E2">
        <w:rPr>
          <w:lang w:val="sv-SE"/>
        </w:rPr>
        <w:t>BibleBIBEL82</w:t>
      </w:r>
      <w:r w:rsidRPr="000767E2">
        <w:rPr>
          <w:lang w:val="sv-SE"/>
        </w:rPr>
        <w:t>:Mark 11:22]]</w:t>
      </w:r>
      <w:r w:rsidRPr="000767E2">
        <w:rPr>
          <w:vertAlign w:val="superscript"/>
          <w:lang w:val="sv-SE"/>
        </w:rPr>
        <w:t>22</w:t>
      </w:r>
      <w:r w:rsidRPr="000767E2">
        <w:rPr>
          <w:lang w:val="sv-SE"/>
        </w:rPr>
        <w:t xml:space="preserve"> {{field-on:bible}}Och Jesus svarar och säger till dem: ”Ha tro på Gud.{{field-off:bible}} [[@</w:t>
      </w:r>
      <w:r w:rsidR="0096445B" w:rsidRPr="000767E2">
        <w:rPr>
          <w:lang w:val="sv-SE"/>
        </w:rPr>
        <w:t>BibleBIBEL82</w:t>
      </w:r>
      <w:r w:rsidRPr="000767E2">
        <w:rPr>
          <w:lang w:val="sv-SE"/>
        </w:rPr>
        <w:t>:Mark 11:23]]</w:t>
      </w:r>
      <w:r w:rsidRPr="000767E2">
        <w:rPr>
          <w:vertAlign w:val="superscript"/>
          <w:lang w:val="sv-SE"/>
        </w:rPr>
        <w:t>23</w:t>
      </w:r>
      <w:r w:rsidRPr="000767E2">
        <w:rPr>
          <w:lang w:val="sv-SE"/>
        </w:rPr>
        <w:t xml:space="preserve"> {{field-on:bible}}Amen, jag säger er att den som säger till detta berg: Var lyft och kastad i havet, och inte tvivlar i sitt hjärta utan tror att det han talar händer – det ska ske för honom.{{field-off:bible}}</w:t>
      </w:r>
    </w:p>
    <w:p w14:paraId="6613D74B" w14:textId="1D5D5BBB" w:rsidR="00BA33AB" w:rsidRPr="000767E2" w:rsidRDefault="00000000">
      <w:pPr>
        <w:rPr>
          <w:lang w:val="sv-SE"/>
        </w:rPr>
      </w:pPr>
      <w:r w:rsidRPr="000767E2">
        <w:rPr>
          <w:lang w:val="sv-SE"/>
        </w:rPr>
        <w:t>[[@</w:t>
      </w:r>
      <w:r w:rsidR="0096445B" w:rsidRPr="000767E2">
        <w:rPr>
          <w:lang w:val="sv-SE"/>
        </w:rPr>
        <w:t>BibleBIBEL82</w:t>
      </w:r>
      <w:r w:rsidRPr="000767E2">
        <w:rPr>
          <w:lang w:val="sv-SE"/>
        </w:rPr>
        <w:t>:Mark 11:24]]</w:t>
      </w:r>
      <w:r w:rsidRPr="000767E2">
        <w:rPr>
          <w:vertAlign w:val="superscript"/>
          <w:lang w:val="sv-SE"/>
        </w:rPr>
        <w:t>24</w:t>
      </w:r>
      <w:r w:rsidRPr="000767E2">
        <w:rPr>
          <w:lang w:val="sv-SE"/>
        </w:rPr>
        <w:t xml:space="preserve"> {{field-on:bible}}Därför säger jag er: Allt vad ni ber och begär, tro att ni har fått </w:t>
      </w:r>
      <w:r w:rsidRPr="000767E2">
        <w:rPr>
          <w:i/>
          <w:lang w:val="sv-SE"/>
        </w:rPr>
        <w:t>det</w:t>
      </w:r>
      <w:r w:rsidRPr="000767E2">
        <w:rPr>
          <w:lang w:val="sv-SE"/>
        </w:rPr>
        <w:t xml:space="preserve"> och det ska ske för er.{{field-off:bible}} [[@</w:t>
      </w:r>
      <w:r w:rsidR="0096445B" w:rsidRPr="000767E2">
        <w:rPr>
          <w:lang w:val="sv-SE"/>
        </w:rPr>
        <w:t>BibleBIBEL82</w:t>
      </w:r>
      <w:r w:rsidRPr="000767E2">
        <w:rPr>
          <w:lang w:val="sv-SE"/>
        </w:rPr>
        <w:t>:Mark 11:25]]</w:t>
      </w:r>
      <w:r w:rsidRPr="000767E2">
        <w:rPr>
          <w:vertAlign w:val="superscript"/>
          <w:lang w:val="sv-SE"/>
        </w:rPr>
        <w:t>25</w:t>
      </w:r>
      <w:r w:rsidRPr="000767E2">
        <w:rPr>
          <w:lang w:val="sv-SE"/>
        </w:rPr>
        <w:t xml:space="preserve"> {{field-on:bible}}Och när ni står och ber, förlåt om ni har något emot någon, så att också er Far i himlarna förlåter er era felsteg.”{{field-off:bible}}</w:t>
      </w:r>
    </w:p>
    <w:p w14:paraId="22374768" w14:textId="77777777" w:rsidR="00BA33AB" w:rsidRPr="000767E2" w:rsidRDefault="00000000">
      <w:pPr>
        <w:pStyle w:val="Rubrik3"/>
        <w:rPr>
          <w:lang w:val="sv-SE"/>
        </w:rPr>
      </w:pPr>
      <w:r w:rsidRPr="000767E2">
        <w:rPr>
          <w:lang w:val="sv-SE"/>
        </w:rPr>
        <w:t>Jesu auktoritet ifrågasätts</w:t>
      </w:r>
    </w:p>
    <w:p w14:paraId="3DBB12D5" w14:textId="49979290" w:rsidR="00BA33AB" w:rsidRPr="000767E2" w:rsidRDefault="00000000">
      <w:pPr>
        <w:rPr>
          <w:lang w:val="sv-SE"/>
        </w:rPr>
      </w:pPr>
      <w:r w:rsidRPr="000767E2">
        <w:rPr>
          <w:lang w:val="sv-SE"/>
        </w:rPr>
        <w:t>[[@</w:t>
      </w:r>
      <w:r w:rsidR="0096445B" w:rsidRPr="000767E2">
        <w:rPr>
          <w:lang w:val="sv-SE"/>
        </w:rPr>
        <w:t>BibleBIBEL82</w:t>
      </w:r>
      <w:r w:rsidRPr="000767E2">
        <w:rPr>
          <w:lang w:val="sv-SE"/>
        </w:rPr>
        <w:t>:Mark 11:27]]</w:t>
      </w:r>
      <w:r w:rsidRPr="000767E2">
        <w:rPr>
          <w:vertAlign w:val="superscript"/>
          <w:lang w:val="sv-SE"/>
        </w:rPr>
        <w:t>27</w:t>
      </w:r>
      <w:r w:rsidRPr="000767E2">
        <w:rPr>
          <w:lang w:val="sv-SE"/>
        </w:rPr>
        <w:t xml:space="preserve"> {{field-on:bible}}Och de kommer åter in i Jerusalem. Och i templet, när han vandrar omkring, kommer till honom översteprästerna och de skriftlärda och de äldste,{{field-off:bible}} [[@</w:t>
      </w:r>
      <w:r w:rsidR="0096445B" w:rsidRPr="000767E2">
        <w:rPr>
          <w:lang w:val="sv-SE"/>
        </w:rPr>
        <w:t>BibleBIBEL82</w:t>
      </w:r>
      <w:r w:rsidRPr="000767E2">
        <w:rPr>
          <w:lang w:val="sv-SE"/>
        </w:rPr>
        <w:t>:Mark 11:28]]</w:t>
      </w:r>
      <w:r w:rsidRPr="000767E2">
        <w:rPr>
          <w:vertAlign w:val="superscript"/>
          <w:lang w:val="sv-SE"/>
        </w:rPr>
        <w:t>28</w:t>
      </w:r>
      <w:r w:rsidRPr="000767E2">
        <w:rPr>
          <w:lang w:val="sv-SE"/>
        </w:rPr>
        <w:t xml:space="preserve"> {{field-on:bible}}och de sade till honom: ”Med vilken auktoritet gör du detta? Eller vem har gett dig denna auktoritet att du ska göra detta?”{{field-off:bible}} [[@</w:t>
      </w:r>
      <w:r w:rsidR="0096445B" w:rsidRPr="000767E2">
        <w:rPr>
          <w:lang w:val="sv-SE"/>
        </w:rPr>
        <w:t>BibleBIBEL82</w:t>
      </w:r>
      <w:r w:rsidRPr="000767E2">
        <w:rPr>
          <w:lang w:val="sv-SE"/>
        </w:rPr>
        <w:t>:Mark 11:29]]</w:t>
      </w:r>
      <w:r w:rsidRPr="000767E2">
        <w:rPr>
          <w:vertAlign w:val="superscript"/>
          <w:lang w:val="sv-SE"/>
        </w:rPr>
        <w:t>29</w:t>
      </w:r>
      <w:r w:rsidRPr="000767E2">
        <w:rPr>
          <w:lang w:val="sv-SE"/>
        </w:rPr>
        <w:t xml:space="preserve"> {{field-on:bible}}Men Jesus sade till dem: ”Jag ska fråga er ett </w:t>
      </w:r>
      <w:r w:rsidRPr="000767E2">
        <w:rPr>
          <w:i/>
          <w:lang w:val="sv-SE"/>
        </w:rPr>
        <w:t>enda</w:t>
      </w:r>
      <w:r w:rsidRPr="000767E2">
        <w:rPr>
          <w:lang w:val="sv-SE"/>
        </w:rPr>
        <w:t xml:space="preserve"> ord. Och svara mig, och jag ska säga er med vilken auktoritet jag gör detta.{{field-off:bible}} [[@</w:t>
      </w:r>
      <w:r w:rsidR="0096445B" w:rsidRPr="000767E2">
        <w:rPr>
          <w:lang w:val="sv-SE"/>
        </w:rPr>
        <w:t>BibleBIBEL82</w:t>
      </w:r>
      <w:r w:rsidRPr="000767E2">
        <w:rPr>
          <w:lang w:val="sv-SE"/>
        </w:rPr>
        <w:t>:Mark 11:30]]</w:t>
      </w:r>
      <w:r w:rsidRPr="000767E2">
        <w:rPr>
          <w:vertAlign w:val="superscript"/>
          <w:lang w:val="sv-SE"/>
        </w:rPr>
        <w:t>30</w:t>
      </w:r>
      <w:r w:rsidRPr="000767E2">
        <w:rPr>
          <w:lang w:val="sv-SE"/>
        </w:rPr>
        <w:t xml:space="preserve"> {{field-on:bible}}Johannes dop, var det från himlen? Eller från människor? Svara mig.”{{field-off:bible}}</w:t>
      </w:r>
    </w:p>
    <w:p w14:paraId="4CCE5C1B" w14:textId="509C6651" w:rsidR="00BA33AB" w:rsidRPr="000767E2" w:rsidRDefault="00000000">
      <w:pPr>
        <w:rPr>
          <w:lang w:val="sv-SE"/>
        </w:rPr>
      </w:pPr>
      <w:r w:rsidRPr="000767E2">
        <w:rPr>
          <w:lang w:val="sv-SE"/>
        </w:rPr>
        <w:t>[[@</w:t>
      </w:r>
      <w:r w:rsidR="0096445B" w:rsidRPr="000767E2">
        <w:rPr>
          <w:lang w:val="sv-SE"/>
        </w:rPr>
        <w:t>BibleBIBEL82</w:t>
      </w:r>
      <w:r w:rsidRPr="000767E2">
        <w:rPr>
          <w:lang w:val="sv-SE"/>
        </w:rPr>
        <w:t>:Mark 11:31]]</w:t>
      </w:r>
      <w:r w:rsidRPr="000767E2">
        <w:rPr>
          <w:vertAlign w:val="superscript"/>
          <w:lang w:val="sv-SE"/>
        </w:rPr>
        <w:t>31</w:t>
      </w:r>
      <w:r w:rsidRPr="000767E2">
        <w:rPr>
          <w:lang w:val="sv-SE"/>
        </w:rPr>
        <w:t xml:space="preserve"> {{field-on:bible}}Och de funderade med varann och sade: ”Om vi skulle säga: Från himlen, kommer han att säga: Varför trodde ni honom då inte?{{field-off:bible}} [[@</w:t>
      </w:r>
      <w:r w:rsidR="0096445B" w:rsidRPr="000767E2">
        <w:rPr>
          <w:lang w:val="sv-SE"/>
        </w:rPr>
        <w:t>BibleBIBEL82</w:t>
      </w:r>
      <w:r w:rsidRPr="000767E2">
        <w:rPr>
          <w:lang w:val="sv-SE"/>
        </w:rPr>
        <w:t>:Mark 11:32]]</w:t>
      </w:r>
      <w:r w:rsidRPr="000767E2">
        <w:rPr>
          <w:vertAlign w:val="superscript"/>
          <w:lang w:val="sv-SE"/>
        </w:rPr>
        <w:t>32</w:t>
      </w:r>
      <w:r w:rsidRPr="000767E2">
        <w:rPr>
          <w:lang w:val="sv-SE"/>
        </w:rPr>
        <w:t xml:space="preserve"> {{field-on:bible}}Men skulle vi säga: Från människor?” De fruktade folket, för allesammans höll Johannes att han verkligen var profet.{{field-off:bible}} [[@</w:t>
      </w:r>
      <w:r w:rsidR="0096445B" w:rsidRPr="000767E2">
        <w:rPr>
          <w:lang w:val="sv-SE"/>
        </w:rPr>
        <w:t>BibleBIBEL82</w:t>
      </w:r>
      <w:r w:rsidRPr="000767E2">
        <w:rPr>
          <w:lang w:val="sv-SE"/>
        </w:rPr>
        <w:t>:Mark 11:33]]</w:t>
      </w:r>
      <w:r w:rsidRPr="000767E2">
        <w:rPr>
          <w:vertAlign w:val="superscript"/>
          <w:lang w:val="sv-SE"/>
        </w:rPr>
        <w:t>33</w:t>
      </w:r>
      <w:r w:rsidRPr="000767E2">
        <w:rPr>
          <w:lang w:val="sv-SE"/>
        </w:rPr>
        <w:t xml:space="preserve"> {{field-on:bible}}Och de svarar Jesus och säger: ”Vi vet inte.” Och Jesus säger till dem: ”Inte heller jag säger till er med vilken auktoritet jag gör detta.”{{field-off:bible}}</w:t>
      </w:r>
    </w:p>
    <w:p w14:paraId="23B052C6" w14:textId="0385906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12]]Kapitel 12</w:t>
      </w:r>
    </w:p>
    <w:p w14:paraId="3E643D09" w14:textId="77777777" w:rsidR="00BA33AB" w:rsidRPr="000767E2" w:rsidRDefault="00000000">
      <w:pPr>
        <w:pStyle w:val="Rubrik3"/>
        <w:rPr>
          <w:lang w:val="sv-SE"/>
        </w:rPr>
      </w:pPr>
      <w:r w:rsidRPr="000767E2">
        <w:rPr>
          <w:lang w:val="sv-SE"/>
        </w:rPr>
        <w:t>Liknelsen om de onda vinodlarna</w:t>
      </w:r>
    </w:p>
    <w:p w14:paraId="26866A92" w14:textId="50B83C68" w:rsidR="00BA33AB" w:rsidRPr="000767E2" w:rsidRDefault="00000000">
      <w:pPr>
        <w:rPr>
          <w:lang w:val="sv-SE"/>
        </w:rPr>
      </w:pPr>
      <w:r w:rsidRPr="000767E2">
        <w:rPr>
          <w:lang w:val="sv-SE"/>
        </w:rPr>
        <w:t>[[@</w:t>
      </w:r>
      <w:r w:rsidR="0096445B" w:rsidRPr="000767E2">
        <w:rPr>
          <w:lang w:val="sv-SE"/>
        </w:rPr>
        <w:t>BibleBIBEL82</w:t>
      </w:r>
      <w:r w:rsidRPr="000767E2">
        <w:rPr>
          <w:lang w:val="sv-SE"/>
        </w:rPr>
        <w:t>:Mark 12:1]]</w:t>
      </w:r>
      <w:r w:rsidRPr="000767E2">
        <w:rPr>
          <w:vertAlign w:val="superscript"/>
          <w:lang w:val="sv-SE"/>
        </w:rPr>
        <w:t>1</w:t>
      </w:r>
      <w:r w:rsidRPr="000767E2">
        <w:rPr>
          <w:lang w:val="sv-SE"/>
        </w:rPr>
        <w:t xml:space="preserve"> {{field-on:bible}}Och han började tala till dem i liknelser: ”En man planterade en vingård. Och han satte runt stängsel och grävde ett presskar och byggde ett torn, och arrenderade ut den till odlare och reste bort.{{field-off:bible}}</w:t>
      </w:r>
    </w:p>
    <w:p w14:paraId="0DB336E3" w14:textId="6B866760" w:rsidR="00BA33AB" w:rsidRPr="000767E2" w:rsidRDefault="00000000">
      <w:pPr>
        <w:rPr>
          <w:lang w:val="sv-SE"/>
        </w:rPr>
      </w:pPr>
      <w:r w:rsidRPr="000767E2">
        <w:rPr>
          <w:lang w:val="sv-SE"/>
        </w:rPr>
        <w:t>[[@</w:t>
      </w:r>
      <w:r w:rsidR="0096445B" w:rsidRPr="000767E2">
        <w:rPr>
          <w:lang w:val="sv-SE"/>
        </w:rPr>
        <w:t>BibleBIBEL82</w:t>
      </w:r>
      <w:r w:rsidRPr="000767E2">
        <w:rPr>
          <w:lang w:val="sv-SE"/>
        </w:rPr>
        <w:t>:Mark 12:2]]</w:t>
      </w:r>
      <w:r w:rsidRPr="000767E2">
        <w:rPr>
          <w:vertAlign w:val="superscript"/>
          <w:lang w:val="sv-SE"/>
        </w:rPr>
        <w:t>2</w:t>
      </w:r>
      <w:r w:rsidRPr="000767E2">
        <w:rPr>
          <w:lang w:val="sv-SE"/>
        </w:rPr>
        <w:t xml:space="preserve"> {{field-on:bible}}Och han sände till odlarna vid </w:t>
      </w:r>
      <w:r w:rsidRPr="000767E2">
        <w:rPr>
          <w:i/>
          <w:lang w:val="sv-SE"/>
        </w:rPr>
        <w:t>den bestämda</w:t>
      </w:r>
      <w:r w:rsidRPr="000767E2">
        <w:rPr>
          <w:lang w:val="sv-SE"/>
        </w:rPr>
        <w:t xml:space="preserve"> tiden en fasttjänare, för att från odlarna få av vingårdens frukter.{{field-off:bible}} [[@</w:t>
      </w:r>
      <w:r w:rsidR="0096445B" w:rsidRPr="000767E2">
        <w:rPr>
          <w:lang w:val="sv-SE"/>
        </w:rPr>
        <w:t>BibleBIBEL82</w:t>
      </w:r>
      <w:r w:rsidRPr="000767E2">
        <w:rPr>
          <w:lang w:val="sv-SE"/>
        </w:rPr>
        <w:t>:Mark 12:3]]</w:t>
      </w:r>
      <w:r w:rsidRPr="000767E2">
        <w:rPr>
          <w:vertAlign w:val="superscript"/>
          <w:lang w:val="sv-SE"/>
        </w:rPr>
        <w:t>3</w:t>
      </w:r>
      <w:r w:rsidRPr="000767E2">
        <w:rPr>
          <w:lang w:val="sv-SE"/>
        </w:rPr>
        <w:t xml:space="preserve"> {{field-on:bible}}Och de tog honom och pryglade och sände </w:t>
      </w:r>
      <w:r w:rsidRPr="000767E2">
        <w:rPr>
          <w:lang w:val="sv-SE"/>
        </w:rPr>
        <w:lastRenderedPageBreak/>
        <w:t>iväg tomhänt.{{field-off:bible}} [[@</w:t>
      </w:r>
      <w:r w:rsidR="0096445B" w:rsidRPr="000767E2">
        <w:rPr>
          <w:lang w:val="sv-SE"/>
        </w:rPr>
        <w:t>BibleBIBEL82</w:t>
      </w:r>
      <w:r w:rsidRPr="000767E2">
        <w:rPr>
          <w:lang w:val="sv-SE"/>
        </w:rPr>
        <w:t>:Mark 12:4]]</w:t>
      </w:r>
      <w:r w:rsidRPr="000767E2">
        <w:rPr>
          <w:vertAlign w:val="superscript"/>
          <w:lang w:val="sv-SE"/>
        </w:rPr>
        <w:t>4</w:t>
      </w:r>
      <w:r w:rsidRPr="000767E2">
        <w:rPr>
          <w:lang w:val="sv-SE"/>
        </w:rPr>
        <w:t xml:space="preserve"> {{field-on:bible}}Och åter sände han till dem en annan fasttjänare, och denne slog de i huvudet och vanhedrade.{{field-off:bible}} [[@</w:t>
      </w:r>
      <w:r w:rsidR="0096445B" w:rsidRPr="000767E2">
        <w:rPr>
          <w:lang w:val="sv-SE"/>
        </w:rPr>
        <w:t>BibleBIBEL82</w:t>
      </w:r>
      <w:r w:rsidRPr="000767E2">
        <w:rPr>
          <w:lang w:val="sv-SE"/>
        </w:rPr>
        <w:t>:Mark 12:5]]</w:t>
      </w:r>
      <w:r w:rsidRPr="000767E2">
        <w:rPr>
          <w:vertAlign w:val="superscript"/>
          <w:lang w:val="sv-SE"/>
        </w:rPr>
        <w:t>5</w:t>
      </w:r>
      <w:r w:rsidRPr="000767E2">
        <w:rPr>
          <w:lang w:val="sv-SE"/>
        </w:rPr>
        <w:t xml:space="preserve"> {{field-on:bible}}Och en annan sände han, och denne dödade de. Och många andra: några pryglade de, andra dödade de.{{field-off:bible}}</w:t>
      </w:r>
    </w:p>
    <w:p w14:paraId="2F4D5FC2" w14:textId="2EB053D8" w:rsidR="00BA33AB" w:rsidRPr="000767E2" w:rsidRDefault="00000000">
      <w:pPr>
        <w:rPr>
          <w:lang w:val="sv-SE"/>
        </w:rPr>
      </w:pPr>
      <w:r w:rsidRPr="000767E2">
        <w:rPr>
          <w:lang w:val="sv-SE"/>
        </w:rPr>
        <w:t>[[@</w:t>
      </w:r>
      <w:r w:rsidR="0096445B" w:rsidRPr="000767E2">
        <w:rPr>
          <w:lang w:val="sv-SE"/>
        </w:rPr>
        <w:t>BibleBIBEL82</w:t>
      </w:r>
      <w:r w:rsidRPr="000767E2">
        <w:rPr>
          <w:lang w:val="sv-SE"/>
        </w:rPr>
        <w:t>:Mark 12:6]]</w:t>
      </w:r>
      <w:r w:rsidRPr="000767E2">
        <w:rPr>
          <w:vertAlign w:val="superscript"/>
          <w:lang w:val="sv-SE"/>
        </w:rPr>
        <w:t>6</w:t>
      </w:r>
      <w:r w:rsidRPr="000767E2">
        <w:rPr>
          <w:lang w:val="sv-SE"/>
        </w:rPr>
        <w:t xml:space="preserve"> {{field-on:bible}}Ännu hade han en </w:t>
      </w:r>
      <w:r w:rsidRPr="000767E2">
        <w:rPr>
          <w:i/>
          <w:lang w:val="sv-SE"/>
        </w:rPr>
        <w:t>enda</w:t>
      </w:r>
      <w:r w:rsidRPr="000767E2">
        <w:rPr>
          <w:lang w:val="sv-SE"/>
        </w:rPr>
        <w:t>, en älskad son. Han sände honom sist till dem och sade att: De kommer att ha respekt för min son.{{field-off:bible}} [[@</w:t>
      </w:r>
      <w:r w:rsidR="0096445B" w:rsidRPr="000767E2">
        <w:rPr>
          <w:lang w:val="sv-SE"/>
        </w:rPr>
        <w:t>BibleBIBEL82</w:t>
      </w:r>
      <w:r w:rsidRPr="000767E2">
        <w:rPr>
          <w:lang w:val="sv-SE"/>
        </w:rPr>
        <w:t>:Mark 12:7]]</w:t>
      </w:r>
      <w:r w:rsidRPr="000767E2">
        <w:rPr>
          <w:vertAlign w:val="superscript"/>
          <w:lang w:val="sv-SE"/>
        </w:rPr>
        <w:t>7</w:t>
      </w:r>
      <w:r w:rsidRPr="000767E2">
        <w:rPr>
          <w:lang w:val="sv-SE"/>
        </w:rPr>
        <w:t xml:space="preserve"> {{field-on:bible}}Men dessa odlare sade till varann att: Denne är arvingen! Kom, låt oss döda honom och arvet blir vårt.{{field-off:bible}} [[@</w:t>
      </w:r>
      <w:r w:rsidR="0096445B" w:rsidRPr="000767E2">
        <w:rPr>
          <w:lang w:val="sv-SE"/>
        </w:rPr>
        <w:t>BibleBIBEL82</w:t>
      </w:r>
      <w:r w:rsidRPr="000767E2">
        <w:rPr>
          <w:lang w:val="sv-SE"/>
        </w:rPr>
        <w:t>:Mark 12:8]]</w:t>
      </w:r>
      <w:r w:rsidRPr="000767E2">
        <w:rPr>
          <w:vertAlign w:val="superscript"/>
          <w:lang w:val="sv-SE"/>
        </w:rPr>
        <w:t>8</w:t>
      </w:r>
      <w:r w:rsidRPr="000767E2">
        <w:rPr>
          <w:lang w:val="sv-SE"/>
        </w:rPr>
        <w:t xml:space="preserve"> {{field-on:bible}}Och de tog och dödade honom och kastade ut honom utanför vingården.{{field-off:bible}}</w:t>
      </w:r>
    </w:p>
    <w:p w14:paraId="465F5F48" w14:textId="6DA5DC5D" w:rsidR="00BA33AB" w:rsidRPr="000767E2" w:rsidRDefault="00000000">
      <w:pPr>
        <w:rPr>
          <w:lang w:val="sv-SE"/>
        </w:rPr>
      </w:pPr>
      <w:r w:rsidRPr="000767E2">
        <w:rPr>
          <w:lang w:val="sv-SE"/>
        </w:rPr>
        <w:t>[[@</w:t>
      </w:r>
      <w:r w:rsidR="0096445B" w:rsidRPr="000767E2">
        <w:rPr>
          <w:lang w:val="sv-SE"/>
        </w:rPr>
        <w:t>BibleBIBEL82</w:t>
      </w:r>
      <w:r w:rsidRPr="000767E2">
        <w:rPr>
          <w:lang w:val="sv-SE"/>
        </w:rPr>
        <w:t>:Mark 12:9]]</w:t>
      </w:r>
      <w:r w:rsidRPr="000767E2">
        <w:rPr>
          <w:vertAlign w:val="superscript"/>
          <w:lang w:val="sv-SE"/>
        </w:rPr>
        <w:t>9</w:t>
      </w:r>
      <w:r w:rsidRPr="000767E2">
        <w:rPr>
          <w:lang w:val="sv-SE"/>
        </w:rPr>
        <w:t xml:space="preserve"> {{field-on:bible}}Vad ska nu vingårdens Herre göra? Han ska komma och förgöra odlarna och ge vingården till andra.{{field-off:bible}} [[@</w:t>
      </w:r>
      <w:r w:rsidR="0096445B" w:rsidRPr="000767E2">
        <w:rPr>
          <w:lang w:val="sv-SE"/>
        </w:rPr>
        <w:t>BibleBIBEL82</w:t>
      </w:r>
      <w:r w:rsidRPr="000767E2">
        <w:rPr>
          <w:lang w:val="sv-SE"/>
        </w:rPr>
        <w:t>:Mark 12:10]]</w:t>
      </w:r>
      <w:r w:rsidRPr="000767E2">
        <w:rPr>
          <w:vertAlign w:val="superscript"/>
          <w:lang w:val="sv-SE"/>
        </w:rPr>
        <w:t>10</w:t>
      </w:r>
      <w:r w:rsidRPr="000767E2">
        <w:rPr>
          <w:lang w:val="sv-SE"/>
        </w:rPr>
        <w:t xml:space="preserve"> {{field-on:bible}}Har ni heller inte läst denna Skrift:{{field-off:bible}}</w:t>
      </w:r>
    </w:p>
    <w:p w14:paraId="53D723C6" w14:textId="20A87B6B" w:rsidR="00BA33AB" w:rsidRPr="000767E2" w:rsidRDefault="00000000">
      <w:pPr>
        <w:rPr>
          <w:lang w:val="sv-SE"/>
        </w:rPr>
      </w:pPr>
      <w:r w:rsidRPr="000767E2">
        <w:rPr>
          <w:lang w:val="sv-SE"/>
        </w:rPr>
        <w:t>{{field-on:bible}}Stenen som husbyggarna förkastade,</w:t>
      </w:r>
      <w:r w:rsidRPr="000767E2">
        <w:rPr>
          <w:lang w:val="sv-SE"/>
        </w:rPr>
        <w:br/>
        <w:t>den blev till huvudhörn</w:t>
      </w:r>
      <w:r w:rsidRPr="000767E2">
        <w:rPr>
          <w:i/>
          <w:lang w:val="sv-SE"/>
        </w:rPr>
        <w:t>sten</w:t>
      </w:r>
      <w:r w:rsidRPr="000767E2">
        <w:rPr>
          <w:lang w:val="sv-SE"/>
        </w:rPr>
        <w:t>.{{field-off:bible}}</w:t>
      </w:r>
      <w:r w:rsidRPr="000767E2">
        <w:rPr>
          <w:lang w:val="sv-SE"/>
        </w:rPr>
        <w:br/>
        <w:t>[[@</w:t>
      </w:r>
      <w:r w:rsidR="0096445B" w:rsidRPr="000767E2">
        <w:rPr>
          <w:lang w:val="sv-SE"/>
        </w:rPr>
        <w:t>BibleBIBEL82</w:t>
      </w:r>
      <w:r w:rsidRPr="000767E2">
        <w:rPr>
          <w:lang w:val="sv-SE"/>
        </w:rPr>
        <w:t>:Mark 12:11]]</w:t>
      </w:r>
      <w:r w:rsidRPr="000767E2">
        <w:rPr>
          <w:vertAlign w:val="superscript"/>
          <w:lang w:val="sv-SE"/>
        </w:rPr>
        <w:t>11</w:t>
      </w:r>
      <w:r w:rsidRPr="000767E2">
        <w:rPr>
          <w:lang w:val="sv-SE"/>
        </w:rPr>
        <w:t xml:space="preserve"> {{field-on:bible}}Från Herren kom den,</w:t>
      </w:r>
      <w:r w:rsidRPr="000767E2">
        <w:rPr>
          <w:lang w:val="sv-SE"/>
        </w:rPr>
        <w:br/>
        <w:t>och den är förunderlig i våra ögon.”{{field-off:bible}}</w:t>
      </w:r>
    </w:p>
    <w:p w14:paraId="7F843BDE" w14:textId="05BD992B" w:rsidR="00BA33AB" w:rsidRPr="000767E2" w:rsidRDefault="00000000">
      <w:pPr>
        <w:rPr>
          <w:lang w:val="sv-SE"/>
        </w:rPr>
      </w:pPr>
      <w:r w:rsidRPr="000767E2">
        <w:rPr>
          <w:lang w:val="sv-SE"/>
        </w:rPr>
        <w:t>[[@</w:t>
      </w:r>
      <w:r w:rsidR="0096445B" w:rsidRPr="000767E2">
        <w:rPr>
          <w:lang w:val="sv-SE"/>
        </w:rPr>
        <w:t>BibleBIBEL82</w:t>
      </w:r>
      <w:r w:rsidRPr="000767E2">
        <w:rPr>
          <w:lang w:val="sv-SE"/>
        </w:rPr>
        <w:t>:Mark 12:12]]</w:t>
      </w:r>
      <w:r w:rsidRPr="000767E2">
        <w:rPr>
          <w:vertAlign w:val="superscript"/>
          <w:lang w:val="sv-SE"/>
        </w:rPr>
        <w:t>12</w:t>
      </w:r>
      <w:r w:rsidRPr="000767E2">
        <w:rPr>
          <w:lang w:val="sv-SE"/>
        </w:rPr>
        <w:t xml:space="preserve"> {{field-on:bible}}Och de sökte gripa honom, och de fruktade skaran. För de förstod att </w:t>
      </w:r>
      <w:r w:rsidRPr="000767E2">
        <w:rPr>
          <w:i/>
          <w:lang w:val="sv-SE"/>
        </w:rPr>
        <w:t>det var</w:t>
      </w:r>
      <w:r w:rsidRPr="000767E2">
        <w:rPr>
          <w:lang w:val="sv-SE"/>
        </w:rPr>
        <w:t xml:space="preserve"> om dem han hade sagt liknelsen. Och de lämnade honom och gick iväg.{{field-off:bible}}</w:t>
      </w:r>
    </w:p>
    <w:p w14:paraId="0EF9A4CB" w14:textId="77777777" w:rsidR="00BA33AB" w:rsidRPr="000767E2" w:rsidRDefault="00000000">
      <w:pPr>
        <w:pStyle w:val="Rubrik3"/>
        <w:rPr>
          <w:lang w:val="sv-SE"/>
        </w:rPr>
      </w:pPr>
      <w:r w:rsidRPr="000767E2">
        <w:rPr>
          <w:lang w:val="sv-SE"/>
        </w:rPr>
        <w:t>Skatt till kejsaren</w:t>
      </w:r>
    </w:p>
    <w:p w14:paraId="1A33BE04" w14:textId="7033F9AA" w:rsidR="00BA33AB" w:rsidRPr="000767E2" w:rsidRDefault="00000000">
      <w:pPr>
        <w:rPr>
          <w:lang w:val="sv-SE"/>
        </w:rPr>
      </w:pPr>
      <w:r w:rsidRPr="000767E2">
        <w:rPr>
          <w:lang w:val="sv-SE"/>
        </w:rPr>
        <w:t>[[@</w:t>
      </w:r>
      <w:r w:rsidR="0096445B" w:rsidRPr="000767E2">
        <w:rPr>
          <w:lang w:val="sv-SE"/>
        </w:rPr>
        <w:t>BibleBIBEL82</w:t>
      </w:r>
      <w:r w:rsidRPr="000767E2">
        <w:rPr>
          <w:lang w:val="sv-SE"/>
        </w:rPr>
        <w:t>:Mark 12:13]]</w:t>
      </w:r>
      <w:r w:rsidRPr="000767E2">
        <w:rPr>
          <w:vertAlign w:val="superscript"/>
          <w:lang w:val="sv-SE"/>
        </w:rPr>
        <w:t>13</w:t>
      </w:r>
      <w:r w:rsidRPr="000767E2">
        <w:rPr>
          <w:lang w:val="sv-SE"/>
        </w:rPr>
        <w:t xml:space="preserve"> {{field-on:bible}}Och de sänder till honom några av fariseerna och herodianerna för att fånga in honom genom ord.{{field-off:bible}} [[@</w:t>
      </w:r>
      <w:r w:rsidR="0096445B" w:rsidRPr="000767E2">
        <w:rPr>
          <w:lang w:val="sv-SE"/>
        </w:rPr>
        <w:t>BibleBIBEL82</w:t>
      </w:r>
      <w:r w:rsidRPr="000767E2">
        <w:rPr>
          <w:lang w:val="sv-SE"/>
        </w:rPr>
        <w:t>:Mark 12:14]]</w:t>
      </w:r>
      <w:r w:rsidRPr="000767E2">
        <w:rPr>
          <w:vertAlign w:val="superscript"/>
          <w:lang w:val="sv-SE"/>
        </w:rPr>
        <w:t>14</w:t>
      </w:r>
      <w:r w:rsidRPr="000767E2">
        <w:rPr>
          <w:lang w:val="sv-SE"/>
        </w:rPr>
        <w:t xml:space="preserve"> {{field-on:bible}}Och de kommer och säger till honom: ”Lärare, vi vet att du är sann och inte bryr dig om någon. För du ser inte till människors ansikte, utan i sanning </w:t>
      </w:r>
      <w:r w:rsidRPr="000767E2">
        <w:rPr>
          <w:i/>
          <w:lang w:val="sv-SE"/>
        </w:rPr>
        <w:t>är det</w:t>
      </w:r>
      <w:r w:rsidRPr="000767E2">
        <w:rPr>
          <w:lang w:val="sv-SE"/>
        </w:rPr>
        <w:t xml:space="preserve"> Guds väg du lär ut. Är det tillåtet att ge huvudskatt till kejsaren eller inte? Ska vi ge? Eller ska vi inte ge?”{{field-off:bible}}</w:t>
      </w:r>
    </w:p>
    <w:p w14:paraId="4E0D50C1" w14:textId="07BB5A89" w:rsidR="00BA33AB" w:rsidRPr="000767E2" w:rsidRDefault="00000000">
      <w:pPr>
        <w:rPr>
          <w:lang w:val="sv-SE"/>
        </w:rPr>
      </w:pPr>
      <w:r w:rsidRPr="000767E2">
        <w:rPr>
          <w:lang w:val="sv-SE"/>
        </w:rPr>
        <w:t>[[@</w:t>
      </w:r>
      <w:r w:rsidR="0096445B" w:rsidRPr="000767E2">
        <w:rPr>
          <w:lang w:val="sv-SE"/>
        </w:rPr>
        <w:t>BibleBIBEL82</w:t>
      </w:r>
      <w:r w:rsidRPr="000767E2">
        <w:rPr>
          <w:lang w:val="sv-SE"/>
        </w:rPr>
        <w:t>:Mark 12:15]]</w:t>
      </w:r>
      <w:r w:rsidRPr="000767E2">
        <w:rPr>
          <w:vertAlign w:val="superscript"/>
          <w:lang w:val="sv-SE"/>
        </w:rPr>
        <w:t>15</w:t>
      </w:r>
      <w:r w:rsidRPr="000767E2">
        <w:rPr>
          <w:lang w:val="sv-SE"/>
        </w:rPr>
        <w:t xml:space="preserve"> {{field-on:bible}}Men han förstod deras hyckleri och sade till dem: ”Varför prövar ni mig? Hämta mig en denar så att jag får se.”{{field-off:bible}} [[@</w:t>
      </w:r>
      <w:r w:rsidR="0096445B" w:rsidRPr="000767E2">
        <w:rPr>
          <w:lang w:val="sv-SE"/>
        </w:rPr>
        <w:t>BibleBIBEL82</w:t>
      </w:r>
      <w:r w:rsidRPr="000767E2">
        <w:rPr>
          <w:lang w:val="sv-SE"/>
        </w:rPr>
        <w:t>:Mark 12:16]]</w:t>
      </w:r>
      <w:r w:rsidRPr="000767E2">
        <w:rPr>
          <w:vertAlign w:val="superscript"/>
          <w:lang w:val="sv-SE"/>
        </w:rPr>
        <w:t>16</w:t>
      </w:r>
      <w:r w:rsidRPr="000767E2">
        <w:rPr>
          <w:lang w:val="sv-SE"/>
        </w:rPr>
        <w:t xml:space="preserve"> {{field-on:bible}}Och de hämtade, och han säger till dem: ”Vems </w:t>
      </w:r>
      <w:r w:rsidRPr="000767E2">
        <w:rPr>
          <w:i/>
          <w:lang w:val="sv-SE"/>
        </w:rPr>
        <w:t>är</w:t>
      </w:r>
      <w:r w:rsidRPr="000767E2">
        <w:rPr>
          <w:lang w:val="sv-SE"/>
        </w:rPr>
        <w:t xml:space="preserve"> denna avbild och överskrift?” Och de sade till honom: ”Kejsarens.”{{field-off:bible}} [[@</w:t>
      </w:r>
      <w:r w:rsidR="0096445B" w:rsidRPr="000767E2">
        <w:rPr>
          <w:lang w:val="sv-SE"/>
        </w:rPr>
        <w:t>BibleBIBEL82</w:t>
      </w:r>
      <w:r w:rsidRPr="000767E2">
        <w:rPr>
          <w:lang w:val="sv-SE"/>
        </w:rPr>
        <w:t>:Mark 12:17]]</w:t>
      </w:r>
      <w:r w:rsidRPr="000767E2">
        <w:rPr>
          <w:vertAlign w:val="superscript"/>
          <w:lang w:val="sv-SE"/>
        </w:rPr>
        <w:t>17</w:t>
      </w:r>
      <w:r w:rsidRPr="000767E2">
        <w:rPr>
          <w:lang w:val="sv-SE"/>
        </w:rPr>
        <w:t xml:space="preserve"> {{field-on:bible}}Och Jesus sade till dem: ”Det </w:t>
      </w:r>
      <w:r w:rsidRPr="000767E2">
        <w:rPr>
          <w:i/>
          <w:lang w:val="sv-SE"/>
        </w:rPr>
        <w:t>som är</w:t>
      </w:r>
      <w:r w:rsidRPr="000767E2">
        <w:rPr>
          <w:lang w:val="sv-SE"/>
        </w:rPr>
        <w:t xml:space="preserve"> kejsarens ska ni ge tillbaka till kejsaren, och det </w:t>
      </w:r>
      <w:r w:rsidRPr="000767E2">
        <w:rPr>
          <w:i/>
          <w:lang w:val="sv-SE"/>
        </w:rPr>
        <w:t>som är</w:t>
      </w:r>
      <w:r w:rsidRPr="000767E2">
        <w:rPr>
          <w:lang w:val="sv-SE"/>
        </w:rPr>
        <w:t xml:space="preserve"> Guds till Gud.” Och de var djupt förundrade över honom.{{field-off:bible}}</w:t>
      </w:r>
    </w:p>
    <w:p w14:paraId="6FDFE9E1" w14:textId="77777777" w:rsidR="00BA33AB" w:rsidRPr="000767E2" w:rsidRDefault="00000000">
      <w:pPr>
        <w:pStyle w:val="Rubrik3"/>
        <w:rPr>
          <w:lang w:val="sv-SE"/>
        </w:rPr>
      </w:pPr>
      <w:r w:rsidRPr="000767E2">
        <w:rPr>
          <w:lang w:val="sv-SE"/>
        </w:rPr>
        <w:t>Frågan om uppståndelsen</w:t>
      </w:r>
    </w:p>
    <w:p w14:paraId="7C1C60E9" w14:textId="68B22212" w:rsidR="00BA33AB" w:rsidRPr="000767E2" w:rsidRDefault="00000000">
      <w:pPr>
        <w:rPr>
          <w:lang w:val="sv-SE"/>
        </w:rPr>
      </w:pPr>
      <w:r w:rsidRPr="000767E2">
        <w:rPr>
          <w:lang w:val="sv-SE"/>
        </w:rPr>
        <w:t>[[@</w:t>
      </w:r>
      <w:r w:rsidR="0096445B" w:rsidRPr="000767E2">
        <w:rPr>
          <w:lang w:val="sv-SE"/>
        </w:rPr>
        <w:t>BibleBIBEL82</w:t>
      </w:r>
      <w:r w:rsidRPr="000767E2">
        <w:rPr>
          <w:lang w:val="sv-SE"/>
        </w:rPr>
        <w:t>:Mark 12:18]]</w:t>
      </w:r>
      <w:r w:rsidRPr="000767E2">
        <w:rPr>
          <w:vertAlign w:val="superscript"/>
          <w:lang w:val="sv-SE"/>
        </w:rPr>
        <w:t>18</w:t>
      </w:r>
      <w:r w:rsidRPr="000767E2">
        <w:rPr>
          <w:lang w:val="sv-SE"/>
        </w:rPr>
        <w:t xml:space="preserve"> {{field-on:bible}}Och </w:t>
      </w:r>
      <w:r w:rsidRPr="000767E2">
        <w:rPr>
          <w:i/>
          <w:lang w:val="sv-SE"/>
        </w:rPr>
        <w:t>det</w:t>
      </w:r>
      <w:r w:rsidRPr="000767E2">
        <w:rPr>
          <w:lang w:val="sv-SE"/>
        </w:rPr>
        <w:t xml:space="preserve"> kommer saddukeer till honom, de som säger att ingen uppståndelse finns. Och de frågade honom och sade:{{field-off:bible}} [[@</w:t>
      </w:r>
      <w:r w:rsidR="0096445B" w:rsidRPr="000767E2">
        <w:rPr>
          <w:lang w:val="sv-SE"/>
        </w:rPr>
        <w:t>BibleBIBEL82</w:t>
      </w:r>
      <w:r w:rsidRPr="000767E2">
        <w:rPr>
          <w:lang w:val="sv-SE"/>
        </w:rPr>
        <w:t>:Mark 12:19]]</w:t>
      </w:r>
      <w:r w:rsidRPr="000767E2">
        <w:rPr>
          <w:vertAlign w:val="superscript"/>
          <w:lang w:val="sv-SE"/>
        </w:rPr>
        <w:t>19</w:t>
      </w:r>
      <w:r w:rsidRPr="000767E2">
        <w:rPr>
          <w:lang w:val="sv-SE"/>
        </w:rPr>
        <w:t xml:space="preserve"> {{field-on:bible}}”Lärare, Mose skrev till oss att om någons </w:t>
      </w:r>
      <w:r w:rsidRPr="000767E2">
        <w:rPr>
          <w:lang w:val="sv-SE"/>
        </w:rPr>
        <w:lastRenderedPageBreak/>
        <w:t>bror dör och lämnar kvar hustru och inte lämnar barn, att hans bror ska ta hustrun och låta säd uppstå fram åt sin bror.{{field-off:bible}} [[@</w:t>
      </w:r>
      <w:r w:rsidR="0096445B" w:rsidRPr="000767E2">
        <w:rPr>
          <w:lang w:val="sv-SE"/>
        </w:rPr>
        <w:t>BibleBIBEL82</w:t>
      </w:r>
      <w:r w:rsidRPr="000767E2">
        <w:rPr>
          <w:lang w:val="sv-SE"/>
        </w:rPr>
        <w:t>:Mark 12:20]]</w:t>
      </w:r>
      <w:r w:rsidRPr="000767E2">
        <w:rPr>
          <w:vertAlign w:val="superscript"/>
          <w:lang w:val="sv-SE"/>
        </w:rPr>
        <w:t>20</w:t>
      </w:r>
      <w:r w:rsidRPr="000767E2">
        <w:rPr>
          <w:lang w:val="sv-SE"/>
        </w:rPr>
        <w:t xml:space="preserve"> {{field-on:bible}}Det fanns sju bröder. Och den förste tog en hustru, och när han dog lämnade han ingen säd.{{field-off:bible}} [[@</w:t>
      </w:r>
      <w:r w:rsidR="0096445B" w:rsidRPr="000767E2">
        <w:rPr>
          <w:lang w:val="sv-SE"/>
        </w:rPr>
        <w:t>BibleBIBEL82</w:t>
      </w:r>
      <w:r w:rsidRPr="000767E2">
        <w:rPr>
          <w:lang w:val="sv-SE"/>
        </w:rPr>
        <w:t>:Mark 12:21]]</w:t>
      </w:r>
      <w:r w:rsidRPr="000767E2">
        <w:rPr>
          <w:vertAlign w:val="superscript"/>
          <w:lang w:val="sv-SE"/>
        </w:rPr>
        <w:t>21</w:t>
      </w:r>
      <w:r w:rsidRPr="000767E2">
        <w:rPr>
          <w:lang w:val="sv-SE"/>
        </w:rPr>
        <w:t xml:space="preserve"> {{field-on:bible}}Och den andre tog henne, och dog och lämnade ingen säd kvar. Och den tredje på samma sätt,{{field-off:bible}} [[@</w:t>
      </w:r>
      <w:r w:rsidR="0096445B" w:rsidRPr="000767E2">
        <w:rPr>
          <w:lang w:val="sv-SE"/>
        </w:rPr>
        <w:t>BibleBIBEL82</w:t>
      </w:r>
      <w:r w:rsidRPr="000767E2">
        <w:rPr>
          <w:lang w:val="sv-SE"/>
        </w:rPr>
        <w:t>:Mark 12:22]]</w:t>
      </w:r>
      <w:r w:rsidRPr="000767E2">
        <w:rPr>
          <w:vertAlign w:val="superscript"/>
          <w:lang w:val="sv-SE"/>
        </w:rPr>
        <w:t>22</w:t>
      </w:r>
      <w:r w:rsidRPr="000767E2">
        <w:rPr>
          <w:lang w:val="sv-SE"/>
        </w:rPr>
        <w:t xml:space="preserve"> {{field-on:bible}}och de sju lämnade ingen säd. Sist av alla dog även kvinnan.{{field-off:bible}} [[@</w:t>
      </w:r>
      <w:r w:rsidR="0096445B" w:rsidRPr="000767E2">
        <w:rPr>
          <w:lang w:val="sv-SE"/>
        </w:rPr>
        <w:t>BibleBIBEL82</w:t>
      </w:r>
      <w:r w:rsidRPr="000767E2">
        <w:rPr>
          <w:lang w:val="sv-SE"/>
        </w:rPr>
        <w:t>:Mark 12:23]]</w:t>
      </w:r>
      <w:r w:rsidRPr="000767E2">
        <w:rPr>
          <w:vertAlign w:val="superscript"/>
          <w:lang w:val="sv-SE"/>
        </w:rPr>
        <w:t>23</w:t>
      </w:r>
      <w:r w:rsidRPr="000767E2">
        <w:rPr>
          <w:lang w:val="sv-SE"/>
        </w:rPr>
        <w:t xml:space="preserve"> {{field-on:bible}}Vid uppståndelsen, när de uppstår, till vem av dem blir hon hustru? För de sju hade henne </w:t>
      </w:r>
      <w:r w:rsidRPr="000767E2">
        <w:rPr>
          <w:i/>
          <w:lang w:val="sv-SE"/>
        </w:rPr>
        <w:t>som</w:t>
      </w:r>
      <w:r w:rsidRPr="000767E2">
        <w:rPr>
          <w:lang w:val="sv-SE"/>
        </w:rPr>
        <w:t xml:space="preserve"> hustru.”{{field-off:bible}}</w:t>
      </w:r>
    </w:p>
    <w:p w14:paraId="67BEB45E" w14:textId="6ACBFF75" w:rsidR="00BA33AB" w:rsidRPr="000767E2" w:rsidRDefault="00000000">
      <w:pPr>
        <w:rPr>
          <w:lang w:val="sv-SE"/>
        </w:rPr>
      </w:pPr>
      <w:r w:rsidRPr="000767E2">
        <w:rPr>
          <w:lang w:val="sv-SE"/>
        </w:rPr>
        <w:t>[[@</w:t>
      </w:r>
      <w:r w:rsidR="0096445B" w:rsidRPr="000767E2">
        <w:rPr>
          <w:lang w:val="sv-SE"/>
        </w:rPr>
        <w:t>BibleBIBEL82</w:t>
      </w:r>
      <w:r w:rsidRPr="000767E2">
        <w:rPr>
          <w:lang w:val="sv-SE"/>
        </w:rPr>
        <w:t>:Mark 12:24]]</w:t>
      </w:r>
      <w:r w:rsidRPr="000767E2">
        <w:rPr>
          <w:vertAlign w:val="superscript"/>
          <w:lang w:val="sv-SE"/>
        </w:rPr>
        <w:t>24</w:t>
      </w:r>
      <w:r w:rsidRPr="000767E2">
        <w:rPr>
          <w:lang w:val="sv-SE"/>
        </w:rPr>
        <w:t xml:space="preserve"> {{field-on:bible}}Jesus sade till dem: ”</w:t>
      </w:r>
      <w:r w:rsidRPr="000767E2">
        <w:rPr>
          <w:i/>
          <w:lang w:val="sv-SE"/>
        </w:rPr>
        <w:t>Är det</w:t>
      </w:r>
      <w:r w:rsidRPr="000767E2">
        <w:rPr>
          <w:lang w:val="sv-SE"/>
        </w:rPr>
        <w:t xml:space="preserve"> inte därför ni förvillar er, då ni inte förstår Skrifterna eller Guds makt?{{field-off:bible}} [[@</w:t>
      </w:r>
      <w:r w:rsidR="0096445B" w:rsidRPr="000767E2">
        <w:rPr>
          <w:lang w:val="sv-SE"/>
        </w:rPr>
        <w:t>BibleBIBEL82</w:t>
      </w:r>
      <w:r w:rsidRPr="000767E2">
        <w:rPr>
          <w:lang w:val="sv-SE"/>
        </w:rPr>
        <w:t>:Mark 12:25]]</w:t>
      </w:r>
      <w:r w:rsidRPr="000767E2">
        <w:rPr>
          <w:vertAlign w:val="superscript"/>
          <w:lang w:val="sv-SE"/>
        </w:rPr>
        <w:t>25</w:t>
      </w:r>
      <w:r w:rsidRPr="000767E2">
        <w:rPr>
          <w:lang w:val="sv-SE"/>
        </w:rPr>
        <w:t xml:space="preserve"> {{field-on:bible}}För när de uppstår från </w:t>
      </w:r>
      <w:r w:rsidRPr="000767E2">
        <w:rPr>
          <w:i/>
          <w:lang w:val="sv-SE"/>
        </w:rPr>
        <w:t>de</w:t>
      </w:r>
      <w:r w:rsidRPr="000767E2">
        <w:rPr>
          <w:lang w:val="sv-SE"/>
        </w:rPr>
        <w:t xml:space="preserve"> döda varken gifter de sig eller blir bortgifta, utan de är som änglar i himlarna.{{field-off:bible}}</w:t>
      </w:r>
    </w:p>
    <w:p w14:paraId="1A1A5F61" w14:textId="37E9B09C" w:rsidR="00BA33AB" w:rsidRPr="000767E2" w:rsidRDefault="00000000">
      <w:pPr>
        <w:rPr>
          <w:lang w:val="sv-SE"/>
        </w:rPr>
      </w:pPr>
      <w:r w:rsidRPr="000767E2">
        <w:rPr>
          <w:lang w:val="sv-SE"/>
        </w:rPr>
        <w:t>[[@</w:t>
      </w:r>
      <w:r w:rsidR="0096445B" w:rsidRPr="000767E2">
        <w:rPr>
          <w:lang w:val="sv-SE"/>
        </w:rPr>
        <w:t>BibleBIBEL82</w:t>
      </w:r>
      <w:r w:rsidRPr="000767E2">
        <w:rPr>
          <w:lang w:val="sv-SE"/>
        </w:rPr>
        <w:t>:Mark 12:26]]</w:t>
      </w:r>
      <w:r w:rsidRPr="000767E2">
        <w:rPr>
          <w:vertAlign w:val="superscript"/>
          <w:lang w:val="sv-SE"/>
        </w:rPr>
        <w:t>26</w:t>
      </w:r>
      <w:r w:rsidRPr="000767E2">
        <w:rPr>
          <w:lang w:val="sv-SE"/>
        </w:rPr>
        <w:t xml:space="preserve"> {{field-on:bible}}Men om de döda, att de uppväcks: har ni inte läst i Moses bok vid törnbusken, hur Gud talade till honom och sade: Jag </w:t>
      </w:r>
      <w:r w:rsidRPr="000767E2">
        <w:rPr>
          <w:i/>
          <w:lang w:val="sv-SE"/>
        </w:rPr>
        <w:t>är</w:t>
      </w:r>
      <w:r w:rsidRPr="000767E2">
        <w:rPr>
          <w:lang w:val="sv-SE"/>
        </w:rPr>
        <w:t xml:space="preserve"> Abrahams Gud och Isaaks Gud och Jakobs Gud?{{field-off:bible}} [[@</w:t>
      </w:r>
      <w:r w:rsidR="0096445B" w:rsidRPr="000767E2">
        <w:rPr>
          <w:lang w:val="sv-SE"/>
        </w:rPr>
        <w:t>BibleBIBEL82</w:t>
      </w:r>
      <w:r w:rsidRPr="000767E2">
        <w:rPr>
          <w:lang w:val="sv-SE"/>
        </w:rPr>
        <w:t>:Mark 12:27]]</w:t>
      </w:r>
      <w:r w:rsidRPr="000767E2">
        <w:rPr>
          <w:vertAlign w:val="superscript"/>
          <w:lang w:val="sv-SE"/>
        </w:rPr>
        <w:t>27</w:t>
      </w:r>
      <w:r w:rsidRPr="000767E2">
        <w:rPr>
          <w:lang w:val="sv-SE"/>
        </w:rPr>
        <w:t xml:space="preserve"> {{field-on:bible}}Han är inte dödas Gud utan levandes. Ni förvillar er mycket.”{{field-off:bible}}</w:t>
      </w:r>
    </w:p>
    <w:p w14:paraId="00C9CEEE" w14:textId="77777777" w:rsidR="00BA33AB" w:rsidRPr="000767E2" w:rsidRDefault="00000000">
      <w:pPr>
        <w:pStyle w:val="Rubrik3"/>
        <w:rPr>
          <w:lang w:val="sv-SE"/>
        </w:rPr>
      </w:pPr>
      <w:r w:rsidRPr="000767E2">
        <w:rPr>
          <w:lang w:val="sv-SE"/>
        </w:rPr>
        <w:t>Det största budet</w:t>
      </w:r>
    </w:p>
    <w:p w14:paraId="591426E6" w14:textId="6318554C" w:rsidR="00BA33AB" w:rsidRPr="000767E2" w:rsidRDefault="00000000">
      <w:pPr>
        <w:rPr>
          <w:lang w:val="sv-SE"/>
        </w:rPr>
      </w:pPr>
      <w:r w:rsidRPr="000767E2">
        <w:rPr>
          <w:lang w:val="sv-SE"/>
        </w:rPr>
        <w:t>[[@</w:t>
      </w:r>
      <w:r w:rsidR="0096445B" w:rsidRPr="000767E2">
        <w:rPr>
          <w:lang w:val="sv-SE"/>
        </w:rPr>
        <w:t>BibleBIBEL82</w:t>
      </w:r>
      <w:r w:rsidRPr="000767E2">
        <w:rPr>
          <w:lang w:val="sv-SE"/>
        </w:rPr>
        <w:t>:Mark 12:28]]</w:t>
      </w:r>
      <w:r w:rsidRPr="000767E2">
        <w:rPr>
          <w:vertAlign w:val="superscript"/>
          <w:lang w:val="sv-SE"/>
        </w:rPr>
        <w:t>28</w:t>
      </w:r>
      <w:r w:rsidRPr="000767E2">
        <w:rPr>
          <w:lang w:val="sv-SE"/>
        </w:rPr>
        <w:t xml:space="preserve"> {{field-on:bible}}Och fram kom en av de skriftlärda, som hade hört dem diskutera </w:t>
      </w:r>
      <w:r w:rsidRPr="000767E2">
        <w:rPr>
          <w:i/>
          <w:lang w:val="sv-SE"/>
        </w:rPr>
        <w:t>och</w:t>
      </w:r>
      <w:r w:rsidRPr="000767E2">
        <w:rPr>
          <w:lang w:val="sv-SE"/>
        </w:rPr>
        <w:t xml:space="preserve"> sett att han svarat dem väl, och frågade honom: ”Vilket bud är först av alla?”{{field-off:bible}} [[@</w:t>
      </w:r>
      <w:r w:rsidR="0096445B" w:rsidRPr="000767E2">
        <w:rPr>
          <w:lang w:val="sv-SE"/>
        </w:rPr>
        <w:t>BibleBIBEL82</w:t>
      </w:r>
      <w:r w:rsidRPr="000767E2">
        <w:rPr>
          <w:lang w:val="sv-SE"/>
        </w:rPr>
        <w:t>:Mark 12:29]]</w:t>
      </w:r>
      <w:r w:rsidRPr="000767E2">
        <w:rPr>
          <w:vertAlign w:val="superscript"/>
          <w:lang w:val="sv-SE"/>
        </w:rPr>
        <w:t>29</w:t>
      </w:r>
      <w:r w:rsidRPr="000767E2">
        <w:rPr>
          <w:lang w:val="sv-SE"/>
        </w:rPr>
        <w:t xml:space="preserve"> {{field-on:bible}}</w:t>
      </w:r>
      <w:r w:rsidRPr="000767E2">
        <w:rPr>
          <w:i/>
          <w:lang w:val="sv-SE"/>
        </w:rPr>
        <w:t>Då</w:t>
      </w:r>
      <w:r w:rsidRPr="000767E2">
        <w:rPr>
          <w:lang w:val="sv-SE"/>
        </w:rPr>
        <w:t xml:space="preserve"> svarade Jesus att: ”Först är: Hör, Israel! Herren vår Gud, Herren är en.{{field-off:bible}} [[@</w:t>
      </w:r>
      <w:r w:rsidR="0096445B" w:rsidRPr="000767E2">
        <w:rPr>
          <w:lang w:val="sv-SE"/>
        </w:rPr>
        <w:t>BibleBIBEL82</w:t>
      </w:r>
      <w:r w:rsidRPr="000767E2">
        <w:rPr>
          <w:lang w:val="sv-SE"/>
        </w:rPr>
        <w:t>:Mark 12:30]]</w:t>
      </w:r>
      <w:r w:rsidRPr="000767E2">
        <w:rPr>
          <w:vertAlign w:val="superscript"/>
          <w:lang w:val="sv-SE"/>
        </w:rPr>
        <w:t>30</w:t>
      </w:r>
      <w:r w:rsidRPr="000767E2">
        <w:rPr>
          <w:lang w:val="sv-SE"/>
        </w:rPr>
        <w:t xml:space="preserve"> {{field-on:bible}}Och du ska älska Herren din Gud av hela ditt hjärta, och av hela din själ, och av hela ditt vett, och av hela din styrka.{{field-off:bible}} [[@</w:t>
      </w:r>
      <w:r w:rsidR="0096445B" w:rsidRPr="000767E2">
        <w:rPr>
          <w:lang w:val="sv-SE"/>
        </w:rPr>
        <w:t>BibleBIBEL82</w:t>
      </w:r>
      <w:r w:rsidRPr="000767E2">
        <w:rPr>
          <w:lang w:val="sv-SE"/>
        </w:rPr>
        <w:t>:Mark 12:31]]</w:t>
      </w:r>
      <w:r w:rsidRPr="000767E2">
        <w:rPr>
          <w:vertAlign w:val="superscript"/>
          <w:lang w:val="sv-SE"/>
        </w:rPr>
        <w:t>31</w:t>
      </w:r>
      <w:r w:rsidRPr="000767E2">
        <w:rPr>
          <w:lang w:val="sv-SE"/>
        </w:rPr>
        <w:t xml:space="preserve"> {{field-on:bible}}Ett andra </w:t>
      </w:r>
      <w:r w:rsidRPr="000767E2">
        <w:rPr>
          <w:i/>
          <w:lang w:val="sv-SE"/>
        </w:rPr>
        <w:t>är</w:t>
      </w:r>
      <w:r w:rsidRPr="000767E2">
        <w:rPr>
          <w:lang w:val="sv-SE"/>
        </w:rPr>
        <w:t xml:space="preserve"> detta: Du ska älska din nästa som dig själv. Ett annat bud större än dessa finns inte.”{{field-off:bible}}</w:t>
      </w:r>
    </w:p>
    <w:p w14:paraId="7525265C" w14:textId="0F9D448B" w:rsidR="00BA33AB" w:rsidRPr="000767E2" w:rsidRDefault="00000000">
      <w:pPr>
        <w:rPr>
          <w:lang w:val="sv-SE"/>
        </w:rPr>
      </w:pPr>
      <w:r w:rsidRPr="000767E2">
        <w:rPr>
          <w:lang w:val="sv-SE"/>
        </w:rPr>
        <w:t>[[@</w:t>
      </w:r>
      <w:r w:rsidR="0096445B" w:rsidRPr="000767E2">
        <w:rPr>
          <w:lang w:val="sv-SE"/>
        </w:rPr>
        <w:t>BibleBIBEL82</w:t>
      </w:r>
      <w:r w:rsidRPr="000767E2">
        <w:rPr>
          <w:lang w:val="sv-SE"/>
        </w:rPr>
        <w:t>:Mark 12:32]]</w:t>
      </w:r>
      <w:r w:rsidRPr="000767E2">
        <w:rPr>
          <w:vertAlign w:val="superscript"/>
          <w:lang w:val="sv-SE"/>
        </w:rPr>
        <w:t>32</w:t>
      </w:r>
      <w:r w:rsidRPr="000767E2">
        <w:rPr>
          <w:lang w:val="sv-SE"/>
        </w:rPr>
        <w:t xml:space="preserve"> {{field-on:bible}}Och </w:t>
      </w:r>
      <w:r w:rsidRPr="000767E2">
        <w:rPr>
          <w:i/>
          <w:lang w:val="sv-SE"/>
        </w:rPr>
        <w:t>då</w:t>
      </w:r>
      <w:r w:rsidRPr="000767E2">
        <w:rPr>
          <w:lang w:val="sv-SE"/>
        </w:rPr>
        <w:t xml:space="preserve"> sade honom den skriftlärde: ”Bra, Lärare! I sanning har du sagt att han är en, och det finns ingen annan utom han.{{field-off:bible}} [[@</w:t>
      </w:r>
      <w:r w:rsidR="0096445B" w:rsidRPr="000767E2">
        <w:rPr>
          <w:lang w:val="sv-SE"/>
        </w:rPr>
        <w:t>BibleBIBEL82</w:t>
      </w:r>
      <w:r w:rsidRPr="000767E2">
        <w:rPr>
          <w:lang w:val="sv-SE"/>
        </w:rPr>
        <w:t>:Mark 12:33]]</w:t>
      </w:r>
      <w:r w:rsidRPr="000767E2">
        <w:rPr>
          <w:vertAlign w:val="superscript"/>
          <w:lang w:val="sv-SE"/>
        </w:rPr>
        <w:t>33</w:t>
      </w:r>
      <w:r w:rsidRPr="000767E2">
        <w:rPr>
          <w:lang w:val="sv-SE"/>
        </w:rPr>
        <w:t xml:space="preserve"> {{field-on:bible}}Och att älska honom av hela hjärtat och av hela förståndet och av hela styrkan, och att älska </w:t>
      </w:r>
      <w:r w:rsidRPr="000767E2">
        <w:rPr>
          <w:i/>
          <w:lang w:val="sv-SE"/>
        </w:rPr>
        <w:t>sin</w:t>
      </w:r>
      <w:r w:rsidRPr="000767E2">
        <w:rPr>
          <w:lang w:val="sv-SE"/>
        </w:rPr>
        <w:t xml:space="preserve"> nästa som sig själv, </w:t>
      </w:r>
      <w:r w:rsidRPr="000767E2">
        <w:rPr>
          <w:i/>
          <w:lang w:val="sv-SE"/>
        </w:rPr>
        <w:t>det</w:t>
      </w:r>
      <w:r w:rsidRPr="000767E2">
        <w:rPr>
          <w:lang w:val="sv-SE"/>
        </w:rPr>
        <w:t xml:space="preserve"> är mycket mer än alla brännoffren och </w:t>
      </w:r>
      <w:r w:rsidRPr="000767E2">
        <w:rPr>
          <w:i/>
          <w:lang w:val="sv-SE"/>
        </w:rPr>
        <w:t>slakt</w:t>
      </w:r>
      <w:r w:rsidRPr="000767E2">
        <w:rPr>
          <w:lang w:val="sv-SE"/>
        </w:rPr>
        <w:t>offren.”{{field-off:bible}} [[@</w:t>
      </w:r>
      <w:r w:rsidR="0096445B" w:rsidRPr="000767E2">
        <w:rPr>
          <w:lang w:val="sv-SE"/>
        </w:rPr>
        <w:t>BibleBIBEL82</w:t>
      </w:r>
      <w:r w:rsidRPr="000767E2">
        <w:rPr>
          <w:lang w:val="sv-SE"/>
        </w:rPr>
        <w:t>:Mark 12:34]]</w:t>
      </w:r>
      <w:r w:rsidRPr="000767E2">
        <w:rPr>
          <w:vertAlign w:val="superscript"/>
          <w:lang w:val="sv-SE"/>
        </w:rPr>
        <w:t>34</w:t>
      </w:r>
      <w:r w:rsidRPr="000767E2">
        <w:rPr>
          <w:lang w:val="sv-SE"/>
        </w:rPr>
        <w:t xml:space="preserve"> {{field-on:bible}}Och Jesus såg honom, att han svarat förnuftigt, och sade till honom: ”Du är inte långt från Guds rike.” Och ingen vågade längre fråga honom.{{field-off:bible}}</w:t>
      </w:r>
    </w:p>
    <w:p w14:paraId="2D3D96CD" w14:textId="77777777" w:rsidR="00BA33AB" w:rsidRPr="000767E2" w:rsidRDefault="00000000">
      <w:pPr>
        <w:pStyle w:val="Rubrik3"/>
        <w:rPr>
          <w:lang w:val="sv-SE"/>
        </w:rPr>
      </w:pPr>
      <w:r w:rsidRPr="000767E2">
        <w:rPr>
          <w:lang w:val="sv-SE"/>
        </w:rPr>
        <w:t>Är Kristus Davids son?</w:t>
      </w:r>
    </w:p>
    <w:p w14:paraId="2ECF0839" w14:textId="2E2C9C18" w:rsidR="00BA33AB" w:rsidRPr="000767E2" w:rsidRDefault="00000000">
      <w:pPr>
        <w:rPr>
          <w:lang w:val="sv-SE"/>
        </w:rPr>
      </w:pPr>
      <w:r w:rsidRPr="000767E2">
        <w:rPr>
          <w:lang w:val="sv-SE"/>
        </w:rPr>
        <w:t>[[@</w:t>
      </w:r>
      <w:r w:rsidR="0096445B" w:rsidRPr="000767E2">
        <w:rPr>
          <w:lang w:val="sv-SE"/>
        </w:rPr>
        <w:t>BibleBIBEL82</w:t>
      </w:r>
      <w:r w:rsidRPr="000767E2">
        <w:rPr>
          <w:lang w:val="sv-SE"/>
        </w:rPr>
        <w:t>:Mark 12:35]]</w:t>
      </w:r>
      <w:r w:rsidRPr="000767E2">
        <w:rPr>
          <w:vertAlign w:val="superscript"/>
          <w:lang w:val="sv-SE"/>
        </w:rPr>
        <w:t>35</w:t>
      </w:r>
      <w:r w:rsidRPr="000767E2">
        <w:rPr>
          <w:lang w:val="sv-SE"/>
        </w:rPr>
        <w:t xml:space="preserve"> {{field-on:bible}}Och </w:t>
      </w:r>
      <w:r w:rsidRPr="000767E2">
        <w:rPr>
          <w:i/>
          <w:lang w:val="sv-SE"/>
        </w:rPr>
        <w:t>sedan</w:t>
      </w:r>
      <w:r w:rsidRPr="000767E2">
        <w:rPr>
          <w:lang w:val="sv-SE"/>
        </w:rPr>
        <w:t xml:space="preserve"> svarade Jesus och sade medan han undervisade i templet: ”Hur </w:t>
      </w:r>
      <w:r w:rsidRPr="000767E2">
        <w:rPr>
          <w:i/>
          <w:lang w:val="sv-SE"/>
        </w:rPr>
        <w:t>kan</w:t>
      </w:r>
      <w:r w:rsidRPr="000767E2">
        <w:rPr>
          <w:lang w:val="sv-SE"/>
        </w:rPr>
        <w:t xml:space="preserve"> de skriftlärda säga att Kristus är Davids son?{{field-off:bible}} [[@</w:t>
      </w:r>
      <w:r w:rsidR="0096445B" w:rsidRPr="000767E2">
        <w:rPr>
          <w:lang w:val="sv-SE"/>
        </w:rPr>
        <w:t>BibleBIBEL82</w:t>
      </w:r>
      <w:r w:rsidRPr="000767E2">
        <w:rPr>
          <w:lang w:val="sv-SE"/>
        </w:rPr>
        <w:t>:Mark 12:36]]</w:t>
      </w:r>
      <w:r w:rsidRPr="000767E2">
        <w:rPr>
          <w:vertAlign w:val="superscript"/>
          <w:lang w:val="sv-SE"/>
        </w:rPr>
        <w:t>36</w:t>
      </w:r>
      <w:r w:rsidRPr="000767E2">
        <w:rPr>
          <w:lang w:val="sv-SE"/>
        </w:rPr>
        <w:t xml:space="preserve"> {{field-on:bible}}David själv har sagt i den heliga Anden:{{field-off:bible}}</w:t>
      </w:r>
    </w:p>
    <w:p w14:paraId="577B2CB3" w14:textId="77777777" w:rsidR="00BA33AB" w:rsidRPr="000767E2" w:rsidRDefault="00000000">
      <w:pPr>
        <w:rPr>
          <w:lang w:val="sv-SE"/>
        </w:rPr>
      </w:pPr>
      <w:r w:rsidRPr="000767E2">
        <w:rPr>
          <w:lang w:val="sv-SE"/>
        </w:rPr>
        <w:t xml:space="preserve">{{field-on:bible}}Herren sade till min Herre: Sitt vid min högra </w:t>
      </w:r>
      <w:r w:rsidRPr="000767E2">
        <w:rPr>
          <w:i/>
          <w:lang w:val="sv-SE"/>
        </w:rPr>
        <w:t>sida</w:t>
      </w:r>
      <w:r w:rsidRPr="000767E2">
        <w:rPr>
          <w:lang w:val="sv-SE"/>
        </w:rPr>
        <w:br/>
        <w:t>tills jag lagt dina fiender under dina fötter.{{field-off:bible}}</w:t>
      </w:r>
    </w:p>
    <w:p w14:paraId="2B6EBF7F" w14:textId="708B7B8C"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12:37]]</w:t>
      </w:r>
      <w:r w:rsidRPr="000767E2">
        <w:rPr>
          <w:vertAlign w:val="superscript"/>
          <w:lang w:val="sv-SE"/>
        </w:rPr>
        <w:t>37</w:t>
      </w:r>
      <w:r w:rsidRPr="000767E2">
        <w:rPr>
          <w:lang w:val="sv-SE"/>
        </w:rPr>
        <w:t xml:space="preserve"> {{field-on:bible}}David själv kallar honom Herre. Och varifrån är han hans son?”{{field-off:bible}}</w:t>
      </w:r>
    </w:p>
    <w:p w14:paraId="52B53743" w14:textId="77777777" w:rsidR="00BA33AB" w:rsidRPr="000767E2" w:rsidRDefault="00000000">
      <w:pPr>
        <w:pStyle w:val="Rubrik3"/>
        <w:rPr>
          <w:lang w:val="sv-SE"/>
        </w:rPr>
      </w:pPr>
      <w:r w:rsidRPr="000767E2">
        <w:rPr>
          <w:lang w:val="sv-SE"/>
        </w:rPr>
        <w:t>Jesus varnar för de skriftlärda</w:t>
      </w:r>
    </w:p>
    <w:p w14:paraId="0D15F42A" w14:textId="760AB206" w:rsidR="00BA33AB" w:rsidRPr="000767E2" w:rsidRDefault="00000000">
      <w:pPr>
        <w:rPr>
          <w:lang w:val="sv-SE"/>
        </w:rPr>
      </w:pPr>
      <w:r w:rsidRPr="000767E2">
        <w:rPr>
          <w:lang w:val="sv-SE"/>
        </w:rPr>
        <w:t>{{field-on:bible}}Och den stora skaran hörde honom gärna,{{field-off:bible}} [[@</w:t>
      </w:r>
      <w:r w:rsidR="0096445B" w:rsidRPr="000767E2">
        <w:rPr>
          <w:lang w:val="sv-SE"/>
        </w:rPr>
        <w:t>BibleBIBEL82</w:t>
      </w:r>
      <w:r w:rsidRPr="000767E2">
        <w:rPr>
          <w:lang w:val="sv-SE"/>
        </w:rPr>
        <w:t>:Mark 12:38]]</w:t>
      </w:r>
      <w:r w:rsidRPr="000767E2">
        <w:rPr>
          <w:vertAlign w:val="superscript"/>
          <w:lang w:val="sv-SE"/>
        </w:rPr>
        <w:t>38</w:t>
      </w:r>
      <w:r w:rsidRPr="000767E2">
        <w:rPr>
          <w:lang w:val="sv-SE"/>
        </w:rPr>
        <w:t xml:space="preserve"> {{field-on:bible}}och i sin undervisning sade han: ”Se upp för de skriftlärda, som vill vandra omkring i dräkter och </w:t>
      </w:r>
      <w:r w:rsidRPr="000767E2">
        <w:rPr>
          <w:i/>
          <w:lang w:val="sv-SE"/>
        </w:rPr>
        <w:t>ha</w:t>
      </w:r>
      <w:r w:rsidRPr="000767E2">
        <w:rPr>
          <w:lang w:val="sv-SE"/>
        </w:rPr>
        <w:t xml:space="preserve"> hälsningar på torgen{{field-off:bible}} [[@</w:t>
      </w:r>
      <w:r w:rsidR="0096445B" w:rsidRPr="000767E2">
        <w:rPr>
          <w:lang w:val="sv-SE"/>
        </w:rPr>
        <w:t>BibleBIBEL82</w:t>
      </w:r>
      <w:r w:rsidRPr="000767E2">
        <w:rPr>
          <w:lang w:val="sv-SE"/>
        </w:rPr>
        <w:t>:Mark 12:39]]</w:t>
      </w:r>
      <w:r w:rsidRPr="000767E2">
        <w:rPr>
          <w:vertAlign w:val="superscript"/>
          <w:lang w:val="sv-SE"/>
        </w:rPr>
        <w:t>39</w:t>
      </w:r>
      <w:r w:rsidRPr="000767E2">
        <w:rPr>
          <w:lang w:val="sv-SE"/>
        </w:rPr>
        <w:t xml:space="preserve"> {{field-on:bible}}och förstaplatser i synagogorna och </w:t>
      </w:r>
      <w:r w:rsidRPr="000767E2">
        <w:rPr>
          <w:i/>
          <w:lang w:val="sv-SE"/>
        </w:rPr>
        <w:t>de</w:t>
      </w:r>
      <w:r w:rsidRPr="000767E2">
        <w:rPr>
          <w:lang w:val="sv-SE"/>
        </w:rPr>
        <w:t xml:space="preserve"> främsta platserna vid festmåltiderna,{{field-off:bible}} [[@</w:t>
      </w:r>
      <w:r w:rsidR="0096445B" w:rsidRPr="000767E2">
        <w:rPr>
          <w:lang w:val="sv-SE"/>
        </w:rPr>
        <w:t>BibleBIBEL82</w:t>
      </w:r>
      <w:r w:rsidRPr="000767E2">
        <w:rPr>
          <w:lang w:val="sv-SE"/>
        </w:rPr>
        <w:t>:Mark 12:40]]</w:t>
      </w:r>
      <w:r w:rsidRPr="000767E2">
        <w:rPr>
          <w:vertAlign w:val="superscript"/>
          <w:lang w:val="sv-SE"/>
        </w:rPr>
        <w:t>40</w:t>
      </w:r>
      <w:r w:rsidRPr="000767E2">
        <w:rPr>
          <w:lang w:val="sv-SE"/>
        </w:rPr>
        <w:t xml:space="preserve"> {{field-on:bible}}som äter upp änkornas hus och som förevändning ber långt. Dessa ska få </w:t>
      </w:r>
      <w:r w:rsidRPr="000767E2">
        <w:rPr>
          <w:i/>
          <w:lang w:val="sv-SE"/>
        </w:rPr>
        <w:t>så</w:t>
      </w:r>
      <w:r w:rsidRPr="000767E2">
        <w:rPr>
          <w:lang w:val="sv-SE"/>
        </w:rPr>
        <w:t xml:space="preserve"> mycket mer dom.”{{field-off:bible}}</w:t>
      </w:r>
    </w:p>
    <w:p w14:paraId="1E44952D" w14:textId="77777777" w:rsidR="00BA33AB" w:rsidRPr="000767E2" w:rsidRDefault="00000000">
      <w:pPr>
        <w:pStyle w:val="Rubrik3"/>
        <w:rPr>
          <w:lang w:val="sv-SE"/>
        </w:rPr>
      </w:pPr>
      <w:r w:rsidRPr="000767E2">
        <w:rPr>
          <w:lang w:val="sv-SE"/>
        </w:rPr>
        <w:t>Änkans offergåva</w:t>
      </w:r>
    </w:p>
    <w:p w14:paraId="481B8F60" w14:textId="389E2686" w:rsidR="00BA33AB" w:rsidRPr="000767E2" w:rsidRDefault="00000000">
      <w:pPr>
        <w:rPr>
          <w:lang w:val="sv-SE"/>
        </w:rPr>
      </w:pPr>
      <w:r w:rsidRPr="000767E2">
        <w:rPr>
          <w:lang w:val="sv-SE"/>
        </w:rPr>
        <w:t>[[@</w:t>
      </w:r>
      <w:r w:rsidR="0096445B" w:rsidRPr="000767E2">
        <w:rPr>
          <w:lang w:val="sv-SE"/>
        </w:rPr>
        <w:t>BibleBIBEL82</w:t>
      </w:r>
      <w:r w:rsidRPr="000767E2">
        <w:rPr>
          <w:lang w:val="sv-SE"/>
        </w:rPr>
        <w:t>:Mark 12:41]]</w:t>
      </w:r>
      <w:r w:rsidRPr="000767E2">
        <w:rPr>
          <w:vertAlign w:val="superscript"/>
          <w:lang w:val="sv-SE"/>
        </w:rPr>
        <w:t>41</w:t>
      </w:r>
      <w:r w:rsidRPr="000767E2">
        <w:rPr>
          <w:lang w:val="sv-SE"/>
        </w:rPr>
        <w:t xml:space="preserve"> {{field-on:bible}}Och han satte sig mittemot skattkammaren och skådade hur skaran lägger koppar i skattkammaren. Och många rika lade mycket.{{field-off:bible}} [[@</w:t>
      </w:r>
      <w:r w:rsidR="0096445B" w:rsidRPr="000767E2">
        <w:rPr>
          <w:lang w:val="sv-SE"/>
        </w:rPr>
        <w:t>BibleBIBEL82</w:t>
      </w:r>
      <w:r w:rsidRPr="000767E2">
        <w:rPr>
          <w:lang w:val="sv-SE"/>
        </w:rPr>
        <w:t>:Mark 12:42]]</w:t>
      </w:r>
      <w:r w:rsidRPr="000767E2">
        <w:rPr>
          <w:vertAlign w:val="superscript"/>
          <w:lang w:val="sv-SE"/>
        </w:rPr>
        <w:t>42</w:t>
      </w:r>
      <w:r w:rsidRPr="000767E2">
        <w:rPr>
          <w:lang w:val="sv-SE"/>
        </w:rPr>
        <w:t xml:space="preserve"> {{field-on:bible}}Och </w:t>
      </w:r>
      <w:r w:rsidRPr="000767E2">
        <w:rPr>
          <w:i/>
          <w:lang w:val="sv-SE"/>
        </w:rPr>
        <w:t>det</w:t>
      </w:r>
      <w:r w:rsidRPr="000767E2">
        <w:rPr>
          <w:lang w:val="sv-SE"/>
        </w:rPr>
        <w:t xml:space="preserve"> kom en fattig änka och lade två leptoner, det </w:t>
      </w:r>
      <w:r w:rsidRPr="000767E2">
        <w:rPr>
          <w:i/>
          <w:lang w:val="sv-SE"/>
        </w:rPr>
        <w:t>vill säga</w:t>
      </w:r>
      <w:r w:rsidRPr="000767E2">
        <w:rPr>
          <w:lang w:val="sv-SE"/>
        </w:rPr>
        <w:t xml:space="preserve"> en quadrant.{{field-off:bible}} [[@</w:t>
      </w:r>
      <w:r w:rsidR="0096445B" w:rsidRPr="000767E2">
        <w:rPr>
          <w:lang w:val="sv-SE"/>
        </w:rPr>
        <w:t>BibleBIBEL82</w:t>
      </w:r>
      <w:r w:rsidRPr="000767E2">
        <w:rPr>
          <w:lang w:val="sv-SE"/>
        </w:rPr>
        <w:t>:Mark 12:43]]</w:t>
      </w:r>
      <w:r w:rsidRPr="000767E2">
        <w:rPr>
          <w:vertAlign w:val="superscript"/>
          <w:lang w:val="sv-SE"/>
        </w:rPr>
        <w:t>43</w:t>
      </w:r>
      <w:r w:rsidRPr="000767E2">
        <w:rPr>
          <w:lang w:val="sv-SE"/>
        </w:rPr>
        <w:t xml:space="preserve"> {{field-on:bible}}Och han kallade till sig sina lärjungar och sade till dem: ”Amen, jag säger er att denna fattiga änka har lagt mer än alla som lade i skattkammaren.{{field-off:bible}} [[@</w:t>
      </w:r>
      <w:r w:rsidR="0096445B" w:rsidRPr="000767E2">
        <w:rPr>
          <w:lang w:val="sv-SE"/>
        </w:rPr>
        <w:t>BibleBIBEL82</w:t>
      </w:r>
      <w:r w:rsidRPr="000767E2">
        <w:rPr>
          <w:lang w:val="sv-SE"/>
        </w:rPr>
        <w:t>:Mark 12:44]]</w:t>
      </w:r>
      <w:r w:rsidRPr="000767E2">
        <w:rPr>
          <w:vertAlign w:val="superscript"/>
          <w:lang w:val="sv-SE"/>
        </w:rPr>
        <w:t>44</w:t>
      </w:r>
      <w:r w:rsidRPr="000767E2">
        <w:rPr>
          <w:lang w:val="sv-SE"/>
        </w:rPr>
        <w:t xml:space="preserve"> {{field-on:bible}}För alla lade av sitt överflöd, men hon ur sin brist. Allt vad hon hade lade hon, alla sina tillgångar.”{{field-off:bible}}</w:t>
      </w:r>
    </w:p>
    <w:p w14:paraId="64584045" w14:textId="6837FC6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13]]Kapitel 13</w:t>
      </w:r>
    </w:p>
    <w:p w14:paraId="28A69493" w14:textId="77777777" w:rsidR="00BA33AB" w:rsidRPr="000767E2" w:rsidRDefault="00000000">
      <w:pPr>
        <w:pStyle w:val="Rubrik3"/>
        <w:rPr>
          <w:lang w:val="sv-SE"/>
        </w:rPr>
      </w:pPr>
      <w:r w:rsidRPr="000767E2">
        <w:rPr>
          <w:lang w:val="sv-SE"/>
        </w:rPr>
        <w:t>Inte sten på sten</w:t>
      </w:r>
    </w:p>
    <w:p w14:paraId="199E8866" w14:textId="66FEF703" w:rsidR="00BA33AB" w:rsidRPr="000767E2" w:rsidRDefault="00000000">
      <w:pPr>
        <w:rPr>
          <w:lang w:val="sv-SE"/>
        </w:rPr>
      </w:pPr>
      <w:r w:rsidRPr="000767E2">
        <w:rPr>
          <w:lang w:val="sv-SE"/>
        </w:rPr>
        <w:t>[[@</w:t>
      </w:r>
      <w:r w:rsidR="0096445B" w:rsidRPr="000767E2">
        <w:rPr>
          <w:lang w:val="sv-SE"/>
        </w:rPr>
        <w:t>BibleBIBEL82</w:t>
      </w:r>
      <w:r w:rsidRPr="000767E2">
        <w:rPr>
          <w:lang w:val="sv-SE"/>
        </w:rPr>
        <w:t>:Mark 13:1]]</w:t>
      </w:r>
      <w:r w:rsidRPr="000767E2">
        <w:rPr>
          <w:vertAlign w:val="superscript"/>
          <w:lang w:val="sv-SE"/>
        </w:rPr>
        <w:t>1</w:t>
      </w:r>
      <w:r w:rsidRPr="000767E2">
        <w:rPr>
          <w:lang w:val="sv-SE"/>
        </w:rPr>
        <w:t xml:space="preserve"> {{field-on:bible}}Och när han går ut från templet, säger honom en av hans lärjungar: ”Lärare, se hurdana stenar och hurdana byggnader!”{{field-off:bible}} [[@</w:t>
      </w:r>
      <w:r w:rsidR="0096445B" w:rsidRPr="000767E2">
        <w:rPr>
          <w:lang w:val="sv-SE"/>
        </w:rPr>
        <w:t>BibleBIBEL82</w:t>
      </w:r>
      <w:r w:rsidRPr="000767E2">
        <w:rPr>
          <w:lang w:val="sv-SE"/>
        </w:rPr>
        <w:t>:Mark 13:2]]</w:t>
      </w:r>
      <w:r w:rsidRPr="000767E2">
        <w:rPr>
          <w:vertAlign w:val="superscript"/>
          <w:lang w:val="sv-SE"/>
        </w:rPr>
        <w:t>2</w:t>
      </w:r>
      <w:r w:rsidRPr="000767E2">
        <w:rPr>
          <w:lang w:val="sv-SE"/>
        </w:rPr>
        <w:t xml:space="preserve"> {{field-on:bible}}Och Jesus sade till honom: ”Ser du dessa stora byggnader? Här ska alls inte lämnas sten på sten som alls inte ska rivas ner.”{{field-off:bible}}</w:t>
      </w:r>
    </w:p>
    <w:p w14:paraId="71E35EFC" w14:textId="77777777" w:rsidR="00BA33AB" w:rsidRPr="000767E2" w:rsidRDefault="00000000">
      <w:pPr>
        <w:pStyle w:val="Rubrik3"/>
        <w:rPr>
          <w:lang w:val="sv-SE"/>
        </w:rPr>
      </w:pPr>
      <w:r w:rsidRPr="000767E2">
        <w:rPr>
          <w:lang w:val="sv-SE"/>
        </w:rPr>
        <w:t>Nöd och förföljelse</w:t>
      </w:r>
    </w:p>
    <w:p w14:paraId="3ABFD0A6" w14:textId="582DE93D" w:rsidR="00BA33AB" w:rsidRPr="000767E2" w:rsidRDefault="00000000">
      <w:pPr>
        <w:rPr>
          <w:lang w:val="sv-SE"/>
        </w:rPr>
      </w:pPr>
      <w:r w:rsidRPr="000767E2">
        <w:rPr>
          <w:lang w:val="sv-SE"/>
        </w:rPr>
        <w:t>[[@</w:t>
      </w:r>
      <w:r w:rsidR="0096445B" w:rsidRPr="000767E2">
        <w:rPr>
          <w:lang w:val="sv-SE"/>
        </w:rPr>
        <w:t>BibleBIBEL82</w:t>
      </w:r>
      <w:r w:rsidRPr="000767E2">
        <w:rPr>
          <w:lang w:val="sv-SE"/>
        </w:rPr>
        <w:t>:Mark 13:3]]</w:t>
      </w:r>
      <w:r w:rsidRPr="000767E2">
        <w:rPr>
          <w:vertAlign w:val="superscript"/>
          <w:lang w:val="sv-SE"/>
        </w:rPr>
        <w:t>3</w:t>
      </w:r>
      <w:r w:rsidRPr="000767E2">
        <w:rPr>
          <w:lang w:val="sv-SE"/>
        </w:rPr>
        <w:t xml:space="preserve"> {{field-on:bible}}Och när han satt på Olivernas berg mittemot templet, frågade honom enskilt Petrus och Jakob och Johannes och Andreas:{{field-off:bible}} [[@</w:t>
      </w:r>
      <w:r w:rsidR="0096445B" w:rsidRPr="000767E2">
        <w:rPr>
          <w:lang w:val="sv-SE"/>
        </w:rPr>
        <w:t>BibleBIBEL82</w:t>
      </w:r>
      <w:r w:rsidRPr="000767E2">
        <w:rPr>
          <w:lang w:val="sv-SE"/>
        </w:rPr>
        <w:t>:Mark 13:4]]</w:t>
      </w:r>
      <w:r w:rsidRPr="000767E2">
        <w:rPr>
          <w:vertAlign w:val="superscript"/>
          <w:lang w:val="sv-SE"/>
        </w:rPr>
        <w:t>4</w:t>
      </w:r>
      <w:r w:rsidRPr="000767E2">
        <w:rPr>
          <w:lang w:val="sv-SE"/>
        </w:rPr>
        <w:t xml:space="preserve"> {{field-on:bible}}”Säg oss: När ska detta ske? Och vad </w:t>
      </w:r>
      <w:r w:rsidRPr="000767E2">
        <w:rPr>
          <w:i/>
          <w:lang w:val="sv-SE"/>
        </w:rPr>
        <w:t>blir</w:t>
      </w:r>
      <w:r w:rsidRPr="000767E2">
        <w:rPr>
          <w:lang w:val="sv-SE"/>
        </w:rPr>
        <w:t xml:space="preserve"> tecknet när allt detta kommer att fullbordas?”{{field-off:bible}}</w:t>
      </w:r>
    </w:p>
    <w:p w14:paraId="6BB447BE" w14:textId="3E618C3E" w:rsidR="00BA33AB" w:rsidRPr="000767E2" w:rsidRDefault="00000000">
      <w:pPr>
        <w:rPr>
          <w:lang w:val="sv-SE"/>
        </w:rPr>
      </w:pPr>
      <w:r w:rsidRPr="000767E2">
        <w:rPr>
          <w:lang w:val="sv-SE"/>
        </w:rPr>
        <w:t>[[@</w:t>
      </w:r>
      <w:r w:rsidR="0096445B" w:rsidRPr="000767E2">
        <w:rPr>
          <w:lang w:val="sv-SE"/>
        </w:rPr>
        <w:t>BibleBIBEL82</w:t>
      </w:r>
      <w:r w:rsidRPr="000767E2">
        <w:rPr>
          <w:lang w:val="sv-SE"/>
        </w:rPr>
        <w:t>:Mark 13:5]]</w:t>
      </w:r>
      <w:r w:rsidRPr="000767E2">
        <w:rPr>
          <w:vertAlign w:val="superscript"/>
          <w:lang w:val="sv-SE"/>
        </w:rPr>
        <w:t>5</w:t>
      </w:r>
      <w:r w:rsidRPr="000767E2">
        <w:rPr>
          <w:lang w:val="sv-SE"/>
        </w:rPr>
        <w:t xml:space="preserve"> {{field-on:bible}}Och Jesus började säga till dem: ”Se upp att ingen förvillar er.{{field-off:bible}} [[@</w:t>
      </w:r>
      <w:r w:rsidR="0096445B" w:rsidRPr="000767E2">
        <w:rPr>
          <w:lang w:val="sv-SE"/>
        </w:rPr>
        <w:t>BibleBIBEL82</w:t>
      </w:r>
      <w:r w:rsidRPr="000767E2">
        <w:rPr>
          <w:lang w:val="sv-SE"/>
        </w:rPr>
        <w:t>:Mark 13:6]]</w:t>
      </w:r>
      <w:r w:rsidRPr="000767E2">
        <w:rPr>
          <w:vertAlign w:val="superscript"/>
          <w:lang w:val="sv-SE"/>
        </w:rPr>
        <w:t>6</w:t>
      </w:r>
      <w:r w:rsidRPr="000767E2">
        <w:rPr>
          <w:lang w:val="sv-SE"/>
        </w:rPr>
        <w:t xml:space="preserve"> {{field-on:bible}}Många ska komma i mitt namn och säga att: Jag Är, och många ska de förvilla.{{field-off:bible}} [[@</w:t>
      </w:r>
      <w:r w:rsidR="0096445B" w:rsidRPr="000767E2">
        <w:rPr>
          <w:lang w:val="sv-SE"/>
        </w:rPr>
        <w:t>BibleBIBEL82</w:t>
      </w:r>
      <w:r w:rsidRPr="000767E2">
        <w:rPr>
          <w:lang w:val="sv-SE"/>
        </w:rPr>
        <w:t>:Mark 13:7]]</w:t>
      </w:r>
      <w:r w:rsidRPr="000767E2">
        <w:rPr>
          <w:vertAlign w:val="superscript"/>
          <w:lang w:val="sv-SE"/>
        </w:rPr>
        <w:t>7</w:t>
      </w:r>
      <w:r w:rsidRPr="000767E2">
        <w:rPr>
          <w:lang w:val="sv-SE"/>
        </w:rPr>
        <w:t xml:space="preserve"> {{field-on:bible}}Men när ni hör </w:t>
      </w:r>
      <w:r w:rsidRPr="000767E2">
        <w:rPr>
          <w:i/>
          <w:lang w:val="sv-SE"/>
        </w:rPr>
        <w:t>om</w:t>
      </w:r>
      <w:r w:rsidRPr="000767E2">
        <w:rPr>
          <w:lang w:val="sv-SE"/>
        </w:rPr>
        <w:t xml:space="preserve"> krig och hörsägner om krig, bli inte skärrade. Det måste ske, men ännu </w:t>
      </w:r>
      <w:r w:rsidRPr="000767E2">
        <w:rPr>
          <w:i/>
          <w:lang w:val="sv-SE"/>
        </w:rPr>
        <w:t>är</w:t>
      </w:r>
      <w:r w:rsidRPr="000767E2">
        <w:rPr>
          <w:lang w:val="sv-SE"/>
        </w:rPr>
        <w:t xml:space="preserve"> </w:t>
      </w:r>
      <w:r w:rsidRPr="000767E2">
        <w:rPr>
          <w:i/>
          <w:lang w:val="sv-SE"/>
        </w:rPr>
        <w:t>det</w:t>
      </w:r>
      <w:r w:rsidRPr="000767E2">
        <w:rPr>
          <w:lang w:val="sv-SE"/>
        </w:rPr>
        <w:t xml:space="preserve"> inte slutet.{{field-off:bible}} [[@</w:t>
      </w:r>
      <w:r w:rsidR="0096445B" w:rsidRPr="000767E2">
        <w:rPr>
          <w:lang w:val="sv-SE"/>
        </w:rPr>
        <w:t>BibleBIBEL82</w:t>
      </w:r>
      <w:r w:rsidRPr="000767E2">
        <w:rPr>
          <w:lang w:val="sv-SE"/>
        </w:rPr>
        <w:t>:Mark 13:8]]</w:t>
      </w:r>
      <w:r w:rsidRPr="000767E2">
        <w:rPr>
          <w:vertAlign w:val="superscript"/>
          <w:lang w:val="sv-SE"/>
        </w:rPr>
        <w:t>8</w:t>
      </w:r>
      <w:r w:rsidRPr="000767E2">
        <w:rPr>
          <w:lang w:val="sv-SE"/>
        </w:rPr>
        <w:t xml:space="preserve"> {{field-on:bible}}För </w:t>
      </w:r>
      <w:r w:rsidRPr="000767E2">
        <w:rPr>
          <w:i/>
          <w:lang w:val="sv-SE"/>
        </w:rPr>
        <w:t>det</w:t>
      </w:r>
      <w:r w:rsidRPr="000767E2">
        <w:rPr>
          <w:lang w:val="sv-SE"/>
        </w:rPr>
        <w:t xml:space="preserve"> ska resa sig folkslag mot folkslag och </w:t>
      </w:r>
      <w:r w:rsidRPr="000767E2">
        <w:rPr>
          <w:lang w:val="sv-SE"/>
        </w:rPr>
        <w:lastRenderedPageBreak/>
        <w:t xml:space="preserve">rike mot rike. Det ska bli jordbävningar på </w:t>
      </w:r>
      <w:r w:rsidRPr="000767E2">
        <w:rPr>
          <w:i/>
          <w:lang w:val="sv-SE"/>
        </w:rPr>
        <w:t>olika</w:t>
      </w:r>
      <w:r w:rsidRPr="000767E2">
        <w:rPr>
          <w:lang w:val="sv-SE"/>
        </w:rPr>
        <w:t xml:space="preserve"> platser, det ska bli svälter. Födslovärkars begynnelse </w:t>
      </w:r>
      <w:r w:rsidRPr="000767E2">
        <w:rPr>
          <w:i/>
          <w:lang w:val="sv-SE"/>
        </w:rPr>
        <w:t>är</w:t>
      </w:r>
      <w:r w:rsidRPr="000767E2">
        <w:rPr>
          <w:lang w:val="sv-SE"/>
        </w:rPr>
        <w:t xml:space="preserve"> detta.{{field-off:bible}}</w:t>
      </w:r>
    </w:p>
    <w:p w14:paraId="7E314340" w14:textId="16989463" w:rsidR="00BA33AB" w:rsidRPr="000767E2" w:rsidRDefault="00000000">
      <w:pPr>
        <w:rPr>
          <w:lang w:val="sv-SE"/>
        </w:rPr>
      </w:pPr>
      <w:r w:rsidRPr="000767E2">
        <w:rPr>
          <w:lang w:val="sv-SE"/>
        </w:rPr>
        <w:t>[[@</w:t>
      </w:r>
      <w:r w:rsidR="0096445B" w:rsidRPr="000767E2">
        <w:rPr>
          <w:lang w:val="sv-SE"/>
        </w:rPr>
        <w:t>BibleBIBEL82</w:t>
      </w:r>
      <w:r w:rsidRPr="000767E2">
        <w:rPr>
          <w:lang w:val="sv-SE"/>
        </w:rPr>
        <w:t>:Mark 13:9]]</w:t>
      </w:r>
      <w:r w:rsidRPr="000767E2">
        <w:rPr>
          <w:vertAlign w:val="superscript"/>
          <w:lang w:val="sv-SE"/>
        </w:rPr>
        <w:t>9</w:t>
      </w:r>
      <w:r w:rsidRPr="000767E2">
        <w:rPr>
          <w:lang w:val="sv-SE"/>
        </w:rPr>
        <w:t xml:space="preserve"> {{field-on:bible}}Men se ni upp med er själva. De ska utlämna er till sanhedriner, och i synagogor ska ni pryglas, och inför styresmän och kungar ska ni ställas för min skull, till ett vittnesbörd för dem.{{field-off:bible}} [[@</w:t>
      </w:r>
      <w:r w:rsidR="0096445B" w:rsidRPr="000767E2">
        <w:rPr>
          <w:lang w:val="sv-SE"/>
        </w:rPr>
        <w:t>BibleBIBEL82</w:t>
      </w:r>
      <w:r w:rsidRPr="000767E2">
        <w:rPr>
          <w:lang w:val="sv-SE"/>
        </w:rPr>
        <w:t>:Mark 13:10]]</w:t>
      </w:r>
      <w:r w:rsidRPr="000767E2">
        <w:rPr>
          <w:vertAlign w:val="superscript"/>
          <w:lang w:val="sv-SE"/>
        </w:rPr>
        <w:t>10</w:t>
      </w:r>
      <w:r w:rsidRPr="000767E2">
        <w:rPr>
          <w:lang w:val="sv-SE"/>
        </w:rPr>
        <w:t xml:space="preserve"> {{field-on:bible}}Och för alla folkslagen måste först evangeliet förkunnas.{{field-off:bible}}</w:t>
      </w:r>
    </w:p>
    <w:p w14:paraId="42EDD893" w14:textId="28A4428F" w:rsidR="00BA33AB" w:rsidRPr="000767E2" w:rsidRDefault="00000000">
      <w:pPr>
        <w:rPr>
          <w:lang w:val="sv-SE"/>
        </w:rPr>
      </w:pPr>
      <w:r w:rsidRPr="000767E2">
        <w:rPr>
          <w:lang w:val="sv-SE"/>
        </w:rPr>
        <w:t>[[@</w:t>
      </w:r>
      <w:r w:rsidR="0096445B" w:rsidRPr="000767E2">
        <w:rPr>
          <w:lang w:val="sv-SE"/>
        </w:rPr>
        <w:t>BibleBIBEL82</w:t>
      </w:r>
      <w:r w:rsidRPr="000767E2">
        <w:rPr>
          <w:lang w:val="sv-SE"/>
        </w:rPr>
        <w:t>:Mark 13:11]]</w:t>
      </w:r>
      <w:r w:rsidRPr="000767E2">
        <w:rPr>
          <w:vertAlign w:val="superscript"/>
          <w:lang w:val="sv-SE"/>
        </w:rPr>
        <w:t>11</w:t>
      </w:r>
      <w:r w:rsidRPr="000767E2">
        <w:rPr>
          <w:lang w:val="sv-SE"/>
        </w:rPr>
        <w:t xml:space="preserve"> {{field-on:bible}}Och när de för </w:t>
      </w:r>
      <w:r w:rsidRPr="000767E2">
        <w:rPr>
          <w:i/>
          <w:lang w:val="sv-SE"/>
        </w:rPr>
        <w:t>bort</w:t>
      </w:r>
      <w:r w:rsidRPr="000767E2">
        <w:rPr>
          <w:lang w:val="sv-SE"/>
        </w:rPr>
        <w:t xml:space="preserve"> och utlämnar er, bekymra er inte i förväg vad ni ska tala. Nej, det som ges er i den stunden, det ska ni tala. För det är inte ni som talar, utan den heliga Anden.{{field-off:bible}} [[@</w:t>
      </w:r>
      <w:r w:rsidR="0096445B" w:rsidRPr="000767E2">
        <w:rPr>
          <w:lang w:val="sv-SE"/>
        </w:rPr>
        <w:t>BibleBIBEL82</w:t>
      </w:r>
      <w:r w:rsidRPr="000767E2">
        <w:rPr>
          <w:lang w:val="sv-SE"/>
        </w:rPr>
        <w:t>:Mark 13:12]]</w:t>
      </w:r>
      <w:r w:rsidRPr="000767E2">
        <w:rPr>
          <w:vertAlign w:val="superscript"/>
          <w:lang w:val="sv-SE"/>
        </w:rPr>
        <w:t>12</w:t>
      </w:r>
      <w:r w:rsidRPr="000767E2">
        <w:rPr>
          <w:lang w:val="sv-SE"/>
        </w:rPr>
        <w:t xml:space="preserve"> {{field-on:bible}}Och bror ska utlämna bror till döds, och en far </w:t>
      </w:r>
      <w:r w:rsidRPr="000767E2">
        <w:rPr>
          <w:i/>
          <w:lang w:val="sv-SE"/>
        </w:rPr>
        <w:t>sitt</w:t>
      </w:r>
      <w:r w:rsidRPr="000767E2">
        <w:rPr>
          <w:lang w:val="sv-SE"/>
        </w:rPr>
        <w:t xml:space="preserve"> barn, och barn ska resa sig mot föräldrar och döda dem.{{field-off:bible}} [[@</w:t>
      </w:r>
      <w:r w:rsidR="0096445B" w:rsidRPr="000767E2">
        <w:rPr>
          <w:lang w:val="sv-SE"/>
        </w:rPr>
        <w:t>BibleBIBEL82</w:t>
      </w:r>
      <w:r w:rsidRPr="000767E2">
        <w:rPr>
          <w:lang w:val="sv-SE"/>
        </w:rPr>
        <w:t>:Mark 13:13]]</w:t>
      </w:r>
      <w:r w:rsidRPr="000767E2">
        <w:rPr>
          <w:vertAlign w:val="superscript"/>
          <w:lang w:val="sv-SE"/>
        </w:rPr>
        <w:t>13</w:t>
      </w:r>
      <w:r w:rsidRPr="000767E2">
        <w:rPr>
          <w:lang w:val="sv-SE"/>
        </w:rPr>
        <w:t xml:space="preserve"> {{field-on:bible}}Och ni ska vara hatade av alla för mitt namns skull. Men den som håller ut till slutet, denne ska bli frälst.{{field-off:bible}}</w:t>
      </w:r>
    </w:p>
    <w:p w14:paraId="399A4FA7" w14:textId="77777777" w:rsidR="00BA33AB" w:rsidRPr="000767E2" w:rsidRDefault="00000000">
      <w:pPr>
        <w:pStyle w:val="Rubrik3"/>
        <w:rPr>
          <w:lang w:val="sv-SE"/>
        </w:rPr>
      </w:pPr>
      <w:r w:rsidRPr="000767E2">
        <w:rPr>
          <w:lang w:val="sv-SE"/>
        </w:rPr>
        <w:t>Fly till bergen</w:t>
      </w:r>
    </w:p>
    <w:p w14:paraId="6FEE81BF" w14:textId="10F7425E" w:rsidR="00BA33AB" w:rsidRPr="000767E2" w:rsidRDefault="00000000">
      <w:pPr>
        <w:rPr>
          <w:lang w:val="sv-SE"/>
        </w:rPr>
      </w:pPr>
      <w:r w:rsidRPr="000767E2">
        <w:rPr>
          <w:lang w:val="sv-SE"/>
        </w:rPr>
        <w:t>[[@</w:t>
      </w:r>
      <w:r w:rsidR="0096445B" w:rsidRPr="000767E2">
        <w:rPr>
          <w:lang w:val="sv-SE"/>
        </w:rPr>
        <w:t>BibleBIBEL82</w:t>
      </w:r>
      <w:r w:rsidRPr="000767E2">
        <w:rPr>
          <w:lang w:val="sv-SE"/>
        </w:rPr>
        <w:t>:Mark 13:14]]</w:t>
      </w:r>
      <w:r w:rsidRPr="000767E2">
        <w:rPr>
          <w:vertAlign w:val="superscript"/>
          <w:lang w:val="sv-SE"/>
        </w:rPr>
        <w:t>14</w:t>
      </w:r>
      <w:r w:rsidRPr="000767E2">
        <w:rPr>
          <w:lang w:val="sv-SE"/>
        </w:rPr>
        <w:t xml:space="preserve"> {{field-on:bible}}Men när ni ser ödeläggelsens skändlighet stå där den inte bör – läsaren må fatta – då ska de i Judeen fly till bergen.{{field-off:bible}} [[@</w:t>
      </w:r>
      <w:r w:rsidR="0096445B" w:rsidRPr="000767E2">
        <w:rPr>
          <w:lang w:val="sv-SE"/>
        </w:rPr>
        <w:t>BibleBIBEL82</w:t>
      </w:r>
      <w:r w:rsidRPr="000767E2">
        <w:rPr>
          <w:lang w:val="sv-SE"/>
        </w:rPr>
        <w:t>:Mark 13:15]]</w:t>
      </w:r>
      <w:r w:rsidRPr="000767E2">
        <w:rPr>
          <w:vertAlign w:val="superscript"/>
          <w:lang w:val="sv-SE"/>
        </w:rPr>
        <w:t>15</w:t>
      </w:r>
      <w:r w:rsidRPr="000767E2">
        <w:rPr>
          <w:lang w:val="sv-SE"/>
        </w:rPr>
        <w:t xml:space="preserve"> {{field-on:bible}}[Och] den </w:t>
      </w:r>
      <w:r w:rsidRPr="000767E2">
        <w:rPr>
          <w:i/>
          <w:lang w:val="sv-SE"/>
        </w:rPr>
        <w:t>som är</w:t>
      </w:r>
      <w:r w:rsidRPr="000767E2">
        <w:rPr>
          <w:lang w:val="sv-SE"/>
        </w:rPr>
        <w:t xml:space="preserve"> på hustaket ska inte komma ner eller gå in </w:t>
      </w:r>
      <w:r w:rsidRPr="000767E2">
        <w:rPr>
          <w:i/>
          <w:lang w:val="sv-SE"/>
        </w:rPr>
        <w:t>för</w:t>
      </w:r>
      <w:r w:rsidRPr="000767E2">
        <w:rPr>
          <w:lang w:val="sv-SE"/>
        </w:rPr>
        <w:t xml:space="preserve"> att ta upp </w:t>
      </w:r>
      <w:r w:rsidRPr="000767E2">
        <w:rPr>
          <w:i/>
          <w:lang w:val="sv-SE"/>
        </w:rPr>
        <w:t>något</w:t>
      </w:r>
      <w:r w:rsidRPr="000767E2">
        <w:rPr>
          <w:lang w:val="sv-SE"/>
        </w:rPr>
        <w:t xml:space="preserve"> från sitt hus,{{field-off:bible}} [[@</w:t>
      </w:r>
      <w:r w:rsidR="0096445B" w:rsidRPr="000767E2">
        <w:rPr>
          <w:lang w:val="sv-SE"/>
        </w:rPr>
        <w:t>BibleBIBEL82</w:t>
      </w:r>
      <w:r w:rsidRPr="000767E2">
        <w:rPr>
          <w:lang w:val="sv-SE"/>
        </w:rPr>
        <w:t>:Mark 13:16]]</w:t>
      </w:r>
      <w:r w:rsidRPr="000767E2">
        <w:rPr>
          <w:vertAlign w:val="superscript"/>
          <w:lang w:val="sv-SE"/>
        </w:rPr>
        <w:t>16</w:t>
      </w:r>
      <w:r w:rsidRPr="000767E2">
        <w:rPr>
          <w:lang w:val="sv-SE"/>
        </w:rPr>
        <w:t xml:space="preserve"> {{field-on:bible}}och den på åkern ska inte vända om bakåt </w:t>
      </w:r>
      <w:r w:rsidRPr="000767E2">
        <w:rPr>
          <w:i/>
          <w:lang w:val="sv-SE"/>
        </w:rPr>
        <w:t>för</w:t>
      </w:r>
      <w:r w:rsidRPr="000767E2">
        <w:rPr>
          <w:lang w:val="sv-SE"/>
        </w:rPr>
        <w:t xml:space="preserve"> att ta upp sin mantel.{{field-off:bible}}</w:t>
      </w:r>
    </w:p>
    <w:p w14:paraId="2BF4728D" w14:textId="5F1BB1FA" w:rsidR="00BA33AB" w:rsidRPr="000767E2" w:rsidRDefault="00000000">
      <w:pPr>
        <w:rPr>
          <w:lang w:val="sv-SE"/>
        </w:rPr>
      </w:pPr>
      <w:r w:rsidRPr="000767E2">
        <w:rPr>
          <w:lang w:val="sv-SE"/>
        </w:rPr>
        <w:t>[[@</w:t>
      </w:r>
      <w:r w:rsidR="0096445B" w:rsidRPr="000767E2">
        <w:rPr>
          <w:lang w:val="sv-SE"/>
        </w:rPr>
        <w:t>BibleBIBEL82</w:t>
      </w:r>
      <w:r w:rsidRPr="000767E2">
        <w:rPr>
          <w:lang w:val="sv-SE"/>
        </w:rPr>
        <w:t>:Mark 13:17]]</w:t>
      </w:r>
      <w:r w:rsidRPr="000767E2">
        <w:rPr>
          <w:vertAlign w:val="superscript"/>
          <w:lang w:val="sv-SE"/>
        </w:rPr>
        <w:t>17</w:t>
      </w:r>
      <w:r w:rsidRPr="000767E2">
        <w:rPr>
          <w:lang w:val="sv-SE"/>
        </w:rPr>
        <w:t xml:space="preserve"> {{field-on:bible}}Men ve dem </w:t>
      </w:r>
      <w:r w:rsidRPr="000767E2">
        <w:rPr>
          <w:i/>
          <w:lang w:val="sv-SE"/>
        </w:rPr>
        <w:t>som är</w:t>
      </w:r>
      <w:r w:rsidRPr="000767E2">
        <w:rPr>
          <w:lang w:val="sv-SE"/>
        </w:rPr>
        <w:t xml:space="preserve"> havande i magen och dem som ammar i de dagarna!{{field-off:bible}} [[@</w:t>
      </w:r>
      <w:r w:rsidR="0096445B" w:rsidRPr="000767E2">
        <w:rPr>
          <w:lang w:val="sv-SE"/>
        </w:rPr>
        <w:t>BibleBIBEL82</w:t>
      </w:r>
      <w:r w:rsidRPr="000767E2">
        <w:rPr>
          <w:lang w:val="sv-SE"/>
        </w:rPr>
        <w:t>:Mark 13:18]]</w:t>
      </w:r>
      <w:r w:rsidRPr="000767E2">
        <w:rPr>
          <w:vertAlign w:val="superscript"/>
          <w:lang w:val="sv-SE"/>
        </w:rPr>
        <w:t>18</w:t>
      </w:r>
      <w:r w:rsidRPr="000767E2">
        <w:rPr>
          <w:lang w:val="sv-SE"/>
        </w:rPr>
        <w:t xml:space="preserve"> {{field-on:bible}}Och be att det inte blir under vinter.{{field-off:bible}} [[@</w:t>
      </w:r>
      <w:r w:rsidR="0096445B" w:rsidRPr="000767E2">
        <w:rPr>
          <w:lang w:val="sv-SE"/>
        </w:rPr>
        <w:t>BibleBIBEL82</w:t>
      </w:r>
      <w:r w:rsidRPr="000767E2">
        <w:rPr>
          <w:lang w:val="sv-SE"/>
        </w:rPr>
        <w:t>:Mark 13:19]]</w:t>
      </w:r>
      <w:r w:rsidRPr="000767E2">
        <w:rPr>
          <w:vertAlign w:val="superscript"/>
          <w:lang w:val="sv-SE"/>
        </w:rPr>
        <w:t>19</w:t>
      </w:r>
      <w:r w:rsidRPr="000767E2">
        <w:rPr>
          <w:lang w:val="sv-SE"/>
        </w:rPr>
        <w:t xml:space="preserve"> {{field-on:bible}}För de dagarna ska bli en sådan nöd att en sådan inte har varit från begynnelsen av skapelsen som Gud skapade fram till nu, och aldrig ska bli.{{field-off:bible}} [[@</w:t>
      </w:r>
      <w:r w:rsidR="0096445B" w:rsidRPr="000767E2">
        <w:rPr>
          <w:lang w:val="sv-SE"/>
        </w:rPr>
        <w:t>BibleBIBEL82</w:t>
      </w:r>
      <w:r w:rsidRPr="000767E2">
        <w:rPr>
          <w:lang w:val="sv-SE"/>
        </w:rPr>
        <w:t>:Mark 13:20]]</w:t>
      </w:r>
      <w:r w:rsidRPr="000767E2">
        <w:rPr>
          <w:vertAlign w:val="superscript"/>
          <w:lang w:val="sv-SE"/>
        </w:rPr>
        <w:t>20</w:t>
      </w:r>
      <w:r w:rsidRPr="000767E2">
        <w:rPr>
          <w:lang w:val="sv-SE"/>
        </w:rPr>
        <w:t xml:space="preserve"> {{field-on:bible}}Och om inte Herren hade förkortat dagarna, hade inget kött blivit frälst. Men för de utvaldas skull som han utvalt har han förkortat dagarna.{{field-off:bible}}</w:t>
      </w:r>
    </w:p>
    <w:p w14:paraId="5BDB4FEE" w14:textId="06FB86A8" w:rsidR="00BA33AB" w:rsidRPr="000767E2" w:rsidRDefault="00000000">
      <w:pPr>
        <w:rPr>
          <w:lang w:val="sv-SE"/>
        </w:rPr>
      </w:pPr>
      <w:r w:rsidRPr="000767E2">
        <w:rPr>
          <w:lang w:val="sv-SE"/>
        </w:rPr>
        <w:t>[[@</w:t>
      </w:r>
      <w:r w:rsidR="0096445B" w:rsidRPr="000767E2">
        <w:rPr>
          <w:lang w:val="sv-SE"/>
        </w:rPr>
        <w:t>BibleBIBEL82</w:t>
      </w:r>
      <w:r w:rsidRPr="000767E2">
        <w:rPr>
          <w:lang w:val="sv-SE"/>
        </w:rPr>
        <w:t>:Mark 13:21]]</w:t>
      </w:r>
      <w:r w:rsidRPr="000767E2">
        <w:rPr>
          <w:vertAlign w:val="superscript"/>
          <w:lang w:val="sv-SE"/>
        </w:rPr>
        <w:t>21</w:t>
      </w:r>
      <w:r w:rsidRPr="000767E2">
        <w:rPr>
          <w:lang w:val="sv-SE"/>
        </w:rPr>
        <w:t xml:space="preserve"> {{field-on:bible}}Och då, om någon till er säger: Se, här </w:t>
      </w:r>
      <w:r w:rsidRPr="000767E2">
        <w:rPr>
          <w:i/>
          <w:lang w:val="sv-SE"/>
        </w:rPr>
        <w:t>är</w:t>
      </w:r>
      <w:r w:rsidRPr="000767E2">
        <w:rPr>
          <w:lang w:val="sv-SE"/>
        </w:rPr>
        <w:t xml:space="preserve"> Kristus! Se, där! – tro </w:t>
      </w:r>
      <w:r w:rsidRPr="000767E2">
        <w:rPr>
          <w:i/>
          <w:lang w:val="sv-SE"/>
        </w:rPr>
        <w:t>det</w:t>
      </w:r>
      <w:r w:rsidRPr="000767E2">
        <w:rPr>
          <w:lang w:val="sv-SE"/>
        </w:rPr>
        <w:t xml:space="preserve"> inte.{{field-off:bible}} [[@</w:t>
      </w:r>
      <w:r w:rsidR="0096445B" w:rsidRPr="000767E2">
        <w:rPr>
          <w:lang w:val="sv-SE"/>
        </w:rPr>
        <w:t>BibleBIBEL82</w:t>
      </w:r>
      <w:r w:rsidRPr="000767E2">
        <w:rPr>
          <w:lang w:val="sv-SE"/>
        </w:rPr>
        <w:t>:Mark 13:22]]</w:t>
      </w:r>
      <w:r w:rsidRPr="000767E2">
        <w:rPr>
          <w:vertAlign w:val="superscript"/>
          <w:lang w:val="sv-SE"/>
        </w:rPr>
        <w:t>22</w:t>
      </w:r>
      <w:r w:rsidRPr="000767E2">
        <w:rPr>
          <w:lang w:val="sv-SE"/>
        </w:rPr>
        <w:t xml:space="preserve"> {{field-on:bible}}För </w:t>
      </w:r>
      <w:r w:rsidRPr="000767E2">
        <w:rPr>
          <w:i/>
          <w:lang w:val="sv-SE"/>
        </w:rPr>
        <w:t>det</w:t>
      </w:r>
      <w:r w:rsidRPr="000767E2">
        <w:rPr>
          <w:lang w:val="sv-SE"/>
        </w:rPr>
        <w:t xml:space="preserve"> ska resa sig falska Kristusar och falska profeter och ge tecken och under för att villa bort, om möjligt, de utvalda.{{field-off:bible}} [[@</w:t>
      </w:r>
      <w:r w:rsidR="0096445B" w:rsidRPr="000767E2">
        <w:rPr>
          <w:lang w:val="sv-SE"/>
        </w:rPr>
        <w:t>BibleBIBEL82</w:t>
      </w:r>
      <w:r w:rsidRPr="000767E2">
        <w:rPr>
          <w:lang w:val="sv-SE"/>
        </w:rPr>
        <w:t>:Mark 13:23]]</w:t>
      </w:r>
      <w:r w:rsidRPr="000767E2">
        <w:rPr>
          <w:vertAlign w:val="superscript"/>
          <w:lang w:val="sv-SE"/>
        </w:rPr>
        <w:t>23</w:t>
      </w:r>
      <w:r w:rsidRPr="000767E2">
        <w:rPr>
          <w:lang w:val="sv-SE"/>
        </w:rPr>
        <w:t xml:space="preserve"> {{field-on:bible}}Men se ni upp! Jag har förutsagt för er allt.{{field-off:bible}}</w:t>
      </w:r>
    </w:p>
    <w:p w14:paraId="07964CF5" w14:textId="77777777" w:rsidR="00BA33AB" w:rsidRPr="000767E2" w:rsidRDefault="00000000">
      <w:pPr>
        <w:pStyle w:val="Rubrik3"/>
        <w:rPr>
          <w:lang w:val="sv-SE"/>
        </w:rPr>
      </w:pPr>
      <w:r w:rsidRPr="000767E2">
        <w:rPr>
          <w:lang w:val="sv-SE"/>
        </w:rPr>
        <w:t>När Människosonen kommer</w:t>
      </w:r>
    </w:p>
    <w:p w14:paraId="2C131145" w14:textId="5EC53984" w:rsidR="00BA33AB" w:rsidRPr="000767E2" w:rsidRDefault="00000000">
      <w:pPr>
        <w:rPr>
          <w:lang w:val="sv-SE"/>
        </w:rPr>
      </w:pPr>
      <w:r w:rsidRPr="000767E2">
        <w:rPr>
          <w:lang w:val="sv-SE"/>
        </w:rPr>
        <w:t>[[@</w:t>
      </w:r>
      <w:r w:rsidR="0096445B" w:rsidRPr="000767E2">
        <w:rPr>
          <w:lang w:val="sv-SE"/>
        </w:rPr>
        <w:t>BibleBIBEL82</w:t>
      </w:r>
      <w:r w:rsidRPr="000767E2">
        <w:rPr>
          <w:lang w:val="sv-SE"/>
        </w:rPr>
        <w:t>:Mark 13:24]]</w:t>
      </w:r>
      <w:r w:rsidRPr="000767E2">
        <w:rPr>
          <w:vertAlign w:val="superscript"/>
          <w:lang w:val="sv-SE"/>
        </w:rPr>
        <w:t>24</w:t>
      </w:r>
      <w:r w:rsidRPr="000767E2">
        <w:rPr>
          <w:lang w:val="sv-SE"/>
        </w:rPr>
        <w:t xml:space="preserve"> {{field-on:bible}}Men i de dagarna, efter den nöden, ska solen förmörkas och månen inte ge sitt sken,{{field-off:bible}} [[@</w:t>
      </w:r>
      <w:r w:rsidR="0096445B" w:rsidRPr="000767E2">
        <w:rPr>
          <w:lang w:val="sv-SE"/>
        </w:rPr>
        <w:t>BibleBIBEL82</w:t>
      </w:r>
      <w:r w:rsidRPr="000767E2">
        <w:rPr>
          <w:lang w:val="sv-SE"/>
        </w:rPr>
        <w:t>:Mark 13:25]]</w:t>
      </w:r>
      <w:r w:rsidRPr="000767E2">
        <w:rPr>
          <w:vertAlign w:val="superscript"/>
          <w:lang w:val="sv-SE"/>
        </w:rPr>
        <w:t>25</w:t>
      </w:r>
      <w:r w:rsidRPr="000767E2">
        <w:rPr>
          <w:lang w:val="sv-SE"/>
        </w:rPr>
        <w:t xml:space="preserve"> {{field-on:bible}}och stjärnorna ska vara fallande från himlen och makterna i himlarna skakas.{{field-off:bible}} [[@</w:t>
      </w:r>
      <w:r w:rsidR="0096445B" w:rsidRPr="000767E2">
        <w:rPr>
          <w:lang w:val="sv-SE"/>
        </w:rPr>
        <w:t>BibleBIBEL82</w:t>
      </w:r>
      <w:r w:rsidRPr="000767E2">
        <w:rPr>
          <w:lang w:val="sv-SE"/>
        </w:rPr>
        <w:t>:Mark 13:26]]</w:t>
      </w:r>
      <w:r w:rsidRPr="000767E2">
        <w:rPr>
          <w:vertAlign w:val="superscript"/>
          <w:lang w:val="sv-SE"/>
        </w:rPr>
        <w:t>26</w:t>
      </w:r>
      <w:r w:rsidRPr="000767E2">
        <w:rPr>
          <w:lang w:val="sv-SE"/>
        </w:rPr>
        <w:t xml:space="preserve"> {{field-on:bible}}Och då ska man se Människosonen komma bland moln, med stor makt och härlighet.{{field-off:bible}} [[@</w:t>
      </w:r>
      <w:r w:rsidR="0096445B" w:rsidRPr="000767E2">
        <w:rPr>
          <w:lang w:val="sv-SE"/>
        </w:rPr>
        <w:t>BibleBIBEL82</w:t>
      </w:r>
      <w:r w:rsidRPr="000767E2">
        <w:rPr>
          <w:lang w:val="sv-SE"/>
        </w:rPr>
        <w:t>:Mark 13:27]]</w:t>
      </w:r>
      <w:r w:rsidRPr="000767E2">
        <w:rPr>
          <w:vertAlign w:val="superscript"/>
          <w:lang w:val="sv-SE"/>
        </w:rPr>
        <w:t>27</w:t>
      </w:r>
      <w:r w:rsidRPr="000767E2">
        <w:rPr>
          <w:lang w:val="sv-SE"/>
        </w:rPr>
        <w:t xml:space="preserve"> {{field-on:bible}}Och då ska han sända ut änglarna och </w:t>
      </w:r>
      <w:r w:rsidRPr="000767E2">
        <w:rPr>
          <w:lang w:val="sv-SE"/>
        </w:rPr>
        <w:lastRenderedPageBreak/>
        <w:t>församla sina utvalda från de fyra vindarna, från jordens ände till himlens ände.{{field-off:bible}}</w:t>
      </w:r>
    </w:p>
    <w:p w14:paraId="728A5BBB" w14:textId="0A3F9FFB" w:rsidR="00BA33AB" w:rsidRPr="000767E2" w:rsidRDefault="00000000">
      <w:pPr>
        <w:rPr>
          <w:lang w:val="sv-SE"/>
        </w:rPr>
      </w:pPr>
      <w:r w:rsidRPr="000767E2">
        <w:rPr>
          <w:lang w:val="sv-SE"/>
        </w:rPr>
        <w:t>[[@</w:t>
      </w:r>
      <w:r w:rsidR="0096445B" w:rsidRPr="000767E2">
        <w:rPr>
          <w:lang w:val="sv-SE"/>
        </w:rPr>
        <w:t>BibleBIBEL82</w:t>
      </w:r>
      <w:r w:rsidRPr="000767E2">
        <w:rPr>
          <w:lang w:val="sv-SE"/>
        </w:rPr>
        <w:t>:Mark 13:28]]</w:t>
      </w:r>
      <w:r w:rsidRPr="000767E2">
        <w:rPr>
          <w:vertAlign w:val="superscript"/>
          <w:lang w:val="sv-SE"/>
        </w:rPr>
        <w:t>28</w:t>
      </w:r>
      <w:r w:rsidRPr="000767E2">
        <w:rPr>
          <w:lang w:val="sv-SE"/>
        </w:rPr>
        <w:t xml:space="preserve"> {{field-on:bible}}Och från fikonträdet ska ni lära er liknelsen: Redan när dess kvist blir len och löven spricker fram, vet ni att sommaren är nära.{{field-off:bible}} [[@</w:t>
      </w:r>
      <w:r w:rsidR="0096445B" w:rsidRPr="000767E2">
        <w:rPr>
          <w:lang w:val="sv-SE"/>
        </w:rPr>
        <w:t>BibleBIBEL82</w:t>
      </w:r>
      <w:r w:rsidRPr="000767E2">
        <w:rPr>
          <w:lang w:val="sv-SE"/>
        </w:rPr>
        <w:t>:Mark 13:29]]</w:t>
      </w:r>
      <w:r w:rsidRPr="000767E2">
        <w:rPr>
          <w:vertAlign w:val="superscript"/>
          <w:lang w:val="sv-SE"/>
        </w:rPr>
        <w:t>29</w:t>
      </w:r>
      <w:r w:rsidRPr="000767E2">
        <w:rPr>
          <w:lang w:val="sv-SE"/>
        </w:rPr>
        <w:t xml:space="preserve"> {{field-on:bible}}Så även ni: när ni ser detta hända vet ni att han är nära, vid dörrarna.{{field-off:bible}} [[@</w:t>
      </w:r>
      <w:r w:rsidR="0096445B" w:rsidRPr="000767E2">
        <w:rPr>
          <w:lang w:val="sv-SE"/>
        </w:rPr>
        <w:t>BibleBIBEL82</w:t>
      </w:r>
      <w:r w:rsidRPr="000767E2">
        <w:rPr>
          <w:lang w:val="sv-SE"/>
        </w:rPr>
        <w:t>:Mark 13:30]]</w:t>
      </w:r>
      <w:r w:rsidRPr="000767E2">
        <w:rPr>
          <w:vertAlign w:val="superscript"/>
          <w:lang w:val="sv-SE"/>
        </w:rPr>
        <w:t>30</w:t>
      </w:r>
      <w:r w:rsidRPr="000767E2">
        <w:rPr>
          <w:lang w:val="sv-SE"/>
        </w:rPr>
        <w:t xml:space="preserve"> {{field-on:bible}}Amen, jag säger er att detta släkte alls inte ska förgå förrän allt detta har skett.{{field-off:bible}} [[@</w:t>
      </w:r>
      <w:r w:rsidR="0096445B" w:rsidRPr="000767E2">
        <w:rPr>
          <w:lang w:val="sv-SE"/>
        </w:rPr>
        <w:t>BibleBIBEL82</w:t>
      </w:r>
      <w:r w:rsidRPr="000767E2">
        <w:rPr>
          <w:lang w:val="sv-SE"/>
        </w:rPr>
        <w:t>:Mark 13:31]]</w:t>
      </w:r>
      <w:r w:rsidRPr="000767E2">
        <w:rPr>
          <w:vertAlign w:val="superscript"/>
          <w:lang w:val="sv-SE"/>
        </w:rPr>
        <w:t>31</w:t>
      </w:r>
      <w:r w:rsidRPr="000767E2">
        <w:rPr>
          <w:lang w:val="sv-SE"/>
        </w:rPr>
        <w:t xml:space="preserve"> {{field-on:bible}}Himlen och jorden ska förgå. Men mina ord ska aldrig förgå.{{field-off:bible}} [[@</w:t>
      </w:r>
      <w:r w:rsidR="0096445B" w:rsidRPr="000767E2">
        <w:rPr>
          <w:lang w:val="sv-SE"/>
        </w:rPr>
        <w:t>BibleBIBEL82</w:t>
      </w:r>
      <w:r w:rsidRPr="000767E2">
        <w:rPr>
          <w:lang w:val="sv-SE"/>
        </w:rPr>
        <w:t>:Mark 13:32]]</w:t>
      </w:r>
      <w:r w:rsidRPr="000767E2">
        <w:rPr>
          <w:vertAlign w:val="superscript"/>
          <w:lang w:val="sv-SE"/>
        </w:rPr>
        <w:t>32</w:t>
      </w:r>
      <w:r w:rsidRPr="000767E2">
        <w:rPr>
          <w:lang w:val="sv-SE"/>
        </w:rPr>
        <w:t xml:space="preserve"> {{field-on:bible}}Men om den dagen eller stunden vet ingen, varken änglarna i himlen eller Sonen, utom Fadern.{{field-off:bible}}</w:t>
      </w:r>
    </w:p>
    <w:p w14:paraId="40EE02B4" w14:textId="1C4EC3B5" w:rsidR="00BA33AB" w:rsidRPr="000767E2" w:rsidRDefault="00000000">
      <w:pPr>
        <w:rPr>
          <w:lang w:val="sv-SE"/>
        </w:rPr>
      </w:pPr>
      <w:r>
        <w:t>[[@</w:t>
      </w:r>
      <w:r w:rsidR="0096445B">
        <w:t>BibleBIBEL</w:t>
      </w:r>
      <w:proofErr w:type="gramStart"/>
      <w:r w:rsidR="0096445B">
        <w:t>82</w:t>
      </w:r>
      <w:r>
        <w:t>:Mark</w:t>
      </w:r>
      <w:proofErr w:type="gramEnd"/>
      <w:r>
        <w:t xml:space="preserve"> 13:33]]</w:t>
      </w:r>
      <w:r>
        <w:rPr>
          <w:vertAlign w:val="superscript"/>
        </w:rPr>
        <w:t>33</w:t>
      </w:r>
      <w:r>
        <w:t xml:space="preserve"> {{</w:t>
      </w:r>
      <w:proofErr w:type="spellStart"/>
      <w:r>
        <w:t>field-</w:t>
      </w:r>
      <w:proofErr w:type="gramStart"/>
      <w:r>
        <w:t>on:bible</w:t>
      </w:r>
      <w:proofErr w:type="spellEnd"/>
      <w:r>
        <w:t>}}Se</w:t>
      </w:r>
      <w:proofErr w:type="gramEnd"/>
      <w:r>
        <w:t xml:space="preserve"> </w:t>
      </w:r>
      <w:proofErr w:type="spellStart"/>
      <w:r>
        <w:t>upp</w:t>
      </w:r>
      <w:proofErr w:type="spellEnd"/>
      <w:r>
        <w:t xml:space="preserve">, </w:t>
      </w:r>
      <w:proofErr w:type="spellStart"/>
      <w:r>
        <w:t>vaka</w:t>
      </w:r>
      <w:proofErr w:type="spellEnd"/>
      <w:r>
        <w:t xml:space="preserve">! </w:t>
      </w:r>
      <w:r w:rsidRPr="000767E2">
        <w:rPr>
          <w:lang w:val="sv-SE"/>
        </w:rPr>
        <w:t>För ni vet inte när tiden är.{{field-off:bible}} [[@</w:t>
      </w:r>
      <w:r w:rsidR="0096445B" w:rsidRPr="000767E2">
        <w:rPr>
          <w:lang w:val="sv-SE"/>
        </w:rPr>
        <w:t>BibleBIBEL82</w:t>
      </w:r>
      <w:r w:rsidRPr="000767E2">
        <w:rPr>
          <w:lang w:val="sv-SE"/>
        </w:rPr>
        <w:t>:Mark 13:34]]</w:t>
      </w:r>
      <w:r w:rsidRPr="000767E2">
        <w:rPr>
          <w:vertAlign w:val="superscript"/>
          <w:lang w:val="sv-SE"/>
        </w:rPr>
        <w:t>34</w:t>
      </w:r>
      <w:r w:rsidRPr="000767E2">
        <w:rPr>
          <w:lang w:val="sv-SE"/>
        </w:rPr>
        <w:t xml:space="preserve"> {{field-on:bible}}</w:t>
      </w:r>
      <w:r w:rsidRPr="000767E2">
        <w:rPr>
          <w:i/>
          <w:lang w:val="sv-SE"/>
        </w:rPr>
        <w:t>Det blir</w:t>
      </w:r>
      <w:r w:rsidRPr="000767E2">
        <w:rPr>
          <w:lang w:val="sv-SE"/>
        </w:rPr>
        <w:t xml:space="preserve"> som en bortrest man, som har lämnat sitt hus och gett sina fasttjänare auktoriteten, åt var och en sin gärning. Och dörrvakten påbjöd han att vara vaken.{{field-off:bible}} [[@</w:t>
      </w:r>
      <w:r w:rsidR="0096445B" w:rsidRPr="000767E2">
        <w:rPr>
          <w:lang w:val="sv-SE"/>
        </w:rPr>
        <w:t>BibleBIBEL82</w:t>
      </w:r>
      <w:r w:rsidRPr="000767E2">
        <w:rPr>
          <w:lang w:val="sv-SE"/>
        </w:rPr>
        <w:t>:Mark 13:35]]</w:t>
      </w:r>
      <w:r w:rsidRPr="000767E2">
        <w:rPr>
          <w:vertAlign w:val="superscript"/>
          <w:lang w:val="sv-SE"/>
        </w:rPr>
        <w:t>35</w:t>
      </w:r>
      <w:r w:rsidRPr="000767E2">
        <w:rPr>
          <w:lang w:val="sv-SE"/>
        </w:rPr>
        <w:t xml:space="preserve"> {{field-on:bible}}Var då vakna! För ni vet inte när husets Herre kommer, antingen sent eller midnatt eller hanegäll eller morgon,{{field-off:bible}} [[@</w:t>
      </w:r>
      <w:r w:rsidR="0096445B" w:rsidRPr="000767E2">
        <w:rPr>
          <w:lang w:val="sv-SE"/>
        </w:rPr>
        <w:t>BibleBIBEL82</w:t>
      </w:r>
      <w:r w:rsidRPr="000767E2">
        <w:rPr>
          <w:lang w:val="sv-SE"/>
        </w:rPr>
        <w:t>:Mark 13:36]]</w:t>
      </w:r>
      <w:r w:rsidRPr="000767E2">
        <w:rPr>
          <w:vertAlign w:val="superscript"/>
          <w:lang w:val="sv-SE"/>
        </w:rPr>
        <w:t>36</w:t>
      </w:r>
      <w:r w:rsidRPr="000767E2">
        <w:rPr>
          <w:lang w:val="sv-SE"/>
        </w:rPr>
        <w:t xml:space="preserve"> {{field-on:bible}}</w:t>
      </w:r>
      <w:r w:rsidRPr="000767E2">
        <w:rPr>
          <w:i/>
          <w:lang w:val="sv-SE"/>
        </w:rPr>
        <w:t>så att</w:t>
      </w:r>
      <w:r w:rsidRPr="000767E2">
        <w:rPr>
          <w:lang w:val="sv-SE"/>
        </w:rPr>
        <w:t xml:space="preserve"> inte han kommer och plötsligt finner er sovande.{{field-off:bible}} [[@</w:t>
      </w:r>
      <w:r w:rsidR="0096445B" w:rsidRPr="000767E2">
        <w:rPr>
          <w:lang w:val="sv-SE"/>
        </w:rPr>
        <w:t>BibleBIBEL82</w:t>
      </w:r>
      <w:r w:rsidRPr="000767E2">
        <w:rPr>
          <w:lang w:val="sv-SE"/>
        </w:rPr>
        <w:t>:Mark 13:37]]</w:t>
      </w:r>
      <w:r w:rsidRPr="000767E2">
        <w:rPr>
          <w:vertAlign w:val="superscript"/>
          <w:lang w:val="sv-SE"/>
        </w:rPr>
        <w:t>37</w:t>
      </w:r>
      <w:r w:rsidRPr="000767E2">
        <w:rPr>
          <w:lang w:val="sv-SE"/>
        </w:rPr>
        <w:t xml:space="preserve"> {{field-on:bible}}Och det jag säger till er, säger jag till alla: Var vakna!”{{field-off:bible}}</w:t>
      </w:r>
    </w:p>
    <w:p w14:paraId="05EA9148" w14:textId="42C0DC2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14]]Kapitel 14</w:t>
      </w:r>
    </w:p>
    <w:p w14:paraId="12D41B20" w14:textId="77777777" w:rsidR="00BA33AB" w:rsidRPr="000767E2" w:rsidRDefault="00000000">
      <w:pPr>
        <w:pStyle w:val="Rubrik3"/>
        <w:rPr>
          <w:lang w:val="sv-SE"/>
        </w:rPr>
      </w:pPr>
      <w:r w:rsidRPr="000767E2">
        <w:rPr>
          <w:lang w:val="sv-SE"/>
        </w:rPr>
        <w:t>Onda planer mot Jesus</w:t>
      </w:r>
    </w:p>
    <w:p w14:paraId="6E21554B" w14:textId="0798A08A" w:rsidR="00BA33AB" w:rsidRPr="000767E2" w:rsidRDefault="00000000">
      <w:pPr>
        <w:rPr>
          <w:lang w:val="sv-SE"/>
        </w:rPr>
      </w:pPr>
      <w:r w:rsidRPr="000767E2">
        <w:rPr>
          <w:lang w:val="sv-SE"/>
        </w:rPr>
        <w:t>[[@</w:t>
      </w:r>
      <w:r w:rsidR="0096445B" w:rsidRPr="000767E2">
        <w:rPr>
          <w:lang w:val="sv-SE"/>
        </w:rPr>
        <w:t>BibleBIBEL82</w:t>
      </w:r>
      <w:r w:rsidRPr="000767E2">
        <w:rPr>
          <w:lang w:val="sv-SE"/>
        </w:rPr>
        <w:t>:Mark 14:1]]</w:t>
      </w:r>
      <w:r w:rsidRPr="000767E2">
        <w:rPr>
          <w:vertAlign w:val="superscript"/>
          <w:lang w:val="sv-SE"/>
        </w:rPr>
        <w:t>1</w:t>
      </w:r>
      <w:r w:rsidRPr="000767E2">
        <w:rPr>
          <w:lang w:val="sv-SE"/>
        </w:rPr>
        <w:t xml:space="preserve"> {{field-on:bible}}Men det var påsk och det osyrade </w:t>
      </w:r>
      <w:r w:rsidRPr="000767E2">
        <w:rPr>
          <w:i/>
          <w:lang w:val="sv-SE"/>
        </w:rPr>
        <w:t>brödets högtid</w:t>
      </w:r>
      <w:r w:rsidRPr="000767E2">
        <w:rPr>
          <w:lang w:val="sv-SE"/>
        </w:rPr>
        <w:t xml:space="preserve"> om två dagar. Och </w:t>
      </w:r>
      <w:r w:rsidRPr="000767E2">
        <w:rPr>
          <w:i/>
          <w:lang w:val="sv-SE"/>
        </w:rPr>
        <w:t>nu</w:t>
      </w:r>
      <w:r w:rsidRPr="000767E2">
        <w:rPr>
          <w:lang w:val="sv-SE"/>
        </w:rPr>
        <w:t xml:space="preserve"> sökte översteprästerna och de skriftlärda hur de med list skulle gripa och döda honom.{{field-off:bible}} [[@</w:t>
      </w:r>
      <w:r w:rsidR="0096445B" w:rsidRPr="000767E2">
        <w:rPr>
          <w:lang w:val="sv-SE"/>
        </w:rPr>
        <w:t>BibleBIBEL82</w:t>
      </w:r>
      <w:r w:rsidRPr="000767E2">
        <w:rPr>
          <w:lang w:val="sv-SE"/>
        </w:rPr>
        <w:t>:Mark 14:2]]</w:t>
      </w:r>
      <w:r w:rsidRPr="000767E2">
        <w:rPr>
          <w:vertAlign w:val="superscript"/>
          <w:lang w:val="sv-SE"/>
        </w:rPr>
        <w:t>2</w:t>
      </w:r>
      <w:r w:rsidRPr="000767E2">
        <w:rPr>
          <w:lang w:val="sv-SE"/>
        </w:rPr>
        <w:t xml:space="preserve"> {{field-on:bible}}För de sade: ”Inte under högtiden. Så att inte det blir tumult hos folket.”{{field-off:bible}}</w:t>
      </w:r>
    </w:p>
    <w:p w14:paraId="0FD200B5" w14:textId="77777777" w:rsidR="00BA33AB" w:rsidRPr="000767E2" w:rsidRDefault="00000000">
      <w:pPr>
        <w:pStyle w:val="Rubrik3"/>
        <w:rPr>
          <w:lang w:val="sv-SE"/>
        </w:rPr>
      </w:pPr>
      <w:r w:rsidRPr="000767E2">
        <w:rPr>
          <w:lang w:val="sv-SE"/>
        </w:rPr>
        <w:t>En kvinna smörjer Jesus</w:t>
      </w:r>
    </w:p>
    <w:p w14:paraId="0671C6F2" w14:textId="686C23BB" w:rsidR="00BA33AB" w:rsidRPr="000767E2" w:rsidRDefault="00000000">
      <w:pPr>
        <w:rPr>
          <w:lang w:val="sv-SE"/>
        </w:rPr>
      </w:pPr>
      <w:r w:rsidRPr="000767E2">
        <w:rPr>
          <w:lang w:val="sv-SE"/>
        </w:rPr>
        <w:t>[[@</w:t>
      </w:r>
      <w:r w:rsidR="0096445B" w:rsidRPr="000767E2">
        <w:rPr>
          <w:lang w:val="sv-SE"/>
        </w:rPr>
        <w:t>BibleBIBEL82</w:t>
      </w:r>
      <w:r w:rsidRPr="000767E2">
        <w:rPr>
          <w:lang w:val="sv-SE"/>
        </w:rPr>
        <w:t>:Mark 14:3]]</w:t>
      </w:r>
      <w:r w:rsidRPr="000767E2">
        <w:rPr>
          <w:vertAlign w:val="superscript"/>
          <w:lang w:val="sv-SE"/>
        </w:rPr>
        <w:t>3</w:t>
      </w:r>
      <w:r w:rsidRPr="000767E2">
        <w:rPr>
          <w:lang w:val="sv-SE"/>
        </w:rPr>
        <w:t xml:space="preserve"> {{field-on:bible}}Och när han var i Bethania i Simon den spetälskes hus, när han låg </w:t>
      </w:r>
      <w:r w:rsidRPr="000767E2">
        <w:rPr>
          <w:i/>
          <w:lang w:val="sv-SE"/>
        </w:rPr>
        <w:t>till bords</w:t>
      </w:r>
      <w:r w:rsidRPr="000767E2">
        <w:rPr>
          <w:lang w:val="sv-SE"/>
        </w:rPr>
        <w:t>, kom en kvinna som hade en alabasterflaska med nardusbalsam, äkta, dyrbar. Hon bröt upp alabasterflaskan och utgöt över hans huvud.{{field-off:bible}} [[@</w:t>
      </w:r>
      <w:r w:rsidR="0096445B" w:rsidRPr="000767E2">
        <w:rPr>
          <w:lang w:val="sv-SE"/>
        </w:rPr>
        <w:t>BibleBIBEL82</w:t>
      </w:r>
      <w:r w:rsidRPr="000767E2">
        <w:rPr>
          <w:lang w:val="sv-SE"/>
        </w:rPr>
        <w:t>:Mark 14:4]]</w:t>
      </w:r>
      <w:r w:rsidRPr="000767E2">
        <w:rPr>
          <w:vertAlign w:val="superscript"/>
          <w:lang w:val="sv-SE"/>
        </w:rPr>
        <w:t>4</w:t>
      </w:r>
      <w:r w:rsidRPr="000767E2">
        <w:rPr>
          <w:lang w:val="sv-SE"/>
        </w:rPr>
        <w:t xml:space="preserve"> {{field-on:bible}}Men några var indignerade </w:t>
      </w:r>
      <w:r w:rsidRPr="000767E2">
        <w:rPr>
          <w:i/>
          <w:lang w:val="sv-SE"/>
        </w:rPr>
        <w:t>och sade</w:t>
      </w:r>
      <w:r w:rsidRPr="000767E2">
        <w:rPr>
          <w:lang w:val="sv-SE"/>
        </w:rPr>
        <w:t xml:space="preserve"> till varann: ”Varför har detta fördärv med balsam skett?{{field-off:bible}} [[@</w:t>
      </w:r>
      <w:r w:rsidR="0096445B" w:rsidRPr="000767E2">
        <w:rPr>
          <w:lang w:val="sv-SE"/>
        </w:rPr>
        <w:t>BibleBIBEL82</w:t>
      </w:r>
      <w:r w:rsidRPr="000767E2">
        <w:rPr>
          <w:lang w:val="sv-SE"/>
        </w:rPr>
        <w:t>:Mark 14:5]]</w:t>
      </w:r>
      <w:r w:rsidRPr="000767E2">
        <w:rPr>
          <w:vertAlign w:val="superscript"/>
          <w:lang w:val="sv-SE"/>
        </w:rPr>
        <w:t>5</w:t>
      </w:r>
      <w:r w:rsidRPr="000767E2">
        <w:rPr>
          <w:lang w:val="sv-SE"/>
        </w:rPr>
        <w:t xml:space="preserve"> {{field-on:bible}}För denna balsam hade kunnat avyttras för över trehundra denarer och ges till de fattiga.” Och de frustade mot henne.{{field-off:bible}}</w:t>
      </w:r>
    </w:p>
    <w:p w14:paraId="55E9E550" w14:textId="3A4286A4" w:rsidR="00BA33AB" w:rsidRPr="000767E2" w:rsidRDefault="00000000">
      <w:pPr>
        <w:rPr>
          <w:lang w:val="sv-SE"/>
        </w:rPr>
      </w:pPr>
      <w:r w:rsidRPr="000767E2">
        <w:rPr>
          <w:lang w:val="sv-SE"/>
        </w:rPr>
        <w:t>[[@</w:t>
      </w:r>
      <w:r w:rsidR="0096445B" w:rsidRPr="000767E2">
        <w:rPr>
          <w:lang w:val="sv-SE"/>
        </w:rPr>
        <w:t>BibleBIBEL82</w:t>
      </w:r>
      <w:r w:rsidRPr="000767E2">
        <w:rPr>
          <w:lang w:val="sv-SE"/>
        </w:rPr>
        <w:t>:Mark 14:6]]</w:t>
      </w:r>
      <w:r w:rsidRPr="000767E2">
        <w:rPr>
          <w:vertAlign w:val="superscript"/>
          <w:lang w:val="sv-SE"/>
        </w:rPr>
        <w:t>6</w:t>
      </w:r>
      <w:r w:rsidRPr="000767E2">
        <w:rPr>
          <w:lang w:val="sv-SE"/>
        </w:rPr>
        <w:t xml:space="preserve"> {{field-on:bible}}Men Jesus sade: ”Låt henne </w:t>
      </w:r>
      <w:r w:rsidRPr="000767E2">
        <w:rPr>
          <w:i/>
          <w:lang w:val="sv-SE"/>
        </w:rPr>
        <w:t>vara</w:t>
      </w:r>
      <w:r w:rsidRPr="000767E2">
        <w:rPr>
          <w:lang w:val="sv-SE"/>
        </w:rPr>
        <w:t xml:space="preserve">! Varför skaffar ni henne besvär? </w:t>
      </w:r>
      <w:r w:rsidRPr="000767E2">
        <w:rPr>
          <w:i/>
          <w:lang w:val="sv-SE"/>
        </w:rPr>
        <w:t>Det är</w:t>
      </w:r>
      <w:r w:rsidRPr="000767E2">
        <w:rPr>
          <w:lang w:val="sv-SE"/>
        </w:rPr>
        <w:t xml:space="preserve"> en god gärning hon har utfört för mig.{{field-off:bible}} [[@</w:t>
      </w:r>
      <w:r w:rsidR="0096445B" w:rsidRPr="000767E2">
        <w:rPr>
          <w:lang w:val="sv-SE"/>
        </w:rPr>
        <w:t>BibleBIBEL82</w:t>
      </w:r>
      <w:r w:rsidRPr="000767E2">
        <w:rPr>
          <w:lang w:val="sv-SE"/>
        </w:rPr>
        <w:t>:Mark 14:7]]</w:t>
      </w:r>
      <w:r w:rsidRPr="000767E2">
        <w:rPr>
          <w:vertAlign w:val="superscript"/>
          <w:lang w:val="sv-SE"/>
        </w:rPr>
        <w:t>7</w:t>
      </w:r>
      <w:r w:rsidRPr="000767E2">
        <w:rPr>
          <w:lang w:val="sv-SE"/>
        </w:rPr>
        <w:t xml:space="preserve"> {{field-on:bible}}För de fattiga har ni alltid hos er, och när ni vill kan ni mot dem göra väl. Men mig har ni inte alltid.{{field-off:bible}} [[@</w:t>
      </w:r>
      <w:r w:rsidR="0096445B" w:rsidRPr="000767E2">
        <w:rPr>
          <w:lang w:val="sv-SE"/>
        </w:rPr>
        <w:t>BibleBIBEL82</w:t>
      </w:r>
      <w:r w:rsidRPr="000767E2">
        <w:rPr>
          <w:lang w:val="sv-SE"/>
        </w:rPr>
        <w:t>:Mark 14:8]]</w:t>
      </w:r>
      <w:r w:rsidRPr="000767E2">
        <w:rPr>
          <w:vertAlign w:val="superscript"/>
          <w:lang w:val="sv-SE"/>
        </w:rPr>
        <w:t>8</w:t>
      </w:r>
      <w:r w:rsidRPr="000767E2">
        <w:rPr>
          <w:lang w:val="sv-SE"/>
        </w:rPr>
        <w:t xml:space="preserve"> {{field-on:bible}}Det hon hade har hon gjort. Hon tog i förväg </w:t>
      </w:r>
      <w:r w:rsidRPr="000767E2">
        <w:rPr>
          <w:lang w:val="sv-SE"/>
        </w:rPr>
        <w:lastRenderedPageBreak/>
        <w:t>att myrrasmörja min kropp för gravläggningen.{{field-off:bible}} [[@</w:t>
      </w:r>
      <w:r w:rsidR="0096445B" w:rsidRPr="000767E2">
        <w:rPr>
          <w:lang w:val="sv-SE"/>
        </w:rPr>
        <w:t>BibleBIBEL82</w:t>
      </w:r>
      <w:r w:rsidRPr="000767E2">
        <w:rPr>
          <w:lang w:val="sv-SE"/>
        </w:rPr>
        <w:t>:Mark 14:9]]</w:t>
      </w:r>
      <w:r w:rsidRPr="000767E2">
        <w:rPr>
          <w:vertAlign w:val="superscript"/>
          <w:lang w:val="sv-SE"/>
        </w:rPr>
        <w:t>9</w:t>
      </w:r>
      <w:r w:rsidRPr="000767E2">
        <w:rPr>
          <w:lang w:val="sv-SE"/>
        </w:rPr>
        <w:t xml:space="preserve"> {{field-on:bible}}Och amen, jag säger er: Varhelst evangeliet förkunnas i hela världen ska också det som hon gjorde talas </w:t>
      </w:r>
      <w:r w:rsidRPr="000767E2">
        <w:rPr>
          <w:i/>
          <w:lang w:val="sv-SE"/>
        </w:rPr>
        <w:t>om</w:t>
      </w:r>
      <w:r w:rsidRPr="000767E2">
        <w:rPr>
          <w:lang w:val="sv-SE"/>
        </w:rPr>
        <w:t>, till minne av henne.”{{field-off:bible}}</w:t>
      </w:r>
    </w:p>
    <w:p w14:paraId="090F1F22" w14:textId="77777777" w:rsidR="00BA33AB" w:rsidRPr="000767E2" w:rsidRDefault="00000000">
      <w:pPr>
        <w:pStyle w:val="Rubrik3"/>
        <w:rPr>
          <w:lang w:val="sv-SE"/>
        </w:rPr>
      </w:pPr>
      <w:r w:rsidRPr="000767E2">
        <w:rPr>
          <w:lang w:val="sv-SE"/>
        </w:rPr>
        <w:t>Judas utlämnar Jesus</w:t>
      </w:r>
    </w:p>
    <w:p w14:paraId="242A1280" w14:textId="436A1BCE" w:rsidR="00BA33AB" w:rsidRPr="000767E2" w:rsidRDefault="00000000">
      <w:pPr>
        <w:rPr>
          <w:lang w:val="sv-SE"/>
        </w:rPr>
      </w:pPr>
      <w:r w:rsidRPr="000767E2">
        <w:rPr>
          <w:lang w:val="sv-SE"/>
        </w:rPr>
        <w:t>[[@</w:t>
      </w:r>
      <w:r w:rsidR="0096445B" w:rsidRPr="000767E2">
        <w:rPr>
          <w:lang w:val="sv-SE"/>
        </w:rPr>
        <w:t>BibleBIBEL82</w:t>
      </w:r>
      <w:r w:rsidRPr="000767E2">
        <w:rPr>
          <w:lang w:val="sv-SE"/>
        </w:rPr>
        <w:t>:Mark 14:10]]</w:t>
      </w:r>
      <w:r w:rsidRPr="000767E2">
        <w:rPr>
          <w:vertAlign w:val="superscript"/>
          <w:lang w:val="sv-SE"/>
        </w:rPr>
        <w:t>10</w:t>
      </w:r>
      <w:r w:rsidRPr="000767E2">
        <w:rPr>
          <w:lang w:val="sv-SE"/>
        </w:rPr>
        <w:t xml:space="preserve"> {{field-on:bible}}Och Judas Iskarioth, en av de tolv, gick bort till översteprästerna för att utlämna honom åt dem.{{field-off:bible}} [[@</w:t>
      </w:r>
      <w:r w:rsidR="0096445B" w:rsidRPr="000767E2">
        <w:rPr>
          <w:lang w:val="sv-SE"/>
        </w:rPr>
        <w:t>BibleBIBEL82</w:t>
      </w:r>
      <w:r w:rsidRPr="000767E2">
        <w:rPr>
          <w:lang w:val="sv-SE"/>
        </w:rPr>
        <w:t>:Mark 14:11]]</w:t>
      </w:r>
      <w:r w:rsidRPr="000767E2">
        <w:rPr>
          <w:vertAlign w:val="superscript"/>
          <w:lang w:val="sv-SE"/>
        </w:rPr>
        <w:t>11</w:t>
      </w:r>
      <w:r w:rsidRPr="000767E2">
        <w:rPr>
          <w:lang w:val="sv-SE"/>
        </w:rPr>
        <w:t xml:space="preserve"> {{field-on:bible}}Och när de hörde </w:t>
      </w:r>
      <w:r w:rsidRPr="000767E2">
        <w:rPr>
          <w:i/>
          <w:lang w:val="sv-SE"/>
        </w:rPr>
        <w:t>det</w:t>
      </w:r>
      <w:r w:rsidRPr="000767E2">
        <w:rPr>
          <w:lang w:val="sv-SE"/>
        </w:rPr>
        <w:t xml:space="preserve">, gladde de sig och lovade honom att ge silver. Och han </w:t>
      </w:r>
      <w:r w:rsidRPr="000767E2">
        <w:rPr>
          <w:i/>
          <w:lang w:val="sv-SE"/>
        </w:rPr>
        <w:t>började</w:t>
      </w:r>
      <w:r w:rsidRPr="000767E2">
        <w:rPr>
          <w:lang w:val="sv-SE"/>
        </w:rPr>
        <w:t xml:space="preserve"> söka hur han lägligt kunde utlämna honom.{{field-off:bible}}</w:t>
      </w:r>
    </w:p>
    <w:p w14:paraId="7D148659" w14:textId="77777777" w:rsidR="00BA33AB" w:rsidRPr="000767E2" w:rsidRDefault="00000000">
      <w:pPr>
        <w:pStyle w:val="Rubrik3"/>
        <w:rPr>
          <w:lang w:val="sv-SE"/>
        </w:rPr>
      </w:pPr>
      <w:r w:rsidRPr="000767E2">
        <w:rPr>
          <w:lang w:val="sv-SE"/>
        </w:rPr>
        <w:t>Den sista påskmåltiden</w:t>
      </w:r>
    </w:p>
    <w:p w14:paraId="1772F9F9" w14:textId="4C7E6D13" w:rsidR="00BA33AB" w:rsidRPr="000767E2" w:rsidRDefault="00000000">
      <w:pPr>
        <w:rPr>
          <w:lang w:val="sv-SE"/>
        </w:rPr>
      </w:pPr>
      <w:r w:rsidRPr="000767E2">
        <w:rPr>
          <w:lang w:val="sv-SE"/>
        </w:rPr>
        <w:t>[[@</w:t>
      </w:r>
      <w:r w:rsidR="0096445B" w:rsidRPr="000767E2">
        <w:rPr>
          <w:lang w:val="sv-SE"/>
        </w:rPr>
        <w:t>BibleBIBEL82</w:t>
      </w:r>
      <w:r w:rsidRPr="000767E2">
        <w:rPr>
          <w:lang w:val="sv-SE"/>
        </w:rPr>
        <w:t>:Mark 14:12]]</w:t>
      </w:r>
      <w:r w:rsidRPr="000767E2">
        <w:rPr>
          <w:vertAlign w:val="superscript"/>
          <w:lang w:val="sv-SE"/>
        </w:rPr>
        <w:t>12</w:t>
      </w:r>
      <w:r w:rsidRPr="000767E2">
        <w:rPr>
          <w:lang w:val="sv-SE"/>
        </w:rPr>
        <w:t xml:space="preserve"> {{field-on:bible}}Och den första dagen i det osyrade </w:t>
      </w:r>
      <w:r w:rsidRPr="000767E2">
        <w:rPr>
          <w:i/>
          <w:lang w:val="sv-SE"/>
        </w:rPr>
        <w:t>brödets högtid</w:t>
      </w:r>
      <w:r w:rsidRPr="000767E2">
        <w:rPr>
          <w:lang w:val="sv-SE"/>
        </w:rPr>
        <w:t>, när man slaktoffrade påskalammet, säger honom hans lärjungar: ”Vart vill du vi ska gå bort och bereda så att du kan äta påskalammet?”{{field-off:bible}} [[@</w:t>
      </w:r>
      <w:r w:rsidR="0096445B" w:rsidRPr="000767E2">
        <w:rPr>
          <w:lang w:val="sv-SE"/>
        </w:rPr>
        <w:t>BibleBIBEL82</w:t>
      </w:r>
      <w:r w:rsidRPr="000767E2">
        <w:rPr>
          <w:lang w:val="sv-SE"/>
        </w:rPr>
        <w:t>:Mark 14:13]]</w:t>
      </w:r>
      <w:r w:rsidRPr="000767E2">
        <w:rPr>
          <w:vertAlign w:val="superscript"/>
          <w:lang w:val="sv-SE"/>
        </w:rPr>
        <w:t>13</w:t>
      </w:r>
      <w:r w:rsidRPr="000767E2">
        <w:rPr>
          <w:lang w:val="sv-SE"/>
        </w:rPr>
        <w:t xml:space="preserve"> {{field-on:bible}}Och han sänder ut två av sina lärjungar och säger till dem: ”Bege er in i staden, och </w:t>
      </w:r>
      <w:r w:rsidRPr="000767E2">
        <w:rPr>
          <w:i/>
          <w:lang w:val="sv-SE"/>
        </w:rPr>
        <w:t>det</w:t>
      </w:r>
      <w:r w:rsidRPr="000767E2">
        <w:rPr>
          <w:lang w:val="sv-SE"/>
        </w:rPr>
        <w:t xml:space="preserve"> ska möta er en man som bär en vattenkruka. Följ honom.{{field-off:bible}} [[@</w:t>
      </w:r>
      <w:r w:rsidR="0096445B" w:rsidRPr="000767E2">
        <w:rPr>
          <w:lang w:val="sv-SE"/>
        </w:rPr>
        <w:t>BibleBIBEL82</w:t>
      </w:r>
      <w:r w:rsidRPr="000767E2">
        <w:rPr>
          <w:lang w:val="sv-SE"/>
        </w:rPr>
        <w:t>:Mark 14:14]]</w:t>
      </w:r>
      <w:r w:rsidRPr="000767E2">
        <w:rPr>
          <w:vertAlign w:val="superscript"/>
          <w:lang w:val="sv-SE"/>
        </w:rPr>
        <w:t>14</w:t>
      </w:r>
      <w:r w:rsidRPr="000767E2">
        <w:rPr>
          <w:lang w:val="sv-SE"/>
        </w:rPr>
        <w:t xml:space="preserve"> {{field-on:bible}}Och där han går in, säg till hushärskaren att Läraren säger: Var är mitt gästutrymme där jag kan äta påskalammet med mina lärjungar?{{field-off:bible}} [[@</w:t>
      </w:r>
      <w:r w:rsidR="0096445B" w:rsidRPr="000767E2">
        <w:rPr>
          <w:lang w:val="sv-SE"/>
        </w:rPr>
        <w:t>BibleBIBEL82</w:t>
      </w:r>
      <w:r w:rsidRPr="000767E2">
        <w:rPr>
          <w:lang w:val="sv-SE"/>
        </w:rPr>
        <w:t>:Mark 14:15]]</w:t>
      </w:r>
      <w:r w:rsidRPr="000767E2">
        <w:rPr>
          <w:vertAlign w:val="superscript"/>
          <w:lang w:val="sv-SE"/>
        </w:rPr>
        <w:t>15</w:t>
      </w:r>
      <w:r w:rsidRPr="000767E2">
        <w:rPr>
          <w:lang w:val="sv-SE"/>
        </w:rPr>
        <w:t xml:space="preserve"> {{field-on:bible}}Och han ska visa er en stor övre sal </w:t>
      </w:r>
      <w:r w:rsidRPr="000767E2">
        <w:rPr>
          <w:i/>
          <w:lang w:val="sv-SE"/>
        </w:rPr>
        <w:t>som är</w:t>
      </w:r>
      <w:r w:rsidRPr="000767E2">
        <w:rPr>
          <w:lang w:val="sv-SE"/>
        </w:rPr>
        <w:t xml:space="preserve"> inredd, beredd. Och där ska ni bereda för oss.”{{field-off:bible}} [[@</w:t>
      </w:r>
      <w:r w:rsidR="0096445B" w:rsidRPr="000767E2">
        <w:rPr>
          <w:lang w:val="sv-SE"/>
        </w:rPr>
        <w:t>BibleBIBEL82</w:t>
      </w:r>
      <w:r w:rsidRPr="000767E2">
        <w:rPr>
          <w:lang w:val="sv-SE"/>
        </w:rPr>
        <w:t>:Mark 14:16]]</w:t>
      </w:r>
      <w:r w:rsidRPr="000767E2">
        <w:rPr>
          <w:vertAlign w:val="superscript"/>
          <w:lang w:val="sv-SE"/>
        </w:rPr>
        <w:t>16</w:t>
      </w:r>
      <w:r w:rsidRPr="000767E2">
        <w:rPr>
          <w:lang w:val="sv-SE"/>
        </w:rPr>
        <w:t xml:space="preserve"> {{field-on:bible}}Och ut gick lärjungarna och kom in i staden, och de fann </w:t>
      </w:r>
      <w:r w:rsidRPr="000767E2">
        <w:rPr>
          <w:i/>
          <w:lang w:val="sv-SE"/>
        </w:rPr>
        <w:t>det</w:t>
      </w:r>
      <w:r w:rsidRPr="000767E2">
        <w:rPr>
          <w:lang w:val="sv-SE"/>
        </w:rPr>
        <w:t xml:space="preserve"> så som han hade sagt dem. Och de beredde påskalammet.{{field-off:bible}}</w:t>
      </w:r>
    </w:p>
    <w:p w14:paraId="30EC7FD4" w14:textId="06DFDEBB" w:rsidR="00BA33AB" w:rsidRPr="000767E2" w:rsidRDefault="00000000">
      <w:pPr>
        <w:rPr>
          <w:lang w:val="sv-SE"/>
        </w:rPr>
      </w:pPr>
      <w:r w:rsidRPr="000767E2">
        <w:rPr>
          <w:lang w:val="sv-SE"/>
        </w:rPr>
        <w:t>[[@</w:t>
      </w:r>
      <w:r w:rsidR="0096445B" w:rsidRPr="000767E2">
        <w:rPr>
          <w:lang w:val="sv-SE"/>
        </w:rPr>
        <w:t>BibleBIBEL82</w:t>
      </w:r>
      <w:r w:rsidRPr="000767E2">
        <w:rPr>
          <w:lang w:val="sv-SE"/>
        </w:rPr>
        <w:t>:Mark 14:17]]</w:t>
      </w:r>
      <w:r w:rsidRPr="000767E2">
        <w:rPr>
          <w:vertAlign w:val="superscript"/>
          <w:lang w:val="sv-SE"/>
        </w:rPr>
        <w:t>17</w:t>
      </w:r>
      <w:r w:rsidRPr="000767E2">
        <w:rPr>
          <w:lang w:val="sv-SE"/>
        </w:rPr>
        <w:t xml:space="preserve"> {{field-on:bible}}Och när det blir kväll, kommer han med de tolv.{{field-off:bible}} [[@</w:t>
      </w:r>
      <w:r w:rsidR="0096445B" w:rsidRPr="000767E2">
        <w:rPr>
          <w:lang w:val="sv-SE"/>
        </w:rPr>
        <w:t>BibleBIBEL82</w:t>
      </w:r>
      <w:r w:rsidRPr="000767E2">
        <w:rPr>
          <w:lang w:val="sv-SE"/>
        </w:rPr>
        <w:t>:Mark 14:18]]</w:t>
      </w:r>
      <w:r w:rsidRPr="000767E2">
        <w:rPr>
          <w:vertAlign w:val="superscript"/>
          <w:lang w:val="sv-SE"/>
        </w:rPr>
        <w:t>18</w:t>
      </w:r>
      <w:r w:rsidRPr="000767E2">
        <w:rPr>
          <w:lang w:val="sv-SE"/>
        </w:rPr>
        <w:t xml:space="preserve"> {{field-on:bible}}Och medan de låg </w:t>
      </w:r>
      <w:r w:rsidRPr="000767E2">
        <w:rPr>
          <w:i/>
          <w:lang w:val="sv-SE"/>
        </w:rPr>
        <w:t>till bords</w:t>
      </w:r>
      <w:r w:rsidRPr="000767E2">
        <w:rPr>
          <w:lang w:val="sv-SE"/>
        </w:rPr>
        <w:t xml:space="preserve"> och åt, sade Jesus: ”Amen, jag säger er att en av er kommer att utlämna mig. Den som äter med mig.”{{field-off:bible}} [[@</w:t>
      </w:r>
      <w:r w:rsidR="0096445B" w:rsidRPr="000767E2">
        <w:rPr>
          <w:lang w:val="sv-SE"/>
        </w:rPr>
        <w:t>BibleBIBEL82</w:t>
      </w:r>
      <w:r w:rsidRPr="000767E2">
        <w:rPr>
          <w:lang w:val="sv-SE"/>
        </w:rPr>
        <w:t>:Mark 14:19]]</w:t>
      </w:r>
      <w:r w:rsidRPr="000767E2">
        <w:rPr>
          <w:vertAlign w:val="superscript"/>
          <w:lang w:val="sv-SE"/>
        </w:rPr>
        <w:t>19</w:t>
      </w:r>
      <w:r w:rsidRPr="000767E2">
        <w:rPr>
          <w:lang w:val="sv-SE"/>
        </w:rPr>
        <w:t xml:space="preserve"> {{field-on:bible}}De började bli bedrövade och säga till honom, en efter en: ”Inte jag väl?”{{field-off:bible}} [[@</w:t>
      </w:r>
      <w:r w:rsidR="0096445B" w:rsidRPr="000767E2">
        <w:rPr>
          <w:lang w:val="sv-SE"/>
        </w:rPr>
        <w:t>BibleBIBEL82</w:t>
      </w:r>
      <w:r w:rsidRPr="000767E2">
        <w:rPr>
          <w:lang w:val="sv-SE"/>
        </w:rPr>
        <w:t>:Mark 14:20]]</w:t>
      </w:r>
      <w:r w:rsidRPr="000767E2">
        <w:rPr>
          <w:vertAlign w:val="superscript"/>
          <w:lang w:val="sv-SE"/>
        </w:rPr>
        <w:t>20</w:t>
      </w:r>
      <w:r w:rsidRPr="000767E2">
        <w:rPr>
          <w:lang w:val="sv-SE"/>
        </w:rPr>
        <w:t xml:space="preserve"> {{field-on:bible}}Men han sade till dem: ”En av de tolv. Den som doppar med mig i bunken.{{field-off:bible}} [[@</w:t>
      </w:r>
      <w:r w:rsidR="0096445B" w:rsidRPr="000767E2">
        <w:rPr>
          <w:lang w:val="sv-SE"/>
        </w:rPr>
        <w:t>BibleBIBEL82</w:t>
      </w:r>
      <w:r w:rsidRPr="000767E2">
        <w:rPr>
          <w:lang w:val="sv-SE"/>
        </w:rPr>
        <w:t>:Mark 14:21]]</w:t>
      </w:r>
      <w:r w:rsidRPr="000767E2">
        <w:rPr>
          <w:vertAlign w:val="superscript"/>
          <w:lang w:val="sv-SE"/>
        </w:rPr>
        <w:t>21</w:t>
      </w:r>
      <w:r w:rsidRPr="000767E2">
        <w:rPr>
          <w:lang w:val="sv-SE"/>
        </w:rPr>
        <w:t xml:space="preserve"> {{field-on:bible}}För Människosonen beger sig så som det är skrivet om honom. Men ve den människa genom vilken Människosonen utlämnas! </w:t>
      </w:r>
      <w:r w:rsidRPr="000767E2">
        <w:rPr>
          <w:i/>
          <w:lang w:val="sv-SE"/>
        </w:rPr>
        <w:t>Det hade varit</w:t>
      </w:r>
      <w:r w:rsidRPr="000767E2">
        <w:rPr>
          <w:lang w:val="sv-SE"/>
        </w:rPr>
        <w:t xml:space="preserve"> bra för honom om han inte hade fötts, den människan.”{{field-off:bible}}</w:t>
      </w:r>
    </w:p>
    <w:p w14:paraId="7BF0AE98" w14:textId="77777777" w:rsidR="00BA33AB" w:rsidRPr="000767E2" w:rsidRDefault="00000000">
      <w:pPr>
        <w:pStyle w:val="Rubrik3"/>
        <w:rPr>
          <w:lang w:val="sv-SE"/>
        </w:rPr>
      </w:pPr>
      <w:r w:rsidRPr="000767E2">
        <w:rPr>
          <w:lang w:val="sv-SE"/>
        </w:rPr>
        <w:t>Den första nattvarden</w:t>
      </w:r>
    </w:p>
    <w:p w14:paraId="5B670177" w14:textId="67823CF2" w:rsidR="00BA33AB" w:rsidRPr="000767E2" w:rsidRDefault="00000000">
      <w:pPr>
        <w:rPr>
          <w:lang w:val="sv-SE"/>
        </w:rPr>
      </w:pPr>
      <w:r w:rsidRPr="000767E2">
        <w:rPr>
          <w:lang w:val="sv-SE"/>
        </w:rPr>
        <w:t>[[@</w:t>
      </w:r>
      <w:r w:rsidR="0096445B" w:rsidRPr="000767E2">
        <w:rPr>
          <w:lang w:val="sv-SE"/>
        </w:rPr>
        <w:t>BibleBIBEL82</w:t>
      </w:r>
      <w:r w:rsidRPr="000767E2">
        <w:rPr>
          <w:lang w:val="sv-SE"/>
        </w:rPr>
        <w:t>:Mark 14:22]]</w:t>
      </w:r>
      <w:r w:rsidRPr="000767E2">
        <w:rPr>
          <w:vertAlign w:val="superscript"/>
          <w:lang w:val="sv-SE"/>
        </w:rPr>
        <w:t>22</w:t>
      </w:r>
      <w:r w:rsidRPr="000767E2">
        <w:rPr>
          <w:lang w:val="sv-SE"/>
        </w:rPr>
        <w:t xml:space="preserve"> {{field-on:bible}}Och medan de åt tog han ett bröd, välsignade och bröt, och gav åt dem och sade: ”Ta. Detta är min kropp.”{{field-off:bible}} [[@</w:t>
      </w:r>
      <w:r w:rsidR="0096445B" w:rsidRPr="000767E2">
        <w:rPr>
          <w:lang w:val="sv-SE"/>
        </w:rPr>
        <w:t>BibleBIBEL82</w:t>
      </w:r>
      <w:r w:rsidRPr="000767E2">
        <w:rPr>
          <w:lang w:val="sv-SE"/>
        </w:rPr>
        <w:t>:Mark 14:23]]</w:t>
      </w:r>
      <w:r w:rsidRPr="000767E2">
        <w:rPr>
          <w:vertAlign w:val="superscript"/>
          <w:lang w:val="sv-SE"/>
        </w:rPr>
        <w:t>23</w:t>
      </w:r>
      <w:r w:rsidRPr="000767E2">
        <w:rPr>
          <w:lang w:val="sv-SE"/>
        </w:rPr>
        <w:t xml:space="preserve"> {{field-on:bible}}Och han tog en bägare, tackade och gav åt dem. Och de drack ur den alla.{{field-off:bible}} [[@</w:t>
      </w:r>
      <w:r w:rsidR="0096445B" w:rsidRPr="000767E2">
        <w:rPr>
          <w:lang w:val="sv-SE"/>
        </w:rPr>
        <w:t>BibleBIBEL82</w:t>
      </w:r>
      <w:r w:rsidRPr="000767E2">
        <w:rPr>
          <w:lang w:val="sv-SE"/>
        </w:rPr>
        <w:t>:Mark 14:24]]</w:t>
      </w:r>
      <w:r w:rsidRPr="000767E2">
        <w:rPr>
          <w:vertAlign w:val="superscript"/>
          <w:lang w:val="sv-SE"/>
        </w:rPr>
        <w:t>24</w:t>
      </w:r>
      <w:r w:rsidRPr="000767E2">
        <w:rPr>
          <w:lang w:val="sv-SE"/>
        </w:rPr>
        <w:t xml:space="preserve"> {{field-on:bible}}Och han sade till dem: ”Detta är mitt blod för förbundet, utgjutet för många.{{field-off:bible}} [[@</w:t>
      </w:r>
      <w:r w:rsidR="0096445B" w:rsidRPr="000767E2">
        <w:rPr>
          <w:lang w:val="sv-SE"/>
        </w:rPr>
        <w:t>BibleBIBEL82</w:t>
      </w:r>
      <w:r w:rsidRPr="000767E2">
        <w:rPr>
          <w:lang w:val="sv-SE"/>
        </w:rPr>
        <w:t>:Mark 14:25]]</w:t>
      </w:r>
      <w:r w:rsidRPr="000767E2">
        <w:rPr>
          <w:vertAlign w:val="superscript"/>
          <w:lang w:val="sv-SE"/>
        </w:rPr>
        <w:t>25</w:t>
      </w:r>
      <w:r w:rsidRPr="000767E2">
        <w:rPr>
          <w:lang w:val="sv-SE"/>
        </w:rPr>
        <w:t xml:space="preserve"> {{field-on:bible}}Amen, jag säger er att jag aldrig mer ska dricka av vinstockens bärgning förrän den dagen när jag dricker den ny i Guds rike.”{{field-off:bible}}</w:t>
      </w:r>
    </w:p>
    <w:p w14:paraId="19B02300" w14:textId="77DC0BC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14:26]]</w:t>
      </w:r>
      <w:r w:rsidRPr="000767E2">
        <w:rPr>
          <w:vertAlign w:val="superscript"/>
          <w:lang w:val="sv-SE"/>
        </w:rPr>
        <w:t>26</w:t>
      </w:r>
      <w:r w:rsidRPr="000767E2">
        <w:rPr>
          <w:lang w:val="sv-SE"/>
        </w:rPr>
        <w:t xml:space="preserve"> {{field-on:bible}}Och sedan de sjungit hymn, gick de ut till Olivernas berg.{{field-off:bible}}</w:t>
      </w:r>
    </w:p>
    <w:p w14:paraId="153B78A4" w14:textId="77777777" w:rsidR="00BA33AB" w:rsidRPr="000767E2" w:rsidRDefault="00000000">
      <w:pPr>
        <w:pStyle w:val="Rubrik3"/>
        <w:rPr>
          <w:lang w:val="sv-SE"/>
        </w:rPr>
      </w:pPr>
      <w:r w:rsidRPr="000767E2">
        <w:rPr>
          <w:lang w:val="sv-SE"/>
        </w:rPr>
        <w:t>Jesus förutsäger Petrus förnekelse</w:t>
      </w:r>
    </w:p>
    <w:p w14:paraId="258FE38D" w14:textId="33B507EC" w:rsidR="00BA33AB" w:rsidRPr="000767E2" w:rsidRDefault="00000000">
      <w:pPr>
        <w:rPr>
          <w:lang w:val="sv-SE"/>
        </w:rPr>
      </w:pPr>
      <w:r w:rsidRPr="000767E2">
        <w:rPr>
          <w:lang w:val="sv-SE"/>
        </w:rPr>
        <w:t>[[@</w:t>
      </w:r>
      <w:r w:rsidR="0096445B" w:rsidRPr="000767E2">
        <w:rPr>
          <w:lang w:val="sv-SE"/>
        </w:rPr>
        <w:t>BibleBIBEL82</w:t>
      </w:r>
      <w:r w:rsidRPr="000767E2">
        <w:rPr>
          <w:lang w:val="sv-SE"/>
        </w:rPr>
        <w:t>:Mark 14:27]]</w:t>
      </w:r>
      <w:r w:rsidRPr="000767E2">
        <w:rPr>
          <w:vertAlign w:val="superscript"/>
          <w:lang w:val="sv-SE"/>
        </w:rPr>
        <w:t>27</w:t>
      </w:r>
      <w:r w:rsidRPr="000767E2">
        <w:rPr>
          <w:lang w:val="sv-SE"/>
        </w:rPr>
        <w:t xml:space="preserve"> {{field-on:bible}}Och Jesus säger dem att: ”Alla kommer ni att bli skandaliserade. För det är skrivet: Jag ska slå herden, och fåren ska skingras.{{field-off:bible}} [[@</w:t>
      </w:r>
      <w:r w:rsidR="0096445B" w:rsidRPr="000767E2">
        <w:rPr>
          <w:lang w:val="sv-SE"/>
        </w:rPr>
        <w:t>BibleBIBEL82</w:t>
      </w:r>
      <w:r w:rsidRPr="000767E2">
        <w:rPr>
          <w:lang w:val="sv-SE"/>
        </w:rPr>
        <w:t>:Mark 14:28]]</w:t>
      </w:r>
      <w:r w:rsidRPr="000767E2">
        <w:rPr>
          <w:vertAlign w:val="superscript"/>
          <w:lang w:val="sv-SE"/>
        </w:rPr>
        <w:t>28</w:t>
      </w:r>
      <w:r w:rsidRPr="000767E2">
        <w:rPr>
          <w:lang w:val="sv-SE"/>
        </w:rPr>
        <w:t xml:space="preserve"> {{field-on:bible}}Men efter att jag blivit uppväckt, ska jag gå före er till Galileen.”{{field-off:bible}}</w:t>
      </w:r>
    </w:p>
    <w:p w14:paraId="1C196600" w14:textId="26A20BCC" w:rsidR="00BA33AB" w:rsidRPr="000767E2" w:rsidRDefault="00000000">
      <w:pPr>
        <w:rPr>
          <w:lang w:val="sv-SE"/>
        </w:rPr>
      </w:pPr>
      <w:r w:rsidRPr="000767E2">
        <w:rPr>
          <w:lang w:val="sv-SE"/>
        </w:rPr>
        <w:t>[[@</w:t>
      </w:r>
      <w:r w:rsidR="0096445B" w:rsidRPr="000767E2">
        <w:rPr>
          <w:lang w:val="sv-SE"/>
        </w:rPr>
        <w:t>BibleBIBEL82</w:t>
      </w:r>
      <w:r w:rsidRPr="000767E2">
        <w:rPr>
          <w:lang w:val="sv-SE"/>
        </w:rPr>
        <w:t>:Mark 14:29]]</w:t>
      </w:r>
      <w:r w:rsidRPr="000767E2">
        <w:rPr>
          <w:vertAlign w:val="superscript"/>
          <w:lang w:val="sv-SE"/>
        </w:rPr>
        <w:t>29</w:t>
      </w:r>
      <w:r w:rsidRPr="000767E2">
        <w:rPr>
          <w:lang w:val="sv-SE"/>
        </w:rPr>
        <w:t xml:space="preserve"> {{field-on:bible}}Men Petrus sade till honom: ”Även om alla kommer att skandaliseras, dock inte jag.”{{field-off:bible}} [[@</w:t>
      </w:r>
      <w:r w:rsidR="0096445B" w:rsidRPr="000767E2">
        <w:rPr>
          <w:lang w:val="sv-SE"/>
        </w:rPr>
        <w:t>BibleBIBEL82</w:t>
      </w:r>
      <w:r w:rsidRPr="000767E2">
        <w:rPr>
          <w:lang w:val="sv-SE"/>
        </w:rPr>
        <w:t>:Mark 14:30]]</w:t>
      </w:r>
      <w:r w:rsidRPr="000767E2">
        <w:rPr>
          <w:vertAlign w:val="superscript"/>
          <w:lang w:val="sv-SE"/>
        </w:rPr>
        <w:t>30</w:t>
      </w:r>
      <w:r w:rsidRPr="000767E2">
        <w:rPr>
          <w:lang w:val="sv-SE"/>
        </w:rPr>
        <w:t xml:space="preserve"> {{field-on:bible}}Och Jesus säger honom: ”Amen, jag säger dig att du idag, denna natt innan tuppen två gånger gal, ska tre gånger förneka mig.”{{field-off:bible}} [[@</w:t>
      </w:r>
      <w:r w:rsidR="0096445B" w:rsidRPr="000767E2">
        <w:rPr>
          <w:lang w:val="sv-SE"/>
        </w:rPr>
        <w:t>BibleBIBEL82</w:t>
      </w:r>
      <w:r w:rsidRPr="000767E2">
        <w:rPr>
          <w:lang w:val="sv-SE"/>
        </w:rPr>
        <w:t>:Mark 14:31]]</w:t>
      </w:r>
      <w:r w:rsidRPr="000767E2">
        <w:rPr>
          <w:vertAlign w:val="superscript"/>
          <w:lang w:val="sv-SE"/>
        </w:rPr>
        <w:t>31</w:t>
      </w:r>
      <w:r w:rsidRPr="000767E2">
        <w:rPr>
          <w:lang w:val="sv-SE"/>
        </w:rPr>
        <w:t xml:space="preserve"> {{field-on:bible}}Men ännu mer talade han: ”Om jag </w:t>
      </w:r>
      <w:r w:rsidRPr="000767E2">
        <w:rPr>
          <w:i/>
          <w:lang w:val="sv-SE"/>
        </w:rPr>
        <w:t>så</w:t>
      </w:r>
      <w:r w:rsidRPr="000767E2">
        <w:rPr>
          <w:lang w:val="sv-SE"/>
        </w:rPr>
        <w:t xml:space="preserve"> måste dö med dig, ska jag aldrig förneka dig!” Och på samma sätt sade också alla.{{field-off:bible}}</w:t>
      </w:r>
    </w:p>
    <w:p w14:paraId="156AD64F" w14:textId="77777777" w:rsidR="00BA33AB" w:rsidRPr="000767E2" w:rsidRDefault="00000000">
      <w:pPr>
        <w:pStyle w:val="Rubrik3"/>
        <w:rPr>
          <w:lang w:val="sv-SE"/>
        </w:rPr>
      </w:pPr>
      <w:r w:rsidRPr="000767E2">
        <w:rPr>
          <w:lang w:val="sv-SE"/>
        </w:rPr>
        <w:t>Jesus i Gethsemani</w:t>
      </w:r>
    </w:p>
    <w:p w14:paraId="3EAC530A" w14:textId="4FF455A6" w:rsidR="00BA33AB" w:rsidRPr="000767E2" w:rsidRDefault="00000000">
      <w:pPr>
        <w:rPr>
          <w:lang w:val="sv-SE"/>
        </w:rPr>
      </w:pPr>
      <w:r w:rsidRPr="000767E2">
        <w:rPr>
          <w:lang w:val="sv-SE"/>
        </w:rPr>
        <w:t>[[@</w:t>
      </w:r>
      <w:r w:rsidR="0096445B" w:rsidRPr="000767E2">
        <w:rPr>
          <w:lang w:val="sv-SE"/>
        </w:rPr>
        <w:t>BibleBIBEL82</w:t>
      </w:r>
      <w:r w:rsidRPr="000767E2">
        <w:rPr>
          <w:lang w:val="sv-SE"/>
        </w:rPr>
        <w:t>:Mark 14:32]]</w:t>
      </w:r>
      <w:r w:rsidRPr="000767E2">
        <w:rPr>
          <w:vertAlign w:val="superscript"/>
          <w:lang w:val="sv-SE"/>
        </w:rPr>
        <w:t>32</w:t>
      </w:r>
      <w:r w:rsidRPr="000767E2">
        <w:rPr>
          <w:lang w:val="sv-SE"/>
        </w:rPr>
        <w:t xml:space="preserve"> {{field-on:bible}}Och de kommer till en marklott vars namn </w:t>
      </w:r>
      <w:r w:rsidRPr="000767E2">
        <w:rPr>
          <w:i/>
          <w:lang w:val="sv-SE"/>
        </w:rPr>
        <w:t>är</w:t>
      </w:r>
      <w:r w:rsidRPr="000767E2">
        <w:rPr>
          <w:lang w:val="sv-SE"/>
        </w:rPr>
        <w:t xml:space="preserve"> Gethsemani, och han säger till sina lärjungar: ”Sätt er här medan jag ber.”{{field-off:bible}} [[@</w:t>
      </w:r>
      <w:r w:rsidR="0096445B" w:rsidRPr="000767E2">
        <w:rPr>
          <w:lang w:val="sv-SE"/>
        </w:rPr>
        <w:t>BibleBIBEL82</w:t>
      </w:r>
      <w:r w:rsidRPr="000767E2">
        <w:rPr>
          <w:lang w:val="sv-SE"/>
        </w:rPr>
        <w:t>:Mark 14:33]]</w:t>
      </w:r>
      <w:r w:rsidRPr="000767E2">
        <w:rPr>
          <w:vertAlign w:val="superscript"/>
          <w:lang w:val="sv-SE"/>
        </w:rPr>
        <w:t>33</w:t>
      </w:r>
      <w:r w:rsidRPr="000767E2">
        <w:rPr>
          <w:lang w:val="sv-SE"/>
        </w:rPr>
        <w:t xml:space="preserve"> {{field-on:bible}}Och han tar Petrus och Jakob och Johannes med sig, och han började bli helt bestört och ängslas{{field-off:bible}} [[@</w:t>
      </w:r>
      <w:r w:rsidR="0096445B" w:rsidRPr="000767E2">
        <w:rPr>
          <w:lang w:val="sv-SE"/>
        </w:rPr>
        <w:t>BibleBIBEL82</w:t>
      </w:r>
      <w:r w:rsidRPr="000767E2">
        <w:rPr>
          <w:lang w:val="sv-SE"/>
        </w:rPr>
        <w:t>:Mark 14:34]]</w:t>
      </w:r>
      <w:r w:rsidRPr="000767E2">
        <w:rPr>
          <w:vertAlign w:val="superscript"/>
          <w:lang w:val="sv-SE"/>
        </w:rPr>
        <w:t>34</w:t>
      </w:r>
      <w:r w:rsidRPr="000767E2">
        <w:rPr>
          <w:lang w:val="sv-SE"/>
        </w:rPr>
        <w:t xml:space="preserve"> {{field-on:bible}}och säger till dem: ”Djupt bedrövad är min själ, till döds. Bli kvar här och var vakna.”{{field-off:bible}}</w:t>
      </w:r>
    </w:p>
    <w:p w14:paraId="73FA8544" w14:textId="3989AA54" w:rsidR="00BA33AB" w:rsidRPr="000767E2" w:rsidRDefault="00000000">
      <w:pPr>
        <w:rPr>
          <w:lang w:val="sv-SE"/>
        </w:rPr>
      </w:pPr>
      <w:r w:rsidRPr="000767E2">
        <w:rPr>
          <w:lang w:val="sv-SE"/>
        </w:rPr>
        <w:t>[[@</w:t>
      </w:r>
      <w:r w:rsidR="0096445B" w:rsidRPr="000767E2">
        <w:rPr>
          <w:lang w:val="sv-SE"/>
        </w:rPr>
        <w:t>BibleBIBEL82</w:t>
      </w:r>
      <w:r w:rsidRPr="000767E2">
        <w:rPr>
          <w:lang w:val="sv-SE"/>
        </w:rPr>
        <w:t>:Mark 14:35]]</w:t>
      </w:r>
      <w:r w:rsidRPr="000767E2">
        <w:rPr>
          <w:vertAlign w:val="superscript"/>
          <w:lang w:val="sv-SE"/>
        </w:rPr>
        <w:t>35</w:t>
      </w:r>
      <w:r w:rsidRPr="000767E2">
        <w:rPr>
          <w:lang w:val="sv-SE"/>
        </w:rPr>
        <w:t xml:space="preserve"> {{field-on:bible}}Och han gick fram lite och föll </w:t>
      </w:r>
      <w:r w:rsidRPr="000767E2">
        <w:rPr>
          <w:i/>
          <w:lang w:val="sv-SE"/>
        </w:rPr>
        <w:t>ner</w:t>
      </w:r>
      <w:r w:rsidRPr="000767E2">
        <w:rPr>
          <w:lang w:val="sv-SE"/>
        </w:rPr>
        <w:t xml:space="preserve"> på jorden och bad att, om det är möjligt, stunden skulle gå förbi ifrån honom.{{field-off:bible}} [[@</w:t>
      </w:r>
      <w:r w:rsidR="0096445B" w:rsidRPr="000767E2">
        <w:rPr>
          <w:lang w:val="sv-SE"/>
        </w:rPr>
        <w:t>BibleBIBEL82</w:t>
      </w:r>
      <w:r w:rsidRPr="000767E2">
        <w:rPr>
          <w:lang w:val="sv-SE"/>
        </w:rPr>
        <w:t>:Mark 14:36]]</w:t>
      </w:r>
      <w:r w:rsidRPr="000767E2">
        <w:rPr>
          <w:vertAlign w:val="superscript"/>
          <w:lang w:val="sv-SE"/>
        </w:rPr>
        <w:t>36</w:t>
      </w:r>
      <w:r w:rsidRPr="000767E2">
        <w:rPr>
          <w:lang w:val="sv-SE"/>
        </w:rPr>
        <w:t xml:space="preserve"> {{field-on:bible}}Och han sade: ”Abba, Far! Allt </w:t>
      </w:r>
      <w:r w:rsidRPr="000767E2">
        <w:rPr>
          <w:i/>
          <w:lang w:val="sv-SE"/>
        </w:rPr>
        <w:t>är</w:t>
      </w:r>
      <w:r w:rsidRPr="000767E2">
        <w:rPr>
          <w:lang w:val="sv-SE"/>
        </w:rPr>
        <w:t xml:space="preserve"> möjligt för dig. För bort denna bägare från mig. Men inte vad jag vill, utan vad du.”{{field-off:bible}}</w:t>
      </w:r>
    </w:p>
    <w:p w14:paraId="6CD76B5A" w14:textId="01CA7EDB" w:rsidR="00BA33AB" w:rsidRPr="000767E2" w:rsidRDefault="00000000">
      <w:pPr>
        <w:rPr>
          <w:lang w:val="sv-SE"/>
        </w:rPr>
      </w:pPr>
      <w:r w:rsidRPr="000767E2">
        <w:rPr>
          <w:lang w:val="sv-SE"/>
        </w:rPr>
        <w:t>[[@</w:t>
      </w:r>
      <w:r w:rsidR="0096445B" w:rsidRPr="000767E2">
        <w:rPr>
          <w:lang w:val="sv-SE"/>
        </w:rPr>
        <w:t>BibleBIBEL82</w:t>
      </w:r>
      <w:r w:rsidRPr="000767E2">
        <w:rPr>
          <w:lang w:val="sv-SE"/>
        </w:rPr>
        <w:t>:Mark 14:37]]</w:t>
      </w:r>
      <w:r w:rsidRPr="000767E2">
        <w:rPr>
          <w:vertAlign w:val="superscript"/>
          <w:lang w:val="sv-SE"/>
        </w:rPr>
        <w:t>37</w:t>
      </w:r>
      <w:r w:rsidRPr="000767E2">
        <w:rPr>
          <w:lang w:val="sv-SE"/>
        </w:rPr>
        <w:t xml:space="preserve"> {{field-on:bible}}Och han kommer och finner dem sovande, och säger till Petrus: ”Simon, sover du? Mäktade du inte en </w:t>
      </w:r>
      <w:r w:rsidRPr="000767E2">
        <w:rPr>
          <w:i/>
          <w:lang w:val="sv-SE"/>
        </w:rPr>
        <w:t>enda</w:t>
      </w:r>
      <w:r w:rsidRPr="000767E2">
        <w:rPr>
          <w:lang w:val="sv-SE"/>
        </w:rPr>
        <w:t xml:space="preserve"> timme att vara vaken?{{field-off:bible}} [[@</w:t>
      </w:r>
      <w:r w:rsidR="0096445B" w:rsidRPr="000767E2">
        <w:rPr>
          <w:lang w:val="sv-SE"/>
        </w:rPr>
        <w:t>BibleBIBEL82</w:t>
      </w:r>
      <w:r w:rsidRPr="000767E2">
        <w:rPr>
          <w:lang w:val="sv-SE"/>
        </w:rPr>
        <w:t>:Mark 14:38]]</w:t>
      </w:r>
      <w:r w:rsidRPr="000767E2">
        <w:rPr>
          <w:vertAlign w:val="superscript"/>
          <w:lang w:val="sv-SE"/>
        </w:rPr>
        <w:t>38</w:t>
      </w:r>
      <w:r w:rsidRPr="000767E2">
        <w:rPr>
          <w:lang w:val="sv-SE"/>
        </w:rPr>
        <w:t xml:space="preserve"> {{field-on:bible}}Var vakna och be, att ni inte kommer i frestelse. Anden </w:t>
      </w:r>
      <w:r w:rsidRPr="000767E2">
        <w:rPr>
          <w:i/>
          <w:lang w:val="sv-SE"/>
        </w:rPr>
        <w:t>är</w:t>
      </w:r>
      <w:r w:rsidRPr="000767E2">
        <w:rPr>
          <w:lang w:val="sv-SE"/>
        </w:rPr>
        <w:t xml:space="preserve"> villig, men köttet svagt.”{{field-off:bible}} [[@</w:t>
      </w:r>
      <w:r w:rsidR="0096445B" w:rsidRPr="000767E2">
        <w:rPr>
          <w:lang w:val="sv-SE"/>
        </w:rPr>
        <w:t>BibleBIBEL82</w:t>
      </w:r>
      <w:r w:rsidRPr="000767E2">
        <w:rPr>
          <w:lang w:val="sv-SE"/>
        </w:rPr>
        <w:t>:Mark 14:39]]</w:t>
      </w:r>
      <w:r w:rsidRPr="000767E2">
        <w:rPr>
          <w:vertAlign w:val="superscript"/>
          <w:lang w:val="sv-SE"/>
        </w:rPr>
        <w:t>39</w:t>
      </w:r>
      <w:r w:rsidRPr="000767E2">
        <w:rPr>
          <w:lang w:val="sv-SE"/>
        </w:rPr>
        <w:t xml:space="preserve"> {{field-on:bible}}Och åter gick han bort och bad och sade samma ord.{{field-off:bible}} [[@</w:t>
      </w:r>
      <w:r w:rsidR="0096445B" w:rsidRPr="000767E2">
        <w:rPr>
          <w:lang w:val="sv-SE"/>
        </w:rPr>
        <w:t>BibleBIBEL82</w:t>
      </w:r>
      <w:r w:rsidRPr="000767E2">
        <w:rPr>
          <w:lang w:val="sv-SE"/>
        </w:rPr>
        <w:t>:Mark 14:40]]</w:t>
      </w:r>
      <w:r w:rsidRPr="000767E2">
        <w:rPr>
          <w:vertAlign w:val="superscript"/>
          <w:lang w:val="sv-SE"/>
        </w:rPr>
        <w:t>40</w:t>
      </w:r>
      <w:r w:rsidRPr="000767E2">
        <w:rPr>
          <w:lang w:val="sv-SE"/>
        </w:rPr>
        <w:t xml:space="preserve"> {{field-on:bible}}Och åter kom han och fann dem sovande. För deras ögon var nedtyngda, och de visste inte vad de skulle svara honom.{{field-off:bible}}</w:t>
      </w:r>
    </w:p>
    <w:p w14:paraId="1F3E3A08" w14:textId="79633725" w:rsidR="00BA33AB" w:rsidRPr="000767E2" w:rsidRDefault="00000000">
      <w:pPr>
        <w:rPr>
          <w:lang w:val="sv-SE"/>
        </w:rPr>
      </w:pPr>
      <w:r w:rsidRPr="000767E2">
        <w:rPr>
          <w:lang w:val="sv-SE"/>
        </w:rPr>
        <w:t>[[@</w:t>
      </w:r>
      <w:r w:rsidR="0096445B" w:rsidRPr="000767E2">
        <w:rPr>
          <w:lang w:val="sv-SE"/>
        </w:rPr>
        <w:t>BibleBIBEL82</w:t>
      </w:r>
      <w:r w:rsidRPr="000767E2">
        <w:rPr>
          <w:lang w:val="sv-SE"/>
        </w:rPr>
        <w:t>:Mark 14:41]]</w:t>
      </w:r>
      <w:r w:rsidRPr="000767E2">
        <w:rPr>
          <w:vertAlign w:val="superscript"/>
          <w:lang w:val="sv-SE"/>
        </w:rPr>
        <w:t>41</w:t>
      </w:r>
      <w:r w:rsidRPr="000767E2">
        <w:rPr>
          <w:lang w:val="sv-SE"/>
        </w:rPr>
        <w:t xml:space="preserve"> {{field-on:bible}}Och han kommer tredje </w:t>
      </w:r>
      <w:r w:rsidRPr="000767E2">
        <w:rPr>
          <w:i/>
          <w:lang w:val="sv-SE"/>
        </w:rPr>
        <w:t>gången</w:t>
      </w:r>
      <w:r w:rsidRPr="000767E2">
        <w:rPr>
          <w:lang w:val="sv-SE"/>
        </w:rPr>
        <w:t xml:space="preserve"> och säger till dem: ”Sov </w:t>
      </w:r>
      <w:r w:rsidRPr="000767E2">
        <w:rPr>
          <w:i/>
          <w:lang w:val="sv-SE"/>
        </w:rPr>
        <w:t>ni</w:t>
      </w:r>
      <w:r w:rsidRPr="000767E2">
        <w:rPr>
          <w:lang w:val="sv-SE"/>
        </w:rPr>
        <w:t xml:space="preserve"> framöver och vila er. Det räcker. Stunden har kommit. Se, </w:t>
      </w:r>
      <w:r w:rsidRPr="000767E2">
        <w:rPr>
          <w:i/>
          <w:lang w:val="sv-SE"/>
        </w:rPr>
        <w:t>nu</w:t>
      </w:r>
      <w:r w:rsidRPr="000767E2">
        <w:rPr>
          <w:lang w:val="sv-SE"/>
        </w:rPr>
        <w:t xml:space="preserve"> utlämnas Människosonen i syndarnas händer.{{field-off:bible}} [[@</w:t>
      </w:r>
      <w:r w:rsidR="0096445B" w:rsidRPr="000767E2">
        <w:rPr>
          <w:lang w:val="sv-SE"/>
        </w:rPr>
        <w:t>BibleBIBEL82</w:t>
      </w:r>
      <w:r w:rsidRPr="000767E2">
        <w:rPr>
          <w:lang w:val="sv-SE"/>
        </w:rPr>
        <w:t>:Mark 14:42]]</w:t>
      </w:r>
      <w:r w:rsidRPr="000767E2">
        <w:rPr>
          <w:vertAlign w:val="superscript"/>
          <w:lang w:val="sv-SE"/>
        </w:rPr>
        <w:t>42</w:t>
      </w:r>
      <w:r w:rsidRPr="000767E2">
        <w:rPr>
          <w:lang w:val="sv-SE"/>
        </w:rPr>
        <w:t xml:space="preserve"> {{field-on:bible}}Res er, låt oss dra. Se: han som utlämnar mig är </w:t>
      </w:r>
      <w:r w:rsidRPr="000767E2">
        <w:rPr>
          <w:i/>
          <w:lang w:val="sv-SE"/>
        </w:rPr>
        <w:t>nu</w:t>
      </w:r>
      <w:r w:rsidRPr="000767E2">
        <w:rPr>
          <w:lang w:val="sv-SE"/>
        </w:rPr>
        <w:t xml:space="preserve"> nära.”{{field-off:bible}}</w:t>
      </w:r>
    </w:p>
    <w:p w14:paraId="314512C2" w14:textId="77777777" w:rsidR="00BA33AB" w:rsidRPr="000767E2" w:rsidRDefault="00000000">
      <w:pPr>
        <w:pStyle w:val="Rubrik3"/>
        <w:rPr>
          <w:lang w:val="sv-SE"/>
        </w:rPr>
      </w:pPr>
      <w:r w:rsidRPr="000767E2">
        <w:rPr>
          <w:lang w:val="sv-SE"/>
        </w:rPr>
        <w:t>Jesus grips</w:t>
      </w:r>
    </w:p>
    <w:p w14:paraId="41ED6BC0" w14:textId="79DD8BEA" w:rsidR="00BA33AB" w:rsidRPr="000767E2" w:rsidRDefault="00000000">
      <w:pPr>
        <w:rPr>
          <w:lang w:val="sv-SE"/>
        </w:rPr>
      </w:pPr>
      <w:r w:rsidRPr="000767E2">
        <w:rPr>
          <w:lang w:val="sv-SE"/>
        </w:rPr>
        <w:t>[[@</w:t>
      </w:r>
      <w:r w:rsidR="0096445B" w:rsidRPr="000767E2">
        <w:rPr>
          <w:lang w:val="sv-SE"/>
        </w:rPr>
        <w:t>BibleBIBEL82</w:t>
      </w:r>
      <w:r w:rsidRPr="000767E2">
        <w:rPr>
          <w:lang w:val="sv-SE"/>
        </w:rPr>
        <w:t>:Mark 14:43]]</w:t>
      </w:r>
      <w:r w:rsidRPr="000767E2">
        <w:rPr>
          <w:vertAlign w:val="superscript"/>
          <w:lang w:val="sv-SE"/>
        </w:rPr>
        <w:t>43</w:t>
      </w:r>
      <w:r w:rsidRPr="000767E2">
        <w:rPr>
          <w:lang w:val="sv-SE"/>
        </w:rPr>
        <w:t xml:space="preserve"> {{field-on:bible}}Och direkt, medan han ännu talar, kommer Judas dit, en av de tolv. Och med honom </w:t>
      </w:r>
      <w:r w:rsidRPr="000767E2">
        <w:rPr>
          <w:i/>
          <w:lang w:val="sv-SE"/>
        </w:rPr>
        <w:t>var</w:t>
      </w:r>
      <w:r w:rsidRPr="000767E2">
        <w:rPr>
          <w:lang w:val="sv-SE"/>
        </w:rPr>
        <w:t xml:space="preserve"> en skara med svärd och påkar från översteprästerna </w:t>
      </w:r>
      <w:r w:rsidRPr="000767E2">
        <w:rPr>
          <w:lang w:val="sv-SE"/>
        </w:rPr>
        <w:lastRenderedPageBreak/>
        <w:t>och de skriftlärda och de äldste.{{field-off:bible}} [[@</w:t>
      </w:r>
      <w:r w:rsidR="0096445B" w:rsidRPr="000767E2">
        <w:rPr>
          <w:lang w:val="sv-SE"/>
        </w:rPr>
        <w:t>BibleBIBEL82</w:t>
      </w:r>
      <w:r w:rsidRPr="000767E2">
        <w:rPr>
          <w:lang w:val="sv-SE"/>
        </w:rPr>
        <w:t>:Mark 14:44]]</w:t>
      </w:r>
      <w:r w:rsidRPr="000767E2">
        <w:rPr>
          <w:vertAlign w:val="superscript"/>
          <w:lang w:val="sv-SE"/>
        </w:rPr>
        <w:t>44</w:t>
      </w:r>
      <w:r w:rsidRPr="000767E2">
        <w:rPr>
          <w:lang w:val="sv-SE"/>
        </w:rPr>
        <w:t xml:space="preserve"> {{field-on:bible}}Och han som utlämnade honom hade gett en signal till dem och sagt: ”Den jag kysser, han är det. Grip honom och för bort säkert.”{{field-off:bible}} [[@</w:t>
      </w:r>
      <w:r w:rsidR="0096445B" w:rsidRPr="000767E2">
        <w:rPr>
          <w:lang w:val="sv-SE"/>
        </w:rPr>
        <w:t>BibleBIBEL82</w:t>
      </w:r>
      <w:r w:rsidRPr="000767E2">
        <w:rPr>
          <w:lang w:val="sv-SE"/>
        </w:rPr>
        <w:t>:Mark 14:45]]</w:t>
      </w:r>
      <w:r w:rsidRPr="000767E2">
        <w:rPr>
          <w:vertAlign w:val="superscript"/>
          <w:lang w:val="sv-SE"/>
        </w:rPr>
        <w:t>45</w:t>
      </w:r>
      <w:r w:rsidRPr="000767E2">
        <w:rPr>
          <w:lang w:val="sv-SE"/>
        </w:rPr>
        <w:t xml:space="preserve"> {{field-on:bible}}Och han kommer, och direkt går han fram till honom och säger: ”Rabbi!”, och kysste honom ömt.{{field-off:bible}} [[@</w:t>
      </w:r>
      <w:r w:rsidR="0096445B" w:rsidRPr="000767E2">
        <w:rPr>
          <w:lang w:val="sv-SE"/>
        </w:rPr>
        <w:t>BibleBIBEL82</w:t>
      </w:r>
      <w:r w:rsidRPr="000767E2">
        <w:rPr>
          <w:lang w:val="sv-SE"/>
        </w:rPr>
        <w:t>:Mark 14:46]]</w:t>
      </w:r>
      <w:r w:rsidRPr="000767E2">
        <w:rPr>
          <w:vertAlign w:val="superscript"/>
          <w:lang w:val="sv-SE"/>
        </w:rPr>
        <w:t>46</w:t>
      </w:r>
      <w:r w:rsidRPr="000767E2">
        <w:rPr>
          <w:lang w:val="sv-SE"/>
        </w:rPr>
        <w:t xml:space="preserve"> {{field-on:bible}}Och de lade händerna på honom och grep honom.{{field-off:bible}}</w:t>
      </w:r>
    </w:p>
    <w:p w14:paraId="4C4B8555" w14:textId="35A2822B" w:rsidR="00BA33AB" w:rsidRPr="000767E2" w:rsidRDefault="00000000">
      <w:pPr>
        <w:rPr>
          <w:lang w:val="sv-SE"/>
        </w:rPr>
      </w:pPr>
      <w:r w:rsidRPr="000767E2">
        <w:rPr>
          <w:lang w:val="sv-SE"/>
        </w:rPr>
        <w:t>[[@</w:t>
      </w:r>
      <w:r w:rsidR="0096445B" w:rsidRPr="000767E2">
        <w:rPr>
          <w:lang w:val="sv-SE"/>
        </w:rPr>
        <w:t>BibleBIBEL82</w:t>
      </w:r>
      <w:r w:rsidRPr="000767E2">
        <w:rPr>
          <w:lang w:val="sv-SE"/>
        </w:rPr>
        <w:t>:Mark 14:47]]</w:t>
      </w:r>
      <w:r w:rsidRPr="000767E2">
        <w:rPr>
          <w:vertAlign w:val="superscript"/>
          <w:lang w:val="sv-SE"/>
        </w:rPr>
        <w:t>47</w:t>
      </w:r>
      <w:r w:rsidRPr="000767E2">
        <w:rPr>
          <w:lang w:val="sv-SE"/>
        </w:rPr>
        <w:t xml:space="preserve"> {{field-on:bible}}Men en viss av dem som stod där drog svärdet och högg till översteprästens fasttjänare och tog bort hans öra.{{field-off:bible}} [[@</w:t>
      </w:r>
      <w:r w:rsidR="0096445B" w:rsidRPr="000767E2">
        <w:rPr>
          <w:lang w:val="sv-SE"/>
        </w:rPr>
        <w:t>BibleBIBEL82</w:t>
      </w:r>
      <w:r w:rsidRPr="000767E2">
        <w:rPr>
          <w:lang w:val="sv-SE"/>
        </w:rPr>
        <w:t>:Mark 14:48]]</w:t>
      </w:r>
      <w:r w:rsidRPr="000767E2">
        <w:rPr>
          <w:vertAlign w:val="superscript"/>
          <w:lang w:val="sv-SE"/>
        </w:rPr>
        <w:t>48</w:t>
      </w:r>
      <w:r w:rsidRPr="000767E2">
        <w:rPr>
          <w:lang w:val="sv-SE"/>
        </w:rPr>
        <w:t xml:space="preserve"> {{field-on:bible}}Och Jesus svarade och sade till dem: ”Som mot en rövare har ni gått ut med svärd och påkar </w:t>
      </w:r>
      <w:r w:rsidRPr="000767E2">
        <w:rPr>
          <w:i/>
          <w:lang w:val="sv-SE"/>
        </w:rPr>
        <w:t>för</w:t>
      </w:r>
      <w:r w:rsidRPr="000767E2">
        <w:rPr>
          <w:lang w:val="sv-SE"/>
        </w:rPr>
        <w:t xml:space="preserve"> att ta fast mig.{{field-off:bible}} [[@</w:t>
      </w:r>
      <w:r w:rsidR="0096445B" w:rsidRPr="000767E2">
        <w:rPr>
          <w:lang w:val="sv-SE"/>
        </w:rPr>
        <w:t>BibleBIBEL82</w:t>
      </w:r>
      <w:r w:rsidRPr="000767E2">
        <w:rPr>
          <w:lang w:val="sv-SE"/>
        </w:rPr>
        <w:t>:Mark 14:49]]</w:t>
      </w:r>
      <w:r w:rsidRPr="000767E2">
        <w:rPr>
          <w:vertAlign w:val="superscript"/>
          <w:lang w:val="sv-SE"/>
        </w:rPr>
        <w:t>49</w:t>
      </w:r>
      <w:r w:rsidRPr="000767E2">
        <w:rPr>
          <w:lang w:val="sv-SE"/>
        </w:rPr>
        <w:t xml:space="preserve"> {{field-on:bible}}Varje dag var jag hos er i templet och undervisade och ni grep mig inte. Men </w:t>
      </w:r>
      <w:r w:rsidRPr="000767E2">
        <w:rPr>
          <w:i/>
          <w:lang w:val="sv-SE"/>
        </w:rPr>
        <w:t>det är</w:t>
      </w:r>
      <w:r w:rsidRPr="000767E2">
        <w:rPr>
          <w:lang w:val="sv-SE"/>
        </w:rPr>
        <w:t xml:space="preserve"> för att Skrifterna ska uppfyllas.”{{field-off:bible}} [[@</w:t>
      </w:r>
      <w:r w:rsidR="0096445B" w:rsidRPr="000767E2">
        <w:rPr>
          <w:lang w:val="sv-SE"/>
        </w:rPr>
        <w:t>BibleBIBEL82</w:t>
      </w:r>
      <w:r w:rsidRPr="000767E2">
        <w:rPr>
          <w:lang w:val="sv-SE"/>
        </w:rPr>
        <w:t>:Mark 14:50]]</w:t>
      </w:r>
      <w:r w:rsidRPr="000767E2">
        <w:rPr>
          <w:vertAlign w:val="superscript"/>
          <w:lang w:val="sv-SE"/>
        </w:rPr>
        <w:t>50</w:t>
      </w:r>
      <w:r w:rsidRPr="000767E2">
        <w:rPr>
          <w:lang w:val="sv-SE"/>
        </w:rPr>
        <w:t xml:space="preserve"> {{field-on:bible}}Och de lämnade honom och flydde alla.{{field-off:bible}}</w:t>
      </w:r>
    </w:p>
    <w:p w14:paraId="0846ECE4" w14:textId="56336B54" w:rsidR="00BA33AB" w:rsidRPr="000767E2" w:rsidRDefault="00000000">
      <w:pPr>
        <w:rPr>
          <w:lang w:val="sv-SE"/>
        </w:rPr>
      </w:pPr>
      <w:r w:rsidRPr="000767E2">
        <w:rPr>
          <w:lang w:val="sv-SE"/>
        </w:rPr>
        <w:t>[[@</w:t>
      </w:r>
      <w:r w:rsidR="0096445B" w:rsidRPr="000767E2">
        <w:rPr>
          <w:lang w:val="sv-SE"/>
        </w:rPr>
        <w:t>BibleBIBEL82</w:t>
      </w:r>
      <w:r w:rsidRPr="000767E2">
        <w:rPr>
          <w:lang w:val="sv-SE"/>
        </w:rPr>
        <w:t>:Mark 14:51]]</w:t>
      </w:r>
      <w:r w:rsidRPr="000767E2">
        <w:rPr>
          <w:vertAlign w:val="superscript"/>
          <w:lang w:val="sv-SE"/>
        </w:rPr>
        <w:t>51</w:t>
      </w:r>
      <w:r w:rsidRPr="000767E2">
        <w:rPr>
          <w:lang w:val="sv-SE"/>
        </w:rPr>
        <w:t xml:space="preserve"> {{field-on:bible}}Och en yngling följde med honom, klädd i ett linnetyg över nakna </w:t>
      </w:r>
      <w:r w:rsidRPr="000767E2">
        <w:rPr>
          <w:i/>
          <w:lang w:val="sv-SE"/>
        </w:rPr>
        <w:t>kroppen</w:t>
      </w:r>
      <w:r w:rsidRPr="000767E2">
        <w:rPr>
          <w:lang w:val="sv-SE"/>
        </w:rPr>
        <w:t>. Och de griper honom,{{field-off:bible}} [[@</w:t>
      </w:r>
      <w:r w:rsidR="0096445B" w:rsidRPr="000767E2">
        <w:rPr>
          <w:lang w:val="sv-SE"/>
        </w:rPr>
        <w:t>BibleBIBEL82</w:t>
      </w:r>
      <w:r w:rsidRPr="000767E2">
        <w:rPr>
          <w:lang w:val="sv-SE"/>
        </w:rPr>
        <w:t>:Mark 14:52]]</w:t>
      </w:r>
      <w:r w:rsidRPr="000767E2">
        <w:rPr>
          <w:vertAlign w:val="superscript"/>
          <w:lang w:val="sv-SE"/>
        </w:rPr>
        <w:t>52</w:t>
      </w:r>
      <w:r w:rsidRPr="000767E2">
        <w:rPr>
          <w:lang w:val="sv-SE"/>
        </w:rPr>
        <w:t xml:space="preserve"> {{field-on:bible}}men han lämnade kvar linnetyget och flydde naken.{{field-off:bible}}</w:t>
      </w:r>
    </w:p>
    <w:p w14:paraId="23FAA698" w14:textId="77777777" w:rsidR="00BA33AB" w:rsidRPr="000767E2" w:rsidRDefault="00000000">
      <w:pPr>
        <w:pStyle w:val="Rubrik3"/>
        <w:rPr>
          <w:lang w:val="sv-SE"/>
        </w:rPr>
      </w:pPr>
      <w:r w:rsidRPr="000767E2">
        <w:rPr>
          <w:lang w:val="sv-SE"/>
        </w:rPr>
        <w:t>Jesus inför Sanhedrin</w:t>
      </w:r>
    </w:p>
    <w:p w14:paraId="61D5DECC" w14:textId="525EAC8B" w:rsidR="00BA33AB" w:rsidRPr="000767E2" w:rsidRDefault="00000000">
      <w:pPr>
        <w:rPr>
          <w:lang w:val="sv-SE"/>
        </w:rPr>
      </w:pPr>
      <w:r w:rsidRPr="000767E2">
        <w:rPr>
          <w:lang w:val="sv-SE"/>
        </w:rPr>
        <w:t>[[@</w:t>
      </w:r>
      <w:r w:rsidR="0096445B" w:rsidRPr="000767E2">
        <w:rPr>
          <w:lang w:val="sv-SE"/>
        </w:rPr>
        <w:t>BibleBIBEL82</w:t>
      </w:r>
      <w:r w:rsidRPr="000767E2">
        <w:rPr>
          <w:lang w:val="sv-SE"/>
        </w:rPr>
        <w:t>:Mark 14:53]]</w:t>
      </w:r>
      <w:r w:rsidRPr="000767E2">
        <w:rPr>
          <w:vertAlign w:val="superscript"/>
          <w:lang w:val="sv-SE"/>
        </w:rPr>
        <w:t>53</w:t>
      </w:r>
      <w:r w:rsidRPr="000767E2">
        <w:rPr>
          <w:lang w:val="sv-SE"/>
        </w:rPr>
        <w:t xml:space="preserve"> {{field-on:bible}}Och de förde bort Jesus till översteprästen, och </w:t>
      </w:r>
      <w:r w:rsidRPr="000767E2">
        <w:rPr>
          <w:i/>
          <w:lang w:val="sv-SE"/>
        </w:rPr>
        <w:t>där</w:t>
      </w:r>
      <w:r w:rsidRPr="000767E2">
        <w:rPr>
          <w:lang w:val="sv-SE"/>
        </w:rPr>
        <w:t xml:space="preserve"> kommer alla översteprästerna och de äldste och de skriftlärda samman.{{field-off:bible}} [[@</w:t>
      </w:r>
      <w:r w:rsidR="0096445B" w:rsidRPr="000767E2">
        <w:rPr>
          <w:lang w:val="sv-SE"/>
        </w:rPr>
        <w:t>BibleBIBEL82</w:t>
      </w:r>
      <w:r w:rsidRPr="000767E2">
        <w:rPr>
          <w:lang w:val="sv-SE"/>
        </w:rPr>
        <w:t>:Mark 14:54]]</w:t>
      </w:r>
      <w:r w:rsidRPr="000767E2">
        <w:rPr>
          <w:vertAlign w:val="superscript"/>
          <w:lang w:val="sv-SE"/>
        </w:rPr>
        <w:t>54</w:t>
      </w:r>
      <w:r w:rsidRPr="000767E2">
        <w:rPr>
          <w:lang w:val="sv-SE"/>
        </w:rPr>
        <w:t xml:space="preserve"> {{field-on:bible}}Och Petrus följde honom långt ifrån, fram till in på översteprästens innergård. Och han var och satt med undertjänarna och värmde sig vid ljuset.{{field-off:bible}}</w:t>
      </w:r>
    </w:p>
    <w:p w14:paraId="64D1202F" w14:textId="7C9798FB" w:rsidR="00BA33AB" w:rsidRPr="000767E2" w:rsidRDefault="00000000">
      <w:pPr>
        <w:rPr>
          <w:lang w:val="sv-SE"/>
        </w:rPr>
      </w:pPr>
      <w:r w:rsidRPr="000767E2">
        <w:rPr>
          <w:lang w:val="sv-SE"/>
        </w:rPr>
        <w:t>[[@</w:t>
      </w:r>
      <w:r w:rsidR="0096445B" w:rsidRPr="000767E2">
        <w:rPr>
          <w:lang w:val="sv-SE"/>
        </w:rPr>
        <w:t>BibleBIBEL82</w:t>
      </w:r>
      <w:r w:rsidRPr="000767E2">
        <w:rPr>
          <w:lang w:val="sv-SE"/>
        </w:rPr>
        <w:t>:Mark 14:55]]</w:t>
      </w:r>
      <w:r w:rsidRPr="000767E2">
        <w:rPr>
          <w:vertAlign w:val="superscript"/>
          <w:lang w:val="sv-SE"/>
        </w:rPr>
        <w:t>55</w:t>
      </w:r>
      <w:r w:rsidRPr="000767E2">
        <w:rPr>
          <w:lang w:val="sv-SE"/>
        </w:rPr>
        <w:t xml:space="preserve"> {{field-on:bible}}Men översteprästerna och hela Sanhedrin sökte mot Jesus ett vittnesbörd för att döda honom, och de fann inte.{{field-off:bible}} [[@</w:t>
      </w:r>
      <w:r w:rsidR="0096445B" w:rsidRPr="000767E2">
        <w:rPr>
          <w:lang w:val="sv-SE"/>
        </w:rPr>
        <w:t>BibleBIBEL82</w:t>
      </w:r>
      <w:r w:rsidRPr="000767E2">
        <w:rPr>
          <w:lang w:val="sv-SE"/>
        </w:rPr>
        <w:t>:Mark 14:56]]</w:t>
      </w:r>
      <w:r w:rsidRPr="000767E2">
        <w:rPr>
          <w:vertAlign w:val="superscript"/>
          <w:lang w:val="sv-SE"/>
        </w:rPr>
        <w:t>56</w:t>
      </w:r>
      <w:r w:rsidRPr="000767E2">
        <w:rPr>
          <w:lang w:val="sv-SE"/>
        </w:rPr>
        <w:t xml:space="preserve"> {{field-on:bible}}Många vittnade nämligen falskt mot honom, och vittnesbörden var inte lika.{{field-off:bible}} [[@</w:t>
      </w:r>
      <w:r w:rsidR="0096445B" w:rsidRPr="000767E2">
        <w:rPr>
          <w:lang w:val="sv-SE"/>
        </w:rPr>
        <w:t>BibleBIBEL82</w:t>
      </w:r>
      <w:r w:rsidRPr="000767E2">
        <w:rPr>
          <w:lang w:val="sv-SE"/>
        </w:rPr>
        <w:t>:Mark 14:57]]</w:t>
      </w:r>
      <w:r w:rsidRPr="000767E2">
        <w:rPr>
          <w:vertAlign w:val="superscript"/>
          <w:lang w:val="sv-SE"/>
        </w:rPr>
        <w:t>57</w:t>
      </w:r>
      <w:r w:rsidRPr="000767E2">
        <w:rPr>
          <w:lang w:val="sv-SE"/>
        </w:rPr>
        <w:t xml:space="preserve"> {{field-on:bible}}Och några stod upp och vittnade falskt mot honom och sade{{field-off:bible}} [[@</w:t>
      </w:r>
      <w:r w:rsidR="0096445B" w:rsidRPr="000767E2">
        <w:rPr>
          <w:lang w:val="sv-SE"/>
        </w:rPr>
        <w:t>BibleBIBEL82</w:t>
      </w:r>
      <w:r w:rsidRPr="000767E2">
        <w:rPr>
          <w:lang w:val="sv-SE"/>
        </w:rPr>
        <w:t>:Mark 14:58]]</w:t>
      </w:r>
      <w:r w:rsidRPr="000767E2">
        <w:rPr>
          <w:vertAlign w:val="superscript"/>
          <w:lang w:val="sv-SE"/>
        </w:rPr>
        <w:t>58</w:t>
      </w:r>
      <w:r w:rsidRPr="000767E2">
        <w:rPr>
          <w:lang w:val="sv-SE"/>
        </w:rPr>
        <w:t xml:space="preserve"> {{field-on:bible}}att: ”Vi har hört honom säga att: Jag ska riva ner denna tempelbyggnad </w:t>
      </w:r>
      <w:r w:rsidRPr="000767E2">
        <w:rPr>
          <w:i/>
          <w:lang w:val="sv-SE"/>
        </w:rPr>
        <w:t>som är</w:t>
      </w:r>
      <w:r w:rsidRPr="000767E2">
        <w:rPr>
          <w:lang w:val="sv-SE"/>
        </w:rPr>
        <w:t xml:space="preserve"> handgjord, och på tre dagar bygga upp en annan icke handgjord.”{{field-off:bible}} [[@</w:t>
      </w:r>
      <w:r w:rsidR="0096445B" w:rsidRPr="000767E2">
        <w:rPr>
          <w:lang w:val="sv-SE"/>
        </w:rPr>
        <w:t>BibleBIBEL82</w:t>
      </w:r>
      <w:r w:rsidRPr="000767E2">
        <w:rPr>
          <w:lang w:val="sv-SE"/>
        </w:rPr>
        <w:t>:Mark 14:59]]</w:t>
      </w:r>
      <w:r w:rsidRPr="000767E2">
        <w:rPr>
          <w:vertAlign w:val="superscript"/>
          <w:lang w:val="sv-SE"/>
        </w:rPr>
        <w:t>59</w:t>
      </w:r>
      <w:r w:rsidRPr="000767E2">
        <w:rPr>
          <w:lang w:val="sv-SE"/>
        </w:rPr>
        <w:t xml:space="preserve"> {{field-on:bible}}Och inte heller så var deras vittnesbörd likt.{{field-off:bible}}</w:t>
      </w:r>
    </w:p>
    <w:p w14:paraId="45CC9061" w14:textId="430272C1" w:rsidR="00BA33AB" w:rsidRPr="000767E2" w:rsidRDefault="00000000">
      <w:pPr>
        <w:rPr>
          <w:lang w:val="sv-SE"/>
        </w:rPr>
      </w:pPr>
      <w:r w:rsidRPr="000767E2">
        <w:rPr>
          <w:lang w:val="sv-SE"/>
        </w:rPr>
        <w:t>[[@</w:t>
      </w:r>
      <w:r w:rsidR="0096445B" w:rsidRPr="000767E2">
        <w:rPr>
          <w:lang w:val="sv-SE"/>
        </w:rPr>
        <w:t>BibleBIBEL82</w:t>
      </w:r>
      <w:r w:rsidRPr="000767E2">
        <w:rPr>
          <w:lang w:val="sv-SE"/>
        </w:rPr>
        <w:t>:Mark 14:60]]</w:t>
      </w:r>
      <w:r w:rsidRPr="000767E2">
        <w:rPr>
          <w:vertAlign w:val="superscript"/>
          <w:lang w:val="sv-SE"/>
        </w:rPr>
        <w:t>60</w:t>
      </w:r>
      <w:r w:rsidRPr="000767E2">
        <w:rPr>
          <w:lang w:val="sv-SE"/>
        </w:rPr>
        <w:t xml:space="preserve"> {{field-on:bible}}Och </w:t>
      </w:r>
      <w:r w:rsidRPr="000767E2">
        <w:rPr>
          <w:i/>
          <w:lang w:val="sv-SE"/>
        </w:rPr>
        <w:t>då</w:t>
      </w:r>
      <w:r w:rsidRPr="000767E2">
        <w:rPr>
          <w:lang w:val="sv-SE"/>
        </w:rPr>
        <w:t xml:space="preserve"> stod översteprästen upp i mitten och frågade Jesus och sade: ”Svarar du inget </w:t>
      </w:r>
      <w:r w:rsidRPr="000767E2">
        <w:rPr>
          <w:i/>
          <w:lang w:val="sv-SE"/>
        </w:rPr>
        <w:t>på</w:t>
      </w:r>
      <w:r w:rsidRPr="000767E2">
        <w:rPr>
          <w:lang w:val="sv-SE"/>
        </w:rPr>
        <w:t xml:space="preserve"> vad dessa vittnar mot dig?”{{field-off:bible}} [[@</w:t>
      </w:r>
      <w:r w:rsidR="0096445B" w:rsidRPr="000767E2">
        <w:rPr>
          <w:lang w:val="sv-SE"/>
        </w:rPr>
        <w:t>BibleBIBEL82</w:t>
      </w:r>
      <w:r w:rsidRPr="000767E2">
        <w:rPr>
          <w:lang w:val="sv-SE"/>
        </w:rPr>
        <w:t>:Mark 14:61]]</w:t>
      </w:r>
      <w:r w:rsidRPr="000767E2">
        <w:rPr>
          <w:vertAlign w:val="superscript"/>
          <w:lang w:val="sv-SE"/>
        </w:rPr>
        <w:t>61</w:t>
      </w:r>
      <w:r w:rsidRPr="000767E2">
        <w:rPr>
          <w:lang w:val="sv-SE"/>
        </w:rPr>
        <w:t xml:space="preserve"> {{field-on:bible}}Men han var tyst och svarade inget. Åter frågade översteprästen honom och säger till honom: ”Du är Kristus, den Välsignades son?”{{field-off:bible}} [[@</w:t>
      </w:r>
      <w:r w:rsidR="0096445B" w:rsidRPr="000767E2">
        <w:rPr>
          <w:lang w:val="sv-SE"/>
        </w:rPr>
        <w:t>BibleBIBEL82</w:t>
      </w:r>
      <w:r w:rsidRPr="000767E2">
        <w:rPr>
          <w:lang w:val="sv-SE"/>
        </w:rPr>
        <w:t>:Mark 14:62]]</w:t>
      </w:r>
      <w:r w:rsidRPr="000767E2">
        <w:rPr>
          <w:vertAlign w:val="superscript"/>
          <w:lang w:val="sv-SE"/>
        </w:rPr>
        <w:t>62</w:t>
      </w:r>
      <w:r w:rsidRPr="000767E2">
        <w:rPr>
          <w:lang w:val="sv-SE"/>
        </w:rPr>
        <w:t xml:space="preserve"> {{field-on:bible}}Och Jesus sade: ”Jag Är. Och ni ska se Människosonen sitta vid Maktens högra </w:t>
      </w:r>
      <w:r w:rsidRPr="000767E2">
        <w:rPr>
          <w:i/>
          <w:lang w:val="sv-SE"/>
        </w:rPr>
        <w:t>sida</w:t>
      </w:r>
      <w:r w:rsidRPr="000767E2">
        <w:rPr>
          <w:lang w:val="sv-SE"/>
        </w:rPr>
        <w:t xml:space="preserve"> och komma med himlens moln.”{{field-off:bible}}</w:t>
      </w:r>
    </w:p>
    <w:p w14:paraId="53CBA2E4" w14:textId="136DD33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14:63]]</w:t>
      </w:r>
      <w:r w:rsidRPr="000767E2">
        <w:rPr>
          <w:vertAlign w:val="superscript"/>
          <w:lang w:val="sv-SE"/>
        </w:rPr>
        <w:t>63</w:t>
      </w:r>
      <w:r w:rsidRPr="000767E2">
        <w:rPr>
          <w:lang w:val="sv-SE"/>
        </w:rPr>
        <w:t xml:space="preserve"> {{field-on:bible}}Och översteprästen rev sönder sina tunikor och säger: ”Vad mer </w:t>
      </w:r>
      <w:r w:rsidRPr="000767E2">
        <w:rPr>
          <w:i/>
          <w:lang w:val="sv-SE"/>
        </w:rPr>
        <w:t>för</w:t>
      </w:r>
      <w:r w:rsidRPr="000767E2">
        <w:rPr>
          <w:lang w:val="sv-SE"/>
        </w:rPr>
        <w:t xml:space="preserve"> behov har vi av vittnen?{{field-off:bible}} [[@</w:t>
      </w:r>
      <w:r w:rsidR="0096445B" w:rsidRPr="000767E2">
        <w:rPr>
          <w:lang w:val="sv-SE"/>
        </w:rPr>
        <w:t>BibleBIBEL82</w:t>
      </w:r>
      <w:r w:rsidRPr="000767E2">
        <w:rPr>
          <w:lang w:val="sv-SE"/>
        </w:rPr>
        <w:t>:Mark 14:64]]</w:t>
      </w:r>
      <w:r w:rsidRPr="000767E2">
        <w:rPr>
          <w:vertAlign w:val="superscript"/>
          <w:lang w:val="sv-SE"/>
        </w:rPr>
        <w:t>64</w:t>
      </w:r>
      <w:r w:rsidRPr="000767E2">
        <w:rPr>
          <w:lang w:val="sv-SE"/>
        </w:rPr>
        <w:t xml:space="preserve"> {{field-on:bible}}Ni har hört hädelsen. Hur syns det för er?” Och alla fördömde de honom </w:t>
      </w:r>
      <w:r w:rsidRPr="000767E2">
        <w:rPr>
          <w:i/>
          <w:lang w:val="sv-SE"/>
        </w:rPr>
        <w:t>till</w:t>
      </w:r>
      <w:r w:rsidRPr="000767E2">
        <w:rPr>
          <w:lang w:val="sv-SE"/>
        </w:rPr>
        <w:t xml:space="preserve"> att vara straffskyldig till döden.{{field-off:bible}} [[@</w:t>
      </w:r>
      <w:r w:rsidR="0096445B" w:rsidRPr="000767E2">
        <w:rPr>
          <w:lang w:val="sv-SE"/>
        </w:rPr>
        <w:t>BibleBIBEL82</w:t>
      </w:r>
      <w:r w:rsidRPr="000767E2">
        <w:rPr>
          <w:lang w:val="sv-SE"/>
        </w:rPr>
        <w:t>:Mark 14:65]]</w:t>
      </w:r>
      <w:r w:rsidRPr="000767E2">
        <w:rPr>
          <w:vertAlign w:val="superscript"/>
          <w:lang w:val="sv-SE"/>
        </w:rPr>
        <w:t>65</w:t>
      </w:r>
      <w:r w:rsidRPr="000767E2">
        <w:rPr>
          <w:lang w:val="sv-SE"/>
        </w:rPr>
        <w:t xml:space="preserve"> {{field-on:bible}}Och några började spotta på honom och täcka över runt hans ansikte och puckla på honom och säga till honom: ”Profetera!” Och undertjänarna tog med örfilar </w:t>
      </w:r>
      <w:r w:rsidRPr="000767E2">
        <w:rPr>
          <w:i/>
          <w:lang w:val="sv-SE"/>
        </w:rPr>
        <w:t>emot</w:t>
      </w:r>
      <w:r w:rsidRPr="000767E2">
        <w:rPr>
          <w:lang w:val="sv-SE"/>
        </w:rPr>
        <w:t xml:space="preserve"> honom.{{field-off:bible}}</w:t>
      </w:r>
    </w:p>
    <w:p w14:paraId="4634F3DF" w14:textId="77777777" w:rsidR="00BA33AB" w:rsidRPr="000767E2" w:rsidRDefault="00000000">
      <w:pPr>
        <w:pStyle w:val="Rubrik3"/>
        <w:rPr>
          <w:lang w:val="sv-SE"/>
        </w:rPr>
      </w:pPr>
      <w:r w:rsidRPr="000767E2">
        <w:rPr>
          <w:lang w:val="sv-SE"/>
        </w:rPr>
        <w:t>Petrus förnekar Jesus</w:t>
      </w:r>
    </w:p>
    <w:p w14:paraId="787C9331" w14:textId="5532BFF9" w:rsidR="00BA33AB" w:rsidRPr="000767E2" w:rsidRDefault="00000000">
      <w:pPr>
        <w:rPr>
          <w:lang w:val="sv-SE"/>
        </w:rPr>
      </w:pPr>
      <w:r w:rsidRPr="000767E2">
        <w:rPr>
          <w:lang w:val="sv-SE"/>
        </w:rPr>
        <w:t>[[@</w:t>
      </w:r>
      <w:r w:rsidR="0096445B" w:rsidRPr="000767E2">
        <w:rPr>
          <w:lang w:val="sv-SE"/>
        </w:rPr>
        <w:t>BibleBIBEL82</w:t>
      </w:r>
      <w:r w:rsidRPr="000767E2">
        <w:rPr>
          <w:lang w:val="sv-SE"/>
        </w:rPr>
        <w:t>:Mark 14:66]]</w:t>
      </w:r>
      <w:r w:rsidRPr="000767E2">
        <w:rPr>
          <w:vertAlign w:val="superscript"/>
          <w:lang w:val="sv-SE"/>
        </w:rPr>
        <w:t>66</w:t>
      </w:r>
      <w:r w:rsidRPr="000767E2">
        <w:rPr>
          <w:lang w:val="sv-SE"/>
        </w:rPr>
        <w:t xml:space="preserve"> {{field-on:bible}}Och medan Petrus är nere på innergården, kommer en av översteprästens tjänsteflickor.{{field-off:bible}} [[@</w:t>
      </w:r>
      <w:r w:rsidR="0096445B" w:rsidRPr="000767E2">
        <w:rPr>
          <w:lang w:val="sv-SE"/>
        </w:rPr>
        <w:t>BibleBIBEL82</w:t>
      </w:r>
      <w:r w:rsidRPr="000767E2">
        <w:rPr>
          <w:lang w:val="sv-SE"/>
        </w:rPr>
        <w:t>:Mark 14:67]]</w:t>
      </w:r>
      <w:r w:rsidRPr="000767E2">
        <w:rPr>
          <w:vertAlign w:val="superscript"/>
          <w:lang w:val="sv-SE"/>
        </w:rPr>
        <w:t>67</w:t>
      </w:r>
      <w:r w:rsidRPr="000767E2">
        <w:rPr>
          <w:lang w:val="sv-SE"/>
        </w:rPr>
        <w:t xml:space="preserve"> {{field-on:bible}}Och när hon ser Petrus värma sig, ser hon på honom och säger: ”Även du var med nazarén Jesus.”{{field-off:bible}} [[@</w:t>
      </w:r>
      <w:r w:rsidR="0096445B" w:rsidRPr="000767E2">
        <w:rPr>
          <w:lang w:val="sv-SE"/>
        </w:rPr>
        <w:t>BibleBIBEL82</w:t>
      </w:r>
      <w:r w:rsidRPr="000767E2">
        <w:rPr>
          <w:lang w:val="sv-SE"/>
        </w:rPr>
        <w:t>:Mark 14:68]]</w:t>
      </w:r>
      <w:r w:rsidRPr="000767E2">
        <w:rPr>
          <w:vertAlign w:val="superscript"/>
          <w:lang w:val="sv-SE"/>
        </w:rPr>
        <w:t>68</w:t>
      </w:r>
      <w:r w:rsidRPr="000767E2">
        <w:rPr>
          <w:lang w:val="sv-SE"/>
        </w:rPr>
        <w:t xml:space="preserve"> {{field-on:bible}}Men han nekade och sade: ”Jag varken förstår eller vet vad du säger.” Och han gick ut utanför till yttergården, och en tupp gol.{{field-off:bible}}</w:t>
      </w:r>
    </w:p>
    <w:p w14:paraId="5E27AF31" w14:textId="72D6AED5" w:rsidR="00BA33AB" w:rsidRPr="000767E2" w:rsidRDefault="00000000">
      <w:pPr>
        <w:rPr>
          <w:lang w:val="sv-SE"/>
        </w:rPr>
      </w:pPr>
      <w:r w:rsidRPr="000767E2">
        <w:rPr>
          <w:lang w:val="sv-SE"/>
        </w:rPr>
        <w:t>[[@</w:t>
      </w:r>
      <w:r w:rsidR="0096445B" w:rsidRPr="000767E2">
        <w:rPr>
          <w:lang w:val="sv-SE"/>
        </w:rPr>
        <w:t>BibleBIBEL82</w:t>
      </w:r>
      <w:r w:rsidRPr="000767E2">
        <w:rPr>
          <w:lang w:val="sv-SE"/>
        </w:rPr>
        <w:t>:Mark 14:69]]</w:t>
      </w:r>
      <w:r w:rsidRPr="000767E2">
        <w:rPr>
          <w:vertAlign w:val="superscript"/>
          <w:lang w:val="sv-SE"/>
        </w:rPr>
        <w:t>69</w:t>
      </w:r>
      <w:r w:rsidRPr="000767E2">
        <w:rPr>
          <w:lang w:val="sv-SE"/>
        </w:rPr>
        <w:t xml:space="preserve"> {{field-on:bible}}Och tjänsteflickan såg honom, och började åter säga till dem som stod där att: ”Den där är </w:t>
      </w:r>
      <w:r w:rsidRPr="000767E2">
        <w:rPr>
          <w:i/>
          <w:lang w:val="sv-SE"/>
        </w:rPr>
        <w:t>en</w:t>
      </w:r>
      <w:r w:rsidRPr="000767E2">
        <w:rPr>
          <w:lang w:val="sv-SE"/>
        </w:rPr>
        <w:t xml:space="preserve"> av dem.”{{field-off:bible}} [[@</w:t>
      </w:r>
      <w:r w:rsidR="0096445B" w:rsidRPr="000767E2">
        <w:rPr>
          <w:lang w:val="sv-SE"/>
        </w:rPr>
        <w:t>BibleBIBEL82</w:t>
      </w:r>
      <w:r w:rsidRPr="000767E2">
        <w:rPr>
          <w:lang w:val="sv-SE"/>
        </w:rPr>
        <w:t>:Mark 14:70]]</w:t>
      </w:r>
      <w:r w:rsidRPr="000767E2">
        <w:rPr>
          <w:vertAlign w:val="superscript"/>
          <w:lang w:val="sv-SE"/>
        </w:rPr>
        <w:t>70</w:t>
      </w:r>
      <w:r w:rsidRPr="000767E2">
        <w:rPr>
          <w:lang w:val="sv-SE"/>
        </w:rPr>
        <w:t xml:space="preserve"> {{field-on:bible}}Men åter nekade han. Och efter </w:t>
      </w:r>
      <w:r w:rsidRPr="000767E2">
        <w:rPr>
          <w:i/>
          <w:lang w:val="sv-SE"/>
        </w:rPr>
        <w:t>en</w:t>
      </w:r>
      <w:r w:rsidRPr="000767E2">
        <w:rPr>
          <w:lang w:val="sv-SE"/>
        </w:rPr>
        <w:t xml:space="preserve"> liten </w:t>
      </w:r>
      <w:r w:rsidRPr="000767E2">
        <w:rPr>
          <w:i/>
          <w:lang w:val="sv-SE"/>
        </w:rPr>
        <w:t>stund</w:t>
      </w:r>
      <w:r w:rsidRPr="000767E2">
        <w:rPr>
          <w:lang w:val="sv-SE"/>
        </w:rPr>
        <w:t xml:space="preserve"> sade åter de som stod där till Petrus: ”Sannerligen är du </w:t>
      </w:r>
      <w:r w:rsidRPr="000767E2">
        <w:rPr>
          <w:i/>
          <w:lang w:val="sv-SE"/>
        </w:rPr>
        <w:t>en</w:t>
      </w:r>
      <w:r w:rsidRPr="000767E2">
        <w:rPr>
          <w:lang w:val="sv-SE"/>
        </w:rPr>
        <w:t xml:space="preserve"> av dem. Och du är ju galilé.”{{field-off:bible}} [[@</w:t>
      </w:r>
      <w:r w:rsidR="0096445B" w:rsidRPr="000767E2">
        <w:rPr>
          <w:lang w:val="sv-SE"/>
        </w:rPr>
        <w:t>BibleBIBEL82</w:t>
      </w:r>
      <w:r w:rsidRPr="000767E2">
        <w:rPr>
          <w:lang w:val="sv-SE"/>
        </w:rPr>
        <w:t>:Mark 14:71]]</w:t>
      </w:r>
      <w:r w:rsidRPr="000767E2">
        <w:rPr>
          <w:vertAlign w:val="superscript"/>
          <w:lang w:val="sv-SE"/>
        </w:rPr>
        <w:t>71</w:t>
      </w:r>
      <w:r w:rsidRPr="000767E2">
        <w:rPr>
          <w:lang w:val="sv-SE"/>
        </w:rPr>
        <w:t xml:space="preserve"> {{field-on:bible}}Men han började sätta upp förbannelser och svära att: ”Jag känner inte den där människan som ni säger!”{{field-off:bible}} [[@</w:t>
      </w:r>
      <w:r w:rsidR="0096445B" w:rsidRPr="000767E2">
        <w:rPr>
          <w:lang w:val="sv-SE"/>
        </w:rPr>
        <w:t>BibleBIBEL82</w:t>
      </w:r>
      <w:r w:rsidRPr="000767E2">
        <w:rPr>
          <w:lang w:val="sv-SE"/>
        </w:rPr>
        <w:t>:Mark 14:72]]</w:t>
      </w:r>
      <w:r w:rsidRPr="000767E2">
        <w:rPr>
          <w:vertAlign w:val="superscript"/>
          <w:lang w:val="sv-SE"/>
        </w:rPr>
        <w:t>72</w:t>
      </w:r>
      <w:r w:rsidRPr="000767E2">
        <w:rPr>
          <w:lang w:val="sv-SE"/>
        </w:rPr>
        <w:t xml:space="preserve"> {{field-on:bible}}Och direkt, en andra </w:t>
      </w:r>
      <w:r w:rsidRPr="000767E2">
        <w:rPr>
          <w:i/>
          <w:lang w:val="sv-SE"/>
        </w:rPr>
        <w:t>gång</w:t>
      </w:r>
      <w:r w:rsidRPr="000767E2">
        <w:rPr>
          <w:lang w:val="sv-SE"/>
        </w:rPr>
        <w:t>, gol en tupp.{{field-off:bible}}</w:t>
      </w:r>
    </w:p>
    <w:p w14:paraId="3378D653" w14:textId="77777777" w:rsidR="00BA33AB" w:rsidRPr="000767E2" w:rsidRDefault="00000000">
      <w:pPr>
        <w:rPr>
          <w:lang w:val="sv-SE"/>
        </w:rPr>
      </w:pPr>
      <w:r w:rsidRPr="000767E2">
        <w:rPr>
          <w:lang w:val="sv-SE"/>
        </w:rPr>
        <w:t xml:space="preserve">{{field-on:bible}}Och </w:t>
      </w:r>
      <w:r w:rsidRPr="000767E2">
        <w:rPr>
          <w:i/>
          <w:lang w:val="sv-SE"/>
        </w:rPr>
        <w:t>då</w:t>
      </w:r>
      <w:r w:rsidRPr="000767E2">
        <w:rPr>
          <w:lang w:val="sv-SE"/>
        </w:rPr>
        <w:t xml:space="preserve"> kom Petrus ihåg ordet, hur Jesus sagt honom att: ”Innan tuppen gal två gånger, ska du tre gånger förneka mig.” Och han satte igång och grät.{{field-off:bible}}</w:t>
      </w:r>
    </w:p>
    <w:p w14:paraId="3DC2FABB" w14:textId="200206D0"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15]]Kapitel 15</w:t>
      </w:r>
    </w:p>
    <w:p w14:paraId="7C19A3D5" w14:textId="77777777" w:rsidR="00BA33AB" w:rsidRPr="000767E2" w:rsidRDefault="00000000">
      <w:pPr>
        <w:pStyle w:val="Rubrik3"/>
        <w:rPr>
          <w:lang w:val="sv-SE"/>
        </w:rPr>
      </w:pPr>
      <w:r w:rsidRPr="000767E2">
        <w:rPr>
          <w:lang w:val="sv-SE"/>
        </w:rPr>
        <w:t>Jesus inför Pilatus</w:t>
      </w:r>
    </w:p>
    <w:p w14:paraId="7EAF22A7" w14:textId="18F1953A" w:rsidR="00BA33AB" w:rsidRPr="000767E2" w:rsidRDefault="00000000">
      <w:pPr>
        <w:rPr>
          <w:lang w:val="sv-SE"/>
        </w:rPr>
      </w:pPr>
      <w:r w:rsidRPr="000767E2">
        <w:rPr>
          <w:lang w:val="sv-SE"/>
        </w:rPr>
        <w:t>[[@</w:t>
      </w:r>
      <w:r w:rsidR="0096445B" w:rsidRPr="000767E2">
        <w:rPr>
          <w:lang w:val="sv-SE"/>
        </w:rPr>
        <w:t>BibleBIBEL82</w:t>
      </w:r>
      <w:r w:rsidRPr="000767E2">
        <w:rPr>
          <w:lang w:val="sv-SE"/>
        </w:rPr>
        <w:t>:Mark 15:1]]</w:t>
      </w:r>
      <w:r w:rsidRPr="000767E2">
        <w:rPr>
          <w:vertAlign w:val="superscript"/>
          <w:lang w:val="sv-SE"/>
        </w:rPr>
        <w:t>1</w:t>
      </w:r>
      <w:r w:rsidRPr="000767E2">
        <w:rPr>
          <w:lang w:val="sv-SE"/>
        </w:rPr>
        <w:t xml:space="preserve"> {{field-on:bible}}Och direkt på morgonen gjorde översteprästerna ett beslut med de äldste och skriftlärda och hela Sanhedrin, </w:t>
      </w:r>
      <w:r w:rsidRPr="000767E2">
        <w:rPr>
          <w:i/>
          <w:lang w:val="sv-SE"/>
        </w:rPr>
        <w:t>och</w:t>
      </w:r>
      <w:r w:rsidRPr="000767E2">
        <w:rPr>
          <w:lang w:val="sv-SE"/>
        </w:rPr>
        <w:t xml:space="preserve"> de band Jesus och förde bort och utlämnade åt Pilatus.{{field-off:bible}}</w:t>
      </w:r>
    </w:p>
    <w:p w14:paraId="1FD15FAC" w14:textId="0762B400" w:rsidR="00BA33AB" w:rsidRPr="000767E2" w:rsidRDefault="00000000">
      <w:pPr>
        <w:rPr>
          <w:lang w:val="sv-SE"/>
        </w:rPr>
      </w:pPr>
      <w:r w:rsidRPr="000767E2">
        <w:rPr>
          <w:lang w:val="sv-SE"/>
        </w:rPr>
        <w:t>[[@</w:t>
      </w:r>
      <w:r w:rsidR="0096445B" w:rsidRPr="000767E2">
        <w:rPr>
          <w:lang w:val="sv-SE"/>
        </w:rPr>
        <w:t>BibleBIBEL82</w:t>
      </w:r>
      <w:r w:rsidRPr="000767E2">
        <w:rPr>
          <w:lang w:val="sv-SE"/>
        </w:rPr>
        <w:t>:Mark 15:2]]</w:t>
      </w:r>
      <w:r w:rsidRPr="000767E2">
        <w:rPr>
          <w:vertAlign w:val="superscript"/>
          <w:lang w:val="sv-SE"/>
        </w:rPr>
        <w:t>2</w:t>
      </w:r>
      <w:r w:rsidRPr="000767E2">
        <w:rPr>
          <w:lang w:val="sv-SE"/>
        </w:rPr>
        <w:t xml:space="preserve"> {{field-on:bible}}Och </w:t>
      </w:r>
      <w:r w:rsidRPr="000767E2">
        <w:rPr>
          <w:i/>
          <w:lang w:val="sv-SE"/>
        </w:rPr>
        <w:t>då</w:t>
      </w:r>
      <w:r w:rsidRPr="000767E2">
        <w:rPr>
          <w:lang w:val="sv-SE"/>
        </w:rPr>
        <w:t xml:space="preserve"> frågade honom Pilatus: ”Du är judarnas kung?” Och han svarar honom och säger: ”Du säger </w:t>
      </w:r>
      <w:r w:rsidRPr="000767E2">
        <w:rPr>
          <w:i/>
          <w:lang w:val="sv-SE"/>
        </w:rPr>
        <w:t>det</w:t>
      </w:r>
      <w:r w:rsidRPr="000767E2">
        <w:rPr>
          <w:lang w:val="sv-SE"/>
        </w:rPr>
        <w:t>.”{{field-off:bible}} [[@</w:t>
      </w:r>
      <w:r w:rsidR="0096445B" w:rsidRPr="000767E2">
        <w:rPr>
          <w:lang w:val="sv-SE"/>
        </w:rPr>
        <w:t>BibleBIBEL82</w:t>
      </w:r>
      <w:r w:rsidRPr="000767E2">
        <w:rPr>
          <w:lang w:val="sv-SE"/>
        </w:rPr>
        <w:t>:Mark 15:3]]</w:t>
      </w:r>
      <w:r w:rsidRPr="000767E2">
        <w:rPr>
          <w:vertAlign w:val="superscript"/>
          <w:lang w:val="sv-SE"/>
        </w:rPr>
        <w:t>3</w:t>
      </w:r>
      <w:r w:rsidRPr="000767E2">
        <w:rPr>
          <w:lang w:val="sv-SE"/>
        </w:rPr>
        <w:t xml:space="preserve"> {{field-on:bible}}Och </w:t>
      </w:r>
      <w:r w:rsidRPr="000767E2">
        <w:rPr>
          <w:i/>
          <w:lang w:val="sv-SE"/>
        </w:rPr>
        <w:t>nu</w:t>
      </w:r>
      <w:r w:rsidRPr="000767E2">
        <w:rPr>
          <w:lang w:val="sv-SE"/>
        </w:rPr>
        <w:t xml:space="preserve"> anklagade honom översteprästerna mycket,{{field-off:bible}} [[@</w:t>
      </w:r>
      <w:r w:rsidR="0096445B" w:rsidRPr="000767E2">
        <w:rPr>
          <w:lang w:val="sv-SE"/>
        </w:rPr>
        <w:t>BibleBIBEL82</w:t>
      </w:r>
      <w:r w:rsidRPr="000767E2">
        <w:rPr>
          <w:lang w:val="sv-SE"/>
        </w:rPr>
        <w:t>:Mark 15:4]]</w:t>
      </w:r>
      <w:r w:rsidRPr="000767E2">
        <w:rPr>
          <w:vertAlign w:val="superscript"/>
          <w:lang w:val="sv-SE"/>
        </w:rPr>
        <w:t>4</w:t>
      </w:r>
      <w:r w:rsidRPr="000767E2">
        <w:rPr>
          <w:lang w:val="sv-SE"/>
        </w:rPr>
        <w:t xml:space="preserve"> {{field-on:bible}}och Pilatus frågade honom åter och sade: ”Svarar du inget? Se hur mycket de anklagar dig.”{{field-off:bible}} [[@</w:t>
      </w:r>
      <w:r w:rsidR="0096445B" w:rsidRPr="000767E2">
        <w:rPr>
          <w:lang w:val="sv-SE"/>
        </w:rPr>
        <w:t>BibleBIBEL82</w:t>
      </w:r>
      <w:r w:rsidRPr="000767E2">
        <w:rPr>
          <w:lang w:val="sv-SE"/>
        </w:rPr>
        <w:t>:Mark 15:5]]</w:t>
      </w:r>
      <w:r w:rsidRPr="000767E2">
        <w:rPr>
          <w:vertAlign w:val="superscript"/>
          <w:lang w:val="sv-SE"/>
        </w:rPr>
        <w:t>5</w:t>
      </w:r>
      <w:r w:rsidRPr="000767E2">
        <w:rPr>
          <w:lang w:val="sv-SE"/>
        </w:rPr>
        <w:t xml:space="preserve"> {{field-on:bible}}Men Jesus svarade inte längre något, så att Pilatus var förundrad.{{field-off:bible}}</w:t>
      </w:r>
    </w:p>
    <w:p w14:paraId="3E501ED4" w14:textId="26E1B77D" w:rsidR="00BA33AB" w:rsidRPr="000767E2" w:rsidRDefault="00000000">
      <w:pPr>
        <w:rPr>
          <w:lang w:val="sv-SE"/>
        </w:rPr>
      </w:pPr>
      <w:r w:rsidRPr="000767E2">
        <w:rPr>
          <w:lang w:val="sv-SE"/>
        </w:rPr>
        <w:t>[[@</w:t>
      </w:r>
      <w:r w:rsidR="0096445B" w:rsidRPr="000767E2">
        <w:rPr>
          <w:lang w:val="sv-SE"/>
        </w:rPr>
        <w:t>BibleBIBEL82</w:t>
      </w:r>
      <w:r w:rsidRPr="000767E2">
        <w:rPr>
          <w:lang w:val="sv-SE"/>
        </w:rPr>
        <w:t>:Mark 15:6]]</w:t>
      </w:r>
      <w:r w:rsidRPr="000767E2">
        <w:rPr>
          <w:vertAlign w:val="superscript"/>
          <w:lang w:val="sv-SE"/>
        </w:rPr>
        <w:t>6</w:t>
      </w:r>
      <w:r w:rsidRPr="000767E2">
        <w:rPr>
          <w:lang w:val="sv-SE"/>
        </w:rPr>
        <w:t xml:space="preserve"> {{field-on:bible}}Men varje högtid </w:t>
      </w:r>
      <w:r w:rsidRPr="000767E2">
        <w:rPr>
          <w:i/>
          <w:lang w:val="sv-SE"/>
        </w:rPr>
        <w:t>brukade</w:t>
      </w:r>
      <w:r w:rsidRPr="000767E2">
        <w:rPr>
          <w:lang w:val="sv-SE"/>
        </w:rPr>
        <w:t xml:space="preserve"> han frige åt dem en fånge, den de undanbad.{{field-off:bible}} [[@</w:t>
      </w:r>
      <w:r w:rsidR="0096445B" w:rsidRPr="000767E2">
        <w:rPr>
          <w:lang w:val="sv-SE"/>
        </w:rPr>
        <w:t>BibleBIBEL82</w:t>
      </w:r>
      <w:r w:rsidRPr="000767E2">
        <w:rPr>
          <w:lang w:val="sv-SE"/>
        </w:rPr>
        <w:t>:Mark 15:7]]</w:t>
      </w:r>
      <w:r w:rsidRPr="000767E2">
        <w:rPr>
          <w:vertAlign w:val="superscript"/>
          <w:lang w:val="sv-SE"/>
        </w:rPr>
        <w:t>7</w:t>
      </w:r>
      <w:r w:rsidRPr="000767E2">
        <w:rPr>
          <w:lang w:val="sv-SE"/>
        </w:rPr>
        <w:t xml:space="preserve"> {{field-</w:t>
      </w:r>
      <w:r w:rsidRPr="000767E2">
        <w:rPr>
          <w:lang w:val="sv-SE"/>
        </w:rPr>
        <w:lastRenderedPageBreak/>
        <w:t xml:space="preserve">on:bible}}Och </w:t>
      </w:r>
      <w:r w:rsidRPr="000767E2">
        <w:rPr>
          <w:i/>
          <w:lang w:val="sv-SE"/>
        </w:rPr>
        <w:t>det</w:t>
      </w:r>
      <w:r w:rsidRPr="000767E2">
        <w:rPr>
          <w:lang w:val="sv-SE"/>
        </w:rPr>
        <w:t xml:space="preserve"> fanns den som kallades Barabbas, fängslad med upprorsmakarna som under upproret hade gjort mord.{{field-off:bible}} [[@</w:t>
      </w:r>
      <w:r w:rsidR="0096445B" w:rsidRPr="000767E2">
        <w:rPr>
          <w:lang w:val="sv-SE"/>
        </w:rPr>
        <w:t>BibleBIBEL82</w:t>
      </w:r>
      <w:r w:rsidRPr="000767E2">
        <w:rPr>
          <w:lang w:val="sv-SE"/>
        </w:rPr>
        <w:t>:Mark 15:8]]</w:t>
      </w:r>
      <w:r w:rsidRPr="000767E2">
        <w:rPr>
          <w:vertAlign w:val="superscript"/>
          <w:lang w:val="sv-SE"/>
        </w:rPr>
        <w:t>8</w:t>
      </w:r>
      <w:r w:rsidRPr="000767E2">
        <w:rPr>
          <w:lang w:val="sv-SE"/>
        </w:rPr>
        <w:t xml:space="preserve"> {{field-on:bible}}Och upp kom skaran och började begära så som han </w:t>
      </w:r>
      <w:r w:rsidRPr="000767E2">
        <w:rPr>
          <w:i/>
          <w:lang w:val="sv-SE"/>
        </w:rPr>
        <w:t>brukade</w:t>
      </w:r>
      <w:r w:rsidRPr="000767E2">
        <w:rPr>
          <w:lang w:val="sv-SE"/>
        </w:rPr>
        <w:t xml:space="preserve"> göra för dem,{{field-off:bible}} [[@</w:t>
      </w:r>
      <w:r w:rsidR="0096445B" w:rsidRPr="000767E2">
        <w:rPr>
          <w:lang w:val="sv-SE"/>
        </w:rPr>
        <w:t>BibleBIBEL82</w:t>
      </w:r>
      <w:r w:rsidRPr="000767E2">
        <w:rPr>
          <w:lang w:val="sv-SE"/>
        </w:rPr>
        <w:t>:Mark 15:9]]</w:t>
      </w:r>
      <w:r w:rsidRPr="000767E2">
        <w:rPr>
          <w:vertAlign w:val="superscript"/>
          <w:lang w:val="sv-SE"/>
        </w:rPr>
        <w:t>9</w:t>
      </w:r>
      <w:r w:rsidRPr="000767E2">
        <w:rPr>
          <w:lang w:val="sv-SE"/>
        </w:rPr>
        <w:t xml:space="preserve"> {{field-on:bible}}och Pilatus svarade dem och sade: ”Vill ni att jag friger åt er judarnas kung?”{{field-off:bible}} [[@</w:t>
      </w:r>
      <w:r w:rsidR="0096445B" w:rsidRPr="000767E2">
        <w:rPr>
          <w:lang w:val="sv-SE"/>
        </w:rPr>
        <w:t>BibleBIBEL82</w:t>
      </w:r>
      <w:r w:rsidRPr="000767E2">
        <w:rPr>
          <w:lang w:val="sv-SE"/>
        </w:rPr>
        <w:t>:Mark 15:10]]</w:t>
      </w:r>
      <w:r w:rsidRPr="000767E2">
        <w:rPr>
          <w:vertAlign w:val="superscript"/>
          <w:lang w:val="sv-SE"/>
        </w:rPr>
        <w:t>10</w:t>
      </w:r>
      <w:r w:rsidRPr="000767E2">
        <w:rPr>
          <w:lang w:val="sv-SE"/>
        </w:rPr>
        <w:t xml:space="preserve"> {{field-on:bible}}För han förstod att </w:t>
      </w:r>
      <w:r w:rsidRPr="000767E2">
        <w:rPr>
          <w:i/>
          <w:lang w:val="sv-SE"/>
        </w:rPr>
        <w:t>det var</w:t>
      </w:r>
      <w:r w:rsidRPr="000767E2">
        <w:rPr>
          <w:lang w:val="sv-SE"/>
        </w:rPr>
        <w:t xml:space="preserve"> av avund översteprästerna hade utlämnat honom.{{field-off:bible}}</w:t>
      </w:r>
    </w:p>
    <w:p w14:paraId="22BB8096" w14:textId="367EA06F" w:rsidR="00BA33AB" w:rsidRPr="000767E2" w:rsidRDefault="00000000">
      <w:pPr>
        <w:rPr>
          <w:lang w:val="sv-SE"/>
        </w:rPr>
      </w:pPr>
      <w:r w:rsidRPr="000767E2">
        <w:rPr>
          <w:lang w:val="sv-SE"/>
        </w:rPr>
        <w:t>[[@</w:t>
      </w:r>
      <w:r w:rsidR="0096445B" w:rsidRPr="000767E2">
        <w:rPr>
          <w:lang w:val="sv-SE"/>
        </w:rPr>
        <w:t>BibleBIBEL82</w:t>
      </w:r>
      <w:r w:rsidRPr="000767E2">
        <w:rPr>
          <w:lang w:val="sv-SE"/>
        </w:rPr>
        <w:t>:Mark 15:11]]</w:t>
      </w:r>
      <w:r w:rsidRPr="000767E2">
        <w:rPr>
          <w:vertAlign w:val="superscript"/>
          <w:lang w:val="sv-SE"/>
        </w:rPr>
        <w:t>11</w:t>
      </w:r>
      <w:r w:rsidRPr="000767E2">
        <w:rPr>
          <w:lang w:val="sv-SE"/>
        </w:rPr>
        <w:t xml:space="preserve"> {{field-on:bible}}Men översteprästerna hetsade skaran för att han snarare skulle frige Barabbas åt dem.{{field-off:bible}} [[@</w:t>
      </w:r>
      <w:r w:rsidR="0096445B" w:rsidRPr="000767E2">
        <w:rPr>
          <w:lang w:val="sv-SE"/>
        </w:rPr>
        <w:t>BibleBIBEL82</w:t>
      </w:r>
      <w:r w:rsidRPr="000767E2">
        <w:rPr>
          <w:lang w:val="sv-SE"/>
        </w:rPr>
        <w:t>:Mark 15:12]]</w:t>
      </w:r>
      <w:r w:rsidRPr="000767E2">
        <w:rPr>
          <w:vertAlign w:val="superscript"/>
          <w:lang w:val="sv-SE"/>
        </w:rPr>
        <w:t>12</w:t>
      </w:r>
      <w:r w:rsidRPr="000767E2">
        <w:rPr>
          <w:lang w:val="sv-SE"/>
        </w:rPr>
        <w:t xml:space="preserve"> {{field-on:bible}}Och Pilatus svarade åter och sade till dem: ”Vad ska jag då göra </w:t>
      </w:r>
      <w:r w:rsidRPr="000767E2">
        <w:rPr>
          <w:i/>
          <w:lang w:val="sv-SE"/>
        </w:rPr>
        <w:t>med</w:t>
      </w:r>
      <w:r w:rsidRPr="000767E2">
        <w:rPr>
          <w:lang w:val="sv-SE"/>
        </w:rPr>
        <w:t xml:space="preserve"> honom som ni kallar judarnas kung?”{{field-off:bible}} [[@</w:t>
      </w:r>
      <w:r w:rsidR="0096445B" w:rsidRPr="000767E2">
        <w:rPr>
          <w:lang w:val="sv-SE"/>
        </w:rPr>
        <w:t>BibleBIBEL82</w:t>
      </w:r>
      <w:r w:rsidRPr="000767E2">
        <w:rPr>
          <w:lang w:val="sv-SE"/>
        </w:rPr>
        <w:t>:Mark 15:13]]</w:t>
      </w:r>
      <w:r w:rsidRPr="000767E2">
        <w:rPr>
          <w:vertAlign w:val="superscript"/>
          <w:lang w:val="sv-SE"/>
        </w:rPr>
        <w:t>13</w:t>
      </w:r>
      <w:r w:rsidRPr="000767E2">
        <w:rPr>
          <w:lang w:val="sv-SE"/>
        </w:rPr>
        <w:t xml:space="preserve"> {{field-on:bible}}Och åter skrek de: ”Korsfäst honom!”{{field-off:bible}} [[@</w:t>
      </w:r>
      <w:r w:rsidR="0096445B" w:rsidRPr="000767E2">
        <w:rPr>
          <w:lang w:val="sv-SE"/>
        </w:rPr>
        <w:t>BibleBIBEL82</w:t>
      </w:r>
      <w:r w:rsidRPr="000767E2">
        <w:rPr>
          <w:lang w:val="sv-SE"/>
        </w:rPr>
        <w:t>:Mark 15:14]]</w:t>
      </w:r>
      <w:r w:rsidRPr="000767E2">
        <w:rPr>
          <w:vertAlign w:val="superscript"/>
          <w:lang w:val="sv-SE"/>
        </w:rPr>
        <w:t>14</w:t>
      </w:r>
      <w:r w:rsidRPr="000767E2">
        <w:rPr>
          <w:lang w:val="sv-SE"/>
        </w:rPr>
        <w:t xml:space="preserve"> {{field-on:bible}}Men Pilatus sade till dem: ”Vad har han då gjort </w:t>
      </w:r>
      <w:r w:rsidRPr="000767E2">
        <w:rPr>
          <w:i/>
          <w:lang w:val="sv-SE"/>
        </w:rPr>
        <w:t>för</w:t>
      </w:r>
      <w:r w:rsidRPr="000767E2">
        <w:rPr>
          <w:lang w:val="sv-SE"/>
        </w:rPr>
        <w:t xml:space="preserve"> ont?” Men ännu mer skrek de: ”Korsfäst honom!”{{field-off:bible}} [[@</w:t>
      </w:r>
      <w:r w:rsidR="0096445B" w:rsidRPr="000767E2">
        <w:rPr>
          <w:lang w:val="sv-SE"/>
        </w:rPr>
        <w:t>BibleBIBEL82</w:t>
      </w:r>
      <w:r w:rsidRPr="000767E2">
        <w:rPr>
          <w:lang w:val="sv-SE"/>
        </w:rPr>
        <w:t>:Mark 15:15]]</w:t>
      </w:r>
      <w:r w:rsidRPr="000767E2">
        <w:rPr>
          <w:vertAlign w:val="superscript"/>
          <w:lang w:val="sv-SE"/>
        </w:rPr>
        <w:t>15</w:t>
      </w:r>
      <w:r w:rsidRPr="000767E2">
        <w:rPr>
          <w:lang w:val="sv-SE"/>
        </w:rPr>
        <w:t xml:space="preserve"> {{field-on:bible}}Och Pilatus, som önskade göra för skaran det </w:t>
      </w:r>
      <w:r w:rsidRPr="000767E2">
        <w:rPr>
          <w:i/>
          <w:lang w:val="sv-SE"/>
        </w:rPr>
        <w:t>som var</w:t>
      </w:r>
      <w:r w:rsidRPr="000767E2">
        <w:rPr>
          <w:lang w:val="sv-SE"/>
        </w:rPr>
        <w:t xml:space="preserve"> nog, frigav åt dem Barabbas. Och han utlämnade Jesus och gisslade </w:t>
      </w:r>
      <w:r w:rsidRPr="000767E2">
        <w:rPr>
          <w:i/>
          <w:lang w:val="sv-SE"/>
        </w:rPr>
        <w:t>honom</w:t>
      </w:r>
      <w:r w:rsidRPr="000767E2">
        <w:rPr>
          <w:lang w:val="sv-SE"/>
        </w:rPr>
        <w:t xml:space="preserve"> för att korsfästas.{{field-off:bible}}</w:t>
      </w:r>
    </w:p>
    <w:p w14:paraId="0E40BE9B" w14:textId="77777777" w:rsidR="00BA33AB" w:rsidRPr="000767E2" w:rsidRDefault="00000000">
      <w:pPr>
        <w:pStyle w:val="Rubrik3"/>
        <w:rPr>
          <w:lang w:val="sv-SE"/>
        </w:rPr>
      </w:pPr>
      <w:r w:rsidRPr="000767E2">
        <w:rPr>
          <w:lang w:val="sv-SE"/>
        </w:rPr>
        <w:t>Jesus förlöjligad och slagen</w:t>
      </w:r>
    </w:p>
    <w:p w14:paraId="64DCF80E" w14:textId="4657385C" w:rsidR="00BA33AB" w:rsidRPr="000767E2" w:rsidRDefault="00000000">
      <w:pPr>
        <w:rPr>
          <w:lang w:val="sv-SE"/>
        </w:rPr>
      </w:pPr>
      <w:r w:rsidRPr="000767E2">
        <w:rPr>
          <w:lang w:val="sv-SE"/>
        </w:rPr>
        <w:t>[[@</w:t>
      </w:r>
      <w:r w:rsidR="0096445B" w:rsidRPr="000767E2">
        <w:rPr>
          <w:lang w:val="sv-SE"/>
        </w:rPr>
        <w:t>BibleBIBEL82</w:t>
      </w:r>
      <w:r w:rsidRPr="000767E2">
        <w:rPr>
          <w:lang w:val="sv-SE"/>
        </w:rPr>
        <w:t>:Mark 15:16]]</w:t>
      </w:r>
      <w:r w:rsidRPr="000767E2">
        <w:rPr>
          <w:vertAlign w:val="superscript"/>
          <w:lang w:val="sv-SE"/>
        </w:rPr>
        <w:t>16</w:t>
      </w:r>
      <w:r w:rsidRPr="000767E2">
        <w:rPr>
          <w:lang w:val="sv-SE"/>
        </w:rPr>
        <w:t xml:space="preserve"> {{field-on:bible}}Och soldaterna förde bort honom in på innergården, det </w:t>
      </w:r>
      <w:r w:rsidRPr="000767E2">
        <w:rPr>
          <w:i/>
          <w:lang w:val="sv-SE"/>
        </w:rPr>
        <w:t>vill säga</w:t>
      </w:r>
      <w:r w:rsidRPr="000767E2">
        <w:rPr>
          <w:lang w:val="sv-SE"/>
        </w:rPr>
        <w:t xml:space="preserve"> pretoriet, och sammankallar hela kohorten.{{field-off:bible}} [[@</w:t>
      </w:r>
      <w:r w:rsidR="0096445B" w:rsidRPr="000767E2">
        <w:rPr>
          <w:lang w:val="sv-SE"/>
        </w:rPr>
        <w:t>BibleBIBEL82</w:t>
      </w:r>
      <w:r w:rsidRPr="000767E2">
        <w:rPr>
          <w:lang w:val="sv-SE"/>
        </w:rPr>
        <w:t>:Mark 15:17]]</w:t>
      </w:r>
      <w:r w:rsidRPr="000767E2">
        <w:rPr>
          <w:vertAlign w:val="superscript"/>
          <w:lang w:val="sv-SE"/>
        </w:rPr>
        <w:t>17</w:t>
      </w:r>
      <w:r w:rsidRPr="000767E2">
        <w:rPr>
          <w:lang w:val="sv-SE"/>
        </w:rPr>
        <w:t xml:space="preserve"> {{field-on:bible}}Och de iklär honom purpur och sätter runt honom en törnekrans </w:t>
      </w:r>
      <w:r w:rsidRPr="000767E2">
        <w:rPr>
          <w:i/>
          <w:lang w:val="sv-SE"/>
        </w:rPr>
        <w:t>som de</w:t>
      </w:r>
      <w:r w:rsidRPr="000767E2">
        <w:rPr>
          <w:lang w:val="sv-SE"/>
        </w:rPr>
        <w:t xml:space="preserve"> flätat,{{field-off:bible}} [[@</w:t>
      </w:r>
      <w:r w:rsidR="0096445B" w:rsidRPr="000767E2">
        <w:rPr>
          <w:lang w:val="sv-SE"/>
        </w:rPr>
        <w:t>BibleBIBEL82</w:t>
      </w:r>
      <w:r w:rsidRPr="000767E2">
        <w:rPr>
          <w:lang w:val="sv-SE"/>
        </w:rPr>
        <w:t>:Mark 15:18]]</w:t>
      </w:r>
      <w:r w:rsidRPr="000767E2">
        <w:rPr>
          <w:vertAlign w:val="superscript"/>
          <w:lang w:val="sv-SE"/>
        </w:rPr>
        <w:t>18</w:t>
      </w:r>
      <w:r w:rsidRPr="000767E2">
        <w:rPr>
          <w:lang w:val="sv-SE"/>
        </w:rPr>
        <w:t xml:space="preserve"> {{field-on:bible}}och de började hälsa honom: ”Gläd dig, judarnas kung!”{{field-off:bible}} [[@</w:t>
      </w:r>
      <w:r w:rsidR="0096445B" w:rsidRPr="000767E2">
        <w:rPr>
          <w:lang w:val="sv-SE"/>
        </w:rPr>
        <w:t>BibleBIBEL82</w:t>
      </w:r>
      <w:r w:rsidRPr="000767E2">
        <w:rPr>
          <w:lang w:val="sv-SE"/>
        </w:rPr>
        <w:t>:Mark 15:19]]</w:t>
      </w:r>
      <w:r w:rsidRPr="000767E2">
        <w:rPr>
          <w:vertAlign w:val="superscript"/>
          <w:lang w:val="sv-SE"/>
        </w:rPr>
        <w:t>19</w:t>
      </w:r>
      <w:r w:rsidRPr="000767E2">
        <w:rPr>
          <w:lang w:val="sv-SE"/>
        </w:rPr>
        <w:t xml:space="preserve"> {{field-on:bible}}Och de slog hans huvud med en rörstav och spottade på honom, och satte </w:t>
      </w:r>
      <w:r w:rsidRPr="000767E2">
        <w:rPr>
          <w:i/>
          <w:lang w:val="sv-SE"/>
        </w:rPr>
        <w:t>ner</w:t>
      </w:r>
      <w:r w:rsidRPr="000767E2">
        <w:rPr>
          <w:lang w:val="sv-SE"/>
        </w:rPr>
        <w:t xml:space="preserve"> knäna och tillbad honom.{{field-off:bible}}</w:t>
      </w:r>
    </w:p>
    <w:p w14:paraId="0C251053" w14:textId="4E6A2F47" w:rsidR="00BA33AB" w:rsidRPr="000767E2" w:rsidRDefault="00000000">
      <w:pPr>
        <w:rPr>
          <w:lang w:val="sv-SE"/>
        </w:rPr>
      </w:pPr>
      <w:r w:rsidRPr="000767E2">
        <w:rPr>
          <w:lang w:val="sv-SE"/>
        </w:rPr>
        <w:t>[[@</w:t>
      </w:r>
      <w:r w:rsidR="0096445B" w:rsidRPr="000767E2">
        <w:rPr>
          <w:lang w:val="sv-SE"/>
        </w:rPr>
        <w:t>BibleBIBEL82</w:t>
      </w:r>
      <w:r w:rsidRPr="000767E2">
        <w:rPr>
          <w:lang w:val="sv-SE"/>
        </w:rPr>
        <w:t>:Mark 15:20]]</w:t>
      </w:r>
      <w:r w:rsidRPr="000767E2">
        <w:rPr>
          <w:vertAlign w:val="superscript"/>
          <w:lang w:val="sv-SE"/>
        </w:rPr>
        <w:t>20</w:t>
      </w:r>
      <w:r w:rsidRPr="000767E2">
        <w:rPr>
          <w:lang w:val="sv-SE"/>
        </w:rPr>
        <w:t xml:space="preserve"> {{field-on:bible}}Och när de hade förlöjligat honom, klädde de av honom purpuret och iklädde honom hans kläder. Och de för ut honom för att korsfästa honom.{{field-off:bible}}</w:t>
      </w:r>
    </w:p>
    <w:p w14:paraId="04EFEE76" w14:textId="77777777" w:rsidR="00BA33AB" w:rsidRPr="000767E2" w:rsidRDefault="00000000">
      <w:pPr>
        <w:pStyle w:val="Rubrik3"/>
        <w:rPr>
          <w:lang w:val="sv-SE"/>
        </w:rPr>
      </w:pPr>
      <w:r w:rsidRPr="000767E2">
        <w:rPr>
          <w:lang w:val="sv-SE"/>
        </w:rPr>
        <w:t>Jesus blir korsfäst</w:t>
      </w:r>
    </w:p>
    <w:p w14:paraId="039BE216" w14:textId="1B2B2731" w:rsidR="00BA33AB" w:rsidRPr="000767E2" w:rsidRDefault="00000000">
      <w:pPr>
        <w:rPr>
          <w:lang w:val="sv-SE"/>
        </w:rPr>
      </w:pPr>
      <w:r w:rsidRPr="000767E2">
        <w:rPr>
          <w:lang w:val="sv-SE"/>
        </w:rPr>
        <w:t>[[@</w:t>
      </w:r>
      <w:r w:rsidR="0096445B" w:rsidRPr="000767E2">
        <w:rPr>
          <w:lang w:val="sv-SE"/>
        </w:rPr>
        <w:t>BibleBIBEL82</w:t>
      </w:r>
      <w:r w:rsidRPr="000767E2">
        <w:rPr>
          <w:lang w:val="sv-SE"/>
        </w:rPr>
        <w:t>:Mark 15:21]]</w:t>
      </w:r>
      <w:r w:rsidRPr="000767E2">
        <w:rPr>
          <w:vertAlign w:val="superscript"/>
          <w:lang w:val="sv-SE"/>
        </w:rPr>
        <w:t>21</w:t>
      </w:r>
      <w:r w:rsidRPr="000767E2">
        <w:rPr>
          <w:lang w:val="sv-SE"/>
        </w:rPr>
        <w:t xml:space="preserve"> {{field-on:bible}}Och de rekvirerar en som drar förbi, Simon kyrenén som kommer </w:t>
      </w:r>
      <w:r w:rsidRPr="000767E2">
        <w:rPr>
          <w:i/>
          <w:lang w:val="sv-SE"/>
        </w:rPr>
        <w:t>in</w:t>
      </w:r>
      <w:r w:rsidRPr="000767E2">
        <w:rPr>
          <w:lang w:val="sv-SE"/>
        </w:rPr>
        <w:t xml:space="preserve"> från landsbygden, far till Alexander och Rufus, för att bära hans kors.{{field-off:bible}} [[@</w:t>
      </w:r>
      <w:r w:rsidR="0096445B" w:rsidRPr="000767E2">
        <w:rPr>
          <w:lang w:val="sv-SE"/>
        </w:rPr>
        <w:t>BibleBIBEL82</w:t>
      </w:r>
      <w:r w:rsidRPr="000767E2">
        <w:rPr>
          <w:lang w:val="sv-SE"/>
        </w:rPr>
        <w:t>:Mark 15:22]]</w:t>
      </w:r>
      <w:r w:rsidRPr="000767E2">
        <w:rPr>
          <w:vertAlign w:val="superscript"/>
          <w:lang w:val="sv-SE"/>
        </w:rPr>
        <w:t>22</w:t>
      </w:r>
      <w:r w:rsidRPr="000767E2">
        <w:rPr>
          <w:lang w:val="sv-SE"/>
        </w:rPr>
        <w:t xml:space="preserve"> {{field-on:bible}}Och de för honom till Golgothaplatsen, vilket är översatt Kranieplatsen.{{field-off:bible}} [[@</w:t>
      </w:r>
      <w:r w:rsidR="0096445B" w:rsidRPr="000767E2">
        <w:rPr>
          <w:lang w:val="sv-SE"/>
        </w:rPr>
        <w:t>BibleBIBEL82</w:t>
      </w:r>
      <w:r w:rsidRPr="000767E2">
        <w:rPr>
          <w:lang w:val="sv-SE"/>
        </w:rPr>
        <w:t>:Mark 15:23]]</w:t>
      </w:r>
      <w:r w:rsidRPr="000767E2">
        <w:rPr>
          <w:vertAlign w:val="superscript"/>
          <w:lang w:val="sv-SE"/>
        </w:rPr>
        <w:t>23</w:t>
      </w:r>
      <w:r w:rsidRPr="000767E2">
        <w:rPr>
          <w:lang w:val="sv-SE"/>
        </w:rPr>
        <w:t xml:space="preserve"> {{field-on:bible}}Och de gav honom myrrablandat vin, men han tog inte </w:t>
      </w:r>
      <w:r w:rsidRPr="000767E2">
        <w:rPr>
          <w:i/>
          <w:lang w:val="sv-SE"/>
        </w:rPr>
        <w:t>emot</w:t>
      </w:r>
      <w:r w:rsidRPr="000767E2">
        <w:rPr>
          <w:lang w:val="sv-SE"/>
        </w:rPr>
        <w:t>.{{field-off:bible}} [[@</w:t>
      </w:r>
      <w:r w:rsidR="0096445B" w:rsidRPr="000767E2">
        <w:rPr>
          <w:lang w:val="sv-SE"/>
        </w:rPr>
        <w:t>BibleBIBEL82</w:t>
      </w:r>
      <w:r w:rsidRPr="000767E2">
        <w:rPr>
          <w:lang w:val="sv-SE"/>
        </w:rPr>
        <w:t>:Mark 15:24]]</w:t>
      </w:r>
      <w:r w:rsidRPr="000767E2">
        <w:rPr>
          <w:vertAlign w:val="superscript"/>
          <w:lang w:val="sv-SE"/>
        </w:rPr>
        <w:t>24</w:t>
      </w:r>
      <w:r w:rsidRPr="000767E2">
        <w:rPr>
          <w:lang w:val="sv-SE"/>
        </w:rPr>
        <w:t xml:space="preserve"> {{field-on:bible}}Och de korsfäster honom, och delar upp hans kläder och kastar lott om dem, vem </w:t>
      </w:r>
      <w:r w:rsidRPr="000767E2">
        <w:rPr>
          <w:i/>
          <w:lang w:val="sv-SE"/>
        </w:rPr>
        <w:t>som</w:t>
      </w:r>
      <w:r w:rsidRPr="000767E2">
        <w:rPr>
          <w:lang w:val="sv-SE"/>
        </w:rPr>
        <w:t xml:space="preserve"> ska ta vad.{{field-off:bible}} [[@</w:t>
      </w:r>
      <w:r w:rsidR="0096445B" w:rsidRPr="000767E2">
        <w:rPr>
          <w:lang w:val="sv-SE"/>
        </w:rPr>
        <w:t>BibleBIBEL82</w:t>
      </w:r>
      <w:r w:rsidRPr="000767E2">
        <w:rPr>
          <w:lang w:val="sv-SE"/>
        </w:rPr>
        <w:t>:Mark 15:25]]</w:t>
      </w:r>
      <w:r w:rsidRPr="000767E2">
        <w:rPr>
          <w:vertAlign w:val="superscript"/>
          <w:lang w:val="sv-SE"/>
        </w:rPr>
        <w:t>25</w:t>
      </w:r>
      <w:r w:rsidRPr="000767E2">
        <w:rPr>
          <w:lang w:val="sv-SE"/>
        </w:rPr>
        <w:t xml:space="preserve"> {{field-on:bible}}Och det var tredje timmen, och de korsfäste honom.{{field-off:bible}} [[@</w:t>
      </w:r>
      <w:r w:rsidR="0096445B" w:rsidRPr="000767E2">
        <w:rPr>
          <w:lang w:val="sv-SE"/>
        </w:rPr>
        <w:t>BibleBIBEL82</w:t>
      </w:r>
      <w:r w:rsidRPr="000767E2">
        <w:rPr>
          <w:lang w:val="sv-SE"/>
        </w:rPr>
        <w:t>:Mark 15:26]]</w:t>
      </w:r>
      <w:r w:rsidRPr="000767E2">
        <w:rPr>
          <w:vertAlign w:val="superscript"/>
          <w:lang w:val="sv-SE"/>
        </w:rPr>
        <w:t>26</w:t>
      </w:r>
      <w:r w:rsidRPr="000767E2">
        <w:rPr>
          <w:lang w:val="sv-SE"/>
        </w:rPr>
        <w:t xml:space="preserve"> {{field-on:bible}}Och överskriften med saken mot honom var skriven: ”Judarnas kung”.{{field-off:bible}}</w:t>
      </w:r>
    </w:p>
    <w:p w14:paraId="0E3D28D5" w14:textId="09F4923C" w:rsidR="00BA33AB" w:rsidRPr="000767E2" w:rsidRDefault="00000000">
      <w:pPr>
        <w:rPr>
          <w:lang w:val="sv-SE"/>
        </w:rPr>
      </w:pPr>
      <w:r w:rsidRPr="000767E2">
        <w:rPr>
          <w:lang w:val="sv-SE"/>
        </w:rPr>
        <w:t>[[@</w:t>
      </w:r>
      <w:r w:rsidR="0096445B" w:rsidRPr="000767E2">
        <w:rPr>
          <w:lang w:val="sv-SE"/>
        </w:rPr>
        <w:t>BibleBIBEL82</w:t>
      </w:r>
      <w:r w:rsidRPr="000767E2">
        <w:rPr>
          <w:lang w:val="sv-SE"/>
        </w:rPr>
        <w:t>:Mark 15:27]]</w:t>
      </w:r>
      <w:r w:rsidRPr="000767E2">
        <w:rPr>
          <w:vertAlign w:val="superscript"/>
          <w:lang w:val="sv-SE"/>
        </w:rPr>
        <w:t>27</w:t>
      </w:r>
      <w:r w:rsidRPr="000767E2">
        <w:rPr>
          <w:lang w:val="sv-SE"/>
        </w:rPr>
        <w:t xml:space="preserve"> {{field-on:bible}}Och med honom korsfäster de två rövare, en vid högra </w:t>
      </w:r>
      <w:r w:rsidRPr="000767E2">
        <w:rPr>
          <w:i/>
          <w:lang w:val="sv-SE"/>
        </w:rPr>
        <w:t>sidan</w:t>
      </w:r>
      <w:r w:rsidRPr="000767E2">
        <w:rPr>
          <w:lang w:val="sv-SE"/>
        </w:rPr>
        <w:t xml:space="preserve"> och en vid hans vänstra.{{field-off:bible}} [[@</w:t>
      </w:r>
      <w:r w:rsidR="0096445B" w:rsidRPr="000767E2">
        <w:rPr>
          <w:lang w:val="sv-SE"/>
        </w:rPr>
        <w:t>BibleBIBEL82</w:t>
      </w:r>
      <w:r w:rsidRPr="000767E2">
        <w:rPr>
          <w:lang w:val="sv-SE"/>
        </w:rPr>
        <w:t>:Mark 15:29]]</w:t>
      </w:r>
      <w:r w:rsidRPr="000767E2">
        <w:rPr>
          <w:vertAlign w:val="superscript"/>
          <w:lang w:val="sv-SE"/>
        </w:rPr>
        <w:t>29</w:t>
      </w:r>
      <w:r w:rsidRPr="000767E2">
        <w:rPr>
          <w:lang w:val="sv-SE"/>
        </w:rPr>
        <w:t xml:space="preserve"> </w:t>
      </w:r>
      <w:r w:rsidRPr="000767E2">
        <w:rPr>
          <w:lang w:val="sv-SE"/>
        </w:rPr>
        <w:lastRenderedPageBreak/>
        <w:t xml:space="preserve">{{field-on:bible}}Och de förbipasserande smädade honom och skakade sina huvuden och sade: ”Ha! </w:t>
      </w:r>
      <w:r w:rsidRPr="000767E2">
        <w:rPr>
          <w:i/>
          <w:lang w:val="sv-SE"/>
        </w:rPr>
        <w:t>Du</w:t>
      </w:r>
      <w:r w:rsidRPr="000767E2">
        <w:rPr>
          <w:lang w:val="sv-SE"/>
        </w:rPr>
        <w:t xml:space="preserve"> som river ner tempelbyggnaden och bygger upp på tre dagar,{{field-off:bible}} [[@</w:t>
      </w:r>
      <w:r w:rsidR="0096445B" w:rsidRPr="000767E2">
        <w:rPr>
          <w:lang w:val="sv-SE"/>
        </w:rPr>
        <w:t>BibleBIBEL82</w:t>
      </w:r>
      <w:r w:rsidRPr="000767E2">
        <w:rPr>
          <w:lang w:val="sv-SE"/>
        </w:rPr>
        <w:t>:Mark 15:30]]</w:t>
      </w:r>
      <w:r w:rsidRPr="000767E2">
        <w:rPr>
          <w:vertAlign w:val="superscript"/>
          <w:lang w:val="sv-SE"/>
        </w:rPr>
        <w:t>30</w:t>
      </w:r>
      <w:r w:rsidRPr="000767E2">
        <w:rPr>
          <w:lang w:val="sv-SE"/>
        </w:rPr>
        <w:t xml:space="preserve"> {{field-on:bible}}fräls dig själv och stig ner från korset!”{{field-off:bible}} [[@</w:t>
      </w:r>
      <w:r w:rsidR="0096445B" w:rsidRPr="000767E2">
        <w:rPr>
          <w:lang w:val="sv-SE"/>
        </w:rPr>
        <w:t>BibleBIBEL82</w:t>
      </w:r>
      <w:r w:rsidRPr="000767E2">
        <w:rPr>
          <w:lang w:val="sv-SE"/>
        </w:rPr>
        <w:t>:Mark 15:31]]</w:t>
      </w:r>
      <w:r w:rsidRPr="000767E2">
        <w:rPr>
          <w:vertAlign w:val="superscript"/>
          <w:lang w:val="sv-SE"/>
        </w:rPr>
        <w:t>31</w:t>
      </w:r>
      <w:r w:rsidRPr="000767E2">
        <w:rPr>
          <w:lang w:val="sv-SE"/>
        </w:rPr>
        <w:t xml:space="preserve"> {{field-on:bible}}Likaså även översteprästerna, som förlöjligade </w:t>
      </w:r>
      <w:r w:rsidRPr="000767E2">
        <w:rPr>
          <w:i/>
          <w:lang w:val="sv-SE"/>
        </w:rPr>
        <w:t>honom</w:t>
      </w:r>
      <w:r w:rsidRPr="000767E2">
        <w:rPr>
          <w:lang w:val="sv-SE"/>
        </w:rPr>
        <w:t xml:space="preserve"> för varandra med de skriftlärda och sade: ”Andra har han frälst! Sig själv kan han inte frälsa.{{field-off:bible}} [[@</w:t>
      </w:r>
      <w:r w:rsidR="0096445B" w:rsidRPr="000767E2">
        <w:rPr>
          <w:lang w:val="sv-SE"/>
        </w:rPr>
        <w:t>BibleBIBEL82</w:t>
      </w:r>
      <w:r w:rsidRPr="000767E2">
        <w:rPr>
          <w:lang w:val="sv-SE"/>
        </w:rPr>
        <w:t>:Mark 15:32]]</w:t>
      </w:r>
      <w:r w:rsidRPr="000767E2">
        <w:rPr>
          <w:vertAlign w:val="superscript"/>
          <w:lang w:val="sv-SE"/>
        </w:rPr>
        <w:t>32</w:t>
      </w:r>
      <w:r w:rsidRPr="000767E2">
        <w:rPr>
          <w:lang w:val="sv-SE"/>
        </w:rPr>
        <w:t xml:space="preserve"> {{field-on:bible}}Kristus, Israels kung! Han får stiga ner nu från korset, så att vi kan se och tro.” Även de </w:t>
      </w:r>
      <w:r w:rsidRPr="000767E2">
        <w:rPr>
          <w:i/>
          <w:lang w:val="sv-SE"/>
        </w:rPr>
        <w:t>som var</w:t>
      </w:r>
      <w:r w:rsidRPr="000767E2">
        <w:rPr>
          <w:lang w:val="sv-SE"/>
        </w:rPr>
        <w:t xml:space="preserve"> korsfästa med honom kritiserade honom.{{field-off:bible}}</w:t>
      </w:r>
    </w:p>
    <w:p w14:paraId="5B5427C1" w14:textId="77777777" w:rsidR="00BA33AB" w:rsidRPr="000767E2" w:rsidRDefault="00000000">
      <w:pPr>
        <w:pStyle w:val="Rubrik3"/>
        <w:rPr>
          <w:lang w:val="sv-SE"/>
        </w:rPr>
      </w:pPr>
      <w:r w:rsidRPr="000767E2">
        <w:rPr>
          <w:lang w:val="sv-SE"/>
        </w:rPr>
        <w:t>Jesus dör</w:t>
      </w:r>
    </w:p>
    <w:p w14:paraId="4685EFAE" w14:textId="5F5032C9" w:rsidR="00BA33AB" w:rsidRPr="000767E2" w:rsidRDefault="00000000">
      <w:pPr>
        <w:rPr>
          <w:lang w:val="sv-SE"/>
        </w:rPr>
      </w:pPr>
      <w:r w:rsidRPr="000767E2">
        <w:rPr>
          <w:lang w:val="sv-SE"/>
        </w:rPr>
        <w:t>[[@</w:t>
      </w:r>
      <w:r w:rsidR="0096445B" w:rsidRPr="000767E2">
        <w:rPr>
          <w:lang w:val="sv-SE"/>
        </w:rPr>
        <w:t>BibleBIBEL82</w:t>
      </w:r>
      <w:r w:rsidRPr="000767E2">
        <w:rPr>
          <w:lang w:val="sv-SE"/>
        </w:rPr>
        <w:t>:Mark 15:33]]</w:t>
      </w:r>
      <w:r w:rsidRPr="000767E2">
        <w:rPr>
          <w:vertAlign w:val="superscript"/>
          <w:lang w:val="sv-SE"/>
        </w:rPr>
        <w:t>33</w:t>
      </w:r>
      <w:r w:rsidRPr="000767E2">
        <w:rPr>
          <w:lang w:val="sv-SE"/>
        </w:rPr>
        <w:t xml:space="preserve"> {{field-on:bible}}Och när det blev sjätte timmen, kom ett mörker över hela landet fram till nionde timmen.{{field-off:bible}} [[@</w:t>
      </w:r>
      <w:r w:rsidR="0096445B" w:rsidRPr="000767E2">
        <w:rPr>
          <w:lang w:val="sv-SE"/>
        </w:rPr>
        <w:t>BibleBIBEL82</w:t>
      </w:r>
      <w:r w:rsidRPr="000767E2">
        <w:rPr>
          <w:lang w:val="sv-SE"/>
        </w:rPr>
        <w:t>:Mark 15:34]]</w:t>
      </w:r>
      <w:r w:rsidRPr="000767E2">
        <w:rPr>
          <w:vertAlign w:val="superscript"/>
          <w:lang w:val="sv-SE"/>
        </w:rPr>
        <w:t>34</w:t>
      </w:r>
      <w:r w:rsidRPr="000767E2">
        <w:rPr>
          <w:lang w:val="sv-SE"/>
        </w:rPr>
        <w:t xml:space="preserve"> {{field-on:bible}}Och vid nionde timmen ropade Jesus med väldig röst: ”Elohi! Elohi! Lema sabachthani?”, vilket är översatt: ”Min Gud! Min Gud! Varför har du övergett mig?”{{field-off:bible}}</w:t>
      </w:r>
    </w:p>
    <w:p w14:paraId="1B48B483" w14:textId="5FA5180B" w:rsidR="00BA33AB" w:rsidRPr="000767E2" w:rsidRDefault="00000000">
      <w:pPr>
        <w:rPr>
          <w:lang w:val="sv-SE"/>
        </w:rPr>
      </w:pPr>
      <w:r w:rsidRPr="000767E2">
        <w:rPr>
          <w:lang w:val="sv-SE"/>
        </w:rPr>
        <w:t>[[@</w:t>
      </w:r>
      <w:r w:rsidR="0096445B" w:rsidRPr="000767E2">
        <w:rPr>
          <w:lang w:val="sv-SE"/>
        </w:rPr>
        <w:t>BibleBIBEL82</w:t>
      </w:r>
      <w:r w:rsidRPr="000767E2">
        <w:rPr>
          <w:lang w:val="sv-SE"/>
        </w:rPr>
        <w:t>:Mark 15:35]]</w:t>
      </w:r>
      <w:r w:rsidRPr="000767E2">
        <w:rPr>
          <w:vertAlign w:val="superscript"/>
          <w:lang w:val="sv-SE"/>
        </w:rPr>
        <w:t>35</w:t>
      </w:r>
      <w:r w:rsidRPr="000767E2">
        <w:rPr>
          <w:lang w:val="sv-SE"/>
        </w:rPr>
        <w:t xml:space="preserve"> {{field-on:bible}}Och några av dem som stod där hörde </w:t>
      </w:r>
      <w:r w:rsidRPr="000767E2">
        <w:rPr>
          <w:i/>
          <w:lang w:val="sv-SE"/>
        </w:rPr>
        <w:t>det</w:t>
      </w:r>
      <w:r w:rsidRPr="000767E2">
        <w:rPr>
          <w:lang w:val="sv-SE"/>
        </w:rPr>
        <w:t xml:space="preserve"> och sade: ”Se, han ropar på Elia!”{{field-off:bible}} [[@</w:t>
      </w:r>
      <w:r w:rsidR="0096445B" w:rsidRPr="000767E2">
        <w:rPr>
          <w:lang w:val="sv-SE"/>
        </w:rPr>
        <w:t>BibleBIBEL82</w:t>
      </w:r>
      <w:r w:rsidRPr="000767E2">
        <w:rPr>
          <w:lang w:val="sv-SE"/>
        </w:rPr>
        <w:t>:Mark 15:36]]</w:t>
      </w:r>
      <w:r w:rsidRPr="000767E2">
        <w:rPr>
          <w:vertAlign w:val="superscript"/>
          <w:lang w:val="sv-SE"/>
        </w:rPr>
        <w:t>36</w:t>
      </w:r>
      <w:r w:rsidRPr="000767E2">
        <w:rPr>
          <w:lang w:val="sv-SE"/>
        </w:rPr>
        <w:t xml:space="preserve"> {{field-on:bible}}Och en sprang och fyllde en tvättsvamp med surt vin, satte runt en rörstav och gav honom att dricka och sade: ”Låt </w:t>
      </w:r>
      <w:r w:rsidRPr="000767E2">
        <w:rPr>
          <w:i/>
          <w:lang w:val="sv-SE"/>
        </w:rPr>
        <w:t>bli</w:t>
      </w:r>
      <w:r w:rsidRPr="000767E2">
        <w:rPr>
          <w:lang w:val="sv-SE"/>
        </w:rPr>
        <w:t xml:space="preserve">, vi ska se om Elia kommer </w:t>
      </w:r>
      <w:r w:rsidRPr="000767E2">
        <w:rPr>
          <w:i/>
          <w:lang w:val="sv-SE"/>
        </w:rPr>
        <w:t>för</w:t>
      </w:r>
      <w:r w:rsidRPr="000767E2">
        <w:rPr>
          <w:lang w:val="sv-SE"/>
        </w:rPr>
        <w:t xml:space="preserve"> att ta ner honom.”{{field-off:bible}} [[@</w:t>
      </w:r>
      <w:r w:rsidR="0096445B" w:rsidRPr="000767E2">
        <w:rPr>
          <w:lang w:val="sv-SE"/>
        </w:rPr>
        <w:t>BibleBIBEL82</w:t>
      </w:r>
      <w:r w:rsidRPr="000767E2">
        <w:rPr>
          <w:lang w:val="sv-SE"/>
        </w:rPr>
        <w:t>:Mark 15:37]]</w:t>
      </w:r>
      <w:r w:rsidRPr="000767E2">
        <w:rPr>
          <w:vertAlign w:val="superscript"/>
          <w:lang w:val="sv-SE"/>
        </w:rPr>
        <w:t>37</w:t>
      </w:r>
      <w:r w:rsidRPr="000767E2">
        <w:rPr>
          <w:lang w:val="sv-SE"/>
        </w:rPr>
        <w:t xml:space="preserve"> {{field-on:bible}}Men Jesus lät </w:t>
      </w:r>
      <w:r w:rsidRPr="000767E2">
        <w:rPr>
          <w:i/>
          <w:lang w:val="sv-SE"/>
        </w:rPr>
        <w:t>ut</w:t>
      </w:r>
      <w:r w:rsidRPr="000767E2">
        <w:rPr>
          <w:lang w:val="sv-SE"/>
        </w:rPr>
        <w:t xml:space="preserve"> en väldig röst och gav upp andan.{{field-off:bible}}</w:t>
      </w:r>
    </w:p>
    <w:p w14:paraId="4F41D84F" w14:textId="04BD69A9" w:rsidR="00BA33AB" w:rsidRPr="000767E2" w:rsidRDefault="00000000">
      <w:pPr>
        <w:rPr>
          <w:lang w:val="sv-SE"/>
        </w:rPr>
      </w:pPr>
      <w:r w:rsidRPr="000767E2">
        <w:rPr>
          <w:lang w:val="sv-SE"/>
        </w:rPr>
        <w:t>[[@</w:t>
      </w:r>
      <w:r w:rsidR="0096445B" w:rsidRPr="000767E2">
        <w:rPr>
          <w:lang w:val="sv-SE"/>
        </w:rPr>
        <w:t>BibleBIBEL82</w:t>
      </w:r>
      <w:r w:rsidRPr="000767E2">
        <w:rPr>
          <w:lang w:val="sv-SE"/>
        </w:rPr>
        <w:t>:Mark 15:38]]</w:t>
      </w:r>
      <w:r w:rsidRPr="000767E2">
        <w:rPr>
          <w:vertAlign w:val="superscript"/>
          <w:lang w:val="sv-SE"/>
        </w:rPr>
        <w:t>38</w:t>
      </w:r>
      <w:r w:rsidRPr="000767E2">
        <w:rPr>
          <w:lang w:val="sv-SE"/>
        </w:rPr>
        <w:t xml:space="preserve"> {{field-on:bible}}Och förhänget i tempelbyggnaden revs i två </w:t>
      </w:r>
      <w:r w:rsidRPr="000767E2">
        <w:rPr>
          <w:i/>
          <w:lang w:val="sv-SE"/>
        </w:rPr>
        <w:t>delar</w:t>
      </w:r>
      <w:r w:rsidRPr="000767E2">
        <w:rPr>
          <w:lang w:val="sv-SE"/>
        </w:rPr>
        <w:t xml:space="preserve">, från ovan </w:t>
      </w:r>
      <w:r w:rsidRPr="000767E2">
        <w:rPr>
          <w:i/>
          <w:lang w:val="sv-SE"/>
        </w:rPr>
        <w:t>och</w:t>
      </w:r>
      <w:r w:rsidRPr="000767E2">
        <w:rPr>
          <w:lang w:val="sv-SE"/>
        </w:rPr>
        <w:t xml:space="preserve"> ända ner.{{field-off:bible}} [[@</w:t>
      </w:r>
      <w:r w:rsidR="0096445B" w:rsidRPr="000767E2">
        <w:rPr>
          <w:lang w:val="sv-SE"/>
        </w:rPr>
        <w:t>BibleBIBEL82</w:t>
      </w:r>
      <w:r w:rsidRPr="000767E2">
        <w:rPr>
          <w:lang w:val="sv-SE"/>
        </w:rPr>
        <w:t>:Mark 15:39]]</w:t>
      </w:r>
      <w:r w:rsidRPr="000767E2">
        <w:rPr>
          <w:vertAlign w:val="superscript"/>
          <w:lang w:val="sv-SE"/>
        </w:rPr>
        <w:t>39</w:t>
      </w:r>
      <w:r w:rsidRPr="000767E2">
        <w:rPr>
          <w:lang w:val="sv-SE"/>
        </w:rPr>
        <w:t xml:space="preserve"> {{field-on:bible}}Och när centurionen som stod där mittemot honom såg att han så gav upp andan, sade han: ”Sannerligen, den där människan var Guds Son.”{{field-off:bible}}</w:t>
      </w:r>
    </w:p>
    <w:p w14:paraId="2C143CEC" w14:textId="55E9464B" w:rsidR="00BA33AB" w:rsidRPr="000767E2" w:rsidRDefault="00000000">
      <w:pPr>
        <w:rPr>
          <w:lang w:val="sv-SE"/>
        </w:rPr>
      </w:pPr>
      <w:r w:rsidRPr="000767E2">
        <w:rPr>
          <w:lang w:val="sv-SE"/>
        </w:rPr>
        <w:t>[[@</w:t>
      </w:r>
      <w:r w:rsidR="0096445B" w:rsidRPr="000767E2">
        <w:rPr>
          <w:lang w:val="sv-SE"/>
        </w:rPr>
        <w:t>BibleBIBEL82</w:t>
      </w:r>
      <w:r w:rsidRPr="000767E2">
        <w:rPr>
          <w:lang w:val="sv-SE"/>
        </w:rPr>
        <w:t>:Mark 15:40]]</w:t>
      </w:r>
      <w:r w:rsidRPr="000767E2">
        <w:rPr>
          <w:vertAlign w:val="superscript"/>
          <w:lang w:val="sv-SE"/>
        </w:rPr>
        <w:t>40</w:t>
      </w:r>
      <w:r w:rsidRPr="000767E2">
        <w:rPr>
          <w:lang w:val="sv-SE"/>
        </w:rPr>
        <w:t xml:space="preserve"> {{field-on:bible}}Och det fanns även kvinnor som skådade långt ifrån, bland dem både Maria Magdalén och Maria </w:t>
      </w:r>
      <w:r w:rsidRPr="000767E2">
        <w:rPr>
          <w:i/>
          <w:lang w:val="sv-SE"/>
        </w:rPr>
        <w:t>som var</w:t>
      </w:r>
      <w:r w:rsidRPr="000767E2">
        <w:rPr>
          <w:lang w:val="sv-SE"/>
        </w:rPr>
        <w:t xml:space="preserve"> Jakob den lilles och Joses mor, samt Salome.{{field-off:bible}} [[@</w:t>
      </w:r>
      <w:r w:rsidR="0096445B" w:rsidRPr="000767E2">
        <w:rPr>
          <w:lang w:val="sv-SE"/>
        </w:rPr>
        <w:t>BibleBIBEL82</w:t>
      </w:r>
      <w:r w:rsidRPr="000767E2">
        <w:rPr>
          <w:lang w:val="sv-SE"/>
        </w:rPr>
        <w:t>:Mark 15:41]]</w:t>
      </w:r>
      <w:r w:rsidRPr="000767E2">
        <w:rPr>
          <w:vertAlign w:val="superscript"/>
          <w:lang w:val="sv-SE"/>
        </w:rPr>
        <w:t>41</w:t>
      </w:r>
      <w:r w:rsidRPr="000767E2">
        <w:rPr>
          <w:lang w:val="sv-SE"/>
        </w:rPr>
        <w:t xml:space="preserve"> {{field-on:bible}}När han var i Galileen hade de följt honom och betjänat honom, även många andra </w:t>
      </w:r>
      <w:r w:rsidRPr="000767E2">
        <w:rPr>
          <w:i/>
          <w:lang w:val="sv-SE"/>
        </w:rPr>
        <w:t>kvinnor</w:t>
      </w:r>
      <w:r w:rsidRPr="000767E2">
        <w:rPr>
          <w:lang w:val="sv-SE"/>
        </w:rPr>
        <w:t xml:space="preserve"> som hade gått upp med honom till Jerusalem.{{field-off:bible}}</w:t>
      </w:r>
    </w:p>
    <w:p w14:paraId="1F71E4A1" w14:textId="77777777" w:rsidR="00BA33AB" w:rsidRPr="000767E2" w:rsidRDefault="00000000">
      <w:pPr>
        <w:pStyle w:val="Rubrik3"/>
        <w:rPr>
          <w:lang w:val="sv-SE"/>
        </w:rPr>
      </w:pPr>
      <w:r w:rsidRPr="000767E2">
        <w:rPr>
          <w:lang w:val="sv-SE"/>
        </w:rPr>
        <w:t>Jesus begravs</w:t>
      </w:r>
    </w:p>
    <w:p w14:paraId="6F5CC57C" w14:textId="7A6BAE89" w:rsidR="00BA33AB" w:rsidRPr="000767E2" w:rsidRDefault="00000000">
      <w:pPr>
        <w:rPr>
          <w:lang w:val="sv-SE"/>
        </w:rPr>
      </w:pPr>
      <w:r w:rsidRPr="000767E2">
        <w:rPr>
          <w:lang w:val="sv-SE"/>
        </w:rPr>
        <w:t>[[@</w:t>
      </w:r>
      <w:r w:rsidR="0096445B" w:rsidRPr="000767E2">
        <w:rPr>
          <w:lang w:val="sv-SE"/>
        </w:rPr>
        <w:t>BibleBIBEL82</w:t>
      </w:r>
      <w:r w:rsidRPr="000767E2">
        <w:rPr>
          <w:lang w:val="sv-SE"/>
        </w:rPr>
        <w:t>:Mark 15:42]]</w:t>
      </w:r>
      <w:r w:rsidRPr="000767E2">
        <w:rPr>
          <w:vertAlign w:val="superscript"/>
          <w:lang w:val="sv-SE"/>
        </w:rPr>
        <w:t>42</w:t>
      </w:r>
      <w:r w:rsidRPr="000767E2">
        <w:rPr>
          <w:lang w:val="sv-SE"/>
        </w:rPr>
        <w:t xml:space="preserve"> {{field-on:bible}}Och när det redan hade blivit kväll, då det var förberedelsedag, det </w:t>
      </w:r>
      <w:r w:rsidRPr="000767E2">
        <w:rPr>
          <w:i/>
          <w:lang w:val="sv-SE"/>
        </w:rPr>
        <w:t>vill säga</w:t>
      </w:r>
      <w:r w:rsidRPr="000767E2">
        <w:rPr>
          <w:lang w:val="sv-SE"/>
        </w:rPr>
        <w:t xml:space="preserve"> </w:t>
      </w:r>
      <w:r w:rsidRPr="000767E2">
        <w:rPr>
          <w:i/>
          <w:lang w:val="sv-SE"/>
        </w:rPr>
        <w:t>dagen</w:t>
      </w:r>
      <w:r w:rsidRPr="000767E2">
        <w:rPr>
          <w:lang w:val="sv-SE"/>
        </w:rPr>
        <w:t xml:space="preserve"> före sabbaten,{{field-off:bible}} [[@</w:t>
      </w:r>
      <w:r w:rsidR="0096445B" w:rsidRPr="000767E2">
        <w:rPr>
          <w:lang w:val="sv-SE"/>
        </w:rPr>
        <w:t>BibleBIBEL82</w:t>
      </w:r>
      <w:r w:rsidRPr="000767E2">
        <w:rPr>
          <w:lang w:val="sv-SE"/>
        </w:rPr>
        <w:t>:Mark 15:43]]</w:t>
      </w:r>
      <w:r w:rsidRPr="000767E2">
        <w:rPr>
          <w:vertAlign w:val="superscript"/>
          <w:lang w:val="sv-SE"/>
        </w:rPr>
        <w:t>43</w:t>
      </w:r>
      <w:r w:rsidRPr="000767E2">
        <w:rPr>
          <w:lang w:val="sv-SE"/>
        </w:rPr>
        <w:t xml:space="preserve"> {{field-on:bible}}kom Josef från Arimathaia, en anständig rådsherre som också han var väntande på Guds rike, </w:t>
      </w:r>
      <w:r w:rsidRPr="000767E2">
        <w:rPr>
          <w:i/>
          <w:lang w:val="sv-SE"/>
        </w:rPr>
        <w:t>och</w:t>
      </w:r>
      <w:r w:rsidRPr="000767E2">
        <w:rPr>
          <w:lang w:val="sv-SE"/>
        </w:rPr>
        <w:t xml:space="preserve"> vågade och gick in till Pilatus och bad om Jesu kropp.{{field-off:bible}} [[@</w:t>
      </w:r>
      <w:r w:rsidR="0096445B" w:rsidRPr="000767E2">
        <w:rPr>
          <w:lang w:val="sv-SE"/>
        </w:rPr>
        <w:t>BibleBIBEL82</w:t>
      </w:r>
      <w:r w:rsidRPr="000767E2">
        <w:rPr>
          <w:lang w:val="sv-SE"/>
        </w:rPr>
        <w:t>:Mark 15:44]]</w:t>
      </w:r>
      <w:r w:rsidRPr="000767E2">
        <w:rPr>
          <w:vertAlign w:val="superscript"/>
          <w:lang w:val="sv-SE"/>
        </w:rPr>
        <w:t>44</w:t>
      </w:r>
      <w:r w:rsidRPr="000767E2">
        <w:rPr>
          <w:lang w:val="sv-SE"/>
        </w:rPr>
        <w:t xml:space="preserve"> {{field-on:bible}}Men Pilatus var förundrad, om han redan hade dött. Och han kallade till sig centurionen och frågade honom om </w:t>
      </w:r>
      <w:r w:rsidRPr="000767E2">
        <w:rPr>
          <w:i/>
          <w:lang w:val="sv-SE"/>
        </w:rPr>
        <w:t>det var</w:t>
      </w:r>
      <w:r w:rsidRPr="000767E2">
        <w:rPr>
          <w:lang w:val="sv-SE"/>
        </w:rPr>
        <w:t xml:space="preserve"> sedan länge han dött.{{field-off:bible}} [[@</w:t>
      </w:r>
      <w:r w:rsidR="0096445B" w:rsidRPr="000767E2">
        <w:rPr>
          <w:lang w:val="sv-SE"/>
        </w:rPr>
        <w:t>BibleBIBEL82</w:t>
      </w:r>
      <w:r w:rsidRPr="000767E2">
        <w:rPr>
          <w:lang w:val="sv-SE"/>
        </w:rPr>
        <w:t>:Mark 15:45]]</w:t>
      </w:r>
      <w:r w:rsidRPr="000767E2">
        <w:rPr>
          <w:vertAlign w:val="superscript"/>
          <w:lang w:val="sv-SE"/>
        </w:rPr>
        <w:t>45</w:t>
      </w:r>
      <w:r w:rsidRPr="000767E2">
        <w:rPr>
          <w:lang w:val="sv-SE"/>
        </w:rPr>
        <w:t xml:space="preserve"> {{field-on:bible}}Och när han fått veta från centurionen, skänkte han liket åt Josef.{{field-off:bible}}</w:t>
      </w:r>
    </w:p>
    <w:p w14:paraId="55110D72" w14:textId="7A58A75E"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:Mark 15:46]]</w:t>
      </w:r>
      <w:r w:rsidRPr="000767E2">
        <w:rPr>
          <w:vertAlign w:val="superscript"/>
          <w:lang w:val="sv-SE"/>
        </w:rPr>
        <w:t>46</w:t>
      </w:r>
      <w:r w:rsidRPr="000767E2">
        <w:rPr>
          <w:lang w:val="sv-SE"/>
        </w:rPr>
        <w:t xml:space="preserve"> {{field-on:bible}}Och han köpte linnetyg, tog ner honom och svepte in i linnetyget. Och han lade honom i en grav som var uthuggen ur klippan och rullade fram en sten för dörröppningen till graven.{{field-off:bible}} [[@</w:t>
      </w:r>
      <w:r w:rsidR="0096445B" w:rsidRPr="000767E2">
        <w:rPr>
          <w:lang w:val="sv-SE"/>
        </w:rPr>
        <w:t>BibleBIBEL82</w:t>
      </w:r>
      <w:r w:rsidRPr="000767E2">
        <w:rPr>
          <w:lang w:val="sv-SE"/>
        </w:rPr>
        <w:t>:Mark 15:47]]</w:t>
      </w:r>
      <w:r w:rsidRPr="000767E2">
        <w:rPr>
          <w:vertAlign w:val="superscript"/>
          <w:lang w:val="sv-SE"/>
        </w:rPr>
        <w:t>47</w:t>
      </w:r>
      <w:r w:rsidRPr="000767E2">
        <w:rPr>
          <w:lang w:val="sv-SE"/>
        </w:rPr>
        <w:t xml:space="preserve"> {{field-on:bible}}Och Maria Magdalén och Maria Joses </w:t>
      </w:r>
      <w:r w:rsidRPr="000767E2">
        <w:rPr>
          <w:i/>
          <w:lang w:val="sv-SE"/>
        </w:rPr>
        <w:t>mor</w:t>
      </w:r>
      <w:r w:rsidRPr="000767E2">
        <w:rPr>
          <w:lang w:val="sv-SE"/>
        </w:rPr>
        <w:t xml:space="preserve"> skådade var han blivit lagd.{{field-off:bible}}</w:t>
      </w:r>
    </w:p>
    <w:p w14:paraId="0A3DC1BB" w14:textId="16E476F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:Mark 16]]Kapitel 16</w:t>
      </w:r>
    </w:p>
    <w:p w14:paraId="7E3DEB50" w14:textId="77777777" w:rsidR="00BA33AB" w:rsidRPr="000767E2" w:rsidRDefault="00000000">
      <w:pPr>
        <w:pStyle w:val="Rubrik3"/>
        <w:rPr>
          <w:lang w:val="sv-SE"/>
        </w:rPr>
      </w:pPr>
      <w:r w:rsidRPr="000767E2">
        <w:rPr>
          <w:lang w:val="sv-SE"/>
        </w:rPr>
        <w:t>Jesus uppstår ur graven</w:t>
      </w:r>
    </w:p>
    <w:p w14:paraId="287947BC" w14:textId="6C102F2A" w:rsidR="00BA33AB" w:rsidRPr="000767E2" w:rsidRDefault="00000000">
      <w:pPr>
        <w:rPr>
          <w:lang w:val="sv-SE"/>
        </w:rPr>
      </w:pPr>
      <w:r w:rsidRPr="000767E2">
        <w:rPr>
          <w:lang w:val="sv-SE"/>
        </w:rPr>
        <w:t>[[@</w:t>
      </w:r>
      <w:r w:rsidR="0096445B" w:rsidRPr="000767E2">
        <w:rPr>
          <w:lang w:val="sv-SE"/>
        </w:rPr>
        <w:t>BibleBIBEL82</w:t>
      </w:r>
      <w:r w:rsidRPr="000767E2">
        <w:rPr>
          <w:lang w:val="sv-SE"/>
        </w:rPr>
        <w:t>:Mark 16:1]]</w:t>
      </w:r>
      <w:r w:rsidRPr="000767E2">
        <w:rPr>
          <w:vertAlign w:val="superscript"/>
          <w:lang w:val="sv-SE"/>
        </w:rPr>
        <w:t>1</w:t>
      </w:r>
      <w:r w:rsidRPr="000767E2">
        <w:rPr>
          <w:lang w:val="sv-SE"/>
        </w:rPr>
        <w:t xml:space="preserve"> {{field-on:bible}}Och när sabbaten hade gått, köpte Maria Magdalén och Maria Jakobs </w:t>
      </w:r>
      <w:r w:rsidRPr="000767E2">
        <w:rPr>
          <w:i/>
          <w:lang w:val="sv-SE"/>
        </w:rPr>
        <w:t>mor</w:t>
      </w:r>
      <w:r w:rsidRPr="000767E2">
        <w:rPr>
          <w:lang w:val="sv-SE"/>
        </w:rPr>
        <w:t xml:space="preserve"> och Salome doftkryddor för att gå och smörja in honom.{{field-off:bible}} [[@</w:t>
      </w:r>
      <w:r w:rsidR="0096445B" w:rsidRPr="000767E2">
        <w:rPr>
          <w:lang w:val="sv-SE"/>
        </w:rPr>
        <w:t>BibleBIBEL82</w:t>
      </w:r>
      <w:r w:rsidRPr="000767E2">
        <w:rPr>
          <w:lang w:val="sv-SE"/>
        </w:rPr>
        <w:t>:Mark 16:2]]</w:t>
      </w:r>
      <w:r w:rsidRPr="000767E2">
        <w:rPr>
          <w:vertAlign w:val="superscript"/>
          <w:lang w:val="sv-SE"/>
        </w:rPr>
        <w:t>2</w:t>
      </w:r>
      <w:r w:rsidRPr="000767E2">
        <w:rPr>
          <w:lang w:val="sv-SE"/>
        </w:rPr>
        <w:t xml:space="preserve"> {{field-on:bible}}Och väldigt </w:t>
      </w:r>
      <w:r w:rsidRPr="000767E2">
        <w:rPr>
          <w:i/>
          <w:lang w:val="sv-SE"/>
        </w:rPr>
        <w:t>tidig</w:t>
      </w:r>
      <w:r w:rsidRPr="000767E2">
        <w:rPr>
          <w:lang w:val="sv-SE"/>
        </w:rPr>
        <w:t xml:space="preserve"> morgon, den första </w:t>
      </w:r>
      <w:r w:rsidRPr="000767E2">
        <w:rPr>
          <w:i/>
          <w:lang w:val="sv-SE"/>
        </w:rPr>
        <w:t>dagen</w:t>
      </w:r>
      <w:r w:rsidRPr="000767E2">
        <w:rPr>
          <w:lang w:val="sv-SE"/>
        </w:rPr>
        <w:t xml:space="preserve"> i veckan, kommer de till graven när solen gick upp.{{field-off:bible}} [[@</w:t>
      </w:r>
      <w:r w:rsidR="0096445B" w:rsidRPr="000767E2">
        <w:rPr>
          <w:lang w:val="sv-SE"/>
        </w:rPr>
        <w:t>BibleBIBEL82</w:t>
      </w:r>
      <w:r w:rsidRPr="000767E2">
        <w:rPr>
          <w:lang w:val="sv-SE"/>
        </w:rPr>
        <w:t>:Mark 16:3]]</w:t>
      </w:r>
      <w:r w:rsidRPr="000767E2">
        <w:rPr>
          <w:vertAlign w:val="superscript"/>
          <w:lang w:val="sv-SE"/>
        </w:rPr>
        <w:t>3</w:t>
      </w:r>
      <w:r w:rsidRPr="000767E2">
        <w:rPr>
          <w:lang w:val="sv-SE"/>
        </w:rPr>
        <w:t xml:space="preserve"> {{field-on:bible}}Och de sade till varann: ”Vem ska rulla bort för oss stenen från dörröppningen till graven?”{{field-off:bible}}</w:t>
      </w:r>
    </w:p>
    <w:p w14:paraId="4FC1D1E2" w14:textId="6B7A6F02" w:rsidR="00BA33AB" w:rsidRPr="000767E2" w:rsidRDefault="00000000">
      <w:pPr>
        <w:rPr>
          <w:lang w:val="sv-SE"/>
        </w:rPr>
      </w:pPr>
      <w:r w:rsidRPr="000767E2">
        <w:rPr>
          <w:lang w:val="sv-SE"/>
        </w:rPr>
        <w:t>[[@</w:t>
      </w:r>
      <w:r w:rsidR="0096445B" w:rsidRPr="000767E2">
        <w:rPr>
          <w:lang w:val="sv-SE"/>
        </w:rPr>
        <w:t>BibleBIBEL82</w:t>
      </w:r>
      <w:r w:rsidRPr="000767E2">
        <w:rPr>
          <w:lang w:val="sv-SE"/>
        </w:rPr>
        <w:t>:Mark 16:4]]</w:t>
      </w:r>
      <w:r w:rsidRPr="000767E2">
        <w:rPr>
          <w:vertAlign w:val="superscript"/>
          <w:lang w:val="sv-SE"/>
        </w:rPr>
        <w:t>4</w:t>
      </w:r>
      <w:r w:rsidRPr="000767E2">
        <w:rPr>
          <w:lang w:val="sv-SE"/>
        </w:rPr>
        <w:t xml:space="preserve"> {{field-on:bible}}Och när de ser upp, skådar de att stenen är bortrullad. För den var mycket stor.{{field-off:bible}} [[@</w:t>
      </w:r>
      <w:r w:rsidR="0096445B" w:rsidRPr="000767E2">
        <w:rPr>
          <w:lang w:val="sv-SE"/>
        </w:rPr>
        <w:t>BibleBIBEL82</w:t>
      </w:r>
      <w:r w:rsidRPr="000767E2">
        <w:rPr>
          <w:lang w:val="sv-SE"/>
        </w:rPr>
        <w:t>:Mark 16:5]]</w:t>
      </w:r>
      <w:r w:rsidRPr="000767E2">
        <w:rPr>
          <w:vertAlign w:val="superscript"/>
          <w:lang w:val="sv-SE"/>
        </w:rPr>
        <w:t>5</w:t>
      </w:r>
      <w:r w:rsidRPr="000767E2">
        <w:rPr>
          <w:lang w:val="sv-SE"/>
        </w:rPr>
        <w:t xml:space="preserve"> {{field-on:bible}}Och de gick in i graven och såg en yngling sittande vid högra </w:t>
      </w:r>
      <w:r w:rsidRPr="000767E2">
        <w:rPr>
          <w:i/>
          <w:lang w:val="sv-SE"/>
        </w:rPr>
        <w:t>sidan</w:t>
      </w:r>
      <w:r w:rsidRPr="000767E2">
        <w:rPr>
          <w:lang w:val="sv-SE"/>
        </w:rPr>
        <w:t>, klädd i en vit dräkt. Och de blev helt bestörta.{{field-off:bible}} [[@</w:t>
      </w:r>
      <w:r w:rsidR="0096445B" w:rsidRPr="000767E2">
        <w:rPr>
          <w:lang w:val="sv-SE"/>
        </w:rPr>
        <w:t>BibleBIBEL82</w:t>
      </w:r>
      <w:r w:rsidRPr="000767E2">
        <w:rPr>
          <w:lang w:val="sv-SE"/>
        </w:rPr>
        <w:t>:Mark 16:6]]</w:t>
      </w:r>
      <w:r w:rsidRPr="000767E2">
        <w:rPr>
          <w:vertAlign w:val="superscript"/>
          <w:lang w:val="sv-SE"/>
        </w:rPr>
        <w:t>6</w:t>
      </w:r>
      <w:r w:rsidRPr="000767E2">
        <w:rPr>
          <w:lang w:val="sv-SE"/>
        </w:rPr>
        <w:t xml:space="preserve"> {{field-on:bible}}Men han säger till dem: ”Var inte helt bestörta! Jesus söker ni, nazarén, den korsfäste. Han har uppväckts. Han är inte här! Se: platsen där de lade honom.{{field-off:bible}} [[@</w:t>
      </w:r>
      <w:r w:rsidR="0096445B" w:rsidRPr="000767E2">
        <w:rPr>
          <w:lang w:val="sv-SE"/>
        </w:rPr>
        <w:t>BibleBIBEL82</w:t>
      </w:r>
      <w:r w:rsidRPr="000767E2">
        <w:rPr>
          <w:lang w:val="sv-SE"/>
        </w:rPr>
        <w:t>:Mark 16:7]]</w:t>
      </w:r>
      <w:r w:rsidRPr="000767E2">
        <w:rPr>
          <w:vertAlign w:val="superscript"/>
          <w:lang w:val="sv-SE"/>
        </w:rPr>
        <w:t>7</w:t>
      </w:r>
      <w:r w:rsidRPr="000767E2">
        <w:rPr>
          <w:lang w:val="sv-SE"/>
        </w:rPr>
        <w:t xml:space="preserve"> {{field-on:bible}}Men bege er, säg till hans lärjungar och till Petrus att han går före er till Galileen. Där ska ni </w:t>
      </w:r>
      <w:r w:rsidRPr="000767E2">
        <w:rPr>
          <w:i/>
          <w:lang w:val="sv-SE"/>
        </w:rPr>
        <w:t>få</w:t>
      </w:r>
      <w:r w:rsidRPr="000767E2">
        <w:rPr>
          <w:lang w:val="sv-SE"/>
        </w:rPr>
        <w:t xml:space="preserve"> se honom, så som han har sagt er.”{{field-off:bible}}</w:t>
      </w:r>
    </w:p>
    <w:p w14:paraId="599DBC18" w14:textId="00334148" w:rsidR="00BA33AB" w:rsidRPr="000767E2" w:rsidRDefault="00000000">
      <w:pPr>
        <w:rPr>
          <w:lang w:val="sv-SE"/>
        </w:rPr>
      </w:pPr>
      <w:r w:rsidRPr="000767E2">
        <w:rPr>
          <w:lang w:val="sv-SE"/>
        </w:rPr>
        <w:t>[[@</w:t>
      </w:r>
      <w:r w:rsidR="0096445B" w:rsidRPr="000767E2">
        <w:rPr>
          <w:lang w:val="sv-SE"/>
        </w:rPr>
        <w:t>BibleBIBEL82</w:t>
      </w:r>
      <w:r w:rsidRPr="000767E2">
        <w:rPr>
          <w:lang w:val="sv-SE"/>
        </w:rPr>
        <w:t>:Mark 16:8]]</w:t>
      </w:r>
      <w:r w:rsidRPr="000767E2">
        <w:rPr>
          <w:vertAlign w:val="superscript"/>
          <w:lang w:val="sv-SE"/>
        </w:rPr>
        <w:t>8</w:t>
      </w:r>
      <w:r w:rsidRPr="000767E2">
        <w:rPr>
          <w:lang w:val="sv-SE"/>
        </w:rPr>
        <w:t xml:space="preserve"> {{field-on:bible}}Och de gick ut och flydde från graven, för de omfattades </w:t>
      </w:r>
      <w:r w:rsidRPr="000767E2">
        <w:rPr>
          <w:i/>
          <w:lang w:val="sv-SE"/>
        </w:rPr>
        <w:t>av</w:t>
      </w:r>
      <w:r w:rsidRPr="000767E2">
        <w:rPr>
          <w:lang w:val="sv-SE"/>
        </w:rPr>
        <w:t xml:space="preserve"> darran och extas. Och till ingen sade de något, för de fruktade.{{field-off:bible}}</w:t>
      </w:r>
    </w:p>
    <w:p w14:paraId="1345BB44" w14:textId="77777777" w:rsidR="00BA33AB" w:rsidRPr="000767E2" w:rsidRDefault="00000000">
      <w:pPr>
        <w:pStyle w:val="Rubrik3"/>
        <w:rPr>
          <w:lang w:val="sv-SE"/>
        </w:rPr>
      </w:pPr>
      <w:r w:rsidRPr="000767E2">
        <w:rPr>
          <w:lang w:val="sv-SE"/>
        </w:rPr>
        <w:t>Den Uppståndne visar sig</w:t>
      </w:r>
    </w:p>
    <w:p w14:paraId="752DCB4F" w14:textId="01C2D640" w:rsidR="00BA33AB" w:rsidRPr="000767E2" w:rsidRDefault="00000000">
      <w:pPr>
        <w:rPr>
          <w:lang w:val="sv-SE"/>
        </w:rPr>
      </w:pPr>
      <w:r w:rsidRPr="000767E2">
        <w:rPr>
          <w:lang w:val="sv-SE"/>
        </w:rPr>
        <w:t>{{field-on:bible}}</w:t>
      </w:r>
      <w:r>
        <w:t>⟦</w:t>
      </w:r>
      <w:r w:rsidRPr="000767E2">
        <w:rPr>
          <w:lang w:val="sv-SE"/>
        </w:rPr>
        <w:t>{{field-off:bible}} [[@</w:t>
      </w:r>
      <w:r w:rsidR="0096445B" w:rsidRPr="000767E2">
        <w:rPr>
          <w:lang w:val="sv-SE"/>
        </w:rPr>
        <w:t>BibleBIBEL82</w:t>
      </w:r>
      <w:r w:rsidRPr="000767E2">
        <w:rPr>
          <w:lang w:val="sv-SE"/>
        </w:rPr>
        <w:t>:Mark 16:9]]</w:t>
      </w:r>
      <w:r w:rsidRPr="000767E2">
        <w:rPr>
          <w:vertAlign w:val="superscript"/>
          <w:lang w:val="sv-SE"/>
        </w:rPr>
        <w:t>9</w:t>
      </w:r>
      <w:r w:rsidRPr="000767E2">
        <w:rPr>
          <w:lang w:val="sv-SE"/>
        </w:rPr>
        <w:t xml:space="preserve"> {{field-on:bible}}Men uppstånden på morgonen första </w:t>
      </w:r>
      <w:r w:rsidRPr="000767E2">
        <w:rPr>
          <w:i/>
          <w:lang w:val="sv-SE"/>
        </w:rPr>
        <w:t>dagen</w:t>
      </w:r>
      <w:r w:rsidRPr="000767E2">
        <w:rPr>
          <w:lang w:val="sv-SE"/>
        </w:rPr>
        <w:t xml:space="preserve"> i veckan visade han sig först för Maria Magdalén, från vilken han drivit ut sju demoner.{{field-off:bible}} [[@</w:t>
      </w:r>
      <w:r w:rsidR="0096445B" w:rsidRPr="000767E2">
        <w:rPr>
          <w:lang w:val="sv-SE"/>
        </w:rPr>
        <w:t>BibleBIBEL82</w:t>
      </w:r>
      <w:r w:rsidRPr="000767E2">
        <w:rPr>
          <w:lang w:val="sv-SE"/>
        </w:rPr>
        <w:t>:Mark 16:10]]</w:t>
      </w:r>
      <w:r w:rsidRPr="000767E2">
        <w:rPr>
          <w:vertAlign w:val="superscript"/>
          <w:lang w:val="sv-SE"/>
        </w:rPr>
        <w:t>10</w:t>
      </w:r>
      <w:r w:rsidRPr="000767E2">
        <w:rPr>
          <w:lang w:val="sv-SE"/>
        </w:rPr>
        <w:t xml:space="preserve"> {{field-on:bible}}Hon gick och berättade för dem som hade varit med honom, som sörjde och grät.{{field-off:bible}} [[@</w:t>
      </w:r>
      <w:r w:rsidR="0096445B" w:rsidRPr="000767E2">
        <w:rPr>
          <w:lang w:val="sv-SE"/>
        </w:rPr>
        <w:t>BibleBIBEL82</w:t>
      </w:r>
      <w:r w:rsidRPr="000767E2">
        <w:rPr>
          <w:lang w:val="sv-SE"/>
        </w:rPr>
        <w:t>:Mark 16:11]]</w:t>
      </w:r>
      <w:r w:rsidRPr="000767E2">
        <w:rPr>
          <w:vertAlign w:val="superscript"/>
          <w:lang w:val="sv-SE"/>
        </w:rPr>
        <w:t>11</w:t>
      </w:r>
      <w:r w:rsidRPr="000767E2">
        <w:rPr>
          <w:lang w:val="sv-SE"/>
        </w:rPr>
        <w:t xml:space="preserve"> {{field-on:bible}}Och dessa, när de hörde att han lever och har skådats av henne, trodde inte.{{field-off:bible}}</w:t>
      </w:r>
    </w:p>
    <w:p w14:paraId="78DD8AF5" w14:textId="33A12836" w:rsidR="00BA33AB" w:rsidRPr="000767E2" w:rsidRDefault="00000000">
      <w:pPr>
        <w:rPr>
          <w:lang w:val="sv-SE"/>
        </w:rPr>
      </w:pPr>
      <w:r w:rsidRPr="000767E2">
        <w:rPr>
          <w:lang w:val="sv-SE"/>
        </w:rPr>
        <w:t>[[@</w:t>
      </w:r>
      <w:r w:rsidR="0096445B" w:rsidRPr="000767E2">
        <w:rPr>
          <w:lang w:val="sv-SE"/>
        </w:rPr>
        <w:t>BibleBIBEL82</w:t>
      </w:r>
      <w:r w:rsidRPr="000767E2">
        <w:rPr>
          <w:lang w:val="sv-SE"/>
        </w:rPr>
        <w:t>:Mark 16:12]]</w:t>
      </w:r>
      <w:r w:rsidRPr="000767E2">
        <w:rPr>
          <w:vertAlign w:val="superscript"/>
          <w:lang w:val="sv-SE"/>
        </w:rPr>
        <w:t>12</w:t>
      </w:r>
      <w:r w:rsidRPr="000767E2">
        <w:rPr>
          <w:lang w:val="sv-SE"/>
        </w:rPr>
        <w:t xml:space="preserve"> {{field-on:bible}}Och efter detta för två av dem som vandrade: han visade sig i annan gestalt medan de gick </w:t>
      </w:r>
      <w:r w:rsidRPr="000767E2">
        <w:rPr>
          <w:i/>
          <w:lang w:val="sv-SE"/>
        </w:rPr>
        <w:t>ut</w:t>
      </w:r>
      <w:r w:rsidRPr="000767E2">
        <w:rPr>
          <w:lang w:val="sv-SE"/>
        </w:rPr>
        <w:t xml:space="preserve"> till landsbygden.{{field-off:bible}} [[@</w:t>
      </w:r>
      <w:r w:rsidR="0096445B" w:rsidRPr="000767E2">
        <w:rPr>
          <w:lang w:val="sv-SE"/>
        </w:rPr>
        <w:t>BibleBIBEL82</w:t>
      </w:r>
      <w:r w:rsidRPr="000767E2">
        <w:rPr>
          <w:lang w:val="sv-SE"/>
        </w:rPr>
        <w:t>:Mark 16:13]]</w:t>
      </w:r>
      <w:r w:rsidRPr="000767E2">
        <w:rPr>
          <w:vertAlign w:val="superscript"/>
          <w:lang w:val="sv-SE"/>
        </w:rPr>
        <w:t>13</w:t>
      </w:r>
      <w:r w:rsidRPr="000767E2">
        <w:rPr>
          <w:lang w:val="sv-SE"/>
        </w:rPr>
        <w:t xml:space="preserve"> {{field-on:bible}}Och dessa gick bort och berättade för de övriga. Inte heller dessa trodde de.{{field-off:bible}}</w:t>
      </w:r>
    </w:p>
    <w:p w14:paraId="6628E38B" w14:textId="5D5D1E4D" w:rsidR="00BA33AB" w:rsidRPr="000767E2" w:rsidRDefault="00000000">
      <w:pPr>
        <w:rPr>
          <w:lang w:val="sv-SE"/>
        </w:rPr>
      </w:pPr>
      <w:r w:rsidRPr="000767E2">
        <w:rPr>
          <w:lang w:val="sv-SE"/>
        </w:rPr>
        <w:t>[[@</w:t>
      </w:r>
      <w:r w:rsidR="0096445B" w:rsidRPr="000767E2">
        <w:rPr>
          <w:lang w:val="sv-SE"/>
        </w:rPr>
        <w:t>BibleBIBEL82</w:t>
      </w:r>
      <w:r w:rsidRPr="000767E2">
        <w:rPr>
          <w:lang w:val="sv-SE"/>
        </w:rPr>
        <w:t>:Mark 16:14]]</w:t>
      </w:r>
      <w:r w:rsidRPr="000767E2">
        <w:rPr>
          <w:vertAlign w:val="superscript"/>
          <w:lang w:val="sv-SE"/>
        </w:rPr>
        <w:t>14</w:t>
      </w:r>
      <w:r w:rsidRPr="000767E2">
        <w:rPr>
          <w:lang w:val="sv-SE"/>
        </w:rPr>
        <w:t xml:space="preserve"> {{field-on:bible}}</w:t>
      </w:r>
      <w:r w:rsidRPr="000767E2">
        <w:rPr>
          <w:i/>
          <w:lang w:val="sv-SE"/>
        </w:rPr>
        <w:t>Till</w:t>
      </w:r>
      <w:r w:rsidRPr="000767E2">
        <w:rPr>
          <w:lang w:val="sv-SE"/>
        </w:rPr>
        <w:t xml:space="preserve"> sist, medan de låg </w:t>
      </w:r>
      <w:r w:rsidRPr="000767E2">
        <w:rPr>
          <w:i/>
          <w:lang w:val="sv-SE"/>
        </w:rPr>
        <w:t>till bords</w:t>
      </w:r>
      <w:r w:rsidRPr="000767E2">
        <w:rPr>
          <w:lang w:val="sv-SE"/>
        </w:rPr>
        <w:t>, för de elva: han visade sig och kritiserade deras otro och hårda hjärta, eftersom de inte hade trott på dem som skådat honom uppväckt.{{field-off:bible}} [[@</w:t>
      </w:r>
      <w:r w:rsidR="0096445B" w:rsidRPr="000767E2">
        <w:rPr>
          <w:lang w:val="sv-SE"/>
        </w:rPr>
        <w:t>BibleBIBEL82</w:t>
      </w:r>
      <w:r w:rsidRPr="000767E2">
        <w:rPr>
          <w:lang w:val="sv-SE"/>
        </w:rPr>
        <w:t>:Mark 16:15]]</w:t>
      </w:r>
      <w:r w:rsidRPr="000767E2">
        <w:rPr>
          <w:vertAlign w:val="superscript"/>
          <w:lang w:val="sv-SE"/>
        </w:rPr>
        <w:t>15</w:t>
      </w:r>
      <w:r w:rsidRPr="000767E2">
        <w:rPr>
          <w:lang w:val="sv-SE"/>
        </w:rPr>
        <w:t xml:space="preserve"> {{field-</w:t>
      </w:r>
      <w:r w:rsidRPr="000767E2">
        <w:rPr>
          <w:lang w:val="sv-SE"/>
        </w:rPr>
        <w:lastRenderedPageBreak/>
        <w:t>on:bible}}Och han sade till dem: ”Gå till hela världen och förkunna evangeliet för hela skapelsen.{{field-off:bible}} [[@</w:t>
      </w:r>
      <w:r w:rsidR="0096445B" w:rsidRPr="000767E2">
        <w:rPr>
          <w:lang w:val="sv-SE"/>
        </w:rPr>
        <w:t>BibleBIBEL82</w:t>
      </w:r>
      <w:r w:rsidRPr="000767E2">
        <w:rPr>
          <w:lang w:val="sv-SE"/>
        </w:rPr>
        <w:t>:Mark 16:16]]</w:t>
      </w:r>
      <w:r w:rsidRPr="000767E2">
        <w:rPr>
          <w:vertAlign w:val="superscript"/>
          <w:lang w:val="sv-SE"/>
        </w:rPr>
        <w:t>16</w:t>
      </w:r>
      <w:r w:rsidRPr="000767E2">
        <w:rPr>
          <w:lang w:val="sv-SE"/>
        </w:rPr>
        <w:t xml:space="preserve"> {{field-on:bible}}Den som tror och blir döpt ska bli frälst. Men den som inte tror ska bli fördömd.{{field-off:bible}} [[@</w:t>
      </w:r>
      <w:r w:rsidR="0096445B" w:rsidRPr="000767E2">
        <w:rPr>
          <w:lang w:val="sv-SE"/>
        </w:rPr>
        <w:t>BibleBIBEL82</w:t>
      </w:r>
      <w:r w:rsidRPr="000767E2">
        <w:rPr>
          <w:lang w:val="sv-SE"/>
        </w:rPr>
        <w:t>:Mark 16:17]]</w:t>
      </w:r>
      <w:r w:rsidRPr="000767E2">
        <w:rPr>
          <w:vertAlign w:val="superscript"/>
          <w:lang w:val="sv-SE"/>
        </w:rPr>
        <w:t>17</w:t>
      </w:r>
      <w:r w:rsidRPr="000767E2">
        <w:rPr>
          <w:lang w:val="sv-SE"/>
        </w:rPr>
        <w:t xml:space="preserve"> {{field-on:bible}}Och dessa tecken ska nära följa dem som tror: I mitt namn ska de driva ut demoner. Med nya tungor ska de tala,{{field-off:bible}} [[@</w:t>
      </w:r>
      <w:r w:rsidR="0096445B" w:rsidRPr="000767E2">
        <w:rPr>
          <w:lang w:val="sv-SE"/>
        </w:rPr>
        <w:t>BibleBIBEL82</w:t>
      </w:r>
      <w:r w:rsidRPr="000767E2">
        <w:rPr>
          <w:lang w:val="sv-SE"/>
        </w:rPr>
        <w:t>:Mark 16:18]]</w:t>
      </w:r>
      <w:r w:rsidRPr="000767E2">
        <w:rPr>
          <w:vertAlign w:val="superscript"/>
          <w:lang w:val="sv-SE"/>
        </w:rPr>
        <w:t>18</w:t>
      </w:r>
      <w:r w:rsidRPr="000767E2">
        <w:rPr>
          <w:lang w:val="sv-SE"/>
        </w:rPr>
        <w:t xml:space="preserve"> {{field-on:bible}}och med händerna ta upp ormar. Även om de dricker något dödande ska det alls inte skada dem. På kraftlösa ska de lägga händer och de ska få </w:t>
      </w:r>
      <w:r w:rsidRPr="000767E2">
        <w:rPr>
          <w:i/>
          <w:lang w:val="sv-SE"/>
        </w:rPr>
        <w:t>det</w:t>
      </w:r>
      <w:r w:rsidRPr="000767E2">
        <w:rPr>
          <w:lang w:val="sv-SE"/>
        </w:rPr>
        <w:t xml:space="preserve"> bra.”{{field-off:bible}}</w:t>
      </w:r>
    </w:p>
    <w:p w14:paraId="49AE4627" w14:textId="04FBD433" w:rsidR="00BA33AB" w:rsidRPr="000767E2" w:rsidRDefault="00000000">
      <w:pPr>
        <w:rPr>
          <w:lang w:val="sv-SE"/>
        </w:rPr>
      </w:pPr>
      <w:r w:rsidRPr="000767E2">
        <w:rPr>
          <w:lang w:val="sv-SE"/>
        </w:rPr>
        <w:t>[[@</w:t>
      </w:r>
      <w:r w:rsidR="0096445B" w:rsidRPr="000767E2">
        <w:rPr>
          <w:lang w:val="sv-SE"/>
        </w:rPr>
        <w:t>BibleBIBEL82</w:t>
      </w:r>
      <w:r w:rsidRPr="000767E2">
        <w:rPr>
          <w:lang w:val="sv-SE"/>
        </w:rPr>
        <w:t>:Mark 16:19]]</w:t>
      </w:r>
      <w:r w:rsidRPr="000767E2">
        <w:rPr>
          <w:vertAlign w:val="superscript"/>
          <w:lang w:val="sv-SE"/>
        </w:rPr>
        <w:t>19</w:t>
      </w:r>
      <w:r w:rsidRPr="000767E2">
        <w:rPr>
          <w:lang w:val="sv-SE"/>
        </w:rPr>
        <w:t xml:space="preserve"> {{field-on:bible}}Herren, efter att ha talat till dem, togs nu upp till himlen och satte sig vid Guds högra </w:t>
      </w:r>
      <w:r w:rsidRPr="000767E2">
        <w:rPr>
          <w:i/>
          <w:lang w:val="sv-SE"/>
        </w:rPr>
        <w:t>sida</w:t>
      </w:r>
      <w:r w:rsidRPr="000767E2">
        <w:rPr>
          <w:lang w:val="sv-SE"/>
        </w:rPr>
        <w:t>.{{field-off:bible}}</w:t>
      </w:r>
    </w:p>
    <w:p w14:paraId="3DC62D45" w14:textId="7648B4D8" w:rsidR="00BA33AB" w:rsidRPr="000767E2" w:rsidRDefault="00000000">
      <w:pPr>
        <w:rPr>
          <w:lang w:val="sv-SE"/>
        </w:rPr>
      </w:pPr>
      <w:r w:rsidRPr="000767E2">
        <w:rPr>
          <w:lang w:val="sv-SE"/>
        </w:rPr>
        <w:t>[[@</w:t>
      </w:r>
      <w:r w:rsidR="0096445B" w:rsidRPr="000767E2">
        <w:rPr>
          <w:lang w:val="sv-SE"/>
        </w:rPr>
        <w:t>BibleBIBEL</w:t>
      </w:r>
      <w:proofErr w:type="gramStart"/>
      <w:r w:rsidR="0096445B" w:rsidRPr="000767E2">
        <w:rPr>
          <w:lang w:val="sv-SE"/>
        </w:rPr>
        <w:t>82</w:t>
      </w:r>
      <w:r w:rsidRPr="000767E2">
        <w:rPr>
          <w:lang w:val="sv-SE"/>
        </w:rPr>
        <w:t>:Mark</w:t>
      </w:r>
      <w:proofErr w:type="gramEnd"/>
      <w:r w:rsidRPr="000767E2">
        <w:rPr>
          <w:lang w:val="sv-SE"/>
        </w:rPr>
        <w:t xml:space="preserve"> 16:20]]</w:t>
      </w:r>
      <w:r w:rsidRPr="000767E2">
        <w:rPr>
          <w:vertAlign w:val="superscript"/>
          <w:lang w:val="sv-SE"/>
        </w:rPr>
        <w:t>20</w:t>
      </w:r>
      <w:r w:rsidRPr="000767E2">
        <w:rPr>
          <w:lang w:val="sv-SE"/>
        </w:rPr>
        <w:t xml:space="preserve"> {{field-</w:t>
      </w:r>
      <w:proofErr w:type="gramStart"/>
      <w:r w:rsidRPr="000767E2">
        <w:rPr>
          <w:lang w:val="sv-SE"/>
        </w:rPr>
        <w:t>on:bible}}Och</w:t>
      </w:r>
      <w:proofErr w:type="gramEnd"/>
      <w:r w:rsidRPr="000767E2">
        <w:rPr>
          <w:lang w:val="sv-SE"/>
        </w:rPr>
        <w:t xml:space="preserve"> dessa gick ut och förkunnade överallt, medan Herren samverkade och befäste ordet genom de efterföljande </w:t>
      </w:r>
      <w:proofErr w:type="gramStart"/>
      <w:r w:rsidRPr="000767E2">
        <w:rPr>
          <w:lang w:val="sv-SE"/>
        </w:rPr>
        <w:t>tecknen.</w:t>
      </w:r>
      <w:r>
        <w:t>⟧</w:t>
      </w:r>
      <w:proofErr w:type="gramEnd"/>
      <w:r w:rsidRPr="000767E2">
        <w:rPr>
          <w:lang w:val="sv-SE"/>
        </w:rPr>
        <w:t>{{field-</w:t>
      </w:r>
      <w:proofErr w:type="gramStart"/>
      <w:r w:rsidRPr="000767E2">
        <w:rPr>
          <w:lang w:val="sv-SE"/>
        </w:rPr>
        <w:t>off:bible</w:t>
      </w:r>
      <w:proofErr w:type="gramEnd"/>
      <w:r w:rsidRPr="000767E2">
        <w:rPr>
          <w:lang w:val="sv-SE"/>
        </w:rPr>
        <w:t>}}</w:t>
      </w:r>
    </w:p>
    <w:p w14:paraId="76C38781" w14:textId="77777777" w:rsidR="00BA33AB" w:rsidRPr="000767E2" w:rsidRDefault="00000000">
      <w:pPr>
        <w:pStyle w:val="Rubrik3"/>
        <w:rPr>
          <w:lang w:val="sv-SE"/>
        </w:rPr>
      </w:pPr>
      <w:r w:rsidRPr="000767E2">
        <w:rPr>
          <w:lang w:val="sv-SE"/>
        </w:rPr>
        <w:t>Alternativ avslutning</w:t>
      </w:r>
    </w:p>
    <w:p w14:paraId="46325F17" w14:textId="0E4A1557" w:rsidR="00BA33AB" w:rsidRPr="000767E2" w:rsidRDefault="00000000">
      <w:pPr>
        <w:rPr>
          <w:lang w:val="sv-SE"/>
        </w:rPr>
      </w:pPr>
      <w:r w:rsidRPr="000767E2">
        <w:rPr>
          <w:lang w:val="sv-SE"/>
        </w:rPr>
        <w:t>{{field-</w:t>
      </w:r>
      <w:proofErr w:type="gramStart"/>
      <w:r w:rsidRPr="000767E2">
        <w:rPr>
          <w:lang w:val="sv-SE"/>
        </w:rPr>
        <w:t>on:bible}}</w:t>
      </w:r>
      <w:r>
        <w:t>⟦</w:t>
      </w:r>
      <w:proofErr w:type="gramEnd"/>
      <w:r w:rsidRPr="000767E2">
        <w:rPr>
          <w:lang w:val="sv-SE"/>
        </w:rPr>
        <w:t>{{field-</w:t>
      </w:r>
      <w:proofErr w:type="gramStart"/>
      <w:r w:rsidRPr="000767E2">
        <w:rPr>
          <w:lang w:val="sv-SE"/>
        </w:rPr>
        <w:t>off:bible</w:t>
      </w:r>
      <w:proofErr w:type="gramEnd"/>
      <w:r w:rsidRPr="000767E2">
        <w:rPr>
          <w:lang w:val="sv-SE"/>
        </w:rPr>
        <w:t>}} [[@</w:t>
      </w:r>
      <w:r w:rsidR="0096445B" w:rsidRPr="000767E2">
        <w:rPr>
          <w:lang w:val="sv-SE"/>
        </w:rPr>
        <w:t>BibleBIBEL</w:t>
      </w:r>
      <w:proofErr w:type="gramStart"/>
      <w:r w:rsidR="0096445B" w:rsidRPr="000767E2">
        <w:rPr>
          <w:lang w:val="sv-SE"/>
        </w:rPr>
        <w:t>82</w:t>
      </w:r>
      <w:r w:rsidRPr="000767E2">
        <w:rPr>
          <w:lang w:val="sv-SE"/>
        </w:rPr>
        <w:t>:Mark</w:t>
      </w:r>
      <w:proofErr w:type="gramEnd"/>
      <w:r w:rsidRPr="000767E2">
        <w:rPr>
          <w:lang w:val="sv-SE"/>
        </w:rPr>
        <w:t xml:space="preserve"> 16:9a]]</w:t>
      </w:r>
      <w:r w:rsidRPr="000767E2">
        <w:rPr>
          <w:vertAlign w:val="superscript"/>
          <w:lang w:val="sv-SE"/>
        </w:rPr>
        <w:t>9a</w:t>
      </w:r>
      <w:r w:rsidRPr="000767E2">
        <w:rPr>
          <w:lang w:val="sv-SE"/>
        </w:rPr>
        <w:t xml:space="preserve"> {{field-</w:t>
      </w:r>
      <w:proofErr w:type="gramStart"/>
      <w:r w:rsidRPr="000767E2">
        <w:rPr>
          <w:lang w:val="sv-SE"/>
        </w:rPr>
        <w:t>on:bible}}Men</w:t>
      </w:r>
      <w:proofErr w:type="gramEnd"/>
      <w:r w:rsidRPr="000767E2">
        <w:rPr>
          <w:lang w:val="sv-SE"/>
        </w:rPr>
        <w:t xml:space="preserve"> allt det instruerade förtalde de kortfattat för dem runt Petrus. Och efter detta sände också Jesus själv genom dem ut, från öster och ända till väster, den sakrala och oförgängliga förkunnelsen om den eoniska frälsningen. </w:t>
      </w:r>
      <w:proofErr w:type="gramStart"/>
      <w:r w:rsidRPr="000767E2">
        <w:rPr>
          <w:lang w:val="sv-SE"/>
        </w:rPr>
        <w:t>Amen.</w:t>
      </w:r>
      <w:r>
        <w:t>⟧</w:t>
      </w:r>
      <w:proofErr w:type="gramEnd"/>
      <w:r w:rsidRPr="000767E2">
        <w:rPr>
          <w:lang w:val="sv-SE"/>
        </w:rPr>
        <w:t>{{field-</w:t>
      </w:r>
      <w:proofErr w:type="gramStart"/>
      <w:r w:rsidRPr="000767E2">
        <w:rPr>
          <w:lang w:val="sv-SE"/>
        </w:rPr>
        <w:t>off:bible</w:t>
      </w:r>
      <w:proofErr w:type="gramEnd"/>
      <w:r w:rsidRPr="000767E2">
        <w:rPr>
          <w:lang w:val="sv-SE"/>
        </w:rPr>
        <w:t>}}</w:t>
      </w:r>
    </w:p>
    <w:p w14:paraId="1576DFAE" w14:textId="58B04DFC"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:Luke]]Evangelium enligt Lukas</w:t>
      </w:r>
    </w:p>
    <w:p w14:paraId="0C6FE663" w14:textId="3D2F0FD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1]]Kapitel 1</w:t>
      </w:r>
    </w:p>
    <w:p w14:paraId="3BE62514" w14:textId="77777777" w:rsidR="00BA33AB" w:rsidRPr="000767E2" w:rsidRDefault="00000000">
      <w:pPr>
        <w:pStyle w:val="Rubrik3"/>
        <w:rPr>
          <w:lang w:val="sv-SE"/>
        </w:rPr>
      </w:pPr>
      <w:r w:rsidRPr="000767E2">
        <w:rPr>
          <w:lang w:val="sv-SE"/>
        </w:rPr>
        <w:t>Inledning</w:t>
      </w:r>
    </w:p>
    <w:p w14:paraId="07294430" w14:textId="076B1E63" w:rsidR="00BA33AB" w:rsidRPr="000767E2" w:rsidRDefault="00000000">
      <w:pPr>
        <w:rPr>
          <w:lang w:val="sv-SE"/>
        </w:rPr>
      </w:pPr>
      <w:r w:rsidRPr="000767E2">
        <w:rPr>
          <w:lang w:val="sv-SE"/>
        </w:rPr>
        <w:t>[[@</w:t>
      </w:r>
      <w:r w:rsidR="0096445B" w:rsidRPr="000767E2">
        <w:rPr>
          <w:lang w:val="sv-SE"/>
        </w:rPr>
        <w:t>BibleBIBEL82</w:t>
      </w:r>
      <w:r w:rsidRPr="000767E2">
        <w:rPr>
          <w:lang w:val="sv-SE"/>
        </w:rPr>
        <w:t>:Luke 1:1]]</w:t>
      </w:r>
      <w:r w:rsidRPr="000767E2">
        <w:rPr>
          <w:vertAlign w:val="superscript"/>
          <w:lang w:val="sv-SE"/>
        </w:rPr>
        <w:t>1</w:t>
      </w:r>
      <w:r w:rsidRPr="000767E2">
        <w:rPr>
          <w:lang w:val="sv-SE"/>
        </w:rPr>
        <w:t xml:space="preserve"> {{field-on:bible}}Då nu många har tagit sig för att sammanställa en skildring om de ting som har fullgjorts bland oss,{{field-off:bible}} [[@</w:t>
      </w:r>
      <w:r w:rsidR="0096445B" w:rsidRPr="000767E2">
        <w:rPr>
          <w:lang w:val="sv-SE"/>
        </w:rPr>
        <w:t>BibleBIBEL82</w:t>
      </w:r>
      <w:r w:rsidRPr="000767E2">
        <w:rPr>
          <w:lang w:val="sv-SE"/>
        </w:rPr>
        <w:t>:Luke 1:2]]</w:t>
      </w:r>
      <w:r w:rsidRPr="000767E2">
        <w:rPr>
          <w:vertAlign w:val="superscript"/>
          <w:lang w:val="sv-SE"/>
        </w:rPr>
        <w:t>2</w:t>
      </w:r>
      <w:r w:rsidRPr="000767E2">
        <w:rPr>
          <w:lang w:val="sv-SE"/>
        </w:rPr>
        <w:t xml:space="preserve"> {{field-on:bible}}så som de har överlämnat</w:t>
      </w:r>
      <w:r w:rsidRPr="000767E2">
        <w:rPr>
          <w:i/>
          <w:lang w:val="sv-SE"/>
        </w:rPr>
        <w:t>s</w:t>
      </w:r>
      <w:r w:rsidRPr="000767E2">
        <w:rPr>
          <w:lang w:val="sv-SE"/>
        </w:rPr>
        <w:t xml:space="preserve"> åt oss </w:t>
      </w:r>
      <w:r w:rsidRPr="000767E2">
        <w:rPr>
          <w:i/>
          <w:lang w:val="sv-SE"/>
        </w:rPr>
        <w:t>av</w:t>
      </w:r>
      <w:r w:rsidRPr="000767E2">
        <w:rPr>
          <w:lang w:val="sv-SE"/>
        </w:rPr>
        <w:t xml:space="preserve"> </w:t>
      </w:r>
      <w:r w:rsidRPr="000767E2">
        <w:rPr>
          <w:i/>
          <w:lang w:val="sv-SE"/>
        </w:rPr>
        <w:t>dem</w:t>
      </w:r>
      <w:r w:rsidRPr="000767E2">
        <w:rPr>
          <w:lang w:val="sv-SE"/>
        </w:rPr>
        <w:t xml:space="preserve"> som från begynnelsen var ögonvittnen och Ordets undertjänare,{{field-off:bible}} [[@</w:t>
      </w:r>
      <w:r w:rsidR="0096445B" w:rsidRPr="000767E2">
        <w:rPr>
          <w:lang w:val="sv-SE"/>
        </w:rPr>
        <w:t>BibleBIBEL82</w:t>
      </w:r>
      <w:r w:rsidRPr="000767E2">
        <w:rPr>
          <w:lang w:val="sv-SE"/>
        </w:rPr>
        <w:t>:Luke 1:3]]</w:t>
      </w:r>
      <w:r w:rsidRPr="000767E2">
        <w:rPr>
          <w:vertAlign w:val="superscript"/>
          <w:lang w:val="sv-SE"/>
        </w:rPr>
        <w:t>3</w:t>
      </w:r>
      <w:r w:rsidRPr="000767E2">
        <w:rPr>
          <w:lang w:val="sv-SE"/>
        </w:rPr>
        <w:t xml:space="preserve"> {{field-on:bible}}tycktes det </w:t>
      </w:r>
      <w:r w:rsidRPr="000767E2">
        <w:rPr>
          <w:i/>
          <w:lang w:val="sv-SE"/>
        </w:rPr>
        <w:t>gott</w:t>
      </w:r>
      <w:r w:rsidRPr="000767E2">
        <w:rPr>
          <w:lang w:val="sv-SE"/>
        </w:rPr>
        <w:t xml:space="preserve"> även för mig, sedan jag nära följt allt från början, att noggrant i följd skriva </w:t>
      </w:r>
      <w:r w:rsidRPr="000767E2">
        <w:rPr>
          <w:i/>
          <w:lang w:val="sv-SE"/>
        </w:rPr>
        <w:t>det</w:t>
      </w:r>
      <w:r w:rsidRPr="000767E2">
        <w:rPr>
          <w:lang w:val="sv-SE"/>
        </w:rPr>
        <w:t xml:space="preserve"> för dig, bäste Theofilos,{{field-off:bible}} [[@</w:t>
      </w:r>
      <w:r w:rsidR="0096445B" w:rsidRPr="000767E2">
        <w:rPr>
          <w:lang w:val="sv-SE"/>
        </w:rPr>
        <w:t>BibleBIBEL82</w:t>
      </w:r>
      <w:r w:rsidRPr="000767E2">
        <w:rPr>
          <w:lang w:val="sv-SE"/>
        </w:rPr>
        <w:t>:Luke 1:4]]</w:t>
      </w:r>
      <w:r w:rsidRPr="000767E2">
        <w:rPr>
          <w:vertAlign w:val="superscript"/>
          <w:lang w:val="sv-SE"/>
        </w:rPr>
        <w:t>4</w:t>
      </w:r>
      <w:r w:rsidRPr="000767E2">
        <w:rPr>
          <w:lang w:val="sv-SE"/>
        </w:rPr>
        <w:t xml:space="preserve"> {{field-on:bible}}för att du ska inse säkerheten i de ord om vilka du blivit underrättad.{{field-off:bible}}</w:t>
      </w:r>
    </w:p>
    <w:p w14:paraId="5529A9B2" w14:textId="77777777" w:rsidR="00BA33AB" w:rsidRPr="000767E2" w:rsidRDefault="00000000">
      <w:pPr>
        <w:pStyle w:val="Rubrik3"/>
        <w:rPr>
          <w:lang w:val="sv-SE"/>
        </w:rPr>
      </w:pPr>
      <w:r w:rsidRPr="000767E2">
        <w:rPr>
          <w:lang w:val="sv-SE"/>
        </w:rPr>
        <w:t>Löftet om Johannes Döparens födelse</w:t>
      </w:r>
    </w:p>
    <w:p w14:paraId="3A5FFDB6" w14:textId="3421E2F5" w:rsidR="00BA33AB" w:rsidRPr="000767E2" w:rsidRDefault="00000000">
      <w:pPr>
        <w:rPr>
          <w:lang w:val="sv-SE"/>
        </w:rPr>
      </w:pPr>
      <w:r w:rsidRPr="000767E2">
        <w:rPr>
          <w:lang w:val="sv-SE"/>
        </w:rPr>
        <w:t>[[@</w:t>
      </w:r>
      <w:r w:rsidR="0096445B" w:rsidRPr="000767E2">
        <w:rPr>
          <w:lang w:val="sv-SE"/>
        </w:rPr>
        <w:t>BibleBIBEL82</w:t>
      </w:r>
      <w:r w:rsidRPr="000767E2">
        <w:rPr>
          <w:lang w:val="sv-SE"/>
        </w:rPr>
        <w:t>:Luke 1:5]]</w:t>
      </w:r>
      <w:r w:rsidRPr="000767E2">
        <w:rPr>
          <w:vertAlign w:val="superscript"/>
          <w:lang w:val="sv-SE"/>
        </w:rPr>
        <w:t>5</w:t>
      </w:r>
      <w:r w:rsidRPr="000767E2">
        <w:rPr>
          <w:lang w:val="sv-SE"/>
        </w:rPr>
        <w:t xml:space="preserve"> {{field-on:bible}}Det fanns i Herodes dagar </w:t>
      </w:r>
      <w:r w:rsidRPr="000767E2">
        <w:rPr>
          <w:i/>
          <w:lang w:val="sv-SE"/>
        </w:rPr>
        <w:t>som</w:t>
      </w:r>
      <w:r w:rsidRPr="000767E2">
        <w:rPr>
          <w:lang w:val="sv-SE"/>
        </w:rPr>
        <w:t xml:space="preserve"> kung av Judeen en präst vid namn Zacharias, av Abias avdelning. Och han </w:t>
      </w:r>
      <w:r w:rsidRPr="000767E2">
        <w:rPr>
          <w:i/>
          <w:lang w:val="sv-SE"/>
        </w:rPr>
        <w:t>hade</w:t>
      </w:r>
      <w:r w:rsidRPr="000767E2">
        <w:rPr>
          <w:lang w:val="sv-SE"/>
        </w:rPr>
        <w:t xml:space="preserve"> en hustru av Aarons döttrar, och hennes namn </w:t>
      </w:r>
      <w:r w:rsidRPr="000767E2">
        <w:rPr>
          <w:i/>
          <w:lang w:val="sv-SE"/>
        </w:rPr>
        <w:t>var</w:t>
      </w:r>
      <w:r w:rsidRPr="000767E2">
        <w:rPr>
          <w:lang w:val="sv-SE"/>
        </w:rPr>
        <w:t xml:space="preserve"> Elisabet.{{field-off:bible}} [[@</w:t>
      </w:r>
      <w:r w:rsidR="0096445B" w:rsidRPr="000767E2">
        <w:rPr>
          <w:lang w:val="sv-SE"/>
        </w:rPr>
        <w:t>BibleBIBEL82</w:t>
      </w:r>
      <w:r w:rsidRPr="000767E2">
        <w:rPr>
          <w:lang w:val="sv-SE"/>
        </w:rPr>
        <w:t>:Luke 1:6]]</w:t>
      </w:r>
      <w:r w:rsidRPr="000767E2">
        <w:rPr>
          <w:vertAlign w:val="superscript"/>
          <w:lang w:val="sv-SE"/>
        </w:rPr>
        <w:t>6</w:t>
      </w:r>
      <w:r w:rsidRPr="000767E2">
        <w:rPr>
          <w:lang w:val="sv-SE"/>
        </w:rPr>
        <w:t xml:space="preserve"> {{field-on:bible}}Och båda var rättfärdiga inför Gud och vandrade i Herrens alla bud och rättsregler klanderfritt.{{field-off:bible}} [[@</w:t>
      </w:r>
      <w:r w:rsidR="0096445B" w:rsidRPr="000767E2">
        <w:rPr>
          <w:lang w:val="sv-SE"/>
        </w:rPr>
        <w:t>BibleBIBEL82</w:t>
      </w:r>
      <w:r w:rsidRPr="000767E2">
        <w:rPr>
          <w:lang w:val="sv-SE"/>
        </w:rPr>
        <w:t>:Luke 1:7]]</w:t>
      </w:r>
      <w:r w:rsidRPr="000767E2">
        <w:rPr>
          <w:vertAlign w:val="superscript"/>
          <w:lang w:val="sv-SE"/>
        </w:rPr>
        <w:t>7</w:t>
      </w:r>
      <w:r w:rsidRPr="000767E2">
        <w:rPr>
          <w:lang w:val="sv-SE"/>
        </w:rPr>
        <w:t xml:space="preserve"> {{field-on:bible}}Och de </w:t>
      </w:r>
      <w:r w:rsidRPr="000767E2">
        <w:rPr>
          <w:i/>
          <w:lang w:val="sv-SE"/>
        </w:rPr>
        <w:t>hade</w:t>
      </w:r>
      <w:r w:rsidRPr="000767E2">
        <w:rPr>
          <w:lang w:val="sv-SE"/>
        </w:rPr>
        <w:t xml:space="preserve"> inget barn, eftersom Elisabet var ofruktsam och båda var framskridna i sina dagar.{{field-off:bible}}</w:t>
      </w:r>
    </w:p>
    <w:p w14:paraId="0F95061D" w14:textId="4544FF9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1:8]]</w:t>
      </w:r>
      <w:r w:rsidRPr="000767E2">
        <w:rPr>
          <w:vertAlign w:val="superscript"/>
          <w:lang w:val="sv-SE"/>
        </w:rPr>
        <w:t>8</w:t>
      </w:r>
      <w:r w:rsidRPr="000767E2">
        <w:rPr>
          <w:lang w:val="sv-SE"/>
        </w:rPr>
        <w:t xml:space="preserve"> {{field-on:bible}}Men det hände sig, under det att han gjorde prästtjänst i sin avdelnings ordning inför Gud,{{field-off:bible}} [[@</w:t>
      </w:r>
      <w:r w:rsidR="0096445B" w:rsidRPr="000767E2">
        <w:rPr>
          <w:lang w:val="sv-SE"/>
        </w:rPr>
        <w:t>BibleBIBEL82</w:t>
      </w:r>
      <w:r w:rsidRPr="000767E2">
        <w:rPr>
          <w:lang w:val="sv-SE"/>
        </w:rPr>
        <w:t>:Luke 1:9]]</w:t>
      </w:r>
      <w:r w:rsidRPr="000767E2">
        <w:rPr>
          <w:vertAlign w:val="superscript"/>
          <w:lang w:val="sv-SE"/>
        </w:rPr>
        <w:t>9</w:t>
      </w:r>
      <w:r w:rsidRPr="000767E2">
        <w:rPr>
          <w:lang w:val="sv-SE"/>
        </w:rPr>
        <w:t xml:space="preserve"> {{field-on:bible}}</w:t>
      </w:r>
      <w:r w:rsidRPr="000767E2">
        <w:rPr>
          <w:i/>
          <w:lang w:val="sv-SE"/>
        </w:rPr>
        <w:t>att</w:t>
      </w:r>
      <w:r w:rsidRPr="000767E2">
        <w:rPr>
          <w:lang w:val="sv-SE"/>
        </w:rPr>
        <w:t xml:space="preserve"> han efter prästadömets sed fick på sin lott att tända rökelse när han gick in i Herrens tempelbyggnad.{{field-off:bible}} [[@</w:t>
      </w:r>
      <w:r w:rsidR="0096445B" w:rsidRPr="000767E2">
        <w:rPr>
          <w:lang w:val="sv-SE"/>
        </w:rPr>
        <w:t>BibleBIBEL82</w:t>
      </w:r>
      <w:r w:rsidRPr="000767E2">
        <w:rPr>
          <w:lang w:val="sv-SE"/>
        </w:rPr>
        <w:t>:Luke 1:10]]</w:t>
      </w:r>
      <w:r w:rsidRPr="000767E2">
        <w:rPr>
          <w:vertAlign w:val="superscript"/>
          <w:lang w:val="sv-SE"/>
        </w:rPr>
        <w:t>10</w:t>
      </w:r>
      <w:r w:rsidRPr="000767E2">
        <w:rPr>
          <w:lang w:val="sv-SE"/>
        </w:rPr>
        <w:t xml:space="preserve"> {{field-on:bible}}Och folkets hela mängd var och bad utanför vid stunden för rökelsen.{{field-off:bible}}</w:t>
      </w:r>
    </w:p>
    <w:p w14:paraId="63183597" w14:textId="5CA6C862" w:rsidR="00BA33AB" w:rsidRPr="000767E2" w:rsidRDefault="00000000">
      <w:pPr>
        <w:rPr>
          <w:lang w:val="sv-SE"/>
        </w:rPr>
      </w:pPr>
      <w:r w:rsidRPr="000767E2">
        <w:rPr>
          <w:lang w:val="sv-SE"/>
        </w:rPr>
        <w:t>[[@</w:t>
      </w:r>
      <w:r w:rsidR="0096445B" w:rsidRPr="000767E2">
        <w:rPr>
          <w:lang w:val="sv-SE"/>
        </w:rPr>
        <w:t>BibleBIBEL82</w:t>
      </w:r>
      <w:r w:rsidRPr="000767E2">
        <w:rPr>
          <w:lang w:val="sv-SE"/>
        </w:rPr>
        <w:t>:Luke 1:11]]</w:t>
      </w:r>
      <w:r w:rsidRPr="000767E2">
        <w:rPr>
          <w:vertAlign w:val="superscript"/>
          <w:lang w:val="sv-SE"/>
        </w:rPr>
        <w:t>11</w:t>
      </w:r>
      <w:r w:rsidRPr="000767E2">
        <w:rPr>
          <w:lang w:val="sv-SE"/>
        </w:rPr>
        <w:t xml:space="preserve"> {{field-on:bible}}Men </w:t>
      </w:r>
      <w:r w:rsidRPr="000767E2">
        <w:rPr>
          <w:i/>
          <w:lang w:val="sv-SE"/>
        </w:rPr>
        <w:t>då</w:t>
      </w:r>
      <w:r w:rsidRPr="000767E2">
        <w:rPr>
          <w:lang w:val="sv-SE"/>
        </w:rPr>
        <w:t xml:space="preserve"> visade sig för honom en Herrens ängel, stående på höger </w:t>
      </w:r>
      <w:r w:rsidRPr="000767E2">
        <w:rPr>
          <w:i/>
          <w:lang w:val="sv-SE"/>
        </w:rPr>
        <w:t>sida</w:t>
      </w:r>
      <w:r w:rsidRPr="000767E2">
        <w:rPr>
          <w:lang w:val="sv-SE"/>
        </w:rPr>
        <w:t xml:space="preserve"> av rökelsealtaret.{{field-off:bible}} [[@</w:t>
      </w:r>
      <w:r w:rsidR="0096445B" w:rsidRPr="000767E2">
        <w:rPr>
          <w:lang w:val="sv-SE"/>
        </w:rPr>
        <w:t>BibleBIBEL82</w:t>
      </w:r>
      <w:r w:rsidRPr="000767E2">
        <w:rPr>
          <w:lang w:val="sv-SE"/>
        </w:rPr>
        <w:t>:Luke 1:12]]</w:t>
      </w:r>
      <w:r w:rsidRPr="000767E2">
        <w:rPr>
          <w:vertAlign w:val="superscript"/>
          <w:lang w:val="sv-SE"/>
        </w:rPr>
        <w:t>12</w:t>
      </w:r>
      <w:r w:rsidRPr="000767E2">
        <w:rPr>
          <w:lang w:val="sv-SE"/>
        </w:rPr>
        <w:t xml:space="preserve"> {{field-on:bible}}Och Zacharias blev oroad när han såg </w:t>
      </w:r>
      <w:r w:rsidRPr="000767E2">
        <w:rPr>
          <w:i/>
          <w:lang w:val="sv-SE"/>
        </w:rPr>
        <w:t>detta</w:t>
      </w:r>
      <w:r w:rsidRPr="000767E2">
        <w:rPr>
          <w:lang w:val="sv-SE"/>
        </w:rPr>
        <w:t>, och fruktan föll över honom.{{field-off:bible}}</w:t>
      </w:r>
    </w:p>
    <w:p w14:paraId="32CCBE65" w14:textId="4CC628FC" w:rsidR="00BA33AB" w:rsidRPr="000767E2" w:rsidRDefault="00000000">
      <w:pPr>
        <w:rPr>
          <w:lang w:val="sv-SE"/>
        </w:rPr>
      </w:pPr>
      <w:r w:rsidRPr="000767E2">
        <w:rPr>
          <w:lang w:val="sv-SE"/>
        </w:rPr>
        <w:t>[[@</w:t>
      </w:r>
      <w:r w:rsidR="0096445B" w:rsidRPr="000767E2">
        <w:rPr>
          <w:lang w:val="sv-SE"/>
        </w:rPr>
        <w:t>BibleBIBEL82</w:t>
      </w:r>
      <w:r w:rsidRPr="000767E2">
        <w:rPr>
          <w:lang w:val="sv-SE"/>
        </w:rPr>
        <w:t>:Luke 1:13]]</w:t>
      </w:r>
      <w:r w:rsidRPr="000767E2">
        <w:rPr>
          <w:vertAlign w:val="superscript"/>
          <w:lang w:val="sv-SE"/>
        </w:rPr>
        <w:t>13</w:t>
      </w:r>
      <w:r w:rsidRPr="000767E2">
        <w:rPr>
          <w:lang w:val="sv-SE"/>
        </w:rPr>
        <w:t xml:space="preserve"> {{field-on:bible}}Men ängeln sade till honom: ”Frukta inte, Zacharias! För din vädjan har blivit hörd, och din hustru Elisabet ska föda en son åt dig. Och du ska kalla hans namn Johannes.{{field-off:bible}} [[@</w:t>
      </w:r>
      <w:r w:rsidR="0096445B" w:rsidRPr="000767E2">
        <w:rPr>
          <w:lang w:val="sv-SE"/>
        </w:rPr>
        <w:t>BibleBIBEL82</w:t>
      </w:r>
      <w:r w:rsidRPr="000767E2">
        <w:rPr>
          <w:lang w:val="sv-SE"/>
        </w:rPr>
        <w:t>:Luke 1:14]]</w:t>
      </w:r>
      <w:r w:rsidRPr="000767E2">
        <w:rPr>
          <w:vertAlign w:val="superscript"/>
          <w:lang w:val="sv-SE"/>
        </w:rPr>
        <w:t>14</w:t>
      </w:r>
      <w:r w:rsidRPr="000767E2">
        <w:rPr>
          <w:lang w:val="sv-SE"/>
        </w:rPr>
        <w:t xml:space="preserve"> {{field-on:bible}}Och han ska bli en glädje för dig och jubel, och många ska glädja sig över hans födelse.{{field-off:bible}} [[@</w:t>
      </w:r>
      <w:r w:rsidR="0096445B" w:rsidRPr="000767E2">
        <w:rPr>
          <w:lang w:val="sv-SE"/>
        </w:rPr>
        <w:t>BibleBIBEL82</w:t>
      </w:r>
      <w:r w:rsidRPr="000767E2">
        <w:rPr>
          <w:lang w:val="sv-SE"/>
        </w:rPr>
        <w:t>:Luke 1:15]]</w:t>
      </w:r>
      <w:r w:rsidRPr="000767E2">
        <w:rPr>
          <w:vertAlign w:val="superscript"/>
          <w:lang w:val="sv-SE"/>
        </w:rPr>
        <w:t>15</w:t>
      </w:r>
      <w:r w:rsidRPr="000767E2">
        <w:rPr>
          <w:lang w:val="sv-SE"/>
        </w:rPr>
        <w:t xml:space="preserve"> {{field-on:bible}}För han ska bli stor inför Herren. Och vin och rusdryck ska han aldrig dricka, och av helig Ande ska han bli fylld ännu från sin mors moderliv.{{field-off:bible}} [[@</w:t>
      </w:r>
      <w:r w:rsidR="0096445B" w:rsidRPr="000767E2">
        <w:rPr>
          <w:lang w:val="sv-SE"/>
        </w:rPr>
        <w:t>BibleBIBEL82</w:t>
      </w:r>
      <w:r w:rsidRPr="000767E2">
        <w:rPr>
          <w:lang w:val="sv-SE"/>
        </w:rPr>
        <w:t>:Luke 1:16]]</w:t>
      </w:r>
      <w:r w:rsidRPr="000767E2">
        <w:rPr>
          <w:vertAlign w:val="superscript"/>
          <w:lang w:val="sv-SE"/>
        </w:rPr>
        <w:t>16</w:t>
      </w:r>
      <w:r w:rsidRPr="000767E2">
        <w:rPr>
          <w:lang w:val="sv-SE"/>
        </w:rPr>
        <w:t xml:space="preserve"> {{field-on:bible}}Och många av Israels söner ska han omvända till Herren deras Gud.{{field-off:bible}} [[@</w:t>
      </w:r>
      <w:r w:rsidR="0096445B" w:rsidRPr="000767E2">
        <w:rPr>
          <w:lang w:val="sv-SE"/>
        </w:rPr>
        <w:t>BibleBIBEL82</w:t>
      </w:r>
      <w:r w:rsidRPr="000767E2">
        <w:rPr>
          <w:lang w:val="sv-SE"/>
        </w:rPr>
        <w:t>:Luke 1:17]]</w:t>
      </w:r>
      <w:r w:rsidRPr="000767E2">
        <w:rPr>
          <w:vertAlign w:val="superscript"/>
          <w:lang w:val="sv-SE"/>
        </w:rPr>
        <w:t>17</w:t>
      </w:r>
      <w:r w:rsidRPr="000767E2">
        <w:rPr>
          <w:lang w:val="sv-SE"/>
        </w:rPr>
        <w:t xml:space="preserve"> {{field-on:bible}}Och han ska gå före inför honom i Elias ande och kraft, </w:t>
      </w:r>
      <w:r w:rsidRPr="000767E2">
        <w:rPr>
          <w:i/>
          <w:lang w:val="sv-SE"/>
        </w:rPr>
        <w:t>för</w:t>
      </w:r>
      <w:r w:rsidRPr="000767E2">
        <w:rPr>
          <w:lang w:val="sv-SE"/>
        </w:rPr>
        <w:t xml:space="preserve"> att omvända fäders hjärtan till barn och ohörsamma med rättfärdigas tanke, </w:t>
      </w:r>
      <w:r w:rsidRPr="000767E2">
        <w:rPr>
          <w:i/>
          <w:lang w:val="sv-SE"/>
        </w:rPr>
        <w:t>för</w:t>
      </w:r>
      <w:r w:rsidRPr="000767E2">
        <w:rPr>
          <w:lang w:val="sv-SE"/>
        </w:rPr>
        <w:t xml:space="preserve"> att bereda åt Herren ett folk </w:t>
      </w:r>
      <w:r w:rsidRPr="000767E2">
        <w:rPr>
          <w:i/>
          <w:lang w:val="sv-SE"/>
        </w:rPr>
        <w:t>som är</w:t>
      </w:r>
      <w:r w:rsidRPr="000767E2">
        <w:rPr>
          <w:lang w:val="sv-SE"/>
        </w:rPr>
        <w:t xml:space="preserve"> preparerat.”{{field-off:bible}}</w:t>
      </w:r>
    </w:p>
    <w:p w14:paraId="73B0E8AD" w14:textId="6FD7233E" w:rsidR="00BA33AB" w:rsidRPr="000767E2" w:rsidRDefault="00000000">
      <w:pPr>
        <w:rPr>
          <w:lang w:val="sv-SE"/>
        </w:rPr>
      </w:pPr>
      <w:r w:rsidRPr="000767E2">
        <w:rPr>
          <w:lang w:val="sv-SE"/>
        </w:rPr>
        <w:t>[[@</w:t>
      </w:r>
      <w:r w:rsidR="0096445B" w:rsidRPr="000767E2">
        <w:rPr>
          <w:lang w:val="sv-SE"/>
        </w:rPr>
        <w:t>BibleBIBEL82</w:t>
      </w:r>
      <w:r w:rsidRPr="000767E2">
        <w:rPr>
          <w:lang w:val="sv-SE"/>
        </w:rPr>
        <w:t>:Luke 1:18]]</w:t>
      </w:r>
      <w:r w:rsidRPr="000767E2">
        <w:rPr>
          <w:vertAlign w:val="superscript"/>
          <w:lang w:val="sv-SE"/>
        </w:rPr>
        <w:t>18</w:t>
      </w:r>
      <w:r w:rsidRPr="000767E2">
        <w:rPr>
          <w:lang w:val="sv-SE"/>
        </w:rPr>
        <w:t xml:space="preserve"> {{field-on:bible}}Och Zacharias sade till ängeln: ”Genom vad ska jag veta detta? För jag är en gammal man, och min hustru är framskriden i sina dagar.”{{field-off:bible}} [[@</w:t>
      </w:r>
      <w:r w:rsidR="0096445B" w:rsidRPr="000767E2">
        <w:rPr>
          <w:lang w:val="sv-SE"/>
        </w:rPr>
        <w:t>BibleBIBEL82</w:t>
      </w:r>
      <w:r w:rsidRPr="000767E2">
        <w:rPr>
          <w:lang w:val="sv-SE"/>
        </w:rPr>
        <w:t>:Luke 1:19]]</w:t>
      </w:r>
      <w:r w:rsidRPr="000767E2">
        <w:rPr>
          <w:vertAlign w:val="superscript"/>
          <w:lang w:val="sv-SE"/>
        </w:rPr>
        <w:t>19</w:t>
      </w:r>
      <w:r w:rsidRPr="000767E2">
        <w:rPr>
          <w:lang w:val="sv-SE"/>
        </w:rPr>
        <w:t xml:space="preserve"> {{field-on:bible}}Och ängeln svarade och sade till honom: ”Jag är Gabriel som står inför Gud. Och jag har sänts </w:t>
      </w:r>
      <w:r w:rsidRPr="000767E2">
        <w:rPr>
          <w:i/>
          <w:lang w:val="sv-SE"/>
        </w:rPr>
        <w:t>för</w:t>
      </w:r>
      <w:r w:rsidRPr="000767E2">
        <w:rPr>
          <w:lang w:val="sv-SE"/>
        </w:rPr>
        <w:t xml:space="preserve"> att tala till dig och evangelisera för dig detta.{{field-off:bible}} [[@</w:t>
      </w:r>
      <w:r w:rsidR="0096445B" w:rsidRPr="000767E2">
        <w:rPr>
          <w:lang w:val="sv-SE"/>
        </w:rPr>
        <w:t>BibleBIBEL82</w:t>
      </w:r>
      <w:r w:rsidRPr="000767E2">
        <w:rPr>
          <w:lang w:val="sv-SE"/>
        </w:rPr>
        <w:t>:Luke 1:20]]</w:t>
      </w:r>
      <w:r w:rsidRPr="000767E2">
        <w:rPr>
          <w:vertAlign w:val="superscript"/>
          <w:lang w:val="sv-SE"/>
        </w:rPr>
        <w:t>20</w:t>
      </w:r>
      <w:r w:rsidRPr="000767E2">
        <w:rPr>
          <w:lang w:val="sv-SE"/>
        </w:rPr>
        <w:t xml:space="preserve"> {{field-on:bible}}Och se, du ska vara tyst och inte kunna tala fram till den dag detta sker, därför att du inte trodde mina ord. De ska uppfyllas i sin tid.”{{field-off:bible}}</w:t>
      </w:r>
    </w:p>
    <w:p w14:paraId="64DB39B2" w14:textId="49E39E88" w:rsidR="00BA33AB" w:rsidRPr="000767E2" w:rsidRDefault="00000000">
      <w:pPr>
        <w:rPr>
          <w:lang w:val="sv-SE"/>
        </w:rPr>
      </w:pPr>
      <w:r w:rsidRPr="000767E2">
        <w:rPr>
          <w:lang w:val="sv-SE"/>
        </w:rPr>
        <w:t>[[@</w:t>
      </w:r>
      <w:r w:rsidR="0096445B" w:rsidRPr="000767E2">
        <w:rPr>
          <w:lang w:val="sv-SE"/>
        </w:rPr>
        <w:t>BibleBIBEL82</w:t>
      </w:r>
      <w:r w:rsidRPr="000767E2">
        <w:rPr>
          <w:lang w:val="sv-SE"/>
        </w:rPr>
        <w:t>:Luke 1:21]]</w:t>
      </w:r>
      <w:r w:rsidRPr="000767E2">
        <w:rPr>
          <w:vertAlign w:val="superscript"/>
          <w:lang w:val="sv-SE"/>
        </w:rPr>
        <w:t>21</w:t>
      </w:r>
      <w:r w:rsidRPr="000767E2">
        <w:rPr>
          <w:lang w:val="sv-SE"/>
        </w:rPr>
        <w:t xml:space="preserve"> {{field-on:bible}}Och folket var i förväntan på Zacharias, och de var förundrade över att han dröjde </w:t>
      </w:r>
      <w:r w:rsidRPr="000767E2">
        <w:rPr>
          <w:i/>
          <w:lang w:val="sv-SE"/>
        </w:rPr>
        <w:t>inne</w:t>
      </w:r>
      <w:r w:rsidRPr="000767E2">
        <w:rPr>
          <w:lang w:val="sv-SE"/>
        </w:rPr>
        <w:t xml:space="preserve"> i tempelbyggnaden.{{field-off:bible}} [[@</w:t>
      </w:r>
      <w:r w:rsidR="0096445B" w:rsidRPr="000767E2">
        <w:rPr>
          <w:lang w:val="sv-SE"/>
        </w:rPr>
        <w:t>BibleBIBEL82</w:t>
      </w:r>
      <w:r w:rsidRPr="000767E2">
        <w:rPr>
          <w:lang w:val="sv-SE"/>
        </w:rPr>
        <w:t>:Luke 1:22]]</w:t>
      </w:r>
      <w:r w:rsidRPr="000767E2">
        <w:rPr>
          <w:vertAlign w:val="superscript"/>
          <w:lang w:val="sv-SE"/>
        </w:rPr>
        <w:t>22</w:t>
      </w:r>
      <w:r w:rsidRPr="000767E2">
        <w:rPr>
          <w:lang w:val="sv-SE"/>
        </w:rPr>
        <w:t xml:space="preserve"> {{field-on:bible}}Men när han kom ut kunde han inte tala till dem, och de insåg att han hade sett en vision i tempelbyggnaden. Och han </w:t>
      </w:r>
      <w:r w:rsidRPr="000767E2">
        <w:rPr>
          <w:i/>
          <w:lang w:val="sv-SE"/>
        </w:rPr>
        <w:t>stod</w:t>
      </w:r>
      <w:r w:rsidRPr="000767E2">
        <w:rPr>
          <w:lang w:val="sv-SE"/>
        </w:rPr>
        <w:t xml:space="preserve"> och gestikulerade åt dem och förblev stum.{{field-off:bible}}</w:t>
      </w:r>
    </w:p>
    <w:p w14:paraId="49413D73" w14:textId="600A5785" w:rsidR="00BA33AB" w:rsidRPr="000767E2" w:rsidRDefault="00000000">
      <w:pPr>
        <w:rPr>
          <w:lang w:val="sv-SE"/>
        </w:rPr>
      </w:pPr>
      <w:r w:rsidRPr="000767E2">
        <w:rPr>
          <w:lang w:val="sv-SE"/>
        </w:rPr>
        <w:t>[[@</w:t>
      </w:r>
      <w:r w:rsidR="0096445B" w:rsidRPr="000767E2">
        <w:rPr>
          <w:lang w:val="sv-SE"/>
        </w:rPr>
        <w:t>BibleBIBEL82</w:t>
      </w:r>
      <w:r w:rsidRPr="000767E2">
        <w:rPr>
          <w:lang w:val="sv-SE"/>
        </w:rPr>
        <w:t>:Luke 1:23]]</w:t>
      </w:r>
      <w:r w:rsidRPr="000767E2">
        <w:rPr>
          <w:vertAlign w:val="superscript"/>
          <w:lang w:val="sv-SE"/>
        </w:rPr>
        <w:t>23</w:t>
      </w:r>
      <w:r w:rsidRPr="000767E2">
        <w:rPr>
          <w:lang w:val="sv-SE"/>
        </w:rPr>
        <w:t xml:space="preserve"> {{field-on:bible}}Och det hände sig, när dagarna för hans tjänstgöring var uppfyllda, </w:t>
      </w:r>
      <w:r w:rsidRPr="000767E2">
        <w:rPr>
          <w:i/>
          <w:lang w:val="sv-SE"/>
        </w:rPr>
        <w:t>att</w:t>
      </w:r>
      <w:r w:rsidRPr="000767E2">
        <w:rPr>
          <w:lang w:val="sv-SE"/>
        </w:rPr>
        <w:t xml:space="preserve"> han gick iväg till sitt hus.{{field-off:bible}} [[@</w:t>
      </w:r>
      <w:r w:rsidR="0096445B" w:rsidRPr="000767E2">
        <w:rPr>
          <w:lang w:val="sv-SE"/>
        </w:rPr>
        <w:t>BibleBIBEL82</w:t>
      </w:r>
      <w:r w:rsidRPr="000767E2">
        <w:rPr>
          <w:lang w:val="sv-SE"/>
        </w:rPr>
        <w:t>:Luke 1:24]]</w:t>
      </w:r>
      <w:r w:rsidRPr="000767E2">
        <w:rPr>
          <w:vertAlign w:val="superscript"/>
          <w:lang w:val="sv-SE"/>
        </w:rPr>
        <w:t>24</w:t>
      </w:r>
      <w:r w:rsidRPr="000767E2">
        <w:rPr>
          <w:lang w:val="sv-SE"/>
        </w:rPr>
        <w:t xml:space="preserve"> {{field-on:bible}}Och efter dessa dagar blev Elisabet hans hustru havande. Och hon dolde sig helt </w:t>
      </w:r>
      <w:r w:rsidRPr="000767E2">
        <w:rPr>
          <w:i/>
          <w:lang w:val="sv-SE"/>
        </w:rPr>
        <w:t>i</w:t>
      </w:r>
      <w:r w:rsidRPr="000767E2">
        <w:rPr>
          <w:lang w:val="sv-SE"/>
        </w:rPr>
        <w:t xml:space="preserve"> fem månader, och sade{{field-off:bible}} [[@</w:t>
      </w:r>
      <w:r w:rsidR="0096445B" w:rsidRPr="000767E2">
        <w:rPr>
          <w:lang w:val="sv-SE"/>
        </w:rPr>
        <w:t>BibleBIBEL82</w:t>
      </w:r>
      <w:r w:rsidRPr="000767E2">
        <w:rPr>
          <w:lang w:val="sv-SE"/>
        </w:rPr>
        <w:t>:Luke 1:25]]</w:t>
      </w:r>
      <w:r w:rsidRPr="000767E2">
        <w:rPr>
          <w:vertAlign w:val="superscript"/>
          <w:lang w:val="sv-SE"/>
        </w:rPr>
        <w:t>25</w:t>
      </w:r>
      <w:r w:rsidRPr="000767E2">
        <w:rPr>
          <w:lang w:val="sv-SE"/>
        </w:rPr>
        <w:t xml:space="preserve"> {{field-on:bible}}att: ”Så har Herren gjort med mig, under dagar i vilka han såg till att ta bort min smälek bland människor.”{{field-off:bible}}</w:t>
      </w:r>
    </w:p>
    <w:p w14:paraId="66DF522C" w14:textId="77777777" w:rsidR="00BA33AB" w:rsidRPr="000767E2" w:rsidRDefault="00000000">
      <w:pPr>
        <w:pStyle w:val="Rubrik3"/>
        <w:rPr>
          <w:lang w:val="sv-SE"/>
        </w:rPr>
      </w:pPr>
      <w:r w:rsidRPr="000767E2">
        <w:rPr>
          <w:lang w:val="sv-SE"/>
        </w:rPr>
        <w:lastRenderedPageBreak/>
        <w:t>Ängelns hälsning till Mariam</w:t>
      </w:r>
    </w:p>
    <w:p w14:paraId="20604352" w14:textId="64A1EA28" w:rsidR="00BA33AB" w:rsidRPr="000767E2" w:rsidRDefault="00000000">
      <w:pPr>
        <w:rPr>
          <w:lang w:val="sv-SE"/>
        </w:rPr>
      </w:pPr>
      <w:r w:rsidRPr="000767E2">
        <w:rPr>
          <w:lang w:val="sv-SE"/>
        </w:rPr>
        <w:t>[[@</w:t>
      </w:r>
      <w:r w:rsidR="0096445B" w:rsidRPr="000767E2">
        <w:rPr>
          <w:lang w:val="sv-SE"/>
        </w:rPr>
        <w:t>BibleBIBEL82</w:t>
      </w:r>
      <w:r w:rsidRPr="000767E2">
        <w:rPr>
          <w:lang w:val="sv-SE"/>
        </w:rPr>
        <w:t>:Luke 1:26]]</w:t>
      </w:r>
      <w:r w:rsidRPr="000767E2">
        <w:rPr>
          <w:vertAlign w:val="superscript"/>
          <w:lang w:val="sv-SE"/>
        </w:rPr>
        <w:t>26</w:t>
      </w:r>
      <w:r w:rsidRPr="000767E2">
        <w:rPr>
          <w:lang w:val="sv-SE"/>
        </w:rPr>
        <w:t xml:space="preserve"> {{field-on:bible}}Men i den sjätte månaden sändes ängeln Gabriel från Gud till en stad i Galileen vars namn </w:t>
      </w:r>
      <w:r w:rsidRPr="000767E2">
        <w:rPr>
          <w:i/>
          <w:lang w:val="sv-SE"/>
        </w:rPr>
        <w:t>var</w:t>
      </w:r>
      <w:r w:rsidRPr="000767E2">
        <w:rPr>
          <w:lang w:val="sv-SE"/>
        </w:rPr>
        <w:t xml:space="preserve"> Nazareth,{{field-off:bible}} [[@</w:t>
      </w:r>
      <w:r w:rsidR="0096445B" w:rsidRPr="000767E2">
        <w:rPr>
          <w:lang w:val="sv-SE"/>
        </w:rPr>
        <w:t>BibleBIBEL82</w:t>
      </w:r>
      <w:r w:rsidRPr="000767E2">
        <w:rPr>
          <w:lang w:val="sv-SE"/>
        </w:rPr>
        <w:t>:Luke 1:27]]</w:t>
      </w:r>
      <w:r w:rsidRPr="000767E2">
        <w:rPr>
          <w:vertAlign w:val="superscript"/>
          <w:lang w:val="sv-SE"/>
        </w:rPr>
        <w:t>27</w:t>
      </w:r>
      <w:r w:rsidRPr="000767E2">
        <w:rPr>
          <w:lang w:val="sv-SE"/>
        </w:rPr>
        <w:t xml:space="preserve"> {{field-on:bible}}till en jungfru trolovad med en man vars namn </w:t>
      </w:r>
      <w:r w:rsidRPr="000767E2">
        <w:rPr>
          <w:i/>
          <w:lang w:val="sv-SE"/>
        </w:rPr>
        <w:t>var</w:t>
      </w:r>
      <w:r w:rsidRPr="000767E2">
        <w:rPr>
          <w:lang w:val="sv-SE"/>
        </w:rPr>
        <w:t xml:space="preserve"> Josef av Davids hus. Och jungfruns namn </w:t>
      </w:r>
      <w:r w:rsidRPr="000767E2">
        <w:rPr>
          <w:i/>
          <w:lang w:val="sv-SE"/>
        </w:rPr>
        <w:t>var</w:t>
      </w:r>
      <w:r w:rsidRPr="000767E2">
        <w:rPr>
          <w:lang w:val="sv-SE"/>
        </w:rPr>
        <w:t xml:space="preserve"> Mariam.{{field-off:bible}} [[@</w:t>
      </w:r>
      <w:r w:rsidR="0096445B" w:rsidRPr="000767E2">
        <w:rPr>
          <w:lang w:val="sv-SE"/>
        </w:rPr>
        <w:t>BibleBIBEL82</w:t>
      </w:r>
      <w:r w:rsidRPr="000767E2">
        <w:rPr>
          <w:lang w:val="sv-SE"/>
        </w:rPr>
        <w:t>:Luke 1:28]]</w:t>
      </w:r>
      <w:r w:rsidRPr="000767E2">
        <w:rPr>
          <w:vertAlign w:val="superscript"/>
          <w:lang w:val="sv-SE"/>
        </w:rPr>
        <w:t>28</w:t>
      </w:r>
      <w:r w:rsidRPr="000767E2">
        <w:rPr>
          <w:lang w:val="sv-SE"/>
        </w:rPr>
        <w:t xml:space="preserve"> {{field-on:bible}}Och han kom in till henne och sade: ”Gläd dig, benådade! Herren </w:t>
      </w:r>
      <w:r w:rsidRPr="000767E2">
        <w:rPr>
          <w:i/>
          <w:lang w:val="sv-SE"/>
        </w:rPr>
        <w:t>är</w:t>
      </w:r>
      <w:r w:rsidRPr="000767E2">
        <w:rPr>
          <w:lang w:val="sv-SE"/>
        </w:rPr>
        <w:t xml:space="preserve"> med dig.”{{field-off:bible}} [[@</w:t>
      </w:r>
      <w:r w:rsidR="0096445B" w:rsidRPr="000767E2">
        <w:rPr>
          <w:lang w:val="sv-SE"/>
        </w:rPr>
        <w:t>BibleBIBEL82</w:t>
      </w:r>
      <w:r w:rsidRPr="000767E2">
        <w:rPr>
          <w:lang w:val="sv-SE"/>
        </w:rPr>
        <w:t>:Luke 1:29]]</w:t>
      </w:r>
      <w:r w:rsidRPr="000767E2">
        <w:rPr>
          <w:vertAlign w:val="superscript"/>
          <w:lang w:val="sv-SE"/>
        </w:rPr>
        <w:t>29</w:t>
      </w:r>
      <w:r w:rsidRPr="000767E2">
        <w:rPr>
          <w:lang w:val="sv-SE"/>
        </w:rPr>
        <w:t xml:space="preserve"> {{field-on:bible}}Men hon blev vid </w:t>
      </w:r>
      <w:r w:rsidRPr="000767E2">
        <w:rPr>
          <w:i/>
          <w:lang w:val="sv-SE"/>
        </w:rPr>
        <w:t>det</w:t>
      </w:r>
      <w:r w:rsidRPr="000767E2">
        <w:rPr>
          <w:lang w:val="sv-SE"/>
        </w:rPr>
        <w:t xml:space="preserve"> ordet djupt oroad och funderade vad för hälsning denna kunde vara.{{field-off:bible}}</w:t>
      </w:r>
    </w:p>
    <w:p w14:paraId="28035265" w14:textId="09F7D03D" w:rsidR="00BA33AB" w:rsidRPr="000767E2" w:rsidRDefault="00000000">
      <w:pPr>
        <w:rPr>
          <w:lang w:val="sv-SE"/>
        </w:rPr>
      </w:pPr>
      <w:r w:rsidRPr="000767E2">
        <w:rPr>
          <w:lang w:val="sv-SE"/>
        </w:rPr>
        <w:t>[[@</w:t>
      </w:r>
      <w:r w:rsidR="0096445B" w:rsidRPr="000767E2">
        <w:rPr>
          <w:lang w:val="sv-SE"/>
        </w:rPr>
        <w:t>BibleBIBEL82</w:t>
      </w:r>
      <w:r w:rsidRPr="000767E2">
        <w:rPr>
          <w:lang w:val="sv-SE"/>
        </w:rPr>
        <w:t>:Luke 1:30]]</w:t>
      </w:r>
      <w:r w:rsidRPr="000767E2">
        <w:rPr>
          <w:vertAlign w:val="superscript"/>
          <w:lang w:val="sv-SE"/>
        </w:rPr>
        <w:t>30</w:t>
      </w:r>
      <w:r w:rsidRPr="000767E2">
        <w:rPr>
          <w:lang w:val="sv-SE"/>
        </w:rPr>
        <w:t xml:space="preserve"> {{field-on:bible}}Och ängeln sade till henne: ”Frukta inte, Mariam! För du har funnit nåd hos Gud.{{field-off:bible}} [[@</w:t>
      </w:r>
      <w:r w:rsidR="0096445B" w:rsidRPr="000767E2">
        <w:rPr>
          <w:lang w:val="sv-SE"/>
        </w:rPr>
        <w:t>BibleBIBEL82</w:t>
      </w:r>
      <w:r w:rsidRPr="000767E2">
        <w:rPr>
          <w:lang w:val="sv-SE"/>
        </w:rPr>
        <w:t>:Luke 1:31]]</w:t>
      </w:r>
      <w:r w:rsidRPr="000767E2">
        <w:rPr>
          <w:vertAlign w:val="superscript"/>
          <w:lang w:val="sv-SE"/>
        </w:rPr>
        <w:t>31</w:t>
      </w:r>
      <w:r w:rsidRPr="000767E2">
        <w:rPr>
          <w:lang w:val="sv-SE"/>
        </w:rPr>
        <w:t xml:space="preserve"> {{field-on:bible}}Och se: du ska bli havande i magen och föda en son, och du ska kalla hans namn Jesus.{{field-off:bible}} [[@</w:t>
      </w:r>
      <w:r w:rsidR="0096445B" w:rsidRPr="000767E2">
        <w:rPr>
          <w:lang w:val="sv-SE"/>
        </w:rPr>
        <w:t>BibleBIBEL82</w:t>
      </w:r>
      <w:r w:rsidRPr="000767E2">
        <w:rPr>
          <w:lang w:val="sv-SE"/>
        </w:rPr>
        <w:t>:Luke 1:32]]</w:t>
      </w:r>
      <w:r w:rsidRPr="000767E2">
        <w:rPr>
          <w:vertAlign w:val="superscript"/>
          <w:lang w:val="sv-SE"/>
        </w:rPr>
        <w:t>32</w:t>
      </w:r>
      <w:r w:rsidRPr="000767E2">
        <w:rPr>
          <w:lang w:val="sv-SE"/>
        </w:rPr>
        <w:t xml:space="preserve"> {{field-on:bible}}Denne ska bli stor, och </w:t>
      </w:r>
      <w:r w:rsidRPr="000767E2">
        <w:rPr>
          <w:i/>
          <w:lang w:val="sv-SE"/>
        </w:rPr>
        <w:t>den</w:t>
      </w:r>
      <w:r w:rsidRPr="000767E2">
        <w:rPr>
          <w:lang w:val="sv-SE"/>
        </w:rPr>
        <w:t xml:space="preserve"> Högstes Son ska han kallas, och honom ska Herren Gud ge hans fader Davids tron.{{field-off:bible}} [[@</w:t>
      </w:r>
      <w:r w:rsidR="0096445B" w:rsidRPr="000767E2">
        <w:rPr>
          <w:lang w:val="sv-SE"/>
        </w:rPr>
        <w:t>BibleBIBEL82</w:t>
      </w:r>
      <w:r w:rsidRPr="000767E2">
        <w:rPr>
          <w:lang w:val="sv-SE"/>
        </w:rPr>
        <w:t>:Luke 1:33]]</w:t>
      </w:r>
      <w:r w:rsidRPr="000767E2">
        <w:rPr>
          <w:vertAlign w:val="superscript"/>
          <w:lang w:val="sv-SE"/>
        </w:rPr>
        <w:t>33</w:t>
      </w:r>
      <w:r w:rsidRPr="000767E2">
        <w:rPr>
          <w:lang w:val="sv-SE"/>
        </w:rPr>
        <w:t xml:space="preserve"> {{field-on:bible}}Och han ska regera över Jakobs hus till eonerna, och på hans rike ska det inte bli </w:t>
      </w:r>
      <w:r w:rsidRPr="000767E2">
        <w:rPr>
          <w:i/>
          <w:lang w:val="sv-SE"/>
        </w:rPr>
        <w:t>något</w:t>
      </w:r>
      <w:r w:rsidRPr="000767E2">
        <w:rPr>
          <w:lang w:val="sv-SE"/>
        </w:rPr>
        <w:t xml:space="preserve"> slut.”{{field-off:bible}}</w:t>
      </w:r>
    </w:p>
    <w:p w14:paraId="227CA99C" w14:textId="73B798A6" w:rsidR="00BA33AB" w:rsidRPr="000767E2" w:rsidRDefault="00000000">
      <w:pPr>
        <w:rPr>
          <w:lang w:val="sv-SE"/>
        </w:rPr>
      </w:pPr>
      <w:r w:rsidRPr="000767E2">
        <w:rPr>
          <w:lang w:val="sv-SE"/>
        </w:rPr>
        <w:t>[[@</w:t>
      </w:r>
      <w:r w:rsidR="0096445B" w:rsidRPr="000767E2">
        <w:rPr>
          <w:lang w:val="sv-SE"/>
        </w:rPr>
        <w:t>BibleBIBEL82</w:t>
      </w:r>
      <w:r w:rsidRPr="000767E2">
        <w:rPr>
          <w:lang w:val="sv-SE"/>
        </w:rPr>
        <w:t>:Luke 1:34]]</w:t>
      </w:r>
      <w:r w:rsidRPr="000767E2">
        <w:rPr>
          <w:vertAlign w:val="superscript"/>
          <w:lang w:val="sv-SE"/>
        </w:rPr>
        <w:t>34</w:t>
      </w:r>
      <w:r w:rsidRPr="000767E2">
        <w:rPr>
          <w:lang w:val="sv-SE"/>
        </w:rPr>
        <w:t xml:space="preserve"> {{field-on:bible}}Men Mariam sade till ängeln: ”Hur ska detta ske, då jag inte känner en man?”{{field-off:bible}} [[@</w:t>
      </w:r>
      <w:r w:rsidR="0096445B" w:rsidRPr="000767E2">
        <w:rPr>
          <w:lang w:val="sv-SE"/>
        </w:rPr>
        <w:t>BibleBIBEL82</w:t>
      </w:r>
      <w:r w:rsidRPr="000767E2">
        <w:rPr>
          <w:lang w:val="sv-SE"/>
        </w:rPr>
        <w:t>:Luke 1:35]]</w:t>
      </w:r>
      <w:r w:rsidRPr="000767E2">
        <w:rPr>
          <w:vertAlign w:val="superscript"/>
          <w:lang w:val="sv-SE"/>
        </w:rPr>
        <w:t>35</w:t>
      </w:r>
      <w:r w:rsidRPr="000767E2">
        <w:rPr>
          <w:lang w:val="sv-SE"/>
        </w:rPr>
        <w:t xml:space="preserve"> {{field-on:bible}}Och ängeln svarade och sade till henne: ”Helig Ande ska komma över dig, och </w:t>
      </w:r>
      <w:r w:rsidRPr="000767E2">
        <w:rPr>
          <w:i/>
          <w:lang w:val="sv-SE"/>
        </w:rPr>
        <w:t>den</w:t>
      </w:r>
      <w:r w:rsidRPr="000767E2">
        <w:rPr>
          <w:lang w:val="sv-SE"/>
        </w:rPr>
        <w:t xml:space="preserve"> Högstes kraft ska överskugga dig. Därför ska också det heliga som föds kallas Guds Son.{{field-off:bible}} [[@</w:t>
      </w:r>
      <w:r w:rsidR="0096445B" w:rsidRPr="000767E2">
        <w:rPr>
          <w:lang w:val="sv-SE"/>
        </w:rPr>
        <w:t>BibleBIBEL82</w:t>
      </w:r>
      <w:r w:rsidRPr="000767E2">
        <w:rPr>
          <w:lang w:val="sv-SE"/>
        </w:rPr>
        <w:t>:Luke 1:36]]</w:t>
      </w:r>
      <w:r w:rsidRPr="000767E2">
        <w:rPr>
          <w:vertAlign w:val="superscript"/>
          <w:lang w:val="sv-SE"/>
        </w:rPr>
        <w:t>36</w:t>
      </w:r>
      <w:r w:rsidRPr="000767E2">
        <w:rPr>
          <w:lang w:val="sv-SE"/>
        </w:rPr>
        <w:t xml:space="preserve"> {{field-on:bible}}Och se, Elisabet din släkting har också hon blivit havande med en son i sin ålderdom, och detta är sjätte månaden för henne som kallas ofruktsam.{{field-off:bible}} [[@</w:t>
      </w:r>
      <w:r w:rsidR="0096445B" w:rsidRPr="000767E2">
        <w:rPr>
          <w:lang w:val="sv-SE"/>
        </w:rPr>
        <w:t>BibleBIBEL82</w:t>
      </w:r>
      <w:r w:rsidRPr="000767E2">
        <w:rPr>
          <w:lang w:val="sv-SE"/>
        </w:rPr>
        <w:t>:Luke 1:37]]</w:t>
      </w:r>
      <w:r w:rsidRPr="000767E2">
        <w:rPr>
          <w:vertAlign w:val="superscript"/>
          <w:lang w:val="sv-SE"/>
        </w:rPr>
        <w:t>37</w:t>
      </w:r>
      <w:r w:rsidRPr="000767E2">
        <w:rPr>
          <w:lang w:val="sv-SE"/>
        </w:rPr>
        <w:t xml:space="preserve"> {{field-on:bible}}För från Gud blir inget ord omöjligt.”{{field-off:bible}}</w:t>
      </w:r>
    </w:p>
    <w:p w14:paraId="23839300" w14:textId="66899000" w:rsidR="00BA33AB" w:rsidRPr="000767E2" w:rsidRDefault="00000000">
      <w:pPr>
        <w:rPr>
          <w:lang w:val="sv-SE"/>
        </w:rPr>
      </w:pPr>
      <w:r w:rsidRPr="000767E2">
        <w:rPr>
          <w:lang w:val="sv-SE"/>
        </w:rPr>
        <w:t>[[@</w:t>
      </w:r>
      <w:r w:rsidR="0096445B" w:rsidRPr="000767E2">
        <w:rPr>
          <w:lang w:val="sv-SE"/>
        </w:rPr>
        <w:t>BibleBIBEL82</w:t>
      </w:r>
      <w:r w:rsidRPr="000767E2">
        <w:rPr>
          <w:lang w:val="sv-SE"/>
        </w:rPr>
        <w:t>:Luke 1:38]]</w:t>
      </w:r>
      <w:r w:rsidRPr="000767E2">
        <w:rPr>
          <w:vertAlign w:val="superscript"/>
          <w:lang w:val="sv-SE"/>
        </w:rPr>
        <w:t>38</w:t>
      </w:r>
      <w:r w:rsidRPr="000767E2">
        <w:rPr>
          <w:lang w:val="sv-SE"/>
        </w:rPr>
        <w:t xml:space="preserve"> {{field-on:bible}}Och Mariam sade: ”Se: Herrens fasttjänarinna. Ske mig efter ditt ord.” Och ängeln gick bort från henne.{{field-off:bible}}</w:t>
      </w:r>
    </w:p>
    <w:p w14:paraId="09AB2BDD" w14:textId="77777777" w:rsidR="00BA33AB" w:rsidRPr="000767E2" w:rsidRDefault="00000000">
      <w:pPr>
        <w:pStyle w:val="Rubrik3"/>
        <w:rPr>
          <w:lang w:val="sv-SE"/>
        </w:rPr>
      </w:pPr>
      <w:r w:rsidRPr="000767E2">
        <w:rPr>
          <w:lang w:val="sv-SE"/>
        </w:rPr>
        <w:t>Mariam hos Elisabet</w:t>
      </w:r>
    </w:p>
    <w:p w14:paraId="06BE6DFE" w14:textId="52B86F08" w:rsidR="00BA33AB" w:rsidRPr="000767E2" w:rsidRDefault="00000000">
      <w:pPr>
        <w:rPr>
          <w:lang w:val="sv-SE"/>
        </w:rPr>
      </w:pPr>
      <w:r w:rsidRPr="000767E2">
        <w:rPr>
          <w:lang w:val="sv-SE"/>
        </w:rPr>
        <w:t>[[@</w:t>
      </w:r>
      <w:r w:rsidR="0096445B" w:rsidRPr="000767E2">
        <w:rPr>
          <w:lang w:val="sv-SE"/>
        </w:rPr>
        <w:t>BibleBIBEL82</w:t>
      </w:r>
      <w:r w:rsidRPr="000767E2">
        <w:rPr>
          <w:lang w:val="sv-SE"/>
        </w:rPr>
        <w:t>:Luke 1:39]]</w:t>
      </w:r>
      <w:r w:rsidRPr="000767E2">
        <w:rPr>
          <w:vertAlign w:val="superscript"/>
          <w:lang w:val="sv-SE"/>
        </w:rPr>
        <w:t>39</w:t>
      </w:r>
      <w:r w:rsidRPr="000767E2">
        <w:rPr>
          <w:lang w:val="sv-SE"/>
        </w:rPr>
        <w:t xml:space="preserve"> {{field-on:bible}}Och upp stod Mariam i de dagarna och gick till bergsbygden med iver, till en stad i Juda,{{field-off:bible}} [[@</w:t>
      </w:r>
      <w:r w:rsidR="0096445B" w:rsidRPr="000767E2">
        <w:rPr>
          <w:lang w:val="sv-SE"/>
        </w:rPr>
        <w:t>BibleBIBEL82</w:t>
      </w:r>
      <w:r w:rsidRPr="000767E2">
        <w:rPr>
          <w:lang w:val="sv-SE"/>
        </w:rPr>
        <w:t>:Luke 1:40]]</w:t>
      </w:r>
      <w:r w:rsidRPr="000767E2">
        <w:rPr>
          <w:vertAlign w:val="superscript"/>
          <w:lang w:val="sv-SE"/>
        </w:rPr>
        <w:t>40</w:t>
      </w:r>
      <w:r w:rsidRPr="000767E2">
        <w:rPr>
          <w:lang w:val="sv-SE"/>
        </w:rPr>
        <w:t xml:space="preserve"> {{field-on:bible}}och hon gick in i Zacharias hus och hälsade på Elisabet.{{field-off:bible}}</w:t>
      </w:r>
    </w:p>
    <w:p w14:paraId="528E5F4C" w14:textId="18ADD726" w:rsidR="00BA33AB" w:rsidRPr="000767E2" w:rsidRDefault="00000000">
      <w:pPr>
        <w:rPr>
          <w:lang w:val="sv-SE"/>
        </w:rPr>
      </w:pPr>
      <w:r w:rsidRPr="000767E2">
        <w:rPr>
          <w:lang w:val="sv-SE"/>
        </w:rPr>
        <w:t>[[@</w:t>
      </w:r>
      <w:r w:rsidR="0096445B" w:rsidRPr="000767E2">
        <w:rPr>
          <w:lang w:val="sv-SE"/>
        </w:rPr>
        <w:t>BibleBIBEL82</w:t>
      </w:r>
      <w:r w:rsidRPr="000767E2">
        <w:rPr>
          <w:lang w:val="sv-SE"/>
        </w:rPr>
        <w:t>:Luke 1:41]]</w:t>
      </w:r>
      <w:r w:rsidRPr="000767E2">
        <w:rPr>
          <w:vertAlign w:val="superscript"/>
          <w:lang w:val="sv-SE"/>
        </w:rPr>
        <w:t>41</w:t>
      </w:r>
      <w:r w:rsidRPr="000767E2">
        <w:rPr>
          <w:lang w:val="sv-SE"/>
        </w:rPr>
        <w:t xml:space="preserve"> {{field-on:bible}}Och det hände sig, när Elisabet hörde Mariams hälsning, </w:t>
      </w:r>
      <w:r w:rsidRPr="000767E2">
        <w:rPr>
          <w:i/>
          <w:lang w:val="sv-SE"/>
        </w:rPr>
        <w:t>att</w:t>
      </w:r>
      <w:r w:rsidRPr="000767E2">
        <w:rPr>
          <w:lang w:val="sv-SE"/>
        </w:rPr>
        <w:t xml:space="preserve"> spädbarnet skuttade </w:t>
      </w:r>
      <w:r w:rsidRPr="000767E2">
        <w:rPr>
          <w:i/>
          <w:lang w:val="sv-SE"/>
        </w:rPr>
        <w:t>till</w:t>
      </w:r>
      <w:r w:rsidRPr="000767E2">
        <w:rPr>
          <w:lang w:val="sv-SE"/>
        </w:rPr>
        <w:t xml:space="preserve"> i hennes moderliv. Och av helig Ande fylldes Elisabet,{{field-off:bible}} [[@</w:t>
      </w:r>
      <w:r w:rsidR="0096445B" w:rsidRPr="000767E2">
        <w:rPr>
          <w:lang w:val="sv-SE"/>
        </w:rPr>
        <w:t>BibleBIBEL82</w:t>
      </w:r>
      <w:r w:rsidRPr="000767E2">
        <w:rPr>
          <w:lang w:val="sv-SE"/>
        </w:rPr>
        <w:t>:Luke 1:42]]</w:t>
      </w:r>
      <w:r w:rsidRPr="000767E2">
        <w:rPr>
          <w:vertAlign w:val="superscript"/>
          <w:lang w:val="sv-SE"/>
        </w:rPr>
        <w:t>42</w:t>
      </w:r>
      <w:r w:rsidRPr="000767E2">
        <w:rPr>
          <w:lang w:val="sv-SE"/>
        </w:rPr>
        <w:t xml:space="preserve"> {{field-on:bible}}och hon ropade högt med ett väldigt skri och sade: ”Välsignad </w:t>
      </w:r>
      <w:r w:rsidRPr="000767E2">
        <w:rPr>
          <w:i/>
          <w:lang w:val="sv-SE"/>
        </w:rPr>
        <w:t>är</w:t>
      </w:r>
      <w:r w:rsidRPr="000767E2">
        <w:rPr>
          <w:lang w:val="sv-SE"/>
        </w:rPr>
        <w:t xml:space="preserve"> du bland kvinnor, och välsignad ditt moderlivs frukt!{{field-off:bible}} [[@</w:t>
      </w:r>
      <w:r w:rsidR="0096445B" w:rsidRPr="000767E2">
        <w:rPr>
          <w:lang w:val="sv-SE"/>
        </w:rPr>
        <w:t>BibleBIBEL82</w:t>
      </w:r>
      <w:r w:rsidRPr="000767E2">
        <w:rPr>
          <w:lang w:val="sv-SE"/>
        </w:rPr>
        <w:t>:Luke 1:43]]</w:t>
      </w:r>
      <w:r w:rsidRPr="000767E2">
        <w:rPr>
          <w:vertAlign w:val="superscript"/>
          <w:lang w:val="sv-SE"/>
        </w:rPr>
        <w:t>43</w:t>
      </w:r>
      <w:r w:rsidRPr="000767E2">
        <w:rPr>
          <w:lang w:val="sv-SE"/>
        </w:rPr>
        <w:t xml:space="preserve"> {{field-on:bible}}Och varifrån </w:t>
      </w:r>
      <w:r w:rsidRPr="000767E2">
        <w:rPr>
          <w:i/>
          <w:lang w:val="sv-SE"/>
        </w:rPr>
        <w:t>händer</w:t>
      </w:r>
      <w:r w:rsidRPr="000767E2">
        <w:rPr>
          <w:lang w:val="sv-SE"/>
        </w:rPr>
        <w:t xml:space="preserve"> detta mig, att min Herres mor kommer till mig?{{field-off:bible}} [[@</w:t>
      </w:r>
      <w:r w:rsidR="0096445B" w:rsidRPr="000767E2">
        <w:rPr>
          <w:lang w:val="sv-SE"/>
        </w:rPr>
        <w:t>BibleBIBEL82</w:t>
      </w:r>
      <w:r w:rsidRPr="000767E2">
        <w:rPr>
          <w:lang w:val="sv-SE"/>
        </w:rPr>
        <w:t>:Luke 1:44]]</w:t>
      </w:r>
      <w:r w:rsidRPr="000767E2">
        <w:rPr>
          <w:vertAlign w:val="superscript"/>
          <w:lang w:val="sv-SE"/>
        </w:rPr>
        <w:t>44</w:t>
      </w:r>
      <w:r w:rsidRPr="000767E2">
        <w:rPr>
          <w:lang w:val="sv-SE"/>
        </w:rPr>
        <w:t xml:space="preserve"> {{field-on:bible}}För se, när rösten med din hälsning kom till mina öron, skuttade i jubel spädbarnet i mitt moderliv.{{field-off:bible}} [[@</w:t>
      </w:r>
      <w:r w:rsidR="0096445B" w:rsidRPr="000767E2">
        <w:rPr>
          <w:lang w:val="sv-SE"/>
        </w:rPr>
        <w:t>BibleBIBEL82</w:t>
      </w:r>
      <w:r w:rsidRPr="000767E2">
        <w:rPr>
          <w:lang w:val="sv-SE"/>
        </w:rPr>
        <w:t>:Luke 1:45]]</w:t>
      </w:r>
      <w:r w:rsidRPr="000767E2">
        <w:rPr>
          <w:vertAlign w:val="superscript"/>
          <w:lang w:val="sv-SE"/>
        </w:rPr>
        <w:t>45</w:t>
      </w:r>
      <w:r w:rsidRPr="000767E2">
        <w:rPr>
          <w:lang w:val="sv-SE"/>
        </w:rPr>
        <w:t xml:space="preserve"> {{field-on:bible}}Och salig hon som trodde, för det ska bli en fullkomning av det som talats till henne från Herren.”{{field-off:bible}}</w:t>
      </w:r>
    </w:p>
    <w:p w14:paraId="3AEABF07" w14:textId="77777777" w:rsidR="00BA33AB" w:rsidRDefault="00000000">
      <w:pPr>
        <w:pStyle w:val="Rubrik3"/>
      </w:pPr>
      <w:r>
        <w:lastRenderedPageBreak/>
        <w:t xml:space="preserve">Mariams </w:t>
      </w:r>
      <w:proofErr w:type="spellStart"/>
      <w:r>
        <w:t>lovsång</w:t>
      </w:r>
      <w:proofErr w:type="spellEnd"/>
    </w:p>
    <w:p w14:paraId="5AAF2FE8" w14:textId="4DBDB32A" w:rsidR="00BA33AB" w:rsidRDefault="00000000">
      <w:r>
        <w:t>[[@</w:t>
      </w:r>
      <w:r w:rsidR="0096445B">
        <w:t>BibleBIBEL</w:t>
      </w:r>
      <w:proofErr w:type="gramStart"/>
      <w:r w:rsidR="0096445B">
        <w:t>82</w:t>
      </w:r>
      <w:r>
        <w:t>:Luke</w:t>
      </w:r>
      <w:proofErr w:type="gramEnd"/>
      <w:r>
        <w:t xml:space="preserve"> 1:46]]</w:t>
      </w:r>
      <w:r>
        <w:rPr>
          <w:vertAlign w:val="superscript"/>
        </w:rPr>
        <w:t>46</w:t>
      </w:r>
      <w:r>
        <w:t xml:space="preserve"> {{</w:t>
      </w:r>
      <w:proofErr w:type="spellStart"/>
      <w:r>
        <w:t>field-</w:t>
      </w:r>
      <w:proofErr w:type="gramStart"/>
      <w:r>
        <w:t>on:bible</w:t>
      </w:r>
      <w:proofErr w:type="spellEnd"/>
      <w:r>
        <w:t>}}Och</w:t>
      </w:r>
      <w:proofErr w:type="gramEnd"/>
      <w:r>
        <w:t xml:space="preserve"> Mariam </w:t>
      </w:r>
      <w:proofErr w:type="spellStart"/>
      <w:proofErr w:type="gramStart"/>
      <w:r>
        <w:t>sade</w:t>
      </w:r>
      <w:proofErr w:type="spellEnd"/>
      <w:r>
        <w:t>:{</w:t>
      </w:r>
      <w:proofErr w:type="gramEnd"/>
      <w:r>
        <w:t>{</w:t>
      </w:r>
      <w:proofErr w:type="spellStart"/>
      <w:r>
        <w:t>field-</w:t>
      </w:r>
      <w:proofErr w:type="gramStart"/>
      <w:r>
        <w:t>off:bible</w:t>
      </w:r>
      <w:proofErr w:type="spellEnd"/>
      <w:proofErr w:type="gramEnd"/>
      <w:r>
        <w:t>}}</w:t>
      </w:r>
    </w:p>
    <w:p w14:paraId="0DCDB23F" w14:textId="5AE0F1BC" w:rsidR="00BA33AB" w:rsidRPr="000767E2" w:rsidRDefault="00000000">
      <w:pPr>
        <w:rPr>
          <w:lang w:val="sv-SE"/>
        </w:rPr>
      </w:pPr>
      <w:r w:rsidRPr="000767E2">
        <w:rPr>
          <w:lang w:val="sv-SE"/>
        </w:rPr>
        <w:t>{{field-on:bible}}”Min själ gör Herren stor,{{field-off:bible}}</w:t>
      </w:r>
      <w:r w:rsidRPr="000767E2">
        <w:rPr>
          <w:lang w:val="sv-SE"/>
        </w:rPr>
        <w:br/>
        <w:t>[[@</w:t>
      </w:r>
      <w:r w:rsidR="0096445B" w:rsidRPr="000767E2">
        <w:rPr>
          <w:lang w:val="sv-SE"/>
        </w:rPr>
        <w:t>BibleBIBEL82</w:t>
      </w:r>
      <w:r w:rsidRPr="000767E2">
        <w:rPr>
          <w:lang w:val="sv-SE"/>
        </w:rPr>
        <w:t>:Luke 1:47]]</w:t>
      </w:r>
      <w:r w:rsidRPr="000767E2">
        <w:rPr>
          <w:vertAlign w:val="superscript"/>
          <w:lang w:val="sv-SE"/>
        </w:rPr>
        <w:t>47</w:t>
      </w:r>
      <w:r w:rsidRPr="000767E2">
        <w:rPr>
          <w:lang w:val="sv-SE"/>
        </w:rPr>
        <w:t xml:space="preserve"> {{field-on:bible}}och min ande har jublat över Gud min Frälsare,{{field-off:bible}}</w:t>
      </w:r>
      <w:r w:rsidRPr="000767E2">
        <w:rPr>
          <w:lang w:val="sv-SE"/>
        </w:rPr>
        <w:br/>
        <w:t>[[@</w:t>
      </w:r>
      <w:r w:rsidR="0096445B" w:rsidRPr="000767E2">
        <w:rPr>
          <w:lang w:val="sv-SE"/>
        </w:rPr>
        <w:t>BibleBIBEL82</w:t>
      </w:r>
      <w:r w:rsidRPr="000767E2">
        <w:rPr>
          <w:lang w:val="sv-SE"/>
        </w:rPr>
        <w:t>:Luke 1:48]]</w:t>
      </w:r>
      <w:r w:rsidRPr="000767E2">
        <w:rPr>
          <w:vertAlign w:val="superscript"/>
          <w:lang w:val="sv-SE"/>
        </w:rPr>
        <w:t>48</w:t>
      </w:r>
      <w:r w:rsidRPr="000767E2">
        <w:rPr>
          <w:lang w:val="sv-SE"/>
        </w:rPr>
        <w:t xml:space="preserve"> {{field-on:bible}}för han har sett till sin fasttjänarinnas låghet.</w:t>
      </w:r>
      <w:r w:rsidRPr="000767E2">
        <w:rPr>
          <w:lang w:val="sv-SE"/>
        </w:rPr>
        <w:br/>
        <w:t>För se, från nu ska alla släktena saligprisa mig,{{field-off:bible}}</w:t>
      </w:r>
      <w:r w:rsidRPr="000767E2">
        <w:rPr>
          <w:lang w:val="sv-SE"/>
        </w:rPr>
        <w:br/>
        <w:t>[[@</w:t>
      </w:r>
      <w:r w:rsidR="0096445B" w:rsidRPr="000767E2">
        <w:rPr>
          <w:lang w:val="sv-SE"/>
        </w:rPr>
        <w:t>BibleBIBEL82</w:t>
      </w:r>
      <w:r w:rsidRPr="000767E2">
        <w:rPr>
          <w:lang w:val="sv-SE"/>
        </w:rPr>
        <w:t>:Luke 1:49]]</w:t>
      </w:r>
      <w:r w:rsidRPr="000767E2">
        <w:rPr>
          <w:vertAlign w:val="superscript"/>
          <w:lang w:val="sv-SE"/>
        </w:rPr>
        <w:t>49</w:t>
      </w:r>
      <w:r w:rsidRPr="000767E2">
        <w:rPr>
          <w:lang w:val="sv-SE"/>
        </w:rPr>
        <w:t xml:space="preserve"> {{field-on:bible}}för stora </w:t>
      </w:r>
      <w:r w:rsidRPr="000767E2">
        <w:rPr>
          <w:i/>
          <w:lang w:val="sv-SE"/>
        </w:rPr>
        <w:t>ting</w:t>
      </w:r>
      <w:r w:rsidRPr="000767E2">
        <w:rPr>
          <w:lang w:val="sv-SE"/>
        </w:rPr>
        <w:t xml:space="preserve"> har den Mäktige gjort med mig.</w:t>
      </w:r>
      <w:r w:rsidRPr="000767E2">
        <w:rPr>
          <w:lang w:val="sv-SE"/>
        </w:rPr>
        <w:br/>
        <w:t xml:space="preserve">Och heligt </w:t>
      </w:r>
      <w:r w:rsidRPr="000767E2">
        <w:rPr>
          <w:i/>
          <w:lang w:val="sv-SE"/>
        </w:rPr>
        <w:t>är</w:t>
      </w:r>
      <w:r w:rsidRPr="000767E2">
        <w:rPr>
          <w:lang w:val="sv-SE"/>
        </w:rPr>
        <w:t xml:space="preserve"> hans namn,{{field-off:bible}}</w:t>
      </w:r>
      <w:r w:rsidRPr="000767E2">
        <w:rPr>
          <w:lang w:val="sv-SE"/>
        </w:rPr>
        <w:br/>
        <w:t>[[@</w:t>
      </w:r>
      <w:r w:rsidR="0096445B" w:rsidRPr="000767E2">
        <w:rPr>
          <w:lang w:val="sv-SE"/>
        </w:rPr>
        <w:t>BibleBIBEL82</w:t>
      </w:r>
      <w:r w:rsidRPr="000767E2">
        <w:rPr>
          <w:lang w:val="sv-SE"/>
        </w:rPr>
        <w:t>:Luke 1:50]]</w:t>
      </w:r>
      <w:r w:rsidRPr="000767E2">
        <w:rPr>
          <w:vertAlign w:val="superscript"/>
          <w:lang w:val="sv-SE"/>
        </w:rPr>
        <w:t>50</w:t>
      </w:r>
      <w:r w:rsidRPr="000767E2">
        <w:rPr>
          <w:lang w:val="sv-SE"/>
        </w:rPr>
        <w:t xml:space="preserve"> {{field-on:bible}}och hans barmhärtighet </w:t>
      </w:r>
      <w:r w:rsidRPr="000767E2">
        <w:rPr>
          <w:i/>
          <w:lang w:val="sv-SE"/>
        </w:rPr>
        <w:t>varar</w:t>
      </w:r>
      <w:r w:rsidRPr="000767E2">
        <w:rPr>
          <w:lang w:val="sv-SE"/>
        </w:rPr>
        <w:t xml:space="preserve"> till släkten och släkten</w:t>
      </w:r>
      <w:r w:rsidRPr="000767E2">
        <w:rPr>
          <w:lang w:val="sv-SE"/>
        </w:rPr>
        <w:br/>
        <w:t>för dem som fruktar honom.{{field-off:bible}}</w:t>
      </w:r>
      <w:r w:rsidRPr="000767E2">
        <w:rPr>
          <w:lang w:val="sv-SE"/>
        </w:rPr>
        <w:br/>
        <w:t>[[@</w:t>
      </w:r>
      <w:r w:rsidR="0096445B" w:rsidRPr="000767E2">
        <w:rPr>
          <w:lang w:val="sv-SE"/>
        </w:rPr>
        <w:t>BibleBIBEL82</w:t>
      </w:r>
      <w:r w:rsidRPr="000767E2">
        <w:rPr>
          <w:lang w:val="sv-SE"/>
        </w:rPr>
        <w:t>:Luke 1:51]]</w:t>
      </w:r>
      <w:r w:rsidRPr="000767E2">
        <w:rPr>
          <w:vertAlign w:val="superscript"/>
          <w:lang w:val="sv-SE"/>
        </w:rPr>
        <w:t>51</w:t>
      </w:r>
      <w:r w:rsidRPr="000767E2">
        <w:rPr>
          <w:lang w:val="sv-SE"/>
        </w:rPr>
        <w:t xml:space="preserve"> {{field-on:bible}}Han har gjort välde med sin arm,</w:t>
      </w:r>
      <w:r w:rsidRPr="000767E2">
        <w:rPr>
          <w:lang w:val="sv-SE"/>
        </w:rPr>
        <w:br/>
        <w:t>han har skingrat högmodiga i deras hjärtas håg.{{field-off:bible}}</w:t>
      </w:r>
      <w:r w:rsidRPr="000767E2">
        <w:rPr>
          <w:lang w:val="sv-SE"/>
        </w:rPr>
        <w:br/>
        <w:t>[[@</w:t>
      </w:r>
      <w:r w:rsidR="0096445B" w:rsidRPr="000767E2">
        <w:rPr>
          <w:lang w:val="sv-SE"/>
        </w:rPr>
        <w:t>BibleBIBEL82</w:t>
      </w:r>
      <w:r w:rsidRPr="000767E2">
        <w:rPr>
          <w:lang w:val="sv-SE"/>
        </w:rPr>
        <w:t>:Luke 1:52]]</w:t>
      </w:r>
      <w:r w:rsidRPr="000767E2">
        <w:rPr>
          <w:vertAlign w:val="superscript"/>
          <w:lang w:val="sv-SE"/>
        </w:rPr>
        <w:t>52</w:t>
      </w:r>
      <w:r w:rsidRPr="000767E2">
        <w:rPr>
          <w:lang w:val="sv-SE"/>
        </w:rPr>
        <w:t xml:space="preserve"> {{field-on:bible}}Han har tagit ner makthavare från troner</w:t>
      </w:r>
      <w:r w:rsidRPr="000767E2">
        <w:rPr>
          <w:lang w:val="sv-SE"/>
        </w:rPr>
        <w:br/>
        <w:t xml:space="preserve">och upphöjt </w:t>
      </w:r>
      <w:r w:rsidRPr="000767E2">
        <w:rPr>
          <w:i/>
          <w:lang w:val="sv-SE"/>
        </w:rPr>
        <w:t>de</w:t>
      </w:r>
      <w:r w:rsidRPr="000767E2">
        <w:rPr>
          <w:lang w:val="sv-SE"/>
        </w:rPr>
        <w:t xml:space="preserve"> låga.{{field-off:bible}}</w:t>
      </w:r>
      <w:r w:rsidRPr="000767E2">
        <w:rPr>
          <w:lang w:val="sv-SE"/>
        </w:rPr>
        <w:br/>
        <w:t>[[@</w:t>
      </w:r>
      <w:r w:rsidR="0096445B" w:rsidRPr="000767E2">
        <w:rPr>
          <w:lang w:val="sv-SE"/>
        </w:rPr>
        <w:t>BibleBIBEL82</w:t>
      </w:r>
      <w:r w:rsidRPr="000767E2">
        <w:rPr>
          <w:lang w:val="sv-SE"/>
        </w:rPr>
        <w:t>:Luke 1:53]]</w:t>
      </w:r>
      <w:r w:rsidRPr="000767E2">
        <w:rPr>
          <w:vertAlign w:val="superscript"/>
          <w:lang w:val="sv-SE"/>
        </w:rPr>
        <w:t>53</w:t>
      </w:r>
      <w:r w:rsidRPr="000767E2">
        <w:rPr>
          <w:lang w:val="sv-SE"/>
        </w:rPr>
        <w:t xml:space="preserve"> {{field-on:bible}}Hungrande har han mättat med goda </w:t>
      </w:r>
      <w:r w:rsidRPr="000767E2">
        <w:rPr>
          <w:i/>
          <w:lang w:val="sv-SE"/>
        </w:rPr>
        <w:t>ting</w:t>
      </w:r>
      <w:r w:rsidRPr="000767E2">
        <w:rPr>
          <w:lang w:val="sv-SE"/>
        </w:rPr>
        <w:t>,</w:t>
      </w:r>
      <w:r w:rsidRPr="000767E2">
        <w:rPr>
          <w:lang w:val="sv-SE"/>
        </w:rPr>
        <w:br/>
        <w:t>och rika har han sänt tomhänta iväg.{{field-off:bible}}</w:t>
      </w:r>
      <w:r w:rsidRPr="000767E2">
        <w:rPr>
          <w:lang w:val="sv-SE"/>
        </w:rPr>
        <w:br/>
        <w:t>[[@</w:t>
      </w:r>
      <w:r w:rsidR="0096445B" w:rsidRPr="000767E2">
        <w:rPr>
          <w:lang w:val="sv-SE"/>
        </w:rPr>
        <w:t>BibleBIBEL82</w:t>
      </w:r>
      <w:r w:rsidRPr="000767E2">
        <w:rPr>
          <w:lang w:val="sv-SE"/>
        </w:rPr>
        <w:t>:Luke 1:54]]</w:t>
      </w:r>
      <w:r w:rsidRPr="000767E2">
        <w:rPr>
          <w:vertAlign w:val="superscript"/>
          <w:lang w:val="sv-SE"/>
        </w:rPr>
        <w:t>54</w:t>
      </w:r>
      <w:r w:rsidRPr="000767E2">
        <w:rPr>
          <w:lang w:val="sv-SE"/>
        </w:rPr>
        <w:t xml:space="preserve"> {{field-on:bible}}Han har tagit sig an Israel sin gosse</w:t>
      </w:r>
      <w:r w:rsidRPr="000767E2">
        <w:rPr>
          <w:lang w:val="sv-SE"/>
        </w:rPr>
        <w:br/>
      </w:r>
      <w:r w:rsidRPr="000767E2">
        <w:rPr>
          <w:i/>
          <w:lang w:val="sv-SE"/>
        </w:rPr>
        <w:t>för</w:t>
      </w:r>
      <w:r w:rsidRPr="000767E2">
        <w:rPr>
          <w:lang w:val="sv-SE"/>
        </w:rPr>
        <w:t xml:space="preserve"> att komma ihåg barmhärtighet,{{field-off:bible}}</w:t>
      </w:r>
      <w:r w:rsidRPr="000767E2">
        <w:rPr>
          <w:lang w:val="sv-SE"/>
        </w:rPr>
        <w:br/>
        <w:t>[[@</w:t>
      </w:r>
      <w:r w:rsidR="0096445B" w:rsidRPr="000767E2">
        <w:rPr>
          <w:lang w:val="sv-SE"/>
        </w:rPr>
        <w:t>BibleBIBEL82</w:t>
      </w:r>
      <w:r w:rsidRPr="000767E2">
        <w:rPr>
          <w:lang w:val="sv-SE"/>
        </w:rPr>
        <w:t>:Luke 1:55]]</w:t>
      </w:r>
      <w:r w:rsidRPr="000767E2">
        <w:rPr>
          <w:vertAlign w:val="superscript"/>
          <w:lang w:val="sv-SE"/>
        </w:rPr>
        <w:t>55</w:t>
      </w:r>
      <w:r w:rsidRPr="000767E2">
        <w:rPr>
          <w:lang w:val="sv-SE"/>
        </w:rPr>
        <w:t xml:space="preserve"> {{field-on:bible}}så som han har talat till våra fäder,</w:t>
      </w:r>
      <w:r w:rsidRPr="000767E2">
        <w:rPr>
          <w:lang w:val="sv-SE"/>
        </w:rPr>
        <w:br/>
        <w:t>gentemot Abraham och hans säd till eonen.”{{field-off:bible}}</w:t>
      </w:r>
    </w:p>
    <w:p w14:paraId="273BE1FF" w14:textId="4DAC1D43" w:rsidR="00BA33AB" w:rsidRPr="000767E2" w:rsidRDefault="00000000">
      <w:pPr>
        <w:rPr>
          <w:lang w:val="sv-SE"/>
        </w:rPr>
      </w:pPr>
      <w:r w:rsidRPr="000767E2">
        <w:rPr>
          <w:lang w:val="sv-SE"/>
        </w:rPr>
        <w:t>[[@</w:t>
      </w:r>
      <w:r w:rsidR="0096445B" w:rsidRPr="000767E2">
        <w:rPr>
          <w:lang w:val="sv-SE"/>
        </w:rPr>
        <w:t>BibleBIBEL82</w:t>
      </w:r>
      <w:r w:rsidRPr="000767E2">
        <w:rPr>
          <w:lang w:val="sv-SE"/>
        </w:rPr>
        <w:t>:Luke 1:56]]</w:t>
      </w:r>
      <w:r w:rsidRPr="000767E2">
        <w:rPr>
          <w:vertAlign w:val="superscript"/>
          <w:lang w:val="sv-SE"/>
        </w:rPr>
        <w:t>56</w:t>
      </w:r>
      <w:r w:rsidRPr="000767E2">
        <w:rPr>
          <w:lang w:val="sv-SE"/>
        </w:rPr>
        <w:t xml:space="preserve"> {{field-on:bible}}Och Mariam blev kvar med henne ungefär tre månader och återvände </w:t>
      </w:r>
      <w:r w:rsidRPr="000767E2">
        <w:rPr>
          <w:i/>
          <w:lang w:val="sv-SE"/>
        </w:rPr>
        <w:t>sedan</w:t>
      </w:r>
      <w:r w:rsidRPr="000767E2">
        <w:rPr>
          <w:lang w:val="sv-SE"/>
        </w:rPr>
        <w:t xml:space="preserve"> till sitt hus.{{field-off:bible}}</w:t>
      </w:r>
    </w:p>
    <w:p w14:paraId="3F59B593" w14:textId="77777777" w:rsidR="00BA33AB" w:rsidRPr="000767E2" w:rsidRDefault="00000000">
      <w:pPr>
        <w:pStyle w:val="Rubrik3"/>
        <w:rPr>
          <w:lang w:val="sv-SE"/>
        </w:rPr>
      </w:pPr>
      <w:r w:rsidRPr="000767E2">
        <w:rPr>
          <w:lang w:val="sv-SE"/>
        </w:rPr>
        <w:t>Johannes Döparens födelse</w:t>
      </w:r>
    </w:p>
    <w:p w14:paraId="6F979C3F" w14:textId="6A70E4D7" w:rsidR="00BA33AB" w:rsidRPr="000767E2" w:rsidRDefault="00000000">
      <w:pPr>
        <w:rPr>
          <w:lang w:val="sv-SE"/>
        </w:rPr>
      </w:pPr>
      <w:r w:rsidRPr="000767E2">
        <w:rPr>
          <w:lang w:val="sv-SE"/>
        </w:rPr>
        <w:t>[[@</w:t>
      </w:r>
      <w:r w:rsidR="0096445B" w:rsidRPr="000767E2">
        <w:rPr>
          <w:lang w:val="sv-SE"/>
        </w:rPr>
        <w:t>BibleBIBEL82</w:t>
      </w:r>
      <w:r w:rsidRPr="000767E2">
        <w:rPr>
          <w:lang w:val="sv-SE"/>
        </w:rPr>
        <w:t>:Luke 1:57]]</w:t>
      </w:r>
      <w:r w:rsidRPr="000767E2">
        <w:rPr>
          <w:vertAlign w:val="superscript"/>
          <w:lang w:val="sv-SE"/>
        </w:rPr>
        <w:t>57</w:t>
      </w:r>
      <w:r w:rsidRPr="000767E2">
        <w:rPr>
          <w:lang w:val="sv-SE"/>
        </w:rPr>
        <w:t xml:space="preserve"> {{field-on:bible}}Men för Elisabet var tiden uppfylld för att hon </w:t>
      </w:r>
      <w:r w:rsidRPr="000767E2">
        <w:rPr>
          <w:i/>
          <w:lang w:val="sv-SE"/>
        </w:rPr>
        <w:t>skulle</w:t>
      </w:r>
      <w:r w:rsidRPr="000767E2">
        <w:rPr>
          <w:lang w:val="sv-SE"/>
        </w:rPr>
        <w:t xml:space="preserve"> föda, och hon födde en son.{{field-off:bible}} [[@</w:t>
      </w:r>
      <w:r w:rsidR="0096445B" w:rsidRPr="000767E2">
        <w:rPr>
          <w:lang w:val="sv-SE"/>
        </w:rPr>
        <w:t>BibleBIBEL82</w:t>
      </w:r>
      <w:r w:rsidRPr="000767E2">
        <w:rPr>
          <w:lang w:val="sv-SE"/>
        </w:rPr>
        <w:t>:Luke 1:58]]</w:t>
      </w:r>
      <w:r w:rsidRPr="000767E2">
        <w:rPr>
          <w:vertAlign w:val="superscript"/>
          <w:lang w:val="sv-SE"/>
        </w:rPr>
        <w:t>58</w:t>
      </w:r>
      <w:r w:rsidRPr="000767E2">
        <w:rPr>
          <w:lang w:val="sv-SE"/>
        </w:rPr>
        <w:t xml:space="preserve"> {{field-on:bible}}Och hennes kringboende och släktingar hörde att Herren hade gjort sin barmhärtighet stor med henne, och de gladde sig med henne.{{field-off:bible}} [[@</w:t>
      </w:r>
      <w:r w:rsidR="0096445B" w:rsidRPr="000767E2">
        <w:rPr>
          <w:lang w:val="sv-SE"/>
        </w:rPr>
        <w:t>BibleBIBEL82</w:t>
      </w:r>
      <w:r w:rsidRPr="000767E2">
        <w:rPr>
          <w:lang w:val="sv-SE"/>
        </w:rPr>
        <w:t>:Luke 1:59]]</w:t>
      </w:r>
      <w:r w:rsidRPr="000767E2">
        <w:rPr>
          <w:vertAlign w:val="superscript"/>
          <w:lang w:val="sv-SE"/>
        </w:rPr>
        <w:t>59</w:t>
      </w:r>
      <w:r w:rsidRPr="000767E2">
        <w:rPr>
          <w:lang w:val="sv-SE"/>
        </w:rPr>
        <w:t xml:space="preserve"> {{field-on:bible}}Och det hände sig på åttonde dagen </w:t>
      </w:r>
      <w:r w:rsidRPr="000767E2">
        <w:rPr>
          <w:i/>
          <w:lang w:val="sv-SE"/>
        </w:rPr>
        <w:t>att</w:t>
      </w:r>
      <w:r w:rsidRPr="000767E2">
        <w:rPr>
          <w:lang w:val="sv-SE"/>
        </w:rPr>
        <w:t xml:space="preserve"> de kom </w:t>
      </w:r>
      <w:r w:rsidRPr="000767E2">
        <w:rPr>
          <w:i/>
          <w:lang w:val="sv-SE"/>
        </w:rPr>
        <w:t>för</w:t>
      </w:r>
      <w:r w:rsidRPr="000767E2">
        <w:rPr>
          <w:lang w:val="sv-SE"/>
        </w:rPr>
        <w:t xml:space="preserve"> att omskära barnet, och de </w:t>
      </w:r>
      <w:r w:rsidRPr="000767E2">
        <w:rPr>
          <w:i/>
          <w:lang w:val="sv-SE"/>
        </w:rPr>
        <w:t>började</w:t>
      </w:r>
      <w:r w:rsidRPr="000767E2">
        <w:rPr>
          <w:lang w:val="sv-SE"/>
        </w:rPr>
        <w:t xml:space="preserve"> kalla det efter hans fars namn Zacharias.{{field-off:bible}} [[@</w:t>
      </w:r>
      <w:r w:rsidR="0096445B" w:rsidRPr="000767E2">
        <w:rPr>
          <w:lang w:val="sv-SE"/>
        </w:rPr>
        <w:t>BibleBIBEL82</w:t>
      </w:r>
      <w:r w:rsidRPr="000767E2">
        <w:rPr>
          <w:lang w:val="sv-SE"/>
        </w:rPr>
        <w:t>:Luke 1:60]]</w:t>
      </w:r>
      <w:r w:rsidRPr="000767E2">
        <w:rPr>
          <w:vertAlign w:val="superscript"/>
          <w:lang w:val="sv-SE"/>
        </w:rPr>
        <w:t>60</w:t>
      </w:r>
      <w:r w:rsidRPr="000767E2">
        <w:rPr>
          <w:lang w:val="sv-SE"/>
        </w:rPr>
        <w:t xml:space="preserve"> {{field-on:bible}}Och hans mor svarade och sade: ”Nej, utan han ska kallas Johannes.”{{field-off:bible}} [[@</w:t>
      </w:r>
      <w:r w:rsidR="0096445B" w:rsidRPr="000767E2">
        <w:rPr>
          <w:lang w:val="sv-SE"/>
        </w:rPr>
        <w:t>BibleBIBEL82</w:t>
      </w:r>
      <w:r w:rsidRPr="000767E2">
        <w:rPr>
          <w:lang w:val="sv-SE"/>
        </w:rPr>
        <w:t>:Luke 1:61]]</w:t>
      </w:r>
      <w:r w:rsidRPr="000767E2">
        <w:rPr>
          <w:vertAlign w:val="superscript"/>
          <w:lang w:val="sv-SE"/>
        </w:rPr>
        <w:t>61</w:t>
      </w:r>
      <w:r w:rsidRPr="000767E2">
        <w:rPr>
          <w:lang w:val="sv-SE"/>
        </w:rPr>
        <w:t xml:space="preserve"> {{field-on:bible}}Och de sade till henne att: ”Det finns ingen från din släkt som kallas vid detta namn.”{{field-off:bible}} [[@</w:t>
      </w:r>
      <w:r w:rsidR="0096445B" w:rsidRPr="000767E2">
        <w:rPr>
          <w:lang w:val="sv-SE"/>
        </w:rPr>
        <w:t>BibleBIBEL82</w:t>
      </w:r>
      <w:r w:rsidRPr="000767E2">
        <w:rPr>
          <w:lang w:val="sv-SE"/>
        </w:rPr>
        <w:t>:Luke 1:62]]</w:t>
      </w:r>
      <w:r w:rsidRPr="000767E2">
        <w:rPr>
          <w:vertAlign w:val="superscript"/>
          <w:lang w:val="sv-SE"/>
        </w:rPr>
        <w:t>62</w:t>
      </w:r>
      <w:r w:rsidRPr="000767E2">
        <w:rPr>
          <w:lang w:val="sv-SE"/>
        </w:rPr>
        <w:t xml:space="preserve"> {{field-on:bible}}Och de gestikulerade till hans far, vad han skulle vilja att det kallas.{{field-off:bible}}</w:t>
      </w:r>
    </w:p>
    <w:p w14:paraId="2652008B" w14:textId="2667466A" w:rsidR="00BA33AB" w:rsidRPr="000767E2" w:rsidRDefault="00000000">
      <w:pPr>
        <w:rPr>
          <w:lang w:val="sv-SE"/>
        </w:rPr>
      </w:pPr>
      <w:r w:rsidRPr="000767E2">
        <w:rPr>
          <w:lang w:val="sv-SE"/>
        </w:rPr>
        <w:t>[[@</w:t>
      </w:r>
      <w:r w:rsidR="0096445B" w:rsidRPr="000767E2">
        <w:rPr>
          <w:lang w:val="sv-SE"/>
        </w:rPr>
        <w:t>BibleBIBEL82</w:t>
      </w:r>
      <w:r w:rsidRPr="000767E2">
        <w:rPr>
          <w:lang w:val="sv-SE"/>
        </w:rPr>
        <w:t>:Luke 1:63]]</w:t>
      </w:r>
      <w:r w:rsidRPr="000767E2">
        <w:rPr>
          <w:vertAlign w:val="superscript"/>
          <w:lang w:val="sv-SE"/>
        </w:rPr>
        <w:t>63</w:t>
      </w:r>
      <w:r w:rsidRPr="000767E2">
        <w:rPr>
          <w:lang w:val="sv-SE"/>
        </w:rPr>
        <w:t xml:space="preserve"> {{field-on:bible}}Och han bad om en liten tavla och skrev, sägande: ”Johannes är hans namn.” Och alla blev förundrade.{{field-off:bible}} [[@</w:t>
      </w:r>
      <w:r w:rsidR="0096445B" w:rsidRPr="000767E2">
        <w:rPr>
          <w:lang w:val="sv-SE"/>
        </w:rPr>
        <w:t>BibleBIBEL82</w:t>
      </w:r>
      <w:r w:rsidRPr="000767E2">
        <w:rPr>
          <w:lang w:val="sv-SE"/>
        </w:rPr>
        <w:t>:Luke 1:64]]</w:t>
      </w:r>
      <w:r w:rsidRPr="000767E2">
        <w:rPr>
          <w:vertAlign w:val="superscript"/>
          <w:lang w:val="sv-SE"/>
        </w:rPr>
        <w:t>64</w:t>
      </w:r>
      <w:r w:rsidRPr="000767E2">
        <w:rPr>
          <w:lang w:val="sv-SE"/>
        </w:rPr>
        <w:t xml:space="preserve"> {{field-on:bible}}Och </w:t>
      </w:r>
      <w:r w:rsidRPr="000767E2">
        <w:rPr>
          <w:i/>
          <w:lang w:val="sv-SE"/>
        </w:rPr>
        <w:t>då</w:t>
      </w:r>
      <w:r w:rsidRPr="000767E2">
        <w:rPr>
          <w:lang w:val="sv-SE"/>
        </w:rPr>
        <w:t xml:space="preserve"> öppnades genast hans mun och hans tunga, och han </w:t>
      </w:r>
      <w:r w:rsidRPr="000767E2">
        <w:rPr>
          <w:i/>
          <w:lang w:val="sv-SE"/>
        </w:rPr>
        <w:t>började</w:t>
      </w:r>
      <w:r w:rsidRPr="000767E2">
        <w:rPr>
          <w:lang w:val="sv-SE"/>
        </w:rPr>
        <w:t xml:space="preserve"> tala och välsigna Gud.{{field-off:bible}} [[@</w:t>
      </w:r>
      <w:r w:rsidR="0096445B" w:rsidRPr="000767E2">
        <w:rPr>
          <w:lang w:val="sv-SE"/>
        </w:rPr>
        <w:t>BibleBIBEL82</w:t>
      </w:r>
      <w:r w:rsidRPr="000767E2">
        <w:rPr>
          <w:lang w:val="sv-SE"/>
        </w:rPr>
        <w:t>:Luke 1:65]]</w:t>
      </w:r>
      <w:r w:rsidRPr="000767E2">
        <w:rPr>
          <w:vertAlign w:val="superscript"/>
          <w:lang w:val="sv-SE"/>
        </w:rPr>
        <w:t>65</w:t>
      </w:r>
      <w:r w:rsidRPr="000767E2">
        <w:rPr>
          <w:lang w:val="sv-SE"/>
        </w:rPr>
        <w:t xml:space="preserve"> {{field-on:bible}}Och det kom fruktan över alla som bodde omkring dem, och i hela </w:t>
      </w:r>
      <w:r w:rsidRPr="000767E2">
        <w:rPr>
          <w:lang w:val="sv-SE"/>
        </w:rPr>
        <w:lastRenderedPageBreak/>
        <w:t xml:space="preserve">Judeens bergsbygd talade </w:t>
      </w:r>
      <w:r w:rsidRPr="000767E2">
        <w:rPr>
          <w:i/>
          <w:lang w:val="sv-SE"/>
        </w:rPr>
        <w:t>man</w:t>
      </w:r>
      <w:r w:rsidRPr="000767E2">
        <w:rPr>
          <w:lang w:val="sv-SE"/>
        </w:rPr>
        <w:t xml:space="preserve"> igenom alla dessa ord.{{field-off:bible}} [[@</w:t>
      </w:r>
      <w:r w:rsidR="0096445B" w:rsidRPr="000767E2">
        <w:rPr>
          <w:lang w:val="sv-SE"/>
        </w:rPr>
        <w:t>BibleBIBEL82</w:t>
      </w:r>
      <w:r w:rsidRPr="000767E2">
        <w:rPr>
          <w:lang w:val="sv-SE"/>
        </w:rPr>
        <w:t>:Luke 1:66]]</w:t>
      </w:r>
      <w:r w:rsidRPr="000767E2">
        <w:rPr>
          <w:vertAlign w:val="superscript"/>
          <w:lang w:val="sv-SE"/>
        </w:rPr>
        <w:t>66</w:t>
      </w:r>
      <w:r w:rsidRPr="000767E2">
        <w:rPr>
          <w:lang w:val="sv-SE"/>
        </w:rPr>
        <w:t xml:space="preserve"> {{field-on:bible}}Och alla som hörde satte </w:t>
      </w:r>
      <w:r w:rsidRPr="000767E2">
        <w:rPr>
          <w:i/>
          <w:lang w:val="sv-SE"/>
        </w:rPr>
        <w:t>det</w:t>
      </w:r>
      <w:r w:rsidRPr="000767E2">
        <w:rPr>
          <w:lang w:val="sv-SE"/>
        </w:rPr>
        <w:t xml:space="preserve"> i sitt hjärta och sade: ”Vad ska då detta barn bli?” För Herrens hand var också med honom.{{field-off:bible}}</w:t>
      </w:r>
    </w:p>
    <w:p w14:paraId="32EB9E74" w14:textId="77777777" w:rsidR="00BA33AB" w:rsidRPr="000767E2" w:rsidRDefault="00000000">
      <w:pPr>
        <w:pStyle w:val="Rubrik3"/>
        <w:rPr>
          <w:lang w:val="sv-SE"/>
        </w:rPr>
      </w:pPr>
      <w:r w:rsidRPr="000767E2">
        <w:rPr>
          <w:lang w:val="sv-SE"/>
        </w:rPr>
        <w:t>Zacharias lovsång</w:t>
      </w:r>
    </w:p>
    <w:p w14:paraId="142A8656" w14:textId="56817DA9" w:rsidR="00BA33AB" w:rsidRPr="000767E2" w:rsidRDefault="00000000">
      <w:pPr>
        <w:rPr>
          <w:lang w:val="sv-SE"/>
        </w:rPr>
      </w:pPr>
      <w:r w:rsidRPr="000767E2">
        <w:rPr>
          <w:lang w:val="sv-SE"/>
        </w:rPr>
        <w:t>[[@</w:t>
      </w:r>
      <w:r w:rsidR="0096445B" w:rsidRPr="000767E2">
        <w:rPr>
          <w:lang w:val="sv-SE"/>
        </w:rPr>
        <w:t>BibleBIBEL82</w:t>
      </w:r>
      <w:r w:rsidRPr="000767E2">
        <w:rPr>
          <w:lang w:val="sv-SE"/>
        </w:rPr>
        <w:t>:Luke 1:67]]</w:t>
      </w:r>
      <w:r w:rsidRPr="000767E2">
        <w:rPr>
          <w:vertAlign w:val="superscript"/>
          <w:lang w:val="sv-SE"/>
        </w:rPr>
        <w:t>67</w:t>
      </w:r>
      <w:r w:rsidRPr="000767E2">
        <w:rPr>
          <w:lang w:val="sv-SE"/>
        </w:rPr>
        <w:t xml:space="preserve"> {{field-on:bible}}Och Zacharias, hans far, fylldes av helig Ande och profeterade och sade:{{field-off:bible}}</w:t>
      </w:r>
    </w:p>
    <w:p w14:paraId="3E703B94" w14:textId="63389216" w:rsidR="00BA33AB" w:rsidRPr="000767E2" w:rsidRDefault="00000000">
      <w:pPr>
        <w:rPr>
          <w:lang w:val="sv-SE"/>
        </w:rPr>
      </w:pPr>
      <w:r w:rsidRPr="000767E2">
        <w:rPr>
          <w:lang w:val="sv-SE"/>
        </w:rPr>
        <w:t>[[@</w:t>
      </w:r>
      <w:r w:rsidR="0096445B" w:rsidRPr="000767E2">
        <w:rPr>
          <w:lang w:val="sv-SE"/>
        </w:rPr>
        <w:t>BibleBIBEL82</w:t>
      </w:r>
      <w:r w:rsidRPr="000767E2">
        <w:rPr>
          <w:lang w:val="sv-SE"/>
        </w:rPr>
        <w:t>:Luke 1:68]]</w:t>
      </w:r>
      <w:r w:rsidRPr="000767E2">
        <w:rPr>
          <w:vertAlign w:val="superscript"/>
          <w:lang w:val="sv-SE"/>
        </w:rPr>
        <w:t>68</w:t>
      </w:r>
      <w:r w:rsidRPr="000767E2">
        <w:rPr>
          <w:lang w:val="sv-SE"/>
        </w:rPr>
        <w:t xml:space="preserve"> {{field-on:bible}}”Välsignad </w:t>
      </w:r>
      <w:r w:rsidRPr="000767E2">
        <w:rPr>
          <w:i/>
          <w:lang w:val="sv-SE"/>
        </w:rPr>
        <w:t>är</w:t>
      </w:r>
      <w:r w:rsidRPr="000767E2">
        <w:rPr>
          <w:lang w:val="sv-SE"/>
        </w:rPr>
        <w:t xml:space="preserve"> Herren, Israels Gud!</w:t>
      </w:r>
      <w:r w:rsidRPr="000767E2">
        <w:rPr>
          <w:lang w:val="sv-SE"/>
        </w:rPr>
        <w:br/>
        <w:t>För han har besökt och gjort återlösning för sitt folk.{{field-off:bible}}</w:t>
      </w:r>
      <w:r w:rsidRPr="000767E2">
        <w:rPr>
          <w:lang w:val="sv-SE"/>
        </w:rPr>
        <w:br/>
        <w:t>[[@</w:t>
      </w:r>
      <w:r w:rsidR="0096445B" w:rsidRPr="000767E2">
        <w:rPr>
          <w:lang w:val="sv-SE"/>
        </w:rPr>
        <w:t>BibleBIBEL82</w:t>
      </w:r>
      <w:r w:rsidRPr="000767E2">
        <w:rPr>
          <w:lang w:val="sv-SE"/>
        </w:rPr>
        <w:t>:Luke 1:69]]</w:t>
      </w:r>
      <w:r w:rsidRPr="000767E2">
        <w:rPr>
          <w:vertAlign w:val="superscript"/>
          <w:lang w:val="sv-SE"/>
        </w:rPr>
        <w:t>69</w:t>
      </w:r>
      <w:r w:rsidRPr="000767E2">
        <w:rPr>
          <w:lang w:val="sv-SE"/>
        </w:rPr>
        <w:t xml:space="preserve"> {{field-on:bible}}Och han har rest ett frälsningens horn för oss</w:t>
      </w:r>
      <w:r w:rsidRPr="000767E2">
        <w:rPr>
          <w:lang w:val="sv-SE"/>
        </w:rPr>
        <w:br/>
        <w:t>i sin gosse Davids hus,{{field-off:bible}}</w:t>
      </w:r>
      <w:r w:rsidRPr="000767E2">
        <w:rPr>
          <w:lang w:val="sv-SE"/>
        </w:rPr>
        <w:br/>
        <w:t>[[@</w:t>
      </w:r>
      <w:r w:rsidR="0096445B" w:rsidRPr="000767E2">
        <w:rPr>
          <w:lang w:val="sv-SE"/>
        </w:rPr>
        <w:t>BibleBIBEL82</w:t>
      </w:r>
      <w:r w:rsidRPr="000767E2">
        <w:rPr>
          <w:lang w:val="sv-SE"/>
        </w:rPr>
        <w:t>:Luke 1:70]]</w:t>
      </w:r>
      <w:r w:rsidRPr="000767E2">
        <w:rPr>
          <w:vertAlign w:val="superscript"/>
          <w:lang w:val="sv-SE"/>
        </w:rPr>
        <w:t>70</w:t>
      </w:r>
      <w:r w:rsidRPr="000767E2">
        <w:rPr>
          <w:lang w:val="sv-SE"/>
        </w:rPr>
        <w:t xml:space="preserve"> {{field-on:bible}}så som han har talat</w:t>
      </w:r>
      <w:r w:rsidRPr="000767E2">
        <w:rPr>
          <w:lang w:val="sv-SE"/>
        </w:rPr>
        <w:br/>
        <w:t>genom sina heliga profeters mun av eon:{{field-off:bible}}</w:t>
      </w:r>
      <w:r w:rsidRPr="000767E2">
        <w:rPr>
          <w:lang w:val="sv-SE"/>
        </w:rPr>
        <w:br/>
        <w:t>[[@</w:t>
      </w:r>
      <w:r w:rsidR="0096445B" w:rsidRPr="000767E2">
        <w:rPr>
          <w:lang w:val="sv-SE"/>
        </w:rPr>
        <w:t>BibleBIBEL82</w:t>
      </w:r>
      <w:r w:rsidRPr="000767E2">
        <w:rPr>
          <w:lang w:val="sv-SE"/>
        </w:rPr>
        <w:t>:Luke 1:71]]</w:t>
      </w:r>
      <w:r w:rsidRPr="000767E2">
        <w:rPr>
          <w:vertAlign w:val="superscript"/>
          <w:lang w:val="sv-SE"/>
        </w:rPr>
        <w:t>71</w:t>
      </w:r>
      <w:r w:rsidRPr="000767E2">
        <w:rPr>
          <w:lang w:val="sv-SE"/>
        </w:rPr>
        <w:t xml:space="preserve"> {{field-on:bible}}frälsning från våra fiender</w:t>
      </w:r>
      <w:r w:rsidRPr="000767E2">
        <w:rPr>
          <w:lang w:val="sv-SE"/>
        </w:rPr>
        <w:br/>
        <w:t>och från handen hos alla som hatar oss,{{field-off:bible}}</w:t>
      </w:r>
      <w:r w:rsidRPr="000767E2">
        <w:rPr>
          <w:lang w:val="sv-SE"/>
        </w:rPr>
        <w:br/>
        <w:t>[[@</w:t>
      </w:r>
      <w:r w:rsidR="0096445B" w:rsidRPr="000767E2">
        <w:rPr>
          <w:lang w:val="sv-SE"/>
        </w:rPr>
        <w:t>BibleBIBEL82</w:t>
      </w:r>
      <w:r w:rsidRPr="000767E2">
        <w:rPr>
          <w:lang w:val="sv-SE"/>
        </w:rPr>
        <w:t>:Luke 1:72]]</w:t>
      </w:r>
      <w:r w:rsidRPr="000767E2">
        <w:rPr>
          <w:vertAlign w:val="superscript"/>
          <w:lang w:val="sv-SE"/>
        </w:rPr>
        <w:t>72</w:t>
      </w:r>
      <w:r w:rsidRPr="000767E2">
        <w:rPr>
          <w:lang w:val="sv-SE"/>
        </w:rPr>
        <w:t xml:space="preserve"> {{field-on:bible}}</w:t>
      </w:r>
      <w:r w:rsidRPr="000767E2">
        <w:rPr>
          <w:i/>
          <w:lang w:val="sv-SE"/>
        </w:rPr>
        <w:t>för</w:t>
      </w:r>
      <w:r w:rsidRPr="000767E2">
        <w:rPr>
          <w:lang w:val="sv-SE"/>
        </w:rPr>
        <w:t xml:space="preserve"> att göra barmhärtighet med våra fäder</w:t>
      </w:r>
      <w:r w:rsidRPr="000767E2">
        <w:rPr>
          <w:lang w:val="sv-SE"/>
        </w:rPr>
        <w:br/>
        <w:t>och komma ihåg sitt heliga förbund,{{field-off:bible}}</w:t>
      </w:r>
      <w:r w:rsidRPr="000767E2">
        <w:rPr>
          <w:lang w:val="sv-SE"/>
        </w:rPr>
        <w:br/>
        <w:t>[[@</w:t>
      </w:r>
      <w:r w:rsidR="0096445B" w:rsidRPr="000767E2">
        <w:rPr>
          <w:lang w:val="sv-SE"/>
        </w:rPr>
        <w:t>BibleBIBEL82</w:t>
      </w:r>
      <w:r w:rsidRPr="000767E2">
        <w:rPr>
          <w:lang w:val="sv-SE"/>
        </w:rPr>
        <w:t>:Luke 1:73]]</w:t>
      </w:r>
      <w:r w:rsidRPr="000767E2">
        <w:rPr>
          <w:vertAlign w:val="superscript"/>
          <w:lang w:val="sv-SE"/>
        </w:rPr>
        <w:t>73</w:t>
      </w:r>
      <w:r w:rsidRPr="000767E2">
        <w:rPr>
          <w:lang w:val="sv-SE"/>
        </w:rPr>
        <w:t xml:space="preserve"> {{field-on:bible}}</w:t>
      </w:r>
      <w:r w:rsidRPr="000767E2">
        <w:rPr>
          <w:i/>
          <w:lang w:val="sv-SE"/>
        </w:rPr>
        <w:t>den</w:t>
      </w:r>
      <w:r w:rsidRPr="000767E2">
        <w:rPr>
          <w:lang w:val="sv-SE"/>
        </w:rPr>
        <w:t xml:space="preserve"> ed som han svor till Abraham vår fader:</w:t>
      </w:r>
      <w:r w:rsidRPr="000767E2">
        <w:rPr>
          <w:lang w:val="sv-SE"/>
        </w:rPr>
        <w:br/>
        <w:t>att låta oss{{field-off:bible}} [[@</w:t>
      </w:r>
      <w:r w:rsidR="0096445B" w:rsidRPr="000767E2">
        <w:rPr>
          <w:lang w:val="sv-SE"/>
        </w:rPr>
        <w:t>BibleBIBEL82</w:t>
      </w:r>
      <w:r w:rsidRPr="000767E2">
        <w:rPr>
          <w:lang w:val="sv-SE"/>
        </w:rPr>
        <w:t>:Luke 1:74]]</w:t>
      </w:r>
      <w:r w:rsidRPr="000767E2">
        <w:rPr>
          <w:vertAlign w:val="superscript"/>
          <w:lang w:val="sv-SE"/>
        </w:rPr>
        <w:t>74</w:t>
      </w:r>
      <w:r w:rsidRPr="000767E2">
        <w:rPr>
          <w:lang w:val="sv-SE"/>
        </w:rPr>
        <w:t xml:space="preserve"> {{field-on:bible}}utan fruktan, från fienders hand räddade,</w:t>
      </w:r>
      <w:r w:rsidRPr="000767E2">
        <w:rPr>
          <w:lang w:val="sv-SE"/>
        </w:rPr>
        <w:br/>
        <w:t>dyrka honom{{field-off:bible}} [[@</w:t>
      </w:r>
      <w:r w:rsidR="0096445B" w:rsidRPr="000767E2">
        <w:rPr>
          <w:lang w:val="sv-SE"/>
        </w:rPr>
        <w:t>BibleBIBEL82</w:t>
      </w:r>
      <w:r w:rsidRPr="000767E2">
        <w:rPr>
          <w:lang w:val="sv-SE"/>
        </w:rPr>
        <w:t>:Luke 1:75]]</w:t>
      </w:r>
      <w:r w:rsidRPr="000767E2">
        <w:rPr>
          <w:vertAlign w:val="superscript"/>
          <w:lang w:val="sv-SE"/>
        </w:rPr>
        <w:t>75</w:t>
      </w:r>
      <w:r w:rsidRPr="000767E2">
        <w:rPr>
          <w:lang w:val="sv-SE"/>
        </w:rPr>
        <w:t xml:space="preserve"> {{field-on:bible}}i gudlighet och rättfärdighet</w:t>
      </w:r>
      <w:r w:rsidRPr="000767E2">
        <w:rPr>
          <w:lang w:val="sv-SE"/>
        </w:rPr>
        <w:br/>
        <w:t>inför honom alla våra dagar.{{field-off:bible}}</w:t>
      </w:r>
      <w:r w:rsidRPr="000767E2">
        <w:rPr>
          <w:lang w:val="sv-SE"/>
        </w:rPr>
        <w:br/>
        <w:t>[[@</w:t>
      </w:r>
      <w:r w:rsidR="0096445B" w:rsidRPr="000767E2">
        <w:rPr>
          <w:lang w:val="sv-SE"/>
        </w:rPr>
        <w:t>BibleBIBEL82</w:t>
      </w:r>
      <w:r w:rsidRPr="000767E2">
        <w:rPr>
          <w:lang w:val="sv-SE"/>
        </w:rPr>
        <w:t>:Luke 1:76]]</w:t>
      </w:r>
      <w:r w:rsidRPr="000767E2">
        <w:rPr>
          <w:vertAlign w:val="superscript"/>
          <w:lang w:val="sv-SE"/>
        </w:rPr>
        <w:t>76</w:t>
      </w:r>
      <w:r w:rsidRPr="000767E2">
        <w:rPr>
          <w:lang w:val="sv-SE"/>
        </w:rPr>
        <w:t xml:space="preserve"> {{field-on:bible}}Och även du, barn, ska kallas </w:t>
      </w:r>
      <w:r w:rsidRPr="000767E2">
        <w:rPr>
          <w:i/>
          <w:lang w:val="sv-SE"/>
        </w:rPr>
        <w:t>den</w:t>
      </w:r>
      <w:r w:rsidRPr="000767E2">
        <w:rPr>
          <w:lang w:val="sv-SE"/>
        </w:rPr>
        <w:t xml:space="preserve"> Högstes profet.</w:t>
      </w:r>
      <w:r w:rsidRPr="000767E2">
        <w:rPr>
          <w:lang w:val="sv-SE"/>
        </w:rPr>
        <w:br/>
        <w:t xml:space="preserve">För du ska gå före inför Herren </w:t>
      </w:r>
      <w:r w:rsidRPr="000767E2">
        <w:rPr>
          <w:i/>
          <w:lang w:val="sv-SE"/>
        </w:rPr>
        <w:t>för</w:t>
      </w:r>
      <w:r w:rsidRPr="000767E2">
        <w:rPr>
          <w:lang w:val="sv-SE"/>
        </w:rPr>
        <w:t xml:space="preserve"> att bereda hans vägar,{{field-off:bible}}</w:t>
      </w:r>
      <w:r w:rsidRPr="000767E2">
        <w:rPr>
          <w:lang w:val="sv-SE"/>
        </w:rPr>
        <w:br/>
        <w:t>[[@</w:t>
      </w:r>
      <w:r w:rsidR="0096445B" w:rsidRPr="000767E2">
        <w:rPr>
          <w:lang w:val="sv-SE"/>
        </w:rPr>
        <w:t>BibleBIBEL82</w:t>
      </w:r>
      <w:r w:rsidRPr="000767E2">
        <w:rPr>
          <w:lang w:val="sv-SE"/>
        </w:rPr>
        <w:t>:Luke 1:77]]</w:t>
      </w:r>
      <w:r w:rsidRPr="000767E2">
        <w:rPr>
          <w:vertAlign w:val="superscript"/>
          <w:lang w:val="sv-SE"/>
        </w:rPr>
        <w:t>77</w:t>
      </w:r>
      <w:r w:rsidRPr="000767E2">
        <w:rPr>
          <w:lang w:val="sv-SE"/>
        </w:rPr>
        <w:t xml:space="preserve"> {{field-on:bible}}för att ge kunskap om frälsning åt hans folk,</w:t>
      </w:r>
      <w:r w:rsidRPr="000767E2">
        <w:rPr>
          <w:lang w:val="sv-SE"/>
        </w:rPr>
        <w:br/>
        <w:t>med förlåtelse för deras synder{{field-off:bible}}</w:t>
      </w:r>
      <w:r w:rsidRPr="000767E2">
        <w:rPr>
          <w:lang w:val="sv-SE"/>
        </w:rPr>
        <w:br/>
        <w:t>[[@</w:t>
      </w:r>
      <w:r w:rsidR="0096445B" w:rsidRPr="000767E2">
        <w:rPr>
          <w:lang w:val="sv-SE"/>
        </w:rPr>
        <w:t>BibleBIBEL82</w:t>
      </w:r>
      <w:r w:rsidRPr="000767E2">
        <w:rPr>
          <w:lang w:val="sv-SE"/>
        </w:rPr>
        <w:t>:Luke 1:78]]</w:t>
      </w:r>
      <w:r w:rsidRPr="000767E2">
        <w:rPr>
          <w:vertAlign w:val="superscript"/>
          <w:lang w:val="sv-SE"/>
        </w:rPr>
        <w:t>78</w:t>
      </w:r>
      <w:r w:rsidRPr="000767E2">
        <w:rPr>
          <w:lang w:val="sv-SE"/>
        </w:rPr>
        <w:t xml:space="preserve"> {{field-on:bible}}genom vår Guds barmhärtighets innerlighet.</w:t>
      </w:r>
      <w:r w:rsidRPr="000767E2">
        <w:rPr>
          <w:lang w:val="sv-SE"/>
        </w:rPr>
        <w:br/>
        <w:t xml:space="preserve">I den ska en </w:t>
      </w:r>
      <w:r w:rsidRPr="000767E2">
        <w:rPr>
          <w:i/>
          <w:lang w:val="sv-SE"/>
        </w:rPr>
        <w:t>sol</w:t>
      </w:r>
      <w:r w:rsidRPr="000767E2">
        <w:rPr>
          <w:lang w:val="sv-SE"/>
        </w:rPr>
        <w:t>uppgång besöka oss från höjden{{field-off:bible}}</w:t>
      </w:r>
      <w:r w:rsidRPr="000767E2">
        <w:rPr>
          <w:lang w:val="sv-SE"/>
        </w:rPr>
        <w:br/>
        <w:t>[[@</w:t>
      </w:r>
      <w:r w:rsidR="0096445B" w:rsidRPr="000767E2">
        <w:rPr>
          <w:lang w:val="sv-SE"/>
        </w:rPr>
        <w:t>BibleBIBEL82</w:t>
      </w:r>
      <w:r w:rsidRPr="000767E2">
        <w:rPr>
          <w:lang w:val="sv-SE"/>
        </w:rPr>
        <w:t>:Luke 1:79]]</w:t>
      </w:r>
      <w:r w:rsidRPr="000767E2">
        <w:rPr>
          <w:vertAlign w:val="superscript"/>
          <w:lang w:val="sv-SE"/>
        </w:rPr>
        <w:t>79</w:t>
      </w:r>
      <w:r w:rsidRPr="000767E2">
        <w:rPr>
          <w:lang w:val="sv-SE"/>
        </w:rPr>
        <w:t xml:space="preserve"> {{field-on:bible}}</w:t>
      </w:r>
      <w:r w:rsidRPr="000767E2">
        <w:rPr>
          <w:i/>
          <w:lang w:val="sv-SE"/>
        </w:rPr>
        <w:t>för</w:t>
      </w:r>
      <w:r w:rsidRPr="000767E2">
        <w:rPr>
          <w:lang w:val="sv-SE"/>
        </w:rPr>
        <w:t xml:space="preserve"> att framträda för dem som sitter i mörker och dödsskugga,</w:t>
      </w:r>
      <w:r w:rsidRPr="000767E2">
        <w:rPr>
          <w:lang w:val="sv-SE"/>
        </w:rPr>
        <w:br/>
        <w:t>för att rikta våra fötter in på fridens väg.”{{field-off:bible}}</w:t>
      </w:r>
    </w:p>
    <w:p w14:paraId="72AA684A" w14:textId="72156982" w:rsidR="00BA33AB" w:rsidRPr="000767E2" w:rsidRDefault="00000000">
      <w:pPr>
        <w:rPr>
          <w:lang w:val="sv-SE"/>
        </w:rPr>
      </w:pPr>
      <w:r w:rsidRPr="000767E2">
        <w:rPr>
          <w:lang w:val="sv-SE"/>
        </w:rPr>
        <w:t>[[@</w:t>
      </w:r>
      <w:r w:rsidR="0096445B" w:rsidRPr="000767E2">
        <w:rPr>
          <w:lang w:val="sv-SE"/>
        </w:rPr>
        <w:t>BibleBIBEL82</w:t>
      </w:r>
      <w:r w:rsidRPr="000767E2">
        <w:rPr>
          <w:lang w:val="sv-SE"/>
        </w:rPr>
        <w:t>:Luke 1:80]]</w:t>
      </w:r>
      <w:r w:rsidRPr="000767E2">
        <w:rPr>
          <w:vertAlign w:val="superscript"/>
          <w:lang w:val="sv-SE"/>
        </w:rPr>
        <w:t>80</w:t>
      </w:r>
      <w:r w:rsidRPr="000767E2">
        <w:rPr>
          <w:lang w:val="sv-SE"/>
        </w:rPr>
        <w:t xml:space="preserve"> {{field-on:bible}}Och barnet växte och blev starkt i ande, och han var i ödemarkerna fram till dagen för hans utpekande inför Israel.{{field-off:bible}}</w:t>
      </w:r>
    </w:p>
    <w:p w14:paraId="0E6FE2AF" w14:textId="005DEF4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2]]Kapitel 2</w:t>
      </w:r>
    </w:p>
    <w:p w14:paraId="75581A87" w14:textId="77777777" w:rsidR="00BA33AB" w:rsidRPr="000767E2" w:rsidRDefault="00000000">
      <w:pPr>
        <w:pStyle w:val="Rubrik3"/>
        <w:rPr>
          <w:lang w:val="sv-SE"/>
        </w:rPr>
      </w:pPr>
      <w:r w:rsidRPr="000767E2">
        <w:rPr>
          <w:lang w:val="sv-SE"/>
        </w:rPr>
        <w:t>Jesu födelse</w:t>
      </w:r>
    </w:p>
    <w:p w14:paraId="4FFEADC5" w14:textId="2F551470" w:rsidR="00BA33AB" w:rsidRPr="000767E2" w:rsidRDefault="00000000">
      <w:pPr>
        <w:rPr>
          <w:lang w:val="sv-SE"/>
        </w:rPr>
      </w:pPr>
      <w:r w:rsidRPr="000767E2">
        <w:rPr>
          <w:lang w:val="sv-SE"/>
        </w:rPr>
        <w:t>[[@</w:t>
      </w:r>
      <w:r w:rsidR="0096445B" w:rsidRPr="000767E2">
        <w:rPr>
          <w:lang w:val="sv-SE"/>
        </w:rPr>
        <w:t>BibleBIBEL82</w:t>
      </w:r>
      <w:r w:rsidRPr="000767E2">
        <w:rPr>
          <w:lang w:val="sv-SE"/>
        </w:rPr>
        <w:t>:Luke 2:1]]</w:t>
      </w:r>
      <w:r w:rsidRPr="000767E2">
        <w:rPr>
          <w:vertAlign w:val="superscript"/>
          <w:lang w:val="sv-SE"/>
        </w:rPr>
        <w:t>1</w:t>
      </w:r>
      <w:r w:rsidRPr="000767E2">
        <w:rPr>
          <w:lang w:val="sv-SE"/>
        </w:rPr>
        <w:t xml:space="preserve"> {{field-on:bible}}Men det hände sig i de dagarna </w:t>
      </w:r>
      <w:r w:rsidRPr="000767E2">
        <w:rPr>
          <w:i/>
          <w:lang w:val="sv-SE"/>
        </w:rPr>
        <w:t>att</w:t>
      </w:r>
      <w:r w:rsidRPr="000767E2">
        <w:rPr>
          <w:lang w:val="sv-SE"/>
        </w:rPr>
        <w:t xml:space="preserve"> </w:t>
      </w:r>
      <w:r w:rsidRPr="000767E2">
        <w:rPr>
          <w:i/>
          <w:lang w:val="sv-SE"/>
        </w:rPr>
        <w:t>det</w:t>
      </w:r>
      <w:r w:rsidRPr="000767E2">
        <w:rPr>
          <w:lang w:val="sv-SE"/>
        </w:rPr>
        <w:t xml:space="preserve"> utgick ett edikt från kejsar Augustus att hela den bebodda </w:t>
      </w:r>
      <w:r w:rsidRPr="000767E2">
        <w:rPr>
          <w:i/>
          <w:lang w:val="sv-SE"/>
        </w:rPr>
        <w:t>världen</w:t>
      </w:r>
      <w:r w:rsidRPr="000767E2">
        <w:rPr>
          <w:lang w:val="sv-SE"/>
        </w:rPr>
        <w:t xml:space="preserve"> </w:t>
      </w:r>
      <w:r w:rsidRPr="000767E2">
        <w:rPr>
          <w:i/>
          <w:lang w:val="sv-SE"/>
        </w:rPr>
        <w:t>skulle</w:t>
      </w:r>
      <w:r w:rsidRPr="000767E2">
        <w:rPr>
          <w:lang w:val="sv-SE"/>
        </w:rPr>
        <w:t xml:space="preserve"> upptecknas.{{field-off:bible}} [[@</w:t>
      </w:r>
      <w:r w:rsidR="0096445B" w:rsidRPr="000767E2">
        <w:rPr>
          <w:lang w:val="sv-SE"/>
        </w:rPr>
        <w:t>BibleBIBEL82</w:t>
      </w:r>
      <w:r w:rsidRPr="000767E2">
        <w:rPr>
          <w:lang w:val="sv-SE"/>
        </w:rPr>
        <w:t>:Luke 2:2]]</w:t>
      </w:r>
      <w:r w:rsidRPr="000767E2">
        <w:rPr>
          <w:vertAlign w:val="superscript"/>
          <w:lang w:val="sv-SE"/>
        </w:rPr>
        <w:t>2</w:t>
      </w:r>
      <w:r w:rsidRPr="000767E2">
        <w:rPr>
          <w:lang w:val="sv-SE"/>
        </w:rPr>
        <w:t xml:space="preserve"> {{field-on:bible}}Denna första uppteckning skedde när Quirinius </w:t>
      </w:r>
      <w:r w:rsidRPr="000767E2">
        <w:rPr>
          <w:lang w:val="sv-SE"/>
        </w:rPr>
        <w:lastRenderedPageBreak/>
        <w:t>var styresman i Syrien.{{field-off:bible}} [[@</w:t>
      </w:r>
      <w:r w:rsidR="0096445B" w:rsidRPr="000767E2">
        <w:rPr>
          <w:lang w:val="sv-SE"/>
        </w:rPr>
        <w:t>BibleBIBEL82</w:t>
      </w:r>
      <w:r w:rsidRPr="000767E2">
        <w:rPr>
          <w:lang w:val="sv-SE"/>
        </w:rPr>
        <w:t>:Luke 2:3]]</w:t>
      </w:r>
      <w:r w:rsidRPr="000767E2">
        <w:rPr>
          <w:vertAlign w:val="superscript"/>
          <w:lang w:val="sv-SE"/>
        </w:rPr>
        <w:t>3</w:t>
      </w:r>
      <w:r w:rsidRPr="000767E2">
        <w:rPr>
          <w:lang w:val="sv-SE"/>
        </w:rPr>
        <w:t xml:space="preserve"> {{field-on:bible}}Och alla gick </w:t>
      </w:r>
      <w:r w:rsidRPr="000767E2">
        <w:rPr>
          <w:i/>
          <w:lang w:val="sv-SE"/>
        </w:rPr>
        <w:t>för</w:t>
      </w:r>
      <w:r w:rsidRPr="000767E2">
        <w:rPr>
          <w:lang w:val="sv-SE"/>
        </w:rPr>
        <w:t xml:space="preserve"> att upptecknas, var och en till sin egen stad.{{field-off:bible}}</w:t>
      </w:r>
    </w:p>
    <w:p w14:paraId="785D3ACD" w14:textId="6595678D" w:rsidR="00BA33AB" w:rsidRPr="000767E2" w:rsidRDefault="00000000">
      <w:pPr>
        <w:rPr>
          <w:lang w:val="sv-SE"/>
        </w:rPr>
      </w:pPr>
      <w:r w:rsidRPr="000767E2">
        <w:rPr>
          <w:lang w:val="sv-SE"/>
        </w:rPr>
        <w:t>[[@</w:t>
      </w:r>
      <w:r w:rsidR="0096445B" w:rsidRPr="000767E2">
        <w:rPr>
          <w:lang w:val="sv-SE"/>
        </w:rPr>
        <w:t>BibleBIBEL82</w:t>
      </w:r>
      <w:r w:rsidRPr="000767E2">
        <w:rPr>
          <w:lang w:val="sv-SE"/>
        </w:rPr>
        <w:t>:Luke 2:4]]</w:t>
      </w:r>
      <w:r w:rsidRPr="000767E2">
        <w:rPr>
          <w:vertAlign w:val="superscript"/>
          <w:lang w:val="sv-SE"/>
        </w:rPr>
        <w:t>4</w:t>
      </w:r>
      <w:r w:rsidRPr="000767E2">
        <w:rPr>
          <w:lang w:val="sv-SE"/>
        </w:rPr>
        <w:t xml:space="preserve"> {{field-on:bible}}Och upp gick även Josef från Galileen, från staden Nazareth till Judeen, till Davids stad som kallas Bethlehem, eftersom han var av Davids hus och faderssläkt,{{field-off:bible}} [[@</w:t>
      </w:r>
      <w:r w:rsidR="0096445B" w:rsidRPr="000767E2">
        <w:rPr>
          <w:lang w:val="sv-SE"/>
        </w:rPr>
        <w:t>BibleBIBEL82</w:t>
      </w:r>
      <w:r w:rsidRPr="000767E2">
        <w:rPr>
          <w:lang w:val="sv-SE"/>
        </w:rPr>
        <w:t>:Luke 2:5]]</w:t>
      </w:r>
      <w:r w:rsidRPr="000767E2">
        <w:rPr>
          <w:vertAlign w:val="superscript"/>
          <w:lang w:val="sv-SE"/>
        </w:rPr>
        <w:t>5</w:t>
      </w:r>
      <w:r w:rsidRPr="000767E2">
        <w:rPr>
          <w:lang w:val="sv-SE"/>
        </w:rPr>
        <w:t xml:space="preserve"> {{field-on:bible}}</w:t>
      </w:r>
      <w:r w:rsidRPr="000767E2">
        <w:rPr>
          <w:i/>
          <w:lang w:val="sv-SE"/>
        </w:rPr>
        <w:t>för</w:t>
      </w:r>
      <w:r w:rsidRPr="000767E2">
        <w:rPr>
          <w:lang w:val="sv-SE"/>
        </w:rPr>
        <w:t xml:space="preserve"> att upptecknas med Mariam, hans trolovade som var gravid.{{field-off:bible}}</w:t>
      </w:r>
    </w:p>
    <w:p w14:paraId="2BA5BB51" w14:textId="60D87E27" w:rsidR="00BA33AB" w:rsidRPr="000767E2" w:rsidRDefault="00000000">
      <w:pPr>
        <w:rPr>
          <w:lang w:val="sv-SE"/>
        </w:rPr>
      </w:pPr>
      <w:r w:rsidRPr="000767E2">
        <w:rPr>
          <w:lang w:val="sv-SE"/>
        </w:rPr>
        <w:t>[[@</w:t>
      </w:r>
      <w:r w:rsidR="0096445B" w:rsidRPr="000767E2">
        <w:rPr>
          <w:lang w:val="sv-SE"/>
        </w:rPr>
        <w:t>BibleBIBEL82</w:t>
      </w:r>
      <w:r w:rsidRPr="000767E2">
        <w:rPr>
          <w:lang w:val="sv-SE"/>
        </w:rPr>
        <w:t>:Luke 2:6]]</w:t>
      </w:r>
      <w:r w:rsidRPr="000767E2">
        <w:rPr>
          <w:vertAlign w:val="superscript"/>
          <w:lang w:val="sv-SE"/>
        </w:rPr>
        <w:t>6</w:t>
      </w:r>
      <w:r w:rsidRPr="000767E2">
        <w:rPr>
          <w:lang w:val="sv-SE"/>
        </w:rPr>
        <w:t xml:space="preserve"> {{field-on:bible}}Och det hände sig, under det att de var där, </w:t>
      </w:r>
      <w:r w:rsidRPr="000767E2">
        <w:rPr>
          <w:i/>
          <w:lang w:val="sv-SE"/>
        </w:rPr>
        <w:t>att</w:t>
      </w:r>
      <w:r w:rsidRPr="000767E2">
        <w:rPr>
          <w:lang w:val="sv-SE"/>
        </w:rPr>
        <w:t xml:space="preserve"> dagarna uppfylldes för att hon </w:t>
      </w:r>
      <w:r w:rsidRPr="000767E2">
        <w:rPr>
          <w:i/>
          <w:lang w:val="sv-SE"/>
        </w:rPr>
        <w:t>skulle</w:t>
      </w:r>
      <w:r w:rsidRPr="000767E2">
        <w:rPr>
          <w:lang w:val="sv-SE"/>
        </w:rPr>
        <w:t xml:space="preserve"> föda.{{field-off:bible}} [[@</w:t>
      </w:r>
      <w:r w:rsidR="0096445B" w:rsidRPr="000767E2">
        <w:rPr>
          <w:lang w:val="sv-SE"/>
        </w:rPr>
        <w:t>BibleBIBEL82</w:t>
      </w:r>
      <w:r w:rsidRPr="000767E2">
        <w:rPr>
          <w:lang w:val="sv-SE"/>
        </w:rPr>
        <w:t>:Luke 2:7]]</w:t>
      </w:r>
      <w:r w:rsidRPr="000767E2">
        <w:rPr>
          <w:vertAlign w:val="superscript"/>
          <w:lang w:val="sv-SE"/>
        </w:rPr>
        <w:t>7</w:t>
      </w:r>
      <w:r w:rsidRPr="000767E2">
        <w:rPr>
          <w:lang w:val="sv-SE"/>
        </w:rPr>
        <w:t xml:space="preserve"> {{field-on:bible}}Och hon födde sin son, den förstfödde. Och hon lindade honom och lutade honom </w:t>
      </w:r>
      <w:r w:rsidRPr="000767E2">
        <w:rPr>
          <w:i/>
          <w:lang w:val="sv-SE"/>
        </w:rPr>
        <w:t>ner</w:t>
      </w:r>
      <w:r w:rsidRPr="000767E2">
        <w:rPr>
          <w:lang w:val="sv-SE"/>
        </w:rPr>
        <w:t xml:space="preserve"> i en krubba, eftersom det inte fanns plats för dem i gästutrymmet.{{field-off:bible}}</w:t>
      </w:r>
    </w:p>
    <w:p w14:paraId="100FDB2F" w14:textId="672FB032" w:rsidR="00BA33AB" w:rsidRPr="000767E2" w:rsidRDefault="00000000">
      <w:pPr>
        <w:rPr>
          <w:lang w:val="sv-SE"/>
        </w:rPr>
      </w:pPr>
      <w:r w:rsidRPr="000767E2">
        <w:rPr>
          <w:lang w:val="sv-SE"/>
        </w:rPr>
        <w:t>[[@</w:t>
      </w:r>
      <w:r w:rsidR="0096445B" w:rsidRPr="000767E2">
        <w:rPr>
          <w:lang w:val="sv-SE"/>
        </w:rPr>
        <w:t>BibleBIBEL82</w:t>
      </w:r>
      <w:r w:rsidRPr="000767E2">
        <w:rPr>
          <w:lang w:val="sv-SE"/>
        </w:rPr>
        <w:t>:Luke 2:8]]</w:t>
      </w:r>
      <w:r w:rsidRPr="000767E2">
        <w:rPr>
          <w:vertAlign w:val="superscript"/>
          <w:lang w:val="sv-SE"/>
        </w:rPr>
        <w:t>8</w:t>
      </w:r>
      <w:r w:rsidRPr="000767E2">
        <w:rPr>
          <w:lang w:val="sv-SE"/>
        </w:rPr>
        <w:t xml:space="preserve"> {{field-on:bible}}Och herdar fanns i samma trakt som låg ute och vaktade nattens väkter över sin hjord.{{field-off:bible}} [[@</w:t>
      </w:r>
      <w:r w:rsidR="0096445B" w:rsidRPr="000767E2">
        <w:rPr>
          <w:lang w:val="sv-SE"/>
        </w:rPr>
        <w:t>BibleBIBEL82</w:t>
      </w:r>
      <w:r w:rsidRPr="000767E2">
        <w:rPr>
          <w:lang w:val="sv-SE"/>
        </w:rPr>
        <w:t>:Luke 2:9]]</w:t>
      </w:r>
      <w:r w:rsidRPr="000767E2">
        <w:rPr>
          <w:vertAlign w:val="superscript"/>
          <w:lang w:val="sv-SE"/>
        </w:rPr>
        <w:t>9</w:t>
      </w:r>
      <w:r w:rsidRPr="000767E2">
        <w:rPr>
          <w:lang w:val="sv-SE"/>
        </w:rPr>
        <w:t xml:space="preserve"> {{field-on:bible}}Och Herrens ängel stod framför dem, och Herrens härlighet sken omkring dem. Och de fruktade med stor fruktan.{{field-off:bible}} [[@</w:t>
      </w:r>
      <w:r w:rsidR="0096445B" w:rsidRPr="000767E2">
        <w:rPr>
          <w:lang w:val="sv-SE"/>
        </w:rPr>
        <w:t>BibleBIBEL82</w:t>
      </w:r>
      <w:r w:rsidRPr="000767E2">
        <w:rPr>
          <w:lang w:val="sv-SE"/>
        </w:rPr>
        <w:t>:Luke 2:10]]</w:t>
      </w:r>
      <w:r w:rsidRPr="000767E2">
        <w:rPr>
          <w:vertAlign w:val="superscript"/>
          <w:lang w:val="sv-SE"/>
        </w:rPr>
        <w:t>10</w:t>
      </w:r>
      <w:r w:rsidRPr="000767E2">
        <w:rPr>
          <w:lang w:val="sv-SE"/>
        </w:rPr>
        <w:t xml:space="preserve"> {{field-on:bible}}Och ängeln sade till dem: ”Frukta inte! För se: jag evangeliserar för er en stor glädje, som ska vara för hela folket:{{field-off:bible}} [[@</w:t>
      </w:r>
      <w:r w:rsidR="0096445B" w:rsidRPr="000767E2">
        <w:rPr>
          <w:lang w:val="sv-SE"/>
        </w:rPr>
        <w:t>BibleBIBEL82</w:t>
      </w:r>
      <w:r w:rsidRPr="000767E2">
        <w:rPr>
          <w:lang w:val="sv-SE"/>
        </w:rPr>
        <w:t>:Luke 2:11]]</w:t>
      </w:r>
      <w:r w:rsidRPr="000767E2">
        <w:rPr>
          <w:vertAlign w:val="superscript"/>
          <w:lang w:val="sv-SE"/>
        </w:rPr>
        <w:t>11</w:t>
      </w:r>
      <w:r w:rsidRPr="000767E2">
        <w:rPr>
          <w:lang w:val="sv-SE"/>
        </w:rPr>
        <w:t xml:space="preserve"> {{field-on:bible}}att det fötts åt er idag en Frälsare som är Kristus, Herren, i Davids stad.{{field-off:bible}} [[@</w:t>
      </w:r>
      <w:r w:rsidR="0096445B" w:rsidRPr="000767E2">
        <w:rPr>
          <w:lang w:val="sv-SE"/>
        </w:rPr>
        <w:t>BibleBIBEL82</w:t>
      </w:r>
      <w:r w:rsidRPr="000767E2">
        <w:rPr>
          <w:lang w:val="sv-SE"/>
        </w:rPr>
        <w:t>:Luke 2:12]]</w:t>
      </w:r>
      <w:r w:rsidRPr="000767E2">
        <w:rPr>
          <w:vertAlign w:val="superscript"/>
          <w:lang w:val="sv-SE"/>
        </w:rPr>
        <w:t>12</w:t>
      </w:r>
      <w:r w:rsidRPr="000767E2">
        <w:rPr>
          <w:lang w:val="sv-SE"/>
        </w:rPr>
        <w:t xml:space="preserve"> {{field-on:bible}}Och detta </w:t>
      </w:r>
      <w:r w:rsidRPr="000767E2">
        <w:rPr>
          <w:i/>
          <w:lang w:val="sv-SE"/>
        </w:rPr>
        <w:t>är</w:t>
      </w:r>
      <w:r w:rsidRPr="000767E2">
        <w:rPr>
          <w:lang w:val="sv-SE"/>
        </w:rPr>
        <w:t xml:space="preserve"> för er tecknet: Ni ska finna ett spädbarn </w:t>
      </w:r>
      <w:r w:rsidRPr="000767E2">
        <w:rPr>
          <w:i/>
          <w:lang w:val="sv-SE"/>
        </w:rPr>
        <w:t>som är</w:t>
      </w:r>
      <w:r w:rsidRPr="000767E2">
        <w:rPr>
          <w:lang w:val="sv-SE"/>
        </w:rPr>
        <w:t xml:space="preserve"> lindat och ligger i en krubba.”{{field-off:bible}}</w:t>
      </w:r>
    </w:p>
    <w:p w14:paraId="4B585BDC" w14:textId="04AAA8F2" w:rsidR="00BA33AB" w:rsidRPr="000767E2" w:rsidRDefault="00000000">
      <w:pPr>
        <w:rPr>
          <w:lang w:val="sv-SE"/>
        </w:rPr>
      </w:pPr>
      <w:r w:rsidRPr="000767E2">
        <w:rPr>
          <w:lang w:val="sv-SE"/>
        </w:rPr>
        <w:t>[[@</w:t>
      </w:r>
      <w:r w:rsidR="0096445B" w:rsidRPr="000767E2">
        <w:rPr>
          <w:lang w:val="sv-SE"/>
        </w:rPr>
        <w:t>BibleBIBEL82</w:t>
      </w:r>
      <w:r w:rsidRPr="000767E2">
        <w:rPr>
          <w:lang w:val="sv-SE"/>
        </w:rPr>
        <w:t>:Luke 2:13]]</w:t>
      </w:r>
      <w:r w:rsidRPr="000767E2">
        <w:rPr>
          <w:vertAlign w:val="superscript"/>
          <w:lang w:val="sv-SE"/>
        </w:rPr>
        <w:t>13</w:t>
      </w:r>
      <w:r w:rsidRPr="000767E2">
        <w:rPr>
          <w:lang w:val="sv-SE"/>
        </w:rPr>
        <w:t xml:space="preserve"> {{field-on:bible}}Och plötsligt fanns med ängeln en mängd av en himmelsk här, och de lovprisade Gud och sade:{{field-off:bible}}</w:t>
      </w:r>
    </w:p>
    <w:p w14:paraId="17C8F332" w14:textId="41E2E200" w:rsidR="00BA33AB" w:rsidRPr="000767E2" w:rsidRDefault="00000000">
      <w:pPr>
        <w:rPr>
          <w:lang w:val="sv-SE"/>
        </w:rPr>
      </w:pPr>
      <w:r w:rsidRPr="000767E2">
        <w:rPr>
          <w:lang w:val="sv-SE"/>
        </w:rPr>
        <w:t>[[@</w:t>
      </w:r>
      <w:r w:rsidR="0096445B" w:rsidRPr="000767E2">
        <w:rPr>
          <w:lang w:val="sv-SE"/>
        </w:rPr>
        <w:t>BibleBIBEL82</w:t>
      </w:r>
      <w:r w:rsidRPr="000767E2">
        <w:rPr>
          <w:lang w:val="sv-SE"/>
        </w:rPr>
        <w:t>:Luke 2:14]]</w:t>
      </w:r>
      <w:r w:rsidRPr="000767E2">
        <w:rPr>
          <w:vertAlign w:val="superscript"/>
          <w:lang w:val="sv-SE"/>
        </w:rPr>
        <w:t>14</w:t>
      </w:r>
      <w:r w:rsidRPr="000767E2">
        <w:rPr>
          <w:lang w:val="sv-SE"/>
        </w:rPr>
        <w:t xml:space="preserve"> {{field-on:bible}}”Ära i </w:t>
      </w:r>
      <w:r w:rsidRPr="000767E2">
        <w:rPr>
          <w:i/>
          <w:lang w:val="sv-SE"/>
        </w:rPr>
        <w:t>det</w:t>
      </w:r>
      <w:r w:rsidRPr="000767E2">
        <w:rPr>
          <w:lang w:val="sv-SE"/>
        </w:rPr>
        <w:t xml:space="preserve"> högsta åt Gud!</w:t>
      </w:r>
      <w:r w:rsidRPr="000767E2">
        <w:rPr>
          <w:lang w:val="sv-SE"/>
        </w:rPr>
        <w:br/>
        <w:t>Och på jorden frid bland människor av välbehag.”{{field-off:bible}}</w:t>
      </w:r>
    </w:p>
    <w:p w14:paraId="13268AB3" w14:textId="4E06C19B" w:rsidR="00BA33AB" w:rsidRPr="000767E2" w:rsidRDefault="00000000">
      <w:pPr>
        <w:rPr>
          <w:lang w:val="sv-SE"/>
        </w:rPr>
      </w:pPr>
      <w:r w:rsidRPr="000767E2">
        <w:rPr>
          <w:lang w:val="sv-SE"/>
        </w:rPr>
        <w:t>[[@</w:t>
      </w:r>
      <w:r w:rsidR="0096445B" w:rsidRPr="000767E2">
        <w:rPr>
          <w:lang w:val="sv-SE"/>
        </w:rPr>
        <w:t>BibleBIBEL82</w:t>
      </w:r>
      <w:r w:rsidRPr="000767E2">
        <w:rPr>
          <w:lang w:val="sv-SE"/>
        </w:rPr>
        <w:t>:Luke 2:15]]</w:t>
      </w:r>
      <w:r w:rsidRPr="000767E2">
        <w:rPr>
          <w:vertAlign w:val="superscript"/>
          <w:lang w:val="sv-SE"/>
        </w:rPr>
        <w:t>15</w:t>
      </w:r>
      <w:r w:rsidRPr="000767E2">
        <w:rPr>
          <w:lang w:val="sv-SE"/>
        </w:rPr>
        <w:t xml:space="preserve"> {{field-on:bible}}Och det hände sig, när änglarna hade farit bort från dem till himlen, </w:t>
      </w:r>
      <w:r w:rsidRPr="000767E2">
        <w:rPr>
          <w:i/>
          <w:lang w:val="sv-SE"/>
        </w:rPr>
        <w:t>att</w:t>
      </w:r>
      <w:r w:rsidRPr="000767E2">
        <w:rPr>
          <w:lang w:val="sv-SE"/>
        </w:rPr>
        <w:t xml:space="preserve"> herdarna talade till varandra: ”Låt oss nu gå över till Bethlehem och se detta ord som har hänt, som Herren har kungjort för oss.”{{field-off:bible}} [[@</w:t>
      </w:r>
      <w:r w:rsidR="0096445B" w:rsidRPr="000767E2">
        <w:rPr>
          <w:lang w:val="sv-SE"/>
        </w:rPr>
        <w:t>BibleBIBEL82</w:t>
      </w:r>
      <w:r w:rsidRPr="000767E2">
        <w:rPr>
          <w:lang w:val="sv-SE"/>
        </w:rPr>
        <w:t>:Luke 2:16]]</w:t>
      </w:r>
      <w:r w:rsidRPr="000767E2">
        <w:rPr>
          <w:vertAlign w:val="superscript"/>
          <w:lang w:val="sv-SE"/>
        </w:rPr>
        <w:t>16</w:t>
      </w:r>
      <w:r w:rsidRPr="000767E2">
        <w:rPr>
          <w:lang w:val="sv-SE"/>
        </w:rPr>
        <w:t xml:space="preserve"> {{field-on:bible}}Och de gick skyndande och sökte upp Mariam och Josef och spädbarnet som låg i krubban.{{field-off:bible}} [[@</w:t>
      </w:r>
      <w:r w:rsidR="0096445B" w:rsidRPr="000767E2">
        <w:rPr>
          <w:lang w:val="sv-SE"/>
        </w:rPr>
        <w:t>BibleBIBEL82</w:t>
      </w:r>
      <w:r w:rsidRPr="000767E2">
        <w:rPr>
          <w:lang w:val="sv-SE"/>
        </w:rPr>
        <w:t>:Luke 2:17]]</w:t>
      </w:r>
      <w:r w:rsidRPr="000767E2">
        <w:rPr>
          <w:vertAlign w:val="superscript"/>
          <w:lang w:val="sv-SE"/>
        </w:rPr>
        <w:t>17</w:t>
      </w:r>
      <w:r w:rsidRPr="000767E2">
        <w:rPr>
          <w:lang w:val="sv-SE"/>
        </w:rPr>
        <w:t xml:space="preserve"> {{field-on:bible}}Och när de hade sett, kungjorde de om ordet som var talat till dem om detta barn.{{field-off:bible}} [[@</w:t>
      </w:r>
      <w:r w:rsidR="0096445B" w:rsidRPr="000767E2">
        <w:rPr>
          <w:lang w:val="sv-SE"/>
        </w:rPr>
        <w:t>BibleBIBEL82</w:t>
      </w:r>
      <w:r w:rsidRPr="000767E2">
        <w:rPr>
          <w:lang w:val="sv-SE"/>
        </w:rPr>
        <w:t>:Luke 2:18]]</w:t>
      </w:r>
      <w:r w:rsidRPr="000767E2">
        <w:rPr>
          <w:vertAlign w:val="superscript"/>
          <w:lang w:val="sv-SE"/>
        </w:rPr>
        <w:t>18</w:t>
      </w:r>
      <w:r w:rsidRPr="000767E2">
        <w:rPr>
          <w:lang w:val="sv-SE"/>
        </w:rPr>
        <w:t xml:space="preserve"> {{field-on:bible}}Och alla som hörde var förundrade över det som talats av herdarna till dem.{{field-off:bible}} [[@</w:t>
      </w:r>
      <w:r w:rsidR="0096445B" w:rsidRPr="000767E2">
        <w:rPr>
          <w:lang w:val="sv-SE"/>
        </w:rPr>
        <w:t>BibleBIBEL82</w:t>
      </w:r>
      <w:r w:rsidRPr="000767E2">
        <w:rPr>
          <w:lang w:val="sv-SE"/>
        </w:rPr>
        <w:t>:Luke 2:19]]</w:t>
      </w:r>
      <w:r w:rsidRPr="000767E2">
        <w:rPr>
          <w:vertAlign w:val="superscript"/>
          <w:lang w:val="sv-SE"/>
        </w:rPr>
        <w:t>19</w:t>
      </w:r>
      <w:r w:rsidRPr="000767E2">
        <w:rPr>
          <w:lang w:val="sv-SE"/>
        </w:rPr>
        <w:t xml:space="preserve"> {{field-on:bible}}Men Mariam sambevarade alla dessa ord och lade samman i sitt hjärta.{{field-off:bible}}</w:t>
      </w:r>
    </w:p>
    <w:p w14:paraId="48A3BE15" w14:textId="131837A6" w:rsidR="00BA33AB" w:rsidRPr="000767E2" w:rsidRDefault="00000000">
      <w:pPr>
        <w:rPr>
          <w:lang w:val="sv-SE"/>
        </w:rPr>
      </w:pPr>
      <w:r w:rsidRPr="000767E2">
        <w:rPr>
          <w:lang w:val="sv-SE"/>
        </w:rPr>
        <w:t>[[@</w:t>
      </w:r>
      <w:r w:rsidR="0096445B" w:rsidRPr="000767E2">
        <w:rPr>
          <w:lang w:val="sv-SE"/>
        </w:rPr>
        <w:t>BibleBIBEL82</w:t>
      </w:r>
      <w:r w:rsidRPr="000767E2">
        <w:rPr>
          <w:lang w:val="sv-SE"/>
        </w:rPr>
        <w:t>:Luke 2:20]]</w:t>
      </w:r>
      <w:r w:rsidRPr="000767E2">
        <w:rPr>
          <w:vertAlign w:val="superscript"/>
          <w:lang w:val="sv-SE"/>
        </w:rPr>
        <w:t>20</w:t>
      </w:r>
      <w:r w:rsidRPr="000767E2">
        <w:rPr>
          <w:lang w:val="sv-SE"/>
        </w:rPr>
        <w:t xml:space="preserve"> {{field-on:bible}}Och herdarna återvände, ärande och lovprisande Gud för allt som de hade hört och sett, så som det talats till dem.{{field-off:bible}}</w:t>
      </w:r>
    </w:p>
    <w:p w14:paraId="4CC0094A" w14:textId="77777777" w:rsidR="00BA33AB" w:rsidRPr="000767E2" w:rsidRDefault="00000000">
      <w:pPr>
        <w:pStyle w:val="Rubrik3"/>
        <w:rPr>
          <w:lang w:val="sv-SE"/>
        </w:rPr>
      </w:pPr>
      <w:r w:rsidRPr="000767E2">
        <w:rPr>
          <w:lang w:val="sv-SE"/>
        </w:rPr>
        <w:lastRenderedPageBreak/>
        <w:t>Jesu omskärelse</w:t>
      </w:r>
    </w:p>
    <w:p w14:paraId="7E3137AB" w14:textId="755DC803" w:rsidR="00BA33AB" w:rsidRPr="000767E2" w:rsidRDefault="00000000">
      <w:pPr>
        <w:rPr>
          <w:lang w:val="sv-SE"/>
        </w:rPr>
      </w:pPr>
      <w:r w:rsidRPr="000767E2">
        <w:rPr>
          <w:lang w:val="sv-SE"/>
        </w:rPr>
        <w:t>[[@</w:t>
      </w:r>
      <w:r w:rsidR="0096445B" w:rsidRPr="000767E2">
        <w:rPr>
          <w:lang w:val="sv-SE"/>
        </w:rPr>
        <w:t>BibleBIBEL82</w:t>
      </w:r>
      <w:r w:rsidRPr="000767E2">
        <w:rPr>
          <w:lang w:val="sv-SE"/>
        </w:rPr>
        <w:t>:Luke 2:21]]</w:t>
      </w:r>
      <w:r w:rsidRPr="000767E2">
        <w:rPr>
          <w:vertAlign w:val="superscript"/>
          <w:lang w:val="sv-SE"/>
        </w:rPr>
        <w:t>21</w:t>
      </w:r>
      <w:r w:rsidRPr="000767E2">
        <w:rPr>
          <w:lang w:val="sv-SE"/>
        </w:rPr>
        <w:t xml:space="preserve"> {{field-on:bible}}Och när </w:t>
      </w:r>
      <w:r w:rsidRPr="000767E2">
        <w:rPr>
          <w:i/>
          <w:lang w:val="sv-SE"/>
        </w:rPr>
        <w:t>det</w:t>
      </w:r>
      <w:r w:rsidRPr="000767E2">
        <w:rPr>
          <w:lang w:val="sv-SE"/>
        </w:rPr>
        <w:t xml:space="preserve"> hade uppfyllts åtta dagar för att omskära honom kallades också hans namn Jesus, det </w:t>
      </w:r>
      <w:r w:rsidRPr="000767E2">
        <w:rPr>
          <w:i/>
          <w:lang w:val="sv-SE"/>
        </w:rPr>
        <w:t>som var</w:t>
      </w:r>
      <w:r w:rsidRPr="000767E2">
        <w:rPr>
          <w:lang w:val="sv-SE"/>
        </w:rPr>
        <w:t xml:space="preserve"> kallat av ängeln före det att han avlats i moderlivet.{{field-off:bible}}</w:t>
      </w:r>
    </w:p>
    <w:p w14:paraId="41318884" w14:textId="77777777" w:rsidR="00BA33AB" w:rsidRPr="000767E2" w:rsidRDefault="00000000">
      <w:pPr>
        <w:pStyle w:val="Rubrik3"/>
        <w:rPr>
          <w:lang w:val="sv-SE"/>
        </w:rPr>
      </w:pPr>
      <w:r w:rsidRPr="000767E2">
        <w:rPr>
          <w:lang w:val="sv-SE"/>
        </w:rPr>
        <w:t>Jesus bärs fram i templet</w:t>
      </w:r>
    </w:p>
    <w:p w14:paraId="244F1149" w14:textId="4E6670B9" w:rsidR="00BA33AB" w:rsidRPr="000767E2" w:rsidRDefault="00000000">
      <w:pPr>
        <w:rPr>
          <w:lang w:val="sv-SE"/>
        </w:rPr>
      </w:pPr>
      <w:r w:rsidRPr="000767E2">
        <w:rPr>
          <w:lang w:val="sv-SE"/>
        </w:rPr>
        <w:t>[[@</w:t>
      </w:r>
      <w:r w:rsidR="0096445B" w:rsidRPr="000767E2">
        <w:rPr>
          <w:lang w:val="sv-SE"/>
        </w:rPr>
        <w:t>BibleBIBEL82</w:t>
      </w:r>
      <w:r w:rsidRPr="000767E2">
        <w:rPr>
          <w:lang w:val="sv-SE"/>
        </w:rPr>
        <w:t>:Luke 2:22]]</w:t>
      </w:r>
      <w:r w:rsidRPr="000767E2">
        <w:rPr>
          <w:vertAlign w:val="superscript"/>
          <w:lang w:val="sv-SE"/>
        </w:rPr>
        <w:t>22</w:t>
      </w:r>
      <w:r w:rsidRPr="000767E2">
        <w:rPr>
          <w:lang w:val="sv-SE"/>
        </w:rPr>
        <w:t xml:space="preserve"> {{field-on:bible}}Och när dagarna hade uppfyllts för deras rening enligt Mose lag, förde de honom upp till Jerusalem </w:t>
      </w:r>
      <w:r w:rsidRPr="000767E2">
        <w:rPr>
          <w:i/>
          <w:lang w:val="sv-SE"/>
        </w:rPr>
        <w:t>för</w:t>
      </w:r>
      <w:r w:rsidRPr="000767E2">
        <w:rPr>
          <w:lang w:val="sv-SE"/>
        </w:rPr>
        <w:t xml:space="preserve"> att ställa fram inför Herren,{{field-off:bible}} [[@</w:t>
      </w:r>
      <w:r w:rsidR="0096445B" w:rsidRPr="000767E2">
        <w:rPr>
          <w:lang w:val="sv-SE"/>
        </w:rPr>
        <w:t>BibleBIBEL82</w:t>
      </w:r>
      <w:r w:rsidRPr="000767E2">
        <w:rPr>
          <w:lang w:val="sv-SE"/>
        </w:rPr>
        <w:t>:Luke 2:23]]</w:t>
      </w:r>
      <w:r w:rsidRPr="000767E2">
        <w:rPr>
          <w:vertAlign w:val="superscript"/>
          <w:lang w:val="sv-SE"/>
        </w:rPr>
        <w:t>23</w:t>
      </w:r>
      <w:r w:rsidRPr="000767E2">
        <w:rPr>
          <w:lang w:val="sv-SE"/>
        </w:rPr>
        <w:t xml:space="preserve"> {{field-on:bible}}så som det är skrivet i Herrens lag, att: Varje hanne som öppnar upp moderlivet ska kallas helig åt Herren,{{field-off:bible}} [[@</w:t>
      </w:r>
      <w:r w:rsidR="0096445B" w:rsidRPr="000767E2">
        <w:rPr>
          <w:lang w:val="sv-SE"/>
        </w:rPr>
        <w:t>BibleBIBEL82</w:t>
      </w:r>
      <w:r w:rsidRPr="000767E2">
        <w:rPr>
          <w:lang w:val="sv-SE"/>
        </w:rPr>
        <w:t>:Luke 2:24]]</w:t>
      </w:r>
      <w:r w:rsidRPr="000767E2">
        <w:rPr>
          <w:vertAlign w:val="superscript"/>
          <w:lang w:val="sv-SE"/>
        </w:rPr>
        <w:t>24</w:t>
      </w:r>
      <w:r w:rsidRPr="000767E2">
        <w:rPr>
          <w:lang w:val="sv-SE"/>
        </w:rPr>
        <w:t xml:space="preserve"> {{field-on:bible}}och för att ge ett offer enligt det </w:t>
      </w:r>
      <w:r w:rsidRPr="000767E2">
        <w:rPr>
          <w:i/>
          <w:lang w:val="sv-SE"/>
        </w:rPr>
        <w:t>som är</w:t>
      </w:r>
      <w:r w:rsidRPr="000767E2">
        <w:rPr>
          <w:lang w:val="sv-SE"/>
        </w:rPr>
        <w:t xml:space="preserve"> sagt i Herrens lag: ett par turturduvor eller två duvungar.{{field-off:bible}}</w:t>
      </w:r>
    </w:p>
    <w:p w14:paraId="0856F57D" w14:textId="2D62D8C8" w:rsidR="00BA33AB" w:rsidRPr="000767E2" w:rsidRDefault="00000000">
      <w:pPr>
        <w:rPr>
          <w:lang w:val="sv-SE"/>
        </w:rPr>
      </w:pPr>
      <w:r w:rsidRPr="000767E2">
        <w:rPr>
          <w:lang w:val="sv-SE"/>
        </w:rPr>
        <w:t>[[@</w:t>
      </w:r>
      <w:r w:rsidR="0096445B" w:rsidRPr="000767E2">
        <w:rPr>
          <w:lang w:val="sv-SE"/>
        </w:rPr>
        <w:t>BibleBIBEL82</w:t>
      </w:r>
      <w:r w:rsidRPr="000767E2">
        <w:rPr>
          <w:lang w:val="sv-SE"/>
        </w:rPr>
        <w:t>:Luke 2:25]]</w:t>
      </w:r>
      <w:r w:rsidRPr="000767E2">
        <w:rPr>
          <w:vertAlign w:val="superscript"/>
          <w:lang w:val="sv-SE"/>
        </w:rPr>
        <w:t>25</w:t>
      </w:r>
      <w:r w:rsidRPr="000767E2">
        <w:rPr>
          <w:lang w:val="sv-SE"/>
        </w:rPr>
        <w:t xml:space="preserve"> {{field-on:bible}}Och se: det fanns en man i Jerusalem vars namn </w:t>
      </w:r>
      <w:r w:rsidRPr="000767E2">
        <w:rPr>
          <w:i/>
          <w:lang w:val="sv-SE"/>
        </w:rPr>
        <w:t>var</w:t>
      </w:r>
      <w:r w:rsidRPr="000767E2">
        <w:rPr>
          <w:lang w:val="sv-SE"/>
        </w:rPr>
        <w:t xml:space="preserve"> Symeon. Och denne man </w:t>
      </w:r>
      <w:r w:rsidRPr="000767E2">
        <w:rPr>
          <w:i/>
          <w:lang w:val="sv-SE"/>
        </w:rPr>
        <w:t>var</w:t>
      </w:r>
      <w:r w:rsidRPr="000767E2">
        <w:rPr>
          <w:lang w:val="sv-SE"/>
        </w:rPr>
        <w:t xml:space="preserve"> rättfärdig och vördsam och väntade på Israels tröst, och helig Ande var över honom.{{field-off:bible}} [[@</w:t>
      </w:r>
      <w:r w:rsidR="0096445B" w:rsidRPr="000767E2">
        <w:rPr>
          <w:lang w:val="sv-SE"/>
        </w:rPr>
        <w:t>BibleBIBEL82</w:t>
      </w:r>
      <w:r w:rsidRPr="000767E2">
        <w:rPr>
          <w:lang w:val="sv-SE"/>
        </w:rPr>
        <w:t>:Luke 2:26]]</w:t>
      </w:r>
      <w:r w:rsidRPr="000767E2">
        <w:rPr>
          <w:vertAlign w:val="superscript"/>
          <w:lang w:val="sv-SE"/>
        </w:rPr>
        <w:t>26</w:t>
      </w:r>
      <w:r w:rsidRPr="000767E2">
        <w:rPr>
          <w:lang w:val="sv-SE"/>
        </w:rPr>
        <w:t xml:space="preserve"> {{field-on:bible}}Och det var för honom uppenbarat av den heliga Anden att </w:t>
      </w:r>
      <w:r w:rsidRPr="000767E2">
        <w:rPr>
          <w:i/>
          <w:lang w:val="sv-SE"/>
        </w:rPr>
        <w:t>han</w:t>
      </w:r>
      <w:r w:rsidRPr="000767E2">
        <w:rPr>
          <w:lang w:val="sv-SE"/>
        </w:rPr>
        <w:t xml:space="preserve"> inte </w:t>
      </w:r>
      <w:r w:rsidRPr="000767E2">
        <w:rPr>
          <w:i/>
          <w:lang w:val="sv-SE"/>
        </w:rPr>
        <w:t>skulle</w:t>
      </w:r>
      <w:r w:rsidRPr="000767E2">
        <w:rPr>
          <w:lang w:val="sv-SE"/>
        </w:rPr>
        <w:t xml:space="preserve"> se döden innan han sett Herrens Kristus.{{field-off:bible}} [[@</w:t>
      </w:r>
      <w:r w:rsidR="0096445B" w:rsidRPr="000767E2">
        <w:rPr>
          <w:lang w:val="sv-SE"/>
        </w:rPr>
        <w:t>BibleBIBEL82</w:t>
      </w:r>
      <w:r w:rsidRPr="000767E2">
        <w:rPr>
          <w:lang w:val="sv-SE"/>
        </w:rPr>
        <w:t>:Luke 2:27]]</w:t>
      </w:r>
      <w:r w:rsidRPr="000767E2">
        <w:rPr>
          <w:vertAlign w:val="superscript"/>
          <w:lang w:val="sv-SE"/>
        </w:rPr>
        <w:t>27</w:t>
      </w:r>
      <w:r w:rsidRPr="000767E2">
        <w:rPr>
          <w:lang w:val="sv-SE"/>
        </w:rPr>
        <w:t xml:space="preserve"> {{field-on:bible}}Och han kom i Anden till templet. Och under det att föräldrarna förde in barnet Jesus, för att de </w:t>
      </w:r>
      <w:r w:rsidRPr="000767E2">
        <w:rPr>
          <w:i/>
          <w:lang w:val="sv-SE"/>
        </w:rPr>
        <w:t>skulle</w:t>
      </w:r>
      <w:r w:rsidRPr="000767E2">
        <w:rPr>
          <w:lang w:val="sv-SE"/>
        </w:rPr>
        <w:t xml:space="preserve"> göra enligt det </w:t>
      </w:r>
      <w:r w:rsidRPr="000767E2">
        <w:rPr>
          <w:i/>
          <w:lang w:val="sv-SE"/>
        </w:rPr>
        <w:t>som var</w:t>
      </w:r>
      <w:r w:rsidRPr="000767E2">
        <w:rPr>
          <w:lang w:val="sv-SE"/>
        </w:rPr>
        <w:t xml:space="preserve"> lagens sed för honom,{{field-off:bible}} [[@</w:t>
      </w:r>
      <w:r w:rsidR="0096445B" w:rsidRPr="000767E2">
        <w:rPr>
          <w:lang w:val="sv-SE"/>
        </w:rPr>
        <w:t>BibleBIBEL82</w:t>
      </w:r>
      <w:r w:rsidRPr="000767E2">
        <w:rPr>
          <w:lang w:val="sv-SE"/>
        </w:rPr>
        <w:t>:Luke 2:28]]</w:t>
      </w:r>
      <w:r w:rsidRPr="000767E2">
        <w:rPr>
          <w:vertAlign w:val="superscript"/>
          <w:lang w:val="sv-SE"/>
        </w:rPr>
        <w:t>28</w:t>
      </w:r>
      <w:r w:rsidRPr="000767E2">
        <w:rPr>
          <w:lang w:val="sv-SE"/>
        </w:rPr>
        <w:t xml:space="preserve"> {{field-on:bible}}mottog också han det i böjda armar och välsignade Gud och sade:{{field-off:bible}}</w:t>
      </w:r>
    </w:p>
    <w:p w14:paraId="0B147955" w14:textId="28F46D49" w:rsidR="00BA33AB" w:rsidRPr="000767E2" w:rsidRDefault="00000000">
      <w:pPr>
        <w:rPr>
          <w:lang w:val="sv-SE"/>
        </w:rPr>
      </w:pPr>
      <w:r w:rsidRPr="000767E2">
        <w:rPr>
          <w:lang w:val="sv-SE"/>
        </w:rPr>
        <w:t>[[@</w:t>
      </w:r>
      <w:r w:rsidR="0096445B" w:rsidRPr="000767E2">
        <w:rPr>
          <w:lang w:val="sv-SE"/>
        </w:rPr>
        <w:t>BibleBIBEL82</w:t>
      </w:r>
      <w:r w:rsidRPr="000767E2">
        <w:rPr>
          <w:lang w:val="sv-SE"/>
        </w:rPr>
        <w:t>:Luke 2:29]]</w:t>
      </w:r>
      <w:r w:rsidRPr="000767E2">
        <w:rPr>
          <w:vertAlign w:val="superscript"/>
          <w:lang w:val="sv-SE"/>
        </w:rPr>
        <w:t>29</w:t>
      </w:r>
      <w:r w:rsidRPr="000767E2">
        <w:rPr>
          <w:lang w:val="sv-SE"/>
        </w:rPr>
        <w:t xml:space="preserve"> {{field-on:bible}}”Nu släpper du iväg din fasttjänare,</w:t>
      </w:r>
      <w:r w:rsidRPr="000767E2">
        <w:rPr>
          <w:lang w:val="sv-SE"/>
        </w:rPr>
        <w:br/>
        <w:t>Härskare, enligt ditt ord i frid.{{field-off:bible}}</w:t>
      </w:r>
      <w:r w:rsidRPr="000767E2">
        <w:rPr>
          <w:lang w:val="sv-SE"/>
        </w:rPr>
        <w:br/>
        <w:t>[[@</w:t>
      </w:r>
      <w:r w:rsidR="0096445B" w:rsidRPr="000767E2">
        <w:rPr>
          <w:lang w:val="sv-SE"/>
        </w:rPr>
        <w:t>BibleBIBEL82</w:t>
      </w:r>
      <w:r w:rsidRPr="000767E2">
        <w:rPr>
          <w:lang w:val="sv-SE"/>
        </w:rPr>
        <w:t>:Luke 2:30]]</w:t>
      </w:r>
      <w:r w:rsidRPr="000767E2">
        <w:rPr>
          <w:vertAlign w:val="superscript"/>
          <w:lang w:val="sv-SE"/>
        </w:rPr>
        <w:t>30</w:t>
      </w:r>
      <w:r w:rsidRPr="000767E2">
        <w:rPr>
          <w:lang w:val="sv-SE"/>
        </w:rPr>
        <w:t xml:space="preserve"> {{field-on:bible}}För mina ögon har sett din frälsning{{field-off:bible}}</w:t>
      </w:r>
      <w:r w:rsidRPr="000767E2">
        <w:rPr>
          <w:lang w:val="sv-SE"/>
        </w:rPr>
        <w:br/>
        <w:t>[[@</w:t>
      </w:r>
      <w:r w:rsidR="0096445B" w:rsidRPr="000767E2">
        <w:rPr>
          <w:lang w:val="sv-SE"/>
        </w:rPr>
        <w:t>BibleBIBEL82</w:t>
      </w:r>
      <w:r w:rsidRPr="000767E2">
        <w:rPr>
          <w:lang w:val="sv-SE"/>
        </w:rPr>
        <w:t>:Luke 2:31]]</w:t>
      </w:r>
      <w:r w:rsidRPr="000767E2">
        <w:rPr>
          <w:vertAlign w:val="superscript"/>
          <w:lang w:val="sv-SE"/>
        </w:rPr>
        <w:t>31</w:t>
      </w:r>
      <w:r w:rsidRPr="000767E2">
        <w:rPr>
          <w:lang w:val="sv-SE"/>
        </w:rPr>
        <w:t xml:space="preserve"> {{field-on:bible}}som du har berett inför ansiktet hos alla folken:{{field-off:bible}}</w:t>
      </w:r>
      <w:r w:rsidRPr="000767E2">
        <w:rPr>
          <w:lang w:val="sv-SE"/>
        </w:rPr>
        <w:br/>
        <w:t>[[@</w:t>
      </w:r>
      <w:r w:rsidR="0096445B" w:rsidRPr="000767E2">
        <w:rPr>
          <w:lang w:val="sv-SE"/>
        </w:rPr>
        <w:t>BibleBIBEL82</w:t>
      </w:r>
      <w:r w:rsidRPr="000767E2">
        <w:rPr>
          <w:lang w:val="sv-SE"/>
        </w:rPr>
        <w:t>:Luke 2:32]]</w:t>
      </w:r>
      <w:r w:rsidRPr="000767E2">
        <w:rPr>
          <w:vertAlign w:val="superscript"/>
          <w:lang w:val="sv-SE"/>
        </w:rPr>
        <w:t>32</w:t>
      </w:r>
      <w:r w:rsidRPr="000767E2">
        <w:rPr>
          <w:lang w:val="sv-SE"/>
        </w:rPr>
        <w:t xml:space="preserve"> {{field-on:bible}}ett ljus till uppenbarelse för folkslag</w:t>
      </w:r>
      <w:r w:rsidRPr="000767E2">
        <w:rPr>
          <w:lang w:val="sv-SE"/>
        </w:rPr>
        <w:br/>
        <w:t>och härlighet för ditt folk Israel.”{{field-off:bible}}</w:t>
      </w:r>
    </w:p>
    <w:p w14:paraId="2B7F58D8" w14:textId="1BC10711" w:rsidR="00BA33AB" w:rsidRPr="000767E2" w:rsidRDefault="00000000">
      <w:pPr>
        <w:rPr>
          <w:lang w:val="sv-SE"/>
        </w:rPr>
      </w:pPr>
      <w:r w:rsidRPr="000767E2">
        <w:rPr>
          <w:lang w:val="sv-SE"/>
        </w:rPr>
        <w:t>[[@</w:t>
      </w:r>
      <w:r w:rsidR="0096445B" w:rsidRPr="000767E2">
        <w:rPr>
          <w:lang w:val="sv-SE"/>
        </w:rPr>
        <w:t>BibleBIBEL82</w:t>
      </w:r>
      <w:r w:rsidRPr="000767E2">
        <w:rPr>
          <w:lang w:val="sv-SE"/>
        </w:rPr>
        <w:t>:Luke 2:33]]</w:t>
      </w:r>
      <w:r w:rsidRPr="000767E2">
        <w:rPr>
          <w:vertAlign w:val="superscript"/>
          <w:lang w:val="sv-SE"/>
        </w:rPr>
        <w:t>33</w:t>
      </w:r>
      <w:r w:rsidRPr="000767E2">
        <w:rPr>
          <w:lang w:val="sv-SE"/>
        </w:rPr>
        <w:t xml:space="preserve"> {{field-on:bible}}Och hans far och mor var förundrade över det som talades om honom.{{field-off:bible}} [[@</w:t>
      </w:r>
      <w:r w:rsidR="0096445B" w:rsidRPr="000767E2">
        <w:rPr>
          <w:lang w:val="sv-SE"/>
        </w:rPr>
        <w:t>BibleBIBEL82</w:t>
      </w:r>
      <w:r w:rsidRPr="000767E2">
        <w:rPr>
          <w:lang w:val="sv-SE"/>
        </w:rPr>
        <w:t>:Luke 2:34]]</w:t>
      </w:r>
      <w:r w:rsidRPr="000767E2">
        <w:rPr>
          <w:vertAlign w:val="superscript"/>
          <w:lang w:val="sv-SE"/>
        </w:rPr>
        <w:t>34</w:t>
      </w:r>
      <w:r w:rsidRPr="000767E2">
        <w:rPr>
          <w:lang w:val="sv-SE"/>
        </w:rPr>
        <w:t xml:space="preserve"> {{field-on:bible}}Och Symeon välsignade dem och sade till Mariam hans mor: ”Se, denne är satt till fall och uppståndelse för många i Israel, och till ett tecken </w:t>
      </w:r>
      <w:r w:rsidRPr="000767E2">
        <w:rPr>
          <w:i/>
          <w:lang w:val="sv-SE"/>
        </w:rPr>
        <w:t>som blir</w:t>
      </w:r>
      <w:r w:rsidRPr="000767E2">
        <w:rPr>
          <w:lang w:val="sv-SE"/>
        </w:rPr>
        <w:t xml:space="preserve"> motsagt –{{field-off:bible}} [[@</w:t>
      </w:r>
      <w:r w:rsidR="0096445B" w:rsidRPr="000767E2">
        <w:rPr>
          <w:lang w:val="sv-SE"/>
        </w:rPr>
        <w:t>BibleBIBEL82</w:t>
      </w:r>
      <w:r w:rsidRPr="000767E2">
        <w:rPr>
          <w:lang w:val="sv-SE"/>
        </w:rPr>
        <w:t>:Luke 2:35]]</w:t>
      </w:r>
      <w:r w:rsidRPr="000767E2">
        <w:rPr>
          <w:vertAlign w:val="superscript"/>
          <w:lang w:val="sv-SE"/>
        </w:rPr>
        <w:t>35</w:t>
      </w:r>
      <w:r w:rsidRPr="000767E2">
        <w:rPr>
          <w:lang w:val="sv-SE"/>
        </w:rPr>
        <w:t xml:space="preserve"> {{field-on:bible}}[och] även genom din egen själ ska </w:t>
      </w:r>
      <w:r w:rsidRPr="000767E2">
        <w:rPr>
          <w:i/>
          <w:lang w:val="sv-SE"/>
        </w:rPr>
        <w:t>det</w:t>
      </w:r>
      <w:r w:rsidRPr="000767E2">
        <w:rPr>
          <w:lang w:val="sv-SE"/>
        </w:rPr>
        <w:t xml:space="preserve"> gå en klinga – för att </w:t>
      </w:r>
      <w:r w:rsidRPr="000767E2">
        <w:rPr>
          <w:i/>
          <w:lang w:val="sv-SE"/>
        </w:rPr>
        <w:t>det</w:t>
      </w:r>
      <w:r w:rsidRPr="000767E2">
        <w:rPr>
          <w:lang w:val="sv-SE"/>
        </w:rPr>
        <w:t xml:space="preserve"> ur många hjärtan ska uppenbaras funderingar.”{{field-off:bible}}</w:t>
      </w:r>
    </w:p>
    <w:p w14:paraId="4F801B54" w14:textId="45566958" w:rsidR="00BA33AB" w:rsidRPr="000767E2" w:rsidRDefault="00000000">
      <w:pPr>
        <w:rPr>
          <w:lang w:val="sv-SE"/>
        </w:rPr>
      </w:pPr>
      <w:r w:rsidRPr="000767E2">
        <w:rPr>
          <w:lang w:val="sv-SE"/>
        </w:rPr>
        <w:t>[[@</w:t>
      </w:r>
      <w:r w:rsidR="0096445B" w:rsidRPr="000767E2">
        <w:rPr>
          <w:lang w:val="sv-SE"/>
        </w:rPr>
        <w:t>BibleBIBEL82</w:t>
      </w:r>
      <w:r w:rsidRPr="000767E2">
        <w:rPr>
          <w:lang w:val="sv-SE"/>
        </w:rPr>
        <w:t>:Luke 2:36]]</w:t>
      </w:r>
      <w:r w:rsidRPr="000767E2">
        <w:rPr>
          <w:vertAlign w:val="superscript"/>
          <w:lang w:val="sv-SE"/>
        </w:rPr>
        <w:t>36</w:t>
      </w:r>
      <w:r w:rsidRPr="000767E2">
        <w:rPr>
          <w:lang w:val="sv-SE"/>
        </w:rPr>
        <w:t xml:space="preserve"> {{field-on:bible}}Och </w:t>
      </w:r>
      <w:r w:rsidRPr="000767E2">
        <w:rPr>
          <w:i/>
          <w:lang w:val="sv-SE"/>
        </w:rPr>
        <w:t>där</w:t>
      </w:r>
      <w:r w:rsidRPr="000767E2">
        <w:rPr>
          <w:lang w:val="sv-SE"/>
        </w:rPr>
        <w:t xml:space="preserve"> fanns profetissan Hanna Fanuels dotter av Asers stam. Hon </w:t>
      </w:r>
      <w:r w:rsidRPr="000767E2">
        <w:rPr>
          <w:i/>
          <w:lang w:val="sv-SE"/>
        </w:rPr>
        <w:t>var</w:t>
      </w:r>
      <w:r w:rsidRPr="000767E2">
        <w:rPr>
          <w:lang w:val="sv-SE"/>
        </w:rPr>
        <w:t xml:space="preserve"> framskriden i många dagar efter att ha levt med man sju år efter sin jungfrudom,{{field-off:bible}} [[@</w:t>
      </w:r>
      <w:r w:rsidR="0096445B" w:rsidRPr="000767E2">
        <w:rPr>
          <w:lang w:val="sv-SE"/>
        </w:rPr>
        <w:t>BibleBIBEL82</w:t>
      </w:r>
      <w:r w:rsidRPr="000767E2">
        <w:rPr>
          <w:lang w:val="sv-SE"/>
        </w:rPr>
        <w:t>:Luke 2:37]]</w:t>
      </w:r>
      <w:r w:rsidRPr="000767E2">
        <w:rPr>
          <w:vertAlign w:val="superscript"/>
          <w:lang w:val="sv-SE"/>
        </w:rPr>
        <w:t>37</w:t>
      </w:r>
      <w:r w:rsidRPr="000767E2">
        <w:rPr>
          <w:lang w:val="sv-SE"/>
        </w:rPr>
        <w:t xml:space="preserve"> {{field-on:bible}}och </w:t>
      </w:r>
      <w:r w:rsidRPr="000767E2">
        <w:rPr>
          <w:i/>
          <w:lang w:val="sv-SE"/>
        </w:rPr>
        <w:t>sedan</w:t>
      </w:r>
      <w:r w:rsidRPr="000767E2">
        <w:rPr>
          <w:lang w:val="sv-SE"/>
        </w:rPr>
        <w:t xml:space="preserve"> själv änka fram till åttiofyra år. Hon avlägsnade sig inte från templet </w:t>
      </w:r>
      <w:r w:rsidRPr="000767E2">
        <w:rPr>
          <w:i/>
          <w:lang w:val="sv-SE"/>
        </w:rPr>
        <w:t>utan</w:t>
      </w:r>
      <w:r w:rsidRPr="000767E2">
        <w:rPr>
          <w:lang w:val="sv-SE"/>
        </w:rPr>
        <w:t xml:space="preserve"> dyrkade med fastor och förböner natt och dag.{{field-off:bible}} [[@</w:t>
      </w:r>
      <w:r w:rsidR="0096445B" w:rsidRPr="000767E2">
        <w:rPr>
          <w:lang w:val="sv-SE"/>
        </w:rPr>
        <w:t>BibleBIBEL82</w:t>
      </w:r>
      <w:r w:rsidRPr="000767E2">
        <w:rPr>
          <w:lang w:val="sv-SE"/>
        </w:rPr>
        <w:t>:Luke 2:38]]</w:t>
      </w:r>
      <w:r w:rsidRPr="000767E2">
        <w:rPr>
          <w:vertAlign w:val="superscript"/>
          <w:lang w:val="sv-SE"/>
        </w:rPr>
        <w:t>38</w:t>
      </w:r>
      <w:r w:rsidRPr="000767E2">
        <w:rPr>
          <w:lang w:val="sv-SE"/>
        </w:rPr>
        <w:t xml:space="preserve"> {{field-on:bible}}Och </w:t>
      </w:r>
      <w:r w:rsidRPr="000767E2">
        <w:rPr>
          <w:lang w:val="sv-SE"/>
        </w:rPr>
        <w:lastRenderedPageBreak/>
        <w:t>i samma stund stod hon där och gav erkännande till Gud och talade om honom för alla som väntade på Jerusalems återlösning.{{field-off:bible}}</w:t>
      </w:r>
    </w:p>
    <w:p w14:paraId="00A53C96" w14:textId="34F1895E" w:rsidR="00BA33AB" w:rsidRPr="000767E2" w:rsidRDefault="00000000">
      <w:pPr>
        <w:rPr>
          <w:lang w:val="sv-SE"/>
        </w:rPr>
      </w:pPr>
      <w:r w:rsidRPr="000767E2">
        <w:rPr>
          <w:lang w:val="sv-SE"/>
        </w:rPr>
        <w:t>[[@</w:t>
      </w:r>
      <w:r w:rsidR="0096445B" w:rsidRPr="000767E2">
        <w:rPr>
          <w:lang w:val="sv-SE"/>
        </w:rPr>
        <w:t>BibleBIBEL82</w:t>
      </w:r>
      <w:r w:rsidRPr="000767E2">
        <w:rPr>
          <w:lang w:val="sv-SE"/>
        </w:rPr>
        <w:t>:Luke 2:39]]</w:t>
      </w:r>
      <w:r w:rsidRPr="000767E2">
        <w:rPr>
          <w:vertAlign w:val="superscript"/>
          <w:lang w:val="sv-SE"/>
        </w:rPr>
        <w:t>39</w:t>
      </w:r>
      <w:r w:rsidRPr="000767E2">
        <w:rPr>
          <w:lang w:val="sv-SE"/>
        </w:rPr>
        <w:t xml:space="preserve"> {{field-on:bible}}Och när de hade fullbordat allt enligt Herrens lag vände de om till Galileen, till sin egen stad Nazareth.{{field-off:bible}} [[@</w:t>
      </w:r>
      <w:r w:rsidR="0096445B" w:rsidRPr="000767E2">
        <w:rPr>
          <w:lang w:val="sv-SE"/>
        </w:rPr>
        <w:t>BibleBIBEL82</w:t>
      </w:r>
      <w:r w:rsidRPr="000767E2">
        <w:rPr>
          <w:lang w:val="sv-SE"/>
        </w:rPr>
        <w:t>:Luke 2:40]]</w:t>
      </w:r>
      <w:r w:rsidRPr="000767E2">
        <w:rPr>
          <w:vertAlign w:val="superscript"/>
          <w:lang w:val="sv-SE"/>
        </w:rPr>
        <w:t>40</w:t>
      </w:r>
      <w:r w:rsidRPr="000767E2">
        <w:rPr>
          <w:lang w:val="sv-SE"/>
        </w:rPr>
        <w:t xml:space="preserve"> {{field-on:bible}}Och barnet växte och blev starkt och fylldes av vishet, och Guds nåd var över det.{{field-off:bible}}</w:t>
      </w:r>
    </w:p>
    <w:p w14:paraId="5E11FC84" w14:textId="77777777" w:rsidR="00BA33AB" w:rsidRPr="000767E2" w:rsidRDefault="00000000">
      <w:pPr>
        <w:pStyle w:val="Rubrik3"/>
        <w:rPr>
          <w:lang w:val="sv-SE"/>
        </w:rPr>
      </w:pPr>
      <w:r w:rsidRPr="000767E2">
        <w:rPr>
          <w:lang w:val="sv-SE"/>
        </w:rPr>
        <w:t>Jesus som tolvåring i templet</w:t>
      </w:r>
    </w:p>
    <w:p w14:paraId="73112C5E" w14:textId="6D123EA5" w:rsidR="00BA33AB" w:rsidRPr="000767E2" w:rsidRDefault="00000000">
      <w:pPr>
        <w:rPr>
          <w:lang w:val="sv-SE"/>
        </w:rPr>
      </w:pPr>
      <w:r w:rsidRPr="000767E2">
        <w:rPr>
          <w:lang w:val="sv-SE"/>
        </w:rPr>
        <w:t>[[@</w:t>
      </w:r>
      <w:r w:rsidR="0096445B" w:rsidRPr="000767E2">
        <w:rPr>
          <w:lang w:val="sv-SE"/>
        </w:rPr>
        <w:t>BibleBIBEL82</w:t>
      </w:r>
      <w:r w:rsidRPr="000767E2">
        <w:rPr>
          <w:lang w:val="sv-SE"/>
        </w:rPr>
        <w:t>:Luke 2:41]]</w:t>
      </w:r>
      <w:r w:rsidRPr="000767E2">
        <w:rPr>
          <w:vertAlign w:val="superscript"/>
          <w:lang w:val="sv-SE"/>
        </w:rPr>
        <w:t>41</w:t>
      </w:r>
      <w:r w:rsidRPr="000767E2">
        <w:rPr>
          <w:lang w:val="sv-SE"/>
        </w:rPr>
        <w:t xml:space="preserve"> {{field-on:bible}}Och hans föräldrar gick varje år till Jerusalem vid påskhögtiden.{{field-off:bible}} [[@</w:t>
      </w:r>
      <w:r w:rsidR="0096445B" w:rsidRPr="000767E2">
        <w:rPr>
          <w:lang w:val="sv-SE"/>
        </w:rPr>
        <w:t>BibleBIBEL82</w:t>
      </w:r>
      <w:r w:rsidRPr="000767E2">
        <w:rPr>
          <w:lang w:val="sv-SE"/>
        </w:rPr>
        <w:t>:Luke 2:42]]</w:t>
      </w:r>
      <w:r w:rsidRPr="000767E2">
        <w:rPr>
          <w:vertAlign w:val="superscript"/>
          <w:lang w:val="sv-SE"/>
        </w:rPr>
        <w:t>42</w:t>
      </w:r>
      <w:r w:rsidRPr="000767E2">
        <w:rPr>
          <w:lang w:val="sv-SE"/>
        </w:rPr>
        <w:t xml:space="preserve"> {{field-on:bible}}Och när han blev tolv år, när de gick upp enligt högtidens sed{{field-off:bible}} [[@</w:t>
      </w:r>
      <w:r w:rsidR="0096445B" w:rsidRPr="000767E2">
        <w:rPr>
          <w:lang w:val="sv-SE"/>
        </w:rPr>
        <w:t>BibleBIBEL82</w:t>
      </w:r>
      <w:r w:rsidRPr="000767E2">
        <w:rPr>
          <w:lang w:val="sv-SE"/>
        </w:rPr>
        <w:t>:Luke 2:43]]</w:t>
      </w:r>
      <w:r w:rsidRPr="000767E2">
        <w:rPr>
          <w:vertAlign w:val="superscript"/>
          <w:lang w:val="sv-SE"/>
        </w:rPr>
        <w:t>43</w:t>
      </w:r>
      <w:r w:rsidRPr="000767E2">
        <w:rPr>
          <w:lang w:val="sv-SE"/>
        </w:rPr>
        <w:t xml:space="preserve"> {{field-on:bible}}och hade fullkomnat dagarna, under det att de återvände, höll sig gossen Jesus kvar i Jerusalem. Och hans föräldrar visste inte,{{field-off:bible}} [[@</w:t>
      </w:r>
      <w:r w:rsidR="0096445B" w:rsidRPr="000767E2">
        <w:rPr>
          <w:lang w:val="sv-SE"/>
        </w:rPr>
        <w:t>BibleBIBEL82</w:t>
      </w:r>
      <w:r w:rsidRPr="000767E2">
        <w:rPr>
          <w:lang w:val="sv-SE"/>
        </w:rPr>
        <w:t>:Luke 2:44]]</w:t>
      </w:r>
      <w:r w:rsidRPr="000767E2">
        <w:rPr>
          <w:vertAlign w:val="superscript"/>
          <w:lang w:val="sv-SE"/>
        </w:rPr>
        <w:t>44</w:t>
      </w:r>
      <w:r w:rsidRPr="000767E2">
        <w:rPr>
          <w:lang w:val="sv-SE"/>
        </w:rPr>
        <w:t xml:space="preserve"> {{field-on:bible}}men de antog att han var i vägföljet och gick en dagsväg. Och de </w:t>
      </w:r>
      <w:r w:rsidRPr="000767E2">
        <w:rPr>
          <w:i/>
          <w:lang w:val="sv-SE"/>
        </w:rPr>
        <w:t>började</w:t>
      </w:r>
      <w:r w:rsidRPr="000767E2">
        <w:rPr>
          <w:lang w:val="sv-SE"/>
        </w:rPr>
        <w:t xml:space="preserve"> söka noga efter honom bland släktingarna och de bekanta,{{field-off:bible}} [[@</w:t>
      </w:r>
      <w:r w:rsidR="0096445B" w:rsidRPr="000767E2">
        <w:rPr>
          <w:lang w:val="sv-SE"/>
        </w:rPr>
        <w:t>BibleBIBEL82</w:t>
      </w:r>
      <w:r w:rsidRPr="000767E2">
        <w:rPr>
          <w:lang w:val="sv-SE"/>
        </w:rPr>
        <w:t>:Luke 2:45]]</w:t>
      </w:r>
      <w:r w:rsidRPr="000767E2">
        <w:rPr>
          <w:vertAlign w:val="superscript"/>
          <w:lang w:val="sv-SE"/>
        </w:rPr>
        <w:t>45</w:t>
      </w:r>
      <w:r w:rsidRPr="000767E2">
        <w:rPr>
          <w:lang w:val="sv-SE"/>
        </w:rPr>
        <w:t xml:space="preserve"> {{field-on:bible}}och när de inte fann, återvände de till Jerusalem sökande noga efter honom.{{field-off:bible}}</w:t>
      </w:r>
    </w:p>
    <w:p w14:paraId="74E00456" w14:textId="02F2913D" w:rsidR="00BA33AB" w:rsidRPr="000767E2" w:rsidRDefault="00000000">
      <w:pPr>
        <w:rPr>
          <w:lang w:val="sv-SE"/>
        </w:rPr>
      </w:pPr>
      <w:r w:rsidRPr="000767E2">
        <w:rPr>
          <w:lang w:val="sv-SE"/>
        </w:rPr>
        <w:t>[[@</w:t>
      </w:r>
      <w:r w:rsidR="0096445B" w:rsidRPr="000767E2">
        <w:rPr>
          <w:lang w:val="sv-SE"/>
        </w:rPr>
        <w:t>BibleBIBEL82</w:t>
      </w:r>
      <w:r w:rsidRPr="000767E2">
        <w:rPr>
          <w:lang w:val="sv-SE"/>
        </w:rPr>
        <w:t>:Luke 2:46]]</w:t>
      </w:r>
      <w:r w:rsidRPr="000767E2">
        <w:rPr>
          <w:vertAlign w:val="superscript"/>
          <w:lang w:val="sv-SE"/>
        </w:rPr>
        <w:t>46</w:t>
      </w:r>
      <w:r w:rsidRPr="000767E2">
        <w:rPr>
          <w:lang w:val="sv-SE"/>
        </w:rPr>
        <w:t xml:space="preserve"> {{field-on:bible}}Och det hände sig efter tre dagar </w:t>
      </w:r>
      <w:r w:rsidRPr="000767E2">
        <w:rPr>
          <w:i/>
          <w:lang w:val="sv-SE"/>
        </w:rPr>
        <w:t>att</w:t>
      </w:r>
      <w:r w:rsidRPr="000767E2">
        <w:rPr>
          <w:lang w:val="sv-SE"/>
        </w:rPr>
        <w:t xml:space="preserve"> de fann honom i templet, </w:t>
      </w:r>
      <w:r w:rsidRPr="000767E2">
        <w:rPr>
          <w:i/>
          <w:lang w:val="sv-SE"/>
        </w:rPr>
        <w:t>där</w:t>
      </w:r>
      <w:r w:rsidRPr="000767E2">
        <w:rPr>
          <w:lang w:val="sv-SE"/>
        </w:rPr>
        <w:t xml:space="preserve"> han satt mitt bland lärarna och lyssnade på dem och frågade dem.{{field-off:bible}} [[@</w:t>
      </w:r>
      <w:r w:rsidR="0096445B" w:rsidRPr="000767E2">
        <w:rPr>
          <w:lang w:val="sv-SE"/>
        </w:rPr>
        <w:t>BibleBIBEL82</w:t>
      </w:r>
      <w:r w:rsidRPr="000767E2">
        <w:rPr>
          <w:lang w:val="sv-SE"/>
        </w:rPr>
        <w:t>:Luke 2:47]]</w:t>
      </w:r>
      <w:r w:rsidRPr="000767E2">
        <w:rPr>
          <w:vertAlign w:val="superscript"/>
          <w:lang w:val="sv-SE"/>
        </w:rPr>
        <w:t>47</w:t>
      </w:r>
      <w:r w:rsidRPr="000767E2">
        <w:rPr>
          <w:lang w:val="sv-SE"/>
        </w:rPr>
        <w:t xml:space="preserve"> {{field-on:bible}}Och alla som hörde honom var utom sig över hans förstånd och svar.{{field-off:bible}} [[@</w:t>
      </w:r>
      <w:r w:rsidR="0096445B" w:rsidRPr="000767E2">
        <w:rPr>
          <w:lang w:val="sv-SE"/>
        </w:rPr>
        <w:t>BibleBIBEL82</w:t>
      </w:r>
      <w:r w:rsidRPr="000767E2">
        <w:rPr>
          <w:lang w:val="sv-SE"/>
        </w:rPr>
        <w:t>:Luke 2:48]]</w:t>
      </w:r>
      <w:r w:rsidRPr="000767E2">
        <w:rPr>
          <w:vertAlign w:val="superscript"/>
          <w:lang w:val="sv-SE"/>
        </w:rPr>
        <w:t>48</w:t>
      </w:r>
      <w:r w:rsidRPr="000767E2">
        <w:rPr>
          <w:lang w:val="sv-SE"/>
        </w:rPr>
        <w:t xml:space="preserve"> {{field-on:bible}}Och när de såg honom blev de överväldigade, och till honom sade hans mor: ”Barn, varför har du gjort mot oss så? Se, din far och jag har våndats och sökt efter dig.”{{field-off:bible}} [[@</w:t>
      </w:r>
      <w:r w:rsidR="0096445B" w:rsidRPr="000767E2">
        <w:rPr>
          <w:lang w:val="sv-SE"/>
        </w:rPr>
        <w:t>BibleBIBEL82</w:t>
      </w:r>
      <w:r w:rsidRPr="000767E2">
        <w:rPr>
          <w:lang w:val="sv-SE"/>
        </w:rPr>
        <w:t>:Luke 2:49]]</w:t>
      </w:r>
      <w:r w:rsidRPr="000767E2">
        <w:rPr>
          <w:vertAlign w:val="superscript"/>
          <w:lang w:val="sv-SE"/>
        </w:rPr>
        <w:t>49</w:t>
      </w:r>
      <w:r w:rsidRPr="000767E2">
        <w:rPr>
          <w:lang w:val="sv-SE"/>
        </w:rPr>
        <w:t xml:space="preserve"> {{field-on:bible}}Och han sade till dem: ”Varför </w:t>
      </w:r>
      <w:r w:rsidRPr="000767E2">
        <w:rPr>
          <w:i/>
          <w:lang w:val="sv-SE"/>
        </w:rPr>
        <w:t>då</w:t>
      </w:r>
      <w:r w:rsidRPr="000767E2">
        <w:rPr>
          <w:lang w:val="sv-SE"/>
        </w:rPr>
        <w:t xml:space="preserve"> att ni sökte efter mig? Visste ni inte att </w:t>
      </w:r>
      <w:r w:rsidRPr="000767E2">
        <w:rPr>
          <w:i/>
          <w:lang w:val="sv-SE"/>
        </w:rPr>
        <w:t>det är</w:t>
      </w:r>
      <w:r w:rsidRPr="000767E2">
        <w:rPr>
          <w:lang w:val="sv-SE"/>
        </w:rPr>
        <w:t xml:space="preserve"> i det </w:t>
      </w:r>
      <w:r w:rsidRPr="000767E2">
        <w:rPr>
          <w:i/>
          <w:lang w:val="sv-SE"/>
        </w:rPr>
        <w:t>som hör</w:t>
      </w:r>
      <w:r w:rsidRPr="000767E2">
        <w:rPr>
          <w:lang w:val="sv-SE"/>
        </w:rPr>
        <w:t xml:space="preserve"> till min Far jag måste vara?”{{field-off:bible}} [[@</w:t>
      </w:r>
      <w:r w:rsidR="0096445B" w:rsidRPr="000767E2">
        <w:rPr>
          <w:lang w:val="sv-SE"/>
        </w:rPr>
        <w:t>BibleBIBEL82</w:t>
      </w:r>
      <w:r w:rsidRPr="000767E2">
        <w:rPr>
          <w:lang w:val="sv-SE"/>
        </w:rPr>
        <w:t>:Luke 2:50]]</w:t>
      </w:r>
      <w:r w:rsidRPr="000767E2">
        <w:rPr>
          <w:vertAlign w:val="superscript"/>
          <w:lang w:val="sv-SE"/>
        </w:rPr>
        <w:t>50</w:t>
      </w:r>
      <w:r w:rsidRPr="000767E2">
        <w:rPr>
          <w:lang w:val="sv-SE"/>
        </w:rPr>
        <w:t xml:space="preserve"> {{field-on:bible}}Och de förstod inte ordet som han talade till dem.{{field-off:bible}}</w:t>
      </w:r>
    </w:p>
    <w:p w14:paraId="5113508D" w14:textId="61FF81E2" w:rsidR="00BA33AB" w:rsidRPr="000767E2" w:rsidRDefault="00000000">
      <w:pPr>
        <w:rPr>
          <w:lang w:val="sv-SE"/>
        </w:rPr>
      </w:pPr>
      <w:r w:rsidRPr="000767E2">
        <w:rPr>
          <w:lang w:val="sv-SE"/>
        </w:rPr>
        <w:t>[[@</w:t>
      </w:r>
      <w:r w:rsidR="0096445B" w:rsidRPr="000767E2">
        <w:rPr>
          <w:lang w:val="sv-SE"/>
        </w:rPr>
        <w:t>BibleBIBEL82</w:t>
      </w:r>
      <w:r w:rsidRPr="000767E2">
        <w:rPr>
          <w:lang w:val="sv-SE"/>
        </w:rPr>
        <w:t>:Luke 2:51]]</w:t>
      </w:r>
      <w:r w:rsidRPr="000767E2">
        <w:rPr>
          <w:vertAlign w:val="superscript"/>
          <w:lang w:val="sv-SE"/>
        </w:rPr>
        <w:t>51</w:t>
      </w:r>
      <w:r w:rsidRPr="000767E2">
        <w:rPr>
          <w:lang w:val="sv-SE"/>
        </w:rPr>
        <w:t xml:space="preserve"> {{field-on:bible}}Och han gick ner med dem och kom till Nazareth och underordnade sig dem. Och hans mor bevarade noga alla orden i sitt hjärta.{{field-off:bible}} [[@</w:t>
      </w:r>
      <w:r w:rsidR="0096445B" w:rsidRPr="000767E2">
        <w:rPr>
          <w:lang w:val="sv-SE"/>
        </w:rPr>
        <w:t>BibleBIBEL82</w:t>
      </w:r>
      <w:r w:rsidRPr="000767E2">
        <w:rPr>
          <w:lang w:val="sv-SE"/>
        </w:rPr>
        <w:t>:Luke 2:52]]</w:t>
      </w:r>
      <w:r w:rsidRPr="000767E2">
        <w:rPr>
          <w:vertAlign w:val="superscript"/>
          <w:lang w:val="sv-SE"/>
        </w:rPr>
        <w:t>52</w:t>
      </w:r>
      <w:r w:rsidRPr="000767E2">
        <w:rPr>
          <w:lang w:val="sv-SE"/>
        </w:rPr>
        <w:t xml:space="preserve"> {{field-on:bible}}Och Jesus gjorde framsteg i vishet[en] och resning och nåd inför Gud och människor.{{field-off:bible}}</w:t>
      </w:r>
    </w:p>
    <w:p w14:paraId="6D060E0E" w14:textId="3CE7B65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3]]Kapitel 3</w:t>
      </w:r>
    </w:p>
    <w:p w14:paraId="1C563150" w14:textId="77777777" w:rsidR="00BA33AB" w:rsidRPr="000767E2" w:rsidRDefault="00000000">
      <w:pPr>
        <w:pStyle w:val="Rubrik3"/>
        <w:rPr>
          <w:lang w:val="sv-SE"/>
        </w:rPr>
      </w:pPr>
      <w:r w:rsidRPr="000767E2">
        <w:rPr>
          <w:lang w:val="sv-SE"/>
        </w:rPr>
        <w:t>Johannes Döparens förkunnelse</w:t>
      </w:r>
    </w:p>
    <w:p w14:paraId="31AE9837" w14:textId="192A64D6" w:rsidR="00BA33AB" w:rsidRPr="000767E2" w:rsidRDefault="00000000">
      <w:pPr>
        <w:rPr>
          <w:lang w:val="sv-SE"/>
        </w:rPr>
      </w:pPr>
      <w:r w:rsidRPr="000767E2">
        <w:rPr>
          <w:lang w:val="sv-SE"/>
        </w:rPr>
        <w:t>[[@</w:t>
      </w:r>
      <w:r w:rsidR="0096445B" w:rsidRPr="000767E2">
        <w:rPr>
          <w:lang w:val="sv-SE"/>
        </w:rPr>
        <w:t>BibleBIBEL82</w:t>
      </w:r>
      <w:r w:rsidRPr="000767E2">
        <w:rPr>
          <w:lang w:val="sv-SE"/>
        </w:rPr>
        <w:t>:Luke 3:1]]</w:t>
      </w:r>
      <w:r w:rsidRPr="000767E2">
        <w:rPr>
          <w:vertAlign w:val="superscript"/>
          <w:lang w:val="sv-SE"/>
        </w:rPr>
        <w:t>1</w:t>
      </w:r>
      <w:r w:rsidRPr="000767E2">
        <w:rPr>
          <w:lang w:val="sv-SE"/>
        </w:rPr>
        <w:t xml:space="preserve"> {{field-on:bible}}Och i femtonde året av kejsar Tiberius styre, när Pontius Pilatus var styresman i Judeen och Herodes tetrark i Galileen, och hans bror Filippos tetrark i Itureen och Trachonitistrakten och Lysanias tetrark i Abilene,{{field-off:bible}} [[@</w:t>
      </w:r>
      <w:r w:rsidR="0096445B" w:rsidRPr="000767E2">
        <w:rPr>
          <w:lang w:val="sv-SE"/>
        </w:rPr>
        <w:t>BibleBIBEL82</w:t>
      </w:r>
      <w:r w:rsidRPr="000767E2">
        <w:rPr>
          <w:lang w:val="sv-SE"/>
        </w:rPr>
        <w:t>:Luke 3:2]]</w:t>
      </w:r>
      <w:r w:rsidRPr="000767E2">
        <w:rPr>
          <w:vertAlign w:val="superscript"/>
          <w:lang w:val="sv-SE"/>
        </w:rPr>
        <w:t>2</w:t>
      </w:r>
      <w:r w:rsidRPr="000767E2">
        <w:rPr>
          <w:lang w:val="sv-SE"/>
        </w:rPr>
        <w:t xml:space="preserve"> {{field-on:bible}}under översteprästen Hannas och Kaiafas, kom Guds ord över Johannes Zacharias son i ödemarken.{{field-off:bible}} [[@</w:t>
      </w:r>
      <w:r w:rsidR="0096445B" w:rsidRPr="000767E2">
        <w:rPr>
          <w:lang w:val="sv-SE"/>
        </w:rPr>
        <w:t>BibleBIBEL82</w:t>
      </w:r>
      <w:r w:rsidRPr="000767E2">
        <w:rPr>
          <w:lang w:val="sv-SE"/>
        </w:rPr>
        <w:t>:Luke 3:3]]</w:t>
      </w:r>
      <w:r w:rsidRPr="000767E2">
        <w:rPr>
          <w:vertAlign w:val="superscript"/>
          <w:lang w:val="sv-SE"/>
        </w:rPr>
        <w:t>3</w:t>
      </w:r>
      <w:r w:rsidRPr="000767E2">
        <w:rPr>
          <w:lang w:val="sv-SE"/>
        </w:rPr>
        <w:t xml:space="preserve"> {{field-on:bible}}Och han gick till hela trakt[en] runt Jordan och förkunnade ett dop av </w:t>
      </w:r>
      <w:r w:rsidRPr="000767E2">
        <w:rPr>
          <w:lang w:val="sv-SE"/>
        </w:rPr>
        <w:lastRenderedPageBreak/>
        <w:t>sinnesändring till synders förlåtelse,{{field-off:bible}} [[@</w:t>
      </w:r>
      <w:r w:rsidR="0096445B" w:rsidRPr="000767E2">
        <w:rPr>
          <w:lang w:val="sv-SE"/>
        </w:rPr>
        <w:t>BibleBIBEL82</w:t>
      </w:r>
      <w:r w:rsidRPr="000767E2">
        <w:rPr>
          <w:lang w:val="sv-SE"/>
        </w:rPr>
        <w:t>:Luke 3:4]]</w:t>
      </w:r>
      <w:r w:rsidRPr="000767E2">
        <w:rPr>
          <w:vertAlign w:val="superscript"/>
          <w:lang w:val="sv-SE"/>
        </w:rPr>
        <w:t>4</w:t>
      </w:r>
      <w:r w:rsidRPr="000767E2">
        <w:rPr>
          <w:lang w:val="sv-SE"/>
        </w:rPr>
        <w:t xml:space="preserve"> {{field-on:bible}}som det är skrivet i boken med profeten Esaias ord:{{field-off:bible}}</w:t>
      </w:r>
    </w:p>
    <w:p w14:paraId="12123AC5" w14:textId="3A233339" w:rsidR="00BA33AB" w:rsidRPr="000767E2" w:rsidRDefault="00000000">
      <w:pPr>
        <w:rPr>
          <w:lang w:val="sv-SE"/>
        </w:rPr>
      </w:pPr>
      <w:r w:rsidRPr="000767E2">
        <w:rPr>
          <w:lang w:val="sv-SE"/>
        </w:rPr>
        <w:t>{{field-on:bible}}En ropandes röst i ödemarken:</w:t>
      </w:r>
      <w:r w:rsidRPr="000767E2">
        <w:rPr>
          <w:lang w:val="sv-SE"/>
        </w:rPr>
        <w:br/>
        <w:t>Bered Herrens väg! Gör raka hans stigar!{{field-off:bible}}</w:t>
      </w:r>
      <w:r w:rsidRPr="000767E2">
        <w:rPr>
          <w:lang w:val="sv-SE"/>
        </w:rPr>
        <w:br/>
        <w:t>[[@</w:t>
      </w:r>
      <w:r w:rsidR="0096445B" w:rsidRPr="000767E2">
        <w:rPr>
          <w:lang w:val="sv-SE"/>
        </w:rPr>
        <w:t>BibleBIBEL82</w:t>
      </w:r>
      <w:r w:rsidRPr="000767E2">
        <w:rPr>
          <w:lang w:val="sv-SE"/>
        </w:rPr>
        <w:t>:Luke 3:5]]</w:t>
      </w:r>
      <w:r w:rsidRPr="000767E2">
        <w:rPr>
          <w:vertAlign w:val="superscript"/>
          <w:lang w:val="sv-SE"/>
        </w:rPr>
        <w:t>5</w:t>
      </w:r>
      <w:r w:rsidRPr="000767E2">
        <w:rPr>
          <w:lang w:val="sv-SE"/>
        </w:rPr>
        <w:t xml:space="preserve"> {{field-on:bible}}Varje klyfta ska uppfyllas och varje berg och kulle ödmjukas.</w:t>
      </w:r>
      <w:r w:rsidRPr="000767E2">
        <w:rPr>
          <w:lang w:val="sv-SE"/>
        </w:rPr>
        <w:br/>
        <w:t>Och det krokiga ska bli till rakt, och de skrovliga till släta vägar.{{field-off:bible}}</w:t>
      </w:r>
      <w:r w:rsidRPr="000767E2">
        <w:rPr>
          <w:lang w:val="sv-SE"/>
        </w:rPr>
        <w:br/>
        <w:t>[[@</w:t>
      </w:r>
      <w:r w:rsidR="0096445B" w:rsidRPr="000767E2">
        <w:rPr>
          <w:lang w:val="sv-SE"/>
        </w:rPr>
        <w:t>BibleBIBEL82</w:t>
      </w:r>
      <w:r w:rsidRPr="000767E2">
        <w:rPr>
          <w:lang w:val="sv-SE"/>
        </w:rPr>
        <w:t>:Luke 3:6]]</w:t>
      </w:r>
      <w:r w:rsidRPr="000767E2">
        <w:rPr>
          <w:vertAlign w:val="superscript"/>
          <w:lang w:val="sv-SE"/>
        </w:rPr>
        <w:t>6</w:t>
      </w:r>
      <w:r w:rsidRPr="000767E2">
        <w:rPr>
          <w:lang w:val="sv-SE"/>
        </w:rPr>
        <w:t xml:space="preserve"> {{field-on:bible}}Och allt kött ska se Guds frälsning.{{field-off:bible}}</w:t>
      </w:r>
    </w:p>
    <w:p w14:paraId="6065414D" w14:textId="6B71BF90" w:rsidR="00BA33AB" w:rsidRPr="000767E2" w:rsidRDefault="00000000">
      <w:pPr>
        <w:rPr>
          <w:lang w:val="sv-SE"/>
        </w:rPr>
      </w:pPr>
      <w:r w:rsidRPr="000767E2">
        <w:rPr>
          <w:lang w:val="sv-SE"/>
        </w:rPr>
        <w:t>[[@</w:t>
      </w:r>
      <w:r w:rsidR="0096445B" w:rsidRPr="000767E2">
        <w:rPr>
          <w:lang w:val="sv-SE"/>
        </w:rPr>
        <w:t>BibleBIBEL82</w:t>
      </w:r>
      <w:r w:rsidRPr="000767E2">
        <w:rPr>
          <w:lang w:val="sv-SE"/>
        </w:rPr>
        <w:t>:Luke 3:7]]</w:t>
      </w:r>
      <w:r w:rsidRPr="000767E2">
        <w:rPr>
          <w:vertAlign w:val="superscript"/>
          <w:lang w:val="sv-SE"/>
        </w:rPr>
        <w:t>7</w:t>
      </w:r>
      <w:r w:rsidRPr="000767E2">
        <w:rPr>
          <w:lang w:val="sv-SE"/>
        </w:rPr>
        <w:t xml:space="preserve"> {{field-on:bible}}Han sade nu till skarorna som gick ut </w:t>
      </w:r>
      <w:r w:rsidRPr="000767E2">
        <w:rPr>
          <w:i/>
          <w:lang w:val="sv-SE"/>
        </w:rPr>
        <w:t>för</w:t>
      </w:r>
      <w:r w:rsidRPr="000767E2">
        <w:rPr>
          <w:lang w:val="sv-SE"/>
        </w:rPr>
        <w:t xml:space="preserve"> att döpas av honom: ”Huggormsyngel! Vem har visat er att fly från den kommande vreden?{{field-off:bible}} [[@</w:t>
      </w:r>
      <w:r w:rsidR="0096445B" w:rsidRPr="000767E2">
        <w:rPr>
          <w:lang w:val="sv-SE"/>
        </w:rPr>
        <w:t>BibleBIBEL82</w:t>
      </w:r>
      <w:r w:rsidRPr="000767E2">
        <w:rPr>
          <w:lang w:val="sv-SE"/>
        </w:rPr>
        <w:t>:Luke 3:8]]</w:t>
      </w:r>
      <w:r w:rsidRPr="000767E2">
        <w:rPr>
          <w:vertAlign w:val="superscript"/>
          <w:lang w:val="sv-SE"/>
        </w:rPr>
        <w:t>8</w:t>
      </w:r>
      <w:r w:rsidRPr="000767E2">
        <w:rPr>
          <w:lang w:val="sv-SE"/>
        </w:rPr>
        <w:t xml:space="preserve"> {{field-on:bible}}Gör då frukter värdiga sinnesändringen. Och börja inte säga inom er: </w:t>
      </w:r>
      <w:r w:rsidRPr="000767E2">
        <w:rPr>
          <w:i/>
          <w:lang w:val="sv-SE"/>
        </w:rPr>
        <w:t>Som</w:t>
      </w:r>
      <w:r w:rsidRPr="000767E2">
        <w:rPr>
          <w:lang w:val="sv-SE"/>
        </w:rPr>
        <w:t xml:space="preserve"> far har vi Abraham. För jag säger er att Gud ur dessa stenar kan resa upp barn åt Abraham.{{field-off:bible}} [[@</w:t>
      </w:r>
      <w:r w:rsidR="0096445B" w:rsidRPr="000767E2">
        <w:rPr>
          <w:lang w:val="sv-SE"/>
        </w:rPr>
        <w:t>BibleBIBEL82</w:t>
      </w:r>
      <w:r w:rsidRPr="000767E2">
        <w:rPr>
          <w:lang w:val="sv-SE"/>
        </w:rPr>
        <w:t>:Luke 3:9]]</w:t>
      </w:r>
      <w:r w:rsidRPr="000767E2">
        <w:rPr>
          <w:vertAlign w:val="superscript"/>
          <w:lang w:val="sv-SE"/>
        </w:rPr>
        <w:t>9</w:t>
      </w:r>
      <w:r w:rsidRPr="000767E2">
        <w:rPr>
          <w:lang w:val="sv-SE"/>
        </w:rPr>
        <w:t xml:space="preserve"> {{field-on:bible}}Och redan ligger också yxan mot trädens rot. Varje träd som inte gör god frukt huggs alltså bort och kastas i eld.”{{field-off:bible}}</w:t>
      </w:r>
    </w:p>
    <w:p w14:paraId="2787077B" w14:textId="1A69C058" w:rsidR="00BA33AB" w:rsidRPr="000767E2" w:rsidRDefault="00000000">
      <w:pPr>
        <w:rPr>
          <w:lang w:val="sv-SE"/>
        </w:rPr>
      </w:pPr>
      <w:r w:rsidRPr="000767E2">
        <w:rPr>
          <w:lang w:val="sv-SE"/>
        </w:rPr>
        <w:t>[[@</w:t>
      </w:r>
      <w:r w:rsidR="0096445B" w:rsidRPr="000767E2">
        <w:rPr>
          <w:lang w:val="sv-SE"/>
        </w:rPr>
        <w:t>BibleBIBEL82</w:t>
      </w:r>
      <w:r w:rsidRPr="000767E2">
        <w:rPr>
          <w:lang w:val="sv-SE"/>
        </w:rPr>
        <w:t>:Luke 3:10]]</w:t>
      </w:r>
      <w:r w:rsidRPr="000767E2">
        <w:rPr>
          <w:vertAlign w:val="superscript"/>
          <w:lang w:val="sv-SE"/>
        </w:rPr>
        <w:t>10</w:t>
      </w:r>
      <w:r w:rsidRPr="000767E2">
        <w:rPr>
          <w:lang w:val="sv-SE"/>
        </w:rPr>
        <w:t xml:space="preserve"> {{field-on:bible}}Och </w:t>
      </w:r>
      <w:r w:rsidRPr="000767E2">
        <w:rPr>
          <w:i/>
          <w:lang w:val="sv-SE"/>
        </w:rPr>
        <w:t>nu</w:t>
      </w:r>
      <w:r w:rsidRPr="000767E2">
        <w:rPr>
          <w:lang w:val="sv-SE"/>
        </w:rPr>
        <w:t xml:space="preserve"> frågade honom skarorna och sade: ”Vad ska vi då göra?”{{field-off:bible}} [[@</w:t>
      </w:r>
      <w:r w:rsidR="0096445B" w:rsidRPr="000767E2">
        <w:rPr>
          <w:lang w:val="sv-SE"/>
        </w:rPr>
        <w:t>BibleBIBEL82</w:t>
      </w:r>
      <w:r w:rsidRPr="000767E2">
        <w:rPr>
          <w:lang w:val="sv-SE"/>
        </w:rPr>
        <w:t>:Luke 3:11]]</w:t>
      </w:r>
      <w:r w:rsidRPr="000767E2">
        <w:rPr>
          <w:vertAlign w:val="superscript"/>
          <w:lang w:val="sv-SE"/>
        </w:rPr>
        <w:t>11</w:t>
      </w:r>
      <w:r w:rsidRPr="000767E2">
        <w:rPr>
          <w:lang w:val="sv-SE"/>
        </w:rPr>
        <w:t xml:space="preserve"> {{field-on:bible}}Och han svarade och sade till dem: ”Den som har två tunikor ska dela med sig till den som inte har. Och den som har matämnen ska göra likadant.”{{field-off:bible}}</w:t>
      </w:r>
    </w:p>
    <w:p w14:paraId="0236D1BA" w14:textId="32F88764" w:rsidR="00BA33AB" w:rsidRPr="000767E2" w:rsidRDefault="00000000">
      <w:pPr>
        <w:rPr>
          <w:lang w:val="sv-SE"/>
        </w:rPr>
      </w:pPr>
      <w:r w:rsidRPr="000767E2">
        <w:rPr>
          <w:lang w:val="sv-SE"/>
        </w:rPr>
        <w:t>[[@</w:t>
      </w:r>
      <w:r w:rsidR="0096445B" w:rsidRPr="000767E2">
        <w:rPr>
          <w:lang w:val="sv-SE"/>
        </w:rPr>
        <w:t>BibleBIBEL82</w:t>
      </w:r>
      <w:r w:rsidRPr="000767E2">
        <w:rPr>
          <w:lang w:val="sv-SE"/>
        </w:rPr>
        <w:t>:Luke 3:12]]</w:t>
      </w:r>
      <w:r w:rsidRPr="000767E2">
        <w:rPr>
          <w:vertAlign w:val="superscript"/>
          <w:lang w:val="sv-SE"/>
        </w:rPr>
        <w:t>12</w:t>
      </w:r>
      <w:r w:rsidRPr="000767E2">
        <w:rPr>
          <w:lang w:val="sv-SE"/>
        </w:rPr>
        <w:t xml:space="preserve"> {{field-on:bible}}Men </w:t>
      </w:r>
      <w:r w:rsidRPr="000767E2">
        <w:rPr>
          <w:i/>
          <w:lang w:val="sv-SE"/>
        </w:rPr>
        <w:t>det</w:t>
      </w:r>
      <w:r w:rsidRPr="000767E2">
        <w:rPr>
          <w:lang w:val="sv-SE"/>
        </w:rPr>
        <w:t xml:space="preserve"> kom även tullindrivare </w:t>
      </w:r>
      <w:r w:rsidRPr="000767E2">
        <w:rPr>
          <w:i/>
          <w:lang w:val="sv-SE"/>
        </w:rPr>
        <w:t>för</w:t>
      </w:r>
      <w:r w:rsidRPr="000767E2">
        <w:rPr>
          <w:lang w:val="sv-SE"/>
        </w:rPr>
        <w:t xml:space="preserve"> att bli döpta, och de sade till honom: ”Lärare, vad ska vi göra?”{{field-off:bible}} [[@</w:t>
      </w:r>
      <w:r w:rsidR="0096445B" w:rsidRPr="000767E2">
        <w:rPr>
          <w:lang w:val="sv-SE"/>
        </w:rPr>
        <w:t>BibleBIBEL82</w:t>
      </w:r>
      <w:r w:rsidRPr="000767E2">
        <w:rPr>
          <w:lang w:val="sv-SE"/>
        </w:rPr>
        <w:t>:Luke 3:13]]</w:t>
      </w:r>
      <w:r w:rsidRPr="000767E2">
        <w:rPr>
          <w:vertAlign w:val="superscript"/>
          <w:lang w:val="sv-SE"/>
        </w:rPr>
        <w:t>13</w:t>
      </w:r>
      <w:r w:rsidRPr="000767E2">
        <w:rPr>
          <w:lang w:val="sv-SE"/>
        </w:rPr>
        <w:t xml:space="preserve"> {{field-on:bible}}Och han sade till dem: ”Inget mer än det </w:t>
      </w:r>
      <w:r w:rsidRPr="000767E2">
        <w:rPr>
          <w:i/>
          <w:lang w:val="sv-SE"/>
        </w:rPr>
        <w:t>som är</w:t>
      </w:r>
      <w:r w:rsidRPr="000767E2">
        <w:rPr>
          <w:lang w:val="sv-SE"/>
        </w:rPr>
        <w:t xml:space="preserve"> förordnat för er ska ni ta ut.”{{field-off:bible}}</w:t>
      </w:r>
    </w:p>
    <w:p w14:paraId="0C189075" w14:textId="4D821A28" w:rsidR="00BA33AB" w:rsidRPr="000767E2" w:rsidRDefault="00000000">
      <w:pPr>
        <w:rPr>
          <w:lang w:val="sv-SE"/>
        </w:rPr>
      </w:pPr>
      <w:r w:rsidRPr="000767E2">
        <w:rPr>
          <w:lang w:val="sv-SE"/>
        </w:rPr>
        <w:t>[[@</w:t>
      </w:r>
      <w:r w:rsidR="0096445B" w:rsidRPr="000767E2">
        <w:rPr>
          <w:lang w:val="sv-SE"/>
        </w:rPr>
        <w:t>BibleBIBEL82</w:t>
      </w:r>
      <w:r w:rsidRPr="000767E2">
        <w:rPr>
          <w:lang w:val="sv-SE"/>
        </w:rPr>
        <w:t>:Luke 3:14]]</w:t>
      </w:r>
      <w:r w:rsidRPr="000767E2">
        <w:rPr>
          <w:vertAlign w:val="superscript"/>
          <w:lang w:val="sv-SE"/>
        </w:rPr>
        <w:t>14</w:t>
      </w:r>
      <w:r w:rsidRPr="000767E2">
        <w:rPr>
          <w:lang w:val="sv-SE"/>
        </w:rPr>
        <w:t xml:space="preserve"> {{field-on:bible}}Men </w:t>
      </w:r>
      <w:r w:rsidRPr="000767E2">
        <w:rPr>
          <w:i/>
          <w:lang w:val="sv-SE"/>
        </w:rPr>
        <w:t>sedan</w:t>
      </w:r>
      <w:r w:rsidRPr="000767E2">
        <w:rPr>
          <w:lang w:val="sv-SE"/>
        </w:rPr>
        <w:t xml:space="preserve"> frågade honom även soldater och sade: ”Vad ska vi göra, också vi?” Och han sade till dem: ”Ingen ska ni utplundra eller utpressa. Och nöj er med er sold.”{{field-off:bible}}</w:t>
      </w:r>
    </w:p>
    <w:p w14:paraId="256AA1B7" w14:textId="4D550F97" w:rsidR="00BA33AB" w:rsidRPr="000767E2" w:rsidRDefault="00000000">
      <w:pPr>
        <w:rPr>
          <w:lang w:val="sv-SE"/>
        </w:rPr>
      </w:pPr>
      <w:r w:rsidRPr="000767E2">
        <w:rPr>
          <w:lang w:val="sv-SE"/>
        </w:rPr>
        <w:t>[[@</w:t>
      </w:r>
      <w:r w:rsidR="0096445B" w:rsidRPr="000767E2">
        <w:rPr>
          <w:lang w:val="sv-SE"/>
        </w:rPr>
        <w:t>BibleBIBEL82</w:t>
      </w:r>
      <w:r w:rsidRPr="000767E2">
        <w:rPr>
          <w:lang w:val="sv-SE"/>
        </w:rPr>
        <w:t>:Luke 3:15]]</w:t>
      </w:r>
      <w:r w:rsidRPr="000767E2">
        <w:rPr>
          <w:vertAlign w:val="superscript"/>
          <w:lang w:val="sv-SE"/>
        </w:rPr>
        <w:t>15</w:t>
      </w:r>
      <w:r w:rsidRPr="000767E2">
        <w:rPr>
          <w:lang w:val="sv-SE"/>
        </w:rPr>
        <w:t xml:space="preserve"> {{field-on:bible}}Men när folket var i förväntan och alla funderade i sina hjärtan om Johannes, </w:t>
      </w:r>
      <w:r w:rsidRPr="000767E2">
        <w:rPr>
          <w:i/>
          <w:lang w:val="sv-SE"/>
        </w:rPr>
        <w:t>att</w:t>
      </w:r>
      <w:r w:rsidRPr="000767E2">
        <w:rPr>
          <w:lang w:val="sv-SE"/>
        </w:rPr>
        <w:t xml:space="preserve"> kanske han kunde vara Kristus,{{field-off:bible}} [[@</w:t>
      </w:r>
      <w:r w:rsidR="0096445B" w:rsidRPr="000767E2">
        <w:rPr>
          <w:lang w:val="sv-SE"/>
        </w:rPr>
        <w:t>BibleBIBEL82</w:t>
      </w:r>
      <w:r w:rsidRPr="000767E2">
        <w:rPr>
          <w:lang w:val="sv-SE"/>
        </w:rPr>
        <w:t>:Luke 3:16]]</w:t>
      </w:r>
      <w:r w:rsidRPr="000767E2">
        <w:rPr>
          <w:vertAlign w:val="superscript"/>
          <w:lang w:val="sv-SE"/>
        </w:rPr>
        <w:t>16</w:t>
      </w:r>
      <w:r w:rsidRPr="000767E2">
        <w:rPr>
          <w:lang w:val="sv-SE"/>
        </w:rPr>
        <w:t xml:space="preserve"> {{field-on:bible}}svarade Johannes och sade till alla: ”Jag döper er med vatten. Men </w:t>
      </w:r>
      <w:r w:rsidRPr="000767E2">
        <w:rPr>
          <w:i/>
          <w:lang w:val="sv-SE"/>
        </w:rPr>
        <w:t>det</w:t>
      </w:r>
      <w:r w:rsidRPr="000767E2">
        <w:rPr>
          <w:lang w:val="sv-SE"/>
        </w:rPr>
        <w:t xml:space="preserve"> kommer den som är starkare än jag, </w:t>
      </w:r>
      <w:r w:rsidRPr="000767E2">
        <w:rPr>
          <w:i/>
          <w:lang w:val="sv-SE"/>
        </w:rPr>
        <w:t>och</w:t>
      </w:r>
      <w:r w:rsidRPr="000767E2">
        <w:rPr>
          <w:lang w:val="sv-SE"/>
        </w:rPr>
        <w:t xml:space="preserve"> jag är inte förtjänt att lossa remmen från hans sandaler. Han ska döpa er i helig Ande och eld.{{field-off:bible}} [[@</w:t>
      </w:r>
      <w:r w:rsidR="0096445B" w:rsidRPr="000767E2">
        <w:rPr>
          <w:lang w:val="sv-SE"/>
        </w:rPr>
        <w:t>BibleBIBEL82</w:t>
      </w:r>
      <w:r w:rsidRPr="000767E2">
        <w:rPr>
          <w:lang w:val="sv-SE"/>
        </w:rPr>
        <w:t>:Luke 3:17]]</w:t>
      </w:r>
      <w:r w:rsidRPr="000767E2">
        <w:rPr>
          <w:vertAlign w:val="superscript"/>
          <w:lang w:val="sv-SE"/>
        </w:rPr>
        <w:t>17</w:t>
      </w:r>
      <w:r w:rsidRPr="000767E2">
        <w:rPr>
          <w:lang w:val="sv-SE"/>
        </w:rPr>
        <w:t xml:space="preserve"> {{field-on:bible}}Hans kastskovel </w:t>
      </w:r>
      <w:r w:rsidRPr="000767E2">
        <w:rPr>
          <w:i/>
          <w:lang w:val="sv-SE"/>
        </w:rPr>
        <w:t>är</w:t>
      </w:r>
      <w:r w:rsidRPr="000767E2">
        <w:rPr>
          <w:lang w:val="sv-SE"/>
        </w:rPr>
        <w:t xml:space="preserve"> i hans hand, </w:t>
      </w:r>
      <w:r w:rsidRPr="000767E2">
        <w:rPr>
          <w:i/>
          <w:lang w:val="sv-SE"/>
        </w:rPr>
        <w:t>för</w:t>
      </w:r>
      <w:r w:rsidRPr="000767E2">
        <w:rPr>
          <w:lang w:val="sv-SE"/>
        </w:rPr>
        <w:t xml:space="preserve"> att rensa hans tröskplats och samla vetet in i hans lada. Men agnarna ska han bränna upp med osläckbar eld.”{{field-off:bible}} [[@</w:t>
      </w:r>
      <w:r w:rsidR="0096445B" w:rsidRPr="000767E2">
        <w:rPr>
          <w:lang w:val="sv-SE"/>
        </w:rPr>
        <w:t>BibleBIBEL82</w:t>
      </w:r>
      <w:r w:rsidRPr="000767E2">
        <w:rPr>
          <w:lang w:val="sv-SE"/>
        </w:rPr>
        <w:t>:Luke 3:18]]</w:t>
      </w:r>
      <w:r w:rsidRPr="000767E2">
        <w:rPr>
          <w:vertAlign w:val="superscript"/>
          <w:lang w:val="sv-SE"/>
        </w:rPr>
        <w:t>18</w:t>
      </w:r>
      <w:r w:rsidRPr="000767E2">
        <w:rPr>
          <w:lang w:val="sv-SE"/>
        </w:rPr>
        <w:t xml:space="preserve"> {{field-on:bible}}</w:t>
      </w:r>
      <w:r w:rsidRPr="000767E2">
        <w:rPr>
          <w:i/>
          <w:lang w:val="sv-SE"/>
        </w:rPr>
        <w:t>Med</w:t>
      </w:r>
      <w:r w:rsidRPr="000767E2">
        <w:rPr>
          <w:lang w:val="sv-SE"/>
        </w:rPr>
        <w:t xml:space="preserve"> mycket och annat uppmanade han nu och evangeliserade folket.{{field-off:bible}}</w:t>
      </w:r>
    </w:p>
    <w:p w14:paraId="06CA9F59" w14:textId="36200EF0" w:rsidR="00BA33AB" w:rsidRPr="000767E2" w:rsidRDefault="00000000">
      <w:pPr>
        <w:rPr>
          <w:lang w:val="sv-SE"/>
        </w:rPr>
      </w:pPr>
      <w:r w:rsidRPr="000767E2">
        <w:rPr>
          <w:lang w:val="sv-SE"/>
        </w:rPr>
        <w:t>[[@</w:t>
      </w:r>
      <w:r w:rsidR="0096445B" w:rsidRPr="000767E2">
        <w:rPr>
          <w:lang w:val="sv-SE"/>
        </w:rPr>
        <w:t>BibleBIBEL82</w:t>
      </w:r>
      <w:r w:rsidRPr="000767E2">
        <w:rPr>
          <w:lang w:val="sv-SE"/>
        </w:rPr>
        <w:t>:Luke 3:19]]</w:t>
      </w:r>
      <w:r w:rsidRPr="000767E2">
        <w:rPr>
          <w:vertAlign w:val="superscript"/>
          <w:lang w:val="sv-SE"/>
        </w:rPr>
        <w:t>19</w:t>
      </w:r>
      <w:r w:rsidRPr="000767E2">
        <w:rPr>
          <w:lang w:val="sv-SE"/>
        </w:rPr>
        <w:t xml:space="preserve"> {{field-on:bible}}Men när Herodes tetrarken blev tillrättavisad av honom för Herodias, hans brors hustru, och för allt ont som Herodes hade gjort,{{field-</w:t>
      </w:r>
      <w:r w:rsidRPr="000767E2">
        <w:rPr>
          <w:lang w:val="sv-SE"/>
        </w:rPr>
        <w:lastRenderedPageBreak/>
        <w:t>off:bible}} [[@</w:t>
      </w:r>
      <w:r w:rsidR="0096445B" w:rsidRPr="000767E2">
        <w:rPr>
          <w:lang w:val="sv-SE"/>
        </w:rPr>
        <w:t>BibleBIBEL82</w:t>
      </w:r>
      <w:r w:rsidRPr="000767E2">
        <w:rPr>
          <w:lang w:val="sv-SE"/>
        </w:rPr>
        <w:t>:Luke 3:20]]</w:t>
      </w:r>
      <w:r w:rsidRPr="000767E2">
        <w:rPr>
          <w:vertAlign w:val="superscript"/>
          <w:lang w:val="sv-SE"/>
        </w:rPr>
        <w:t>20</w:t>
      </w:r>
      <w:r w:rsidRPr="000767E2">
        <w:rPr>
          <w:lang w:val="sv-SE"/>
        </w:rPr>
        <w:t xml:space="preserve"> {{field-on:bible}}lade han även detta till allt [och] spärrade in Johannes i fängelse.{{field-off:bible}}</w:t>
      </w:r>
    </w:p>
    <w:p w14:paraId="264FD491" w14:textId="77777777" w:rsidR="00BA33AB" w:rsidRPr="000767E2" w:rsidRDefault="00000000">
      <w:pPr>
        <w:pStyle w:val="Rubrik3"/>
        <w:rPr>
          <w:lang w:val="sv-SE"/>
        </w:rPr>
      </w:pPr>
      <w:r w:rsidRPr="000767E2">
        <w:rPr>
          <w:lang w:val="sv-SE"/>
        </w:rPr>
        <w:t>Jesu dop</w:t>
      </w:r>
    </w:p>
    <w:p w14:paraId="5F9A757C" w14:textId="441F64D6" w:rsidR="00BA33AB" w:rsidRPr="000767E2" w:rsidRDefault="00000000">
      <w:pPr>
        <w:rPr>
          <w:lang w:val="sv-SE"/>
        </w:rPr>
      </w:pPr>
      <w:r w:rsidRPr="000767E2">
        <w:rPr>
          <w:lang w:val="sv-SE"/>
        </w:rPr>
        <w:t>[[@</w:t>
      </w:r>
      <w:r w:rsidR="0096445B" w:rsidRPr="000767E2">
        <w:rPr>
          <w:lang w:val="sv-SE"/>
        </w:rPr>
        <w:t>BibleBIBEL82</w:t>
      </w:r>
      <w:r w:rsidRPr="000767E2">
        <w:rPr>
          <w:lang w:val="sv-SE"/>
        </w:rPr>
        <w:t>:Luke 3:21]]</w:t>
      </w:r>
      <w:r w:rsidRPr="000767E2">
        <w:rPr>
          <w:vertAlign w:val="superscript"/>
          <w:lang w:val="sv-SE"/>
        </w:rPr>
        <w:t>21</w:t>
      </w:r>
      <w:r w:rsidRPr="000767E2">
        <w:rPr>
          <w:lang w:val="sv-SE"/>
        </w:rPr>
        <w:t xml:space="preserve"> {{field-on:bible}}Men det hände sig, under det att folket alltsammans döptes och när även Jesus blivit döpt och bad, att himlen öppnades{{field-off:bible}} [[@</w:t>
      </w:r>
      <w:r w:rsidR="0096445B" w:rsidRPr="000767E2">
        <w:rPr>
          <w:lang w:val="sv-SE"/>
        </w:rPr>
        <w:t>BibleBIBEL82</w:t>
      </w:r>
      <w:r w:rsidRPr="000767E2">
        <w:rPr>
          <w:lang w:val="sv-SE"/>
        </w:rPr>
        <w:t>:Luke 3:22]]</w:t>
      </w:r>
      <w:r w:rsidRPr="000767E2">
        <w:rPr>
          <w:vertAlign w:val="superscript"/>
          <w:lang w:val="sv-SE"/>
        </w:rPr>
        <w:t>22</w:t>
      </w:r>
      <w:r w:rsidRPr="000767E2">
        <w:rPr>
          <w:lang w:val="sv-SE"/>
        </w:rPr>
        <w:t xml:space="preserve"> {{field-on:bible}}och den heliga Anden kom ner i kroppslig skepnad som en duva över honom, och att en röst från himlen kom: ”Du är min Son, den Älskade. I dig har jag funnit behag.”{{field-off:bible}}</w:t>
      </w:r>
    </w:p>
    <w:p w14:paraId="4399FE16" w14:textId="77777777" w:rsidR="00BA33AB" w:rsidRPr="000767E2" w:rsidRDefault="00000000">
      <w:pPr>
        <w:pStyle w:val="Rubrik3"/>
        <w:rPr>
          <w:lang w:val="sv-SE"/>
        </w:rPr>
      </w:pPr>
      <w:r w:rsidRPr="000767E2">
        <w:rPr>
          <w:lang w:val="sv-SE"/>
        </w:rPr>
        <w:t>Jesu släkttavla</w:t>
      </w:r>
    </w:p>
    <w:p w14:paraId="05B560AC" w14:textId="6D81E9C3" w:rsidR="00BA33AB" w:rsidRPr="000767E2" w:rsidRDefault="00000000">
      <w:pPr>
        <w:rPr>
          <w:lang w:val="sv-SE"/>
        </w:rPr>
      </w:pPr>
      <w:r w:rsidRPr="000767E2">
        <w:rPr>
          <w:lang w:val="sv-SE"/>
        </w:rPr>
        <w:t>[[@</w:t>
      </w:r>
      <w:r w:rsidR="0096445B" w:rsidRPr="000767E2">
        <w:rPr>
          <w:lang w:val="sv-SE"/>
        </w:rPr>
        <w:t>BibleBIBEL82</w:t>
      </w:r>
      <w:r w:rsidRPr="000767E2">
        <w:rPr>
          <w:lang w:val="sv-SE"/>
        </w:rPr>
        <w:t>:Luke 3:23]]</w:t>
      </w:r>
      <w:r w:rsidRPr="000767E2">
        <w:rPr>
          <w:vertAlign w:val="superscript"/>
          <w:lang w:val="sv-SE"/>
        </w:rPr>
        <w:t>23</w:t>
      </w:r>
      <w:r w:rsidRPr="000767E2">
        <w:rPr>
          <w:lang w:val="sv-SE"/>
        </w:rPr>
        <w:t xml:space="preserve"> {{field-on:bible}}Och själv var Jesus när han började ungefär trettio år. Och han var son, som det antogs,{{field-off:bible}}</w:t>
      </w:r>
    </w:p>
    <w:p w14:paraId="1A4A4F53" w14:textId="367998DD" w:rsidR="00BA33AB" w:rsidRPr="000767E2" w:rsidRDefault="00000000">
      <w:pPr>
        <w:rPr>
          <w:lang w:val="sv-SE"/>
        </w:rPr>
      </w:pPr>
      <w:r w:rsidRPr="000767E2">
        <w:rPr>
          <w:lang w:val="sv-SE"/>
        </w:rPr>
        <w:t>{{field-on:bible}}till Josef, till Heli,{{field-off:bible}}</w:t>
      </w:r>
      <w:r w:rsidRPr="000767E2">
        <w:rPr>
          <w:lang w:val="sv-SE"/>
        </w:rPr>
        <w:br/>
        <w:t>[[@</w:t>
      </w:r>
      <w:r w:rsidR="0096445B" w:rsidRPr="000767E2">
        <w:rPr>
          <w:lang w:val="sv-SE"/>
        </w:rPr>
        <w:t>BibleBIBEL82</w:t>
      </w:r>
      <w:r w:rsidRPr="000767E2">
        <w:rPr>
          <w:lang w:val="sv-SE"/>
        </w:rPr>
        <w:t>:Luke 3:24]]</w:t>
      </w:r>
      <w:r w:rsidRPr="000767E2">
        <w:rPr>
          <w:vertAlign w:val="superscript"/>
          <w:lang w:val="sv-SE"/>
        </w:rPr>
        <w:t>24</w:t>
      </w:r>
      <w:r w:rsidRPr="000767E2">
        <w:rPr>
          <w:lang w:val="sv-SE"/>
        </w:rPr>
        <w:t xml:space="preserve"> {{field-on:bible}}till Matthat, till Levi, till Melchi, till Jannai, till Josef,{{field-off:bible}}</w:t>
      </w:r>
      <w:r w:rsidRPr="000767E2">
        <w:rPr>
          <w:lang w:val="sv-SE"/>
        </w:rPr>
        <w:br/>
        <w:t>[[@</w:t>
      </w:r>
      <w:r w:rsidR="0096445B" w:rsidRPr="000767E2">
        <w:rPr>
          <w:lang w:val="sv-SE"/>
        </w:rPr>
        <w:t>BibleBIBEL82</w:t>
      </w:r>
      <w:r w:rsidRPr="000767E2">
        <w:rPr>
          <w:lang w:val="sv-SE"/>
        </w:rPr>
        <w:t>:Luke 3:25]]</w:t>
      </w:r>
      <w:r w:rsidRPr="000767E2">
        <w:rPr>
          <w:vertAlign w:val="superscript"/>
          <w:lang w:val="sv-SE"/>
        </w:rPr>
        <w:t>25</w:t>
      </w:r>
      <w:r w:rsidRPr="000767E2">
        <w:rPr>
          <w:lang w:val="sv-SE"/>
        </w:rPr>
        <w:t xml:space="preserve"> {{field-on:bible}}till Mattathias, till Amos, till Nahum, till Hesli, till Naggai,{{field-off:bible}}</w:t>
      </w:r>
      <w:r w:rsidRPr="000767E2">
        <w:rPr>
          <w:lang w:val="sv-SE"/>
        </w:rPr>
        <w:br/>
        <w:t>[[@</w:t>
      </w:r>
      <w:r w:rsidR="0096445B" w:rsidRPr="000767E2">
        <w:rPr>
          <w:lang w:val="sv-SE"/>
        </w:rPr>
        <w:t>BibleBIBEL82</w:t>
      </w:r>
      <w:r w:rsidRPr="000767E2">
        <w:rPr>
          <w:lang w:val="sv-SE"/>
        </w:rPr>
        <w:t>:Luke 3:26]]</w:t>
      </w:r>
      <w:r w:rsidRPr="000767E2">
        <w:rPr>
          <w:vertAlign w:val="superscript"/>
          <w:lang w:val="sv-SE"/>
        </w:rPr>
        <w:t>26</w:t>
      </w:r>
      <w:r w:rsidRPr="000767E2">
        <w:rPr>
          <w:lang w:val="sv-SE"/>
        </w:rPr>
        <w:t xml:space="preserve"> {{field-on:bible}}till Mahath, till Mattathias, till Semein, till Josech, till Joda,{{field-off:bible}}</w:t>
      </w:r>
      <w:r w:rsidRPr="000767E2">
        <w:rPr>
          <w:lang w:val="sv-SE"/>
        </w:rPr>
        <w:br/>
        <w:t>[[@</w:t>
      </w:r>
      <w:r w:rsidR="0096445B" w:rsidRPr="000767E2">
        <w:rPr>
          <w:lang w:val="sv-SE"/>
        </w:rPr>
        <w:t>BibleBIBEL82</w:t>
      </w:r>
      <w:r w:rsidRPr="000767E2">
        <w:rPr>
          <w:lang w:val="sv-SE"/>
        </w:rPr>
        <w:t>:Luke 3:27]]</w:t>
      </w:r>
      <w:r w:rsidRPr="000767E2">
        <w:rPr>
          <w:vertAlign w:val="superscript"/>
          <w:lang w:val="sv-SE"/>
        </w:rPr>
        <w:t>27</w:t>
      </w:r>
      <w:r w:rsidRPr="000767E2">
        <w:rPr>
          <w:lang w:val="sv-SE"/>
        </w:rPr>
        <w:t xml:space="preserve"> {{field-on:bible}}till Johanan, till Resa, till Zorobabel, till Salathiel, till Neri,{{field-off:bible}}</w:t>
      </w:r>
      <w:r w:rsidRPr="000767E2">
        <w:rPr>
          <w:lang w:val="sv-SE"/>
        </w:rPr>
        <w:br/>
        <w:t>[[@</w:t>
      </w:r>
      <w:r w:rsidR="0096445B" w:rsidRPr="000767E2">
        <w:rPr>
          <w:lang w:val="sv-SE"/>
        </w:rPr>
        <w:t>BibleBIBEL82</w:t>
      </w:r>
      <w:r w:rsidRPr="000767E2">
        <w:rPr>
          <w:lang w:val="sv-SE"/>
        </w:rPr>
        <w:t>:Luke 3:28]]</w:t>
      </w:r>
      <w:r w:rsidRPr="000767E2">
        <w:rPr>
          <w:vertAlign w:val="superscript"/>
          <w:lang w:val="sv-SE"/>
        </w:rPr>
        <w:t>28</w:t>
      </w:r>
      <w:r w:rsidRPr="000767E2">
        <w:rPr>
          <w:lang w:val="sv-SE"/>
        </w:rPr>
        <w:t xml:space="preserve"> {{field-on:bible}}till Melchi, till Addi, till Kosam, till Elmadam, till Er,{{field-off:bible}}</w:t>
      </w:r>
      <w:r w:rsidRPr="000767E2">
        <w:rPr>
          <w:lang w:val="sv-SE"/>
        </w:rPr>
        <w:br/>
        <w:t>[[@</w:t>
      </w:r>
      <w:r w:rsidR="0096445B" w:rsidRPr="000767E2">
        <w:rPr>
          <w:lang w:val="sv-SE"/>
        </w:rPr>
        <w:t>BibleBIBEL82</w:t>
      </w:r>
      <w:r w:rsidRPr="000767E2">
        <w:rPr>
          <w:lang w:val="sv-SE"/>
        </w:rPr>
        <w:t>:Luke 3:29]]</w:t>
      </w:r>
      <w:r w:rsidRPr="000767E2">
        <w:rPr>
          <w:vertAlign w:val="superscript"/>
          <w:lang w:val="sv-SE"/>
        </w:rPr>
        <w:t>29</w:t>
      </w:r>
      <w:r w:rsidRPr="000767E2">
        <w:rPr>
          <w:lang w:val="sv-SE"/>
        </w:rPr>
        <w:t xml:space="preserve"> {{field-on:bible}}till Jesus, till Eliezer, till Jorim, till Matthat, till Levi,{{field-off:bible}}</w:t>
      </w:r>
      <w:r w:rsidRPr="000767E2">
        <w:rPr>
          <w:lang w:val="sv-SE"/>
        </w:rPr>
        <w:br/>
        <w:t>[[@</w:t>
      </w:r>
      <w:r w:rsidR="0096445B" w:rsidRPr="000767E2">
        <w:rPr>
          <w:lang w:val="sv-SE"/>
        </w:rPr>
        <w:t>BibleBIBEL82</w:t>
      </w:r>
      <w:r w:rsidRPr="000767E2">
        <w:rPr>
          <w:lang w:val="sv-SE"/>
        </w:rPr>
        <w:t>:Luke 3:30]]</w:t>
      </w:r>
      <w:r w:rsidRPr="000767E2">
        <w:rPr>
          <w:vertAlign w:val="superscript"/>
          <w:lang w:val="sv-SE"/>
        </w:rPr>
        <w:t>30</w:t>
      </w:r>
      <w:r w:rsidRPr="000767E2">
        <w:rPr>
          <w:lang w:val="sv-SE"/>
        </w:rPr>
        <w:t xml:space="preserve"> {{field-on:bible}}till Symeon, till Juda, till Josef, till Jonam, till Eljakim,{{field-off:bible}}</w:t>
      </w:r>
      <w:r w:rsidRPr="000767E2">
        <w:rPr>
          <w:lang w:val="sv-SE"/>
        </w:rPr>
        <w:br/>
        <w:t>[[@</w:t>
      </w:r>
      <w:r w:rsidR="0096445B" w:rsidRPr="000767E2">
        <w:rPr>
          <w:lang w:val="sv-SE"/>
        </w:rPr>
        <w:t>BibleBIBEL82</w:t>
      </w:r>
      <w:r w:rsidRPr="000767E2">
        <w:rPr>
          <w:lang w:val="sv-SE"/>
        </w:rPr>
        <w:t>:Luke 3:31]]</w:t>
      </w:r>
      <w:r w:rsidRPr="000767E2">
        <w:rPr>
          <w:vertAlign w:val="superscript"/>
          <w:lang w:val="sv-SE"/>
        </w:rPr>
        <w:t>31</w:t>
      </w:r>
      <w:r w:rsidRPr="000767E2">
        <w:rPr>
          <w:lang w:val="sv-SE"/>
        </w:rPr>
        <w:t xml:space="preserve"> {{field-on:bible}}till Melea, till Menna, till Mattatha, till Natham, till David,{{field-off:bible}}</w:t>
      </w:r>
      <w:r w:rsidRPr="000767E2">
        <w:rPr>
          <w:lang w:val="sv-SE"/>
        </w:rPr>
        <w:br/>
        <w:t>[[@</w:t>
      </w:r>
      <w:r w:rsidR="0096445B" w:rsidRPr="000767E2">
        <w:rPr>
          <w:lang w:val="sv-SE"/>
        </w:rPr>
        <w:t>BibleBIBEL82</w:t>
      </w:r>
      <w:r w:rsidRPr="000767E2">
        <w:rPr>
          <w:lang w:val="sv-SE"/>
        </w:rPr>
        <w:t>:Luke 3:32]]</w:t>
      </w:r>
      <w:r w:rsidRPr="000767E2">
        <w:rPr>
          <w:vertAlign w:val="superscript"/>
          <w:lang w:val="sv-SE"/>
        </w:rPr>
        <w:t>32</w:t>
      </w:r>
      <w:r w:rsidRPr="000767E2">
        <w:rPr>
          <w:lang w:val="sv-SE"/>
        </w:rPr>
        <w:t xml:space="preserve"> {{field-on:bible}}till Jessai, till Jobed, till Boos, till Sala, till Naasson,{{field-off:bible}}</w:t>
      </w:r>
      <w:r w:rsidRPr="000767E2">
        <w:rPr>
          <w:lang w:val="sv-SE"/>
        </w:rPr>
        <w:br/>
        <w:t>[[@</w:t>
      </w:r>
      <w:r w:rsidR="0096445B" w:rsidRPr="000767E2">
        <w:rPr>
          <w:lang w:val="sv-SE"/>
        </w:rPr>
        <w:t>BibleBIBEL82</w:t>
      </w:r>
      <w:r w:rsidRPr="000767E2">
        <w:rPr>
          <w:lang w:val="sv-SE"/>
        </w:rPr>
        <w:t>:Luke 3:33]]</w:t>
      </w:r>
      <w:r w:rsidRPr="000767E2">
        <w:rPr>
          <w:vertAlign w:val="superscript"/>
          <w:lang w:val="sv-SE"/>
        </w:rPr>
        <w:t>33</w:t>
      </w:r>
      <w:r w:rsidRPr="000767E2">
        <w:rPr>
          <w:lang w:val="sv-SE"/>
        </w:rPr>
        <w:t xml:space="preserve"> {{field-on:bible}}till Aminadab, till Admin, till Arni, till Hesrom, till Pares, till Juda,{{field-off:bible}}</w:t>
      </w:r>
      <w:r w:rsidRPr="000767E2">
        <w:rPr>
          <w:lang w:val="sv-SE"/>
        </w:rPr>
        <w:br/>
        <w:t>[[@</w:t>
      </w:r>
      <w:r w:rsidR="0096445B" w:rsidRPr="000767E2">
        <w:rPr>
          <w:lang w:val="sv-SE"/>
        </w:rPr>
        <w:t>BibleBIBEL82</w:t>
      </w:r>
      <w:r w:rsidRPr="000767E2">
        <w:rPr>
          <w:lang w:val="sv-SE"/>
        </w:rPr>
        <w:t>:Luke 3:34]]</w:t>
      </w:r>
      <w:r w:rsidRPr="000767E2">
        <w:rPr>
          <w:vertAlign w:val="superscript"/>
          <w:lang w:val="sv-SE"/>
        </w:rPr>
        <w:t>34</w:t>
      </w:r>
      <w:r w:rsidRPr="000767E2">
        <w:rPr>
          <w:lang w:val="sv-SE"/>
        </w:rPr>
        <w:t xml:space="preserve"> {{field-on:bible}}till Jakob, till Isaak, till Abraham, till Thara, till Nachor,{{field-off:bible}}</w:t>
      </w:r>
      <w:r w:rsidRPr="000767E2">
        <w:rPr>
          <w:lang w:val="sv-SE"/>
        </w:rPr>
        <w:br/>
        <w:t>[[@</w:t>
      </w:r>
      <w:r w:rsidR="0096445B" w:rsidRPr="000767E2">
        <w:rPr>
          <w:lang w:val="sv-SE"/>
        </w:rPr>
        <w:t>BibleBIBEL82</w:t>
      </w:r>
      <w:r w:rsidRPr="000767E2">
        <w:rPr>
          <w:lang w:val="sv-SE"/>
        </w:rPr>
        <w:t>:Luke 3:35]]</w:t>
      </w:r>
      <w:r w:rsidRPr="000767E2">
        <w:rPr>
          <w:vertAlign w:val="superscript"/>
          <w:lang w:val="sv-SE"/>
        </w:rPr>
        <w:t>35</w:t>
      </w:r>
      <w:r w:rsidRPr="000767E2">
        <w:rPr>
          <w:lang w:val="sv-SE"/>
        </w:rPr>
        <w:t xml:space="preserve"> {{field-on:bible}}till Seruch, till Ragau, till Palek, till Eber, till Sala, till Kainam,{{field-off:bible}}</w:t>
      </w:r>
      <w:r w:rsidRPr="000767E2">
        <w:rPr>
          <w:lang w:val="sv-SE"/>
        </w:rPr>
        <w:br/>
        <w:t>[[@</w:t>
      </w:r>
      <w:r w:rsidR="0096445B" w:rsidRPr="000767E2">
        <w:rPr>
          <w:lang w:val="sv-SE"/>
        </w:rPr>
        <w:t>BibleBIBEL82</w:t>
      </w:r>
      <w:r w:rsidRPr="000767E2">
        <w:rPr>
          <w:lang w:val="sv-SE"/>
        </w:rPr>
        <w:t>:Luke 3:36]]</w:t>
      </w:r>
      <w:r w:rsidRPr="000767E2">
        <w:rPr>
          <w:vertAlign w:val="superscript"/>
          <w:lang w:val="sv-SE"/>
        </w:rPr>
        <w:t>36</w:t>
      </w:r>
      <w:r w:rsidRPr="000767E2">
        <w:rPr>
          <w:lang w:val="sv-SE"/>
        </w:rPr>
        <w:t xml:space="preserve"> {{field-on:bible}}till Arpaxad, till Sem, till Noa, till Lamek,{{field-off:bible}}</w:t>
      </w:r>
      <w:r w:rsidRPr="000767E2">
        <w:rPr>
          <w:lang w:val="sv-SE"/>
        </w:rPr>
        <w:br/>
        <w:t>[[@</w:t>
      </w:r>
      <w:r w:rsidR="0096445B" w:rsidRPr="000767E2">
        <w:rPr>
          <w:lang w:val="sv-SE"/>
        </w:rPr>
        <w:t>BibleBIBEL82</w:t>
      </w:r>
      <w:r w:rsidRPr="000767E2">
        <w:rPr>
          <w:lang w:val="sv-SE"/>
        </w:rPr>
        <w:t>:Luke 3:37]]</w:t>
      </w:r>
      <w:r w:rsidRPr="000767E2">
        <w:rPr>
          <w:vertAlign w:val="superscript"/>
          <w:lang w:val="sv-SE"/>
        </w:rPr>
        <w:t>37</w:t>
      </w:r>
      <w:r w:rsidRPr="000767E2">
        <w:rPr>
          <w:lang w:val="sv-SE"/>
        </w:rPr>
        <w:t xml:space="preserve"> {{field-on:bible}}till Mathusala, till Henoch, till Jaret, till Maleleel, till Kainam,{{field-off:bible}}</w:t>
      </w:r>
      <w:r w:rsidRPr="000767E2">
        <w:rPr>
          <w:lang w:val="sv-SE"/>
        </w:rPr>
        <w:br/>
        <w:t>[[@</w:t>
      </w:r>
      <w:r w:rsidR="0096445B" w:rsidRPr="000767E2">
        <w:rPr>
          <w:lang w:val="sv-SE"/>
        </w:rPr>
        <w:t>BibleBIBEL82</w:t>
      </w:r>
      <w:r w:rsidRPr="000767E2">
        <w:rPr>
          <w:lang w:val="sv-SE"/>
        </w:rPr>
        <w:t>:Luke 3:38]]</w:t>
      </w:r>
      <w:r w:rsidRPr="000767E2">
        <w:rPr>
          <w:vertAlign w:val="superscript"/>
          <w:lang w:val="sv-SE"/>
        </w:rPr>
        <w:t>38</w:t>
      </w:r>
      <w:r w:rsidRPr="000767E2">
        <w:rPr>
          <w:lang w:val="sv-SE"/>
        </w:rPr>
        <w:t xml:space="preserve"> {{field-on:bible}}till Enos, till Seth, till Adam, till Gud.{{field-off:bible}}</w:t>
      </w:r>
    </w:p>
    <w:p w14:paraId="2FD1D668" w14:textId="3C6839C9"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:Luke 4]]Kapitel 4</w:t>
      </w:r>
    </w:p>
    <w:p w14:paraId="201B108D" w14:textId="77777777" w:rsidR="00BA33AB" w:rsidRPr="000767E2" w:rsidRDefault="00000000">
      <w:pPr>
        <w:pStyle w:val="Rubrik3"/>
        <w:rPr>
          <w:lang w:val="sv-SE"/>
        </w:rPr>
      </w:pPr>
      <w:r w:rsidRPr="000767E2">
        <w:rPr>
          <w:lang w:val="sv-SE"/>
        </w:rPr>
        <w:t>Jesus prövad av djävulen</w:t>
      </w:r>
    </w:p>
    <w:p w14:paraId="4956B09D" w14:textId="0A2F6A9C" w:rsidR="00BA33AB" w:rsidRPr="000767E2" w:rsidRDefault="00000000">
      <w:pPr>
        <w:rPr>
          <w:lang w:val="sv-SE"/>
        </w:rPr>
      </w:pPr>
      <w:r w:rsidRPr="000767E2">
        <w:rPr>
          <w:lang w:val="sv-SE"/>
        </w:rPr>
        <w:t>[[@</w:t>
      </w:r>
      <w:r w:rsidR="0096445B" w:rsidRPr="000767E2">
        <w:rPr>
          <w:lang w:val="sv-SE"/>
        </w:rPr>
        <w:t>BibleBIBEL82</w:t>
      </w:r>
      <w:r w:rsidRPr="000767E2">
        <w:rPr>
          <w:lang w:val="sv-SE"/>
        </w:rPr>
        <w:t>:Luke 4:1]]</w:t>
      </w:r>
      <w:r w:rsidRPr="000767E2">
        <w:rPr>
          <w:vertAlign w:val="superscript"/>
          <w:lang w:val="sv-SE"/>
        </w:rPr>
        <w:t>1</w:t>
      </w:r>
      <w:r w:rsidRPr="000767E2">
        <w:rPr>
          <w:lang w:val="sv-SE"/>
        </w:rPr>
        <w:t xml:space="preserve"> {{field-on:bible}}Men Jesus, full av helig Ande, återvände från Jordan och leddes i Anden i ödemarken,{{field-off:bible}} [[@</w:t>
      </w:r>
      <w:r w:rsidR="0096445B" w:rsidRPr="000767E2">
        <w:rPr>
          <w:lang w:val="sv-SE"/>
        </w:rPr>
        <w:t>BibleBIBEL82</w:t>
      </w:r>
      <w:r w:rsidRPr="000767E2">
        <w:rPr>
          <w:lang w:val="sv-SE"/>
        </w:rPr>
        <w:t>:Luke 4:2]]</w:t>
      </w:r>
      <w:r w:rsidRPr="000767E2">
        <w:rPr>
          <w:vertAlign w:val="superscript"/>
          <w:lang w:val="sv-SE"/>
        </w:rPr>
        <w:t>2</w:t>
      </w:r>
      <w:r w:rsidRPr="000767E2">
        <w:rPr>
          <w:lang w:val="sv-SE"/>
        </w:rPr>
        <w:t xml:space="preserve"> {{field-on:bible}}medan han </w:t>
      </w:r>
      <w:r w:rsidRPr="000767E2">
        <w:rPr>
          <w:i/>
          <w:lang w:val="sv-SE"/>
        </w:rPr>
        <w:t>i</w:t>
      </w:r>
      <w:r w:rsidRPr="000767E2">
        <w:rPr>
          <w:lang w:val="sv-SE"/>
        </w:rPr>
        <w:t xml:space="preserve"> fyrtio dagar prövades av djävulen. Och han åt inget under de dagarna, och när de var fullbordade blev han hungrig.{{field-off:bible}} [[@</w:t>
      </w:r>
      <w:r w:rsidR="0096445B" w:rsidRPr="000767E2">
        <w:rPr>
          <w:lang w:val="sv-SE"/>
        </w:rPr>
        <w:t>BibleBIBEL82</w:t>
      </w:r>
      <w:r w:rsidRPr="000767E2">
        <w:rPr>
          <w:lang w:val="sv-SE"/>
        </w:rPr>
        <w:t>:Luke 4:3]]</w:t>
      </w:r>
      <w:r w:rsidRPr="000767E2">
        <w:rPr>
          <w:vertAlign w:val="superscript"/>
          <w:lang w:val="sv-SE"/>
        </w:rPr>
        <w:t>3</w:t>
      </w:r>
      <w:r w:rsidRPr="000767E2">
        <w:rPr>
          <w:lang w:val="sv-SE"/>
        </w:rPr>
        <w:t xml:space="preserve"> {{field-on:bible}}Och </w:t>
      </w:r>
      <w:r w:rsidRPr="000767E2">
        <w:rPr>
          <w:i/>
          <w:lang w:val="sv-SE"/>
        </w:rPr>
        <w:t>då</w:t>
      </w:r>
      <w:r w:rsidRPr="000767E2">
        <w:rPr>
          <w:lang w:val="sv-SE"/>
        </w:rPr>
        <w:t xml:space="preserve"> sade honom djävulen: ”Om du är Guds Son, säg till denna sten att den ska bli bröd.”{{field-off:bible}} [[@</w:t>
      </w:r>
      <w:r w:rsidR="0096445B" w:rsidRPr="000767E2">
        <w:rPr>
          <w:lang w:val="sv-SE"/>
        </w:rPr>
        <w:t>BibleBIBEL82</w:t>
      </w:r>
      <w:r w:rsidRPr="000767E2">
        <w:rPr>
          <w:lang w:val="sv-SE"/>
        </w:rPr>
        <w:t>:Luke 4:4]]</w:t>
      </w:r>
      <w:r w:rsidRPr="000767E2">
        <w:rPr>
          <w:vertAlign w:val="superscript"/>
          <w:lang w:val="sv-SE"/>
        </w:rPr>
        <w:t>4</w:t>
      </w:r>
      <w:r w:rsidRPr="000767E2">
        <w:rPr>
          <w:lang w:val="sv-SE"/>
        </w:rPr>
        <w:t xml:space="preserve"> {{field-on:bible}}Och Jesus svarade till honom: ”Det är skrivet att: Inte bara på bröd ska människan leva.”{{field-off:bible}}</w:t>
      </w:r>
    </w:p>
    <w:p w14:paraId="1DC24424" w14:textId="0910F125" w:rsidR="00BA33AB" w:rsidRPr="000767E2" w:rsidRDefault="00000000">
      <w:pPr>
        <w:rPr>
          <w:lang w:val="sv-SE"/>
        </w:rPr>
      </w:pPr>
      <w:r w:rsidRPr="000767E2">
        <w:rPr>
          <w:lang w:val="sv-SE"/>
        </w:rPr>
        <w:t>[[@</w:t>
      </w:r>
      <w:r w:rsidR="0096445B" w:rsidRPr="000767E2">
        <w:rPr>
          <w:lang w:val="sv-SE"/>
        </w:rPr>
        <w:t>BibleBIBEL82</w:t>
      </w:r>
      <w:r w:rsidRPr="000767E2">
        <w:rPr>
          <w:lang w:val="sv-SE"/>
        </w:rPr>
        <w:t>:Luke 4:5]]</w:t>
      </w:r>
      <w:r w:rsidRPr="000767E2">
        <w:rPr>
          <w:vertAlign w:val="superscript"/>
          <w:lang w:val="sv-SE"/>
        </w:rPr>
        <w:t>5</w:t>
      </w:r>
      <w:r w:rsidRPr="000767E2">
        <w:rPr>
          <w:lang w:val="sv-SE"/>
        </w:rPr>
        <w:t xml:space="preserve"> {{field-on:bible}}Och han förde honom upp och visade honom alla riken i den bebodda </w:t>
      </w:r>
      <w:r w:rsidRPr="000767E2">
        <w:rPr>
          <w:i/>
          <w:lang w:val="sv-SE"/>
        </w:rPr>
        <w:t>världen</w:t>
      </w:r>
      <w:r w:rsidRPr="000767E2">
        <w:rPr>
          <w:lang w:val="sv-SE"/>
        </w:rPr>
        <w:t xml:space="preserve"> i en tidpunkt,{{field-off:bible}} [[@</w:t>
      </w:r>
      <w:r w:rsidR="0096445B" w:rsidRPr="000767E2">
        <w:rPr>
          <w:lang w:val="sv-SE"/>
        </w:rPr>
        <w:t>BibleBIBEL82</w:t>
      </w:r>
      <w:r w:rsidRPr="000767E2">
        <w:rPr>
          <w:lang w:val="sv-SE"/>
        </w:rPr>
        <w:t>:Luke 4:6]]</w:t>
      </w:r>
      <w:r w:rsidRPr="000767E2">
        <w:rPr>
          <w:vertAlign w:val="superscript"/>
          <w:lang w:val="sv-SE"/>
        </w:rPr>
        <w:t>6</w:t>
      </w:r>
      <w:r w:rsidRPr="000767E2">
        <w:rPr>
          <w:lang w:val="sv-SE"/>
        </w:rPr>
        <w:t xml:space="preserve"> {{field-on:bible}}och </w:t>
      </w:r>
      <w:r w:rsidRPr="000767E2">
        <w:rPr>
          <w:i/>
          <w:lang w:val="sv-SE"/>
        </w:rPr>
        <w:t>sedan</w:t>
      </w:r>
      <w:r w:rsidRPr="000767E2">
        <w:rPr>
          <w:lang w:val="sv-SE"/>
        </w:rPr>
        <w:t xml:space="preserve"> sade honom djävulen: ”Dig ska jag ge all denna auktoritet och deras härlighet. För åt mig är den överlämnad, och till vem jag vill ger jag den.{{field-off:bible}} [[@</w:t>
      </w:r>
      <w:r w:rsidR="0096445B" w:rsidRPr="000767E2">
        <w:rPr>
          <w:lang w:val="sv-SE"/>
        </w:rPr>
        <w:t>BibleBIBEL82</w:t>
      </w:r>
      <w:r w:rsidRPr="000767E2">
        <w:rPr>
          <w:lang w:val="sv-SE"/>
        </w:rPr>
        <w:t>:Luke 4:7]]</w:t>
      </w:r>
      <w:r w:rsidRPr="000767E2">
        <w:rPr>
          <w:vertAlign w:val="superscript"/>
          <w:lang w:val="sv-SE"/>
        </w:rPr>
        <w:t>7</w:t>
      </w:r>
      <w:r w:rsidRPr="000767E2">
        <w:rPr>
          <w:lang w:val="sv-SE"/>
        </w:rPr>
        <w:t xml:space="preserve"> {{field-on:bible}}Om du nu tillber inför mig, blir allt ditt.”{{field-off:bible}} [[@</w:t>
      </w:r>
      <w:r w:rsidR="0096445B" w:rsidRPr="000767E2">
        <w:rPr>
          <w:lang w:val="sv-SE"/>
        </w:rPr>
        <w:t>BibleBIBEL82</w:t>
      </w:r>
      <w:r w:rsidRPr="000767E2">
        <w:rPr>
          <w:lang w:val="sv-SE"/>
        </w:rPr>
        <w:t>:Luke 4:8]]</w:t>
      </w:r>
      <w:r w:rsidRPr="000767E2">
        <w:rPr>
          <w:vertAlign w:val="superscript"/>
          <w:lang w:val="sv-SE"/>
        </w:rPr>
        <w:t>8</w:t>
      </w:r>
      <w:r w:rsidRPr="000767E2">
        <w:rPr>
          <w:lang w:val="sv-SE"/>
        </w:rPr>
        <w:t xml:space="preserve"> {{field-on:bible}}Och Jesus svarade och sade till honom: ”Det är skrivet: Herren din Gud ska du tillbe, och bara honom ska du dyrka.”{{field-off:bible}}</w:t>
      </w:r>
    </w:p>
    <w:p w14:paraId="40BCC908" w14:textId="3087D194" w:rsidR="00BA33AB" w:rsidRPr="000767E2" w:rsidRDefault="00000000">
      <w:pPr>
        <w:rPr>
          <w:lang w:val="sv-SE"/>
        </w:rPr>
      </w:pPr>
      <w:r w:rsidRPr="000767E2">
        <w:rPr>
          <w:lang w:val="sv-SE"/>
        </w:rPr>
        <w:t>[[@</w:t>
      </w:r>
      <w:r w:rsidR="0096445B" w:rsidRPr="000767E2">
        <w:rPr>
          <w:lang w:val="sv-SE"/>
        </w:rPr>
        <w:t>BibleBIBEL82</w:t>
      </w:r>
      <w:r w:rsidRPr="000767E2">
        <w:rPr>
          <w:lang w:val="sv-SE"/>
        </w:rPr>
        <w:t>:Luke 4:9]]</w:t>
      </w:r>
      <w:r w:rsidRPr="000767E2">
        <w:rPr>
          <w:vertAlign w:val="superscript"/>
          <w:lang w:val="sv-SE"/>
        </w:rPr>
        <w:t>9</w:t>
      </w:r>
      <w:r w:rsidRPr="000767E2">
        <w:rPr>
          <w:lang w:val="sv-SE"/>
        </w:rPr>
        <w:t xml:space="preserve"> {{field-on:bible}}Men han förde honom till Jerusalem och ställde på templets vinge och sade till honom: ”Om du är Guds Son, kasta dig härifrån ner!{{field-off:bible}} [[@</w:t>
      </w:r>
      <w:r w:rsidR="0096445B" w:rsidRPr="000767E2">
        <w:rPr>
          <w:lang w:val="sv-SE"/>
        </w:rPr>
        <w:t>BibleBIBEL82</w:t>
      </w:r>
      <w:r w:rsidRPr="000767E2">
        <w:rPr>
          <w:lang w:val="sv-SE"/>
        </w:rPr>
        <w:t>:Luke 4:10]]</w:t>
      </w:r>
      <w:r w:rsidRPr="000767E2">
        <w:rPr>
          <w:vertAlign w:val="superscript"/>
          <w:lang w:val="sv-SE"/>
        </w:rPr>
        <w:t>10</w:t>
      </w:r>
      <w:r w:rsidRPr="000767E2">
        <w:rPr>
          <w:lang w:val="sv-SE"/>
        </w:rPr>
        <w:t xml:space="preserve"> {{field-on:bible}}För det är skrivet att: Sina änglar ska han påbjuda om dig, att noga beskydda dig,{{field-off:bible}} [[@</w:t>
      </w:r>
      <w:r w:rsidR="0096445B" w:rsidRPr="000767E2">
        <w:rPr>
          <w:lang w:val="sv-SE"/>
        </w:rPr>
        <w:t>BibleBIBEL82</w:t>
      </w:r>
      <w:r w:rsidRPr="000767E2">
        <w:rPr>
          <w:lang w:val="sv-SE"/>
        </w:rPr>
        <w:t>:Luke 4:11]]</w:t>
      </w:r>
      <w:r w:rsidRPr="000767E2">
        <w:rPr>
          <w:vertAlign w:val="superscript"/>
          <w:lang w:val="sv-SE"/>
        </w:rPr>
        <w:t>11</w:t>
      </w:r>
      <w:r w:rsidRPr="000767E2">
        <w:rPr>
          <w:lang w:val="sv-SE"/>
        </w:rPr>
        <w:t xml:space="preserve"> {{field-on:bible}}och att: På händer ska de lyfta dig så att inte du stöter din fot mot en sten.”{{field-off:bible}} [[@</w:t>
      </w:r>
      <w:r w:rsidR="0096445B" w:rsidRPr="000767E2">
        <w:rPr>
          <w:lang w:val="sv-SE"/>
        </w:rPr>
        <w:t>BibleBIBEL82</w:t>
      </w:r>
      <w:r w:rsidRPr="000767E2">
        <w:rPr>
          <w:lang w:val="sv-SE"/>
        </w:rPr>
        <w:t>:Luke 4:12]]</w:t>
      </w:r>
      <w:r w:rsidRPr="000767E2">
        <w:rPr>
          <w:vertAlign w:val="superscript"/>
          <w:lang w:val="sv-SE"/>
        </w:rPr>
        <w:t>12</w:t>
      </w:r>
      <w:r w:rsidRPr="000767E2">
        <w:rPr>
          <w:lang w:val="sv-SE"/>
        </w:rPr>
        <w:t xml:space="preserve"> {{field-on:bible}}Och </w:t>
      </w:r>
      <w:r w:rsidRPr="000767E2">
        <w:rPr>
          <w:i/>
          <w:lang w:val="sv-SE"/>
        </w:rPr>
        <w:t>då</w:t>
      </w:r>
      <w:r w:rsidRPr="000767E2">
        <w:rPr>
          <w:lang w:val="sv-SE"/>
        </w:rPr>
        <w:t xml:space="preserve"> svarade och sade honom Jesus att: ”Det är sagt: Du ska inte pröva ut Herren din Gud.”{{field-off:bible}}</w:t>
      </w:r>
    </w:p>
    <w:p w14:paraId="25791B57" w14:textId="74B5DF92" w:rsidR="00BA33AB" w:rsidRPr="000767E2" w:rsidRDefault="00000000">
      <w:pPr>
        <w:rPr>
          <w:lang w:val="sv-SE"/>
        </w:rPr>
      </w:pPr>
      <w:r w:rsidRPr="000767E2">
        <w:rPr>
          <w:lang w:val="sv-SE"/>
        </w:rPr>
        <w:t>[[@</w:t>
      </w:r>
      <w:r w:rsidR="0096445B" w:rsidRPr="000767E2">
        <w:rPr>
          <w:lang w:val="sv-SE"/>
        </w:rPr>
        <w:t>BibleBIBEL82</w:t>
      </w:r>
      <w:r w:rsidRPr="000767E2">
        <w:rPr>
          <w:lang w:val="sv-SE"/>
        </w:rPr>
        <w:t>:Luke 4:13]]</w:t>
      </w:r>
      <w:r w:rsidRPr="000767E2">
        <w:rPr>
          <w:vertAlign w:val="superscript"/>
          <w:lang w:val="sv-SE"/>
        </w:rPr>
        <w:t>13</w:t>
      </w:r>
      <w:r w:rsidRPr="000767E2">
        <w:rPr>
          <w:lang w:val="sv-SE"/>
        </w:rPr>
        <w:t xml:space="preserve"> {{field-on:bible}}Och när djävulen hade fullbordat varje prövning, avlägsnade han sig från honom fram till </w:t>
      </w:r>
      <w:r w:rsidRPr="000767E2">
        <w:rPr>
          <w:i/>
          <w:lang w:val="sv-SE"/>
        </w:rPr>
        <w:t>rätt</w:t>
      </w:r>
      <w:r w:rsidRPr="000767E2">
        <w:rPr>
          <w:lang w:val="sv-SE"/>
        </w:rPr>
        <w:t xml:space="preserve"> tid.{{field-off:bible}}</w:t>
      </w:r>
    </w:p>
    <w:p w14:paraId="321A8D82" w14:textId="77777777" w:rsidR="00BA33AB" w:rsidRPr="000767E2" w:rsidRDefault="00000000">
      <w:pPr>
        <w:pStyle w:val="Rubrik3"/>
        <w:rPr>
          <w:lang w:val="sv-SE"/>
        </w:rPr>
      </w:pPr>
      <w:r w:rsidRPr="000767E2">
        <w:rPr>
          <w:lang w:val="sv-SE"/>
        </w:rPr>
        <w:t>Jesus i Nazarets synagoga</w:t>
      </w:r>
    </w:p>
    <w:p w14:paraId="3FB370D8" w14:textId="44138735" w:rsidR="00BA33AB" w:rsidRPr="000767E2" w:rsidRDefault="00000000">
      <w:pPr>
        <w:rPr>
          <w:lang w:val="sv-SE"/>
        </w:rPr>
      </w:pPr>
      <w:r w:rsidRPr="000767E2">
        <w:rPr>
          <w:lang w:val="sv-SE"/>
        </w:rPr>
        <w:t>[[@</w:t>
      </w:r>
      <w:r w:rsidR="0096445B" w:rsidRPr="000767E2">
        <w:rPr>
          <w:lang w:val="sv-SE"/>
        </w:rPr>
        <w:t>BibleBIBEL82</w:t>
      </w:r>
      <w:r w:rsidRPr="000767E2">
        <w:rPr>
          <w:lang w:val="sv-SE"/>
        </w:rPr>
        <w:t>:Luke 4:14]]</w:t>
      </w:r>
      <w:r w:rsidRPr="000767E2">
        <w:rPr>
          <w:vertAlign w:val="superscript"/>
          <w:lang w:val="sv-SE"/>
        </w:rPr>
        <w:t>14</w:t>
      </w:r>
      <w:r w:rsidRPr="000767E2">
        <w:rPr>
          <w:lang w:val="sv-SE"/>
        </w:rPr>
        <w:t xml:space="preserve"> {{field-on:bible}}Och Jesus återvände i Andens kraft till Galileen, och rykte gick ut över hela trakten runt omkring om honom.{{field-off:bible}} [[@</w:t>
      </w:r>
      <w:r w:rsidR="0096445B" w:rsidRPr="000767E2">
        <w:rPr>
          <w:lang w:val="sv-SE"/>
        </w:rPr>
        <w:t>BibleBIBEL82</w:t>
      </w:r>
      <w:r w:rsidRPr="000767E2">
        <w:rPr>
          <w:lang w:val="sv-SE"/>
        </w:rPr>
        <w:t>:Luke 4:15]]</w:t>
      </w:r>
      <w:r w:rsidRPr="000767E2">
        <w:rPr>
          <w:vertAlign w:val="superscript"/>
          <w:lang w:val="sv-SE"/>
        </w:rPr>
        <w:t>15</w:t>
      </w:r>
      <w:r w:rsidRPr="000767E2">
        <w:rPr>
          <w:lang w:val="sv-SE"/>
        </w:rPr>
        <w:t xml:space="preserve"> {{field-on:bible}}Och han undervisade i deras synagogor och ärades av alla.{{field-off:bible}}</w:t>
      </w:r>
    </w:p>
    <w:p w14:paraId="61FCE648" w14:textId="187E246A" w:rsidR="00BA33AB" w:rsidRPr="000767E2" w:rsidRDefault="00000000">
      <w:pPr>
        <w:rPr>
          <w:lang w:val="sv-SE"/>
        </w:rPr>
      </w:pPr>
      <w:r w:rsidRPr="000767E2">
        <w:rPr>
          <w:lang w:val="sv-SE"/>
        </w:rPr>
        <w:t>[[@</w:t>
      </w:r>
      <w:r w:rsidR="0096445B" w:rsidRPr="000767E2">
        <w:rPr>
          <w:lang w:val="sv-SE"/>
        </w:rPr>
        <w:t>BibleBIBEL82</w:t>
      </w:r>
      <w:r w:rsidRPr="000767E2">
        <w:rPr>
          <w:lang w:val="sv-SE"/>
        </w:rPr>
        <w:t>:Luke 4:16]]</w:t>
      </w:r>
      <w:r w:rsidRPr="000767E2">
        <w:rPr>
          <w:vertAlign w:val="superscript"/>
          <w:lang w:val="sv-SE"/>
        </w:rPr>
        <w:t>16</w:t>
      </w:r>
      <w:r w:rsidRPr="000767E2">
        <w:rPr>
          <w:lang w:val="sv-SE"/>
        </w:rPr>
        <w:t xml:space="preserve"> {{field-on:bible}}Och han kom till Nazara, där han var uppfödd, och gick enligt sin sed på sabbatsdagen till synagogan. Och han stod upp </w:t>
      </w:r>
      <w:r w:rsidRPr="000767E2">
        <w:rPr>
          <w:i/>
          <w:lang w:val="sv-SE"/>
        </w:rPr>
        <w:t>för</w:t>
      </w:r>
      <w:r w:rsidRPr="000767E2">
        <w:rPr>
          <w:lang w:val="sv-SE"/>
        </w:rPr>
        <w:t xml:space="preserve"> att läsa,{{field-off:bible}} [[@</w:t>
      </w:r>
      <w:r w:rsidR="0096445B" w:rsidRPr="000767E2">
        <w:rPr>
          <w:lang w:val="sv-SE"/>
        </w:rPr>
        <w:t>BibleBIBEL82</w:t>
      </w:r>
      <w:r w:rsidRPr="000767E2">
        <w:rPr>
          <w:lang w:val="sv-SE"/>
        </w:rPr>
        <w:t>:Luke 4:17]]</w:t>
      </w:r>
      <w:r w:rsidRPr="000767E2">
        <w:rPr>
          <w:vertAlign w:val="superscript"/>
          <w:lang w:val="sv-SE"/>
        </w:rPr>
        <w:t>17</w:t>
      </w:r>
      <w:r w:rsidRPr="000767E2">
        <w:rPr>
          <w:lang w:val="sv-SE"/>
        </w:rPr>
        <w:t xml:space="preserve"> {{field-on:bible}}och </w:t>
      </w:r>
      <w:r w:rsidRPr="000767E2">
        <w:rPr>
          <w:i/>
          <w:lang w:val="sv-SE"/>
        </w:rPr>
        <w:t>det</w:t>
      </w:r>
      <w:r w:rsidRPr="000767E2">
        <w:rPr>
          <w:lang w:val="sv-SE"/>
        </w:rPr>
        <w:t xml:space="preserve"> gavs honom profeten Esaias bokrulle. Och han rullade upp bokrullen och fann stället där det var skrivet:{{field-off:bible}}</w:t>
      </w:r>
    </w:p>
    <w:p w14:paraId="3E1B53DD" w14:textId="0EA09875"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4:18]]</w:t>
      </w:r>
      <w:r w:rsidRPr="000767E2">
        <w:rPr>
          <w:vertAlign w:val="superscript"/>
          <w:lang w:val="sv-SE"/>
        </w:rPr>
        <w:t>18</w:t>
      </w:r>
      <w:r w:rsidRPr="000767E2">
        <w:rPr>
          <w:lang w:val="sv-SE"/>
        </w:rPr>
        <w:t xml:space="preserve"> {{field-on:bible}}Herrens Ande </w:t>
      </w:r>
      <w:r w:rsidRPr="000767E2">
        <w:rPr>
          <w:i/>
          <w:lang w:val="sv-SE"/>
        </w:rPr>
        <w:t>är</w:t>
      </w:r>
      <w:r w:rsidRPr="000767E2">
        <w:rPr>
          <w:lang w:val="sv-SE"/>
        </w:rPr>
        <w:t xml:space="preserve"> över mig,</w:t>
      </w:r>
      <w:r w:rsidRPr="000767E2">
        <w:rPr>
          <w:lang w:val="sv-SE"/>
        </w:rPr>
        <w:br/>
        <w:t>för att han smort mig att evangelisera för fattiga.</w:t>
      </w:r>
      <w:r w:rsidRPr="000767E2">
        <w:rPr>
          <w:lang w:val="sv-SE"/>
        </w:rPr>
        <w:br/>
        <w:t>Han har sänt mig att förkunna befrielse för krigsfångar</w:t>
      </w:r>
      <w:r w:rsidRPr="000767E2">
        <w:rPr>
          <w:lang w:val="sv-SE"/>
        </w:rPr>
        <w:br/>
        <w:t>och återseende för blinda,</w:t>
      </w:r>
      <w:r w:rsidRPr="000767E2">
        <w:rPr>
          <w:lang w:val="sv-SE"/>
        </w:rPr>
        <w:br/>
        <w:t>att sända ut nedbrutna i befrielse,{{field-off:bible}}</w:t>
      </w:r>
      <w:r w:rsidRPr="000767E2">
        <w:rPr>
          <w:lang w:val="sv-SE"/>
        </w:rPr>
        <w:br/>
        <w:t>[[@</w:t>
      </w:r>
      <w:r w:rsidR="0096445B" w:rsidRPr="000767E2">
        <w:rPr>
          <w:lang w:val="sv-SE"/>
        </w:rPr>
        <w:t>BibleBIBEL82</w:t>
      </w:r>
      <w:r w:rsidRPr="000767E2">
        <w:rPr>
          <w:lang w:val="sv-SE"/>
        </w:rPr>
        <w:t>:Luke 4:19]]</w:t>
      </w:r>
      <w:r w:rsidRPr="000767E2">
        <w:rPr>
          <w:vertAlign w:val="superscript"/>
          <w:lang w:val="sv-SE"/>
        </w:rPr>
        <w:t>19</w:t>
      </w:r>
      <w:r w:rsidRPr="000767E2">
        <w:rPr>
          <w:lang w:val="sv-SE"/>
        </w:rPr>
        <w:t xml:space="preserve"> {{field-on:bible}}att förkunna ett välkommet Herrens år.{{field-off:bible}}</w:t>
      </w:r>
    </w:p>
    <w:p w14:paraId="396D1ADB" w14:textId="5ECD3FBE" w:rsidR="00BA33AB" w:rsidRPr="000767E2" w:rsidRDefault="00000000">
      <w:pPr>
        <w:rPr>
          <w:lang w:val="sv-SE"/>
        </w:rPr>
      </w:pPr>
      <w:r w:rsidRPr="000767E2">
        <w:rPr>
          <w:lang w:val="sv-SE"/>
        </w:rPr>
        <w:t>[[@</w:t>
      </w:r>
      <w:r w:rsidR="0096445B" w:rsidRPr="000767E2">
        <w:rPr>
          <w:lang w:val="sv-SE"/>
        </w:rPr>
        <w:t>BibleBIBEL82</w:t>
      </w:r>
      <w:r w:rsidRPr="000767E2">
        <w:rPr>
          <w:lang w:val="sv-SE"/>
        </w:rPr>
        <w:t>:Luke 4:20]]</w:t>
      </w:r>
      <w:r w:rsidRPr="000767E2">
        <w:rPr>
          <w:vertAlign w:val="superscript"/>
          <w:lang w:val="sv-SE"/>
        </w:rPr>
        <w:t>20</w:t>
      </w:r>
      <w:r w:rsidRPr="000767E2">
        <w:rPr>
          <w:lang w:val="sv-SE"/>
        </w:rPr>
        <w:t xml:space="preserve"> {{field-on:bible}}Och han rullade ihop bokrullen, gav tillbaka till undertjänaren och satte sig. Och allas ögon i synagogan var blickande på honom.{{field-off:bible}} [[@</w:t>
      </w:r>
      <w:r w:rsidR="0096445B" w:rsidRPr="000767E2">
        <w:rPr>
          <w:lang w:val="sv-SE"/>
        </w:rPr>
        <w:t>BibleBIBEL82</w:t>
      </w:r>
      <w:r w:rsidRPr="000767E2">
        <w:rPr>
          <w:lang w:val="sv-SE"/>
        </w:rPr>
        <w:t>:Luke 4:21]]</w:t>
      </w:r>
      <w:r w:rsidRPr="000767E2">
        <w:rPr>
          <w:vertAlign w:val="superscript"/>
          <w:lang w:val="sv-SE"/>
        </w:rPr>
        <w:t>21</w:t>
      </w:r>
      <w:r w:rsidRPr="000767E2">
        <w:rPr>
          <w:lang w:val="sv-SE"/>
        </w:rPr>
        <w:t xml:space="preserve"> {{field-on:bible}}Och han började säga till dem att: ”Idag har denna Skrift uppfyllts i era öron.”{{field-off:bible}} [[@</w:t>
      </w:r>
      <w:r w:rsidR="0096445B" w:rsidRPr="000767E2">
        <w:rPr>
          <w:lang w:val="sv-SE"/>
        </w:rPr>
        <w:t>BibleBIBEL82</w:t>
      </w:r>
      <w:r w:rsidRPr="000767E2">
        <w:rPr>
          <w:lang w:val="sv-SE"/>
        </w:rPr>
        <w:t>:Luke 4:22]]</w:t>
      </w:r>
      <w:r w:rsidRPr="000767E2">
        <w:rPr>
          <w:vertAlign w:val="superscript"/>
          <w:lang w:val="sv-SE"/>
        </w:rPr>
        <w:t>22</w:t>
      </w:r>
      <w:r w:rsidRPr="000767E2">
        <w:rPr>
          <w:lang w:val="sv-SE"/>
        </w:rPr>
        <w:t xml:space="preserve"> {{field-on:bible}}Och alla vittnade om honom och var förundrade över de nådens ord som utgick ur hans mun, och de sade: ”Är inte denne Josefs son?”{{field-off:bible}}</w:t>
      </w:r>
    </w:p>
    <w:p w14:paraId="29AC07AC" w14:textId="01581C4D" w:rsidR="00BA33AB" w:rsidRPr="000767E2" w:rsidRDefault="00000000">
      <w:pPr>
        <w:rPr>
          <w:lang w:val="sv-SE"/>
        </w:rPr>
      </w:pPr>
      <w:r w:rsidRPr="000767E2">
        <w:rPr>
          <w:lang w:val="sv-SE"/>
        </w:rPr>
        <w:t>[[@</w:t>
      </w:r>
      <w:r w:rsidR="0096445B" w:rsidRPr="000767E2">
        <w:rPr>
          <w:lang w:val="sv-SE"/>
        </w:rPr>
        <w:t>BibleBIBEL82</w:t>
      </w:r>
      <w:r w:rsidRPr="000767E2">
        <w:rPr>
          <w:lang w:val="sv-SE"/>
        </w:rPr>
        <w:t>:Luke 4:23]]</w:t>
      </w:r>
      <w:r w:rsidRPr="000767E2">
        <w:rPr>
          <w:vertAlign w:val="superscript"/>
          <w:lang w:val="sv-SE"/>
        </w:rPr>
        <w:t>23</w:t>
      </w:r>
      <w:r w:rsidRPr="000767E2">
        <w:rPr>
          <w:lang w:val="sv-SE"/>
        </w:rPr>
        <w:t xml:space="preserve"> {{field-on:bible}}Och han sade till dem: ”Visst kommer ni att säga mig denna liknelse: Läkare, bota dig själv! </w:t>
      </w:r>
      <w:r w:rsidRPr="000767E2">
        <w:rPr>
          <w:i/>
          <w:lang w:val="sv-SE"/>
        </w:rPr>
        <w:t>Allt</w:t>
      </w:r>
      <w:r w:rsidRPr="000767E2">
        <w:rPr>
          <w:lang w:val="sv-SE"/>
        </w:rPr>
        <w:t xml:space="preserve"> vad vi hört som har hänt i Kafarnaum, gör </w:t>
      </w:r>
      <w:r w:rsidRPr="000767E2">
        <w:rPr>
          <w:i/>
          <w:lang w:val="sv-SE"/>
        </w:rPr>
        <w:t>det</w:t>
      </w:r>
      <w:r w:rsidRPr="000767E2">
        <w:rPr>
          <w:lang w:val="sv-SE"/>
        </w:rPr>
        <w:t xml:space="preserve"> även här i din fädernebygd.”{{field-off:bible}} [[@</w:t>
      </w:r>
      <w:r w:rsidR="0096445B" w:rsidRPr="000767E2">
        <w:rPr>
          <w:lang w:val="sv-SE"/>
        </w:rPr>
        <w:t>BibleBIBEL82</w:t>
      </w:r>
      <w:r w:rsidRPr="000767E2">
        <w:rPr>
          <w:lang w:val="sv-SE"/>
        </w:rPr>
        <w:t>:Luke 4:24]]</w:t>
      </w:r>
      <w:r w:rsidRPr="000767E2">
        <w:rPr>
          <w:vertAlign w:val="superscript"/>
          <w:lang w:val="sv-SE"/>
        </w:rPr>
        <w:t>24</w:t>
      </w:r>
      <w:r w:rsidRPr="000767E2">
        <w:rPr>
          <w:lang w:val="sv-SE"/>
        </w:rPr>
        <w:t xml:space="preserve"> {{field-on:bible}}Men han sade: ”Amen, jag säger er att ingen profet är välkommen i sin fädernebygd.{{field-off:bible}} [[@</w:t>
      </w:r>
      <w:r w:rsidR="0096445B" w:rsidRPr="000767E2">
        <w:rPr>
          <w:lang w:val="sv-SE"/>
        </w:rPr>
        <w:t>BibleBIBEL82</w:t>
      </w:r>
      <w:r w:rsidRPr="000767E2">
        <w:rPr>
          <w:lang w:val="sv-SE"/>
        </w:rPr>
        <w:t>:Luke 4:25]]</w:t>
      </w:r>
      <w:r w:rsidRPr="000767E2">
        <w:rPr>
          <w:vertAlign w:val="superscript"/>
          <w:lang w:val="sv-SE"/>
        </w:rPr>
        <w:t>25</w:t>
      </w:r>
      <w:r w:rsidRPr="000767E2">
        <w:rPr>
          <w:lang w:val="sv-SE"/>
        </w:rPr>
        <w:t xml:space="preserve"> {{field-on:bible}}Och i sanning säger jag er: Det fanns många änkor under Elias dagar i Israel, när himlen stängdes i tre år och sex månader, när det kom väldig svält över hela landet.{{field-off:bible}} [[@</w:t>
      </w:r>
      <w:r w:rsidR="0096445B" w:rsidRPr="000767E2">
        <w:rPr>
          <w:lang w:val="sv-SE"/>
        </w:rPr>
        <w:t>BibleBIBEL82</w:t>
      </w:r>
      <w:r w:rsidRPr="000767E2">
        <w:rPr>
          <w:lang w:val="sv-SE"/>
        </w:rPr>
        <w:t>:Luke 4:26]]</w:t>
      </w:r>
      <w:r w:rsidRPr="000767E2">
        <w:rPr>
          <w:vertAlign w:val="superscript"/>
          <w:lang w:val="sv-SE"/>
        </w:rPr>
        <w:t>26</w:t>
      </w:r>
      <w:r w:rsidRPr="000767E2">
        <w:rPr>
          <w:lang w:val="sv-SE"/>
        </w:rPr>
        <w:t xml:space="preserve"> {{field-on:bible}}Och till ingen av dem skickades Elia, utan till Sarepta vid Sidon, till en änkehustru.{{field-off:bible}} [[@</w:t>
      </w:r>
      <w:r w:rsidR="0096445B" w:rsidRPr="000767E2">
        <w:rPr>
          <w:lang w:val="sv-SE"/>
        </w:rPr>
        <w:t>BibleBIBEL82</w:t>
      </w:r>
      <w:r w:rsidRPr="000767E2">
        <w:rPr>
          <w:lang w:val="sv-SE"/>
        </w:rPr>
        <w:t>:Luke 4:27]]</w:t>
      </w:r>
      <w:r w:rsidRPr="000767E2">
        <w:rPr>
          <w:vertAlign w:val="superscript"/>
          <w:lang w:val="sv-SE"/>
        </w:rPr>
        <w:t>27</w:t>
      </w:r>
      <w:r w:rsidRPr="000767E2">
        <w:rPr>
          <w:lang w:val="sv-SE"/>
        </w:rPr>
        <w:t xml:space="preserve"> {{field-on:bible}}Och det fanns många spetälska i Israel under profeten Elisa. Och ingen av dem blev renad, utan syriern Naiman.”{{field-off:bible}}</w:t>
      </w:r>
    </w:p>
    <w:p w14:paraId="47AF093B" w14:textId="6B61F740" w:rsidR="00BA33AB" w:rsidRPr="000767E2" w:rsidRDefault="00000000">
      <w:pPr>
        <w:rPr>
          <w:lang w:val="sv-SE"/>
        </w:rPr>
      </w:pPr>
      <w:r w:rsidRPr="000767E2">
        <w:rPr>
          <w:lang w:val="sv-SE"/>
        </w:rPr>
        <w:t>[[@</w:t>
      </w:r>
      <w:r w:rsidR="0096445B" w:rsidRPr="000767E2">
        <w:rPr>
          <w:lang w:val="sv-SE"/>
        </w:rPr>
        <w:t>BibleBIBEL82</w:t>
      </w:r>
      <w:r w:rsidRPr="000767E2">
        <w:rPr>
          <w:lang w:val="sv-SE"/>
        </w:rPr>
        <w:t>:Luke 4:28]]</w:t>
      </w:r>
      <w:r w:rsidRPr="000767E2">
        <w:rPr>
          <w:vertAlign w:val="superscript"/>
          <w:lang w:val="sv-SE"/>
        </w:rPr>
        <w:t>28</w:t>
      </w:r>
      <w:r w:rsidRPr="000767E2">
        <w:rPr>
          <w:lang w:val="sv-SE"/>
        </w:rPr>
        <w:t xml:space="preserve"> {{field-on:bible}}Och </w:t>
      </w:r>
      <w:r w:rsidRPr="000767E2">
        <w:rPr>
          <w:i/>
          <w:lang w:val="sv-SE"/>
        </w:rPr>
        <w:t>då</w:t>
      </w:r>
      <w:r w:rsidRPr="000767E2">
        <w:rPr>
          <w:lang w:val="sv-SE"/>
        </w:rPr>
        <w:t xml:space="preserve"> fylldes alla av raseri i synagogan när de hörde detta,{{field-off:bible}} [[@</w:t>
      </w:r>
      <w:r w:rsidR="0096445B" w:rsidRPr="000767E2">
        <w:rPr>
          <w:lang w:val="sv-SE"/>
        </w:rPr>
        <w:t>BibleBIBEL82</w:t>
      </w:r>
      <w:r w:rsidRPr="000767E2">
        <w:rPr>
          <w:lang w:val="sv-SE"/>
        </w:rPr>
        <w:t>:Luke 4:29]]</w:t>
      </w:r>
      <w:r w:rsidRPr="000767E2">
        <w:rPr>
          <w:vertAlign w:val="superscript"/>
          <w:lang w:val="sv-SE"/>
        </w:rPr>
        <w:t>29</w:t>
      </w:r>
      <w:r w:rsidRPr="000767E2">
        <w:rPr>
          <w:lang w:val="sv-SE"/>
        </w:rPr>
        <w:t xml:space="preserve"> {{field-on:bible}}och de stod upp och drev ut honom utanför staden. Och de förde honom fram till stupet av det berg på vilket deras stad var byggd, för att störta ner honom.{{field-off:bible}} [[@</w:t>
      </w:r>
      <w:r w:rsidR="0096445B" w:rsidRPr="000767E2">
        <w:rPr>
          <w:lang w:val="sv-SE"/>
        </w:rPr>
        <w:t>BibleBIBEL82</w:t>
      </w:r>
      <w:r w:rsidRPr="000767E2">
        <w:rPr>
          <w:lang w:val="sv-SE"/>
        </w:rPr>
        <w:t>:Luke 4:30]]</w:t>
      </w:r>
      <w:r w:rsidRPr="000767E2">
        <w:rPr>
          <w:vertAlign w:val="superscript"/>
          <w:lang w:val="sv-SE"/>
        </w:rPr>
        <w:t>30</w:t>
      </w:r>
      <w:r w:rsidRPr="000767E2">
        <w:rPr>
          <w:lang w:val="sv-SE"/>
        </w:rPr>
        <w:t xml:space="preserve"> {{field-on:bible}}Men han gick genom deras mitt och </w:t>
      </w:r>
      <w:r w:rsidRPr="000767E2">
        <w:rPr>
          <w:i/>
          <w:lang w:val="sv-SE"/>
        </w:rPr>
        <w:t>började</w:t>
      </w:r>
      <w:r w:rsidRPr="000767E2">
        <w:rPr>
          <w:lang w:val="sv-SE"/>
        </w:rPr>
        <w:t xml:space="preserve"> gå.{{field-off:bible}}</w:t>
      </w:r>
    </w:p>
    <w:p w14:paraId="2101FBAB" w14:textId="77777777" w:rsidR="00BA33AB" w:rsidRPr="000767E2" w:rsidRDefault="00000000">
      <w:pPr>
        <w:pStyle w:val="Rubrik3"/>
        <w:rPr>
          <w:lang w:val="sv-SE"/>
        </w:rPr>
      </w:pPr>
      <w:r w:rsidRPr="000767E2">
        <w:rPr>
          <w:lang w:val="sv-SE"/>
        </w:rPr>
        <w:t>Jesus i Kafarnaums synagoga</w:t>
      </w:r>
    </w:p>
    <w:p w14:paraId="6420A3CA" w14:textId="3678DD7F" w:rsidR="00BA33AB" w:rsidRPr="000767E2" w:rsidRDefault="00000000">
      <w:pPr>
        <w:rPr>
          <w:lang w:val="sv-SE"/>
        </w:rPr>
      </w:pPr>
      <w:r w:rsidRPr="000767E2">
        <w:rPr>
          <w:lang w:val="sv-SE"/>
        </w:rPr>
        <w:t>[[@</w:t>
      </w:r>
      <w:r w:rsidR="0096445B" w:rsidRPr="000767E2">
        <w:rPr>
          <w:lang w:val="sv-SE"/>
        </w:rPr>
        <w:t>BibleBIBEL82</w:t>
      </w:r>
      <w:r w:rsidRPr="000767E2">
        <w:rPr>
          <w:lang w:val="sv-SE"/>
        </w:rPr>
        <w:t>:Luke 4:31]]</w:t>
      </w:r>
      <w:r w:rsidRPr="000767E2">
        <w:rPr>
          <w:vertAlign w:val="superscript"/>
          <w:lang w:val="sv-SE"/>
        </w:rPr>
        <w:t>31</w:t>
      </w:r>
      <w:r w:rsidRPr="000767E2">
        <w:rPr>
          <w:lang w:val="sv-SE"/>
        </w:rPr>
        <w:t xml:space="preserve"> {{field-on:bible}}Och han kom ner till Kafarnaum, en stad i Galileen, och var och undervisade dem på sabbaten.{{field-off:bible}} [[@</w:t>
      </w:r>
      <w:r w:rsidR="0096445B" w:rsidRPr="000767E2">
        <w:rPr>
          <w:lang w:val="sv-SE"/>
        </w:rPr>
        <w:t>BibleBIBEL82</w:t>
      </w:r>
      <w:r w:rsidRPr="000767E2">
        <w:rPr>
          <w:lang w:val="sv-SE"/>
        </w:rPr>
        <w:t>:Luke 4:32]]</w:t>
      </w:r>
      <w:r w:rsidRPr="000767E2">
        <w:rPr>
          <w:vertAlign w:val="superscript"/>
          <w:lang w:val="sv-SE"/>
        </w:rPr>
        <w:t>32</w:t>
      </w:r>
      <w:r w:rsidRPr="000767E2">
        <w:rPr>
          <w:lang w:val="sv-SE"/>
        </w:rPr>
        <w:t xml:space="preserve"> {{field-on:bible}}Och de var överväldigade vid hans undervisning, för med auktoritet var hans ord.{{field-off:bible}}</w:t>
      </w:r>
    </w:p>
    <w:p w14:paraId="53385FF6" w14:textId="3BAC62A2" w:rsidR="00BA33AB" w:rsidRPr="000767E2" w:rsidRDefault="00000000">
      <w:pPr>
        <w:rPr>
          <w:lang w:val="sv-SE"/>
        </w:rPr>
      </w:pPr>
      <w:r w:rsidRPr="000767E2">
        <w:rPr>
          <w:lang w:val="sv-SE"/>
        </w:rPr>
        <w:t>[[@</w:t>
      </w:r>
      <w:r w:rsidR="0096445B" w:rsidRPr="000767E2">
        <w:rPr>
          <w:lang w:val="sv-SE"/>
        </w:rPr>
        <w:t>BibleBIBEL82</w:t>
      </w:r>
      <w:r w:rsidRPr="000767E2">
        <w:rPr>
          <w:lang w:val="sv-SE"/>
        </w:rPr>
        <w:t>:Luke 4:33]]</w:t>
      </w:r>
      <w:r w:rsidRPr="000767E2">
        <w:rPr>
          <w:vertAlign w:val="superscript"/>
          <w:lang w:val="sv-SE"/>
        </w:rPr>
        <w:t>33</w:t>
      </w:r>
      <w:r w:rsidRPr="000767E2">
        <w:rPr>
          <w:lang w:val="sv-SE"/>
        </w:rPr>
        <w:t xml:space="preserve"> {{field-on:bible}}Och i synagogan fanns en man som hade en oren demons ande, och han skrek högt med väldig röst:{{field-off:bible}} [[@</w:t>
      </w:r>
      <w:r w:rsidR="0096445B" w:rsidRPr="000767E2">
        <w:rPr>
          <w:lang w:val="sv-SE"/>
        </w:rPr>
        <w:t>BibleBIBEL82</w:t>
      </w:r>
      <w:r w:rsidRPr="000767E2">
        <w:rPr>
          <w:lang w:val="sv-SE"/>
        </w:rPr>
        <w:t>:Luke 4:34]]</w:t>
      </w:r>
      <w:r w:rsidRPr="000767E2">
        <w:rPr>
          <w:vertAlign w:val="superscript"/>
          <w:lang w:val="sv-SE"/>
        </w:rPr>
        <w:t>34</w:t>
      </w:r>
      <w:r w:rsidRPr="000767E2">
        <w:rPr>
          <w:lang w:val="sv-SE"/>
        </w:rPr>
        <w:t xml:space="preserve"> {{field-on:bible}}”Va! Vad </w:t>
      </w:r>
      <w:r w:rsidRPr="000767E2">
        <w:rPr>
          <w:i/>
          <w:lang w:val="sv-SE"/>
        </w:rPr>
        <w:t>mellan</w:t>
      </w:r>
      <w:r w:rsidRPr="000767E2">
        <w:rPr>
          <w:lang w:val="sv-SE"/>
        </w:rPr>
        <w:t xml:space="preserve"> oss och dig, Jesus nazaré? Har du kommit </w:t>
      </w:r>
      <w:r w:rsidRPr="000767E2">
        <w:rPr>
          <w:i/>
          <w:lang w:val="sv-SE"/>
        </w:rPr>
        <w:t>för</w:t>
      </w:r>
      <w:r w:rsidRPr="000767E2">
        <w:rPr>
          <w:lang w:val="sv-SE"/>
        </w:rPr>
        <w:t xml:space="preserve"> att förgöra oss? Jag känner dig, vem du är: Guds Helige!”{{field-off:bible}} [[@</w:t>
      </w:r>
      <w:r w:rsidR="0096445B" w:rsidRPr="000767E2">
        <w:rPr>
          <w:lang w:val="sv-SE"/>
        </w:rPr>
        <w:t>BibleBIBEL82</w:t>
      </w:r>
      <w:r w:rsidRPr="000767E2">
        <w:rPr>
          <w:lang w:val="sv-SE"/>
        </w:rPr>
        <w:t>:Luke 4:35]]</w:t>
      </w:r>
      <w:r w:rsidRPr="000767E2">
        <w:rPr>
          <w:vertAlign w:val="superscript"/>
          <w:lang w:val="sv-SE"/>
        </w:rPr>
        <w:t>35</w:t>
      </w:r>
      <w:r w:rsidRPr="000767E2">
        <w:rPr>
          <w:lang w:val="sv-SE"/>
        </w:rPr>
        <w:t xml:space="preserve"> {{field-on:bible}}Och </w:t>
      </w:r>
      <w:r w:rsidRPr="000767E2">
        <w:rPr>
          <w:i/>
          <w:lang w:val="sv-SE"/>
        </w:rPr>
        <w:t>då</w:t>
      </w:r>
      <w:r w:rsidRPr="000767E2">
        <w:rPr>
          <w:lang w:val="sv-SE"/>
        </w:rPr>
        <w:t xml:space="preserve"> näpste honom Jesus och sade: ”Var tilltäppt och kom ut från honom!” Och </w:t>
      </w:r>
      <w:r w:rsidRPr="000767E2">
        <w:rPr>
          <w:i/>
          <w:lang w:val="sv-SE"/>
        </w:rPr>
        <w:t>då</w:t>
      </w:r>
      <w:r w:rsidRPr="000767E2">
        <w:rPr>
          <w:lang w:val="sv-SE"/>
        </w:rPr>
        <w:t xml:space="preserve"> slängde honom demonen i mitten och kom ut från </w:t>
      </w:r>
      <w:r w:rsidRPr="000767E2">
        <w:rPr>
          <w:lang w:val="sv-SE"/>
        </w:rPr>
        <w:lastRenderedPageBreak/>
        <w:t>honom utan att skada honom.{{field-off:bible}} [[@</w:t>
      </w:r>
      <w:r w:rsidR="0096445B" w:rsidRPr="000767E2">
        <w:rPr>
          <w:lang w:val="sv-SE"/>
        </w:rPr>
        <w:t>BibleBIBEL82</w:t>
      </w:r>
      <w:r w:rsidRPr="000767E2">
        <w:rPr>
          <w:lang w:val="sv-SE"/>
        </w:rPr>
        <w:t>:Luke 4:36]]</w:t>
      </w:r>
      <w:r w:rsidRPr="000767E2">
        <w:rPr>
          <w:vertAlign w:val="superscript"/>
          <w:lang w:val="sv-SE"/>
        </w:rPr>
        <w:t>36</w:t>
      </w:r>
      <w:r w:rsidRPr="000767E2">
        <w:rPr>
          <w:lang w:val="sv-SE"/>
        </w:rPr>
        <w:t xml:space="preserve"> {{field-on:bible}}Och det kom bestörtning över alla, och de samtalade med varandra och sade: ”Vad </w:t>
      </w:r>
      <w:r w:rsidRPr="000767E2">
        <w:rPr>
          <w:i/>
          <w:lang w:val="sv-SE"/>
        </w:rPr>
        <w:t>är</w:t>
      </w:r>
      <w:r w:rsidRPr="000767E2">
        <w:rPr>
          <w:lang w:val="sv-SE"/>
        </w:rPr>
        <w:t xml:space="preserve"> detta ord? För med auktoritet och makt beordrar han de orena andarna, och de kommer ut.”{{field-off:bible}} [[@</w:t>
      </w:r>
      <w:r w:rsidR="0096445B" w:rsidRPr="000767E2">
        <w:rPr>
          <w:lang w:val="sv-SE"/>
        </w:rPr>
        <w:t>BibleBIBEL82</w:t>
      </w:r>
      <w:r w:rsidRPr="000767E2">
        <w:rPr>
          <w:lang w:val="sv-SE"/>
        </w:rPr>
        <w:t>:Luke 4:37]]</w:t>
      </w:r>
      <w:r w:rsidRPr="000767E2">
        <w:rPr>
          <w:vertAlign w:val="superscript"/>
          <w:lang w:val="sv-SE"/>
        </w:rPr>
        <w:t>37</w:t>
      </w:r>
      <w:r w:rsidRPr="000767E2">
        <w:rPr>
          <w:lang w:val="sv-SE"/>
        </w:rPr>
        <w:t xml:space="preserve"> {{field-on:bible}}Och </w:t>
      </w:r>
      <w:r w:rsidRPr="000767E2">
        <w:rPr>
          <w:i/>
          <w:lang w:val="sv-SE"/>
        </w:rPr>
        <w:t>det</w:t>
      </w:r>
      <w:r w:rsidRPr="000767E2">
        <w:rPr>
          <w:lang w:val="sv-SE"/>
        </w:rPr>
        <w:t xml:space="preserve"> gick ut ett eko om honom till varje plats i trakten runt omkring.{{field-off:bible}}</w:t>
      </w:r>
    </w:p>
    <w:p w14:paraId="34C64991" w14:textId="77777777" w:rsidR="00BA33AB" w:rsidRPr="000767E2" w:rsidRDefault="00000000">
      <w:pPr>
        <w:pStyle w:val="Rubrik3"/>
        <w:rPr>
          <w:lang w:val="sv-SE"/>
        </w:rPr>
      </w:pPr>
      <w:r w:rsidRPr="000767E2">
        <w:rPr>
          <w:lang w:val="sv-SE"/>
        </w:rPr>
        <w:t>Jesus botar Petrus svärmor</w:t>
      </w:r>
    </w:p>
    <w:p w14:paraId="36011A6A" w14:textId="1E358CA7" w:rsidR="00BA33AB" w:rsidRPr="000767E2" w:rsidRDefault="00000000">
      <w:pPr>
        <w:rPr>
          <w:lang w:val="sv-SE"/>
        </w:rPr>
      </w:pPr>
      <w:r w:rsidRPr="000767E2">
        <w:rPr>
          <w:lang w:val="sv-SE"/>
        </w:rPr>
        <w:t>[[@</w:t>
      </w:r>
      <w:r w:rsidR="0096445B" w:rsidRPr="000767E2">
        <w:rPr>
          <w:lang w:val="sv-SE"/>
        </w:rPr>
        <w:t>BibleBIBEL82</w:t>
      </w:r>
      <w:r w:rsidRPr="000767E2">
        <w:rPr>
          <w:lang w:val="sv-SE"/>
        </w:rPr>
        <w:t>:Luke 4:38]]</w:t>
      </w:r>
      <w:r w:rsidRPr="000767E2">
        <w:rPr>
          <w:vertAlign w:val="superscript"/>
          <w:lang w:val="sv-SE"/>
        </w:rPr>
        <w:t>38</w:t>
      </w:r>
      <w:r w:rsidRPr="000767E2">
        <w:rPr>
          <w:lang w:val="sv-SE"/>
        </w:rPr>
        <w:t xml:space="preserve"> {{field-on:bible}}Och han stod upp från synagogan och gick in till Simons hus. Men Simons svärmor var ansatt av väldig feber, och de frågade honom om henne.{{field-off:bible}} [[@</w:t>
      </w:r>
      <w:r w:rsidR="0096445B" w:rsidRPr="000767E2">
        <w:rPr>
          <w:lang w:val="sv-SE"/>
        </w:rPr>
        <w:t>BibleBIBEL82</w:t>
      </w:r>
      <w:r w:rsidRPr="000767E2">
        <w:rPr>
          <w:lang w:val="sv-SE"/>
        </w:rPr>
        <w:t>:Luke 4:39]]</w:t>
      </w:r>
      <w:r w:rsidRPr="000767E2">
        <w:rPr>
          <w:vertAlign w:val="superscript"/>
          <w:lang w:val="sv-SE"/>
        </w:rPr>
        <w:t>39</w:t>
      </w:r>
      <w:r w:rsidRPr="000767E2">
        <w:rPr>
          <w:lang w:val="sv-SE"/>
        </w:rPr>
        <w:t xml:space="preserve"> {{field-on:bible}}Och han stod där över henne och näpste febern, och den lämnade henne. Och genast stod hon upp och </w:t>
      </w:r>
      <w:r w:rsidRPr="000767E2">
        <w:rPr>
          <w:i/>
          <w:lang w:val="sv-SE"/>
        </w:rPr>
        <w:t>började</w:t>
      </w:r>
      <w:r w:rsidRPr="000767E2">
        <w:rPr>
          <w:lang w:val="sv-SE"/>
        </w:rPr>
        <w:t xml:space="preserve"> betjäna dem.{{field-off:bible}}</w:t>
      </w:r>
    </w:p>
    <w:p w14:paraId="635F2D12" w14:textId="10432EC5" w:rsidR="00BA33AB" w:rsidRPr="000767E2" w:rsidRDefault="00000000">
      <w:pPr>
        <w:rPr>
          <w:lang w:val="sv-SE"/>
        </w:rPr>
      </w:pPr>
      <w:r w:rsidRPr="000767E2">
        <w:rPr>
          <w:lang w:val="sv-SE"/>
        </w:rPr>
        <w:t>[[@</w:t>
      </w:r>
      <w:r w:rsidR="0096445B" w:rsidRPr="000767E2">
        <w:rPr>
          <w:lang w:val="sv-SE"/>
        </w:rPr>
        <w:t>BibleBIBEL82</w:t>
      </w:r>
      <w:r w:rsidRPr="000767E2">
        <w:rPr>
          <w:lang w:val="sv-SE"/>
        </w:rPr>
        <w:t>:Luke 4:40]]</w:t>
      </w:r>
      <w:r w:rsidRPr="000767E2">
        <w:rPr>
          <w:vertAlign w:val="superscript"/>
          <w:lang w:val="sv-SE"/>
        </w:rPr>
        <w:t>40</w:t>
      </w:r>
      <w:r w:rsidRPr="000767E2">
        <w:rPr>
          <w:lang w:val="sv-SE"/>
        </w:rPr>
        <w:t xml:space="preserve"> {{field-on:bible}}Men när solen gick ner, </w:t>
      </w:r>
      <w:r w:rsidRPr="000767E2">
        <w:rPr>
          <w:i/>
          <w:lang w:val="sv-SE"/>
        </w:rPr>
        <w:t>kom</w:t>
      </w:r>
      <w:r w:rsidRPr="000767E2">
        <w:rPr>
          <w:lang w:val="sv-SE"/>
        </w:rPr>
        <w:t xml:space="preserve"> allesammans som hade sjuka i olika åkommor </w:t>
      </w:r>
      <w:r w:rsidRPr="000767E2">
        <w:rPr>
          <w:i/>
          <w:lang w:val="sv-SE"/>
        </w:rPr>
        <w:t>och</w:t>
      </w:r>
      <w:r w:rsidRPr="000767E2">
        <w:rPr>
          <w:lang w:val="sv-SE"/>
        </w:rPr>
        <w:t xml:space="preserve"> förde dem till honom. Och på var och en av dem lade han händerna och botade dem.{{field-off:bible}} [[@</w:t>
      </w:r>
      <w:r w:rsidR="0096445B" w:rsidRPr="000767E2">
        <w:rPr>
          <w:lang w:val="sv-SE"/>
        </w:rPr>
        <w:t>BibleBIBEL82</w:t>
      </w:r>
      <w:r w:rsidRPr="000767E2">
        <w:rPr>
          <w:lang w:val="sv-SE"/>
        </w:rPr>
        <w:t>:Luke 4:41]]</w:t>
      </w:r>
      <w:r w:rsidRPr="000767E2">
        <w:rPr>
          <w:vertAlign w:val="superscript"/>
          <w:lang w:val="sv-SE"/>
        </w:rPr>
        <w:t>41</w:t>
      </w:r>
      <w:r w:rsidRPr="000767E2">
        <w:rPr>
          <w:lang w:val="sv-SE"/>
        </w:rPr>
        <w:t xml:space="preserve"> {{field-on:bible}}Och </w:t>
      </w:r>
      <w:r w:rsidRPr="000767E2">
        <w:rPr>
          <w:i/>
          <w:lang w:val="sv-SE"/>
        </w:rPr>
        <w:t>det</w:t>
      </w:r>
      <w:r w:rsidRPr="000767E2">
        <w:rPr>
          <w:lang w:val="sv-SE"/>
        </w:rPr>
        <w:t xml:space="preserve"> kom även ut demoner från många, vrålande och sägande att: ”Du är Guds Son!” Och han näpste och lät dem inte tala, eftersom de visste att han var Kristus.{{field-off:bible}}</w:t>
      </w:r>
    </w:p>
    <w:p w14:paraId="55510034" w14:textId="468755F0" w:rsidR="00BA33AB" w:rsidRPr="000767E2" w:rsidRDefault="00000000">
      <w:pPr>
        <w:rPr>
          <w:lang w:val="sv-SE"/>
        </w:rPr>
      </w:pPr>
      <w:r w:rsidRPr="000767E2">
        <w:rPr>
          <w:lang w:val="sv-SE"/>
        </w:rPr>
        <w:t>[[@</w:t>
      </w:r>
      <w:r w:rsidR="0096445B" w:rsidRPr="000767E2">
        <w:rPr>
          <w:lang w:val="sv-SE"/>
        </w:rPr>
        <w:t>BibleBIBEL82</w:t>
      </w:r>
      <w:r w:rsidRPr="000767E2">
        <w:rPr>
          <w:lang w:val="sv-SE"/>
        </w:rPr>
        <w:t>:Luke 4:42]]</w:t>
      </w:r>
      <w:r w:rsidRPr="000767E2">
        <w:rPr>
          <w:vertAlign w:val="superscript"/>
          <w:lang w:val="sv-SE"/>
        </w:rPr>
        <w:t>42</w:t>
      </w:r>
      <w:r w:rsidRPr="000767E2">
        <w:rPr>
          <w:lang w:val="sv-SE"/>
        </w:rPr>
        <w:t xml:space="preserve"> {{field-on:bible}}Men när det blev dag, gick han ut och vandrade till en öde plats. Och skarorna sökte honom, och de kom fram till honom och höll honom tillbaka för att han inte </w:t>
      </w:r>
      <w:r w:rsidRPr="000767E2">
        <w:rPr>
          <w:i/>
          <w:lang w:val="sv-SE"/>
        </w:rPr>
        <w:t>skulle</w:t>
      </w:r>
      <w:r w:rsidRPr="000767E2">
        <w:rPr>
          <w:lang w:val="sv-SE"/>
        </w:rPr>
        <w:t xml:space="preserve"> gå ifrån dem.{{field-off:bible}} [[@</w:t>
      </w:r>
      <w:r w:rsidR="0096445B" w:rsidRPr="000767E2">
        <w:rPr>
          <w:lang w:val="sv-SE"/>
        </w:rPr>
        <w:t>BibleBIBEL82</w:t>
      </w:r>
      <w:r w:rsidRPr="000767E2">
        <w:rPr>
          <w:lang w:val="sv-SE"/>
        </w:rPr>
        <w:t>:Luke 4:43]]</w:t>
      </w:r>
      <w:r w:rsidRPr="000767E2">
        <w:rPr>
          <w:vertAlign w:val="superscript"/>
          <w:lang w:val="sv-SE"/>
        </w:rPr>
        <w:t>43</w:t>
      </w:r>
      <w:r w:rsidRPr="000767E2">
        <w:rPr>
          <w:lang w:val="sv-SE"/>
        </w:rPr>
        <w:t xml:space="preserve"> {{field-on:bible}}Men han sade till dem att: ”Även för de andra städerna måste jag evangelisera </w:t>
      </w:r>
      <w:r w:rsidRPr="000767E2">
        <w:rPr>
          <w:i/>
          <w:lang w:val="sv-SE"/>
        </w:rPr>
        <w:t>om</w:t>
      </w:r>
      <w:r w:rsidRPr="000767E2">
        <w:rPr>
          <w:lang w:val="sv-SE"/>
        </w:rPr>
        <w:t xml:space="preserve"> Guds rike. För till detta är jag utsänd.”{{field-off:bible}} [[@</w:t>
      </w:r>
      <w:r w:rsidR="0096445B" w:rsidRPr="000767E2">
        <w:rPr>
          <w:lang w:val="sv-SE"/>
        </w:rPr>
        <w:t>BibleBIBEL82</w:t>
      </w:r>
      <w:r w:rsidRPr="000767E2">
        <w:rPr>
          <w:lang w:val="sv-SE"/>
        </w:rPr>
        <w:t>:Luke 4:44]]</w:t>
      </w:r>
      <w:r w:rsidRPr="000767E2">
        <w:rPr>
          <w:vertAlign w:val="superscript"/>
          <w:lang w:val="sv-SE"/>
        </w:rPr>
        <w:t>44</w:t>
      </w:r>
      <w:r w:rsidRPr="000767E2">
        <w:rPr>
          <w:lang w:val="sv-SE"/>
        </w:rPr>
        <w:t xml:space="preserve"> {{field-on:bible}}Och han var och förkunnade i Judeens synagogor.{{field-off:bible}}</w:t>
      </w:r>
    </w:p>
    <w:p w14:paraId="1F819D9D" w14:textId="6DB060C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5]]Kapitel 5</w:t>
      </w:r>
    </w:p>
    <w:p w14:paraId="4A8857E4" w14:textId="77777777" w:rsidR="00BA33AB" w:rsidRPr="000767E2" w:rsidRDefault="00000000">
      <w:pPr>
        <w:pStyle w:val="Rubrik3"/>
        <w:rPr>
          <w:lang w:val="sv-SE"/>
        </w:rPr>
      </w:pPr>
      <w:r w:rsidRPr="000767E2">
        <w:rPr>
          <w:lang w:val="sv-SE"/>
        </w:rPr>
        <w:t>Den stora fiskfångsten</w:t>
      </w:r>
    </w:p>
    <w:p w14:paraId="6BA0A715" w14:textId="30C570F6" w:rsidR="00BA33AB" w:rsidRPr="000767E2" w:rsidRDefault="00000000">
      <w:pPr>
        <w:rPr>
          <w:lang w:val="sv-SE"/>
        </w:rPr>
      </w:pPr>
      <w:r w:rsidRPr="000767E2">
        <w:rPr>
          <w:lang w:val="sv-SE"/>
        </w:rPr>
        <w:t>[[@</w:t>
      </w:r>
      <w:r w:rsidR="0096445B" w:rsidRPr="000767E2">
        <w:rPr>
          <w:lang w:val="sv-SE"/>
        </w:rPr>
        <w:t>BibleBIBEL82</w:t>
      </w:r>
      <w:r w:rsidRPr="000767E2">
        <w:rPr>
          <w:lang w:val="sv-SE"/>
        </w:rPr>
        <w:t>:Luke 5:1]]</w:t>
      </w:r>
      <w:r w:rsidRPr="000767E2">
        <w:rPr>
          <w:vertAlign w:val="superscript"/>
          <w:lang w:val="sv-SE"/>
        </w:rPr>
        <w:t>1</w:t>
      </w:r>
      <w:r w:rsidRPr="000767E2">
        <w:rPr>
          <w:lang w:val="sv-SE"/>
        </w:rPr>
        <w:t xml:space="preserve"> {{field-on:bible}}Och det hände sig, under det att skaran låg på honom och hörde Guds ord, </w:t>
      </w:r>
      <w:r w:rsidRPr="000767E2">
        <w:rPr>
          <w:i/>
          <w:lang w:val="sv-SE"/>
        </w:rPr>
        <w:t>att</w:t>
      </w:r>
      <w:r w:rsidRPr="000767E2">
        <w:rPr>
          <w:lang w:val="sv-SE"/>
        </w:rPr>
        <w:t xml:space="preserve"> han då var stående vid Gennesarets sjö{{field-off:bible}} [[@</w:t>
      </w:r>
      <w:r w:rsidR="0096445B" w:rsidRPr="000767E2">
        <w:rPr>
          <w:lang w:val="sv-SE"/>
        </w:rPr>
        <w:t>BibleBIBEL82</w:t>
      </w:r>
      <w:r w:rsidRPr="000767E2">
        <w:rPr>
          <w:lang w:val="sv-SE"/>
        </w:rPr>
        <w:t>:Luke 5:2]]</w:t>
      </w:r>
      <w:r w:rsidRPr="000767E2">
        <w:rPr>
          <w:vertAlign w:val="superscript"/>
          <w:lang w:val="sv-SE"/>
        </w:rPr>
        <w:t>2</w:t>
      </w:r>
      <w:r w:rsidRPr="000767E2">
        <w:rPr>
          <w:lang w:val="sv-SE"/>
        </w:rPr>
        <w:t xml:space="preserve"> {{field-on:bible}}och såg två båtar stående vid sjön. Men de som fiskade hade gått ifrån dem och sköljde näten.{{field-off:bible}} [[@</w:t>
      </w:r>
      <w:r w:rsidR="0096445B" w:rsidRPr="000767E2">
        <w:rPr>
          <w:lang w:val="sv-SE"/>
        </w:rPr>
        <w:t>BibleBIBEL82</w:t>
      </w:r>
      <w:r w:rsidRPr="000767E2">
        <w:rPr>
          <w:lang w:val="sv-SE"/>
        </w:rPr>
        <w:t>:Luke 5:3]]</w:t>
      </w:r>
      <w:r w:rsidRPr="000767E2">
        <w:rPr>
          <w:vertAlign w:val="superscript"/>
          <w:lang w:val="sv-SE"/>
        </w:rPr>
        <w:t>3</w:t>
      </w:r>
      <w:r w:rsidRPr="000767E2">
        <w:rPr>
          <w:lang w:val="sv-SE"/>
        </w:rPr>
        <w:t xml:space="preserve"> {{field-on:bible}}Och han steg i en av båtarna, </w:t>
      </w:r>
      <w:r w:rsidRPr="000767E2">
        <w:rPr>
          <w:i/>
          <w:lang w:val="sv-SE"/>
        </w:rPr>
        <w:t>den</w:t>
      </w:r>
      <w:r w:rsidRPr="000767E2">
        <w:rPr>
          <w:lang w:val="sv-SE"/>
        </w:rPr>
        <w:t xml:space="preserve"> som var Simons, och frågade honom </w:t>
      </w:r>
      <w:r w:rsidRPr="000767E2">
        <w:rPr>
          <w:i/>
          <w:lang w:val="sv-SE"/>
        </w:rPr>
        <w:t>om han</w:t>
      </w:r>
      <w:r w:rsidRPr="000767E2">
        <w:rPr>
          <w:lang w:val="sv-SE"/>
        </w:rPr>
        <w:t xml:space="preserve"> från land </w:t>
      </w:r>
      <w:r w:rsidRPr="000767E2">
        <w:rPr>
          <w:i/>
          <w:lang w:val="sv-SE"/>
        </w:rPr>
        <w:t>kunde</w:t>
      </w:r>
      <w:r w:rsidRPr="000767E2">
        <w:rPr>
          <w:lang w:val="sv-SE"/>
        </w:rPr>
        <w:t xml:space="preserve"> lägga ut lite. Och han satte sig, och från båten undervisade han skarorna.{{field-off:bible}}</w:t>
      </w:r>
    </w:p>
    <w:p w14:paraId="0D36C7FE" w14:textId="476A3A36" w:rsidR="00BA33AB" w:rsidRPr="000767E2" w:rsidRDefault="00000000">
      <w:pPr>
        <w:rPr>
          <w:lang w:val="sv-SE"/>
        </w:rPr>
      </w:pPr>
      <w:r w:rsidRPr="000767E2">
        <w:rPr>
          <w:lang w:val="sv-SE"/>
        </w:rPr>
        <w:t>[[@</w:t>
      </w:r>
      <w:r w:rsidR="0096445B" w:rsidRPr="000767E2">
        <w:rPr>
          <w:lang w:val="sv-SE"/>
        </w:rPr>
        <w:t>BibleBIBEL82</w:t>
      </w:r>
      <w:r w:rsidRPr="000767E2">
        <w:rPr>
          <w:lang w:val="sv-SE"/>
        </w:rPr>
        <w:t>:Luke 5:4]]</w:t>
      </w:r>
      <w:r w:rsidRPr="000767E2">
        <w:rPr>
          <w:vertAlign w:val="superscript"/>
          <w:lang w:val="sv-SE"/>
        </w:rPr>
        <w:t>4</w:t>
      </w:r>
      <w:r w:rsidRPr="000767E2">
        <w:rPr>
          <w:lang w:val="sv-SE"/>
        </w:rPr>
        <w:t xml:space="preserve"> {{field-on:bible}}Men när han hade slutat tala, sade han till Simon: ”Lägg ut på djupet och fira ner era nät till fångst.”{{field-off:bible}} [[@</w:t>
      </w:r>
      <w:r w:rsidR="0096445B" w:rsidRPr="000767E2">
        <w:rPr>
          <w:lang w:val="sv-SE"/>
        </w:rPr>
        <w:t>BibleBIBEL82</w:t>
      </w:r>
      <w:r w:rsidRPr="000767E2">
        <w:rPr>
          <w:lang w:val="sv-SE"/>
        </w:rPr>
        <w:t>:Luke 5:5]]</w:t>
      </w:r>
      <w:r w:rsidRPr="000767E2">
        <w:rPr>
          <w:vertAlign w:val="superscript"/>
          <w:lang w:val="sv-SE"/>
        </w:rPr>
        <w:t>5</w:t>
      </w:r>
      <w:r w:rsidRPr="000767E2">
        <w:rPr>
          <w:lang w:val="sv-SE"/>
        </w:rPr>
        <w:t xml:space="preserve"> {{field-on:bible}}Och Simon svarade och sade: ”Mästare, genom hela natten har vi slitit och inget fått. Men på ditt ord ska jag fira ner näten.”{{field-off:bible}} [[@</w:t>
      </w:r>
      <w:r w:rsidR="0096445B" w:rsidRPr="000767E2">
        <w:rPr>
          <w:lang w:val="sv-SE"/>
        </w:rPr>
        <w:t>BibleBIBEL82</w:t>
      </w:r>
      <w:r w:rsidRPr="000767E2">
        <w:rPr>
          <w:lang w:val="sv-SE"/>
        </w:rPr>
        <w:t>:Luke 5:6]]</w:t>
      </w:r>
      <w:r w:rsidRPr="000767E2">
        <w:rPr>
          <w:vertAlign w:val="superscript"/>
          <w:lang w:val="sv-SE"/>
        </w:rPr>
        <w:t>6</w:t>
      </w:r>
      <w:r w:rsidRPr="000767E2">
        <w:rPr>
          <w:lang w:val="sv-SE"/>
        </w:rPr>
        <w:t xml:space="preserve"> {{field-on:bible}}Och när de gjorde detta inneslöt de en stor mängd fiskar, och deras nät </w:t>
      </w:r>
      <w:r w:rsidRPr="000767E2">
        <w:rPr>
          <w:i/>
          <w:lang w:val="sv-SE"/>
        </w:rPr>
        <w:t>höll på att</w:t>
      </w:r>
      <w:r w:rsidRPr="000767E2">
        <w:rPr>
          <w:lang w:val="sv-SE"/>
        </w:rPr>
        <w:t xml:space="preserve"> rivas sönder.{{field-off:bible}} [[@</w:t>
      </w:r>
      <w:r w:rsidR="0096445B" w:rsidRPr="000767E2">
        <w:rPr>
          <w:lang w:val="sv-SE"/>
        </w:rPr>
        <w:t>BibleBIBEL82</w:t>
      </w:r>
      <w:r w:rsidRPr="000767E2">
        <w:rPr>
          <w:lang w:val="sv-SE"/>
        </w:rPr>
        <w:t xml:space="preserve">:Luke </w:t>
      </w:r>
      <w:r w:rsidRPr="000767E2">
        <w:rPr>
          <w:lang w:val="sv-SE"/>
        </w:rPr>
        <w:lastRenderedPageBreak/>
        <w:t>5:7]]</w:t>
      </w:r>
      <w:r w:rsidRPr="000767E2">
        <w:rPr>
          <w:vertAlign w:val="superscript"/>
          <w:lang w:val="sv-SE"/>
        </w:rPr>
        <w:t>7</w:t>
      </w:r>
      <w:r w:rsidRPr="000767E2">
        <w:rPr>
          <w:lang w:val="sv-SE"/>
        </w:rPr>
        <w:t xml:space="preserve"> {{field-on:bible}}Och de gestikulerade åt medbröderna i den andra båten att komma och ta tag med dem, och de kom och fyllde båda båtarna så att de </w:t>
      </w:r>
      <w:r w:rsidRPr="000767E2">
        <w:rPr>
          <w:i/>
          <w:lang w:val="sv-SE"/>
        </w:rPr>
        <w:t>började</w:t>
      </w:r>
      <w:r w:rsidRPr="000767E2">
        <w:rPr>
          <w:lang w:val="sv-SE"/>
        </w:rPr>
        <w:t xml:space="preserve"> sjunka.{{field-off:bible}}</w:t>
      </w:r>
    </w:p>
    <w:p w14:paraId="09A31C64" w14:textId="39E6C712" w:rsidR="00BA33AB" w:rsidRPr="000767E2" w:rsidRDefault="00000000">
      <w:pPr>
        <w:rPr>
          <w:lang w:val="sv-SE"/>
        </w:rPr>
      </w:pPr>
      <w:r w:rsidRPr="000767E2">
        <w:rPr>
          <w:lang w:val="sv-SE"/>
        </w:rPr>
        <w:t>[[@</w:t>
      </w:r>
      <w:r w:rsidR="0096445B" w:rsidRPr="000767E2">
        <w:rPr>
          <w:lang w:val="sv-SE"/>
        </w:rPr>
        <w:t>BibleBIBEL82</w:t>
      </w:r>
      <w:r w:rsidRPr="000767E2">
        <w:rPr>
          <w:lang w:val="sv-SE"/>
        </w:rPr>
        <w:t>:Luke 5:8]]</w:t>
      </w:r>
      <w:r w:rsidRPr="000767E2">
        <w:rPr>
          <w:vertAlign w:val="superscript"/>
          <w:lang w:val="sv-SE"/>
        </w:rPr>
        <w:t>8</w:t>
      </w:r>
      <w:r w:rsidRPr="000767E2">
        <w:rPr>
          <w:lang w:val="sv-SE"/>
        </w:rPr>
        <w:t xml:space="preserve"> {{field-on:bible}}Och när Simon Petrus såg </w:t>
      </w:r>
      <w:r w:rsidRPr="000767E2">
        <w:rPr>
          <w:i/>
          <w:lang w:val="sv-SE"/>
        </w:rPr>
        <w:t>det</w:t>
      </w:r>
      <w:r w:rsidRPr="000767E2">
        <w:rPr>
          <w:lang w:val="sv-SE"/>
        </w:rPr>
        <w:t>, föll han ner för Jesu knän och sade: ”Gå bort från mig! För jag är en syndig man, Herre.”{{field-off:bible}} [[@</w:t>
      </w:r>
      <w:r w:rsidR="0096445B" w:rsidRPr="000767E2">
        <w:rPr>
          <w:lang w:val="sv-SE"/>
        </w:rPr>
        <w:t>BibleBIBEL82</w:t>
      </w:r>
      <w:r w:rsidRPr="000767E2">
        <w:rPr>
          <w:lang w:val="sv-SE"/>
        </w:rPr>
        <w:t>:Luke 5:9]]</w:t>
      </w:r>
      <w:r w:rsidRPr="000767E2">
        <w:rPr>
          <w:vertAlign w:val="superscript"/>
          <w:lang w:val="sv-SE"/>
        </w:rPr>
        <w:t>9</w:t>
      </w:r>
      <w:r w:rsidRPr="000767E2">
        <w:rPr>
          <w:lang w:val="sv-SE"/>
        </w:rPr>
        <w:t xml:space="preserve"> {{field-on:bible}}För bestörtning hade omslutit honom, och alla med honom, vid fiskfångsten som de tagit fast.{{field-off:bible}} [[@</w:t>
      </w:r>
      <w:r w:rsidR="0096445B" w:rsidRPr="000767E2">
        <w:rPr>
          <w:lang w:val="sv-SE"/>
        </w:rPr>
        <w:t>BibleBIBEL82</w:t>
      </w:r>
      <w:r w:rsidRPr="000767E2">
        <w:rPr>
          <w:lang w:val="sv-SE"/>
        </w:rPr>
        <w:t>:Luke 5:10]]</w:t>
      </w:r>
      <w:r w:rsidRPr="000767E2">
        <w:rPr>
          <w:vertAlign w:val="superscript"/>
          <w:lang w:val="sv-SE"/>
        </w:rPr>
        <w:t>10</w:t>
      </w:r>
      <w:r w:rsidRPr="000767E2">
        <w:rPr>
          <w:lang w:val="sv-SE"/>
        </w:rPr>
        <w:t xml:space="preserve"> {{field-on:bible}}Och likaså även Jakob och Johannes, Zebedaios söner som var kompanjoner med Simon. Och till Simon sade Jesus: ”Frukta inte! Från nu ska du levandefånga människor.”{{field-off:bible}} [[@</w:t>
      </w:r>
      <w:r w:rsidR="0096445B" w:rsidRPr="000767E2">
        <w:rPr>
          <w:lang w:val="sv-SE"/>
        </w:rPr>
        <w:t>BibleBIBEL82</w:t>
      </w:r>
      <w:r w:rsidRPr="000767E2">
        <w:rPr>
          <w:lang w:val="sv-SE"/>
        </w:rPr>
        <w:t>:Luke 5:11]]</w:t>
      </w:r>
      <w:r w:rsidRPr="000767E2">
        <w:rPr>
          <w:vertAlign w:val="superscript"/>
          <w:lang w:val="sv-SE"/>
        </w:rPr>
        <w:t>11</w:t>
      </w:r>
      <w:r w:rsidRPr="000767E2">
        <w:rPr>
          <w:lang w:val="sv-SE"/>
        </w:rPr>
        <w:t xml:space="preserve"> {{field-on:bible}}Och de styrde in båtarna till land, lämnade allt och följde honom.{{field-off:bible}}</w:t>
      </w:r>
    </w:p>
    <w:p w14:paraId="5184D5E2" w14:textId="77777777" w:rsidR="00BA33AB" w:rsidRPr="000767E2" w:rsidRDefault="00000000">
      <w:pPr>
        <w:pStyle w:val="Rubrik3"/>
        <w:rPr>
          <w:lang w:val="sv-SE"/>
        </w:rPr>
      </w:pPr>
      <w:r w:rsidRPr="000767E2">
        <w:rPr>
          <w:lang w:val="sv-SE"/>
        </w:rPr>
        <w:t>Jesus renar en spetälsk</w:t>
      </w:r>
    </w:p>
    <w:p w14:paraId="700E29B9" w14:textId="5547E28F" w:rsidR="00BA33AB" w:rsidRPr="000767E2" w:rsidRDefault="00000000">
      <w:pPr>
        <w:rPr>
          <w:lang w:val="sv-SE"/>
        </w:rPr>
      </w:pPr>
      <w:r w:rsidRPr="000767E2">
        <w:rPr>
          <w:lang w:val="sv-SE"/>
        </w:rPr>
        <w:t>[[@</w:t>
      </w:r>
      <w:r w:rsidR="0096445B" w:rsidRPr="000767E2">
        <w:rPr>
          <w:lang w:val="sv-SE"/>
        </w:rPr>
        <w:t>BibleBIBEL82</w:t>
      </w:r>
      <w:r w:rsidRPr="000767E2">
        <w:rPr>
          <w:lang w:val="sv-SE"/>
        </w:rPr>
        <w:t>:Luke 5:12]]</w:t>
      </w:r>
      <w:r w:rsidRPr="000767E2">
        <w:rPr>
          <w:vertAlign w:val="superscript"/>
          <w:lang w:val="sv-SE"/>
        </w:rPr>
        <w:t>12</w:t>
      </w:r>
      <w:r w:rsidRPr="000767E2">
        <w:rPr>
          <w:lang w:val="sv-SE"/>
        </w:rPr>
        <w:t xml:space="preserve"> {{field-on:bible}}Och det hände sig under det att han var i en av städerna, och se: en man full av spetälska. Och när han såg Jesus, föll han </w:t>
      </w:r>
      <w:r w:rsidRPr="000767E2">
        <w:rPr>
          <w:i/>
          <w:lang w:val="sv-SE"/>
        </w:rPr>
        <w:t>ner</w:t>
      </w:r>
      <w:r w:rsidRPr="000767E2">
        <w:rPr>
          <w:lang w:val="sv-SE"/>
        </w:rPr>
        <w:t xml:space="preserve"> på ansiktet och bönföll honom och sade: ”Herre, om du vill, kan du rena mig.”{{field-off:bible}} [[@</w:t>
      </w:r>
      <w:r w:rsidR="0096445B" w:rsidRPr="000767E2">
        <w:rPr>
          <w:lang w:val="sv-SE"/>
        </w:rPr>
        <w:t>BibleBIBEL82</w:t>
      </w:r>
      <w:r w:rsidRPr="000767E2">
        <w:rPr>
          <w:lang w:val="sv-SE"/>
        </w:rPr>
        <w:t>:Luke 5:13]]</w:t>
      </w:r>
      <w:r w:rsidRPr="000767E2">
        <w:rPr>
          <w:vertAlign w:val="superscript"/>
          <w:lang w:val="sv-SE"/>
        </w:rPr>
        <w:t>13</w:t>
      </w:r>
      <w:r w:rsidRPr="000767E2">
        <w:rPr>
          <w:lang w:val="sv-SE"/>
        </w:rPr>
        <w:t xml:space="preserve"> {{field-on:bible}}Och han räckte ut handen och rörde vid honom och sade: ”Jag vill. Var renad!” Och direkt gick spetälskan bort från honom.{{field-off:bible}}</w:t>
      </w:r>
    </w:p>
    <w:p w14:paraId="6A638A40" w14:textId="3E24A0A8" w:rsidR="00BA33AB" w:rsidRPr="000767E2" w:rsidRDefault="00000000">
      <w:pPr>
        <w:rPr>
          <w:lang w:val="sv-SE"/>
        </w:rPr>
      </w:pPr>
      <w:r w:rsidRPr="000767E2">
        <w:rPr>
          <w:lang w:val="sv-SE"/>
        </w:rPr>
        <w:t>[[@</w:t>
      </w:r>
      <w:r w:rsidR="0096445B" w:rsidRPr="000767E2">
        <w:rPr>
          <w:lang w:val="sv-SE"/>
        </w:rPr>
        <w:t>BibleBIBEL82</w:t>
      </w:r>
      <w:r w:rsidRPr="000767E2">
        <w:rPr>
          <w:lang w:val="sv-SE"/>
        </w:rPr>
        <w:t>:Luke 5:14]]</w:t>
      </w:r>
      <w:r w:rsidRPr="000767E2">
        <w:rPr>
          <w:vertAlign w:val="superscript"/>
          <w:lang w:val="sv-SE"/>
        </w:rPr>
        <w:t>14</w:t>
      </w:r>
      <w:r w:rsidRPr="000767E2">
        <w:rPr>
          <w:lang w:val="sv-SE"/>
        </w:rPr>
        <w:t xml:space="preserve"> {{field-on:bible}}Och han instruerade honom att inte till någon säga </w:t>
      </w:r>
      <w:r w:rsidRPr="000767E2">
        <w:rPr>
          <w:i/>
          <w:lang w:val="sv-SE"/>
        </w:rPr>
        <w:t>det</w:t>
      </w:r>
      <w:r w:rsidRPr="000767E2">
        <w:rPr>
          <w:lang w:val="sv-SE"/>
        </w:rPr>
        <w:t>, utan: ”Gå bort och visa dig för prästen. Och frambär för din rening så som Mose har förordnat, till ett vittnesbörd för dem.”{{field-off:bible}} [[@</w:t>
      </w:r>
      <w:r w:rsidR="0096445B" w:rsidRPr="000767E2">
        <w:rPr>
          <w:lang w:val="sv-SE"/>
        </w:rPr>
        <w:t>BibleBIBEL82</w:t>
      </w:r>
      <w:r w:rsidRPr="000767E2">
        <w:rPr>
          <w:lang w:val="sv-SE"/>
        </w:rPr>
        <w:t>:Luke 5:15]]</w:t>
      </w:r>
      <w:r w:rsidRPr="000767E2">
        <w:rPr>
          <w:vertAlign w:val="superscript"/>
          <w:lang w:val="sv-SE"/>
        </w:rPr>
        <w:t>15</w:t>
      </w:r>
      <w:r w:rsidRPr="000767E2">
        <w:rPr>
          <w:lang w:val="sv-SE"/>
        </w:rPr>
        <w:t xml:space="preserve"> {{field-on:bible}}Men </w:t>
      </w:r>
      <w:r w:rsidRPr="000767E2">
        <w:rPr>
          <w:i/>
          <w:lang w:val="sv-SE"/>
        </w:rPr>
        <w:t>desto</w:t>
      </w:r>
      <w:r w:rsidRPr="000767E2">
        <w:rPr>
          <w:lang w:val="sv-SE"/>
        </w:rPr>
        <w:t xml:space="preserve"> mer gick ordet omkring om honom, och </w:t>
      </w:r>
      <w:r w:rsidRPr="000767E2">
        <w:rPr>
          <w:i/>
          <w:lang w:val="sv-SE"/>
        </w:rPr>
        <w:t>det</w:t>
      </w:r>
      <w:r w:rsidRPr="000767E2">
        <w:rPr>
          <w:lang w:val="sv-SE"/>
        </w:rPr>
        <w:t xml:space="preserve"> kom samman stora skaror </w:t>
      </w:r>
      <w:r w:rsidRPr="000767E2">
        <w:rPr>
          <w:i/>
          <w:lang w:val="sv-SE"/>
        </w:rPr>
        <w:t>för</w:t>
      </w:r>
      <w:r w:rsidRPr="000767E2">
        <w:rPr>
          <w:lang w:val="sv-SE"/>
        </w:rPr>
        <w:t xml:space="preserve"> att höra och bli botade från sina sjukdomar.{{field-off:bible}} [[@</w:t>
      </w:r>
      <w:r w:rsidR="0096445B" w:rsidRPr="000767E2">
        <w:rPr>
          <w:lang w:val="sv-SE"/>
        </w:rPr>
        <w:t>BibleBIBEL82</w:t>
      </w:r>
      <w:r w:rsidRPr="000767E2">
        <w:rPr>
          <w:lang w:val="sv-SE"/>
        </w:rPr>
        <w:t>:Luke 5:16]]</w:t>
      </w:r>
      <w:r w:rsidRPr="000767E2">
        <w:rPr>
          <w:vertAlign w:val="superscript"/>
          <w:lang w:val="sv-SE"/>
        </w:rPr>
        <w:t>16</w:t>
      </w:r>
      <w:r w:rsidRPr="000767E2">
        <w:rPr>
          <w:lang w:val="sv-SE"/>
        </w:rPr>
        <w:t xml:space="preserve"> {{field-on:bible}}Men han </w:t>
      </w:r>
      <w:r w:rsidRPr="000767E2">
        <w:rPr>
          <w:i/>
          <w:lang w:val="sv-SE"/>
        </w:rPr>
        <w:t>brukade</w:t>
      </w:r>
      <w:r w:rsidRPr="000767E2">
        <w:rPr>
          <w:lang w:val="sv-SE"/>
        </w:rPr>
        <w:t xml:space="preserve"> dra sig undan i ödemarkerna och be.{{field-off:bible}}</w:t>
      </w:r>
    </w:p>
    <w:p w14:paraId="07BBB6C2" w14:textId="77777777" w:rsidR="00BA33AB" w:rsidRPr="000767E2" w:rsidRDefault="00000000">
      <w:pPr>
        <w:pStyle w:val="Rubrik3"/>
        <w:rPr>
          <w:lang w:val="sv-SE"/>
        </w:rPr>
      </w:pPr>
      <w:r w:rsidRPr="000767E2">
        <w:rPr>
          <w:lang w:val="sv-SE"/>
        </w:rPr>
        <w:t>Jesus förlåter synder</w:t>
      </w:r>
    </w:p>
    <w:p w14:paraId="475EED78" w14:textId="4FAA82DE" w:rsidR="00BA33AB" w:rsidRPr="000767E2" w:rsidRDefault="00000000">
      <w:pPr>
        <w:rPr>
          <w:lang w:val="sv-SE"/>
        </w:rPr>
      </w:pPr>
      <w:r w:rsidRPr="000767E2">
        <w:rPr>
          <w:lang w:val="sv-SE"/>
        </w:rPr>
        <w:t>[[@</w:t>
      </w:r>
      <w:r w:rsidR="0096445B" w:rsidRPr="000767E2">
        <w:rPr>
          <w:lang w:val="sv-SE"/>
        </w:rPr>
        <w:t>BibleBIBEL82</w:t>
      </w:r>
      <w:r w:rsidRPr="000767E2">
        <w:rPr>
          <w:lang w:val="sv-SE"/>
        </w:rPr>
        <w:t>:Luke 5:17]]</w:t>
      </w:r>
      <w:r w:rsidRPr="000767E2">
        <w:rPr>
          <w:vertAlign w:val="superscript"/>
          <w:lang w:val="sv-SE"/>
        </w:rPr>
        <w:t>17</w:t>
      </w:r>
      <w:r w:rsidRPr="000767E2">
        <w:rPr>
          <w:lang w:val="sv-SE"/>
        </w:rPr>
        <w:t xml:space="preserve"> {{field-on:bible}}Och det hände sig på en av dagarna </w:t>
      </w:r>
      <w:r w:rsidRPr="000767E2">
        <w:rPr>
          <w:i/>
          <w:lang w:val="sv-SE"/>
        </w:rPr>
        <w:t>att</w:t>
      </w:r>
      <w:r w:rsidRPr="000767E2">
        <w:rPr>
          <w:lang w:val="sv-SE"/>
        </w:rPr>
        <w:t xml:space="preserve"> han då var och undervisade, och </w:t>
      </w:r>
      <w:r w:rsidRPr="000767E2">
        <w:rPr>
          <w:i/>
          <w:lang w:val="sv-SE"/>
        </w:rPr>
        <w:t>där</w:t>
      </w:r>
      <w:r w:rsidRPr="000767E2">
        <w:rPr>
          <w:lang w:val="sv-SE"/>
        </w:rPr>
        <w:t xml:space="preserve"> fanns sittande fariseer och laglärare som var komna från varje by i Galileen och Judeen och Jerusalem. Och Herrens kraft fanns för att han </w:t>
      </w:r>
      <w:r w:rsidRPr="000767E2">
        <w:rPr>
          <w:i/>
          <w:lang w:val="sv-SE"/>
        </w:rPr>
        <w:t>skulle</w:t>
      </w:r>
      <w:r w:rsidRPr="000767E2">
        <w:rPr>
          <w:lang w:val="sv-SE"/>
        </w:rPr>
        <w:t xml:space="preserve"> hela.{{field-off:bible}}</w:t>
      </w:r>
    </w:p>
    <w:p w14:paraId="1FC8E8E4" w14:textId="3E42DE14" w:rsidR="00BA33AB" w:rsidRPr="000767E2" w:rsidRDefault="00000000">
      <w:pPr>
        <w:rPr>
          <w:lang w:val="sv-SE"/>
        </w:rPr>
      </w:pPr>
      <w:r w:rsidRPr="000767E2">
        <w:rPr>
          <w:lang w:val="sv-SE"/>
        </w:rPr>
        <w:t>[[@</w:t>
      </w:r>
      <w:r w:rsidR="0096445B" w:rsidRPr="000767E2">
        <w:rPr>
          <w:lang w:val="sv-SE"/>
        </w:rPr>
        <w:t>BibleBIBEL82</w:t>
      </w:r>
      <w:r w:rsidRPr="000767E2">
        <w:rPr>
          <w:lang w:val="sv-SE"/>
        </w:rPr>
        <w:t>:Luke 5:18]]</w:t>
      </w:r>
      <w:r w:rsidRPr="000767E2">
        <w:rPr>
          <w:vertAlign w:val="superscript"/>
          <w:lang w:val="sv-SE"/>
        </w:rPr>
        <w:t>18</w:t>
      </w:r>
      <w:r w:rsidRPr="000767E2">
        <w:rPr>
          <w:lang w:val="sv-SE"/>
        </w:rPr>
        <w:t xml:space="preserve"> {{field-on:bible}}Och se: män bärande på en bädd en människa som var förlamad. Och de sökte föra in honom och lägga [honom] framför honom.{{field-off:bible}} [[@</w:t>
      </w:r>
      <w:r w:rsidR="0096445B" w:rsidRPr="000767E2">
        <w:rPr>
          <w:lang w:val="sv-SE"/>
        </w:rPr>
        <w:t>BibleBIBEL82</w:t>
      </w:r>
      <w:r w:rsidRPr="000767E2">
        <w:rPr>
          <w:lang w:val="sv-SE"/>
        </w:rPr>
        <w:t>:Luke 5:19]]</w:t>
      </w:r>
      <w:r w:rsidRPr="000767E2">
        <w:rPr>
          <w:vertAlign w:val="superscript"/>
          <w:lang w:val="sv-SE"/>
        </w:rPr>
        <w:t>19</w:t>
      </w:r>
      <w:r w:rsidRPr="000767E2">
        <w:rPr>
          <w:lang w:val="sv-SE"/>
        </w:rPr>
        <w:t xml:space="preserve"> {{field-on:bible}}Och när de inte fann vilken </w:t>
      </w:r>
      <w:r w:rsidRPr="000767E2">
        <w:rPr>
          <w:i/>
          <w:lang w:val="sv-SE"/>
        </w:rPr>
        <w:t>väg</w:t>
      </w:r>
      <w:r w:rsidRPr="000767E2">
        <w:rPr>
          <w:lang w:val="sv-SE"/>
        </w:rPr>
        <w:t xml:space="preserve"> de skulle föra in honom för skarans skull steg de upp på hustaket, och genom teglen sänkte de ner honom med den lilla bädden i mitten framför Jesus.{{field-off:bible}} [[@</w:t>
      </w:r>
      <w:r w:rsidR="0096445B" w:rsidRPr="000767E2">
        <w:rPr>
          <w:lang w:val="sv-SE"/>
        </w:rPr>
        <w:t>BibleBIBEL82</w:t>
      </w:r>
      <w:r w:rsidRPr="000767E2">
        <w:rPr>
          <w:lang w:val="sv-SE"/>
        </w:rPr>
        <w:t>:Luke 5:20]]</w:t>
      </w:r>
      <w:r w:rsidRPr="000767E2">
        <w:rPr>
          <w:vertAlign w:val="superscript"/>
          <w:lang w:val="sv-SE"/>
        </w:rPr>
        <w:t>20</w:t>
      </w:r>
      <w:r w:rsidRPr="000767E2">
        <w:rPr>
          <w:lang w:val="sv-SE"/>
        </w:rPr>
        <w:t xml:space="preserve"> {{field-on:bible}}Och han såg deras tro och sade: ”Människa, förlåtna dig är dina synder.”{{field-off:bible}}</w:t>
      </w:r>
    </w:p>
    <w:p w14:paraId="799B3390" w14:textId="46E69FD9" w:rsidR="00BA33AB" w:rsidRPr="000767E2" w:rsidRDefault="00000000">
      <w:pPr>
        <w:rPr>
          <w:lang w:val="sv-SE"/>
        </w:rPr>
      </w:pPr>
      <w:r w:rsidRPr="000767E2">
        <w:rPr>
          <w:lang w:val="sv-SE"/>
        </w:rPr>
        <w:t>[[@</w:t>
      </w:r>
      <w:r w:rsidR="0096445B" w:rsidRPr="000767E2">
        <w:rPr>
          <w:lang w:val="sv-SE"/>
        </w:rPr>
        <w:t>BibleBIBEL82</w:t>
      </w:r>
      <w:r w:rsidRPr="000767E2">
        <w:rPr>
          <w:lang w:val="sv-SE"/>
        </w:rPr>
        <w:t>:Luke 5:21]]</w:t>
      </w:r>
      <w:r w:rsidRPr="000767E2">
        <w:rPr>
          <w:vertAlign w:val="superscript"/>
          <w:lang w:val="sv-SE"/>
        </w:rPr>
        <w:t>21</w:t>
      </w:r>
      <w:r w:rsidRPr="000767E2">
        <w:rPr>
          <w:lang w:val="sv-SE"/>
        </w:rPr>
        <w:t xml:space="preserve"> {{field-on:bible}}Och </w:t>
      </w:r>
      <w:r w:rsidRPr="000767E2">
        <w:rPr>
          <w:i/>
          <w:lang w:val="sv-SE"/>
        </w:rPr>
        <w:t>då</w:t>
      </w:r>
      <w:r w:rsidRPr="000767E2">
        <w:rPr>
          <w:lang w:val="sv-SE"/>
        </w:rPr>
        <w:t xml:space="preserve"> började de skriftlärda och fariseerna fundera och säga: ”Vem är den där som talar hädelser? Vem kan förlåta synder utom bara Gud?”{{field-off:bible}} [[@</w:t>
      </w:r>
      <w:r w:rsidR="0096445B" w:rsidRPr="000767E2">
        <w:rPr>
          <w:lang w:val="sv-SE"/>
        </w:rPr>
        <w:t>BibleBIBEL82</w:t>
      </w:r>
      <w:r w:rsidRPr="000767E2">
        <w:rPr>
          <w:lang w:val="sv-SE"/>
        </w:rPr>
        <w:t>:Luke 5:22]]</w:t>
      </w:r>
      <w:r w:rsidRPr="000767E2">
        <w:rPr>
          <w:vertAlign w:val="superscript"/>
          <w:lang w:val="sv-SE"/>
        </w:rPr>
        <w:t>22</w:t>
      </w:r>
      <w:r w:rsidRPr="000767E2">
        <w:rPr>
          <w:lang w:val="sv-SE"/>
        </w:rPr>
        <w:t xml:space="preserve"> {{field-on:bible}}Men Jesus insåg deras funderingar, och han svarade och sade till dem: ”Vad </w:t>
      </w:r>
      <w:r w:rsidRPr="000767E2">
        <w:rPr>
          <w:i/>
          <w:lang w:val="sv-SE"/>
        </w:rPr>
        <w:t>är det</w:t>
      </w:r>
      <w:r w:rsidRPr="000767E2">
        <w:rPr>
          <w:lang w:val="sv-SE"/>
        </w:rPr>
        <w:t xml:space="preserve"> ni funderar i era </w:t>
      </w:r>
      <w:r w:rsidRPr="000767E2">
        <w:rPr>
          <w:lang w:val="sv-SE"/>
        </w:rPr>
        <w:lastRenderedPageBreak/>
        <w:t>hjärtan?{{field-off:bible}} [[@</w:t>
      </w:r>
      <w:r w:rsidR="0096445B" w:rsidRPr="000767E2">
        <w:rPr>
          <w:lang w:val="sv-SE"/>
        </w:rPr>
        <w:t>BibleBIBEL82</w:t>
      </w:r>
      <w:r w:rsidRPr="000767E2">
        <w:rPr>
          <w:lang w:val="sv-SE"/>
        </w:rPr>
        <w:t>:Luke 5:23]]</w:t>
      </w:r>
      <w:r w:rsidRPr="000767E2">
        <w:rPr>
          <w:vertAlign w:val="superscript"/>
          <w:lang w:val="sv-SE"/>
        </w:rPr>
        <w:t>23</w:t>
      </w:r>
      <w:r w:rsidRPr="000767E2">
        <w:rPr>
          <w:lang w:val="sv-SE"/>
        </w:rPr>
        <w:t xml:space="preserve"> {{field-on:bible}}Vad är lättare? Att säga: Förlåtna dig är dina synder, eller att säga: Res dig och vandra?{{field-off:bible}} [[@</w:t>
      </w:r>
      <w:r w:rsidR="0096445B" w:rsidRPr="000767E2">
        <w:rPr>
          <w:lang w:val="sv-SE"/>
        </w:rPr>
        <w:t>BibleBIBEL82</w:t>
      </w:r>
      <w:r w:rsidRPr="000767E2">
        <w:rPr>
          <w:lang w:val="sv-SE"/>
        </w:rPr>
        <w:t>:Luke 5:24]]</w:t>
      </w:r>
      <w:r w:rsidRPr="000767E2">
        <w:rPr>
          <w:vertAlign w:val="superscript"/>
          <w:lang w:val="sv-SE"/>
        </w:rPr>
        <w:t>24</w:t>
      </w:r>
      <w:r w:rsidRPr="000767E2">
        <w:rPr>
          <w:lang w:val="sv-SE"/>
        </w:rPr>
        <w:t xml:space="preserve"> {{field-on:bible}}Men för att ni ska veta att Människosonen har auktoritet på jorden att förlåta synder”, sade han </w:t>
      </w:r>
      <w:r w:rsidRPr="000767E2">
        <w:rPr>
          <w:i/>
          <w:lang w:val="sv-SE"/>
        </w:rPr>
        <w:t>sedan</w:t>
      </w:r>
      <w:r w:rsidRPr="000767E2">
        <w:rPr>
          <w:lang w:val="sv-SE"/>
        </w:rPr>
        <w:t xml:space="preserve"> till den förlamade: ”Till dig säger jag: Res dig och ta din lilla bädd och gå till ditt hus!”{{field-off:bible}} [[@</w:t>
      </w:r>
      <w:r w:rsidR="0096445B" w:rsidRPr="000767E2">
        <w:rPr>
          <w:lang w:val="sv-SE"/>
        </w:rPr>
        <w:t>BibleBIBEL82</w:t>
      </w:r>
      <w:r w:rsidRPr="000767E2">
        <w:rPr>
          <w:lang w:val="sv-SE"/>
        </w:rPr>
        <w:t>:Luke 5:25]]</w:t>
      </w:r>
      <w:r w:rsidRPr="000767E2">
        <w:rPr>
          <w:vertAlign w:val="superscript"/>
          <w:lang w:val="sv-SE"/>
        </w:rPr>
        <w:t>25</w:t>
      </w:r>
      <w:r w:rsidRPr="000767E2">
        <w:rPr>
          <w:lang w:val="sv-SE"/>
        </w:rPr>
        <w:t xml:space="preserve"> {{field-on:bible}}Och genast stod han upp inför alla, tog </w:t>
      </w:r>
      <w:r w:rsidRPr="000767E2">
        <w:rPr>
          <w:i/>
          <w:lang w:val="sv-SE"/>
        </w:rPr>
        <w:t>det</w:t>
      </w:r>
      <w:r w:rsidRPr="000767E2">
        <w:rPr>
          <w:lang w:val="sv-SE"/>
        </w:rPr>
        <w:t xml:space="preserve"> på vilket han legat och gick iväg till sitt hus, ärande Gud.{{field-off:bible}} [[@</w:t>
      </w:r>
      <w:r w:rsidR="0096445B" w:rsidRPr="000767E2">
        <w:rPr>
          <w:lang w:val="sv-SE"/>
        </w:rPr>
        <w:t>BibleBIBEL82</w:t>
      </w:r>
      <w:r w:rsidRPr="000767E2">
        <w:rPr>
          <w:lang w:val="sv-SE"/>
        </w:rPr>
        <w:t>:Luke 5:26]]</w:t>
      </w:r>
      <w:r w:rsidRPr="000767E2">
        <w:rPr>
          <w:vertAlign w:val="superscript"/>
          <w:lang w:val="sv-SE"/>
        </w:rPr>
        <w:t>26</w:t>
      </w:r>
      <w:r w:rsidRPr="000767E2">
        <w:rPr>
          <w:lang w:val="sv-SE"/>
        </w:rPr>
        <w:t xml:space="preserve"> {{field-on:bible}}Och extas tog </w:t>
      </w:r>
      <w:r w:rsidRPr="000767E2">
        <w:rPr>
          <w:i/>
          <w:lang w:val="sv-SE"/>
        </w:rPr>
        <w:t>tag i</w:t>
      </w:r>
      <w:r w:rsidRPr="000767E2">
        <w:rPr>
          <w:lang w:val="sv-SE"/>
        </w:rPr>
        <w:t xml:space="preserve"> allesammans, och de ärade Gud och fylldes av fruktan och sade att: ”Vi har sett en paradox idag!”{{field-off:bible}}</w:t>
      </w:r>
    </w:p>
    <w:p w14:paraId="5216191E" w14:textId="77777777" w:rsidR="00BA33AB" w:rsidRPr="000767E2" w:rsidRDefault="00000000">
      <w:pPr>
        <w:pStyle w:val="Rubrik3"/>
        <w:rPr>
          <w:lang w:val="sv-SE"/>
        </w:rPr>
      </w:pPr>
      <w:r w:rsidRPr="000767E2">
        <w:rPr>
          <w:lang w:val="sv-SE"/>
        </w:rPr>
        <w:t>Jesus hos tullindrivare och syndare</w:t>
      </w:r>
    </w:p>
    <w:p w14:paraId="34CE6CD7" w14:textId="76B75C40" w:rsidR="00BA33AB" w:rsidRPr="000767E2" w:rsidRDefault="00000000">
      <w:pPr>
        <w:rPr>
          <w:lang w:val="sv-SE"/>
        </w:rPr>
      </w:pPr>
      <w:r w:rsidRPr="000767E2">
        <w:rPr>
          <w:lang w:val="sv-SE"/>
        </w:rPr>
        <w:t>[[@</w:t>
      </w:r>
      <w:r w:rsidR="0096445B" w:rsidRPr="000767E2">
        <w:rPr>
          <w:lang w:val="sv-SE"/>
        </w:rPr>
        <w:t>BibleBIBEL82</w:t>
      </w:r>
      <w:r w:rsidRPr="000767E2">
        <w:rPr>
          <w:lang w:val="sv-SE"/>
        </w:rPr>
        <w:t>:Luke 5:27]]</w:t>
      </w:r>
      <w:r w:rsidRPr="000767E2">
        <w:rPr>
          <w:vertAlign w:val="superscript"/>
          <w:lang w:val="sv-SE"/>
        </w:rPr>
        <w:t>27</w:t>
      </w:r>
      <w:r w:rsidRPr="000767E2">
        <w:rPr>
          <w:lang w:val="sv-SE"/>
        </w:rPr>
        <w:t xml:space="preserve"> {{field-on:bible}}Och efter detta gick han ut, och han skådade en tullindrivare vid namn Levi sittande vid tullhuset. Och han sade till honom: ”Följ mig!”{{field-off:bible}} [[@</w:t>
      </w:r>
      <w:r w:rsidR="0096445B" w:rsidRPr="000767E2">
        <w:rPr>
          <w:lang w:val="sv-SE"/>
        </w:rPr>
        <w:t>BibleBIBEL82</w:t>
      </w:r>
      <w:r w:rsidRPr="000767E2">
        <w:rPr>
          <w:lang w:val="sv-SE"/>
        </w:rPr>
        <w:t>:Luke 5:28]]</w:t>
      </w:r>
      <w:r w:rsidRPr="000767E2">
        <w:rPr>
          <w:vertAlign w:val="superscript"/>
          <w:lang w:val="sv-SE"/>
        </w:rPr>
        <w:t>28</w:t>
      </w:r>
      <w:r w:rsidRPr="000767E2">
        <w:rPr>
          <w:lang w:val="sv-SE"/>
        </w:rPr>
        <w:t xml:space="preserve"> {{field-on:bible}}Och han lämnade allt, stod upp och följde honom.{{field-off:bible}}</w:t>
      </w:r>
    </w:p>
    <w:p w14:paraId="6E323EE2" w14:textId="25BF31AE" w:rsidR="00BA33AB" w:rsidRPr="000767E2" w:rsidRDefault="00000000">
      <w:pPr>
        <w:rPr>
          <w:lang w:val="sv-SE"/>
        </w:rPr>
      </w:pPr>
      <w:r w:rsidRPr="000767E2">
        <w:rPr>
          <w:lang w:val="sv-SE"/>
        </w:rPr>
        <w:t>[[@</w:t>
      </w:r>
      <w:r w:rsidR="0096445B" w:rsidRPr="000767E2">
        <w:rPr>
          <w:lang w:val="sv-SE"/>
        </w:rPr>
        <w:t>BibleBIBEL82</w:t>
      </w:r>
      <w:r w:rsidRPr="000767E2">
        <w:rPr>
          <w:lang w:val="sv-SE"/>
        </w:rPr>
        <w:t>:Luke 5:29]]</w:t>
      </w:r>
      <w:r w:rsidRPr="000767E2">
        <w:rPr>
          <w:vertAlign w:val="superscript"/>
          <w:lang w:val="sv-SE"/>
        </w:rPr>
        <w:t>29</w:t>
      </w:r>
      <w:r w:rsidRPr="000767E2">
        <w:rPr>
          <w:lang w:val="sv-SE"/>
        </w:rPr>
        <w:t xml:space="preserve"> {{field-on:bible}}Och Levi gjorde en stor mottagning för honom i sitt hus, och </w:t>
      </w:r>
      <w:r w:rsidRPr="000767E2">
        <w:rPr>
          <w:i/>
          <w:lang w:val="sv-SE"/>
        </w:rPr>
        <w:t>där</w:t>
      </w:r>
      <w:r w:rsidRPr="000767E2">
        <w:rPr>
          <w:lang w:val="sv-SE"/>
        </w:rPr>
        <w:t xml:space="preserve"> fanns en stor skara av tullindrivare och andra som var med dem och låg </w:t>
      </w:r>
      <w:r w:rsidRPr="000767E2">
        <w:rPr>
          <w:i/>
          <w:lang w:val="sv-SE"/>
        </w:rPr>
        <w:t>till bords</w:t>
      </w:r>
      <w:r w:rsidRPr="000767E2">
        <w:rPr>
          <w:lang w:val="sv-SE"/>
        </w:rPr>
        <w:t>.{{field-off:bible}} [[@</w:t>
      </w:r>
      <w:r w:rsidR="0096445B" w:rsidRPr="000767E2">
        <w:rPr>
          <w:lang w:val="sv-SE"/>
        </w:rPr>
        <w:t>BibleBIBEL82</w:t>
      </w:r>
      <w:r w:rsidRPr="000767E2">
        <w:rPr>
          <w:lang w:val="sv-SE"/>
        </w:rPr>
        <w:t>:Luke 5:30]]</w:t>
      </w:r>
      <w:r w:rsidRPr="000767E2">
        <w:rPr>
          <w:vertAlign w:val="superscript"/>
          <w:lang w:val="sv-SE"/>
        </w:rPr>
        <w:t>30</w:t>
      </w:r>
      <w:r w:rsidRPr="000767E2">
        <w:rPr>
          <w:lang w:val="sv-SE"/>
        </w:rPr>
        <w:t xml:space="preserve"> {{field-on:bible}}Och </w:t>
      </w:r>
      <w:r w:rsidRPr="000767E2">
        <w:rPr>
          <w:i/>
          <w:lang w:val="sv-SE"/>
        </w:rPr>
        <w:t>då</w:t>
      </w:r>
      <w:r w:rsidRPr="000767E2">
        <w:rPr>
          <w:lang w:val="sv-SE"/>
        </w:rPr>
        <w:t xml:space="preserve"> muttrade fariseerna och deras skriftlärda mot hans lärjungar och sade: ”Varför </w:t>
      </w:r>
      <w:r w:rsidRPr="000767E2">
        <w:rPr>
          <w:i/>
          <w:lang w:val="sv-SE"/>
        </w:rPr>
        <w:t>är det</w:t>
      </w:r>
      <w:r w:rsidRPr="000767E2">
        <w:rPr>
          <w:lang w:val="sv-SE"/>
        </w:rPr>
        <w:t xml:space="preserve"> med tullindrivarna och syndarna ni äter och dricker?”{{field-off:bible}} [[@</w:t>
      </w:r>
      <w:r w:rsidR="0096445B" w:rsidRPr="000767E2">
        <w:rPr>
          <w:lang w:val="sv-SE"/>
        </w:rPr>
        <w:t>BibleBIBEL82</w:t>
      </w:r>
      <w:r w:rsidRPr="000767E2">
        <w:rPr>
          <w:lang w:val="sv-SE"/>
        </w:rPr>
        <w:t>:Luke 5:31]]</w:t>
      </w:r>
      <w:r w:rsidRPr="000767E2">
        <w:rPr>
          <w:vertAlign w:val="superscript"/>
          <w:lang w:val="sv-SE"/>
        </w:rPr>
        <w:t>31</w:t>
      </w:r>
      <w:r w:rsidRPr="000767E2">
        <w:rPr>
          <w:lang w:val="sv-SE"/>
        </w:rPr>
        <w:t xml:space="preserve"> {{field-on:bible}}Och Jesus svarade och sade till dem: ”Inte har de friska behov av läkare, utan de som har </w:t>
      </w:r>
      <w:r w:rsidRPr="000767E2">
        <w:rPr>
          <w:i/>
          <w:lang w:val="sv-SE"/>
        </w:rPr>
        <w:t>det</w:t>
      </w:r>
      <w:r w:rsidRPr="000767E2">
        <w:rPr>
          <w:lang w:val="sv-SE"/>
        </w:rPr>
        <w:t xml:space="preserve"> illa.{{field-off:bible}} [[@</w:t>
      </w:r>
      <w:r w:rsidR="0096445B" w:rsidRPr="000767E2">
        <w:rPr>
          <w:lang w:val="sv-SE"/>
        </w:rPr>
        <w:t>BibleBIBEL82</w:t>
      </w:r>
      <w:r w:rsidRPr="000767E2">
        <w:rPr>
          <w:lang w:val="sv-SE"/>
        </w:rPr>
        <w:t>:Luke 5:32]]</w:t>
      </w:r>
      <w:r w:rsidRPr="000767E2">
        <w:rPr>
          <w:vertAlign w:val="superscript"/>
          <w:lang w:val="sv-SE"/>
        </w:rPr>
        <w:t>32</w:t>
      </w:r>
      <w:r w:rsidRPr="000767E2">
        <w:rPr>
          <w:lang w:val="sv-SE"/>
        </w:rPr>
        <w:t xml:space="preserve"> {{field-on:bible}}Jag har inte kommit </w:t>
      </w:r>
      <w:r w:rsidRPr="000767E2">
        <w:rPr>
          <w:i/>
          <w:lang w:val="sv-SE"/>
        </w:rPr>
        <w:t>för</w:t>
      </w:r>
      <w:r w:rsidRPr="000767E2">
        <w:rPr>
          <w:lang w:val="sv-SE"/>
        </w:rPr>
        <w:t xml:space="preserve"> att kalla rättfärdiga, utan syndare till sinnesändring.”{{field-off:bible}}</w:t>
      </w:r>
    </w:p>
    <w:p w14:paraId="18A34895" w14:textId="77777777" w:rsidR="00BA33AB" w:rsidRPr="000767E2" w:rsidRDefault="00000000">
      <w:pPr>
        <w:pStyle w:val="Rubrik3"/>
        <w:rPr>
          <w:lang w:val="sv-SE"/>
        </w:rPr>
      </w:pPr>
      <w:r w:rsidRPr="000767E2">
        <w:rPr>
          <w:lang w:val="sv-SE"/>
        </w:rPr>
        <w:t>Jesus och fastan</w:t>
      </w:r>
    </w:p>
    <w:p w14:paraId="4B2445EF" w14:textId="5743A52C" w:rsidR="00BA33AB" w:rsidRPr="000767E2" w:rsidRDefault="00000000">
      <w:pPr>
        <w:rPr>
          <w:lang w:val="sv-SE"/>
        </w:rPr>
      </w:pPr>
      <w:r w:rsidRPr="000767E2">
        <w:rPr>
          <w:lang w:val="sv-SE"/>
        </w:rPr>
        <w:t>[[@</w:t>
      </w:r>
      <w:r w:rsidR="0096445B" w:rsidRPr="000767E2">
        <w:rPr>
          <w:lang w:val="sv-SE"/>
        </w:rPr>
        <w:t>BibleBIBEL82</w:t>
      </w:r>
      <w:r w:rsidRPr="000767E2">
        <w:rPr>
          <w:lang w:val="sv-SE"/>
        </w:rPr>
        <w:t>:Luke 5:33]]</w:t>
      </w:r>
      <w:r w:rsidRPr="000767E2">
        <w:rPr>
          <w:vertAlign w:val="superscript"/>
          <w:lang w:val="sv-SE"/>
        </w:rPr>
        <w:t>33</w:t>
      </w:r>
      <w:r w:rsidRPr="000767E2">
        <w:rPr>
          <w:lang w:val="sv-SE"/>
        </w:rPr>
        <w:t xml:space="preserve"> {{field-on:bible}}Men de sade till honom: ”Johannes lärjungar fastar ofta och gör förböner, likaså även fariseernas. Men dina äter och dricker?”{{field-off:bible}} [[@</w:t>
      </w:r>
      <w:r w:rsidR="0096445B" w:rsidRPr="000767E2">
        <w:rPr>
          <w:lang w:val="sv-SE"/>
        </w:rPr>
        <w:t>BibleBIBEL82</w:t>
      </w:r>
      <w:r w:rsidRPr="000767E2">
        <w:rPr>
          <w:lang w:val="sv-SE"/>
        </w:rPr>
        <w:t>:Luke 5:34]]</w:t>
      </w:r>
      <w:r w:rsidRPr="000767E2">
        <w:rPr>
          <w:vertAlign w:val="superscript"/>
          <w:lang w:val="sv-SE"/>
        </w:rPr>
        <w:t>34</w:t>
      </w:r>
      <w:r w:rsidRPr="000767E2">
        <w:rPr>
          <w:lang w:val="sv-SE"/>
        </w:rPr>
        <w:t xml:space="preserve"> {{field-on:bible}}Men Jesus sade till dem: ”Inte kan ni få bröllopssalens söner, under det att brudgummen är hos dem, att fasta?{{field-off:bible}} [[@</w:t>
      </w:r>
      <w:r w:rsidR="0096445B" w:rsidRPr="000767E2">
        <w:rPr>
          <w:lang w:val="sv-SE"/>
        </w:rPr>
        <w:t>BibleBIBEL82</w:t>
      </w:r>
      <w:r w:rsidRPr="000767E2">
        <w:rPr>
          <w:lang w:val="sv-SE"/>
        </w:rPr>
        <w:t>:Luke 5:35]]</w:t>
      </w:r>
      <w:r w:rsidRPr="000767E2">
        <w:rPr>
          <w:vertAlign w:val="superscript"/>
          <w:lang w:val="sv-SE"/>
        </w:rPr>
        <w:t>35</w:t>
      </w:r>
      <w:r w:rsidRPr="000767E2">
        <w:rPr>
          <w:lang w:val="sv-SE"/>
        </w:rPr>
        <w:t xml:space="preserve"> {{field-on:bible}}Men </w:t>
      </w:r>
      <w:r w:rsidRPr="000767E2">
        <w:rPr>
          <w:i/>
          <w:lang w:val="sv-SE"/>
        </w:rPr>
        <w:t>det</w:t>
      </w:r>
      <w:r w:rsidRPr="000767E2">
        <w:rPr>
          <w:lang w:val="sv-SE"/>
        </w:rPr>
        <w:t xml:space="preserve"> ska komma dagar, och när brudgummen tas ifrån dem, då ska de fasta under de dagarna.”{{field-off:bible}}</w:t>
      </w:r>
    </w:p>
    <w:p w14:paraId="499BB871" w14:textId="6615119F" w:rsidR="00BA33AB" w:rsidRPr="000767E2" w:rsidRDefault="00000000">
      <w:pPr>
        <w:rPr>
          <w:lang w:val="sv-SE"/>
        </w:rPr>
      </w:pPr>
      <w:r w:rsidRPr="000767E2">
        <w:rPr>
          <w:lang w:val="sv-SE"/>
        </w:rPr>
        <w:t>[[@</w:t>
      </w:r>
      <w:r w:rsidR="0096445B" w:rsidRPr="000767E2">
        <w:rPr>
          <w:lang w:val="sv-SE"/>
        </w:rPr>
        <w:t>BibleBIBEL82</w:t>
      </w:r>
      <w:r w:rsidRPr="000767E2">
        <w:rPr>
          <w:lang w:val="sv-SE"/>
        </w:rPr>
        <w:t>:Luke 5:36]]</w:t>
      </w:r>
      <w:r w:rsidRPr="000767E2">
        <w:rPr>
          <w:vertAlign w:val="superscript"/>
          <w:lang w:val="sv-SE"/>
        </w:rPr>
        <w:t>36</w:t>
      </w:r>
      <w:r w:rsidRPr="000767E2">
        <w:rPr>
          <w:lang w:val="sv-SE"/>
        </w:rPr>
        <w:t xml:space="preserve"> {{field-on:bible}}Och han sade också en liknelse till dem, att: ”Ingen river en lapp från en ny mantel och sätter på en gammal mantel. Annars kommer han både att riva den nya och att den inte stämmer med den gamla, lappen från den nya.{{field-off:bible}}</w:t>
      </w:r>
    </w:p>
    <w:p w14:paraId="75FF9FFD" w14:textId="199D6A08" w:rsidR="00BA33AB" w:rsidRPr="000767E2" w:rsidRDefault="00000000">
      <w:pPr>
        <w:rPr>
          <w:lang w:val="sv-SE"/>
        </w:rPr>
      </w:pPr>
      <w:r w:rsidRPr="000767E2">
        <w:rPr>
          <w:lang w:val="sv-SE"/>
        </w:rPr>
        <w:t>[[@</w:t>
      </w:r>
      <w:r w:rsidR="0096445B" w:rsidRPr="000767E2">
        <w:rPr>
          <w:lang w:val="sv-SE"/>
        </w:rPr>
        <w:t>BibleBIBEL82</w:t>
      </w:r>
      <w:r w:rsidRPr="000767E2">
        <w:rPr>
          <w:lang w:val="sv-SE"/>
        </w:rPr>
        <w:t>:Luke 5:37]]</w:t>
      </w:r>
      <w:r w:rsidRPr="000767E2">
        <w:rPr>
          <w:vertAlign w:val="superscript"/>
          <w:lang w:val="sv-SE"/>
        </w:rPr>
        <w:t>37</w:t>
      </w:r>
      <w:r w:rsidRPr="000767E2">
        <w:rPr>
          <w:lang w:val="sv-SE"/>
        </w:rPr>
        <w:t xml:space="preserve"> {{field-on:bible}}Och ingen häller ungt vin i gamla läglar. Annars kommer det unga vinet att slita sönder läglarna, och det kommer att utgjutas och läglarna gå förlorade.{{field-off:bible}} [[@</w:t>
      </w:r>
      <w:r w:rsidR="0096445B" w:rsidRPr="000767E2">
        <w:rPr>
          <w:lang w:val="sv-SE"/>
        </w:rPr>
        <w:t>BibleBIBEL82</w:t>
      </w:r>
      <w:r w:rsidRPr="000767E2">
        <w:rPr>
          <w:lang w:val="sv-SE"/>
        </w:rPr>
        <w:t>:Luke 5:38]]</w:t>
      </w:r>
      <w:r w:rsidRPr="000767E2">
        <w:rPr>
          <w:vertAlign w:val="superscript"/>
          <w:lang w:val="sv-SE"/>
        </w:rPr>
        <w:t>38</w:t>
      </w:r>
      <w:r w:rsidRPr="000767E2">
        <w:rPr>
          <w:lang w:val="sv-SE"/>
        </w:rPr>
        <w:t xml:space="preserve"> {{field-on:bible}}Nej, ungt vin ska i nya läglar hällas.{{field-off:bible}} [[@</w:t>
      </w:r>
      <w:r w:rsidR="0096445B" w:rsidRPr="000767E2">
        <w:rPr>
          <w:lang w:val="sv-SE"/>
        </w:rPr>
        <w:t>BibleBIBEL82</w:t>
      </w:r>
      <w:r w:rsidRPr="000767E2">
        <w:rPr>
          <w:lang w:val="sv-SE"/>
        </w:rPr>
        <w:t>:Luke 5:39]]</w:t>
      </w:r>
      <w:r w:rsidRPr="000767E2">
        <w:rPr>
          <w:vertAlign w:val="superscript"/>
          <w:lang w:val="sv-SE"/>
        </w:rPr>
        <w:t>39</w:t>
      </w:r>
      <w:r w:rsidRPr="000767E2">
        <w:rPr>
          <w:lang w:val="sv-SE"/>
        </w:rPr>
        <w:t xml:space="preserve"> {{field-on:bible}}[Och] ingen som har druckit gammalt vill </w:t>
      </w:r>
      <w:r w:rsidRPr="000767E2">
        <w:rPr>
          <w:i/>
          <w:lang w:val="sv-SE"/>
        </w:rPr>
        <w:t>ha</w:t>
      </w:r>
      <w:r w:rsidRPr="000767E2">
        <w:rPr>
          <w:lang w:val="sv-SE"/>
        </w:rPr>
        <w:t xml:space="preserve"> ungt, för han säger: Det gamla är ljuvt.”{{field-off:bible}}</w:t>
      </w:r>
    </w:p>
    <w:p w14:paraId="6AA99E0D" w14:textId="68DE6C81"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:Luke 6]]Kapitel 6</w:t>
      </w:r>
    </w:p>
    <w:p w14:paraId="08213D5B" w14:textId="77777777" w:rsidR="00BA33AB" w:rsidRPr="000767E2" w:rsidRDefault="00000000">
      <w:pPr>
        <w:pStyle w:val="Rubrik3"/>
        <w:rPr>
          <w:lang w:val="sv-SE"/>
        </w:rPr>
      </w:pPr>
      <w:r w:rsidRPr="000767E2">
        <w:rPr>
          <w:lang w:val="sv-SE"/>
        </w:rPr>
        <w:t>Jesus är sabbatens Herre</w:t>
      </w:r>
    </w:p>
    <w:p w14:paraId="7E3B7D5C" w14:textId="3C40DE96" w:rsidR="00BA33AB" w:rsidRPr="000767E2" w:rsidRDefault="00000000">
      <w:pPr>
        <w:rPr>
          <w:lang w:val="sv-SE"/>
        </w:rPr>
      </w:pPr>
      <w:r w:rsidRPr="000767E2">
        <w:rPr>
          <w:lang w:val="sv-SE"/>
        </w:rPr>
        <w:t>[[@</w:t>
      </w:r>
      <w:r w:rsidR="0096445B" w:rsidRPr="000767E2">
        <w:rPr>
          <w:lang w:val="sv-SE"/>
        </w:rPr>
        <w:t>BibleBIBEL82</w:t>
      </w:r>
      <w:r w:rsidRPr="000767E2">
        <w:rPr>
          <w:lang w:val="sv-SE"/>
        </w:rPr>
        <w:t>:Luke 6:1]]</w:t>
      </w:r>
      <w:r w:rsidRPr="000767E2">
        <w:rPr>
          <w:vertAlign w:val="superscript"/>
          <w:lang w:val="sv-SE"/>
        </w:rPr>
        <w:t>1</w:t>
      </w:r>
      <w:r w:rsidRPr="000767E2">
        <w:rPr>
          <w:lang w:val="sv-SE"/>
        </w:rPr>
        <w:t xml:space="preserve"> {{field-on:bible}}Och det hände sig på en sabbat att han gick genom sädesfält, och hans lärjungar </w:t>
      </w:r>
      <w:r w:rsidRPr="000767E2">
        <w:rPr>
          <w:i/>
          <w:lang w:val="sv-SE"/>
        </w:rPr>
        <w:t>började</w:t>
      </w:r>
      <w:r w:rsidRPr="000767E2">
        <w:rPr>
          <w:lang w:val="sv-SE"/>
        </w:rPr>
        <w:t xml:space="preserve"> rycka av och äta axen, gnuggande med händerna.{{field-off:bible}} [[@</w:t>
      </w:r>
      <w:r w:rsidR="0096445B" w:rsidRPr="000767E2">
        <w:rPr>
          <w:lang w:val="sv-SE"/>
        </w:rPr>
        <w:t>BibleBIBEL82</w:t>
      </w:r>
      <w:r w:rsidRPr="000767E2">
        <w:rPr>
          <w:lang w:val="sv-SE"/>
        </w:rPr>
        <w:t>:Luke 6:2]]</w:t>
      </w:r>
      <w:r w:rsidRPr="000767E2">
        <w:rPr>
          <w:vertAlign w:val="superscript"/>
          <w:lang w:val="sv-SE"/>
        </w:rPr>
        <w:t>2</w:t>
      </w:r>
      <w:r w:rsidRPr="000767E2">
        <w:rPr>
          <w:lang w:val="sv-SE"/>
        </w:rPr>
        <w:t xml:space="preserve"> {{field-on:bible}}Men några av fariseerna sade: ”Varför gör ni det som inte är tillåtet på sabbaten?”{{field-off:bible}} [[@</w:t>
      </w:r>
      <w:r w:rsidR="0096445B" w:rsidRPr="000767E2">
        <w:rPr>
          <w:lang w:val="sv-SE"/>
        </w:rPr>
        <w:t>BibleBIBEL82</w:t>
      </w:r>
      <w:r w:rsidRPr="000767E2">
        <w:rPr>
          <w:lang w:val="sv-SE"/>
        </w:rPr>
        <w:t>:Luke 6:3]]</w:t>
      </w:r>
      <w:r w:rsidRPr="000767E2">
        <w:rPr>
          <w:vertAlign w:val="superscript"/>
          <w:lang w:val="sv-SE"/>
        </w:rPr>
        <w:t>3</w:t>
      </w:r>
      <w:r w:rsidRPr="000767E2">
        <w:rPr>
          <w:lang w:val="sv-SE"/>
        </w:rPr>
        <w:t xml:space="preserve"> {{field-on:bible}}Och Jesus svarade till dem och sade: ”Har ni heller inte läst detta som David gjorde när han blev hungrig, han och de [som var] med honom?{{field-off:bible}} [[@</w:t>
      </w:r>
      <w:r w:rsidR="0096445B" w:rsidRPr="000767E2">
        <w:rPr>
          <w:lang w:val="sv-SE"/>
        </w:rPr>
        <w:t>BibleBIBEL82</w:t>
      </w:r>
      <w:r w:rsidRPr="000767E2">
        <w:rPr>
          <w:lang w:val="sv-SE"/>
        </w:rPr>
        <w:t>:Luke 6:4]]</w:t>
      </w:r>
      <w:r w:rsidRPr="000767E2">
        <w:rPr>
          <w:vertAlign w:val="superscript"/>
          <w:lang w:val="sv-SE"/>
        </w:rPr>
        <w:t>4</w:t>
      </w:r>
      <w:r w:rsidRPr="000767E2">
        <w:rPr>
          <w:lang w:val="sv-SE"/>
        </w:rPr>
        <w:t xml:space="preserve"> {{field-on:bible}}[Hur] han gick in i Guds hus, och framsättningens bröd tog han och åt och gav till dem </w:t>
      </w:r>
      <w:r w:rsidRPr="000767E2">
        <w:rPr>
          <w:i/>
          <w:lang w:val="sv-SE"/>
        </w:rPr>
        <w:t>som var</w:t>
      </w:r>
      <w:r w:rsidRPr="000767E2">
        <w:rPr>
          <w:lang w:val="sv-SE"/>
        </w:rPr>
        <w:t xml:space="preserve"> med honom, </w:t>
      </w:r>
      <w:r w:rsidRPr="000767E2">
        <w:rPr>
          <w:i/>
          <w:lang w:val="sv-SE"/>
        </w:rPr>
        <w:t>dessa</w:t>
      </w:r>
      <w:r w:rsidRPr="000767E2">
        <w:rPr>
          <w:lang w:val="sv-SE"/>
        </w:rPr>
        <w:t xml:space="preserve"> som det inte är tillåtet att äta utom bara för prästerna.”{{field-off:bible}} [[@</w:t>
      </w:r>
      <w:r w:rsidR="0096445B" w:rsidRPr="000767E2">
        <w:rPr>
          <w:lang w:val="sv-SE"/>
        </w:rPr>
        <w:t>BibleBIBEL82</w:t>
      </w:r>
      <w:r w:rsidRPr="000767E2">
        <w:rPr>
          <w:lang w:val="sv-SE"/>
        </w:rPr>
        <w:t>:Luke 6:5]]</w:t>
      </w:r>
      <w:r w:rsidRPr="000767E2">
        <w:rPr>
          <w:vertAlign w:val="superscript"/>
          <w:lang w:val="sv-SE"/>
        </w:rPr>
        <w:t>5</w:t>
      </w:r>
      <w:r w:rsidRPr="000767E2">
        <w:rPr>
          <w:lang w:val="sv-SE"/>
        </w:rPr>
        <w:t xml:space="preserve"> {{field-on:bible}}Och han sade till dem: ”Människosonen är Herre över sabbaten.”{{field-off:bible}}</w:t>
      </w:r>
    </w:p>
    <w:p w14:paraId="4B452031" w14:textId="0C075842" w:rsidR="00BA33AB" w:rsidRPr="000767E2" w:rsidRDefault="00000000">
      <w:pPr>
        <w:rPr>
          <w:lang w:val="sv-SE"/>
        </w:rPr>
      </w:pPr>
      <w:r w:rsidRPr="000767E2">
        <w:rPr>
          <w:lang w:val="sv-SE"/>
        </w:rPr>
        <w:t>[[@</w:t>
      </w:r>
      <w:r w:rsidR="0096445B" w:rsidRPr="000767E2">
        <w:rPr>
          <w:lang w:val="sv-SE"/>
        </w:rPr>
        <w:t>BibleBIBEL82</w:t>
      </w:r>
      <w:r w:rsidRPr="000767E2">
        <w:rPr>
          <w:lang w:val="sv-SE"/>
        </w:rPr>
        <w:t>:Luke 6:6]]</w:t>
      </w:r>
      <w:r w:rsidRPr="000767E2">
        <w:rPr>
          <w:vertAlign w:val="superscript"/>
          <w:lang w:val="sv-SE"/>
        </w:rPr>
        <w:t>6</w:t>
      </w:r>
      <w:r w:rsidRPr="000767E2">
        <w:rPr>
          <w:lang w:val="sv-SE"/>
        </w:rPr>
        <w:t xml:space="preserve"> {{field-on:bible}}Och det hände sig på en annan sabbat att han gick in i synagogan och undervisade, och det fanns en man där och hans högra hand var skrumpen.{{field-off:bible}} [[@</w:t>
      </w:r>
      <w:r w:rsidR="0096445B" w:rsidRPr="000767E2">
        <w:rPr>
          <w:lang w:val="sv-SE"/>
        </w:rPr>
        <w:t>BibleBIBEL82</w:t>
      </w:r>
      <w:r w:rsidRPr="000767E2">
        <w:rPr>
          <w:lang w:val="sv-SE"/>
        </w:rPr>
        <w:t>:Luke 6:7]]</w:t>
      </w:r>
      <w:r w:rsidRPr="000767E2">
        <w:rPr>
          <w:vertAlign w:val="superscript"/>
          <w:lang w:val="sv-SE"/>
        </w:rPr>
        <w:t>7</w:t>
      </w:r>
      <w:r w:rsidRPr="000767E2">
        <w:rPr>
          <w:lang w:val="sv-SE"/>
        </w:rPr>
        <w:t xml:space="preserve"> {{field-on:bible}}Och noga vaktade de skriftlärda och fariseerna på honom, om han botar på sabbaten, för att finna </w:t>
      </w:r>
      <w:r w:rsidRPr="000767E2">
        <w:rPr>
          <w:i/>
          <w:lang w:val="sv-SE"/>
        </w:rPr>
        <w:t>ett sätt</w:t>
      </w:r>
      <w:r w:rsidRPr="000767E2">
        <w:rPr>
          <w:lang w:val="sv-SE"/>
        </w:rPr>
        <w:t xml:space="preserve"> att anklaga honom.{{field-off:bible}}</w:t>
      </w:r>
    </w:p>
    <w:p w14:paraId="35F0D5B0" w14:textId="70A9ACBD" w:rsidR="00BA33AB" w:rsidRPr="000767E2" w:rsidRDefault="00000000">
      <w:pPr>
        <w:rPr>
          <w:lang w:val="sv-SE"/>
        </w:rPr>
      </w:pPr>
      <w:r w:rsidRPr="000767E2">
        <w:rPr>
          <w:lang w:val="sv-SE"/>
        </w:rPr>
        <w:t>[[@</w:t>
      </w:r>
      <w:r w:rsidR="0096445B" w:rsidRPr="000767E2">
        <w:rPr>
          <w:lang w:val="sv-SE"/>
        </w:rPr>
        <w:t>BibleBIBEL82</w:t>
      </w:r>
      <w:r w:rsidRPr="000767E2">
        <w:rPr>
          <w:lang w:val="sv-SE"/>
        </w:rPr>
        <w:t>:Luke 6:8]]</w:t>
      </w:r>
      <w:r w:rsidRPr="000767E2">
        <w:rPr>
          <w:vertAlign w:val="superscript"/>
          <w:lang w:val="sv-SE"/>
        </w:rPr>
        <w:t>8</w:t>
      </w:r>
      <w:r w:rsidRPr="000767E2">
        <w:rPr>
          <w:lang w:val="sv-SE"/>
        </w:rPr>
        <w:t xml:space="preserve"> {{field-on:bible}}Men han förstod deras funderingar, och sade till mannen som hade den skrumpna handen: ”Res dig och stå i mitten.” Och han stod upp och stod </w:t>
      </w:r>
      <w:r w:rsidRPr="000767E2">
        <w:rPr>
          <w:i/>
          <w:lang w:val="sv-SE"/>
        </w:rPr>
        <w:t>där</w:t>
      </w:r>
      <w:r w:rsidRPr="000767E2">
        <w:rPr>
          <w:lang w:val="sv-SE"/>
        </w:rPr>
        <w:t>.{{field-off:bible}} [[@</w:t>
      </w:r>
      <w:r w:rsidR="0096445B" w:rsidRPr="000767E2">
        <w:rPr>
          <w:lang w:val="sv-SE"/>
        </w:rPr>
        <w:t>BibleBIBEL82</w:t>
      </w:r>
      <w:r w:rsidRPr="000767E2">
        <w:rPr>
          <w:lang w:val="sv-SE"/>
        </w:rPr>
        <w:t>:Luke 6:9]]</w:t>
      </w:r>
      <w:r w:rsidRPr="000767E2">
        <w:rPr>
          <w:vertAlign w:val="superscript"/>
          <w:lang w:val="sv-SE"/>
        </w:rPr>
        <w:t>9</w:t>
      </w:r>
      <w:r w:rsidRPr="000767E2">
        <w:rPr>
          <w:lang w:val="sv-SE"/>
        </w:rPr>
        <w:t xml:space="preserve"> {{field-on:bible}}Och Jesus sade till dem: ”Jag frågar er om det är tillåtet på sabbaten att göra gott, eller att göra illa? Att frälsa en själ, eller att förgöra?”{{field-off:bible}} [[@</w:t>
      </w:r>
      <w:r w:rsidR="0096445B" w:rsidRPr="000767E2">
        <w:rPr>
          <w:lang w:val="sv-SE"/>
        </w:rPr>
        <w:t>BibleBIBEL82</w:t>
      </w:r>
      <w:r w:rsidRPr="000767E2">
        <w:rPr>
          <w:lang w:val="sv-SE"/>
        </w:rPr>
        <w:t>:Luke 6:10]]</w:t>
      </w:r>
      <w:r w:rsidRPr="000767E2">
        <w:rPr>
          <w:vertAlign w:val="superscript"/>
          <w:lang w:val="sv-SE"/>
        </w:rPr>
        <w:t>10</w:t>
      </w:r>
      <w:r w:rsidRPr="000767E2">
        <w:rPr>
          <w:lang w:val="sv-SE"/>
        </w:rPr>
        <w:t xml:space="preserve"> {{field-on:bible}}Och han såg sig omkring på dem alla, och sade till honom: ”Räck ut din hand.” Och han gjorde </w:t>
      </w:r>
      <w:r w:rsidRPr="000767E2">
        <w:rPr>
          <w:i/>
          <w:lang w:val="sv-SE"/>
        </w:rPr>
        <w:t>så</w:t>
      </w:r>
      <w:r w:rsidRPr="000767E2">
        <w:rPr>
          <w:lang w:val="sv-SE"/>
        </w:rPr>
        <w:t>, och hans hand blev återställd.{{field-off:bible}}</w:t>
      </w:r>
    </w:p>
    <w:p w14:paraId="73428B43" w14:textId="26579FA4" w:rsidR="00BA33AB" w:rsidRPr="000767E2" w:rsidRDefault="00000000">
      <w:pPr>
        <w:rPr>
          <w:lang w:val="sv-SE"/>
        </w:rPr>
      </w:pPr>
      <w:r w:rsidRPr="000767E2">
        <w:rPr>
          <w:lang w:val="sv-SE"/>
        </w:rPr>
        <w:t>[[@</w:t>
      </w:r>
      <w:r w:rsidR="0096445B" w:rsidRPr="000767E2">
        <w:rPr>
          <w:lang w:val="sv-SE"/>
        </w:rPr>
        <w:t>BibleBIBEL82</w:t>
      </w:r>
      <w:r w:rsidRPr="000767E2">
        <w:rPr>
          <w:lang w:val="sv-SE"/>
        </w:rPr>
        <w:t>:Luke 6:11]]</w:t>
      </w:r>
      <w:r w:rsidRPr="000767E2">
        <w:rPr>
          <w:vertAlign w:val="superscript"/>
          <w:lang w:val="sv-SE"/>
        </w:rPr>
        <w:t>11</w:t>
      </w:r>
      <w:r w:rsidRPr="000767E2">
        <w:rPr>
          <w:lang w:val="sv-SE"/>
        </w:rPr>
        <w:t xml:space="preserve"> {{field-on:bible}}Men de fylldes av vansinne och </w:t>
      </w:r>
      <w:r w:rsidRPr="000767E2">
        <w:rPr>
          <w:i/>
          <w:lang w:val="sv-SE"/>
        </w:rPr>
        <w:t>började</w:t>
      </w:r>
      <w:r w:rsidRPr="000767E2">
        <w:rPr>
          <w:lang w:val="sv-SE"/>
        </w:rPr>
        <w:t xml:space="preserve"> tala igenom med varandra vad de kunde göra med Jesus.{{field-off:bible}}</w:t>
      </w:r>
    </w:p>
    <w:p w14:paraId="5AE590BC" w14:textId="77777777" w:rsidR="00BA33AB" w:rsidRPr="000767E2" w:rsidRDefault="00000000">
      <w:pPr>
        <w:pStyle w:val="Rubrik3"/>
        <w:rPr>
          <w:lang w:val="sv-SE"/>
        </w:rPr>
      </w:pPr>
      <w:r w:rsidRPr="000767E2">
        <w:rPr>
          <w:lang w:val="sv-SE"/>
        </w:rPr>
        <w:t>Jesus utser de tolv</w:t>
      </w:r>
    </w:p>
    <w:p w14:paraId="33EE5ED4" w14:textId="4FD1C4CA" w:rsidR="00BA33AB" w:rsidRPr="000767E2" w:rsidRDefault="00000000">
      <w:pPr>
        <w:rPr>
          <w:lang w:val="sv-SE"/>
        </w:rPr>
      </w:pPr>
      <w:r w:rsidRPr="000767E2">
        <w:rPr>
          <w:lang w:val="sv-SE"/>
        </w:rPr>
        <w:t>[[@</w:t>
      </w:r>
      <w:r w:rsidR="0096445B" w:rsidRPr="000767E2">
        <w:rPr>
          <w:lang w:val="sv-SE"/>
        </w:rPr>
        <w:t>BibleBIBEL82</w:t>
      </w:r>
      <w:r w:rsidRPr="000767E2">
        <w:rPr>
          <w:lang w:val="sv-SE"/>
        </w:rPr>
        <w:t>:Luke 6:12]]</w:t>
      </w:r>
      <w:r w:rsidRPr="000767E2">
        <w:rPr>
          <w:vertAlign w:val="superscript"/>
          <w:lang w:val="sv-SE"/>
        </w:rPr>
        <w:t>12</w:t>
      </w:r>
      <w:r w:rsidRPr="000767E2">
        <w:rPr>
          <w:lang w:val="sv-SE"/>
        </w:rPr>
        <w:t xml:space="preserve"> {{field-on:bible}}Och det hände sig under dessa dagar att han gick ut till berget </w:t>
      </w:r>
      <w:r w:rsidRPr="000767E2">
        <w:rPr>
          <w:i/>
          <w:lang w:val="sv-SE"/>
        </w:rPr>
        <w:t>för</w:t>
      </w:r>
      <w:r w:rsidRPr="000767E2">
        <w:rPr>
          <w:lang w:val="sv-SE"/>
        </w:rPr>
        <w:t xml:space="preserve"> att be. Och han var natten igenom i bönen till Gud.{{field-off:bible}} [[@</w:t>
      </w:r>
      <w:r w:rsidR="0096445B" w:rsidRPr="000767E2">
        <w:rPr>
          <w:lang w:val="sv-SE"/>
        </w:rPr>
        <w:t>BibleBIBEL82</w:t>
      </w:r>
      <w:r w:rsidRPr="000767E2">
        <w:rPr>
          <w:lang w:val="sv-SE"/>
        </w:rPr>
        <w:t>:Luke 6:13]]</w:t>
      </w:r>
      <w:r w:rsidRPr="000767E2">
        <w:rPr>
          <w:vertAlign w:val="superscript"/>
          <w:lang w:val="sv-SE"/>
        </w:rPr>
        <w:t>13</w:t>
      </w:r>
      <w:r w:rsidRPr="000767E2">
        <w:rPr>
          <w:lang w:val="sv-SE"/>
        </w:rPr>
        <w:t xml:space="preserve"> {{field-on:bible}}Och när det blev dag, ropade han till sig sina lärjungar och utvalde från dem tolv som han också benämnde apostlar:{{field-off:bible}} [[@</w:t>
      </w:r>
      <w:r w:rsidR="0096445B" w:rsidRPr="000767E2">
        <w:rPr>
          <w:lang w:val="sv-SE"/>
        </w:rPr>
        <w:t>BibleBIBEL82</w:t>
      </w:r>
      <w:r w:rsidRPr="000767E2">
        <w:rPr>
          <w:lang w:val="sv-SE"/>
        </w:rPr>
        <w:t>:Luke 6:14]]</w:t>
      </w:r>
      <w:r w:rsidRPr="000767E2">
        <w:rPr>
          <w:vertAlign w:val="superscript"/>
          <w:lang w:val="sv-SE"/>
        </w:rPr>
        <w:t>14</w:t>
      </w:r>
      <w:r w:rsidRPr="000767E2">
        <w:rPr>
          <w:lang w:val="sv-SE"/>
        </w:rPr>
        <w:t xml:space="preserve"> {{field-on:bible}}Simon, som han också benämnde Petrus, och Andreas hans bror, och Jakob och Johannes och Filippos och Bartholomaios{{field-off:bible}} [[@</w:t>
      </w:r>
      <w:r w:rsidR="0096445B" w:rsidRPr="000767E2">
        <w:rPr>
          <w:lang w:val="sv-SE"/>
        </w:rPr>
        <w:t>BibleBIBEL82</w:t>
      </w:r>
      <w:r w:rsidRPr="000767E2">
        <w:rPr>
          <w:lang w:val="sv-SE"/>
        </w:rPr>
        <w:t>:Luke 6:15]]</w:t>
      </w:r>
      <w:r w:rsidRPr="000767E2">
        <w:rPr>
          <w:vertAlign w:val="superscript"/>
          <w:lang w:val="sv-SE"/>
        </w:rPr>
        <w:t>15</w:t>
      </w:r>
      <w:r w:rsidRPr="000767E2">
        <w:rPr>
          <w:lang w:val="sv-SE"/>
        </w:rPr>
        <w:t xml:space="preserve"> {{field-on:bible}}och Mattheus och Thomas och Jakob Alfaios </w:t>
      </w:r>
      <w:r w:rsidRPr="000767E2">
        <w:rPr>
          <w:i/>
          <w:lang w:val="sv-SE"/>
        </w:rPr>
        <w:t>son</w:t>
      </w:r>
      <w:r w:rsidRPr="000767E2">
        <w:rPr>
          <w:lang w:val="sv-SE"/>
        </w:rPr>
        <w:t xml:space="preserve"> och Simon som kallades zeloten,{{field-off:bible}} [[@</w:t>
      </w:r>
      <w:r w:rsidR="0096445B" w:rsidRPr="000767E2">
        <w:rPr>
          <w:lang w:val="sv-SE"/>
        </w:rPr>
        <w:t>BibleBIBEL82</w:t>
      </w:r>
      <w:r w:rsidRPr="000767E2">
        <w:rPr>
          <w:lang w:val="sv-SE"/>
        </w:rPr>
        <w:t>:Luke 6:16]]</w:t>
      </w:r>
      <w:r w:rsidRPr="000767E2">
        <w:rPr>
          <w:vertAlign w:val="superscript"/>
          <w:lang w:val="sv-SE"/>
        </w:rPr>
        <w:t>16</w:t>
      </w:r>
      <w:r w:rsidRPr="000767E2">
        <w:rPr>
          <w:lang w:val="sv-SE"/>
        </w:rPr>
        <w:t xml:space="preserve"> {{field-on:bible}}och Judas Jakobs </w:t>
      </w:r>
      <w:r w:rsidRPr="000767E2">
        <w:rPr>
          <w:i/>
          <w:lang w:val="sv-SE"/>
        </w:rPr>
        <w:t>son</w:t>
      </w:r>
      <w:r w:rsidRPr="000767E2">
        <w:rPr>
          <w:lang w:val="sv-SE"/>
        </w:rPr>
        <w:t xml:space="preserve"> och Judas Iskarioth, som blev förrädare.{{field-off:bible}}</w:t>
      </w:r>
    </w:p>
    <w:p w14:paraId="5AB8BF62" w14:textId="77777777" w:rsidR="00BA33AB" w:rsidRPr="000767E2" w:rsidRDefault="00000000">
      <w:pPr>
        <w:pStyle w:val="Rubrik3"/>
        <w:rPr>
          <w:lang w:val="sv-SE"/>
        </w:rPr>
      </w:pPr>
      <w:r w:rsidRPr="000767E2">
        <w:rPr>
          <w:lang w:val="sv-SE"/>
        </w:rPr>
        <w:lastRenderedPageBreak/>
        <w:t>JESU SLÄTTPREDIKAN (Kap 6:17–49)</w:t>
      </w:r>
    </w:p>
    <w:p w14:paraId="7C9300AB" w14:textId="77777777" w:rsidR="00BA33AB" w:rsidRPr="000767E2" w:rsidRDefault="00000000">
      <w:pPr>
        <w:pStyle w:val="Rubrik3"/>
        <w:rPr>
          <w:lang w:val="sv-SE"/>
        </w:rPr>
      </w:pPr>
      <w:r w:rsidRPr="000767E2">
        <w:rPr>
          <w:lang w:val="sv-SE"/>
        </w:rPr>
        <w:t>Skaror samlas på slätten</w:t>
      </w:r>
    </w:p>
    <w:p w14:paraId="2E8D99CE" w14:textId="202988C8" w:rsidR="00BA33AB" w:rsidRPr="000767E2" w:rsidRDefault="00000000">
      <w:pPr>
        <w:rPr>
          <w:lang w:val="sv-SE"/>
        </w:rPr>
      </w:pPr>
      <w:r w:rsidRPr="000767E2">
        <w:rPr>
          <w:lang w:val="sv-SE"/>
        </w:rPr>
        <w:t>[[@</w:t>
      </w:r>
      <w:r w:rsidR="0096445B" w:rsidRPr="000767E2">
        <w:rPr>
          <w:lang w:val="sv-SE"/>
        </w:rPr>
        <w:t>BibleBIBEL82</w:t>
      </w:r>
      <w:r w:rsidRPr="000767E2">
        <w:rPr>
          <w:lang w:val="sv-SE"/>
        </w:rPr>
        <w:t>:Luke 6:17]]</w:t>
      </w:r>
      <w:r w:rsidRPr="000767E2">
        <w:rPr>
          <w:vertAlign w:val="superscript"/>
          <w:lang w:val="sv-SE"/>
        </w:rPr>
        <w:t>17</w:t>
      </w:r>
      <w:r w:rsidRPr="000767E2">
        <w:rPr>
          <w:lang w:val="sv-SE"/>
        </w:rPr>
        <w:t xml:space="preserve"> {{field-on:bible}}Och han gick ner med dem och stod på en plan plats. Och </w:t>
      </w:r>
      <w:r w:rsidRPr="000767E2">
        <w:rPr>
          <w:i/>
          <w:lang w:val="sv-SE"/>
        </w:rPr>
        <w:t>där fanns</w:t>
      </w:r>
      <w:r w:rsidRPr="000767E2">
        <w:rPr>
          <w:lang w:val="sv-SE"/>
        </w:rPr>
        <w:t xml:space="preserve"> en stor skara av hans lärjungar, och en stor mängd av folket från hela Judeen och Jerusalem och kusten vid Tyros och Sidon{{field-off:bible}} [[@</w:t>
      </w:r>
      <w:r w:rsidR="0096445B" w:rsidRPr="000767E2">
        <w:rPr>
          <w:lang w:val="sv-SE"/>
        </w:rPr>
        <w:t>BibleBIBEL82</w:t>
      </w:r>
      <w:r w:rsidRPr="000767E2">
        <w:rPr>
          <w:lang w:val="sv-SE"/>
        </w:rPr>
        <w:t>:Luke 6:18]]</w:t>
      </w:r>
      <w:r w:rsidRPr="000767E2">
        <w:rPr>
          <w:vertAlign w:val="superscript"/>
          <w:lang w:val="sv-SE"/>
        </w:rPr>
        <w:t>18</w:t>
      </w:r>
      <w:r w:rsidRPr="000767E2">
        <w:rPr>
          <w:lang w:val="sv-SE"/>
        </w:rPr>
        <w:t xml:space="preserve"> {{field-on:bible}}som kom </w:t>
      </w:r>
      <w:r w:rsidRPr="000767E2">
        <w:rPr>
          <w:i/>
          <w:lang w:val="sv-SE"/>
        </w:rPr>
        <w:t>för</w:t>
      </w:r>
      <w:r w:rsidRPr="000767E2">
        <w:rPr>
          <w:lang w:val="sv-SE"/>
        </w:rPr>
        <w:t xml:space="preserve"> att höra honom och bli helade från sina åkommor. Och de som var anfäktade av orena andar blev botade.{{field-off:bible}} [[@</w:t>
      </w:r>
      <w:r w:rsidR="0096445B" w:rsidRPr="000767E2">
        <w:rPr>
          <w:lang w:val="sv-SE"/>
        </w:rPr>
        <w:t>BibleBIBEL82</w:t>
      </w:r>
      <w:r w:rsidRPr="000767E2">
        <w:rPr>
          <w:lang w:val="sv-SE"/>
        </w:rPr>
        <w:t>:Luke 6:19]]</w:t>
      </w:r>
      <w:r w:rsidRPr="000767E2">
        <w:rPr>
          <w:vertAlign w:val="superscript"/>
          <w:lang w:val="sv-SE"/>
        </w:rPr>
        <w:t>19</w:t>
      </w:r>
      <w:r w:rsidRPr="000767E2">
        <w:rPr>
          <w:lang w:val="sv-SE"/>
        </w:rPr>
        <w:t xml:space="preserve"> {{field-on:bible}}Och hela skaran sökte röra honom, för kraft från honom gick ut och helade alla.{{field-off:bible}}</w:t>
      </w:r>
    </w:p>
    <w:p w14:paraId="09524D14" w14:textId="77777777" w:rsidR="00BA33AB" w:rsidRPr="000767E2" w:rsidRDefault="00000000">
      <w:pPr>
        <w:pStyle w:val="Rubrik3"/>
        <w:rPr>
          <w:lang w:val="sv-SE"/>
        </w:rPr>
      </w:pPr>
      <w:r w:rsidRPr="000767E2">
        <w:rPr>
          <w:lang w:val="sv-SE"/>
        </w:rPr>
        <w:t>Saligprisningar</w:t>
      </w:r>
    </w:p>
    <w:p w14:paraId="3563B88E" w14:textId="3365B3C5" w:rsidR="00BA33AB" w:rsidRPr="000767E2" w:rsidRDefault="00000000">
      <w:pPr>
        <w:rPr>
          <w:lang w:val="sv-SE"/>
        </w:rPr>
      </w:pPr>
      <w:r w:rsidRPr="000767E2">
        <w:rPr>
          <w:lang w:val="sv-SE"/>
        </w:rPr>
        <w:t>[[@</w:t>
      </w:r>
      <w:r w:rsidR="0096445B" w:rsidRPr="000767E2">
        <w:rPr>
          <w:lang w:val="sv-SE"/>
        </w:rPr>
        <w:t>BibleBIBEL82</w:t>
      </w:r>
      <w:r w:rsidRPr="000767E2">
        <w:rPr>
          <w:lang w:val="sv-SE"/>
        </w:rPr>
        <w:t>:Luke 6:20]]</w:t>
      </w:r>
      <w:r w:rsidRPr="000767E2">
        <w:rPr>
          <w:vertAlign w:val="superscript"/>
          <w:lang w:val="sv-SE"/>
        </w:rPr>
        <w:t>20</w:t>
      </w:r>
      <w:r w:rsidRPr="000767E2">
        <w:rPr>
          <w:lang w:val="sv-SE"/>
        </w:rPr>
        <w:t xml:space="preserve"> {{field-on:bible}}Och han lyfte upp sina ögon till sina lärjungar och sade:{{field-off:bible}}</w:t>
      </w:r>
    </w:p>
    <w:p w14:paraId="4DABF394" w14:textId="41A9A94C" w:rsidR="00BA33AB" w:rsidRPr="000767E2" w:rsidRDefault="00000000">
      <w:pPr>
        <w:rPr>
          <w:lang w:val="sv-SE"/>
        </w:rPr>
      </w:pPr>
      <w:r w:rsidRPr="000767E2">
        <w:rPr>
          <w:lang w:val="sv-SE"/>
        </w:rPr>
        <w:t>{{field-on:bible}}”Saliga de fattiga! För ert är Guds rike.{{field-off:bible}}</w:t>
      </w:r>
      <w:r w:rsidRPr="000767E2">
        <w:rPr>
          <w:lang w:val="sv-SE"/>
        </w:rPr>
        <w:br/>
        <w:t>[[@</w:t>
      </w:r>
      <w:r w:rsidR="0096445B" w:rsidRPr="000767E2">
        <w:rPr>
          <w:lang w:val="sv-SE"/>
        </w:rPr>
        <w:t>BibleBIBEL82</w:t>
      </w:r>
      <w:r w:rsidRPr="000767E2">
        <w:rPr>
          <w:lang w:val="sv-SE"/>
        </w:rPr>
        <w:t>:Luke 6:21]]</w:t>
      </w:r>
      <w:r w:rsidRPr="000767E2">
        <w:rPr>
          <w:vertAlign w:val="superscript"/>
          <w:lang w:val="sv-SE"/>
        </w:rPr>
        <w:t>21</w:t>
      </w:r>
      <w:r w:rsidRPr="000767E2">
        <w:rPr>
          <w:lang w:val="sv-SE"/>
        </w:rPr>
        <w:t xml:space="preserve"> {{field-on:bible}}Saliga de som hungrar nu! För ni ska bli mättade.</w:t>
      </w:r>
      <w:r w:rsidRPr="000767E2">
        <w:rPr>
          <w:lang w:val="sv-SE"/>
        </w:rPr>
        <w:br/>
        <w:t xml:space="preserve">Saliga de som gråter nu! För ni ska </w:t>
      </w:r>
      <w:r w:rsidRPr="000767E2">
        <w:rPr>
          <w:i/>
          <w:lang w:val="sv-SE"/>
        </w:rPr>
        <w:t>få</w:t>
      </w:r>
      <w:r w:rsidRPr="000767E2">
        <w:rPr>
          <w:lang w:val="sv-SE"/>
        </w:rPr>
        <w:t xml:space="preserve"> skratta.{{field-off:bible}}</w:t>
      </w:r>
    </w:p>
    <w:p w14:paraId="58AC665B" w14:textId="1D41B492" w:rsidR="00BA33AB" w:rsidRPr="000767E2" w:rsidRDefault="00000000">
      <w:pPr>
        <w:rPr>
          <w:lang w:val="sv-SE"/>
        </w:rPr>
      </w:pPr>
      <w:r w:rsidRPr="000767E2">
        <w:rPr>
          <w:lang w:val="sv-SE"/>
        </w:rPr>
        <w:t>[[@</w:t>
      </w:r>
      <w:r w:rsidR="0096445B" w:rsidRPr="000767E2">
        <w:rPr>
          <w:lang w:val="sv-SE"/>
        </w:rPr>
        <w:t>BibleBIBEL82</w:t>
      </w:r>
      <w:r w:rsidRPr="000767E2">
        <w:rPr>
          <w:lang w:val="sv-SE"/>
        </w:rPr>
        <w:t>:Luke 6:22]]</w:t>
      </w:r>
      <w:r w:rsidRPr="000767E2">
        <w:rPr>
          <w:vertAlign w:val="superscript"/>
          <w:lang w:val="sv-SE"/>
        </w:rPr>
        <w:t>22</w:t>
      </w:r>
      <w:r w:rsidRPr="000767E2">
        <w:rPr>
          <w:lang w:val="sv-SE"/>
        </w:rPr>
        <w:t xml:space="preserve"> {{field-on:bible}}Saliga är ni när människorna hatar er, och när de skiljer ut er och kritiserar och kastar ut ert namn som ont för Människosonens skull.{{field-off:bible}} [[@</w:t>
      </w:r>
      <w:r w:rsidR="0096445B" w:rsidRPr="000767E2">
        <w:rPr>
          <w:lang w:val="sv-SE"/>
        </w:rPr>
        <w:t>BibleBIBEL82</w:t>
      </w:r>
      <w:r w:rsidRPr="000767E2">
        <w:rPr>
          <w:lang w:val="sv-SE"/>
        </w:rPr>
        <w:t>:Luke 6:23]]</w:t>
      </w:r>
      <w:r w:rsidRPr="000767E2">
        <w:rPr>
          <w:vertAlign w:val="superscript"/>
          <w:lang w:val="sv-SE"/>
        </w:rPr>
        <w:t>23</w:t>
      </w:r>
      <w:r w:rsidRPr="000767E2">
        <w:rPr>
          <w:lang w:val="sv-SE"/>
        </w:rPr>
        <w:t xml:space="preserve"> {{field-on:bible}}Gläd er på den dagen och skutta, för se: er lön </w:t>
      </w:r>
      <w:r w:rsidRPr="000767E2">
        <w:rPr>
          <w:i/>
          <w:lang w:val="sv-SE"/>
        </w:rPr>
        <w:t>är</w:t>
      </w:r>
      <w:r w:rsidRPr="000767E2">
        <w:rPr>
          <w:lang w:val="sv-SE"/>
        </w:rPr>
        <w:t xml:space="preserve"> stor i himlen. För på samma </w:t>
      </w:r>
      <w:r w:rsidRPr="000767E2">
        <w:rPr>
          <w:i/>
          <w:lang w:val="sv-SE"/>
        </w:rPr>
        <w:t>sätt</w:t>
      </w:r>
      <w:r w:rsidRPr="000767E2">
        <w:rPr>
          <w:lang w:val="sv-SE"/>
        </w:rPr>
        <w:t xml:space="preserve"> gjorde deras fäder mot profeterna.{{field-off:bible}}</w:t>
      </w:r>
    </w:p>
    <w:p w14:paraId="68DF98FB" w14:textId="77777777" w:rsidR="00BA33AB" w:rsidRDefault="00000000">
      <w:pPr>
        <w:pStyle w:val="Rubrik3"/>
      </w:pPr>
      <w:proofErr w:type="spellStart"/>
      <w:r>
        <w:t>Verop</w:t>
      </w:r>
      <w:proofErr w:type="spellEnd"/>
    </w:p>
    <w:p w14:paraId="64FCD2E9" w14:textId="00E4E164" w:rsidR="00BA33AB" w:rsidRPr="000767E2" w:rsidRDefault="00000000">
      <w:pPr>
        <w:rPr>
          <w:lang w:val="sv-SE"/>
        </w:rPr>
      </w:pPr>
      <w:r>
        <w:t>[[@</w:t>
      </w:r>
      <w:r w:rsidR="0096445B">
        <w:t>BibleBIBEL</w:t>
      </w:r>
      <w:proofErr w:type="gramStart"/>
      <w:r w:rsidR="0096445B">
        <w:t>82</w:t>
      </w:r>
      <w:r>
        <w:t>:Luke</w:t>
      </w:r>
      <w:proofErr w:type="gramEnd"/>
      <w:r>
        <w:t xml:space="preserve"> 6:24]]</w:t>
      </w:r>
      <w:r>
        <w:rPr>
          <w:vertAlign w:val="superscript"/>
        </w:rPr>
        <w:t>24</w:t>
      </w:r>
      <w:r>
        <w:t xml:space="preserve"> {{</w:t>
      </w:r>
      <w:proofErr w:type="spellStart"/>
      <w:r>
        <w:t>field-</w:t>
      </w:r>
      <w:proofErr w:type="gramStart"/>
      <w:r>
        <w:t>on:bible</w:t>
      </w:r>
      <w:proofErr w:type="spellEnd"/>
      <w:r>
        <w:t>}}Men</w:t>
      </w:r>
      <w:proofErr w:type="gramEnd"/>
      <w:r>
        <w:t xml:space="preserve"> </w:t>
      </w:r>
      <w:proofErr w:type="spellStart"/>
      <w:r>
        <w:t>ve</w:t>
      </w:r>
      <w:proofErr w:type="spellEnd"/>
      <w:r>
        <w:t xml:space="preserve"> er </w:t>
      </w:r>
      <w:proofErr w:type="spellStart"/>
      <w:r>
        <w:t>rika</w:t>
      </w:r>
      <w:proofErr w:type="spellEnd"/>
      <w:r>
        <w:t xml:space="preserve">! </w:t>
      </w:r>
      <w:r w:rsidRPr="000767E2">
        <w:rPr>
          <w:lang w:val="sv-SE"/>
        </w:rPr>
        <w:t>För ni har fått ut er tröst.{{field-off:bible}}</w:t>
      </w:r>
      <w:r w:rsidRPr="000767E2">
        <w:rPr>
          <w:lang w:val="sv-SE"/>
        </w:rPr>
        <w:br/>
        <w:t>[[@</w:t>
      </w:r>
      <w:r w:rsidR="0096445B" w:rsidRPr="000767E2">
        <w:rPr>
          <w:lang w:val="sv-SE"/>
        </w:rPr>
        <w:t>BibleBIBEL82</w:t>
      </w:r>
      <w:r w:rsidRPr="000767E2">
        <w:rPr>
          <w:lang w:val="sv-SE"/>
        </w:rPr>
        <w:t>:Luke 6:25]]</w:t>
      </w:r>
      <w:r w:rsidRPr="000767E2">
        <w:rPr>
          <w:vertAlign w:val="superscript"/>
          <w:lang w:val="sv-SE"/>
        </w:rPr>
        <w:t>25</w:t>
      </w:r>
      <w:r w:rsidRPr="000767E2">
        <w:rPr>
          <w:lang w:val="sv-SE"/>
        </w:rPr>
        <w:t xml:space="preserve"> {{field-on:bible}}Ve er </w:t>
      </w:r>
      <w:r w:rsidRPr="000767E2">
        <w:rPr>
          <w:i/>
          <w:lang w:val="sv-SE"/>
        </w:rPr>
        <w:t>som är</w:t>
      </w:r>
      <w:r w:rsidRPr="000767E2">
        <w:rPr>
          <w:lang w:val="sv-SE"/>
        </w:rPr>
        <w:t xml:space="preserve"> mättade nu! För ni ska </w:t>
      </w:r>
      <w:r w:rsidRPr="000767E2">
        <w:rPr>
          <w:i/>
          <w:lang w:val="sv-SE"/>
        </w:rPr>
        <w:t>få</w:t>
      </w:r>
      <w:r w:rsidRPr="000767E2">
        <w:rPr>
          <w:lang w:val="sv-SE"/>
        </w:rPr>
        <w:t xml:space="preserve"> hungra.</w:t>
      </w:r>
      <w:r w:rsidRPr="000767E2">
        <w:rPr>
          <w:lang w:val="sv-SE"/>
        </w:rPr>
        <w:br/>
        <w:t xml:space="preserve">Ve, </w:t>
      </w:r>
      <w:r w:rsidRPr="000767E2">
        <w:rPr>
          <w:i/>
          <w:lang w:val="sv-SE"/>
        </w:rPr>
        <w:t>ni</w:t>
      </w:r>
      <w:r w:rsidRPr="000767E2">
        <w:rPr>
          <w:lang w:val="sv-SE"/>
        </w:rPr>
        <w:t xml:space="preserve"> som skrattar nu! För ni ska </w:t>
      </w:r>
      <w:r w:rsidRPr="000767E2">
        <w:rPr>
          <w:i/>
          <w:lang w:val="sv-SE"/>
        </w:rPr>
        <w:t>få</w:t>
      </w:r>
      <w:r w:rsidRPr="000767E2">
        <w:rPr>
          <w:lang w:val="sv-SE"/>
        </w:rPr>
        <w:t xml:space="preserve"> sörja och gråta.{{field-off:bible}}</w:t>
      </w:r>
    </w:p>
    <w:p w14:paraId="52342CE7" w14:textId="1AEF4491" w:rsidR="00BA33AB" w:rsidRPr="000767E2" w:rsidRDefault="00000000">
      <w:pPr>
        <w:rPr>
          <w:lang w:val="sv-SE"/>
        </w:rPr>
      </w:pPr>
      <w:r w:rsidRPr="000767E2">
        <w:rPr>
          <w:lang w:val="sv-SE"/>
        </w:rPr>
        <w:t>[[@</w:t>
      </w:r>
      <w:r w:rsidR="0096445B" w:rsidRPr="000767E2">
        <w:rPr>
          <w:lang w:val="sv-SE"/>
        </w:rPr>
        <w:t>BibleBIBEL82</w:t>
      </w:r>
      <w:r w:rsidRPr="000767E2">
        <w:rPr>
          <w:lang w:val="sv-SE"/>
        </w:rPr>
        <w:t>:Luke 6:26]]</w:t>
      </w:r>
      <w:r w:rsidRPr="000767E2">
        <w:rPr>
          <w:vertAlign w:val="superscript"/>
          <w:lang w:val="sv-SE"/>
        </w:rPr>
        <w:t>26</w:t>
      </w:r>
      <w:r w:rsidRPr="000767E2">
        <w:rPr>
          <w:lang w:val="sv-SE"/>
        </w:rPr>
        <w:t xml:space="preserve"> {{field-on:bible}}Ve när alla människorna talar väl </w:t>
      </w:r>
      <w:r w:rsidRPr="000767E2">
        <w:rPr>
          <w:i/>
          <w:lang w:val="sv-SE"/>
        </w:rPr>
        <w:t>om</w:t>
      </w:r>
      <w:r w:rsidRPr="000767E2">
        <w:rPr>
          <w:lang w:val="sv-SE"/>
        </w:rPr>
        <w:t xml:space="preserve"> er! För på samma </w:t>
      </w:r>
      <w:r w:rsidRPr="000767E2">
        <w:rPr>
          <w:i/>
          <w:lang w:val="sv-SE"/>
        </w:rPr>
        <w:t>sätt</w:t>
      </w:r>
      <w:r w:rsidRPr="000767E2">
        <w:rPr>
          <w:lang w:val="sv-SE"/>
        </w:rPr>
        <w:t xml:space="preserve"> gjorde deras fäder mot de falska profeterna.{{field-off:bible}}</w:t>
      </w:r>
    </w:p>
    <w:p w14:paraId="36AB8837" w14:textId="77777777" w:rsidR="00BA33AB" w:rsidRPr="000767E2" w:rsidRDefault="00000000">
      <w:pPr>
        <w:pStyle w:val="Rubrik3"/>
        <w:rPr>
          <w:lang w:val="sv-SE"/>
        </w:rPr>
      </w:pPr>
      <w:r w:rsidRPr="000767E2">
        <w:rPr>
          <w:lang w:val="sv-SE"/>
        </w:rPr>
        <w:t>Älska era fiender</w:t>
      </w:r>
    </w:p>
    <w:p w14:paraId="6D9567D7" w14:textId="277E8E12" w:rsidR="00BA33AB" w:rsidRPr="000767E2" w:rsidRDefault="00000000">
      <w:pPr>
        <w:rPr>
          <w:lang w:val="sv-SE"/>
        </w:rPr>
      </w:pPr>
      <w:r w:rsidRPr="000767E2">
        <w:rPr>
          <w:lang w:val="sv-SE"/>
        </w:rPr>
        <w:t>[[@</w:t>
      </w:r>
      <w:r w:rsidR="0096445B" w:rsidRPr="000767E2">
        <w:rPr>
          <w:lang w:val="sv-SE"/>
        </w:rPr>
        <w:t>BibleBIBEL82</w:t>
      </w:r>
      <w:r w:rsidRPr="000767E2">
        <w:rPr>
          <w:lang w:val="sv-SE"/>
        </w:rPr>
        <w:t>:Luke 6:27]]</w:t>
      </w:r>
      <w:r w:rsidRPr="000767E2">
        <w:rPr>
          <w:vertAlign w:val="superscript"/>
          <w:lang w:val="sv-SE"/>
        </w:rPr>
        <w:t>27</w:t>
      </w:r>
      <w:r w:rsidRPr="000767E2">
        <w:rPr>
          <w:lang w:val="sv-SE"/>
        </w:rPr>
        <w:t xml:space="preserve"> {{field-on:bible}}Men till er som lyssnar säger jag: Älska era fiender. Gör väl mot dem som hatar er.{{field-off:bible}} [[@</w:t>
      </w:r>
      <w:r w:rsidR="0096445B" w:rsidRPr="000767E2">
        <w:rPr>
          <w:lang w:val="sv-SE"/>
        </w:rPr>
        <w:t>BibleBIBEL82</w:t>
      </w:r>
      <w:r w:rsidRPr="000767E2">
        <w:rPr>
          <w:lang w:val="sv-SE"/>
        </w:rPr>
        <w:t>:Luke 6:28]]</w:t>
      </w:r>
      <w:r w:rsidRPr="000767E2">
        <w:rPr>
          <w:vertAlign w:val="superscript"/>
          <w:lang w:val="sv-SE"/>
        </w:rPr>
        <w:t>28</w:t>
      </w:r>
      <w:r w:rsidRPr="000767E2">
        <w:rPr>
          <w:lang w:val="sv-SE"/>
        </w:rPr>
        <w:t xml:space="preserve"> {{field-on:bible}}Välsigna dem som förbannar er. Be för dem som okvädar er.{{field-off:bible}} [[@</w:t>
      </w:r>
      <w:r w:rsidR="0096445B" w:rsidRPr="000767E2">
        <w:rPr>
          <w:lang w:val="sv-SE"/>
        </w:rPr>
        <w:t>BibleBIBEL82</w:t>
      </w:r>
      <w:r w:rsidRPr="000767E2">
        <w:rPr>
          <w:lang w:val="sv-SE"/>
        </w:rPr>
        <w:t>:Luke 6:29]]</w:t>
      </w:r>
      <w:r w:rsidRPr="000767E2">
        <w:rPr>
          <w:vertAlign w:val="superscript"/>
          <w:lang w:val="sv-SE"/>
        </w:rPr>
        <w:t>29</w:t>
      </w:r>
      <w:r w:rsidRPr="000767E2">
        <w:rPr>
          <w:lang w:val="sv-SE"/>
        </w:rPr>
        <w:t xml:space="preserve"> {{field-on:bible}}Mot den som slår dig på kinden ska du hålla fram även den andra. Och från den som tar din mantel ska du inte hindra även tunikan.{{field-off:bible}} [[@</w:t>
      </w:r>
      <w:r w:rsidR="0096445B" w:rsidRPr="000767E2">
        <w:rPr>
          <w:lang w:val="sv-SE"/>
        </w:rPr>
        <w:t>BibleBIBEL82</w:t>
      </w:r>
      <w:r w:rsidRPr="000767E2">
        <w:rPr>
          <w:lang w:val="sv-SE"/>
        </w:rPr>
        <w:t>:Luke 6:30]]</w:t>
      </w:r>
      <w:r w:rsidRPr="000767E2">
        <w:rPr>
          <w:vertAlign w:val="superscript"/>
          <w:lang w:val="sv-SE"/>
        </w:rPr>
        <w:t>30</w:t>
      </w:r>
      <w:r w:rsidRPr="000767E2">
        <w:rPr>
          <w:lang w:val="sv-SE"/>
        </w:rPr>
        <w:t xml:space="preserve"> {{field-on:bible}}Åt var och en som ber dig ska du ge. Och från den som tar det </w:t>
      </w:r>
      <w:r w:rsidRPr="000767E2">
        <w:rPr>
          <w:i/>
          <w:lang w:val="sv-SE"/>
        </w:rPr>
        <w:t>som är</w:t>
      </w:r>
      <w:r w:rsidRPr="000767E2">
        <w:rPr>
          <w:lang w:val="sv-SE"/>
        </w:rPr>
        <w:t xml:space="preserve"> ditt ska du inte avkräva </w:t>
      </w:r>
      <w:r w:rsidRPr="000767E2">
        <w:rPr>
          <w:i/>
          <w:lang w:val="sv-SE"/>
        </w:rPr>
        <w:t>det</w:t>
      </w:r>
      <w:r w:rsidRPr="000767E2">
        <w:rPr>
          <w:lang w:val="sv-SE"/>
        </w:rPr>
        <w:t>.{{field-off:bible}}</w:t>
      </w:r>
    </w:p>
    <w:p w14:paraId="17BD9659" w14:textId="2E87AC6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6:31]]</w:t>
      </w:r>
      <w:r w:rsidRPr="000767E2">
        <w:rPr>
          <w:vertAlign w:val="superscript"/>
          <w:lang w:val="sv-SE"/>
        </w:rPr>
        <w:t>31</w:t>
      </w:r>
      <w:r w:rsidRPr="000767E2">
        <w:rPr>
          <w:lang w:val="sv-SE"/>
        </w:rPr>
        <w:t xml:space="preserve"> {{field-on:bible}}Och så som ni vill att människorna ska göra mot er, gör mot dem likadant.{{field-off:bible}} [[@</w:t>
      </w:r>
      <w:r w:rsidR="0096445B" w:rsidRPr="000767E2">
        <w:rPr>
          <w:lang w:val="sv-SE"/>
        </w:rPr>
        <w:t>BibleBIBEL82</w:t>
      </w:r>
      <w:r w:rsidRPr="000767E2">
        <w:rPr>
          <w:lang w:val="sv-SE"/>
        </w:rPr>
        <w:t>:Luke 6:32]]</w:t>
      </w:r>
      <w:r w:rsidRPr="000767E2">
        <w:rPr>
          <w:vertAlign w:val="superscript"/>
          <w:lang w:val="sv-SE"/>
        </w:rPr>
        <w:t>32</w:t>
      </w:r>
      <w:r w:rsidRPr="000767E2">
        <w:rPr>
          <w:lang w:val="sv-SE"/>
        </w:rPr>
        <w:t xml:space="preserve"> {{field-on:bible}}Och om ni älskar dem som älskar er, vilket tack blir det för er? För även syndarna älskar dem som älskar dem.{{field-off:bible}} [[@</w:t>
      </w:r>
      <w:r w:rsidR="0096445B" w:rsidRPr="000767E2">
        <w:rPr>
          <w:lang w:val="sv-SE"/>
        </w:rPr>
        <w:t>BibleBIBEL82</w:t>
      </w:r>
      <w:r w:rsidRPr="000767E2">
        <w:rPr>
          <w:lang w:val="sv-SE"/>
        </w:rPr>
        <w:t>:Luke 6:33]]</w:t>
      </w:r>
      <w:r w:rsidRPr="000767E2">
        <w:rPr>
          <w:vertAlign w:val="superscript"/>
          <w:lang w:val="sv-SE"/>
        </w:rPr>
        <w:t>33</w:t>
      </w:r>
      <w:r w:rsidRPr="000767E2">
        <w:rPr>
          <w:lang w:val="sv-SE"/>
        </w:rPr>
        <w:t xml:space="preserve"> {{field-on:bible}}Och om ni [då] gör gott mot dem som gör gott mot er, vilket tack blir det för er? Även syndarna gör detsamma.{{field-off:bible}} [[@</w:t>
      </w:r>
      <w:r w:rsidR="0096445B" w:rsidRPr="000767E2">
        <w:rPr>
          <w:lang w:val="sv-SE"/>
        </w:rPr>
        <w:t>BibleBIBEL82</w:t>
      </w:r>
      <w:r w:rsidRPr="000767E2">
        <w:rPr>
          <w:lang w:val="sv-SE"/>
        </w:rPr>
        <w:t>:Luke 6:34]]</w:t>
      </w:r>
      <w:r w:rsidRPr="000767E2">
        <w:rPr>
          <w:vertAlign w:val="superscript"/>
          <w:lang w:val="sv-SE"/>
        </w:rPr>
        <w:t>34</w:t>
      </w:r>
      <w:r w:rsidRPr="000767E2">
        <w:rPr>
          <w:lang w:val="sv-SE"/>
        </w:rPr>
        <w:t xml:space="preserve"> {{field-on:bible}}Och om ni lånar ut </w:t>
      </w:r>
      <w:r w:rsidRPr="000767E2">
        <w:rPr>
          <w:i/>
          <w:lang w:val="sv-SE"/>
        </w:rPr>
        <w:t>till dem</w:t>
      </w:r>
      <w:r w:rsidRPr="000767E2">
        <w:rPr>
          <w:lang w:val="sv-SE"/>
        </w:rPr>
        <w:t xml:space="preserve"> från vilka ni hoppas få, vilket tack [blir det] för er? Även syndare lånar ut till syndare för att erhålla lika.{{field-off:bible}}</w:t>
      </w:r>
    </w:p>
    <w:p w14:paraId="5F3D95E5" w14:textId="10F4AD85" w:rsidR="00BA33AB" w:rsidRPr="000767E2" w:rsidRDefault="00000000">
      <w:pPr>
        <w:rPr>
          <w:lang w:val="sv-SE"/>
        </w:rPr>
      </w:pPr>
      <w:r w:rsidRPr="000767E2">
        <w:rPr>
          <w:lang w:val="sv-SE"/>
        </w:rPr>
        <w:t>[[@</w:t>
      </w:r>
      <w:r w:rsidR="0096445B" w:rsidRPr="000767E2">
        <w:rPr>
          <w:lang w:val="sv-SE"/>
        </w:rPr>
        <w:t>BibleBIBEL82</w:t>
      </w:r>
      <w:r w:rsidRPr="000767E2">
        <w:rPr>
          <w:lang w:val="sv-SE"/>
        </w:rPr>
        <w:t>:Luke 6:35]]</w:t>
      </w:r>
      <w:r w:rsidRPr="000767E2">
        <w:rPr>
          <w:vertAlign w:val="superscript"/>
          <w:lang w:val="sv-SE"/>
        </w:rPr>
        <w:t>35</w:t>
      </w:r>
      <w:r w:rsidRPr="000767E2">
        <w:rPr>
          <w:lang w:val="sv-SE"/>
        </w:rPr>
        <w:t xml:space="preserve"> {{field-on:bible}}Nej, älska era fiender och gör gott och låna ut utan att hoppas få tillbaka. Och er lön ska bli stor, och ni ska bli </w:t>
      </w:r>
      <w:r w:rsidRPr="000767E2">
        <w:rPr>
          <w:i/>
          <w:lang w:val="sv-SE"/>
        </w:rPr>
        <w:t>den</w:t>
      </w:r>
      <w:r w:rsidRPr="000767E2">
        <w:rPr>
          <w:lang w:val="sv-SE"/>
        </w:rPr>
        <w:t xml:space="preserve"> Högstes söner, för han är snäll mot de otacksamma och onda.{{field-off:bible}} [[@</w:t>
      </w:r>
      <w:r w:rsidR="0096445B" w:rsidRPr="000767E2">
        <w:rPr>
          <w:lang w:val="sv-SE"/>
        </w:rPr>
        <w:t>BibleBIBEL82</w:t>
      </w:r>
      <w:r w:rsidRPr="000767E2">
        <w:rPr>
          <w:lang w:val="sv-SE"/>
        </w:rPr>
        <w:t>:Luke 6:36]]</w:t>
      </w:r>
      <w:r w:rsidRPr="000767E2">
        <w:rPr>
          <w:vertAlign w:val="superscript"/>
          <w:lang w:val="sv-SE"/>
        </w:rPr>
        <w:t>36</w:t>
      </w:r>
      <w:r w:rsidRPr="000767E2">
        <w:rPr>
          <w:lang w:val="sv-SE"/>
        </w:rPr>
        <w:t xml:space="preserve"> {{field-on:bible}}Var medlidande, så som [också] er Far är medlidande.{{field-off:bible}}</w:t>
      </w:r>
    </w:p>
    <w:p w14:paraId="58AC498E" w14:textId="77777777" w:rsidR="00BA33AB" w:rsidRPr="000767E2" w:rsidRDefault="00000000">
      <w:pPr>
        <w:pStyle w:val="Rubrik3"/>
        <w:rPr>
          <w:lang w:val="sv-SE"/>
        </w:rPr>
      </w:pPr>
      <w:r w:rsidRPr="000767E2">
        <w:rPr>
          <w:lang w:val="sv-SE"/>
        </w:rPr>
        <w:t>Flisan och bjälken</w:t>
      </w:r>
    </w:p>
    <w:p w14:paraId="648EC4D8" w14:textId="03FE4EB2" w:rsidR="00BA33AB" w:rsidRPr="000767E2" w:rsidRDefault="00000000">
      <w:pPr>
        <w:rPr>
          <w:lang w:val="sv-SE"/>
        </w:rPr>
      </w:pPr>
      <w:r w:rsidRPr="000767E2">
        <w:rPr>
          <w:lang w:val="sv-SE"/>
        </w:rPr>
        <w:t>[[@</w:t>
      </w:r>
      <w:r w:rsidR="0096445B" w:rsidRPr="000767E2">
        <w:rPr>
          <w:lang w:val="sv-SE"/>
        </w:rPr>
        <w:t>BibleBIBEL82</w:t>
      </w:r>
      <w:r w:rsidRPr="000767E2">
        <w:rPr>
          <w:lang w:val="sv-SE"/>
        </w:rPr>
        <w:t>:Luke 6:37]]</w:t>
      </w:r>
      <w:r w:rsidRPr="000767E2">
        <w:rPr>
          <w:vertAlign w:val="superscript"/>
          <w:lang w:val="sv-SE"/>
        </w:rPr>
        <w:t>37</w:t>
      </w:r>
      <w:r w:rsidRPr="000767E2">
        <w:rPr>
          <w:lang w:val="sv-SE"/>
        </w:rPr>
        <w:t xml:space="preserve"> {{field-on:bible}}Och döm inte, och ni blir aldrig dömda. Och fäll inte, och ni blir aldrig fällda. Frige, och ni ska bli frigivna.{{field-off:bible}} [[@</w:t>
      </w:r>
      <w:r w:rsidR="0096445B" w:rsidRPr="000767E2">
        <w:rPr>
          <w:lang w:val="sv-SE"/>
        </w:rPr>
        <w:t>BibleBIBEL82</w:t>
      </w:r>
      <w:r w:rsidRPr="000767E2">
        <w:rPr>
          <w:lang w:val="sv-SE"/>
        </w:rPr>
        <w:t>:Luke 6:38]]</w:t>
      </w:r>
      <w:r w:rsidRPr="000767E2">
        <w:rPr>
          <w:vertAlign w:val="superscript"/>
          <w:lang w:val="sv-SE"/>
        </w:rPr>
        <w:t>38</w:t>
      </w:r>
      <w:r w:rsidRPr="000767E2">
        <w:rPr>
          <w:lang w:val="sv-SE"/>
        </w:rPr>
        <w:t xml:space="preserve"> {{field-on:bible}}Ge, och det ska ges till er. Ett bra mått, packat, skakat, överrinnande ska man ge i er famn. För med det mått ni mäter med ska det mätas tillbaka till er.”{{field-off:bible}}</w:t>
      </w:r>
    </w:p>
    <w:p w14:paraId="542280C3" w14:textId="20EEDEEA" w:rsidR="00BA33AB" w:rsidRPr="000767E2" w:rsidRDefault="00000000">
      <w:pPr>
        <w:rPr>
          <w:lang w:val="sv-SE"/>
        </w:rPr>
      </w:pPr>
      <w:r w:rsidRPr="000767E2">
        <w:rPr>
          <w:lang w:val="sv-SE"/>
        </w:rPr>
        <w:t>[[@</w:t>
      </w:r>
      <w:r w:rsidR="0096445B" w:rsidRPr="000767E2">
        <w:rPr>
          <w:lang w:val="sv-SE"/>
        </w:rPr>
        <w:t>BibleBIBEL82</w:t>
      </w:r>
      <w:r w:rsidRPr="000767E2">
        <w:rPr>
          <w:lang w:val="sv-SE"/>
        </w:rPr>
        <w:t>:Luke 6:39]]</w:t>
      </w:r>
      <w:r w:rsidRPr="000767E2">
        <w:rPr>
          <w:vertAlign w:val="superscript"/>
          <w:lang w:val="sv-SE"/>
        </w:rPr>
        <w:t>39</w:t>
      </w:r>
      <w:r w:rsidRPr="000767E2">
        <w:rPr>
          <w:lang w:val="sv-SE"/>
        </w:rPr>
        <w:t xml:space="preserve"> {{field-on:bible}}Och han sade också en liknelse till dem: ”Inte kan väl en blind vägleda en blind? Kommer inte båda att falla i gropen?{{field-off:bible}} [[@</w:t>
      </w:r>
      <w:r w:rsidR="0096445B" w:rsidRPr="000767E2">
        <w:rPr>
          <w:lang w:val="sv-SE"/>
        </w:rPr>
        <w:t>BibleBIBEL82</w:t>
      </w:r>
      <w:r w:rsidRPr="000767E2">
        <w:rPr>
          <w:lang w:val="sv-SE"/>
        </w:rPr>
        <w:t>:Luke 6:40]]</w:t>
      </w:r>
      <w:r w:rsidRPr="000767E2">
        <w:rPr>
          <w:vertAlign w:val="superscript"/>
          <w:lang w:val="sv-SE"/>
        </w:rPr>
        <w:t>40</w:t>
      </w:r>
      <w:r w:rsidRPr="000767E2">
        <w:rPr>
          <w:lang w:val="sv-SE"/>
        </w:rPr>
        <w:t xml:space="preserve"> {{field-on:bible}}En lärjunge är inte över läraren. Men förfärdigad blir var och en som sin lärare.{{field-off:bible}}</w:t>
      </w:r>
    </w:p>
    <w:p w14:paraId="4AB2A111" w14:textId="047AACE5" w:rsidR="00BA33AB" w:rsidRPr="000767E2" w:rsidRDefault="00000000">
      <w:pPr>
        <w:rPr>
          <w:lang w:val="sv-SE"/>
        </w:rPr>
      </w:pPr>
      <w:r w:rsidRPr="000767E2">
        <w:rPr>
          <w:lang w:val="sv-SE"/>
        </w:rPr>
        <w:t>[[@</w:t>
      </w:r>
      <w:r w:rsidR="0096445B" w:rsidRPr="000767E2">
        <w:rPr>
          <w:lang w:val="sv-SE"/>
        </w:rPr>
        <w:t>BibleBIBEL82</w:t>
      </w:r>
      <w:r w:rsidRPr="000767E2">
        <w:rPr>
          <w:lang w:val="sv-SE"/>
        </w:rPr>
        <w:t>:Luke 6:41]]</w:t>
      </w:r>
      <w:r w:rsidRPr="000767E2">
        <w:rPr>
          <w:vertAlign w:val="superscript"/>
          <w:lang w:val="sv-SE"/>
        </w:rPr>
        <w:t>41</w:t>
      </w:r>
      <w:r w:rsidRPr="000767E2">
        <w:rPr>
          <w:lang w:val="sv-SE"/>
        </w:rPr>
        <w:t xml:space="preserve"> {{field-on:bible}}Men varför ser du flisan i din broders öga, men bjälken i </w:t>
      </w:r>
      <w:r w:rsidRPr="000767E2">
        <w:rPr>
          <w:i/>
          <w:lang w:val="sv-SE"/>
        </w:rPr>
        <w:t>ditt</w:t>
      </w:r>
      <w:r w:rsidRPr="000767E2">
        <w:rPr>
          <w:lang w:val="sv-SE"/>
        </w:rPr>
        <w:t xml:space="preserve"> eget öga beaktar du inte?{{field-off:bible}} [[@</w:t>
      </w:r>
      <w:r w:rsidR="0096445B" w:rsidRPr="000767E2">
        <w:rPr>
          <w:lang w:val="sv-SE"/>
        </w:rPr>
        <w:t>BibleBIBEL82</w:t>
      </w:r>
      <w:r w:rsidRPr="000767E2">
        <w:rPr>
          <w:lang w:val="sv-SE"/>
        </w:rPr>
        <w:t>:Luke 6:42]]</w:t>
      </w:r>
      <w:r w:rsidRPr="000767E2">
        <w:rPr>
          <w:vertAlign w:val="superscript"/>
          <w:lang w:val="sv-SE"/>
        </w:rPr>
        <w:t>42</w:t>
      </w:r>
      <w:r w:rsidRPr="000767E2">
        <w:rPr>
          <w:lang w:val="sv-SE"/>
        </w:rPr>
        <w:t xml:space="preserve"> {{field-on:bible}}Hur kan du säga till din broder: Broder, låt </w:t>
      </w:r>
      <w:r w:rsidRPr="000767E2">
        <w:rPr>
          <w:i/>
          <w:lang w:val="sv-SE"/>
        </w:rPr>
        <w:t>mig</w:t>
      </w:r>
      <w:r w:rsidRPr="000767E2">
        <w:rPr>
          <w:lang w:val="sv-SE"/>
        </w:rPr>
        <w:t xml:space="preserve"> kasta ut flisan i ditt öga, när </w:t>
      </w:r>
      <w:r w:rsidRPr="000767E2">
        <w:rPr>
          <w:i/>
          <w:lang w:val="sv-SE"/>
        </w:rPr>
        <w:t>du</w:t>
      </w:r>
      <w:r w:rsidRPr="000767E2">
        <w:rPr>
          <w:lang w:val="sv-SE"/>
        </w:rPr>
        <w:t xml:space="preserve"> själv i ditt öga inte ser bjälken? Hycklare, kasta först ut bjälken ur ditt öga. Och då ska du se flisan i din broders öga bra </w:t>
      </w:r>
      <w:r w:rsidRPr="000767E2">
        <w:rPr>
          <w:i/>
          <w:lang w:val="sv-SE"/>
        </w:rPr>
        <w:t>för</w:t>
      </w:r>
      <w:r w:rsidRPr="000767E2">
        <w:rPr>
          <w:lang w:val="sv-SE"/>
        </w:rPr>
        <w:t xml:space="preserve"> att kasta ut </w:t>
      </w:r>
      <w:r w:rsidRPr="000767E2">
        <w:rPr>
          <w:i/>
          <w:lang w:val="sv-SE"/>
        </w:rPr>
        <w:t>den</w:t>
      </w:r>
      <w:r w:rsidRPr="000767E2">
        <w:rPr>
          <w:lang w:val="sv-SE"/>
        </w:rPr>
        <w:t>.{{field-off:bible}}</w:t>
      </w:r>
    </w:p>
    <w:p w14:paraId="41D9D60D" w14:textId="77777777" w:rsidR="00BA33AB" w:rsidRPr="000767E2" w:rsidRDefault="00000000">
      <w:pPr>
        <w:pStyle w:val="Rubrik3"/>
        <w:rPr>
          <w:lang w:val="sv-SE"/>
        </w:rPr>
      </w:pPr>
      <w:r w:rsidRPr="000767E2">
        <w:rPr>
          <w:lang w:val="sv-SE"/>
        </w:rPr>
        <w:t>Av frukten känns trädet</w:t>
      </w:r>
    </w:p>
    <w:p w14:paraId="5CF5987F" w14:textId="2C6E6F17" w:rsidR="00BA33AB" w:rsidRPr="000767E2" w:rsidRDefault="00000000">
      <w:pPr>
        <w:rPr>
          <w:lang w:val="sv-SE"/>
        </w:rPr>
      </w:pPr>
      <w:r w:rsidRPr="000767E2">
        <w:rPr>
          <w:lang w:val="sv-SE"/>
        </w:rPr>
        <w:t>[[@</w:t>
      </w:r>
      <w:r w:rsidR="0096445B" w:rsidRPr="000767E2">
        <w:rPr>
          <w:lang w:val="sv-SE"/>
        </w:rPr>
        <w:t>BibleBIBEL82</w:t>
      </w:r>
      <w:r w:rsidRPr="000767E2">
        <w:rPr>
          <w:lang w:val="sv-SE"/>
        </w:rPr>
        <w:t>:Luke 6:43]]</w:t>
      </w:r>
      <w:r w:rsidRPr="000767E2">
        <w:rPr>
          <w:vertAlign w:val="superscript"/>
          <w:lang w:val="sv-SE"/>
        </w:rPr>
        <w:t>43</w:t>
      </w:r>
      <w:r w:rsidRPr="000767E2">
        <w:rPr>
          <w:lang w:val="sv-SE"/>
        </w:rPr>
        <w:t xml:space="preserve"> {{field-on:bible}}För det finns inget gott träd som gör rutten frukt, och åter inget ruttet träd som gör god frukt.{{field-off:bible}} [[@</w:t>
      </w:r>
      <w:r w:rsidR="0096445B" w:rsidRPr="000767E2">
        <w:rPr>
          <w:lang w:val="sv-SE"/>
        </w:rPr>
        <w:t>BibleBIBEL82</w:t>
      </w:r>
      <w:r w:rsidRPr="000767E2">
        <w:rPr>
          <w:lang w:val="sv-SE"/>
        </w:rPr>
        <w:t>:Luke 6:44]]</w:t>
      </w:r>
      <w:r w:rsidRPr="000767E2">
        <w:rPr>
          <w:vertAlign w:val="superscript"/>
          <w:lang w:val="sv-SE"/>
        </w:rPr>
        <w:t>44</w:t>
      </w:r>
      <w:r w:rsidRPr="000767E2">
        <w:rPr>
          <w:lang w:val="sv-SE"/>
        </w:rPr>
        <w:t xml:space="preserve"> {{field-on:bible}}För varje träd känns från </w:t>
      </w:r>
      <w:r w:rsidRPr="000767E2">
        <w:rPr>
          <w:i/>
          <w:lang w:val="sv-SE"/>
        </w:rPr>
        <w:t>sin</w:t>
      </w:r>
      <w:r w:rsidRPr="000767E2">
        <w:rPr>
          <w:lang w:val="sv-SE"/>
        </w:rPr>
        <w:t xml:space="preserve"> egen frukt. För </w:t>
      </w:r>
      <w:r w:rsidRPr="000767E2">
        <w:rPr>
          <w:i/>
          <w:lang w:val="sv-SE"/>
        </w:rPr>
        <w:t>det</w:t>
      </w:r>
      <w:r w:rsidRPr="000767E2">
        <w:rPr>
          <w:lang w:val="sv-SE"/>
        </w:rPr>
        <w:t xml:space="preserve"> </w:t>
      </w:r>
      <w:r w:rsidRPr="000767E2">
        <w:rPr>
          <w:i/>
          <w:lang w:val="sv-SE"/>
        </w:rPr>
        <w:t>är</w:t>
      </w:r>
      <w:r w:rsidRPr="000767E2">
        <w:rPr>
          <w:lang w:val="sv-SE"/>
        </w:rPr>
        <w:t xml:space="preserve"> inte från törnen man plockar ihop fikon, eller från en törnbuske man bärgar druvor.{{field-off:bible}} [[@</w:t>
      </w:r>
      <w:r w:rsidR="0096445B" w:rsidRPr="000767E2">
        <w:rPr>
          <w:lang w:val="sv-SE"/>
        </w:rPr>
        <w:t>BibleBIBEL82</w:t>
      </w:r>
      <w:r w:rsidRPr="000767E2">
        <w:rPr>
          <w:lang w:val="sv-SE"/>
        </w:rPr>
        <w:t>:Luke 6:45]]</w:t>
      </w:r>
      <w:r w:rsidRPr="000767E2">
        <w:rPr>
          <w:vertAlign w:val="superscript"/>
          <w:lang w:val="sv-SE"/>
        </w:rPr>
        <w:t>45</w:t>
      </w:r>
      <w:r w:rsidRPr="000767E2">
        <w:rPr>
          <w:lang w:val="sv-SE"/>
        </w:rPr>
        <w:t xml:space="preserve"> {{field-on:bible}}Den goda människan bär ur hjärtats goda skattgömma fram det goda, och den onda bär ur det onda fram det onda. För av hjärtats överflöd talar hans mun.{{field-off:bible}}</w:t>
      </w:r>
    </w:p>
    <w:p w14:paraId="54E82FEE" w14:textId="77777777" w:rsidR="00BA33AB" w:rsidRPr="000767E2" w:rsidRDefault="00000000">
      <w:pPr>
        <w:pStyle w:val="Rubrik3"/>
        <w:rPr>
          <w:lang w:val="sv-SE"/>
        </w:rPr>
      </w:pPr>
      <w:r w:rsidRPr="000767E2">
        <w:rPr>
          <w:lang w:val="sv-SE"/>
        </w:rPr>
        <w:t>De två husbyggarna</w:t>
      </w:r>
    </w:p>
    <w:p w14:paraId="6A839799" w14:textId="744714B0" w:rsidR="00BA33AB" w:rsidRPr="000767E2" w:rsidRDefault="00000000">
      <w:pPr>
        <w:rPr>
          <w:lang w:val="sv-SE"/>
        </w:rPr>
      </w:pPr>
      <w:r w:rsidRPr="000767E2">
        <w:rPr>
          <w:lang w:val="sv-SE"/>
        </w:rPr>
        <w:t>[[@</w:t>
      </w:r>
      <w:r w:rsidR="0096445B" w:rsidRPr="000767E2">
        <w:rPr>
          <w:lang w:val="sv-SE"/>
        </w:rPr>
        <w:t>BibleBIBEL82</w:t>
      </w:r>
      <w:r w:rsidRPr="000767E2">
        <w:rPr>
          <w:lang w:val="sv-SE"/>
        </w:rPr>
        <w:t>:Luke 6:46]]</w:t>
      </w:r>
      <w:r w:rsidRPr="000767E2">
        <w:rPr>
          <w:vertAlign w:val="superscript"/>
          <w:lang w:val="sv-SE"/>
        </w:rPr>
        <w:t>46</w:t>
      </w:r>
      <w:r w:rsidRPr="000767E2">
        <w:rPr>
          <w:lang w:val="sv-SE"/>
        </w:rPr>
        <w:t xml:space="preserve"> {{field-on:bible}}Men varför kallar ni mig: Herre, Herre, och gör inte det jag säger?{{field-off:bible}} [[@</w:t>
      </w:r>
      <w:r w:rsidR="0096445B" w:rsidRPr="000767E2">
        <w:rPr>
          <w:lang w:val="sv-SE"/>
        </w:rPr>
        <w:t>BibleBIBEL82</w:t>
      </w:r>
      <w:r w:rsidRPr="000767E2">
        <w:rPr>
          <w:lang w:val="sv-SE"/>
        </w:rPr>
        <w:t>:Luke 6:47]]</w:t>
      </w:r>
      <w:r w:rsidRPr="000767E2">
        <w:rPr>
          <w:vertAlign w:val="superscript"/>
          <w:lang w:val="sv-SE"/>
        </w:rPr>
        <w:t>47</w:t>
      </w:r>
      <w:r w:rsidRPr="000767E2">
        <w:rPr>
          <w:lang w:val="sv-SE"/>
        </w:rPr>
        <w:t xml:space="preserve"> {{field-on:bible}}Var och en som kommer till mig och hör mina ord och gör dem, jag ska visa er vem han är lik.{{field-</w:t>
      </w:r>
      <w:r w:rsidRPr="000767E2">
        <w:rPr>
          <w:lang w:val="sv-SE"/>
        </w:rPr>
        <w:lastRenderedPageBreak/>
        <w:t>off:bible}} [[@</w:t>
      </w:r>
      <w:r w:rsidR="0096445B" w:rsidRPr="000767E2">
        <w:rPr>
          <w:lang w:val="sv-SE"/>
        </w:rPr>
        <w:t>BibleBIBEL82</w:t>
      </w:r>
      <w:r w:rsidRPr="000767E2">
        <w:rPr>
          <w:lang w:val="sv-SE"/>
        </w:rPr>
        <w:t>:Luke 6:48]]</w:t>
      </w:r>
      <w:r w:rsidRPr="000767E2">
        <w:rPr>
          <w:vertAlign w:val="superscript"/>
          <w:lang w:val="sv-SE"/>
        </w:rPr>
        <w:t>48</w:t>
      </w:r>
      <w:r w:rsidRPr="000767E2">
        <w:rPr>
          <w:lang w:val="sv-SE"/>
        </w:rPr>
        <w:t xml:space="preserve"> {{field-on:bible}}Han är lik en människa som byggde ett hus, som skyfflade och fördjupade och lade en grund på klippan. Och när en översvämning kom, bröt floden fram mot det huset. Och den mäktade inte att skaka det, eftersom det var väl byggt.{{field-off:bible}}</w:t>
      </w:r>
    </w:p>
    <w:p w14:paraId="555BB620" w14:textId="7F8C6958" w:rsidR="00BA33AB" w:rsidRPr="000767E2" w:rsidRDefault="00000000">
      <w:pPr>
        <w:rPr>
          <w:lang w:val="sv-SE"/>
        </w:rPr>
      </w:pPr>
      <w:r w:rsidRPr="000767E2">
        <w:rPr>
          <w:lang w:val="sv-SE"/>
        </w:rPr>
        <w:t>[[@</w:t>
      </w:r>
      <w:r w:rsidR="0096445B" w:rsidRPr="000767E2">
        <w:rPr>
          <w:lang w:val="sv-SE"/>
        </w:rPr>
        <w:t>BibleBIBEL82</w:t>
      </w:r>
      <w:r w:rsidRPr="000767E2">
        <w:rPr>
          <w:lang w:val="sv-SE"/>
        </w:rPr>
        <w:t>:Luke 6:49]]</w:t>
      </w:r>
      <w:r w:rsidRPr="000767E2">
        <w:rPr>
          <w:vertAlign w:val="superscript"/>
          <w:lang w:val="sv-SE"/>
        </w:rPr>
        <w:t>49</w:t>
      </w:r>
      <w:r w:rsidRPr="000767E2">
        <w:rPr>
          <w:lang w:val="sv-SE"/>
        </w:rPr>
        <w:t xml:space="preserve"> {{field-on:bible}}Men den som hör och inte gör är lik en människa som byggde ett hus på jorden, utan grund. Mot det bröt floden fram, och direkt föll det samman, och det husets ras blev stort.”{{field-off:bible}}</w:t>
      </w:r>
    </w:p>
    <w:p w14:paraId="3A66D8E5" w14:textId="79BA0A7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7]]Kapitel 7</w:t>
      </w:r>
    </w:p>
    <w:p w14:paraId="169B98EB" w14:textId="77777777" w:rsidR="00BA33AB" w:rsidRPr="000767E2" w:rsidRDefault="00000000">
      <w:pPr>
        <w:pStyle w:val="Rubrik3"/>
        <w:rPr>
          <w:lang w:val="sv-SE"/>
        </w:rPr>
      </w:pPr>
      <w:r w:rsidRPr="000767E2">
        <w:rPr>
          <w:lang w:val="sv-SE"/>
        </w:rPr>
        <w:t>En centurions tro</w:t>
      </w:r>
    </w:p>
    <w:p w14:paraId="6A462D09" w14:textId="43027E40" w:rsidR="00BA33AB" w:rsidRPr="000767E2" w:rsidRDefault="00000000">
      <w:pPr>
        <w:rPr>
          <w:lang w:val="sv-SE"/>
        </w:rPr>
      </w:pPr>
      <w:r w:rsidRPr="000767E2">
        <w:rPr>
          <w:lang w:val="sv-SE"/>
        </w:rPr>
        <w:t>[[@</w:t>
      </w:r>
      <w:r w:rsidR="0096445B" w:rsidRPr="000767E2">
        <w:rPr>
          <w:lang w:val="sv-SE"/>
        </w:rPr>
        <w:t>BibleBIBEL82</w:t>
      </w:r>
      <w:r w:rsidRPr="000767E2">
        <w:rPr>
          <w:lang w:val="sv-SE"/>
        </w:rPr>
        <w:t>:Luke 7:1]]</w:t>
      </w:r>
      <w:r w:rsidRPr="000767E2">
        <w:rPr>
          <w:vertAlign w:val="superscript"/>
          <w:lang w:val="sv-SE"/>
        </w:rPr>
        <w:t>1</w:t>
      </w:r>
      <w:r w:rsidRPr="000767E2">
        <w:rPr>
          <w:lang w:val="sv-SE"/>
        </w:rPr>
        <w:t xml:space="preserve"> {{field-on:bible}}Då han nu hade uppfyllt alla sina ord i folkets öron, gick han in i Kafarnaum.{{field-off:bible}} [[@</w:t>
      </w:r>
      <w:r w:rsidR="0096445B" w:rsidRPr="000767E2">
        <w:rPr>
          <w:lang w:val="sv-SE"/>
        </w:rPr>
        <w:t>BibleBIBEL82</w:t>
      </w:r>
      <w:r w:rsidRPr="000767E2">
        <w:rPr>
          <w:lang w:val="sv-SE"/>
        </w:rPr>
        <w:t>:Luke 7:2]]</w:t>
      </w:r>
      <w:r w:rsidRPr="000767E2">
        <w:rPr>
          <w:vertAlign w:val="superscript"/>
          <w:lang w:val="sv-SE"/>
        </w:rPr>
        <w:t>2</w:t>
      </w:r>
      <w:r w:rsidRPr="000767E2">
        <w:rPr>
          <w:lang w:val="sv-SE"/>
        </w:rPr>
        <w:t xml:space="preserve"> {{field-on:bible}}Men en centurions fasttjänare hade </w:t>
      </w:r>
      <w:r w:rsidRPr="000767E2">
        <w:rPr>
          <w:i/>
          <w:lang w:val="sv-SE"/>
        </w:rPr>
        <w:t>det</w:t>
      </w:r>
      <w:r w:rsidRPr="000767E2">
        <w:rPr>
          <w:lang w:val="sv-SE"/>
        </w:rPr>
        <w:t xml:space="preserve"> illa och var på väg att avlida, </w:t>
      </w:r>
      <w:r w:rsidRPr="000767E2">
        <w:rPr>
          <w:i/>
          <w:lang w:val="sv-SE"/>
        </w:rPr>
        <w:t>och</w:t>
      </w:r>
      <w:r w:rsidRPr="000767E2">
        <w:rPr>
          <w:lang w:val="sv-SE"/>
        </w:rPr>
        <w:t xml:space="preserve"> han var hedrad hos honom.{{field-off:bible}} [[@</w:t>
      </w:r>
      <w:r w:rsidR="0096445B" w:rsidRPr="000767E2">
        <w:rPr>
          <w:lang w:val="sv-SE"/>
        </w:rPr>
        <w:t>BibleBIBEL82</w:t>
      </w:r>
      <w:r w:rsidRPr="000767E2">
        <w:rPr>
          <w:lang w:val="sv-SE"/>
        </w:rPr>
        <w:t>:Luke 7:3]]</w:t>
      </w:r>
      <w:r w:rsidRPr="000767E2">
        <w:rPr>
          <w:vertAlign w:val="superscript"/>
          <w:lang w:val="sv-SE"/>
        </w:rPr>
        <w:t>3</w:t>
      </w:r>
      <w:r w:rsidRPr="000767E2">
        <w:rPr>
          <w:lang w:val="sv-SE"/>
        </w:rPr>
        <w:t xml:space="preserve"> {{field-on:bible}}Och när han hörde om Jesus, sände han till honom </w:t>
      </w:r>
      <w:r w:rsidRPr="000767E2">
        <w:rPr>
          <w:i/>
          <w:lang w:val="sv-SE"/>
        </w:rPr>
        <w:t>några av</w:t>
      </w:r>
      <w:r w:rsidRPr="000767E2">
        <w:rPr>
          <w:lang w:val="sv-SE"/>
        </w:rPr>
        <w:t xml:space="preserve"> judarnas äldste och frågade honom </w:t>
      </w:r>
      <w:r w:rsidRPr="000767E2">
        <w:rPr>
          <w:i/>
          <w:lang w:val="sv-SE"/>
        </w:rPr>
        <w:t>om</w:t>
      </w:r>
      <w:r w:rsidRPr="000767E2">
        <w:rPr>
          <w:lang w:val="sv-SE"/>
        </w:rPr>
        <w:t xml:space="preserve"> han kunde komma och genomfrälsa hans fasttjänare.{{field-off:bible}} [[@</w:t>
      </w:r>
      <w:r w:rsidR="0096445B" w:rsidRPr="000767E2">
        <w:rPr>
          <w:lang w:val="sv-SE"/>
        </w:rPr>
        <w:t>BibleBIBEL82</w:t>
      </w:r>
      <w:r w:rsidRPr="000767E2">
        <w:rPr>
          <w:lang w:val="sv-SE"/>
        </w:rPr>
        <w:t>:Luke 7:4]]</w:t>
      </w:r>
      <w:r w:rsidRPr="000767E2">
        <w:rPr>
          <w:vertAlign w:val="superscript"/>
          <w:lang w:val="sv-SE"/>
        </w:rPr>
        <w:t>4</w:t>
      </w:r>
      <w:r w:rsidRPr="000767E2">
        <w:rPr>
          <w:lang w:val="sv-SE"/>
        </w:rPr>
        <w:t xml:space="preserve"> {{field-on:bible}}Och de kom fram till Jesus och vädjade till honom ivrigt och sade att: ”Han är värd </w:t>
      </w:r>
      <w:r w:rsidRPr="000767E2">
        <w:rPr>
          <w:i/>
          <w:lang w:val="sv-SE"/>
        </w:rPr>
        <w:t>att</w:t>
      </w:r>
      <w:r w:rsidRPr="000767E2">
        <w:rPr>
          <w:lang w:val="sv-SE"/>
        </w:rPr>
        <w:t xml:space="preserve"> du ska skaffa honom detta.{{field-off:bible}} [[@</w:t>
      </w:r>
      <w:r w:rsidR="0096445B" w:rsidRPr="000767E2">
        <w:rPr>
          <w:lang w:val="sv-SE"/>
        </w:rPr>
        <w:t>BibleBIBEL82</w:t>
      </w:r>
      <w:r w:rsidRPr="000767E2">
        <w:rPr>
          <w:lang w:val="sv-SE"/>
        </w:rPr>
        <w:t>:Luke 7:5]]</w:t>
      </w:r>
      <w:r w:rsidRPr="000767E2">
        <w:rPr>
          <w:vertAlign w:val="superscript"/>
          <w:lang w:val="sv-SE"/>
        </w:rPr>
        <w:t>5</w:t>
      </w:r>
      <w:r w:rsidRPr="000767E2">
        <w:rPr>
          <w:lang w:val="sv-SE"/>
        </w:rPr>
        <w:t xml:space="preserve"> {{field-on:bible}}För han älskar vårt folkslag, och synagogan har han själv byggt åt oss.”{{field-off:bible}}</w:t>
      </w:r>
    </w:p>
    <w:p w14:paraId="213A9EEB" w14:textId="711DDE87" w:rsidR="00BA33AB" w:rsidRPr="000767E2" w:rsidRDefault="00000000">
      <w:pPr>
        <w:rPr>
          <w:lang w:val="sv-SE"/>
        </w:rPr>
      </w:pPr>
      <w:r w:rsidRPr="000767E2">
        <w:rPr>
          <w:lang w:val="sv-SE"/>
        </w:rPr>
        <w:t>[[@</w:t>
      </w:r>
      <w:r w:rsidR="0096445B" w:rsidRPr="000767E2">
        <w:rPr>
          <w:lang w:val="sv-SE"/>
        </w:rPr>
        <w:t>BibleBIBEL82</w:t>
      </w:r>
      <w:r w:rsidRPr="000767E2">
        <w:rPr>
          <w:lang w:val="sv-SE"/>
        </w:rPr>
        <w:t>:Luke 7:6]]</w:t>
      </w:r>
      <w:r w:rsidRPr="000767E2">
        <w:rPr>
          <w:vertAlign w:val="superscript"/>
          <w:lang w:val="sv-SE"/>
        </w:rPr>
        <w:t>6</w:t>
      </w:r>
      <w:r w:rsidRPr="000767E2">
        <w:rPr>
          <w:lang w:val="sv-SE"/>
        </w:rPr>
        <w:t xml:space="preserve"> {{field-on:bible}}Och Jesus gick med dem. Men redan när han var inte långt från huset, skickade centurionen vänner och sade till honom: ”Herre, besvära dig inte. För jag är inte förtjänt att du går in under mitt tak.{{field-off:bible}} [[@</w:t>
      </w:r>
      <w:r w:rsidR="0096445B" w:rsidRPr="000767E2">
        <w:rPr>
          <w:lang w:val="sv-SE"/>
        </w:rPr>
        <w:t>BibleBIBEL82</w:t>
      </w:r>
      <w:r w:rsidRPr="000767E2">
        <w:rPr>
          <w:lang w:val="sv-SE"/>
        </w:rPr>
        <w:t>:Luke 7:7]]</w:t>
      </w:r>
      <w:r w:rsidRPr="000767E2">
        <w:rPr>
          <w:vertAlign w:val="superscript"/>
          <w:lang w:val="sv-SE"/>
        </w:rPr>
        <w:t>7</w:t>
      </w:r>
      <w:r w:rsidRPr="000767E2">
        <w:rPr>
          <w:lang w:val="sv-SE"/>
        </w:rPr>
        <w:t xml:space="preserve"> {{field-on:bible}}Därför ansåg jag mig inte heller värdig att komma till dig. Men säg till med ett ord och min gosse blir helad.{{field-off:bible}} [[@</w:t>
      </w:r>
      <w:r w:rsidR="0096445B" w:rsidRPr="000767E2">
        <w:rPr>
          <w:lang w:val="sv-SE"/>
        </w:rPr>
        <w:t>BibleBIBEL82</w:t>
      </w:r>
      <w:r w:rsidRPr="000767E2">
        <w:rPr>
          <w:lang w:val="sv-SE"/>
        </w:rPr>
        <w:t>:Luke 7:8]]</w:t>
      </w:r>
      <w:r w:rsidRPr="000767E2">
        <w:rPr>
          <w:vertAlign w:val="superscript"/>
          <w:lang w:val="sv-SE"/>
        </w:rPr>
        <w:t>8</w:t>
      </w:r>
      <w:r w:rsidRPr="000767E2">
        <w:rPr>
          <w:lang w:val="sv-SE"/>
        </w:rPr>
        <w:t xml:space="preserve"> {{field-on:bible}}För även jag är en människa inordnad under auktoritet och har under mig soldater, och jag säger till den: Gå, och han går, och till en annan: Kom, och han kommer, och till min fasttjänare: Gör detta, och han gör </w:t>
      </w:r>
      <w:r w:rsidRPr="000767E2">
        <w:rPr>
          <w:i/>
          <w:lang w:val="sv-SE"/>
        </w:rPr>
        <w:t>det</w:t>
      </w:r>
      <w:r w:rsidRPr="000767E2">
        <w:rPr>
          <w:lang w:val="sv-SE"/>
        </w:rPr>
        <w:t>.”{{field-off:bible}}</w:t>
      </w:r>
    </w:p>
    <w:p w14:paraId="60EF5F62" w14:textId="1AC2367B" w:rsidR="00BA33AB" w:rsidRPr="000767E2" w:rsidRDefault="00000000">
      <w:pPr>
        <w:rPr>
          <w:lang w:val="sv-SE"/>
        </w:rPr>
      </w:pPr>
      <w:r w:rsidRPr="000767E2">
        <w:rPr>
          <w:lang w:val="sv-SE"/>
        </w:rPr>
        <w:t>[[@</w:t>
      </w:r>
      <w:r w:rsidR="0096445B" w:rsidRPr="000767E2">
        <w:rPr>
          <w:lang w:val="sv-SE"/>
        </w:rPr>
        <w:t>BibleBIBEL82</w:t>
      </w:r>
      <w:r w:rsidRPr="000767E2">
        <w:rPr>
          <w:lang w:val="sv-SE"/>
        </w:rPr>
        <w:t>:Luke 7:9]]</w:t>
      </w:r>
      <w:r w:rsidRPr="000767E2">
        <w:rPr>
          <w:vertAlign w:val="superscript"/>
          <w:lang w:val="sv-SE"/>
        </w:rPr>
        <w:t>9</w:t>
      </w:r>
      <w:r w:rsidRPr="000767E2">
        <w:rPr>
          <w:lang w:val="sv-SE"/>
        </w:rPr>
        <w:t xml:space="preserve"> {{field-on:bible}}Och när Jesus hörde detta blev han förundrad över honom, och han vände sig till skaran som följde honom och sade: ”Jag säger er: Inte ens i Israel har jag funnit en så stor tro.”{{field-off:bible}} [[@</w:t>
      </w:r>
      <w:r w:rsidR="0096445B" w:rsidRPr="000767E2">
        <w:rPr>
          <w:lang w:val="sv-SE"/>
        </w:rPr>
        <w:t>BibleBIBEL82</w:t>
      </w:r>
      <w:r w:rsidRPr="000767E2">
        <w:rPr>
          <w:lang w:val="sv-SE"/>
        </w:rPr>
        <w:t>:Luke 7:10]]</w:t>
      </w:r>
      <w:r w:rsidRPr="000767E2">
        <w:rPr>
          <w:vertAlign w:val="superscript"/>
          <w:lang w:val="sv-SE"/>
        </w:rPr>
        <w:t>10</w:t>
      </w:r>
      <w:r w:rsidRPr="000767E2">
        <w:rPr>
          <w:lang w:val="sv-SE"/>
        </w:rPr>
        <w:t xml:space="preserve"> {{field-on:bible}}Och när de utskickade återvände till huset, fann de fasttjänaren frisk.{{field-off:bible}}</w:t>
      </w:r>
    </w:p>
    <w:p w14:paraId="5A2B0D6A" w14:textId="77777777" w:rsidR="00BA33AB" w:rsidRPr="000767E2" w:rsidRDefault="00000000">
      <w:pPr>
        <w:pStyle w:val="Rubrik3"/>
        <w:rPr>
          <w:lang w:val="sv-SE"/>
        </w:rPr>
      </w:pPr>
      <w:r w:rsidRPr="000767E2">
        <w:rPr>
          <w:lang w:val="sv-SE"/>
        </w:rPr>
        <w:t>Jesus uppväcker en änkas son</w:t>
      </w:r>
    </w:p>
    <w:p w14:paraId="40AE7B0B" w14:textId="732F8AEC" w:rsidR="00BA33AB" w:rsidRPr="000767E2" w:rsidRDefault="00000000">
      <w:pPr>
        <w:rPr>
          <w:lang w:val="sv-SE"/>
        </w:rPr>
      </w:pPr>
      <w:r w:rsidRPr="000767E2">
        <w:rPr>
          <w:lang w:val="sv-SE"/>
        </w:rPr>
        <w:t>[[@</w:t>
      </w:r>
      <w:r w:rsidR="0096445B" w:rsidRPr="000767E2">
        <w:rPr>
          <w:lang w:val="sv-SE"/>
        </w:rPr>
        <w:t>BibleBIBEL82</w:t>
      </w:r>
      <w:r w:rsidRPr="000767E2">
        <w:rPr>
          <w:lang w:val="sv-SE"/>
        </w:rPr>
        <w:t>:Luke 7:11]]</w:t>
      </w:r>
      <w:r w:rsidRPr="000767E2">
        <w:rPr>
          <w:vertAlign w:val="superscript"/>
          <w:lang w:val="sv-SE"/>
        </w:rPr>
        <w:t>11</w:t>
      </w:r>
      <w:r w:rsidRPr="000767E2">
        <w:rPr>
          <w:lang w:val="sv-SE"/>
        </w:rPr>
        <w:t xml:space="preserve"> {{field-on:bible}}Och det hände sig nästa </w:t>
      </w:r>
      <w:r w:rsidRPr="000767E2">
        <w:rPr>
          <w:i/>
          <w:lang w:val="sv-SE"/>
        </w:rPr>
        <w:t>dag</w:t>
      </w:r>
      <w:r w:rsidRPr="000767E2">
        <w:rPr>
          <w:lang w:val="sv-SE"/>
        </w:rPr>
        <w:t xml:space="preserve"> </w:t>
      </w:r>
      <w:r w:rsidRPr="000767E2">
        <w:rPr>
          <w:i/>
          <w:lang w:val="sv-SE"/>
        </w:rPr>
        <w:t>att</w:t>
      </w:r>
      <w:r w:rsidRPr="000767E2">
        <w:rPr>
          <w:lang w:val="sv-SE"/>
        </w:rPr>
        <w:t xml:space="preserve"> han gick till en stad som kallas Nain, och med honom gick hans lärjungar och en stor skara.{{field-off:bible}} [[@</w:t>
      </w:r>
      <w:r w:rsidR="0096445B" w:rsidRPr="000767E2">
        <w:rPr>
          <w:lang w:val="sv-SE"/>
        </w:rPr>
        <w:t>BibleBIBEL82</w:t>
      </w:r>
      <w:r w:rsidRPr="000767E2">
        <w:rPr>
          <w:lang w:val="sv-SE"/>
        </w:rPr>
        <w:t>:Luke 7:12]]</w:t>
      </w:r>
      <w:r w:rsidRPr="000767E2">
        <w:rPr>
          <w:vertAlign w:val="superscript"/>
          <w:lang w:val="sv-SE"/>
        </w:rPr>
        <w:t>12</w:t>
      </w:r>
      <w:r w:rsidRPr="000767E2">
        <w:rPr>
          <w:lang w:val="sv-SE"/>
        </w:rPr>
        <w:t xml:space="preserve"> {{field-on:bible}}Men när han närmade sig stadens port, och se: </w:t>
      </w:r>
      <w:r w:rsidRPr="000767E2">
        <w:rPr>
          <w:i/>
          <w:lang w:val="sv-SE"/>
        </w:rPr>
        <w:t>det</w:t>
      </w:r>
      <w:r w:rsidRPr="000767E2">
        <w:rPr>
          <w:lang w:val="sv-SE"/>
        </w:rPr>
        <w:t xml:space="preserve"> bars ut en som hade dött, en enfödd son till sin mor, och hon var änka. Och en avsevärd skara från staden var med henne.{{field-off:bible}}</w:t>
      </w:r>
    </w:p>
    <w:p w14:paraId="00B31F2E" w14:textId="61FCA5A6"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7:13]]</w:t>
      </w:r>
      <w:r w:rsidRPr="000767E2">
        <w:rPr>
          <w:vertAlign w:val="superscript"/>
          <w:lang w:val="sv-SE"/>
        </w:rPr>
        <w:t>13</w:t>
      </w:r>
      <w:r w:rsidRPr="000767E2">
        <w:rPr>
          <w:lang w:val="sv-SE"/>
        </w:rPr>
        <w:t xml:space="preserve"> {{field-on:bible}}Och när Herren såg henne, kände han innerligt med henne och sade till henne: ”Gråt inte.”{{field-off:bible}} [[@</w:t>
      </w:r>
      <w:r w:rsidR="0096445B" w:rsidRPr="000767E2">
        <w:rPr>
          <w:lang w:val="sv-SE"/>
        </w:rPr>
        <w:t>BibleBIBEL82</w:t>
      </w:r>
      <w:r w:rsidRPr="000767E2">
        <w:rPr>
          <w:lang w:val="sv-SE"/>
        </w:rPr>
        <w:t>:Luke 7:14]]</w:t>
      </w:r>
      <w:r w:rsidRPr="000767E2">
        <w:rPr>
          <w:vertAlign w:val="superscript"/>
          <w:lang w:val="sv-SE"/>
        </w:rPr>
        <w:t>14</w:t>
      </w:r>
      <w:r w:rsidRPr="000767E2">
        <w:rPr>
          <w:lang w:val="sv-SE"/>
        </w:rPr>
        <w:t xml:space="preserve"> {{field-on:bible}}Och han gick fram och rörde vid båren. Och de som bar stannade, och han sade: ”Yngling, dig säger jag: Res dig!”{{field-off:bible}} [[@</w:t>
      </w:r>
      <w:r w:rsidR="0096445B" w:rsidRPr="000767E2">
        <w:rPr>
          <w:lang w:val="sv-SE"/>
        </w:rPr>
        <w:t>BibleBIBEL82</w:t>
      </w:r>
      <w:r w:rsidRPr="000767E2">
        <w:rPr>
          <w:lang w:val="sv-SE"/>
        </w:rPr>
        <w:t>:Luke 7:15]]</w:t>
      </w:r>
      <w:r w:rsidRPr="000767E2">
        <w:rPr>
          <w:vertAlign w:val="superscript"/>
          <w:lang w:val="sv-SE"/>
        </w:rPr>
        <w:t>15</w:t>
      </w:r>
      <w:r w:rsidRPr="000767E2">
        <w:rPr>
          <w:lang w:val="sv-SE"/>
        </w:rPr>
        <w:t xml:space="preserve"> {{field-on:bible}}Och </w:t>
      </w:r>
      <w:r w:rsidRPr="000767E2">
        <w:rPr>
          <w:i/>
          <w:lang w:val="sv-SE"/>
        </w:rPr>
        <w:t>då</w:t>
      </w:r>
      <w:r w:rsidRPr="000767E2">
        <w:rPr>
          <w:lang w:val="sv-SE"/>
        </w:rPr>
        <w:t xml:space="preserve"> satte sig den döde upp och började tala. Och han gav honom åt hans mor.{{field-off:bible}}</w:t>
      </w:r>
    </w:p>
    <w:p w14:paraId="72BFD471" w14:textId="7C962588" w:rsidR="00BA33AB" w:rsidRPr="000767E2" w:rsidRDefault="00000000">
      <w:pPr>
        <w:rPr>
          <w:lang w:val="sv-SE"/>
        </w:rPr>
      </w:pPr>
      <w:r w:rsidRPr="000767E2">
        <w:rPr>
          <w:lang w:val="sv-SE"/>
        </w:rPr>
        <w:t>[[@</w:t>
      </w:r>
      <w:r w:rsidR="0096445B" w:rsidRPr="000767E2">
        <w:rPr>
          <w:lang w:val="sv-SE"/>
        </w:rPr>
        <w:t>BibleBIBEL82</w:t>
      </w:r>
      <w:r w:rsidRPr="000767E2">
        <w:rPr>
          <w:lang w:val="sv-SE"/>
        </w:rPr>
        <w:t>:Luke 7:16]]</w:t>
      </w:r>
      <w:r w:rsidRPr="000767E2">
        <w:rPr>
          <w:vertAlign w:val="superscript"/>
          <w:lang w:val="sv-SE"/>
        </w:rPr>
        <w:t>16</w:t>
      </w:r>
      <w:r w:rsidRPr="000767E2">
        <w:rPr>
          <w:lang w:val="sv-SE"/>
        </w:rPr>
        <w:t xml:space="preserve"> {{field-on:bible}}Men fruktan tog </w:t>
      </w:r>
      <w:r w:rsidRPr="000767E2">
        <w:rPr>
          <w:i/>
          <w:lang w:val="sv-SE"/>
        </w:rPr>
        <w:t>tag i</w:t>
      </w:r>
      <w:r w:rsidRPr="000767E2">
        <w:rPr>
          <w:lang w:val="sv-SE"/>
        </w:rPr>
        <w:t xml:space="preserve"> alla, och de ärade Gud och sade att: ”En stor profet har rest sig bland oss!”, och att: ”Gud har besökt sitt folk.”{{field-off:bible}} [[@</w:t>
      </w:r>
      <w:r w:rsidR="0096445B" w:rsidRPr="000767E2">
        <w:rPr>
          <w:lang w:val="sv-SE"/>
        </w:rPr>
        <w:t>BibleBIBEL82</w:t>
      </w:r>
      <w:r w:rsidRPr="000767E2">
        <w:rPr>
          <w:lang w:val="sv-SE"/>
        </w:rPr>
        <w:t>:Luke 7:17]]</w:t>
      </w:r>
      <w:r w:rsidRPr="000767E2">
        <w:rPr>
          <w:vertAlign w:val="superscript"/>
          <w:lang w:val="sv-SE"/>
        </w:rPr>
        <w:t>17</w:t>
      </w:r>
      <w:r w:rsidRPr="000767E2">
        <w:rPr>
          <w:lang w:val="sv-SE"/>
        </w:rPr>
        <w:t xml:space="preserve"> {{field-on:bible}}Och ut gick detta ord i hela Judeen om honom, och </w:t>
      </w:r>
      <w:r w:rsidRPr="000767E2">
        <w:rPr>
          <w:i/>
          <w:lang w:val="sv-SE"/>
        </w:rPr>
        <w:t>i</w:t>
      </w:r>
      <w:r w:rsidRPr="000767E2">
        <w:rPr>
          <w:lang w:val="sv-SE"/>
        </w:rPr>
        <w:t xml:space="preserve"> hela trakten runt omkring.{{field-off:bible}}</w:t>
      </w:r>
    </w:p>
    <w:p w14:paraId="4445DDC0" w14:textId="77777777" w:rsidR="00BA33AB" w:rsidRPr="000767E2" w:rsidRDefault="00000000">
      <w:pPr>
        <w:pStyle w:val="Rubrik3"/>
        <w:rPr>
          <w:lang w:val="sv-SE"/>
        </w:rPr>
      </w:pPr>
      <w:r w:rsidRPr="000767E2">
        <w:rPr>
          <w:lang w:val="sv-SE"/>
        </w:rPr>
        <w:t>Jesus svarar Johannes Döparen</w:t>
      </w:r>
    </w:p>
    <w:p w14:paraId="4758E6F1" w14:textId="72850B1C" w:rsidR="00BA33AB" w:rsidRPr="000767E2" w:rsidRDefault="00000000">
      <w:pPr>
        <w:rPr>
          <w:lang w:val="sv-SE"/>
        </w:rPr>
      </w:pPr>
      <w:r w:rsidRPr="000767E2">
        <w:rPr>
          <w:lang w:val="sv-SE"/>
        </w:rPr>
        <w:t>[[@</w:t>
      </w:r>
      <w:r w:rsidR="0096445B" w:rsidRPr="000767E2">
        <w:rPr>
          <w:lang w:val="sv-SE"/>
        </w:rPr>
        <w:t>BibleBIBEL82</w:t>
      </w:r>
      <w:r w:rsidRPr="000767E2">
        <w:rPr>
          <w:lang w:val="sv-SE"/>
        </w:rPr>
        <w:t>:Luke 7:18]]</w:t>
      </w:r>
      <w:r w:rsidRPr="000767E2">
        <w:rPr>
          <w:vertAlign w:val="superscript"/>
          <w:lang w:val="sv-SE"/>
        </w:rPr>
        <w:t>18</w:t>
      </w:r>
      <w:r w:rsidRPr="000767E2">
        <w:rPr>
          <w:lang w:val="sv-SE"/>
        </w:rPr>
        <w:t xml:space="preserve"> {{field-on:bible}}Och för Johannes berättade hans lärjungar om allt detta. Och han kallade till sig två av sina lärjungar, och Johannes{{field-off:bible}} [[@</w:t>
      </w:r>
      <w:r w:rsidR="0096445B" w:rsidRPr="000767E2">
        <w:rPr>
          <w:lang w:val="sv-SE"/>
        </w:rPr>
        <w:t>BibleBIBEL82</w:t>
      </w:r>
      <w:r w:rsidRPr="000767E2">
        <w:rPr>
          <w:lang w:val="sv-SE"/>
        </w:rPr>
        <w:t>:Luke 7:19]]</w:t>
      </w:r>
      <w:r w:rsidRPr="000767E2">
        <w:rPr>
          <w:vertAlign w:val="superscript"/>
          <w:lang w:val="sv-SE"/>
        </w:rPr>
        <w:t>19</w:t>
      </w:r>
      <w:r w:rsidRPr="000767E2">
        <w:rPr>
          <w:lang w:val="sv-SE"/>
        </w:rPr>
        <w:t xml:space="preserve"> {{field-on:bible}}skickade </w:t>
      </w:r>
      <w:r w:rsidRPr="000767E2">
        <w:rPr>
          <w:i/>
          <w:lang w:val="sv-SE"/>
        </w:rPr>
        <w:t>bud</w:t>
      </w:r>
      <w:r w:rsidRPr="000767E2">
        <w:rPr>
          <w:lang w:val="sv-SE"/>
        </w:rPr>
        <w:t xml:space="preserve"> till Herren och sade: ”Är du den som kommer? Eller </w:t>
      </w:r>
      <w:r w:rsidRPr="000767E2">
        <w:rPr>
          <w:i/>
          <w:lang w:val="sv-SE"/>
        </w:rPr>
        <w:t>är det</w:t>
      </w:r>
      <w:r w:rsidRPr="000767E2">
        <w:rPr>
          <w:lang w:val="sv-SE"/>
        </w:rPr>
        <w:t xml:space="preserve"> en annan vi ska vänta oss?”{{field-off:bible}} [[@</w:t>
      </w:r>
      <w:r w:rsidR="0096445B" w:rsidRPr="000767E2">
        <w:rPr>
          <w:lang w:val="sv-SE"/>
        </w:rPr>
        <w:t>BibleBIBEL82</w:t>
      </w:r>
      <w:r w:rsidRPr="000767E2">
        <w:rPr>
          <w:lang w:val="sv-SE"/>
        </w:rPr>
        <w:t>:Luke 7:20]]</w:t>
      </w:r>
      <w:r w:rsidRPr="000767E2">
        <w:rPr>
          <w:vertAlign w:val="superscript"/>
          <w:lang w:val="sv-SE"/>
        </w:rPr>
        <w:t>20</w:t>
      </w:r>
      <w:r w:rsidRPr="000767E2">
        <w:rPr>
          <w:lang w:val="sv-SE"/>
        </w:rPr>
        <w:t xml:space="preserve"> {{field-on:bible}}Och framkomna till honom sade männen: ”Johannes Döparen har sänt oss till dig och säger: Är du den som kommer? Eller </w:t>
      </w:r>
      <w:r w:rsidRPr="000767E2">
        <w:rPr>
          <w:i/>
          <w:lang w:val="sv-SE"/>
        </w:rPr>
        <w:t>är det</w:t>
      </w:r>
      <w:r w:rsidRPr="000767E2">
        <w:rPr>
          <w:lang w:val="sv-SE"/>
        </w:rPr>
        <w:t xml:space="preserve"> en annan vi ska vänta oss?”{{field-off:bible}}</w:t>
      </w:r>
    </w:p>
    <w:p w14:paraId="38A07D60" w14:textId="73AEF8D1" w:rsidR="00BA33AB" w:rsidRPr="000767E2" w:rsidRDefault="00000000">
      <w:pPr>
        <w:rPr>
          <w:lang w:val="sv-SE"/>
        </w:rPr>
      </w:pPr>
      <w:r w:rsidRPr="000767E2">
        <w:rPr>
          <w:lang w:val="sv-SE"/>
        </w:rPr>
        <w:t>[[@</w:t>
      </w:r>
      <w:r w:rsidR="0096445B" w:rsidRPr="000767E2">
        <w:rPr>
          <w:lang w:val="sv-SE"/>
        </w:rPr>
        <w:t>BibleBIBEL82</w:t>
      </w:r>
      <w:r w:rsidRPr="000767E2">
        <w:rPr>
          <w:lang w:val="sv-SE"/>
        </w:rPr>
        <w:t>:Luke 7:21]]</w:t>
      </w:r>
      <w:r w:rsidRPr="000767E2">
        <w:rPr>
          <w:vertAlign w:val="superscript"/>
          <w:lang w:val="sv-SE"/>
        </w:rPr>
        <w:t>21</w:t>
      </w:r>
      <w:r w:rsidRPr="000767E2">
        <w:rPr>
          <w:lang w:val="sv-SE"/>
        </w:rPr>
        <w:t xml:space="preserve"> {{field-on:bible}}Vid den stunden botade han många från åkommor och gissel och onda andar, och åt många blinda skänkte han att se.{{field-off:bible}} [[@</w:t>
      </w:r>
      <w:r w:rsidR="0096445B" w:rsidRPr="000767E2">
        <w:rPr>
          <w:lang w:val="sv-SE"/>
        </w:rPr>
        <w:t>BibleBIBEL82</w:t>
      </w:r>
      <w:r w:rsidRPr="000767E2">
        <w:rPr>
          <w:lang w:val="sv-SE"/>
        </w:rPr>
        <w:t>:Luke 7:22]]</w:t>
      </w:r>
      <w:r w:rsidRPr="000767E2">
        <w:rPr>
          <w:vertAlign w:val="superscript"/>
          <w:lang w:val="sv-SE"/>
        </w:rPr>
        <w:t>22</w:t>
      </w:r>
      <w:r w:rsidRPr="000767E2">
        <w:rPr>
          <w:lang w:val="sv-SE"/>
        </w:rPr>
        <w:t xml:space="preserve"> {{field-on:bible}}Och han svarade och sade till dem: ”Gå och berätta för Johannes det ni har sett och hört: Blinda ser igen. Lama vandrar. Spetälska renas och döva hör. Döda uppväcks. Fattiga evangeliseras.{{field-off:bible}} [[@</w:t>
      </w:r>
      <w:r w:rsidR="0096445B" w:rsidRPr="000767E2">
        <w:rPr>
          <w:lang w:val="sv-SE"/>
        </w:rPr>
        <w:t>BibleBIBEL82</w:t>
      </w:r>
      <w:r w:rsidRPr="000767E2">
        <w:rPr>
          <w:lang w:val="sv-SE"/>
        </w:rPr>
        <w:t>:Luke 7:23]]</w:t>
      </w:r>
      <w:r w:rsidRPr="000767E2">
        <w:rPr>
          <w:vertAlign w:val="superscript"/>
          <w:lang w:val="sv-SE"/>
        </w:rPr>
        <w:t>23</w:t>
      </w:r>
      <w:r w:rsidRPr="000767E2">
        <w:rPr>
          <w:lang w:val="sv-SE"/>
        </w:rPr>
        <w:t xml:space="preserve"> {{field-on:bible}}Och salig är den som inte blir skandaliserad av mig.”{{field-off:bible}}</w:t>
      </w:r>
    </w:p>
    <w:p w14:paraId="7FF68CD6" w14:textId="77777777" w:rsidR="00BA33AB" w:rsidRPr="000767E2" w:rsidRDefault="00000000">
      <w:pPr>
        <w:pStyle w:val="Rubrik3"/>
        <w:rPr>
          <w:lang w:val="sv-SE"/>
        </w:rPr>
      </w:pPr>
      <w:r w:rsidRPr="000767E2">
        <w:rPr>
          <w:lang w:val="sv-SE"/>
        </w:rPr>
        <w:t>Jesus vittnar om Johannes</w:t>
      </w:r>
    </w:p>
    <w:p w14:paraId="3085DA17" w14:textId="148D3398" w:rsidR="00BA33AB" w:rsidRPr="000767E2" w:rsidRDefault="00000000">
      <w:pPr>
        <w:rPr>
          <w:lang w:val="sv-SE"/>
        </w:rPr>
      </w:pPr>
      <w:r w:rsidRPr="000767E2">
        <w:rPr>
          <w:lang w:val="sv-SE"/>
        </w:rPr>
        <w:t>[[@</w:t>
      </w:r>
      <w:r w:rsidR="0096445B" w:rsidRPr="000767E2">
        <w:rPr>
          <w:lang w:val="sv-SE"/>
        </w:rPr>
        <w:t>BibleBIBEL82</w:t>
      </w:r>
      <w:r w:rsidRPr="000767E2">
        <w:rPr>
          <w:lang w:val="sv-SE"/>
        </w:rPr>
        <w:t>:Luke 7:24]]</w:t>
      </w:r>
      <w:r w:rsidRPr="000767E2">
        <w:rPr>
          <w:vertAlign w:val="superscript"/>
          <w:lang w:val="sv-SE"/>
        </w:rPr>
        <w:t>24</w:t>
      </w:r>
      <w:r w:rsidRPr="000767E2">
        <w:rPr>
          <w:lang w:val="sv-SE"/>
        </w:rPr>
        <w:t xml:space="preserve"> {{field-on:bible}}Men när Johannes änglar hade gått iväg, började han säga till skarorna om Johannes: ”Vad gick ni ut i ödemarken </w:t>
      </w:r>
      <w:r w:rsidRPr="000767E2">
        <w:rPr>
          <w:i/>
          <w:lang w:val="sv-SE"/>
        </w:rPr>
        <w:t>för</w:t>
      </w:r>
      <w:r w:rsidRPr="000767E2">
        <w:rPr>
          <w:lang w:val="sv-SE"/>
        </w:rPr>
        <w:t xml:space="preserve"> att skåda? Ett vassrör som skakas av vind?{{field-off:bible}} [[@</w:t>
      </w:r>
      <w:r w:rsidR="0096445B" w:rsidRPr="000767E2">
        <w:rPr>
          <w:lang w:val="sv-SE"/>
        </w:rPr>
        <w:t>BibleBIBEL82</w:t>
      </w:r>
      <w:r w:rsidRPr="000767E2">
        <w:rPr>
          <w:lang w:val="sv-SE"/>
        </w:rPr>
        <w:t>:Luke 7:25]]</w:t>
      </w:r>
      <w:r w:rsidRPr="000767E2">
        <w:rPr>
          <w:vertAlign w:val="superscript"/>
          <w:lang w:val="sv-SE"/>
        </w:rPr>
        <w:t>25</w:t>
      </w:r>
      <w:r w:rsidRPr="000767E2">
        <w:rPr>
          <w:lang w:val="sv-SE"/>
        </w:rPr>
        <w:t xml:space="preserve"> {{field-on:bible}}Nej, vad gick ni ut </w:t>
      </w:r>
      <w:r w:rsidRPr="000767E2">
        <w:rPr>
          <w:i/>
          <w:lang w:val="sv-SE"/>
        </w:rPr>
        <w:t>för</w:t>
      </w:r>
      <w:r w:rsidRPr="000767E2">
        <w:rPr>
          <w:lang w:val="sv-SE"/>
        </w:rPr>
        <w:t xml:space="preserve"> att se? En man ekiperad i mjuka kläder? Se, de som är i härlig klädnad och fest finns i kungapalatsen.{{field-off:bible}} [[@</w:t>
      </w:r>
      <w:r w:rsidR="0096445B" w:rsidRPr="000767E2">
        <w:rPr>
          <w:lang w:val="sv-SE"/>
        </w:rPr>
        <w:t>BibleBIBEL82</w:t>
      </w:r>
      <w:r w:rsidRPr="000767E2">
        <w:rPr>
          <w:lang w:val="sv-SE"/>
        </w:rPr>
        <w:t>:Luke 7:26]]</w:t>
      </w:r>
      <w:r w:rsidRPr="000767E2">
        <w:rPr>
          <w:vertAlign w:val="superscript"/>
          <w:lang w:val="sv-SE"/>
        </w:rPr>
        <w:t>26</w:t>
      </w:r>
      <w:r w:rsidRPr="000767E2">
        <w:rPr>
          <w:lang w:val="sv-SE"/>
        </w:rPr>
        <w:t xml:space="preserve"> {{field-on:bible}}Nej, vad gick ni ut </w:t>
      </w:r>
      <w:r w:rsidRPr="000767E2">
        <w:rPr>
          <w:i/>
          <w:lang w:val="sv-SE"/>
        </w:rPr>
        <w:t>för</w:t>
      </w:r>
      <w:r w:rsidRPr="000767E2">
        <w:rPr>
          <w:lang w:val="sv-SE"/>
        </w:rPr>
        <w:t xml:space="preserve"> att se? En profet? Ja, jag säger er: och mycket mer än en profet.{{field-off:bible}} [[@</w:t>
      </w:r>
      <w:r w:rsidR="0096445B" w:rsidRPr="000767E2">
        <w:rPr>
          <w:lang w:val="sv-SE"/>
        </w:rPr>
        <w:t>BibleBIBEL82</w:t>
      </w:r>
      <w:r w:rsidRPr="000767E2">
        <w:rPr>
          <w:lang w:val="sv-SE"/>
        </w:rPr>
        <w:t>:Luke 7:27]]</w:t>
      </w:r>
      <w:r w:rsidRPr="000767E2">
        <w:rPr>
          <w:vertAlign w:val="superscript"/>
          <w:lang w:val="sv-SE"/>
        </w:rPr>
        <w:t>27</w:t>
      </w:r>
      <w:r w:rsidRPr="000767E2">
        <w:rPr>
          <w:lang w:val="sv-SE"/>
        </w:rPr>
        <w:t xml:space="preserve"> {{field-on:bible}}Det är denne om vilken det är skrivet:{{field-off:bible}}</w:t>
      </w:r>
    </w:p>
    <w:p w14:paraId="1A0C7102" w14:textId="77777777" w:rsidR="00BA33AB" w:rsidRPr="000767E2" w:rsidRDefault="00000000">
      <w:pPr>
        <w:rPr>
          <w:lang w:val="sv-SE"/>
        </w:rPr>
      </w:pPr>
      <w:r w:rsidRPr="000767E2">
        <w:rPr>
          <w:lang w:val="sv-SE"/>
        </w:rPr>
        <w:t>{{field-on:bible}}Se, jag sänder min ängel framför ditt ansikte.</w:t>
      </w:r>
      <w:r w:rsidRPr="000767E2">
        <w:rPr>
          <w:lang w:val="sv-SE"/>
        </w:rPr>
        <w:br/>
        <w:t>Han ska preparera din väg framför dig.{{field-off:bible}}</w:t>
      </w:r>
    </w:p>
    <w:p w14:paraId="6A582C98" w14:textId="2885A887" w:rsidR="00BA33AB" w:rsidRPr="000767E2" w:rsidRDefault="00000000">
      <w:pPr>
        <w:rPr>
          <w:lang w:val="sv-SE"/>
        </w:rPr>
      </w:pPr>
      <w:r w:rsidRPr="000767E2">
        <w:rPr>
          <w:lang w:val="sv-SE"/>
        </w:rPr>
        <w:t>[[@</w:t>
      </w:r>
      <w:r w:rsidR="0096445B" w:rsidRPr="000767E2">
        <w:rPr>
          <w:lang w:val="sv-SE"/>
        </w:rPr>
        <w:t>BibleBIBEL82</w:t>
      </w:r>
      <w:r w:rsidRPr="000767E2">
        <w:rPr>
          <w:lang w:val="sv-SE"/>
        </w:rPr>
        <w:t>:Luke 7:28]]</w:t>
      </w:r>
      <w:r w:rsidRPr="000767E2">
        <w:rPr>
          <w:vertAlign w:val="superscript"/>
          <w:lang w:val="sv-SE"/>
        </w:rPr>
        <w:t>28</w:t>
      </w:r>
      <w:r w:rsidRPr="000767E2">
        <w:rPr>
          <w:lang w:val="sv-SE"/>
        </w:rPr>
        <w:t xml:space="preserve"> {{field-on:bible}}Jag säger er: Bland dem som fötts av kvinnor finns ingen större än Johannes. Men den mindre i Guds rike är större än han.”{{field-off:bible}}</w:t>
      </w:r>
    </w:p>
    <w:p w14:paraId="53B3BF60" w14:textId="03C69657"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7:29]]</w:t>
      </w:r>
      <w:r w:rsidRPr="000767E2">
        <w:rPr>
          <w:vertAlign w:val="superscript"/>
          <w:lang w:val="sv-SE"/>
        </w:rPr>
        <w:t>29</w:t>
      </w:r>
      <w:r w:rsidRPr="000767E2">
        <w:rPr>
          <w:lang w:val="sv-SE"/>
        </w:rPr>
        <w:t xml:space="preserve"> {{field-on:bible}}Och allt folket som lyssnade, även tullindrivarna, förklarade Gud rättfärdig och döptes med Johannes dop.{{field-off:bible}} [[@</w:t>
      </w:r>
      <w:r w:rsidR="0096445B" w:rsidRPr="000767E2">
        <w:rPr>
          <w:lang w:val="sv-SE"/>
        </w:rPr>
        <w:t>BibleBIBEL82</w:t>
      </w:r>
      <w:r w:rsidRPr="000767E2">
        <w:rPr>
          <w:lang w:val="sv-SE"/>
        </w:rPr>
        <w:t>:Luke 7:30]]</w:t>
      </w:r>
      <w:r w:rsidRPr="000767E2">
        <w:rPr>
          <w:vertAlign w:val="superscript"/>
          <w:lang w:val="sv-SE"/>
        </w:rPr>
        <w:t>30</w:t>
      </w:r>
      <w:r w:rsidRPr="000767E2">
        <w:rPr>
          <w:lang w:val="sv-SE"/>
        </w:rPr>
        <w:t xml:space="preserve"> {{field-on:bible}}Men fariseerna och de laglärda avvisade Guds plan för sig själva och döptes inte av honom.{{field-off:bible}}</w:t>
      </w:r>
    </w:p>
    <w:p w14:paraId="31C19EE4" w14:textId="12DB1139" w:rsidR="00BA33AB" w:rsidRPr="000767E2" w:rsidRDefault="00000000">
      <w:pPr>
        <w:rPr>
          <w:lang w:val="sv-SE"/>
        </w:rPr>
      </w:pPr>
      <w:r w:rsidRPr="000767E2">
        <w:rPr>
          <w:lang w:val="sv-SE"/>
        </w:rPr>
        <w:t>[[@</w:t>
      </w:r>
      <w:r w:rsidR="0096445B" w:rsidRPr="000767E2">
        <w:rPr>
          <w:lang w:val="sv-SE"/>
        </w:rPr>
        <w:t>BibleBIBEL82</w:t>
      </w:r>
      <w:r w:rsidRPr="000767E2">
        <w:rPr>
          <w:lang w:val="sv-SE"/>
        </w:rPr>
        <w:t>:Luke 7:31]]</w:t>
      </w:r>
      <w:r w:rsidRPr="000767E2">
        <w:rPr>
          <w:vertAlign w:val="superscript"/>
          <w:lang w:val="sv-SE"/>
        </w:rPr>
        <w:t>31</w:t>
      </w:r>
      <w:r w:rsidRPr="000767E2">
        <w:rPr>
          <w:lang w:val="sv-SE"/>
        </w:rPr>
        <w:t xml:space="preserve"> {{field-on:bible}}”Vid vad ska jag då likna människorna i detta släkte? Och vad är de lika?{{field-off:bible}} [[@</w:t>
      </w:r>
      <w:r w:rsidR="0096445B" w:rsidRPr="000767E2">
        <w:rPr>
          <w:lang w:val="sv-SE"/>
        </w:rPr>
        <w:t>BibleBIBEL82</w:t>
      </w:r>
      <w:r w:rsidRPr="000767E2">
        <w:rPr>
          <w:lang w:val="sv-SE"/>
        </w:rPr>
        <w:t>:Luke 7:32]]</w:t>
      </w:r>
      <w:r w:rsidRPr="000767E2">
        <w:rPr>
          <w:vertAlign w:val="superscript"/>
          <w:lang w:val="sv-SE"/>
        </w:rPr>
        <w:t>32</w:t>
      </w:r>
      <w:r w:rsidRPr="000767E2">
        <w:rPr>
          <w:lang w:val="sv-SE"/>
        </w:rPr>
        <w:t xml:space="preserve"> {{field-on:bible}}De är lika barn på torget som sitter och ropar till varandra, </w:t>
      </w:r>
      <w:r w:rsidRPr="000767E2">
        <w:rPr>
          <w:i/>
          <w:lang w:val="sv-SE"/>
        </w:rPr>
        <w:t>som</w:t>
      </w:r>
      <w:r w:rsidRPr="000767E2">
        <w:rPr>
          <w:lang w:val="sv-SE"/>
        </w:rPr>
        <w:t xml:space="preserve"> det heter: Vi flöjtade för er, och ni dansade inte. Vi sjöng sorgesång, och ni grät inte.{{field-off:bible}} [[@</w:t>
      </w:r>
      <w:r w:rsidR="0096445B" w:rsidRPr="000767E2">
        <w:rPr>
          <w:lang w:val="sv-SE"/>
        </w:rPr>
        <w:t>BibleBIBEL82</w:t>
      </w:r>
      <w:r w:rsidRPr="000767E2">
        <w:rPr>
          <w:lang w:val="sv-SE"/>
        </w:rPr>
        <w:t>:Luke 7:33]]</w:t>
      </w:r>
      <w:r w:rsidRPr="000767E2">
        <w:rPr>
          <w:vertAlign w:val="superscript"/>
          <w:lang w:val="sv-SE"/>
        </w:rPr>
        <w:t>33</w:t>
      </w:r>
      <w:r w:rsidRPr="000767E2">
        <w:rPr>
          <w:lang w:val="sv-SE"/>
        </w:rPr>
        <w:t xml:space="preserve"> {{field-on:bible}}För Johannes Döparen har kommit, och han äter inte bröd eller dricker vin, och ni säger: En demon har han.{{field-off:bible}} [[@</w:t>
      </w:r>
      <w:r w:rsidR="0096445B" w:rsidRPr="000767E2">
        <w:rPr>
          <w:lang w:val="sv-SE"/>
        </w:rPr>
        <w:t>BibleBIBEL82</w:t>
      </w:r>
      <w:r w:rsidRPr="000767E2">
        <w:rPr>
          <w:lang w:val="sv-SE"/>
        </w:rPr>
        <w:t>:Luke 7:34]]</w:t>
      </w:r>
      <w:r w:rsidRPr="000767E2">
        <w:rPr>
          <w:vertAlign w:val="superscript"/>
          <w:lang w:val="sv-SE"/>
        </w:rPr>
        <w:t>34</w:t>
      </w:r>
      <w:r w:rsidRPr="000767E2">
        <w:rPr>
          <w:lang w:val="sv-SE"/>
        </w:rPr>
        <w:t xml:space="preserve"> {{field-on:bible}}Människosonen har kommit, och han äter och dricker, och ni säger: Se människan, frossare och vindrinkare, vän till tullindrivare och syndare!{{field-off:bible}} [[@</w:t>
      </w:r>
      <w:r w:rsidR="0096445B" w:rsidRPr="000767E2">
        <w:rPr>
          <w:lang w:val="sv-SE"/>
        </w:rPr>
        <w:t>BibleBIBEL82</w:t>
      </w:r>
      <w:r w:rsidRPr="000767E2">
        <w:rPr>
          <w:lang w:val="sv-SE"/>
        </w:rPr>
        <w:t>:Luke 7:35]]</w:t>
      </w:r>
      <w:r w:rsidRPr="000767E2">
        <w:rPr>
          <w:vertAlign w:val="superscript"/>
          <w:lang w:val="sv-SE"/>
        </w:rPr>
        <w:t>35</w:t>
      </w:r>
      <w:r w:rsidRPr="000767E2">
        <w:rPr>
          <w:lang w:val="sv-SE"/>
        </w:rPr>
        <w:t xml:space="preserve"> {{field-on:bible}}Och Visheten har förklarats rättfärdig av alla sina barn.”{{field-off:bible}}</w:t>
      </w:r>
    </w:p>
    <w:p w14:paraId="6BF96293" w14:textId="77777777" w:rsidR="00BA33AB" w:rsidRPr="000767E2" w:rsidRDefault="00000000">
      <w:pPr>
        <w:pStyle w:val="Rubrik3"/>
        <w:rPr>
          <w:lang w:val="sv-SE"/>
        </w:rPr>
      </w:pPr>
      <w:r w:rsidRPr="000767E2">
        <w:rPr>
          <w:lang w:val="sv-SE"/>
        </w:rPr>
        <w:t>Synderskan som smorde Jesu fötter</w:t>
      </w:r>
    </w:p>
    <w:p w14:paraId="594781C2" w14:textId="7624C5E1" w:rsidR="00BA33AB" w:rsidRPr="000767E2" w:rsidRDefault="00000000">
      <w:pPr>
        <w:rPr>
          <w:lang w:val="sv-SE"/>
        </w:rPr>
      </w:pPr>
      <w:r w:rsidRPr="000767E2">
        <w:rPr>
          <w:lang w:val="sv-SE"/>
        </w:rPr>
        <w:t>[[@</w:t>
      </w:r>
      <w:r w:rsidR="0096445B" w:rsidRPr="000767E2">
        <w:rPr>
          <w:lang w:val="sv-SE"/>
        </w:rPr>
        <w:t>BibleBIBEL82</w:t>
      </w:r>
      <w:r w:rsidRPr="000767E2">
        <w:rPr>
          <w:lang w:val="sv-SE"/>
        </w:rPr>
        <w:t>:Luke 7:36]]</w:t>
      </w:r>
      <w:r w:rsidRPr="000767E2">
        <w:rPr>
          <w:vertAlign w:val="superscript"/>
          <w:lang w:val="sv-SE"/>
        </w:rPr>
        <w:t>36</w:t>
      </w:r>
      <w:r w:rsidRPr="000767E2">
        <w:rPr>
          <w:lang w:val="sv-SE"/>
        </w:rPr>
        <w:t xml:space="preserve"> {{field-on:bible}}Och </w:t>
      </w:r>
      <w:r w:rsidRPr="000767E2">
        <w:rPr>
          <w:i/>
          <w:lang w:val="sv-SE"/>
        </w:rPr>
        <w:t>sedan</w:t>
      </w:r>
      <w:r w:rsidRPr="000767E2">
        <w:rPr>
          <w:lang w:val="sv-SE"/>
        </w:rPr>
        <w:t xml:space="preserve"> frågade honom en av fariseerna </w:t>
      </w:r>
      <w:r w:rsidRPr="000767E2">
        <w:rPr>
          <w:i/>
          <w:lang w:val="sv-SE"/>
        </w:rPr>
        <w:t>om</w:t>
      </w:r>
      <w:r w:rsidRPr="000767E2">
        <w:rPr>
          <w:lang w:val="sv-SE"/>
        </w:rPr>
        <w:t xml:space="preserve"> han kunde äta med honom. Och han gick in i fariséns hus och lutade sig </w:t>
      </w:r>
      <w:r w:rsidRPr="000767E2">
        <w:rPr>
          <w:i/>
          <w:lang w:val="sv-SE"/>
        </w:rPr>
        <w:t>till bords</w:t>
      </w:r>
      <w:r w:rsidRPr="000767E2">
        <w:rPr>
          <w:lang w:val="sv-SE"/>
        </w:rPr>
        <w:t>.{{field-off:bible}} [[@</w:t>
      </w:r>
      <w:r w:rsidR="0096445B" w:rsidRPr="000767E2">
        <w:rPr>
          <w:lang w:val="sv-SE"/>
        </w:rPr>
        <w:t>BibleBIBEL82</w:t>
      </w:r>
      <w:r w:rsidRPr="000767E2">
        <w:rPr>
          <w:lang w:val="sv-SE"/>
        </w:rPr>
        <w:t>:Luke 7:37]]</w:t>
      </w:r>
      <w:r w:rsidRPr="000767E2">
        <w:rPr>
          <w:vertAlign w:val="superscript"/>
          <w:lang w:val="sv-SE"/>
        </w:rPr>
        <w:t>37</w:t>
      </w:r>
      <w:r w:rsidRPr="000767E2">
        <w:rPr>
          <w:lang w:val="sv-SE"/>
        </w:rPr>
        <w:t xml:space="preserve"> {{field-on:bible}}Och se: en kvinna som fanns i staden, en syndig. Och när hon insåg att han ligger </w:t>
      </w:r>
      <w:r w:rsidRPr="000767E2">
        <w:rPr>
          <w:i/>
          <w:lang w:val="sv-SE"/>
        </w:rPr>
        <w:t>till bords</w:t>
      </w:r>
      <w:r w:rsidRPr="000767E2">
        <w:rPr>
          <w:lang w:val="sv-SE"/>
        </w:rPr>
        <w:t xml:space="preserve"> i fariséns hus, fick hon fram en alabasterflaska med balsam{{field-off:bible}} [[@</w:t>
      </w:r>
      <w:r w:rsidR="0096445B" w:rsidRPr="000767E2">
        <w:rPr>
          <w:lang w:val="sv-SE"/>
        </w:rPr>
        <w:t>BibleBIBEL82</w:t>
      </w:r>
      <w:r w:rsidRPr="000767E2">
        <w:rPr>
          <w:lang w:val="sv-SE"/>
        </w:rPr>
        <w:t>:Luke 7:38]]</w:t>
      </w:r>
      <w:r w:rsidRPr="000767E2">
        <w:rPr>
          <w:vertAlign w:val="superscript"/>
          <w:lang w:val="sv-SE"/>
        </w:rPr>
        <w:t>38</w:t>
      </w:r>
      <w:r w:rsidRPr="000767E2">
        <w:rPr>
          <w:lang w:val="sv-SE"/>
        </w:rPr>
        <w:t xml:space="preserve"> {{field-on:bible}}och ställde sig bakom vid hans fötter, och gråtande började hon med tårarna väta hans fötter. Och med sitt huvudhår torkade hon, och hon kysste ömt hans fötter och smorde in med balsam.{{field-off:bible}} [[@</w:t>
      </w:r>
      <w:r w:rsidR="0096445B" w:rsidRPr="000767E2">
        <w:rPr>
          <w:lang w:val="sv-SE"/>
        </w:rPr>
        <w:t>BibleBIBEL82</w:t>
      </w:r>
      <w:r w:rsidRPr="000767E2">
        <w:rPr>
          <w:lang w:val="sv-SE"/>
        </w:rPr>
        <w:t>:Luke 7:39]]</w:t>
      </w:r>
      <w:r w:rsidRPr="000767E2">
        <w:rPr>
          <w:vertAlign w:val="superscript"/>
          <w:lang w:val="sv-SE"/>
        </w:rPr>
        <w:t>39</w:t>
      </w:r>
      <w:r w:rsidRPr="000767E2">
        <w:rPr>
          <w:lang w:val="sv-SE"/>
        </w:rPr>
        <w:t xml:space="preserve"> {{field-on:bible}}Men när farisén som hade bjudit in honom såg </w:t>
      </w:r>
      <w:r w:rsidRPr="000767E2">
        <w:rPr>
          <w:i/>
          <w:lang w:val="sv-SE"/>
        </w:rPr>
        <w:t>det</w:t>
      </w:r>
      <w:r w:rsidRPr="000767E2">
        <w:rPr>
          <w:lang w:val="sv-SE"/>
        </w:rPr>
        <w:t xml:space="preserve">, talade han inom sig och sade: ”Om den där var profet, hade han vetat vem och hurdan kvinnan </w:t>
      </w:r>
      <w:r w:rsidRPr="000767E2">
        <w:rPr>
          <w:i/>
          <w:lang w:val="sv-SE"/>
        </w:rPr>
        <w:t>är</w:t>
      </w:r>
      <w:r w:rsidRPr="000767E2">
        <w:rPr>
          <w:lang w:val="sv-SE"/>
        </w:rPr>
        <w:t xml:space="preserve"> som rör vid honom. Att hon är syndig.”{{field-off:bible}}</w:t>
      </w:r>
    </w:p>
    <w:p w14:paraId="2749E018" w14:textId="76FB178B" w:rsidR="00BA33AB" w:rsidRPr="000767E2" w:rsidRDefault="00000000">
      <w:pPr>
        <w:rPr>
          <w:lang w:val="sv-SE"/>
        </w:rPr>
      </w:pPr>
      <w:r w:rsidRPr="000767E2">
        <w:rPr>
          <w:lang w:val="sv-SE"/>
        </w:rPr>
        <w:t>[[@</w:t>
      </w:r>
      <w:r w:rsidR="0096445B" w:rsidRPr="000767E2">
        <w:rPr>
          <w:lang w:val="sv-SE"/>
        </w:rPr>
        <w:t>BibleBIBEL82</w:t>
      </w:r>
      <w:r w:rsidRPr="000767E2">
        <w:rPr>
          <w:lang w:val="sv-SE"/>
        </w:rPr>
        <w:t>:Luke 7:40]]</w:t>
      </w:r>
      <w:r w:rsidRPr="000767E2">
        <w:rPr>
          <w:vertAlign w:val="superscript"/>
          <w:lang w:val="sv-SE"/>
        </w:rPr>
        <w:t>40</w:t>
      </w:r>
      <w:r w:rsidRPr="000767E2">
        <w:rPr>
          <w:lang w:val="sv-SE"/>
        </w:rPr>
        <w:t xml:space="preserve"> {{field-on:bible}}Och Jesus svarade och sade till honom: ”Simon, jag har något att säga till dig.” Och han: ”Lärare, säg </w:t>
      </w:r>
      <w:r w:rsidRPr="000767E2">
        <w:rPr>
          <w:i/>
          <w:lang w:val="sv-SE"/>
        </w:rPr>
        <w:t>det</w:t>
      </w:r>
      <w:r w:rsidRPr="000767E2">
        <w:rPr>
          <w:lang w:val="sv-SE"/>
        </w:rPr>
        <w:t>”, säger han.{{field-off:bible}} [[@</w:t>
      </w:r>
      <w:r w:rsidR="0096445B" w:rsidRPr="000767E2">
        <w:rPr>
          <w:lang w:val="sv-SE"/>
        </w:rPr>
        <w:t>BibleBIBEL82</w:t>
      </w:r>
      <w:r w:rsidRPr="000767E2">
        <w:rPr>
          <w:lang w:val="sv-SE"/>
        </w:rPr>
        <w:t>:Luke 7:41]]</w:t>
      </w:r>
      <w:r w:rsidRPr="000767E2">
        <w:rPr>
          <w:vertAlign w:val="superscript"/>
          <w:lang w:val="sv-SE"/>
        </w:rPr>
        <w:t>41</w:t>
      </w:r>
      <w:r w:rsidRPr="000767E2">
        <w:rPr>
          <w:lang w:val="sv-SE"/>
        </w:rPr>
        <w:t xml:space="preserve"> {{field-on:bible}}”Två var skuldsatta till en utlånare. Den ene var skyldig femhundra denarer och den andre femtio.{{field-off:bible}} [[@</w:t>
      </w:r>
      <w:r w:rsidR="0096445B" w:rsidRPr="000767E2">
        <w:rPr>
          <w:lang w:val="sv-SE"/>
        </w:rPr>
        <w:t>BibleBIBEL82</w:t>
      </w:r>
      <w:r w:rsidRPr="000767E2">
        <w:rPr>
          <w:lang w:val="sv-SE"/>
        </w:rPr>
        <w:t>:Luke 7:42]]</w:t>
      </w:r>
      <w:r w:rsidRPr="000767E2">
        <w:rPr>
          <w:vertAlign w:val="superscript"/>
          <w:lang w:val="sv-SE"/>
        </w:rPr>
        <w:t>42</w:t>
      </w:r>
      <w:r w:rsidRPr="000767E2">
        <w:rPr>
          <w:lang w:val="sv-SE"/>
        </w:rPr>
        <w:t xml:space="preserve"> {{field-on:bible}}När de inte hade att betala, efterskänkte han för båda. Vem av dem kommer nu att älska honom mer?”{{field-off:bible}} [[@</w:t>
      </w:r>
      <w:r w:rsidR="0096445B" w:rsidRPr="000767E2">
        <w:rPr>
          <w:lang w:val="sv-SE"/>
        </w:rPr>
        <w:t>BibleBIBEL82</w:t>
      </w:r>
      <w:r w:rsidRPr="000767E2">
        <w:rPr>
          <w:lang w:val="sv-SE"/>
        </w:rPr>
        <w:t>:Luke 7:43]]</w:t>
      </w:r>
      <w:r w:rsidRPr="000767E2">
        <w:rPr>
          <w:vertAlign w:val="superscript"/>
          <w:lang w:val="sv-SE"/>
        </w:rPr>
        <w:t>43</w:t>
      </w:r>
      <w:r w:rsidRPr="000767E2">
        <w:rPr>
          <w:lang w:val="sv-SE"/>
        </w:rPr>
        <w:t xml:space="preserve"> {{field-on:bible}}Simon svarade och sade: ”Jag antar att </w:t>
      </w:r>
      <w:r w:rsidRPr="000767E2">
        <w:rPr>
          <w:i/>
          <w:lang w:val="sv-SE"/>
        </w:rPr>
        <w:t>det är</w:t>
      </w:r>
      <w:r w:rsidRPr="000767E2">
        <w:rPr>
          <w:lang w:val="sv-SE"/>
        </w:rPr>
        <w:t xml:space="preserve"> den för vilken mer blev efterskänkt.” Och han sade till honom: ”Riktigt dömt.”{{field-off:bible}}</w:t>
      </w:r>
    </w:p>
    <w:p w14:paraId="5826D2C8" w14:textId="6A793CF2" w:rsidR="00BA33AB" w:rsidRPr="000767E2" w:rsidRDefault="00000000">
      <w:pPr>
        <w:rPr>
          <w:lang w:val="sv-SE"/>
        </w:rPr>
      </w:pPr>
      <w:r w:rsidRPr="000767E2">
        <w:rPr>
          <w:lang w:val="sv-SE"/>
        </w:rPr>
        <w:t>[[@</w:t>
      </w:r>
      <w:r w:rsidR="0096445B" w:rsidRPr="000767E2">
        <w:rPr>
          <w:lang w:val="sv-SE"/>
        </w:rPr>
        <w:t>BibleBIBEL82</w:t>
      </w:r>
      <w:r w:rsidRPr="000767E2">
        <w:rPr>
          <w:lang w:val="sv-SE"/>
        </w:rPr>
        <w:t>:Luke 7:44]]</w:t>
      </w:r>
      <w:r w:rsidRPr="000767E2">
        <w:rPr>
          <w:vertAlign w:val="superscript"/>
          <w:lang w:val="sv-SE"/>
        </w:rPr>
        <w:t>44</w:t>
      </w:r>
      <w:r w:rsidRPr="000767E2">
        <w:rPr>
          <w:lang w:val="sv-SE"/>
        </w:rPr>
        <w:t xml:space="preserve"> {{field-on:bible}}Och han vände sig till kvinnan, och till Simon sade han: ”Ser du denna kvinna? Jag kom in i ditt hus. Vatten på fötterna gav du mig inte. Men hon har med tårarna vätt mina fötter och torkat med sitt hår.{{field-off:bible}} [[@</w:t>
      </w:r>
      <w:r w:rsidR="0096445B" w:rsidRPr="000767E2">
        <w:rPr>
          <w:lang w:val="sv-SE"/>
        </w:rPr>
        <w:t>BibleBIBEL82</w:t>
      </w:r>
      <w:r w:rsidRPr="000767E2">
        <w:rPr>
          <w:lang w:val="sv-SE"/>
        </w:rPr>
        <w:t>:Luke 7:45]]</w:t>
      </w:r>
      <w:r w:rsidRPr="000767E2">
        <w:rPr>
          <w:vertAlign w:val="superscript"/>
          <w:lang w:val="sv-SE"/>
        </w:rPr>
        <w:t>45</w:t>
      </w:r>
      <w:r w:rsidRPr="000767E2">
        <w:rPr>
          <w:lang w:val="sv-SE"/>
        </w:rPr>
        <w:t xml:space="preserve"> {{field-on:bible}}Kyss gav du mig inte. Men hon har, från det att jag kom in, inte upphört att ömt kyssa mina fötter.{{field-off:bible}} [[@</w:t>
      </w:r>
      <w:r w:rsidR="0096445B" w:rsidRPr="000767E2">
        <w:rPr>
          <w:lang w:val="sv-SE"/>
        </w:rPr>
        <w:t>BibleBIBEL82</w:t>
      </w:r>
      <w:r w:rsidRPr="000767E2">
        <w:rPr>
          <w:lang w:val="sv-SE"/>
        </w:rPr>
        <w:t>:Luke 7:46]]</w:t>
      </w:r>
      <w:r w:rsidRPr="000767E2">
        <w:rPr>
          <w:vertAlign w:val="superscript"/>
          <w:lang w:val="sv-SE"/>
        </w:rPr>
        <w:t>46</w:t>
      </w:r>
      <w:r w:rsidRPr="000767E2">
        <w:rPr>
          <w:lang w:val="sv-SE"/>
        </w:rPr>
        <w:t xml:space="preserve"> {{field-on:bible}}Med olja smorde du inte in mitt huvud. Men hon har med balsam smort in mina fötter.{{field-off:bible}} [[@</w:t>
      </w:r>
      <w:r w:rsidR="0096445B" w:rsidRPr="000767E2">
        <w:rPr>
          <w:lang w:val="sv-SE"/>
        </w:rPr>
        <w:t>BibleBIBEL82</w:t>
      </w:r>
      <w:r w:rsidRPr="000767E2">
        <w:rPr>
          <w:lang w:val="sv-SE"/>
        </w:rPr>
        <w:t>:Luke 7:47]]</w:t>
      </w:r>
      <w:r w:rsidRPr="000767E2">
        <w:rPr>
          <w:vertAlign w:val="superscript"/>
          <w:lang w:val="sv-SE"/>
        </w:rPr>
        <w:t>47</w:t>
      </w:r>
      <w:r w:rsidRPr="000767E2">
        <w:rPr>
          <w:lang w:val="sv-SE"/>
        </w:rPr>
        <w:t xml:space="preserve"> {{field-on:bible}}Tack </w:t>
      </w:r>
      <w:r w:rsidRPr="000767E2">
        <w:rPr>
          <w:lang w:val="sv-SE"/>
        </w:rPr>
        <w:lastRenderedPageBreak/>
        <w:t>vare det säger jag dig: Förlåtna är hennes många synder. För hon har älskat mycket. Men den för vilken lite blir förlåtet älskar lite.”{{field-off:bible}}</w:t>
      </w:r>
    </w:p>
    <w:p w14:paraId="6471293B" w14:textId="171C43A3" w:rsidR="00BA33AB" w:rsidRPr="000767E2" w:rsidRDefault="00000000">
      <w:pPr>
        <w:rPr>
          <w:lang w:val="sv-SE"/>
        </w:rPr>
      </w:pPr>
      <w:r w:rsidRPr="000767E2">
        <w:rPr>
          <w:lang w:val="sv-SE"/>
        </w:rPr>
        <w:t>[[@</w:t>
      </w:r>
      <w:r w:rsidR="0096445B" w:rsidRPr="000767E2">
        <w:rPr>
          <w:lang w:val="sv-SE"/>
        </w:rPr>
        <w:t>BibleBIBEL82</w:t>
      </w:r>
      <w:r w:rsidRPr="000767E2">
        <w:rPr>
          <w:lang w:val="sv-SE"/>
        </w:rPr>
        <w:t>:Luke 7:48]]</w:t>
      </w:r>
      <w:r w:rsidRPr="000767E2">
        <w:rPr>
          <w:vertAlign w:val="superscript"/>
          <w:lang w:val="sv-SE"/>
        </w:rPr>
        <w:t>48</w:t>
      </w:r>
      <w:r w:rsidRPr="000767E2">
        <w:rPr>
          <w:lang w:val="sv-SE"/>
        </w:rPr>
        <w:t xml:space="preserve"> {{field-on:bible}}Och han sade till henne: ”Förlåtna är dina synder.”{{field-off:bible}} [[@</w:t>
      </w:r>
      <w:r w:rsidR="0096445B" w:rsidRPr="000767E2">
        <w:rPr>
          <w:lang w:val="sv-SE"/>
        </w:rPr>
        <w:t>BibleBIBEL82</w:t>
      </w:r>
      <w:r w:rsidRPr="000767E2">
        <w:rPr>
          <w:lang w:val="sv-SE"/>
        </w:rPr>
        <w:t>:Luke 7:49]]</w:t>
      </w:r>
      <w:r w:rsidRPr="000767E2">
        <w:rPr>
          <w:vertAlign w:val="superscript"/>
          <w:lang w:val="sv-SE"/>
        </w:rPr>
        <w:t>49</w:t>
      </w:r>
      <w:r w:rsidRPr="000767E2">
        <w:rPr>
          <w:lang w:val="sv-SE"/>
        </w:rPr>
        <w:t xml:space="preserve"> {{field-on:bible}}Och </w:t>
      </w:r>
      <w:r w:rsidRPr="000767E2">
        <w:rPr>
          <w:i/>
          <w:lang w:val="sv-SE"/>
        </w:rPr>
        <w:t>då</w:t>
      </w:r>
      <w:r w:rsidRPr="000767E2">
        <w:rPr>
          <w:lang w:val="sv-SE"/>
        </w:rPr>
        <w:t xml:space="preserve"> började de som låg </w:t>
      </w:r>
      <w:r w:rsidRPr="000767E2">
        <w:rPr>
          <w:i/>
          <w:lang w:val="sv-SE"/>
        </w:rPr>
        <w:t>till bords</w:t>
      </w:r>
      <w:r w:rsidRPr="000767E2">
        <w:rPr>
          <w:lang w:val="sv-SE"/>
        </w:rPr>
        <w:t xml:space="preserve"> med </w:t>
      </w:r>
      <w:r w:rsidRPr="000767E2">
        <w:rPr>
          <w:i/>
          <w:lang w:val="sv-SE"/>
        </w:rPr>
        <w:t>honom</w:t>
      </w:r>
      <w:r w:rsidRPr="000767E2">
        <w:rPr>
          <w:lang w:val="sv-SE"/>
        </w:rPr>
        <w:t xml:space="preserve"> säga inom sig: ”Vem är denne som </w:t>
      </w:r>
      <w:r w:rsidRPr="000767E2">
        <w:rPr>
          <w:i/>
          <w:lang w:val="sv-SE"/>
        </w:rPr>
        <w:t>till</w:t>
      </w:r>
      <w:r w:rsidRPr="000767E2">
        <w:rPr>
          <w:lang w:val="sv-SE"/>
        </w:rPr>
        <w:t xml:space="preserve"> och </w:t>
      </w:r>
      <w:r w:rsidRPr="000767E2">
        <w:rPr>
          <w:i/>
          <w:lang w:val="sv-SE"/>
        </w:rPr>
        <w:t>med</w:t>
      </w:r>
      <w:r w:rsidRPr="000767E2">
        <w:rPr>
          <w:lang w:val="sv-SE"/>
        </w:rPr>
        <w:t xml:space="preserve"> förlåter synder?”{{field-off:bible}} [[@</w:t>
      </w:r>
      <w:r w:rsidR="0096445B" w:rsidRPr="000767E2">
        <w:rPr>
          <w:lang w:val="sv-SE"/>
        </w:rPr>
        <w:t>BibleBIBEL82</w:t>
      </w:r>
      <w:r w:rsidRPr="000767E2">
        <w:rPr>
          <w:lang w:val="sv-SE"/>
        </w:rPr>
        <w:t>:Luke 7:50]]</w:t>
      </w:r>
      <w:r w:rsidRPr="000767E2">
        <w:rPr>
          <w:vertAlign w:val="superscript"/>
          <w:lang w:val="sv-SE"/>
        </w:rPr>
        <w:t>50</w:t>
      </w:r>
      <w:r w:rsidRPr="000767E2">
        <w:rPr>
          <w:lang w:val="sv-SE"/>
        </w:rPr>
        <w:t xml:space="preserve"> {{field-on:bible}}Men han sade till kvinnan: ”Din tro har frälst dig. Gå i frid.”{{field-off:bible}}</w:t>
      </w:r>
    </w:p>
    <w:p w14:paraId="6447AFD2" w14:textId="7E41827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8]]Kapitel 8</w:t>
      </w:r>
    </w:p>
    <w:p w14:paraId="2D310101" w14:textId="77777777" w:rsidR="00BA33AB" w:rsidRPr="000767E2" w:rsidRDefault="00000000">
      <w:pPr>
        <w:pStyle w:val="Rubrik3"/>
        <w:rPr>
          <w:lang w:val="sv-SE"/>
        </w:rPr>
      </w:pPr>
      <w:r w:rsidRPr="000767E2">
        <w:rPr>
          <w:lang w:val="sv-SE"/>
        </w:rPr>
        <w:t>Kvinnorna som följde Jesus</w:t>
      </w:r>
    </w:p>
    <w:p w14:paraId="4C00448D" w14:textId="5AD6EC17" w:rsidR="00BA33AB" w:rsidRPr="000767E2" w:rsidRDefault="00000000">
      <w:pPr>
        <w:rPr>
          <w:lang w:val="sv-SE"/>
        </w:rPr>
      </w:pPr>
      <w:r w:rsidRPr="000767E2">
        <w:rPr>
          <w:lang w:val="sv-SE"/>
        </w:rPr>
        <w:t>[[@</w:t>
      </w:r>
      <w:r w:rsidR="0096445B" w:rsidRPr="000767E2">
        <w:rPr>
          <w:lang w:val="sv-SE"/>
        </w:rPr>
        <w:t>BibleBIBEL82</w:t>
      </w:r>
      <w:r w:rsidRPr="000767E2">
        <w:rPr>
          <w:lang w:val="sv-SE"/>
        </w:rPr>
        <w:t>:Luke 8:1]]</w:t>
      </w:r>
      <w:r w:rsidRPr="000767E2">
        <w:rPr>
          <w:vertAlign w:val="superscript"/>
          <w:lang w:val="sv-SE"/>
        </w:rPr>
        <w:t>1</w:t>
      </w:r>
      <w:r w:rsidRPr="000767E2">
        <w:rPr>
          <w:lang w:val="sv-SE"/>
        </w:rPr>
        <w:t xml:space="preserve"> {{field-on:bible}}Och det hände sig under det följande </w:t>
      </w:r>
      <w:r w:rsidRPr="000767E2">
        <w:rPr>
          <w:i/>
          <w:lang w:val="sv-SE"/>
        </w:rPr>
        <w:t>att</w:t>
      </w:r>
      <w:r w:rsidRPr="000767E2">
        <w:rPr>
          <w:lang w:val="sv-SE"/>
        </w:rPr>
        <w:t xml:space="preserve"> han då reste genom </w:t>
      </w:r>
      <w:r w:rsidRPr="000767E2">
        <w:rPr>
          <w:i/>
          <w:lang w:val="sv-SE"/>
        </w:rPr>
        <w:t>varje</w:t>
      </w:r>
      <w:r w:rsidRPr="000767E2">
        <w:rPr>
          <w:lang w:val="sv-SE"/>
        </w:rPr>
        <w:t xml:space="preserve"> stad och by och förkunnade och evangeliserade </w:t>
      </w:r>
      <w:r w:rsidRPr="000767E2">
        <w:rPr>
          <w:i/>
          <w:lang w:val="sv-SE"/>
        </w:rPr>
        <w:t>om</w:t>
      </w:r>
      <w:r w:rsidRPr="000767E2">
        <w:rPr>
          <w:lang w:val="sv-SE"/>
        </w:rPr>
        <w:t xml:space="preserve"> Guds rike. Och de tolv </w:t>
      </w:r>
      <w:r w:rsidRPr="000767E2">
        <w:rPr>
          <w:i/>
          <w:lang w:val="sv-SE"/>
        </w:rPr>
        <w:t>var</w:t>
      </w:r>
      <w:r w:rsidRPr="000767E2">
        <w:rPr>
          <w:lang w:val="sv-SE"/>
        </w:rPr>
        <w:t xml:space="preserve"> med honom,{{field-off:bible}} [[@</w:t>
      </w:r>
      <w:r w:rsidR="0096445B" w:rsidRPr="000767E2">
        <w:rPr>
          <w:lang w:val="sv-SE"/>
        </w:rPr>
        <w:t>BibleBIBEL82</w:t>
      </w:r>
      <w:r w:rsidRPr="000767E2">
        <w:rPr>
          <w:lang w:val="sv-SE"/>
        </w:rPr>
        <w:t>:Luke 8:2]]</w:t>
      </w:r>
      <w:r w:rsidRPr="000767E2">
        <w:rPr>
          <w:vertAlign w:val="superscript"/>
          <w:lang w:val="sv-SE"/>
        </w:rPr>
        <w:t>2</w:t>
      </w:r>
      <w:r w:rsidRPr="000767E2">
        <w:rPr>
          <w:lang w:val="sv-SE"/>
        </w:rPr>
        <w:t xml:space="preserve"> {{field-on:bible}}även några kvinnor som var botade från onda andar och sjukdomar: Maria som kallades Magdalén, från vilken sju demoner hade kommit ut,{{field-off:bible}} [[@</w:t>
      </w:r>
      <w:r w:rsidR="0096445B" w:rsidRPr="000767E2">
        <w:rPr>
          <w:lang w:val="sv-SE"/>
        </w:rPr>
        <w:t>BibleBIBEL82</w:t>
      </w:r>
      <w:r w:rsidRPr="000767E2">
        <w:rPr>
          <w:lang w:val="sv-SE"/>
        </w:rPr>
        <w:t>:Luke 8:3]]</w:t>
      </w:r>
      <w:r w:rsidRPr="000767E2">
        <w:rPr>
          <w:vertAlign w:val="superscript"/>
          <w:lang w:val="sv-SE"/>
        </w:rPr>
        <w:t>3</w:t>
      </w:r>
      <w:r w:rsidRPr="000767E2">
        <w:rPr>
          <w:lang w:val="sv-SE"/>
        </w:rPr>
        <w:t xml:space="preserve"> {{field-on:bible}}och Johanna, hustru till Kuzas </w:t>
      </w:r>
      <w:r w:rsidRPr="000767E2">
        <w:rPr>
          <w:i/>
          <w:lang w:val="sv-SE"/>
        </w:rPr>
        <w:t>som var</w:t>
      </w:r>
      <w:r w:rsidRPr="000767E2">
        <w:rPr>
          <w:lang w:val="sv-SE"/>
        </w:rPr>
        <w:t xml:space="preserve"> förman hos Herodes, och Susanna och många andra som betjänade dem utifrån det som var deras.{{field-off:bible}}</w:t>
      </w:r>
    </w:p>
    <w:p w14:paraId="4152B01C" w14:textId="77777777" w:rsidR="00BA33AB" w:rsidRPr="000767E2" w:rsidRDefault="00000000">
      <w:pPr>
        <w:pStyle w:val="Rubrik3"/>
        <w:rPr>
          <w:lang w:val="sv-SE"/>
        </w:rPr>
      </w:pPr>
      <w:r w:rsidRPr="000767E2">
        <w:rPr>
          <w:lang w:val="sv-SE"/>
        </w:rPr>
        <w:t>Liknelsen om såningsmannen</w:t>
      </w:r>
    </w:p>
    <w:p w14:paraId="1C3B08AD" w14:textId="411D1849" w:rsidR="00BA33AB" w:rsidRPr="000767E2" w:rsidRDefault="00000000">
      <w:pPr>
        <w:rPr>
          <w:lang w:val="sv-SE"/>
        </w:rPr>
      </w:pPr>
      <w:r w:rsidRPr="000767E2">
        <w:rPr>
          <w:lang w:val="sv-SE"/>
        </w:rPr>
        <w:t>[[@</w:t>
      </w:r>
      <w:r w:rsidR="0096445B" w:rsidRPr="000767E2">
        <w:rPr>
          <w:lang w:val="sv-SE"/>
        </w:rPr>
        <w:t>BibleBIBEL82</w:t>
      </w:r>
      <w:r w:rsidRPr="000767E2">
        <w:rPr>
          <w:lang w:val="sv-SE"/>
        </w:rPr>
        <w:t>:Luke 8:4]]</w:t>
      </w:r>
      <w:r w:rsidRPr="000767E2">
        <w:rPr>
          <w:vertAlign w:val="superscript"/>
          <w:lang w:val="sv-SE"/>
        </w:rPr>
        <w:t>4</w:t>
      </w:r>
      <w:r w:rsidRPr="000767E2">
        <w:rPr>
          <w:lang w:val="sv-SE"/>
        </w:rPr>
        <w:t xml:space="preserve"> {{field-on:bible}}Men när </w:t>
      </w:r>
      <w:r w:rsidRPr="000767E2">
        <w:rPr>
          <w:i/>
          <w:lang w:val="sv-SE"/>
        </w:rPr>
        <w:t>det</w:t>
      </w:r>
      <w:r w:rsidRPr="000767E2">
        <w:rPr>
          <w:lang w:val="sv-SE"/>
        </w:rPr>
        <w:t xml:space="preserve"> kom samman en stor skara, samt de som i </w:t>
      </w:r>
      <w:r w:rsidRPr="000767E2">
        <w:rPr>
          <w:i/>
          <w:lang w:val="sv-SE"/>
        </w:rPr>
        <w:t>stad</w:t>
      </w:r>
      <w:r w:rsidRPr="000767E2">
        <w:rPr>
          <w:lang w:val="sv-SE"/>
        </w:rPr>
        <w:t xml:space="preserve"> efter stad gick till honom, sade han genom en liknelse:{{field-off:bible}} [[@</w:t>
      </w:r>
      <w:r w:rsidR="0096445B" w:rsidRPr="000767E2">
        <w:rPr>
          <w:lang w:val="sv-SE"/>
        </w:rPr>
        <w:t>BibleBIBEL82</w:t>
      </w:r>
      <w:r w:rsidRPr="000767E2">
        <w:rPr>
          <w:lang w:val="sv-SE"/>
        </w:rPr>
        <w:t>:Luke 8:5]]</w:t>
      </w:r>
      <w:r w:rsidRPr="000767E2">
        <w:rPr>
          <w:vertAlign w:val="superscript"/>
          <w:lang w:val="sv-SE"/>
        </w:rPr>
        <w:t>5</w:t>
      </w:r>
      <w:r w:rsidRPr="000767E2">
        <w:rPr>
          <w:lang w:val="sv-SE"/>
        </w:rPr>
        <w:t xml:space="preserve"> {{field-on:bible}}”Ut gick såningsmannen </w:t>
      </w:r>
      <w:r w:rsidRPr="000767E2">
        <w:rPr>
          <w:i/>
          <w:lang w:val="sv-SE"/>
        </w:rPr>
        <w:t>för</w:t>
      </w:r>
      <w:r w:rsidRPr="000767E2">
        <w:rPr>
          <w:lang w:val="sv-SE"/>
        </w:rPr>
        <w:t xml:space="preserve"> att så sitt utsäde. Och under det att han sådde, föll en del vid vägen och trampades ner, och himlens fåglar åt upp det.{{field-off:bible}} [[@</w:t>
      </w:r>
      <w:r w:rsidR="0096445B" w:rsidRPr="000767E2">
        <w:rPr>
          <w:lang w:val="sv-SE"/>
        </w:rPr>
        <w:t>BibleBIBEL82</w:t>
      </w:r>
      <w:r w:rsidRPr="000767E2">
        <w:rPr>
          <w:lang w:val="sv-SE"/>
        </w:rPr>
        <w:t>:Luke 8:6]]</w:t>
      </w:r>
      <w:r w:rsidRPr="000767E2">
        <w:rPr>
          <w:vertAlign w:val="superscript"/>
          <w:lang w:val="sv-SE"/>
        </w:rPr>
        <w:t>6</w:t>
      </w:r>
      <w:r w:rsidRPr="000767E2">
        <w:rPr>
          <w:lang w:val="sv-SE"/>
        </w:rPr>
        <w:t xml:space="preserve"> {{field-on:bible}}Och annat föll ner på klippan, och uppvuxet vissnade det, eftersom det inte hade fukt.{{field-off:bible}} [[@</w:t>
      </w:r>
      <w:r w:rsidR="0096445B" w:rsidRPr="000767E2">
        <w:rPr>
          <w:lang w:val="sv-SE"/>
        </w:rPr>
        <w:t>BibleBIBEL82</w:t>
      </w:r>
      <w:r w:rsidRPr="000767E2">
        <w:rPr>
          <w:lang w:val="sv-SE"/>
        </w:rPr>
        <w:t>:Luke 8:7]]</w:t>
      </w:r>
      <w:r w:rsidRPr="000767E2">
        <w:rPr>
          <w:vertAlign w:val="superscript"/>
          <w:lang w:val="sv-SE"/>
        </w:rPr>
        <w:t>7</w:t>
      </w:r>
      <w:r w:rsidRPr="000767E2">
        <w:rPr>
          <w:lang w:val="sv-SE"/>
        </w:rPr>
        <w:t xml:space="preserve"> {{field-on:bible}}Och annat föll mitt bland törnena, och törnena växte upp tillsammans och förkvävde det.{{field-off:bible}} [[@</w:t>
      </w:r>
      <w:r w:rsidR="0096445B" w:rsidRPr="000767E2">
        <w:rPr>
          <w:lang w:val="sv-SE"/>
        </w:rPr>
        <w:t>BibleBIBEL82</w:t>
      </w:r>
      <w:r w:rsidRPr="000767E2">
        <w:rPr>
          <w:lang w:val="sv-SE"/>
        </w:rPr>
        <w:t>:Luke 8:8]]</w:t>
      </w:r>
      <w:r w:rsidRPr="000767E2">
        <w:rPr>
          <w:vertAlign w:val="superscript"/>
          <w:lang w:val="sv-SE"/>
        </w:rPr>
        <w:t>8</w:t>
      </w:r>
      <w:r w:rsidRPr="000767E2">
        <w:rPr>
          <w:lang w:val="sv-SE"/>
        </w:rPr>
        <w:t xml:space="preserve"> {{field-on:bible}}Och annat föll i den goda jorden, och uppvuxet gjorde det gröda hundrafaldigt.” Sedan han sagt detta, ropade han: ”Den som har öron att höra </w:t>
      </w:r>
      <w:r w:rsidRPr="000767E2">
        <w:rPr>
          <w:i/>
          <w:lang w:val="sv-SE"/>
        </w:rPr>
        <w:t>med</w:t>
      </w:r>
      <w:r w:rsidRPr="000767E2">
        <w:rPr>
          <w:lang w:val="sv-SE"/>
        </w:rPr>
        <w:t xml:space="preserve"> ska höra!”{{field-off:bible}}</w:t>
      </w:r>
    </w:p>
    <w:p w14:paraId="1FC89AE8" w14:textId="77777777" w:rsidR="00BA33AB" w:rsidRPr="000767E2" w:rsidRDefault="00000000">
      <w:pPr>
        <w:pStyle w:val="Rubrik3"/>
        <w:rPr>
          <w:lang w:val="sv-SE"/>
        </w:rPr>
      </w:pPr>
      <w:r w:rsidRPr="000767E2">
        <w:rPr>
          <w:lang w:val="sv-SE"/>
        </w:rPr>
        <w:t>Liknelsens innebörd</w:t>
      </w:r>
    </w:p>
    <w:p w14:paraId="6DEB89C0" w14:textId="3F785CEE" w:rsidR="00BA33AB" w:rsidRPr="000767E2" w:rsidRDefault="00000000">
      <w:pPr>
        <w:rPr>
          <w:lang w:val="sv-SE"/>
        </w:rPr>
      </w:pPr>
      <w:r w:rsidRPr="000767E2">
        <w:rPr>
          <w:lang w:val="sv-SE"/>
        </w:rPr>
        <w:t>[[@</w:t>
      </w:r>
      <w:r w:rsidR="0096445B" w:rsidRPr="000767E2">
        <w:rPr>
          <w:lang w:val="sv-SE"/>
        </w:rPr>
        <w:t>BibleBIBEL82</w:t>
      </w:r>
      <w:r w:rsidRPr="000767E2">
        <w:rPr>
          <w:lang w:val="sv-SE"/>
        </w:rPr>
        <w:t>:Luke 8:9]]</w:t>
      </w:r>
      <w:r w:rsidRPr="000767E2">
        <w:rPr>
          <w:vertAlign w:val="superscript"/>
          <w:lang w:val="sv-SE"/>
        </w:rPr>
        <w:t>9</w:t>
      </w:r>
      <w:r w:rsidRPr="000767E2">
        <w:rPr>
          <w:lang w:val="sv-SE"/>
        </w:rPr>
        <w:t xml:space="preserve"> {{field-on:bible}}Och </w:t>
      </w:r>
      <w:r w:rsidRPr="000767E2">
        <w:rPr>
          <w:i/>
          <w:lang w:val="sv-SE"/>
        </w:rPr>
        <w:t>sedan</w:t>
      </w:r>
      <w:r w:rsidRPr="000767E2">
        <w:rPr>
          <w:lang w:val="sv-SE"/>
        </w:rPr>
        <w:t xml:space="preserve"> frågade honom hans lärjungar vad denna liknelse kunde vara.{{field-off:bible}} [[@</w:t>
      </w:r>
      <w:r w:rsidR="0096445B" w:rsidRPr="000767E2">
        <w:rPr>
          <w:lang w:val="sv-SE"/>
        </w:rPr>
        <w:t>BibleBIBEL82</w:t>
      </w:r>
      <w:r w:rsidRPr="000767E2">
        <w:rPr>
          <w:lang w:val="sv-SE"/>
        </w:rPr>
        <w:t>:Luke 8:10]]</w:t>
      </w:r>
      <w:r w:rsidRPr="000767E2">
        <w:rPr>
          <w:vertAlign w:val="superscript"/>
          <w:lang w:val="sv-SE"/>
        </w:rPr>
        <w:t>10</w:t>
      </w:r>
      <w:r w:rsidRPr="000767E2">
        <w:rPr>
          <w:lang w:val="sv-SE"/>
        </w:rPr>
        <w:t xml:space="preserve"> {{field-on:bible}}Men han sade: ”Åt er är givet att känna Guds rikes mysterier. Men för de övriga </w:t>
      </w:r>
      <w:r w:rsidRPr="000767E2">
        <w:rPr>
          <w:i/>
          <w:lang w:val="sv-SE"/>
        </w:rPr>
        <w:t>är det</w:t>
      </w:r>
      <w:r w:rsidRPr="000767E2">
        <w:rPr>
          <w:lang w:val="sv-SE"/>
        </w:rPr>
        <w:t xml:space="preserve"> i liknelser, för att de ska se och inte se, och höra och inte förstå.{{field-off:bible}}</w:t>
      </w:r>
    </w:p>
    <w:p w14:paraId="001071EE" w14:textId="0788FD8F" w:rsidR="00BA33AB" w:rsidRPr="000767E2" w:rsidRDefault="00000000">
      <w:pPr>
        <w:rPr>
          <w:lang w:val="sv-SE"/>
        </w:rPr>
      </w:pPr>
      <w:r w:rsidRPr="000767E2">
        <w:rPr>
          <w:lang w:val="sv-SE"/>
        </w:rPr>
        <w:t>[[@</w:t>
      </w:r>
      <w:r w:rsidR="0096445B" w:rsidRPr="000767E2">
        <w:rPr>
          <w:lang w:val="sv-SE"/>
        </w:rPr>
        <w:t>BibleBIBEL82</w:t>
      </w:r>
      <w:r w:rsidRPr="000767E2">
        <w:rPr>
          <w:lang w:val="sv-SE"/>
        </w:rPr>
        <w:t>:Luke 8:11]]</w:t>
      </w:r>
      <w:r w:rsidRPr="000767E2">
        <w:rPr>
          <w:vertAlign w:val="superscript"/>
          <w:lang w:val="sv-SE"/>
        </w:rPr>
        <w:t>11</w:t>
      </w:r>
      <w:r w:rsidRPr="000767E2">
        <w:rPr>
          <w:lang w:val="sv-SE"/>
        </w:rPr>
        <w:t xml:space="preserve"> {{field-on:bible}}Men detta är liknelsen: Utsädet är Guds ord.{{field-off:bible}} [[@</w:t>
      </w:r>
      <w:r w:rsidR="0096445B" w:rsidRPr="000767E2">
        <w:rPr>
          <w:lang w:val="sv-SE"/>
        </w:rPr>
        <w:t>BibleBIBEL82</w:t>
      </w:r>
      <w:r w:rsidRPr="000767E2">
        <w:rPr>
          <w:lang w:val="sv-SE"/>
        </w:rPr>
        <w:t>:Luke 8:12]]</w:t>
      </w:r>
      <w:r w:rsidRPr="000767E2">
        <w:rPr>
          <w:vertAlign w:val="superscript"/>
          <w:lang w:val="sv-SE"/>
        </w:rPr>
        <w:t>12</w:t>
      </w:r>
      <w:r w:rsidRPr="000767E2">
        <w:rPr>
          <w:lang w:val="sv-SE"/>
        </w:rPr>
        <w:t xml:space="preserve"> {{field-on:bible}}Och de vid vägen </w:t>
      </w:r>
      <w:r w:rsidRPr="000767E2">
        <w:rPr>
          <w:i/>
          <w:lang w:val="sv-SE"/>
        </w:rPr>
        <w:t>är</w:t>
      </w:r>
      <w:r w:rsidRPr="000767E2">
        <w:rPr>
          <w:lang w:val="sv-SE"/>
        </w:rPr>
        <w:t xml:space="preserve"> de som hör, sedan kommer djävulen och tar bort ordet från deras hjärta, så att de inte kommer till tro och blir frälsta.{{field-off:bible}} [[@</w:t>
      </w:r>
      <w:r w:rsidR="0096445B" w:rsidRPr="000767E2">
        <w:rPr>
          <w:lang w:val="sv-SE"/>
        </w:rPr>
        <w:t>BibleBIBEL82</w:t>
      </w:r>
      <w:r w:rsidRPr="000767E2">
        <w:rPr>
          <w:lang w:val="sv-SE"/>
        </w:rPr>
        <w:t>:Luke 8:13]]</w:t>
      </w:r>
      <w:r w:rsidRPr="000767E2">
        <w:rPr>
          <w:vertAlign w:val="superscript"/>
          <w:lang w:val="sv-SE"/>
        </w:rPr>
        <w:t>13</w:t>
      </w:r>
      <w:r w:rsidRPr="000767E2">
        <w:rPr>
          <w:lang w:val="sv-SE"/>
        </w:rPr>
        <w:t xml:space="preserve"> {{field-on:bible}}Och de på klippan </w:t>
      </w:r>
      <w:r w:rsidRPr="000767E2">
        <w:rPr>
          <w:i/>
          <w:lang w:val="sv-SE"/>
        </w:rPr>
        <w:t>är</w:t>
      </w:r>
      <w:r w:rsidRPr="000767E2">
        <w:rPr>
          <w:lang w:val="sv-SE"/>
        </w:rPr>
        <w:t xml:space="preserve"> de som när de hör med glädje välkomnar ordet, och dessa har ingen rot: för en tid tror de, och i prövningens tid avlägsnar de sig.{{field-off:bible}} [[@</w:t>
      </w:r>
      <w:r w:rsidR="0096445B" w:rsidRPr="000767E2">
        <w:rPr>
          <w:lang w:val="sv-SE"/>
        </w:rPr>
        <w:t>BibleBIBEL82</w:t>
      </w:r>
      <w:r w:rsidRPr="000767E2">
        <w:rPr>
          <w:lang w:val="sv-SE"/>
        </w:rPr>
        <w:t xml:space="preserve">:Luke </w:t>
      </w:r>
      <w:r w:rsidRPr="000767E2">
        <w:rPr>
          <w:lang w:val="sv-SE"/>
        </w:rPr>
        <w:lastRenderedPageBreak/>
        <w:t>8:14]]</w:t>
      </w:r>
      <w:r w:rsidRPr="000767E2">
        <w:rPr>
          <w:vertAlign w:val="superscript"/>
          <w:lang w:val="sv-SE"/>
        </w:rPr>
        <w:t>14</w:t>
      </w:r>
      <w:r w:rsidRPr="000767E2">
        <w:rPr>
          <w:lang w:val="sv-SE"/>
        </w:rPr>
        <w:t xml:space="preserve"> {{field-on:bible}}Och det som föll bland törnena, dessa är de som hör, och av bekymmer och rikedom och tillvarons njutningar kvävs de ihop medan de går och bär inte mogen </w:t>
      </w:r>
      <w:r w:rsidRPr="000767E2">
        <w:rPr>
          <w:i/>
          <w:lang w:val="sv-SE"/>
        </w:rPr>
        <w:t>frukt</w:t>
      </w:r>
      <w:r w:rsidRPr="000767E2">
        <w:rPr>
          <w:lang w:val="sv-SE"/>
        </w:rPr>
        <w:t>.{{field-off:bible}} [[@</w:t>
      </w:r>
      <w:r w:rsidR="0096445B" w:rsidRPr="000767E2">
        <w:rPr>
          <w:lang w:val="sv-SE"/>
        </w:rPr>
        <w:t>BibleBIBEL82</w:t>
      </w:r>
      <w:r w:rsidRPr="000767E2">
        <w:rPr>
          <w:lang w:val="sv-SE"/>
        </w:rPr>
        <w:t>:Luke 8:15]]</w:t>
      </w:r>
      <w:r w:rsidRPr="000767E2">
        <w:rPr>
          <w:vertAlign w:val="superscript"/>
          <w:lang w:val="sv-SE"/>
        </w:rPr>
        <w:t>15</w:t>
      </w:r>
      <w:r w:rsidRPr="000767E2">
        <w:rPr>
          <w:lang w:val="sv-SE"/>
        </w:rPr>
        <w:t xml:space="preserve"> {{field-on:bible}}Men det i den goda jorden, dessa är de som med fint och gott hjärta hör ordet och håller fast och bär frukt i uthållighet.{{field-off:bible}}</w:t>
      </w:r>
    </w:p>
    <w:p w14:paraId="11EF6F96" w14:textId="53686248" w:rsidR="00BA33AB" w:rsidRPr="000767E2" w:rsidRDefault="00000000">
      <w:pPr>
        <w:rPr>
          <w:lang w:val="sv-SE"/>
        </w:rPr>
      </w:pPr>
      <w:r w:rsidRPr="000767E2">
        <w:rPr>
          <w:lang w:val="sv-SE"/>
        </w:rPr>
        <w:t>[[@</w:t>
      </w:r>
      <w:r w:rsidR="0096445B" w:rsidRPr="000767E2">
        <w:rPr>
          <w:lang w:val="sv-SE"/>
        </w:rPr>
        <w:t>BibleBIBEL82</w:t>
      </w:r>
      <w:r w:rsidRPr="000767E2">
        <w:rPr>
          <w:lang w:val="sv-SE"/>
        </w:rPr>
        <w:t>:Luke 8:16]]</w:t>
      </w:r>
      <w:r w:rsidRPr="000767E2">
        <w:rPr>
          <w:vertAlign w:val="superscript"/>
          <w:lang w:val="sv-SE"/>
        </w:rPr>
        <w:t>16</w:t>
      </w:r>
      <w:r w:rsidRPr="000767E2">
        <w:rPr>
          <w:lang w:val="sv-SE"/>
        </w:rPr>
        <w:t xml:space="preserve"> {{field-on:bible}}Och ingen tänder en lampa och övertäcker den med ett kärl, eller sätter under en bädd. Nej, på lampstället sätter man </w:t>
      </w:r>
      <w:r w:rsidRPr="000767E2">
        <w:rPr>
          <w:i/>
          <w:lang w:val="sv-SE"/>
        </w:rPr>
        <w:t>den</w:t>
      </w:r>
      <w:r w:rsidRPr="000767E2">
        <w:rPr>
          <w:lang w:val="sv-SE"/>
        </w:rPr>
        <w:t>, så att de som kommer in ser ljuset.{{field-off:bible}} [[@</w:t>
      </w:r>
      <w:r w:rsidR="0096445B" w:rsidRPr="000767E2">
        <w:rPr>
          <w:lang w:val="sv-SE"/>
        </w:rPr>
        <w:t>BibleBIBEL82</w:t>
      </w:r>
      <w:r w:rsidRPr="000767E2">
        <w:rPr>
          <w:lang w:val="sv-SE"/>
        </w:rPr>
        <w:t>:Luke 8:17]]</w:t>
      </w:r>
      <w:r w:rsidRPr="000767E2">
        <w:rPr>
          <w:vertAlign w:val="superscript"/>
          <w:lang w:val="sv-SE"/>
        </w:rPr>
        <w:t>17</w:t>
      </w:r>
      <w:r w:rsidRPr="000767E2">
        <w:rPr>
          <w:lang w:val="sv-SE"/>
        </w:rPr>
        <w:t xml:space="preserve"> {{field-on:bible}}För det finns inget dolt som inte ska bli uppenbart, och inget förborgat som aldrig ska bli känt och komma till </w:t>
      </w:r>
      <w:r w:rsidRPr="000767E2">
        <w:rPr>
          <w:i/>
          <w:lang w:val="sv-SE"/>
        </w:rPr>
        <w:t>det</w:t>
      </w:r>
      <w:r w:rsidRPr="000767E2">
        <w:rPr>
          <w:lang w:val="sv-SE"/>
        </w:rPr>
        <w:t xml:space="preserve"> uppenbara.{{field-off:bible}} [[@</w:t>
      </w:r>
      <w:r w:rsidR="0096445B" w:rsidRPr="000767E2">
        <w:rPr>
          <w:lang w:val="sv-SE"/>
        </w:rPr>
        <w:t>BibleBIBEL82</w:t>
      </w:r>
      <w:r w:rsidRPr="000767E2">
        <w:rPr>
          <w:lang w:val="sv-SE"/>
        </w:rPr>
        <w:t>:Luke 8:18]]</w:t>
      </w:r>
      <w:r w:rsidRPr="000767E2">
        <w:rPr>
          <w:vertAlign w:val="superscript"/>
          <w:lang w:val="sv-SE"/>
        </w:rPr>
        <w:t>18</w:t>
      </w:r>
      <w:r w:rsidRPr="000767E2">
        <w:rPr>
          <w:lang w:val="sv-SE"/>
        </w:rPr>
        <w:t xml:space="preserve"> {{field-on:bible}}Se därför upp hur ni lyssnar. För den som har, åt honom ska det ges. Och den som inte har, även det han tänker sig ha ska tas ifrån honom.”{{field-off:bible}}</w:t>
      </w:r>
    </w:p>
    <w:p w14:paraId="299882D8" w14:textId="77777777" w:rsidR="00BA33AB" w:rsidRPr="000767E2" w:rsidRDefault="00000000">
      <w:pPr>
        <w:pStyle w:val="Rubrik3"/>
        <w:rPr>
          <w:lang w:val="sv-SE"/>
        </w:rPr>
      </w:pPr>
      <w:r w:rsidRPr="000767E2">
        <w:rPr>
          <w:lang w:val="sv-SE"/>
        </w:rPr>
        <w:t>Jesu mor och bröder</w:t>
      </w:r>
    </w:p>
    <w:p w14:paraId="5AE06630" w14:textId="088691FE" w:rsidR="00BA33AB" w:rsidRPr="000767E2" w:rsidRDefault="00000000">
      <w:pPr>
        <w:rPr>
          <w:lang w:val="sv-SE"/>
        </w:rPr>
      </w:pPr>
      <w:r w:rsidRPr="000767E2">
        <w:rPr>
          <w:lang w:val="sv-SE"/>
        </w:rPr>
        <w:t>[[@</w:t>
      </w:r>
      <w:r w:rsidR="0096445B" w:rsidRPr="000767E2">
        <w:rPr>
          <w:lang w:val="sv-SE"/>
        </w:rPr>
        <w:t>BibleBIBEL82</w:t>
      </w:r>
      <w:r w:rsidRPr="000767E2">
        <w:rPr>
          <w:lang w:val="sv-SE"/>
        </w:rPr>
        <w:t>:Luke 8:19]]</w:t>
      </w:r>
      <w:r w:rsidRPr="000767E2">
        <w:rPr>
          <w:vertAlign w:val="superscript"/>
          <w:lang w:val="sv-SE"/>
        </w:rPr>
        <w:t>19</w:t>
      </w:r>
      <w:r w:rsidRPr="000767E2">
        <w:rPr>
          <w:lang w:val="sv-SE"/>
        </w:rPr>
        <w:t xml:space="preserve"> {{field-on:bible}}Och dit till honom kom hans mor och bröder, och de kunde inte sammanträffa med honom för skarans skull.{{field-off:bible}} [[@</w:t>
      </w:r>
      <w:r w:rsidR="0096445B" w:rsidRPr="000767E2">
        <w:rPr>
          <w:lang w:val="sv-SE"/>
        </w:rPr>
        <w:t>BibleBIBEL82</w:t>
      </w:r>
      <w:r w:rsidRPr="000767E2">
        <w:rPr>
          <w:lang w:val="sv-SE"/>
        </w:rPr>
        <w:t>:Luke 8:20]]</w:t>
      </w:r>
      <w:r w:rsidRPr="000767E2">
        <w:rPr>
          <w:vertAlign w:val="superscript"/>
          <w:lang w:val="sv-SE"/>
        </w:rPr>
        <w:t>20</w:t>
      </w:r>
      <w:r w:rsidRPr="000767E2">
        <w:rPr>
          <w:lang w:val="sv-SE"/>
        </w:rPr>
        <w:t xml:space="preserve"> {{field-on:bible}}Och </w:t>
      </w:r>
      <w:r w:rsidRPr="000767E2">
        <w:rPr>
          <w:i/>
          <w:lang w:val="sv-SE"/>
        </w:rPr>
        <w:t>det</w:t>
      </w:r>
      <w:r w:rsidRPr="000767E2">
        <w:rPr>
          <w:lang w:val="sv-SE"/>
        </w:rPr>
        <w:t xml:space="preserve"> berättades för honom: ”Din mor och dina bröder står utanför och vill se dig.”{{field-off:bible}} [[@</w:t>
      </w:r>
      <w:r w:rsidR="0096445B" w:rsidRPr="000767E2">
        <w:rPr>
          <w:lang w:val="sv-SE"/>
        </w:rPr>
        <w:t>BibleBIBEL82</w:t>
      </w:r>
      <w:r w:rsidRPr="000767E2">
        <w:rPr>
          <w:lang w:val="sv-SE"/>
        </w:rPr>
        <w:t>:Luke 8:21]]</w:t>
      </w:r>
      <w:r w:rsidRPr="000767E2">
        <w:rPr>
          <w:vertAlign w:val="superscript"/>
          <w:lang w:val="sv-SE"/>
        </w:rPr>
        <w:t>21</w:t>
      </w:r>
      <w:r w:rsidRPr="000767E2">
        <w:rPr>
          <w:lang w:val="sv-SE"/>
        </w:rPr>
        <w:t xml:space="preserve"> {{field-on:bible}}Men han svarade och sade till dem: ”Min mor och mina bröder? Det är dessa som hör och gör Guds ord.”{{field-off:bible}}</w:t>
      </w:r>
    </w:p>
    <w:p w14:paraId="6DBD1F45" w14:textId="77777777" w:rsidR="00BA33AB" w:rsidRPr="000767E2" w:rsidRDefault="00000000">
      <w:pPr>
        <w:pStyle w:val="Rubrik3"/>
        <w:rPr>
          <w:lang w:val="sv-SE"/>
        </w:rPr>
      </w:pPr>
      <w:r w:rsidRPr="000767E2">
        <w:rPr>
          <w:lang w:val="sv-SE"/>
        </w:rPr>
        <w:t>Jesus stillar stormen</w:t>
      </w:r>
    </w:p>
    <w:p w14:paraId="0B65801F" w14:textId="56C163F5" w:rsidR="00BA33AB" w:rsidRPr="000767E2" w:rsidRDefault="00000000">
      <w:pPr>
        <w:rPr>
          <w:lang w:val="sv-SE"/>
        </w:rPr>
      </w:pPr>
      <w:r w:rsidRPr="000767E2">
        <w:rPr>
          <w:lang w:val="sv-SE"/>
        </w:rPr>
        <w:t>[[@</w:t>
      </w:r>
      <w:r w:rsidR="0096445B" w:rsidRPr="000767E2">
        <w:rPr>
          <w:lang w:val="sv-SE"/>
        </w:rPr>
        <w:t>BibleBIBEL82</w:t>
      </w:r>
      <w:r w:rsidRPr="000767E2">
        <w:rPr>
          <w:lang w:val="sv-SE"/>
        </w:rPr>
        <w:t>:Luke 8:22]]</w:t>
      </w:r>
      <w:r w:rsidRPr="000767E2">
        <w:rPr>
          <w:vertAlign w:val="superscript"/>
          <w:lang w:val="sv-SE"/>
        </w:rPr>
        <w:t>22</w:t>
      </w:r>
      <w:r w:rsidRPr="000767E2">
        <w:rPr>
          <w:lang w:val="sv-SE"/>
        </w:rPr>
        <w:t xml:space="preserve"> {{field-on:bible}}Och det hände sig på en av dagarna </w:t>
      </w:r>
      <w:r w:rsidRPr="000767E2">
        <w:rPr>
          <w:i/>
          <w:lang w:val="sv-SE"/>
        </w:rPr>
        <w:t>att</w:t>
      </w:r>
      <w:r w:rsidRPr="000767E2">
        <w:rPr>
          <w:lang w:val="sv-SE"/>
        </w:rPr>
        <w:t xml:space="preserve"> han då steg i en båt </w:t>
      </w:r>
      <w:r w:rsidRPr="000767E2">
        <w:rPr>
          <w:i/>
          <w:lang w:val="sv-SE"/>
        </w:rPr>
        <w:t>med</w:t>
      </w:r>
      <w:r w:rsidRPr="000767E2">
        <w:rPr>
          <w:lang w:val="sv-SE"/>
        </w:rPr>
        <w:t xml:space="preserve"> sina lärjungar och sade till dem: ”Låt oss fara över till andra sidan sjön.” Och de lade ut.{{field-off:bible}} [[@</w:t>
      </w:r>
      <w:r w:rsidR="0096445B" w:rsidRPr="000767E2">
        <w:rPr>
          <w:lang w:val="sv-SE"/>
        </w:rPr>
        <w:t>BibleBIBEL82</w:t>
      </w:r>
      <w:r w:rsidRPr="000767E2">
        <w:rPr>
          <w:lang w:val="sv-SE"/>
        </w:rPr>
        <w:t>:Luke 8:23]]</w:t>
      </w:r>
      <w:r w:rsidRPr="000767E2">
        <w:rPr>
          <w:vertAlign w:val="superscript"/>
          <w:lang w:val="sv-SE"/>
        </w:rPr>
        <w:t>23</w:t>
      </w:r>
      <w:r w:rsidRPr="000767E2">
        <w:rPr>
          <w:lang w:val="sv-SE"/>
        </w:rPr>
        <w:t xml:space="preserve"> {{field-on:bible}}Men medan de seglade, somnade han ifrån.{{field-off:bible}}</w:t>
      </w:r>
    </w:p>
    <w:p w14:paraId="4FF0E806" w14:textId="70611F9C" w:rsidR="00BA33AB" w:rsidRPr="000767E2" w:rsidRDefault="00000000">
      <w:pPr>
        <w:rPr>
          <w:lang w:val="sv-SE"/>
        </w:rPr>
      </w:pPr>
      <w:r w:rsidRPr="000767E2">
        <w:rPr>
          <w:lang w:val="sv-SE"/>
        </w:rPr>
        <w:t xml:space="preserve">{{field-on:bible}}Och </w:t>
      </w:r>
      <w:r w:rsidRPr="000767E2">
        <w:rPr>
          <w:i/>
          <w:lang w:val="sv-SE"/>
        </w:rPr>
        <w:t>det</w:t>
      </w:r>
      <w:r w:rsidRPr="000767E2">
        <w:rPr>
          <w:lang w:val="sv-SE"/>
        </w:rPr>
        <w:t xml:space="preserve"> kom ner en storm med vind över sjön, och de </w:t>
      </w:r>
      <w:r w:rsidRPr="000767E2">
        <w:rPr>
          <w:i/>
          <w:lang w:val="sv-SE"/>
        </w:rPr>
        <w:t>började</w:t>
      </w:r>
      <w:r w:rsidRPr="000767E2">
        <w:rPr>
          <w:lang w:val="sv-SE"/>
        </w:rPr>
        <w:t xml:space="preserve"> helt uppfyllas och vara i fara.{{field-off:bible}} [[@</w:t>
      </w:r>
      <w:r w:rsidR="0096445B" w:rsidRPr="000767E2">
        <w:rPr>
          <w:lang w:val="sv-SE"/>
        </w:rPr>
        <w:t>BibleBIBEL82</w:t>
      </w:r>
      <w:r w:rsidRPr="000767E2">
        <w:rPr>
          <w:lang w:val="sv-SE"/>
        </w:rPr>
        <w:t>:Luke 8:24]]</w:t>
      </w:r>
      <w:r w:rsidRPr="000767E2">
        <w:rPr>
          <w:vertAlign w:val="superscript"/>
          <w:lang w:val="sv-SE"/>
        </w:rPr>
        <w:t>24</w:t>
      </w:r>
      <w:r w:rsidRPr="000767E2">
        <w:rPr>
          <w:lang w:val="sv-SE"/>
        </w:rPr>
        <w:t xml:space="preserve"> {{field-on:bible}}Och de kom fram och väckte honom och sade: ”Mästare, Mästare! Vi går förlorade!” Och väckt näpste han vinden och vattnets vågsvall, och de slutade och det blev ett lugn.{{field-off:bible}} [[@</w:t>
      </w:r>
      <w:r w:rsidR="0096445B" w:rsidRPr="000767E2">
        <w:rPr>
          <w:lang w:val="sv-SE"/>
        </w:rPr>
        <w:t>BibleBIBEL82</w:t>
      </w:r>
      <w:r w:rsidRPr="000767E2">
        <w:rPr>
          <w:lang w:val="sv-SE"/>
        </w:rPr>
        <w:t>:Luke 8:25]]</w:t>
      </w:r>
      <w:r w:rsidRPr="000767E2">
        <w:rPr>
          <w:vertAlign w:val="superscript"/>
          <w:lang w:val="sv-SE"/>
        </w:rPr>
        <w:t>25</w:t>
      </w:r>
      <w:r w:rsidRPr="000767E2">
        <w:rPr>
          <w:lang w:val="sv-SE"/>
        </w:rPr>
        <w:t xml:space="preserve"> {{field-on:bible}}Och han sade till dem: ”Var </w:t>
      </w:r>
      <w:r w:rsidRPr="000767E2">
        <w:rPr>
          <w:i/>
          <w:lang w:val="sv-SE"/>
        </w:rPr>
        <w:t>är</w:t>
      </w:r>
      <w:r w:rsidRPr="000767E2">
        <w:rPr>
          <w:lang w:val="sv-SE"/>
        </w:rPr>
        <w:t xml:space="preserve"> er tro?” Och de fruktade och var förundrade och sade till varandra: ”Vem är då denne? För även vindarna och vattnet beordrar han, och de hörsammar honom!”{{field-off:bible}}</w:t>
      </w:r>
    </w:p>
    <w:p w14:paraId="680201F3" w14:textId="77777777" w:rsidR="00BA33AB" w:rsidRPr="000767E2" w:rsidRDefault="00000000">
      <w:pPr>
        <w:pStyle w:val="Rubrik3"/>
        <w:rPr>
          <w:lang w:val="sv-SE"/>
        </w:rPr>
      </w:pPr>
      <w:r w:rsidRPr="000767E2">
        <w:rPr>
          <w:lang w:val="sv-SE"/>
        </w:rPr>
        <w:t>Jesus botar en demoniserad</w:t>
      </w:r>
    </w:p>
    <w:p w14:paraId="3011A3F7" w14:textId="2F712C06" w:rsidR="00BA33AB" w:rsidRPr="000767E2" w:rsidRDefault="00000000">
      <w:pPr>
        <w:rPr>
          <w:lang w:val="sv-SE"/>
        </w:rPr>
      </w:pPr>
      <w:r w:rsidRPr="000767E2">
        <w:rPr>
          <w:lang w:val="sv-SE"/>
        </w:rPr>
        <w:t>[[@</w:t>
      </w:r>
      <w:r w:rsidR="0096445B" w:rsidRPr="000767E2">
        <w:rPr>
          <w:lang w:val="sv-SE"/>
        </w:rPr>
        <w:t>BibleBIBEL82</w:t>
      </w:r>
      <w:r w:rsidRPr="000767E2">
        <w:rPr>
          <w:lang w:val="sv-SE"/>
        </w:rPr>
        <w:t>:Luke 8:26]]</w:t>
      </w:r>
      <w:r w:rsidRPr="000767E2">
        <w:rPr>
          <w:vertAlign w:val="superscript"/>
          <w:lang w:val="sv-SE"/>
        </w:rPr>
        <w:t>26</w:t>
      </w:r>
      <w:r w:rsidRPr="000767E2">
        <w:rPr>
          <w:lang w:val="sv-SE"/>
        </w:rPr>
        <w:t xml:space="preserve"> {{field-on:bible}}Och de seglade ner till gerasenernas trakt, som är mittemot Galileen.{{field-off:bible}} [[@</w:t>
      </w:r>
      <w:r w:rsidR="0096445B" w:rsidRPr="000767E2">
        <w:rPr>
          <w:lang w:val="sv-SE"/>
        </w:rPr>
        <w:t>BibleBIBEL82</w:t>
      </w:r>
      <w:r w:rsidRPr="000767E2">
        <w:rPr>
          <w:lang w:val="sv-SE"/>
        </w:rPr>
        <w:t>:Luke 8:27]]</w:t>
      </w:r>
      <w:r w:rsidRPr="000767E2">
        <w:rPr>
          <w:vertAlign w:val="superscript"/>
          <w:lang w:val="sv-SE"/>
        </w:rPr>
        <w:t>27</w:t>
      </w:r>
      <w:r w:rsidRPr="000767E2">
        <w:rPr>
          <w:lang w:val="sv-SE"/>
        </w:rPr>
        <w:t xml:space="preserve"> {{field-on:bible}}Men när han gick ur i land, mötte honom en man från staden som hade demoner. Och avsevärd tid hade han inte iklätt sig mantel, och han höll inte till i ett hus utan bland gravarna.{{field-off:bible}} [[@</w:t>
      </w:r>
      <w:r w:rsidR="0096445B" w:rsidRPr="000767E2">
        <w:rPr>
          <w:lang w:val="sv-SE"/>
        </w:rPr>
        <w:t>BibleBIBEL82</w:t>
      </w:r>
      <w:r w:rsidRPr="000767E2">
        <w:rPr>
          <w:lang w:val="sv-SE"/>
        </w:rPr>
        <w:t>:Luke 8:28]]</w:t>
      </w:r>
      <w:r w:rsidRPr="000767E2">
        <w:rPr>
          <w:vertAlign w:val="superscript"/>
          <w:lang w:val="sv-SE"/>
        </w:rPr>
        <w:t>28</w:t>
      </w:r>
      <w:r w:rsidRPr="000767E2">
        <w:rPr>
          <w:lang w:val="sv-SE"/>
        </w:rPr>
        <w:t xml:space="preserve"> {{field-on:bible}}Och när han såg Jesus skrek han högt och föll ner för honom, och med väldig röst sade han: ”Vad </w:t>
      </w:r>
      <w:r w:rsidRPr="000767E2">
        <w:rPr>
          <w:i/>
          <w:lang w:val="sv-SE"/>
        </w:rPr>
        <w:t>mellan</w:t>
      </w:r>
      <w:r w:rsidRPr="000767E2">
        <w:rPr>
          <w:lang w:val="sv-SE"/>
        </w:rPr>
        <w:t xml:space="preserve"> mig och dig, Jesus, Gud den Högstes Son? Jag bönfaller dig, plåga mig inte!”{{field-off:bible}}</w:t>
      </w:r>
    </w:p>
    <w:p w14:paraId="2FCC08A8" w14:textId="10048C61"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8:29]]</w:t>
      </w:r>
      <w:r w:rsidRPr="000767E2">
        <w:rPr>
          <w:vertAlign w:val="superscript"/>
          <w:lang w:val="sv-SE"/>
        </w:rPr>
        <w:t>29</w:t>
      </w:r>
      <w:r w:rsidRPr="000767E2">
        <w:rPr>
          <w:lang w:val="sv-SE"/>
        </w:rPr>
        <w:t xml:space="preserve"> {{field-on:bible}}Han hade nämligen instruerat den orena anden att komma ut ur mannen. För </w:t>
      </w:r>
      <w:r w:rsidRPr="000767E2">
        <w:rPr>
          <w:i/>
          <w:lang w:val="sv-SE"/>
        </w:rPr>
        <w:t>under</w:t>
      </w:r>
      <w:r w:rsidRPr="000767E2">
        <w:rPr>
          <w:lang w:val="sv-SE"/>
        </w:rPr>
        <w:t xml:space="preserve"> långa tider hade den ryckt honom med sig, och han hade blivit hopbuntad med kedjor och fotbojor och vaktad, och rivit sönder bojorna och drivits av demonen </w:t>
      </w:r>
      <w:r w:rsidRPr="000767E2">
        <w:rPr>
          <w:i/>
          <w:lang w:val="sv-SE"/>
        </w:rPr>
        <w:t>ut</w:t>
      </w:r>
      <w:r w:rsidRPr="000767E2">
        <w:rPr>
          <w:lang w:val="sv-SE"/>
        </w:rPr>
        <w:t xml:space="preserve"> i ödemarkerna.{{field-off:bible}} [[@</w:t>
      </w:r>
      <w:r w:rsidR="0096445B" w:rsidRPr="000767E2">
        <w:rPr>
          <w:lang w:val="sv-SE"/>
        </w:rPr>
        <w:t>BibleBIBEL82</w:t>
      </w:r>
      <w:r w:rsidRPr="000767E2">
        <w:rPr>
          <w:lang w:val="sv-SE"/>
        </w:rPr>
        <w:t>:Luke 8:30]]</w:t>
      </w:r>
      <w:r w:rsidRPr="000767E2">
        <w:rPr>
          <w:vertAlign w:val="superscript"/>
          <w:lang w:val="sv-SE"/>
        </w:rPr>
        <w:t>30</w:t>
      </w:r>
      <w:r w:rsidRPr="000767E2">
        <w:rPr>
          <w:lang w:val="sv-SE"/>
        </w:rPr>
        <w:t xml:space="preserve"> {{field-on:bible}}Men </w:t>
      </w:r>
      <w:r w:rsidRPr="000767E2">
        <w:rPr>
          <w:i/>
          <w:lang w:val="sv-SE"/>
        </w:rPr>
        <w:t>nu</w:t>
      </w:r>
      <w:r w:rsidRPr="000767E2">
        <w:rPr>
          <w:lang w:val="sv-SE"/>
        </w:rPr>
        <w:t xml:space="preserve"> frågade honom Jesus: ”Vad är ditt namn?” Och han sade: ”Legion.” För </w:t>
      </w:r>
      <w:r w:rsidRPr="000767E2">
        <w:rPr>
          <w:i/>
          <w:lang w:val="sv-SE"/>
        </w:rPr>
        <w:t>det</w:t>
      </w:r>
      <w:r w:rsidRPr="000767E2">
        <w:rPr>
          <w:lang w:val="sv-SE"/>
        </w:rPr>
        <w:t xml:space="preserve"> hade farit in många demoner i honom.{{field-off:bible}} [[@</w:t>
      </w:r>
      <w:r w:rsidR="0096445B" w:rsidRPr="000767E2">
        <w:rPr>
          <w:lang w:val="sv-SE"/>
        </w:rPr>
        <w:t>BibleBIBEL82</w:t>
      </w:r>
      <w:r w:rsidRPr="000767E2">
        <w:rPr>
          <w:lang w:val="sv-SE"/>
        </w:rPr>
        <w:t>:Luke 8:31]]</w:t>
      </w:r>
      <w:r w:rsidRPr="000767E2">
        <w:rPr>
          <w:vertAlign w:val="superscript"/>
          <w:lang w:val="sv-SE"/>
        </w:rPr>
        <w:t>31</w:t>
      </w:r>
      <w:r w:rsidRPr="000767E2">
        <w:rPr>
          <w:lang w:val="sv-SE"/>
        </w:rPr>
        <w:t xml:space="preserve"> {{field-on:bible}}Och de vädjade till honom att han inte skulle beordra dem att fara bort till avgrunden.{{field-off:bible}}</w:t>
      </w:r>
    </w:p>
    <w:p w14:paraId="4174EB46" w14:textId="62D492CE" w:rsidR="00BA33AB" w:rsidRPr="000767E2" w:rsidRDefault="00000000">
      <w:pPr>
        <w:rPr>
          <w:lang w:val="sv-SE"/>
        </w:rPr>
      </w:pPr>
      <w:r w:rsidRPr="000767E2">
        <w:rPr>
          <w:lang w:val="sv-SE"/>
        </w:rPr>
        <w:t>[[@</w:t>
      </w:r>
      <w:r w:rsidR="0096445B" w:rsidRPr="000767E2">
        <w:rPr>
          <w:lang w:val="sv-SE"/>
        </w:rPr>
        <w:t>BibleBIBEL82</w:t>
      </w:r>
      <w:r w:rsidRPr="000767E2">
        <w:rPr>
          <w:lang w:val="sv-SE"/>
        </w:rPr>
        <w:t>:Luke 8:32]]</w:t>
      </w:r>
      <w:r w:rsidRPr="000767E2">
        <w:rPr>
          <w:vertAlign w:val="superscript"/>
          <w:lang w:val="sv-SE"/>
        </w:rPr>
        <w:t>32</w:t>
      </w:r>
      <w:r w:rsidRPr="000767E2">
        <w:rPr>
          <w:lang w:val="sv-SE"/>
        </w:rPr>
        <w:t xml:space="preserve"> {{field-on:bible}}Men det fanns där en skock med åtskilliga svin som vallades på berget, och de vädjade till honom att tillåta dem att fara in i dessa. Och han tillät dem.{{field-off:bible}} [[@</w:t>
      </w:r>
      <w:r w:rsidR="0096445B" w:rsidRPr="000767E2">
        <w:rPr>
          <w:lang w:val="sv-SE"/>
        </w:rPr>
        <w:t>BibleBIBEL82</w:t>
      </w:r>
      <w:r w:rsidRPr="000767E2">
        <w:rPr>
          <w:lang w:val="sv-SE"/>
        </w:rPr>
        <w:t>:Luke 8:33]]</w:t>
      </w:r>
      <w:r w:rsidRPr="000767E2">
        <w:rPr>
          <w:vertAlign w:val="superscript"/>
          <w:lang w:val="sv-SE"/>
        </w:rPr>
        <w:t>33</w:t>
      </w:r>
      <w:r w:rsidRPr="000767E2">
        <w:rPr>
          <w:lang w:val="sv-SE"/>
        </w:rPr>
        <w:t xml:space="preserve"> {{field-on:bible}}Och ut kom demonerna ur mannen och for in i svinen, och skocken stormade ner från branten i sjön och förkvävdes.{{field-off:bible}}</w:t>
      </w:r>
    </w:p>
    <w:p w14:paraId="3D72B8E4" w14:textId="472FCA64" w:rsidR="00BA33AB" w:rsidRPr="000767E2" w:rsidRDefault="00000000">
      <w:pPr>
        <w:rPr>
          <w:lang w:val="sv-SE"/>
        </w:rPr>
      </w:pPr>
      <w:r w:rsidRPr="000767E2">
        <w:rPr>
          <w:lang w:val="sv-SE"/>
        </w:rPr>
        <w:t>[[@</w:t>
      </w:r>
      <w:r w:rsidR="0096445B" w:rsidRPr="000767E2">
        <w:rPr>
          <w:lang w:val="sv-SE"/>
        </w:rPr>
        <w:t>BibleBIBEL82</w:t>
      </w:r>
      <w:r w:rsidRPr="000767E2">
        <w:rPr>
          <w:lang w:val="sv-SE"/>
        </w:rPr>
        <w:t>:Luke 8:34]]</w:t>
      </w:r>
      <w:r w:rsidRPr="000767E2">
        <w:rPr>
          <w:vertAlign w:val="superscript"/>
          <w:lang w:val="sv-SE"/>
        </w:rPr>
        <w:t>34</w:t>
      </w:r>
      <w:r w:rsidRPr="000767E2">
        <w:rPr>
          <w:lang w:val="sv-SE"/>
        </w:rPr>
        <w:t xml:space="preserve"> {{field-on:bible}}Men när de som vallade såg det som hade hänt, flydde de och berättade i staden och på fälten.{{field-off:bible}} [[@</w:t>
      </w:r>
      <w:r w:rsidR="0096445B" w:rsidRPr="000767E2">
        <w:rPr>
          <w:lang w:val="sv-SE"/>
        </w:rPr>
        <w:t>BibleBIBEL82</w:t>
      </w:r>
      <w:r w:rsidRPr="000767E2">
        <w:rPr>
          <w:lang w:val="sv-SE"/>
        </w:rPr>
        <w:t>:Luke 8:35]]</w:t>
      </w:r>
      <w:r w:rsidRPr="000767E2">
        <w:rPr>
          <w:vertAlign w:val="superscript"/>
          <w:lang w:val="sv-SE"/>
        </w:rPr>
        <w:t>35</w:t>
      </w:r>
      <w:r w:rsidRPr="000767E2">
        <w:rPr>
          <w:lang w:val="sv-SE"/>
        </w:rPr>
        <w:t xml:space="preserve"> {{field-on:bible}}Och man gick ut </w:t>
      </w:r>
      <w:r w:rsidRPr="000767E2">
        <w:rPr>
          <w:i/>
          <w:lang w:val="sv-SE"/>
        </w:rPr>
        <w:t>för</w:t>
      </w:r>
      <w:r w:rsidRPr="000767E2">
        <w:rPr>
          <w:lang w:val="sv-SE"/>
        </w:rPr>
        <w:t xml:space="preserve"> att se det som hade hänt. Och de kom till Jesus och fann mannen från vilken demonerna kommit ut sitta påklädd och sansad vid Jesu fötter, och de fruktade.{{field-off:bible}} [[@</w:t>
      </w:r>
      <w:r w:rsidR="0096445B" w:rsidRPr="000767E2">
        <w:rPr>
          <w:lang w:val="sv-SE"/>
        </w:rPr>
        <w:t>BibleBIBEL82</w:t>
      </w:r>
      <w:r w:rsidRPr="000767E2">
        <w:rPr>
          <w:lang w:val="sv-SE"/>
        </w:rPr>
        <w:t>:Luke 8:36]]</w:t>
      </w:r>
      <w:r w:rsidRPr="000767E2">
        <w:rPr>
          <w:vertAlign w:val="superscript"/>
          <w:lang w:val="sv-SE"/>
        </w:rPr>
        <w:t>36</w:t>
      </w:r>
      <w:r w:rsidRPr="000767E2">
        <w:rPr>
          <w:lang w:val="sv-SE"/>
        </w:rPr>
        <w:t xml:space="preserve"> {{field-on:bible}}Och de som hade sett berättade för dem hur han som varit demoniserad blev frälst.{{field-off:bible}} [[@</w:t>
      </w:r>
      <w:r w:rsidR="0096445B" w:rsidRPr="000767E2">
        <w:rPr>
          <w:lang w:val="sv-SE"/>
        </w:rPr>
        <w:t>BibleBIBEL82</w:t>
      </w:r>
      <w:r w:rsidRPr="000767E2">
        <w:rPr>
          <w:lang w:val="sv-SE"/>
        </w:rPr>
        <w:t>:Luke 8:37]]</w:t>
      </w:r>
      <w:r w:rsidRPr="000767E2">
        <w:rPr>
          <w:vertAlign w:val="superscript"/>
          <w:lang w:val="sv-SE"/>
        </w:rPr>
        <w:t>37</w:t>
      </w:r>
      <w:r w:rsidRPr="000767E2">
        <w:rPr>
          <w:lang w:val="sv-SE"/>
        </w:rPr>
        <w:t xml:space="preserve"> {{field-on:bible}}Och </w:t>
      </w:r>
      <w:r w:rsidRPr="000767E2">
        <w:rPr>
          <w:i/>
          <w:lang w:val="sv-SE"/>
        </w:rPr>
        <w:t>då</w:t>
      </w:r>
      <w:r w:rsidRPr="000767E2">
        <w:rPr>
          <w:lang w:val="sv-SE"/>
        </w:rPr>
        <w:t xml:space="preserve"> frågade honom hela mängden från gerasenernas trakt </w:t>
      </w:r>
      <w:r w:rsidRPr="000767E2">
        <w:rPr>
          <w:i/>
          <w:lang w:val="sv-SE"/>
        </w:rPr>
        <w:t>där</w:t>
      </w:r>
      <w:r w:rsidRPr="000767E2">
        <w:rPr>
          <w:lang w:val="sv-SE"/>
        </w:rPr>
        <w:t xml:space="preserve"> omkring </w:t>
      </w:r>
      <w:r w:rsidRPr="000767E2">
        <w:rPr>
          <w:i/>
          <w:lang w:val="sv-SE"/>
        </w:rPr>
        <w:t>om</w:t>
      </w:r>
      <w:r w:rsidRPr="000767E2">
        <w:rPr>
          <w:lang w:val="sv-SE"/>
        </w:rPr>
        <w:t xml:space="preserve"> </w:t>
      </w:r>
      <w:r w:rsidRPr="000767E2">
        <w:rPr>
          <w:i/>
          <w:lang w:val="sv-SE"/>
        </w:rPr>
        <w:t>han kunde</w:t>
      </w:r>
      <w:r w:rsidRPr="000767E2">
        <w:rPr>
          <w:lang w:val="sv-SE"/>
        </w:rPr>
        <w:t xml:space="preserve"> gå bort från dem, för av stark fruktan var de ansatta. Och han steg i båten och återvände.{{field-off:bible}}</w:t>
      </w:r>
    </w:p>
    <w:p w14:paraId="752BE235" w14:textId="487EA489" w:rsidR="00BA33AB" w:rsidRPr="000767E2" w:rsidRDefault="00000000">
      <w:pPr>
        <w:rPr>
          <w:lang w:val="sv-SE"/>
        </w:rPr>
      </w:pPr>
      <w:r w:rsidRPr="000767E2">
        <w:rPr>
          <w:lang w:val="sv-SE"/>
        </w:rPr>
        <w:t>[[@</w:t>
      </w:r>
      <w:r w:rsidR="0096445B" w:rsidRPr="000767E2">
        <w:rPr>
          <w:lang w:val="sv-SE"/>
        </w:rPr>
        <w:t>BibleBIBEL82</w:t>
      </w:r>
      <w:r w:rsidRPr="000767E2">
        <w:rPr>
          <w:lang w:val="sv-SE"/>
        </w:rPr>
        <w:t>:Luke 8:38]]</w:t>
      </w:r>
      <w:r w:rsidRPr="000767E2">
        <w:rPr>
          <w:vertAlign w:val="superscript"/>
          <w:lang w:val="sv-SE"/>
        </w:rPr>
        <w:t>38</w:t>
      </w:r>
      <w:r w:rsidRPr="000767E2">
        <w:rPr>
          <w:lang w:val="sv-SE"/>
        </w:rPr>
        <w:t xml:space="preserve"> {{field-on:bible}}Men </w:t>
      </w:r>
      <w:r w:rsidRPr="000767E2">
        <w:rPr>
          <w:i/>
          <w:lang w:val="sv-SE"/>
        </w:rPr>
        <w:t>då</w:t>
      </w:r>
      <w:r w:rsidRPr="000767E2">
        <w:rPr>
          <w:lang w:val="sv-SE"/>
        </w:rPr>
        <w:t xml:space="preserve"> bönföll honom mannen från vilken demonerna hade kommit ut om att </w:t>
      </w:r>
      <w:r w:rsidRPr="000767E2">
        <w:rPr>
          <w:i/>
          <w:lang w:val="sv-SE"/>
        </w:rPr>
        <w:t>få</w:t>
      </w:r>
      <w:r w:rsidRPr="000767E2">
        <w:rPr>
          <w:lang w:val="sv-SE"/>
        </w:rPr>
        <w:t xml:space="preserve"> vara med honom. Men han släppte iväg honom och sade:{{field-off:bible}} [[@</w:t>
      </w:r>
      <w:r w:rsidR="0096445B" w:rsidRPr="000767E2">
        <w:rPr>
          <w:lang w:val="sv-SE"/>
        </w:rPr>
        <w:t>BibleBIBEL82</w:t>
      </w:r>
      <w:r w:rsidRPr="000767E2">
        <w:rPr>
          <w:lang w:val="sv-SE"/>
        </w:rPr>
        <w:t>:Luke 8:39]]</w:t>
      </w:r>
      <w:r w:rsidRPr="000767E2">
        <w:rPr>
          <w:vertAlign w:val="superscript"/>
          <w:lang w:val="sv-SE"/>
        </w:rPr>
        <w:t>39</w:t>
      </w:r>
      <w:r w:rsidRPr="000767E2">
        <w:rPr>
          <w:lang w:val="sv-SE"/>
        </w:rPr>
        <w:t xml:space="preserve"> {{field-on:bible}}”Återvänd till ditt hus och skildra vad Gud har gjort för dig.” Och han gick iväg, och över hela staden förkunnade han vad Jesus hade gjort för honom.{{field-off:bible}}</w:t>
      </w:r>
    </w:p>
    <w:p w14:paraId="2F921439" w14:textId="77777777" w:rsidR="00BA33AB" w:rsidRPr="000767E2" w:rsidRDefault="00000000">
      <w:pPr>
        <w:pStyle w:val="Rubrik3"/>
        <w:rPr>
          <w:lang w:val="sv-SE"/>
        </w:rPr>
      </w:pPr>
      <w:r w:rsidRPr="000767E2">
        <w:rPr>
          <w:lang w:val="sv-SE"/>
        </w:rPr>
        <w:t>Jairos dotter och den blödande kvinnan</w:t>
      </w:r>
    </w:p>
    <w:p w14:paraId="121EAA0C" w14:textId="669E23A2" w:rsidR="00BA33AB" w:rsidRPr="000767E2" w:rsidRDefault="00000000">
      <w:pPr>
        <w:rPr>
          <w:lang w:val="sv-SE"/>
        </w:rPr>
      </w:pPr>
      <w:r w:rsidRPr="000767E2">
        <w:rPr>
          <w:lang w:val="sv-SE"/>
        </w:rPr>
        <w:t>[[@</w:t>
      </w:r>
      <w:r w:rsidR="0096445B" w:rsidRPr="000767E2">
        <w:rPr>
          <w:lang w:val="sv-SE"/>
        </w:rPr>
        <w:t>BibleBIBEL82</w:t>
      </w:r>
      <w:r w:rsidRPr="000767E2">
        <w:rPr>
          <w:lang w:val="sv-SE"/>
        </w:rPr>
        <w:t>:Luke 8:40]]</w:t>
      </w:r>
      <w:r w:rsidRPr="000767E2">
        <w:rPr>
          <w:vertAlign w:val="superscript"/>
          <w:lang w:val="sv-SE"/>
        </w:rPr>
        <w:t>40</w:t>
      </w:r>
      <w:r w:rsidRPr="000767E2">
        <w:rPr>
          <w:lang w:val="sv-SE"/>
        </w:rPr>
        <w:t xml:space="preserve"> {{field-on:bible}}Men vid det att Jesus återvände välkomnade honom skaran, för alla var i förväntan på honom.{{field-off:bible}} [[@</w:t>
      </w:r>
      <w:r w:rsidR="0096445B" w:rsidRPr="000767E2">
        <w:rPr>
          <w:lang w:val="sv-SE"/>
        </w:rPr>
        <w:t>BibleBIBEL82</w:t>
      </w:r>
      <w:r w:rsidRPr="000767E2">
        <w:rPr>
          <w:lang w:val="sv-SE"/>
        </w:rPr>
        <w:t>:Luke 8:41]]</w:t>
      </w:r>
      <w:r w:rsidRPr="000767E2">
        <w:rPr>
          <w:vertAlign w:val="superscript"/>
          <w:lang w:val="sv-SE"/>
        </w:rPr>
        <w:t>41</w:t>
      </w:r>
      <w:r w:rsidRPr="000767E2">
        <w:rPr>
          <w:lang w:val="sv-SE"/>
        </w:rPr>
        <w:t xml:space="preserve"> {{field-on:bible}}Och se: </w:t>
      </w:r>
      <w:r w:rsidRPr="000767E2">
        <w:rPr>
          <w:i/>
          <w:lang w:val="sv-SE"/>
        </w:rPr>
        <w:t>det</w:t>
      </w:r>
      <w:r w:rsidRPr="000767E2">
        <w:rPr>
          <w:lang w:val="sv-SE"/>
        </w:rPr>
        <w:t xml:space="preserve"> kom en man vars namn </w:t>
      </w:r>
      <w:r w:rsidRPr="000767E2">
        <w:rPr>
          <w:i/>
          <w:lang w:val="sv-SE"/>
        </w:rPr>
        <w:t>var</w:t>
      </w:r>
      <w:r w:rsidRPr="000767E2">
        <w:rPr>
          <w:lang w:val="sv-SE"/>
        </w:rPr>
        <w:t xml:space="preserve"> Jairos, och denne var ledare för synagogan. Och han föll </w:t>
      </w:r>
      <w:r w:rsidRPr="000767E2">
        <w:rPr>
          <w:i/>
          <w:lang w:val="sv-SE"/>
        </w:rPr>
        <w:t>ner</w:t>
      </w:r>
      <w:r w:rsidRPr="000767E2">
        <w:rPr>
          <w:lang w:val="sv-SE"/>
        </w:rPr>
        <w:t xml:space="preserve"> vid Jesu fötter och vädjade till honom att komma till hans hus.{{field-off:bible}} [[@</w:t>
      </w:r>
      <w:r w:rsidR="0096445B" w:rsidRPr="000767E2">
        <w:rPr>
          <w:lang w:val="sv-SE"/>
        </w:rPr>
        <w:t>BibleBIBEL82</w:t>
      </w:r>
      <w:r w:rsidRPr="000767E2">
        <w:rPr>
          <w:lang w:val="sv-SE"/>
        </w:rPr>
        <w:t>:Luke 8:42]]</w:t>
      </w:r>
      <w:r w:rsidRPr="000767E2">
        <w:rPr>
          <w:vertAlign w:val="superscript"/>
          <w:lang w:val="sv-SE"/>
        </w:rPr>
        <w:t>42</w:t>
      </w:r>
      <w:r w:rsidRPr="000767E2">
        <w:rPr>
          <w:lang w:val="sv-SE"/>
        </w:rPr>
        <w:t xml:space="preserve"> {{field-on:bible}}För han </w:t>
      </w:r>
      <w:r w:rsidRPr="000767E2">
        <w:rPr>
          <w:i/>
          <w:lang w:val="sv-SE"/>
        </w:rPr>
        <w:t>hade</w:t>
      </w:r>
      <w:r w:rsidRPr="000767E2">
        <w:rPr>
          <w:lang w:val="sv-SE"/>
        </w:rPr>
        <w:t xml:space="preserve"> en enfödd dotter, ungefär tolv år, och hon </w:t>
      </w:r>
      <w:r w:rsidRPr="000767E2">
        <w:rPr>
          <w:i/>
          <w:lang w:val="sv-SE"/>
        </w:rPr>
        <w:t>höll på att</w:t>
      </w:r>
      <w:r w:rsidRPr="000767E2">
        <w:rPr>
          <w:lang w:val="sv-SE"/>
        </w:rPr>
        <w:t xml:space="preserve"> dö.{{field-off:bible}}</w:t>
      </w:r>
    </w:p>
    <w:p w14:paraId="3D6E51F2" w14:textId="660DF09A" w:rsidR="00BA33AB" w:rsidRPr="000767E2" w:rsidRDefault="00000000">
      <w:pPr>
        <w:rPr>
          <w:lang w:val="sv-SE"/>
        </w:rPr>
      </w:pPr>
      <w:r w:rsidRPr="000767E2">
        <w:rPr>
          <w:lang w:val="sv-SE"/>
        </w:rPr>
        <w:t xml:space="preserve">{{field-on:bible}}Men under det att han begav sig, </w:t>
      </w:r>
      <w:r w:rsidRPr="000767E2">
        <w:rPr>
          <w:i/>
          <w:lang w:val="sv-SE"/>
        </w:rPr>
        <w:t>höll</w:t>
      </w:r>
      <w:r w:rsidRPr="000767E2">
        <w:rPr>
          <w:lang w:val="sv-SE"/>
        </w:rPr>
        <w:t xml:space="preserve"> skarorna </w:t>
      </w:r>
      <w:r w:rsidRPr="000767E2">
        <w:rPr>
          <w:i/>
          <w:lang w:val="sv-SE"/>
        </w:rPr>
        <w:t>på att</w:t>
      </w:r>
      <w:r w:rsidRPr="000767E2">
        <w:rPr>
          <w:lang w:val="sv-SE"/>
        </w:rPr>
        <w:t xml:space="preserve"> kväva ihop honom.{{field-off:bible}} [[@</w:t>
      </w:r>
      <w:r w:rsidR="0096445B" w:rsidRPr="000767E2">
        <w:rPr>
          <w:lang w:val="sv-SE"/>
        </w:rPr>
        <w:t>BibleBIBEL82</w:t>
      </w:r>
      <w:r w:rsidRPr="000767E2">
        <w:rPr>
          <w:lang w:val="sv-SE"/>
        </w:rPr>
        <w:t>:Luke 8:43]]</w:t>
      </w:r>
      <w:r w:rsidRPr="000767E2">
        <w:rPr>
          <w:vertAlign w:val="superscript"/>
          <w:lang w:val="sv-SE"/>
        </w:rPr>
        <w:t>43</w:t>
      </w:r>
      <w:r w:rsidRPr="000767E2">
        <w:rPr>
          <w:lang w:val="sv-SE"/>
        </w:rPr>
        <w:t xml:space="preserve"> {{field-on:bible}}Och en kvinna som hade varit i blodflöde sedan tolv år, som [hos läkare hade gjort slut på alla tillgångarna och] inte av någon mäktat bli botad,{{field-off:bible}} [[@</w:t>
      </w:r>
      <w:r w:rsidR="0096445B" w:rsidRPr="000767E2">
        <w:rPr>
          <w:lang w:val="sv-SE"/>
        </w:rPr>
        <w:t>BibleBIBEL82</w:t>
      </w:r>
      <w:r w:rsidRPr="000767E2">
        <w:rPr>
          <w:lang w:val="sv-SE"/>
        </w:rPr>
        <w:t>:Luke 8:44]]</w:t>
      </w:r>
      <w:r w:rsidRPr="000767E2">
        <w:rPr>
          <w:vertAlign w:val="superscript"/>
          <w:lang w:val="sv-SE"/>
        </w:rPr>
        <w:t>44</w:t>
      </w:r>
      <w:r w:rsidRPr="000767E2">
        <w:rPr>
          <w:lang w:val="sv-SE"/>
        </w:rPr>
        <w:t xml:space="preserve"> {{field-on:bible}}kom fram bakifrån och rörde vid hörntofsen på hans mantel. Och genast stannade hennes blodflöde.{{field-off:bible}}</w:t>
      </w:r>
    </w:p>
    <w:p w14:paraId="4C4A849C" w14:textId="5E9A6711"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8:45]]</w:t>
      </w:r>
      <w:r w:rsidRPr="000767E2">
        <w:rPr>
          <w:vertAlign w:val="superscript"/>
          <w:lang w:val="sv-SE"/>
        </w:rPr>
        <w:t>45</w:t>
      </w:r>
      <w:r w:rsidRPr="000767E2">
        <w:rPr>
          <w:lang w:val="sv-SE"/>
        </w:rPr>
        <w:t xml:space="preserve"> {{field-on:bible}}Och Jesus sade: ”Vem </w:t>
      </w:r>
      <w:r w:rsidRPr="000767E2">
        <w:rPr>
          <w:i/>
          <w:lang w:val="sv-SE"/>
        </w:rPr>
        <w:t>var det</w:t>
      </w:r>
      <w:r w:rsidRPr="000767E2">
        <w:rPr>
          <w:lang w:val="sv-SE"/>
        </w:rPr>
        <w:t xml:space="preserve"> som rörde mig?” När alla nekade sade Petrus: ”Mästare, skarorna ansätter dig och pressar sig på.”{{field-off:bible}} [[@</w:t>
      </w:r>
      <w:r w:rsidR="0096445B" w:rsidRPr="000767E2">
        <w:rPr>
          <w:lang w:val="sv-SE"/>
        </w:rPr>
        <w:t>BibleBIBEL82</w:t>
      </w:r>
      <w:r w:rsidRPr="000767E2">
        <w:rPr>
          <w:lang w:val="sv-SE"/>
        </w:rPr>
        <w:t>:Luke 8:46]]</w:t>
      </w:r>
      <w:r w:rsidRPr="000767E2">
        <w:rPr>
          <w:vertAlign w:val="superscript"/>
          <w:lang w:val="sv-SE"/>
        </w:rPr>
        <w:t>46</w:t>
      </w:r>
      <w:r w:rsidRPr="000767E2">
        <w:rPr>
          <w:lang w:val="sv-SE"/>
        </w:rPr>
        <w:t xml:space="preserve"> {{field-on:bible}}Men Jesus sade: ”Någon rörde mig. För jag kände kraft som gått ut från mig.”{{field-off:bible}} [[@</w:t>
      </w:r>
      <w:r w:rsidR="0096445B" w:rsidRPr="000767E2">
        <w:rPr>
          <w:lang w:val="sv-SE"/>
        </w:rPr>
        <w:t>BibleBIBEL82</w:t>
      </w:r>
      <w:r w:rsidRPr="000767E2">
        <w:rPr>
          <w:lang w:val="sv-SE"/>
        </w:rPr>
        <w:t>:Luke 8:47]]</w:t>
      </w:r>
      <w:r w:rsidRPr="000767E2">
        <w:rPr>
          <w:vertAlign w:val="superscript"/>
          <w:lang w:val="sv-SE"/>
        </w:rPr>
        <w:t>47</w:t>
      </w:r>
      <w:r w:rsidRPr="000767E2">
        <w:rPr>
          <w:lang w:val="sv-SE"/>
        </w:rPr>
        <w:t xml:space="preserve"> {{field-on:bible}}Och när kvinnan såg att hon inte undgått </w:t>
      </w:r>
      <w:r w:rsidRPr="000767E2">
        <w:rPr>
          <w:i/>
          <w:lang w:val="sv-SE"/>
        </w:rPr>
        <w:t>upptäckt</w:t>
      </w:r>
      <w:r w:rsidRPr="000767E2">
        <w:rPr>
          <w:lang w:val="sv-SE"/>
        </w:rPr>
        <w:t xml:space="preserve">, kom hon darrande </w:t>
      </w:r>
      <w:r w:rsidRPr="000767E2">
        <w:rPr>
          <w:i/>
          <w:lang w:val="sv-SE"/>
        </w:rPr>
        <w:t>fram</w:t>
      </w:r>
      <w:r w:rsidRPr="000767E2">
        <w:rPr>
          <w:lang w:val="sv-SE"/>
        </w:rPr>
        <w:t>. Och hon föll ner för honom, och av vilken orsak hon hade rört honom berättade hon inför allt folket, och hur hon blivit helad genast.{{field-off:bible}} [[@</w:t>
      </w:r>
      <w:r w:rsidR="0096445B" w:rsidRPr="000767E2">
        <w:rPr>
          <w:lang w:val="sv-SE"/>
        </w:rPr>
        <w:t>BibleBIBEL82</w:t>
      </w:r>
      <w:r w:rsidRPr="000767E2">
        <w:rPr>
          <w:lang w:val="sv-SE"/>
        </w:rPr>
        <w:t>:Luke 8:48]]</w:t>
      </w:r>
      <w:r w:rsidRPr="000767E2">
        <w:rPr>
          <w:vertAlign w:val="superscript"/>
          <w:lang w:val="sv-SE"/>
        </w:rPr>
        <w:t>48</w:t>
      </w:r>
      <w:r w:rsidRPr="000767E2">
        <w:rPr>
          <w:lang w:val="sv-SE"/>
        </w:rPr>
        <w:t xml:space="preserve"> {{field-on:bible}}Och han sade till henne: ”Dotter, din tro har frälst dig. Gå i frid.”{{field-off:bible}}</w:t>
      </w:r>
    </w:p>
    <w:p w14:paraId="61CE2A63" w14:textId="21BB4E3E" w:rsidR="00BA33AB" w:rsidRPr="000767E2" w:rsidRDefault="00000000">
      <w:pPr>
        <w:rPr>
          <w:lang w:val="sv-SE"/>
        </w:rPr>
      </w:pPr>
      <w:r w:rsidRPr="000767E2">
        <w:rPr>
          <w:lang w:val="sv-SE"/>
        </w:rPr>
        <w:t>[[@</w:t>
      </w:r>
      <w:r w:rsidR="0096445B" w:rsidRPr="000767E2">
        <w:rPr>
          <w:lang w:val="sv-SE"/>
        </w:rPr>
        <w:t>BibleBIBEL82</w:t>
      </w:r>
      <w:r w:rsidRPr="000767E2">
        <w:rPr>
          <w:lang w:val="sv-SE"/>
        </w:rPr>
        <w:t>:Luke 8:49]]</w:t>
      </w:r>
      <w:r w:rsidRPr="000767E2">
        <w:rPr>
          <w:vertAlign w:val="superscript"/>
          <w:lang w:val="sv-SE"/>
        </w:rPr>
        <w:t>49</w:t>
      </w:r>
      <w:r w:rsidRPr="000767E2">
        <w:rPr>
          <w:lang w:val="sv-SE"/>
        </w:rPr>
        <w:t xml:space="preserve"> {{field-on:bible}}Medan han ännu talar, kommer en från synagogföreståndaren och säger att: ”Din dotter har dött. Besvära inte Läraren mer.”{{field-off:bible}} [[@</w:t>
      </w:r>
      <w:r w:rsidR="0096445B" w:rsidRPr="000767E2">
        <w:rPr>
          <w:lang w:val="sv-SE"/>
        </w:rPr>
        <w:t>BibleBIBEL82</w:t>
      </w:r>
      <w:r w:rsidRPr="000767E2">
        <w:rPr>
          <w:lang w:val="sv-SE"/>
        </w:rPr>
        <w:t>:Luke 8:50]]</w:t>
      </w:r>
      <w:r w:rsidRPr="000767E2">
        <w:rPr>
          <w:vertAlign w:val="superscript"/>
          <w:lang w:val="sv-SE"/>
        </w:rPr>
        <w:t>50</w:t>
      </w:r>
      <w:r w:rsidRPr="000767E2">
        <w:rPr>
          <w:lang w:val="sv-SE"/>
        </w:rPr>
        <w:t xml:space="preserve"> {{field-on:bible}}Men Jesus hörde </w:t>
      </w:r>
      <w:r w:rsidRPr="000767E2">
        <w:rPr>
          <w:i/>
          <w:lang w:val="sv-SE"/>
        </w:rPr>
        <w:t>det</w:t>
      </w:r>
      <w:r w:rsidRPr="000767E2">
        <w:rPr>
          <w:lang w:val="sv-SE"/>
        </w:rPr>
        <w:t xml:space="preserve"> och svarade honom: ”Frukta inte! Bara tro, och hon ska bli frälst.”{{field-off:bible}} [[@</w:t>
      </w:r>
      <w:r w:rsidR="0096445B" w:rsidRPr="000767E2">
        <w:rPr>
          <w:lang w:val="sv-SE"/>
        </w:rPr>
        <w:t>BibleBIBEL82</w:t>
      </w:r>
      <w:r w:rsidRPr="000767E2">
        <w:rPr>
          <w:lang w:val="sv-SE"/>
        </w:rPr>
        <w:t>:Luke 8:51]]</w:t>
      </w:r>
      <w:r w:rsidRPr="000767E2">
        <w:rPr>
          <w:vertAlign w:val="superscript"/>
          <w:lang w:val="sv-SE"/>
        </w:rPr>
        <w:t>51</w:t>
      </w:r>
      <w:r w:rsidRPr="000767E2">
        <w:rPr>
          <w:lang w:val="sv-SE"/>
        </w:rPr>
        <w:t xml:space="preserve"> {{field-on:bible}}Och kommen till huset lät han ingen gå in med honom utom Petrus och Johannes och Jakob, och flickans far och mor.{{field-off:bible}} [[@</w:t>
      </w:r>
      <w:r w:rsidR="0096445B" w:rsidRPr="000767E2">
        <w:rPr>
          <w:lang w:val="sv-SE"/>
        </w:rPr>
        <w:t>BibleBIBEL82</w:t>
      </w:r>
      <w:r w:rsidRPr="000767E2">
        <w:rPr>
          <w:lang w:val="sv-SE"/>
        </w:rPr>
        <w:t>:Luke 8:52]]</w:t>
      </w:r>
      <w:r w:rsidRPr="000767E2">
        <w:rPr>
          <w:vertAlign w:val="superscript"/>
          <w:lang w:val="sv-SE"/>
        </w:rPr>
        <w:t>52</w:t>
      </w:r>
      <w:r w:rsidRPr="000767E2">
        <w:rPr>
          <w:lang w:val="sv-SE"/>
        </w:rPr>
        <w:t xml:space="preserve"> {{field-on:bible}}Och alla grät och slog sig själva över henne. Men han sade: ”Gråt inte. För hon har inte dött, utan sover.”{{field-off:bible}} [[@</w:t>
      </w:r>
      <w:r w:rsidR="0096445B" w:rsidRPr="000767E2">
        <w:rPr>
          <w:lang w:val="sv-SE"/>
        </w:rPr>
        <w:t>BibleBIBEL82</w:t>
      </w:r>
      <w:r w:rsidRPr="000767E2">
        <w:rPr>
          <w:lang w:val="sv-SE"/>
        </w:rPr>
        <w:t>:Luke 8:53]]</w:t>
      </w:r>
      <w:r w:rsidRPr="000767E2">
        <w:rPr>
          <w:vertAlign w:val="superscript"/>
          <w:lang w:val="sv-SE"/>
        </w:rPr>
        <w:t>53</w:t>
      </w:r>
      <w:r w:rsidRPr="000767E2">
        <w:rPr>
          <w:lang w:val="sv-SE"/>
        </w:rPr>
        <w:t xml:space="preserve"> {{field-on:bible}}Och de skrattade åt honom, då de visste att hon dött.{{field-off:bible}}</w:t>
      </w:r>
    </w:p>
    <w:p w14:paraId="3D3D1060" w14:textId="440E6F01" w:rsidR="00BA33AB" w:rsidRPr="000767E2" w:rsidRDefault="00000000">
      <w:pPr>
        <w:rPr>
          <w:lang w:val="sv-SE"/>
        </w:rPr>
      </w:pPr>
      <w:r w:rsidRPr="000767E2">
        <w:rPr>
          <w:lang w:val="sv-SE"/>
        </w:rPr>
        <w:t>[[@</w:t>
      </w:r>
      <w:r w:rsidR="0096445B" w:rsidRPr="000767E2">
        <w:rPr>
          <w:lang w:val="sv-SE"/>
        </w:rPr>
        <w:t>BibleBIBEL82</w:t>
      </w:r>
      <w:r w:rsidRPr="000767E2">
        <w:rPr>
          <w:lang w:val="sv-SE"/>
        </w:rPr>
        <w:t>:Luke 8:54]]</w:t>
      </w:r>
      <w:r w:rsidRPr="000767E2">
        <w:rPr>
          <w:vertAlign w:val="superscript"/>
          <w:lang w:val="sv-SE"/>
        </w:rPr>
        <w:t>54</w:t>
      </w:r>
      <w:r w:rsidRPr="000767E2">
        <w:rPr>
          <w:lang w:val="sv-SE"/>
        </w:rPr>
        <w:t xml:space="preserve"> {{field-on:bible}}Men han grep hennes hand och ropade och sade: ”Flicka, res dig!”{{field-off:bible}} [[@</w:t>
      </w:r>
      <w:r w:rsidR="0096445B" w:rsidRPr="000767E2">
        <w:rPr>
          <w:lang w:val="sv-SE"/>
        </w:rPr>
        <w:t>BibleBIBEL82</w:t>
      </w:r>
      <w:r w:rsidRPr="000767E2">
        <w:rPr>
          <w:lang w:val="sv-SE"/>
        </w:rPr>
        <w:t>:Luke 8:55]]</w:t>
      </w:r>
      <w:r w:rsidRPr="000767E2">
        <w:rPr>
          <w:vertAlign w:val="superscript"/>
          <w:lang w:val="sv-SE"/>
        </w:rPr>
        <w:t>55</w:t>
      </w:r>
      <w:r w:rsidRPr="000767E2">
        <w:rPr>
          <w:lang w:val="sv-SE"/>
        </w:rPr>
        <w:t xml:space="preserve"> {{field-on:bible}}Och hennes ande vände om, och hon stod genast upp. Och han förordnade för henne att ges </w:t>
      </w:r>
      <w:r w:rsidRPr="000767E2">
        <w:rPr>
          <w:i/>
          <w:lang w:val="sv-SE"/>
        </w:rPr>
        <w:t>något</w:t>
      </w:r>
      <w:r w:rsidRPr="000767E2">
        <w:rPr>
          <w:lang w:val="sv-SE"/>
        </w:rPr>
        <w:t xml:space="preserve"> att äta.{{field-off:bible}} [[@</w:t>
      </w:r>
      <w:r w:rsidR="0096445B" w:rsidRPr="000767E2">
        <w:rPr>
          <w:lang w:val="sv-SE"/>
        </w:rPr>
        <w:t>BibleBIBEL82</w:t>
      </w:r>
      <w:r w:rsidRPr="000767E2">
        <w:rPr>
          <w:lang w:val="sv-SE"/>
        </w:rPr>
        <w:t>:Luke 8:56]]</w:t>
      </w:r>
      <w:r w:rsidRPr="000767E2">
        <w:rPr>
          <w:vertAlign w:val="superscript"/>
          <w:lang w:val="sv-SE"/>
        </w:rPr>
        <w:t>56</w:t>
      </w:r>
      <w:r w:rsidRPr="000767E2">
        <w:rPr>
          <w:lang w:val="sv-SE"/>
        </w:rPr>
        <w:t xml:space="preserve"> {{field-on:bible}}Och hennes föräldrar var utom sig. Men han instruerade dem att inte till någon säga det som hade hänt.{{field-off:bible}}</w:t>
      </w:r>
    </w:p>
    <w:p w14:paraId="6AAA08BE" w14:textId="432FF96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9]]Kapitel 9</w:t>
      </w:r>
    </w:p>
    <w:p w14:paraId="181E4102" w14:textId="77777777" w:rsidR="00BA33AB" w:rsidRPr="000767E2" w:rsidRDefault="00000000">
      <w:pPr>
        <w:pStyle w:val="Rubrik3"/>
        <w:rPr>
          <w:lang w:val="sv-SE"/>
        </w:rPr>
      </w:pPr>
      <w:r w:rsidRPr="000767E2">
        <w:rPr>
          <w:lang w:val="sv-SE"/>
        </w:rPr>
        <w:t>Jesus sänder ut de tolv</w:t>
      </w:r>
    </w:p>
    <w:p w14:paraId="5BB0B75A" w14:textId="2BBE138B" w:rsidR="00BA33AB" w:rsidRPr="000767E2" w:rsidRDefault="00000000">
      <w:pPr>
        <w:rPr>
          <w:lang w:val="sv-SE"/>
        </w:rPr>
      </w:pPr>
      <w:r w:rsidRPr="000767E2">
        <w:rPr>
          <w:lang w:val="sv-SE"/>
        </w:rPr>
        <w:t>[[@</w:t>
      </w:r>
      <w:r w:rsidR="0096445B" w:rsidRPr="000767E2">
        <w:rPr>
          <w:lang w:val="sv-SE"/>
        </w:rPr>
        <w:t>BibleBIBEL82</w:t>
      </w:r>
      <w:r w:rsidRPr="000767E2">
        <w:rPr>
          <w:lang w:val="sv-SE"/>
        </w:rPr>
        <w:t>:Luke 9:1]]</w:t>
      </w:r>
      <w:r w:rsidRPr="000767E2">
        <w:rPr>
          <w:vertAlign w:val="superscript"/>
          <w:lang w:val="sv-SE"/>
        </w:rPr>
        <w:t>1</w:t>
      </w:r>
      <w:r w:rsidRPr="000767E2">
        <w:rPr>
          <w:lang w:val="sv-SE"/>
        </w:rPr>
        <w:t xml:space="preserve"> {{field-on:bible}}Och han sammankallade de tolv och gav dem makt och auktoritet över alla demonerna och att bota åkommor.{{field-off:bible}} [[@</w:t>
      </w:r>
      <w:r w:rsidR="0096445B" w:rsidRPr="000767E2">
        <w:rPr>
          <w:lang w:val="sv-SE"/>
        </w:rPr>
        <w:t>BibleBIBEL82</w:t>
      </w:r>
      <w:r w:rsidRPr="000767E2">
        <w:rPr>
          <w:lang w:val="sv-SE"/>
        </w:rPr>
        <w:t>:Luke 9:2]]</w:t>
      </w:r>
      <w:r w:rsidRPr="000767E2">
        <w:rPr>
          <w:vertAlign w:val="superscript"/>
          <w:lang w:val="sv-SE"/>
        </w:rPr>
        <w:t>2</w:t>
      </w:r>
      <w:r w:rsidRPr="000767E2">
        <w:rPr>
          <w:lang w:val="sv-SE"/>
        </w:rPr>
        <w:t xml:space="preserve"> {{field-on:bible}}Och han sände ut dem att förkunna Guds rike och hela [de sjuka],{{field-off:bible}} [[@</w:t>
      </w:r>
      <w:r w:rsidR="0096445B" w:rsidRPr="000767E2">
        <w:rPr>
          <w:lang w:val="sv-SE"/>
        </w:rPr>
        <w:t>BibleBIBEL82</w:t>
      </w:r>
      <w:r w:rsidRPr="000767E2">
        <w:rPr>
          <w:lang w:val="sv-SE"/>
        </w:rPr>
        <w:t>:Luke 9:3]]</w:t>
      </w:r>
      <w:r w:rsidRPr="000767E2">
        <w:rPr>
          <w:vertAlign w:val="superscript"/>
          <w:lang w:val="sv-SE"/>
        </w:rPr>
        <w:t>3</w:t>
      </w:r>
      <w:r w:rsidRPr="000767E2">
        <w:rPr>
          <w:lang w:val="sv-SE"/>
        </w:rPr>
        <w:t xml:space="preserve"> {{field-on:bible}}och sade till dem: ”Ta inget för vägen, varken stav eller väska eller bröd eller silver eller två tunikor [var] att ha.{{field-off:bible}} [[@</w:t>
      </w:r>
      <w:r w:rsidR="0096445B" w:rsidRPr="000767E2">
        <w:rPr>
          <w:lang w:val="sv-SE"/>
        </w:rPr>
        <w:t>BibleBIBEL82</w:t>
      </w:r>
      <w:r w:rsidRPr="000767E2">
        <w:rPr>
          <w:lang w:val="sv-SE"/>
        </w:rPr>
        <w:t>:Luke 9:4]]</w:t>
      </w:r>
      <w:r w:rsidRPr="000767E2">
        <w:rPr>
          <w:vertAlign w:val="superscript"/>
          <w:lang w:val="sv-SE"/>
        </w:rPr>
        <w:t>4</w:t>
      </w:r>
      <w:r w:rsidRPr="000767E2">
        <w:rPr>
          <w:lang w:val="sv-SE"/>
        </w:rPr>
        <w:t xml:space="preserve"> {{field-on:bible}}Och i det hus </w:t>
      </w:r>
      <w:r w:rsidRPr="000767E2">
        <w:rPr>
          <w:i/>
          <w:lang w:val="sv-SE"/>
        </w:rPr>
        <w:t>där</w:t>
      </w:r>
      <w:r w:rsidRPr="000767E2">
        <w:rPr>
          <w:lang w:val="sv-SE"/>
        </w:rPr>
        <w:t xml:space="preserve"> ni går in, där ska ni bli kvar och därifrån gå ut.{{field-off:bible}} [[@</w:t>
      </w:r>
      <w:r w:rsidR="0096445B" w:rsidRPr="000767E2">
        <w:rPr>
          <w:lang w:val="sv-SE"/>
        </w:rPr>
        <w:t>BibleBIBEL82</w:t>
      </w:r>
      <w:r w:rsidRPr="000767E2">
        <w:rPr>
          <w:lang w:val="sv-SE"/>
        </w:rPr>
        <w:t>:Luke 9:5]]</w:t>
      </w:r>
      <w:r w:rsidRPr="000767E2">
        <w:rPr>
          <w:vertAlign w:val="superscript"/>
          <w:lang w:val="sv-SE"/>
        </w:rPr>
        <w:t>5</w:t>
      </w:r>
      <w:r w:rsidRPr="000767E2">
        <w:rPr>
          <w:lang w:val="sv-SE"/>
        </w:rPr>
        <w:t xml:space="preserve"> {{field-on:bible}}Och de som inte välkomnar er: gå ut från den staden, och dammet från era fötter ska ni skaka av till ett vittnesbörd mot dem.”{{field-off:bible}}</w:t>
      </w:r>
    </w:p>
    <w:p w14:paraId="2576D86E" w14:textId="105F74FE" w:rsidR="00BA33AB" w:rsidRPr="000767E2" w:rsidRDefault="00000000">
      <w:pPr>
        <w:rPr>
          <w:lang w:val="sv-SE"/>
        </w:rPr>
      </w:pPr>
      <w:r w:rsidRPr="000767E2">
        <w:rPr>
          <w:lang w:val="sv-SE"/>
        </w:rPr>
        <w:t>[[@</w:t>
      </w:r>
      <w:r w:rsidR="0096445B" w:rsidRPr="000767E2">
        <w:rPr>
          <w:lang w:val="sv-SE"/>
        </w:rPr>
        <w:t>BibleBIBEL82</w:t>
      </w:r>
      <w:r w:rsidRPr="000767E2">
        <w:rPr>
          <w:lang w:val="sv-SE"/>
        </w:rPr>
        <w:t>:Luke 9:6]]</w:t>
      </w:r>
      <w:r w:rsidRPr="000767E2">
        <w:rPr>
          <w:vertAlign w:val="superscript"/>
          <w:lang w:val="sv-SE"/>
        </w:rPr>
        <w:t>6</w:t>
      </w:r>
      <w:r w:rsidRPr="000767E2">
        <w:rPr>
          <w:lang w:val="sv-SE"/>
        </w:rPr>
        <w:t xml:space="preserve"> {{field-on:bible}}Och de gick ut och </w:t>
      </w:r>
      <w:r w:rsidRPr="000767E2">
        <w:rPr>
          <w:i/>
          <w:lang w:val="sv-SE"/>
        </w:rPr>
        <w:t>började</w:t>
      </w:r>
      <w:r w:rsidRPr="000767E2">
        <w:rPr>
          <w:lang w:val="sv-SE"/>
        </w:rPr>
        <w:t xml:space="preserve"> gå genom byarna och evangelisera och bota överallt.{{field-off:bible}} [[@</w:t>
      </w:r>
      <w:r w:rsidR="0096445B" w:rsidRPr="000767E2">
        <w:rPr>
          <w:lang w:val="sv-SE"/>
        </w:rPr>
        <w:t>BibleBIBEL82</w:t>
      </w:r>
      <w:r w:rsidRPr="000767E2">
        <w:rPr>
          <w:lang w:val="sv-SE"/>
        </w:rPr>
        <w:t>:Luke 9:7]]</w:t>
      </w:r>
      <w:r w:rsidRPr="000767E2">
        <w:rPr>
          <w:vertAlign w:val="superscript"/>
          <w:lang w:val="sv-SE"/>
        </w:rPr>
        <w:t>7</w:t>
      </w:r>
      <w:r w:rsidRPr="000767E2">
        <w:rPr>
          <w:lang w:val="sv-SE"/>
        </w:rPr>
        <w:t xml:space="preserve"> {{field-on:bible}}Men Herodes tetrarken hörde </w:t>
      </w:r>
      <w:r w:rsidRPr="000767E2">
        <w:rPr>
          <w:i/>
          <w:lang w:val="sv-SE"/>
        </w:rPr>
        <w:t>om</w:t>
      </w:r>
      <w:r w:rsidRPr="000767E2">
        <w:rPr>
          <w:lang w:val="sv-SE"/>
        </w:rPr>
        <w:t xml:space="preserve"> allt som hände. Och han var djupt villrådig, eftersom det sades av några att Johannes blivit uppväckt från </w:t>
      </w:r>
      <w:r w:rsidRPr="000767E2">
        <w:rPr>
          <w:i/>
          <w:lang w:val="sv-SE"/>
        </w:rPr>
        <w:t>de</w:t>
      </w:r>
      <w:r w:rsidRPr="000767E2">
        <w:rPr>
          <w:lang w:val="sv-SE"/>
        </w:rPr>
        <w:t xml:space="preserve"> döda,{{field-off:bible}} </w:t>
      </w:r>
      <w:r w:rsidRPr="000767E2">
        <w:rPr>
          <w:lang w:val="sv-SE"/>
        </w:rPr>
        <w:lastRenderedPageBreak/>
        <w:t>[[@</w:t>
      </w:r>
      <w:r w:rsidR="0096445B" w:rsidRPr="000767E2">
        <w:rPr>
          <w:lang w:val="sv-SE"/>
        </w:rPr>
        <w:t>BibleBIBEL82</w:t>
      </w:r>
      <w:r w:rsidRPr="000767E2">
        <w:rPr>
          <w:lang w:val="sv-SE"/>
        </w:rPr>
        <w:t>:Luke 9:8]]</w:t>
      </w:r>
      <w:r w:rsidRPr="000767E2">
        <w:rPr>
          <w:vertAlign w:val="superscript"/>
          <w:lang w:val="sv-SE"/>
        </w:rPr>
        <w:t>8</w:t>
      </w:r>
      <w:r w:rsidRPr="000767E2">
        <w:rPr>
          <w:lang w:val="sv-SE"/>
        </w:rPr>
        <w:t xml:space="preserve"> {{field-on:bible}}men av några att Elia hade visat sig, och </w:t>
      </w:r>
      <w:r w:rsidRPr="000767E2">
        <w:rPr>
          <w:i/>
          <w:lang w:val="sv-SE"/>
        </w:rPr>
        <w:t>av</w:t>
      </w:r>
      <w:r w:rsidRPr="000767E2">
        <w:rPr>
          <w:lang w:val="sv-SE"/>
        </w:rPr>
        <w:t xml:space="preserve"> andra att en profet, en av de urtida, hade uppstått.{{field-off:bible}} [[@</w:t>
      </w:r>
      <w:r w:rsidR="0096445B" w:rsidRPr="000767E2">
        <w:rPr>
          <w:lang w:val="sv-SE"/>
        </w:rPr>
        <w:t>BibleBIBEL82</w:t>
      </w:r>
      <w:r w:rsidRPr="000767E2">
        <w:rPr>
          <w:lang w:val="sv-SE"/>
        </w:rPr>
        <w:t>:Luke 9:9]]</w:t>
      </w:r>
      <w:r w:rsidRPr="000767E2">
        <w:rPr>
          <w:vertAlign w:val="superscript"/>
          <w:lang w:val="sv-SE"/>
        </w:rPr>
        <w:t>9</w:t>
      </w:r>
      <w:r w:rsidRPr="000767E2">
        <w:rPr>
          <w:lang w:val="sv-SE"/>
        </w:rPr>
        <w:t xml:space="preserve"> {{field-on:bible}}Och Herodes sade: ”Johannes halshögg jag. Men vem är denne om vilken jag hör sådant?” Och han sökte </w:t>
      </w:r>
      <w:r w:rsidRPr="000767E2">
        <w:rPr>
          <w:i/>
          <w:lang w:val="sv-SE"/>
        </w:rPr>
        <w:t>få</w:t>
      </w:r>
      <w:r w:rsidRPr="000767E2">
        <w:rPr>
          <w:lang w:val="sv-SE"/>
        </w:rPr>
        <w:t xml:space="preserve"> se honom.{{field-off:bible}}</w:t>
      </w:r>
    </w:p>
    <w:p w14:paraId="5B59BA8B" w14:textId="77777777" w:rsidR="00BA33AB" w:rsidRPr="000767E2" w:rsidRDefault="00000000">
      <w:pPr>
        <w:pStyle w:val="Rubrik3"/>
        <w:rPr>
          <w:lang w:val="sv-SE"/>
        </w:rPr>
      </w:pPr>
      <w:r w:rsidRPr="000767E2">
        <w:rPr>
          <w:lang w:val="sv-SE"/>
        </w:rPr>
        <w:t>Jesus mättar femtusen</w:t>
      </w:r>
    </w:p>
    <w:p w14:paraId="1C564462" w14:textId="3FC0EC74" w:rsidR="00BA33AB" w:rsidRPr="000767E2" w:rsidRDefault="00000000">
      <w:pPr>
        <w:rPr>
          <w:lang w:val="sv-SE"/>
        </w:rPr>
      </w:pPr>
      <w:r w:rsidRPr="000767E2">
        <w:rPr>
          <w:lang w:val="sv-SE"/>
        </w:rPr>
        <w:t>[[@</w:t>
      </w:r>
      <w:r w:rsidR="0096445B" w:rsidRPr="000767E2">
        <w:rPr>
          <w:lang w:val="sv-SE"/>
        </w:rPr>
        <w:t>BibleBIBEL82</w:t>
      </w:r>
      <w:r w:rsidRPr="000767E2">
        <w:rPr>
          <w:lang w:val="sv-SE"/>
        </w:rPr>
        <w:t>:Luke 9:10]]</w:t>
      </w:r>
      <w:r w:rsidRPr="000767E2">
        <w:rPr>
          <w:vertAlign w:val="superscript"/>
          <w:lang w:val="sv-SE"/>
        </w:rPr>
        <w:t>10</w:t>
      </w:r>
      <w:r w:rsidRPr="000767E2">
        <w:rPr>
          <w:lang w:val="sv-SE"/>
        </w:rPr>
        <w:t xml:space="preserve"> {{field-on:bible}}Och apostlarna återvände och skildrade för honom vad de hade gjort. Och han tog med dem och drog sig undan enskilt till en stad som kallas Bethsaida.{{field-off:bible}} [[@</w:t>
      </w:r>
      <w:r w:rsidR="0096445B" w:rsidRPr="000767E2">
        <w:rPr>
          <w:lang w:val="sv-SE"/>
        </w:rPr>
        <w:t>BibleBIBEL82</w:t>
      </w:r>
      <w:r w:rsidRPr="000767E2">
        <w:rPr>
          <w:lang w:val="sv-SE"/>
        </w:rPr>
        <w:t>:Luke 9:11]]</w:t>
      </w:r>
      <w:r w:rsidRPr="000767E2">
        <w:rPr>
          <w:vertAlign w:val="superscript"/>
          <w:lang w:val="sv-SE"/>
        </w:rPr>
        <w:t>11</w:t>
      </w:r>
      <w:r w:rsidRPr="000767E2">
        <w:rPr>
          <w:lang w:val="sv-SE"/>
        </w:rPr>
        <w:t xml:space="preserve"> {{field-on:bible}}Men skarorna </w:t>
      </w:r>
      <w:r w:rsidRPr="000767E2">
        <w:rPr>
          <w:i/>
          <w:lang w:val="sv-SE"/>
        </w:rPr>
        <w:t>fick</w:t>
      </w:r>
      <w:r w:rsidRPr="000767E2">
        <w:rPr>
          <w:lang w:val="sv-SE"/>
        </w:rPr>
        <w:t xml:space="preserve"> veta och följde honom. Och han välkomnade dem och talade till dem om Guds rike, och dem som hade behov av läkedom helade han.{{field-off:bible}}</w:t>
      </w:r>
    </w:p>
    <w:p w14:paraId="348A2DEE" w14:textId="26F5628C" w:rsidR="00BA33AB" w:rsidRPr="000767E2" w:rsidRDefault="00000000">
      <w:pPr>
        <w:rPr>
          <w:lang w:val="sv-SE"/>
        </w:rPr>
      </w:pPr>
      <w:r w:rsidRPr="000767E2">
        <w:rPr>
          <w:lang w:val="sv-SE"/>
        </w:rPr>
        <w:t>[[@</w:t>
      </w:r>
      <w:r w:rsidR="0096445B" w:rsidRPr="000767E2">
        <w:rPr>
          <w:lang w:val="sv-SE"/>
        </w:rPr>
        <w:t>BibleBIBEL82</w:t>
      </w:r>
      <w:r w:rsidRPr="000767E2">
        <w:rPr>
          <w:lang w:val="sv-SE"/>
        </w:rPr>
        <w:t>:Luke 9:12]]</w:t>
      </w:r>
      <w:r w:rsidRPr="000767E2">
        <w:rPr>
          <w:vertAlign w:val="superscript"/>
          <w:lang w:val="sv-SE"/>
        </w:rPr>
        <w:t>12</w:t>
      </w:r>
      <w:r w:rsidRPr="000767E2">
        <w:rPr>
          <w:lang w:val="sv-SE"/>
        </w:rPr>
        <w:t xml:space="preserve"> {{field-on:bible}}Men dagen började vika, och de tolv kom fram och sade till honom: ”Släpp iväg skaran, så att de går till byarna och gårdarna runt omkring och gästar och finner proviant. För här är vi på en öde plats.”{{field-off:bible}} [[@</w:t>
      </w:r>
      <w:r w:rsidR="0096445B" w:rsidRPr="000767E2">
        <w:rPr>
          <w:lang w:val="sv-SE"/>
        </w:rPr>
        <w:t>BibleBIBEL82</w:t>
      </w:r>
      <w:r w:rsidRPr="000767E2">
        <w:rPr>
          <w:lang w:val="sv-SE"/>
        </w:rPr>
        <w:t>:Luke 9:13]]</w:t>
      </w:r>
      <w:r w:rsidRPr="000767E2">
        <w:rPr>
          <w:vertAlign w:val="superscript"/>
          <w:lang w:val="sv-SE"/>
        </w:rPr>
        <w:t>13</w:t>
      </w:r>
      <w:r w:rsidRPr="000767E2">
        <w:rPr>
          <w:lang w:val="sv-SE"/>
        </w:rPr>
        <w:t xml:space="preserve"> {{field-on:bible}}Men han sade till dem: ”Ge dem ni att äta.” Men de sade: ”Vi </w:t>
      </w:r>
      <w:r w:rsidRPr="000767E2">
        <w:rPr>
          <w:i/>
          <w:lang w:val="sv-SE"/>
        </w:rPr>
        <w:t>har</w:t>
      </w:r>
      <w:r w:rsidRPr="000767E2">
        <w:rPr>
          <w:lang w:val="sv-SE"/>
        </w:rPr>
        <w:t xml:space="preserve"> inte mer än fem bröd och två fiskar. Om väl inte vi ska gå och köpa matämnen för allt detta folk?”{{field-off:bible}} [[@</w:t>
      </w:r>
      <w:r w:rsidR="0096445B" w:rsidRPr="000767E2">
        <w:rPr>
          <w:lang w:val="sv-SE"/>
        </w:rPr>
        <w:t>BibleBIBEL82</w:t>
      </w:r>
      <w:r w:rsidRPr="000767E2">
        <w:rPr>
          <w:lang w:val="sv-SE"/>
        </w:rPr>
        <w:t>:Luke 9:14]]</w:t>
      </w:r>
      <w:r w:rsidRPr="000767E2">
        <w:rPr>
          <w:vertAlign w:val="superscript"/>
          <w:lang w:val="sv-SE"/>
        </w:rPr>
        <w:t>14</w:t>
      </w:r>
      <w:r w:rsidRPr="000767E2">
        <w:rPr>
          <w:lang w:val="sv-SE"/>
        </w:rPr>
        <w:t xml:space="preserve"> {{field-on:bible}}För det var ungefär femtusen män.{{field-off:bible}}</w:t>
      </w:r>
    </w:p>
    <w:p w14:paraId="3410E47E" w14:textId="41ECDA07" w:rsidR="00BA33AB" w:rsidRPr="000767E2" w:rsidRDefault="00000000">
      <w:pPr>
        <w:rPr>
          <w:lang w:val="sv-SE"/>
        </w:rPr>
      </w:pPr>
      <w:r w:rsidRPr="000767E2">
        <w:rPr>
          <w:lang w:val="sv-SE"/>
        </w:rPr>
        <w:t xml:space="preserve">{{field-on:bible}}Men han sade till sina lärjungar: ”Få dem att luta sig </w:t>
      </w:r>
      <w:r w:rsidRPr="000767E2">
        <w:rPr>
          <w:i/>
          <w:lang w:val="sv-SE"/>
        </w:rPr>
        <w:t>till bords</w:t>
      </w:r>
      <w:r w:rsidRPr="000767E2">
        <w:rPr>
          <w:lang w:val="sv-SE"/>
        </w:rPr>
        <w:t xml:space="preserve"> i matlag. [Ungefär] femtio var.”{{field-off:bible}} [[@</w:t>
      </w:r>
      <w:r w:rsidR="0096445B" w:rsidRPr="000767E2">
        <w:rPr>
          <w:lang w:val="sv-SE"/>
        </w:rPr>
        <w:t>BibleBIBEL82</w:t>
      </w:r>
      <w:r w:rsidRPr="000767E2">
        <w:rPr>
          <w:lang w:val="sv-SE"/>
        </w:rPr>
        <w:t>:Luke 9:15]]</w:t>
      </w:r>
      <w:r w:rsidRPr="000767E2">
        <w:rPr>
          <w:vertAlign w:val="superscript"/>
          <w:lang w:val="sv-SE"/>
        </w:rPr>
        <w:t>15</w:t>
      </w:r>
      <w:r w:rsidRPr="000767E2">
        <w:rPr>
          <w:lang w:val="sv-SE"/>
        </w:rPr>
        <w:t xml:space="preserve"> {{field-on:bible}}Och de gjorde så, och fick allesammans att luta sig </w:t>
      </w:r>
      <w:r w:rsidRPr="000767E2">
        <w:rPr>
          <w:i/>
          <w:lang w:val="sv-SE"/>
        </w:rPr>
        <w:t>till bords</w:t>
      </w:r>
      <w:r w:rsidRPr="000767E2">
        <w:rPr>
          <w:lang w:val="sv-SE"/>
        </w:rPr>
        <w:t>.{{field-off:bible}} [[@</w:t>
      </w:r>
      <w:r w:rsidR="0096445B" w:rsidRPr="000767E2">
        <w:rPr>
          <w:lang w:val="sv-SE"/>
        </w:rPr>
        <w:t>BibleBIBEL82</w:t>
      </w:r>
      <w:r w:rsidRPr="000767E2">
        <w:rPr>
          <w:lang w:val="sv-SE"/>
        </w:rPr>
        <w:t>:Luke 9:16]]</w:t>
      </w:r>
      <w:r w:rsidRPr="000767E2">
        <w:rPr>
          <w:vertAlign w:val="superscript"/>
          <w:lang w:val="sv-SE"/>
        </w:rPr>
        <w:t>16</w:t>
      </w:r>
      <w:r w:rsidRPr="000767E2">
        <w:rPr>
          <w:lang w:val="sv-SE"/>
        </w:rPr>
        <w:t xml:space="preserve"> {{field-on:bible}}Och han tog de fem bröden och de två fiskarna, såg upp mot himlen och välsignade dem. Och han bröt och </w:t>
      </w:r>
      <w:r w:rsidRPr="000767E2">
        <w:rPr>
          <w:i/>
          <w:lang w:val="sv-SE"/>
        </w:rPr>
        <w:t>började</w:t>
      </w:r>
      <w:r w:rsidRPr="000767E2">
        <w:rPr>
          <w:lang w:val="sv-SE"/>
        </w:rPr>
        <w:t xml:space="preserve"> ge åt lärjungarna </w:t>
      </w:r>
      <w:r w:rsidRPr="000767E2">
        <w:rPr>
          <w:i/>
          <w:lang w:val="sv-SE"/>
        </w:rPr>
        <w:t>för</w:t>
      </w:r>
      <w:r w:rsidRPr="000767E2">
        <w:rPr>
          <w:lang w:val="sv-SE"/>
        </w:rPr>
        <w:t xml:space="preserve"> att sätta fram åt skaran.{{field-off:bible}} [[@</w:t>
      </w:r>
      <w:r w:rsidR="0096445B" w:rsidRPr="000767E2">
        <w:rPr>
          <w:lang w:val="sv-SE"/>
        </w:rPr>
        <w:t>BibleBIBEL82</w:t>
      </w:r>
      <w:r w:rsidRPr="000767E2">
        <w:rPr>
          <w:lang w:val="sv-SE"/>
        </w:rPr>
        <w:t>:Luke 9:17]]</w:t>
      </w:r>
      <w:r w:rsidRPr="000767E2">
        <w:rPr>
          <w:vertAlign w:val="superscript"/>
          <w:lang w:val="sv-SE"/>
        </w:rPr>
        <w:t>17</w:t>
      </w:r>
      <w:r w:rsidRPr="000767E2">
        <w:rPr>
          <w:lang w:val="sv-SE"/>
        </w:rPr>
        <w:t xml:space="preserve"> {{field-on:bible}}Och alla åt och blev mätta, och det som blev över för dem av bitar togs upp, tolv korgar.{{field-off:bible}}</w:t>
      </w:r>
    </w:p>
    <w:p w14:paraId="071A983C" w14:textId="77777777" w:rsidR="00BA33AB" w:rsidRPr="000767E2" w:rsidRDefault="00000000">
      <w:pPr>
        <w:pStyle w:val="Rubrik3"/>
        <w:rPr>
          <w:lang w:val="sv-SE"/>
        </w:rPr>
      </w:pPr>
      <w:r w:rsidRPr="000767E2">
        <w:rPr>
          <w:lang w:val="sv-SE"/>
        </w:rPr>
        <w:t>Petrus bekännelse</w:t>
      </w:r>
    </w:p>
    <w:p w14:paraId="224EDCD6" w14:textId="41E150D5" w:rsidR="00BA33AB" w:rsidRPr="000767E2" w:rsidRDefault="00000000">
      <w:pPr>
        <w:rPr>
          <w:lang w:val="sv-SE"/>
        </w:rPr>
      </w:pPr>
      <w:r w:rsidRPr="000767E2">
        <w:rPr>
          <w:lang w:val="sv-SE"/>
        </w:rPr>
        <w:t>[[@</w:t>
      </w:r>
      <w:r w:rsidR="0096445B" w:rsidRPr="000767E2">
        <w:rPr>
          <w:lang w:val="sv-SE"/>
        </w:rPr>
        <w:t>BibleBIBEL82</w:t>
      </w:r>
      <w:r w:rsidRPr="000767E2">
        <w:rPr>
          <w:lang w:val="sv-SE"/>
        </w:rPr>
        <w:t>:Luke 9:18]]</w:t>
      </w:r>
      <w:r w:rsidRPr="000767E2">
        <w:rPr>
          <w:vertAlign w:val="superscript"/>
          <w:lang w:val="sv-SE"/>
        </w:rPr>
        <w:t>18</w:t>
      </w:r>
      <w:r w:rsidRPr="000767E2">
        <w:rPr>
          <w:lang w:val="sv-SE"/>
        </w:rPr>
        <w:t xml:space="preserve"> {{field-on:bible}}Och det hände sig, under det att han var och bad ensam, </w:t>
      </w:r>
      <w:r w:rsidRPr="000767E2">
        <w:rPr>
          <w:i/>
          <w:lang w:val="sv-SE"/>
        </w:rPr>
        <w:t>att</w:t>
      </w:r>
      <w:r w:rsidRPr="000767E2">
        <w:rPr>
          <w:lang w:val="sv-SE"/>
        </w:rPr>
        <w:t xml:space="preserve"> lärjungarna var med honom. Och han frågade dem och sade: ”Vem säger skarorna att jag är?”{{field-off:bible}} [[@</w:t>
      </w:r>
      <w:r w:rsidR="0096445B" w:rsidRPr="000767E2">
        <w:rPr>
          <w:lang w:val="sv-SE"/>
        </w:rPr>
        <w:t>BibleBIBEL82</w:t>
      </w:r>
      <w:r w:rsidRPr="000767E2">
        <w:rPr>
          <w:lang w:val="sv-SE"/>
        </w:rPr>
        <w:t>:Luke 9:19]]</w:t>
      </w:r>
      <w:r w:rsidRPr="000767E2">
        <w:rPr>
          <w:vertAlign w:val="superscript"/>
          <w:lang w:val="sv-SE"/>
        </w:rPr>
        <w:t>19</w:t>
      </w:r>
      <w:r w:rsidRPr="000767E2">
        <w:rPr>
          <w:lang w:val="sv-SE"/>
        </w:rPr>
        <w:t xml:space="preserve"> {{field-on:bible}}Och de svarade och sade: ”Johannes Döparen. Men andra Elia, och andra att en profet, en av de urtida, har uppstått.”{{field-off:bible}}</w:t>
      </w:r>
    </w:p>
    <w:p w14:paraId="467AC992" w14:textId="6ED28549" w:rsidR="00BA33AB" w:rsidRPr="000767E2" w:rsidRDefault="00000000">
      <w:pPr>
        <w:rPr>
          <w:lang w:val="sv-SE"/>
        </w:rPr>
      </w:pPr>
      <w:r w:rsidRPr="000767E2">
        <w:rPr>
          <w:lang w:val="sv-SE"/>
        </w:rPr>
        <w:t>[[@</w:t>
      </w:r>
      <w:r w:rsidR="0096445B" w:rsidRPr="000767E2">
        <w:rPr>
          <w:lang w:val="sv-SE"/>
        </w:rPr>
        <w:t>BibleBIBEL82</w:t>
      </w:r>
      <w:r w:rsidRPr="000767E2">
        <w:rPr>
          <w:lang w:val="sv-SE"/>
        </w:rPr>
        <w:t>:Luke 9:20]]</w:t>
      </w:r>
      <w:r w:rsidRPr="000767E2">
        <w:rPr>
          <w:vertAlign w:val="superscript"/>
          <w:lang w:val="sv-SE"/>
        </w:rPr>
        <w:t>20</w:t>
      </w:r>
      <w:r w:rsidRPr="000767E2">
        <w:rPr>
          <w:lang w:val="sv-SE"/>
        </w:rPr>
        <w:t xml:space="preserve"> {{field-on:bible}}Och han sade till dem: ”Och ni? Vem säger ni att jag är?” Och Petrus svarade och sade: ”Guds Kristus.”{{field-off:bible}} [[@</w:t>
      </w:r>
      <w:r w:rsidR="0096445B" w:rsidRPr="000767E2">
        <w:rPr>
          <w:lang w:val="sv-SE"/>
        </w:rPr>
        <w:t>BibleBIBEL82</w:t>
      </w:r>
      <w:r w:rsidRPr="000767E2">
        <w:rPr>
          <w:lang w:val="sv-SE"/>
        </w:rPr>
        <w:t>:Luke 9:21]]</w:t>
      </w:r>
      <w:r w:rsidRPr="000767E2">
        <w:rPr>
          <w:vertAlign w:val="superscript"/>
          <w:lang w:val="sv-SE"/>
        </w:rPr>
        <w:t>21</w:t>
      </w:r>
      <w:r w:rsidRPr="000767E2">
        <w:rPr>
          <w:lang w:val="sv-SE"/>
        </w:rPr>
        <w:t xml:space="preserve"> {{field-on:bible}}Men han näpste dem och instruerade att inte till någon säga detta.{{field-off:bible}}</w:t>
      </w:r>
    </w:p>
    <w:p w14:paraId="6F93B8FB" w14:textId="29E7F41D" w:rsidR="00BA33AB" w:rsidRPr="000767E2" w:rsidRDefault="00000000">
      <w:pPr>
        <w:rPr>
          <w:lang w:val="sv-SE"/>
        </w:rPr>
      </w:pPr>
      <w:r w:rsidRPr="000767E2">
        <w:rPr>
          <w:lang w:val="sv-SE"/>
        </w:rPr>
        <w:t>[[@</w:t>
      </w:r>
      <w:r w:rsidR="0096445B" w:rsidRPr="000767E2">
        <w:rPr>
          <w:lang w:val="sv-SE"/>
        </w:rPr>
        <w:t>BibleBIBEL82</w:t>
      </w:r>
      <w:r w:rsidRPr="000767E2">
        <w:rPr>
          <w:lang w:val="sv-SE"/>
        </w:rPr>
        <w:t>:Luke 9:22]]</w:t>
      </w:r>
      <w:r w:rsidRPr="000767E2">
        <w:rPr>
          <w:vertAlign w:val="superscript"/>
          <w:lang w:val="sv-SE"/>
        </w:rPr>
        <w:t>22</w:t>
      </w:r>
      <w:r w:rsidRPr="000767E2">
        <w:rPr>
          <w:lang w:val="sv-SE"/>
        </w:rPr>
        <w:t xml:space="preserve"> {{field-on:bible}}Och han sade att: ”Människosonen måste lida mycket, och bli förkastad av de äldste och översteprästerna och </w:t>
      </w:r>
      <w:r w:rsidRPr="000767E2">
        <w:rPr>
          <w:i/>
          <w:lang w:val="sv-SE"/>
        </w:rPr>
        <w:t>de</w:t>
      </w:r>
      <w:r w:rsidRPr="000767E2">
        <w:rPr>
          <w:lang w:val="sv-SE"/>
        </w:rPr>
        <w:t xml:space="preserve"> skriftlärda och bli dödad. Och den tredje dagen uppväckt.”{{field-off:bible}}</w:t>
      </w:r>
    </w:p>
    <w:p w14:paraId="112C7850" w14:textId="77777777" w:rsidR="00BA33AB" w:rsidRPr="000767E2" w:rsidRDefault="00000000">
      <w:pPr>
        <w:pStyle w:val="Rubrik3"/>
        <w:rPr>
          <w:lang w:val="sv-SE"/>
        </w:rPr>
      </w:pPr>
      <w:r w:rsidRPr="000767E2">
        <w:rPr>
          <w:lang w:val="sv-SE"/>
        </w:rPr>
        <w:lastRenderedPageBreak/>
        <w:t>Att följa Jesus</w:t>
      </w:r>
    </w:p>
    <w:p w14:paraId="721043BD" w14:textId="7FE04F0D" w:rsidR="00BA33AB" w:rsidRPr="000767E2" w:rsidRDefault="00000000">
      <w:pPr>
        <w:rPr>
          <w:lang w:val="sv-SE"/>
        </w:rPr>
      </w:pPr>
      <w:r w:rsidRPr="000767E2">
        <w:rPr>
          <w:lang w:val="sv-SE"/>
        </w:rPr>
        <w:t>[[@</w:t>
      </w:r>
      <w:r w:rsidR="0096445B" w:rsidRPr="000767E2">
        <w:rPr>
          <w:lang w:val="sv-SE"/>
        </w:rPr>
        <w:t>BibleBIBEL82</w:t>
      </w:r>
      <w:r w:rsidRPr="000767E2">
        <w:rPr>
          <w:lang w:val="sv-SE"/>
        </w:rPr>
        <w:t>:Luke 9:23]]</w:t>
      </w:r>
      <w:r w:rsidRPr="000767E2">
        <w:rPr>
          <w:vertAlign w:val="superscript"/>
          <w:lang w:val="sv-SE"/>
        </w:rPr>
        <w:t>23</w:t>
      </w:r>
      <w:r w:rsidRPr="000767E2">
        <w:rPr>
          <w:lang w:val="sv-SE"/>
        </w:rPr>
        <w:t xml:space="preserve"> {{field-on:bible}}Och han sade till alla: ”Om någon vill komma efter mig, ska han förneka sig själv och ta upp sitt kors varje dag och följa mig.{{field-off:bible}} [[@</w:t>
      </w:r>
      <w:r w:rsidR="0096445B" w:rsidRPr="000767E2">
        <w:rPr>
          <w:lang w:val="sv-SE"/>
        </w:rPr>
        <w:t>BibleBIBEL82</w:t>
      </w:r>
      <w:r w:rsidRPr="000767E2">
        <w:rPr>
          <w:lang w:val="sv-SE"/>
        </w:rPr>
        <w:t>:Luke 9:24]]</w:t>
      </w:r>
      <w:r w:rsidRPr="000767E2">
        <w:rPr>
          <w:vertAlign w:val="superscript"/>
          <w:lang w:val="sv-SE"/>
        </w:rPr>
        <w:t>24</w:t>
      </w:r>
      <w:r w:rsidRPr="000767E2">
        <w:rPr>
          <w:lang w:val="sv-SE"/>
        </w:rPr>
        <w:t xml:space="preserve"> {{field-on:bible}}För den som vill frälsa sin själ ska förlora den. Men den som förlorar sin själ för min skull, denne ska frälsa den.{{field-off:bible}} [[@</w:t>
      </w:r>
      <w:r w:rsidR="0096445B" w:rsidRPr="000767E2">
        <w:rPr>
          <w:lang w:val="sv-SE"/>
        </w:rPr>
        <w:t>BibleBIBEL82</w:t>
      </w:r>
      <w:r w:rsidRPr="000767E2">
        <w:rPr>
          <w:lang w:val="sv-SE"/>
        </w:rPr>
        <w:t>:Luke 9:25]]</w:t>
      </w:r>
      <w:r w:rsidRPr="000767E2">
        <w:rPr>
          <w:vertAlign w:val="superscript"/>
          <w:lang w:val="sv-SE"/>
        </w:rPr>
        <w:t>25</w:t>
      </w:r>
      <w:r w:rsidRPr="000767E2">
        <w:rPr>
          <w:lang w:val="sv-SE"/>
        </w:rPr>
        <w:t xml:space="preserve"> {{field-on:bible}}För vad nytta får en människa som vinner hela världen men förlorar eller mister sig själv?{{field-off:bible}} [[@</w:t>
      </w:r>
      <w:r w:rsidR="0096445B" w:rsidRPr="000767E2">
        <w:rPr>
          <w:lang w:val="sv-SE"/>
        </w:rPr>
        <w:t>BibleBIBEL82</w:t>
      </w:r>
      <w:r w:rsidRPr="000767E2">
        <w:rPr>
          <w:lang w:val="sv-SE"/>
        </w:rPr>
        <w:t>:Luke 9:26]]</w:t>
      </w:r>
      <w:r w:rsidRPr="000767E2">
        <w:rPr>
          <w:vertAlign w:val="superscript"/>
          <w:lang w:val="sv-SE"/>
        </w:rPr>
        <w:t>26</w:t>
      </w:r>
      <w:r w:rsidRPr="000767E2">
        <w:rPr>
          <w:lang w:val="sv-SE"/>
        </w:rPr>
        <w:t xml:space="preserve"> {{field-on:bible}}För den som skäms för mig och mina ord, denne ska Människosonen skämmas för när han kommer i sin och Faderns och de heliga änglarnas härlighet.{{field-off:bible}} [[@</w:t>
      </w:r>
      <w:r w:rsidR="0096445B" w:rsidRPr="000767E2">
        <w:rPr>
          <w:lang w:val="sv-SE"/>
        </w:rPr>
        <w:t>BibleBIBEL82</w:t>
      </w:r>
      <w:r w:rsidRPr="000767E2">
        <w:rPr>
          <w:lang w:val="sv-SE"/>
        </w:rPr>
        <w:t>:Luke 9:27]]</w:t>
      </w:r>
      <w:r w:rsidRPr="000767E2">
        <w:rPr>
          <w:vertAlign w:val="superscript"/>
          <w:lang w:val="sv-SE"/>
        </w:rPr>
        <w:t>27</w:t>
      </w:r>
      <w:r w:rsidRPr="000767E2">
        <w:rPr>
          <w:lang w:val="sv-SE"/>
        </w:rPr>
        <w:t xml:space="preserve"> {{field-on:bible}}Men jag säger er sannerligen: Det finns några av dem som står här som alls inte ska smaka döden förrän de </w:t>
      </w:r>
      <w:r w:rsidRPr="000767E2">
        <w:rPr>
          <w:i/>
          <w:lang w:val="sv-SE"/>
        </w:rPr>
        <w:t>fått</w:t>
      </w:r>
      <w:r w:rsidRPr="000767E2">
        <w:rPr>
          <w:lang w:val="sv-SE"/>
        </w:rPr>
        <w:t xml:space="preserve"> se Guds rike.”{{field-off:bible}}</w:t>
      </w:r>
    </w:p>
    <w:p w14:paraId="7503B014" w14:textId="77777777" w:rsidR="00BA33AB" w:rsidRPr="000767E2" w:rsidRDefault="00000000">
      <w:pPr>
        <w:pStyle w:val="Rubrik3"/>
        <w:rPr>
          <w:lang w:val="sv-SE"/>
        </w:rPr>
      </w:pPr>
      <w:r w:rsidRPr="000767E2">
        <w:rPr>
          <w:lang w:val="sv-SE"/>
        </w:rPr>
        <w:t>Jesus visar sin härlighet</w:t>
      </w:r>
    </w:p>
    <w:p w14:paraId="2986EA60" w14:textId="136A34D8" w:rsidR="00BA33AB" w:rsidRPr="000767E2" w:rsidRDefault="00000000">
      <w:pPr>
        <w:rPr>
          <w:lang w:val="sv-SE"/>
        </w:rPr>
      </w:pPr>
      <w:r w:rsidRPr="000767E2">
        <w:rPr>
          <w:lang w:val="sv-SE"/>
        </w:rPr>
        <w:t>[[@</w:t>
      </w:r>
      <w:r w:rsidR="0096445B" w:rsidRPr="000767E2">
        <w:rPr>
          <w:lang w:val="sv-SE"/>
        </w:rPr>
        <w:t>BibleBIBEL82</w:t>
      </w:r>
      <w:r w:rsidRPr="000767E2">
        <w:rPr>
          <w:lang w:val="sv-SE"/>
        </w:rPr>
        <w:t>:Luke 9:28]]</w:t>
      </w:r>
      <w:r w:rsidRPr="000767E2">
        <w:rPr>
          <w:vertAlign w:val="superscript"/>
          <w:lang w:val="sv-SE"/>
        </w:rPr>
        <w:t>28</w:t>
      </w:r>
      <w:r w:rsidRPr="000767E2">
        <w:rPr>
          <w:lang w:val="sv-SE"/>
        </w:rPr>
        <w:t xml:space="preserve"> {{field-on:bible}}Och det hände sig efter dessa ord, ungefär åtta dagar, </w:t>
      </w:r>
      <w:r w:rsidRPr="000767E2">
        <w:rPr>
          <w:i/>
          <w:lang w:val="sv-SE"/>
        </w:rPr>
        <w:t>att</w:t>
      </w:r>
      <w:r w:rsidRPr="000767E2">
        <w:rPr>
          <w:lang w:val="sv-SE"/>
        </w:rPr>
        <w:t xml:space="preserve"> han [då] tog med Petrus och Johannes och Jakob och steg upp till berget </w:t>
      </w:r>
      <w:r w:rsidRPr="000767E2">
        <w:rPr>
          <w:i/>
          <w:lang w:val="sv-SE"/>
        </w:rPr>
        <w:t>för</w:t>
      </w:r>
      <w:r w:rsidRPr="000767E2">
        <w:rPr>
          <w:lang w:val="sv-SE"/>
        </w:rPr>
        <w:t xml:space="preserve"> att be.{{field-off:bible}} [[@</w:t>
      </w:r>
      <w:r w:rsidR="0096445B" w:rsidRPr="000767E2">
        <w:rPr>
          <w:lang w:val="sv-SE"/>
        </w:rPr>
        <w:t>BibleBIBEL82</w:t>
      </w:r>
      <w:r w:rsidRPr="000767E2">
        <w:rPr>
          <w:lang w:val="sv-SE"/>
        </w:rPr>
        <w:t>:Luke 9:29]]</w:t>
      </w:r>
      <w:r w:rsidRPr="000767E2">
        <w:rPr>
          <w:vertAlign w:val="superscript"/>
          <w:lang w:val="sv-SE"/>
        </w:rPr>
        <w:t>29</w:t>
      </w:r>
      <w:r w:rsidRPr="000767E2">
        <w:rPr>
          <w:lang w:val="sv-SE"/>
        </w:rPr>
        <w:t xml:space="preserve"> {{field-on:bible}}Och </w:t>
      </w:r>
      <w:r w:rsidRPr="000767E2">
        <w:rPr>
          <w:i/>
          <w:lang w:val="sv-SE"/>
        </w:rPr>
        <w:t>då</w:t>
      </w:r>
      <w:r w:rsidRPr="000767E2">
        <w:rPr>
          <w:lang w:val="sv-SE"/>
        </w:rPr>
        <w:t xml:space="preserve"> blev, under det att han bad, hans ansiktes skepnad en annan och hans klädnad framblixtrande vit.{{field-off:bible}} [[@</w:t>
      </w:r>
      <w:r w:rsidR="0096445B" w:rsidRPr="000767E2">
        <w:rPr>
          <w:lang w:val="sv-SE"/>
        </w:rPr>
        <w:t>BibleBIBEL82</w:t>
      </w:r>
      <w:r w:rsidRPr="000767E2">
        <w:rPr>
          <w:lang w:val="sv-SE"/>
        </w:rPr>
        <w:t>:Luke 9:30]]</w:t>
      </w:r>
      <w:r w:rsidRPr="000767E2">
        <w:rPr>
          <w:vertAlign w:val="superscript"/>
          <w:lang w:val="sv-SE"/>
        </w:rPr>
        <w:t>30</w:t>
      </w:r>
      <w:r w:rsidRPr="000767E2">
        <w:rPr>
          <w:lang w:val="sv-SE"/>
        </w:rPr>
        <w:t xml:space="preserve"> {{field-on:bible}}Och se: två män samtalade med honom. De var Mose och Elia,{{field-off:bible}} [[@</w:t>
      </w:r>
      <w:r w:rsidR="0096445B" w:rsidRPr="000767E2">
        <w:rPr>
          <w:lang w:val="sv-SE"/>
        </w:rPr>
        <w:t>BibleBIBEL82</w:t>
      </w:r>
      <w:r w:rsidRPr="000767E2">
        <w:rPr>
          <w:lang w:val="sv-SE"/>
        </w:rPr>
        <w:t>:Luke 9:31]]</w:t>
      </w:r>
      <w:r w:rsidRPr="000767E2">
        <w:rPr>
          <w:vertAlign w:val="superscript"/>
          <w:lang w:val="sv-SE"/>
        </w:rPr>
        <w:t>31</w:t>
      </w:r>
      <w:r w:rsidRPr="000767E2">
        <w:rPr>
          <w:lang w:val="sv-SE"/>
        </w:rPr>
        <w:t xml:space="preserve"> {{field-on:bible}}som visade sig i härlighet och talade </w:t>
      </w:r>
      <w:r w:rsidRPr="000767E2">
        <w:rPr>
          <w:i/>
          <w:lang w:val="sv-SE"/>
        </w:rPr>
        <w:t>om</w:t>
      </w:r>
      <w:r w:rsidRPr="000767E2">
        <w:rPr>
          <w:lang w:val="sv-SE"/>
        </w:rPr>
        <w:t xml:space="preserve"> hans uttåg som han skulle uppfylla i Jerusalem.{{field-off:bible}}</w:t>
      </w:r>
    </w:p>
    <w:p w14:paraId="37DA2923" w14:textId="2705EF9D" w:rsidR="00BA33AB" w:rsidRPr="000767E2" w:rsidRDefault="00000000">
      <w:pPr>
        <w:rPr>
          <w:lang w:val="sv-SE"/>
        </w:rPr>
      </w:pPr>
      <w:r w:rsidRPr="000767E2">
        <w:rPr>
          <w:lang w:val="sv-SE"/>
        </w:rPr>
        <w:t>[[@</w:t>
      </w:r>
      <w:r w:rsidR="0096445B" w:rsidRPr="000767E2">
        <w:rPr>
          <w:lang w:val="sv-SE"/>
        </w:rPr>
        <w:t>BibleBIBEL82</w:t>
      </w:r>
      <w:r w:rsidRPr="000767E2">
        <w:rPr>
          <w:lang w:val="sv-SE"/>
        </w:rPr>
        <w:t>:Luke 9:32]]</w:t>
      </w:r>
      <w:r w:rsidRPr="000767E2">
        <w:rPr>
          <w:vertAlign w:val="superscript"/>
          <w:lang w:val="sv-SE"/>
        </w:rPr>
        <w:t>32</w:t>
      </w:r>
      <w:r w:rsidRPr="000767E2">
        <w:rPr>
          <w:lang w:val="sv-SE"/>
        </w:rPr>
        <w:t xml:space="preserve"> {{field-on:bible}}Men Petrus och de </w:t>
      </w:r>
      <w:r w:rsidRPr="000767E2">
        <w:rPr>
          <w:i/>
          <w:lang w:val="sv-SE"/>
        </w:rPr>
        <w:t>som var</w:t>
      </w:r>
      <w:r w:rsidRPr="000767E2">
        <w:rPr>
          <w:lang w:val="sv-SE"/>
        </w:rPr>
        <w:t xml:space="preserve"> med honom var tyngda av sömn. Men när de hade vaknat upp, såg de hans härlighet och de två männen som stod med honom.{{field-off:bible}} [[@</w:t>
      </w:r>
      <w:r w:rsidR="0096445B" w:rsidRPr="000767E2">
        <w:rPr>
          <w:lang w:val="sv-SE"/>
        </w:rPr>
        <w:t>BibleBIBEL82</w:t>
      </w:r>
      <w:r w:rsidRPr="000767E2">
        <w:rPr>
          <w:lang w:val="sv-SE"/>
        </w:rPr>
        <w:t>:Luke 9:33]]</w:t>
      </w:r>
      <w:r w:rsidRPr="000767E2">
        <w:rPr>
          <w:vertAlign w:val="superscript"/>
          <w:lang w:val="sv-SE"/>
        </w:rPr>
        <w:t>33</w:t>
      </w:r>
      <w:r w:rsidRPr="000767E2">
        <w:rPr>
          <w:lang w:val="sv-SE"/>
        </w:rPr>
        <w:t xml:space="preserve"> {{field-on:bible}}Och det hände sig, under det att de skildes från honom, </w:t>
      </w:r>
      <w:r w:rsidRPr="000767E2">
        <w:rPr>
          <w:i/>
          <w:lang w:val="sv-SE"/>
        </w:rPr>
        <w:t>att</w:t>
      </w:r>
      <w:r w:rsidRPr="000767E2">
        <w:rPr>
          <w:lang w:val="sv-SE"/>
        </w:rPr>
        <w:t xml:space="preserve"> Petrus sade till Jesus: ”Mästare, det är fint att vi är här. Och låt oss göra tre hyddor: en åt dig och en åt Mose och en åt Elia”, utan att veta vad han säger.{{field-off:bible}} [[@</w:t>
      </w:r>
      <w:r w:rsidR="0096445B" w:rsidRPr="000767E2">
        <w:rPr>
          <w:lang w:val="sv-SE"/>
        </w:rPr>
        <w:t>BibleBIBEL82</w:t>
      </w:r>
      <w:r w:rsidRPr="000767E2">
        <w:rPr>
          <w:lang w:val="sv-SE"/>
        </w:rPr>
        <w:t>:Luke 9:34]]</w:t>
      </w:r>
      <w:r w:rsidRPr="000767E2">
        <w:rPr>
          <w:vertAlign w:val="superscript"/>
          <w:lang w:val="sv-SE"/>
        </w:rPr>
        <w:t>34</w:t>
      </w:r>
      <w:r w:rsidRPr="000767E2">
        <w:rPr>
          <w:lang w:val="sv-SE"/>
        </w:rPr>
        <w:t xml:space="preserve"> {{field-on:bible}}Men medan han sade detta kom ett moln och överskuggade dem, och de fruktade under det att de kom in i molnet.{{field-off:bible}} [[@</w:t>
      </w:r>
      <w:r w:rsidR="0096445B" w:rsidRPr="000767E2">
        <w:rPr>
          <w:lang w:val="sv-SE"/>
        </w:rPr>
        <w:t>BibleBIBEL82</w:t>
      </w:r>
      <w:r w:rsidRPr="000767E2">
        <w:rPr>
          <w:lang w:val="sv-SE"/>
        </w:rPr>
        <w:t>:Luke 9:35]]</w:t>
      </w:r>
      <w:r w:rsidRPr="000767E2">
        <w:rPr>
          <w:vertAlign w:val="superscript"/>
          <w:lang w:val="sv-SE"/>
        </w:rPr>
        <w:t>35</w:t>
      </w:r>
      <w:r w:rsidRPr="000767E2">
        <w:rPr>
          <w:lang w:val="sv-SE"/>
        </w:rPr>
        <w:t xml:space="preserve"> {{field-on:bible}}Och en röst kom ur molnet och sade: ”Denne är min Son, den Utvalde. Lyssna till honom!”{{field-off:bible}} [[@</w:t>
      </w:r>
      <w:r w:rsidR="0096445B" w:rsidRPr="000767E2">
        <w:rPr>
          <w:lang w:val="sv-SE"/>
        </w:rPr>
        <w:t>BibleBIBEL82</w:t>
      </w:r>
      <w:r w:rsidRPr="000767E2">
        <w:rPr>
          <w:lang w:val="sv-SE"/>
        </w:rPr>
        <w:t>:Luke 9:36]]</w:t>
      </w:r>
      <w:r w:rsidRPr="000767E2">
        <w:rPr>
          <w:vertAlign w:val="superscript"/>
          <w:lang w:val="sv-SE"/>
        </w:rPr>
        <w:t>36</w:t>
      </w:r>
      <w:r w:rsidRPr="000767E2">
        <w:rPr>
          <w:lang w:val="sv-SE"/>
        </w:rPr>
        <w:t xml:space="preserve"> {{field-on:bible}}Och vid det att rösten kom befanns Jesus ensam.{{field-off:bible}}</w:t>
      </w:r>
    </w:p>
    <w:p w14:paraId="4768E966" w14:textId="77777777" w:rsidR="00BA33AB" w:rsidRPr="000767E2" w:rsidRDefault="00000000">
      <w:pPr>
        <w:rPr>
          <w:lang w:val="sv-SE"/>
        </w:rPr>
      </w:pPr>
      <w:r w:rsidRPr="000767E2">
        <w:rPr>
          <w:lang w:val="sv-SE"/>
        </w:rPr>
        <w:t>{{field-on:bible}}Och de teg, och inte för någon berättade de under de dagarna något av vad de hade sett.{{field-off:bible}}</w:t>
      </w:r>
    </w:p>
    <w:p w14:paraId="1ECEC50C" w14:textId="77777777" w:rsidR="00BA33AB" w:rsidRPr="000767E2" w:rsidRDefault="00000000">
      <w:pPr>
        <w:pStyle w:val="Rubrik3"/>
        <w:rPr>
          <w:lang w:val="sv-SE"/>
        </w:rPr>
      </w:pPr>
      <w:r w:rsidRPr="000767E2">
        <w:rPr>
          <w:lang w:val="sv-SE"/>
        </w:rPr>
        <w:t>Jesus botar en gosse med oren ande</w:t>
      </w:r>
    </w:p>
    <w:p w14:paraId="7D6A32C6" w14:textId="33296277" w:rsidR="00BA33AB" w:rsidRPr="000767E2" w:rsidRDefault="00000000">
      <w:pPr>
        <w:rPr>
          <w:lang w:val="sv-SE"/>
        </w:rPr>
      </w:pPr>
      <w:r w:rsidRPr="000767E2">
        <w:rPr>
          <w:lang w:val="sv-SE"/>
        </w:rPr>
        <w:t>[[@</w:t>
      </w:r>
      <w:r w:rsidR="0096445B" w:rsidRPr="000767E2">
        <w:rPr>
          <w:lang w:val="sv-SE"/>
        </w:rPr>
        <w:t>BibleBIBEL82</w:t>
      </w:r>
      <w:r w:rsidRPr="000767E2">
        <w:rPr>
          <w:lang w:val="sv-SE"/>
        </w:rPr>
        <w:t>:Luke 9:37]]</w:t>
      </w:r>
      <w:r w:rsidRPr="000767E2">
        <w:rPr>
          <w:vertAlign w:val="superscript"/>
          <w:lang w:val="sv-SE"/>
        </w:rPr>
        <w:t>37</w:t>
      </w:r>
      <w:r w:rsidRPr="000767E2">
        <w:rPr>
          <w:lang w:val="sv-SE"/>
        </w:rPr>
        <w:t xml:space="preserve"> {{field-on:bible}}Och det hände sig nästa dag, när de kom ner från berget, </w:t>
      </w:r>
      <w:r w:rsidRPr="000767E2">
        <w:rPr>
          <w:i/>
          <w:lang w:val="sv-SE"/>
        </w:rPr>
        <w:t>att</w:t>
      </w:r>
      <w:r w:rsidRPr="000767E2">
        <w:rPr>
          <w:lang w:val="sv-SE"/>
        </w:rPr>
        <w:t xml:space="preserve"> </w:t>
      </w:r>
      <w:r w:rsidRPr="000767E2">
        <w:rPr>
          <w:i/>
          <w:lang w:val="sv-SE"/>
        </w:rPr>
        <w:t>där</w:t>
      </w:r>
      <w:r w:rsidRPr="000767E2">
        <w:rPr>
          <w:lang w:val="sv-SE"/>
        </w:rPr>
        <w:t xml:space="preserve"> mötte honom en stor skara.{{field-off:bible}} [[@</w:t>
      </w:r>
      <w:r w:rsidR="0096445B" w:rsidRPr="000767E2">
        <w:rPr>
          <w:lang w:val="sv-SE"/>
        </w:rPr>
        <w:t>BibleBIBEL82</w:t>
      </w:r>
      <w:r w:rsidRPr="000767E2">
        <w:rPr>
          <w:lang w:val="sv-SE"/>
        </w:rPr>
        <w:t>:Luke 9:38]]</w:t>
      </w:r>
      <w:r w:rsidRPr="000767E2">
        <w:rPr>
          <w:vertAlign w:val="superscript"/>
          <w:lang w:val="sv-SE"/>
        </w:rPr>
        <w:t>38</w:t>
      </w:r>
      <w:r w:rsidRPr="000767E2">
        <w:rPr>
          <w:lang w:val="sv-SE"/>
        </w:rPr>
        <w:t xml:space="preserve"> {{field-on:bible}}Och se, en man från skaran ropade och sade: ”Lärare! Jag bönfaller dig att se till min son. För han är min enfödde,{{field-off:bible}} [[@</w:t>
      </w:r>
      <w:r w:rsidR="0096445B" w:rsidRPr="000767E2">
        <w:rPr>
          <w:lang w:val="sv-SE"/>
        </w:rPr>
        <w:t>BibleBIBEL82</w:t>
      </w:r>
      <w:r w:rsidRPr="000767E2">
        <w:rPr>
          <w:lang w:val="sv-SE"/>
        </w:rPr>
        <w:t>:Luke 9:39]]</w:t>
      </w:r>
      <w:r w:rsidRPr="000767E2">
        <w:rPr>
          <w:vertAlign w:val="superscript"/>
          <w:lang w:val="sv-SE"/>
        </w:rPr>
        <w:t>39</w:t>
      </w:r>
      <w:r w:rsidRPr="000767E2">
        <w:rPr>
          <w:lang w:val="sv-SE"/>
        </w:rPr>
        <w:t xml:space="preserve"> {{field-on:bible}}och se: en ande tar honom. Och plötsligt skriker den och ruskar honom med fradga, och </w:t>
      </w:r>
      <w:r w:rsidRPr="000767E2">
        <w:rPr>
          <w:i/>
          <w:lang w:val="sv-SE"/>
        </w:rPr>
        <w:t>det är</w:t>
      </w:r>
      <w:r w:rsidRPr="000767E2">
        <w:rPr>
          <w:lang w:val="sv-SE"/>
        </w:rPr>
        <w:t xml:space="preserve"> knappt </w:t>
      </w:r>
      <w:r w:rsidRPr="000767E2">
        <w:rPr>
          <w:i/>
          <w:lang w:val="sv-SE"/>
        </w:rPr>
        <w:t>att</w:t>
      </w:r>
      <w:r w:rsidRPr="000767E2">
        <w:rPr>
          <w:lang w:val="sv-SE"/>
        </w:rPr>
        <w:t xml:space="preserve"> den drar bort från honom, den knäcker honom.{{field-off:bible}} </w:t>
      </w:r>
      <w:r w:rsidRPr="000767E2">
        <w:rPr>
          <w:lang w:val="sv-SE"/>
        </w:rPr>
        <w:lastRenderedPageBreak/>
        <w:t>[[@</w:t>
      </w:r>
      <w:r w:rsidR="0096445B" w:rsidRPr="000767E2">
        <w:rPr>
          <w:lang w:val="sv-SE"/>
        </w:rPr>
        <w:t>BibleBIBEL82</w:t>
      </w:r>
      <w:r w:rsidRPr="000767E2">
        <w:rPr>
          <w:lang w:val="sv-SE"/>
        </w:rPr>
        <w:t>:Luke 9:40]]</w:t>
      </w:r>
      <w:r w:rsidRPr="000767E2">
        <w:rPr>
          <w:vertAlign w:val="superscript"/>
          <w:lang w:val="sv-SE"/>
        </w:rPr>
        <w:t>40</w:t>
      </w:r>
      <w:r w:rsidRPr="000767E2">
        <w:rPr>
          <w:lang w:val="sv-SE"/>
        </w:rPr>
        <w:t xml:space="preserve"> {{field-on:bible}}Och jag bönföll dina lärjungar att de skulle driva ut den, och de kunde inte.”{{field-off:bible}}</w:t>
      </w:r>
    </w:p>
    <w:p w14:paraId="6E2AD8D4" w14:textId="5A5201A3" w:rsidR="00BA33AB" w:rsidRPr="000767E2" w:rsidRDefault="00000000">
      <w:pPr>
        <w:rPr>
          <w:lang w:val="sv-SE"/>
        </w:rPr>
      </w:pPr>
      <w:r w:rsidRPr="000767E2">
        <w:rPr>
          <w:lang w:val="sv-SE"/>
        </w:rPr>
        <w:t>[[@</w:t>
      </w:r>
      <w:r w:rsidR="0096445B" w:rsidRPr="000767E2">
        <w:rPr>
          <w:lang w:val="sv-SE"/>
        </w:rPr>
        <w:t>BibleBIBEL82</w:t>
      </w:r>
      <w:r w:rsidRPr="000767E2">
        <w:rPr>
          <w:lang w:val="sv-SE"/>
        </w:rPr>
        <w:t>:Luke 9:41]]</w:t>
      </w:r>
      <w:r w:rsidRPr="000767E2">
        <w:rPr>
          <w:vertAlign w:val="superscript"/>
          <w:lang w:val="sv-SE"/>
        </w:rPr>
        <w:t>41</w:t>
      </w:r>
      <w:r w:rsidRPr="000767E2">
        <w:rPr>
          <w:lang w:val="sv-SE"/>
        </w:rPr>
        <w:t xml:space="preserve"> {{field-on:bible}}Och Jesus svarade och sade: ”O otroende och förvridna släkte, hur länge ska jag vara hos er och stå ut med er? För fram hit din son.”{{field-off:bible}} [[@</w:t>
      </w:r>
      <w:r w:rsidR="0096445B" w:rsidRPr="000767E2">
        <w:rPr>
          <w:lang w:val="sv-SE"/>
        </w:rPr>
        <w:t>BibleBIBEL82</w:t>
      </w:r>
      <w:r w:rsidRPr="000767E2">
        <w:rPr>
          <w:lang w:val="sv-SE"/>
        </w:rPr>
        <w:t>:Luke 9:42]]</w:t>
      </w:r>
      <w:r w:rsidRPr="000767E2">
        <w:rPr>
          <w:vertAlign w:val="superscript"/>
          <w:lang w:val="sv-SE"/>
        </w:rPr>
        <w:t>42</w:t>
      </w:r>
      <w:r w:rsidRPr="000767E2">
        <w:rPr>
          <w:lang w:val="sv-SE"/>
        </w:rPr>
        <w:t xml:space="preserve"> {{field-on:bible}}Men medan han ännu kom, slet demonen omkull honom och ruskade om. Men Jesus näpste den orena anden och helade gossen och gav honom tillbaka till hans far.{{field-off:bible}} [[@</w:t>
      </w:r>
      <w:r w:rsidR="0096445B" w:rsidRPr="000767E2">
        <w:rPr>
          <w:lang w:val="sv-SE"/>
        </w:rPr>
        <w:t>BibleBIBEL82</w:t>
      </w:r>
      <w:r w:rsidRPr="000767E2">
        <w:rPr>
          <w:lang w:val="sv-SE"/>
        </w:rPr>
        <w:t>:Luke 9:43]]</w:t>
      </w:r>
      <w:r w:rsidRPr="000767E2">
        <w:rPr>
          <w:vertAlign w:val="superscript"/>
          <w:lang w:val="sv-SE"/>
        </w:rPr>
        <w:t>43</w:t>
      </w:r>
      <w:r w:rsidRPr="000767E2">
        <w:rPr>
          <w:lang w:val="sv-SE"/>
        </w:rPr>
        <w:t xml:space="preserve"> {{field-on:bible}}Och alla var överväldigade vid Guds storhet.{{field-off:bible}}</w:t>
      </w:r>
    </w:p>
    <w:p w14:paraId="7CCD2370" w14:textId="77777777" w:rsidR="00BA33AB" w:rsidRPr="000767E2" w:rsidRDefault="00000000">
      <w:pPr>
        <w:pStyle w:val="Rubrik3"/>
        <w:rPr>
          <w:lang w:val="sv-SE"/>
        </w:rPr>
      </w:pPr>
      <w:r w:rsidRPr="000767E2">
        <w:rPr>
          <w:lang w:val="sv-SE"/>
        </w:rPr>
        <w:t>Jesus talar igen om sin död</w:t>
      </w:r>
    </w:p>
    <w:p w14:paraId="64D58B94" w14:textId="0A8A86CF" w:rsidR="00BA33AB" w:rsidRPr="000767E2" w:rsidRDefault="00000000">
      <w:pPr>
        <w:rPr>
          <w:lang w:val="sv-SE"/>
        </w:rPr>
      </w:pPr>
      <w:r w:rsidRPr="000767E2">
        <w:rPr>
          <w:lang w:val="sv-SE"/>
        </w:rPr>
        <w:t>{{field-on:bible}}Men när alla var förundrade över allt som han gjorde, sade han till sina lärjungar:{{field-off:bible}} [[@</w:t>
      </w:r>
      <w:r w:rsidR="0096445B" w:rsidRPr="000767E2">
        <w:rPr>
          <w:lang w:val="sv-SE"/>
        </w:rPr>
        <w:t>BibleBIBEL82</w:t>
      </w:r>
      <w:r w:rsidRPr="000767E2">
        <w:rPr>
          <w:lang w:val="sv-SE"/>
        </w:rPr>
        <w:t>:Luke 9:44]]</w:t>
      </w:r>
      <w:r w:rsidRPr="000767E2">
        <w:rPr>
          <w:vertAlign w:val="superscript"/>
          <w:lang w:val="sv-SE"/>
        </w:rPr>
        <w:t>44</w:t>
      </w:r>
      <w:r w:rsidRPr="000767E2">
        <w:rPr>
          <w:lang w:val="sv-SE"/>
        </w:rPr>
        <w:t xml:space="preserve"> {{field-on:bible}}”Sätt ni i era öron dessa ord. För Människosonen kommer att utlämnas i människors händer.”{{field-off:bible}} [[@</w:t>
      </w:r>
      <w:r w:rsidR="0096445B" w:rsidRPr="000767E2">
        <w:rPr>
          <w:lang w:val="sv-SE"/>
        </w:rPr>
        <w:t>BibleBIBEL82</w:t>
      </w:r>
      <w:r w:rsidRPr="000767E2">
        <w:rPr>
          <w:lang w:val="sv-SE"/>
        </w:rPr>
        <w:t>:Luke 9:45]]</w:t>
      </w:r>
      <w:r w:rsidRPr="000767E2">
        <w:rPr>
          <w:vertAlign w:val="superscript"/>
          <w:lang w:val="sv-SE"/>
        </w:rPr>
        <w:t>45</w:t>
      </w:r>
      <w:r w:rsidRPr="000767E2">
        <w:rPr>
          <w:lang w:val="sv-SE"/>
        </w:rPr>
        <w:t xml:space="preserve"> {{field-on:bible}}Men de förstod inte detta ord, och det var beslöjat för dem så att de inte uppfattade det. Och de fruktade för att fråga honom om detta ord.{{field-off:bible}}</w:t>
      </w:r>
    </w:p>
    <w:p w14:paraId="6F588B66" w14:textId="77777777" w:rsidR="00BA33AB" w:rsidRPr="000767E2" w:rsidRDefault="00000000">
      <w:pPr>
        <w:pStyle w:val="Rubrik3"/>
        <w:rPr>
          <w:lang w:val="sv-SE"/>
        </w:rPr>
      </w:pPr>
      <w:r w:rsidRPr="000767E2">
        <w:rPr>
          <w:lang w:val="sv-SE"/>
        </w:rPr>
        <w:t>Vem är störst?</w:t>
      </w:r>
    </w:p>
    <w:p w14:paraId="32E8B1B4" w14:textId="5BEA253C" w:rsidR="00BA33AB" w:rsidRPr="000767E2" w:rsidRDefault="00000000">
      <w:pPr>
        <w:rPr>
          <w:lang w:val="sv-SE"/>
        </w:rPr>
      </w:pPr>
      <w:r w:rsidRPr="000767E2">
        <w:rPr>
          <w:lang w:val="sv-SE"/>
        </w:rPr>
        <w:t>[[@</w:t>
      </w:r>
      <w:r w:rsidR="0096445B" w:rsidRPr="000767E2">
        <w:rPr>
          <w:lang w:val="sv-SE"/>
        </w:rPr>
        <w:t>BibleBIBEL82</w:t>
      </w:r>
      <w:r w:rsidRPr="000767E2">
        <w:rPr>
          <w:lang w:val="sv-SE"/>
        </w:rPr>
        <w:t>:Luke 9:46]]</w:t>
      </w:r>
      <w:r w:rsidRPr="000767E2">
        <w:rPr>
          <w:vertAlign w:val="superscript"/>
          <w:lang w:val="sv-SE"/>
        </w:rPr>
        <w:t>46</w:t>
      </w:r>
      <w:r w:rsidRPr="000767E2">
        <w:rPr>
          <w:lang w:val="sv-SE"/>
        </w:rPr>
        <w:t xml:space="preserve"> {{field-on:bible}}Men det kom in en fundering bland dem, vem </w:t>
      </w:r>
      <w:r w:rsidRPr="000767E2">
        <w:rPr>
          <w:i/>
          <w:lang w:val="sv-SE"/>
        </w:rPr>
        <w:t>som</w:t>
      </w:r>
      <w:r w:rsidRPr="000767E2">
        <w:rPr>
          <w:lang w:val="sv-SE"/>
        </w:rPr>
        <w:t xml:space="preserve"> kunde vara störst av dem.{{field-off:bible}} [[@</w:t>
      </w:r>
      <w:r w:rsidR="0096445B" w:rsidRPr="000767E2">
        <w:rPr>
          <w:lang w:val="sv-SE"/>
        </w:rPr>
        <w:t>BibleBIBEL82</w:t>
      </w:r>
      <w:r w:rsidRPr="000767E2">
        <w:rPr>
          <w:lang w:val="sv-SE"/>
        </w:rPr>
        <w:t>:Luke 9:47]]</w:t>
      </w:r>
      <w:r w:rsidRPr="000767E2">
        <w:rPr>
          <w:vertAlign w:val="superscript"/>
          <w:lang w:val="sv-SE"/>
        </w:rPr>
        <w:t>47</w:t>
      </w:r>
      <w:r w:rsidRPr="000767E2">
        <w:rPr>
          <w:lang w:val="sv-SE"/>
        </w:rPr>
        <w:t xml:space="preserve"> {{field-on:bible}}Men Jesus förstod funderingen i deras hjärta, och han tog tag i ett barn och ställde det bredvid sig{{field-off:bible}} [[@</w:t>
      </w:r>
      <w:r w:rsidR="0096445B" w:rsidRPr="000767E2">
        <w:rPr>
          <w:lang w:val="sv-SE"/>
        </w:rPr>
        <w:t>BibleBIBEL82</w:t>
      </w:r>
      <w:r w:rsidRPr="000767E2">
        <w:rPr>
          <w:lang w:val="sv-SE"/>
        </w:rPr>
        <w:t>:Luke 9:48]]</w:t>
      </w:r>
      <w:r w:rsidRPr="000767E2">
        <w:rPr>
          <w:vertAlign w:val="superscript"/>
          <w:lang w:val="sv-SE"/>
        </w:rPr>
        <w:t>48</w:t>
      </w:r>
      <w:r w:rsidRPr="000767E2">
        <w:rPr>
          <w:lang w:val="sv-SE"/>
        </w:rPr>
        <w:t xml:space="preserve"> {{field-on:bible}}och sade till dem: ”Den som välkomnar detta barn i mitt namn välkomnar mig. Och den som välkomnar mig, välkomnar honom som har sänt mig. För den som är mindre bland er alla, denne är stor.”{{field-off:bible}}</w:t>
      </w:r>
    </w:p>
    <w:p w14:paraId="23F624BA" w14:textId="6C3529C9" w:rsidR="00BA33AB" w:rsidRPr="000767E2" w:rsidRDefault="00000000">
      <w:pPr>
        <w:rPr>
          <w:lang w:val="sv-SE"/>
        </w:rPr>
      </w:pPr>
      <w:r w:rsidRPr="000767E2">
        <w:rPr>
          <w:lang w:val="sv-SE"/>
        </w:rPr>
        <w:t>[[@</w:t>
      </w:r>
      <w:r w:rsidR="0096445B" w:rsidRPr="000767E2">
        <w:rPr>
          <w:lang w:val="sv-SE"/>
        </w:rPr>
        <w:t>BibleBIBEL82</w:t>
      </w:r>
      <w:r w:rsidRPr="000767E2">
        <w:rPr>
          <w:lang w:val="sv-SE"/>
        </w:rPr>
        <w:t>:Luke 9:49]]</w:t>
      </w:r>
      <w:r w:rsidRPr="000767E2">
        <w:rPr>
          <w:vertAlign w:val="superscript"/>
          <w:lang w:val="sv-SE"/>
        </w:rPr>
        <w:t>49</w:t>
      </w:r>
      <w:r w:rsidRPr="000767E2">
        <w:rPr>
          <w:lang w:val="sv-SE"/>
        </w:rPr>
        <w:t xml:space="preserve"> {{field-on:bible}}Men Johannes svarade och sade: ”Mästare, vi såg en som i ditt namn drev ut demoner. Och vi </w:t>
      </w:r>
      <w:r w:rsidRPr="000767E2">
        <w:rPr>
          <w:i/>
          <w:lang w:val="sv-SE"/>
        </w:rPr>
        <w:t>började</w:t>
      </w:r>
      <w:r w:rsidRPr="000767E2">
        <w:rPr>
          <w:lang w:val="sv-SE"/>
        </w:rPr>
        <w:t xml:space="preserve"> hindra honom, eftersom han inte följer </w:t>
      </w:r>
      <w:r w:rsidRPr="000767E2">
        <w:rPr>
          <w:i/>
          <w:lang w:val="sv-SE"/>
        </w:rPr>
        <w:t>tillsammans</w:t>
      </w:r>
      <w:r w:rsidRPr="000767E2">
        <w:rPr>
          <w:lang w:val="sv-SE"/>
        </w:rPr>
        <w:t xml:space="preserve"> med oss.”{{field-off:bible}} [[@</w:t>
      </w:r>
      <w:r w:rsidR="0096445B" w:rsidRPr="000767E2">
        <w:rPr>
          <w:lang w:val="sv-SE"/>
        </w:rPr>
        <w:t>BibleBIBEL82</w:t>
      </w:r>
      <w:r w:rsidRPr="000767E2">
        <w:rPr>
          <w:lang w:val="sv-SE"/>
        </w:rPr>
        <w:t>:Luke 9:50]]</w:t>
      </w:r>
      <w:r w:rsidRPr="000767E2">
        <w:rPr>
          <w:vertAlign w:val="superscript"/>
          <w:lang w:val="sv-SE"/>
        </w:rPr>
        <w:t>50</w:t>
      </w:r>
      <w:r w:rsidRPr="000767E2">
        <w:rPr>
          <w:lang w:val="sv-SE"/>
        </w:rPr>
        <w:t xml:space="preserve"> {{field-on:bible}}Men Jesus sade till honom: ”Hindra inte. För den som inte är emot er, är för er.”{{field-off:bible}}</w:t>
      </w:r>
    </w:p>
    <w:p w14:paraId="34EBC159" w14:textId="77777777" w:rsidR="00BA33AB" w:rsidRPr="000767E2" w:rsidRDefault="00000000">
      <w:pPr>
        <w:pStyle w:val="Rubrik3"/>
        <w:rPr>
          <w:lang w:val="sv-SE"/>
        </w:rPr>
      </w:pPr>
      <w:r w:rsidRPr="000767E2">
        <w:rPr>
          <w:lang w:val="sv-SE"/>
        </w:rPr>
        <w:t>En samarisk by avvisar Jesus</w:t>
      </w:r>
    </w:p>
    <w:p w14:paraId="53653BA3" w14:textId="6555B159" w:rsidR="00BA33AB" w:rsidRPr="000767E2" w:rsidRDefault="00000000">
      <w:pPr>
        <w:rPr>
          <w:lang w:val="sv-SE"/>
        </w:rPr>
      </w:pPr>
      <w:r w:rsidRPr="000767E2">
        <w:rPr>
          <w:lang w:val="sv-SE"/>
        </w:rPr>
        <w:t>[[@</w:t>
      </w:r>
      <w:r w:rsidR="0096445B" w:rsidRPr="000767E2">
        <w:rPr>
          <w:lang w:val="sv-SE"/>
        </w:rPr>
        <w:t>BibleBIBEL82</w:t>
      </w:r>
      <w:r w:rsidRPr="000767E2">
        <w:rPr>
          <w:lang w:val="sv-SE"/>
        </w:rPr>
        <w:t>:Luke 9:51]]</w:t>
      </w:r>
      <w:r w:rsidRPr="000767E2">
        <w:rPr>
          <w:vertAlign w:val="superscript"/>
          <w:lang w:val="sv-SE"/>
        </w:rPr>
        <w:t>51</w:t>
      </w:r>
      <w:r w:rsidRPr="000767E2">
        <w:rPr>
          <w:lang w:val="sv-SE"/>
        </w:rPr>
        <w:t xml:space="preserve"> {{field-on:bible}}Och det hände sig, vid det att dagarna för hans upptagande helt uppfylldes, </w:t>
      </w:r>
      <w:r w:rsidRPr="000767E2">
        <w:rPr>
          <w:i/>
          <w:lang w:val="sv-SE"/>
        </w:rPr>
        <w:t>att</w:t>
      </w:r>
      <w:r w:rsidRPr="000767E2">
        <w:rPr>
          <w:lang w:val="sv-SE"/>
        </w:rPr>
        <w:t xml:space="preserve"> han då stärkte ansiktet för att gå till Jerusalem.{{field-off:bible}} [[@</w:t>
      </w:r>
      <w:r w:rsidR="0096445B" w:rsidRPr="000767E2">
        <w:rPr>
          <w:lang w:val="sv-SE"/>
        </w:rPr>
        <w:t>BibleBIBEL82</w:t>
      </w:r>
      <w:r w:rsidRPr="000767E2">
        <w:rPr>
          <w:lang w:val="sv-SE"/>
        </w:rPr>
        <w:t>:Luke 9:52]]</w:t>
      </w:r>
      <w:r w:rsidRPr="000767E2">
        <w:rPr>
          <w:vertAlign w:val="superscript"/>
          <w:lang w:val="sv-SE"/>
        </w:rPr>
        <w:t>52</w:t>
      </w:r>
      <w:r w:rsidRPr="000767E2">
        <w:rPr>
          <w:lang w:val="sv-SE"/>
        </w:rPr>
        <w:t xml:space="preserve"> {{field-on:bible}}Och han sände ut änglar framför sitt ansikte, och de gick och kom in i en by med samarier för att förbereda för honom.{{field-off:bible}} [[@</w:t>
      </w:r>
      <w:r w:rsidR="0096445B" w:rsidRPr="000767E2">
        <w:rPr>
          <w:lang w:val="sv-SE"/>
        </w:rPr>
        <w:t>BibleBIBEL82</w:t>
      </w:r>
      <w:r w:rsidRPr="000767E2">
        <w:rPr>
          <w:lang w:val="sv-SE"/>
        </w:rPr>
        <w:t>:Luke 9:53]]</w:t>
      </w:r>
      <w:r w:rsidRPr="000767E2">
        <w:rPr>
          <w:vertAlign w:val="superscript"/>
          <w:lang w:val="sv-SE"/>
        </w:rPr>
        <w:t>53</w:t>
      </w:r>
      <w:r w:rsidRPr="000767E2">
        <w:rPr>
          <w:lang w:val="sv-SE"/>
        </w:rPr>
        <w:t xml:space="preserve"> {{field-on:bible}}Och de välkomnade honom inte, eftersom hans ansikte var vandrande mot Jerusalem.{{field-off:bible}}</w:t>
      </w:r>
    </w:p>
    <w:p w14:paraId="6DADC0EA" w14:textId="22098698" w:rsidR="00BA33AB" w:rsidRPr="000767E2" w:rsidRDefault="00000000">
      <w:pPr>
        <w:rPr>
          <w:lang w:val="sv-SE"/>
        </w:rPr>
      </w:pPr>
      <w:r w:rsidRPr="000767E2">
        <w:rPr>
          <w:lang w:val="sv-SE"/>
        </w:rPr>
        <w:t>[[@</w:t>
      </w:r>
      <w:r w:rsidR="0096445B" w:rsidRPr="000767E2">
        <w:rPr>
          <w:lang w:val="sv-SE"/>
        </w:rPr>
        <w:t>BibleBIBEL82</w:t>
      </w:r>
      <w:r w:rsidRPr="000767E2">
        <w:rPr>
          <w:lang w:val="sv-SE"/>
        </w:rPr>
        <w:t>:Luke 9:54]]</w:t>
      </w:r>
      <w:r w:rsidRPr="000767E2">
        <w:rPr>
          <w:vertAlign w:val="superscript"/>
          <w:lang w:val="sv-SE"/>
        </w:rPr>
        <w:t>54</w:t>
      </w:r>
      <w:r w:rsidRPr="000767E2">
        <w:rPr>
          <w:lang w:val="sv-SE"/>
        </w:rPr>
        <w:t xml:space="preserve"> {{field-on:bible}}Men när lärjungarna Jakob och Johannes såg </w:t>
      </w:r>
      <w:r w:rsidRPr="000767E2">
        <w:rPr>
          <w:i/>
          <w:lang w:val="sv-SE"/>
        </w:rPr>
        <w:t>det</w:t>
      </w:r>
      <w:r w:rsidRPr="000767E2">
        <w:rPr>
          <w:lang w:val="sv-SE"/>
        </w:rPr>
        <w:t xml:space="preserve">, sade de: ”Herre, vill du vi ska säga att eld </w:t>
      </w:r>
      <w:r w:rsidRPr="000767E2">
        <w:rPr>
          <w:i/>
          <w:lang w:val="sv-SE"/>
        </w:rPr>
        <w:t>ska</w:t>
      </w:r>
      <w:r w:rsidRPr="000767E2">
        <w:rPr>
          <w:lang w:val="sv-SE"/>
        </w:rPr>
        <w:t xml:space="preserve"> komma ner från himlen och förtära dem?”{{field-off:bible}} [[@</w:t>
      </w:r>
      <w:r w:rsidR="0096445B" w:rsidRPr="000767E2">
        <w:rPr>
          <w:lang w:val="sv-SE"/>
        </w:rPr>
        <w:t>BibleBIBEL82</w:t>
      </w:r>
      <w:r w:rsidRPr="000767E2">
        <w:rPr>
          <w:lang w:val="sv-SE"/>
        </w:rPr>
        <w:t>:Luke 9:55]]</w:t>
      </w:r>
      <w:r w:rsidRPr="000767E2">
        <w:rPr>
          <w:vertAlign w:val="superscript"/>
          <w:lang w:val="sv-SE"/>
        </w:rPr>
        <w:t>55</w:t>
      </w:r>
      <w:r w:rsidRPr="000767E2">
        <w:rPr>
          <w:lang w:val="sv-SE"/>
        </w:rPr>
        <w:t xml:space="preserve"> {{field-on:bible}}Men han vände sig </w:t>
      </w:r>
      <w:r w:rsidRPr="000767E2">
        <w:rPr>
          <w:lang w:val="sv-SE"/>
        </w:rPr>
        <w:lastRenderedPageBreak/>
        <w:t>och näpste dem.{{field-off:bible}} [[@</w:t>
      </w:r>
      <w:r w:rsidR="0096445B" w:rsidRPr="000767E2">
        <w:rPr>
          <w:lang w:val="sv-SE"/>
        </w:rPr>
        <w:t>BibleBIBEL82</w:t>
      </w:r>
      <w:r w:rsidRPr="000767E2">
        <w:rPr>
          <w:lang w:val="sv-SE"/>
        </w:rPr>
        <w:t>:Luke 9:56]]</w:t>
      </w:r>
      <w:r w:rsidRPr="000767E2">
        <w:rPr>
          <w:vertAlign w:val="superscript"/>
          <w:lang w:val="sv-SE"/>
        </w:rPr>
        <w:t>56</w:t>
      </w:r>
      <w:r w:rsidRPr="000767E2">
        <w:rPr>
          <w:lang w:val="sv-SE"/>
        </w:rPr>
        <w:t xml:space="preserve"> {{field-on:bible}}Och de gick till en annan by.{{field-off:bible}}</w:t>
      </w:r>
    </w:p>
    <w:p w14:paraId="3DCED602" w14:textId="77777777" w:rsidR="00BA33AB" w:rsidRPr="000767E2" w:rsidRDefault="00000000">
      <w:pPr>
        <w:pStyle w:val="Rubrik3"/>
        <w:rPr>
          <w:lang w:val="sv-SE"/>
        </w:rPr>
      </w:pPr>
      <w:r w:rsidRPr="000767E2">
        <w:rPr>
          <w:lang w:val="sv-SE"/>
        </w:rPr>
        <w:t>Lärjungaskapets kostnad</w:t>
      </w:r>
    </w:p>
    <w:p w14:paraId="42F4CE16" w14:textId="2C13D196" w:rsidR="00BA33AB" w:rsidRPr="000767E2" w:rsidRDefault="00000000">
      <w:pPr>
        <w:rPr>
          <w:lang w:val="sv-SE"/>
        </w:rPr>
      </w:pPr>
      <w:r w:rsidRPr="000767E2">
        <w:rPr>
          <w:lang w:val="sv-SE"/>
        </w:rPr>
        <w:t>[[@</w:t>
      </w:r>
      <w:r w:rsidR="0096445B" w:rsidRPr="000767E2">
        <w:rPr>
          <w:lang w:val="sv-SE"/>
        </w:rPr>
        <w:t>BibleBIBEL82</w:t>
      </w:r>
      <w:r w:rsidRPr="000767E2">
        <w:rPr>
          <w:lang w:val="sv-SE"/>
        </w:rPr>
        <w:t>:Luke 9:57]]</w:t>
      </w:r>
      <w:r w:rsidRPr="000767E2">
        <w:rPr>
          <w:vertAlign w:val="superscript"/>
          <w:lang w:val="sv-SE"/>
        </w:rPr>
        <w:t>57</w:t>
      </w:r>
      <w:r w:rsidRPr="000767E2">
        <w:rPr>
          <w:lang w:val="sv-SE"/>
        </w:rPr>
        <w:t xml:space="preserve"> {{field-on:bible}}Och medan de vandrade på vägen, sade någon till honom: ”Jag ska följa dig vart du än går iväg.”{{field-off:bible}} [[@</w:t>
      </w:r>
      <w:r w:rsidR="0096445B" w:rsidRPr="000767E2">
        <w:rPr>
          <w:lang w:val="sv-SE"/>
        </w:rPr>
        <w:t>BibleBIBEL82</w:t>
      </w:r>
      <w:r w:rsidRPr="000767E2">
        <w:rPr>
          <w:lang w:val="sv-SE"/>
        </w:rPr>
        <w:t>:Luke 9:58]]</w:t>
      </w:r>
      <w:r w:rsidRPr="000767E2">
        <w:rPr>
          <w:vertAlign w:val="superscript"/>
          <w:lang w:val="sv-SE"/>
        </w:rPr>
        <w:t>58</w:t>
      </w:r>
      <w:r w:rsidRPr="000767E2">
        <w:rPr>
          <w:lang w:val="sv-SE"/>
        </w:rPr>
        <w:t xml:space="preserve"> {{field-on:bible}}Och </w:t>
      </w:r>
      <w:r w:rsidRPr="000767E2">
        <w:rPr>
          <w:i/>
          <w:lang w:val="sv-SE"/>
        </w:rPr>
        <w:t>då</w:t>
      </w:r>
      <w:r w:rsidRPr="000767E2">
        <w:rPr>
          <w:lang w:val="sv-SE"/>
        </w:rPr>
        <w:t xml:space="preserve"> sade honom Jesus: ”Rävarna har lyor och himlens fåglar bon. Men Människosonen har ingenstans han lutar huvudet.”{{field-off:bible}}</w:t>
      </w:r>
    </w:p>
    <w:p w14:paraId="44930725" w14:textId="34B38D15" w:rsidR="00BA33AB" w:rsidRPr="000767E2" w:rsidRDefault="00000000">
      <w:pPr>
        <w:rPr>
          <w:lang w:val="sv-SE"/>
        </w:rPr>
      </w:pPr>
      <w:r w:rsidRPr="000767E2">
        <w:rPr>
          <w:lang w:val="sv-SE"/>
        </w:rPr>
        <w:t>[[@</w:t>
      </w:r>
      <w:r w:rsidR="0096445B" w:rsidRPr="000767E2">
        <w:rPr>
          <w:lang w:val="sv-SE"/>
        </w:rPr>
        <w:t>BibleBIBEL82</w:t>
      </w:r>
      <w:r w:rsidRPr="000767E2">
        <w:rPr>
          <w:lang w:val="sv-SE"/>
        </w:rPr>
        <w:t>:Luke 9:59]]</w:t>
      </w:r>
      <w:r w:rsidRPr="000767E2">
        <w:rPr>
          <w:vertAlign w:val="superscript"/>
          <w:lang w:val="sv-SE"/>
        </w:rPr>
        <w:t>59</w:t>
      </w:r>
      <w:r w:rsidRPr="000767E2">
        <w:rPr>
          <w:lang w:val="sv-SE"/>
        </w:rPr>
        <w:t xml:space="preserve"> {{field-on:bible}}Och han sade till en annan: ”Följ mig!” Men han sade: ”[Herre], tillåt mig att först gå bort och begrava min far.”{{field-off:bible}} [[@</w:t>
      </w:r>
      <w:r w:rsidR="0096445B" w:rsidRPr="000767E2">
        <w:rPr>
          <w:lang w:val="sv-SE"/>
        </w:rPr>
        <w:t>BibleBIBEL82</w:t>
      </w:r>
      <w:r w:rsidRPr="000767E2">
        <w:rPr>
          <w:lang w:val="sv-SE"/>
        </w:rPr>
        <w:t>:Luke 9:60]]</w:t>
      </w:r>
      <w:r w:rsidRPr="000767E2">
        <w:rPr>
          <w:vertAlign w:val="superscript"/>
          <w:lang w:val="sv-SE"/>
        </w:rPr>
        <w:t>60</w:t>
      </w:r>
      <w:r w:rsidRPr="000767E2">
        <w:rPr>
          <w:lang w:val="sv-SE"/>
        </w:rPr>
        <w:t xml:space="preserve"> {{field-on:bible}}Men han sade till honom: ”Låt de döda begrava sina egna döda. Men gå du iväg och proklamera Guds rike.”{{field-off:bible}}</w:t>
      </w:r>
    </w:p>
    <w:p w14:paraId="5785F885" w14:textId="4D2FDC60" w:rsidR="00BA33AB" w:rsidRPr="000767E2" w:rsidRDefault="00000000">
      <w:pPr>
        <w:rPr>
          <w:lang w:val="sv-SE"/>
        </w:rPr>
      </w:pPr>
      <w:r w:rsidRPr="000767E2">
        <w:rPr>
          <w:lang w:val="sv-SE"/>
        </w:rPr>
        <w:t>[[@</w:t>
      </w:r>
      <w:r w:rsidR="0096445B" w:rsidRPr="000767E2">
        <w:rPr>
          <w:lang w:val="sv-SE"/>
        </w:rPr>
        <w:t>BibleBIBEL82</w:t>
      </w:r>
      <w:r w:rsidRPr="000767E2">
        <w:rPr>
          <w:lang w:val="sv-SE"/>
        </w:rPr>
        <w:t>:Luke 9:61]]</w:t>
      </w:r>
      <w:r w:rsidRPr="000767E2">
        <w:rPr>
          <w:vertAlign w:val="superscript"/>
          <w:lang w:val="sv-SE"/>
        </w:rPr>
        <w:t>61</w:t>
      </w:r>
      <w:r w:rsidRPr="000767E2">
        <w:rPr>
          <w:lang w:val="sv-SE"/>
        </w:rPr>
        <w:t xml:space="preserve"> {{field-on:bible}}Och även en annan sade: ”Jag ska följa dig, Herre. Men först, tillåt mig att ta farväl av dem i mitt hus.”{{field-off:bible}} [[@</w:t>
      </w:r>
      <w:r w:rsidR="0096445B" w:rsidRPr="000767E2">
        <w:rPr>
          <w:lang w:val="sv-SE"/>
        </w:rPr>
        <w:t>BibleBIBEL82</w:t>
      </w:r>
      <w:r w:rsidRPr="000767E2">
        <w:rPr>
          <w:lang w:val="sv-SE"/>
        </w:rPr>
        <w:t>:Luke 9:62]]</w:t>
      </w:r>
      <w:r w:rsidRPr="000767E2">
        <w:rPr>
          <w:vertAlign w:val="superscript"/>
          <w:lang w:val="sv-SE"/>
        </w:rPr>
        <w:t>62</w:t>
      </w:r>
      <w:r w:rsidRPr="000767E2">
        <w:rPr>
          <w:lang w:val="sv-SE"/>
        </w:rPr>
        <w:t xml:space="preserve"> {{field-on:bible}}Och Jesus sade [till honom]: ”Ingen som har satt handen till plogen och </w:t>
      </w:r>
      <w:r w:rsidRPr="000767E2">
        <w:rPr>
          <w:i/>
          <w:lang w:val="sv-SE"/>
        </w:rPr>
        <w:t>sedan</w:t>
      </w:r>
      <w:r w:rsidRPr="000767E2">
        <w:rPr>
          <w:lang w:val="sv-SE"/>
        </w:rPr>
        <w:t xml:space="preserve"> ser bakåt är välägnad för Guds rike.”{{field-off:bible}}</w:t>
      </w:r>
    </w:p>
    <w:p w14:paraId="499BFD9A" w14:textId="158CC848"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10]]Kapitel 10</w:t>
      </w:r>
    </w:p>
    <w:p w14:paraId="005CDD62" w14:textId="77777777" w:rsidR="00BA33AB" w:rsidRPr="000767E2" w:rsidRDefault="00000000">
      <w:pPr>
        <w:pStyle w:val="Rubrik3"/>
        <w:rPr>
          <w:lang w:val="sv-SE"/>
        </w:rPr>
      </w:pPr>
      <w:r w:rsidRPr="000767E2">
        <w:rPr>
          <w:lang w:val="sv-SE"/>
        </w:rPr>
        <w:t>Jesus sänder ut de sjuttiotvå</w:t>
      </w:r>
    </w:p>
    <w:p w14:paraId="05A5A351" w14:textId="0FABB00F" w:rsidR="00BA33AB" w:rsidRPr="000767E2" w:rsidRDefault="00000000">
      <w:pPr>
        <w:rPr>
          <w:lang w:val="sv-SE"/>
        </w:rPr>
      </w:pPr>
      <w:r w:rsidRPr="000767E2">
        <w:rPr>
          <w:lang w:val="sv-SE"/>
        </w:rPr>
        <w:t>[[@</w:t>
      </w:r>
      <w:r w:rsidR="0096445B" w:rsidRPr="000767E2">
        <w:rPr>
          <w:lang w:val="sv-SE"/>
        </w:rPr>
        <w:t>BibleBIBEL82</w:t>
      </w:r>
      <w:r w:rsidRPr="000767E2">
        <w:rPr>
          <w:lang w:val="sv-SE"/>
        </w:rPr>
        <w:t>:Luke 10:1]]</w:t>
      </w:r>
      <w:r w:rsidRPr="000767E2">
        <w:rPr>
          <w:vertAlign w:val="superscript"/>
          <w:lang w:val="sv-SE"/>
        </w:rPr>
        <w:t>1</w:t>
      </w:r>
      <w:r w:rsidRPr="000767E2">
        <w:rPr>
          <w:lang w:val="sv-SE"/>
        </w:rPr>
        <w:t xml:space="preserve"> {{field-on:bible}}Och efter detta utpekade Herren sjuttio[två] andra och sände ut dem två och två framför sitt ansikte till varje stad och plats dit han själv skulle komma.{{field-off:bible}} [[@</w:t>
      </w:r>
      <w:r w:rsidR="0096445B" w:rsidRPr="000767E2">
        <w:rPr>
          <w:lang w:val="sv-SE"/>
        </w:rPr>
        <w:t>BibleBIBEL82</w:t>
      </w:r>
      <w:r w:rsidRPr="000767E2">
        <w:rPr>
          <w:lang w:val="sv-SE"/>
        </w:rPr>
        <w:t>:Luke 10:2]]</w:t>
      </w:r>
      <w:r w:rsidRPr="000767E2">
        <w:rPr>
          <w:vertAlign w:val="superscript"/>
          <w:lang w:val="sv-SE"/>
        </w:rPr>
        <w:t>2</w:t>
      </w:r>
      <w:r w:rsidRPr="000767E2">
        <w:rPr>
          <w:lang w:val="sv-SE"/>
        </w:rPr>
        <w:t xml:space="preserve"> {{field-on:bible}}Och han sade till dem: ”Skörden </w:t>
      </w:r>
      <w:r w:rsidRPr="000767E2">
        <w:rPr>
          <w:i/>
          <w:lang w:val="sv-SE"/>
        </w:rPr>
        <w:t>är</w:t>
      </w:r>
      <w:r w:rsidRPr="000767E2">
        <w:rPr>
          <w:lang w:val="sv-SE"/>
        </w:rPr>
        <w:t xml:space="preserve"> stor, men arbetarna få. Bönfall därför skördens Herre att han driver ut arbetare till sin skörd.{{field-off:bible}} [[@</w:t>
      </w:r>
      <w:r w:rsidR="0096445B" w:rsidRPr="000767E2">
        <w:rPr>
          <w:lang w:val="sv-SE"/>
        </w:rPr>
        <w:t>BibleBIBEL82</w:t>
      </w:r>
      <w:r w:rsidRPr="000767E2">
        <w:rPr>
          <w:lang w:val="sv-SE"/>
        </w:rPr>
        <w:t>:Luke 10:3]]</w:t>
      </w:r>
      <w:r w:rsidRPr="000767E2">
        <w:rPr>
          <w:vertAlign w:val="superscript"/>
          <w:lang w:val="sv-SE"/>
        </w:rPr>
        <w:t>3</w:t>
      </w:r>
      <w:r w:rsidRPr="000767E2">
        <w:rPr>
          <w:lang w:val="sv-SE"/>
        </w:rPr>
        <w:t xml:space="preserve"> {{field-on:bible}}Bege er! Se, jag sänder er som lamm mitt bland vargar.{{field-off:bible}} [[@</w:t>
      </w:r>
      <w:r w:rsidR="0096445B" w:rsidRPr="000767E2">
        <w:rPr>
          <w:lang w:val="sv-SE"/>
        </w:rPr>
        <w:t>BibleBIBEL82</w:t>
      </w:r>
      <w:r w:rsidRPr="000767E2">
        <w:rPr>
          <w:lang w:val="sv-SE"/>
        </w:rPr>
        <w:t>:Luke 10:4]]</w:t>
      </w:r>
      <w:r w:rsidRPr="000767E2">
        <w:rPr>
          <w:vertAlign w:val="superscript"/>
          <w:lang w:val="sv-SE"/>
        </w:rPr>
        <w:t>4</w:t>
      </w:r>
      <w:r w:rsidRPr="000767E2">
        <w:rPr>
          <w:lang w:val="sv-SE"/>
        </w:rPr>
        <w:t xml:space="preserve"> {{field-on:bible}}Bär inte börs, inte väska, inte sandaler. Och ingen längs vägen ska ni hälsa på.{{field-off:bible}}</w:t>
      </w:r>
    </w:p>
    <w:p w14:paraId="3E76FC12" w14:textId="289FFE1B" w:rsidR="00BA33AB" w:rsidRPr="000767E2" w:rsidRDefault="00000000">
      <w:pPr>
        <w:rPr>
          <w:lang w:val="sv-SE"/>
        </w:rPr>
      </w:pPr>
      <w:r w:rsidRPr="000767E2">
        <w:rPr>
          <w:lang w:val="sv-SE"/>
        </w:rPr>
        <w:t>[[@</w:t>
      </w:r>
      <w:r w:rsidR="0096445B" w:rsidRPr="000767E2">
        <w:rPr>
          <w:lang w:val="sv-SE"/>
        </w:rPr>
        <w:t>BibleBIBEL82</w:t>
      </w:r>
      <w:r w:rsidRPr="000767E2">
        <w:rPr>
          <w:lang w:val="sv-SE"/>
        </w:rPr>
        <w:t>:Luke 10:5]]</w:t>
      </w:r>
      <w:r w:rsidRPr="000767E2">
        <w:rPr>
          <w:vertAlign w:val="superscript"/>
          <w:lang w:val="sv-SE"/>
        </w:rPr>
        <w:t>5</w:t>
      </w:r>
      <w:r w:rsidRPr="000767E2">
        <w:rPr>
          <w:lang w:val="sv-SE"/>
        </w:rPr>
        <w:t xml:space="preserve"> {{field-on:bible}}Och i det hus </w:t>
      </w:r>
      <w:r w:rsidRPr="000767E2">
        <w:rPr>
          <w:i/>
          <w:lang w:val="sv-SE"/>
        </w:rPr>
        <w:t>där</w:t>
      </w:r>
      <w:r w:rsidRPr="000767E2">
        <w:rPr>
          <w:lang w:val="sv-SE"/>
        </w:rPr>
        <w:t xml:space="preserve"> ni kommer in, säg först: Frid åt detta hus!{{field-off:bible}} [[@</w:t>
      </w:r>
      <w:r w:rsidR="0096445B" w:rsidRPr="000767E2">
        <w:rPr>
          <w:lang w:val="sv-SE"/>
        </w:rPr>
        <w:t>BibleBIBEL82</w:t>
      </w:r>
      <w:r w:rsidRPr="000767E2">
        <w:rPr>
          <w:lang w:val="sv-SE"/>
        </w:rPr>
        <w:t>:Luke 10:6]]</w:t>
      </w:r>
      <w:r w:rsidRPr="000767E2">
        <w:rPr>
          <w:vertAlign w:val="superscript"/>
          <w:lang w:val="sv-SE"/>
        </w:rPr>
        <w:t>6</w:t>
      </w:r>
      <w:r w:rsidRPr="000767E2">
        <w:rPr>
          <w:lang w:val="sv-SE"/>
        </w:rPr>
        <w:t xml:space="preserve"> {{field-on:bible}}Och om där finns en fridens son, ska er frid vila över honom. Men annars ska den vända tillbaka över er.{{field-off:bible}} [[@</w:t>
      </w:r>
      <w:r w:rsidR="0096445B" w:rsidRPr="000767E2">
        <w:rPr>
          <w:lang w:val="sv-SE"/>
        </w:rPr>
        <w:t>BibleBIBEL82</w:t>
      </w:r>
      <w:r w:rsidRPr="000767E2">
        <w:rPr>
          <w:lang w:val="sv-SE"/>
        </w:rPr>
        <w:t>:Luke 10:7]]</w:t>
      </w:r>
      <w:r w:rsidRPr="000767E2">
        <w:rPr>
          <w:vertAlign w:val="superscript"/>
          <w:lang w:val="sv-SE"/>
        </w:rPr>
        <w:t>7</w:t>
      </w:r>
      <w:r w:rsidRPr="000767E2">
        <w:rPr>
          <w:lang w:val="sv-SE"/>
        </w:rPr>
        <w:t xml:space="preserve"> {{field-on:bible}}Och i samma hus ska ni bli kvar och äta och dricka det </w:t>
      </w:r>
      <w:r w:rsidRPr="000767E2">
        <w:rPr>
          <w:i/>
          <w:lang w:val="sv-SE"/>
        </w:rPr>
        <w:t>ni får</w:t>
      </w:r>
      <w:r w:rsidRPr="000767E2">
        <w:rPr>
          <w:lang w:val="sv-SE"/>
        </w:rPr>
        <w:t xml:space="preserve"> från dem, för arbetaren är värd sin lön. Gå inte vidare från hus till hus.{{field-off:bible}} [[@</w:t>
      </w:r>
      <w:r w:rsidR="0096445B" w:rsidRPr="000767E2">
        <w:rPr>
          <w:lang w:val="sv-SE"/>
        </w:rPr>
        <w:t>BibleBIBEL82</w:t>
      </w:r>
      <w:r w:rsidRPr="000767E2">
        <w:rPr>
          <w:lang w:val="sv-SE"/>
        </w:rPr>
        <w:t>:Luke 10:8]]</w:t>
      </w:r>
      <w:r w:rsidRPr="000767E2">
        <w:rPr>
          <w:vertAlign w:val="superscript"/>
          <w:lang w:val="sv-SE"/>
        </w:rPr>
        <w:t>8</w:t>
      </w:r>
      <w:r w:rsidRPr="000767E2">
        <w:rPr>
          <w:lang w:val="sv-SE"/>
        </w:rPr>
        <w:t xml:space="preserve"> {{field-on:bible}}Och i den stad </w:t>
      </w:r>
      <w:r w:rsidRPr="000767E2">
        <w:rPr>
          <w:i/>
          <w:lang w:val="sv-SE"/>
        </w:rPr>
        <w:t>där</w:t>
      </w:r>
      <w:r w:rsidRPr="000767E2">
        <w:rPr>
          <w:lang w:val="sv-SE"/>
        </w:rPr>
        <w:t xml:space="preserve"> ni kommer in och man välkomnar er, ät det som sätts fram åt er.{{field-off:bible}} [[@</w:t>
      </w:r>
      <w:r w:rsidR="0096445B" w:rsidRPr="000767E2">
        <w:rPr>
          <w:lang w:val="sv-SE"/>
        </w:rPr>
        <w:t>BibleBIBEL82</w:t>
      </w:r>
      <w:r w:rsidRPr="000767E2">
        <w:rPr>
          <w:lang w:val="sv-SE"/>
        </w:rPr>
        <w:t>:Luke 10:9]]</w:t>
      </w:r>
      <w:r w:rsidRPr="000767E2">
        <w:rPr>
          <w:vertAlign w:val="superscript"/>
          <w:lang w:val="sv-SE"/>
        </w:rPr>
        <w:t>9</w:t>
      </w:r>
      <w:r w:rsidRPr="000767E2">
        <w:rPr>
          <w:lang w:val="sv-SE"/>
        </w:rPr>
        <w:t xml:space="preserve"> {{field-on:bible}}Och bota de sjuka i den och säg till dem: Nära inpå er </w:t>
      </w:r>
      <w:r w:rsidRPr="000767E2">
        <w:rPr>
          <w:i/>
          <w:lang w:val="sv-SE"/>
        </w:rPr>
        <w:t>är</w:t>
      </w:r>
      <w:r w:rsidRPr="000767E2">
        <w:rPr>
          <w:lang w:val="sv-SE"/>
        </w:rPr>
        <w:t xml:space="preserve"> </w:t>
      </w:r>
      <w:r w:rsidRPr="000767E2">
        <w:rPr>
          <w:i/>
          <w:lang w:val="sv-SE"/>
        </w:rPr>
        <w:t>nu</w:t>
      </w:r>
      <w:r w:rsidRPr="000767E2">
        <w:rPr>
          <w:lang w:val="sv-SE"/>
        </w:rPr>
        <w:t xml:space="preserve"> Guds rike.{{field-off:bible}}</w:t>
      </w:r>
    </w:p>
    <w:p w14:paraId="75B115BD" w14:textId="1A515605" w:rsidR="00BA33AB" w:rsidRPr="000767E2" w:rsidRDefault="00000000">
      <w:pPr>
        <w:rPr>
          <w:lang w:val="sv-SE"/>
        </w:rPr>
      </w:pPr>
      <w:r w:rsidRPr="000767E2">
        <w:rPr>
          <w:lang w:val="sv-SE"/>
        </w:rPr>
        <w:t>[[@</w:t>
      </w:r>
      <w:r w:rsidR="0096445B" w:rsidRPr="000767E2">
        <w:rPr>
          <w:lang w:val="sv-SE"/>
        </w:rPr>
        <w:t>BibleBIBEL82</w:t>
      </w:r>
      <w:r w:rsidRPr="000767E2">
        <w:rPr>
          <w:lang w:val="sv-SE"/>
        </w:rPr>
        <w:t>:Luke 10:10]]</w:t>
      </w:r>
      <w:r w:rsidRPr="000767E2">
        <w:rPr>
          <w:vertAlign w:val="superscript"/>
          <w:lang w:val="sv-SE"/>
        </w:rPr>
        <w:t>10</w:t>
      </w:r>
      <w:r w:rsidRPr="000767E2">
        <w:rPr>
          <w:lang w:val="sv-SE"/>
        </w:rPr>
        <w:t xml:space="preserve"> {{field-on:bible}}Men i den stad i vilken ni kommer in och man inte välkomnar er, gå ut på dess gator och säg:{{field-off:bible}} [[@</w:t>
      </w:r>
      <w:r w:rsidR="0096445B" w:rsidRPr="000767E2">
        <w:rPr>
          <w:lang w:val="sv-SE"/>
        </w:rPr>
        <w:t>BibleBIBEL82</w:t>
      </w:r>
      <w:r w:rsidRPr="000767E2">
        <w:rPr>
          <w:lang w:val="sv-SE"/>
        </w:rPr>
        <w:t>:Luke 10:11]]</w:t>
      </w:r>
      <w:r w:rsidRPr="000767E2">
        <w:rPr>
          <w:vertAlign w:val="superscript"/>
          <w:lang w:val="sv-SE"/>
        </w:rPr>
        <w:t>11</w:t>
      </w:r>
      <w:r w:rsidRPr="000767E2">
        <w:rPr>
          <w:lang w:val="sv-SE"/>
        </w:rPr>
        <w:t xml:space="preserve"> {{field-on:bible}}Även dammet som har anslutit sig till oss från er stad på fötterna </w:t>
      </w:r>
      <w:r w:rsidRPr="000767E2">
        <w:rPr>
          <w:lang w:val="sv-SE"/>
        </w:rPr>
        <w:lastRenderedPageBreak/>
        <w:t xml:space="preserve">torkar vi bort till er. Men detta ska ni veta, att nära är </w:t>
      </w:r>
      <w:r w:rsidRPr="000767E2">
        <w:rPr>
          <w:i/>
          <w:lang w:val="sv-SE"/>
        </w:rPr>
        <w:t>nu</w:t>
      </w:r>
      <w:r w:rsidRPr="000767E2">
        <w:rPr>
          <w:lang w:val="sv-SE"/>
        </w:rPr>
        <w:t xml:space="preserve"> Guds rike.{{field-off:bible}} [[@</w:t>
      </w:r>
      <w:r w:rsidR="0096445B" w:rsidRPr="000767E2">
        <w:rPr>
          <w:lang w:val="sv-SE"/>
        </w:rPr>
        <w:t>BibleBIBEL82</w:t>
      </w:r>
      <w:r w:rsidRPr="000767E2">
        <w:rPr>
          <w:lang w:val="sv-SE"/>
        </w:rPr>
        <w:t>:Luke 10:12]]</w:t>
      </w:r>
      <w:r w:rsidRPr="000767E2">
        <w:rPr>
          <w:vertAlign w:val="superscript"/>
          <w:lang w:val="sv-SE"/>
        </w:rPr>
        <w:t>12</w:t>
      </w:r>
      <w:r w:rsidRPr="000767E2">
        <w:rPr>
          <w:lang w:val="sv-SE"/>
        </w:rPr>
        <w:t xml:space="preserve"> {{field-on:bible}}Jag säger er att för Sodom ska det på den dagen bli uthärdligare än för den staden.{{field-off:bible}}</w:t>
      </w:r>
    </w:p>
    <w:p w14:paraId="259BED7F" w14:textId="77777777" w:rsidR="00BA33AB" w:rsidRPr="000767E2" w:rsidRDefault="00000000">
      <w:pPr>
        <w:pStyle w:val="Rubrik3"/>
        <w:rPr>
          <w:lang w:val="sv-SE"/>
        </w:rPr>
      </w:pPr>
      <w:r w:rsidRPr="000767E2">
        <w:rPr>
          <w:lang w:val="sv-SE"/>
        </w:rPr>
        <w:t>Jesu verop över städer</w:t>
      </w:r>
    </w:p>
    <w:p w14:paraId="69F2E219" w14:textId="50FC6F22" w:rsidR="00BA33AB" w:rsidRPr="000767E2" w:rsidRDefault="00000000">
      <w:pPr>
        <w:rPr>
          <w:lang w:val="sv-SE"/>
        </w:rPr>
      </w:pPr>
      <w:r w:rsidRPr="000767E2">
        <w:rPr>
          <w:lang w:val="sv-SE"/>
        </w:rPr>
        <w:t>[[@</w:t>
      </w:r>
      <w:r w:rsidR="0096445B" w:rsidRPr="000767E2">
        <w:rPr>
          <w:lang w:val="sv-SE"/>
        </w:rPr>
        <w:t>BibleBIBEL82</w:t>
      </w:r>
      <w:r w:rsidRPr="000767E2">
        <w:rPr>
          <w:lang w:val="sv-SE"/>
        </w:rPr>
        <w:t>:Luke 10:13]]</w:t>
      </w:r>
      <w:r w:rsidRPr="000767E2">
        <w:rPr>
          <w:vertAlign w:val="superscript"/>
          <w:lang w:val="sv-SE"/>
        </w:rPr>
        <w:t>13</w:t>
      </w:r>
      <w:r w:rsidRPr="000767E2">
        <w:rPr>
          <w:lang w:val="sv-SE"/>
        </w:rPr>
        <w:t xml:space="preserve"> {{field-on:bible}}Ve dig, Korazin! Ve dig, Bethsaida! För om </w:t>
      </w:r>
      <w:r w:rsidRPr="000767E2">
        <w:rPr>
          <w:i/>
          <w:lang w:val="sv-SE"/>
        </w:rPr>
        <w:t>det var</w:t>
      </w:r>
      <w:r w:rsidRPr="000767E2">
        <w:rPr>
          <w:lang w:val="sv-SE"/>
        </w:rPr>
        <w:t xml:space="preserve"> i Tyros och Sidon de hade skett, kraftgärningarna som skett i er, hade de sedan länge suttit i säck och aska och ändrat sinne.{{field-off:bible}} [[@</w:t>
      </w:r>
      <w:r w:rsidR="0096445B" w:rsidRPr="000767E2">
        <w:rPr>
          <w:lang w:val="sv-SE"/>
        </w:rPr>
        <w:t>BibleBIBEL82</w:t>
      </w:r>
      <w:r w:rsidRPr="000767E2">
        <w:rPr>
          <w:lang w:val="sv-SE"/>
        </w:rPr>
        <w:t>:Luke 10:14]]</w:t>
      </w:r>
      <w:r w:rsidRPr="000767E2">
        <w:rPr>
          <w:vertAlign w:val="superscript"/>
          <w:lang w:val="sv-SE"/>
        </w:rPr>
        <w:t>14</w:t>
      </w:r>
      <w:r w:rsidRPr="000767E2">
        <w:rPr>
          <w:lang w:val="sv-SE"/>
        </w:rPr>
        <w:t xml:space="preserve"> {{field-on:bible}}Men för Tyros och Sidon ska det bli uthärdligare vid domen än för er.{{field-off:bible}} [[@</w:t>
      </w:r>
      <w:r w:rsidR="0096445B" w:rsidRPr="000767E2">
        <w:rPr>
          <w:lang w:val="sv-SE"/>
        </w:rPr>
        <w:t>BibleBIBEL82</w:t>
      </w:r>
      <w:r w:rsidRPr="000767E2">
        <w:rPr>
          <w:lang w:val="sv-SE"/>
        </w:rPr>
        <w:t>:Luke 10:15]]</w:t>
      </w:r>
      <w:r w:rsidRPr="000767E2">
        <w:rPr>
          <w:vertAlign w:val="superscript"/>
          <w:lang w:val="sv-SE"/>
        </w:rPr>
        <w:t>15</w:t>
      </w:r>
      <w:r w:rsidRPr="000767E2">
        <w:rPr>
          <w:lang w:val="sv-SE"/>
        </w:rPr>
        <w:t xml:space="preserve"> {{field-on:bible}}Och du, Kafarnaum, inte ska du till himlen bli upphöjd? Till Hades ska du gå ner.{{field-off:bible}} [[@</w:t>
      </w:r>
      <w:r w:rsidR="0096445B" w:rsidRPr="000767E2">
        <w:rPr>
          <w:lang w:val="sv-SE"/>
        </w:rPr>
        <w:t>BibleBIBEL82</w:t>
      </w:r>
      <w:r w:rsidRPr="000767E2">
        <w:rPr>
          <w:lang w:val="sv-SE"/>
        </w:rPr>
        <w:t>:Luke 10:16]]</w:t>
      </w:r>
      <w:r w:rsidRPr="000767E2">
        <w:rPr>
          <w:vertAlign w:val="superscript"/>
          <w:lang w:val="sv-SE"/>
        </w:rPr>
        <w:t>16</w:t>
      </w:r>
      <w:r w:rsidRPr="000767E2">
        <w:rPr>
          <w:lang w:val="sv-SE"/>
        </w:rPr>
        <w:t xml:space="preserve"> {{field-on:bible}}Den som lyssnar till er lyssnar till mig, och den som avvisar er avvisar mig. Och den som avvisar mig, avvisar honom som har sänt mig.”{{field-off:bible}}</w:t>
      </w:r>
    </w:p>
    <w:p w14:paraId="25D8C56E" w14:textId="77777777" w:rsidR="00BA33AB" w:rsidRPr="000767E2" w:rsidRDefault="00000000">
      <w:pPr>
        <w:pStyle w:val="Rubrik3"/>
        <w:rPr>
          <w:lang w:val="sv-SE"/>
        </w:rPr>
      </w:pPr>
      <w:r w:rsidRPr="000767E2">
        <w:rPr>
          <w:lang w:val="sv-SE"/>
        </w:rPr>
        <w:t>De sjuttiotvå återvänder glada</w:t>
      </w:r>
    </w:p>
    <w:p w14:paraId="081AD977" w14:textId="552A60AF" w:rsidR="00BA33AB" w:rsidRPr="000767E2" w:rsidRDefault="00000000">
      <w:pPr>
        <w:rPr>
          <w:lang w:val="sv-SE"/>
        </w:rPr>
      </w:pPr>
      <w:r w:rsidRPr="000767E2">
        <w:rPr>
          <w:lang w:val="sv-SE"/>
        </w:rPr>
        <w:t>[[@</w:t>
      </w:r>
      <w:r w:rsidR="0096445B" w:rsidRPr="000767E2">
        <w:rPr>
          <w:lang w:val="sv-SE"/>
        </w:rPr>
        <w:t>BibleBIBEL82</w:t>
      </w:r>
      <w:r w:rsidRPr="000767E2">
        <w:rPr>
          <w:lang w:val="sv-SE"/>
        </w:rPr>
        <w:t>:Luke 10:17]]</w:t>
      </w:r>
      <w:r w:rsidRPr="000767E2">
        <w:rPr>
          <w:vertAlign w:val="superscript"/>
          <w:lang w:val="sv-SE"/>
        </w:rPr>
        <w:t>17</w:t>
      </w:r>
      <w:r w:rsidRPr="000767E2">
        <w:rPr>
          <w:lang w:val="sv-SE"/>
        </w:rPr>
        <w:t xml:space="preserve"> {{field-on:bible}}Och de sjuttio[två] återvände med glädje och sade: ”Herre, även demonerna underordnar sig oss i ditt namn!”{{field-off:bible}} [[@</w:t>
      </w:r>
      <w:r w:rsidR="0096445B" w:rsidRPr="000767E2">
        <w:rPr>
          <w:lang w:val="sv-SE"/>
        </w:rPr>
        <w:t>BibleBIBEL82</w:t>
      </w:r>
      <w:r w:rsidRPr="000767E2">
        <w:rPr>
          <w:lang w:val="sv-SE"/>
        </w:rPr>
        <w:t>:Luke 10:18]]</w:t>
      </w:r>
      <w:r w:rsidRPr="000767E2">
        <w:rPr>
          <w:vertAlign w:val="superscript"/>
          <w:lang w:val="sv-SE"/>
        </w:rPr>
        <w:t>18</w:t>
      </w:r>
      <w:r w:rsidRPr="000767E2">
        <w:rPr>
          <w:lang w:val="sv-SE"/>
        </w:rPr>
        <w:t xml:space="preserve"> {{field-on:bible}}Och han sade till dem: ”Jag skådade Satan som en blixt falla från himlen.{{field-off:bible}} [[@</w:t>
      </w:r>
      <w:r w:rsidR="0096445B" w:rsidRPr="000767E2">
        <w:rPr>
          <w:lang w:val="sv-SE"/>
        </w:rPr>
        <w:t>BibleBIBEL82</w:t>
      </w:r>
      <w:r w:rsidRPr="000767E2">
        <w:rPr>
          <w:lang w:val="sv-SE"/>
        </w:rPr>
        <w:t>:Luke 10:19]]</w:t>
      </w:r>
      <w:r w:rsidRPr="000767E2">
        <w:rPr>
          <w:vertAlign w:val="superscript"/>
          <w:lang w:val="sv-SE"/>
        </w:rPr>
        <w:t>19</w:t>
      </w:r>
      <w:r w:rsidRPr="000767E2">
        <w:rPr>
          <w:lang w:val="sv-SE"/>
        </w:rPr>
        <w:t xml:space="preserve"> {{field-on:bible}}Se, jag har gett er auktoriteten att trampa ovanpå ormar och skorpioner och på all fiendens makt, och ingenting ska alls skada er.{{field-off:bible}} [[@</w:t>
      </w:r>
      <w:r w:rsidR="0096445B" w:rsidRPr="000767E2">
        <w:rPr>
          <w:lang w:val="sv-SE"/>
        </w:rPr>
        <w:t>BibleBIBEL82</w:t>
      </w:r>
      <w:r w:rsidRPr="000767E2">
        <w:rPr>
          <w:lang w:val="sv-SE"/>
        </w:rPr>
        <w:t>:Luke 10:20]]</w:t>
      </w:r>
      <w:r w:rsidRPr="000767E2">
        <w:rPr>
          <w:vertAlign w:val="superscript"/>
          <w:lang w:val="sv-SE"/>
        </w:rPr>
        <w:t>20</w:t>
      </w:r>
      <w:r w:rsidRPr="000767E2">
        <w:rPr>
          <w:lang w:val="sv-SE"/>
        </w:rPr>
        <w:t xml:space="preserve"> {{field-on:bible}}Men gläd er inte i detta att andarna underordnar sig er. Utan gläd er att era namn är inskrivna i himlarna.”{{field-off:bible}}</w:t>
      </w:r>
    </w:p>
    <w:p w14:paraId="09156F2B" w14:textId="6FA5EC48" w:rsidR="00BA33AB" w:rsidRPr="000767E2" w:rsidRDefault="00000000">
      <w:pPr>
        <w:rPr>
          <w:lang w:val="sv-SE"/>
        </w:rPr>
      </w:pPr>
      <w:r w:rsidRPr="000767E2">
        <w:rPr>
          <w:lang w:val="sv-SE"/>
        </w:rPr>
        <w:t>[[@</w:t>
      </w:r>
      <w:r w:rsidR="0096445B" w:rsidRPr="000767E2">
        <w:rPr>
          <w:lang w:val="sv-SE"/>
        </w:rPr>
        <w:t>BibleBIBEL82</w:t>
      </w:r>
      <w:r w:rsidRPr="000767E2">
        <w:rPr>
          <w:lang w:val="sv-SE"/>
        </w:rPr>
        <w:t>:Luke 10:21]]</w:t>
      </w:r>
      <w:r w:rsidRPr="000767E2">
        <w:rPr>
          <w:vertAlign w:val="superscript"/>
          <w:lang w:val="sv-SE"/>
        </w:rPr>
        <w:t>21</w:t>
      </w:r>
      <w:r w:rsidRPr="000767E2">
        <w:rPr>
          <w:lang w:val="sv-SE"/>
        </w:rPr>
        <w:t xml:space="preserve"> {{field-on:bible}}I samma stund jublade han i den heliga Anden och sade: ”Jag erkänner dig Far, himlens och jordens Herre, att du har förborgat detta för visa och förståndiga och uppenbarat det för småbarn. Ja Far, för så blev det välbehag inför dig.{{field-off:bible}} [[@</w:t>
      </w:r>
      <w:r w:rsidR="0096445B" w:rsidRPr="000767E2">
        <w:rPr>
          <w:lang w:val="sv-SE"/>
        </w:rPr>
        <w:t>BibleBIBEL82</w:t>
      </w:r>
      <w:r w:rsidRPr="000767E2">
        <w:rPr>
          <w:lang w:val="sv-SE"/>
        </w:rPr>
        <w:t>:Luke 10:22]]</w:t>
      </w:r>
      <w:r w:rsidRPr="000767E2">
        <w:rPr>
          <w:vertAlign w:val="superscript"/>
          <w:lang w:val="sv-SE"/>
        </w:rPr>
        <w:t>22</w:t>
      </w:r>
      <w:r w:rsidRPr="000767E2">
        <w:rPr>
          <w:lang w:val="sv-SE"/>
        </w:rPr>
        <w:t xml:space="preserve"> {{field-on:bible}}Allt har överlämnats till mig av min Far. Och ingen vet vem Sonen är utom Fadern, och vem Fadern är utom Sonen och den för vilken Sonen önskar uppenbara </w:t>
      </w:r>
      <w:r w:rsidRPr="000767E2">
        <w:rPr>
          <w:i/>
          <w:lang w:val="sv-SE"/>
        </w:rPr>
        <w:t>det</w:t>
      </w:r>
      <w:r w:rsidRPr="000767E2">
        <w:rPr>
          <w:lang w:val="sv-SE"/>
        </w:rPr>
        <w:t>.”{{field-off:bible}}</w:t>
      </w:r>
    </w:p>
    <w:p w14:paraId="16567C4C" w14:textId="167FDE2F" w:rsidR="00BA33AB" w:rsidRPr="000767E2" w:rsidRDefault="00000000">
      <w:pPr>
        <w:rPr>
          <w:lang w:val="sv-SE"/>
        </w:rPr>
      </w:pPr>
      <w:r w:rsidRPr="000767E2">
        <w:rPr>
          <w:lang w:val="sv-SE"/>
        </w:rPr>
        <w:t>[[@</w:t>
      </w:r>
      <w:r w:rsidR="0096445B" w:rsidRPr="000767E2">
        <w:rPr>
          <w:lang w:val="sv-SE"/>
        </w:rPr>
        <w:t>BibleBIBEL82</w:t>
      </w:r>
      <w:r w:rsidRPr="000767E2">
        <w:rPr>
          <w:lang w:val="sv-SE"/>
        </w:rPr>
        <w:t>:Luke 10:23]]</w:t>
      </w:r>
      <w:r w:rsidRPr="000767E2">
        <w:rPr>
          <w:vertAlign w:val="superscript"/>
          <w:lang w:val="sv-SE"/>
        </w:rPr>
        <w:t>23</w:t>
      </w:r>
      <w:r w:rsidRPr="000767E2">
        <w:rPr>
          <w:lang w:val="sv-SE"/>
        </w:rPr>
        <w:t xml:space="preserve"> {{field-on:bible}}Och han vände sig till lärjungarna enskilt och sade: ”Saliga de ögon som ser det ni ser!{{field-off:bible}} [[@</w:t>
      </w:r>
      <w:r w:rsidR="0096445B" w:rsidRPr="000767E2">
        <w:rPr>
          <w:lang w:val="sv-SE"/>
        </w:rPr>
        <w:t>BibleBIBEL82</w:t>
      </w:r>
      <w:r w:rsidRPr="000767E2">
        <w:rPr>
          <w:lang w:val="sv-SE"/>
        </w:rPr>
        <w:t>:Luke 10:24]]</w:t>
      </w:r>
      <w:r w:rsidRPr="000767E2">
        <w:rPr>
          <w:vertAlign w:val="superscript"/>
          <w:lang w:val="sv-SE"/>
        </w:rPr>
        <w:t>24</w:t>
      </w:r>
      <w:r w:rsidRPr="000767E2">
        <w:rPr>
          <w:lang w:val="sv-SE"/>
        </w:rPr>
        <w:t xml:space="preserve"> {{field-on:bible}}För jag säger er att många profeter och kungar ville se det ni ser och </w:t>
      </w:r>
      <w:r w:rsidRPr="000767E2">
        <w:rPr>
          <w:i/>
          <w:lang w:val="sv-SE"/>
        </w:rPr>
        <w:t>fick</w:t>
      </w:r>
      <w:r w:rsidRPr="000767E2">
        <w:rPr>
          <w:lang w:val="sv-SE"/>
        </w:rPr>
        <w:t xml:space="preserve"> inte se, och höra det ni hör och </w:t>
      </w:r>
      <w:r w:rsidRPr="000767E2">
        <w:rPr>
          <w:i/>
          <w:lang w:val="sv-SE"/>
        </w:rPr>
        <w:t>fick</w:t>
      </w:r>
      <w:r w:rsidRPr="000767E2">
        <w:rPr>
          <w:lang w:val="sv-SE"/>
        </w:rPr>
        <w:t xml:space="preserve"> inte höra.”{{field-off:bible}}</w:t>
      </w:r>
    </w:p>
    <w:p w14:paraId="0EEB2184" w14:textId="77777777" w:rsidR="00BA33AB" w:rsidRPr="000767E2" w:rsidRDefault="00000000">
      <w:pPr>
        <w:pStyle w:val="Rubrik3"/>
        <w:rPr>
          <w:lang w:val="sv-SE"/>
        </w:rPr>
      </w:pPr>
      <w:r w:rsidRPr="000767E2">
        <w:rPr>
          <w:lang w:val="sv-SE"/>
        </w:rPr>
        <w:t>Den barmhärtige samariern</w:t>
      </w:r>
    </w:p>
    <w:p w14:paraId="6D717761" w14:textId="47D89CC4" w:rsidR="00BA33AB" w:rsidRPr="000767E2" w:rsidRDefault="00000000">
      <w:pPr>
        <w:rPr>
          <w:lang w:val="sv-SE"/>
        </w:rPr>
      </w:pPr>
      <w:r w:rsidRPr="000767E2">
        <w:rPr>
          <w:lang w:val="sv-SE"/>
        </w:rPr>
        <w:t>[[@</w:t>
      </w:r>
      <w:r w:rsidR="0096445B" w:rsidRPr="000767E2">
        <w:rPr>
          <w:lang w:val="sv-SE"/>
        </w:rPr>
        <w:t>BibleBIBEL82</w:t>
      </w:r>
      <w:r w:rsidRPr="000767E2">
        <w:rPr>
          <w:lang w:val="sv-SE"/>
        </w:rPr>
        <w:t>:Luke 10:25]]</w:t>
      </w:r>
      <w:r w:rsidRPr="000767E2">
        <w:rPr>
          <w:vertAlign w:val="superscript"/>
          <w:lang w:val="sv-SE"/>
        </w:rPr>
        <w:t>25</w:t>
      </w:r>
      <w:r w:rsidRPr="000767E2">
        <w:rPr>
          <w:lang w:val="sv-SE"/>
        </w:rPr>
        <w:t xml:space="preserve"> {{field-on:bible}}Och se, en laglärd stod upp och prövade ut honom och sade: ”Lärare, vad ska jag ha gjort </w:t>
      </w:r>
      <w:r w:rsidRPr="000767E2">
        <w:rPr>
          <w:i/>
          <w:lang w:val="sv-SE"/>
        </w:rPr>
        <w:t>så att</w:t>
      </w:r>
      <w:r w:rsidRPr="000767E2">
        <w:rPr>
          <w:lang w:val="sv-SE"/>
        </w:rPr>
        <w:t xml:space="preserve"> jag ärver eoniskt liv?”{{field-off:bible}} [[@</w:t>
      </w:r>
      <w:r w:rsidR="0096445B" w:rsidRPr="000767E2">
        <w:rPr>
          <w:lang w:val="sv-SE"/>
        </w:rPr>
        <w:t>BibleBIBEL82</w:t>
      </w:r>
      <w:r w:rsidRPr="000767E2">
        <w:rPr>
          <w:lang w:val="sv-SE"/>
        </w:rPr>
        <w:t>:Luke 10:26]]</w:t>
      </w:r>
      <w:r w:rsidRPr="000767E2">
        <w:rPr>
          <w:vertAlign w:val="superscript"/>
          <w:lang w:val="sv-SE"/>
        </w:rPr>
        <w:t>26</w:t>
      </w:r>
      <w:r w:rsidRPr="000767E2">
        <w:rPr>
          <w:lang w:val="sv-SE"/>
        </w:rPr>
        <w:t xml:space="preserve"> {{field-on:bible}}Och han sade till honom: ”I lagen, vad är skrivet? Hur läser du?”{{field-off:bible}} [[@</w:t>
      </w:r>
      <w:r w:rsidR="0096445B" w:rsidRPr="000767E2">
        <w:rPr>
          <w:lang w:val="sv-SE"/>
        </w:rPr>
        <w:t>BibleBIBEL82</w:t>
      </w:r>
      <w:r w:rsidRPr="000767E2">
        <w:rPr>
          <w:lang w:val="sv-SE"/>
        </w:rPr>
        <w:t>:Luke 10:27]]</w:t>
      </w:r>
      <w:r w:rsidRPr="000767E2">
        <w:rPr>
          <w:vertAlign w:val="superscript"/>
          <w:lang w:val="sv-SE"/>
        </w:rPr>
        <w:t>27</w:t>
      </w:r>
      <w:r w:rsidRPr="000767E2">
        <w:rPr>
          <w:lang w:val="sv-SE"/>
        </w:rPr>
        <w:t xml:space="preserve"> {{field-on:bible}}Och han svarade och sade: ”Du ska älska Herren din Gud av hela ditt hjärta, och med hela din själ, och med hela din styrka, och med hela ditt vett. Och din nästa som dig själv.”{{field-off:bible}} [[@</w:t>
      </w:r>
      <w:r w:rsidR="0096445B" w:rsidRPr="000767E2">
        <w:rPr>
          <w:lang w:val="sv-SE"/>
        </w:rPr>
        <w:t>BibleBIBEL82</w:t>
      </w:r>
      <w:r w:rsidRPr="000767E2">
        <w:rPr>
          <w:lang w:val="sv-SE"/>
        </w:rPr>
        <w:t>:Luke 10:28]]</w:t>
      </w:r>
      <w:r w:rsidRPr="000767E2">
        <w:rPr>
          <w:vertAlign w:val="superscript"/>
          <w:lang w:val="sv-SE"/>
        </w:rPr>
        <w:t>28</w:t>
      </w:r>
      <w:r w:rsidRPr="000767E2">
        <w:rPr>
          <w:lang w:val="sv-SE"/>
        </w:rPr>
        <w:t xml:space="preserve"> {{field-on:bible}}Och han sade till honom: ”Du svarade riktigt. Gör detta och du ska leva.”{{field-off:bible}}</w:t>
      </w:r>
    </w:p>
    <w:p w14:paraId="34FDA772" w14:textId="5C9CC688"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10:29]]</w:t>
      </w:r>
      <w:r w:rsidRPr="000767E2">
        <w:rPr>
          <w:vertAlign w:val="superscript"/>
          <w:lang w:val="sv-SE"/>
        </w:rPr>
        <w:t>29</w:t>
      </w:r>
      <w:r w:rsidRPr="000767E2">
        <w:rPr>
          <w:lang w:val="sv-SE"/>
        </w:rPr>
        <w:t xml:space="preserve"> {{field-on:bible}}Men han ville förklara sig själv rättfärdig och sade till Jesus: ”Och vem är min nästa?”{{field-off:bible}} [[@</w:t>
      </w:r>
      <w:r w:rsidR="0096445B" w:rsidRPr="000767E2">
        <w:rPr>
          <w:lang w:val="sv-SE"/>
        </w:rPr>
        <w:t>BibleBIBEL82</w:t>
      </w:r>
      <w:r w:rsidRPr="000767E2">
        <w:rPr>
          <w:lang w:val="sv-SE"/>
        </w:rPr>
        <w:t>:Luke 10:30]]</w:t>
      </w:r>
      <w:r w:rsidRPr="000767E2">
        <w:rPr>
          <w:vertAlign w:val="superscript"/>
          <w:lang w:val="sv-SE"/>
        </w:rPr>
        <w:t>30</w:t>
      </w:r>
      <w:r w:rsidRPr="000767E2">
        <w:rPr>
          <w:lang w:val="sv-SE"/>
        </w:rPr>
        <w:t xml:space="preserve"> {{field-on:bible}}Jesus tog sig an </w:t>
      </w:r>
      <w:r w:rsidRPr="000767E2">
        <w:rPr>
          <w:i/>
          <w:lang w:val="sv-SE"/>
        </w:rPr>
        <w:t>det</w:t>
      </w:r>
      <w:r w:rsidRPr="000767E2">
        <w:rPr>
          <w:lang w:val="sv-SE"/>
        </w:rPr>
        <w:t xml:space="preserve"> och sade: ”En man gick ner från Jerusalem till Jeriko. Och han råkade ut för rövare, som både klädde av honom och lade på slag och </w:t>
      </w:r>
      <w:r w:rsidRPr="000767E2">
        <w:rPr>
          <w:i/>
          <w:lang w:val="sv-SE"/>
        </w:rPr>
        <w:t>sedan</w:t>
      </w:r>
      <w:r w:rsidRPr="000767E2">
        <w:rPr>
          <w:lang w:val="sv-SE"/>
        </w:rPr>
        <w:t xml:space="preserve"> gick iväg och lämnade </w:t>
      </w:r>
      <w:r w:rsidRPr="000767E2">
        <w:rPr>
          <w:i/>
          <w:lang w:val="sv-SE"/>
        </w:rPr>
        <w:t>honom</w:t>
      </w:r>
      <w:r w:rsidRPr="000767E2">
        <w:rPr>
          <w:lang w:val="sv-SE"/>
        </w:rPr>
        <w:t xml:space="preserve"> halvdöd.{{field-off:bible}}</w:t>
      </w:r>
    </w:p>
    <w:p w14:paraId="020D86C7" w14:textId="59A1ADA5" w:rsidR="00BA33AB" w:rsidRPr="000767E2" w:rsidRDefault="00000000">
      <w:pPr>
        <w:rPr>
          <w:lang w:val="sv-SE"/>
        </w:rPr>
      </w:pPr>
      <w:r w:rsidRPr="000767E2">
        <w:rPr>
          <w:lang w:val="sv-SE"/>
        </w:rPr>
        <w:t>[[@</w:t>
      </w:r>
      <w:r w:rsidR="0096445B" w:rsidRPr="000767E2">
        <w:rPr>
          <w:lang w:val="sv-SE"/>
        </w:rPr>
        <w:t>BibleBIBEL82</w:t>
      </w:r>
      <w:r w:rsidRPr="000767E2">
        <w:rPr>
          <w:lang w:val="sv-SE"/>
        </w:rPr>
        <w:t>:Luke 10:31]]</w:t>
      </w:r>
      <w:r w:rsidRPr="000767E2">
        <w:rPr>
          <w:vertAlign w:val="superscript"/>
          <w:lang w:val="sv-SE"/>
        </w:rPr>
        <w:t>31</w:t>
      </w:r>
      <w:r w:rsidRPr="000767E2">
        <w:rPr>
          <w:lang w:val="sv-SE"/>
        </w:rPr>
        <w:t xml:space="preserve"> {{field-on:bible}}Men av ett sammanträffande gick en präst ner på den vägen. Och när han såg honom, gick han förbi mittemot.{{field-off:bible}} [[@</w:t>
      </w:r>
      <w:r w:rsidR="0096445B" w:rsidRPr="000767E2">
        <w:rPr>
          <w:lang w:val="sv-SE"/>
        </w:rPr>
        <w:t>BibleBIBEL82</w:t>
      </w:r>
      <w:r w:rsidRPr="000767E2">
        <w:rPr>
          <w:lang w:val="sv-SE"/>
        </w:rPr>
        <w:t>:Luke 10:32]]</w:t>
      </w:r>
      <w:r w:rsidRPr="000767E2">
        <w:rPr>
          <w:vertAlign w:val="superscript"/>
          <w:lang w:val="sv-SE"/>
        </w:rPr>
        <w:t>32</w:t>
      </w:r>
      <w:r w:rsidRPr="000767E2">
        <w:rPr>
          <w:lang w:val="sv-SE"/>
        </w:rPr>
        <w:t xml:space="preserve"> {{field-on:bible}}Och likaså [kom </w:t>
      </w:r>
      <w:r w:rsidRPr="000767E2">
        <w:rPr>
          <w:i/>
          <w:lang w:val="sv-SE"/>
        </w:rPr>
        <w:t>det</w:t>
      </w:r>
      <w:r w:rsidRPr="000767E2">
        <w:rPr>
          <w:lang w:val="sv-SE"/>
        </w:rPr>
        <w:t>] också en levit som kom ner till platsen. Och när han såg, gick han förbi mittemot.{{field-off:bible}}</w:t>
      </w:r>
    </w:p>
    <w:p w14:paraId="5BF822E9" w14:textId="0D503CE1" w:rsidR="00BA33AB" w:rsidRPr="000767E2" w:rsidRDefault="00000000">
      <w:pPr>
        <w:rPr>
          <w:lang w:val="sv-SE"/>
        </w:rPr>
      </w:pPr>
      <w:r w:rsidRPr="000767E2">
        <w:rPr>
          <w:lang w:val="sv-SE"/>
        </w:rPr>
        <w:t>[[@</w:t>
      </w:r>
      <w:r w:rsidR="0096445B" w:rsidRPr="000767E2">
        <w:rPr>
          <w:lang w:val="sv-SE"/>
        </w:rPr>
        <w:t>BibleBIBEL82</w:t>
      </w:r>
      <w:r w:rsidRPr="000767E2">
        <w:rPr>
          <w:lang w:val="sv-SE"/>
        </w:rPr>
        <w:t>:Luke 10:33]]</w:t>
      </w:r>
      <w:r w:rsidRPr="000767E2">
        <w:rPr>
          <w:vertAlign w:val="superscript"/>
          <w:lang w:val="sv-SE"/>
        </w:rPr>
        <w:t>33</w:t>
      </w:r>
      <w:r w:rsidRPr="000767E2">
        <w:rPr>
          <w:lang w:val="sv-SE"/>
        </w:rPr>
        <w:t xml:space="preserve"> {{field-on:bible}}Men en resande samarier kom ner till honom, och när han såg kände han innerligt.{{field-off:bible}} [[@</w:t>
      </w:r>
      <w:r w:rsidR="0096445B" w:rsidRPr="000767E2">
        <w:rPr>
          <w:lang w:val="sv-SE"/>
        </w:rPr>
        <w:t>BibleBIBEL82</w:t>
      </w:r>
      <w:r w:rsidRPr="000767E2">
        <w:rPr>
          <w:lang w:val="sv-SE"/>
        </w:rPr>
        <w:t>:Luke 10:34]]</w:t>
      </w:r>
      <w:r w:rsidRPr="000767E2">
        <w:rPr>
          <w:vertAlign w:val="superscript"/>
          <w:lang w:val="sv-SE"/>
        </w:rPr>
        <w:t>34</w:t>
      </w:r>
      <w:r w:rsidRPr="000767E2">
        <w:rPr>
          <w:lang w:val="sv-SE"/>
        </w:rPr>
        <w:t xml:space="preserve"> {{field-on:bible}}Och han gick fram och band om hans sår och hällde på olja och vin. Och han satte upp honom på </w:t>
      </w:r>
      <w:r w:rsidRPr="000767E2">
        <w:rPr>
          <w:i/>
          <w:lang w:val="sv-SE"/>
        </w:rPr>
        <w:t>sitt</w:t>
      </w:r>
      <w:r w:rsidRPr="000767E2">
        <w:rPr>
          <w:lang w:val="sv-SE"/>
        </w:rPr>
        <w:t xml:space="preserve"> eget riddjur och förde honom till ett värdshus och hade omsorg om honom.{{field-off:bible}} [[@</w:t>
      </w:r>
      <w:r w:rsidR="0096445B" w:rsidRPr="000767E2">
        <w:rPr>
          <w:lang w:val="sv-SE"/>
        </w:rPr>
        <w:t>BibleBIBEL82</w:t>
      </w:r>
      <w:r w:rsidRPr="000767E2">
        <w:rPr>
          <w:lang w:val="sv-SE"/>
        </w:rPr>
        <w:t>:Luke 10:35]]</w:t>
      </w:r>
      <w:r w:rsidRPr="000767E2">
        <w:rPr>
          <w:vertAlign w:val="superscript"/>
          <w:lang w:val="sv-SE"/>
        </w:rPr>
        <w:t>35</w:t>
      </w:r>
      <w:r w:rsidRPr="000767E2">
        <w:rPr>
          <w:lang w:val="sv-SE"/>
        </w:rPr>
        <w:t xml:space="preserve"> {{field-on:bible}}Och på morgondagen kastade han fram och gav två denarer till värdshusvärden och sade: Ha omsorg om honom. Och det som du spenderar mer ska jag, vid det att jag kommer tillbaka, betala dig.{{field-off:bible}} [[@</w:t>
      </w:r>
      <w:r w:rsidR="0096445B" w:rsidRPr="000767E2">
        <w:rPr>
          <w:lang w:val="sv-SE"/>
        </w:rPr>
        <w:t>BibleBIBEL82</w:t>
      </w:r>
      <w:r w:rsidRPr="000767E2">
        <w:rPr>
          <w:lang w:val="sv-SE"/>
        </w:rPr>
        <w:t>:Luke 10:36]]</w:t>
      </w:r>
      <w:r w:rsidRPr="000767E2">
        <w:rPr>
          <w:vertAlign w:val="superscript"/>
          <w:lang w:val="sv-SE"/>
        </w:rPr>
        <w:t>36</w:t>
      </w:r>
      <w:r w:rsidRPr="000767E2">
        <w:rPr>
          <w:lang w:val="sv-SE"/>
        </w:rPr>
        <w:t xml:space="preserve"> {{field-on:bible}}Vem av dessa tre tänker du dig ha blivit en nästa för honom som föll bland rövarna?”{{field-off:bible}} [[@</w:t>
      </w:r>
      <w:r w:rsidR="0096445B" w:rsidRPr="000767E2">
        <w:rPr>
          <w:lang w:val="sv-SE"/>
        </w:rPr>
        <w:t>BibleBIBEL82</w:t>
      </w:r>
      <w:r w:rsidRPr="000767E2">
        <w:rPr>
          <w:lang w:val="sv-SE"/>
        </w:rPr>
        <w:t>:Luke 10:37]]</w:t>
      </w:r>
      <w:r w:rsidRPr="000767E2">
        <w:rPr>
          <w:vertAlign w:val="superscript"/>
          <w:lang w:val="sv-SE"/>
        </w:rPr>
        <w:t>37</w:t>
      </w:r>
      <w:r w:rsidRPr="000767E2">
        <w:rPr>
          <w:lang w:val="sv-SE"/>
        </w:rPr>
        <w:t xml:space="preserve"> {{field-on:bible}}Och han sade: ”Den som gjorde barmhärtigheten med honom.” Och Jesus sade till honom: ”Gå och gör du likadant.”{{field-off:bible}}</w:t>
      </w:r>
    </w:p>
    <w:p w14:paraId="59601B56" w14:textId="77777777" w:rsidR="00BA33AB" w:rsidRPr="000767E2" w:rsidRDefault="00000000">
      <w:pPr>
        <w:pStyle w:val="Rubrik3"/>
        <w:rPr>
          <w:lang w:val="sv-SE"/>
        </w:rPr>
      </w:pPr>
      <w:r w:rsidRPr="000767E2">
        <w:rPr>
          <w:lang w:val="sv-SE"/>
        </w:rPr>
        <w:t>Jesus hos Martha och Mariam</w:t>
      </w:r>
    </w:p>
    <w:p w14:paraId="5705A927" w14:textId="4E3ADEFC" w:rsidR="00BA33AB" w:rsidRPr="000767E2" w:rsidRDefault="00000000">
      <w:pPr>
        <w:rPr>
          <w:lang w:val="sv-SE"/>
        </w:rPr>
      </w:pPr>
      <w:r w:rsidRPr="000767E2">
        <w:rPr>
          <w:lang w:val="sv-SE"/>
        </w:rPr>
        <w:t>[[@</w:t>
      </w:r>
      <w:r w:rsidR="0096445B" w:rsidRPr="000767E2">
        <w:rPr>
          <w:lang w:val="sv-SE"/>
        </w:rPr>
        <w:t>BibleBIBEL82</w:t>
      </w:r>
      <w:r w:rsidRPr="000767E2">
        <w:rPr>
          <w:lang w:val="sv-SE"/>
        </w:rPr>
        <w:t>:Luke 10:38]]</w:t>
      </w:r>
      <w:r w:rsidRPr="000767E2">
        <w:rPr>
          <w:vertAlign w:val="superscript"/>
          <w:lang w:val="sv-SE"/>
        </w:rPr>
        <w:t>38</w:t>
      </w:r>
      <w:r w:rsidRPr="000767E2">
        <w:rPr>
          <w:lang w:val="sv-SE"/>
        </w:rPr>
        <w:t xml:space="preserve"> {{field-on:bible}}Och under det att de gick kom han in i en by, och en kvinna vid namn Martha välkomnade honom hos sig.{{field-off:bible}} [[@</w:t>
      </w:r>
      <w:r w:rsidR="0096445B" w:rsidRPr="000767E2">
        <w:rPr>
          <w:lang w:val="sv-SE"/>
        </w:rPr>
        <w:t>BibleBIBEL82</w:t>
      </w:r>
      <w:r w:rsidRPr="000767E2">
        <w:rPr>
          <w:lang w:val="sv-SE"/>
        </w:rPr>
        <w:t>:Luke 10:39]]</w:t>
      </w:r>
      <w:r w:rsidRPr="000767E2">
        <w:rPr>
          <w:vertAlign w:val="superscript"/>
          <w:lang w:val="sv-SE"/>
        </w:rPr>
        <w:t>39</w:t>
      </w:r>
      <w:r w:rsidRPr="000767E2">
        <w:rPr>
          <w:lang w:val="sv-SE"/>
        </w:rPr>
        <w:t xml:space="preserve"> {{field-on:bible}}Och denna </w:t>
      </w:r>
      <w:r w:rsidRPr="000767E2">
        <w:rPr>
          <w:i/>
          <w:lang w:val="sv-SE"/>
        </w:rPr>
        <w:t>hade</w:t>
      </w:r>
      <w:r w:rsidRPr="000767E2">
        <w:rPr>
          <w:lang w:val="sv-SE"/>
        </w:rPr>
        <w:t xml:space="preserve"> en syster som kallades Mariam, [som] också satte sig intill vid Herrens fötter och hörde hans ord.{{field-off:bible}} [[@</w:t>
      </w:r>
      <w:r w:rsidR="0096445B" w:rsidRPr="000767E2">
        <w:rPr>
          <w:lang w:val="sv-SE"/>
        </w:rPr>
        <w:t>BibleBIBEL82</w:t>
      </w:r>
      <w:r w:rsidRPr="000767E2">
        <w:rPr>
          <w:lang w:val="sv-SE"/>
        </w:rPr>
        <w:t>:Luke 10:40]]</w:t>
      </w:r>
      <w:r w:rsidRPr="000767E2">
        <w:rPr>
          <w:vertAlign w:val="superscript"/>
          <w:lang w:val="sv-SE"/>
        </w:rPr>
        <w:t>40</w:t>
      </w:r>
      <w:r w:rsidRPr="000767E2">
        <w:rPr>
          <w:lang w:val="sv-SE"/>
        </w:rPr>
        <w:t xml:space="preserve"> {{field-on:bible}}Men Martha var distraherad kring mycket betjäning, och hon stod framför och sade: ”Herre, bryr du dig inte att min syster har lämnat mig ensam att betjäna? Säg nu till henne att hon tar tag med mig.”{{field-off:bible}} [[@</w:t>
      </w:r>
      <w:r w:rsidR="0096445B" w:rsidRPr="000767E2">
        <w:rPr>
          <w:lang w:val="sv-SE"/>
        </w:rPr>
        <w:t>BibleBIBEL82</w:t>
      </w:r>
      <w:r w:rsidRPr="000767E2">
        <w:rPr>
          <w:lang w:val="sv-SE"/>
        </w:rPr>
        <w:t>:Luke 10:41]]</w:t>
      </w:r>
      <w:r w:rsidRPr="000767E2">
        <w:rPr>
          <w:vertAlign w:val="superscript"/>
          <w:lang w:val="sv-SE"/>
        </w:rPr>
        <w:t>41</w:t>
      </w:r>
      <w:r w:rsidRPr="000767E2">
        <w:rPr>
          <w:lang w:val="sv-SE"/>
        </w:rPr>
        <w:t xml:space="preserve"> {{field-on:bible}}Men Herren svarade och sade till henne: ”Martha, Martha, du bekymrar dig och väsnas över mycket.{{field-off:bible}} [[@</w:t>
      </w:r>
      <w:r w:rsidR="0096445B" w:rsidRPr="000767E2">
        <w:rPr>
          <w:lang w:val="sv-SE"/>
        </w:rPr>
        <w:t>BibleBIBEL82</w:t>
      </w:r>
      <w:r w:rsidRPr="000767E2">
        <w:rPr>
          <w:lang w:val="sv-SE"/>
        </w:rPr>
        <w:t>:Luke 10:42]]</w:t>
      </w:r>
      <w:r w:rsidRPr="000767E2">
        <w:rPr>
          <w:vertAlign w:val="superscript"/>
          <w:lang w:val="sv-SE"/>
        </w:rPr>
        <w:t>42</w:t>
      </w:r>
      <w:r w:rsidRPr="000767E2">
        <w:rPr>
          <w:lang w:val="sv-SE"/>
        </w:rPr>
        <w:t xml:space="preserve"> {{field-on:bible}}Men av ett </w:t>
      </w:r>
      <w:r w:rsidRPr="000767E2">
        <w:rPr>
          <w:i/>
          <w:lang w:val="sv-SE"/>
        </w:rPr>
        <w:t>enda</w:t>
      </w:r>
      <w:r w:rsidRPr="000767E2">
        <w:rPr>
          <w:lang w:val="sv-SE"/>
        </w:rPr>
        <w:t xml:space="preserve"> finns det behov. För Mariam har utvalt den goda delen, </w:t>
      </w:r>
      <w:r w:rsidRPr="000767E2">
        <w:rPr>
          <w:i/>
          <w:lang w:val="sv-SE"/>
        </w:rPr>
        <w:t>och</w:t>
      </w:r>
      <w:r w:rsidRPr="000767E2">
        <w:rPr>
          <w:lang w:val="sv-SE"/>
        </w:rPr>
        <w:t xml:space="preserve"> den ska inte tas ifrån henne.”{{field-off:bible}}</w:t>
      </w:r>
    </w:p>
    <w:p w14:paraId="0F372120" w14:textId="04A0167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11]]Kapitel 11</w:t>
      </w:r>
    </w:p>
    <w:p w14:paraId="50FE87F0" w14:textId="77777777" w:rsidR="00BA33AB" w:rsidRPr="000767E2" w:rsidRDefault="00000000">
      <w:pPr>
        <w:pStyle w:val="Rubrik3"/>
        <w:rPr>
          <w:lang w:val="sv-SE"/>
        </w:rPr>
      </w:pPr>
      <w:r w:rsidRPr="000767E2">
        <w:rPr>
          <w:lang w:val="sv-SE"/>
        </w:rPr>
        <w:t>Herrens bön</w:t>
      </w:r>
    </w:p>
    <w:p w14:paraId="4FB1EEAF" w14:textId="726082C3" w:rsidR="00BA33AB" w:rsidRPr="000767E2" w:rsidRDefault="00000000">
      <w:pPr>
        <w:rPr>
          <w:lang w:val="sv-SE"/>
        </w:rPr>
      </w:pPr>
      <w:r w:rsidRPr="000767E2">
        <w:rPr>
          <w:lang w:val="sv-SE"/>
        </w:rPr>
        <w:t>[[@</w:t>
      </w:r>
      <w:r w:rsidR="0096445B" w:rsidRPr="000767E2">
        <w:rPr>
          <w:lang w:val="sv-SE"/>
        </w:rPr>
        <w:t>BibleBIBEL82</w:t>
      </w:r>
      <w:r w:rsidRPr="000767E2">
        <w:rPr>
          <w:lang w:val="sv-SE"/>
        </w:rPr>
        <w:t>:Luke 11:1]]</w:t>
      </w:r>
      <w:r w:rsidRPr="000767E2">
        <w:rPr>
          <w:vertAlign w:val="superscript"/>
          <w:lang w:val="sv-SE"/>
        </w:rPr>
        <w:t>1</w:t>
      </w:r>
      <w:r w:rsidRPr="000767E2">
        <w:rPr>
          <w:lang w:val="sv-SE"/>
        </w:rPr>
        <w:t xml:space="preserve"> {{field-on:bible}}Och det hände sig vid det att han var på en plats och bad, </w:t>
      </w:r>
      <w:r w:rsidRPr="000767E2">
        <w:rPr>
          <w:i/>
          <w:lang w:val="sv-SE"/>
        </w:rPr>
        <w:t>att</w:t>
      </w:r>
      <w:r w:rsidRPr="000767E2">
        <w:rPr>
          <w:lang w:val="sv-SE"/>
        </w:rPr>
        <w:t xml:space="preserve"> när han slutat sade en av hans lärjungar till honom: ”Herre, lär oss att be, så som också Johannes lärde sina lärjungar.”{{field-off:bible}} [[@</w:t>
      </w:r>
      <w:r w:rsidR="0096445B" w:rsidRPr="000767E2">
        <w:rPr>
          <w:lang w:val="sv-SE"/>
        </w:rPr>
        <w:t>BibleBIBEL82</w:t>
      </w:r>
      <w:r w:rsidRPr="000767E2">
        <w:rPr>
          <w:lang w:val="sv-SE"/>
        </w:rPr>
        <w:t>:Luke 11:2]]</w:t>
      </w:r>
      <w:r w:rsidRPr="000767E2">
        <w:rPr>
          <w:vertAlign w:val="superscript"/>
          <w:lang w:val="sv-SE"/>
        </w:rPr>
        <w:t>2</w:t>
      </w:r>
      <w:r w:rsidRPr="000767E2">
        <w:rPr>
          <w:lang w:val="sv-SE"/>
        </w:rPr>
        <w:t xml:space="preserve"> {{field-on:bible}}Och han sade till dem: ”När ni ber, ska ni säga:{{field-off:bible}}</w:t>
      </w:r>
    </w:p>
    <w:p w14:paraId="781E8A02" w14:textId="75C235D6" w:rsidR="00BA33AB" w:rsidRPr="000767E2" w:rsidRDefault="00000000">
      <w:pPr>
        <w:rPr>
          <w:lang w:val="sv-SE"/>
        </w:rPr>
      </w:pPr>
      <w:r w:rsidRPr="000767E2">
        <w:rPr>
          <w:lang w:val="sv-SE"/>
        </w:rPr>
        <w:lastRenderedPageBreak/>
        <w:t>{{field-on:bible}}Far, helgas ska ditt namn.</w:t>
      </w:r>
      <w:r w:rsidRPr="000767E2">
        <w:rPr>
          <w:lang w:val="sv-SE"/>
        </w:rPr>
        <w:br/>
        <w:t>Komma ska ditt rike.{{field-off:bible}}</w:t>
      </w:r>
      <w:r w:rsidRPr="000767E2">
        <w:rPr>
          <w:lang w:val="sv-SE"/>
        </w:rPr>
        <w:br/>
        <w:t>[[@</w:t>
      </w:r>
      <w:r w:rsidR="0096445B" w:rsidRPr="000767E2">
        <w:rPr>
          <w:lang w:val="sv-SE"/>
        </w:rPr>
        <w:t>BibleBIBEL82</w:t>
      </w:r>
      <w:r w:rsidRPr="000767E2">
        <w:rPr>
          <w:lang w:val="sv-SE"/>
        </w:rPr>
        <w:t>:Luke 11:3]]</w:t>
      </w:r>
      <w:r w:rsidRPr="000767E2">
        <w:rPr>
          <w:vertAlign w:val="superscript"/>
          <w:lang w:val="sv-SE"/>
        </w:rPr>
        <w:t>3</w:t>
      </w:r>
      <w:r w:rsidRPr="000767E2">
        <w:rPr>
          <w:lang w:val="sv-SE"/>
        </w:rPr>
        <w:t xml:space="preserve"> {{field-on:bible}}Vårt tillkommande bröd ge oss var dag.{{field-off:bible}}</w:t>
      </w:r>
      <w:r w:rsidRPr="000767E2">
        <w:rPr>
          <w:lang w:val="sv-SE"/>
        </w:rPr>
        <w:br/>
        <w:t>[[@</w:t>
      </w:r>
      <w:r w:rsidR="0096445B" w:rsidRPr="000767E2">
        <w:rPr>
          <w:lang w:val="sv-SE"/>
        </w:rPr>
        <w:t>BibleBIBEL82</w:t>
      </w:r>
      <w:r w:rsidRPr="000767E2">
        <w:rPr>
          <w:lang w:val="sv-SE"/>
        </w:rPr>
        <w:t>:Luke 11:4]]</w:t>
      </w:r>
      <w:r w:rsidRPr="000767E2">
        <w:rPr>
          <w:vertAlign w:val="superscript"/>
          <w:lang w:val="sv-SE"/>
        </w:rPr>
        <w:t>4</w:t>
      </w:r>
      <w:r w:rsidRPr="000767E2">
        <w:rPr>
          <w:lang w:val="sv-SE"/>
        </w:rPr>
        <w:t xml:space="preserve"> {{field-on:bible}}Och förlåt oss våra synder,</w:t>
      </w:r>
      <w:r w:rsidRPr="000767E2">
        <w:rPr>
          <w:lang w:val="sv-SE"/>
        </w:rPr>
        <w:br/>
        <w:t>för också själva förlåter vi</w:t>
      </w:r>
      <w:r w:rsidRPr="000767E2">
        <w:rPr>
          <w:lang w:val="sv-SE"/>
        </w:rPr>
        <w:br/>
        <w:t xml:space="preserve">var och en </w:t>
      </w:r>
      <w:r w:rsidRPr="000767E2">
        <w:rPr>
          <w:i/>
          <w:lang w:val="sv-SE"/>
        </w:rPr>
        <w:t>som är</w:t>
      </w:r>
      <w:r w:rsidRPr="000767E2">
        <w:rPr>
          <w:lang w:val="sv-SE"/>
        </w:rPr>
        <w:t xml:space="preserve"> skyldig oss.</w:t>
      </w:r>
      <w:r w:rsidRPr="000767E2">
        <w:rPr>
          <w:lang w:val="sv-SE"/>
        </w:rPr>
        <w:br/>
        <w:t>Och för oss inte in i frestelse.”{{field-off:bible}}</w:t>
      </w:r>
    </w:p>
    <w:p w14:paraId="46A17825" w14:textId="77777777" w:rsidR="00BA33AB" w:rsidRPr="000767E2" w:rsidRDefault="00000000">
      <w:pPr>
        <w:pStyle w:val="Rubrik3"/>
        <w:rPr>
          <w:lang w:val="sv-SE"/>
        </w:rPr>
      </w:pPr>
      <w:r w:rsidRPr="000767E2">
        <w:rPr>
          <w:lang w:val="sv-SE"/>
        </w:rPr>
        <w:t>Uthållig bön</w:t>
      </w:r>
    </w:p>
    <w:p w14:paraId="3B8B0260" w14:textId="0BEACC5A" w:rsidR="00BA33AB" w:rsidRPr="000767E2" w:rsidRDefault="00000000">
      <w:pPr>
        <w:rPr>
          <w:lang w:val="sv-SE"/>
        </w:rPr>
      </w:pPr>
      <w:r w:rsidRPr="000767E2">
        <w:rPr>
          <w:lang w:val="sv-SE"/>
        </w:rPr>
        <w:t>[[@</w:t>
      </w:r>
      <w:r w:rsidR="0096445B" w:rsidRPr="000767E2">
        <w:rPr>
          <w:lang w:val="sv-SE"/>
        </w:rPr>
        <w:t>BibleBIBEL82</w:t>
      </w:r>
      <w:r w:rsidRPr="000767E2">
        <w:rPr>
          <w:lang w:val="sv-SE"/>
        </w:rPr>
        <w:t>:Luke 11:5]]</w:t>
      </w:r>
      <w:r w:rsidRPr="000767E2">
        <w:rPr>
          <w:vertAlign w:val="superscript"/>
          <w:lang w:val="sv-SE"/>
        </w:rPr>
        <w:t>5</w:t>
      </w:r>
      <w:r w:rsidRPr="000767E2">
        <w:rPr>
          <w:lang w:val="sv-SE"/>
        </w:rPr>
        <w:t xml:space="preserve"> {{field-on:bible}}Och han sade till dem: ”Vem av er skulle ha en vän och gå till honom vid midnatt och säga till honom: </w:t>
      </w:r>
      <w:r w:rsidRPr="000767E2">
        <w:rPr>
          <w:i/>
          <w:lang w:val="sv-SE"/>
        </w:rPr>
        <w:t>Min</w:t>
      </w:r>
      <w:r w:rsidRPr="000767E2">
        <w:rPr>
          <w:lang w:val="sv-SE"/>
        </w:rPr>
        <w:t xml:space="preserve"> vän, låna mig tre bröd,{{field-off:bible}} [[@</w:t>
      </w:r>
      <w:r w:rsidR="0096445B" w:rsidRPr="000767E2">
        <w:rPr>
          <w:lang w:val="sv-SE"/>
        </w:rPr>
        <w:t>BibleBIBEL82</w:t>
      </w:r>
      <w:r w:rsidRPr="000767E2">
        <w:rPr>
          <w:lang w:val="sv-SE"/>
        </w:rPr>
        <w:t>:Luke 11:6]]</w:t>
      </w:r>
      <w:r w:rsidRPr="000767E2">
        <w:rPr>
          <w:vertAlign w:val="superscript"/>
          <w:lang w:val="sv-SE"/>
        </w:rPr>
        <w:t>6</w:t>
      </w:r>
      <w:r w:rsidRPr="000767E2">
        <w:rPr>
          <w:lang w:val="sv-SE"/>
        </w:rPr>
        <w:t xml:space="preserve"> {{field-on:bible}}då nu en vän till mig har kommit hit från vägen till mig och jag har inget att sätta fram åt honom –{{field-off:bible}} [[@</w:t>
      </w:r>
      <w:r w:rsidR="0096445B" w:rsidRPr="000767E2">
        <w:rPr>
          <w:lang w:val="sv-SE"/>
        </w:rPr>
        <w:t>BibleBIBEL82</w:t>
      </w:r>
      <w:r w:rsidRPr="000767E2">
        <w:rPr>
          <w:lang w:val="sv-SE"/>
        </w:rPr>
        <w:t>:Luke 11:7]]</w:t>
      </w:r>
      <w:r w:rsidRPr="000767E2">
        <w:rPr>
          <w:vertAlign w:val="superscript"/>
          <w:lang w:val="sv-SE"/>
        </w:rPr>
        <w:t>7</w:t>
      </w:r>
      <w:r w:rsidRPr="000767E2">
        <w:rPr>
          <w:lang w:val="sv-SE"/>
        </w:rPr>
        <w:t xml:space="preserve"> {{field-on:bible}}och denne skulle svara inifrån och säga: Skaffa mig inte besvär! Dörren är redan stängd, och mina barn är med mig i sängen. Jag kan inte stå upp och ge dig.{{field-off:bible}} [[@</w:t>
      </w:r>
      <w:r w:rsidR="0096445B" w:rsidRPr="000767E2">
        <w:rPr>
          <w:lang w:val="sv-SE"/>
        </w:rPr>
        <w:t>BibleBIBEL82</w:t>
      </w:r>
      <w:r w:rsidRPr="000767E2">
        <w:rPr>
          <w:lang w:val="sv-SE"/>
        </w:rPr>
        <w:t>:Luke 11:8]]</w:t>
      </w:r>
      <w:r w:rsidRPr="000767E2">
        <w:rPr>
          <w:vertAlign w:val="superscript"/>
          <w:lang w:val="sv-SE"/>
        </w:rPr>
        <w:t>8</w:t>
      </w:r>
      <w:r w:rsidRPr="000767E2">
        <w:rPr>
          <w:lang w:val="sv-SE"/>
        </w:rPr>
        <w:t xml:space="preserve"> {{field-on:bible}}Jag säger er: Även om han inte kommer att ge honom och stå upp för att det är hans vän, kommer han just för hans oförskämdhet att resa sig och ge honom vad han behöver.{{field-off:bible}}</w:t>
      </w:r>
    </w:p>
    <w:p w14:paraId="5EE6FC08" w14:textId="2E8CEE5C" w:rsidR="00BA33AB" w:rsidRPr="000767E2" w:rsidRDefault="00000000">
      <w:pPr>
        <w:rPr>
          <w:lang w:val="sv-SE"/>
        </w:rPr>
      </w:pPr>
      <w:r w:rsidRPr="000767E2">
        <w:rPr>
          <w:lang w:val="sv-SE"/>
        </w:rPr>
        <w:t>[[@</w:t>
      </w:r>
      <w:r w:rsidR="0096445B" w:rsidRPr="000767E2">
        <w:rPr>
          <w:lang w:val="sv-SE"/>
        </w:rPr>
        <w:t>BibleBIBEL82</w:t>
      </w:r>
      <w:r w:rsidRPr="000767E2">
        <w:rPr>
          <w:lang w:val="sv-SE"/>
        </w:rPr>
        <w:t>:Luke 11:9]]</w:t>
      </w:r>
      <w:r w:rsidRPr="000767E2">
        <w:rPr>
          <w:vertAlign w:val="superscript"/>
          <w:lang w:val="sv-SE"/>
        </w:rPr>
        <w:t>9</w:t>
      </w:r>
      <w:r w:rsidRPr="000767E2">
        <w:rPr>
          <w:lang w:val="sv-SE"/>
        </w:rPr>
        <w:t xml:space="preserve"> {{field-on:bible}}Och jag säger er: Be, och det ska ges er. Sök, och ni ska finna. Bulta, och det ska öppnas för er.{{field-off:bible}} [[@</w:t>
      </w:r>
      <w:r w:rsidR="0096445B" w:rsidRPr="000767E2">
        <w:rPr>
          <w:lang w:val="sv-SE"/>
        </w:rPr>
        <w:t>BibleBIBEL82</w:t>
      </w:r>
      <w:r w:rsidRPr="000767E2">
        <w:rPr>
          <w:lang w:val="sv-SE"/>
        </w:rPr>
        <w:t>:Luke 11:10]]</w:t>
      </w:r>
      <w:r w:rsidRPr="000767E2">
        <w:rPr>
          <w:vertAlign w:val="superscript"/>
          <w:lang w:val="sv-SE"/>
        </w:rPr>
        <w:t>10</w:t>
      </w:r>
      <w:r w:rsidRPr="000767E2">
        <w:rPr>
          <w:lang w:val="sv-SE"/>
        </w:rPr>
        <w:t xml:space="preserve"> {{field-on:bible}}För var och en som ber får, och den som söker finner. Och för den som bultar [ska] det öppnas.{{field-off:bible}}</w:t>
      </w:r>
    </w:p>
    <w:p w14:paraId="5E5FB2F8" w14:textId="7FAA89FB" w:rsidR="00BA33AB" w:rsidRPr="000767E2" w:rsidRDefault="00000000">
      <w:pPr>
        <w:rPr>
          <w:lang w:val="sv-SE"/>
        </w:rPr>
      </w:pPr>
      <w:r w:rsidRPr="000767E2">
        <w:rPr>
          <w:lang w:val="sv-SE"/>
        </w:rPr>
        <w:t>[[@</w:t>
      </w:r>
      <w:r w:rsidR="0096445B" w:rsidRPr="000767E2">
        <w:rPr>
          <w:lang w:val="sv-SE"/>
        </w:rPr>
        <w:t>BibleBIBEL82</w:t>
      </w:r>
      <w:r w:rsidRPr="000767E2">
        <w:rPr>
          <w:lang w:val="sv-SE"/>
        </w:rPr>
        <w:t>:Luke 11:11]]</w:t>
      </w:r>
      <w:r w:rsidRPr="000767E2">
        <w:rPr>
          <w:vertAlign w:val="superscript"/>
          <w:lang w:val="sv-SE"/>
        </w:rPr>
        <w:t>11</w:t>
      </w:r>
      <w:r w:rsidRPr="000767E2">
        <w:rPr>
          <w:lang w:val="sv-SE"/>
        </w:rPr>
        <w:t xml:space="preserve"> {{field-on:bible}}Men </w:t>
      </w:r>
      <w:r w:rsidRPr="000767E2">
        <w:rPr>
          <w:i/>
          <w:lang w:val="sv-SE"/>
        </w:rPr>
        <w:t>hos</w:t>
      </w:r>
      <w:r w:rsidRPr="000767E2">
        <w:rPr>
          <w:lang w:val="sv-SE"/>
        </w:rPr>
        <w:t xml:space="preserve"> vem av er </w:t>
      </w:r>
      <w:r w:rsidRPr="000767E2">
        <w:rPr>
          <w:i/>
          <w:lang w:val="sv-SE"/>
        </w:rPr>
        <w:t>som är</w:t>
      </w:r>
      <w:r w:rsidRPr="000767E2">
        <w:rPr>
          <w:lang w:val="sv-SE"/>
        </w:rPr>
        <w:t xml:space="preserve"> far skulle sonen be om fisk, och istället för fisk kommer han att ge honom en orm?{{field-off:bible}} [[@</w:t>
      </w:r>
      <w:r w:rsidR="0096445B" w:rsidRPr="000767E2">
        <w:rPr>
          <w:lang w:val="sv-SE"/>
        </w:rPr>
        <w:t>BibleBIBEL82</w:t>
      </w:r>
      <w:r w:rsidRPr="000767E2">
        <w:rPr>
          <w:lang w:val="sv-SE"/>
        </w:rPr>
        <w:t>:Luke 11:12]]</w:t>
      </w:r>
      <w:r w:rsidRPr="000767E2">
        <w:rPr>
          <w:vertAlign w:val="superscript"/>
          <w:lang w:val="sv-SE"/>
        </w:rPr>
        <w:t>12</w:t>
      </w:r>
      <w:r w:rsidRPr="000767E2">
        <w:rPr>
          <w:lang w:val="sv-SE"/>
        </w:rPr>
        <w:t xml:space="preserve"> {{field-on:bible}}Eller också skulle han be om ägg, och han kommer att ge honom en skorpion?{{field-off:bible}} [[@</w:t>
      </w:r>
      <w:r w:rsidR="0096445B" w:rsidRPr="000767E2">
        <w:rPr>
          <w:lang w:val="sv-SE"/>
        </w:rPr>
        <w:t>BibleBIBEL82</w:t>
      </w:r>
      <w:r w:rsidRPr="000767E2">
        <w:rPr>
          <w:lang w:val="sv-SE"/>
        </w:rPr>
        <w:t>:Luke 11:13]]</w:t>
      </w:r>
      <w:r w:rsidRPr="000767E2">
        <w:rPr>
          <w:vertAlign w:val="superscript"/>
          <w:lang w:val="sv-SE"/>
        </w:rPr>
        <w:t>13</w:t>
      </w:r>
      <w:r w:rsidRPr="000767E2">
        <w:rPr>
          <w:lang w:val="sv-SE"/>
        </w:rPr>
        <w:t xml:space="preserve"> {{field-on:bible}}Om nu ni som är onda vet att ge goda gåvor till era barn, hur mycket mer ska er Far från himlen ge helig Ande åt dem som ber honom?”{{field-off:bible}}</w:t>
      </w:r>
    </w:p>
    <w:p w14:paraId="1861BBCC" w14:textId="77777777" w:rsidR="00BA33AB" w:rsidRPr="000767E2" w:rsidRDefault="00000000">
      <w:pPr>
        <w:pStyle w:val="Rubrik3"/>
        <w:rPr>
          <w:lang w:val="sv-SE"/>
        </w:rPr>
      </w:pPr>
      <w:r w:rsidRPr="000767E2">
        <w:rPr>
          <w:lang w:val="sv-SE"/>
        </w:rPr>
        <w:t>Jesus eller Beelzebul</w:t>
      </w:r>
    </w:p>
    <w:p w14:paraId="786E4391" w14:textId="4DCFDE74" w:rsidR="00BA33AB" w:rsidRPr="000767E2" w:rsidRDefault="00000000">
      <w:pPr>
        <w:rPr>
          <w:lang w:val="sv-SE"/>
        </w:rPr>
      </w:pPr>
      <w:r w:rsidRPr="000767E2">
        <w:rPr>
          <w:lang w:val="sv-SE"/>
        </w:rPr>
        <w:t>[[@</w:t>
      </w:r>
      <w:r w:rsidR="0096445B" w:rsidRPr="000767E2">
        <w:rPr>
          <w:lang w:val="sv-SE"/>
        </w:rPr>
        <w:t>BibleBIBEL82</w:t>
      </w:r>
      <w:r w:rsidRPr="000767E2">
        <w:rPr>
          <w:lang w:val="sv-SE"/>
        </w:rPr>
        <w:t>:Luke 11:14]]</w:t>
      </w:r>
      <w:r w:rsidRPr="000767E2">
        <w:rPr>
          <w:vertAlign w:val="superscript"/>
          <w:lang w:val="sv-SE"/>
        </w:rPr>
        <w:t>14</w:t>
      </w:r>
      <w:r w:rsidRPr="000767E2">
        <w:rPr>
          <w:lang w:val="sv-SE"/>
        </w:rPr>
        <w:t xml:space="preserve"> {{field-on:bible}}Och han var och drev ut en demon, [och den var] stum. Och det hände sig, när demonen hade kommit ut, </w:t>
      </w:r>
      <w:r w:rsidRPr="000767E2">
        <w:rPr>
          <w:i/>
          <w:lang w:val="sv-SE"/>
        </w:rPr>
        <w:t>att</w:t>
      </w:r>
      <w:r w:rsidRPr="000767E2">
        <w:rPr>
          <w:lang w:val="sv-SE"/>
        </w:rPr>
        <w:t xml:space="preserve"> den stumme talade och skarorna var förundrade.{{field-off:bible}} [[@</w:t>
      </w:r>
      <w:r w:rsidR="0096445B" w:rsidRPr="000767E2">
        <w:rPr>
          <w:lang w:val="sv-SE"/>
        </w:rPr>
        <w:t>BibleBIBEL82</w:t>
      </w:r>
      <w:r w:rsidRPr="000767E2">
        <w:rPr>
          <w:lang w:val="sv-SE"/>
        </w:rPr>
        <w:t>:Luke 11:15]]</w:t>
      </w:r>
      <w:r w:rsidRPr="000767E2">
        <w:rPr>
          <w:vertAlign w:val="superscript"/>
          <w:lang w:val="sv-SE"/>
        </w:rPr>
        <w:t>15</w:t>
      </w:r>
      <w:r w:rsidRPr="000767E2">
        <w:rPr>
          <w:lang w:val="sv-SE"/>
        </w:rPr>
        <w:t xml:space="preserve"> {{field-on:bible}}Men några av dem sade: ”</w:t>
      </w:r>
      <w:r w:rsidRPr="000767E2">
        <w:rPr>
          <w:i/>
          <w:lang w:val="sv-SE"/>
        </w:rPr>
        <w:t>Det är</w:t>
      </w:r>
      <w:r w:rsidRPr="000767E2">
        <w:rPr>
          <w:lang w:val="sv-SE"/>
        </w:rPr>
        <w:t xml:space="preserve"> med Beelzebul, demonernas furste, han driver ut demonerna.”{{field-off:bible}} [[@</w:t>
      </w:r>
      <w:r w:rsidR="0096445B" w:rsidRPr="000767E2">
        <w:rPr>
          <w:lang w:val="sv-SE"/>
        </w:rPr>
        <w:t>BibleBIBEL82</w:t>
      </w:r>
      <w:r w:rsidRPr="000767E2">
        <w:rPr>
          <w:lang w:val="sv-SE"/>
        </w:rPr>
        <w:t>:Luke 11:16]]</w:t>
      </w:r>
      <w:r w:rsidRPr="000767E2">
        <w:rPr>
          <w:vertAlign w:val="superscript"/>
          <w:lang w:val="sv-SE"/>
        </w:rPr>
        <w:t>16</w:t>
      </w:r>
      <w:r w:rsidRPr="000767E2">
        <w:rPr>
          <w:lang w:val="sv-SE"/>
        </w:rPr>
        <w:t xml:space="preserve"> {{field-on:bible}}Och andra sökte prövande ett tecken från himlen från honom.{{field-off:bible}}</w:t>
      </w:r>
    </w:p>
    <w:p w14:paraId="3923164D" w14:textId="00C6DE80" w:rsidR="00BA33AB" w:rsidRPr="000767E2" w:rsidRDefault="00000000">
      <w:pPr>
        <w:rPr>
          <w:lang w:val="sv-SE"/>
        </w:rPr>
      </w:pPr>
      <w:r w:rsidRPr="000767E2">
        <w:rPr>
          <w:lang w:val="sv-SE"/>
        </w:rPr>
        <w:t>[[@</w:t>
      </w:r>
      <w:r w:rsidR="0096445B" w:rsidRPr="000767E2">
        <w:rPr>
          <w:lang w:val="sv-SE"/>
        </w:rPr>
        <w:t>BibleBIBEL82</w:t>
      </w:r>
      <w:r w:rsidRPr="000767E2">
        <w:rPr>
          <w:lang w:val="sv-SE"/>
        </w:rPr>
        <w:t>:Luke 11:17]]</w:t>
      </w:r>
      <w:r w:rsidRPr="000767E2">
        <w:rPr>
          <w:vertAlign w:val="superscript"/>
          <w:lang w:val="sv-SE"/>
        </w:rPr>
        <w:t>17</w:t>
      </w:r>
      <w:r w:rsidRPr="000767E2">
        <w:rPr>
          <w:lang w:val="sv-SE"/>
        </w:rPr>
        <w:t xml:space="preserve"> {{field-on:bible}}Men han visste om deras tankebanor och sade till dem: ”Varje rike uppdelat mot sig självt blir ödelagt, och hus faller över hus.{{field-off:bible}} [[@</w:t>
      </w:r>
      <w:r w:rsidR="0096445B" w:rsidRPr="000767E2">
        <w:rPr>
          <w:lang w:val="sv-SE"/>
        </w:rPr>
        <w:t>BibleBIBEL82</w:t>
      </w:r>
      <w:r w:rsidRPr="000767E2">
        <w:rPr>
          <w:lang w:val="sv-SE"/>
        </w:rPr>
        <w:t>:Luke 11:18]]</w:t>
      </w:r>
      <w:r w:rsidRPr="000767E2">
        <w:rPr>
          <w:vertAlign w:val="superscript"/>
          <w:lang w:val="sv-SE"/>
        </w:rPr>
        <w:t>18</w:t>
      </w:r>
      <w:r w:rsidRPr="000767E2">
        <w:rPr>
          <w:lang w:val="sv-SE"/>
        </w:rPr>
        <w:t xml:space="preserve"> {{field-on:bible}}Men om även Satan var uppdelad mot sig själv, hur ska hans rike bestå? För ni säger att </w:t>
      </w:r>
      <w:r w:rsidRPr="000767E2">
        <w:rPr>
          <w:i/>
          <w:lang w:val="sv-SE"/>
        </w:rPr>
        <w:t>det är</w:t>
      </w:r>
      <w:r w:rsidRPr="000767E2">
        <w:rPr>
          <w:lang w:val="sv-SE"/>
        </w:rPr>
        <w:t xml:space="preserve"> med Beelzebul jag driver ut demonerna.{{field-off:bible}} [[@</w:t>
      </w:r>
      <w:r w:rsidR="0096445B" w:rsidRPr="000767E2">
        <w:rPr>
          <w:lang w:val="sv-SE"/>
        </w:rPr>
        <w:t>BibleBIBEL82</w:t>
      </w:r>
      <w:r w:rsidRPr="000767E2">
        <w:rPr>
          <w:lang w:val="sv-SE"/>
        </w:rPr>
        <w:t>:Luke 11:19]]</w:t>
      </w:r>
      <w:r w:rsidRPr="000767E2">
        <w:rPr>
          <w:vertAlign w:val="superscript"/>
          <w:lang w:val="sv-SE"/>
        </w:rPr>
        <w:t>19</w:t>
      </w:r>
      <w:r w:rsidRPr="000767E2">
        <w:rPr>
          <w:lang w:val="sv-SE"/>
        </w:rPr>
        <w:t xml:space="preserve"> {{field-on:bible}}Men om </w:t>
      </w:r>
      <w:r w:rsidRPr="000767E2">
        <w:rPr>
          <w:lang w:val="sv-SE"/>
        </w:rPr>
        <w:lastRenderedPageBreak/>
        <w:t>jag med Beelzebul driver ut demonerna – era söner, med vem driver de ut? Därför blir de era domare.{{field-off:bible}} [[@</w:t>
      </w:r>
      <w:r w:rsidR="0096445B" w:rsidRPr="000767E2">
        <w:rPr>
          <w:lang w:val="sv-SE"/>
        </w:rPr>
        <w:t>BibleBIBEL82</w:t>
      </w:r>
      <w:r w:rsidRPr="000767E2">
        <w:rPr>
          <w:lang w:val="sv-SE"/>
        </w:rPr>
        <w:t>:Luke 11:20]]</w:t>
      </w:r>
      <w:r w:rsidRPr="000767E2">
        <w:rPr>
          <w:vertAlign w:val="superscript"/>
          <w:lang w:val="sv-SE"/>
        </w:rPr>
        <w:t>20</w:t>
      </w:r>
      <w:r w:rsidRPr="000767E2">
        <w:rPr>
          <w:lang w:val="sv-SE"/>
        </w:rPr>
        <w:t xml:space="preserve"> {{field-on:bible}}Men om jag med Guds finger driver ut demonerna, då har Guds rike nått till er.{{field-off:bible}}</w:t>
      </w:r>
    </w:p>
    <w:p w14:paraId="121B4EEF" w14:textId="627AE9BF" w:rsidR="00BA33AB" w:rsidRPr="000767E2" w:rsidRDefault="00000000">
      <w:pPr>
        <w:rPr>
          <w:lang w:val="sv-SE"/>
        </w:rPr>
      </w:pPr>
      <w:r w:rsidRPr="000767E2">
        <w:rPr>
          <w:lang w:val="sv-SE"/>
        </w:rPr>
        <w:t>[[@</w:t>
      </w:r>
      <w:r w:rsidR="0096445B" w:rsidRPr="000767E2">
        <w:rPr>
          <w:lang w:val="sv-SE"/>
        </w:rPr>
        <w:t>BibleBIBEL82</w:t>
      </w:r>
      <w:r w:rsidRPr="000767E2">
        <w:rPr>
          <w:lang w:val="sv-SE"/>
        </w:rPr>
        <w:t>:Luke 11:21]]</w:t>
      </w:r>
      <w:r w:rsidRPr="000767E2">
        <w:rPr>
          <w:vertAlign w:val="superscript"/>
          <w:lang w:val="sv-SE"/>
        </w:rPr>
        <w:t>21</w:t>
      </w:r>
      <w:r w:rsidRPr="000767E2">
        <w:rPr>
          <w:lang w:val="sv-SE"/>
        </w:rPr>
        <w:t xml:space="preserve"> {{field-on:bible}}När den starke fullt beväpnad vaktar sin egen fålla är det som är hans i fred.{{field-off:bible}} [[@</w:t>
      </w:r>
      <w:r w:rsidR="0096445B" w:rsidRPr="000767E2">
        <w:rPr>
          <w:lang w:val="sv-SE"/>
        </w:rPr>
        <w:t>BibleBIBEL82</w:t>
      </w:r>
      <w:r w:rsidRPr="000767E2">
        <w:rPr>
          <w:lang w:val="sv-SE"/>
        </w:rPr>
        <w:t>:Luke 11:22]]</w:t>
      </w:r>
      <w:r w:rsidRPr="000767E2">
        <w:rPr>
          <w:vertAlign w:val="superscript"/>
          <w:lang w:val="sv-SE"/>
        </w:rPr>
        <w:t>22</w:t>
      </w:r>
      <w:r w:rsidRPr="000767E2">
        <w:rPr>
          <w:lang w:val="sv-SE"/>
        </w:rPr>
        <w:t xml:space="preserve"> {{field-on:bible}}Men då en </w:t>
      </w:r>
      <w:r w:rsidRPr="000767E2">
        <w:rPr>
          <w:i/>
          <w:lang w:val="sv-SE"/>
        </w:rPr>
        <w:t>som är</w:t>
      </w:r>
      <w:r w:rsidRPr="000767E2">
        <w:rPr>
          <w:lang w:val="sv-SE"/>
        </w:rPr>
        <w:t xml:space="preserve"> starkare än honom kommer över och besegrar honom, tar han hans vapenrustning på vilken han förtröstade och delar ut hans byte.{{field-off:bible}} [[@</w:t>
      </w:r>
      <w:r w:rsidR="0096445B" w:rsidRPr="000767E2">
        <w:rPr>
          <w:lang w:val="sv-SE"/>
        </w:rPr>
        <w:t>BibleBIBEL82</w:t>
      </w:r>
      <w:r w:rsidRPr="000767E2">
        <w:rPr>
          <w:lang w:val="sv-SE"/>
        </w:rPr>
        <w:t>:Luke 11:23]]</w:t>
      </w:r>
      <w:r w:rsidRPr="000767E2">
        <w:rPr>
          <w:vertAlign w:val="superscript"/>
          <w:lang w:val="sv-SE"/>
        </w:rPr>
        <w:t>23</w:t>
      </w:r>
      <w:r w:rsidRPr="000767E2">
        <w:rPr>
          <w:lang w:val="sv-SE"/>
        </w:rPr>
        <w:t xml:space="preserve"> {{field-on:bible}}Den som inte är med mig är mot mig, och den som inte samlar med mig skingrar.{{field-off:bible}}</w:t>
      </w:r>
    </w:p>
    <w:p w14:paraId="3CAFDAD3" w14:textId="77777777" w:rsidR="00BA33AB" w:rsidRPr="000767E2" w:rsidRDefault="00000000">
      <w:pPr>
        <w:pStyle w:val="Rubrik3"/>
        <w:rPr>
          <w:lang w:val="sv-SE"/>
        </w:rPr>
      </w:pPr>
      <w:r w:rsidRPr="000767E2">
        <w:rPr>
          <w:lang w:val="sv-SE"/>
        </w:rPr>
        <w:t>En ond andes återkomst</w:t>
      </w:r>
    </w:p>
    <w:p w14:paraId="416AACBD" w14:textId="76E6D05E" w:rsidR="00BA33AB" w:rsidRPr="000767E2" w:rsidRDefault="00000000">
      <w:pPr>
        <w:rPr>
          <w:lang w:val="sv-SE"/>
        </w:rPr>
      </w:pPr>
      <w:r w:rsidRPr="000767E2">
        <w:rPr>
          <w:lang w:val="sv-SE"/>
        </w:rPr>
        <w:t>[[@</w:t>
      </w:r>
      <w:r w:rsidR="0096445B" w:rsidRPr="000767E2">
        <w:rPr>
          <w:lang w:val="sv-SE"/>
        </w:rPr>
        <w:t>BibleBIBEL82</w:t>
      </w:r>
      <w:r w:rsidRPr="000767E2">
        <w:rPr>
          <w:lang w:val="sv-SE"/>
        </w:rPr>
        <w:t>:Luke 11:24]]</w:t>
      </w:r>
      <w:r w:rsidRPr="000767E2">
        <w:rPr>
          <w:vertAlign w:val="superscript"/>
          <w:lang w:val="sv-SE"/>
        </w:rPr>
        <w:t>24</w:t>
      </w:r>
      <w:r w:rsidRPr="000767E2">
        <w:rPr>
          <w:lang w:val="sv-SE"/>
        </w:rPr>
        <w:t xml:space="preserve"> {{field-on:bible}}När den orena anden kommer ut från människan, går den genom vattenlösa platser och söker ro och finner ingen. [Då] säger den: Jag ska återvända till mitt hus varifrån jag kom ut.{{field-off:bible}} [[@</w:t>
      </w:r>
      <w:r w:rsidR="0096445B" w:rsidRPr="000767E2">
        <w:rPr>
          <w:lang w:val="sv-SE"/>
        </w:rPr>
        <w:t>BibleBIBEL82</w:t>
      </w:r>
      <w:r w:rsidRPr="000767E2">
        <w:rPr>
          <w:lang w:val="sv-SE"/>
        </w:rPr>
        <w:t>:Luke 11:25]]</w:t>
      </w:r>
      <w:r w:rsidRPr="000767E2">
        <w:rPr>
          <w:vertAlign w:val="superscript"/>
          <w:lang w:val="sv-SE"/>
        </w:rPr>
        <w:t>25</w:t>
      </w:r>
      <w:r w:rsidRPr="000767E2">
        <w:rPr>
          <w:lang w:val="sv-SE"/>
        </w:rPr>
        <w:t xml:space="preserve"> {{field-on:bible}}Och den kommer och finner </w:t>
      </w:r>
      <w:r w:rsidRPr="000767E2">
        <w:rPr>
          <w:i/>
          <w:lang w:val="sv-SE"/>
        </w:rPr>
        <w:t>det</w:t>
      </w:r>
      <w:r w:rsidRPr="000767E2">
        <w:rPr>
          <w:lang w:val="sv-SE"/>
        </w:rPr>
        <w:t xml:space="preserve"> sopat och tillsnyggat.{{field-off:bible}} [[@</w:t>
      </w:r>
      <w:r w:rsidR="0096445B" w:rsidRPr="000767E2">
        <w:rPr>
          <w:lang w:val="sv-SE"/>
        </w:rPr>
        <w:t>BibleBIBEL82</w:t>
      </w:r>
      <w:r w:rsidRPr="000767E2">
        <w:rPr>
          <w:lang w:val="sv-SE"/>
        </w:rPr>
        <w:t>:Luke 11:26]]</w:t>
      </w:r>
      <w:r w:rsidRPr="000767E2">
        <w:rPr>
          <w:vertAlign w:val="superscript"/>
          <w:lang w:val="sv-SE"/>
        </w:rPr>
        <w:t>26</w:t>
      </w:r>
      <w:r w:rsidRPr="000767E2">
        <w:rPr>
          <w:lang w:val="sv-SE"/>
        </w:rPr>
        <w:t xml:space="preserve"> {{field-on:bible}}Då går den och tar med sju andra andar ondare än sig själv, och de går in och bosätter sig där. Och </w:t>
      </w:r>
      <w:r w:rsidRPr="000767E2">
        <w:rPr>
          <w:i/>
          <w:lang w:val="sv-SE"/>
        </w:rPr>
        <w:t>då</w:t>
      </w:r>
      <w:r w:rsidRPr="000767E2">
        <w:rPr>
          <w:lang w:val="sv-SE"/>
        </w:rPr>
        <w:t xml:space="preserve"> blir det sista för den människan värre än det första.”{{field-off:bible}}</w:t>
      </w:r>
    </w:p>
    <w:p w14:paraId="3471B191" w14:textId="677F38AF" w:rsidR="00BA33AB" w:rsidRPr="000767E2" w:rsidRDefault="00000000">
      <w:pPr>
        <w:rPr>
          <w:lang w:val="sv-SE"/>
        </w:rPr>
      </w:pPr>
      <w:r w:rsidRPr="000767E2">
        <w:rPr>
          <w:lang w:val="sv-SE"/>
        </w:rPr>
        <w:t>[[@</w:t>
      </w:r>
      <w:r w:rsidR="0096445B" w:rsidRPr="000767E2">
        <w:rPr>
          <w:lang w:val="sv-SE"/>
        </w:rPr>
        <w:t>BibleBIBEL82</w:t>
      </w:r>
      <w:r w:rsidRPr="000767E2">
        <w:rPr>
          <w:lang w:val="sv-SE"/>
        </w:rPr>
        <w:t>:Luke 11:27]]</w:t>
      </w:r>
      <w:r w:rsidRPr="000767E2">
        <w:rPr>
          <w:vertAlign w:val="superscript"/>
          <w:lang w:val="sv-SE"/>
        </w:rPr>
        <w:t>27</w:t>
      </w:r>
      <w:r w:rsidRPr="000767E2">
        <w:rPr>
          <w:lang w:val="sv-SE"/>
        </w:rPr>
        <w:t xml:space="preserve"> {{field-on:bible}}Och det hände sig, vid det att han sade detta, </w:t>
      </w:r>
      <w:r w:rsidRPr="000767E2">
        <w:rPr>
          <w:i/>
          <w:lang w:val="sv-SE"/>
        </w:rPr>
        <w:t>att</w:t>
      </w:r>
      <w:r w:rsidRPr="000767E2">
        <w:rPr>
          <w:lang w:val="sv-SE"/>
        </w:rPr>
        <w:t xml:space="preserve"> en kvinna ur skaran höjde </w:t>
      </w:r>
      <w:r w:rsidRPr="000767E2">
        <w:rPr>
          <w:i/>
          <w:lang w:val="sv-SE"/>
        </w:rPr>
        <w:t>sin</w:t>
      </w:r>
      <w:r w:rsidRPr="000767E2">
        <w:rPr>
          <w:lang w:val="sv-SE"/>
        </w:rPr>
        <w:t xml:space="preserve"> röst och sade till honom: ”Saligt det moderliv som burit dig och </w:t>
      </w:r>
      <w:r w:rsidRPr="000767E2">
        <w:rPr>
          <w:i/>
          <w:lang w:val="sv-SE"/>
        </w:rPr>
        <w:t>de</w:t>
      </w:r>
      <w:r w:rsidRPr="000767E2">
        <w:rPr>
          <w:lang w:val="sv-SE"/>
        </w:rPr>
        <w:t xml:space="preserve"> bröst som du diat!”{{field-off:bible}} [[@</w:t>
      </w:r>
      <w:r w:rsidR="0096445B" w:rsidRPr="000767E2">
        <w:rPr>
          <w:lang w:val="sv-SE"/>
        </w:rPr>
        <w:t>BibleBIBEL82</w:t>
      </w:r>
      <w:r w:rsidRPr="000767E2">
        <w:rPr>
          <w:lang w:val="sv-SE"/>
        </w:rPr>
        <w:t>:Luke 11:28]]</w:t>
      </w:r>
      <w:r w:rsidRPr="000767E2">
        <w:rPr>
          <w:vertAlign w:val="superscript"/>
          <w:lang w:val="sv-SE"/>
        </w:rPr>
        <w:t>28</w:t>
      </w:r>
      <w:r w:rsidRPr="000767E2">
        <w:rPr>
          <w:lang w:val="sv-SE"/>
        </w:rPr>
        <w:t xml:space="preserve"> {{field-on:bible}}Men han sade: ”Snarare: saliga de som hör Guds ord och iakttar </w:t>
      </w:r>
      <w:r w:rsidRPr="000767E2">
        <w:rPr>
          <w:i/>
          <w:lang w:val="sv-SE"/>
        </w:rPr>
        <w:t>det</w:t>
      </w:r>
      <w:r w:rsidRPr="000767E2">
        <w:rPr>
          <w:lang w:val="sv-SE"/>
        </w:rPr>
        <w:t>.”{{field-off:bible}}</w:t>
      </w:r>
    </w:p>
    <w:p w14:paraId="08B5D887" w14:textId="77777777" w:rsidR="00BA33AB" w:rsidRPr="000767E2" w:rsidRDefault="00000000">
      <w:pPr>
        <w:pStyle w:val="Rubrik3"/>
        <w:rPr>
          <w:lang w:val="sv-SE"/>
        </w:rPr>
      </w:pPr>
      <w:r w:rsidRPr="000767E2">
        <w:rPr>
          <w:lang w:val="sv-SE"/>
        </w:rPr>
        <w:t>Jonas tecken</w:t>
      </w:r>
    </w:p>
    <w:p w14:paraId="43406625" w14:textId="3C8B6724" w:rsidR="00BA33AB" w:rsidRPr="000767E2" w:rsidRDefault="00000000">
      <w:pPr>
        <w:rPr>
          <w:lang w:val="sv-SE"/>
        </w:rPr>
      </w:pPr>
      <w:r w:rsidRPr="000767E2">
        <w:rPr>
          <w:lang w:val="sv-SE"/>
        </w:rPr>
        <w:t>[[@</w:t>
      </w:r>
      <w:r w:rsidR="0096445B" w:rsidRPr="000767E2">
        <w:rPr>
          <w:lang w:val="sv-SE"/>
        </w:rPr>
        <w:t>BibleBIBEL82</w:t>
      </w:r>
      <w:r w:rsidRPr="000767E2">
        <w:rPr>
          <w:lang w:val="sv-SE"/>
        </w:rPr>
        <w:t>:Luke 11:29]]</w:t>
      </w:r>
      <w:r w:rsidRPr="000767E2">
        <w:rPr>
          <w:vertAlign w:val="superscript"/>
          <w:lang w:val="sv-SE"/>
        </w:rPr>
        <w:t>29</w:t>
      </w:r>
      <w:r w:rsidRPr="000767E2">
        <w:rPr>
          <w:lang w:val="sv-SE"/>
        </w:rPr>
        <w:t xml:space="preserve"> {{field-on:bible}}Men när skarorna fylkades började han säga: ”Detta släkte är ett ont släkte. Ett tecken söker det, och ett tecken ska inte ges det, utom Jonas tecken.{{field-off:bible}} [[@</w:t>
      </w:r>
      <w:r w:rsidR="0096445B" w:rsidRPr="000767E2">
        <w:rPr>
          <w:lang w:val="sv-SE"/>
        </w:rPr>
        <w:t>BibleBIBEL82</w:t>
      </w:r>
      <w:r w:rsidRPr="000767E2">
        <w:rPr>
          <w:lang w:val="sv-SE"/>
        </w:rPr>
        <w:t>:Luke 11:30]]</w:t>
      </w:r>
      <w:r w:rsidRPr="000767E2">
        <w:rPr>
          <w:vertAlign w:val="superscript"/>
          <w:lang w:val="sv-SE"/>
        </w:rPr>
        <w:t>30</w:t>
      </w:r>
      <w:r w:rsidRPr="000767E2">
        <w:rPr>
          <w:lang w:val="sv-SE"/>
        </w:rPr>
        <w:t xml:space="preserve"> {{field-on:bible}}För så som Jona blev för nineviterna ett tecken, så ska också Människosonen vara för detta släkte.{{field-off:bible}}</w:t>
      </w:r>
    </w:p>
    <w:p w14:paraId="189B6EA3" w14:textId="10CD881B" w:rsidR="00BA33AB" w:rsidRPr="000767E2" w:rsidRDefault="00000000">
      <w:pPr>
        <w:rPr>
          <w:lang w:val="sv-SE"/>
        </w:rPr>
      </w:pPr>
      <w:r w:rsidRPr="000767E2">
        <w:rPr>
          <w:lang w:val="sv-SE"/>
        </w:rPr>
        <w:t>[[@</w:t>
      </w:r>
      <w:r w:rsidR="0096445B" w:rsidRPr="000767E2">
        <w:rPr>
          <w:lang w:val="sv-SE"/>
        </w:rPr>
        <w:t>BibleBIBEL82</w:t>
      </w:r>
      <w:r w:rsidRPr="000767E2">
        <w:rPr>
          <w:lang w:val="sv-SE"/>
        </w:rPr>
        <w:t>:Luke 11:31]]</w:t>
      </w:r>
      <w:r w:rsidRPr="000767E2">
        <w:rPr>
          <w:vertAlign w:val="superscript"/>
          <w:lang w:val="sv-SE"/>
        </w:rPr>
        <w:t>31</w:t>
      </w:r>
      <w:r w:rsidRPr="000767E2">
        <w:rPr>
          <w:lang w:val="sv-SE"/>
        </w:rPr>
        <w:t xml:space="preserve"> {{field-on:bible}}Söderns drottning ska resa sig vid domen med männen av detta släkte och fördöma dem. För hon kom från jordens ändar </w:t>
      </w:r>
      <w:r w:rsidRPr="000767E2">
        <w:rPr>
          <w:i/>
          <w:lang w:val="sv-SE"/>
        </w:rPr>
        <w:t>för</w:t>
      </w:r>
      <w:r w:rsidRPr="000767E2">
        <w:rPr>
          <w:lang w:val="sv-SE"/>
        </w:rPr>
        <w:t xml:space="preserve"> att höra Solomons vishet, och se: </w:t>
      </w:r>
      <w:r w:rsidRPr="000767E2">
        <w:rPr>
          <w:i/>
          <w:lang w:val="sv-SE"/>
        </w:rPr>
        <w:t>något</w:t>
      </w:r>
      <w:r w:rsidRPr="000767E2">
        <w:rPr>
          <w:lang w:val="sv-SE"/>
        </w:rPr>
        <w:t xml:space="preserve"> större än Solomon </w:t>
      </w:r>
      <w:r w:rsidRPr="000767E2">
        <w:rPr>
          <w:i/>
          <w:lang w:val="sv-SE"/>
        </w:rPr>
        <w:t>är</w:t>
      </w:r>
      <w:r w:rsidRPr="000767E2">
        <w:rPr>
          <w:lang w:val="sv-SE"/>
        </w:rPr>
        <w:t xml:space="preserve"> här.{{field-off:bible}} [[@</w:t>
      </w:r>
      <w:r w:rsidR="0096445B" w:rsidRPr="000767E2">
        <w:rPr>
          <w:lang w:val="sv-SE"/>
        </w:rPr>
        <w:t>BibleBIBEL82</w:t>
      </w:r>
      <w:r w:rsidRPr="000767E2">
        <w:rPr>
          <w:lang w:val="sv-SE"/>
        </w:rPr>
        <w:t>:Luke 11:32]]</w:t>
      </w:r>
      <w:r w:rsidRPr="000767E2">
        <w:rPr>
          <w:vertAlign w:val="superscript"/>
          <w:lang w:val="sv-SE"/>
        </w:rPr>
        <w:t>32</w:t>
      </w:r>
      <w:r w:rsidRPr="000767E2">
        <w:rPr>
          <w:lang w:val="sv-SE"/>
        </w:rPr>
        <w:t xml:space="preserve"> {{field-on:bible}}Ninevitiska män ska uppstå vid domen med detta släkte och fördöma det. För de ändrade sinne vid Jonas förkunnelse, och se: </w:t>
      </w:r>
      <w:r w:rsidRPr="000767E2">
        <w:rPr>
          <w:i/>
          <w:lang w:val="sv-SE"/>
        </w:rPr>
        <w:t>något</w:t>
      </w:r>
      <w:r w:rsidRPr="000767E2">
        <w:rPr>
          <w:lang w:val="sv-SE"/>
        </w:rPr>
        <w:t xml:space="preserve"> större än Jona </w:t>
      </w:r>
      <w:r w:rsidRPr="000767E2">
        <w:rPr>
          <w:i/>
          <w:lang w:val="sv-SE"/>
        </w:rPr>
        <w:t>är</w:t>
      </w:r>
      <w:r w:rsidRPr="000767E2">
        <w:rPr>
          <w:lang w:val="sv-SE"/>
        </w:rPr>
        <w:t xml:space="preserve"> här.{{field-off:bible}}</w:t>
      </w:r>
    </w:p>
    <w:p w14:paraId="1DF02AD9" w14:textId="77777777" w:rsidR="00BA33AB" w:rsidRPr="000767E2" w:rsidRDefault="00000000">
      <w:pPr>
        <w:pStyle w:val="Rubrik3"/>
        <w:rPr>
          <w:lang w:val="sv-SE"/>
        </w:rPr>
      </w:pPr>
      <w:r w:rsidRPr="000767E2">
        <w:rPr>
          <w:lang w:val="sv-SE"/>
        </w:rPr>
        <w:t>Ögat är kroppens lampa</w:t>
      </w:r>
    </w:p>
    <w:p w14:paraId="21A89330" w14:textId="5659EA25" w:rsidR="00BA33AB" w:rsidRPr="000767E2" w:rsidRDefault="00000000">
      <w:pPr>
        <w:rPr>
          <w:lang w:val="sv-SE"/>
        </w:rPr>
      </w:pPr>
      <w:r w:rsidRPr="000767E2">
        <w:rPr>
          <w:lang w:val="sv-SE"/>
        </w:rPr>
        <w:t>[[@</w:t>
      </w:r>
      <w:r w:rsidR="0096445B" w:rsidRPr="000767E2">
        <w:rPr>
          <w:lang w:val="sv-SE"/>
        </w:rPr>
        <w:t>BibleBIBEL82</w:t>
      </w:r>
      <w:r w:rsidRPr="000767E2">
        <w:rPr>
          <w:lang w:val="sv-SE"/>
        </w:rPr>
        <w:t>:Luke 11:33]]</w:t>
      </w:r>
      <w:r w:rsidRPr="000767E2">
        <w:rPr>
          <w:vertAlign w:val="superscript"/>
          <w:lang w:val="sv-SE"/>
        </w:rPr>
        <w:t>33</w:t>
      </w:r>
      <w:r w:rsidRPr="000767E2">
        <w:rPr>
          <w:lang w:val="sv-SE"/>
        </w:rPr>
        <w:t xml:space="preserve"> {{field-on:bible}}Ingen tänder en lampa och sätter i en källare [eller under skäppan]. Nej, på lampstället, så att de som kommer in ser ljuset.{{field-off:bible}}</w:t>
      </w:r>
    </w:p>
    <w:p w14:paraId="5B234F6F" w14:textId="28FECF57" w:rsidR="00BA33AB" w:rsidRPr="000767E2" w:rsidRDefault="00000000">
      <w:pPr>
        <w:rPr>
          <w:lang w:val="sv-SE"/>
        </w:rPr>
      </w:pPr>
      <w:r w:rsidRPr="000767E2">
        <w:rPr>
          <w:lang w:val="sv-SE"/>
        </w:rPr>
        <w:t>[[@</w:t>
      </w:r>
      <w:r w:rsidR="0096445B" w:rsidRPr="000767E2">
        <w:rPr>
          <w:lang w:val="sv-SE"/>
        </w:rPr>
        <w:t>BibleBIBEL82</w:t>
      </w:r>
      <w:r w:rsidRPr="000767E2">
        <w:rPr>
          <w:lang w:val="sv-SE"/>
        </w:rPr>
        <w:t>:Luke 11:34]]</w:t>
      </w:r>
      <w:r w:rsidRPr="000767E2">
        <w:rPr>
          <w:vertAlign w:val="superscript"/>
          <w:lang w:val="sv-SE"/>
        </w:rPr>
        <w:t>34</w:t>
      </w:r>
      <w:r w:rsidRPr="000767E2">
        <w:rPr>
          <w:lang w:val="sv-SE"/>
        </w:rPr>
        <w:t xml:space="preserve"> {{field-on:bible}}Kroppens lampa är ditt öga. När ditt öga är generöst är också hela din kropp upplyst. Men då det är ont </w:t>
      </w:r>
      <w:r w:rsidRPr="000767E2">
        <w:rPr>
          <w:i/>
          <w:lang w:val="sv-SE"/>
        </w:rPr>
        <w:t>är</w:t>
      </w:r>
      <w:r w:rsidRPr="000767E2">
        <w:rPr>
          <w:lang w:val="sv-SE"/>
        </w:rPr>
        <w:t xml:space="preserve"> också din kropp mörklagd.{{field-</w:t>
      </w:r>
      <w:r w:rsidRPr="000767E2">
        <w:rPr>
          <w:lang w:val="sv-SE"/>
        </w:rPr>
        <w:lastRenderedPageBreak/>
        <w:t>off:bible}} [[@</w:t>
      </w:r>
      <w:r w:rsidR="0096445B" w:rsidRPr="000767E2">
        <w:rPr>
          <w:lang w:val="sv-SE"/>
        </w:rPr>
        <w:t>BibleBIBEL82</w:t>
      </w:r>
      <w:r w:rsidRPr="000767E2">
        <w:rPr>
          <w:lang w:val="sv-SE"/>
        </w:rPr>
        <w:t>:Luke 11:35]]</w:t>
      </w:r>
      <w:r w:rsidRPr="000767E2">
        <w:rPr>
          <w:vertAlign w:val="superscript"/>
          <w:lang w:val="sv-SE"/>
        </w:rPr>
        <w:t>35</w:t>
      </w:r>
      <w:r w:rsidRPr="000767E2">
        <w:rPr>
          <w:lang w:val="sv-SE"/>
        </w:rPr>
        <w:t xml:space="preserve"> {{field-on:bible}}Observera då </w:t>
      </w:r>
      <w:r w:rsidRPr="000767E2">
        <w:rPr>
          <w:i/>
          <w:lang w:val="sv-SE"/>
        </w:rPr>
        <w:t>så</w:t>
      </w:r>
      <w:r w:rsidRPr="000767E2">
        <w:rPr>
          <w:lang w:val="sv-SE"/>
        </w:rPr>
        <w:t xml:space="preserve"> </w:t>
      </w:r>
      <w:r w:rsidRPr="000767E2">
        <w:rPr>
          <w:i/>
          <w:lang w:val="sv-SE"/>
        </w:rPr>
        <w:t>att</w:t>
      </w:r>
      <w:r w:rsidRPr="000767E2">
        <w:rPr>
          <w:lang w:val="sv-SE"/>
        </w:rPr>
        <w:t xml:space="preserve"> inte ljuset i dig är mörker.{{field-off:bible}} [[@</w:t>
      </w:r>
      <w:r w:rsidR="0096445B" w:rsidRPr="000767E2">
        <w:rPr>
          <w:lang w:val="sv-SE"/>
        </w:rPr>
        <w:t>BibleBIBEL82</w:t>
      </w:r>
      <w:r w:rsidRPr="000767E2">
        <w:rPr>
          <w:lang w:val="sv-SE"/>
        </w:rPr>
        <w:t>:Luke 11:36]]</w:t>
      </w:r>
      <w:r w:rsidRPr="000767E2">
        <w:rPr>
          <w:vertAlign w:val="superscript"/>
          <w:lang w:val="sv-SE"/>
        </w:rPr>
        <w:t>36</w:t>
      </w:r>
      <w:r w:rsidRPr="000767E2">
        <w:rPr>
          <w:lang w:val="sv-SE"/>
        </w:rPr>
        <w:t xml:space="preserve"> {{field-on:bible}}Om nu hela din kropp </w:t>
      </w:r>
      <w:r w:rsidRPr="000767E2">
        <w:rPr>
          <w:i/>
          <w:lang w:val="sv-SE"/>
        </w:rPr>
        <w:t>är</w:t>
      </w:r>
      <w:r w:rsidRPr="000767E2">
        <w:rPr>
          <w:lang w:val="sv-SE"/>
        </w:rPr>
        <w:t xml:space="preserve"> upplyst och inte har någon del </w:t>
      </w:r>
      <w:r w:rsidRPr="000767E2">
        <w:rPr>
          <w:i/>
          <w:lang w:val="sv-SE"/>
        </w:rPr>
        <w:t>som är</w:t>
      </w:r>
      <w:r w:rsidRPr="000767E2">
        <w:rPr>
          <w:lang w:val="sv-SE"/>
        </w:rPr>
        <w:t xml:space="preserve"> mörklagd blir hela upplyst, som när lampan med blixtrande sken upplyser dig.”{{field-off:bible}}</w:t>
      </w:r>
    </w:p>
    <w:p w14:paraId="74AB3B99" w14:textId="77777777" w:rsidR="00BA33AB" w:rsidRPr="000767E2" w:rsidRDefault="00000000">
      <w:pPr>
        <w:pStyle w:val="Rubrik3"/>
        <w:rPr>
          <w:lang w:val="sv-SE"/>
        </w:rPr>
      </w:pPr>
      <w:r w:rsidRPr="000767E2">
        <w:rPr>
          <w:lang w:val="sv-SE"/>
        </w:rPr>
        <w:t>Jesu verop över fariseerna</w:t>
      </w:r>
    </w:p>
    <w:p w14:paraId="681A5A76" w14:textId="3AB058C3" w:rsidR="00BA33AB" w:rsidRPr="000767E2" w:rsidRDefault="00000000">
      <w:pPr>
        <w:rPr>
          <w:lang w:val="sv-SE"/>
        </w:rPr>
      </w:pPr>
      <w:r w:rsidRPr="000767E2">
        <w:rPr>
          <w:lang w:val="sv-SE"/>
        </w:rPr>
        <w:t>[[@</w:t>
      </w:r>
      <w:r w:rsidR="0096445B" w:rsidRPr="000767E2">
        <w:rPr>
          <w:lang w:val="sv-SE"/>
        </w:rPr>
        <w:t>BibleBIBEL82</w:t>
      </w:r>
      <w:r w:rsidRPr="000767E2">
        <w:rPr>
          <w:lang w:val="sv-SE"/>
        </w:rPr>
        <w:t>:Luke 11:37]]</w:t>
      </w:r>
      <w:r w:rsidRPr="000767E2">
        <w:rPr>
          <w:vertAlign w:val="superscript"/>
          <w:lang w:val="sv-SE"/>
        </w:rPr>
        <w:t>37</w:t>
      </w:r>
      <w:r w:rsidRPr="000767E2">
        <w:rPr>
          <w:lang w:val="sv-SE"/>
        </w:rPr>
        <w:t xml:space="preserve"> {{field-on:bible}}Och vid det att han hade talat, frågar honom en farisé </w:t>
      </w:r>
      <w:r w:rsidRPr="000767E2">
        <w:rPr>
          <w:i/>
          <w:lang w:val="sv-SE"/>
        </w:rPr>
        <w:t>om</w:t>
      </w:r>
      <w:r w:rsidRPr="000767E2">
        <w:rPr>
          <w:lang w:val="sv-SE"/>
        </w:rPr>
        <w:t xml:space="preserve"> att äta lunch hos honom. Och han gick in och lade sig </w:t>
      </w:r>
      <w:r w:rsidRPr="000767E2">
        <w:rPr>
          <w:i/>
          <w:lang w:val="sv-SE"/>
        </w:rPr>
        <w:t>till bords</w:t>
      </w:r>
      <w:r w:rsidRPr="000767E2">
        <w:rPr>
          <w:lang w:val="sv-SE"/>
        </w:rPr>
        <w:t>.{{field-off:bible}} [[@</w:t>
      </w:r>
      <w:r w:rsidR="0096445B" w:rsidRPr="000767E2">
        <w:rPr>
          <w:lang w:val="sv-SE"/>
        </w:rPr>
        <w:t>BibleBIBEL82</w:t>
      </w:r>
      <w:r w:rsidRPr="000767E2">
        <w:rPr>
          <w:lang w:val="sv-SE"/>
        </w:rPr>
        <w:t>:Luke 11:38]]</w:t>
      </w:r>
      <w:r w:rsidRPr="000767E2">
        <w:rPr>
          <w:vertAlign w:val="superscript"/>
          <w:lang w:val="sv-SE"/>
        </w:rPr>
        <w:t>38</w:t>
      </w:r>
      <w:r w:rsidRPr="000767E2">
        <w:rPr>
          <w:lang w:val="sv-SE"/>
        </w:rPr>
        <w:t xml:space="preserve"> {{field-on:bible}}Men farisén såg och var förundrad att han inte först döpte sig före lunchen.{{field-off:bible}} [[@</w:t>
      </w:r>
      <w:r w:rsidR="0096445B" w:rsidRPr="000767E2">
        <w:rPr>
          <w:lang w:val="sv-SE"/>
        </w:rPr>
        <w:t>BibleBIBEL82</w:t>
      </w:r>
      <w:r w:rsidRPr="000767E2">
        <w:rPr>
          <w:lang w:val="sv-SE"/>
        </w:rPr>
        <w:t>:Luke 11:39]]</w:t>
      </w:r>
      <w:r w:rsidRPr="000767E2">
        <w:rPr>
          <w:vertAlign w:val="superscript"/>
          <w:lang w:val="sv-SE"/>
        </w:rPr>
        <w:t>39</w:t>
      </w:r>
      <w:r w:rsidRPr="000767E2">
        <w:rPr>
          <w:lang w:val="sv-SE"/>
        </w:rPr>
        <w:t xml:space="preserve"> {{field-on:bible}}Men Herren sade till honom: ”Nu, ni fariseer: det yttre av bägaren och fatet renar ni, men ert inre är fullt av roffande och elakhet.{{field-off:bible}} [[@</w:t>
      </w:r>
      <w:r w:rsidR="0096445B" w:rsidRPr="000767E2">
        <w:rPr>
          <w:lang w:val="sv-SE"/>
        </w:rPr>
        <w:t>BibleBIBEL82</w:t>
      </w:r>
      <w:r w:rsidRPr="000767E2">
        <w:rPr>
          <w:lang w:val="sv-SE"/>
        </w:rPr>
        <w:t>:Luke 11:40]]</w:t>
      </w:r>
      <w:r w:rsidRPr="000767E2">
        <w:rPr>
          <w:vertAlign w:val="superscript"/>
          <w:lang w:val="sv-SE"/>
        </w:rPr>
        <w:t>40</w:t>
      </w:r>
      <w:r w:rsidRPr="000767E2">
        <w:rPr>
          <w:lang w:val="sv-SE"/>
        </w:rPr>
        <w:t xml:space="preserve"> {{field-on:bible}}Vettlösa! Har inte han som gjort det yttre också gjort det inre?{{field-off:bible}} [[@</w:t>
      </w:r>
      <w:r w:rsidR="0096445B" w:rsidRPr="000767E2">
        <w:rPr>
          <w:lang w:val="sv-SE"/>
        </w:rPr>
        <w:t>BibleBIBEL82</w:t>
      </w:r>
      <w:r w:rsidRPr="000767E2">
        <w:rPr>
          <w:lang w:val="sv-SE"/>
        </w:rPr>
        <w:t>:Luke 11:41]]</w:t>
      </w:r>
      <w:r w:rsidRPr="000767E2">
        <w:rPr>
          <w:vertAlign w:val="superscript"/>
          <w:lang w:val="sv-SE"/>
        </w:rPr>
        <w:t>41</w:t>
      </w:r>
      <w:r w:rsidRPr="000767E2">
        <w:rPr>
          <w:lang w:val="sv-SE"/>
        </w:rPr>
        <w:t xml:space="preserve"> {{field-on:bible}}Men det som finns </w:t>
      </w:r>
      <w:r w:rsidRPr="000767E2">
        <w:rPr>
          <w:i/>
          <w:lang w:val="sv-SE"/>
        </w:rPr>
        <w:t>där</w:t>
      </w:r>
      <w:r w:rsidRPr="000767E2">
        <w:rPr>
          <w:lang w:val="sv-SE"/>
        </w:rPr>
        <w:t xml:space="preserve"> inne ska ni ge som allmosa, och se: allt är rent för er.{{field-off:bible}}</w:t>
      </w:r>
    </w:p>
    <w:p w14:paraId="560D40B3" w14:textId="26014174" w:rsidR="00BA33AB" w:rsidRPr="000767E2" w:rsidRDefault="00000000">
      <w:pPr>
        <w:rPr>
          <w:lang w:val="sv-SE"/>
        </w:rPr>
      </w:pPr>
      <w:r>
        <w:t>[[@</w:t>
      </w:r>
      <w:r w:rsidR="0096445B">
        <w:t>BibleBIBEL</w:t>
      </w:r>
      <w:proofErr w:type="gramStart"/>
      <w:r w:rsidR="0096445B">
        <w:t>82</w:t>
      </w:r>
      <w:r>
        <w:t>:Luke</w:t>
      </w:r>
      <w:proofErr w:type="gramEnd"/>
      <w:r>
        <w:t xml:space="preserve"> 11:42]]</w:t>
      </w:r>
      <w:r>
        <w:rPr>
          <w:vertAlign w:val="superscript"/>
        </w:rPr>
        <w:t>42</w:t>
      </w:r>
      <w:r>
        <w:t xml:space="preserve"> {{</w:t>
      </w:r>
      <w:proofErr w:type="spellStart"/>
      <w:r>
        <w:t>field-</w:t>
      </w:r>
      <w:proofErr w:type="gramStart"/>
      <w:r>
        <w:t>on:bible</w:t>
      </w:r>
      <w:proofErr w:type="spellEnd"/>
      <w:r>
        <w:t>}}Men</w:t>
      </w:r>
      <w:proofErr w:type="gramEnd"/>
      <w:r>
        <w:t xml:space="preserve"> </w:t>
      </w:r>
      <w:proofErr w:type="spellStart"/>
      <w:r>
        <w:t>ve</w:t>
      </w:r>
      <w:proofErr w:type="spellEnd"/>
      <w:r>
        <w:t xml:space="preserve"> er, fariseer! </w:t>
      </w:r>
      <w:r w:rsidRPr="000767E2">
        <w:rPr>
          <w:lang w:val="sv-SE"/>
        </w:rPr>
        <w:t xml:space="preserve">För ni ger tionde av mynta och vinruta och varje köksväxt, och förbigår rättvisan och kärleken till Gud. Men detta borde ni göra och inte </w:t>
      </w:r>
      <w:r w:rsidRPr="000767E2">
        <w:rPr>
          <w:i/>
          <w:lang w:val="sv-SE"/>
        </w:rPr>
        <w:t>samtidigt</w:t>
      </w:r>
      <w:r w:rsidRPr="000767E2">
        <w:rPr>
          <w:lang w:val="sv-SE"/>
        </w:rPr>
        <w:t xml:space="preserve"> försumma det </w:t>
      </w:r>
      <w:r w:rsidRPr="000767E2">
        <w:rPr>
          <w:i/>
          <w:lang w:val="sv-SE"/>
        </w:rPr>
        <w:t>andra</w:t>
      </w:r>
      <w:r w:rsidRPr="000767E2">
        <w:rPr>
          <w:lang w:val="sv-SE"/>
        </w:rPr>
        <w:t>.{{field-off:bible}}</w:t>
      </w:r>
    </w:p>
    <w:p w14:paraId="5577F914" w14:textId="64CA9A29" w:rsidR="00BA33AB" w:rsidRPr="000767E2" w:rsidRDefault="00000000">
      <w:pPr>
        <w:rPr>
          <w:lang w:val="sv-SE"/>
        </w:rPr>
      </w:pPr>
      <w:r>
        <w:t>[[@</w:t>
      </w:r>
      <w:r w:rsidR="0096445B">
        <w:t>BibleBIBEL</w:t>
      </w:r>
      <w:proofErr w:type="gramStart"/>
      <w:r w:rsidR="0096445B">
        <w:t>82</w:t>
      </w:r>
      <w:r>
        <w:t>:Luke</w:t>
      </w:r>
      <w:proofErr w:type="gramEnd"/>
      <w:r>
        <w:t xml:space="preserve"> 11:43]]</w:t>
      </w:r>
      <w:r>
        <w:rPr>
          <w:vertAlign w:val="superscript"/>
        </w:rPr>
        <w:t>43</w:t>
      </w:r>
      <w:r>
        <w:t xml:space="preserve"> {{</w:t>
      </w:r>
      <w:proofErr w:type="spellStart"/>
      <w:r>
        <w:t>field-</w:t>
      </w:r>
      <w:proofErr w:type="gramStart"/>
      <w:r>
        <w:t>on:bible</w:t>
      </w:r>
      <w:proofErr w:type="spellEnd"/>
      <w:r>
        <w:t>}}Ve</w:t>
      </w:r>
      <w:proofErr w:type="gramEnd"/>
      <w:r>
        <w:t xml:space="preserve"> er, fariseer! </w:t>
      </w:r>
      <w:r w:rsidRPr="000767E2">
        <w:rPr>
          <w:lang w:val="sv-SE"/>
        </w:rPr>
        <w:t>För ni älskar förstaplatsen i synagogorna och hälsningarna på torgen.{{field-off:bible}} [[@</w:t>
      </w:r>
      <w:r w:rsidR="0096445B" w:rsidRPr="000767E2">
        <w:rPr>
          <w:lang w:val="sv-SE"/>
        </w:rPr>
        <w:t>BibleBIBEL82</w:t>
      </w:r>
      <w:r w:rsidRPr="000767E2">
        <w:rPr>
          <w:lang w:val="sv-SE"/>
        </w:rPr>
        <w:t>:Luke 11:44]]</w:t>
      </w:r>
      <w:r w:rsidRPr="000767E2">
        <w:rPr>
          <w:vertAlign w:val="superscript"/>
          <w:lang w:val="sv-SE"/>
        </w:rPr>
        <w:t>44</w:t>
      </w:r>
      <w:r w:rsidRPr="000767E2">
        <w:rPr>
          <w:lang w:val="sv-SE"/>
        </w:rPr>
        <w:t xml:space="preserve"> {{field-on:bible}}Ve er! För ni är som de otydliga gravarna, och människorna som vandrar ovanpå vet inte </w:t>
      </w:r>
      <w:r w:rsidRPr="000767E2">
        <w:rPr>
          <w:i/>
          <w:lang w:val="sv-SE"/>
        </w:rPr>
        <w:t>om det</w:t>
      </w:r>
      <w:r w:rsidRPr="000767E2">
        <w:rPr>
          <w:lang w:val="sv-SE"/>
        </w:rPr>
        <w:t>.”{{field-off:bible}}</w:t>
      </w:r>
    </w:p>
    <w:p w14:paraId="769B5D3D" w14:textId="12A6679B" w:rsidR="00BA33AB" w:rsidRPr="000767E2" w:rsidRDefault="00000000">
      <w:pPr>
        <w:rPr>
          <w:lang w:val="sv-SE"/>
        </w:rPr>
      </w:pPr>
      <w:r w:rsidRPr="000767E2">
        <w:rPr>
          <w:lang w:val="sv-SE"/>
        </w:rPr>
        <w:t>[[@</w:t>
      </w:r>
      <w:r w:rsidR="0096445B" w:rsidRPr="000767E2">
        <w:rPr>
          <w:lang w:val="sv-SE"/>
        </w:rPr>
        <w:t>BibleBIBEL82</w:t>
      </w:r>
      <w:r w:rsidRPr="000767E2">
        <w:rPr>
          <w:lang w:val="sv-SE"/>
        </w:rPr>
        <w:t>:Luke 11:45]]</w:t>
      </w:r>
      <w:r w:rsidRPr="000767E2">
        <w:rPr>
          <w:vertAlign w:val="superscript"/>
          <w:lang w:val="sv-SE"/>
        </w:rPr>
        <w:t>45</w:t>
      </w:r>
      <w:r w:rsidRPr="000767E2">
        <w:rPr>
          <w:lang w:val="sv-SE"/>
        </w:rPr>
        <w:t xml:space="preserve"> {{field-on:bible}}Men </w:t>
      </w:r>
      <w:r w:rsidRPr="000767E2">
        <w:rPr>
          <w:i/>
          <w:lang w:val="sv-SE"/>
        </w:rPr>
        <w:t>då</w:t>
      </w:r>
      <w:r w:rsidRPr="000767E2">
        <w:rPr>
          <w:lang w:val="sv-SE"/>
        </w:rPr>
        <w:t xml:space="preserve"> svarar en av de laglärda och säger till honom: ”Lärare, när du säger detta skymfar du även oss.”{{field-off:bible}} [[@</w:t>
      </w:r>
      <w:r w:rsidR="0096445B" w:rsidRPr="000767E2">
        <w:rPr>
          <w:lang w:val="sv-SE"/>
        </w:rPr>
        <w:t>BibleBIBEL82</w:t>
      </w:r>
      <w:r w:rsidRPr="000767E2">
        <w:rPr>
          <w:lang w:val="sv-SE"/>
        </w:rPr>
        <w:t>:Luke 11:46]]</w:t>
      </w:r>
      <w:r w:rsidRPr="000767E2">
        <w:rPr>
          <w:vertAlign w:val="superscript"/>
          <w:lang w:val="sv-SE"/>
        </w:rPr>
        <w:t>46</w:t>
      </w:r>
      <w:r w:rsidRPr="000767E2">
        <w:rPr>
          <w:lang w:val="sv-SE"/>
        </w:rPr>
        <w:t xml:space="preserve"> {{field-on:bible}}Men han sade: ”Även er laglärda, ve! För ni belastar människorna med svårburna bördor, och själva berör ni inte bördorna med ett av era fingrar.{{field-off:bible}}</w:t>
      </w:r>
    </w:p>
    <w:p w14:paraId="4154D95B" w14:textId="77CEFF99" w:rsidR="00BA33AB" w:rsidRPr="000767E2" w:rsidRDefault="00000000">
      <w:pPr>
        <w:rPr>
          <w:lang w:val="sv-SE"/>
        </w:rPr>
      </w:pPr>
      <w:r>
        <w:t>[[@</w:t>
      </w:r>
      <w:r w:rsidR="0096445B">
        <w:t>BibleBIBEL</w:t>
      </w:r>
      <w:proofErr w:type="gramStart"/>
      <w:r w:rsidR="0096445B">
        <w:t>82</w:t>
      </w:r>
      <w:r>
        <w:t>:Luke</w:t>
      </w:r>
      <w:proofErr w:type="gramEnd"/>
      <w:r>
        <w:t xml:space="preserve"> 11:47]]</w:t>
      </w:r>
      <w:r>
        <w:rPr>
          <w:vertAlign w:val="superscript"/>
        </w:rPr>
        <w:t>47</w:t>
      </w:r>
      <w:r>
        <w:t xml:space="preserve"> {{</w:t>
      </w:r>
      <w:proofErr w:type="spellStart"/>
      <w:r>
        <w:t>field-</w:t>
      </w:r>
      <w:proofErr w:type="gramStart"/>
      <w:r>
        <w:t>on:bible</w:t>
      </w:r>
      <w:proofErr w:type="spellEnd"/>
      <w:r>
        <w:t>}}Ve</w:t>
      </w:r>
      <w:proofErr w:type="gramEnd"/>
      <w:r>
        <w:t xml:space="preserve"> er! </w:t>
      </w:r>
      <w:r w:rsidRPr="000767E2">
        <w:rPr>
          <w:lang w:val="sv-SE"/>
        </w:rPr>
        <w:t>För ni bygger profeternas gravar, och era fäder dödade dem.{{field-off:bible}} [[@</w:t>
      </w:r>
      <w:r w:rsidR="0096445B" w:rsidRPr="000767E2">
        <w:rPr>
          <w:lang w:val="sv-SE"/>
        </w:rPr>
        <w:t>BibleBIBEL82</w:t>
      </w:r>
      <w:r w:rsidRPr="000767E2">
        <w:rPr>
          <w:lang w:val="sv-SE"/>
        </w:rPr>
        <w:t>:Luke 11:48]]</w:t>
      </w:r>
      <w:r w:rsidRPr="000767E2">
        <w:rPr>
          <w:vertAlign w:val="superscript"/>
          <w:lang w:val="sv-SE"/>
        </w:rPr>
        <w:t>48</w:t>
      </w:r>
      <w:r w:rsidRPr="000767E2">
        <w:rPr>
          <w:lang w:val="sv-SE"/>
        </w:rPr>
        <w:t xml:space="preserve"> {{field-on:bible}}Alltså är ni vittnen och samtycker till era fäders gärningar. För de dödade dem och ni bygger.{{field-off:bible}}</w:t>
      </w:r>
    </w:p>
    <w:p w14:paraId="6F235CFC" w14:textId="7BBF1832" w:rsidR="00BA33AB" w:rsidRPr="000767E2" w:rsidRDefault="00000000">
      <w:pPr>
        <w:rPr>
          <w:lang w:val="sv-SE"/>
        </w:rPr>
      </w:pPr>
      <w:r w:rsidRPr="000767E2">
        <w:rPr>
          <w:lang w:val="sv-SE"/>
        </w:rPr>
        <w:t>[[@</w:t>
      </w:r>
      <w:r w:rsidR="0096445B" w:rsidRPr="000767E2">
        <w:rPr>
          <w:lang w:val="sv-SE"/>
        </w:rPr>
        <w:t>BibleBIBEL82</w:t>
      </w:r>
      <w:r w:rsidRPr="000767E2">
        <w:rPr>
          <w:lang w:val="sv-SE"/>
        </w:rPr>
        <w:t>:Luke 11:49]]</w:t>
      </w:r>
      <w:r w:rsidRPr="000767E2">
        <w:rPr>
          <w:vertAlign w:val="superscript"/>
          <w:lang w:val="sv-SE"/>
        </w:rPr>
        <w:t>49</w:t>
      </w:r>
      <w:r w:rsidRPr="000767E2">
        <w:rPr>
          <w:lang w:val="sv-SE"/>
        </w:rPr>
        <w:t xml:space="preserve"> {{field-on:bible}}Därför har också Guds vishet sagt: Jag ska sända till dem profeter och apostlar, och </w:t>
      </w:r>
      <w:r w:rsidRPr="000767E2">
        <w:rPr>
          <w:i/>
          <w:lang w:val="sv-SE"/>
        </w:rPr>
        <w:t>en del</w:t>
      </w:r>
      <w:r w:rsidRPr="000767E2">
        <w:rPr>
          <w:lang w:val="sv-SE"/>
        </w:rPr>
        <w:t xml:space="preserve"> av dem ska de döda och förfölja,{{field-off:bible}} [[@</w:t>
      </w:r>
      <w:r w:rsidR="0096445B" w:rsidRPr="000767E2">
        <w:rPr>
          <w:lang w:val="sv-SE"/>
        </w:rPr>
        <w:t>BibleBIBEL82</w:t>
      </w:r>
      <w:r w:rsidRPr="000767E2">
        <w:rPr>
          <w:lang w:val="sv-SE"/>
        </w:rPr>
        <w:t>:Luke 11:50]]</w:t>
      </w:r>
      <w:r w:rsidRPr="000767E2">
        <w:rPr>
          <w:vertAlign w:val="superscript"/>
          <w:lang w:val="sv-SE"/>
        </w:rPr>
        <w:t>50</w:t>
      </w:r>
      <w:r w:rsidRPr="000767E2">
        <w:rPr>
          <w:lang w:val="sv-SE"/>
        </w:rPr>
        <w:t xml:space="preserve"> {{field-on:bible}}för att blodet av alla profeterna </w:t>
      </w:r>
      <w:r w:rsidRPr="000767E2">
        <w:rPr>
          <w:i/>
          <w:lang w:val="sv-SE"/>
        </w:rPr>
        <w:t>som är</w:t>
      </w:r>
      <w:r w:rsidRPr="000767E2">
        <w:rPr>
          <w:lang w:val="sv-SE"/>
        </w:rPr>
        <w:t xml:space="preserve"> utgjutet från världens grundläggning ska sökas från detta släkte,{{field-off:bible}} [[@</w:t>
      </w:r>
      <w:r w:rsidR="0096445B" w:rsidRPr="000767E2">
        <w:rPr>
          <w:lang w:val="sv-SE"/>
        </w:rPr>
        <w:t>BibleBIBEL82</w:t>
      </w:r>
      <w:r w:rsidRPr="000767E2">
        <w:rPr>
          <w:lang w:val="sv-SE"/>
        </w:rPr>
        <w:t>:Luke 11:51]]</w:t>
      </w:r>
      <w:r w:rsidRPr="000767E2">
        <w:rPr>
          <w:vertAlign w:val="superscript"/>
          <w:lang w:val="sv-SE"/>
        </w:rPr>
        <w:t>51</w:t>
      </w:r>
      <w:r w:rsidRPr="000767E2">
        <w:rPr>
          <w:lang w:val="sv-SE"/>
        </w:rPr>
        <w:t xml:space="preserve"> {{field-on:bible}}från blodet av Abel ända till blodet av Zacharias, som förgjordes mellan altaret och huset. Ja, jag säger er: Det ska sökas från detta släkte.{{field-off:bible}}</w:t>
      </w:r>
    </w:p>
    <w:p w14:paraId="3AB32316" w14:textId="23B1B280" w:rsidR="00BA33AB" w:rsidRPr="000767E2" w:rsidRDefault="00000000">
      <w:pPr>
        <w:rPr>
          <w:lang w:val="sv-SE"/>
        </w:rPr>
      </w:pPr>
      <w:r>
        <w:t>[[@</w:t>
      </w:r>
      <w:r w:rsidR="0096445B">
        <w:t>BibleBIBEL</w:t>
      </w:r>
      <w:proofErr w:type="gramStart"/>
      <w:r w:rsidR="0096445B">
        <w:t>82</w:t>
      </w:r>
      <w:r>
        <w:t>:Luke</w:t>
      </w:r>
      <w:proofErr w:type="gramEnd"/>
      <w:r>
        <w:t xml:space="preserve"> 11:52]]</w:t>
      </w:r>
      <w:r>
        <w:rPr>
          <w:vertAlign w:val="superscript"/>
        </w:rPr>
        <w:t>52</w:t>
      </w:r>
      <w:r>
        <w:t xml:space="preserve"> {{</w:t>
      </w:r>
      <w:proofErr w:type="spellStart"/>
      <w:r>
        <w:t>field-</w:t>
      </w:r>
      <w:proofErr w:type="gramStart"/>
      <w:r>
        <w:t>on:bible</w:t>
      </w:r>
      <w:proofErr w:type="spellEnd"/>
      <w:r>
        <w:t>}}Ve</w:t>
      </w:r>
      <w:proofErr w:type="gramEnd"/>
      <w:r>
        <w:t xml:space="preserve"> er, laglärda! </w:t>
      </w:r>
      <w:r w:rsidRPr="000767E2">
        <w:rPr>
          <w:lang w:val="sv-SE"/>
        </w:rPr>
        <w:t>För ni har tagit nyckeln till kunskapen. Själva har ni inte gått in, och dem som går in har ni hindrat.”{{field-off:bible}}</w:t>
      </w:r>
    </w:p>
    <w:p w14:paraId="0555E06F" w14:textId="0507AD92"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11:53]]</w:t>
      </w:r>
      <w:r w:rsidRPr="000767E2">
        <w:rPr>
          <w:vertAlign w:val="superscript"/>
          <w:lang w:val="sv-SE"/>
        </w:rPr>
        <w:t>53</w:t>
      </w:r>
      <w:r w:rsidRPr="000767E2">
        <w:rPr>
          <w:lang w:val="sv-SE"/>
        </w:rPr>
        <w:t xml:space="preserve"> {{field-on:bible}}Och när han gick ut därifrån, började de skriftlärda och fariseerna förskräckligt sätta åt och utfråga honom om fler </w:t>
      </w:r>
      <w:r w:rsidRPr="000767E2">
        <w:rPr>
          <w:i/>
          <w:lang w:val="sv-SE"/>
        </w:rPr>
        <w:t>saker</w:t>
      </w:r>
      <w:r w:rsidRPr="000767E2">
        <w:rPr>
          <w:lang w:val="sv-SE"/>
        </w:rPr>
        <w:t>,{{field-off:bible}} [[@</w:t>
      </w:r>
      <w:r w:rsidR="0096445B" w:rsidRPr="000767E2">
        <w:rPr>
          <w:lang w:val="sv-SE"/>
        </w:rPr>
        <w:t>BibleBIBEL82</w:t>
      </w:r>
      <w:r w:rsidRPr="000767E2">
        <w:rPr>
          <w:lang w:val="sv-SE"/>
        </w:rPr>
        <w:t>:Luke 11:54]]</w:t>
      </w:r>
      <w:r w:rsidRPr="000767E2">
        <w:rPr>
          <w:vertAlign w:val="superscript"/>
          <w:lang w:val="sv-SE"/>
        </w:rPr>
        <w:t>54</w:t>
      </w:r>
      <w:r w:rsidRPr="000767E2">
        <w:rPr>
          <w:lang w:val="sv-SE"/>
        </w:rPr>
        <w:t xml:space="preserve"> {{field-on:bible}}och de låg på lur för honom </w:t>
      </w:r>
      <w:r w:rsidRPr="000767E2">
        <w:rPr>
          <w:i/>
          <w:lang w:val="sv-SE"/>
        </w:rPr>
        <w:t>för</w:t>
      </w:r>
      <w:r w:rsidRPr="000767E2">
        <w:rPr>
          <w:lang w:val="sv-SE"/>
        </w:rPr>
        <w:t xml:space="preserve"> att få fast något ur hans mun.{{field-off:bible}}</w:t>
      </w:r>
    </w:p>
    <w:p w14:paraId="4A8FA2D8" w14:textId="48B5FAA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12]]Kapitel 12</w:t>
      </w:r>
    </w:p>
    <w:p w14:paraId="03670BDE" w14:textId="42A62C77" w:rsidR="00BA33AB" w:rsidRPr="000767E2" w:rsidRDefault="00000000">
      <w:pPr>
        <w:rPr>
          <w:lang w:val="sv-SE"/>
        </w:rPr>
      </w:pPr>
      <w:r w:rsidRPr="000767E2">
        <w:rPr>
          <w:lang w:val="sv-SE"/>
        </w:rPr>
        <w:t>[[@</w:t>
      </w:r>
      <w:r w:rsidR="0096445B" w:rsidRPr="000767E2">
        <w:rPr>
          <w:lang w:val="sv-SE"/>
        </w:rPr>
        <w:t>BibleBIBEL82</w:t>
      </w:r>
      <w:r w:rsidRPr="000767E2">
        <w:rPr>
          <w:lang w:val="sv-SE"/>
        </w:rPr>
        <w:t>:Luke 12:1]]</w:t>
      </w:r>
      <w:r w:rsidRPr="000767E2">
        <w:rPr>
          <w:vertAlign w:val="superscript"/>
          <w:lang w:val="sv-SE"/>
        </w:rPr>
        <w:t>1</w:t>
      </w:r>
      <w:r w:rsidRPr="000767E2">
        <w:rPr>
          <w:lang w:val="sv-SE"/>
        </w:rPr>
        <w:t xml:space="preserve"> {{field-on:bible}}Under det att myriaderna av skaran hade församlats, så att de </w:t>
      </w:r>
      <w:r w:rsidRPr="000767E2">
        <w:rPr>
          <w:i/>
          <w:lang w:val="sv-SE"/>
        </w:rPr>
        <w:t>höll på att</w:t>
      </w:r>
      <w:r w:rsidRPr="000767E2">
        <w:rPr>
          <w:lang w:val="sv-SE"/>
        </w:rPr>
        <w:t xml:space="preserve"> trampa ner varandra, började han säga till sina lärjungar först: ”Akta er för fariseernas surdeg, som är hyckleri.{{field-off:bible}} [[@</w:t>
      </w:r>
      <w:r w:rsidR="0096445B" w:rsidRPr="000767E2">
        <w:rPr>
          <w:lang w:val="sv-SE"/>
        </w:rPr>
        <w:t>BibleBIBEL82</w:t>
      </w:r>
      <w:r w:rsidRPr="000767E2">
        <w:rPr>
          <w:lang w:val="sv-SE"/>
        </w:rPr>
        <w:t>:Luke 12:2]]</w:t>
      </w:r>
      <w:r w:rsidRPr="000767E2">
        <w:rPr>
          <w:vertAlign w:val="superscript"/>
          <w:lang w:val="sv-SE"/>
        </w:rPr>
        <w:t>2</w:t>
      </w:r>
      <w:r w:rsidRPr="000767E2">
        <w:rPr>
          <w:lang w:val="sv-SE"/>
        </w:rPr>
        <w:t xml:space="preserve"> {{field-on:bible}}Och inget ombeslöjat finns som inte ska uppenbaras, och </w:t>
      </w:r>
      <w:r w:rsidRPr="000767E2">
        <w:rPr>
          <w:i/>
          <w:lang w:val="sv-SE"/>
        </w:rPr>
        <w:t>inget</w:t>
      </w:r>
      <w:r w:rsidRPr="000767E2">
        <w:rPr>
          <w:lang w:val="sv-SE"/>
        </w:rPr>
        <w:t xml:space="preserve"> dolt som inte ska bli känt.{{field-off:bible}} [[@</w:t>
      </w:r>
      <w:r w:rsidR="0096445B" w:rsidRPr="000767E2">
        <w:rPr>
          <w:lang w:val="sv-SE"/>
        </w:rPr>
        <w:t>BibleBIBEL82</w:t>
      </w:r>
      <w:r w:rsidRPr="000767E2">
        <w:rPr>
          <w:lang w:val="sv-SE"/>
        </w:rPr>
        <w:t>:Luke 12:3]]</w:t>
      </w:r>
      <w:r w:rsidRPr="000767E2">
        <w:rPr>
          <w:vertAlign w:val="superscript"/>
          <w:lang w:val="sv-SE"/>
        </w:rPr>
        <w:t>3</w:t>
      </w:r>
      <w:r w:rsidRPr="000767E2">
        <w:rPr>
          <w:lang w:val="sv-SE"/>
        </w:rPr>
        <w:t xml:space="preserve"> {{field-on:bible}}Därför ska vad ni sagt i mörkret höras i ljuset, och det ni har talat i örat i kamrarna ska förkunnas på hustaken.{{field-off:bible}}</w:t>
      </w:r>
    </w:p>
    <w:p w14:paraId="233EFD7F" w14:textId="77777777" w:rsidR="00BA33AB" w:rsidRPr="000767E2" w:rsidRDefault="00000000">
      <w:pPr>
        <w:pStyle w:val="Rubrik3"/>
        <w:rPr>
          <w:lang w:val="sv-SE"/>
        </w:rPr>
      </w:pPr>
      <w:r w:rsidRPr="000767E2">
        <w:rPr>
          <w:lang w:val="sv-SE"/>
        </w:rPr>
        <w:t>Frukta inte människor</w:t>
      </w:r>
    </w:p>
    <w:p w14:paraId="428FAD4E" w14:textId="7E033FD8" w:rsidR="00BA33AB" w:rsidRPr="000767E2" w:rsidRDefault="00000000">
      <w:pPr>
        <w:rPr>
          <w:lang w:val="sv-SE"/>
        </w:rPr>
      </w:pPr>
      <w:r w:rsidRPr="000767E2">
        <w:rPr>
          <w:lang w:val="sv-SE"/>
        </w:rPr>
        <w:t>[[@</w:t>
      </w:r>
      <w:r w:rsidR="0096445B" w:rsidRPr="000767E2">
        <w:rPr>
          <w:lang w:val="sv-SE"/>
        </w:rPr>
        <w:t>BibleBIBEL82</w:t>
      </w:r>
      <w:r w:rsidRPr="000767E2">
        <w:rPr>
          <w:lang w:val="sv-SE"/>
        </w:rPr>
        <w:t>:Luke 12:4]]</w:t>
      </w:r>
      <w:r w:rsidRPr="000767E2">
        <w:rPr>
          <w:vertAlign w:val="superscript"/>
          <w:lang w:val="sv-SE"/>
        </w:rPr>
        <w:t>4</w:t>
      </w:r>
      <w:r w:rsidRPr="000767E2">
        <w:rPr>
          <w:lang w:val="sv-SE"/>
        </w:rPr>
        <w:t xml:space="preserve"> {{field-on:bible}}Och jag säger till er, mina vänner: Frukta inte för dem som dödar kroppen och efter detta inte har något mer att göra.{{field-off:bible}} [[@</w:t>
      </w:r>
      <w:r w:rsidR="0096445B" w:rsidRPr="000767E2">
        <w:rPr>
          <w:lang w:val="sv-SE"/>
        </w:rPr>
        <w:t>BibleBIBEL82</w:t>
      </w:r>
      <w:r w:rsidRPr="000767E2">
        <w:rPr>
          <w:lang w:val="sv-SE"/>
        </w:rPr>
        <w:t>:Luke 12:5]]</w:t>
      </w:r>
      <w:r w:rsidRPr="000767E2">
        <w:rPr>
          <w:vertAlign w:val="superscript"/>
          <w:lang w:val="sv-SE"/>
        </w:rPr>
        <w:t>5</w:t>
      </w:r>
      <w:r w:rsidRPr="000767E2">
        <w:rPr>
          <w:lang w:val="sv-SE"/>
        </w:rPr>
        <w:t xml:space="preserve"> {{field-on:bible}}Men jag ska visa er vem ni ska frukta: Frukta honom som efter dödandet har auktoritet att kasta i Gehenna. Ja, jag säger er: Denne ska ni frukta.{{field-off:bible}} [[@</w:t>
      </w:r>
      <w:r w:rsidR="0096445B" w:rsidRPr="000767E2">
        <w:rPr>
          <w:lang w:val="sv-SE"/>
        </w:rPr>
        <w:t>BibleBIBEL82</w:t>
      </w:r>
      <w:r w:rsidRPr="000767E2">
        <w:rPr>
          <w:lang w:val="sv-SE"/>
        </w:rPr>
        <w:t>:Luke 12:6]]</w:t>
      </w:r>
      <w:r w:rsidRPr="000767E2">
        <w:rPr>
          <w:vertAlign w:val="superscript"/>
          <w:lang w:val="sv-SE"/>
        </w:rPr>
        <w:t>6</w:t>
      </w:r>
      <w:r w:rsidRPr="000767E2">
        <w:rPr>
          <w:lang w:val="sv-SE"/>
        </w:rPr>
        <w:t xml:space="preserve"> {{field-on:bible}}Säljs inte fem sparvar för två ass? Och inte en </w:t>
      </w:r>
      <w:r w:rsidRPr="000767E2">
        <w:rPr>
          <w:i/>
          <w:lang w:val="sv-SE"/>
        </w:rPr>
        <w:t>enda</w:t>
      </w:r>
      <w:r w:rsidRPr="000767E2">
        <w:rPr>
          <w:lang w:val="sv-SE"/>
        </w:rPr>
        <w:t xml:space="preserve"> av dem är glömd inför Gud.{{field-off:bible}} [[@</w:t>
      </w:r>
      <w:r w:rsidR="0096445B" w:rsidRPr="000767E2">
        <w:rPr>
          <w:lang w:val="sv-SE"/>
        </w:rPr>
        <w:t>BibleBIBEL82</w:t>
      </w:r>
      <w:r w:rsidRPr="000767E2">
        <w:rPr>
          <w:lang w:val="sv-SE"/>
        </w:rPr>
        <w:t>:Luke 12:7]]</w:t>
      </w:r>
      <w:r w:rsidRPr="000767E2">
        <w:rPr>
          <w:vertAlign w:val="superscript"/>
          <w:lang w:val="sv-SE"/>
        </w:rPr>
        <w:t>7</w:t>
      </w:r>
      <w:r w:rsidRPr="000767E2">
        <w:rPr>
          <w:lang w:val="sv-SE"/>
        </w:rPr>
        <w:t xml:space="preserve"> {{field-on:bible}}Men även hårstråna på ert huvud är alla räknade. Frukta inte! Ni är viktigare än många sparvar.{{field-off:bible}}</w:t>
      </w:r>
    </w:p>
    <w:p w14:paraId="1CF85DB5" w14:textId="3D926EA8" w:rsidR="00BA33AB" w:rsidRPr="000767E2" w:rsidRDefault="00000000">
      <w:pPr>
        <w:rPr>
          <w:lang w:val="sv-SE"/>
        </w:rPr>
      </w:pPr>
      <w:r w:rsidRPr="000767E2">
        <w:rPr>
          <w:lang w:val="sv-SE"/>
        </w:rPr>
        <w:t>[[@</w:t>
      </w:r>
      <w:r w:rsidR="0096445B" w:rsidRPr="000767E2">
        <w:rPr>
          <w:lang w:val="sv-SE"/>
        </w:rPr>
        <w:t>BibleBIBEL82</w:t>
      </w:r>
      <w:r w:rsidRPr="000767E2">
        <w:rPr>
          <w:lang w:val="sv-SE"/>
        </w:rPr>
        <w:t>:Luke 12:8]]</w:t>
      </w:r>
      <w:r w:rsidRPr="000767E2">
        <w:rPr>
          <w:vertAlign w:val="superscript"/>
          <w:lang w:val="sv-SE"/>
        </w:rPr>
        <w:t>8</w:t>
      </w:r>
      <w:r w:rsidRPr="000767E2">
        <w:rPr>
          <w:lang w:val="sv-SE"/>
        </w:rPr>
        <w:t xml:space="preserve"> {{field-on:bible}}Och jag säger er: Var och en som bekänner sig till mig inför människorna, honom ska också Människosonen bekänna sig till inför Guds änglar.{{field-off:bible}} [[@</w:t>
      </w:r>
      <w:r w:rsidR="0096445B" w:rsidRPr="000767E2">
        <w:rPr>
          <w:lang w:val="sv-SE"/>
        </w:rPr>
        <w:t>BibleBIBEL82</w:t>
      </w:r>
      <w:r w:rsidRPr="000767E2">
        <w:rPr>
          <w:lang w:val="sv-SE"/>
        </w:rPr>
        <w:t>:Luke 12:9]]</w:t>
      </w:r>
      <w:r w:rsidRPr="000767E2">
        <w:rPr>
          <w:vertAlign w:val="superscript"/>
          <w:lang w:val="sv-SE"/>
        </w:rPr>
        <w:t>9</w:t>
      </w:r>
      <w:r w:rsidRPr="000767E2">
        <w:rPr>
          <w:lang w:val="sv-SE"/>
        </w:rPr>
        <w:t xml:space="preserve"> {{field-on:bible}}Men den som förnekar mig inför människorna ska bli förnekad inför Guds änglar.{{field-off:bible}} [[@</w:t>
      </w:r>
      <w:r w:rsidR="0096445B" w:rsidRPr="000767E2">
        <w:rPr>
          <w:lang w:val="sv-SE"/>
        </w:rPr>
        <w:t>BibleBIBEL82</w:t>
      </w:r>
      <w:r w:rsidRPr="000767E2">
        <w:rPr>
          <w:lang w:val="sv-SE"/>
        </w:rPr>
        <w:t>:Luke 12:10]]</w:t>
      </w:r>
      <w:r w:rsidRPr="000767E2">
        <w:rPr>
          <w:vertAlign w:val="superscript"/>
          <w:lang w:val="sv-SE"/>
        </w:rPr>
        <w:t>10</w:t>
      </w:r>
      <w:r w:rsidRPr="000767E2">
        <w:rPr>
          <w:lang w:val="sv-SE"/>
        </w:rPr>
        <w:t xml:space="preserve"> {{field-on:bible}}Och var och en som kommer att säga ett ord mot Människosonen, det ska förlåtas honom. Men för den som kommer att häda mot den heliga Anden kommer det inte att förlåtas.{{field-off:bible}}</w:t>
      </w:r>
    </w:p>
    <w:p w14:paraId="7F2FB075" w14:textId="7A87BA92" w:rsidR="00BA33AB" w:rsidRPr="000767E2" w:rsidRDefault="00000000">
      <w:pPr>
        <w:rPr>
          <w:lang w:val="sv-SE"/>
        </w:rPr>
      </w:pPr>
      <w:r w:rsidRPr="000767E2">
        <w:rPr>
          <w:lang w:val="sv-SE"/>
        </w:rPr>
        <w:t>[[@</w:t>
      </w:r>
      <w:r w:rsidR="0096445B" w:rsidRPr="000767E2">
        <w:rPr>
          <w:lang w:val="sv-SE"/>
        </w:rPr>
        <w:t>BibleBIBEL82</w:t>
      </w:r>
      <w:r w:rsidRPr="000767E2">
        <w:rPr>
          <w:lang w:val="sv-SE"/>
        </w:rPr>
        <w:t>:Luke 12:11]]</w:t>
      </w:r>
      <w:r w:rsidRPr="000767E2">
        <w:rPr>
          <w:vertAlign w:val="superscript"/>
          <w:lang w:val="sv-SE"/>
        </w:rPr>
        <w:t>11</w:t>
      </w:r>
      <w:r w:rsidRPr="000767E2">
        <w:rPr>
          <w:lang w:val="sv-SE"/>
        </w:rPr>
        <w:t xml:space="preserve"> {{field-on:bible}}Men när man för in er inför synagogorna och myndigheterna och auktoriteterna, bekymra er inte för hur eller </w:t>
      </w:r>
      <w:r w:rsidRPr="000767E2">
        <w:rPr>
          <w:i/>
          <w:lang w:val="sv-SE"/>
        </w:rPr>
        <w:t>med</w:t>
      </w:r>
      <w:r w:rsidRPr="000767E2">
        <w:rPr>
          <w:lang w:val="sv-SE"/>
        </w:rPr>
        <w:t xml:space="preserve"> vad ni ska försvara er eller vad ni ska säga.{{field-off:bible}} [[@</w:t>
      </w:r>
      <w:r w:rsidR="0096445B" w:rsidRPr="000767E2">
        <w:rPr>
          <w:lang w:val="sv-SE"/>
        </w:rPr>
        <w:t>BibleBIBEL82</w:t>
      </w:r>
      <w:r w:rsidRPr="000767E2">
        <w:rPr>
          <w:lang w:val="sv-SE"/>
        </w:rPr>
        <w:t>:Luke 12:12]]</w:t>
      </w:r>
      <w:r w:rsidRPr="000767E2">
        <w:rPr>
          <w:vertAlign w:val="superscript"/>
          <w:lang w:val="sv-SE"/>
        </w:rPr>
        <w:t>12</w:t>
      </w:r>
      <w:r w:rsidRPr="000767E2">
        <w:rPr>
          <w:lang w:val="sv-SE"/>
        </w:rPr>
        <w:t xml:space="preserve"> {{field-on:bible}}För den heliga Anden ska lära er i samma stund det </w:t>
      </w:r>
      <w:r w:rsidRPr="000767E2">
        <w:rPr>
          <w:i/>
          <w:lang w:val="sv-SE"/>
        </w:rPr>
        <w:t>man</w:t>
      </w:r>
      <w:r w:rsidRPr="000767E2">
        <w:rPr>
          <w:lang w:val="sv-SE"/>
        </w:rPr>
        <w:t xml:space="preserve"> måste säga.”{{field-off:bible}}</w:t>
      </w:r>
    </w:p>
    <w:p w14:paraId="63917230" w14:textId="77777777" w:rsidR="00BA33AB" w:rsidRPr="000767E2" w:rsidRDefault="00000000">
      <w:pPr>
        <w:pStyle w:val="Rubrik3"/>
        <w:rPr>
          <w:lang w:val="sv-SE"/>
        </w:rPr>
      </w:pPr>
      <w:r w:rsidRPr="000767E2">
        <w:rPr>
          <w:lang w:val="sv-SE"/>
        </w:rPr>
        <w:t>Liknelsen om den rike dåren</w:t>
      </w:r>
    </w:p>
    <w:p w14:paraId="5DD674AD" w14:textId="09172B07" w:rsidR="00BA33AB" w:rsidRPr="000767E2" w:rsidRDefault="00000000">
      <w:pPr>
        <w:rPr>
          <w:lang w:val="sv-SE"/>
        </w:rPr>
      </w:pPr>
      <w:r w:rsidRPr="000767E2">
        <w:rPr>
          <w:lang w:val="sv-SE"/>
        </w:rPr>
        <w:t>[[@</w:t>
      </w:r>
      <w:r w:rsidR="0096445B" w:rsidRPr="000767E2">
        <w:rPr>
          <w:lang w:val="sv-SE"/>
        </w:rPr>
        <w:t>BibleBIBEL82</w:t>
      </w:r>
      <w:r w:rsidRPr="000767E2">
        <w:rPr>
          <w:lang w:val="sv-SE"/>
        </w:rPr>
        <w:t>:Luke 12:13]]</w:t>
      </w:r>
      <w:r w:rsidRPr="000767E2">
        <w:rPr>
          <w:vertAlign w:val="superscript"/>
          <w:lang w:val="sv-SE"/>
        </w:rPr>
        <w:t>13</w:t>
      </w:r>
      <w:r w:rsidRPr="000767E2">
        <w:rPr>
          <w:lang w:val="sv-SE"/>
        </w:rPr>
        <w:t xml:space="preserve"> {{field-on:bible}}Men någon ur skaran sade till honom: ”Lärare, säg till min bror att dela arvet med mig.”{{field-off:bible}} [[@</w:t>
      </w:r>
      <w:r w:rsidR="0096445B" w:rsidRPr="000767E2">
        <w:rPr>
          <w:lang w:val="sv-SE"/>
        </w:rPr>
        <w:t>BibleBIBEL82</w:t>
      </w:r>
      <w:r w:rsidRPr="000767E2">
        <w:rPr>
          <w:lang w:val="sv-SE"/>
        </w:rPr>
        <w:t>:Luke 12:14]]</w:t>
      </w:r>
      <w:r w:rsidRPr="000767E2">
        <w:rPr>
          <w:vertAlign w:val="superscript"/>
          <w:lang w:val="sv-SE"/>
        </w:rPr>
        <w:t>14</w:t>
      </w:r>
      <w:r w:rsidRPr="000767E2">
        <w:rPr>
          <w:lang w:val="sv-SE"/>
        </w:rPr>
        <w:t xml:space="preserve"> {{field-on:bible}}Men han sade till honom: ”Människa, vem har satt mig </w:t>
      </w:r>
      <w:r w:rsidRPr="000767E2">
        <w:rPr>
          <w:i/>
          <w:lang w:val="sv-SE"/>
        </w:rPr>
        <w:t>som</w:t>
      </w:r>
      <w:r w:rsidRPr="000767E2">
        <w:rPr>
          <w:lang w:val="sv-SE"/>
        </w:rPr>
        <w:t xml:space="preserve"> domare eller skiljeman över er?”{{field-off:bible}} [[@</w:t>
      </w:r>
      <w:r w:rsidR="0096445B" w:rsidRPr="000767E2">
        <w:rPr>
          <w:lang w:val="sv-SE"/>
        </w:rPr>
        <w:t>BibleBIBEL82</w:t>
      </w:r>
      <w:r w:rsidRPr="000767E2">
        <w:rPr>
          <w:lang w:val="sv-SE"/>
        </w:rPr>
        <w:t>:Luke 12:15]]</w:t>
      </w:r>
      <w:r w:rsidRPr="000767E2">
        <w:rPr>
          <w:vertAlign w:val="superscript"/>
          <w:lang w:val="sv-SE"/>
        </w:rPr>
        <w:t>15</w:t>
      </w:r>
      <w:r w:rsidRPr="000767E2">
        <w:rPr>
          <w:lang w:val="sv-SE"/>
        </w:rPr>
        <w:t xml:space="preserve"> {{field-on:bible}}Och han sade till dem: ”Se upp och vakta er för all girighet. För ens liv finns inte i att ha överflöd av det man har.”{{field-off:bible}}</w:t>
      </w:r>
    </w:p>
    <w:p w14:paraId="0746F781" w14:textId="1A031D5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12:16]]</w:t>
      </w:r>
      <w:r w:rsidRPr="000767E2">
        <w:rPr>
          <w:vertAlign w:val="superscript"/>
          <w:lang w:val="sv-SE"/>
        </w:rPr>
        <w:t>16</w:t>
      </w:r>
      <w:r w:rsidRPr="000767E2">
        <w:rPr>
          <w:lang w:val="sv-SE"/>
        </w:rPr>
        <w:t xml:space="preserve"> {{field-on:bible}}Och han talade en liknelse till dem och sade: ”En rik människas mark hade burit god </w:t>
      </w:r>
      <w:r w:rsidRPr="000767E2">
        <w:rPr>
          <w:i/>
          <w:lang w:val="sv-SE"/>
        </w:rPr>
        <w:t>skörd</w:t>
      </w:r>
      <w:r w:rsidRPr="000767E2">
        <w:rPr>
          <w:lang w:val="sv-SE"/>
        </w:rPr>
        <w:t>.{{field-off:bible}} [[@</w:t>
      </w:r>
      <w:r w:rsidR="0096445B" w:rsidRPr="000767E2">
        <w:rPr>
          <w:lang w:val="sv-SE"/>
        </w:rPr>
        <w:t>BibleBIBEL82</w:t>
      </w:r>
      <w:r w:rsidRPr="000767E2">
        <w:rPr>
          <w:lang w:val="sv-SE"/>
        </w:rPr>
        <w:t>:Luke 12:17]]</w:t>
      </w:r>
      <w:r w:rsidRPr="000767E2">
        <w:rPr>
          <w:vertAlign w:val="superscript"/>
          <w:lang w:val="sv-SE"/>
        </w:rPr>
        <w:t>17</w:t>
      </w:r>
      <w:r w:rsidRPr="000767E2">
        <w:rPr>
          <w:lang w:val="sv-SE"/>
        </w:rPr>
        <w:t xml:space="preserve"> {{field-on:bible}}Och han funderade inom sig och sade: Vad ska jag göra? För jag har ingenstans jag kan samla mina grödor.{{field-off:bible}} [[@</w:t>
      </w:r>
      <w:r w:rsidR="0096445B" w:rsidRPr="000767E2">
        <w:rPr>
          <w:lang w:val="sv-SE"/>
        </w:rPr>
        <w:t>BibleBIBEL82</w:t>
      </w:r>
      <w:r w:rsidRPr="000767E2">
        <w:rPr>
          <w:lang w:val="sv-SE"/>
        </w:rPr>
        <w:t>:Luke 12:18]]</w:t>
      </w:r>
      <w:r w:rsidRPr="000767E2">
        <w:rPr>
          <w:vertAlign w:val="superscript"/>
          <w:lang w:val="sv-SE"/>
        </w:rPr>
        <w:t>18</w:t>
      </w:r>
      <w:r w:rsidRPr="000767E2">
        <w:rPr>
          <w:lang w:val="sv-SE"/>
        </w:rPr>
        <w:t xml:space="preserve"> {{field-on:bible}}Och han sade: Detta ska jag göra: Jag ska ta ner mina lador och bygga större. Och jag ska samla där allt vetet och mitt goda{{field-off:bible}} [[@</w:t>
      </w:r>
      <w:r w:rsidR="0096445B" w:rsidRPr="000767E2">
        <w:rPr>
          <w:lang w:val="sv-SE"/>
        </w:rPr>
        <w:t>BibleBIBEL82</w:t>
      </w:r>
      <w:r w:rsidRPr="000767E2">
        <w:rPr>
          <w:lang w:val="sv-SE"/>
        </w:rPr>
        <w:t>:Luke 12:19]]</w:t>
      </w:r>
      <w:r w:rsidRPr="000767E2">
        <w:rPr>
          <w:vertAlign w:val="superscript"/>
          <w:lang w:val="sv-SE"/>
        </w:rPr>
        <w:t>19</w:t>
      </w:r>
      <w:r w:rsidRPr="000767E2">
        <w:rPr>
          <w:lang w:val="sv-SE"/>
        </w:rPr>
        <w:t xml:space="preserve"> {{field-on:bible}}och säga till min själ: Själ, du har mycket gott liggande för många år. Vila, ät, drick, fira!{{field-off:bible}}</w:t>
      </w:r>
    </w:p>
    <w:p w14:paraId="4891BD7F" w14:textId="653727AA" w:rsidR="00BA33AB" w:rsidRPr="000767E2" w:rsidRDefault="00000000">
      <w:pPr>
        <w:rPr>
          <w:lang w:val="sv-SE"/>
        </w:rPr>
      </w:pPr>
      <w:r w:rsidRPr="000767E2">
        <w:rPr>
          <w:lang w:val="sv-SE"/>
        </w:rPr>
        <w:t>[[@</w:t>
      </w:r>
      <w:r w:rsidR="0096445B" w:rsidRPr="000767E2">
        <w:rPr>
          <w:lang w:val="sv-SE"/>
        </w:rPr>
        <w:t>BibleBIBEL82</w:t>
      </w:r>
      <w:r w:rsidRPr="000767E2">
        <w:rPr>
          <w:lang w:val="sv-SE"/>
        </w:rPr>
        <w:t>:Luke 12:20]]</w:t>
      </w:r>
      <w:r w:rsidRPr="000767E2">
        <w:rPr>
          <w:vertAlign w:val="superscript"/>
          <w:lang w:val="sv-SE"/>
        </w:rPr>
        <w:t>20</w:t>
      </w:r>
      <w:r w:rsidRPr="000767E2">
        <w:rPr>
          <w:lang w:val="sv-SE"/>
        </w:rPr>
        <w:t xml:space="preserve"> {{field-on:bible}}Men Gud sade till honom: Vettlöse! Denna natt ska man avkräva din själ från dig. Och det du berett, vems blir det?{{field-off:bible}} [[@</w:t>
      </w:r>
      <w:r w:rsidR="0096445B" w:rsidRPr="000767E2">
        <w:rPr>
          <w:lang w:val="sv-SE"/>
        </w:rPr>
        <w:t>BibleBIBEL82</w:t>
      </w:r>
      <w:r w:rsidRPr="000767E2">
        <w:rPr>
          <w:lang w:val="sv-SE"/>
        </w:rPr>
        <w:t>:Luke 12:21]]</w:t>
      </w:r>
      <w:r w:rsidRPr="000767E2">
        <w:rPr>
          <w:vertAlign w:val="superscript"/>
          <w:lang w:val="sv-SE"/>
        </w:rPr>
        <w:t>21</w:t>
      </w:r>
      <w:r w:rsidRPr="000767E2">
        <w:rPr>
          <w:lang w:val="sv-SE"/>
        </w:rPr>
        <w:t xml:space="preserve"> {{field-on:bible}}Så </w:t>
      </w:r>
      <w:r w:rsidRPr="000767E2">
        <w:rPr>
          <w:i/>
          <w:lang w:val="sv-SE"/>
        </w:rPr>
        <w:t>är</w:t>
      </w:r>
      <w:r w:rsidRPr="000767E2">
        <w:rPr>
          <w:lang w:val="sv-SE"/>
        </w:rPr>
        <w:t xml:space="preserve"> den som sparar ihop åt sig själv och inte är rik gentemot Gud.”{{field-off:bible}}</w:t>
      </w:r>
    </w:p>
    <w:p w14:paraId="1A1F7C5E" w14:textId="77777777" w:rsidR="00BA33AB" w:rsidRPr="000767E2" w:rsidRDefault="00000000">
      <w:pPr>
        <w:pStyle w:val="Rubrik3"/>
        <w:rPr>
          <w:lang w:val="sv-SE"/>
        </w:rPr>
      </w:pPr>
      <w:r w:rsidRPr="000767E2">
        <w:rPr>
          <w:lang w:val="sv-SE"/>
        </w:rPr>
        <w:t>Bekymra er inte</w:t>
      </w:r>
    </w:p>
    <w:p w14:paraId="44F2E3B6" w14:textId="06E752B2" w:rsidR="00BA33AB" w:rsidRPr="000767E2" w:rsidRDefault="00000000">
      <w:pPr>
        <w:rPr>
          <w:lang w:val="sv-SE"/>
        </w:rPr>
      </w:pPr>
      <w:r w:rsidRPr="000767E2">
        <w:rPr>
          <w:lang w:val="sv-SE"/>
        </w:rPr>
        <w:t>[[@</w:t>
      </w:r>
      <w:r w:rsidR="0096445B" w:rsidRPr="000767E2">
        <w:rPr>
          <w:lang w:val="sv-SE"/>
        </w:rPr>
        <w:t>BibleBIBEL82</w:t>
      </w:r>
      <w:r w:rsidRPr="000767E2">
        <w:rPr>
          <w:lang w:val="sv-SE"/>
        </w:rPr>
        <w:t>:Luke 12:22]]</w:t>
      </w:r>
      <w:r w:rsidRPr="000767E2">
        <w:rPr>
          <w:vertAlign w:val="superscript"/>
          <w:lang w:val="sv-SE"/>
        </w:rPr>
        <w:t>22</w:t>
      </w:r>
      <w:r w:rsidRPr="000767E2">
        <w:rPr>
          <w:lang w:val="sv-SE"/>
        </w:rPr>
        <w:t xml:space="preserve"> {{field-on:bible}}Och han sade till [sina] lärjungar: ”Därför säger jag er: Bekymra er inte för själen, vad ni ska äta, eller för kroppen, vad ni ska klä er i.{{field-off:bible}} [[@</w:t>
      </w:r>
      <w:r w:rsidR="0096445B" w:rsidRPr="000767E2">
        <w:rPr>
          <w:lang w:val="sv-SE"/>
        </w:rPr>
        <w:t>BibleBIBEL82</w:t>
      </w:r>
      <w:r w:rsidRPr="000767E2">
        <w:rPr>
          <w:lang w:val="sv-SE"/>
        </w:rPr>
        <w:t>:Luke 12:23]]</w:t>
      </w:r>
      <w:r w:rsidRPr="000767E2">
        <w:rPr>
          <w:vertAlign w:val="superscript"/>
          <w:lang w:val="sv-SE"/>
        </w:rPr>
        <w:t>23</w:t>
      </w:r>
      <w:r w:rsidRPr="000767E2">
        <w:rPr>
          <w:lang w:val="sv-SE"/>
        </w:rPr>
        <w:t xml:space="preserve"> {{field-on:bible}}För själen är mer än födan och kroppen </w:t>
      </w:r>
      <w:r w:rsidRPr="000767E2">
        <w:rPr>
          <w:i/>
          <w:lang w:val="sv-SE"/>
        </w:rPr>
        <w:t>mer</w:t>
      </w:r>
      <w:r w:rsidRPr="000767E2">
        <w:rPr>
          <w:lang w:val="sv-SE"/>
        </w:rPr>
        <w:t xml:space="preserve"> än klädseln.{{field-off:bible}}</w:t>
      </w:r>
    </w:p>
    <w:p w14:paraId="3516947C" w14:textId="5F1B5DE9" w:rsidR="00BA33AB" w:rsidRPr="000767E2" w:rsidRDefault="00000000">
      <w:pPr>
        <w:rPr>
          <w:lang w:val="sv-SE"/>
        </w:rPr>
      </w:pPr>
      <w:r w:rsidRPr="000767E2">
        <w:rPr>
          <w:lang w:val="sv-SE"/>
        </w:rPr>
        <w:t>[[@</w:t>
      </w:r>
      <w:r w:rsidR="0096445B" w:rsidRPr="000767E2">
        <w:rPr>
          <w:lang w:val="sv-SE"/>
        </w:rPr>
        <w:t>BibleBIBEL82</w:t>
      </w:r>
      <w:r w:rsidRPr="000767E2">
        <w:rPr>
          <w:lang w:val="sv-SE"/>
        </w:rPr>
        <w:t>:Luke 12:24]]</w:t>
      </w:r>
      <w:r w:rsidRPr="000767E2">
        <w:rPr>
          <w:vertAlign w:val="superscript"/>
          <w:lang w:val="sv-SE"/>
        </w:rPr>
        <w:t>24</w:t>
      </w:r>
      <w:r w:rsidRPr="000767E2">
        <w:rPr>
          <w:lang w:val="sv-SE"/>
        </w:rPr>
        <w:t xml:space="preserve"> {{field-on:bible}}Beakta korparna, att de inte sår eller skördar. De </w:t>
      </w:r>
      <w:r w:rsidRPr="000767E2">
        <w:rPr>
          <w:i/>
          <w:lang w:val="sv-SE"/>
        </w:rPr>
        <w:t>har</w:t>
      </w:r>
      <w:r w:rsidRPr="000767E2">
        <w:rPr>
          <w:lang w:val="sv-SE"/>
        </w:rPr>
        <w:t xml:space="preserve"> inte kammare eller lada, och Gud ger dem näring. Hur mycket mer viktiga är ni än fåglarna?{{field-off:bible}} [[@</w:t>
      </w:r>
      <w:r w:rsidR="0096445B" w:rsidRPr="000767E2">
        <w:rPr>
          <w:lang w:val="sv-SE"/>
        </w:rPr>
        <w:t>BibleBIBEL82</w:t>
      </w:r>
      <w:r w:rsidRPr="000767E2">
        <w:rPr>
          <w:lang w:val="sv-SE"/>
        </w:rPr>
        <w:t>:Luke 12:25]]</w:t>
      </w:r>
      <w:r w:rsidRPr="000767E2">
        <w:rPr>
          <w:vertAlign w:val="superscript"/>
          <w:lang w:val="sv-SE"/>
        </w:rPr>
        <w:t>25</w:t>
      </w:r>
      <w:r w:rsidRPr="000767E2">
        <w:rPr>
          <w:lang w:val="sv-SE"/>
        </w:rPr>
        <w:t xml:space="preserve"> {{field-on:bible}}Men vem av er kan, </w:t>
      </w:r>
      <w:r w:rsidRPr="000767E2">
        <w:rPr>
          <w:i/>
          <w:lang w:val="sv-SE"/>
        </w:rPr>
        <w:t>genom att</w:t>
      </w:r>
      <w:r w:rsidRPr="000767E2">
        <w:rPr>
          <w:lang w:val="sv-SE"/>
        </w:rPr>
        <w:t xml:space="preserve"> bekymra sig, till sin ålder lägga en aln?{{field-off:bible}} [[@</w:t>
      </w:r>
      <w:r w:rsidR="0096445B" w:rsidRPr="000767E2">
        <w:rPr>
          <w:lang w:val="sv-SE"/>
        </w:rPr>
        <w:t>BibleBIBEL82</w:t>
      </w:r>
      <w:r w:rsidRPr="000767E2">
        <w:rPr>
          <w:lang w:val="sv-SE"/>
        </w:rPr>
        <w:t>:Luke 12:26]]</w:t>
      </w:r>
      <w:r w:rsidRPr="000767E2">
        <w:rPr>
          <w:vertAlign w:val="superscript"/>
          <w:lang w:val="sv-SE"/>
        </w:rPr>
        <w:t>26</w:t>
      </w:r>
      <w:r w:rsidRPr="000767E2">
        <w:rPr>
          <w:lang w:val="sv-SE"/>
        </w:rPr>
        <w:t xml:space="preserve"> {{field-on:bible}}Om ni nu inte ens kan </w:t>
      </w:r>
      <w:r w:rsidRPr="000767E2">
        <w:rPr>
          <w:i/>
          <w:lang w:val="sv-SE"/>
        </w:rPr>
        <w:t>det</w:t>
      </w:r>
      <w:r w:rsidRPr="000767E2">
        <w:rPr>
          <w:lang w:val="sv-SE"/>
        </w:rPr>
        <w:t xml:space="preserve"> minsta, varför bekymrar ni er för det övriga?{{field-off:bible}}</w:t>
      </w:r>
    </w:p>
    <w:p w14:paraId="3E4B2AF2" w14:textId="5DE3403F" w:rsidR="00BA33AB" w:rsidRPr="000767E2" w:rsidRDefault="00000000">
      <w:pPr>
        <w:rPr>
          <w:lang w:val="sv-SE"/>
        </w:rPr>
      </w:pPr>
      <w:r w:rsidRPr="000767E2">
        <w:rPr>
          <w:lang w:val="sv-SE"/>
        </w:rPr>
        <w:t>[[@</w:t>
      </w:r>
      <w:r w:rsidR="0096445B" w:rsidRPr="000767E2">
        <w:rPr>
          <w:lang w:val="sv-SE"/>
        </w:rPr>
        <w:t>BibleBIBEL82</w:t>
      </w:r>
      <w:r w:rsidRPr="000767E2">
        <w:rPr>
          <w:lang w:val="sv-SE"/>
        </w:rPr>
        <w:t>:Luke 12:27]]</w:t>
      </w:r>
      <w:r w:rsidRPr="000767E2">
        <w:rPr>
          <w:vertAlign w:val="superscript"/>
          <w:lang w:val="sv-SE"/>
        </w:rPr>
        <w:t>27</w:t>
      </w:r>
      <w:r w:rsidRPr="000767E2">
        <w:rPr>
          <w:lang w:val="sv-SE"/>
        </w:rPr>
        <w:t xml:space="preserve"> {{field-on:bible}}Beakta liljorna, hur de växer. De sliter inte eller spinner. Men jag säger er: Inte ens Solomon i all sin härlighet klädde sig som en av dessa.{{field-off:bible}} [[@</w:t>
      </w:r>
      <w:r w:rsidR="0096445B" w:rsidRPr="000767E2">
        <w:rPr>
          <w:lang w:val="sv-SE"/>
        </w:rPr>
        <w:t>BibleBIBEL82</w:t>
      </w:r>
      <w:r w:rsidRPr="000767E2">
        <w:rPr>
          <w:lang w:val="sv-SE"/>
        </w:rPr>
        <w:t>:Luke 12:28]]</w:t>
      </w:r>
      <w:r w:rsidRPr="000767E2">
        <w:rPr>
          <w:vertAlign w:val="superscript"/>
          <w:lang w:val="sv-SE"/>
        </w:rPr>
        <w:t>28</w:t>
      </w:r>
      <w:r w:rsidRPr="000767E2">
        <w:rPr>
          <w:lang w:val="sv-SE"/>
        </w:rPr>
        <w:t xml:space="preserve"> {{field-on:bible}}Men om Gud så ekiperar gräset på åkern, som finns idag och imorgon kastas i en lerugn, hur mycket mer er, klentrogna?{{field-off:bible}} [[@</w:t>
      </w:r>
      <w:r w:rsidR="0096445B" w:rsidRPr="000767E2">
        <w:rPr>
          <w:lang w:val="sv-SE"/>
        </w:rPr>
        <w:t>BibleBIBEL82</w:t>
      </w:r>
      <w:r w:rsidRPr="000767E2">
        <w:rPr>
          <w:lang w:val="sv-SE"/>
        </w:rPr>
        <w:t>:Luke 12:29]]</w:t>
      </w:r>
      <w:r w:rsidRPr="000767E2">
        <w:rPr>
          <w:vertAlign w:val="superscript"/>
          <w:lang w:val="sv-SE"/>
        </w:rPr>
        <w:t>29</w:t>
      </w:r>
      <w:r w:rsidRPr="000767E2">
        <w:rPr>
          <w:lang w:val="sv-SE"/>
        </w:rPr>
        <w:t xml:space="preserve"> {{field-on:bible}}Och ni, sök inte vad ni ska äta och vad ni ska dricka, och var inte exalterade.{{field-off:bible}} [[@</w:t>
      </w:r>
      <w:r w:rsidR="0096445B" w:rsidRPr="000767E2">
        <w:rPr>
          <w:lang w:val="sv-SE"/>
        </w:rPr>
        <w:t>BibleBIBEL82</w:t>
      </w:r>
      <w:r w:rsidRPr="000767E2">
        <w:rPr>
          <w:lang w:val="sv-SE"/>
        </w:rPr>
        <w:t>:Luke 12:30]]</w:t>
      </w:r>
      <w:r w:rsidRPr="000767E2">
        <w:rPr>
          <w:vertAlign w:val="superscript"/>
          <w:lang w:val="sv-SE"/>
        </w:rPr>
        <w:t>30</w:t>
      </w:r>
      <w:r w:rsidRPr="000767E2">
        <w:rPr>
          <w:lang w:val="sv-SE"/>
        </w:rPr>
        <w:t xml:space="preserve"> {{field-on:bible}}För allt detta söker världens folkslag efter, och er Far vet att ni behöver detta.{{field-off:bible}} [[@</w:t>
      </w:r>
      <w:r w:rsidR="0096445B" w:rsidRPr="000767E2">
        <w:rPr>
          <w:lang w:val="sv-SE"/>
        </w:rPr>
        <w:t>BibleBIBEL82</w:t>
      </w:r>
      <w:r w:rsidRPr="000767E2">
        <w:rPr>
          <w:lang w:val="sv-SE"/>
        </w:rPr>
        <w:t>:Luke 12:31]]</w:t>
      </w:r>
      <w:r w:rsidRPr="000767E2">
        <w:rPr>
          <w:vertAlign w:val="superscript"/>
          <w:lang w:val="sv-SE"/>
        </w:rPr>
        <w:t>31</w:t>
      </w:r>
      <w:r w:rsidRPr="000767E2">
        <w:rPr>
          <w:lang w:val="sv-SE"/>
        </w:rPr>
        <w:t xml:space="preserve"> {{field-on:bible}}Nej, sök hans rike och detta ska tillföras er.{{field-off:bible}} [[@</w:t>
      </w:r>
      <w:r w:rsidR="0096445B" w:rsidRPr="000767E2">
        <w:rPr>
          <w:lang w:val="sv-SE"/>
        </w:rPr>
        <w:t>BibleBIBEL82</w:t>
      </w:r>
      <w:r w:rsidRPr="000767E2">
        <w:rPr>
          <w:lang w:val="sv-SE"/>
        </w:rPr>
        <w:t>:Luke 12:32]]</w:t>
      </w:r>
      <w:r w:rsidRPr="000767E2">
        <w:rPr>
          <w:vertAlign w:val="superscript"/>
          <w:lang w:val="sv-SE"/>
        </w:rPr>
        <w:t>32</w:t>
      </w:r>
      <w:r w:rsidRPr="000767E2">
        <w:rPr>
          <w:lang w:val="sv-SE"/>
        </w:rPr>
        <w:t xml:space="preserve"> {{field-on:bible}}Frukta inte, </w:t>
      </w:r>
      <w:r w:rsidRPr="000767E2">
        <w:rPr>
          <w:i/>
          <w:lang w:val="sv-SE"/>
        </w:rPr>
        <w:t>du</w:t>
      </w:r>
      <w:r w:rsidRPr="000767E2">
        <w:rPr>
          <w:lang w:val="sv-SE"/>
        </w:rPr>
        <w:t xml:space="preserve"> lilla hjord! För er Far har behagat ge er riket.{{field-off:bible}}</w:t>
      </w:r>
    </w:p>
    <w:p w14:paraId="64BB4DD8" w14:textId="03689DAA" w:rsidR="00BA33AB" w:rsidRPr="000767E2" w:rsidRDefault="00000000">
      <w:pPr>
        <w:rPr>
          <w:lang w:val="sv-SE"/>
        </w:rPr>
      </w:pPr>
      <w:r w:rsidRPr="000767E2">
        <w:rPr>
          <w:lang w:val="sv-SE"/>
        </w:rPr>
        <w:t>[[@</w:t>
      </w:r>
      <w:r w:rsidR="0096445B" w:rsidRPr="000767E2">
        <w:rPr>
          <w:lang w:val="sv-SE"/>
        </w:rPr>
        <w:t>BibleBIBEL82</w:t>
      </w:r>
      <w:r w:rsidRPr="000767E2">
        <w:rPr>
          <w:lang w:val="sv-SE"/>
        </w:rPr>
        <w:t>:Luke 12:33]]</w:t>
      </w:r>
      <w:r w:rsidRPr="000767E2">
        <w:rPr>
          <w:vertAlign w:val="superscript"/>
          <w:lang w:val="sv-SE"/>
        </w:rPr>
        <w:t>33</w:t>
      </w:r>
      <w:r w:rsidRPr="000767E2">
        <w:rPr>
          <w:lang w:val="sv-SE"/>
        </w:rPr>
        <w:t xml:space="preserve"> {{field-on:bible}}Sälj det som är ert och ge allmosa. Gör er börsar som inte föråldras, en outtömlig skatt i himlarna, där ingen tjuv närmar sig eller mal fördärvar.{{field-off:bible}} [[@</w:t>
      </w:r>
      <w:r w:rsidR="0096445B" w:rsidRPr="000767E2">
        <w:rPr>
          <w:lang w:val="sv-SE"/>
        </w:rPr>
        <w:t>BibleBIBEL82</w:t>
      </w:r>
      <w:r w:rsidRPr="000767E2">
        <w:rPr>
          <w:lang w:val="sv-SE"/>
        </w:rPr>
        <w:t>:Luke 12:34]]</w:t>
      </w:r>
      <w:r w:rsidRPr="000767E2">
        <w:rPr>
          <w:vertAlign w:val="superscript"/>
          <w:lang w:val="sv-SE"/>
        </w:rPr>
        <w:t>34</w:t>
      </w:r>
      <w:r w:rsidRPr="000767E2">
        <w:rPr>
          <w:lang w:val="sv-SE"/>
        </w:rPr>
        <w:t xml:space="preserve"> {{field-on:bible}}För där er skatt är, där kommer också ert hjärta att vara.{{field-off:bible}}</w:t>
      </w:r>
    </w:p>
    <w:p w14:paraId="00A63FB3" w14:textId="77777777" w:rsidR="00BA33AB" w:rsidRPr="000767E2" w:rsidRDefault="00000000">
      <w:pPr>
        <w:pStyle w:val="Rubrik3"/>
        <w:rPr>
          <w:lang w:val="sv-SE"/>
        </w:rPr>
      </w:pPr>
      <w:r w:rsidRPr="000767E2">
        <w:rPr>
          <w:lang w:val="sv-SE"/>
        </w:rPr>
        <w:lastRenderedPageBreak/>
        <w:t>Inför Människosonens återkomst</w:t>
      </w:r>
    </w:p>
    <w:p w14:paraId="04E65C8B" w14:textId="4631EC82" w:rsidR="00BA33AB" w:rsidRPr="000767E2" w:rsidRDefault="00000000">
      <w:pPr>
        <w:rPr>
          <w:lang w:val="sv-SE"/>
        </w:rPr>
      </w:pPr>
      <w:r w:rsidRPr="000767E2">
        <w:rPr>
          <w:lang w:val="sv-SE"/>
        </w:rPr>
        <w:t>[[@</w:t>
      </w:r>
      <w:r w:rsidR="0096445B" w:rsidRPr="000767E2">
        <w:rPr>
          <w:lang w:val="sv-SE"/>
        </w:rPr>
        <w:t>BibleBIBEL82</w:t>
      </w:r>
      <w:r w:rsidRPr="000767E2">
        <w:rPr>
          <w:lang w:val="sv-SE"/>
        </w:rPr>
        <w:t>:Luke 12:35]]</w:t>
      </w:r>
      <w:r w:rsidRPr="000767E2">
        <w:rPr>
          <w:vertAlign w:val="superscript"/>
          <w:lang w:val="sv-SE"/>
        </w:rPr>
        <w:t>35</w:t>
      </w:r>
      <w:r w:rsidRPr="000767E2">
        <w:rPr>
          <w:lang w:val="sv-SE"/>
        </w:rPr>
        <w:t xml:space="preserve"> {{field-on:bible}}Era höfter ska vara ombältade och lamporna brinnande.{{field-off:bible}} [[@</w:t>
      </w:r>
      <w:r w:rsidR="0096445B" w:rsidRPr="000767E2">
        <w:rPr>
          <w:lang w:val="sv-SE"/>
        </w:rPr>
        <w:t>BibleBIBEL82</w:t>
      </w:r>
      <w:r w:rsidRPr="000767E2">
        <w:rPr>
          <w:lang w:val="sv-SE"/>
        </w:rPr>
        <w:t>:Luke 12:36]]</w:t>
      </w:r>
      <w:r w:rsidRPr="000767E2">
        <w:rPr>
          <w:vertAlign w:val="superscript"/>
          <w:lang w:val="sv-SE"/>
        </w:rPr>
        <w:t>36</w:t>
      </w:r>
      <w:r w:rsidRPr="000767E2">
        <w:rPr>
          <w:lang w:val="sv-SE"/>
        </w:rPr>
        <w:t xml:space="preserve"> {{field-on:bible}}Och ni </w:t>
      </w:r>
      <w:r w:rsidRPr="000767E2">
        <w:rPr>
          <w:i/>
          <w:lang w:val="sv-SE"/>
        </w:rPr>
        <w:t>ska vara</w:t>
      </w:r>
      <w:r w:rsidRPr="000767E2">
        <w:rPr>
          <w:lang w:val="sv-SE"/>
        </w:rPr>
        <w:t xml:space="preserve"> lika människor som väntar sin Herre när han ska bryta upp från bröllopsfesten, så att de när han kommer och bultar direkt kan öppna för honom.{{field-off:bible}} [[@</w:t>
      </w:r>
      <w:r w:rsidR="0096445B" w:rsidRPr="000767E2">
        <w:rPr>
          <w:lang w:val="sv-SE"/>
        </w:rPr>
        <w:t>BibleBIBEL82</w:t>
      </w:r>
      <w:r w:rsidRPr="000767E2">
        <w:rPr>
          <w:lang w:val="sv-SE"/>
        </w:rPr>
        <w:t>:Luke 12:37]]</w:t>
      </w:r>
      <w:r w:rsidRPr="000767E2">
        <w:rPr>
          <w:vertAlign w:val="superscript"/>
          <w:lang w:val="sv-SE"/>
        </w:rPr>
        <w:t>37</w:t>
      </w:r>
      <w:r w:rsidRPr="000767E2">
        <w:rPr>
          <w:lang w:val="sv-SE"/>
        </w:rPr>
        <w:t xml:space="preserve"> {{field-on:bible}}Saliga de fasttjänare som Herren ska komma och finna vakna. Amen, jag säger er att han ska bälta om sig och låta dem luta sig </w:t>
      </w:r>
      <w:r w:rsidRPr="000767E2">
        <w:rPr>
          <w:i/>
          <w:lang w:val="sv-SE"/>
        </w:rPr>
        <w:t>till bords</w:t>
      </w:r>
      <w:r w:rsidRPr="000767E2">
        <w:rPr>
          <w:lang w:val="sv-SE"/>
        </w:rPr>
        <w:t xml:space="preserve"> och </w:t>
      </w:r>
      <w:r w:rsidRPr="000767E2">
        <w:rPr>
          <w:i/>
          <w:lang w:val="sv-SE"/>
        </w:rPr>
        <w:t>själv</w:t>
      </w:r>
      <w:r w:rsidRPr="000767E2">
        <w:rPr>
          <w:lang w:val="sv-SE"/>
        </w:rPr>
        <w:t xml:space="preserve"> komma fram och betjäna dem.{{field-off:bible}} [[@</w:t>
      </w:r>
      <w:r w:rsidR="0096445B" w:rsidRPr="000767E2">
        <w:rPr>
          <w:lang w:val="sv-SE"/>
        </w:rPr>
        <w:t>BibleBIBEL82</w:t>
      </w:r>
      <w:r w:rsidRPr="000767E2">
        <w:rPr>
          <w:lang w:val="sv-SE"/>
        </w:rPr>
        <w:t>:Luke 12:38]]</w:t>
      </w:r>
      <w:r w:rsidRPr="000767E2">
        <w:rPr>
          <w:vertAlign w:val="superscript"/>
          <w:lang w:val="sv-SE"/>
        </w:rPr>
        <w:t>38</w:t>
      </w:r>
      <w:r w:rsidRPr="000767E2">
        <w:rPr>
          <w:lang w:val="sv-SE"/>
        </w:rPr>
        <w:t xml:space="preserve"> {{field-on:bible}}Om </w:t>
      </w:r>
      <w:r w:rsidRPr="000767E2">
        <w:rPr>
          <w:i/>
          <w:lang w:val="sv-SE"/>
        </w:rPr>
        <w:t>det</w:t>
      </w:r>
      <w:r w:rsidRPr="000767E2">
        <w:rPr>
          <w:lang w:val="sv-SE"/>
        </w:rPr>
        <w:t xml:space="preserve"> så </w:t>
      </w:r>
      <w:r w:rsidRPr="000767E2">
        <w:rPr>
          <w:i/>
          <w:lang w:val="sv-SE"/>
        </w:rPr>
        <w:t>är</w:t>
      </w:r>
      <w:r w:rsidRPr="000767E2">
        <w:rPr>
          <w:lang w:val="sv-SE"/>
        </w:rPr>
        <w:t xml:space="preserve"> vid andra, om så vid tredje </w:t>
      </w:r>
      <w:r w:rsidRPr="000767E2">
        <w:rPr>
          <w:i/>
          <w:lang w:val="sv-SE"/>
        </w:rPr>
        <w:t>natt</w:t>
      </w:r>
      <w:r w:rsidRPr="000767E2">
        <w:rPr>
          <w:lang w:val="sv-SE"/>
        </w:rPr>
        <w:t xml:space="preserve">väkten han kommer och finner </w:t>
      </w:r>
      <w:r w:rsidRPr="000767E2">
        <w:rPr>
          <w:i/>
          <w:lang w:val="sv-SE"/>
        </w:rPr>
        <w:t>dem</w:t>
      </w:r>
      <w:r w:rsidRPr="000767E2">
        <w:rPr>
          <w:lang w:val="sv-SE"/>
        </w:rPr>
        <w:t xml:space="preserve"> så, saliga är dessa!{{field-off:bible}} [[@</w:t>
      </w:r>
      <w:r w:rsidR="0096445B" w:rsidRPr="000767E2">
        <w:rPr>
          <w:lang w:val="sv-SE"/>
        </w:rPr>
        <w:t>BibleBIBEL82</w:t>
      </w:r>
      <w:r w:rsidRPr="000767E2">
        <w:rPr>
          <w:lang w:val="sv-SE"/>
        </w:rPr>
        <w:t>:Luke 12:39]]</w:t>
      </w:r>
      <w:r w:rsidRPr="000767E2">
        <w:rPr>
          <w:vertAlign w:val="superscript"/>
          <w:lang w:val="sv-SE"/>
        </w:rPr>
        <w:t>39</w:t>
      </w:r>
      <w:r w:rsidRPr="000767E2">
        <w:rPr>
          <w:lang w:val="sv-SE"/>
        </w:rPr>
        <w:t xml:space="preserve"> {{field-on:bible}}Men det förstår ni att om hushärskaren visste vilken stund tjuven kommer, hade han inte låtit </w:t>
      </w:r>
      <w:r w:rsidRPr="000767E2">
        <w:rPr>
          <w:i/>
          <w:lang w:val="sv-SE"/>
        </w:rPr>
        <w:t>det</w:t>
      </w:r>
      <w:r w:rsidRPr="000767E2">
        <w:rPr>
          <w:lang w:val="sv-SE"/>
        </w:rPr>
        <w:t xml:space="preserve"> bli inbrott </w:t>
      </w:r>
      <w:r w:rsidRPr="000767E2">
        <w:rPr>
          <w:i/>
          <w:lang w:val="sv-SE"/>
        </w:rPr>
        <w:t>i</w:t>
      </w:r>
      <w:r w:rsidRPr="000767E2">
        <w:rPr>
          <w:lang w:val="sv-SE"/>
        </w:rPr>
        <w:t xml:space="preserve"> hans hus.{{field-off:bible}} [[@</w:t>
      </w:r>
      <w:r w:rsidR="0096445B" w:rsidRPr="000767E2">
        <w:rPr>
          <w:lang w:val="sv-SE"/>
        </w:rPr>
        <w:t>BibleBIBEL82</w:t>
      </w:r>
      <w:r w:rsidRPr="000767E2">
        <w:rPr>
          <w:lang w:val="sv-SE"/>
        </w:rPr>
        <w:t>:Luke 12:40]]</w:t>
      </w:r>
      <w:r w:rsidRPr="000767E2">
        <w:rPr>
          <w:vertAlign w:val="superscript"/>
          <w:lang w:val="sv-SE"/>
        </w:rPr>
        <w:t>40</w:t>
      </w:r>
      <w:r w:rsidRPr="000767E2">
        <w:rPr>
          <w:lang w:val="sv-SE"/>
        </w:rPr>
        <w:t xml:space="preserve"> {{field-on:bible}}Också ni ska vara beredda. För vid en stund ni inte tänker er kommer Människosonen.”{{field-off:bible}}</w:t>
      </w:r>
    </w:p>
    <w:p w14:paraId="147901EA" w14:textId="11D6FC45" w:rsidR="00BA33AB" w:rsidRPr="000767E2" w:rsidRDefault="00000000">
      <w:pPr>
        <w:rPr>
          <w:lang w:val="sv-SE"/>
        </w:rPr>
      </w:pPr>
      <w:r w:rsidRPr="000767E2">
        <w:rPr>
          <w:lang w:val="sv-SE"/>
        </w:rPr>
        <w:t>[[@</w:t>
      </w:r>
      <w:r w:rsidR="0096445B" w:rsidRPr="000767E2">
        <w:rPr>
          <w:lang w:val="sv-SE"/>
        </w:rPr>
        <w:t>BibleBIBEL82</w:t>
      </w:r>
      <w:r w:rsidRPr="000767E2">
        <w:rPr>
          <w:lang w:val="sv-SE"/>
        </w:rPr>
        <w:t>:Luke 12:41]]</w:t>
      </w:r>
      <w:r w:rsidRPr="000767E2">
        <w:rPr>
          <w:vertAlign w:val="superscript"/>
          <w:lang w:val="sv-SE"/>
        </w:rPr>
        <w:t>41</w:t>
      </w:r>
      <w:r w:rsidRPr="000767E2">
        <w:rPr>
          <w:lang w:val="sv-SE"/>
        </w:rPr>
        <w:t xml:space="preserve"> {{field-on:bible}}Men Petrus sade: ”Herre, </w:t>
      </w:r>
      <w:r w:rsidRPr="000767E2">
        <w:rPr>
          <w:i/>
          <w:lang w:val="sv-SE"/>
        </w:rPr>
        <w:t>är det</w:t>
      </w:r>
      <w:r w:rsidRPr="000767E2">
        <w:rPr>
          <w:lang w:val="sv-SE"/>
        </w:rPr>
        <w:t xml:space="preserve"> till oss du säger denna liknelse, eller också till alla?”{{field-off:bible}} [[@</w:t>
      </w:r>
      <w:r w:rsidR="0096445B" w:rsidRPr="000767E2">
        <w:rPr>
          <w:lang w:val="sv-SE"/>
        </w:rPr>
        <w:t>BibleBIBEL82</w:t>
      </w:r>
      <w:r w:rsidRPr="000767E2">
        <w:rPr>
          <w:lang w:val="sv-SE"/>
        </w:rPr>
        <w:t>:Luke 12:42]]</w:t>
      </w:r>
      <w:r w:rsidRPr="000767E2">
        <w:rPr>
          <w:vertAlign w:val="superscript"/>
          <w:lang w:val="sv-SE"/>
        </w:rPr>
        <w:t>42</w:t>
      </w:r>
      <w:r w:rsidRPr="000767E2">
        <w:rPr>
          <w:lang w:val="sv-SE"/>
        </w:rPr>
        <w:t xml:space="preserve"> {{field-on:bible}}Och Herren sade: ”Vem är då den trogne förvaltaren, den kloke som Herren ska sätta över sitt tjänstefolk för att i </w:t>
      </w:r>
      <w:r w:rsidRPr="000767E2">
        <w:rPr>
          <w:i/>
          <w:lang w:val="sv-SE"/>
        </w:rPr>
        <w:t>rätt</w:t>
      </w:r>
      <w:r w:rsidRPr="000767E2">
        <w:rPr>
          <w:lang w:val="sv-SE"/>
        </w:rPr>
        <w:t xml:space="preserve"> tid ge sädesranson[en]?{{field-off:bible}} [[@</w:t>
      </w:r>
      <w:r w:rsidR="0096445B" w:rsidRPr="000767E2">
        <w:rPr>
          <w:lang w:val="sv-SE"/>
        </w:rPr>
        <w:t>BibleBIBEL82</w:t>
      </w:r>
      <w:r w:rsidRPr="000767E2">
        <w:rPr>
          <w:lang w:val="sv-SE"/>
        </w:rPr>
        <w:t>:Luke 12:43]]</w:t>
      </w:r>
      <w:r w:rsidRPr="000767E2">
        <w:rPr>
          <w:vertAlign w:val="superscript"/>
          <w:lang w:val="sv-SE"/>
        </w:rPr>
        <w:t>43</w:t>
      </w:r>
      <w:r w:rsidRPr="000767E2">
        <w:rPr>
          <w:lang w:val="sv-SE"/>
        </w:rPr>
        <w:t xml:space="preserve"> {{field-on:bible}}Salig den fasttjänaren som hans Herre ska komma och finna görande så.{{field-off:bible}} [[@</w:t>
      </w:r>
      <w:r w:rsidR="0096445B" w:rsidRPr="000767E2">
        <w:rPr>
          <w:lang w:val="sv-SE"/>
        </w:rPr>
        <w:t>BibleBIBEL82</w:t>
      </w:r>
      <w:r w:rsidRPr="000767E2">
        <w:rPr>
          <w:lang w:val="sv-SE"/>
        </w:rPr>
        <w:t>:Luke 12:44]]</w:t>
      </w:r>
      <w:r w:rsidRPr="000767E2">
        <w:rPr>
          <w:vertAlign w:val="superscript"/>
          <w:lang w:val="sv-SE"/>
        </w:rPr>
        <w:t>44</w:t>
      </w:r>
      <w:r w:rsidRPr="000767E2">
        <w:rPr>
          <w:lang w:val="sv-SE"/>
        </w:rPr>
        <w:t xml:space="preserve"> {{field-on:bible}}Sannerligen, jag säger er att över allt som är hans ska han sätta honom.{{field-off:bible}}</w:t>
      </w:r>
    </w:p>
    <w:p w14:paraId="014B1C93" w14:textId="173343C4" w:rsidR="00BA33AB" w:rsidRPr="000767E2" w:rsidRDefault="00000000">
      <w:pPr>
        <w:rPr>
          <w:lang w:val="sv-SE"/>
        </w:rPr>
      </w:pPr>
      <w:r w:rsidRPr="000767E2">
        <w:rPr>
          <w:lang w:val="sv-SE"/>
        </w:rPr>
        <w:t>[[@</w:t>
      </w:r>
      <w:r w:rsidR="0096445B" w:rsidRPr="000767E2">
        <w:rPr>
          <w:lang w:val="sv-SE"/>
        </w:rPr>
        <w:t>BibleBIBEL82</w:t>
      </w:r>
      <w:r w:rsidRPr="000767E2">
        <w:rPr>
          <w:lang w:val="sv-SE"/>
        </w:rPr>
        <w:t>:Luke 12:45]]</w:t>
      </w:r>
      <w:r w:rsidRPr="000767E2">
        <w:rPr>
          <w:vertAlign w:val="superscript"/>
          <w:lang w:val="sv-SE"/>
        </w:rPr>
        <w:t>45</w:t>
      </w:r>
      <w:r w:rsidRPr="000767E2">
        <w:rPr>
          <w:lang w:val="sv-SE"/>
        </w:rPr>
        <w:t xml:space="preserve"> {{field-on:bible}}Men om den fasttjänaren säger i sitt hjärta: Min Herre dröjer med att komma, och han börjar slå gossarna och tjänsteflickorna och äta och dricka och berusa sig,{{field-off:bible}} [[@</w:t>
      </w:r>
      <w:r w:rsidR="0096445B" w:rsidRPr="000767E2">
        <w:rPr>
          <w:lang w:val="sv-SE"/>
        </w:rPr>
        <w:t>BibleBIBEL82</w:t>
      </w:r>
      <w:r w:rsidRPr="000767E2">
        <w:rPr>
          <w:lang w:val="sv-SE"/>
        </w:rPr>
        <w:t>:Luke 12:46]]</w:t>
      </w:r>
      <w:r w:rsidRPr="000767E2">
        <w:rPr>
          <w:vertAlign w:val="superscript"/>
          <w:lang w:val="sv-SE"/>
        </w:rPr>
        <w:t>46</w:t>
      </w:r>
      <w:r w:rsidRPr="000767E2">
        <w:rPr>
          <w:lang w:val="sv-SE"/>
        </w:rPr>
        <w:t xml:space="preserve"> {{field-on:bible}}ska den fasttjänarens Herre komma på en dag som han inte väntar sig och i en stund som han inte vet om, och hugga honom itu och sätta hans del med de otroende.{{field-off:bible}}</w:t>
      </w:r>
    </w:p>
    <w:p w14:paraId="3993EE34" w14:textId="78D9F7F1" w:rsidR="00BA33AB" w:rsidRPr="000767E2" w:rsidRDefault="00000000">
      <w:pPr>
        <w:rPr>
          <w:lang w:val="sv-SE"/>
        </w:rPr>
      </w:pPr>
      <w:r w:rsidRPr="000767E2">
        <w:rPr>
          <w:lang w:val="sv-SE"/>
        </w:rPr>
        <w:t>[[@</w:t>
      </w:r>
      <w:r w:rsidR="0096445B" w:rsidRPr="000767E2">
        <w:rPr>
          <w:lang w:val="sv-SE"/>
        </w:rPr>
        <w:t>BibleBIBEL82</w:t>
      </w:r>
      <w:r w:rsidRPr="000767E2">
        <w:rPr>
          <w:lang w:val="sv-SE"/>
        </w:rPr>
        <w:t>:Luke 12:47]]</w:t>
      </w:r>
      <w:r w:rsidRPr="000767E2">
        <w:rPr>
          <w:vertAlign w:val="superscript"/>
          <w:lang w:val="sv-SE"/>
        </w:rPr>
        <w:t>47</w:t>
      </w:r>
      <w:r w:rsidRPr="000767E2">
        <w:rPr>
          <w:lang w:val="sv-SE"/>
        </w:rPr>
        <w:t xml:space="preserve"> {{field-on:bible}}Men den fasttjänaren som visste sin Herres vilja och inte har förberett eller gjort </w:t>
      </w:r>
      <w:r w:rsidRPr="000767E2">
        <w:rPr>
          <w:i/>
          <w:lang w:val="sv-SE"/>
        </w:rPr>
        <w:t>något</w:t>
      </w:r>
      <w:r w:rsidRPr="000767E2">
        <w:rPr>
          <w:lang w:val="sv-SE"/>
        </w:rPr>
        <w:t xml:space="preserve"> för hans vilja, ska pryglas med många </w:t>
      </w:r>
      <w:r w:rsidRPr="000767E2">
        <w:rPr>
          <w:i/>
          <w:lang w:val="sv-SE"/>
        </w:rPr>
        <w:t>slag</w:t>
      </w:r>
      <w:r w:rsidRPr="000767E2">
        <w:rPr>
          <w:lang w:val="sv-SE"/>
        </w:rPr>
        <w:t>.{{field-off:bible}} [[@</w:t>
      </w:r>
      <w:r w:rsidR="0096445B" w:rsidRPr="000767E2">
        <w:rPr>
          <w:lang w:val="sv-SE"/>
        </w:rPr>
        <w:t>BibleBIBEL82</w:t>
      </w:r>
      <w:r w:rsidRPr="000767E2">
        <w:rPr>
          <w:lang w:val="sv-SE"/>
        </w:rPr>
        <w:t>:Luke 12:48]]</w:t>
      </w:r>
      <w:r w:rsidRPr="000767E2">
        <w:rPr>
          <w:vertAlign w:val="superscript"/>
          <w:lang w:val="sv-SE"/>
        </w:rPr>
        <w:t>48</w:t>
      </w:r>
      <w:r w:rsidRPr="000767E2">
        <w:rPr>
          <w:lang w:val="sv-SE"/>
        </w:rPr>
        <w:t xml:space="preserve"> {{field-on:bible}}Men den som inte visste men har gjort </w:t>
      </w:r>
      <w:r w:rsidRPr="000767E2">
        <w:rPr>
          <w:i/>
          <w:lang w:val="sv-SE"/>
        </w:rPr>
        <w:t>något</w:t>
      </w:r>
      <w:r w:rsidRPr="000767E2">
        <w:rPr>
          <w:lang w:val="sv-SE"/>
        </w:rPr>
        <w:t xml:space="preserve"> värt slag, ska pryglas med få. Och var och en åt vilken mycket getts, från honom ska mycket sökas. Och den åt vilken mycket överbringats, från honom ska man begära ännu mer.{{field-off:bible}}</w:t>
      </w:r>
    </w:p>
    <w:p w14:paraId="7B2612C4" w14:textId="77777777" w:rsidR="00BA33AB" w:rsidRPr="000767E2" w:rsidRDefault="00000000">
      <w:pPr>
        <w:pStyle w:val="Rubrik3"/>
        <w:rPr>
          <w:lang w:val="sv-SE"/>
        </w:rPr>
      </w:pPr>
      <w:r w:rsidRPr="000767E2">
        <w:rPr>
          <w:lang w:val="sv-SE"/>
        </w:rPr>
        <w:t>Inte fred utan uppdelning</w:t>
      </w:r>
    </w:p>
    <w:p w14:paraId="7EAAEAD3" w14:textId="78F9721B" w:rsidR="00BA33AB" w:rsidRPr="000767E2" w:rsidRDefault="00000000">
      <w:pPr>
        <w:rPr>
          <w:lang w:val="sv-SE"/>
        </w:rPr>
      </w:pPr>
      <w:r w:rsidRPr="000767E2">
        <w:rPr>
          <w:lang w:val="sv-SE"/>
        </w:rPr>
        <w:t>[[@</w:t>
      </w:r>
      <w:r w:rsidR="0096445B" w:rsidRPr="000767E2">
        <w:rPr>
          <w:lang w:val="sv-SE"/>
        </w:rPr>
        <w:t>BibleBIBEL82</w:t>
      </w:r>
      <w:r w:rsidRPr="000767E2">
        <w:rPr>
          <w:lang w:val="sv-SE"/>
        </w:rPr>
        <w:t>:Luke 12:49]]</w:t>
      </w:r>
      <w:r w:rsidRPr="000767E2">
        <w:rPr>
          <w:vertAlign w:val="superscript"/>
          <w:lang w:val="sv-SE"/>
        </w:rPr>
        <w:t>49</w:t>
      </w:r>
      <w:r w:rsidRPr="000767E2">
        <w:rPr>
          <w:lang w:val="sv-SE"/>
        </w:rPr>
        <w:t xml:space="preserve"> {{field-on:bible}}En eld har jag kommit </w:t>
      </w:r>
      <w:r w:rsidRPr="000767E2">
        <w:rPr>
          <w:i/>
          <w:lang w:val="sv-SE"/>
        </w:rPr>
        <w:t>för</w:t>
      </w:r>
      <w:r w:rsidRPr="000767E2">
        <w:rPr>
          <w:lang w:val="sv-SE"/>
        </w:rPr>
        <w:t xml:space="preserve"> att kasta över jorden, och vad jag vill att den redan var tänd!{{field-off:bible}} [[@</w:t>
      </w:r>
      <w:r w:rsidR="0096445B" w:rsidRPr="000767E2">
        <w:rPr>
          <w:lang w:val="sv-SE"/>
        </w:rPr>
        <w:t>BibleBIBEL82</w:t>
      </w:r>
      <w:r w:rsidRPr="000767E2">
        <w:rPr>
          <w:lang w:val="sv-SE"/>
        </w:rPr>
        <w:t>:Luke 12:50]]</w:t>
      </w:r>
      <w:r w:rsidRPr="000767E2">
        <w:rPr>
          <w:vertAlign w:val="superscript"/>
          <w:lang w:val="sv-SE"/>
        </w:rPr>
        <w:t>50</w:t>
      </w:r>
      <w:r w:rsidRPr="000767E2">
        <w:rPr>
          <w:lang w:val="sv-SE"/>
        </w:rPr>
        <w:t xml:space="preserve"> {{field-on:bible}}Men ett dop har jag att döpas </w:t>
      </w:r>
      <w:r w:rsidRPr="000767E2">
        <w:rPr>
          <w:i/>
          <w:lang w:val="sv-SE"/>
        </w:rPr>
        <w:t>med</w:t>
      </w:r>
      <w:r w:rsidRPr="000767E2">
        <w:rPr>
          <w:lang w:val="sv-SE"/>
        </w:rPr>
        <w:t>, och hur ansatt jag är tills det är fullbordat!{{field-off:bible}}</w:t>
      </w:r>
    </w:p>
    <w:p w14:paraId="7DFFAA24" w14:textId="1C8581D4" w:rsidR="00BA33AB" w:rsidRPr="000767E2" w:rsidRDefault="00000000">
      <w:pPr>
        <w:rPr>
          <w:lang w:val="sv-SE"/>
        </w:rPr>
      </w:pPr>
      <w:r w:rsidRPr="000767E2">
        <w:rPr>
          <w:lang w:val="sv-SE"/>
        </w:rPr>
        <w:t>[[@</w:t>
      </w:r>
      <w:r w:rsidR="0096445B" w:rsidRPr="000767E2">
        <w:rPr>
          <w:lang w:val="sv-SE"/>
        </w:rPr>
        <w:t>BibleBIBEL82</w:t>
      </w:r>
      <w:r w:rsidRPr="000767E2">
        <w:rPr>
          <w:lang w:val="sv-SE"/>
        </w:rPr>
        <w:t>:Luke 12:51]]</w:t>
      </w:r>
      <w:r w:rsidRPr="000767E2">
        <w:rPr>
          <w:vertAlign w:val="superscript"/>
          <w:lang w:val="sv-SE"/>
        </w:rPr>
        <w:t>51</w:t>
      </w:r>
      <w:r w:rsidRPr="000767E2">
        <w:rPr>
          <w:lang w:val="sv-SE"/>
        </w:rPr>
        <w:t xml:space="preserve"> {{field-on:bible}}Tänker ni er att </w:t>
      </w:r>
      <w:r w:rsidRPr="000767E2">
        <w:rPr>
          <w:i/>
          <w:lang w:val="sv-SE"/>
        </w:rPr>
        <w:t>det är</w:t>
      </w:r>
      <w:r w:rsidRPr="000767E2">
        <w:rPr>
          <w:lang w:val="sv-SE"/>
        </w:rPr>
        <w:t xml:space="preserve"> fred jag har kommit hit </w:t>
      </w:r>
      <w:r w:rsidRPr="000767E2">
        <w:rPr>
          <w:i/>
          <w:lang w:val="sv-SE"/>
        </w:rPr>
        <w:t>för</w:t>
      </w:r>
      <w:r w:rsidRPr="000767E2">
        <w:rPr>
          <w:lang w:val="sv-SE"/>
        </w:rPr>
        <w:t xml:space="preserve"> att ge på jorden? Nej, säger jag er, utan snarare uppdelning.{{field-off:bible}} [[@</w:t>
      </w:r>
      <w:r w:rsidR="0096445B" w:rsidRPr="000767E2">
        <w:rPr>
          <w:lang w:val="sv-SE"/>
        </w:rPr>
        <w:t>BibleBIBEL82</w:t>
      </w:r>
      <w:r w:rsidRPr="000767E2">
        <w:rPr>
          <w:lang w:val="sv-SE"/>
        </w:rPr>
        <w:t>:Luke 12:52]]</w:t>
      </w:r>
      <w:r w:rsidRPr="000767E2">
        <w:rPr>
          <w:vertAlign w:val="superscript"/>
          <w:lang w:val="sv-SE"/>
        </w:rPr>
        <w:t>52</w:t>
      </w:r>
      <w:r w:rsidRPr="000767E2">
        <w:rPr>
          <w:lang w:val="sv-SE"/>
        </w:rPr>
        <w:t xml:space="preserve"> {{field-on:bible}}För från nu ska fem i ett hus vara </w:t>
      </w:r>
      <w:r w:rsidRPr="000767E2">
        <w:rPr>
          <w:lang w:val="sv-SE"/>
        </w:rPr>
        <w:lastRenderedPageBreak/>
        <w:t>uppdelade, tre mot två och två mot tre.{{field-off:bible}} [[@</w:t>
      </w:r>
      <w:r w:rsidR="0096445B" w:rsidRPr="000767E2">
        <w:rPr>
          <w:lang w:val="sv-SE"/>
        </w:rPr>
        <w:t>BibleBIBEL82</w:t>
      </w:r>
      <w:r w:rsidRPr="000767E2">
        <w:rPr>
          <w:lang w:val="sv-SE"/>
        </w:rPr>
        <w:t>:Luke 12:53]]</w:t>
      </w:r>
      <w:r w:rsidRPr="000767E2">
        <w:rPr>
          <w:vertAlign w:val="superscript"/>
          <w:lang w:val="sv-SE"/>
        </w:rPr>
        <w:t>53</w:t>
      </w:r>
      <w:r w:rsidRPr="000767E2">
        <w:rPr>
          <w:lang w:val="sv-SE"/>
        </w:rPr>
        <w:t xml:space="preserve"> {{field-on:bible}}De ska delas upp far mot son och son mot far, mor mot dottern och dotter mot modern, svärmor mot sin </w:t>
      </w:r>
      <w:r w:rsidRPr="000767E2">
        <w:rPr>
          <w:i/>
          <w:lang w:val="sv-SE"/>
        </w:rPr>
        <w:t>sons</w:t>
      </w:r>
      <w:r w:rsidRPr="000767E2">
        <w:rPr>
          <w:lang w:val="sv-SE"/>
        </w:rPr>
        <w:t xml:space="preserve"> brud och brud mot svärmodern.”{{field-off:bible}}</w:t>
      </w:r>
    </w:p>
    <w:p w14:paraId="542F3345" w14:textId="77777777" w:rsidR="00BA33AB" w:rsidRPr="000767E2" w:rsidRDefault="00000000">
      <w:pPr>
        <w:pStyle w:val="Rubrik3"/>
        <w:rPr>
          <w:lang w:val="sv-SE"/>
        </w:rPr>
      </w:pPr>
      <w:r w:rsidRPr="000767E2">
        <w:rPr>
          <w:lang w:val="sv-SE"/>
        </w:rPr>
        <w:t>Tidens tecken</w:t>
      </w:r>
    </w:p>
    <w:p w14:paraId="31CEB236" w14:textId="1ECFA230" w:rsidR="00BA33AB" w:rsidRPr="000767E2" w:rsidRDefault="00000000">
      <w:pPr>
        <w:rPr>
          <w:lang w:val="sv-SE"/>
        </w:rPr>
      </w:pPr>
      <w:r w:rsidRPr="000767E2">
        <w:rPr>
          <w:lang w:val="sv-SE"/>
        </w:rPr>
        <w:t>[[@</w:t>
      </w:r>
      <w:r w:rsidR="0096445B" w:rsidRPr="000767E2">
        <w:rPr>
          <w:lang w:val="sv-SE"/>
        </w:rPr>
        <w:t>BibleBIBEL82</w:t>
      </w:r>
      <w:r w:rsidRPr="000767E2">
        <w:rPr>
          <w:lang w:val="sv-SE"/>
        </w:rPr>
        <w:t>:Luke 12:54]]</w:t>
      </w:r>
      <w:r w:rsidRPr="000767E2">
        <w:rPr>
          <w:vertAlign w:val="superscript"/>
          <w:lang w:val="sv-SE"/>
        </w:rPr>
        <w:t>54</w:t>
      </w:r>
      <w:r w:rsidRPr="000767E2">
        <w:rPr>
          <w:lang w:val="sv-SE"/>
        </w:rPr>
        <w:t xml:space="preserve"> {{field-on:bible}}Och han sade också till skarorna: ”När ni ser moln[et] gå upp i väster, säger ni direkt att ett regnväder kommer, och det blir så.{{field-off:bible}} [[@</w:t>
      </w:r>
      <w:r w:rsidR="0096445B" w:rsidRPr="000767E2">
        <w:rPr>
          <w:lang w:val="sv-SE"/>
        </w:rPr>
        <w:t>BibleBIBEL82</w:t>
      </w:r>
      <w:r w:rsidRPr="000767E2">
        <w:rPr>
          <w:lang w:val="sv-SE"/>
        </w:rPr>
        <w:t>:Luke 12:55]]</w:t>
      </w:r>
      <w:r w:rsidRPr="000767E2">
        <w:rPr>
          <w:vertAlign w:val="superscript"/>
          <w:lang w:val="sv-SE"/>
        </w:rPr>
        <w:t>55</w:t>
      </w:r>
      <w:r w:rsidRPr="000767E2">
        <w:rPr>
          <w:lang w:val="sv-SE"/>
        </w:rPr>
        <w:t xml:space="preserve"> {{field-on:bible}}Och när </w:t>
      </w:r>
      <w:r w:rsidRPr="000767E2">
        <w:rPr>
          <w:i/>
          <w:lang w:val="sv-SE"/>
        </w:rPr>
        <w:t>ni ser</w:t>
      </w:r>
      <w:r w:rsidRPr="000767E2">
        <w:rPr>
          <w:lang w:val="sv-SE"/>
        </w:rPr>
        <w:t xml:space="preserve"> sunnan blåsa säger ni att det blir hetta, och det blir </w:t>
      </w:r>
      <w:r w:rsidRPr="000767E2">
        <w:rPr>
          <w:i/>
          <w:lang w:val="sv-SE"/>
        </w:rPr>
        <w:t>det</w:t>
      </w:r>
      <w:r w:rsidRPr="000767E2">
        <w:rPr>
          <w:lang w:val="sv-SE"/>
        </w:rPr>
        <w:t>.{{field-off:bible}} [[@</w:t>
      </w:r>
      <w:r w:rsidR="0096445B" w:rsidRPr="000767E2">
        <w:rPr>
          <w:lang w:val="sv-SE"/>
        </w:rPr>
        <w:t>BibleBIBEL82</w:t>
      </w:r>
      <w:r w:rsidRPr="000767E2">
        <w:rPr>
          <w:lang w:val="sv-SE"/>
        </w:rPr>
        <w:t>:Luke 12:56]]</w:t>
      </w:r>
      <w:r w:rsidRPr="000767E2">
        <w:rPr>
          <w:vertAlign w:val="superscript"/>
          <w:lang w:val="sv-SE"/>
        </w:rPr>
        <w:t>56</w:t>
      </w:r>
      <w:r w:rsidRPr="000767E2">
        <w:rPr>
          <w:lang w:val="sv-SE"/>
        </w:rPr>
        <w:t xml:space="preserve"> {{field-on:bible}}Hycklare, jordens och himlens ansikte förstår ni att avgöra. Men denna tid, hur </w:t>
      </w:r>
      <w:r w:rsidRPr="000767E2">
        <w:rPr>
          <w:i/>
          <w:lang w:val="sv-SE"/>
        </w:rPr>
        <w:t>kan</w:t>
      </w:r>
      <w:r w:rsidRPr="000767E2">
        <w:rPr>
          <w:lang w:val="sv-SE"/>
        </w:rPr>
        <w:t xml:space="preserve"> ni inte förstå att avgöra </w:t>
      </w:r>
      <w:r w:rsidRPr="000767E2">
        <w:rPr>
          <w:i/>
          <w:lang w:val="sv-SE"/>
        </w:rPr>
        <w:t>den</w:t>
      </w:r>
      <w:r w:rsidRPr="000767E2">
        <w:rPr>
          <w:lang w:val="sv-SE"/>
        </w:rPr>
        <w:t>?{{field-off:bible}}</w:t>
      </w:r>
    </w:p>
    <w:p w14:paraId="61979AC8" w14:textId="6DB6B68D" w:rsidR="00BA33AB" w:rsidRPr="000767E2" w:rsidRDefault="00000000">
      <w:pPr>
        <w:rPr>
          <w:lang w:val="sv-SE"/>
        </w:rPr>
      </w:pPr>
      <w:r w:rsidRPr="000767E2">
        <w:rPr>
          <w:lang w:val="sv-SE"/>
        </w:rPr>
        <w:t>[[@</w:t>
      </w:r>
      <w:r w:rsidR="0096445B" w:rsidRPr="000767E2">
        <w:rPr>
          <w:lang w:val="sv-SE"/>
        </w:rPr>
        <w:t>BibleBIBEL82</w:t>
      </w:r>
      <w:r w:rsidRPr="000767E2">
        <w:rPr>
          <w:lang w:val="sv-SE"/>
        </w:rPr>
        <w:t>:Luke 12:57]]</w:t>
      </w:r>
      <w:r w:rsidRPr="000767E2">
        <w:rPr>
          <w:vertAlign w:val="superscript"/>
          <w:lang w:val="sv-SE"/>
        </w:rPr>
        <w:t>57</w:t>
      </w:r>
      <w:r w:rsidRPr="000767E2">
        <w:rPr>
          <w:lang w:val="sv-SE"/>
        </w:rPr>
        <w:t xml:space="preserve"> {{field-on:bible}}Och varför dömer ni inte också av er själva det </w:t>
      </w:r>
      <w:r w:rsidRPr="000767E2">
        <w:rPr>
          <w:i/>
          <w:lang w:val="sv-SE"/>
        </w:rPr>
        <w:t>som är</w:t>
      </w:r>
      <w:r w:rsidRPr="000767E2">
        <w:rPr>
          <w:lang w:val="sv-SE"/>
        </w:rPr>
        <w:t xml:space="preserve"> rättfärdigt?{{field-off:bible}} [[@</w:t>
      </w:r>
      <w:r w:rsidR="0096445B" w:rsidRPr="000767E2">
        <w:rPr>
          <w:lang w:val="sv-SE"/>
        </w:rPr>
        <w:t>BibleBIBEL82</w:t>
      </w:r>
      <w:r w:rsidRPr="000767E2">
        <w:rPr>
          <w:lang w:val="sv-SE"/>
        </w:rPr>
        <w:t>:Luke 12:58]]</w:t>
      </w:r>
      <w:r w:rsidRPr="000767E2">
        <w:rPr>
          <w:vertAlign w:val="superscript"/>
          <w:lang w:val="sv-SE"/>
        </w:rPr>
        <w:t>58</w:t>
      </w:r>
      <w:r w:rsidRPr="000767E2">
        <w:rPr>
          <w:lang w:val="sv-SE"/>
        </w:rPr>
        <w:t xml:space="preserve"> {{field-on:bible}}För när du beger dig med din motpart till en ledare, ge </w:t>
      </w:r>
      <w:r w:rsidRPr="000767E2">
        <w:rPr>
          <w:i/>
          <w:lang w:val="sv-SE"/>
        </w:rPr>
        <w:t>det</w:t>
      </w:r>
      <w:r w:rsidRPr="000767E2">
        <w:rPr>
          <w:lang w:val="sv-SE"/>
        </w:rPr>
        <w:t xml:space="preserve"> en insats på vägen att bli kvitt med honom. Annars drar han ner dig inför domaren, och domaren ska överlämna dig till indrivaren och indrivaren kasta dig i fängelse.{{field-off:bible}} [[@</w:t>
      </w:r>
      <w:r w:rsidR="0096445B" w:rsidRPr="000767E2">
        <w:rPr>
          <w:lang w:val="sv-SE"/>
        </w:rPr>
        <w:t>BibleBIBEL82</w:t>
      </w:r>
      <w:r w:rsidRPr="000767E2">
        <w:rPr>
          <w:lang w:val="sv-SE"/>
        </w:rPr>
        <w:t>:Luke 12:59]]</w:t>
      </w:r>
      <w:r w:rsidRPr="000767E2">
        <w:rPr>
          <w:vertAlign w:val="superscript"/>
          <w:lang w:val="sv-SE"/>
        </w:rPr>
        <w:t>59</w:t>
      </w:r>
      <w:r w:rsidRPr="000767E2">
        <w:rPr>
          <w:lang w:val="sv-SE"/>
        </w:rPr>
        <w:t xml:space="preserve"> {{field-on:bible}}Jag säger dig: Du kommer aldrig ut därifrån förrän du betalt även den sista leptonen.”{{field-off:bible}}</w:t>
      </w:r>
    </w:p>
    <w:p w14:paraId="1019CA58" w14:textId="5808A3B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13]]Kapitel 13</w:t>
      </w:r>
    </w:p>
    <w:p w14:paraId="487443B9" w14:textId="77777777" w:rsidR="00BA33AB" w:rsidRPr="000767E2" w:rsidRDefault="00000000">
      <w:pPr>
        <w:pStyle w:val="Rubrik3"/>
        <w:rPr>
          <w:lang w:val="sv-SE"/>
        </w:rPr>
      </w:pPr>
      <w:r w:rsidRPr="000767E2">
        <w:rPr>
          <w:lang w:val="sv-SE"/>
        </w:rPr>
        <w:t>Om ni inte ändrar sinne</w:t>
      </w:r>
    </w:p>
    <w:p w14:paraId="2F56DB10" w14:textId="3A1A7694" w:rsidR="00BA33AB" w:rsidRPr="000767E2" w:rsidRDefault="00000000">
      <w:pPr>
        <w:rPr>
          <w:lang w:val="sv-SE"/>
        </w:rPr>
      </w:pPr>
      <w:r w:rsidRPr="000767E2">
        <w:rPr>
          <w:lang w:val="sv-SE"/>
        </w:rPr>
        <w:t>[[@</w:t>
      </w:r>
      <w:r w:rsidR="0096445B" w:rsidRPr="000767E2">
        <w:rPr>
          <w:lang w:val="sv-SE"/>
        </w:rPr>
        <w:t>BibleBIBEL82</w:t>
      </w:r>
      <w:r w:rsidRPr="000767E2">
        <w:rPr>
          <w:lang w:val="sv-SE"/>
        </w:rPr>
        <w:t>:Luke 13:1]]</w:t>
      </w:r>
      <w:r w:rsidRPr="000767E2">
        <w:rPr>
          <w:vertAlign w:val="superscript"/>
          <w:lang w:val="sv-SE"/>
        </w:rPr>
        <w:t>1</w:t>
      </w:r>
      <w:r w:rsidRPr="000767E2">
        <w:rPr>
          <w:lang w:val="sv-SE"/>
        </w:rPr>
        <w:t xml:space="preserve"> {{field-on:bible}}Men några var där vid samma tid och berättade för honom om de galileer vilkas blod Pilatus hade blandat med deras offer.{{field-off:bible}} [[@</w:t>
      </w:r>
      <w:r w:rsidR="0096445B" w:rsidRPr="000767E2">
        <w:rPr>
          <w:lang w:val="sv-SE"/>
        </w:rPr>
        <w:t>BibleBIBEL82</w:t>
      </w:r>
      <w:r w:rsidRPr="000767E2">
        <w:rPr>
          <w:lang w:val="sv-SE"/>
        </w:rPr>
        <w:t>:Luke 13:2]]</w:t>
      </w:r>
      <w:r w:rsidRPr="000767E2">
        <w:rPr>
          <w:vertAlign w:val="superscript"/>
          <w:lang w:val="sv-SE"/>
        </w:rPr>
        <w:t>2</w:t>
      </w:r>
      <w:r w:rsidRPr="000767E2">
        <w:rPr>
          <w:lang w:val="sv-SE"/>
        </w:rPr>
        <w:t xml:space="preserve"> {{field-on:bible}}Och han svarade och sade till dem: ”Tänker ni er att dessa galileer var </w:t>
      </w:r>
      <w:r w:rsidRPr="000767E2">
        <w:rPr>
          <w:i/>
          <w:lang w:val="sv-SE"/>
        </w:rPr>
        <w:t>mer</w:t>
      </w:r>
      <w:r w:rsidRPr="000767E2">
        <w:rPr>
          <w:lang w:val="sv-SE"/>
        </w:rPr>
        <w:t xml:space="preserve"> syndare än alla </w:t>
      </w:r>
      <w:r w:rsidRPr="000767E2">
        <w:rPr>
          <w:i/>
          <w:lang w:val="sv-SE"/>
        </w:rPr>
        <w:t>de andra</w:t>
      </w:r>
      <w:r w:rsidRPr="000767E2">
        <w:rPr>
          <w:lang w:val="sv-SE"/>
        </w:rPr>
        <w:t xml:space="preserve"> galileerna, eftersom de </w:t>
      </w:r>
      <w:r w:rsidRPr="000767E2">
        <w:rPr>
          <w:i/>
          <w:lang w:val="sv-SE"/>
        </w:rPr>
        <w:t>fick</w:t>
      </w:r>
      <w:r w:rsidRPr="000767E2">
        <w:rPr>
          <w:lang w:val="sv-SE"/>
        </w:rPr>
        <w:t xml:space="preserve"> lida detta?{{field-off:bible}} [[@</w:t>
      </w:r>
      <w:r w:rsidR="0096445B" w:rsidRPr="000767E2">
        <w:rPr>
          <w:lang w:val="sv-SE"/>
        </w:rPr>
        <w:t>BibleBIBEL82</w:t>
      </w:r>
      <w:r w:rsidRPr="000767E2">
        <w:rPr>
          <w:lang w:val="sv-SE"/>
        </w:rPr>
        <w:t>:Luke 13:3]]</w:t>
      </w:r>
      <w:r w:rsidRPr="000767E2">
        <w:rPr>
          <w:vertAlign w:val="superscript"/>
          <w:lang w:val="sv-SE"/>
        </w:rPr>
        <w:t>3</w:t>
      </w:r>
      <w:r w:rsidRPr="000767E2">
        <w:rPr>
          <w:lang w:val="sv-SE"/>
        </w:rPr>
        <w:t xml:space="preserve"> {{field-on:bible}}Nej, säger jag er. Men om ni inte ändrar sinne, ska ni alla likaså gå förlorade.{{field-off:bible}}</w:t>
      </w:r>
    </w:p>
    <w:p w14:paraId="321EB9E6" w14:textId="36DCA235" w:rsidR="00BA33AB" w:rsidRPr="000767E2" w:rsidRDefault="00000000">
      <w:pPr>
        <w:rPr>
          <w:lang w:val="sv-SE"/>
        </w:rPr>
      </w:pPr>
      <w:r w:rsidRPr="000767E2">
        <w:rPr>
          <w:lang w:val="sv-SE"/>
        </w:rPr>
        <w:t>[[@</w:t>
      </w:r>
      <w:r w:rsidR="0096445B" w:rsidRPr="000767E2">
        <w:rPr>
          <w:lang w:val="sv-SE"/>
        </w:rPr>
        <w:t>BibleBIBEL82</w:t>
      </w:r>
      <w:r w:rsidRPr="000767E2">
        <w:rPr>
          <w:lang w:val="sv-SE"/>
        </w:rPr>
        <w:t>:Luke 13:4]]</w:t>
      </w:r>
      <w:r w:rsidRPr="000767E2">
        <w:rPr>
          <w:vertAlign w:val="superscript"/>
          <w:lang w:val="sv-SE"/>
        </w:rPr>
        <w:t>4</w:t>
      </w:r>
      <w:r w:rsidRPr="000767E2">
        <w:rPr>
          <w:lang w:val="sv-SE"/>
        </w:rPr>
        <w:t xml:space="preserve"> {{field-on:bible}}Eller dessa arton på vilka tornet i Siloam föll och dödade dem, tänker ni er att de var </w:t>
      </w:r>
      <w:r w:rsidRPr="000767E2">
        <w:rPr>
          <w:i/>
          <w:lang w:val="sv-SE"/>
        </w:rPr>
        <w:t>mer</w:t>
      </w:r>
      <w:r w:rsidRPr="000767E2">
        <w:rPr>
          <w:lang w:val="sv-SE"/>
        </w:rPr>
        <w:t xml:space="preserve"> skyldiga än alla </w:t>
      </w:r>
      <w:r w:rsidRPr="000767E2">
        <w:rPr>
          <w:i/>
          <w:lang w:val="sv-SE"/>
        </w:rPr>
        <w:t>de andra</w:t>
      </w:r>
      <w:r w:rsidRPr="000767E2">
        <w:rPr>
          <w:lang w:val="sv-SE"/>
        </w:rPr>
        <w:t xml:space="preserve"> människorna som bor </w:t>
      </w:r>
      <w:r w:rsidRPr="000767E2">
        <w:rPr>
          <w:i/>
          <w:lang w:val="sv-SE"/>
        </w:rPr>
        <w:t>i</w:t>
      </w:r>
      <w:r w:rsidRPr="000767E2">
        <w:rPr>
          <w:lang w:val="sv-SE"/>
        </w:rPr>
        <w:t xml:space="preserve"> Jerusalem?{{field-off:bible}} [[@</w:t>
      </w:r>
      <w:r w:rsidR="0096445B" w:rsidRPr="000767E2">
        <w:rPr>
          <w:lang w:val="sv-SE"/>
        </w:rPr>
        <w:t>BibleBIBEL82</w:t>
      </w:r>
      <w:r w:rsidRPr="000767E2">
        <w:rPr>
          <w:lang w:val="sv-SE"/>
        </w:rPr>
        <w:t>:Luke 13:5]]</w:t>
      </w:r>
      <w:r w:rsidRPr="000767E2">
        <w:rPr>
          <w:vertAlign w:val="superscript"/>
          <w:lang w:val="sv-SE"/>
        </w:rPr>
        <w:t>5</w:t>
      </w:r>
      <w:r w:rsidRPr="000767E2">
        <w:rPr>
          <w:lang w:val="sv-SE"/>
        </w:rPr>
        <w:t xml:space="preserve"> {{field-on:bible}}Nej, säger jag er. Men om ni inte ändrar sinne, ska ni alla på samma sätt gå förlorade.”{{field-off:bible}}</w:t>
      </w:r>
    </w:p>
    <w:p w14:paraId="5FCE7229" w14:textId="77777777" w:rsidR="00BA33AB" w:rsidRPr="000767E2" w:rsidRDefault="00000000">
      <w:pPr>
        <w:pStyle w:val="Rubrik3"/>
        <w:rPr>
          <w:lang w:val="sv-SE"/>
        </w:rPr>
      </w:pPr>
      <w:r w:rsidRPr="000767E2">
        <w:rPr>
          <w:lang w:val="sv-SE"/>
        </w:rPr>
        <w:t>Liknelsen om fikonträdet</w:t>
      </w:r>
    </w:p>
    <w:p w14:paraId="0DFE8549" w14:textId="3A258959" w:rsidR="00BA33AB" w:rsidRPr="000767E2" w:rsidRDefault="00000000">
      <w:pPr>
        <w:rPr>
          <w:lang w:val="sv-SE"/>
        </w:rPr>
      </w:pPr>
      <w:r w:rsidRPr="000767E2">
        <w:rPr>
          <w:lang w:val="sv-SE"/>
        </w:rPr>
        <w:t>[[@</w:t>
      </w:r>
      <w:r w:rsidR="0096445B" w:rsidRPr="000767E2">
        <w:rPr>
          <w:lang w:val="sv-SE"/>
        </w:rPr>
        <w:t>BibleBIBEL82</w:t>
      </w:r>
      <w:r w:rsidRPr="000767E2">
        <w:rPr>
          <w:lang w:val="sv-SE"/>
        </w:rPr>
        <w:t>:Luke 13:6]]</w:t>
      </w:r>
      <w:r w:rsidRPr="000767E2">
        <w:rPr>
          <w:vertAlign w:val="superscript"/>
          <w:lang w:val="sv-SE"/>
        </w:rPr>
        <w:t>6</w:t>
      </w:r>
      <w:r w:rsidRPr="000767E2">
        <w:rPr>
          <w:lang w:val="sv-SE"/>
        </w:rPr>
        <w:t xml:space="preserve"> {{field-on:bible}}Och han sade denna liknelse: ”En hade ett fikonträd planterat i sin vingård. Och han kom och sökte frukt på det, och fann inte.{{field-off:bible}} [[@</w:t>
      </w:r>
      <w:r w:rsidR="0096445B" w:rsidRPr="000767E2">
        <w:rPr>
          <w:lang w:val="sv-SE"/>
        </w:rPr>
        <w:t>BibleBIBEL82</w:t>
      </w:r>
      <w:r w:rsidRPr="000767E2">
        <w:rPr>
          <w:lang w:val="sv-SE"/>
        </w:rPr>
        <w:t>:Luke 13:7]]</w:t>
      </w:r>
      <w:r w:rsidRPr="000767E2">
        <w:rPr>
          <w:vertAlign w:val="superscript"/>
          <w:lang w:val="sv-SE"/>
        </w:rPr>
        <w:t>7</w:t>
      </w:r>
      <w:r w:rsidRPr="000767E2">
        <w:rPr>
          <w:lang w:val="sv-SE"/>
        </w:rPr>
        <w:t xml:space="preserve"> {{field-on:bible}}Och </w:t>
      </w:r>
      <w:r w:rsidRPr="000767E2">
        <w:rPr>
          <w:i/>
          <w:lang w:val="sv-SE"/>
        </w:rPr>
        <w:t>då</w:t>
      </w:r>
      <w:r w:rsidRPr="000767E2">
        <w:rPr>
          <w:lang w:val="sv-SE"/>
        </w:rPr>
        <w:t xml:space="preserve"> sade han till vingårdsarbetaren: Se, </w:t>
      </w:r>
      <w:r w:rsidRPr="000767E2">
        <w:rPr>
          <w:i/>
          <w:lang w:val="sv-SE"/>
        </w:rPr>
        <w:t>det är nu</w:t>
      </w:r>
      <w:r w:rsidRPr="000767E2">
        <w:rPr>
          <w:lang w:val="sv-SE"/>
        </w:rPr>
        <w:t xml:space="preserve"> tre år som jag kommer och söker frukt på detta fikonträd och inte finner. Hugg [så] bort det! Varför </w:t>
      </w:r>
      <w:r w:rsidRPr="000767E2">
        <w:rPr>
          <w:i/>
          <w:lang w:val="sv-SE"/>
        </w:rPr>
        <w:t>ska</w:t>
      </w:r>
      <w:r w:rsidRPr="000767E2">
        <w:rPr>
          <w:lang w:val="sv-SE"/>
        </w:rPr>
        <w:t xml:space="preserve"> det dessutom göra jorden obrukbar?{{field-off:bible}}</w:t>
      </w:r>
    </w:p>
    <w:p w14:paraId="784BF4B1" w14:textId="2EE2ACB0" w:rsidR="00BA33AB" w:rsidRPr="000767E2" w:rsidRDefault="00000000">
      <w:pPr>
        <w:rPr>
          <w:lang w:val="sv-SE"/>
        </w:rPr>
      </w:pPr>
      <w:r w:rsidRPr="000767E2">
        <w:rPr>
          <w:lang w:val="sv-SE"/>
        </w:rPr>
        <w:t>[[@</w:t>
      </w:r>
      <w:r w:rsidR="0096445B" w:rsidRPr="000767E2">
        <w:rPr>
          <w:lang w:val="sv-SE"/>
        </w:rPr>
        <w:t>BibleBIBEL82</w:t>
      </w:r>
      <w:r w:rsidRPr="000767E2">
        <w:rPr>
          <w:lang w:val="sv-SE"/>
        </w:rPr>
        <w:t>:Luke 13:8]]</w:t>
      </w:r>
      <w:r w:rsidRPr="000767E2">
        <w:rPr>
          <w:vertAlign w:val="superscript"/>
          <w:lang w:val="sv-SE"/>
        </w:rPr>
        <w:t>8</w:t>
      </w:r>
      <w:r w:rsidRPr="000767E2">
        <w:rPr>
          <w:lang w:val="sv-SE"/>
        </w:rPr>
        <w:t xml:space="preserve"> {{field-on:bible}}Men han svarar och säger till honom: Herre, låt det </w:t>
      </w:r>
      <w:r w:rsidRPr="000767E2">
        <w:rPr>
          <w:i/>
          <w:lang w:val="sv-SE"/>
        </w:rPr>
        <w:t>stå</w:t>
      </w:r>
      <w:r w:rsidRPr="000767E2">
        <w:rPr>
          <w:lang w:val="sv-SE"/>
        </w:rPr>
        <w:t xml:space="preserve"> även detta år, tills jag har skyfflat runt </w:t>
      </w:r>
      <w:r w:rsidRPr="000767E2">
        <w:rPr>
          <w:i/>
          <w:lang w:val="sv-SE"/>
        </w:rPr>
        <w:t>om</w:t>
      </w:r>
      <w:r w:rsidRPr="000767E2">
        <w:rPr>
          <w:lang w:val="sv-SE"/>
        </w:rPr>
        <w:t xml:space="preserve"> det och lagt gödsel,{{field-off:bible}} </w:t>
      </w:r>
      <w:r w:rsidRPr="000767E2">
        <w:rPr>
          <w:lang w:val="sv-SE"/>
        </w:rPr>
        <w:lastRenderedPageBreak/>
        <w:t>[[@</w:t>
      </w:r>
      <w:r w:rsidR="0096445B" w:rsidRPr="000767E2">
        <w:rPr>
          <w:lang w:val="sv-SE"/>
        </w:rPr>
        <w:t>BibleBIBEL82</w:t>
      </w:r>
      <w:r w:rsidRPr="000767E2">
        <w:rPr>
          <w:lang w:val="sv-SE"/>
        </w:rPr>
        <w:t>:Luke 13:9]]</w:t>
      </w:r>
      <w:r w:rsidRPr="000767E2">
        <w:rPr>
          <w:vertAlign w:val="superscript"/>
          <w:lang w:val="sv-SE"/>
        </w:rPr>
        <w:t>9</w:t>
      </w:r>
      <w:r w:rsidRPr="000767E2">
        <w:rPr>
          <w:lang w:val="sv-SE"/>
        </w:rPr>
        <w:t xml:space="preserve"> {{field-on:bible}}om så det gör frukt till det kommande. Men om inte, ska du hugga bort det.”{{field-off:bible}}</w:t>
      </w:r>
    </w:p>
    <w:p w14:paraId="14F72CD4" w14:textId="77777777" w:rsidR="00BA33AB" w:rsidRPr="000767E2" w:rsidRDefault="00000000">
      <w:pPr>
        <w:pStyle w:val="Rubrik3"/>
        <w:rPr>
          <w:lang w:val="sv-SE"/>
        </w:rPr>
      </w:pPr>
      <w:r w:rsidRPr="000767E2">
        <w:rPr>
          <w:lang w:val="sv-SE"/>
        </w:rPr>
        <w:t>Jesus botar en kvinna på sabbaten</w:t>
      </w:r>
    </w:p>
    <w:p w14:paraId="697F84AC" w14:textId="4A58D5E0" w:rsidR="00BA33AB" w:rsidRPr="000767E2" w:rsidRDefault="00000000">
      <w:pPr>
        <w:rPr>
          <w:lang w:val="sv-SE"/>
        </w:rPr>
      </w:pPr>
      <w:r w:rsidRPr="000767E2">
        <w:rPr>
          <w:lang w:val="sv-SE"/>
        </w:rPr>
        <w:t>[[@</w:t>
      </w:r>
      <w:r w:rsidR="0096445B" w:rsidRPr="000767E2">
        <w:rPr>
          <w:lang w:val="sv-SE"/>
        </w:rPr>
        <w:t>BibleBIBEL82</w:t>
      </w:r>
      <w:r w:rsidRPr="000767E2">
        <w:rPr>
          <w:lang w:val="sv-SE"/>
        </w:rPr>
        <w:t>:Luke 13:10]]</w:t>
      </w:r>
      <w:r w:rsidRPr="000767E2">
        <w:rPr>
          <w:vertAlign w:val="superscript"/>
          <w:lang w:val="sv-SE"/>
        </w:rPr>
        <w:t>10</w:t>
      </w:r>
      <w:r w:rsidRPr="000767E2">
        <w:rPr>
          <w:lang w:val="sv-SE"/>
        </w:rPr>
        <w:t xml:space="preserve"> {{field-on:bible}}Och han var och undervisade i en av synagogorna på sabbaten,{{field-off:bible}} [[@</w:t>
      </w:r>
      <w:r w:rsidR="0096445B" w:rsidRPr="000767E2">
        <w:rPr>
          <w:lang w:val="sv-SE"/>
        </w:rPr>
        <w:t>BibleBIBEL82</w:t>
      </w:r>
      <w:r w:rsidRPr="000767E2">
        <w:rPr>
          <w:lang w:val="sv-SE"/>
        </w:rPr>
        <w:t>:Luke 13:11]]</w:t>
      </w:r>
      <w:r w:rsidRPr="000767E2">
        <w:rPr>
          <w:vertAlign w:val="superscript"/>
          <w:lang w:val="sv-SE"/>
        </w:rPr>
        <w:t>11</w:t>
      </w:r>
      <w:r w:rsidRPr="000767E2">
        <w:rPr>
          <w:lang w:val="sv-SE"/>
        </w:rPr>
        <w:t xml:space="preserve"> {{field-on:bible}}och se: en kvinna som haft en ande av sjukdom </w:t>
      </w:r>
      <w:r w:rsidRPr="000767E2">
        <w:rPr>
          <w:i/>
          <w:lang w:val="sv-SE"/>
        </w:rPr>
        <w:t>i</w:t>
      </w:r>
      <w:r w:rsidRPr="000767E2">
        <w:rPr>
          <w:lang w:val="sv-SE"/>
        </w:rPr>
        <w:t xml:space="preserve"> arton år. Och hon var sammanböjd och kunde inte räta sig upp helt och hållet.{{field-off:bible}} [[@</w:t>
      </w:r>
      <w:r w:rsidR="0096445B" w:rsidRPr="000767E2">
        <w:rPr>
          <w:lang w:val="sv-SE"/>
        </w:rPr>
        <w:t>BibleBIBEL82</w:t>
      </w:r>
      <w:r w:rsidRPr="000767E2">
        <w:rPr>
          <w:lang w:val="sv-SE"/>
        </w:rPr>
        <w:t>:Luke 13:12]]</w:t>
      </w:r>
      <w:r w:rsidRPr="000767E2">
        <w:rPr>
          <w:vertAlign w:val="superscript"/>
          <w:lang w:val="sv-SE"/>
        </w:rPr>
        <w:t>12</w:t>
      </w:r>
      <w:r w:rsidRPr="000767E2">
        <w:rPr>
          <w:lang w:val="sv-SE"/>
        </w:rPr>
        <w:t xml:space="preserve"> {{field-on:bible}}Och Jesus såg henne och ropade till sig och sade till henne: ”Kvinna, du är frigiven från din sjukdom.”{{field-off:bible}} [[@</w:t>
      </w:r>
      <w:r w:rsidR="0096445B" w:rsidRPr="000767E2">
        <w:rPr>
          <w:lang w:val="sv-SE"/>
        </w:rPr>
        <w:t>BibleBIBEL82</w:t>
      </w:r>
      <w:r w:rsidRPr="000767E2">
        <w:rPr>
          <w:lang w:val="sv-SE"/>
        </w:rPr>
        <w:t>:Luke 13:13]]</w:t>
      </w:r>
      <w:r w:rsidRPr="000767E2">
        <w:rPr>
          <w:vertAlign w:val="superscript"/>
          <w:lang w:val="sv-SE"/>
        </w:rPr>
        <w:t>13</w:t>
      </w:r>
      <w:r w:rsidRPr="000767E2">
        <w:rPr>
          <w:lang w:val="sv-SE"/>
        </w:rPr>
        <w:t xml:space="preserve"> {{field-on:bible}}Och han lade på henne händerna, och genast blev hon åter upprätad och ärade Gud.{{field-off:bible}}</w:t>
      </w:r>
    </w:p>
    <w:p w14:paraId="5C11BB82" w14:textId="7E7535BA" w:rsidR="00BA33AB" w:rsidRPr="000767E2" w:rsidRDefault="00000000">
      <w:pPr>
        <w:rPr>
          <w:lang w:val="sv-SE"/>
        </w:rPr>
      </w:pPr>
      <w:r w:rsidRPr="000767E2">
        <w:rPr>
          <w:lang w:val="sv-SE"/>
        </w:rPr>
        <w:t>[[@</w:t>
      </w:r>
      <w:r w:rsidR="0096445B" w:rsidRPr="000767E2">
        <w:rPr>
          <w:lang w:val="sv-SE"/>
        </w:rPr>
        <w:t>BibleBIBEL82</w:t>
      </w:r>
      <w:r w:rsidRPr="000767E2">
        <w:rPr>
          <w:lang w:val="sv-SE"/>
        </w:rPr>
        <w:t>:Luke 13:14]]</w:t>
      </w:r>
      <w:r w:rsidRPr="000767E2">
        <w:rPr>
          <w:vertAlign w:val="superscript"/>
          <w:lang w:val="sv-SE"/>
        </w:rPr>
        <w:t>14</w:t>
      </w:r>
      <w:r w:rsidRPr="000767E2">
        <w:rPr>
          <w:lang w:val="sv-SE"/>
        </w:rPr>
        <w:t xml:space="preserve"> {{field-on:bible}}Men </w:t>
      </w:r>
      <w:r w:rsidRPr="000767E2">
        <w:rPr>
          <w:i/>
          <w:lang w:val="sv-SE"/>
        </w:rPr>
        <w:t>då</w:t>
      </w:r>
      <w:r w:rsidRPr="000767E2">
        <w:rPr>
          <w:lang w:val="sv-SE"/>
        </w:rPr>
        <w:t xml:space="preserve"> svarade synagogföreståndaren, indignerad att </w:t>
      </w:r>
      <w:r w:rsidRPr="000767E2">
        <w:rPr>
          <w:i/>
          <w:lang w:val="sv-SE"/>
        </w:rPr>
        <w:t>det var</w:t>
      </w:r>
      <w:r w:rsidRPr="000767E2">
        <w:rPr>
          <w:lang w:val="sv-SE"/>
        </w:rPr>
        <w:t xml:space="preserve"> på sabbaten Jesus botade, och sade till skaran att: ”Sex dagar finns på vilka man bör arbeta. På dem kommer ni alltså och blir botade, och inte på sabbatsdagen.”{{field-off:bible}} [[@</w:t>
      </w:r>
      <w:r w:rsidR="0096445B" w:rsidRPr="000767E2">
        <w:rPr>
          <w:lang w:val="sv-SE"/>
        </w:rPr>
        <w:t>BibleBIBEL82</w:t>
      </w:r>
      <w:r w:rsidRPr="000767E2">
        <w:rPr>
          <w:lang w:val="sv-SE"/>
        </w:rPr>
        <w:t>:Luke 13:15]]</w:t>
      </w:r>
      <w:r w:rsidRPr="000767E2">
        <w:rPr>
          <w:vertAlign w:val="superscript"/>
          <w:lang w:val="sv-SE"/>
        </w:rPr>
        <w:t>15</w:t>
      </w:r>
      <w:r w:rsidRPr="000767E2">
        <w:rPr>
          <w:lang w:val="sv-SE"/>
        </w:rPr>
        <w:t xml:space="preserve"> {{field-on:bible}}Men </w:t>
      </w:r>
      <w:r w:rsidRPr="000767E2">
        <w:rPr>
          <w:i/>
          <w:lang w:val="sv-SE"/>
        </w:rPr>
        <w:t>då</w:t>
      </w:r>
      <w:r w:rsidRPr="000767E2">
        <w:rPr>
          <w:lang w:val="sv-SE"/>
        </w:rPr>
        <w:t xml:space="preserve"> svarade honom Herren och sade: ”Hycklare! Löser inte var och en av er på sabbaten sin oxe eller åsna från krubban och leder bort och vattnar?{{field-off:bible}} [[@</w:t>
      </w:r>
      <w:r w:rsidR="0096445B" w:rsidRPr="000767E2">
        <w:rPr>
          <w:lang w:val="sv-SE"/>
        </w:rPr>
        <w:t>BibleBIBEL82</w:t>
      </w:r>
      <w:r w:rsidRPr="000767E2">
        <w:rPr>
          <w:lang w:val="sv-SE"/>
        </w:rPr>
        <w:t>:Luke 13:16]]</w:t>
      </w:r>
      <w:r w:rsidRPr="000767E2">
        <w:rPr>
          <w:vertAlign w:val="superscript"/>
          <w:lang w:val="sv-SE"/>
        </w:rPr>
        <w:t>16</w:t>
      </w:r>
      <w:r w:rsidRPr="000767E2">
        <w:rPr>
          <w:lang w:val="sv-SE"/>
        </w:rPr>
        <w:t xml:space="preserve"> {{field-on:bible}}Men denna som är Abrahams dotter, som Satan har bundit – se, arton år! – borde inte hon </w:t>
      </w:r>
      <w:r w:rsidRPr="000767E2">
        <w:rPr>
          <w:i/>
          <w:lang w:val="sv-SE"/>
        </w:rPr>
        <w:t>få</w:t>
      </w:r>
      <w:r w:rsidRPr="000767E2">
        <w:rPr>
          <w:lang w:val="sv-SE"/>
        </w:rPr>
        <w:t xml:space="preserve"> bli löst från denna boja på sabbatsdagen?”{{field-off:bible}} [[@</w:t>
      </w:r>
      <w:r w:rsidR="0096445B" w:rsidRPr="000767E2">
        <w:rPr>
          <w:lang w:val="sv-SE"/>
        </w:rPr>
        <w:t>BibleBIBEL82</w:t>
      </w:r>
      <w:r w:rsidRPr="000767E2">
        <w:rPr>
          <w:lang w:val="sv-SE"/>
        </w:rPr>
        <w:t>:Luke 13:17]]</w:t>
      </w:r>
      <w:r w:rsidRPr="000767E2">
        <w:rPr>
          <w:vertAlign w:val="superscript"/>
          <w:lang w:val="sv-SE"/>
        </w:rPr>
        <w:t>17</w:t>
      </w:r>
      <w:r w:rsidRPr="000767E2">
        <w:rPr>
          <w:lang w:val="sv-SE"/>
        </w:rPr>
        <w:t xml:space="preserve"> {{field-on:bible}}Och när han sade detta, skämdes alla hans motståndare. Och hela skaran gladde sig över allt det härliga som kom genom honom.{{field-off:bible}}</w:t>
      </w:r>
    </w:p>
    <w:p w14:paraId="2F536230" w14:textId="77777777" w:rsidR="00BA33AB" w:rsidRPr="000767E2" w:rsidRDefault="00000000">
      <w:pPr>
        <w:pStyle w:val="Rubrik3"/>
        <w:rPr>
          <w:lang w:val="sv-SE"/>
        </w:rPr>
      </w:pPr>
      <w:r w:rsidRPr="000767E2">
        <w:rPr>
          <w:lang w:val="sv-SE"/>
        </w:rPr>
        <w:t>Liknelsen om senapskornet</w:t>
      </w:r>
    </w:p>
    <w:p w14:paraId="2CEA9DDC" w14:textId="6164CC84" w:rsidR="00BA33AB" w:rsidRPr="000767E2" w:rsidRDefault="00000000">
      <w:pPr>
        <w:rPr>
          <w:lang w:val="sv-SE"/>
        </w:rPr>
      </w:pPr>
      <w:r w:rsidRPr="000767E2">
        <w:rPr>
          <w:lang w:val="sv-SE"/>
        </w:rPr>
        <w:t>[[@</w:t>
      </w:r>
      <w:r w:rsidR="0096445B" w:rsidRPr="000767E2">
        <w:rPr>
          <w:lang w:val="sv-SE"/>
        </w:rPr>
        <w:t>BibleBIBEL82</w:t>
      </w:r>
      <w:r w:rsidRPr="000767E2">
        <w:rPr>
          <w:lang w:val="sv-SE"/>
        </w:rPr>
        <w:t>:Luke 13:18]]</w:t>
      </w:r>
      <w:r w:rsidRPr="000767E2">
        <w:rPr>
          <w:vertAlign w:val="superscript"/>
          <w:lang w:val="sv-SE"/>
        </w:rPr>
        <w:t>18</w:t>
      </w:r>
      <w:r w:rsidRPr="000767E2">
        <w:rPr>
          <w:lang w:val="sv-SE"/>
        </w:rPr>
        <w:t xml:space="preserve"> {{field-on:bible}}Han sade nu: ”Vad är Guds rike likt? Och vid vad ska jag likna det?{{field-off:bible}} [[@</w:t>
      </w:r>
      <w:r w:rsidR="0096445B" w:rsidRPr="000767E2">
        <w:rPr>
          <w:lang w:val="sv-SE"/>
        </w:rPr>
        <w:t>BibleBIBEL82</w:t>
      </w:r>
      <w:r w:rsidRPr="000767E2">
        <w:rPr>
          <w:lang w:val="sv-SE"/>
        </w:rPr>
        <w:t>:Luke 13:19]]</w:t>
      </w:r>
      <w:r w:rsidRPr="000767E2">
        <w:rPr>
          <w:vertAlign w:val="superscript"/>
          <w:lang w:val="sv-SE"/>
        </w:rPr>
        <w:t>19</w:t>
      </w:r>
      <w:r w:rsidRPr="000767E2">
        <w:rPr>
          <w:lang w:val="sv-SE"/>
        </w:rPr>
        <w:t xml:space="preserve"> {{field-on:bible}}Det är likt ett senapskorn, som en människa tog och satte i sin trädgård. Och det växte och blev till ett träd, och himlens fåglar satte bo i dess grenar.”{{field-off:bible}}</w:t>
      </w:r>
    </w:p>
    <w:p w14:paraId="3FB6D345" w14:textId="77777777" w:rsidR="00BA33AB" w:rsidRPr="000767E2" w:rsidRDefault="00000000">
      <w:pPr>
        <w:pStyle w:val="Rubrik3"/>
        <w:rPr>
          <w:lang w:val="sv-SE"/>
        </w:rPr>
      </w:pPr>
      <w:r w:rsidRPr="000767E2">
        <w:rPr>
          <w:lang w:val="sv-SE"/>
        </w:rPr>
        <w:t>Liknelsen om surdegen</w:t>
      </w:r>
    </w:p>
    <w:p w14:paraId="63D3C971" w14:textId="7B28228E" w:rsidR="00BA33AB" w:rsidRPr="000767E2" w:rsidRDefault="00000000">
      <w:pPr>
        <w:rPr>
          <w:lang w:val="sv-SE"/>
        </w:rPr>
      </w:pPr>
      <w:r w:rsidRPr="000767E2">
        <w:rPr>
          <w:lang w:val="sv-SE"/>
        </w:rPr>
        <w:t>[[@</w:t>
      </w:r>
      <w:r w:rsidR="0096445B" w:rsidRPr="000767E2">
        <w:rPr>
          <w:lang w:val="sv-SE"/>
        </w:rPr>
        <w:t>BibleBIBEL82</w:t>
      </w:r>
      <w:r w:rsidRPr="000767E2">
        <w:rPr>
          <w:lang w:val="sv-SE"/>
        </w:rPr>
        <w:t>:Luke 13:20]]</w:t>
      </w:r>
      <w:r w:rsidRPr="000767E2">
        <w:rPr>
          <w:vertAlign w:val="superscript"/>
          <w:lang w:val="sv-SE"/>
        </w:rPr>
        <w:t>20</w:t>
      </w:r>
      <w:r w:rsidRPr="000767E2">
        <w:rPr>
          <w:lang w:val="sv-SE"/>
        </w:rPr>
        <w:t xml:space="preserve"> {{field-on:bible}}Och åter sade han: ”Vid vad ska jag likna Guds rike?{{field-off:bible}} [[@</w:t>
      </w:r>
      <w:r w:rsidR="0096445B" w:rsidRPr="000767E2">
        <w:rPr>
          <w:lang w:val="sv-SE"/>
        </w:rPr>
        <w:t>BibleBIBEL82</w:t>
      </w:r>
      <w:r w:rsidRPr="000767E2">
        <w:rPr>
          <w:lang w:val="sv-SE"/>
        </w:rPr>
        <w:t>:Luke 13:21]]</w:t>
      </w:r>
      <w:r w:rsidRPr="000767E2">
        <w:rPr>
          <w:vertAlign w:val="superscript"/>
          <w:lang w:val="sv-SE"/>
        </w:rPr>
        <w:t>21</w:t>
      </w:r>
      <w:r w:rsidRPr="000767E2">
        <w:rPr>
          <w:lang w:val="sv-SE"/>
        </w:rPr>
        <w:t xml:space="preserve"> {{field-on:bible}}Det är likt en surdeg, som en kvinna tog och dolde [in] i tre seamått mjöl tills </w:t>
      </w:r>
      <w:r w:rsidRPr="000767E2">
        <w:rPr>
          <w:i/>
          <w:lang w:val="sv-SE"/>
        </w:rPr>
        <w:t>det</w:t>
      </w:r>
      <w:r w:rsidRPr="000767E2">
        <w:rPr>
          <w:lang w:val="sv-SE"/>
        </w:rPr>
        <w:t xml:space="preserve"> hela blev syrat.”{{field-off:bible}}</w:t>
      </w:r>
    </w:p>
    <w:p w14:paraId="4EE3E9EA" w14:textId="77777777" w:rsidR="00BA33AB" w:rsidRPr="000767E2" w:rsidRDefault="00000000">
      <w:pPr>
        <w:pStyle w:val="Rubrik3"/>
        <w:rPr>
          <w:lang w:val="sv-SE"/>
        </w:rPr>
      </w:pPr>
      <w:r w:rsidRPr="000767E2">
        <w:rPr>
          <w:lang w:val="sv-SE"/>
        </w:rPr>
        <w:t>Den trånga porten</w:t>
      </w:r>
    </w:p>
    <w:p w14:paraId="18918523" w14:textId="4AEE69A9" w:rsidR="00BA33AB" w:rsidRPr="000767E2" w:rsidRDefault="00000000">
      <w:pPr>
        <w:rPr>
          <w:lang w:val="sv-SE"/>
        </w:rPr>
      </w:pPr>
      <w:r w:rsidRPr="000767E2">
        <w:rPr>
          <w:lang w:val="sv-SE"/>
        </w:rPr>
        <w:t>[[@</w:t>
      </w:r>
      <w:r w:rsidR="0096445B" w:rsidRPr="000767E2">
        <w:rPr>
          <w:lang w:val="sv-SE"/>
        </w:rPr>
        <w:t>BibleBIBEL82</w:t>
      </w:r>
      <w:r w:rsidRPr="000767E2">
        <w:rPr>
          <w:lang w:val="sv-SE"/>
        </w:rPr>
        <w:t>:Luke 13:22]]</w:t>
      </w:r>
      <w:r w:rsidRPr="000767E2">
        <w:rPr>
          <w:vertAlign w:val="superscript"/>
          <w:lang w:val="sv-SE"/>
        </w:rPr>
        <w:t>22</w:t>
      </w:r>
      <w:r w:rsidRPr="000767E2">
        <w:rPr>
          <w:lang w:val="sv-SE"/>
        </w:rPr>
        <w:t xml:space="preserve"> {{field-on:bible}}Och han gick genom städer och byar medan han undervisade och gjorde </w:t>
      </w:r>
      <w:r w:rsidRPr="000767E2">
        <w:rPr>
          <w:i/>
          <w:lang w:val="sv-SE"/>
        </w:rPr>
        <w:t>sin</w:t>
      </w:r>
      <w:r w:rsidRPr="000767E2">
        <w:rPr>
          <w:lang w:val="sv-SE"/>
        </w:rPr>
        <w:t xml:space="preserve"> resa till Jerusalem.{{field-off:bible}} [[@</w:t>
      </w:r>
      <w:r w:rsidR="0096445B" w:rsidRPr="000767E2">
        <w:rPr>
          <w:lang w:val="sv-SE"/>
        </w:rPr>
        <w:t>BibleBIBEL82</w:t>
      </w:r>
      <w:r w:rsidRPr="000767E2">
        <w:rPr>
          <w:lang w:val="sv-SE"/>
        </w:rPr>
        <w:t>:Luke 13:23]]</w:t>
      </w:r>
      <w:r w:rsidRPr="000767E2">
        <w:rPr>
          <w:vertAlign w:val="superscript"/>
          <w:lang w:val="sv-SE"/>
        </w:rPr>
        <w:t>23</w:t>
      </w:r>
      <w:r w:rsidRPr="000767E2">
        <w:rPr>
          <w:lang w:val="sv-SE"/>
        </w:rPr>
        <w:t xml:space="preserve"> {{field-on:bible}}Och </w:t>
      </w:r>
      <w:r w:rsidRPr="000767E2">
        <w:rPr>
          <w:i/>
          <w:lang w:val="sv-SE"/>
        </w:rPr>
        <w:t>då</w:t>
      </w:r>
      <w:r w:rsidRPr="000767E2">
        <w:rPr>
          <w:lang w:val="sv-SE"/>
        </w:rPr>
        <w:t xml:space="preserve"> </w:t>
      </w:r>
      <w:r w:rsidRPr="000767E2">
        <w:rPr>
          <w:i/>
          <w:lang w:val="sv-SE"/>
        </w:rPr>
        <w:t>frågade</w:t>
      </w:r>
      <w:r w:rsidRPr="000767E2">
        <w:rPr>
          <w:lang w:val="sv-SE"/>
        </w:rPr>
        <w:t xml:space="preserve"> någon honom: ”Herre, om </w:t>
      </w:r>
      <w:r w:rsidRPr="000767E2">
        <w:rPr>
          <w:i/>
          <w:lang w:val="sv-SE"/>
        </w:rPr>
        <w:t>det är</w:t>
      </w:r>
      <w:r w:rsidRPr="000767E2">
        <w:rPr>
          <w:lang w:val="sv-SE"/>
        </w:rPr>
        <w:t xml:space="preserve"> få som blir frälsta?” Men han sade till dem:{{field-off:bible}} [[@</w:t>
      </w:r>
      <w:r w:rsidR="0096445B" w:rsidRPr="000767E2">
        <w:rPr>
          <w:lang w:val="sv-SE"/>
        </w:rPr>
        <w:t>BibleBIBEL82</w:t>
      </w:r>
      <w:r w:rsidRPr="000767E2">
        <w:rPr>
          <w:lang w:val="sv-SE"/>
        </w:rPr>
        <w:t>:Luke 13:24]]</w:t>
      </w:r>
      <w:r w:rsidRPr="000767E2">
        <w:rPr>
          <w:vertAlign w:val="superscript"/>
          <w:lang w:val="sv-SE"/>
        </w:rPr>
        <w:t>24</w:t>
      </w:r>
      <w:r w:rsidRPr="000767E2">
        <w:rPr>
          <w:lang w:val="sv-SE"/>
        </w:rPr>
        <w:t xml:space="preserve"> {{field-on:bible}}”Kämpa </w:t>
      </w:r>
      <w:r w:rsidRPr="000767E2">
        <w:rPr>
          <w:i/>
          <w:lang w:val="sv-SE"/>
        </w:rPr>
        <w:t>för</w:t>
      </w:r>
      <w:r w:rsidRPr="000767E2">
        <w:rPr>
          <w:lang w:val="sv-SE"/>
        </w:rPr>
        <w:t xml:space="preserve"> att komma in genom den trånga dörren. Många, säger jag er, ska nämligen söka komma in och inte mäkta.{{field-off:bible}} [[@</w:t>
      </w:r>
      <w:r w:rsidR="0096445B" w:rsidRPr="000767E2">
        <w:rPr>
          <w:lang w:val="sv-SE"/>
        </w:rPr>
        <w:t>BibleBIBEL82</w:t>
      </w:r>
      <w:r w:rsidRPr="000767E2">
        <w:rPr>
          <w:lang w:val="sv-SE"/>
        </w:rPr>
        <w:t>:Luke 13:25]]</w:t>
      </w:r>
      <w:r w:rsidRPr="000767E2">
        <w:rPr>
          <w:vertAlign w:val="superscript"/>
          <w:lang w:val="sv-SE"/>
        </w:rPr>
        <w:t>25</w:t>
      </w:r>
      <w:r w:rsidRPr="000767E2">
        <w:rPr>
          <w:lang w:val="sv-SE"/>
        </w:rPr>
        <w:t xml:space="preserve"> {{field-on:bible}}Från det att hushärskaren har rest sig och stängt till dörren, och ni börjar stå utanför och bulta på dörren och säga: Herre, öppna för oss! – då ska han svara och säga till er: Jag känner </w:t>
      </w:r>
      <w:r w:rsidRPr="000767E2">
        <w:rPr>
          <w:lang w:val="sv-SE"/>
        </w:rPr>
        <w:lastRenderedPageBreak/>
        <w:t>er inte. Varifrån är ni?{{field-off:bible}} [[@</w:t>
      </w:r>
      <w:r w:rsidR="0096445B" w:rsidRPr="000767E2">
        <w:rPr>
          <w:lang w:val="sv-SE"/>
        </w:rPr>
        <w:t>BibleBIBEL82</w:t>
      </w:r>
      <w:r w:rsidRPr="000767E2">
        <w:rPr>
          <w:lang w:val="sv-SE"/>
        </w:rPr>
        <w:t>:Luke 13:26]]</w:t>
      </w:r>
      <w:r w:rsidRPr="000767E2">
        <w:rPr>
          <w:vertAlign w:val="superscript"/>
          <w:lang w:val="sv-SE"/>
        </w:rPr>
        <w:t>26</w:t>
      </w:r>
      <w:r w:rsidRPr="000767E2">
        <w:rPr>
          <w:lang w:val="sv-SE"/>
        </w:rPr>
        <w:t xml:space="preserve"> {{field-on:bible}}Då kommer ni att börja säga: Vi åt inför dig och drack, och på våra gator undervisade du.{{field-off:bible}} [[@</w:t>
      </w:r>
      <w:r w:rsidR="0096445B" w:rsidRPr="000767E2">
        <w:rPr>
          <w:lang w:val="sv-SE"/>
        </w:rPr>
        <w:t>BibleBIBEL82</w:t>
      </w:r>
      <w:r w:rsidRPr="000767E2">
        <w:rPr>
          <w:lang w:val="sv-SE"/>
        </w:rPr>
        <w:t>:Luke 13:27]]</w:t>
      </w:r>
      <w:r w:rsidRPr="000767E2">
        <w:rPr>
          <w:vertAlign w:val="superscript"/>
          <w:lang w:val="sv-SE"/>
        </w:rPr>
        <w:t>27</w:t>
      </w:r>
      <w:r w:rsidRPr="000767E2">
        <w:rPr>
          <w:lang w:val="sv-SE"/>
        </w:rPr>
        <w:t xml:space="preserve"> {{field-on:bible}}Och han ska tala och säga till er: Jag känner [er] inte. Varifrån är ni? Avlägsna er från mig, alla utförare av orätt.{{field-off:bible}}</w:t>
      </w:r>
    </w:p>
    <w:p w14:paraId="21AD3C00" w14:textId="1073D7CA" w:rsidR="00BA33AB" w:rsidRPr="000767E2" w:rsidRDefault="00000000">
      <w:pPr>
        <w:rPr>
          <w:lang w:val="sv-SE"/>
        </w:rPr>
      </w:pPr>
      <w:r w:rsidRPr="000767E2">
        <w:rPr>
          <w:lang w:val="sv-SE"/>
        </w:rPr>
        <w:t>[[@</w:t>
      </w:r>
      <w:r w:rsidR="0096445B" w:rsidRPr="000767E2">
        <w:rPr>
          <w:lang w:val="sv-SE"/>
        </w:rPr>
        <w:t>BibleBIBEL82</w:t>
      </w:r>
      <w:r w:rsidRPr="000767E2">
        <w:rPr>
          <w:lang w:val="sv-SE"/>
        </w:rPr>
        <w:t>:Luke 13:28]]</w:t>
      </w:r>
      <w:r w:rsidRPr="000767E2">
        <w:rPr>
          <w:vertAlign w:val="superscript"/>
          <w:lang w:val="sv-SE"/>
        </w:rPr>
        <w:t>28</w:t>
      </w:r>
      <w:r w:rsidRPr="000767E2">
        <w:rPr>
          <w:lang w:val="sv-SE"/>
        </w:rPr>
        <w:t xml:space="preserve"> {{field-on:bible}}Där blir gråten och tändernas gnissel, när ni ser Abraham och Isaak och Jakob och alla profeterna i Guds rike, men ni kastas ut utanför.{{field-off:bible}} [[@</w:t>
      </w:r>
      <w:r w:rsidR="0096445B" w:rsidRPr="000767E2">
        <w:rPr>
          <w:lang w:val="sv-SE"/>
        </w:rPr>
        <w:t>BibleBIBEL82</w:t>
      </w:r>
      <w:r w:rsidRPr="000767E2">
        <w:rPr>
          <w:lang w:val="sv-SE"/>
        </w:rPr>
        <w:t>:Luke 13:29]]</w:t>
      </w:r>
      <w:r w:rsidRPr="000767E2">
        <w:rPr>
          <w:vertAlign w:val="superscript"/>
          <w:lang w:val="sv-SE"/>
        </w:rPr>
        <w:t>29</w:t>
      </w:r>
      <w:r w:rsidRPr="000767E2">
        <w:rPr>
          <w:lang w:val="sv-SE"/>
        </w:rPr>
        <w:t xml:space="preserve"> {{field-on:bible}}Och de ska komma från öster och väster och från norr och söder och luta sig </w:t>
      </w:r>
      <w:r w:rsidRPr="000767E2">
        <w:rPr>
          <w:i/>
          <w:lang w:val="sv-SE"/>
        </w:rPr>
        <w:t>till bords</w:t>
      </w:r>
      <w:r w:rsidRPr="000767E2">
        <w:rPr>
          <w:lang w:val="sv-SE"/>
        </w:rPr>
        <w:t xml:space="preserve"> i Guds rike.{{field-off:bible}} [[@</w:t>
      </w:r>
      <w:r w:rsidR="0096445B" w:rsidRPr="000767E2">
        <w:rPr>
          <w:lang w:val="sv-SE"/>
        </w:rPr>
        <w:t>BibleBIBEL82</w:t>
      </w:r>
      <w:r w:rsidRPr="000767E2">
        <w:rPr>
          <w:lang w:val="sv-SE"/>
        </w:rPr>
        <w:t>:Luke 13:30]]</w:t>
      </w:r>
      <w:r w:rsidRPr="000767E2">
        <w:rPr>
          <w:vertAlign w:val="superscript"/>
          <w:lang w:val="sv-SE"/>
        </w:rPr>
        <w:t>30</w:t>
      </w:r>
      <w:r w:rsidRPr="000767E2">
        <w:rPr>
          <w:lang w:val="sv-SE"/>
        </w:rPr>
        <w:t xml:space="preserve"> {{field-on:bible}}Och se: det finns sista som ska bli första, och det finns första som ska bli sista.”{{field-off:bible}}</w:t>
      </w:r>
    </w:p>
    <w:p w14:paraId="0DE38CE4" w14:textId="77777777" w:rsidR="00BA33AB" w:rsidRPr="000767E2" w:rsidRDefault="00000000">
      <w:pPr>
        <w:pStyle w:val="Rubrik3"/>
        <w:rPr>
          <w:lang w:val="sv-SE"/>
        </w:rPr>
      </w:pPr>
      <w:r w:rsidRPr="000767E2">
        <w:rPr>
          <w:lang w:val="sv-SE"/>
        </w:rPr>
        <w:t>Jesu klagan över Jerusalem</w:t>
      </w:r>
    </w:p>
    <w:p w14:paraId="6DA0C5D7" w14:textId="39C39E5C" w:rsidR="00BA33AB" w:rsidRPr="000767E2" w:rsidRDefault="00000000">
      <w:pPr>
        <w:rPr>
          <w:lang w:val="sv-SE"/>
        </w:rPr>
      </w:pPr>
      <w:r w:rsidRPr="000767E2">
        <w:rPr>
          <w:lang w:val="sv-SE"/>
        </w:rPr>
        <w:t>[[@</w:t>
      </w:r>
      <w:r w:rsidR="0096445B" w:rsidRPr="000767E2">
        <w:rPr>
          <w:lang w:val="sv-SE"/>
        </w:rPr>
        <w:t>BibleBIBEL82</w:t>
      </w:r>
      <w:r w:rsidRPr="000767E2">
        <w:rPr>
          <w:lang w:val="sv-SE"/>
        </w:rPr>
        <w:t>:Luke 13:31]]</w:t>
      </w:r>
      <w:r w:rsidRPr="000767E2">
        <w:rPr>
          <w:vertAlign w:val="superscript"/>
          <w:lang w:val="sv-SE"/>
        </w:rPr>
        <w:t>31</w:t>
      </w:r>
      <w:r w:rsidRPr="000767E2">
        <w:rPr>
          <w:lang w:val="sv-SE"/>
        </w:rPr>
        <w:t xml:space="preserve"> {{field-on:bible}}I samma stund kom </w:t>
      </w:r>
      <w:r w:rsidRPr="000767E2">
        <w:rPr>
          <w:i/>
          <w:lang w:val="sv-SE"/>
        </w:rPr>
        <w:t>det</w:t>
      </w:r>
      <w:r w:rsidRPr="000767E2">
        <w:rPr>
          <w:lang w:val="sv-SE"/>
        </w:rPr>
        <w:t xml:space="preserve"> fram några fariseer och sade till honom: ”Gå ut och vandra härifrån. För Herodes vill döda dig.”{{field-off:bible}} [[@</w:t>
      </w:r>
      <w:r w:rsidR="0096445B" w:rsidRPr="000767E2">
        <w:rPr>
          <w:lang w:val="sv-SE"/>
        </w:rPr>
        <w:t>BibleBIBEL82</w:t>
      </w:r>
      <w:r w:rsidRPr="000767E2">
        <w:rPr>
          <w:lang w:val="sv-SE"/>
        </w:rPr>
        <w:t>:Luke 13:32]]</w:t>
      </w:r>
      <w:r w:rsidRPr="000767E2">
        <w:rPr>
          <w:vertAlign w:val="superscript"/>
          <w:lang w:val="sv-SE"/>
        </w:rPr>
        <w:t>32</w:t>
      </w:r>
      <w:r w:rsidRPr="000767E2">
        <w:rPr>
          <w:lang w:val="sv-SE"/>
        </w:rPr>
        <w:t xml:space="preserve"> {{field-on:bible}}Och han sade till dem: ”Gå och säg till den räven: Se, jag driver ut demoner och fullbordar helanden idag och imorgon, och den tredje </w:t>
      </w:r>
      <w:r w:rsidRPr="000767E2">
        <w:rPr>
          <w:i/>
          <w:lang w:val="sv-SE"/>
        </w:rPr>
        <w:t>dagen</w:t>
      </w:r>
      <w:r w:rsidRPr="000767E2">
        <w:rPr>
          <w:lang w:val="sv-SE"/>
        </w:rPr>
        <w:t xml:space="preserve"> fullkomnas jag.{{field-off:bible}} [[@</w:t>
      </w:r>
      <w:r w:rsidR="0096445B" w:rsidRPr="000767E2">
        <w:rPr>
          <w:lang w:val="sv-SE"/>
        </w:rPr>
        <w:t>BibleBIBEL82</w:t>
      </w:r>
      <w:r w:rsidRPr="000767E2">
        <w:rPr>
          <w:lang w:val="sv-SE"/>
        </w:rPr>
        <w:t>:Luke 13:33]]</w:t>
      </w:r>
      <w:r w:rsidRPr="000767E2">
        <w:rPr>
          <w:vertAlign w:val="superscript"/>
          <w:lang w:val="sv-SE"/>
        </w:rPr>
        <w:t>33</w:t>
      </w:r>
      <w:r w:rsidRPr="000767E2">
        <w:rPr>
          <w:lang w:val="sv-SE"/>
        </w:rPr>
        <w:t xml:space="preserve"> {{field-on:bible}}Men jag måste idag och imorgon och i övermorgon vandra. För det är inte godtagbart att en profet förgörs utanför Jerusalem.{{field-off:bible}}</w:t>
      </w:r>
    </w:p>
    <w:p w14:paraId="4BD2C017" w14:textId="0AAE92E8" w:rsidR="00BA33AB" w:rsidRPr="000767E2" w:rsidRDefault="00000000">
      <w:pPr>
        <w:rPr>
          <w:lang w:val="sv-SE"/>
        </w:rPr>
      </w:pPr>
      <w:r w:rsidRPr="000767E2">
        <w:rPr>
          <w:lang w:val="sv-SE"/>
        </w:rPr>
        <w:t>[[@</w:t>
      </w:r>
      <w:r w:rsidR="0096445B" w:rsidRPr="000767E2">
        <w:rPr>
          <w:lang w:val="sv-SE"/>
        </w:rPr>
        <w:t>BibleBIBEL82</w:t>
      </w:r>
      <w:r w:rsidRPr="000767E2">
        <w:rPr>
          <w:lang w:val="sv-SE"/>
        </w:rPr>
        <w:t>:Luke 13:34]]</w:t>
      </w:r>
      <w:r w:rsidRPr="000767E2">
        <w:rPr>
          <w:vertAlign w:val="superscript"/>
          <w:lang w:val="sv-SE"/>
        </w:rPr>
        <w:t>34</w:t>
      </w:r>
      <w:r w:rsidRPr="000767E2">
        <w:rPr>
          <w:lang w:val="sv-SE"/>
        </w:rPr>
        <w:t xml:space="preserve"> {{field-on:bible}}Jerusalem, Jerusalem, som dödar profeterna och stenar dem </w:t>
      </w:r>
      <w:r w:rsidRPr="000767E2">
        <w:rPr>
          <w:i/>
          <w:lang w:val="sv-SE"/>
        </w:rPr>
        <w:t>som är</w:t>
      </w:r>
      <w:r w:rsidRPr="000767E2">
        <w:rPr>
          <w:lang w:val="sv-SE"/>
        </w:rPr>
        <w:t xml:space="preserve"> sända till dig! Hur många gånger har jag velat församla dina barn, på samma sätt som en höna sin kycklingskara under vingarna! Och ni ville inte.{{field-off:bible}} [[@</w:t>
      </w:r>
      <w:r w:rsidR="0096445B" w:rsidRPr="000767E2">
        <w:rPr>
          <w:lang w:val="sv-SE"/>
        </w:rPr>
        <w:t>BibleBIBEL82</w:t>
      </w:r>
      <w:r w:rsidRPr="000767E2">
        <w:rPr>
          <w:lang w:val="sv-SE"/>
        </w:rPr>
        <w:t>:Luke 13:35]]</w:t>
      </w:r>
      <w:r w:rsidRPr="000767E2">
        <w:rPr>
          <w:vertAlign w:val="superscript"/>
          <w:lang w:val="sv-SE"/>
        </w:rPr>
        <w:t>35</w:t>
      </w:r>
      <w:r w:rsidRPr="000767E2">
        <w:rPr>
          <w:lang w:val="sv-SE"/>
        </w:rPr>
        <w:t xml:space="preserve"> {{field-on:bible}}Se, </w:t>
      </w:r>
      <w:r w:rsidRPr="000767E2">
        <w:rPr>
          <w:i/>
          <w:lang w:val="sv-SE"/>
        </w:rPr>
        <w:t>nu</w:t>
      </w:r>
      <w:r w:rsidRPr="000767E2">
        <w:rPr>
          <w:lang w:val="sv-SE"/>
        </w:rPr>
        <w:t xml:space="preserve"> lämnas åt er ert hus. [Och] jag säger er: Ni ska alls inte se mig förrän [det ska komma när] ni säger: Välsignad han som kommer i Herrens namn.”{{field-off:bible}}</w:t>
      </w:r>
    </w:p>
    <w:p w14:paraId="6F201D47" w14:textId="3C5F64F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14]]Kapitel 14</w:t>
      </w:r>
    </w:p>
    <w:p w14:paraId="3E100E5A" w14:textId="77777777" w:rsidR="00BA33AB" w:rsidRPr="000767E2" w:rsidRDefault="00000000">
      <w:pPr>
        <w:pStyle w:val="Rubrik3"/>
        <w:rPr>
          <w:lang w:val="sv-SE"/>
        </w:rPr>
      </w:pPr>
      <w:r w:rsidRPr="000767E2">
        <w:rPr>
          <w:lang w:val="sv-SE"/>
        </w:rPr>
        <w:t>Jesus som gäst hos en farisé</w:t>
      </w:r>
    </w:p>
    <w:p w14:paraId="0903595B" w14:textId="40964CED" w:rsidR="00BA33AB" w:rsidRPr="000767E2" w:rsidRDefault="00000000">
      <w:pPr>
        <w:rPr>
          <w:lang w:val="sv-SE"/>
        </w:rPr>
      </w:pPr>
      <w:r w:rsidRPr="000767E2">
        <w:rPr>
          <w:lang w:val="sv-SE"/>
        </w:rPr>
        <w:t>[[@</w:t>
      </w:r>
      <w:r w:rsidR="0096445B" w:rsidRPr="000767E2">
        <w:rPr>
          <w:lang w:val="sv-SE"/>
        </w:rPr>
        <w:t>BibleBIBEL82</w:t>
      </w:r>
      <w:r w:rsidRPr="000767E2">
        <w:rPr>
          <w:lang w:val="sv-SE"/>
        </w:rPr>
        <w:t>:Luke 14:1]]</w:t>
      </w:r>
      <w:r w:rsidRPr="000767E2">
        <w:rPr>
          <w:vertAlign w:val="superscript"/>
          <w:lang w:val="sv-SE"/>
        </w:rPr>
        <w:t>1</w:t>
      </w:r>
      <w:r w:rsidRPr="000767E2">
        <w:rPr>
          <w:lang w:val="sv-SE"/>
        </w:rPr>
        <w:t xml:space="preserve"> {{field-on:bible}}Och det hände sig, under det att han gick till huset hos en av de ledande fariseerna på en sabbat </w:t>
      </w:r>
      <w:r w:rsidRPr="000767E2">
        <w:rPr>
          <w:i/>
          <w:lang w:val="sv-SE"/>
        </w:rPr>
        <w:t>för</w:t>
      </w:r>
      <w:r w:rsidRPr="000767E2">
        <w:rPr>
          <w:lang w:val="sv-SE"/>
        </w:rPr>
        <w:t xml:space="preserve"> att äta bröd, </w:t>
      </w:r>
      <w:r w:rsidRPr="000767E2">
        <w:rPr>
          <w:i/>
          <w:lang w:val="sv-SE"/>
        </w:rPr>
        <w:t>att</w:t>
      </w:r>
      <w:r w:rsidRPr="000767E2">
        <w:rPr>
          <w:lang w:val="sv-SE"/>
        </w:rPr>
        <w:t xml:space="preserve"> de då var och vaktade noga på honom.{{field-off:bible}} [[@</w:t>
      </w:r>
      <w:r w:rsidR="0096445B" w:rsidRPr="000767E2">
        <w:rPr>
          <w:lang w:val="sv-SE"/>
        </w:rPr>
        <w:t>BibleBIBEL82</w:t>
      </w:r>
      <w:r w:rsidRPr="000767E2">
        <w:rPr>
          <w:lang w:val="sv-SE"/>
        </w:rPr>
        <w:t>:Luke 14:2]]</w:t>
      </w:r>
      <w:r w:rsidRPr="000767E2">
        <w:rPr>
          <w:vertAlign w:val="superscript"/>
          <w:lang w:val="sv-SE"/>
        </w:rPr>
        <w:t>2</w:t>
      </w:r>
      <w:r w:rsidRPr="000767E2">
        <w:rPr>
          <w:lang w:val="sv-SE"/>
        </w:rPr>
        <w:t xml:space="preserve"> {{field-on:bible}}Och se: en man </w:t>
      </w:r>
      <w:r w:rsidRPr="000767E2">
        <w:rPr>
          <w:i/>
          <w:lang w:val="sv-SE"/>
        </w:rPr>
        <w:t>som var</w:t>
      </w:r>
      <w:r w:rsidRPr="000767E2">
        <w:rPr>
          <w:lang w:val="sv-SE"/>
        </w:rPr>
        <w:t xml:space="preserve"> vätskesvullen fanns framför honom.{{field-off:bible}} [[@</w:t>
      </w:r>
      <w:r w:rsidR="0096445B" w:rsidRPr="000767E2">
        <w:rPr>
          <w:lang w:val="sv-SE"/>
        </w:rPr>
        <w:t>BibleBIBEL82</w:t>
      </w:r>
      <w:r w:rsidRPr="000767E2">
        <w:rPr>
          <w:lang w:val="sv-SE"/>
        </w:rPr>
        <w:t>:Luke 14:3]]</w:t>
      </w:r>
      <w:r w:rsidRPr="000767E2">
        <w:rPr>
          <w:vertAlign w:val="superscript"/>
          <w:lang w:val="sv-SE"/>
        </w:rPr>
        <w:t>3</w:t>
      </w:r>
      <w:r w:rsidRPr="000767E2">
        <w:rPr>
          <w:lang w:val="sv-SE"/>
        </w:rPr>
        <w:t xml:space="preserve"> {{field-on:bible}}Och Jesus svarade och sade till de laglärda och fariseerna, sägande: ”Är det tillåtet på sabbaten att bota eller inte?”{{field-off:bible}} [[@</w:t>
      </w:r>
      <w:r w:rsidR="0096445B" w:rsidRPr="000767E2">
        <w:rPr>
          <w:lang w:val="sv-SE"/>
        </w:rPr>
        <w:t>BibleBIBEL82</w:t>
      </w:r>
      <w:r w:rsidRPr="000767E2">
        <w:rPr>
          <w:lang w:val="sv-SE"/>
        </w:rPr>
        <w:t>:Luke 14:4]]</w:t>
      </w:r>
      <w:r w:rsidRPr="000767E2">
        <w:rPr>
          <w:vertAlign w:val="superscript"/>
          <w:lang w:val="sv-SE"/>
        </w:rPr>
        <w:t>4</w:t>
      </w:r>
      <w:r w:rsidRPr="000767E2">
        <w:rPr>
          <w:lang w:val="sv-SE"/>
        </w:rPr>
        <w:t xml:space="preserve"> {{field-on:bible}}Men de höll sig stilla. Och han tog tag och helade honom och släppte iväg.{{field-off:bible}} [[@</w:t>
      </w:r>
      <w:r w:rsidR="0096445B" w:rsidRPr="000767E2">
        <w:rPr>
          <w:lang w:val="sv-SE"/>
        </w:rPr>
        <w:t>BibleBIBEL82</w:t>
      </w:r>
      <w:r w:rsidRPr="000767E2">
        <w:rPr>
          <w:lang w:val="sv-SE"/>
        </w:rPr>
        <w:t>:Luke 14:5]]</w:t>
      </w:r>
      <w:r w:rsidRPr="000767E2">
        <w:rPr>
          <w:vertAlign w:val="superscript"/>
          <w:lang w:val="sv-SE"/>
        </w:rPr>
        <w:t>5</w:t>
      </w:r>
      <w:r w:rsidRPr="000767E2">
        <w:rPr>
          <w:lang w:val="sv-SE"/>
        </w:rPr>
        <w:t xml:space="preserve"> {{field-on:bible}}Och till dem sade han: ”Hos vem av er skulle en son eller oxe falla i en brunn, och han drar inte direkt upp den på sabbatsdagen?”{{field-off:bible}} [[@</w:t>
      </w:r>
      <w:r w:rsidR="0096445B" w:rsidRPr="000767E2">
        <w:rPr>
          <w:lang w:val="sv-SE"/>
        </w:rPr>
        <w:t>BibleBIBEL82</w:t>
      </w:r>
      <w:r w:rsidRPr="000767E2">
        <w:rPr>
          <w:lang w:val="sv-SE"/>
        </w:rPr>
        <w:t>:Luke 14:6]]</w:t>
      </w:r>
      <w:r w:rsidRPr="000767E2">
        <w:rPr>
          <w:vertAlign w:val="superscript"/>
          <w:lang w:val="sv-SE"/>
        </w:rPr>
        <w:t>6</w:t>
      </w:r>
      <w:r w:rsidRPr="000767E2">
        <w:rPr>
          <w:lang w:val="sv-SE"/>
        </w:rPr>
        <w:t xml:space="preserve"> {{field-on:bible}}Och de mäktade inte att svara tillbaka på detta.{{field-off:bible}}</w:t>
      </w:r>
    </w:p>
    <w:p w14:paraId="6087B68C" w14:textId="6249CA0B"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14:7]]</w:t>
      </w:r>
      <w:r w:rsidRPr="000767E2">
        <w:rPr>
          <w:vertAlign w:val="superscript"/>
          <w:lang w:val="sv-SE"/>
        </w:rPr>
        <w:t>7</w:t>
      </w:r>
      <w:r w:rsidRPr="000767E2">
        <w:rPr>
          <w:lang w:val="sv-SE"/>
        </w:rPr>
        <w:t xml:space="preserve"> {{field-on:bible}}Och han sade till de inbjudna en liknelse, när han tog fasta på hur de utvalde de främsta platserna, och sade till dem:{{field-off:bible}} [[@</w:t>
      </w:r>
      <w:r w:rsidR="0096445B" w:rsidRPr="000767E2">
        <w:rPr>
          <w:lang w:val="sv-SE"/>
        </w:rPr>
        <w:t>BibleBIBEL82</w:t>
      </w:r>
      <w:r w:rsidRPr="000767E2">
        <w:rPr>
          <w:lang w:val="sv-SE"/>
        </w:rPr>
        <w:t>:Luke 14:8]]</w:t>
      </w:r>
      <w:r w:rsidRPr="000767E2">
        <w:rPr>
          <w:vertAlign w:val="superscript"/>
          <w:lang w:val="sv-SE"/>
        </w:rPr>
        <w:t>8</w:t>
      </w:r>
      <w:r w:rsidRPr="000767E2">
        <w:rPr>
          <w:lang w:val="sv-SE"/>
        </w:rPr>
        <w:t xml:space="preserve"> {{field-on:bible}}”När du blir bjuden av någon till bröllopsfest, luta dig inte </w:t>
      </w:r>
      <w:r w:rsidRPr="000767E2">
        <w:rPr>
          <w:i/>
          <w:lang w:val="sv-SE"/>
        </w:rPr>
        <w:t>till bords</w:t>
      </w:r>
      <w:r w:rsidRPr="000767E2">
        <w:rPr>
          <w:lang w:val="sv-SE"/>
        </w:rPr>
        <w:t xml:space="preserve"> på den främsta platsen. Annars </w:t>
      </w:r>
      <w:r w:rsidRPr="000767E2">
        <w:rPr>
          <w:i/>
          <w:lang w:val="sv-SE"/>
        </w:rPr>
        <w:t>kanske</w:t>
      </w:r>
      <w:r w:rsidRPr="000767E2">
        <w:rPr>
          <w:lang w:val="sv-SE"/>
        </w:rPr>
        <w:t xml:space="preserve"> en mer hedrad än du är inbjuden av honom,{{field-off:bible}} [[@</w:t>
      </w:r>
      <w:r w:rsidR="0096445B" w:rsidRPr="000767E2">
        <w:rPr>
          <w:lang w:val="sv-SE"/>
        </w:rPr>
        <w:t>BibleBIBEL82</w:t>
      </w:r>
      <w:r w:rsidRPr="000767E2">
        <w:rPr>
          <w:lang w:val="sv-SE"/>
        </w:rPr>
        <w:t>:Luke 14:9]]</w:t>
      </w:r>
      <w:r w:rsidRPr="000767E2">
        <w:rPr>
          <w:vertAlign w:val="superscript"/>
          <w:lang w:val="sv-SE"/>
        </w:rPr>
        <w:t>9</w:t>
      </w:r>
      <w:r w:rsidRPr="000767E2">
        <w:rPr>
          <w:lang w:val="sv-SE"/>
        </w:rPr>
        <w:t xml:space="preserve"> {{field-on:bible}}och </w:t>
      </w:r>
      <w:r w:rsidRPr="000767E2">
        <w:rPr>
          <w:i/>
          <w:lang w:val="sv-SE"/>
        </w:rPr>
        <w:t>då</w:t>
      </w:r>
      <w:r w:rsidRPr="000767E2">
        <w:rPr>
          <w:lang w:val="sv-SE"/>
        </w:rPr>
        <w:t xml:space="preserve"> kommer den som har bjudit dig och honom och ska säga till dig: Ge plats åt denne. Och då ska du med skam börja hålla den sista platsen.{{field-off:bible}} [[@</w:t>
      </w:r>
      <w:r w:rsidR="0096445B" w:rsidRPr="000767E2">
        <w:rPr>
          <w:lang w:val="sv-SE"/>
        </w:rPr>
        <w:t>BibleBIBEL82</w:t>
      </w:r>
      <w:r w:rsidRPr="000767E2">
        <w:rPr>
          <w:lang w:val="sv-SE"/>
        </w:rPr>
        <w:t>:Luke 14:10]]</w:t>
      </w:r>
      <w:r w:rsidRPr="000767E2">
        <w:rPr>
          <w:vertAlign w:val="superscript"/>
          <w:lang w:val="sv-SE"/>
        </w:rPr>
        <w:t>10</w:t>
      </w:r>
      <w:r w:rsidRPr="000767E2">
        <w:rPr>
          <w:lang w:val="sv-SE"/>
        </w:rPr>
        <w:t xml:space="preserve"> {{field-on:bible}}Nej, när du har blivit bjuden, gå och ligg </w:t>
      </w:r>
      <w:r w:rsidRPr="000767E2">
        <w:rPr>
          <w:i/>
          <w:lang w:val="sv-SE"/>
        </w:rPr>
        <w:t>till bords</w:t>
      </w:r>
      <w:r w:rsidRPr="000767E2">
        <w:rPr>
          <w:lang w:val="sv-SE"/>
        </w:rPr>
        <w:t xml:space="preserve"> på den sista platsen, så att när den som bjudit dig kommer, han säger till dig: </w:t>
      </w:r>
      <w:r w:rsidRPr="000767E2">
        <w:rPr>
          <w:i/>
          <w:lang w:val="sv-SE"/>
        </w:rPr>
        <w:t>Min</w:t>
      </w:r>
      <w:r w:rsidRPr="000767E2">
        <w:rPr>
          <w:lang w:val="sv-SE"/>
        </w:rPr>
        <w:t xml:space="preserve"> vän, gå fram högre upp. Då blir det för dig en ära inför alla som ligger </w:t>
      </w:r>
      <w:r w:rsidRPr="000767E2">
        <w:rPr>
          <w:i/>
          <w:lang w:val="sv-SE"/>
        </w:rPr>
        <w:t>till bords</w:t>
      </w:r>
      <w:r w:rsidRPr="000767E2">
        <w:rPr>
          <w:lang w:val="sv-SE"/>
        </w:rPr>
        <w:t xml:space="preserve"> med dig.{{field-off:bible}} [[@</w:t>
      </w:r>
      <w:r w:rsidR="0096445B" w:rsidRPr="000767E2">
        <w:rPr>
          <w:lang w:val="sv-SE"/>
        </w:rPr>
        <w:t>BibleBIBEL82</w:t>
      </w:r>
      <w:r w:rsidRPr="000767E2">
        <w:rPr>
          <w:lang w:val="sv-SE"/>
        </w:rPr>
        <w:t>:Luke 14:11]]</w:t>
      </w:r>
      <w:r w:rsidRPr="000767E2">
        <w:rPr>
          <w:vertAlign w:val="superscript"/>
          <w:lang w:val="sv-SE"/>
        </w:rPr>
        <w:t>11</w:t>
      </w:r>
      <w:r w:rsidRPr="000767E2">
        <w:rPr>
          <w:lang w:val="sv-SE"/>
        </w:rPr>
        <w:t xml:space="preserve"> {{field-on:bible}}För var och en som upphöjer sig själv ska bli ödmjukad, och den som ödmjukar sig själv ska bli upphöjd.”{{field-off:bible}}</w:t>
      </w:r>
    </w:p>
    <w:p w14:paraId="5173056E" w14:textId="2FE51B05" w:rsidR="00BA33AB" w:rsidRPr="000767E2" w:rsidRDefault="00000000">
      <w:pPr>
        <w:rPr>
          <w:lang w:val="sv-SE"/>
        </w:rPr>
      </w:pPr>
      <w:r w:rsidRPr="000767E2">
        <w:rPr>
          <w:lang w:val="sv-SE"/>
        </w:rPr>
        <w:t>[[@</w:t>
      </w:r>
      <w:r w:rsidR="0096445B" w:rsidRPr="000767E2">
        <w:rPr>
          <w:lang w:val="sv-SE"/>
        </w:rPr>
        <w:t>BibleBIBEL82</w:t>
      </w:r>
      <w:r w:rsidRPr="000767E2">
        <w:rPr>
          <w:lang w:val="sv-SE"/>
        </w:rPr>
        <w:t>:Luke 14:12]]</w:t>
      </w:r>
      <w:r w:rsidRPr="000767E2">
        <w:rPr>
          <w:vertAlign w:val="superscript"/>
          <w:lang w:val="sv-SE"/>
        </w:rPr>
        <w:t>12</w:t>
      </w:r>
      <w:r w:rsidRPr="000767E2">
        <w:rPr>
          <w:lang w:val="sv-SE"/>
        </w:rPr>
        <w:t xml:space="preserve"> {{field-on:bible}}Och han sade också till den som hade bjudit honom: ”När du gör en lunch eller festmåltid, ropa inte dit dina vänner eller dina syskon eller dina släktingar eller rika grannar, så att inte också de bjuder dig tillbaka och det blir din återgäld.{{field-off:bible}} [[@</w:t>
      </w:r>
      <w:r w:rsidR="0096445B" w:rsidRPr="000767E2">
        <w:rPr>
          <w:lang w:val="sv-SE"/>
        </w:rPr>
        <w:t>BibleBIBEL82</w:t>
      </w:r>
      <w:r w:rsidRPr="000767E2">
        <w:rPr>
          <w:lang w:val="sv-SE"/>
        </w:rPr>
        <w:t>:Luke 14:13]]</w:t>
      </w:r>
      <w:r w:rsidRPr="000767E2">
        <w:rPr>
          <w:vertAlign w:val="superscript"/>
          <w:lang w:val="sv-SE"/>
        </w:rPr>
        <w:t>13</w:t>
      </w:r>
      <w:r w:rsidRPr="000767E2">
        <w:rPr>
          <w:lang w:val="sv-SE"/>
        </w:rPr>
        <w:t xml:space="preserve"> {{field-on:bible}}Nej, när du gör en mottagning, bjud fattiga, lemlästade, lama, blinda.{{field-off:bible}} [[@</w:t>
      </w:r>
      <w:r w:rsidR="0096445B" w:rsidRPr="000767E2">
        <w:rPr>
          <w:lang w:val="sv-SE"/>
        </w:rPr>
        <w:t>BibleBIBEL82</w:t>
      </w:r>
      <w:r w:rsidRPr="000767E2">
        <w:rPr>
          <w:lang w:val="sv-SE"/>
        </w:rPr>
        <w:t>:Luke 14:14]]</w:t>
      </w:r>
      <w:r w:rsidRPr="000767E2">
        <w:rPr>
          <w:vertAlign w:val="superscript"/>
          <w:lang w:val="sv-SE"/>
        </w:rPr>
        <w:t>14</w:t>
      </w:r>
      <w:r w:rsidRPr="000767E2">
        <w:rPr>
          <w:lang w:val="sv-SE"/>
        </w:rPr>
        <w:t xml:space="preserve"> {{field-on:bible}}Och salig blir du, eftersom de inget har att återgälda dig </w:t>
      </w:r>
      <w:r w:rsidRPr="000767E2">
        <w:rPr>
          <w:i/>
          <w:lang w:val="sv-SE"/>
        </w:rPr>
        <w:t>med</w:t>
      </w:r>
      <w:r w:rsidRPr="000767E2">
        <w:rPr>
          <w:lang w:val="sv-SE"/>
        </w:rPr>
        <w:t>. För det ska återgäldas dig vid de rättfärdigas uppståndelse.”{{field-off:bible}}</w:t>
      </w:r>
    </w:p>
    <w:p w14:paraId="44A42E5E" w14:textId="77777777" w:rsidR="00BA33AB" w:rsidRPr="000767E2" w:rsidRDefault="00000000">
      <w:pPr>
        <w:pStyle w:val="Rubrik3"/>
        <w:rPr>
          <w:lang w:val="sv-SE"/>
        </w:rPr>
      </w:pPr>
      <w:r w:rsidRPr="000767E2">
        <w:rPr>
          <w:lang w:val="sv-SE"/>
        </w:rPr>
        <w:t>Liknelsen om den stora måltiden</w:t>
      </w:r>
    </w:p>
    <w:p w14:paraId="6993AB15" w14:textId="172F553C" w:rsidR="00BA33AB" w:rsidRPr="000767E2" w:rsidRDefault="00000000">
      <w:pPr>
        <w:rPr>
          <w:lang w:val="sv-SE"/>
        </w:rPr>
      </w:pPr>
      <w:r w:rsidRPr="000767E2">
        <w:rPr>
          <w:lang w:val="sv-SE"/>
        </w:rPr>
        <w:t>[[@</w:t>
      </w:r>
      <w:r w:rsidR="0096445B" w:rsidRPr="000767E2">
        <w:rPr>
          <w:lang w:val="sv-SE"/>
        </w:rPr>
        <w:t>BibleBIBEL82</w:t>
      </w:r>
      <w:r w:rsidRPr="000767E2">
        <w:rPr>
          <w:lang w:val="sv-SE"/>
        </w:rPr>
        <w:t>:Luke 14:15]]</w:t>
      </w:r>
      <w:r w:rsidRPr="000767E2">
        <w:rPr>
          <w:vertAlign w:val="superscript"/>
          <w:lang w:val="sv-SE"/>
        </w:rPr>
        <w:t>15</w:t>
      </w:r>
      <w:r w:rsidRPr="000767E2">
        <w:rPr>
          <w:lang w:val="sv-SE"/>
        </w:rPr>
        <w:t xml:space="preserve"> {{field-on:bible}}Och när en av de som låg </w:t>
      </w:r>
      <w:r w:rsidRPr="000767E2">
        <w:rPr>
          <w:i/>
          <w:lang w:val="sv-SE"/>
        </w:rPr>
        <w:t>till bords</w:t>
      </w:r>
      <w:r w:rsidRPr="000767E2">
        <w:rPr>
          <w:lang w:val="sv-SE"/>
        </w:rPr>
        <w:t xml:space="preserve"> med </w:t>
      </w:r>
      <w:r w:rsidRPr="000767E2">
        <w:rPr>
          <w:i/>
          <w:lang w:val="sv-SE"/>
        </w:rPr>
        <w:t>honom</w:t>
      </w:r>
      <w:r w:rsidRPr="000767E2">
        <w:rPr>
          <w:lang w:val="sv-SE"/>
        </w:rPr>
        <w:t xml:space="preserve"> hörde detta, sade han till honom: ”Salig den som ska äta bröd i Guds rike!”{{field-off:bible}} [[@</w:t>
      </w:r>
      <w:r w:rsidR="0096445B" w:rsidRPr="000767E2">
        <w:rPr>
          <w:lang w:val="sv-SE"/>
        </w:rPr>
        <w:t>BibleBIBEL82</w:t>
      </w:r>
      <w:r w:rsidRPr="000767E2">
        <w:rPr>
          <w:lang w:val="sv-SE"/>
        </w:rPr>
        <w:t>:Luke 14:16]]</w:t>
      </w:r>
      <w:r w:rsidRPr="000767E2">
        <w:rPr>
          <w:vertAlign w:val="superscript"/>
          <w:lang w:val="sv-SE"/>
        </w:rPr>
        <w:t>16</w:t>
      </w:r>
      <w:r w:rsidRPr="000767E2">
        <w:rPr>
          <w:lang w:val="sv-SE"/>
        </w:rPr>
        <w:t xml:space="preserve"> {{field-on:bible}}Men han sade till honom: ”En man gjorde en stor festmåltid och bjöd många.{{field-off:bible}} [[@</w:t>
      </w:r>
      <w:r w:rsidR="0096445B" w:rsidRPr="000767E2">
        <w:rPr>
          <w:lang w:val="sv-SE"/>
        </w:rPr>
        <w:t>BibleBIBEL82</w:t>
      </w:r>
      <w:r w:rsidRPr="000767E2">
        <w:rPr>
          <w:lang w:val="sv-SE"/>
        </w:rPr>
        <w:t>:Luke 14:17]]</w:t>
      </w:r>
      <w:r w:rsidRPr="000767E2">
        <w:rPr>
          <w:vertAlign w:val="superscript"/>
          <w:lang w:val="sv-SE"/>
        </w:rPr>
        <w:t>17</w:t>
      </w:r>
      <w:r w:rsidRPr="000767E2">
        <w:rPr>
          <w:lang w:val="sv-SE"/>
        </w:rPr>
        <w:t xml:space="preserve"> {{field-on:bible}}Och han sände ut sin fasttjänare vid stunden för måltiden </w:t>
      </w:r>
      <w:r w:rsidRPr="000767E2">
        <w:rPr>
          <w:i/>
          <w:lang w:val="sv-SE"/>
        </w:rPr>
        <w:t>för</w:t>
      </w:r>
      <w:r w:rsidRPr="000767E2">
        <w:rPr>
          <w:lang w:val="sv-SE"/>
        </w:rPr>
        <w:t xml:space="preserve"> att säga till de inbjudna: Kom! För det är redan förberett.{{field-off:bible}}</w:t>
      </w:r>
    </w:p>
    <w:p w14:paraId="611723C9" w14:textId="5AFE4D28" w:rsidR="00BA33AB" w:rsidRPr="000767E2" w:rsidRDefault="00000000">
      <w:pPr>
        <w:rPr>
          <w:lang w:val="sv-SE"/>
        </w:rPr>
      </w:pPr>
      <w:r w:rsidRPr="000767E2">
        <w:rPr>
          <w:lang w:val="sv-SE"/>
        </w:rPr>
        <w:t>[[@</w:t>
      </w:r>
      <w:r w:rsidR="0096445B" w:rsidRPr="000767E2">
        <w:rPr>
          <w:lang w:val="sv-SE"/>
        </w:rPr>
        <w:t>BibleBIBEL82</w:t>
      </w:r>
      <w:r w:rsidRPr="000767E2">
        <w:rPr>
          <w:lang w:val="sv-SE"/>
        </w:rPr>
        <w:t>:Luke 14:18]]</w:t>
      </w:r>
      <w:r w:rsidRPr="000767E2">
        <w:rPr>
          <w:vertAlign w:val="superscript"/>
          <w:lang w:val="sv-SE"/>
        </w:rPr>
        <w:t>18</w:t>
      </w:r>
      <w:r w:rsidRPr="000767E2">
        <w:rPr>
          <w:lang w:val="sv-SE"/>
        </w:rPr>
        <w:t xml:space="preserve"> {{field-on:bible}}Och de började </w:t>
      </w:r>
      <w:r w:rsidRPr="000767E2">
        <w:rPr>
          <w:i/>
          <w:lang w:val="sv-SE"/>
        </w:rPr>
        <w:t>en</w:t>
      </w:r>
      <w:r w:rsidRPr="000767E2">
        <w:rPr>
          <w:lang w:val="sv-SE"/>
        </w:rPr>
        <w:t xml:space="preserve"> efter en alla undanbe sig. Den förste sade till honom: Jag har köpt en åker och har nödtvång att gå ut och se den. Jag tillfrågar dig: håll mig undanbedd.{{field-off:bible}} [[@</w:t>
      </w:r>
      <w:r w:rsidR="0096445B" w:rsidRPr="000767E2">
        <w:rPr>
          <w:lang w:val="sv-SE"/>
        </w:rPr>
        <w:t>BibleBIBEL82</w:t>
      </w:r>
      <w:r w:rsidRPr="000767E2">
        <w:rPr>
          <w:lang w:val="sv-SE"/>
        </w:rPr>
        <w:t>:Luke 14:19]]</w:t>
      </w:r>
      <w:r w:rsidRPr="000767E2">
        <w:rPr>
          <w:vertAlign w:val="superscript"/>
          <w:lang w:val="sv-SE"/>
        </w:rPr>
        <w:t>19</w:t>
      </w:r>
      <w:r w:rsidRPr="000767E2">
        <w:rPr>
          <w:lang w:val="sv-SE"/>
        </w:rPr>
        <w:t xml:space="preserve"> {{field-on:bible}}Och en annan sade: Jag har köpt fem par oxar och går </w:t>
      </w:r>
      <w:r w:rsidRPr="000767E2">
        <w:rPr>
          <w:i/>
          <w:lang w:val="sv-SE"/>
        </w:rPr>
        <w:t>för</w:t>
      </w:r>
      <w:r w:rsidRPr="000767E2">
        <w:rPr>
          <w:lang w:val="sv-SE"/>
        </w:rPr>
        <w:t xml:space="preserve"> att bepröva dem. Jag tillfrågar dig: håll mig undanbedd.{{field-off:bible}} [[@</w:t>
      </w:r>
      <w:r w:rsidR="0096445B" w:rsidRPr="000767E2">
        <w:rPr>
          <w:lang w:val="sv-SE"/>
        </w:rPr>
        <w:t>BibleBIBEL82</w:t>
      </w:r>
      <w:r w:rsidRPr="000767E2">
        <w:rPr>
          <w:lang w:val="sv-SE"/>
        </w:rPr>
        <w:t>:Luke 14:20]]</w:t>
      </w:r>
      <w:r w:rsidRPr="000767E2">
        <w:rPr>
          <w:vertAlign w:val="superscript"/>
          <w:lang w:val="sv-SE"/>
        </w:rPr>
        <w:t>20</w:t>
      </w:r>
      <w:r w:rsidRPr="000767E2">
        <w:rPr>
          <w:lang w:val="sv-SE"/>
        </w:rPr>
        <w:t xml:space="preserve"> {{field-on:bible}}Och en annan sade: Jag har gift mig med en hustru och därför kan jag inte komma.{{field-off:bible}}</w:t>
      </w:r>
    </w:p>
    <w:p w14:paraId="4FC4CA15" w14:textId="15BC7020" w:rsidR="00BA33AB" w:rsidRPr="000767E2" w:rsidRDefault="00000000">
      <w:pPr>
        <w:rPr>
          <w:lang w:val="sv-SE"/>
        </w:rPr>
      </w:pPr>
      <w:r w:rsidRPr="000767E2">
        <w:rPr>
          <w:lang w:val="sv-SE"/>
        </w:rPr>
        <w:t>[[@</w:t>
      </w:r>
      <w:r w:rsidR="0096445B" w:rsidRPr="000767E2">
        <w:rPr>
          <w:lang w:val="sv-SE"/>
        </w:rPr>
        <w:t>BibleBIBEL82</w:t>
      </w:r>
      <w:r w:rsidRPr="000767E2">
        <w:rPr>
          <w:lang w:val="sv-SE"/>
        </w:rPr>
        <w:t>:Luke 14:21]]</w:t>
      </w:r>
      <w:r w:rsidRPr="000767E2">
        <w:rPr>
          <w:vertAlign w:val="superscript"/>
          <w:lang w:val="sv-SE"/>
        </w:rPr>
        <w:t>21</w:t>
      </w:r>
      <w:r w:rsidRPr="000767E2">
        <w:rPr>
          <w:lang w:val="sv-SE"/>
        </w:rPr>
        <w:t xml:space="preserve"> {{field-on:bible}}Och fasttjänaren kom fram och meddelade sin Herre detta. Då vredgades hushärskaren och sade till sin fasttjänare: Gå fort ut till stadens gator och stråk och för in de fattiga och lemlästade och blinda och lama hit.{{field-off:bible}} [[@</w:t>
      </w:r>
      <w:r w:rsidR="0096445B" w:rsidRPr="000767E2">
        <w:rPr>
          <w:lang w:val="sv-SE"/>
        </w:rPr>
        <w:t>BibleBIBEL82</w:t>
      </w:r>
      <w:r w:rsidRPr="000767E2">
        <w:rPr>
          <w:lang w:val="sv-SE"/>
        </w:rPr>
        <w:t>:Luke 14:22]]</w:t>
      </w:r>
      <w:r w:rsidRPr="000767E2">
        <w:rPr>
          <w:vertAlign w:val="superscript"/>
          <w:lang w:val="sv-SE"/>
        </w:rPr>
        <w:t>22</w:t>
      </w:r>
      <w:r w:rsidRPr="000767E2">
        <w:rPr>
          <w:lang w:val="sv-SE"/>
        </w:rPr>
        <w:t xml:space="preserve"> {{field-on:bible}}Och fasttjänaren sade: Herre, det har skett som du beordrade, och ännu finns det plats.{{field-off:bible}} [[@</w:t>
      </w:r>
      <w:r w:rsidR="0096445B" w:rsidRPr="000767E2">
        <w:rPr>
          <w:lang w:val="sv-SE"/>
        </w:rPr>
        <w:t>BibleBIBEL82</w:t>
      </w:r>
      <w:r w:rsidRPr="000767E2">
        <w:rPr>
          <w:lang w:val="sv-SE"/>
        </w:rPr>
        <w:t>:Luke 14:23]]</w:t>
      </w:r>
      <w:r w:rsidRPr="000767E2">
        <w:rPr>
          <w:vertAlign w:val="superscript"/>
          <w:lang w:val="sv-SE"/>
        </w:rPr>
        <w:t>23</w:t>
      </w:r>
      <w:r w:rsidRPr="000767E2">
        <w:rPr>
          <w:lang w:val="sv-SE"/>
        </w:rPr>
        <w:t xml:space="preserve"> {{field-on:bible}}Och Herren sade till fasttjänaren: Gå ut till vägarna och stängslen och nödga </w:t>
      </w:r>
      <w:r w:rsidRPr="000767E2">
        <w:rPr>
          <w:i/>
          <w:lang w:val="sv-SE"/>
        </w:rPr>
        <w:t>dem</w:t>
      </w:r>
      <w:r w:rsidRPr="000767E2">
        <w:rPr>
          <w:lang w:val="sv-SE"/>
        </w:rPr>
        <w:t xml:space="preserve"> att komma in, så att mitt hus blir fullt.{{field-off:bible}} [[@</w:t>
      </w:r>
      <w:r w:rsidR="0096445B" w:rsidRPr="000767E2">
        <w:rPr>
          <w:lang w:val="sv-SE"/>
        </w:rPr>
        <w:t>BibleBIBEL82</w:t>
      </w:r>
      <w:r w:rsidRPr="000767E2">
        <w:rPr>
          <w:lang w:val="sv-SE"/>
        </w:rPr>
        <w:t>:Luke 14:24]]</w:t>
      </w:r>
      <w:r w:rsidRPr="000767E2">
        <w:rPr>
          <w:vertAlign w:val="superscript"/>
          <w:lang w:val="sv-SE"/>
        </w:rPr>
        <w:t>24</w:t>
      </w:r>
      <w:r w:rsidRPr="000767E2">
        <w:rPr>
          <w:lang w:val="sv-SE"/>
        </w:rPr>
        <w:t xml:space="preserve"> </w:t>
      </w:r>
      <w:r w:rsidRPr="000767E2">
        <w:rPr>
          <w:lang w:val="sv-SE"/>
        </w:rPr>
        <w:lastRenderedPageBreak/>
        <w:t>{{field-on:bible}}För jag säger er att ingen av de män som var bjudna ska smaka av min festmåltid.”{{field-off:bible}}</w:t>
      </w:r>
    </w:p>
    <w:p w14:paraId="4B896F54" w14:textId="77777777" w:rsidR="00BA33AB" w:rsidRPr="000767E2" w:rsidRDefault="00000000">
      <w:pPr>
        <w:pStyle w:val="Rubrik3"/>
        <w:rPr>
          <w:lang w:val="sv-SE"/>
        </w:rPr>
      </w:pPr>
      <w:r w:rsidRPr="000767E2">
        <w:rPr>
          <w:lang w:val="sv-SE"/>
        </w:rPr>
        <w:t>Beräkna kostnaden</w:t>
      </w:r>
    </w:p>
    <w:p w14:paraId="7280D256" w14:textId="44A1EBB5" w:rsidR="00BA33AB" w:rsidRPr="000767E2" w:rsidRDefault="00000000">
      <w:pPr>
        <w:rPr>
          <w:lang w:val="sv-SE"/>
        </w:rPr>
      </w:pPr>
      <w:r w:rsidRPr="000767E2">
        <w:rPr>
          <w:lang w:val="sv-SE"/>
        </w:rPr>
        <w:t>[[@</w:t>
      </w:r>
      <w:r w:rsidR="0096445B" w:rsidRPr="000767E2">
        <w:rPr>
          <w:lang w:val="sv-SE"/>
        </w:rPr>
        <w:t>BibleBIBEL82</w:t>
      </w:r>
      <w:r w:rsidRPr="000767E2">
        <w:rPr>
          <w:lang w:val="sv-SE"/>
        </w:rPr>
        <w:t>:Luke 14:25]]</w:t>
      </w:r>
      <w:r w:rsidRPr="000767E2">
        <w:rPr>
          <w:vertAlign w:val="superscript"/>
          <w:lang w:val="sv-SE"/>
        </w:rPr>
        <w:t>25</w:t>
      </w:r>
      <w:r w:rsidRPr="000767E2">
        <w:rPr>
          <w:lang w:val="sv-SE"/>
        </w:rPr>
        <w:t xml:space="preserve"> {{field-on:bible}}Och med honom gick stora skaror, och han vände sig och sade till dem:{{field-off:bible}} [[@</w:t>
      </w:r>
      <w:r w:rsidR="0096445B" w:rsidRPr="000767E2">
        <w:rPr>
          <w:lang w:val="sv-SE"/>
        </w:rPr>
        <w:t>BibleBIBEL82</w:t>
      </w:r>
      <w:r w:rsidRPr="000767E2">
        <w:rPr>
          <w:lang w:val="sv-SE"/>
        </w:rPr>
        <w:t>:Luke 14:26]]</w:t>
      </w:r>
      <w:r w:rsidRPr="000767E2">
        <w:rPr>
          <w:vertAlign w:val="superscript"/>
          <w:lang w:val="sv-SE"/>
        </w:rPr>
        <w:t>26</w:t>
      </w:r>
      <w:r w:rsidRPr="000767E2">
        <w:rPr>
          <w:lang w:val="sv-SE"/>
        </w:rPr>
        <w:t xml:space="preserve"> {{field-on:bible}}”Om någon kommer till mig och inte hatar sin egen far och mor, och hustrun och barnen och bröderna och systrarna och dessutom även sin egen själ, kan han inte vara min lärjunge.{{field-off:bible}} [[@</w:t>
      </w:r>
      <w:r w:rsidR="0096445B" w:rsidRPr="000767E2">
        <w:rPr>
          <w:lang w:val="sv-SE"/>
        </w:rPr>
        <w:t>BibleBIBEL82</w:t>
      </w:r>
      <w:r w:rsidRPr="000767E2">
        <w:rPr>
          <w:lang w:val="sv-SE"/>
        </w:rPr>
        <w:t>:Luke 14:27]]</w:t>
      </w:r>
      <w:r w:rsidRPr="000767E2">
        <w:rPr>
          <w:vertAlign w:val="superscript"/>
          <w:lang w:val="sv-SE"/>
        </w:rPr>
        <w:t>27</w:t>
      </w:r>
      <w:r w:rsidRPr="000767E2">
        <w:rPr>
          <w:lang w:val="sv-SE"/>
        </w:rPr>
        <w:t xml:space="preserve"> {{field-on:bible}}Den som inte bär sitt eget kors och kommer efter mig kan inte vara min lärjunge.{{field-off:bible}}</w:t>
      </w:r>
    </w:p>
    <w:p w14:paraId="531231DD" w14:textId="507C6B10" w:rsidR="00BA33AB" w:rsidRPr="000767E2" w:rsidRDefault="00000000">
      <w:pPr>
        <w:rPr>
          <w:lang w:val="sv-SE"/>
        </w:rPr>
      </w:pPr>
      <w:r w:rsidRPr="000767E2">
        <w:rPr>
          <w:lang w:val="sv-SE"/>
        </w:rPr>
        <w:t>[[@</w:t>
      </w:r>
      <w:r w:rsidR="0096445B" w:rsidRPr="000767E2">
        <w:rPr>
          <w:lang w:val="sv-SE"/>
        </w:rPr>
        <w:t>BibleBIBEL82</w:t>
      </w:r>
      <w:r w:rsidRPr="000767E2">
        <w:rPr>
          <w:lang w:val="sv-SE"/>
        </w:rPr>
        <w:t>:Luke 14:28]]</w:t>
      </w:r>
      <w:r w:rsidRPr="000767E2">
        <w:rPr>
          <w:vertAlign w:val="superscript"/>
          <w:lang w:val="sv-SE"/>
        </w:rPr>
        <w:t>28</w:t>
      </w:r>
      <w:r w:rsidRPr="000767E2">
        <w:rPr>
          <w:lang w:val="sv-SE"/>
        </w:rPr>
        <w:t xml:space="preserve"> {{field-on:bible}}För vem av er som vill bygga ett torn sätter sig inte först och räknar fram kostnaden, om han har till färdigställande?{{field-off:bible}} [[@</w:t>
      </w:r>
      <w:r w:rsidR="0096445B" w:rsidRPr="000767E2">
        <w:rPr>
          <w:lang w:val="sv-SE"/>
        </w:rPr>
        <w:t>BibleBIBEL82</w:t>
      </w:r>
      <w:r w:rsidRPr="000767E2">
        <w:rPr>
          <w:lang w:val="sv-SE"/>
        </w:rPr>
        <w:t>:Luke 14:29]]</w:t>
      </w:r>
      <w:r w:rsidRPr="000767E2">
        <w:rPr>
          <w:vertAlign w:val="superscript"/>
          <w:lang w:val="sv-SE"/>
        </w:rPr>
        <w:t>29</w:t>
      </w:r>
      <w:r w:rsidRPr="000767E2">
        <w:rPr>
          <w:lang w:val="sv-SE"/>
        </w:rPr>
        <w:t xml:space="preserve"> {{field-on:bible}}Så att inte, när han har lagt en grund och inte mäktar att fullborda, alla som skådar börjar förlöjliga honom{{field-off:bible}} [[@</w:t>
      </w:r>
      <w:r w:rsidR="0096445B" w:rsidRPr="000767E2">
        <w:rPr>
          <w:lang w:val="sv-SE"/>
        </w:rPr>
        <w:t>BibleBIBEL82</w:t>
      </w:r>
      <w:r w:rsidRPr="000767E2">
        <w:rPr>
          <w:lang w:val="sv-SE"/>
        </w:rPr>
        <w:t>:Luke 14:30]]</w:t>
      </w:r>
      <w:r w:rsidRPr="000767E2">
        <w:rPr>
          <w:vertAlign w:val="superscript"/>
          <w:lang w:val="sv-SE"/>
        </w:rPr>
        <w:t>30</w:t>
      </w:r>
      <w:r w:rsidRPr="000767E2">
        <w:rPr>
          <w:lang w:val="sv-SE"/>
        </w:rPr>
        <w:t xml:space="preserve"> {{field-on:bible}}och säga att: Den där människan började bygga och mäktade inte att fullborda.{{field-off:bible}}</w:t>
      </w:r>
    </w:p>
    <w:p w14:paraId="7C0FD89A" w14:textId="11730878" w:rsidR="00BA33AB" w:rsidRPr="000767E2" w:rsidRDefault="00000000">
      <w:pPr>
        <w:rPr>
          <w:lang w:val="sv-SE"/>
        </w:rPr>
      </w:pPr>
      <w:r w:rsidRPr="000767E2">
        <w:rPr>
          <w:lang w:val="sv-SE"/>
        </w:rPr>
        <w:t>[[@</w:t>
      </w:r>
      <w:r w:rsidR="0096445B" w:rsidRPr="000767E2">
        <w:rPr>
          <w:lang w:val="sv-SE"/>
        </w:rPr>
        <w:t>BibleBIBEL82</w:t>
      </w:r>
      <w:r w:rsidRPr="000767E2">
        <w:rPr>
          <w:lang w:val="sv-SE"/>
        </w:rPr>
        <w:t>:Luke 14:31]]</w:t>
      </w:r>
      <w:r w:rsidRPr="000767E2">
        <w:rPr>
          <w:vertAlign w:val="superscript"/>
          <w:lang w:val="sv-SE"/>
        </w:rPr>
        <w:t>31</w:t>
      </w:r>
      <w:r w:rsidRPr="000767E2">
        <w:rPr>
          <w:lang w:val="sv-SE"/>
        </w:rPr>
        <w:t xml:space="preserve"> {{field-on:bible}}Eller vilken kung, som går </w:t>
      </w:r>
      <w:r w:rsidRPr="000767E2">
        <w:rPr>
          <w:i/>
          <w:lang w:val="sv-SE"/>
        </w:rPr>
        <w:t>för</w:t>
      </w:r>
      <w:r w:rsidRPr="000767E2">
        <w:rPr>
          <w:lang w:val="sv-SE"/>
        </w:rPr>
        <w:t xml:space="preserve"> att möta en annan kung i krig, sätter sig inte först och ska planera om han är mäktig att med tiotusen möta den som med tjugotusen kommer emot honom?{{field-off:bible}} [[@</w:t>
      </w:r>
      <w:r w:rsidR="0096445B" w:rsidRPr="000767E2">
        <w:rPr>
          <w:lang w:val="sv-SE"/>
        </w:rPr>
        <w:t>BibleBIBEL82</w:t>
      </w:r>
      <w:r w:rsidRPr="000767E2">
        <w:rPr>
          <w:lang w:val="sv-SE"/>
        </w:rPr>
        <w:t>:Luke 14:32]]</w:t>
      </w:r>
      <w:r w:rsidRPr="000767E2">
        <w:rPr>
          <w:vertAlign w:val="superscript"/>
          <w:lang w:val="sv-SE"/>
        </w:rPr>
        <w:t>32</w:t>
      </w:r>
      <w:r w:rsidRPr="000767E2">
        <w:rPr>
          <w:lang w:val="sv-SE"/>
        </w:rPr>
        <w:t xml:space="preserve"> {{field-on:bible}}Och annars, medan han ännu är fjärran, sänder han en delegation och frågar </w:t>
      </w:r>
      <w:r w:rsidRPr="000767E2">
        <w:rPr>
          <w:i/>
          <w:lang w:val="sv-SE"/>
        </w:rPr>
        <w:t>om</w:t>
      </w:r>
      <w:r w:rsidRPr="000767E2">
        <w:rPr>
          <w:lang w:val="sv-SE"/>
        </w:rPr>
        <w:t xml:space="preserve"> det </w:t>
      </w:r>
      <w:r w:rsidRPr="000767E2">
        <w:rPr>
          <w:i/>
          <w:lang w:val="sv-SE"/>
        </w:rPr>
        <w:t>som leder</w:t>
      </w:r>
      <w:r w:rsidRPr="000767E2">
        <w:rPr>
          <w:lang w:val="sv-SE"/>
        </w:rPr>
        <w:t xml:space="preserve"> till fred.{{field-off:bible}} [[@</w:t>
      </w:r>
      <w:r w:rsidR="0096445B" w:rsidRPr="000767E2">
        <w:rPr>
          <w:lang w:val="sv-SE"/>
        </w:rPr>
        <w:t>BibleBIBEL82</w:t>
      </w:r>
      <w:r w:rsidRPr="000767E2">
        <w:rPr>
          <w:lang w:val="sv-SE"/>
        </w:rPr>
        <w:t>:Luke 14:33]]</w:t>
      </w:r>
      <w:r w:rsidRPr="000767E2">
        <w:rPr>
          <w:vertAlign w:val="superscript"/>
          <w:lang w:val="sv-SE"/>
        </w:rPr>
        <w:t>33</w:t>
      </w:r>
      <w:r w:rsidRPr="000767E2">
        <w:rPr>
          <w:lang w:val="sv-SE"/>
        </w:rPr>
        <w:t xml:space="preserve"> {{field-on:bible}}Så kan alltså ingen av er som inte tar farväl av allt som är hans eget vara min lärjunge.{{field-off:bible}}</w:t>
      </w:r>
    </w:p>
    <w:p w14:paraId="06F58CAD" w14:textId="414369F5" w:rsidR="00BA33AB" w:rsidRPr="000767E2" w:rsidRDefault="00000000">
      <w:pPr>
        <w:rPr>
          <w:lang w:val="sv-SE"/>
        </w:rPr>
      </w:pPr>
      <w:r w:rsidRPr="000767E2">
        <w:rPr>
          <w:lang w:val="sv-SE"/>
        </w:rPr>
        <w:t>[[@</w:t>
      </w:r>
      <w:r w:rsidR="0096445B" w:rsidRPr="000767E2">
        <w:rPr>
          <w:lang w:val="sv-SE"/>
        </w:rPr>
        <w:t>BibleBIBEL82</w:t>
      </w:r>
      <w:r w:rsidRPr="000767E2">
        <w:rPr>
          <w:lang w:val="sv-SE"/>
        </w:rPr>
        <w:t>:Luke 14:34]]</w:t>
      </w:r>
      <w:r w:rsidRPr="000767E2">
        <w:rPr>
          <w:vertAlign w:val="superscript"/>
          <w:lang w:val="sv-SE"/>
        </w:rPr>
        <w:t>34</w:t>
      </w:r>
      <w:r w:rsidRPr="000767E2">
        <w:rPr>
          <w:lang w:val="sv-SE"/>
        </w:rPr>
        <w:t xml:space="preserve"> {{field-on:bible}}Saltet </w:t>
      </w:r>
      <w:r w:rsidRPr="000767E2">
        <w:rPr>
          <w:i/>
          <w:lang w:val="sv-SE"/>
        </w:rPr>
        <w:t>är</w:t>
      </w:r>
      <w:r w:rsidRPr="000767E2">
        <w:rPr>
          <w:lang w:val="sv-SE"/>
        </w:rPr>
        <w:t xml:space="preserve"> alltså bra. Men om även saltet blir kraftlöst, med vad ska det kryddas?{{field-off:bible}} [[@</w:t>
      </w:r>
      <w:r w:rsidR="0096445B" w:rsidRPr="000767E2">
        <w:rPr>
          <w:lang w:val="sv-SE"/>
        </w:rPr>
        <w:t>BibleBIBEL82</w:t>
      </w:r>
      <w:r w:rsidRPr="000767E2">
        <w:rPr>
          <w:lang w:val="sv-SE"/>
        </w:rPr>
        <w:t>:Luke 14:35]]</w:t>
      </w:r>
      <w:r w:rsidRPr="000767E2">
        <w:rPr>
          <w:vertAlign w:val="superscript"/>
          <w:lang w:val="sv-SE"/>
        </w:rPr>
        <w:t>35</w:t>
      </w:r>
      <w:r w:rsidRPr="000767E2">
        <w:rPr>
          <w:lang w:val="sv-SE"/>
        </w:rPr>
        <w:t xml:space="preserve"> {{field-on:bible}}Varken för jord eller för gödselhög är det välägnat. Ut kastar man det. Den som har öron att höra </w:t>
      </w:r>
      <w:r w:rsidRPr="000767E2">
        <w:rPr>
          <w:i/>
          <w:lang w:val="sv-SE"/>
        </w:rPr>
        <w:t>med</w:t>
      </w:r>
      <w:r w:rsidRPr="000767E2">
        <w:rPr>
          <w:lang w:val="sv-SE"/>
        </w:rPr>
        <w:t xml:space="preserve"> ska höra.”{{field-off:bible}}</w:t>
      </w:r>
    </w:p>
    <w:p w14:paraId="15227EB9" w14:textId="308B167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15]]Kapitel 15</w:t>
      </w:r>
    </w:p>
    <w:p w14:paraId="676449AF" w14:textId="77777777" w:rsidR="00BA33AB" w:rsidRPr="000767E2" w:rsidRDefault="00000000">
      <w:pPr>
        <w:pStyle w:val="Rubrik3"/>
        <w:rPr>
          <w:lang w:val="sv-SE"/>
        </w:rPr>
      </w:pPr>
      <w:r w:rsidRPr="000767E2">
        <w:rPr>
          <w:lang w:val="sv-SE"/>
        </w:rPr>
        <w:t>Liknelsen om det förlorade fåret</w:t>
      </w:r>
    </w:p>
    <w:p w14:paraId="0D6BAD8C" w14:textId="54F236CF" w:rsidR="00BA33AB" w:rsidRPr="000767E2" w:rsidRDefault="00000000">
      <w:pPr>
        <w:rPr>
          <w:lang w:val="sv-SE"/>
        </w:rPr>
      </w:pPr>
      <w:r w:rsidRPr="000767E2">
        <w:rPr>
          <w:lang w:val="sv-SE"/>
        </w:rPr>
        <w:t>[[@</w:t>
      </w:r>
      <w:r w:rsidR="0096445B" w:rsidRPr="000767E2">
        <w:rPr>
          <w:lang w:val="sv-SE"/>
        </w:rPr>
        <w:t>BibleBIBEL82</w:t>
      </w:r>
      <w:r w:rsidRPr="000767E2">
        <w:rPr>
          <w:lang w:val="sv-SE"/>
        </w:rPr>
        <w:t>:Luke 15:1]]</w:t>
      </w:r>
      <w:r w:rsidRPr="000767E2">
        <w:rPr>
          <w:vertAlign w:val="superscript"/>
          <w:lang w:val="sv-SE"/>
        </w:rPr>
        <w:t>1</w:t>
      </w:r>
      <w:r w:rsidRPr="000767E2">
        <w:rPr>
          <w:lang w:val="sv-SE"/>
        </w:rPr>
        <w:t xml:space="preserve"> {{field-on:bible}}Men till honom närmade sig alla tullindrivarna och syndarna </w:t>
      </w:r>
      <w:r w:rsidRPr="000767E2">
        <w:rPr>
          <w:i/>
          <w:lang w:val="sv-SE"/>
        </w:rPr>
        <w:t>för</w:t>
      </w:r>
      <w:r w:rsidRPr="000767E2">
        <w:rPr>
          <w:lang w:val="sv-SE"/>
        </w:rPr>
        <w:t xml:space="preserve"> att höra honom.{{field-off:bible}} [[@</w:t>
      </w:r>
      <w:r w:rsidR="0096445B" w:rsidRPr="000767E2">
        <w:rPr>
          <w:lang w:val="sv-SE"/>
        </w:rPr>
        <w:t>BibleBIBEL82</w:t>
      </w:r>
      <w:r w:rsidRPr="000767E2">
        <w:rPr>
          <w:lang w:val="sv-SE"/>
        </w:rPr>
        <w:t>:Luke 15:2]]</w:t>
      </w:r>
      <w:r w:rsidRPr="000767E2">
        <w:rPr>
          <w:vertAlign w:val="superscript"/>
          <w:lang w:val="sv-SE"/>
        </w:rPr>
        <w:t>2</w:t>
      </w:r>
      <w:r w:rsidRPr="000767E2">
        <w:rPr>
          <w:lang w:val="sv-SE"/>
        </w:rPr>
        <w:t xml:space="preserve"> {{field-on:bible}}Och </w:t>
      </w:r>
      <w:r w:rsidRPr="000767E2">
        <w:rPr>
          <w:i/>
          <w:lang w:val="sv-SE"/>
        </w:rPr>
        <w:t>då</w:t>
      </w:r>
      <w:r w:rsidRPr="000767E2">
        <w:rPr>
          <w:lang w:val="sv-SE"/>
        </w:rPr>
        <w:t xml:space="preserve"> muttrade både fariseerna och de skriftlärda tillsammans och sade att: ”Den där välkomnar syndare och äter med dem.”{{field-off:bible}}</w:t>
      </w:r>
    </w:p>
    <w:p w14:paraId="76ED87B5" w14:textId="386947B2" w:rsidR="00BA33AB" w:rsidRPr="000767E2" w:rsidRDefault="00000000">
      <w:pPr>
        <w:rPr>
          <w:lang w:val="sv-SE"/>
        </w:rPr>
      </w:pPr>
      <w:r w:rsidRPr="000767E2">
        <w:rPr>
          <w:lang w:val="sv-SE"/>
        </w:rPr>
        <w:t>[[@</w:t>
      </w:r>
      <w:r w:rsidR="0096445B" w:rsidRPr="000767E2">
        <w:rPr>
          <w:lang w:val="sv-SE"/>
        </w:rPr>
        <w:t>BibleBIBEL82</w:t>
      </w:r>
      <w:r w:rsidRPr="000767E2">
        <w:rPr>
          <w:lang w:val="sv-SE"/>
        </w:rPr>
        <w:t>:Luke 15:3]]</w:t>
      </w:r>
      <w:r w:rsidRPr="000767E2">
        <w:rPr>
          <w:vertAlign w:val="superscript"/>
          <w:lang w:val="sv-SE"/>
        </w:rPr>
        <w:t>3</w:t>
      </w:r>
      <w:r w:rsidRPr="000767E2">
        <w:rPr>
          <w:lang w:val="sv-SE"/>
        </w:rPr>
        <w:t xml:space="preserve"> {{field-on:bible}}Men han talade till dem denna liknelse och sade:{{field-off:bible}} [[@</w:t>
      </w:r>
      <w:r w:rsidR="0096445B" w:rsidRPr="000767E2">
        <w:rPr>
          <w:lang w:val="sv-SE"/>
        </w:rPr>
        <w:t>BibleBIBEL82</w:t>
      </w:r>
      <w:r w:rsidRPr="000767E2">
        <w:rPr>
          <w:lang w:val="sv-SE"/>
        </w:rPr>
        <w:t>:Luke 15:4]]</w:t>
      </w:r>
      <w:r w:rsidRPr="000767E2">
        <w:rPr>
          <w:vertAlign w:val="superscript"/>
          <w:lang w:val="sv-SE"/>
        </w:rPr>
        <w:t>4</w:t>
      </w:r>
      <w:r w:rsidRPr="000767E2">
        <w:rPr>
          <w:lang w:val="sv-SE"/>
        </w:rPr>
        <w:t xml:space="preserve"> {{field-on:bible}}”Vilken människa av er, som har hundra får och förlorar ett av dem, lämnar inte de nittionio i ödemarken och går efter det förlorade tills han finner det?{{field-off:bible}} [[@</w:t>
      </w:r>
      <w:r w:rsidR="0096445B" w:rsidRPr="000767E2">
        <w:rPr>
          <w:lang w:val="sv-SE"/>
        </w:rPr>
        <w:t>BibleBIBEL82</w:t>
      </w:r>
      <w:r w:rsidRPr="000767E2">
        <w:rPr>
          <w:lang w:val="sv-SE"/>
        </w:rPr>
        <w:t>:Luke 15:5]]</w:t>
      </w:r>
      <w:r w:rsidRPr="000767E2">
        <w:rPr>
          <w:vertAlign w:val="superscript"/>
          <w:lang w:val="sv-SE"/>
        </w:rPr>
        <w:t>5</w:t>
      </w:r>
      <w:r w:rsidRPr="000767E2">
        <w:rPr>
          <w:lang w:val="sv-SE"/>
        </w:rPr>
        <w:t xml:space="preserve"> {{field-on:bible}}Och när han funnit lägger han </w:t>
      </w:r>
      <w:r w:rsidRPr="000767E2">
        <w:rPr>
          <w:i/>
          <w:lang w:val="sv-SE"/>
        </w:rPr>
        <w:t>det</w:t>
      </w:r>
      <w:r w:rsidRPr="000767E2">
        <w:rPr>
          <w:lang w:val="sv-SE"/>
        </w:rPr>
        <w:t xml:space="preserve"> över sina axlar glad,{{field-off:bible}} [[@</w:t>
      </w:r>
      <w:r w:rsidR="0096445B" w:rsidRPr="000767E2">
        <w:rPr>
          <w:lang w:val="sv-SE"/>
        </w:rPr>
        <w:t>BibleBIBEL82</w:t>
      </w:r>
      <w:r w:rsidRPr="000767E2">
        <w:rPr>
          <w:lang w:val="sv-SE"/>
        </w:rPr>
        <w:t>:Luke 15:6]]</w:t>
      </w:r>
      <w:r w:rsidRPr="000767E2">
        <w:rPr>
          <w:vertAlign w:val="superscript"/>
          <w:lang w:val="sv-SE"/>
        </w:rPr>
        <w:t>6</w:t>
      </w:r>
      <w:r w:rsidRPr="000767E2">
        <w:rPr>
          <w:lang w:val="sv-SE"/>
        </w:rPr>
        <w:t xml:space="preserve"> {{field-on:bible}}och kommen till huset sammankallar han </w:t>
      </w:r>
      <w:r w:rsidRPr="000767E2">
        <w:rPr>
          <w:lang w:val="sv-SE"/>
        </w:rPr>
        <w:lastRenderedPageBreak/>
        <w:t xml:space="preserve">vännerna och grannarna och säger till dem: Gläd er med mig! För jag fann mitt får </w:t>
      </w:r>
      <w:r w:rsidRPr="000767E2">
        <w:rPr>
          <w:i/>
          <w:lang w:val="sv-SE"/>
        </w:rPr>
        <w:t>som var</w:t>
      </w:r>
      <w:r w:rsidRPr="000767E2">
        <w:rPr>
          <w:lang w:val="sv-SE"/>
        </w:rPr>
        <w:t xml:space="preserve"> förlorat.{{field-off:bible}} [[@</w:t>
      </w:r>
      <w:r w:rsidR="0096445B" w:rsidRPr="000767E2">
        <w:rPr>
          <w:lang w:val="sv-SE"/>
        </w:rPr>
        <w:t>BibleBIBEL82</w:t>
      </w:r>
      <w:r w:rsidRPr="000767E2">
        <w:rPr>
          <w:lang w:val="sv-SE"/>
        </w:rPr>
        <w:t>:Luke 15:7]]</w:t>
      </w:r>
      <w:r w:rsidRPr="000767E2">
        <w:rPr>
          <w:vertAlign w:val="superscript"/>
          <w:lang w:val="sv-SE"/>
        </w:rPr>
        <w:t>7</w:t>
      </w:r>
      <w:r w:rsidRPr="000767E2">
        <w:rPr>
          <w:lang w:val="sv-SE"/>
        </w:rPr>
        <w:t xml:space="preserve"> {{field-on:bible}}Jag säger er att så blir det glädje i himlen över en </w:t>
      </w:r>
      <w:r w:rsidRPr="000767E2">
        <w:rPr>
          <w:i/>
          <w:lang w:val="sv-SE"/>
        </w:rPr>
        <w:t>enda</w:t>
      </w:r>
      <w:r w:rsidRPr="000767E2">
        <w:rPr>
          <w:lang w:val="sv-SE"/>
        </w:rPr>
        <w:t xml:space="preserve"> syndare som ändrar sinne, </w:t>
      </w:r>
      <w:r w:rsidRPr="000767E2">
        <w:rPr>
          <w:i/>
          <w:lang w:val="sv-SE"/>
        </w:rPr>
        <w:t>mer</w:t>
      </w:r>
      <w:r w:rsidRPr="000767E2">
        <w:rPr>
          <w:lang w:val="sv-SE"/>
        </w:rPr>
        <w:t xml:space="preserve"> än över nittionio rättfärdiga som inte har behov av sinnesändring.{{field-off:bible}}</w:t>
      </w:r>
    </w:p>
    <w:p w14:paraId="117C1F45" w14:textId="77777777" w:rsidR="00BA33AB" w:rsidRPr="000767E2" w:rsidRDefault="00000000">
      <w:pPr>
        <w:pStyle w:val="Rubrik3"/>
        <w:rPr>
          <w:lang w:val="sv-SE"/>
        </w:rPr>
      </w:pPr>
      <w:r w:rsidRPr="000767E2">
        <w:rPr>
          <w:lang w:val="sv-SE"/>
        </w:rPr>
        <w:t>Liknelsen om det förlorade myntet</w:t>
      </w:r>
    </w:p>
    <w:p w14:paraId="61C85EEC" w14:textId="4D0182AB" w:rsidR="00BA33AB" w:rsidRPr="000767E2" w:rsidRDefault="00000000">
      <w:pPr>
        <w:rPr>
          <w:lang w:val="sv-SE"/>
        </w:rPr>
      </w:pPr>
      <w:r w:rsidRPr="000767E2">
        <w:rPr>
          <w:lang w:val="sv-SE"/>
        </w:rPr>
        <w:t>[[@</w:t>
      </w:r>
      <w:r w:rsidR="0096445B" w:rsidRPr="000767E2">
        <w:rPr>
          <w:lang w:val="sv-SE"/>
        </w:rPr>
        <w:t>BibleBIBEL82</w:t>
      </w:r>
      <w:r w:rsidRPr="000767E2">
        <w:rPr>
          <w:lang w:val="sv-SE"/>
        </w:rPr>
        <w:t>:Luke 15:8]]</w:t>
      </w:r>
      <w:r w:rsidRPr="000767E2">
        <w:rPr>
          <w:vertAlign w:val="superscript"/>
          <w:lang w:val="sv-SE"/>
        </w:rPr>
        <w:t>8</w:t>
      </w:r>
      <w:r w:rsidRPr="000767E2">
        <w:rPr>
          <w:lang w:val="sv-SE"/>
        </w:rPr>
        <w:t xml:space="preserve"> {{field-on:bible}}Eller vilken kvinna som har tio drachmer, om hon förlorar en drachma, tänder inte en lampa och sopar huset och söker omsorgsfullt tills hon finner?{{field-off:bible}} [[@</w:t>
      </w:r>
      <w:r w:rsidR="0096445B" w:rsidRPr="000767E2">
        <w:rPr>
          <w:lang w:val="sv-SE"/>
        </w:rPr>
        <w:t>BibleBIBEL82</w:t>
      </w:r>
      <w:r w:rsidRPr="000767E2">
        <w:rPr>
          <w:lang w:val="sv-SE"/>
        </w:rPr>
        <w:t>:Luke 15:9]]</w:t>
      </w:r>
      <w:r w:rsidRPr="000767E2">
        <w:rPr>
          <w:vertAlign w:val="superscript"/>
          <w:lang w:val="sv-SE"/>
        </w:rPr>
        <w:t>9</w:t>
      </w:r>
      <w:r w:rsidRPr="000767E2">
        <w:rPr>
          <w:lang w:val="sv-SE"/>
        </w:rPr>
        <w:t xml:space="preserve"> {{field-on:bible}}Och när hon funnit, sammankallar hon väninnorna och grannkvinnorna och säger: Gläd er med mig! För jag fann drachman som jag förlorade.{{field-off:bible}} [[@</w:t>
      </w:r>
      <w:r w:rsidR="0096445B" w:rsidRPr="000767E2">
        <w:rPr>
          <w:lang w:val="sv-SE"/>
        </w:rPr>
        <w:t>BibleBIBEL82</w:t>
      </w:r>
      <w:r w:rsidRPr="000767E2">
        <w:rPr>
          <w:lang w:val="sv-SE"/>
        </w:rPr>
        <w:t>:Luke 15:10]]</w:t>
      </w:r>
      <w:r w:rsidRPr="000767E2">
        <w:rPr>
          <w:vertAlign w:val="superscript"/>
          <w:lang w:val="sv-SE"/>
        </w:rPr>
        <w:t>10</w:t>
      </w:r>
      <w:r w:rsidRPr="000767E2">
        <w:rPr>
          <w:lang w:val="sv-SE"/>
        </w:rPr>
        <w:t xml:space="preserve"> {{field-on:bible}}Så, säger jag er, blir det glädje inför Guds änglar över en </w:t>
      </w:r>
      <w:r w:rsidRPr="000767E2">
        <w:rPr>
          <w:i/>
          <w:lang w:val="sv-SE"/>
        </w:rPr>
        <w:t>enda</w:t>
      </w:r>
      <w:r w:rsidRPr="000767E2">
        <w:rPr>
          <w:lang w:val="sv-SE"/>
        </w:rPr>
        <w:t xml:space="preserve"> syndare som ändrar sinne.”{{field-off:bible}}</w:t>
      </w:r>
    </w:p>
    <w:p w14:paraId="5EEE812A" w14:textId="77777777" w:rsidR="00BA33AB" w:rsidRPr="000767E2" w:rsidRDefault="00000000">
      <w:pPr>
        <w:pStyle w:val="Rubrik3"/>
        <w:rPr>
          <w:lang w:val="sv-SE"/>
        </w:rPr>
      </w:pPr>
      <w:r w:rsidRPr="000767E2">
        <w:rPr>
          <w:lang w:val="sv-SE"/>
        </w:rPr>
        <w:t>Liknelsen om den förlorade sonen</w:t>
      </w:r>
    </w:p>
    <w:p w14:paraId="7EDE04A4" w14:textId="7165543A" w:rsidR="00BA33AB" w:rsidRPr="000767E2" w:rsidRDefault="00000000">
      <w:pPr>
        <w:rPr>
          <w:lang w:val="sv-SE"/>
        </w:rPr>
      </w:pPr>
      <w:r w:rsidRPr="000767E2">
        <w:rPr>
          <w:lang w:val="sv-SE"/>
        </w:rPr>
        <w:t>[[@</w:t>
      </w:r>
      <w:r w:rsidR="0096445B" w:rsidRPr="000767E2">
        <w:rPr>
          <w:lang w:val="sv-SE"/>
        </w:rPr>
        <w:t>BibleBIBEL82</w:t>
      </w:r>
      <w:r w:rsidRPr="000767E2">
        <w:rPr>
          <w:lang w:val="sv-SE"/>
        </w:rPr>
        <w:t>:Luke 15:11]]</w:t>
      </w:r>
      <w:r w:rsidRPr="000767E2">
        <w:rPr>
          <w:vertAlign w:val="superscript"/>
          <w:lang w:val="sv-SE"/>
        </w:rPr>
        <w:t>11</w:t>
      </w:r>
      <w:r w:rsidRPr="000767E2">
        <w:rPr>
          <w:lang w:val="sv-SE"/>
        </w:rPr>
        <w:t xml:space="preserve"> {{field-on:bible}}Och han sade: ”En man hade två söner.{{field-off:bible}} [[@</w:t>
      </w:r>
      <w:r w:rsidR="0096445B" w:rsidRPr="000767E2">
        <w:rPr>
          <w:lang w:val="sv-SE"/>
        </w:rPr>
        <w:t>BibleBIBEL82</w:t>
      </w:r>
      <w:r w:rsidRPr="000767E2">
        <w:rPr>
          <w:lang w:val="sv-SE"/>
        </w:rPr>
        <w:t>:Luke 15:12]]</w:t>
      </w:r>
      <w:r w:rsidRPr="000767E2">
        <w:rPr>
          <w:vertAlign w:val="superscript"/>
          <w:lang w:val="sv-SE"/>
        </w:rPr>
        <w:t>12</w:t>
      </w:r>
      <w:r w:rsidRPr="000767E2">
        <w:rPr>
          <w:lang w:val="sv-SE"/>
        </w:rPr>
        <w:t xml:space="preserve"> {{field-on:bible}}Och den yngre av dem sade till fadern: Far, ge mig den del som tillfaller </w:t>
      </w:r>
      <w:r w:rsidRPr="000767E2">
        <w:rPr>
          <w:i/>
          <w:lang w:val="sv-SE"/>
        </w:rPr>
        <w:t>mig</w:t>
      </w:r>
      <w:r w:rsidRPr="000767E2">
        <w:rPr>
          <w:lang w:val="sv-SE"/>
        </w:rPr>
        <w:t xml:space="preserve"> av förmögenheten. Och han fördelade åt dem tillgångarna.{{field-off:bible}} [[@</w:t>
      </w:r>
      <w:r w:rsidR="0096445B" w:rsidRPr="000767E2">
        <w:rPr>
          <w:lang w:val="sv-SE"/>
        </w:rPr>
        <w:t>BibleBIBEL82</w:t>
      </w:r>
      <w:r w:rsidRPr="000767E2">
        <w:rPr>
          <w:lang w:val="sv-SE"/>
        </w:rPr>
        <w:t>:Luke 15:13]]</w:t>
      </w:r>
      <w:r w:rsidRPr="000767E2">
        <w:rPr>
          <w:vertAlign w:val="superscript"/>
          <w:lang w:val="sv-SE"/>
        </w:rPr>
        <w:t>13</w:t>
      </w:r>
      <w:r w:rsidRPr="000767E2">
        <w:rPr>
          <w:lang w:val="sv-SE"/>
        </w:rPr>
        <w:t xml:space="preserve"> {{field-on:bible}}Och efter inte många dagar samlade den yngre sonen ihop allt och reste iväg till en trakt långt bort, och där förskingrade han sin förmögenhet och levde omåttligt.{{field-off:bible}}</w:t>
      </w:r>
    </w:p>
    <w:p w14:paraId="2665065C" w14:textId="5C241E3F" w:rsidR="00BA33AB" w:rsidRPr="000767E2" w:rsidRDefault="00000000">
      <w:pPr>
        <w:rPr>
          <w:lang w:val="sv-SE"/>
        </w:rPr>
      </w:pPr>
      <w:r w:rsidRPr="000767E2">
        <w:rPr>
          <w:lang w:val="sv-SE"/>
        </w:rPr>
        <w:t>[[@</w:t>
      </w:r>
      <w:r w:rsidR="0096445B" w:rsidRPr="000767E2">
        <w:rPr>
          <w:lang w:val="sv-SE"/>
        </w:rPr>
        <w:t>BibleBIBEL82</w:t>
      </w:r>
      <w:r w:rsidRPr="000767E2">
        <w:rPr>
          <w:lang w:val="sv-SE"/>
        </w:rPr>
        <w:t>:Luke 15:14]]</w:t>
      </w:r>
      <w:r w:rsidRPr="000767E2">
        <w:rPr>
          <w:vertAlign w:val="superscript"/>
          <w:lang w:val="sv-SE"/>
        </w:rPr>
        <w:t>14</w:t>
      </w:r>
      <w:r w:rsidRPr="000767E2">
        <w:rPr>
          <w:lang w:val="sv-SE"/>
        </w:rPr>
        <w:t xml:space="preserve"> {{field-on:bible}}Men när han hade spenderat allt, kom en stark svält över den trakten och han började lida brist.{{field-off:bible}} [[@</w:t>
      </w:r>
      <w:r w:rsidR="0096445B" w:rsidRPr="000767E2">
        <w:rPr>
          <w:lang w:val="sv-SE"/>
        </w:rPr>
        <w:t>BibleBIBEL82</w:t>
      </w:r>
      <w:r w:rsidRPr="000767E2">
        <w:rPr>
          <w:lang w:val="sv-SE"/>
        </w:rPr>
        <w:t>:Luke 15:15]]</w:t>
      </w:r>
      <w:r w:rsidRPr="000767E2">
        <w:rPr>
          <w:vertAlign w:val="superscript"/>
          <w:lang w:val="sv-SE"/>
        </w:rPr>
        <w:t>15</w:t>
      </w:r>
      <w:r w:rsidRPr="000767E2">
        <w:rPr>
          <w:lang w:val="sv-SE"/>
        </w:rPr>
        <w:t xml:space="preserve"> {{field-on:bible}}Och han gick och anslöt sig till en av medborgarna i den trakten, och han skickade honom till sina fält </w:t>
      </w:r>
      <w:r w:rsidRPr="000767E2">
        <w:rPr>
          <w:i/>
          <w:lang w:val="sv-SE"/>
        </w:rPr>
        <w:t>för</w:t>
      </w:r>
      <w:r w:rsidRPr="000767E2">
        <w:rPr>
          <w:lang w:val="sv-SE"/>
        </w:rPr>
        <w:t xml:space="preserve"> att valla svin.{{field-off:bible}} [[@</w:t>
      </w:r>
      <w:r w:rsidR="0096445B" w:rsidRPr="000767E2">
        <w:rPr>
          <w:lang w:val="sv-SE"/>
        </w:rPr>
        <w:t>BibleBIBEL82</w:t>
      </w:r>
      <w:r w:rsidRPr="000767E2">
        <w:rPr>
          <w:lang w:val="sv-SE"/>
        </w:rPr>
        <w:t>:Luke 15:16]]</w:t>
      </w:r>
      <w:r w:rsidRPr="000767E2">
        <w:rPr>
          <w:vertAlign w:val="superscript"/>
          <w:lang w:val="sv-SE"/>
        </w:rPr>
        <w:t>16</w:t>
      </w:r>
      <w:r w:rsidRPr="000767E2">
        <w:rPr>
          <w:lang w:val="sv-SE"/>
        </w:rPr>
        <w:t xml:space="preserve"> {{field-on:bible}}Och han åtrådde att mätta sig av fröskidorna som svinen åt, och ingen gav honom.{{field-off:bible}}</w:t>
      </w:r>
    </w:p>
    <w:p w14:paraId="0CB1B7CA" w14:textId="7236E876" w:rsidR="00BA33AB" w:rsidRPr="000767E2" w:rsidRDefault="00000000">
      <w:pPr>
        <w:rPr>
          <w:lang w:val="sv-SE"/>
        </w:rPr>
      </w:pPr>
      <w:r w:rsidRPr="000767E2">
        <w:rPr>
          <w:lang w:val="sv-SE"/>
        </w:rPr>
        <w:t>[[@</w:t>
      </w:r>
      <w:r w:rsidR="0096445B" w:rsidRPr="000767E2">
        <w:rPr>
          <w:lang w:val="sv-SE"/>
        </w:rPr>
        <w:t>BibleBIBEL82</w:t>
      </w:r>
      <w:r w:rsidRPr="000767E2">
        <w:rPr>
          <w:lang w:val="sv-SE"/>
        </w:rPr>
        <w:t>:Luke 15:17]]</w:t>
      </w:r>
      <w:r w:rsidRPr="000767E2">
        <w:rPr>
          <w:vertAlign w:val="superscript"/>
          <w:lang w:val="sv-SE"/>
        </w:rPr>
        <w:t>17</w:t>
      </w:r>
      <w:r w:rsidRPr="000767E2">
        <w:rPr>
          <w:lang w:val="sv-SE"/>
        </w:rPr>
        <w:t xml:space="preserve"> {{field-on:bible}}Men han kom till sig själv och sade: Hur många lejda </w:t>
      </w:r>
      <w:r w:rsidRPr="000767E2">
        <w:rPr>
          <w:i/>
          <w:lang w:val="sv-SE"/>
        </w:rPr>
        <w:t>arbetare</w:t>
      </w:r>
      <w:r w:rsidRPr="000767E2">
        <w:rPr>
          <w:lang w:val="sv-SE"/>
        </w:rPr>
        <w:t xml:space="preserve"> hos min far har överflöd på bröd, men här går jag förlorad av svält!{{field-off:bible}} [[@</w:t>
      </w:r>
      <w:r w:rsidR="0096445B" w:rsidRPr="000767E2">
        <w:rPr>
          <w:lang w:val="sv-SE"/>
        </w:rPr>
        <w:t>BibleBIBEL82</w:t>
      </w:r>
      <w:r w:rsidRPr="000767E2">
        <w:rPr>
          <w:lang w:val="sv-SE"/>
        </w:rPr>
        <w:t>:Luke 15:18]]</w:t>
      </w:r>
      <w:r w:rsidRPr="000767E2">
        <w:rPr>
          <w:vertAlign w:val="superscript"/>
          <w:lang w:val="sv-SE"/>
        </w:rPr>
        <w:t>18</w:t>
      </w:r>
      <w:r w:rsidRPr="000767E2">
        <w:rPr>
          <w:lang w:val="sv-SE"/>
        </w:rPr>
        <w:t xml:space="preserve"> {{field-on:bible}}Jag ska stå upp och gå till min far och säga till honom: Far, jag har syndat mot himlen och inför dig.{{field-off:bible}} [[@</w:t>
      </w:r>
      <w:r w:rsidR="0096445B" w:rsidRPr="000767E2">
        <w:rPr>
          <w:lang w:val="sv-SE"/>
        </w:rPr>
        <w:t>BibleBIBEL82</w:t>
      </w:r>
      <w:r w:rsidRPr="000767E2">
        <w:rPr>
          <w:lang w:val="sv-SE"/>
        </w:rPr>
        <w:t>:Luke 15:19]]</w:t>
      </w:r>
      <w:r w:rsidRPr="000767E2">
        <w:rPr>
          <w:vertAlign w:val="superscript"/>
          <w:lang w:val="sv-SE"/>
        </w:rPr>
        <w:t>19</w:t>
      </w:r>
      <w:r w:rsidRPr="000767E2">
        <w:rPr>
          <w:lang w:val="sv-SE"/>
        </w:rPr>
        <w:t xml:space="preserve"> {{field-on:bible}}Jag är inte längre värd att kallas din son. Gör mig som en av dina lejda </w:t>
      </w:r>
      <w:r w:rsidRPr="000767E2">
        <w:rPr>
          <w:i/>
          <w:lang w:val="sv-SE"/>
        </w:rPr>
        <w:t>arbetare</w:t>
      </w:r>
      <w:r w:rsidRPr="000767E2">
        <w:rPr>
          <w:lang w:val="sv-SE"/>
        </w:rPr>
        <w:t>.{{field-off:bible}} [[@</w:t>
      </w:r>
      <w:r w:rsidR="0096445B" w:rsidRPr="000767E2">
        <w:rPr>
          <w:lang w:val="sv-SE"/>
        </w:rPr>
        <w:t>BibleBIBEL82</w:t>
      </w:r>
      <w:r w:rsidRPr="000767E2">
        <w:rPr>
          <w:lang w:val="sv-SE"/>
        </w:rPr>
        <w:t>:Luke 15:20]]</w:t>
      </w:r>
      <w:r w:rsidRPr="000767E2">
        <w:rPr>
          <w:vertAlign w:val="superscript"/>
          <w:lang w:val="sv-SE"/>
        </w:rPr>
        <w:t>20</w:t>
      </w:r>
      <w:r w:rsidRPr="000767E2">
        <w:rPr>
          <w:lang w:val="sv-SE"/>
        </w:rPr>
        <w:t xml:space="preserve"> {{field-on:bible}}Och han stod upp och gick till sin far.{{field-off:bible}}</w:t>
      </w:r>
    </w:p>
    <w:p w14:paraId="18E474FC" w14:textId="75205343" w:rsidR="00BA33AB" w:rsidRPr="000767E2" w:rsidRDefault="00000000">
      <w:pPr>
        <w:rPr>
          <w:lang w:val="sv-SE"/>
        </w:rPr>
      </w:pPr>
      <w:r w:rsidRPr="000767E2">
        <w:rPr>
          <w:lang w:val="sv-SE"/>
        </w:rPr>
        <w:t>{{field-on:bible}}Men när han ännu var långt borta, såg honom hans far och kände innerligt, och han sprang och föll om hans hals och kysste honom ömt.{{field-off:bible}} [[@</w:t>
      </w:r>
      <w:r w:rsidR="0096445B" w:rsidRPr="000767E2">
        <w:rPr>
          <w:lang w:val="sv-SE"/>
        </w:rPr>
        <w:t>BibleBIBEL82</w:t>
      </w:r>
      <w:r w:rsidRPr="000767E2">
        <w:rPr>
          <w:lang w:val="sv-SE"/>
        </w:rPr>
        <w:t>:Luke 15:21]]</w:t>
      </w:r>
      <w:r w:rsidRPr="000767E2">
        <w:rPr>
          <w:vertAlign w:val="superscript"/>
          <w:lang w:val="sv-SE"/>
        </w:rPr>
        <w:t>21</w:t>
      </w:r>
      <w:r w:rsidRPr="000767E2">
        <w:rPr>
          <w:lang w:val="sv-SE"/>
        </w:rPr>
        <w:t xml:space="preserve"> {{field-on:bible}}Men sonen sade till honom: Far, jag har syndat mot himlen och inför dig. Jag är inte längre värd att kallas din son.{{field-off:bible}} [[@</w:t>
      </w:r>
      <w:r w:rsidR="0096445B" w:rsidRPr="000767E2">
        <w:rPr>
          <w:lang w:val="sv-SE"/>
        </w:rPr>
        <w:t>BibleBIBEL82</w:t>
      </w:r>
      <w:r w:rsidRPr="000767E2">
        <w:rPr>
          <w:lang w:val="sv-SE"/>
        </w:rPr>
        <w:t>:Luke 15:22]]</w:t>
      </w:r>
      <w:r w:rsidRPr="000767E2">
        <w:rPr>
          <w:vertAlign w:val="superscript"/>
          <w:lang w:val="sv-SE"/>
        </w:rPr>
        <w:t>22</w:t>
      </w:r>
      <w:r w:rsidRPr="000767E2">
        <w:rPr>
          <w:lang w:val="sv-SE"/>
        </w:rPr>
        <w:t xml:space="preserve"> {{field-on:bible}}Men fadern sade till sina fasttjänare: Fort, bär fram den främsta dräkten och iklä honom. Och sätt en fingerring på hans hand och sandaler på fötterna.{{field-off:bible}} [[@</w:t>
      </w:r>
      <w:r w:rsidR="0096445B" w:rsidRPr="000767E2">
        <w:rPr>
          <w:lang w:val="sv-SE"/>
        </w:rPr>
        <w:t>BibleBIBEL82</w:t>
      </w:r>
      <w:r w:rsidRPr="000767E2">
        <w:rPr>
          <w:lang w:val="sv-SE"/>
        </w:rPr>
        <w:t>:Luke 15:23]]</w:t>
      </w:r>
      <w:r w:rsidRPr="000767E2">
        <w:rPr>
          <w:vertAlign w:val="superscript"/>
          <w:lang w:val="sv-SE"/>
        </w:rPr>
        <w:t>23</w:t>
      </w:r>
      <w:r w:rsidRPr="000767E2">
        <w:rPr>
          <w:lang w:val="sv-SE"/>
        </w:rPr>
        <w:t xml:space="preserve"> {{field-on:bible}}Och hämta den gödda kalven, slaktoffra och låt oss äta och fira.{{field-off:bible}} [[@</w:t>
      </w:r>
      <w:r w:rsidR="0096445B" w:rsidRPr="000767E2">
        <w:rPr>
          <w:lang w:val="sv-SE"/>
        </w:rPr>
        <w:t>BibleBIBEL82</w:t>
      </w:r>
      <w:r w:rsidRPr="000767E2">
        <w:rPr>
          <w:lang w:val="sv-SE"/>
        </w:rPr>
        <w:t xml:space="preserve">:Luke </w:t>
      </w:r>
      <w:r w:rsidRPr="000767E2">
        <w:rPr>
          <w:lang w:val="sv-SE"/>
        </w:rPr>
        <w:lastRenderedPageBreak/>
        <w:t>15:24]]</w:t>
      </w:r>
      <w:r w:rsidRPr="000767E2">
        <w:rPr>
          <w:vertAlign w:val="superscript"/>
          <w:lang w:val="sv-SE"/>
        </w:rPr>
        <w:t>24</w:t>
      </w:r>
      <w:r w:rsidRPr="000767E2">
        <w:rPr>
          <w:lang w:val="sv-SE"/>
        </w:rPr>
        <w:t xml:space="preserve"> {{field-on:bible}}För denne min son var död och levde igen, han var förlorad och blev funnen. Och de började fira.{{field-off:bible}}</w:t>
      </w:r>
    </w:p>
    <w:p w14:paraId="0F68AEA8" w14:textId="26D63800" w:rsidR="00BA33AB" w:rsidRPr="000767E2" w:rsidRDefault="00000000">
      <w:pPr>
        <w:rPr>
          <w:lang w:val="sv-SE"/>
        </w:rPr>
      </w:pPr>
      <w:r w:rsidRPr="000767E2">
        <w:rPr>
          <w:lang w:val="sv-SE"/>
        </w:rPr>
        <w:t>[[@</w:t>
      </w:r>
      <w:r w:rsidR="0096445B" w:rsidRPr="000767E2">
        <w:rPr>
          <w:lang w:val="sv-SE"/>
        </w:rPr>
        <w:t>BibleBIBEL82</w:t>
      </w:r>
      <w:r w:rsidRPr="000767E2">
        <w:rPr>
          <w:lang w:val="sv-SE"/>
        </w:rPr>
        <w:t>:Luke 15:25]]</w:t>
      </w:r>
      <w:r w:rsidRPr="000767E2">
        <w:rPr>
          <w:vertAlign w:val="superscript"/>
          <w:lang w:val="sv-SE"/>
        </w:rPr>
        <w:t>25</w:t>
      </w:r>
      <w:r w:rsidRPr="000767E2">
        <w:rPr>
          <w:lang w:val="sv-SE"/>
        </w:rPr>
        <w:t xml:space="preserve"> {{field-on:bible}}Men hans äldre son var på fältet. Och när han kom och närmade sig huset, hörde han musiceranden och ringdanser.{{field-off:bible}} [[@</w:t>
      </w:r>
      <w:r w:rsidR="0096445B" w:rsidRPr="000767E2">
        <w:rPr>
          <w:lang w:val="sv-SE"/>
        </w:rPr>
        <w:t>BibleBIBEL82</w:t>
      </w:r>
      <w:r w:rsidRPr="000767E2">
        <w:rPr>
          <w:lang w:val="sv-SE"/>
        </w:rPr>
        <w:t>:Luke 15:26]]</w:t>
      </w:r>
      <w:r w:rsidRPr="000767E2">
        <w:rPr>
          <w:vertAlign w:val="superscript"/>
          <w:lang w:val="sv-SE"/>
        </w:rPr>
        <w:t>26</w:t>
      </w:r>
      <w:r w:rsidRPr="000767E2">
        <w:rPr>
          <w:lang w:val="sv-SE"/>
        </w:rPr>
        <w:t xml:space="preserve"> {{field-on:bible}}Och han kallade till sig en av gossarna och efterhörde vad detta kunde vara.{{field-off:bible}} [[@</w:t>
      </w:r>
      <w:r w:rsidR="0096445B" w:rsidRPr="000767E2">
        <w:rPr>
          <w:lang w:val="sv-SE"/>
        </w:rPr>
        <w:t>BibleBIBEL82</w:t>
      </w:r>
      <w:r w:rsidRPr="000767E2">
        <w:rPr>
          <w:lang w:val="sv-SE"/>
        </w:rPr>
        <w:t>:Luke 15:27]]</w:t>
      </w:r>
      <w:r w:rsidRPr="000767E2">
        <w:rPr>
          <w:vertAlign w:val="superscript"/>
          <w:lang w:val="sv-SE"/>
        </w:rPr>
        <w:t>27</w:t>
      </w:r>
      <w:r w:rsidRPr="000767E2">
        <w:rPr>
          <w:lang w:val="sv-SE"/>
        </w:rPr>
        <w:t xml:space="preserve"> {{field-on:bible}}Och han sade till honom att: Din bror har kommit, och din far har slaktoffrat den gödda kalven för att han erhållit honom frisk.{{field-off:bible}}</w:t>
      </w:r>
    </w:p>
    <w:p w14:paraId="3E0124F8" w14:textId="3F35B22D" w:rsidR="00BA33AB" w:rsidRPr="000767E2" w:rsidRDefault="00000000">
      <w:pPr>
        <w:rPr>
          <w:lang w:val="sv-SE"/>
        </w:rPr>
      </w:pPr>
      <w:r w:rsidRPr="000767E2">
        <w:rPr>
          <w:lang w:val="sv-SE"/>
        </w:rPr>
        <w:t>[[@</w:t>
      </w:r>
      <w:r w:rsidR="0096445B" w:rsidRPr="000767E2">
        <w:rPr>
          <w:lang w:val="sv-SE"/>
        </w:rPr>
        <w:t>BibleBIBEL82</w:t>
      </w:r>
      <w:r w:rsidRPr="000767E2">
        <w:rPr>
          <w:lang w:val="sv-SE"/>
        </w:rPr>
        <w:t>:Luke 15:28]]</w:t>
      </w:r>
      <w:r w:rsidRPr="000767E2">
        <w:rPr>
          <w:vertAlign w:val="superscript"/>
          <w:lang w:val="sv-SE"/>
        </w:rPr>
        <w:t>28</w:t>
      </w:r>
      <w:r w:rsidRPr="000767E2">
        <w:rPr>
          <w:lang w:val="sv-SE"/>
        </w:rPr>
        <w:t xml:space="preserve"> {{field-on:bible}}Men han vredgades och ville inte gå in. Och hans far kom ut och vädjade till honom,{{field-off:bible}} [[@</w:t>
      </w:r>
      <w:r w:rsidR="0096445B" w:rsidRPr="000767E2">
        <w:rPr>
          <w:lang w:val="sv-SE"/>
        </w:rPr>
        <w:t>BibleBIBEL82</w:t>
      </w:r>
      <w:r w:rsidRPr="000767E2">
        <w:rPr>
          <w:lang w:val="sv-SE"/>
        </w:rPr>
        <w:t>:Luke 15:29]]</w:t>
      </w:r>
      <w:r w:rsidRPr="000767E2">
        <w:rPr>
          <w:vertAlign w:val="superscript"/>
          <w:lang w:val="sv-SE"/>
        </w:rPr>
        <w:t>29</w:t>
      </w:r>
      <w:r w:rsidRPr="000767E2">
        <w:rPr>
          <w:lang w:val="sv-SE"/>
        </w:rPr>
        <w:t xml:space="preserve"> {{field-on:bible}}men han svarade och sade till sin far: Se! Så många år fasttjänar jag dig, och aldrig har jag förbigått ditt bud. Och mig har du aldrig gett en get så att jag med mina vänner kan fira.{{field-off:bible}} [[@</w:t>
      </w:r>
      <w:r w:rsidR="0096445B" w:rsidRPr="000767E2">
        <w:rPr>
          <w:lang w:val="sv-SE"/>
        </w:rPr>
        <w:t>BibleBIBEL82</w:t>
      </w:r>
      <w:r w:rsidRPr="000767E2">
        <w:rPr>
          <w:lang w:val="sv-SE"/>
        </w:rPr>
        <w:t>:Luke 15:30]]</w:t>
      </w:r>
      <w:r w:rsidRPr="000767E2">
        <w:rPr>
          <w:vertAlign w:val="superscript"/>
          <w:lang w:val="sv-SE"/>
        </w:rPr>
        <w:t>30</w:t>
      </w:r>
      <w:r w:rsidRPr="000767E2">
        <w:rPr>
          <w:lang w:val="sv-SE"/>
        </w:rPr>
        <w:t xml:space="preserve"> {{field-on:bible}}Men när denne din son som ätit upp dina tillgångar med skökor kom, har du slaktoffrat för honom den gödda kalven!{{field-off:bible}} [[@</w:t>
      </w:r>
      <w:r w:rsidR="0096445B" w:rsidRPr="000767E2">
        <w:rPr>
          <w:lang w:val="sv-SE"/>
        </w:rPr>
        <w:t>BibleBIBEL82</w:t>
      </w:r>
      <w:r w:rsidRPr="000767E2">
        <w:rPr>
          <w:lang w:val="sv-SE"/>
        </w:rPr>
        <w:t>:Luke 15:31]]</w:t>
      </w:r>
      <w:r w:rsidRPr="000767E2">
        <w:rPr>
          <w:vertAlign w:val="superscript"/>
          <w:lang w:val="sv-SE"/>
        </w:rPr>
        <w:t>31</w:t>
      </w:r>
      <w:r w:rsidRPr="000767E2">
        <w:rPr>
          <w:lang w:val="sv-SE"/>
        </w:rPr>
        <w:t xml:space="preserve"> {{field-on:bible}}Men han sade till honom: Barn, du är alltid hos mig, och allt mitt är ditt.{{field-off:bible}} [[@</w:t>
      </w:r>
      <w:r w:rsidR="0096445B" w:rsidRPr="000767E2">
        <w:rPr>
          <w:lang w:val="sv-SE"/>
        </w:rPr>
        <w:t>BibleBIBEL82</w:t>
      </w:r>
      <w:r w:rsidRPr="000767E2">
        <w:rPr>
          <w:lang w:val="sv-SE"/>
        </w:rPr>
        <w:t>:Luke 15:32]]</w:t>
      </w:r>
      <w:r w:rsidRPr="000767E2">
        <w:rPr>
          <w:vertAlign w:val="superscript"/>
          <w:lang w:val="sv-SE"/>
        </w:rPr>
        <w:t>32</w:t>
      </w:r>
      <w:r w:rsidRPr="000767E2">
        <w:rPr>
          <w:lang w:val="sv-SE"/>
        </w:rPr>
        <w:t xml:space="preserve"> {{field-on:bible}}Men att fira och glädjas var nödvändigt. För denne din bror var död och levde </w:t>
      </w:r>
      <w:r w:rsidRPr="000767E2">
        <w:rPr>
          <w:i/>
          <w:lang w:val="sv-SE"/>
        </w:rPr>
        <w:t>igen</w:t>
      </w:r>
      <w:r w:rsidRPr="000767E2">
        <w:rPr>
          <w:lang w:val="sv-SE"/>
        </w:rPr>
        <w:t>, och förlorad och blev återfunnen.”{{field-off:bible}}</w:t>
      </w:r>
    </w:p>
    <w:p w14:paraId="4CF411F0" w14:textId="6BCE0EB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16]]Kapitel 16</w:t>
      </w:r>
    </w:p>
    <w:p w14:paraId="4A6107D8" w14:textId="77777777" w:rsidR="00BA33AB" w:rsidRPr="000767E2" w:rsidRDefault="00000000">
      <w:pPr>
        <w:pStyle w:val="Rubrik3"/>
        <w:rPr>
          <w:lang w:val="sv-SE"/>
        </w:rPr>
      </w:pPr>
      <w:r w:rsidRPr="000767E2">
        <w:rPr>
          <w:lang w:val="sv-SE"/>
        </w:rPr>
        <w:t>Den ohederlige förvaltaren</w:t>
      </w:r>
    </w:p>
    <w:p w14:paraId="0776B347" w14:textId="31B45A0F" w:rsidR="00BA33AB" w:rsidRPr="000767E2" w:rsidRDefault="00000000">
      <w:pPr>
        <w:rPr>
          <w:lang w:val="sv-SE"/>
        </w:rPr>
      </w:pPr>
      <w:r w:rsidRPr="000767E2">
        <w:rPr>
          <w:lang w:val="sv-SE"/>
        </w:rPr>
        <w:t>[[@</w:t>
      </w:r>
      <w:r w:rsidR="0096445B" w:rsidRPr="000767E2">
        <w:rPr>
          <w:lang w:val="sv-SE"/>
        </w:rPr>
        <w:t>BibleBIBEL82</w:t>
      </w:r>
      <w:r w:rsidRPr="000767E2">
        <w:rPr>
          <w:lang w:val="sv-SE"/>
        </w:rPr>
        <w:t>:Luke 16:1]]</w:t>
      </w:r>
      <w:r w:rsidRPr="000767E2">
        <w:rPr>
          <w:vertAlign w:val="superscript"/>
          <w:lang w:val="sv-SE"/>
        </w:rPr>
        <w:t>1</w:t>
      </w:r>
      <w:r w:rsidRPr="000767E2">
        <w:rPr>
          <w:lang w:val="sv-SE"/>
        </w:rPr>
        <w:t xml:space="preserve"> {{field-on:bible}}Och han sade också till lärjungarna: ”Det fanns en rik man som hade en förvaltare. Och denne blev baktalad inför honom som förskingrare </w:t>
      </w:r>
      <w:r w:rsidRPr="000767E2">
        <w:rPr>
          <w:i/>
          <w:lang w:val="sv-SE"/>
        </w:rPr>
        <w:t>av</w:t>
      </w:r>
      <w:r w:rsidRPr="000767E2">
        <w:rPr>
          <w:lang w:val="sv-SE"/>
        </w:rPr>
        <w:t xml:space="preserve"> det som var hans.{{field-off:bible}} [[@</w:t>
      </w:r>
      <w:r w:rsidR="0096445B" w:rsidRPr="000767E2">
        <w:rPr>
          <w:lang w:val="sv-SE"/>
        </w:rPr>
        <w:t>BibleBIBEL82</w:t>
      </w:r>
      <w:r w:rsidRPr="000767E2">
        <w:rPr>
          <w:lang w:val="sv-SE"/>
        </w:rPr>
        <w:t>:Luke 16:2]]</w:t>
      </w:r>
      <w:r w:rsidRPr="000767E2">
        <w:rPr>
          <w:vertAlign w:val="superscript"/>
          <w:lang w:val="sv-SE"/>
        </w:rPr>
        <w:t>2</w:t>
      </w:r>
      <w:r w:rsidRPr="000767E2">
        <w:rPr>
          <w:lang w:val="sv-SE"/>
        </w:rPr>
        <w:t xml:space="preserve"> {{field-on:bible}}Och han ropade dit honom och sade till honom: Vad </w:t>
      </w:r>
      <w:r w:rsidRPr="000767E2">
        <w:rPr>
          <w:i/>
          <w:lang w:val="sv-SE"/>
        </w:rPr>
        <w:t>är</w:t>
      </w:r>
      <w:r w:rsidRPr="000767E2">
        <w:rPr>
          <w:lang w:val="sv-SE"/>
        </w:rPr>
        <w:t xml:space="preserve"> detta jag hör om dig? Avge räkenskapen för din förvaltning, för du kan inte förvalta mer.{{field-off:bible}}</w:t>
      </w:r>
    </w:p>
    <w:p w14:paraId="6FC85B0B" w14:textId="220E7497" w:rsidR="00BA33AB" w:rsidRPr="000767E2" w:rsidRDefault="00000000">
      <w:pPr>
        <w:rPr>
          <w:lang w:val="sv-SE"/>
        </w:rPr>
      </w:pPr>
      <w:r w:rsidRPr="000767E2">
        <w:rPr>
          <w:lang w:val="sv-SE"/>
        </w:rPr>
        <w:t>[[@</w:t>
      </w:r>
      <w:r w:rsidR="0096445B" w:rsidRPr="000767E2">
        <w:rPr>
          <w:lang w:val="sv-SE"/>
        </w:rPr>
        <w:t>BibleBIBEL82</w:t>
      </w:r>
      <w:r w:rsidRPr="000767E2">
        <w:rPr>
          <w:lang w:val="sv-SE"/>
        </w:rPr>
        <w:t>:Luke 16:3]]</w:t>
      </w:r>
      <w:r w:rsidRPr="000767E2">
        <w:rPr>
          <w:vertAlign w:val="superscript"/>
          <w:lang w:val="sv-SE"/>
        </w:rPr>
        <w:t>3</w:t>
      </w:r>
      <w:r w:rsidRPr="000767E2">
        <w:rPr>
          <w:lang w:val="sv-SE"/>
        </w:rPr>
        <w:t xml:space="preserve"> {{field-on:bible}}Men förvaltaren sade inom sig: Vad ska jag göra, eftersom min Herre tar förvaltningen ifrån mig? Skyffla mäktar jag inte. Tigga skäms jag </w:t>
      </w:r>
      <w:r w:rsidRPr="000767E2">
        <w:rPr>
          <w:i/>
          <w:lang w:val="sv-SE"/>
        </w:rPr>
        <w:t>för</w:t>
      </w:r>
      <w:r w:rsidRPr="000767E2">
        <w:rPr>
          <w:lang w:val="sv-SE"/>
        </w:rPr>
        <w:t>.{{field-off:bible}} [[@</w:t>
      </w:r>
      <w:r w:rsidR="0096445B" w:rsidRPr="000767E2">
        <w:rPr>
          <w:lang w:val="sv-SE"/>
        </w:rPr>
        <w:t>BibleBIBEL82</w:t>
      </w:r>
      <w:r w:rsidRPr="000767E2">
        <w:rPr>
          <w:lang w:val="sv-SE"/>
        </w:rPr>
        <w:t>:Luke 16:4]]</w:t>
      </w:r>
      <w:r w:rsidRPr="000767E2">
        <w:rPr>
          <w:vertAlign w:val="superscript"/>
          <w:lang w:val="sv-SE"/>
        </w:rPr>
        <w:t>4</w:t>
      </w:r>
      <w:r w:rsidRPr="000767E2">
        <w:rPr>
          <w:lang w:val="sv-SE"/>
        </w:rPr>
        <w:t xml:space="preserve"> {{field-on:bible}}</w:t>
      </w:r>
      <w:r w:rsidRPr="000767E2">
        <w:rPr>
          <w:i/>
          <w:lang w:val="sv-SE"/>
        </w:rPr>
        <w:t>Nu</w:t>
      </w:r>
      <w:r w:rsidRPr="000767E2">
        <w:rPr>
          <w:lang w:val="sv-SE"/>
        </w:rPr>
        <w:t xml:space="preserve"> har jag förstått vad jag ska göra, så att när jag flyttas från förvaltningen man välkomnar mig i sina hus.{{field-off:bible}} [[@</w:t>
      </w:r>
      <w:r w:rsidR="0096445B" w:rsidRPr="000767E2">
        <w:rPr>
          <w:lang w:val="sv-SE"/>
        </w:rPr>
        <w:t>BibleBIBEL82</w:t>
      </w:r>
      <w:r w:rsidRPr="000767E2">
        <w:rPr>
          <w:lang w:val="sv-SE"/>
        </w:rPr>
        <w:t>:Luke 16:5]]</w:t>
      </w:r>
      <w:r w:rsidRPr="000767E2">
        <w:rPr>
          <w:vertAlign w:val="superscript"/>
          <w:lang w:val="sv-SE"/>
        </w:rPr>
        <w:t>5</w:t>
      </w:r>
      <w:r w:rsidRPr="000767E2">
        <w:rPr>
          <w:lang w:val="sv-SE"/>
        </w:rPr>
        <w:t xml:space="preserve"> {{field-on:bible}}Och han kallade till sig var och en av sin Herres skuldsatta och sade till den förste: Hur mycket är du skyldig min Herre?{{field-off:bible}} [[@</w:t>
      </w:r>
      <w:r w:rsidR="0096445B" w:rsidRPr="000767E2">
        <w:rPr>
          <w:lang w:val="sv-SE"/>
        </w:rPr>
        <w:t>BibleBIBEL82</w:t>
      </w:r>
      <w:r w:rsidRPr="000767E2">
        <w:rPr>
          <w:lang w:val="sv-SE"/>
        </w:rPr>
        <w:t>:Luke 16:6]]</w:t>
      </w:r>
      <w:r w:rsidRPr="000767E2">
        <w:rPr>
          <w:vertAlign w:val="superscript"/>
          <w:lang w:val="sv-SE"/>
        </w:rPr>
        <w:t>6</w:t>
      </w:r>
      <w:r w:rsidRPr="000767E2">
        <w:rPr>
          <w:lang w:val="sv-SE"/>
        </w:rPr>
        <w:t xml:space="preserve"> {{field-on:bible}}Och han sade: Hundra batmått olja. Och han sade till honom: Motta dina texter och sätt dig fort och skriv femtio.{{field-off:bible}} [[@</w:t>
      </w:r>
      <w:r w:rsidR="0096445B" w:rsidRPr="000767E2">
        <w:rPr>
          <w:lang w:val="sv-SE"/>
        </w:rPr>
        <w:t>BibleBIBEL82</w:t>
      </w:r>
      <w:r w:rsidRPr="000767E2">
        <w:rPr>
          <w:lang w:val="sv-SE"/>
        </w:rPr>
        <w:t>:Luke 16:7]]</w:t>
      </w:r>
      <w:r w:rsidRPr="000767E2">
        <w:rPr>
          <w:vertAlign w:val="superscript"/>
          <w:lang w:val="sv-SE"/>
        </w:rPr>
        <w:t>7</w:t>
      </w:r>
      <w:r w:rsidRPr="000767E2">
        <w:rPr>
          <w:lang w:val="sv-SE"/>
        </w:rPr>
        <w:t xml:space="preserve"> {{field-on:bible}}Sedan sade han till en annan: Och du, hur mycket är du skyldig? Och han sade: Hundra kormått vete. Han säger till honom: Motta dina texter och skriv åttio.{{field-off:bible}} [[@</w:t>
      </w:r>
      <w:r w:rsidR="0096445B" w:rsidRPr="000767E2">
        <w:rPr>
          <w:lang w:val="sv-SE"/>
        </w:rPr>
        <w:t>BibleBIBEL82</w:t>
      </w:r>
      <w:r w:rsidRPr="000767E2">
        <w:rPr>
          <w:lang w:val="sv-SE"/>
        </w:rPr>
        <w:t>:Luke 16:8]]</w:t>
      </w:r>
      <w:r w:rsidRPr="000767E2">
        <w:rPr>
          <w:vertAlign w:val="superscript"/>
          <w:lang w:val="sv-SE"/>
        </w:rPr>
        <w:t>8</w:t>
      </w:r>
      <w:r w:rsidRPr="000767E2">
        <w:rPr>
          <w:lang w:val="sv-SE"/>
        </w:rPr>
        <w:t xml:space="preserve"> {{field-on:bible}}Och Herren lovordade orättens förvaltare för att han gjort </w:t>
      </w:r>
      <w:r w:rsidRPr="000767E2">
        <w:rPr>
          <w:i/>
          <w:lang w:val="sv-SE"/>
        </w:rPr>
        <w:t>det</w:t>
      </w:r>
      <w:r w:rsidRPr="000767E2">
        <w:rPr>
          <w:lang w:val="sv-SE"/>
        </w:rPr>
        <w:t xml:space="preserve"> klokt. För denna eons söner är klokare än ljusets söner mot sitt eget släkte.{{field-off:bible}}</w:t>
      </w:r>
    </w:p>
    <w:p w14:paraId="7459B44C" w14:textId="5AB11B04"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16:9]]</w:t>
      </w:r>
      <w:r w:rsidRPr="000767E2">
        <w:rPr>
          <w:vertAlign w:val="superscript"/>
          <w:lang w:val="sv-SE"/>
        </w:rPr>
        <w:t>9</w:t>
      </w:r>
      <w:r w:rsidRPr="000767E2">
        <w:rPr>
          <w:lang w:val="sv-SE"/>
        </w:rPr>
        <w:t xml:space="preserve"> {{field-on:bible}}Och jag säger er: Gör er vänner av orättens mammon, så att de när den tar slut välkomnar er i de eoniska boningarna.{{field-off:bible}} [[@</w:t>
      </w:r>
      <w:r w:rsidR="0096445B" w:rsidRPr="000767E2">
        <w:rPr>
          <w:lang w:val="sv-SE"/>
        </w:rPr>
        <w:t>BibleBIBEL82</w:t>
      </w:r>
      <w:r w:rsidRPr="000767E2">
        <w:rPr>
          <w:lang w:val="sv-SE"/>
        </w:rPr>
        <w:t>:Luke 16:10]]</w:t>
      </w:r>
      <w:r w:rsidRPr="000767E2">
        <w:rPr>
          <w:vertAlign w:val="superscript"/>
          <w:lang w:val="sv-SE"/>
        </w:rPr>
        <w:t>10</w:t>
      </w:r>
      <w:r w:rsidRPr="000767E2">
        <w:rPr>
          <w:lang w:val="sv-SE"/>
        </w:rPr>
        <w:t xml:space="preserve"> {{field-on:bible}}Den </w:t>
      </w:r>
      <w:r w:rsidRPr="000767E2">
        <w:rPr>
          <w:i/>
          <w:lang w:val="sv-SE"/>
        </w:rPr>
        <w:t>som är</w:t>
      </w:r>
      <w:r w:rsidRPr="000767E2">
        <w:rPr>
          <w:lang w:val="sv-SE"/>
        </w:rPr>
        <w:t xml:space="preserve"> trogen i </w:t>
      </w:r>
      <w:r w:rsidRPr="000767E2">
        <w:rPr>
          <w:i/>
          <w:lang w:val="sv-SE"/>
        </w:rPr>
        <w:t>det</w:t>
      </w:r>
      <w:r w:rsidRPr="000767E2">
        <w:rPr>
          <w:lang w:val="sv-SE"/>
        </w:rPr>
        <w:t xml:space="preserve"> minsta är trogen också i stort. Och den </w:t>
      </w:r>
      <w:r w:rsidRPr="000767E2">
        <w:rPr>
          <w:i/>
          <w:lang w:val="sv-SE"/>
        </w:rPr>
        <w:t>som är</w:t>
      </w:r>
      <w:r w:rsidRPr="000767E2">
        <w:rPr>
          <w:lang w:val="sv-SE"/>
        </w:rPr>
        <w:t xml:space="preserve"> orättfärdig i det minsta är orättfärdig också i stort.{{field-off:bible}} [[@</w:t>
      </w:r>
      <w:r w:rsidR="0096445B" w:rsidRPr="000767E2">
        <w:rPr>
          <w:lang w:val="sv-SE"/>
        </w:rPr>
        <w:t>BibleBIBEL82</w:t>
      </w:r>
      <w:r w:rsidRPr="000767E2">
        <w:rPr>
          <w:lang w:val="sv-SE"/>
        </w:rPr>
        <w:t>:Luke 16:11]]</w:t>
      </w:r>
      <w:r w:rsidRPr="000767E2">
        <w:rPr>
          <w:vertAlign w:val="superscript"/>
          <w:lang w:val="sv-SE"/>
        </w:rPr>
        <w:t>11</w:t>
      </w:r>
      <w:r w:rsidRPr="000767E2">
        <w:rPr>
          <w:lang w:val="sv-SE"/>
        </w:rPr>
        <w:t xml:space="preserve"> {{field-on:bible}}Om ni nu inte varit trogna med den orättfärdiga mammon, vem ska anförtro er den sannfärdiga?{{field-off:bible}} [[@</w:t>
      </w:r>
      <w:r w:rsidR="0096445B" w:rsidRPr="000767E2">
        <w:rPr>
          <w:lang w:val="sv-SE"/>
        </w:rPr>
        <w:t>BibleBIBEL82</w:t>
      </w:r>
      <w:r w:rsidRPr="000767E2">
        <w:rPr>
          <w:lang w:val="sv-SE"/>
        </w:rPr>
        <w:t>:Luke 16:12]]</w:t>
      </w:r>
      <w:r w:rsidRPr="000767E2">
        <w:rPr>
          <w:vertAlign w:val="superscript"/>
          <w:lang w:val="sv-SE"/>
        </w:rPr>
        <w:t>12</w:t>
      </w:r>
      <w:r w:rsidRPr="000767E2">
        <w:rPr>
          <w:lang w:val="sv-SE"/>
        </w:rPr>
        <w:t xml:space="preserve"> {{field-on:bible}}Och om ni inte varit trogna med det </w:t>
      </w:r>
      <w:r w:rsidRPr="000767E2">
        <w:rPr>
          <w:i/>
          <w:lang w:val="sv-SE"/>
        </w:rPr>
        <w:t>som är</w:t>
      </w:r>
      <w:r w:rsidRPr="000767E2">
        <w:rPr>
          <w:lang w:val="sv-SE"/>
        </w:rPr>
        <w:t xml:space="preserve"> en annans, vem ska ge er det </w:t>
      </w:r>
      <w:r w:rsidRPr="000767E2">
        <w:rPr>
          <w:i/>
          <w:lang w:val="sv-SE"/>
        </w:rPr>
        <w:t>som är</w:t>
      </w:r>
      <w:r w:rsidRPr="000767E2">
        <w:rPr>
          <w:lang w:val="sv-SE"/>
        </w:rPr>
        <w:t xml:space="preserve"> ert?{{field-off:bible}} [[@</w:t>
      </w:r>
      <w:r w:rsidR="0096445B" w:rsidRPr="000767E2">
        <w:rPr>
          <w:lang w:val="sv-SE"/>
        </w:rPr>
        <w:t>BibleBIBEL82</w:t>
      </w:r>
      <w:r w:rsidRPr="000767E2">
        <w:rPr>
          <w:lang w:val="sv-SE"/>
        </w:rPr>
        <w:t>:Luke 16:13]]</w:t>
      </w:r>
      <w:r w:rsidRPr="000767E2">
        <w:rPr>
          <w:vertAlign w:val="superscript"/>
          <w:lang w:val="sv-SE"/>
        </w:rPr>
        <w:t>13</w:t>
      </w:r>
      <w:r w:rsidRPr="000767E2">
        <w:rPr>
          <w:lang w:val="sv-SE"/>
        </w:rPr>
        <w:t xml:space="preserve"> {{field-on:bible}}Ingen hustjänare kan fasttjäna två herrar. För antingen kommer han att hata den ene och älska den andre, eller hålla tag i en och ringakta den andre. Ni kan inte fasttjäna Gud och mammon.”{{field-off:bible}}</w:t>
      </w:r>
    </w:p>
    <w:p w14:paraId="3066B8D4" w14:textId="38D8783F" w:rsidR="00BA33AB" w:rsidRPr="000767E2" w:rsidRDefault="00000000">
      <w:pPr>
        <w:rPr>
          <w:lang w:val="sv-SE"/>
        </w:rPr>
      </w:pPr>
      <w:r w:rsidRPr="000767E2">
        <w:rPr>
          <w:lang w:val="sv-SE"/>
        </w:rPr>
        <w:t>[[@</w:t>
      </w:r>
      <w:r w:rsidR="0096445B" w:rsidRPr="000767E2">
        <w:rPr>
          <w:lang w:val="sv-SE"/>
        </w:rPr>
        <w:t>BibleBIBEL82</w:t>
      </w:r>
      <w:r w:rsidRPr="000767E2">
        <w:rPr>
          <w:lang w:val="sv-SE"/>
        </w:rPr>
        <w:t>:Luke 16:14]]</w:t>
      </w:r>
      <w:r w:rsidRPr="000767E2">
        <w:rPr>
          <w:vertAlign w:val="superscript"/>
          <w:lang w:val="sv-SE"/>
        </w:rPr>
        <w:t>14</w:t>
      </w:r>
      <w:r w:rsidRPr="000767E2">
        <w:rPr>
          <w:lang w:val="sv-SE"/>
        </w:rPr>
        <w:t xml:space="preserve"> {{field-on:bible}}Men allt detta hörde fariseerna, som var pengakära, och de fnös åt honom.{{field-off:bible}} [[@</w:t>
      </w:r>
      <w:r w:rsidR="0096445B" w:rsidRPr="000767E2">
        <w:rPr>
          <w:lang w:val="sv-SE"/>
        </w:rPr>
        <w:t>BibleBIBEL82</w:t>
      </w:r>
      <w:r w:rsidRPr="000767E2">
        <w:rPr>
          <w:lang w:val="sv-SE"/>
        </w:rPr>
        <w:t>:Luke 16:15]]</w:t>
      </w:r>
      <w:r w:rsidRPr="000767E2">
        <w:rPr>
          <w:vertAlign w:val="superscript"/>
          <w:lang w:val="sv-SE"/>
        </w:rPr>
        <w:t>15</w:t>
      </w:r>
      <w:r w:rsidRPr="000767E2">
        <w:rPr>
          <w:lang w:val="sv-SE"/>
        </w:rPr>
        <w:t xml:space="preserve"> {{field-on:bible}}Och han sade till dem: ”Ni är de som rättfärdigförklarar sig själva inför människorna, men Gud känner era hjärtan. För det </w:t>
      </w:r>
      <w:r w:rsidRPr="000767E2">
        <w:rPr>
          <w:i/>
          <w:lang w:val="sv-SE"/>
        </w:rPr>
        <w:t>som</w:t>
      </w:r>
      <w:r w:rsidRPr="000767E2">
        <w:rPr>
          <w:lang w:val="sv-SE"/>
        </w:rPr>
        <w:t xml:space="preserve"> bland människor </w:t>
      </w:r>
      <w:r w:rsidRPr="000767E2">
        <w:rPr>
          <w:i/>
          <w:lang w:val="sv-SE"/>
        </w:rPr>
        <w:t>är</w:t>
      </w:r>
      <w:r w:rsidRPr="000767E2">
        <w:rPr>
          <w:lang w:val="sv-SE"/>
        </w:rPr>
        <w:t xml:space="preserve"> högt </w:t>
      </w:r>
      <w:r w:rsidRPr="000767E2">
        <w:rPr>
          <w:i/>
          <w:lang w:val="sv-SE"/>
        </w:rPr>
        <w:t>är</w:t>
      </w:r>
      <w:r w:rsidRPr="000767E2">
        <w:rPr>
          <w:lang w:val="sv-SE"/>
        </w:rPr>
        <w:t xml:space="preserve"> en skändlighet inför Gud.{{field-off:bible}}</w:t>
      </w:r>
    </w:p>
    <w:p w14:paraId="6FCD622C" w14:textId="77777777" w:rsidR="00BA33AB" w:rsidRPr="000767E2" w:rsidRDefault="00000000">
      <w:pPr>
        <w:pStyle w:val="Rubrik3"/>
        <w:rPr>
          <w:lang w:val="sv-SE"/>
        </w:rPr>
      </w:pPr>
      <w:r w:rsidRPr="000767E2">
        <w:rPr>
          <w:lang w:val="sv-SE"/>
        </w:rPr>
        <w:t>Lagen och Guds rike</w:t>
      </w:r>
    </w:p>
    <w:p w14:paraId="353C24ED" w14:textId="6B8D3EDF" w:rsidR="00BA33AB" w:rsidRPr="000767E2" w:rsidRDefault="00000000">
      <w:pPr>
        <w:rPr>
          <w:lang w:val="sv-SE"/>
        </w:rPr>
      </w:pPr>
      <w:r w:rsidRPr="000767E2">
        <w:rPr>
          <w:lang w:val="sv-SE"/>
        </w:rPr>
        <w:t>[[@</w:t>
      </w:r>
      <w:r w:rsidR="0096445B" w:rsidRPr="000767E2">
        <w:rPr>
          <w:lang w:val="sv-SE"/>
        </w:rPr>
        <w:t>BibleBIBEL82</w:t>
      </w:r>
      <w:r w:rsidRPr="000767E2">
        <w:rPr>
          <w:lang w:val="sv-SE"/>
        </w:rPr>
        <w:t>:Luke 16:16]]</w:t>
      </w:r>
      <w:r w:rsidRPr="000767E2">
        <w:rPr>
          <w:vertAlign w:val="superscript"/>
          <w:lang w:val="sv-SE"/>
        </w:rPr>
        <w:t>16</w:t>
      </w:r>
      <w:r w:rsidRPr="000767E2">
        <w:rPr>
          <w:lang w:val="sv-SE"/>
        </w:rPr>
        <w:t xml:space="preserve"> {{field-on:bible}}Lagen och profeterna </w:t>
      </w:r>
      <w:r w:rsidRPr="000767E2">
        <w:rPr>
          <w:i/>
          <w:lang w:val="sv-SE"/>
        </w:rPr>
        <w:t>var</w:t>
      </w:r>
      <w:r w:rsidRPr="000767E2">
        <w:rPr>
          <w:lang w:val="sv-SE"/>
        </w:rPr>
        <w:t xml:space="preserve"> fram till Johannes. Från då evangeliseras </w:t>
      </w:r>
      <w:r w:rsidRPr="000767E2">
        <w:rPr>
          <w:i/>
          <w:lang w:val="sv-SE"/>
        </w:rPr>
        <w:t>det om</w:t>
      </w:r>
      <w:r w:rsidRPr="000767E2">
        <w:rPr>
          <w:lang w:val="sv-SE"/>
        </w:rPr>
        <w:t xml:space="preserve"> Guds rike, och var och en tvingar sig in i det.{{field-off:bible}} [[@</w:t>
      </w:r>
      <w:r w:rsidR="0096445B" w:rsidRPr="000767E2">
        <w:rPr>
          <w:lang w:val="sv-SE"/>
        </w:rPr>
        <w:t>BibleBIBEL82</w:t>
      </w:r>
      <w:r w:rsidRPr="000767E2">
        <w:rPr>
          <w:lang w:val="sv-SE"/>
        </w:rPr>
        <w:t>:Luke 16:17]]</w:t>
      </w:r>
      <w:r w:rsidRPr="000767E2">
        <w:rPr>
          <w:vertAlign w:val="superscript"/>
          <w:lang w:val="sv-SE"/>
        </w:rPr>
        <w:t>17</w:t>
      </w:r>
      <w:r w:rsidRPr="000767E2">
        <w:rPr>
          <w:lang w:val="sv-SE"/>
        </w:rPr>
        <w:t xml:space="preserve"> {{field-on:bible}}Men det är lättare att himlen och jorden förgår än att </w:t>
      </w:r>
      <w:r w:rsidRPr="000767E2">
        <w:rPr>
          <w:i/>
          <w:lang w:val="sv-SE"/>
        </w:rPr>
        <w:t>det</w:t>
      </w:r>
      <w:r w:rsidRPr="000767E2">
        <w:rPr>
          <w:lang w:val="sv-SE"/>
        </w:rPr>
        <w:t xml:space="preserve"> från lagen faller ett </w:t>
      </w:r>
      <w:r w:rsidRPr="000767E2">
        <w:rPr>
          <w:i/>
          <w:lang w:val="sv-SE"/>
        </w:rPr>
        <w:t>enda</w:t>
      </w:r>
      <w:r w:rsidRPr="000767E2">
        <w:rPr>
          <w:lang w:val="sv-SE"/>
        </w:rPr>
        <w:t xml:space="preserve"> streck.{{field-off:bible}}</w:t>
      </w:r>
    </w:p>
    <w:p w14:paraId="5F616426" w14:textId="57017970" w:rsidR="00BA33AB" w:rsidRPr="000767E2" w:rsidRDefault="00000000">
      <w:pPr>
        <w:rPr>
          <w:lang w:val="sv-SE"/>
        </w:rPr>
      </w:pPr>
      <w:r w:rsidRPr="000767E2">
        <w:rPr>
          <w:lang w:val="sv-SE"/>
        </w:rPr>
        <w:t>[[@</w:t>
      </w:r>
      <w:r w:rsidR="0096445B" w:rsidRPr="000767E2">
        <w:rPr>
          <w:lang w:val="sv-SE"/>
        </w:rPr>
        <w:t>BibleBIBEL82</w:t>
      </w:r>
      <w:r w:rsidRPr="000767E2">
        <w:rPr>
          <w:lang w:val="sv-SE"/>
        </w:rPr>
        <w:t>:Luke 16:18]]</w:t>
      </w:r>
      <w:r w:rsidRPr="000767E2">
        <w:rPr>
          <w:vertAlign w:val="superscript"/>
          <w:lang w:val="sv-SE"/>
        </w:rPr>
        <w:t>18</w:t>
      </w:r>
      <w:r w:rsidRPr="000767E2">
        <w:rPr>
          <w:lang w:val="sv-SE"/>
        </w:rPr>
        <w:t xml:space="preserve"> {{field-on:bible}}Var och en som förskjuter sin hustru och gifter sig med en annan begår äktenskapsbrott. Och den som gifter sig med en </w:t>
      </w:r>
      <w:r w:rsidRPr="000767E2">
        <w:rPr>
          <w:i/>
          <w:lang w:val="sv-SE"/>
        </w:rPr>
        <w:t>kvinna</w:t>
      </w:r>
      <w:r w:rsidRPr="000767E2">
        <w:rPr>
          <w:lang w:val="sv-SE"/>
        </w:rPr>
        <w:t xml:space="preserve"> förskjuten från en man, begår äktenskapsbrott.{{field-off:bible}}</w:t>
      </w:r>
    </w:p>
    <w:p w14:paraId="364BEDA8" w14:textId="77777777" w:rsidR="00BA33AB" w:rsidRPr="000767E2" w:rsidRDefault="00000000">
      <w:pPr>
        <w:pStyle w:val="Rubrik3"/>
        <w:rPr>
          <w:lang w:val="sv-SE"/>
        </w:rPr>
      </w:pPr>
      <w:r w:rsidRPr="000767E2">
        <w:rPr>
          <w:lang w:val="sv-SE"/>
        </w:rPr>
        <w:t>Den rike mannen och Lazaros</w:t>
      </w:r>
    </w:p>
    <w:p w14:paraId="19E9166F" w14:textId="0887C68E" w:rsidR="00BA33AB" w:rsidRPr="000767E2" w:rsidRDefault="00000000">
      <w:pPr>
        <w:rPr>
          <w:lang w:val="sv-SE"/>
        </w:rPr>
      </w:pPr>
      <w:r w:rsidRPr="000767E2">
        <w:rPr>
          <w:lang w:val="sv-SE"/>
        </w:rPr>
        <w:t>[[@</w:t>
      </w:r>
      <w:r w:rsidR="0096445B" w:rsidRPr="000767E2">
        <w:rPr>
          <w:lang w:val="sv-SE"/>
        </w:rPr>
        <w:t>BibleBIBEL82</w:t>
      </w:r>
      <w:r w:rsidRPr="000767E2">
        <w:rPr>
          <w:lang w:val="sv-SE"/>
        </w:rPr>
        <w:t>:Luke 16:19]]</w:t>
      </w:r>
      <w:r w:rsidRPr="000767E2">
        <w:rPr>
          <w:vertAlign w:val="superscript"/>
          <w:lang w:val="sv-SE"/>
        </w:rPr>
        <w:t>19</w:t>
      </w:r>
      <w:r w:rsidRPr="000767E2">
        <w:rPr>
          <w:lang w:val="sv-SE"/>
        </w:rPr>
        <w:t xml:space="preserve"> {{field-on:bible}}Men det fanns en man </w:t>
      </w:r>
      <w:r w:rsidRPr="000767E2">
        <w:rPr>
          <w:i/>
          <w:lang w:val="sv-SE"/>
        </w:rPr>
        <w:t>som var</w:t>
      </w:r>
      <w:r w:rsidRPr="000767E2">
        <w:rPr>
          <w:lang w:val="sv-SE"/>
        </w:rPr>
        <w:t xml:space="preserve"> rik, och han klädde sig i purpur och fint linne och firade varje dag glansfullt.{{field-off:bible}}</w:t>
      </w:r>
    </w:p>
    <w:p w14:paraId="1E0E4FFB" w14:textId="0DFE9BB3" w:rsidR="00BA33AB" w:rsidRPr="000767E2" w:rsidRDefault="00000000">
      <w:pPr>
        <w:rPr>
          <w:lang w:val="sv-SE"/>
        </w:rPr>
      </w:pPr>
      <w:r w:rsidRPr="000767E2">
        <w:rPr>
          <w:lang w:val="sv-SE"/>
        </w:rPr>
        <w:t>[[@</w:t>
      </w:r>
      <w:r w:rsidR="0096445B" w:rsidRPr="000767E2">
        <w:rPr>
          <w:lang w:val="sv-SE"/>
        </w:rPr>
        <w:t>BibleBIBEL82</w:t>
      </w:r>
      <w:r w:rsidRPr="000767E2">
        <w:rPr>
          <w:lang w:val="sv-SE"/>
        </w:rPr>
        <w:t>:Luke 16:20]]</w:t>
      </w:r>
      <w:r w:rsidRPr="000767E2">
        <w:rPr>
          <w:vertAlign w:val="superscript"/>
          <w:lang w:val="sv-SE"/>
        </w:rPr>
        <w:t>20</w:t>
      </w:r>
      <w:r w:rsidRPr="000767E2">
        <w:rPr>
          <w:lang w:val="sv-SE"/>
        </w:rPr>
        <w:t xml:space="preserve"> {{field-on:bible}}Men en fattig vid namn Lazaros var liggande vid hans porthus med variga sår,{{field-off:bible}} [[@</w:t>
      </w:r>
      <w:r w:rsidR="0096445B" w:rsidRPr="000767E2">
        <w:rPr>
          <w:lang w:val="sv-SE"/>
        </w:rPr>
        <w:t>BibleBIBEL82</w:t>
      </w:r>
      <w:r w:rsidRPr="000767E2">
        <w:rPr>
          <w:lang w:val="sv-SE"/>
        </w:rPr>
        <w:t>:Luke 16:21]]</w:t>
      </w:r>
      <w:r w:rsidRPr="000767E2">
        <w:rPr>
          <w:vertAlign w:val="superscript"/>
          <w:lang w:val="sv-SE"/>
        </w:rPr>
        <w:t>21</w:t>
      </w:r>
      <w:r w:rsidRPr="000767E2">
        <w:rPr>
          <w:lang w:val="sv-SE"/>
        </w:rPr>
        <w:t xml:space="preserve"> {{field-on:bible}}och han åtrådde att mätta sig av det som föll från den rikes bord. Men </w:t>
      </w:r>
      <w:r w:rsidRPr="000767E2">
        <w:rPr>
          <w:i/>
          <w:lang w:val="sv-SE"/>
        </w:rPr>
        <w:t>till</w:t>
      </w:r>
      <w:r w:rsidRPr="000767E2">
        <w:rPr>
          <w:lang w:val="sv-SE"/>
        </w:rPr>
        <w:t xml:space="preserve"> och </w:t>
      </w:r>
      <w:r w:rsidRPr="000767E2">
        <w:rPr>
          <w:i/>
          <w:lang w:val="sv-SE"/>
        </w:rPr>
        <w:t>med</w:t>
      </w:r>
      <w:r w:rsidRPr="000767E2">
        <w:rPr>
          <w:lang w:val="sv-SE"/>
        </w:rPr>
        <w:t xml:space="preserve"> hundarna kom och slickade på hans variga sår.{{field-off:bible}} [[@</w:t>
      </w:r>
      <w:r w:rsidR="0096445B" w:rsidRPr="000767E2">
        <w:rPr>
          <w:lang w:val="sv-SE"/>
        </w:rPr>
        <w:t>BibleBIBEL82</w:t>
      </w:r>
      <w:r w:rsidRPr="000767E2">
        <w:rPr>
          <w:lang w:val="sv-SE"/>
        </w:rPr>
        <w:t>:Luke 16:22]]</w:t>
      </w:r>
      <w:r w:rsidRPr="000767E2">
        <w:rPr>
          <w:vertAlign w:val="superscript"/>
          <w:lang w:val="sv-SE"/>
        </w:rPr>
        <w:t>22</w:t>
      </w:r>
      <w:r w:rsidRPr="000767E2">
        <w:rPr>
          <w:lang w:val="sv-SE"/>
        </w:rPr>
        <w:t xml:space="preserve"> {{field-on:bible}}Och det hände sig att den fattige dog, och han fördes av änglarna bort till Abrahams famn.{{field-off:bible}}</w:t>
      </w:r>
    </w:p>
    <w:p w14:paraId="261F17BE" w14:textId="207EA26F" w:rsidR="00BA33AB" w:rsidRPr="000767E2" w:rsidRDefault="00000000">
      <w:pPr>
        <w:rPr>
          <w:lang w:val="sv-SE"/>
        </w:rPr>
      </w:pPr>
      <w:r w:rsidRPr="000767E2">
        <w:rPr>
          <w:lang w:val="sv-SE"/>
        </w:rPr>
        <w:t>{{field-on:bible}}Men även den rike dog och blev begravd.{{field-off:bible}} [[@</w:t>
      </w:r>
      <w:r w:rsidR="0096445B" w:rsidRPr="000767E2">
        <w:rPr>
          <w:lang w:val="sv-SE"/>
        </w:rPr>
        <w:t>BibleBIBEL82</w:t>
      </w:r>
      <w:r w:rsidRPr="000767E2">
        <w:rPr>
          <w:lang w:val="sv-SE"/>
        </w:rPr>
        <w:t>:Luke 16:23]]</w:t>
      </w:r>
      <w:r w:rsidRPr="000767E2">
        <w:rPr>
          <w:vertAlign w:val="superscript"/>
          <w:lang w:val="sv-SE"/>
        </w:rPr>
        <w:t>23</w:t>
      </w:r>
      <w:r w:rsidRPr="000767E2">
        <w:rPr>
          <w:lang w:val="sv-SE"/>
        </w:rPr>
        <w:t xml:space="preserve"> {{field-on:bible}}Och i Hades lyfte han sina ögon </w:t>
      </w:r>
      <w:r w:rsidRPr="000767E2">
        <w:rPr>
          <w:i/>
          <w:lang w:val="sv-SE"/>
        </w:rPr>
        <w:t>där</w:t>
      </w:r>
      <w:r w:rsidRPr="000767E2">
        <w:rPr>
          <w:lang w:val="sv-SE"/>
        </w:rPr>
        <w:t xml:space="preserve"> han var i plågor, och han ser Abraham långt ifrån och Lazaros i hans famn.{{field-off:bible}} [[@</w:t>
      </w:r>
      <w:r w:rsidR="0096445B" w:rsidRPr="000767E2">
        <w:rPr>
          <w:lang w:val="sv-SE"/>
        </w:rPr>
        <w:t>BibleBIBEL82</w:t>
      </w:r>
      <w:r w:rsidRPr="000767E2">
        <w:rPr>
          <w:lang w:val="sv-SE"/>
        </w:rPr>
        <w:t>:Luke 16:24]]</w:t>
      </w:r>
      <w:r w:rsidRPr="000767E2">
        <w:rPr>
          <w:vertAlign w:val="superscript"/>
          <w:lang w:val="sv-SE"/>
        </w:rPr>
        <w:t>24</w:t>
      </w:r>
      <w:r w:rsidRPr="000767E2">
        <w:rPr>
          <w:lang w:val="sv-SE"/>
        </w:rPr>
        <w:t xml:space="preserve"> {{field-on:bible}}Och han ropade och sade: Fader Abraham! Förbarma dig över mig, och skicka Lazaros att doppa sin fingertopp i vatten och svalka min tunga. För jag våndas i denna låga.{{field-off:bible}} [[@</w:t>
      </w:r>
      <w:r w:rsidR="0096445B" w:rsidRPr="000767E2">
        <w:rPr>
          <w:lang w:val="sv-SE"/>
        </w:rPr>
        <w:t>BibleBIBEL82</w:t>
      </w:r>
      <w:r w:rsidRPr="000767E2">
        <w:rPr>
          <w:lang w:val="sv-SE"/>
        </w:rPr>
        <w:t>:Luke 16:25]]</w:t>
      </w:r>
      <w:r w:rsidRPr="000767E2">
        <w:rPr>
          <w:vertAlign w:val="superscript"/>
          <w:lang w:val="sv-SE"/>
        </w:rPr>
        <w:t>25</w:t>
      </w:r>
      <w:r w:rsidRPr="000767E2">
        <w:rPr>
          <w:lang w:val="sv-SE"/>
        </w:rPr>
        <w:t xml:space="preserve"> {{field-on:bible}}Men Abraham sade: Barn, kom ihåg att du erhöll ditt goda under ditt liv, och Lazaros </w:t>
      </w:r>
      <w:r w:rsidRPr="000767E2">
        <w:rPr>
          <w:lang w:val="sv-SE"/>
        </w:rPr>
        <w:lastRenderedPageBreak/>
        <w:t>likaså det onda. Men nu blir han här tröstad och du våndas.{{field-off:bible}} [[@</w:t>
      </w:r>
      <w:r w:rsidR="0096445B" w:rsidRPr="000767E2">
        <w:rPr>
          <w:lang w:val="sv-SE"/>
        </w:rPr>
        <w:t>BibleBIBEL82</w:t>
      </w:r>
      <w:r w:rsidRPr="000767E2">
        <w:rPr>
          <w:lang w:val="sv-SE"/>
        </w:rPr>
        <w:t>:Luke 16:26]]</w:t>
      </w:r>
      <w:r w:rsidRPr="000767E2">
        <w:rPr>
          <w:vertAlign w:val="superscript"/>
          <w:lang w:val="sv-SE"/>
        </w:rPr>
        <w:t>26</w:t>
      </w:r>
      <w:r w:rsidRPr="000767E2">
        <w:rPr>
          <w:lang w:val="sv-SE"/>
        </w:rPr>
        <w:t xml:space="preserve"> {{field-on:bible}}Och i allt detta är mellan oss och er ett stort gap stärkt, för att de som vill gå över härifrån till er inte ska kunna </w:t>
      </w:r>
      <w:r w:rsidRPr="000767E2">
        <w:rPr>
          <w:i/>
          <w:lang w:val="sv-SE"/>
        </w:rPr>
        <w:t>det</w:t>
      </w:r>
      <w:r w:rsidRPr="000767E2">
        <w:rPr>
          <w:lang w:val="sv-SE"/>
        </w:rPr>
        <w:t>, inte heller därifrån komma över till oss.{{field-off:bible}}</w:t>
      </w:r>
    </w:p>
    <w:p w14:paraId="11DE9969" w14:textId="13F482E4" w:rsidR="00BA33AB" w:rsidRPr="000767E2" w:rsidRDefault="00000000">
      <w:pPr>
        <w:rPr>
          <w:lang w:val="sv-SE"/>
        </w:rPr>
      </w:pPr>
      <w:r w:rsidRPr="000767E2">
        <w:rPr>
          <w:lang w:val="sv-SE"/>
        </w:rPr>
        <w:t>[[@</w:t>
      </w:r>
      <w:r w:rsidR="0096445B" w:rsidRPr="000767E2">
        <w:rPr>
          <w:lang w:val="sv-SE"/>
        </w:rPr>
        <w:t>BibleBIBEL82</w:t>
      </w:r>
      <w:r w:rsidRPr="000767E2">
        <w:rPr>
          <w:lang w:val="sv-SE"/>
        </w:rPr>
        <w:t>:Luke 16:27]]</w:t>
      </w:r>
      <w:r w:rsidRPr="000767E2">
        <w:rPr>
          <w:vertAlign w:val="superscript"/>
          <w:lang w:val="sv-SE"/>
        </w:rPr>
        <w:t>27</w:t>
      </w:r>
      <w:r w:rsidRPr="000767E2">
        <w:rPr>
          <w:lang w:val="sv-SE"/>
        </w:rPr>
        <w:t xml:space="preserve"> {{field-on:bible}}Men han sade: Då frågar jag dig, fader, </w:t>
      </w:r>
      <w:r w:rsidRPr="000767E2">
        <w:rPr>
          <w:i/>
          <w:lang w:val="sv-SE"/>
        </w:rPr>
        <w:t>om</w:t>
      </w:r>
      <w:r w:rsidRPr="000767E2">
        <w:rPr>
          <w:lang w:val="sv-SE"/>
        </w:rPr>
        <w:t xml:space="preserve"> du kan skicka honom till min fars hus,{{field-off:bible}} [[@</w:t>
      </w:r>
      <w:r w:rsidR="0096445B" w:rsidRPr="000767E2">
        <w:rPr>
          <w:lang w:val="sv-SE"/>
        </w:rPr>
        <w:t>BibleBIBEL82</w:t>
      </w:r>
      <w:r w:rsidRPr="000767E2">
        <w:rPr>
          <w:lang w:val="sv-SE"/>
        </w:rPr>
        <w:t>:Luke 16:28]]</w:t>
      </w:r>
      <w:r w:rsidRPr="000767E2">
        <w:rPr>
          <w:vertAlign w:val="superscript"/>
          <w:lang w:val="sv-SE"/>
        </w:rPr>
        <w:t>28</w:t>
      </w:r>
      <w:r w:rsidRPr="000767E2">
        <w:rPr>
          <w:lang w:val="sv-SE"/>
        </w:rPr>
        <w:t xml:space="preserve"> {{field-on:bible}}för jag har fem bröder, för att vittna för dem så att inte också de kommer till denna plågans plats.{{field-off:bible}} [[@</w:t>
      </w:r>
      <w:r w:rsidR="0096445B" w:rsidRPr="000767E2">
        <w:rPr>
          <w:lang w:val="sv-SE"/>
        </w:rPr>
        <w:t>BibleBIBEL82</w:t>
      </w:r>
      <w:r w:rsidRPr="000767E2">
        <w:rPr>
          <w:lang w:val="sv-SE"/>
        </w:rPr>
        <w:t>:Luke 16:29]]</w:t>
      </w:r>
      <w:r w:rsidRPr="000767E2">
        <w:rPr>
          <w:vertAlign w:val="superscript"/>
          <w:lang w:val="sv-SE"/>
        </w:rPr>
        <w:t>29</w:t>
      </w:r>
      <w:r w:rsidRPr="000767E2">
        <w:rPr>
          <w:lang w:val="sv-SE"/>
        </w:rPr>
        <w:t xml:space="preserve"> {{field-on:bible}}Men Abraham säger: De har Mose och profeterna. De ska lyssna till dem.{{field-off:bible}} [[@</w:t>
      </w:r>
      <w:r w:rsidR="0096445B" w:rsidRPr="000767E2">
        <w:rPr>
          <w:lang w:val="sv-SE"/>
        </w:rPr>
        <w:t>BibleBIBEL82</w:t>
      </w:r>
      <w:r w:rsidRPr="000767E2">
        <w:rPr>
          <w:lang w:val="sv-SE"/>
        </w:rPr>
        <w:t>:Luke 16:30]]</w:t>
      </w:r>
      <w:r w:rsidRPr="000767E2">
        <w:rPr>
          <w:vertAlign w:val="superscript"/>
          <w:lang w:val="sv-SE"/>
        </w:rPr>
        <w:t>30</w:t>
      </w:r>
      <w:r w:rsidRPr="000767E2">
        <w:rPr>
          <w:lang w:val="sv-SE"/>
        </w:rPr>
        <w:t xml:space="preserve"> {{field-on:bible}}Men han sade: Nej, fader Abraham, men om någon från </w:t>
      </w:r>
      <w:r w:rsidRPr="000767E2">
        <w:rPr>
          <w:i/>
          <w:lang w:val="sv-SE"/>
        </w:rPr>
        <w:t>de</w:t>
      </w:r>
      <w:r w:rsidRPr="000767E2">
        <w:rPr>
          <w:lang w:val="sv-SE"/>
        </w:rPr>
        <w:t xml:space="preserve"> döda går till dem, kommer de att ändra sinne.{{field-off:bible}} [[@</w:t>
      </w:r>
      <w:r w:rsidR="0096445B" w:rsidRPr="000767E2">
        <w:rPr>
          <w:lang w:val="sv-SE"/>
        </w:rPr>
        <w:t>BibleBIBEL82</w:t>
      </w:r>
      <w:r w:rsidRPr="000767E2">
        <w:rPr>
          <w:lang w:val="sv-SE"/>
        </w:rPr>
        <w:t>:Luke 16:31]]</w:t>
      </w:r>
      <w:r w:rsidRPr="000767E2">
        <w:rPr>
          <w:vertAlign w:val="superscript"/>
          <w:lang w:val="sv-SE"/>
        </w:rPr>
        <w:t>31</w:t>
      </w:r>
      <w:r w:rsidRPr="000767E2">
        <w:rPr>
          <w:lang w:val="sv-SE"/>
        </w:rPr>
        <w:t xml:space="preserve"> {{field-on:bible}}Men han sade till honom: Om de inte lyssnar till Mose och profeterna, kommer de inte ens om någon från </w:t>
      </w:r>
      <w:r w:rsidRPr="000767E2">
        <w:rPr>
          <w:i/>
          <w:lang w:val="sv-SE"/>
        </w:rPr>
        <w:t>de</w:t>
      </w:r>
      <w:r w:rsidRPr="000767E2">
        <w:rPr>
          <w:lang w:val="sv-SE"/>
        </w:rPr>
        <w:t xml:space="preserve"> döda uppstår att bli övertygade.”{{field-off:bible}}</w:t>
      </w:r>
    </w:p>
    <w:p w14:paraId="23B00C44" w14:textId="1FC1BA9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17]]Kapitel 17</w:t>
      </w:r>
    </w:p>
    <w:p w14:paraId="33D34C3E" w14:textId="77777777" w:rsidR="00BA33AB" w:rsidRPr="000767E2" w:rsidRDefault="00000000">
      <w:pPr>
        <w:pStyle w:val="Rubrik3"/>
        <w:rPr>
          <w:lang w:val="sv-SE"/>
        </w:rPr>
      </w:pPr>
      <w:r w:rsidRPr="000767E2">
        <w:rPr>
          <w:lang w:val="sv-SE"/>
        </w:rPr>
        <w:t>Skandaler och de små</w:t>
      </w:r>
    </w:p>
    <w:p w14:paraId="4C20C190" w14:textId="39973F7B" w:rsidR="00BA33AB" w:rsidRPr="000767E2" w:rsidRDefault="00000000">
      <w:pPr>
        <w:rPr>
          <w:lang w:val="sv-SE"/>
        </w:rPr>
      </w:pPr>
      <w:r w:rsidRPr="000767E2">
        <w:rPr>
          <w:lang w:val="sv-SE"/>
        </w:rPr>
        <w:t>[[@</w:t>
      </w:r>
      <w:r w:rsidR="0096445B" w:rsidRPr="000767E2">
        <w:rPr>
          <w:lang w:val="sv-SE"/>
        </w:rPr>
        <w:t>BibleBIBEL82</w:t>
      </w:r>
      <w:r w:rsidRPr="000767E2">
        <w:rPr>
          <w:lang w:val="sv-SE"/>
        </w:rPr>
        <w:t>:Luke 17:1]]</w:t>
      </w:r>
      <w:r w:rsidRPr="000767E2">
        <w:rPr>
          <w:vertAlign w:val="superscript"/>
          <w:lang w:val="sv-SE"/>
        </w:rPr>
        <w:t>1</w:t>
      </w:r>
      <w:r w:rsidRPr="000767E2">
        <w:rPr>
          <w:lang w:val="sv-SE"/>
        </w:rPr>
        <w:t xml:space="preserve"> {{field-on:bible}}Och han sade till sina lärjungar: ”Det är otänkbart att skandalerna inte </w:t>
      </w:r>
      <w:r w:rsidRPr="000767E2">
        <w:rPr>
          <w:i/>
          <w:lang w:val="sv-SE"/>
        </w:rPr>
        <w:t>skulle</w:t>
      </w:r>
      <w:r w:rsidRPr="000767E2">
        <w:rPr>
          <w:lang w:val="sv-SE"/>
        </w:rPr>
        <w:t xml:space="preserve"> komma. Men ve </w:t>
      </w:r>
      <w:r w:rsidRPr="000767E2">
        <w:rPr>
          <w:i/>
          <w:lang w:val="sv-SE"/>
        </w:rPr>
        <w:t>den</w:t>
      </w:r>
      <w:r w:rsidRPr="000767E2">
        <w:rPr>
          <w:lang w:val="sv-SE"/>
        </w:rPr>
        <w:t xml:space="preserve"> genom vilken de kommer!{{field-off:bible}} [[@</w:t>
      </w:r>
      <w:r w:rsidR="0096445B" w:rsidRPr="000767E2">
        <w:rPr>
          <w:lang w:val="sv-SE"/>
        </w:rPr>
        <w:t>BibleBIBEL82</w:t>
      </w:r>
      <w:r w:rsidRPr="000767E2">
        <w:rPr>
          <w:lang w:val="sv-SE"/>
        </w:rPr>
        <w:t>:Luke 17:2]]</w:t>
      </w:r>
      <w:r w:rsidRPr="000767E2">
        <w:rPr>
          <w:vertAlign w:val="superscript"/>
          <w:lang w:val="sv-SE"/>
        </w:rPr>
        <w:t>2</w:t>
      </w:r>
      <w:r w:rsidRPr="000767E2">
        <w:rPr>
          <w:lang w:val="sv-SE"/>
        </w:rPr>
        <w:t xml:space="preserve"> {{field-on:bible}}Det är </w:t>
      </w:r>
      <w:r w:rsidRPr="000767E2">
        <w:rPr>
          <w:i/>
          <w:lang w:val="sv-SE"/>
        </w:rPr>
        <w:t>mer</w:t>
      </w:r>
      <w:r w:rsidRPr="000767E2">
        <w:rPr>
          <w:lang w:val="sv-SE"/>
        </w:rPr>
        <w:t xml:space="preserve"> gynnsamt för honom om en kvarnsten fattar om hans hals och han slängs i havet, än att han skandaliserar en av dessa små.{{field-off:bible}}</w:t>
      </w:r>
    </w:p>
    <w:p w14:paraId="1FAE7F64" w14:textId="6E2E7A3B" w:rsidR="00BA33AB" w:rsidRPr="000767E2" w:rsidRDefault="00000000">
      <w:pPr>
        <w:rPr>
          <w:lang w:val="sv-SE"/>
        </w:rPr>
      </w:pPr>
      <w:r>
        <w:t>[[@</w:t>
      </w:r>
      <w:r w:rsidR="0096445B">
        <w:t>BibleBIBEL</w:t>
      </w:r>
      <w:proofErr w:type="gramStart"/>
      <w:r w:rsidR="0096445B">
        <w:t>82</w:t>
      </w:r>
      <w:r>
        <w:t>:Luke</w:t>
      </w:r>
      <w:proofErr w:type="gramEnd"/>
      <w:r>
        <w:t xml:space="preserve"> 17:3]]</w:t>
      </w:r>
      <w:r>
        <w:rPr>
          <w:vertAlign w:val="superscript"/>
        </w:rPr>
        <w:t>3</w:t>
      </w:r>
      <w:r>
        <w:t xml:space="preserve"> {{</w:t>
      </w:r>
      <w:proofErr w:type="spellStart"/>
      <w:r>
        <w:t>field-</w:t>
      </w:r>
      <w:proofErr w:type="gramStart"/>
      <w:r>
        <w:t>on:bible</w:t>
      </w:r>
      <w:proofErr w:type="spellEnd"/>
      <w:r>
        <w:t>}}</w:t>
      </w:r>
      <w:proofErr w:type="spellStart"/>
      <w:r>
        <w:t>Akta</w:t>
      </w:r>
      <w:proofErr w:type="spellEnd"/>
      <w:proofErr w:type="gramEnd"/>
      <w:r>
        <w:t xml:space="preserve"> er! </w:t>
      </w:r>
      <w:r w:rsidRPr="000767E2">
        <w:rPr>
          <w:lang w:val="sv-SE"/>
        </w:rPr>
        <w:t>Om din broder syndar, näps honom. Och om han ändrar sinne, förlåt honom.{{field-off:bible}} [[@</w:t>
      </w:r>
      <w:r w:rsidR="0096445B" w:rsidRPr="000767E2">
        <w:rPr>
          <w:lang w:val="sv-SE"/>
        </w:rPr>
        <w:t>BibleBIBEL82</w:t>
      </w:r>
      <w:r w:rsidRPr="000767E2">
        <w:rPr>
          <w:lang w:val="sv-SE"/>
        </w:rPr>
        <w:t>:Luke 17:4]]</w:t>
      </w:r>
      <w:r w:rsidRPr="000767E2">
        <w:rPr>
          <w:vertAlign w:val="superscript"/>
          <w:lang w:val="sv-SE"/>
        </w:rPr>
        <w:t>4</w:t>
      </w:r>
      <w:r w:rsidRPr="000767E2">
        <w:rPr>
          <w:lang w:val="sv-SE"/>
        </w:rPr>
        <w:t xml:space="preserve"> {{field-on:bible}}Även om han sju gånger om dagen syndar mot dig, och sju gånger vänder om till dig och säger: Jag ändrar sinne, ska du förlåta honom.”{{field-off:bible}}</w:t>
      </w:r>
    </w:p>
    <w:p w14:paraId="0459DD26" w14:textId="77777777" w:rsidR="00BA33AB" w:rsidRPr="000767E2" w:rsidRDefault="00000000">
      <w:pPr>
        <w:pStyle w:val="Rubrik3"/>
        <w:rPr>
          <w:lang w:val="sv-SE"/>
        </w:rPr>
      </w:pPr>
      <w:r w:rsidRPr="000767E2">
        <w:rPr>
          <w:lang w:val="sv-SE"/>
        </w:rPr>
        <w:t>Tro och tjänst</w:t>
      </w:r>
    </w:p>
    <w:p w14:paraId="0685A8AA" w14:textId="454AD0D8" w:rsidR="00BA33AB" w:rsidRPr="000767E2" w:rsidRDefault="00000000">
      <w:pPr>
        <w:rPr>
          <w:lang w:val="sv-SE"/>
        </w:rPr>
      </w:pPr>
      <w:r w:rsidRPr="000767E2">
        <w:rPr>
          <w:lang w:val="sv-SE"/>
        </w:rPr>
        <w:t>[[@</w:t>
      </w:r>
      <w:r w:rsidR="0096445B" w:rsidRPr="000767E2">
        <w:rPr>
          <w:lang w:val="sv-SE"/>
        </w:rPr>
        <w:t>BibleBIBEL82</w:t>
      </w:r>
      <w:r w:rsidRPr="000767E2">
        <w:rPr>
          <w:lang w:val="sv-SE"/>
        </w:rPr>
        <w:t>:Luke 17:5]]</w:t>
      </w:r>
      <w:r w:rsidRPr="000767E2">
        <w:rPr>
          <w:vertAlign w:val="superscript"/>
          <w:lang w:val="sv-SE"/>
        </w:rPr>
        <w:t>5</w:t>
      </w:r>
      <w:r w:rsidRPr="000767E2">
        <w:rPr>
          <w:lang w:val="sv-SE"/>
        </w:rPr>
        <w:t xml:space="preserve"> {{field-on:bible}}Och apostlarna sade till Herren: ”Tillför oss tro!”{{field-off:bible}} [[@</w:t>
      </w:r>
      <w:r w:rsidR="0096445B" w:rsidRPr="000767E2">
        <w:rPr>
          <w:lang w:val="sv-SE"/>
        </w:rPr>
        <w:t>BibleBIBEL82</w:t>
      </w:r>
      <w:r w:rsidRPr="000767E2">
        <w:rPr>
          <w:lang w:val="sv-SE"/>
        </w:rPr>
        <w:t>:Luke 17:6]]</w:t>
      </w:r>
      <w:r w:rsidRPr="000767E2">
        <w:rPr>
          <w:vertAlign w:val="superscript"/>
          <w:lang w:val="sv-SE"/>
        </w:rPr>
        <w:t>6</w:t>
      </w:r>
      <w:r w:rsidRPr="000767E2">
        <w:rPr>
          <w:lang w:val="sv-SE"/>
        </w:rPr>
        <w:t xml:space="preserve"> {{field-on:bible}}Men Herren sade: ”Om ni har tro som ett senapskorn, skulle ni säga till [detta] mullbärsträd: Var upprotad och planterad i havet! Och det skulle hörsamma er.{{field-off:bible}}</w:t>
      </w:r>
    </w:p>
    <w:p w14:paraId="50A43B87" w14:textId="1FC7AEAF" w:rsidR="00BA33AB" w:rsidRPr="000767E2" w:rsidRDefault="00000000">
      <w:pPr>
        <w:rPr>
          <w:lang w:val="sv-SE"/>
        </w:rPr>
      </w:pPr>
      <w:r w:rsidRPr="000767E2">
        <w:rPr>
          <w:lang w:val="sv-SE"/>
        </w:rPr>
        <w:t>[[@</w:t>
      </w:r>
      <w:r w:rsidR="0096445B" w:rsidRPr="000767E2">
        <w:rPr>
          <w:lang w:val="sv-SE"/>
        </w:rPr>
        <w:t>BibleBIBEL82</w:t>
      </w:r>
      <w:r w:rsidRPr="000767E2">
        <w:rPr>
          <w:lang w:val="sv-SE"/>
        </w:rPr>
        <w:t>:Luke 17:7]]</w:t>
      </w:r>
      <w:r w:rsidRPr="000767E2">
        <w:rPr>
          <w:vertAlign w:val="superscript"/>
          <w:lang w:val="sv-SE"/>
        </w:rPr>
        <w:t>7</w:t>
      </w:r>
      <w:r w:rsidRPr="000767E2">
        <w:rPr>
          <w:lang w:val="sv-SE"/>
        </w:rPr>
        <w:t xml:space="preserve"> {{field-on:bible}}Men vem av er som har en fasttjänare som plöjer eller är herde skulle, när han kommer in från åkern, säga till honom: Kom fram direkt och lägg dig </w:t>
      </w:r>
      <w:r w:rsidRPr="000767E2">
        <w:rPr>
          <w:i/>
          <w:lang w:val="sv-SE"/>
        </w:rPr>
        <w:t>till bords</w:t>
      </w:r>
      <w:r w:rsidRPr="000767E2">
        <w:rPr>
          <w:lang w:val="sv-SE"/>
        </w:rPr>
        <w:t>?{{field-off:bible}} [[@</w:t>
      </w:r>
      <w:r w:rsidR="0096445B" w:rsidRPr="000767E2">
        <w:rPr>
          <w:lang w:val="sv-SE"/>
        </w:rPr>
        <w:t>BibleBIBEL82</w:t>
      </w:r>
      <w:r w:rsidRPr="000767E2">
        <w:rPr>
          <w:lang w:val="sv-SE"/>
        </w:rPr>
        <w:t>:Luke 17:8]]</w:t>
      </w:r>
      <w:r w:rsidRPr="000767E2">
        <w:rPr>
          <w:vertAlign w:val="superscript"/>
          <w:lang w:val="sv-SE"/>
        </w:rPr>
        <w:t>8</w:t>
      </w:r>
      <w:r w:rsidRPr="000767E2">
        <w:rPr>
          <w:lang w:val="sv-SE"/>
        </w:rPr>
        <w:t xml:space="preserve"> {{field-on:bible}}Nej, skulle han inte säga till honom: Förbered vad jag ska äta </w:t>
      </w:r>
      <w:r w:rsidRPr="000767E2">
        <w:rPr>
          <w:i/>
          <w:lang w:val="sv-SE"/>
        </w:rPr>
        <w:t>till</w:t>
      </w:r>
      <w:r w:rsidRPr="000767E2">
        <w:rPr>
          <w:lang w:val="sv-SE"/>
        </w:rPr>
        <w:t xml:space="preserve"> måltid, och bälta om dig och betjäna mig medan jag äter och dricker. Och efter detta ska du </w:t>
      </w:r>
      <w:r w:rsidRPr="000767E2">
        <w:rPr>
          <w:i/>
          <w:lang w:val="sv-SE"/>
        </w:rPr>
        <w:t>själv</w:t>
      </w:r>
      <w:r w:rsidRPr="000767E2">
        <w:rPr>
          <w:lang w:val="sv-SE"/>
        </w:rPr>
        <w:t xml:space="preserve"> äta och dricka.{{field-off:bible}} [[@</w:t>
      </w:r>
      <w:r w:rsidR="0096445B" w:rsidRPr="000767E2">
        <w:rPr>
          <w:lang w:val="sv-SE"/>
        </w:rPr>
        <w:t>BibleBIBEL82</w:t>
      </w:r>
      <w:r w:rsidRPr="000767E2">
        <w:rPr>
          <w:lang w:val="sv-SE"/>
        </w:rPr>
        <w:t>:Luke 17:9]]</w:t>
      </w:r>
      <w:r w:rsidRPr="000767E2">
        <w:rPr>
          <w:vertAlign w:val="superscript"/>
          <w:lang w:val="sv-SE"/>
        </w:rPr>
        <w:t>9</w:t>
      </w:r>
      <w:r w:rsidRPr="000767E2">
        <w:rPr>
          <w:lang w:val="sv-SE"/>
        </w:rPr>
        <w:t xml:space="preserve"> {{field-on:bible}}Inte har han tack till fasttjänaren för att han gjort det </w:t>
      </w:r>
      <w:r w:rsidRPr="000767E2">
        <w:rPr>
          <w:i/>
          <w:lang w:val="sv-SE"/>
        </w:rPr>
        <w:t>som var</w:t>
      </w:r>
      <w:r w:rsidRPr="000767E2">
        <w:rPr>
          <w:lang w:val="sv-SE"/>
        </w:rPr>
        <w:t xml:space="preserve"> förordnat?{{field-off:bible}} [[@</w:t>
      </w:r>
      <w:r w:rsidR="0096445B" w:rsidRPr="000767E2">
        <w:rPr>
          <w:lang w:val="sv-SE"/>
        </w:rPr>
        <w:t>BibleBIBEL82</w:t>
      </w:r>
      <w:r w:rsidRPr="000767E2">
        <w:rPr>
          <w:lang w:val="sv-SE"/>
        </w:rPr>
        <w:t>:Luke 17:10]]</w:t>
      </w:r>
      <w:r w:rsidRPr="000767E2">
        <w:rPr>
          <w:vertAlign w:val="superscript"/>
          <w:lang w:val="sv-SE"/>
        </w:rPr>
        <w:t>10</w:t>
      </w:r>
      <w:r w:rsidRPr="000767E2">
        <w:rPr>
          <w:lang w:val="sv-SE"/>
        </w:rPr>
        <w:t xml:space="preserve"> {{field-on:bible}}Så även ni: när ni har gjort allt </w:t>
      </w:r>
      <w:r w:rsidRPr="000767E2">
        <w:rPr>
          <w:i/>
          <w:lang w:val="sv-SE"/>
        </w:rPr>
        <w:t>som är</w:t>
      </w:r>
      <w:r w:rsidRPr="000767E2">
        <w:rPr>
          <w:lang w:val="sv-SE"/>
        </w:rPr>
        <w:t xml:space="preserve"> förordnat för er, säg att: Vi är odugliga fasttjänare. Det vi är skyldiga att göra har vi gjort.”{{field-off:bible}}</w:t>
      </w:r>
    </w:p>
    <w:p w14:paraId="478C859B" w14:textId="77777777" w:rsidR="00BA33AB" w:rsidRPr="000767E2" w:rsidRDefault="00000000">
      <w:pPr>
        <w:pStyle w:val="Rubrik3"/>
        <w:rPr>
          <w:lang w:val="sv-SE"/>
        </w:rPr>
      </w:pPr>
      <w:r w:rsidRPr="000767E2">
        <w:rPr>
          <w:lang w:val="sv-SE"/>
        </w:rPr>
        <w:lastRenderedPageBreak/>
        <w:t>Jesus botar tio spetälska</w:t>
      </w:r>
    </w:p>
    <w:p w14:paraId="74EE63CC" w14:textId="07BD371F" w:rsidR="00BA33AB" w:rsidRPr="000767E2" w:rsidRDefault="00000000">
      <w:pPr>
        <w:rPr>
          <w:lang w:val="sv-SE"/>
        </w:rPr>
      </w:pPr>
      <w:r w:rsidRPr="000767E2">
        <w:rPr>
          <w:lang w:val="sv-SE"/>
        </w:rPr>
        <w:t>[[@</w:t>
      </w:r>
      <w:r w:rsidR="0096445B" w:rsidRPr="000767E2">
        <w:rPr>
          <w:lang w:val="sv-SE"/>
        </w:rPr>
        <w:t>BibleBIBEL82</w:t>
      </w:r>
      <w:r w:rsidRPr="000767E2">
        <w:rPr>
          <w:lang w:val="sv-SE"/>
        </w:rPr>
        <w:t>:Luke 17:11]]</w:t>
      </w:r>
      <w:r w:rsidRPr="000767E2">
        <w:rPr>
          <w:vertAlign w:val="superscript"/>
          <w:lang w:val="sv-SE"/>
        </w:rPr>
        <w:t>11</w:t>
      </w:r>
      <w:r w:rsidRPr="000767E2">
        <w:rPr>
          <w:lang w:val="sv-SE"/>
        </w:rPr>
        <w:t xml:space="preserve"> {{field-on:bible}}Och det hände sig, under det att </w:t>
      </w:r>
      <w:r w:rsidRPr="000767E2">
        <w:rPr>
          <w:i/>
          <w:lang w:val="sv-SE"/>
        </w:rPr>
        <w:t>han</w:t>
      </w:r>
      <w:r w:rsidRPr="000767E2">
        <w:rPr>
          <w:lang w:val="sv-SE"/>
        </w:rPr>
        <w:t xml:space="preserve"> vandrade till Jerusalem, </w:t>
      </w:r>
      <w:r w:rsidRPr="000767E2">
        <w:rPr>
          <w:i/>
          <w:lang w:val="sv-SE"/>
        </w:rPr>
        <w:t>att</w:t>
      </w:r>
      <w:r w:rsidRPr="000767E2">
        <w:rPr>
          <w:lang w:val="sv-SE"/>
        </w:rPr>
        <w:t xml:space="preserve"> han då gick genom mitten av Samarien och Galileen.{{field-off:bible}} [[@</w:t>
      </w:r>
      <w:r w:rsidR="0096445B" w:rsidRPr="000767E2">
        <w:rPr>
          <w:lang w:val="sv-SE"/>
        </w:rPr>
        <w:t>BibleBIBEL82</w:t>
      </w:r>
      <w:r w:rsidRPr="000767E2">
        <w:rPr>
          <w:lang w:val="sv-SE"/>
        </w:rPr>
        <w:t>:Luke 17:12]]</w:t>
      </w:r>
      <w:r w:rsidRPr="000767E2">
        <w:rPr>
          <w:vertAlign w:val="superscript"/>
          <w:lang w:val="sv-SE"/>
        </w:rPr>
        <w:t>12</w:t>
      </w:r>
      <w:r w:rsidRPr="000767E2">
        <w:rPr>
          <w:lang w:val="sv-SE"/>
        </w:rPr>
        <w:t xml:space="preserve"> {{field-on:bible}}Och när han gick in i en by, mötte [honom] tio spetälska män som stannade fjärran ifrån.{{field-off:bible}} [[@</w:t>
      </w:r>
      <w:r w:rsidR="0096445B" w:rsidRPr="000767E2">
        <w:rPr>
          <w:lang w:val="sv-SE"/>
        </w:rPr>
        <w:t>BibleBIBEL82</w:t>
      </w:r>
      <w:r w:rsidRPr="000767E2">
        <w:rPr>
          <w:lang w:val="sv-SE"/>
        </w:rPr>
        <w:t>:Luke 17:13]]</w:t>
      </w:r>
      <w:r w:rsidRPr="000767E2">
        <w:rPr>
          <w:vertAlign w:val="superscript"/>
          <w:lang w:val="sv-SE"/>
        </w:rPr>
        <w:t>13</w:t>
      </w:r>
      <w:r w:rsidRPr="000767E2">
        <w:rPr>
          <w:lang w:val="sv-SE"/>
        </w:rPr>
        <w:t xml:space="preserve"> {{field-on:bible}}Och de höjde </w:t>
      </w:r>
      <w:r w:rsidRPr="000767E2">
        <w:rPr>
          <w:i/>
          <w:lang w:val="sv-SE"/>
        </w:rPr>
        <w:t>sin</w:t>
      </w:r>
      <w:r w:rsidRPr="000767E2">
        <w:rPr>
          <w:lang w:val="sv-SE"/>
        </w:rPr>
        <w:t xml:space="preserve"> röst och sade: ”Jesus, Mästare! Förbarma dig över oss!”{{field-off:bible}} [[@</w:t>
      </w:r>
      <w:r w:rsidR="0096445B" w:rsidRPr="000767E2">
        <w:rPr>
          <w:lang w:val="sv-SE"/>
        </w:rPr>
        <w:t>BibleBIBEL82</w:t>
      </w:r>
      <w:r w:rsidRPr="000767E2">
        <w:rPr>
          <w:lang w:val="sv-SE"/>
        </w:rPr>
        <w:t>:Luke 17:14]]</w:t>
      </w:r>
      <w:r w:rsidRPr="000767E2">
        <w:rPr>
          <w:vertAlign w:val="superscript"/>
          <w:lang w:val="sv-SE"/>
        </w:rPr>
        <w:t>14</w:t>
      </w:r>
      <w:r w:rsidRPr="000767E2">
        <w:rPr>
          <w:lang w:val="sv-SE"/>
        </w:rPr>
        <w:t xml:space="preserve"> {{field-on:bible}}Och han såg och sade till dem: ”Gå och visa er för prästerna.” Och det hände sig, under det att de begav sig, </w:t>
      </w:r>
      <w:r w:rsidRPr="000767E2">
        <w:rPr>
          <w:i/>
          <w:lang w:val="sv-SE"/>
        </w:rPr>
        <w:t>att</w:t>
      </w:r>
      <w:r w:rsidRPr="000767E2">
        <w:rPr>
          <w:lang w:val="sv-SE"/>
        </w:rPr>
        <w:t xml:space="preserve"> de blev renade.{{field-off:bible}}</w:t>
      </w:r>
    </w:p>
    <w:p w14:paraId="787776CD" w14:textId="44DF1A18" w:rsidR="00BA33AB" w:rsidRPr="000767E2" w:rsidRDefault="00000000">
      <w:pPr>
        <w:rPr>
          <w:lang w:val="sv-SE"/>
        </w:rPr>
      </w:pPr>
      <w:r w:rsidRPr="000767E2">
        <w:rPr>
          <w:lang w:val="sv-SE"/>
        </w:rPr>
        <w:t>[[@</w:t>
      </w:r>
      <w:r w:rsidR="0096445B" w:rsidRPr="000767E2">
        <w:rPr>
          <w:lang w:val="sv-SE"/>
        </w:rPr>
        <w:t>BibleBIBEL82</w:t>
      </w:r>
      <w:r w:rsidRPr="000767E2">
        <w:rPr>
          <w:lang w:val="sv-SE"/>
        </w:rPr>
        <w:t>:Luke 17:15]]</w:t>
      </w:r>
      <w:r w:rsidRPr="000767E2">
        <w:rPr>
          <w:vertAlign w:val="superscript"/>
          <w:lang w:val="sv-SE"/>
        </w:rPr>
        <w:t>15</w:t>
      </w:r>
      <w:r w:rsidRPr="000767E2">
        <w:rPr>
          <w:lang w:val="sv-SE"/>
        </w:rPr>
        <w:t xml:space="preserve"> {{field-on:bible}}Men en av dem, när han såg att han var helad, återvände med väldig röst ärande Gud,{{field-off:bible}} [[@</w:t>
      </w:r>
      <w:r w:rsidR="0096445B" w:rsidRPr="000767E2">
        <w:rPr>
          <w:lang w:val="sv-SE"/>
        </w:rPr>
        <w:t>BibleBIBEL82</w:t>
      </w:r>
      <w:r w:rsidRPr="000767E2">
        <w:rPr>
          <w:lang w:val="sv-SE"/>
        </w:rPr>
        <w:t>:Luke 17:16]]</w:t>
      </w:r>
      <w:r w:rsidRPr="000767E2">
        <w:rPr>
          <w:vertAlign w:val="superscript"/>
          <w:lang w:val="sv-SE"/>
        </w:rPr>
        <w:t>16</w:t>
      </w:r>
      <w:r w:rsidRPr="000767E2">
        <w:rPr>
          <w:lang w:val="sv-SE"/>
        </w:rPr>
        <w:t xml:space="preserve"> {{field-on:bible}}och han föll </w:t>
      </w:r>
      <w:r w:rsidRPr="000767E2">
        <w:rPr>
          <w:i/>
          <w:lang w:val="sv-SE"/>
        </w:rPr>
        <w:t>ner</w:t>
      </w:r>
      <w:r w:rsidRPr="000767E2">
        <w:rPr>
          <w:lang w:val="sv-SE"/>
        </w:rPr>
        <w:t xml:space="preserve"> på </w:t>
      </w:r>
      <w:r w:rsidRPr="000767E2">
        <w:rPr>
          <w:i/>
          <w:lang w:val="sv-SE"/>
        </w:rPr>
        <w:t>sitt</w:t>
      </w:r>
      <w:r w:rsidRPr="000767E2">
        <w:rPr>
          <w:lang w:val="sv-SE"/>
        </w:rPr>
        <w:t xml:space="preserve"> ansikte vid hans fötter och tackade honom. Och han var samarier.{{field-off:bible}} [[@</w:t>
      </w:r>
      <w:r w:rsidR="0096445B" w:rsidRPr="000767E2">
        <w:rPr>
          <w:lang w:val="sv-SE"/>
        </w:rPr>
        <w:t>BibleBIBEL82</w:t>
      </w:r>
      <w:r w:rsidRPr="000767E2">
        <w:rPr>
          <w:lang w:val="sv-SE"/>
        </w:rPr>
        <w:t>:Luke 17:17]]</w:t>
      </w:r>
      <w:r w:rsidRPr="000767E2">
        <w:rPr>
          <w:vertAlign w:val="superscript"/>
          <w:lang w:val="sv-SE"/>
        </w:rPr>
        <w:t>17</w:t>
      </w:r>
      <w:r w:rsidRPr="000767E2">
        <w:rPr>
          <w:lang w:val="sv-SE"/>
        </w:rPr>
        <w:t xml:space="preserve"> {{field-on:bible}}Men Jesus svarade och sade: ”Blev inte de tio renade? Men de nio, var </w:t>
      </w:r>
      <w:r w:rsidRPr="000767E2">
        <w:rPr>
          <w:i/>
          <w:lang w:val="sv-SE"/>
        </w:rPr>
        <w:t>är de</w:t>
      </w:r>
      <w:r w:rsidRPr="000767E2">
        <w:rPr>
          <w:lang w:val="sv-SE"/>
        </w:rPr>
        <w:t>?{{field-off:bible}} [[@</w:t>
      </w:r>
      <w:r w:rsidR="0096445B" w:rsidRPr="000767E2">
        <w:rPr>
          <w:lang w:val="sv-SE"/>
        </w:rPr>
        <w:t>BibleBIBEL82</w:t>
      </w:r>
      <w:r w:rsidRPr="000767E2">
        <w:rPr>
          <w:lang w:val="sv-SE"/>
        </w:rPr>
        <w:t>:Luke 17:18]]</w:t>
      </w:r>
      <w:r w:rsidRPr="000767E2">
        <w:rPr>
          <w:vertAlign w:val="superscript"/>
          <w:lang w:val="sv-SE"/>
        </w:rPr>
        <w:t>18</w:t>
      </w:r>
      <w:r w:rsidRPr="000767E2">
        <w:rPr>
          <w:lang w:val="sv-SE"/>
        </w:rPr>
        <w:t xml:space="preserve"> {{field-on:bible}}Fanns det inga som återvände </w:t>
      </w:r>
      <w:r w:rsidRPr="000767E2">
        <w:rPr>
          <w:i/>
          <w:lang w:val="sv-SE"/>
        </w:rPr>
        <w:t>för</w:t>
      </w:r>
      <w:r w:rsidRPr="000767E2">
        <w:rPr>
          <w:lang w:val="sv-SE"/>
        </w:rPr>
        <w:t xml:space="preserve"> att ge ära åt Gud utom denne utbörding?”{{field-off:bible}} [[@</w:t>
      </w:r>
      <w:r w:rsidR="0096445B" w:rsidRPr="000767E2">
        <w:rPr>
          <w:lang w:val="sv-SE"/>
        </w:rPr>
        <w:t>BibleBIBEL82</w:t>
      </w:r>
      <w:r w:rsidRPr="000767E2">
        <w:rPr>
          <w:lang w:val="sv-SE"/>
        </w:rPr>
        <w:t>:Luke 17:19]]</w:t>
      </w:r>
      <w:r w:rsidRPr="000767E2">
        <w:rPr>
          <w:vertAlign w:val="superscript"/>
          <w:lang w:val="sv-SE"/>
        </w:rPr>
        <w:t>19</w:t>
      </w:r>
      <w:r w:rsidRPr="000767E2">
        <w:rPr>
          <w:lang w:val="sv-SE"/>
        </w:rPr>
        <w:t xml:space="preserve"> {{field-on:bible}}Och han sade till honom: ”Stå upp och gå. Din tro har frälst dig.”{{field-off:bible}}</w:t>
      </w:r>
    </w:p>
    <w:p w14:paraId="1A1593AE" w14:textId="77777777" w:rsidR="00BA33AB" w:rsidRPr="000767E2" w:rsidRDefault="00000000">
      <w:pPr>
        <w:pStyle w:val="Rubrik3"/>
        <w:rPr>
          <w:lang w:val="sv-SE"/>
        </w:rPr>
      </w:pPr>
      <w:r w:rsidRPr="000767E2">
        <w:rPr>
          <w:lang w:val="sv-SE"/>
        </w:rPr>
        <w:t>När Guds rike kommer</w:t>
      </w:r>
    </w:p>
    <w:p w14:paraId="48CF41C4" w14:textId="61BD4789" w:rsidR="00BA33AB" w:rsidRPr="000767E2" w:rsidRDefault="00000000">
      <w:pPr>
        <w:rPr>
          <w:lang w:val="sv-SE"/>
        </w:rPr>
      </w:pPr>
      <w:r w:rsidRPr="000767E2">
        <w:rPr>
          <w:lang w:val="sv-SE"/>
        </w:rPr>
        <w:t>[[@</w:t>
      </w:r>
      <w:r w:rsidR="0096445B" w:rsidRPr="000767E2">
        <w:rPr>
          <w:lang w:val="sv-SE"/>
        </w:rPr>
        <w:t>BibleBIBEL82</w:t>
      </w:r>
      <w:r w:rsidRPr="000767E2">
        <w:rPr>
          <w:lang w:val="sv-SE"/>
        </w:rPr>
        <w:t>:Luke 17:20]]</w:t>
      </w:r>
      <w:r w:rsidRPr="000767E2">
        <w:rPr>
          <w:vertAlign w:val="superscript"/>
          <w:lang w:val="sv-SE"/>
        </w:rPr>
        <w:t>20</w:t>
      </w:r>
      <w:r w:rsidRPr="000767E2">
        <w:rPr>
          <w:lang w:val="sv-SE"/>
        </w:rPr>
        <w:t xml:space="preserve"> {{field-on:bible}}Men tillfrågad av fariseerna när Guds rike kommer, svarade han dem och sade: ”Guds rike kommer inte med noggrant iakttagande.{{field-off:bible}} [[@</w:t>
      </w:r>
      <w:r w:rsidR="0096445B" w:rsidRPr="000767E2">
        <w:rPr>
          <w:lang w:val="sv-SE"/>
        </w:rPr>
        <w:t>BibleBIBEL82</w:t>
      </w:r>
      <w:r w:rsidRPr="000767E2">
        <w:rPr>
          <w:lang w:val="sv-SE"/>
        </w:rPr>
        <w:t>:Luke 17:21]]</w:t>
      </w:r>
      <w:r w:rsidRPr="000767E2">
        <w:rPr>
          <w:vertAlign w:val="superscript"/>
          <w:lang w:val="sv-SE"/>
        </w:rPr>
        <w:t>21</w:t>
      </w:r>
      <w:r w:rsidRPr="000767E2">
        <w:rPr>
          <w:lang w:val="sv-SE"/>
        </w:rPr>
        <w:t xml:space="preserve"> {{field-on:bible}}Inte heller ska man säga: Se, här! eller: Där! För se: Guds rike är inom er.”{{field-off:bible}}</w:t>
      </w:r>
    </w:p>
    <w:p w14:paraId="521AE7F3" w14:textId="17789626" w:rsidR="00BA33AB" w:rsidRPr="000767E2" w:rsidRDefault="00000000">
      <w:pPr>
        <w:rPr>
          <w:lang w:val="sv-SE"/>
        </w:rPr>
      </w:pPr>
      <w:r w:rsidRPr="000767E2">
        <w:rPr>
          <w:lang w:val="sv-SE"/>
        </w:rPr>
        <w:t>[[@</w:t>
      </w:r>
      <w:r w:rsidR="0096445B" w:rsidRPr="000767E2">
        <w:rPr>
          <w:lang w:val="sv-SE"/>
        </w:rPr>
        <w:t>BibleBIBEL82</w:t>
      </w:r>
      <w:r w:rsidRPr="000767E2">
        <w:rPr>
          <w:lang w:val="sv-SE"/>
        </w:rPr>
        <w:t>:Luke 17:22]]</w:t>
      </w:r>
      <w:r w:rsidRPr="000767E2">
        <w:rPr>
          <w:vertAlign w:val="superscript"/>
          <w:lang w:val="sv-SE"/>
        </w:rPr>
        <w:t>22</w:t>
      </w:r>
      <w:r w:rsidRPr="000767E2">
        <w:rPr>
          <w:lang w:val="sv-SE"/>
        </w:rPr>
        <w:t xml:space="preserve"> {{field-on:bible}}Och han sade till lärjungarna: ”</w:t>
      </w:r>
      <w:r w:rsidRPr="000767E2">
        <w:rPr>
          <w:i/>
          <w:lang w:val="sv-SE"/>
        </w:rPr>
        <w:t>Det</w:t>
      </w:r>
      <w:r w:rsidRPr="000767E2">
        <w:rPr>
          <w:lang w:val="sv-SE"/>
        </w:rPr>
        <w:t xml:space="preserve"> ska komma dagar när ni ska åtrå att se en </w:t>
      </w:r>
      <w:r w:rsidRPr="000767E2">
        <w:rPr>
          <w:i/>
          <w:lang w:val="sv-SE"/>
        </w:rPr>
        <w:t>enda</w:t>
      </w:r>
      <w:r w:rsidRPr="000767E2">
        <w:rPr>
          <w:lang w:val="sv-SE"/>
        </w:rPr>
        <w:t xml:space="preserve"> av Människosonens dagar, och ni kommer inte att se </w:t>
      </w:r>
      <w:r w:rsidRPr="000767E2">
        <w:rPr>
          <w:i/>
          <w:lang w:val="sv-SE"/>
        </w:rPr>
        <w:t>det</w:t>
      </w:r>
      <w:r w:rsidRPr="000767E2">
        <w:rPr>
          <w:lang w:val="sv-SE"/>
        </w:rPr>
        <w:t>.{{field-off:bible}} [[@</w:t>
      </w:r>
      <w:r w:rsidR="0096445B" w:rsidRPr="000767E2">
        <w:rPr>
          <w:lang w:val="sv-SE"/>
        </w:rPr>
        <w:t>BibleBIBEL82</w:t>
      </w:r>
      <w:r w:rsidRPr="000767E2">
        <w:rPr>
          <w:lang w:val="sv-SE"/>
        </w:rPr>
        <w:t>:Luke 17:23]]</w:t>
      </w:r>
      <w:r w:rsidRPr="000767E2">
        <w:rPr>
          <w:vertAlign w:val="superscript"/>
          <w:lang w:val="sv-SE"/>
        </w:rPr>
        <w:t>23</w:t>
      </w:r>
      <w:r w:rsidRPr="000767E2">
        <w:rPr>
          <w:lang w:val="sv-SE"/>
        </w:rPr>
        <w:t xml:space="preserve"> {{field-on:bible}}Och man ska säga till er: Se, där! [Eller:] Se, här! Gå inte iväg och jaga inte </w:t>
      </w:r>
      <w:r w:rsidRPr="000767E2">
        <w:rPr>
          <w:i/>
          <w:lang w:val="sv-SE"/>
        </w:rPr>
        <w:t>efter</w:t>
      </w:r>
      <w:r w:rsidRPr="000767E2">
        <w:rPr>
          <w:lang w:val="sv-SE"/>
        </w:rPr>
        <w:t>.{{field-off:bible}} [[@</w:t>
      </w:r>
      <w:r w:rsidR="0096445B" w:rsidRPr="000767E2">
        <w:rPr>
          <w:lang w:val="sv-SE"/>
        </w:rPr>
        <w:t>BibleBIBEL82</w:t>
      </w:r>
      <w:r w:rsidRPr="000767E2">
        <w:rPr>
          <w:lang w:val="sv-SE"/>
        </w:rPr>
        <w:t>:Luke 17:24]]</w:t>
      </w:r>
      <w:r w:rsidRPr="000767E2">
        <w:rPr>
          <w:vertAlign w:val="superscript"/>
          <w:lang w:val="sv-SE"/>
        </w:rPr>
        <w:t>24</w:t>
      </w:r>
      <w:r w:rsidRPr="000767E2">
        <w:rPr>
          <w:lang w:val="sv-SE"/>
        </w:rPr>
        <w:t xml:space="preserve"> {{field-on:bible}}För såsom blixten blixtrar från under himlen till under himlen och skiner, så ska Människosonen vara [på sin dag].{{field-off:bible}} [[@</w:t>
      </w:r>
      <w:r w:rsidR="0096445B" w:rsidRPr="000767E2">
        <w:rPr>
          <w:lang w:val="sv-SE"/>
        </w:rPr>
        <w:t>BibleBIBEL82</w:t>
      </w:r>
      <w:r w:rsidRPr="000767E2">
        <w:rPr>
          <w:lang w:val="sv-SE"/>
        </w:rPr>
        <w:t>:Luke 17:25]]</w:t>
      </w:r>
      <w:r w:rsidRPr="000767E2">
        <w:rPr>
          <w:vertAlign w:val="superscript"/>
          <w:lang w:val="sv-SE"/>
        </w:rPr>
        <w:t>25</w:t>
      </w:r>
      <w:r w:rsidRPr="000767E2">
        <w:rPr>
          <w:lang w:val="sv-SE"/>
        </w:rPr>
        <w:t xml:space="preserve"> {{field-on:bible}}Men först måste han lida mycket och bli förkastad av detta släkte.{{field-off:bible}}</w:t>
      </w:r>
    </w:p>
    <w:p w14:paraId="6D4136C2" w14:textId="7F79A489" w:rsidR="00BA33AB" w:rsidRPr="000767E2" w:rsidRDefault="00000000">
      <w:pPr>
        <w:rPr>
          <w:lang w:val="sv-SE"/>
        </w:rPr>
      </w:pPr>
      <w:r w:rsidRPr="000767E2">
        <w:rPr>
          <w:lang w:val="sv-SE"/>
        </w:rPr>
        <w:t>[[@</w:t>
      </w:r>
      <w:r w:rsidR="0096445B" w:rsidRPr="000767E2">
        <w:rPr>
          <w:lang w:val="sv-SE"/>
        </w:rPr>
        <w:t>BibleBIBEL82</w:t>
      </w:r>
      <w:r w:rsidRPr="000767E2">
        <w:rPr>
          <w:lang w:val="sv-SE"/>
        </w:rPr>
        <w:t>:Luke 17:26]]</w:t>
      </w:r>
      <w:r w:rsidRPr="000767E2">
        <w:rPr>
          <w:vertAlign w:val="superscript"/>
          <w:lang w:val="sv-SE"/>
        </w:rPr>
        <w:t>26</w:t>
      </w:r>
      <w:r w:rsidRPr="000767E2">
        <w:rPr>
          <w:lang w:val="sv-SE"/>
        </w:rPr>
        <w:t xml:space="preserve"> {{field-on:bible}}Och så som det blev under Noas dagar, så ska det vara också under Människosonens dagar.{{field-off:bible}} [[@</w:t>
      </w:r>
      <w:r w:rsidR="0096445B" w:rsidRPr="000767E2">
        <w:rPr>
          <w:lang w:val="sv-SE"/>
        </w:rPr>
        <w:t>BibleBIBEL82</w:t>
      </w:r>
      <w:r w:rsidRPr="000767E2">
        <w:rPr>
          <w:lang w:val="sv-SE"/>
        </w:rPr>
        <w:t>:Luke 17:27]]</w:t>
      </w:r>
      <w:r w:rsidRPr="000767E2">
        <w:rPr>
          <w:vertAlign w:val="superscript"/>
          <w:lang w:val="sv-SE"/>
        </w:rPr>
        <w:t>27</w:t>
      </w:r>
      <w:r w:rsidRPr="000767E2">
        <w:rPr>
          <w:lang w:val="sv-SE"/>
        </w:rPr>
        <w:t xml:space="preserve"> {{field-on:bible}}De åt, drack, gifte sig, blev bortgifta, ända till den dag Noa gick in i arken och syndafloden kom och förgjorde alla.{{field-off:bible}} [[@</w:t>
      </w:r>
      <w:r w:rsidR="0096445B" w:rsidRPr="000767E2">
        <w:rPr>
          <w:lang w:val="sv-SE"/>
        </w:rPr>
        <w:t>BibleBIBEL82</w:t>
      </w:r>
      <w:r w:rsidRPr="000767E2">
        <w:rPr>
          <w:lang w:val="sv-SE"/>
        </w:rPr>
        <w:t>:Luke 17:28]]</w:t>
      </w:r>
      <w:r w:rsidRPr="000767E2">
        <w:rPr>
          <w:vertAlign w:val="superscript"/>
          <w:lang w:val="sv-SE"/>
        </w:rPr>
        <w:t>28</w:t>
      </w:r>
      <w:r w:rsidRPr="000767E2">
        <w:rPr>
          <w:lang w:val="sv-SE"/>
        </w:rPr>
        <w:t xml:space="preserve"> {{field-on:bible}}Likaså som det blev under Lots dagar: de åt, drack, köpte, sålde, planterade, byggde.{{field-off:bible}} [[@</w:t>
      </w:r>
      <w:r w:rsidR="0096445B" w:rsidRPr="000767E2">
        <w:rPr>
          <w:lang w:val="sv-SE"/>
        </w:rPr>
        <w:t>BibleBIBEL82</w:t>
      </w:r>
      <w:r w:rsidRPr="000767E2">
        <w:rPr>
          <w:lang w:val="sv-SE"/>
        </w:rPr>
        <w:t>:Luke 17:29]]</w:t>
      </w:r>
      <w:r w:rsidRPr="000767E2">
        <w:rPr>
          <w:vertAlign w:val="superscript"/>
          <w:lang w:val="sv-SE"/>
        </w:rPr>
        <w:t>29</w:t>
      </w:r>
      <w:r w:rsidRPr="000767E2">
        <w:rPr>
          <w:lang w:val="sv-SE"/>
        </w:rPr>
        <w:t xml:space="preserve"> {{field-on:bible}}Men den dag Lot gick ut ur Sodom regnade eld och svavel från himlen och förgjorde alla.{{field-off:bible}} [[@</w:t>
      </w:r>
      <w:r w:rsidR="0096445B" w:rsidRPr="000767E2">
        <w:rPr>
          <w:lang w:val="sv-SE"/>
        </w:rPr>
        <w:t>BibleBIBEL82</w:t>
      </w:r>
      <w:r w:rsidRPr="000767E2">
        <w:rPr>
          <w:lang w:val="sv-SE"/>
        </w:rPr>
        <w:t>:Luke 17:30]]</w:t>
      </w:r>
      <w:r w:rsidRPr="000767E2">
        <w:rPr>
          <w:vertAlign w:val="superscript"/>
          <w:lang w:val="sv-SE"/>
        </w:rPr>
        <w:t>30</w:t>
      </w:r>
      <w:r w:rsidRPr="000767E2">
        <w:rPr>
          <w:lang w:val="sv-SE"/>
        </w:rPr>
        <w:t xml:space="preserve"> {{field-on:bible}}På samma </w:t>
      </w:r>
      <w:r w:rsidRPr="000767E2">
        <w:rPr>
          <w:i/>
          <w:lang w:val="sv-SE"/>
        </w:rPr>
        <w:t>sätt</w:t>
      </w:r>
      <w:r w:rsidRPr="000767E2">
        <w:rPr>
          <w:lang w:val="sv-SE"/>
        </w:rPr>
        <w:t xml:space="preserve"> ska det bli den dag Människosonen uppenbaras.{{field-off:bible}}</w:t>
      </w:r>
    </w:p>
    <w:p w14:paraId="79DE9660" w14:textId="481A41BB"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17:31]]</w:t>
      </w:r>
      <w:r w:rsidRPr="000767E2">
        <w:rPr>
          <w:vertAlign w:val="superscript"/>
          <w:lang w:val="sv-SE"/>
        </w:rPr>
        <w:t>31</w:t>
      </w:r>
      <w:r w:rsidRPr="000767E2">
        <w:rPr>
          <w:lang w:val="sv-SE"/>
        </w:rPr>
        <w:t xml:space="preserve"> {{field-on:bible}}På den dagen ska den som kommer att vara på hustaket och </w:t>
      </w:r>
      <w:r w:rsidRPr="000767E2">
        <w:rPr>
          <w:i/>
          <w:lang w:val="sv-SE"/>
        </w:rPr>
        <w:t>ha</w:t>
      </w:r>
      <w:r w:rsidRPr="000767E2">
        <w:rPr>
          <w:lang w:val="sv-SE"/>
        </w:rPr>
        <w:t xml:space="preserve"> sina kärl i huset inte gå ner och ta dem. Och den </w:t>
      </w:r>
      <w:r w:rsidRPr="000767E2">
        <w:rPr>
          <w:i/>
          <w:lang w:val="sv-SE"/>
        </w:rPr>
        <w:t>som</w:t>
      </w:r>
      <w:r w:rsidRPr="000767E2">
        <w:rPr>
          <w:lang w:val="sv-SE"/>
        </w:rPr>
        <w:t xml:space="preserve"> </w:t>
      </w:r>
      <w:r w:rsidRPr="000767E2">
        <w:rPr>
          <w:i/>
          <w:lang w:val="sv-SE"/>
        </w:rPr>
        <w:t>är</w:t>
      </w:r>
      <w:r w:rsidRPr="000767E2">
        <w:rPr>
          <w:lang w:val="sv-SE"/>
        </w:rPr>
        <w:t xml:space="preserve"> på åkern ska likaså inte vända om bakåt.{{field-off:bible}} [[@</w:t>
      </w:r>
      <w:r w:rsidR="0096445B" w:rsidRPr="000767E2">
        <w:rPr>
          <w:lang w:val="sv-SE"/>
        </w:rPr>
        <w:t>BibleBIBEL82</w:t>
      </w:r>
      <w:r w:rsidRPr="000767E2">
        <w:rPr>
          <w:lang w:val="sv-SE"/>
        </w:rPr>
        <w:t>:Luke 17:32]]</w:t>
      </w:r>
      <w:r w:rsidRPr="000767E2">
        <w:rPr>
          <w:vertAlign w:val="superscript"/>
          <w:lang w:val="sv-SE"/>
        </w:rPr>
        <w:t>32</w:t>
      </w:r>
      <w:r w:rsidRPr="000767E2">
        <w:rPr>
          <w:lang w:val="sv-SE"/>
        </w:rPr>
        <w:t xml:space="preserve"> {{field-on:bible}}Minns Lots hustru.{{field-off:bible}} [[@</w:t>
      </w:r>
      <w:r w:rsidR="0096445B" w:rsidRPr="000767E2">
        <w:rPr>
          <w:lang w:val="sv-SE"/>
        </w:rPr>
        <w:t>BibleBIBEL82</w:t>
      </w:r>
      <w:r w:rsidRPr="000767E2">
        <w:rPr>
          <w:lang w:val="sv-SE"/>
        </w:rPr>
        <w:t>:Luke 17:33]]</w:t>
      </w:r>
      <w:r w:rsidRPr="000767E2">
        <w:rPr>
          <w:vertAlign w:val="superscript"/>
          <w:lang w:val="sv-SE"/>
        </w:rPr>
        <w:t>33</w:t>
      </w:r>
      <w:r w:rsidRPr="000767E2">
        <w:rPr>
          <w:lang w:val="sv-SE"/>
        </w:rPr>
        <w:t xml:space="preserve"> {{field-on:bible}}Den som söker förvärva sin själ ska förlora den. Men den som förlorar </w:t>
      </w:r>
      <w:r w:rsidRPr="000767E2">
        <w:rPr>
          <w:i/>
          <w:lang w:val="sv-SE"/>
        </w:rPr>
        <w:t>den</w:t>
      </w:r>
      <w:r w:rsidRPr="000767E2">
        <w:rPr>
          <w:lang w:val="sv-SE"/>
        </w:rPr>
        <w:t xml:space="preserve"> ska bevara den vid liv.{{field-off:bible}}</w:t>
      </w:r>
    </w:p>
    <w:p w14:paraId="6B3BE246" w14:textId="7D7625A0" w:rsidR="00BA33AB" w:rsidRPr="000767E2" w:rsidRDefault="00000000">
      <w:pPr>
        <w:rPr>
          <w:lang w:val="sv-SE"/>
        </w:rPr>
      </w:pPr>
      <w:r w:rsidRPr="000767E2">
        <w:rPr>
          <w:lang w:val="sv-SE"/>
        </w:rPr>
        <w:t>[[@</w:t>
      </w:r>
      <w:r w:rsidR="0096445B" w:rsidRPr="000767E2">
        <w:rPr>
          <w:lang w:val="sv-SE"/>
        </w:rPr>
        <w:t>BibleBIBEL82</w:t>
      </w:r>
      <w:r w:rsidRPr="000767E2">
        <w:rPr>
          <w:lang w:val="sv-SE"/>
        </w:rPr>
        <w:t>:Luke 17:34]]</w:t>
      </w:r>
      <w:r w:rsidRPr="000767E2">
        <w:rPr>
          <w:vertAlign w:val="superscript"/>
          <w:lang w:val="sv-SE"/>
        </w:rPr>
        <w:t>34</w:t>
      </w:r>
      <w:r w:rsidRPr="000767E2">
        <w:rPr>
          <w:lang w:val="sv-SE"/>
        </w:rPr>
        <w:t xml:space="preserve"> {{field-on:bible}}Jag säger er: Den natten ska det vara två på en bädd. Den ene ska tas med, och den andre lämnas.{{field-off:bible}} [[@</w:t>
      </w:r>
      <w:r w:rsidR="0096445B" w:rsidRPr="000767E2">
        <w:rPr>
          <w:lang w:val="sv-SE"/>
        </w:rPr>
        <w:t>BibleBIBEL82</w:t>
      </w:r>
      <w:r w:rsidRPr="000767E2">
        <w:rPr>
          <w:lang w:val="sv-SE"/>
        </w:rPr>
        <w:t>:Luke 17:35]]</w:t>
      </w:r>
      <w:r w:rsidRPr="000767E2">
        <w:rPr>
          <w:vertAlign w:val="superscript"/>
          <w:lang w:val="sv-SE"/>
        </w:rPr>
        <w:t>35</w:t>
      </w:r>
      <w:r w:rsidRPr="000767E2">
        <w:rPr>
          <w:lang w:val="sv-SE"/>
        </w:rPr>
        <w:t xml:space="preserve"> {{field-on:bible}}Det ska vara två </w:t>
      </w:r>
      <w:r w:rsidRPr="000767E2">
        <w:rPr>
          <w:i/>
          <w:lang w:val="sv-SE"/>
        </w:rPr>
        <w:t>kvinnor</w:t>
      </w:r>
      <w:r w:rsidRPr="000767E2">
        <w:rPr>
          <w:lang w:val="sv-SE"/>
        </w:rPr>
        <w:t xml:space="preserve"> som mal tillsammans. Den ena ska tas med, men den andra lämnas.”{{field-off:bible}} [[@</w:t>
      </w:r>
      <w:r w:rsidR="0096445B" w:rsidRPr="000767E2">
        <w:rPr>
          <w:lang w:val="sv-SE"/>
        </w:rPr>
        <w:t>BibleBIBEL82</w:t>
      </w:r>
      <w:r w:rsidRPr="000767E2">
        <w:rPr>
          <w:lang w:val="sv-SE"/>
        </w:rPr>
        <w:t>:Luke 17:37]]</w:t>
      </w:r>
      <w:r w:rsidRPr="000767E2">
        <w:rPr>
          <w:vertAlign w:val="superscript"/>
          <w:lang w:val="sv-SE"/>
        </w:rPr>
        <w:t>37</w:t>
      </w:r>
      <w:r w:rsidRPr="000767E2">
        <w:rPr>
          <w:lang w:val="sv-SE"/>
        </w:rPr>
        <w:t xml:space="preserve"> {{field-on:bible}}Och de svarar och säger till honom: ”Var, Herre?” Och han sade till dem: ”Där kroppen </w:t>
      </w:r>
      <w:r w:rsidRPr="000767E2">
        <w:rPr>
          <w:i/>
          <w:lang w:val="sv-SE"/>
        </w:rPr>
        <w:t>är</w:t>
      </w:r>
      <w:r w:rsidRPr="000767E2">
        <w:rPr>
          <w:lang w:val="sv-SE"/>
        </w:rPr>
        <w:t>, där ska också örnarna församlas.”{{field-off:bible}}</w:t>
      </w:r>
    </w:p>
    <w:p w14:paraId="73648BF1" w14:textId="4CCEEF3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18]]Kapitel 18</w:t>
      </w:r>
    </w:p>
    <w:p w14:paraId="735987C5" w14:textId="77777777" w:rsidR="00BA33AB" w:rsidRPr="000767E2" w:rsidRDefault="00000000">
      <w:pPr>
        <w:pStyle w:val="Rubrik3"/>
        <w:rPr>
          <w:lang w:val="sv-SE"/>
        </w:rPr>
      </w:pPr>
      <w:r w:rsidRPr="000767E2">
        <w:rPr>
          <w:lang w:val="sv-SE"/>
        </w:rPr>
        <w:t>Änkan och domaren</w:t>
      </w:r>
    </w:p>
    <w:p w14:paraId="4CBA8E12" w14:textId="0612C0D2" w:rsidR="00BA33AB" w:rsidRPr="000767E2" w:rsidRDefault="00000000">
      <w:pPr>
        <w:rPr>
          <w:lang w:val="sv-SE"/>
        </w:rPr>
      </w:pPr>
      <w:r w:rsidRPr="000767E2">
        <w:rPr>
          <w:lang w:val="sv-SE"/>
        </w:rPr>
        <w:t>[[@</w:t>
      </w:r>
      <w:r w:rsidR="0096445B" w:rsidRPr="000767E2">
        <w:rPr>
          <w:lang w:val="sv-SE"/>
        </w:rPr>
        <w:t>BibleBIBEL82</w:t>
      </w:r>
      <w:r w:rsidRPr="000767E2">
        <w:rPr>
          <w:lang w:val="sv-SE"/>
        </w:rPr>
        <w:t>:Luke 18:1]]</w:t>
      </w:r>
      <w:r w:rsidRPr="000767E2">
        <w:rPr>
          <w:vertAlign w:val="superscript"/>
          <w:lang w:val="sv-SE"/>
        </w:rPr>
        <w:t>1</w:t>
      </w:r>
      <w:r w:rsidRPr="000767E2">
        <w:rPr>
          <w:lang w:val="sv-SE"/>
        </w:rPr>
        <w:t xml:space="preserve"> {{field-on:bible}}Och han talade en liknelse till dem, om att de måste alltid be och inte tappa modet,{{field-off:bible}} [[@</w:t>
      </w:r>
      <w:r w:rsidR="0096445B" w:rsidRPr="000767E2">
        <w:rPr>
          <w:lang w:val="sv-SE"/>
        </w:rPr>
        <w:t>BibleBIBEL82</w:t>
      </w:r>
      <w:r w:rsidRPr="000767E2">
        <w:rPr>
          <w:lang w:val="sv-SE"/>
        </w:rPr>
        <w:t>:Luke 18:2]]</w:t>
      </w:r>
      <w:r w:rsidRPr="000767E2">
        <w:rPr>
          <w:vertAlign w:val="superscript"/>
          <w:lang w:val="sv-SE"/>
        </w:rPr>
        <w:t>2</w:t>
      </w:r>
      <w:r w:rsidRPr="000767E2">
        <w:rPr>
          <w:lang w:val="sv-SE"/>
        </w:rPr>
        <w:t xml:space="preserve"> {{field-on:bible}}och sade: ”Det fanns en domare i en stad som inte fruktade Gud och inte hade respekt för </w:t>
      </w:r>
      <w:r w:rsidRPr="000767E2">
        <w:rPr>
          <w:i/>
          <w:lang w:val="sv-SE"/>
        </w:rPr>
        <w:t>någon</w:t>
      </w:r>
      <w:r w:rsidRPr="000767E2">
        <w:rPr>
          <w:lang w:val="sv-SE"/>
        </w:rPr>
        <w:t xml:space="preserve"> människa.{{field-off:bible}} [[@</w:t>
      </w:r>
      <w:r w:rsidR="0096445B" w:rsidRPr="000767E2">
        <w:rPr>
          <w:lang w:val="sv-SE"/>
        </w:rPr>
        <w:t>BibleBIBEL82</w:t>
      </w:r>
      <w:r w:rsidRPr="000767E2">
        <w:rPr>
          <w:lang w:val="sv-SE"/>
        </w:rPr>
        <w:t>:Luke 18:3]]</w:t>
      </w:r>
      <w:r w:rsidRPr="000767E2">
        <w:rPr>
          <w:vertAlign w:val="superscript"/>
          <w:lang w:val="sv-SE"/>
        </w:rPr>
        <w:t>3</w:t>
      </w:r>
      <w:r w:rsidRPr="000767E2">
        <w:rPr>
          <w:lang w:val="sv-SE"/>
        </w:rPr>
        <w:t xml:space="preserve"> {{field-on:bible}}Och det fanns en änka i den staden, och hon </w:t>
      </w:r>
      <w:r w:rsidRPr="000767E2">
        <w:rPr>
          <w:i/>
          <w:lang w:val="sv-SE"/>
        </w:rPr>
        <w:t>började</w:t>
      </w:r>
      <w:r w:rsidRPr="000767E2">
        <w:rPr>
          <w:lang w:val="sv-SE"/>
        </w:rPr>
        <w:t xml:space="preserve"> komma till honom och säga: Skipa rätt för mig från min motpart!{{field-off:bible}} [[@</w:t>
      </w:r>
      <w:r w:rsidR="0096445B" w:rsidRPr="000767E2">
        <w:rPr>
          <w:lang w:val="sv-SE"/>
        </w:rPr>
        <w:t>BibleBIBEL82</w:t>
      </w:r>
      <w:r w:rsidRPr="000767E2">
        <w:rPr>
          <w:lang w:val="sv-SE"/>
        </w:rPr>
        <w:t>:Luke 18:4]]</w:t>
      </w:r>
      <w:r w:rsidRPr="000767E2">
        <w:rPr>
          <w:vertAlign w:val="superscript"/>
          <w:lang w:val="sv-SE"/>
        </w:rPr>
        <w:t>4</w:t>
      </w:r>
      <w:r w:rsidRPr="000767E2">
        <w:rPr>
          <w:lang w:val="sv-SE"/>
        </w:rPr>
        <w:t xml:space="preserve"> {{field-on:bible}}Och han ville inte för en tid. Men efter detta sade han inom sig: Även om jag inte fruktar Gud eller har respekt för </w:t>
      </w:r>
      <w:r w:rsidRPr="000767E2">
        <w:rPr>
          <w:i/>
          <w:lang w:val="sv-SE"/>
        </w:rPr>
        <w:t>någon</w:t>
      </w:r>
      <w:r w:rsidRPr="000767E2">
        <w:rPr>
          <w:lang w:val="sv-SE"/>
        </w:rPr>
        <w:t xml:space="preserve"> människa,{{field-off:bible}} [[@</w:t>
      </w:r>
      <w:r w:rsidR="0096445B" w:rsidRPr="000767E2">
        <w:rPr>
          <w:lang w:val="sv-SE"/>
        </w:rPr>
        <w:t>BibleBIBEL82</w:t>
      </w:r>
      <w:r w:rsidRPr="000767E2">
        <w:rPr>
          <w:lang w:val="sv-SE"/>
        </w:rPr>
        <w:t>:Luke 18:5]]</w:t>
      </w:r>
      <w:r w:rsidRPr="000767E2">
        <w:rPr>
          <w:vertAlign w:val="superscript"/>
          <w:lang w:val="sv-SE"/>
        </w:rPr>
        <w:t>5</w:t>
      </w:r>
      <w:r w:rsidRPr="000767E2">
        <w:rPr>
          <w:lang w:val="sv-SE"/>
        </w:rPr>
        <w:t xml:space="preserve"> {{field-on:bible}}ska jag just för att denna änka skaffar mig besvär skipa rätt för henne, så att hon inte till slut kommer och slår mig </w:t>
      </w:r>
      <w:r w:rsidRPr="000767E2">
        <w:rPr>
          <w:i/>
          <w:lang w:val="sv-SE"/>
        </w:rPr>
        <w:t>blå</w:t>
      </w:r>
      <w:r w:rsidRPr="000767E2">
        <w:rPr>
          <w:lang w:val="sv-SE"/>
        </w:rPr>
        <w:t xml:space="preserve"> under ögat.”{{field-off:bible}}</w:t>
      </w:r>
    </w:p>
    <w:p w14:paraId="2BE92BF8" w14:textId="564F3189" w:rsidR="00BA33AB" w:rsidRPr="000767E2" w:rsidRDefault="00000000">
      <w:pPr>
        <w:rPr>
          <w:lang w:val="sv-SE"/>
        </w:rPr>
      </w:pPr>
      <w:r w:rsidRPr="000767E2">
        <w:rPr>
          <w:lang w:val="sv-SE"/>
        </w:rPr>
        <w:t>[[@</w:t>
      </w:r>
      <w:r w:rsidR="0096445B" w:rsidRPr="000767E2">
        <w:rPr>
          <w:lang w:val="sv-SE"/>
        </w:rPr>
        <w:t>BibleBIBEL82</w:t>
      </w:r>
      <w:r w:rsidRPr="000767E2">
        <w:rPr>
          <w:lang w:val="sv-SE"/>
        </w:rPr>
        <w:t>:Luke 18:6]]</w:t>
      </w:r>
      <w:r w:rsidRPr="000767E2">
        <w:rPr>
          <w:vertAlign w:val="superscript"/>
          <w:lang w:val="sv-SE"/>
        </w:rPr>
        <w:t>6</w:t>
      </w:r>
      <w:r w:rsidRPr="000767E2">
        <w:rPr>
          <w:lang w:val="sv-SE"/>
        </w:rPr>
        <w:t xml:space="preserve"> {{field-on:bible}}Och Herren sade: ”Hör vad orättens domare säger.{{field-off:bible}} [[@</w:t>
      </w:r>
      <w:r w:rsidR="0096445B" w:rsidRPr="000767E2">
        <w:rPr>
          <w:lang w:val="sv-SE"/>
        </w:rPr>
        <w:t>BibleBIBEL82</w:t>
      </w:r>
      <w:r w:rsidRPr="000767E2">
        <w:rPr>
          <w:lang w:val="sv-SE"/>
        </w:rPr>
        <w:t>:Luke 18:7]]</w:t>
      </w:r>
      <w:r w:rsidRPr="000767E2">
        <w:rPr>
          <w:vertAlign w:val="superscript"/>
          <w:lang w:val="sv-SE"/>
        </w:rPr>
        <w:t>7</w:t>
      </w:r>
      <w:r w:rsidRPr="000767E2">
        <w:rPr>
          <w:lang w:val="sv-SE"/>
        </w:rPr>
        <w:t xml:space="preserve"> {{field-on:bible}}Och ska Gud alls inte göra rättskipningen för sina utvalda som ropar till honom dag och natt, och han är tålmodig med dem?{{field-off:bible}} [[@</w:t>
      </w:r>
      <w:r w:rsidR="0096445B" w:rsidRPr="000767E2">
        <w:rPr>
          <w:lang w:val="sv-SE"/>
        </w:rPr>
        <w:t>BibleBIBEL82</w:t>
      </w:r>
      <w:r w:rsidRPr="000767E2">
        <w:rPr>
          <w:lang w:val="sv-SE"/>
        </w:rPr>
        <w:t>:Luke 18:8]]</w:t>
      </w:r>
      <w:r w:rsidRPr="000767E2">
        <w:rPr>
          <w:vertAlign w:val="superscript"/>
          <w:lang w:val="sv-SE"/>
        </w:rPr>
        <w:t>8</w:t>
      </w:r>
      <w:r w:rsidRPr="000767E2">
        <w:rPr>
          <w:lang w:val="sv-SE"/>
        </w:rPr>
        <w:t xml:space="preserve"> {{field-on:bible}}Jag säger er att han ska göra rättskipningen för dem med hast. Men när Människosonen kommer, ska han då finna </w:t>
      </w:r>
      <w:r w:rsidRPr="000767E2">
        <w:rPr>
          <w:i/>
          <w:lang w:val="sv-SE"/>
        </w:rPr>
        <w:t>den</w:t>
      </w:r>
      <w:r w:rsidRPr="000767E2">
        <w:rPr>
          <w:lang w:val="sv-SE"/>
        </w:rPr>
        <w:t xml:space="preserve"> tron på jorden?”{{field-off:bible}}</w:t>
      </w:r>
    </w:p>
    <w:p w14:paraId="2B48A45C" w14:textId="77777777" w:rsidR="00BA33AB" w:rsidRPr="000767E2" w:rsidRDefault="00000000">
      <w:pPr>
        <w:pStyle w:val="Rubrik3"/>
        <w:rPr>
          <w:lang w:val="sv-SE"/>
        </w:rPr>
      </w:pPr>
      <w:r w:rsidRPr="000767E2">
        <w:rPr>
          <w:lang w:val="sv-SE"/>
        </w:rPr>
        <w:t>Farisén och tullindrivaren</w:t>
      </w:r>
    </w:p>
    <w:p w14:paraId="1CD61A0B" w14:textId="4A89CD6F" w:rsidR="00BA33AB" w:rsidRPr="000767E2" w:rsidRDefault="00000000">
      <w:pPr>
        <w:rPr>
          <w:lang w:val="sv-SE"/>
        </w:rPr>
      </w:pPr>
      <w:r w:rsidRPr="000767E2">
        <w:rPr>
          <w:lang w:val="sv-SE"/>
        </w:rPr>
        <w:t>[[@</w:t>
      </w:r>
      <w:r w:rsidR="0096445B" w:rsidRPr="000767E2">
        <w:rPr>
          <w:lang w:val="sv-SE"/>
        </w:rPr>
        <w:t>BibleBIBEL82</w:t>
      </w:r>
      <w:r w:rsidRPr="000767E2">
        <w:rPr>
          <w:lang w:val="sv-SE"/>
        </w:rPr>
        <w:t>:Luke 18:9]]</w:t>
      </w:r>
      <w:r w:rsidRPr="000767E2">
        <w:rPr>
          <w:vertAlign w:val="superscript"/>
          <w:lang w:val="sv-SE"/>
        </w:rPr>
        <w:t>9</w:t>
      </w:r>
      <w:r w:rsidRPr="000767E2">
        <w:rPr>
          <w:lang w:val="sv-SE"/>
        </w:rPr>
        <w:t xml:space="preserve"> {{field-on:bible}}Och han sade också till några, som förtröstade på sig själva att de är rättfärdiga och föraktade de övriga, denna liknelse:{{field-off:bible}} [[@</w:t>
      </w:r>
      <w:r w:rsidR="0096445B" w:rsidRPr="000767E2">
        <w:rPr>
          <w:lang w:val="sv-SE"/>
        </w:rPr>
        <w:t>BibleBIBEL82</w:t>
      </w:r>
      <w:r w:rsidRPr="000767E2">
        <w:rPr>
          <w:lang w:val="sv-SE"/>
        </w:rPr>
        <w:t>:Luke 18:10]]</w:t>
      </w:r>
      <w:r w:rsidRPr="000767E2">
        <w:rPr>
          <w:vertAlign w:val="superscript"/>
          <w:lang w:val="sv-SE"/>
        </w:rPr>
        <w:t>10</w:t>
      </w:r>
      <w:r w:rsidRPr="000767E2">
        <w:rPr>
          <w:lang w:val="sv-SE"/>
        </w:rPr>
        <w:t xml:space="preserve"> {{field-on:bible}}”Två människor gick upp till templet </w:t>
      </w:r>
      <w:r w:rsidRPr="000767E2">
        <w:rPr>
          <w:i/>
          <w:lang w:val="sv-SE"/>
        </w:rPr>
        <w:t>för</w:t>
      </w:r>
      <w:r w:rsidRPr="000767E2">
        <w:rPr>
          <w:lang w:val="sv-SE"/>
        </w:rPr>
        <w:t xml:space="preserve"> att be: den ene farisé, och den andre tullindrivare.{{field-off:bible}} [[@</w:t>
      </w:r>
      <w:r w:rsidR="0096445B" w:rsidRPr="000767E2">
        <w:rPr>
          <w:lang w:val="sv-SE"/>
        </w:rPr>
        <w:t>BibleBIBEL82</w:t>
      </w:r>
      <w:r w:rsidRPr="000767E2">
        <w:rPr>
          <w:lang w:val="sv-SE"/>
        </w:rPr>
        <w:t>:Luke 18:11]]</w:t>
      </w:r>
      <w:r w:rsidRPr="000767E2">
        <w:rPr>
          <w:vertAlign w:val="superscript"/>
          <w:lang w:val="sv-SE"/>
        </w:rPr>
        <w:t>11</w:t>
      </w:r>
      <w:r w:rsidRPr="000767E2">
        <w:rPr>
          <w:lang w:val="sv-SE"/>
        </w:rPr>
        <w:t xml:space="preserve"> {{field-on:bible}}Farisén ställde sig och bad detta för sig själv: Gud, jag tackar dig för att jag inte är såsom de övriga bland människorna: roffare, orättfärdiga, äktenskapsbrytare, eller också som denne tullindrivare.{{field-off:bible}} [[@</w:t>
      </w:r>
      <w:r w:rsidR="0096445B" w:rsidRPr="000767E2">
        <w:rPr>
          <w:lang w:val="sv-SE"/>
        </w:rPr>
        <w:t>BibleBIBEL82</w:t>
      </w:r>
      <w:r w:rsidRPr="000767E2">
        <w:rPr>
          <w:lang w:val="sv-SE"/>
        </w:rPr>
        <w:t>:Luke 18:12]]</w:t>
      </w:r>
      <w:r w:rsidRPr="000767E2">
        <w:rPr>
          <w:vertAlign w:val="superscript"/>
          <w:lang w:val="sv-SE"/>
        </w:rPr>
        <w:t>12</w:t>
      </w:r>
      <w:r w:rsidRPr="000767E2">
        <w:rPr>
          <w:lang w:val="sv-SE"/>
        </w:rPr>
        <w:t xml:space="preserve"> {{field-on:bible}}Jag fastar två gånger i veckan. Jag ger tionde av allt som jag förvärvar.{{field-off:bible}}</w:t>
      </w:r>
    </w:p>
    <w:p w14:paraId="5CB1C973" w14:textId="42CAF6B1"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18:13]]</w:t>
      </w:r>
      <w:r w:rsidRPr="000767E2">
        <w:rPr>
          <w:vertAlign w:val="superscript"/>
          <w:lang w:val="sv-SE"/>
        </w:rPr>
        <w:t>13</w:t>
      </w:r>
      <w:r w:rsidRPr="000767E2">
        <w:rPr>
          <w:lang w:val="sv-SE"/>
        </w:rPr>
        <w:t xml:space="preserve"> {{field-on:bible}}Men tullindrivaren stod långt ifrån och ville inte ens lyfta ögonen mot himlen, utan slog </w:t>
      </w:r>
      <w:r w:rsidRPr="000767E2">
        <w:rPr>
          <w:i/>
          <w:lang w:val="sv-SE"/>
        </w:rPr>
        <w:t>mot</w:t>
      </w:r>
      <w:r w:rsidRPr="000767E2">
        <w:rPr>
          <w:lang w:val="sv-SE"/>
        </w:rPr>
        <w:t xml:space="preserve"> sin bröstkorg och sade: Gud, var försonlig mot mig, syndaren!{{field-off:bible}} [[@</w:t>
      </w:r>
      <w:r w:rsidR="0096445B" w:rsidRPr="000767E2">
        <w:rPr>
          <w:lang w:val="sv-SE"/>
        </w:rPr>
        <w:t>BibleBIBEL82</w:t>
      </w:r>
      <w:r w:rsidRPr="000767E2">
        <w:rPr>
          <w:lang w:val="sv-SE"/>
        </w:rPr>
        <w:t>:Luke 18:14]]</w:t>
      </w:r>
      <w:r w:rsidRPr="000767E2">
        <w:rPr>
          <w:vertAlign w:val="superscript"/>
          <w:lang w:val="sv-SE"/>
        </w:rPr>
        <w:t>14</w:t>
      </w:r>
      <w:r w:rsidRPr="000767E2">
        <w:rPr>
          <w:lang w:val="sv-SE"/>
        </w:rPr>
        <w:t xml:space="preserve"> {{field-on:bible}}Jag säger er: Denne gick ner rättfärdigförklarad till sitt hus </w:t>
      </w:r>
      <w:r w:rsidRPr="000767E2">
        <w:rPr>
          <w:i/>
          <w:lang w:val="sv-SE"/>
        </w:rPr>
        <w:t>snarare</w:t>
      </w:r>
      <w:r w:rsidRPr="000767E2">
        <w:rPr>
          <w:lang w:val="sv-SE"/>
        </w:rPr>
        <w:t xml:space="preserve"> än den </w:t>
      </w:r>
      <w:r w:rsidRPr="000767E2">
        <w:rPr>
          <w:i/>
          <w:lang w:val="sv-SE"/>
        </w:rPr>
        <w:t>andre</w:t>
      </w:r>
      <w:r w:rsidRPr="000767E2">
        <w:rPr>
          <w:lang w:val="sv-SE"/>
        </w:rPr>
        <w:t>. För var och en som upphöjer sig själv ska bli ödmjukad, men den som ödmjukar sig själv ska bli upphöjd.”{{field-off:bible}}</w:t>
      </w:r>
    </w:p>
    <w:p w14:paraId="2B8A161F" w14:textId="77777777" w:rsidR="00BA33AB" w:rsidRPr="000767E2" w:rsidRDefault="00000000">
      <w:pPr>
        <w:pStyle w:val="Rubrik3"/>
        <w:rPr>
          <w:lang w:val="sv-SE"/>
        </w:rPr>
      </w:pPr>
      <w:r w:rsidRPr="000767E2">
        <w:rPr>
          <w:lang w:val="sv-SE"/>
        </w:rPr>
        <w:t>Jesus och barnen</w:t>
      </w:r>
    </w:p>
    <w:p w14:paraId="6B7F78D4" w14:textId="619661E9" w:rsidR="00BA33AB" w:rsidRPr="000767E2" w:rsidRDefault="00000000">
      <w:pPr>
        <w:rPr>
          <w:lang w:val="sv-SE"/>
        </w:rPr>
      </w:pPr>
      <w:r w:rsidRPr="000767E2">
        <w:rPr>
          <w:lang w:val="sv-SE"/>
        </w:rPr>
        <w:t>[[@</w:t>
      </w:r>
      <w:r w:rsidR="0096445B" w:rsidRPr="000767E2">
        <w:rPr>
          <w:lang w:val="sv-SE"/>
        </w:rPr>
        <w:t>BibleBIBEL82</w:t>
      </w:r>
      <w:r w:rsidRPr="000767E2">
        <w:rPr>
          <w:lang w:val="sv-SE"/>
        </w:rPr>
        <w:t>:Luke 18:15]]</w:t>
      </w:r>
      <w:r w:rsidRPr="000767E2">
        <w:rPr>
          <w:vertAlign w:val="superscript"/>
          <w:lang w:val="sv-SE"/>
        </w:rPr>
        <w:t>15</w:t>
      </w:r>
      <w:r w:rsidRPr="000767E2">
        <w:rPr>
          <w:lang w:val="sv-SE"/>
        </w:rPr>
        <w:t xml:space="preserve"> {{field-on:bible}}Och man förde fram till honom även spädbarnen för att han skulle röra vid dem. Men när lärjungarna såg, näpste de dem.{{field-off:bible}} [[@</w:t>
      </w:r>
      <w:r w:rsidR="0096445B" w:rsidRPr="000767E2">
        <w:rPr>
          <w:lang w:val="sv-SE"/>
        </w:rPr>
        <w:t>BibleBIBEL82</w:t>
      </w:r>
      <w:r w:rsidRPr="000767E2">
        <w:rPr>
          <w:lang w:val="sv-SE"/>
        </w:rPr>
        <w:t>:Luke 18:16]]</w:t>
      </w:r>
      <w:r w:rsidRPr="000767E2">
        <w:rPr>
          <w:vertAlign w:val="superscript"/>
          <w:lang w:val="sv-SE"/>
        </w:rPr>
        <w:t>16</w:t>
      </w:r>
      <w:r w:rsidRPr="000767E2">
        <w:rPr>
          <w:lang w:val="sv-SE"/>
        </w:rPr>
        <w:t xml:space="preserve"> {{field-on:bible}}Men Jesus kallade dem till sig och sade: ”Låt barnen komma till mig och hindra dem inte! För till sådana hör Guds rike.{{field-off:bible}} [[@</w:t>
      </w:r>
      <w:r w:rsidR="0096445B" w:rsidRPr="000767E2">
        <w:rPr>
          <w:lang w:val="sv-SE"/>
        </w:rPr>
        <w:t>BibleBIBEL82</w:t>
      </w:r>
      <w:r w:rsidRPr="000767E2">
        <w:rPr>
          <w:lang w:val="sv-SE"/>
        </w:rPr>
        <w:t>:Luke 18:17]]</w:t>
      </w:r>
      <w:r w:rsidRPr="000767E2">
        <w:rPr>
          <w:vertAlign w:val="superscript"/>
          <w:lang w:val="sv-SE"/>
        </w:rPr>
        <w:t>17</w:t>
      </w:r>
      <w:r w:rsidRPr="000767E2">
        <w:rPr>
          <w:lang w:val="sv-SE"/>
        </w:rPr>
        <w:t xml:space="preserve"> {{field-on:bible}}Amen, jag säger er: Den som inte välkomnar Guds rike som ett barn kommer aldrig in i det.”{{field-off:bible}}</w:t>
      </w:r>
    </w:p>
    <w:p w14:paraId="144B477E" w14:textId="77777777" w:rsidR="00BA33AB" w:rsidRPr="000767E2" w:rsidRDefault="00000000">
      <w:pPr>
        <w:pStyle w:val="Rubrik3"/>
        <w:rPr>
          <w:lang w:val="sv-SE"/>
        </w:rPr>
      </w:pPr>
      <w:r w:rsidRPr="000767E2">
        <w:rPr>
          <w:lang w:val="sv-SE"/>
        </w:rPr>
        <w:t>Jesus och den rike mannen</w:t>
      </w:r>
    </w:p>
    <w:p w14:paraId="27026499" w14:textId="7AF7D550" w:rsidR="00BA33AB" w:rsidRPr="000767E2" w:rsidRDefault="00000000">
      <w:pPr>
        <w:rPr>
          <w:lang w:val="sv-SE"/>
        </w:rPr>
      </w:pPr>
      <w:r w:rsidRPr="000767E2">
        <w:rPr>
          <w:lang w:val="sv-SE"/>
        </w:rPr>
        <w:t>[[@</w:t>
      </w:r>
      <w:r w:rsidR="0096445B" w:rsidRPr="000767E2">
        <w:rPr>
          <w:lang w:val="sv-SE"/>
        </w:rPr>
        <w:t>BibleBIBEL82</w:t>
      </w:r>
      <w:r w:rsidRPr="000767E2">
        <w:rPr>
          <w:lang w:val="sv-SE"/>
        </w:rPr>
        <w:t>:Luke 18:18]]</w:t>
      </w:r>
      <w:r w:rsidRPr="000767E2">
        <w:rPr>
          <w:vertAlign w:val="superscript"/>
          <w:lang w:val="sv-SE"/>
        </w:rPr>
        <w:t>18</w:t>
      </w:r>
      <w:r w:rsidRPr="000767E2">
        <w:rPr>
          <w:lang w:val="sv-SE"/>
        </w:rPr>
        <w:t xml:space="preserve"> {{field-on:bible}}Och </w:t>
      </w:r>
      <w:r w:rsidRPr="000767E2">
        <w:rPr>
          <w:i/>
          <w:lang w:val="sv-SE"/>
        </w:rPr>
        <w:t>då</w:t>
      </w:r>
      <w:r w:rsidRPr="000767E2">
        <w:rPr>
          <w:lang w:val="sv-SE"/>
        </w:rPr>
        <w:t xml:space="preserve"> frågade honom en ledare och sade: ”Gode Lärare, vad ska jag ha gjort </w:t>
      </w:r>
      <w:r w:rsidRPr="000767E2">
        <w:rPr>
          <w:i/>
          <w:lang w:val="sv-SE"/>
        </w:rPr>
        <w:t>för att</w:t>
      </w:r>
      <w:r w:rsidRPr="000767E2">
        <w:rPr>
          <w:lang w:val="sv-SE"/>
        </w:rPr>
        <w:t xml:space="preserve"> ärva eoniskt liv?”{{field-off:bible}} [[@</w:t>
      </w:r>
      <w:r w:rsidR="0096445B" w:rsidRPr="000767E2">
        <w:rPr>
          <w:lang w:val="sv-SE"/>
        </w:rPr>
        <w:t>BibleBIBEL82</w:t>
      </w:r>
      <w:r w:rsidRPr="000767E2">
        <w:rPr>
          <w:lang w:val="sv-SE"/>
        </w:rPr>
        <w:t>:Luke 18:19]]</w:t>
      </w:r>
      <w:r w:rsidRPr="000767E2">
        <w:rPr>
          <w:vertAlign w:val="superscript"/>
          <w:lang w:val="sv-SE"/>
        </w:rPr>
        <w:t>19</w:t>
      </w:r>
      <w:r w:rsidRPr="000767E2">
        <w:rPr>
          <w:lang w:val="sv-SE"/>
        </w:rPr>
        <w:t xml:space="preserve"> {{field-on:bible}}Och Jesus sade till honom: ”Varför kallar du mig god? Ingen </w:t>
      </w:r>
      <w:r w:rsidRPr="000767E2">
        <w:rPr>
          <w:i/>
          <w:lang w:val="sv-SE"/>
        </w:rPr>
        <w:t>är</w:t>
      </w:r>
      <w:r w:rsidRPr="000767E2">
        <w:rPr>
          <w:lang w:val="sv-SE"/>
        </w:rPr>
        <w:t xml:space="preserve"> god utom en: Gud.{{field-off:bible}} [[@</w:t>
      </w:r>
      <w:r w:rsidR="0096445B" w:rsidRPr="000767E2">
        <w:rPr>
          <w:lang w:val="sv-SE"/>
        </w:rPr>
        <w:t>BibleBIBEL82</w:t>
      </w:r>
      <w:r w:rsidRPr="000767E2">
        <w:rPr>
          <w:lang w:val="sv-SE"/>
        </w:rPr>
        <w:t>:Luke 18:20]]</w:t>
      </w:r>
      <w:r w:rsidRPr="000767E2">
        <w:rPr>
          <w:vertAlign w:val="superscript"/>
          <w:lang w:val="sv-SE"/>
        </w:rPr>
        <w:t>20</w:t>
      </w:r>
      <w:r w:rsidRPr="000767E2">
        <w:rPr>
          <w:lang w:val="sv-SE"/>
        </w:rPr>
        <w:t xml:space="preserve"> {{field-on:bible}}Buden kan du: Du ska inte begå äktenskapsbrott. Du ska inte mörda. Du ska inte stjäla. Du ska inte vittna falskt. Hedra din far och mor.”{{field-off:bible}} [[@</w:t>
      </w:r>
      <w:r w:rsidR="0096445B" w:rsidRPr="000767E2">
        <w:rPr>
          <w:lang w:val="sv-SE"/>
        </w:rPr>
        <w:t>BibleBIBEL82</w:t>
      </w:r>
      <w:r w:rsidRPr="000767E2">
        <w:rPr>
          <w:lang w:val="sv-SE"/>
        </w:rPr>
        <w:t>:Luke 18:21]]</w:t>
      </w:r>
      <w:r w:rsidRPr="000767E2">
        <w:rPr>
          <w:vertAlign w:val="superscript"/>
          <w:lang w:val="sv-SE"/>
        </w:rPr>
        <w:t>21</w:t>
      </w:r>
      <w:r w:rsidRPr="000767E2">
        <w:rPr>
          <w:lang w:val="sv-SE"/>
        </w:rPr>
        <w:t xml:space="preserve"> {{field-on:bible}}Men han sade: ”Allt detta har jag iakttagit sedan ungdomen.”{{field-off:bible}} [[@</w:t>
      </w:r>
      <w:r w:rsidR="0096445B" w:rsidRPr="000767E2">
        <w:rPr>
          <w:lang w:val="sv-SE"/>
        </w:rPr>
        <w:t>BibleBIBEL82</w:t>
      </w:r>
      <w:r w:rsidRPr="000767E2">
        <w:rPr>
          <w:lang w:val="sv-SE"/>
        </w:rPr>
        <w:t>:Luke 18:22]]</w:t>
      </w:r>
      <w:r w:rsidRPr="000767E2">
        <w:rPr>
          <w:vertAlign w:val="superscript"/>
          <w:lang w:val="sv-SE"/>
        </w:rPr>
        <w:t>22</w:t>
      </w:r>
      <w:r w:rsidRPr="000767E2">
        <w:rPr>
          <w:lang w:val="sv-SE"/>
        </w:rPr>
        <w:t xml:space="preserve"> {{field-on:bible}}Och när Jesus hörde </w:t>
      </w:r>
      <w:r w:rsidRPr="000767E2">
        <w:rPr>
          <w:i/>
          <w:lang w:val="sv-SE"/>
        </w:rPr>
        <w:t>det</w:t>
      </w:r>
      <w:r w:rsidRPr="000767E2">
        <w:rPr>
          <w:lang w:val="sv-SE"/>
        </w:rPr>
        <w:t xml:space="preserve">, sade han till honom: ”Ännu återstår ett för dig. Allt vad du har, sälj </w:t>
      </w:r>
      <w:r w:rsidRPr="000767E2">
        <w:rPr>
          <w:i/>
          <w:lang w:val="sv-SE"/>
        </w:rPr>
        <w:t>det</w:t>
      </w:r>
      <w:r w:rsidRPr="000767E2">
        <w:rPr>
          <w:lang w:val="sv-SE"/>
        </w:rPr>
        <w:t xml:space="preserve"> och dela ut till fattiga, och du kommer att ha en skatt i himlar[na]. Och kom, följ mig.”{{field-off:bible}}</w:t>
      </w:r>
    </w:p>
    <w:p w14:paraId="21DA016C" w14:textId="700B9B2D" w:rsidR="00BA33AB" w:rsidRPr="000767E2" w:rsidRDefault="00000000">
      <w:pPr>
        <w:rPr>
          <w:lang w:val="sv-SE"/>
        </w:rPr>
      </w:pPr>
      <w:r w:rsidRPr="000767E2">
        <w:rPr>
          <w:lang w:val="sv-SE"/>
        </w:rPr>
        <w:t>[[@</w:t>
      </w:r>
      <w:r w:rsidR="0096445B" w:rsidRPr="000767E2">
        <w:rPr>
          <w:lang w:val="sv-SE"/>
        </w:rPr>
        <w:t>BibleBIBEL82</w:t>
      </w:r>
      <w:r w:rsidRPr="000767E2">
        <w:rPr>
          <w:lang w:val="sv-SE"/>
        </w:rPr>
        <w:t>:Luke 18:23]]</w:t>
      </w:r>
      <w:r w:rsidRPr="000767E2">
        <w:rPr>
          <w:vertAlign w:val="superscript"/>
          <w:lang w:val="sv-SE"/>
        </w:rPr>
        <w:t>23</w:t>
      </w:r>
      <w:r w:rsidRPr="000767E2">
        <w:rPr>
          <w:lang w:val="sv-SE"/>
        </w:rPr>
        <w:t xml:space="preserve"> {{field-on:bible}}Men när han hörde detta blev han djupt bedrövad, för han var mycket rik.{{field-off:bible}} [[@</w:t>
      </w:r>
      <w:r w:rsidR="0096445B" w:rsidRPr="000767E2">
        <w:rPr>
          <w:lang w:val="sv-SE"/>
        </w:rPr>
        <w:t>BibleBIBEL82</w:t>
      </w:r>
      <w:r w:rsidRPr="000767E2">
        <w:rPr>
          <w:lang w:val="sv-SE"/>
        </w:rPr>
        <w:t>:Luke 18:24]]</w:t>
      </w:r>
      <w:r w:rsidRPr="000767E2">
        <w:rPr>
          <w:vertAlign w:val="superscript"/>
          <w:lang w:val="sv-SE"/>
        </w:rPr>
        <w:t>24</w:t>
      </w:r>
      <w:r w:rsidRPr="000767E2">
        <w:rPr>
          <w:lang w:val="sv-SE"/>
        </w:rPr>
        <w:t xml:space="preserve"> {{field-on:bible}}Och Jesus såg honom [bli djupt bedrövad] och sade: ”Hur svårligen de som har pengarna går in i Guds rike!{{field-off:bible}} [[@</w:t>
      </w:r>
      <w:r w:rsidR="0096445B" w:rsidRPr="000767E2">
        <w:rPr>
          <w:lang w:val="sv-SE"/>
        </w:rPr>
        <w:t>BibleBIBEL82</w:t>
      </w:r>
      <w:r w:rsidRPr="000767E2">
        <w:rPr>
          <w:lang w:val="sv-SE"/>
        </w:rPr>
        <w:t>:Luke 18:25]]</w:t>
      </w:r>
      <w:r w:rsidRPr="000767E2">
        <w:rPr>
          <w:vertAlign w:val="superscript"/>
          <w:lang w:val="sv-SE"/>
        </w:rPr>
        <w:t>25</w:t>
      </w:r>
      <w:r w:rsidRPr="000767E2">
        <w:rPr>
          <w:lang w:val="sv-SE"/>
        </w:rPr>
        <w:t xml:space="preserve"> {{field-on:bible}}För det är lättare att en kamel kommer in genom ett nålsöga än att en rik kommer in i Guds rike.”{{field-off:bible}} [[@</w:t>
      </w:r>
      <w:r w:rsidR="0096445B" w:rsidRPr="000767E2">
        <w:rPr>
          <w:lang w:val="sv-SE"/>
        </w:rPr>
        <w:t>BibleBIBEL82</w:t>
      </w:r>
      <w:r w:rsidRPr="000767E2">
        <w:rPr>
          <w:lang w:val="sv-SE"/>
        </w:rPr>
        <w:t>:Luke 18:26]]</w:t>
      </w:r>
      <w:r w:rsidRPr="000767E2">
        <w:rPr>
          <w:vertAlign w:val="superscript"/>
          <w:lang w:val="sv-SE"/>
        </w:rPr>
        <w:t>26</w:t>
      </w:r>
      <w:r w:rsidRPr="000767E2">
        <w:rPr>
          <w:lang w:val="sv-SE"/>
        </w:rPr>
        <w:t xml:space="preserve"> {{field-on:bible}}Men de som hörde </w:t>
      </w:r>
      <w:r w:rsidRPr="000767E2">
        <w:rPr>
          <w:i/>
          <w:lang w:val="sv-SE"/>
        </w:rPr>
        <w:t>det</w:t>
      </w:r>
      <w:r w:rsidRPr="000767E2">
        <w:rPr>
          <w:lang w:val="sv-SE"/>
        </w:rPr>
        <w:t xml:space="preserve"> sade: ”Och vem kan </w:t>
      </w:r>
      <w:r w:rsidRPr="000767E2">
        <w:rPr>
          <w:i/>
          <w:lang w:val="sv-SE"/>
        </w:rPr>
        <w:t>då</w:t>
      </w:r>
      <w:r w:rsidRPr="000767E2">
        <w:rPr>
          <w:lang w:val="sv-SE"/>
        </w:rPr>
        <w:t xml:space="preserve"> bli frälst?”{{field-off:bible}} [[@</w:t>
      </w:r>
      <w:r w:rsidR="0096445B" w:rsidRPr="000767E2">
        <w:rPr>
          <w:lang w:val="sv-SE"/>
        </w:rPr>
        <w:t>BibleBIBEL82</w:t>
      </w:r>
      <w:r w:rsidRPr="000767E2">
        <w:rPr>
          <w:lang w:val="sv-SE"/>
        </w:rPr>
        <w:t>:Luke 18:27]]</w:t>
      </w:r>
      <w:r w:rsidRPr="000767E2">
        <w:rPr>
          <w:vertAlign w:val="superscript"/>
          <w:lang w:val="sv-SE"/>
        </w:rPr>
        <w:t>27</w:t>
      </w:r>
      <w:r w:rsidRPr="000767E2">
        <w:rPr>
          <w:lang w:val="sv-SE"/>
        </w:rPr>
        <w:t xml:space="preserve"> {{field-on:bible}}Och han sade: ”Det </w:t>
      </w:r>
      <w:r w:rsidRPr="000767E2">
        <w:rPr>
          <w:i/>
          <w:lang w:val="sv-SE"/>
        </w:rPr>
        <w:t>som är</w:t>
      </w:r>
      <w:r w:rsidRPr="000767E2">
        <w:rPr>
          <w:lang w:val="sv-SE"/>
        </w:rPr>
        <w:t xml:space="preserve"> omöjligt för människor är möjligt för Gud.”{{field-off:bible}}</w:t>
      </w:r>
    </w:p>
    <w:p w14:paraId="43755CC8" w14:textId="69D20D2E" w:rsidR="00BA33AB" w:rsidRPr="000767E2" w:rsidRDefault="00000000">
      <w:pPr>
        <w:rPr>
          <w:lang w:val="sv-SE"/>
        </w:rPr>
      </w:pPr>
      <w:r w:rsidRPr="000767E2">
        <w:rPr>
          <w:lang w:val="sv-SE"/>
        </w:rPr>
        <w:t>[[@</w:t>
      </w:r>
      <w:r w:rsidR="0096445B" w:rsidRPr="000767E2">
        <w:rPr>
          <w:lang w:val="sv-SE"/>
        </w:rPr>
        <w:t>BibleBIBEL82</w:t>
      </w:r>
      <w:r w:rsidRPr="000767E2">
        <w:rPr>
          <w:lang w:val="sv-SE"/>
        </w:rPr>
        <w:t>:Luke 18:28]]</w:t>
      </w:r>
      <w:r w:rsidRPr="000767E2">
        <w:rPr>
          <w:vertAlign w:val="superscript"/>
          <w:lang w:val="sv-SE"/>
        </w:rPr>
        <w:t>28</w:t>
      </w:r>
      <w:r w:rsidRPr="000767E2">
        <w:rPr>
          <w:lang w:val="sv-SE"/>
        </w:rPr>
        <w:t xml:space="preserve"> {{field-on:bible}}Och Petrus sade: ”Se, vi har lämnat </w:t>
      </w:r>
      <w:r w:rsidRPr="000767E2">
        <w:rPr>
          <w:i/>
          <w:lang w:val="sv-SE"/>
        </w:rPr>
        <w:t>vårt</w:t>
      </w:r>
      <w:r w:rsidRPr="000767E2">
        <w:rPr>
          <w:lang w:val="sv-SE"/>
        </w:rPr>
        <w:t xml:space="preserve"> eget och följt dig.”{{field-off:bible}} [[@</w:t>
      </w:r>
      <w:r w:rsidR="0096445B" w:rsidRPr="000767E2">
        <w:rPr>
          <w:lang w:val="sv-SE"/>
        </w:rPr>
        <w:t>BibleBIBEL82</w:t>
      </w:r>
      <w:r w:rsidRPr="000767E2">
        <w:rPr>
          <w:lang w:val="sv-SE"/>
        </w:rPr>
        <w:t>:Luke 18:29]]</w:t>
      </w:r>
      <w:r w:rsidRPr="000767E2">
        <w:rPr>
          <w:vertAlign w:val="superscript"/>
          <w:lang w:val="sv-SE"/>
        </w:rPr>
        <w:t>29</w:t>
      </w:r>
      <w:r w:rsidRPr="000767E2">
        <w:rPr>
          <w:lang w:val="sv-SE"/>
        </w:rPr>
        <w:t xml:space="preserve"> {{field-on:bible}}Och han sade till dem: ”Amen, jag säger er att det finns ingen som har lämnat hus eller hustru eller syskon eller föräldrar eller barn för Guds rike{{field-off:bible}} [[@</w:t>
      </w:r>
      <w:r w:rsidR="0096445B" w:rsidRPr="000767E2">
        <w:rPr>
          <w:lang w:val="sv-SE"/>
        </w:rPr>
        <w:t>BibleBIBEL82</w:t>
      </w:r>
      <w:r w:rsidRPr="000767E2">
        <w:rPr>
          <w:lang w:val="sv-SE"/>
        </w:rPr>
        <w:t>:Luke 18:30]]</w:t>
      </w:r>
      <w:r w:rsidRPr="000767E2">
        <w:rPr>
          <w:vertAlign w:val="superscript"/>
          <w:lang w:val="sv-SE"/>
        </w:rPr>
        <w:t>30</w:t>
      </w:r>
      <w:r w:rsidRPr="000767E2">
        <w:rPr>
          <w:lang w:val="sv-SE"/>
        </w:rPr>
        <w:t xml:space="preserve"> {{field-on:bible}}som inte erhåller mångfalt i denna tid, och i den kommande eonen eoniskt liv.”{{field-off:bible}}</w:t>
      </w:r>
    </w:p>
    <w:p w14:paraId="0875489D" w14:textId="77777777" w:rsidR="00BA33AB" w:rsidRPr="000767E2" w:rsidRDefault="00000000">
      <w:pPr>
        <w:pStyle w:val="Rubrik3"/>
        <w:rPr>
          <w:lang w:val="sv-SE"/>
        </w:rPr>
      </w:pPr>
      <w:r w:rsidRPr="000767E2">
        <w:rPr>
          <w:lang w:val="sv-SE"/>
        </w:rPr>
        <w:lastRenderedPageBreak/>
        <w:t>Jesus talar återigen om sin död</w:t>
      </w:r>
    </w:p>
    <w:p w14:paraId="166F6E5A" w14:textId="145CD0D4" w:rsidR="00BA33AB" w:rsidRPr="000767E2" w:rsidRDefault="00000000">
      <w:pPr>
        <w:rPr>
          <w:lang w:val="sv-SE"/>
        </w:rPr>
      </w:pPr>
      <w:r w:rsidRPr="000767E2">
        <w:rPr>
          <w:lang w:val="sv-SE"/>
        </w:rPr>
        <w:t>[[@</w:t>
      </w:r>
      <w:r w:rsidR="0096445B" w:rsidRPr="000767E2">
        <w:rPr>
          <w:lang w:val="sv-SE"/>
        </w:rPr>
        <w:t>BibleBIBEL82</w:t>
      </w:r>
      <w:r w:rsidRPr="000767E2">
        <w:rPr>
          <w:lang w:val="sv-SE"/>
        </w:rPr>
        <w:t>:Luke 18:31]]</w:t>
      </w:r>
      <w:r w:rsidRPr="000767E2">
        <w:rPr>
          <w:vertAlign w:val="superscript"/>
          <w:lang w:val="sv-SE"/>
        </w:rPr>
        <w:t>31</w:t>
      </w:r>
      <w:r w:rsidRPr="000767E2">
        <w:rPr>
          <w:lang w:val="sv-SE"/>
        </w:rPr>
        <w:t xml:space="preserve"> {{field-on:bible}}Och han tog med de tolv och sade till dem: ”Se, vi går upp till Jerusalem. Och allt ska fullbordas </w:t>
      </w:r>
      <w:r w:rsidRPr="000767E2">
        <w:rPr>
          <w:i/>
          <w:lang w:val="sv-SE"/>
        </w:rPr>
        <w:t>som är</w:t>
      </w:r>
      <w:r w:rsidRPr="000767E2">
        <w:rPr>
          <w:lang w:val="sv-SE"/>
        </w:rPr>
        <w:t xml:space="preserve"> skrivet genom profeterna om Människosonen.{{field-off:bible}} [[@</w:t>
      </w:r>
      <w:r w:rsidR="0096445B" w:rsidRPr="000767E2">
        <w:rPr>
          <w:lang w:val="sv-SE"/>
        </w:rPr>
        <w:t>BibleBIBEL82</w:t>
      </w:r>
      <w:r w:rsidRPr="000767E2">
        <w:rPr>
          <w:lang w:val="sv-SE"/>
        </w:rPr>
        <w:t>:Luke 18:32]]</w:t>
      </w:r>
      <w:r w:rsidRPr="000767E2">
        <w:rPr>
          <w:vertAlign w:val="superscript"/>
          <w:lang w:val="sv-SE"/>
        </w:rPr>
        <w:t>32</w:t>
      </w:r>
      <w:r w:rsidRPr="000767E2">
        <w:rPr>
          <w:lang w:val="sv-SE"/>
        </w:rPr>
        <w:t xml:space="preserve"> {{field-on:bible}}För han ska utlämnas åt folkslagen och bli förlöjligad och skymfad och spottad på,{{field-off:bible}} [[@</w:t>
      </w:r>
      <w:r w:rsidR="0096445B" w:rsidRPr="000767E2">
        <w:rPr>
          <w:lang w:val="sv-SE"/>
        </w:rPr>
        <w:t>BibleBIBEL82</w:t>
      </w:r>
      <w:r w:rsidRPr="000767E2">
        <w:rPr>
          <w:lang w:val="sv-SE"/>
        </w:rPr>
        <w:t>:Luke 18:33]]</w:t>
      </w:r>
      <w:r w:rsidRPr="000767E2">
        <w:rPr>
          <w:vertAlign w:val="superscript"/>
          <w:lang w:val="sv-SE"/>
        </w:rPr>
        <w:t>33</w:t>
      </w:r>
      <w:r w:rsidRPr="000767E2">
        <w:rPr>
          <w:lang w:val="sv-SE"/>
        </w:rPr>
        <w:t xml:space="preserve"> {{field-on:bible}}och de ska piska och döda honom. Och den tredje dagen ska han uppstå.”{{field-off:bible}} [[@</w:t>
      </w:r>
      <w:r w:rsidR="0096445B" w:rsidRPr="000767E2">
        <w:rPr>
          <w:lang w:val="sv-SE"/>
        </w:rPr>
        <w:t>BibleBIBEL82</w:t>
      </w:r>
      <w:r w:rsidRPr="000767E2">
        <w:rPr>
          <w:lang w:val="sv-SE"/>
        </w:rPr>
        <w:t>:Luke 18:34]]</w:t>
      </w:r>
      <w:r w:rsidRPr="000767E2">
        <w:rPr>
          <w:vertAlign w:val="superscript"/>
          <w:lang w:val="sv-SE"/>
        </w:rPr>
        <w:t>34</w:t>
      </w:r>
      <w:r w:rsidRPr="000767E2">
        <w:rPr>
          <w:lang w:val="sv-SE"/>
        </w:rPr>
        <w:t xml:space="preserve"> {{field-on:bible}}Och de förstod inget av detta. Och detta ord var fördolt för dem, och de insåg inte det som sades.{{field-off:bible}}</w:t>
      </w:r>
    </w:p>
    <w:p w14:paraId="4BE938D4" w14:textId="77777777" w:rsidR="00BA33AB" w:rsidRPr="000767E2" w:rsidRDefault="00000000">
      <w:pPr>
        <w:pStyle w:val="Rubrik3"/>
        <w:rPr>
          <w:lang w:val="sv-SE"/>
        </w:rPr>
      </w:pPr>
      <w:r w:rsidRPr="000767E2">
        <w:rPr>
          <w:lang w:val="sv-SE"/>
        </w:rPr>
        <w:t>Jesus botar en blind vid Jeriko</w:t>
      </w:r>
    </w:p>
    <w:p w14:paraId="4D35F774" w14:textId="6947DC2D" w:rsidR="00BA33AB" w:rsidRPr="000767E2" w:rsidRDefault="00000000">
      <w:pPr>
        <w:rPr>
          <w:lang w:val="sv-SE"/>
        </w:rPr>
      </w:pPr>
      <w:r w:rsidRPr="000767E2">
        <w:rPr>
          <w:lang w:val="sv-SE"/>
        </w:rPr>
        <w:t>[[@</w:t>
      </w:r>
      <w:r w:rsidR="0096445B" w:rsidRPr="000767E2">
        <w:rPr>
          <w:lang w:val="sv-SE"/>
        </w:rPr>
        <w:t>BibleBIBEL82</w:t>
      </w:r>
      <w:r w:rsidRPr="000767E2">
        <w:rPr>
          <w:lang w:val="sv-SE"/>
        </w:rPr>
        <w:t>:Luke 18:35]]</w:t>
      </w:r>
      <w:r w:rsidRPr="000767E2">
        <w:rPr>
          <w:vertAlign w:val="superscript"/>
          <w:lang w:val="sv-SE"/>
        </w:rPr>
        <w:t>35</w:t>
      </w:r>
      <w:r w:rsidRPr="000767E2">
        <w:rPr>
          <w:lang w:val="sv-SE"/>
        </w:rPr>
        <w:t xml:space="preserve"> {{field-on:bible}}Och det hände sig, vid det att han närmade sig Jeriko, </w:t>
      </w:r>
      <w:r w:rsidRPr="000767E2">
        <w:rPr>
          <w:i/>
          <w:lang w:val="sv-SE"/>
        </w:rPr>
        <w:t>att</w:t>
      </w:r>
      <w:r w:rsidRPr="000767E2">
        <w:rPr>
          <w:lang w:val="sv-SE"/>
        </w:rPr>
        <w:t xml:space="preserve"> en blind satt vid vägen och tiggde.{{field-off:bible}} [[@</w:t>
      </w:r>
      <w:r w:rsidR="0096445B" w:rsidRPr="000767E2">
        <w:rPr>
          <w:lang w:val="sv-SE"/>
        </w:rPr>
        <w:t>BibleBIBEL82</w:t>
      </w:r>
      <w:r w:rsidRPr="000767E2">
        <w:rPr>
          <w:lang w:val="sv-SE"/>
        </w:rPr>
        <w:t>:Luke 18:36]]</w:t>
      </w:r>
      <w:r w:rsidRPr="000767E2">
        <w:rPr>
          <w:vertAlign w:val="superscript"/>
          <w:lang w:val="sv-SE"/>
        </w:rPr>
        <w:t>36</w:t>
      </w:r>
      <w:r w:rsidRPr="000767E2">
        <w:rPr>
          <w:lang w:val="sv-SE"/>
        </w:rPr>
        <w:t xml:space="preserve"> {{field-on:bible}}Och när han hörde en skara passera igenom, efterhörde han vad detta kunde vara.{{field-off:bible}} [[@</w:t>
      </w:r>
      <w:r w:rsidR="0096445B" w:rsidRPr="000767E2">
        <w:rPr>
          <w:lang w:val="sv-SE"/>
        </w:rPr>
        <w:t>BibleBIBEL82</w:t>
      </w:r>
      <w:r w:rsidRPr="000767E2">
        <w:rPr>
          <w:lang w:val="sv-SE"/>
        </w:rPr>
        <w:t>:Luke 18:37]]</w:t>
      </w:r>
      <w:r w:rsidRPr="000767E2">
        <w:rPr>
          <w:vertAlign w:val="superscript"/>
          <w:lang w:val="sv-SE"/>
        </w:rPr>
        <w:t>37</w:t>
      </w:r>
      <w:r w:rsidRPr="000767E2">
        <w:rPr>
          <w:lang w:val="sv-SE"/>
        </w:rPr>
        <w:t xml:space="preserve"> {{field-on:bible}}Och man berättade för honom att Jesus nazorén går förbi.{{field-off:bible}} [[@</w:t>
      </w:r>
      <w:r w:rsidR="0096445B" w:rsidRPr="000767E2">
        <w:rPr>
          <w:lang w:val="sv-SE"/>
        </w:rPr>
        <w:t>BibleBIBEL82</w:t>
      </w:r>
      <w:r w:rsidRPr="000767E2">
        <w:rPr>
          <w:lang w:val="sv-SE"/>
        </w:rPr>
        <w:t>:Luke 18:38]]</w:t>
      </w:r>
      <w:r w:rsidRPr="000767E2">
        <w:rPr>
          <w:vertAlign w:val="superscript"/>
          <w:lang w:val="sv-SE"/>
        </w:rPr>
        <w:t>38</w:t>
      </w:r>
      <w:r w:rsidRPr="000767E2">
        <w:rPr>
          <w:lang w:val="sv-SE"/>
        </w:rPr>
        <w:t xml:space="preserve"> {{field-on:bible}}Och han ropade och sade: ”Jesus, Davids son! Förbarma dig över mig!”{{field-off:bible}} [[@</w:t>
      </w:r>
      <w:r w:rsidR="0096445B" w:rsidRPr="000767E2">
        <w:rPr>
          <w:lang w:val="sv-SE"/>
        </w:rPr>
        <w:t>BibleBIBEL82</w:t>
      </w:r>
      <w:r w:rsidRPr="000767E2">
        <w:rPr>
          <w:lang w:val="sv-SE"/>
        </w:rPr>
        <w:t>:Luke 18:39]]</w:t>
      </w:r>
      <w:r w:rsidRPr="000767E2">
        <w:rPr>
          <w:vertAlign w:val="superscript"/>
          <w:lang w:val="sv-SE"/>
        </w:rPr>
        <w:t>39</w:t>
      </w:r>
      <w:r w:rsidRPr="000767E2">
        <w:rPr>
          <w:lang w:val="sv-SE"/>
        </w:rPr>
        <w:t xml:space="preserve"> {{field-on:bible}}Och de som gick före näpste honom, att han skulle tiga. Men han skrek </w:t>
      </w:r>
      <w:r w:rsidRPr="000767E2">
        <w:rPr>
          <w:i/>
          <w:lang w:val="sv-SE"/>
        </w:rPr>
        <w:t>så</w:t>
      </w:r>
      <w:r w:rsidRPr="000767E2">
        <w:rPr>
          <w:lang w:val="sv-SE"/>
        </w:rPr>
        <w:t xml:space="preserve"> mycket mer: ”Davids son, förbarma dig över mig!”{{field-off:bible}}</w:t>
      </w:r>
    </w:p>
    <w:p w14:paraId="2A630033" w14:textId="2A27783D" w:rsidR="00BA33AB" w:rsidRPr="000767E2" w:rsidRDefault="00000000">
      <w:pPr>
        <w:rPr>
          <w:lang w:val="sv-SE"/>
        </w:rPr>
      </w:pPr>
      <w:r w:rsidRPr="000767E2">
        <w:rPr>
          <w:lang w:val="sv-SE"/>
        </w:rPr>
        <w:t>[[@</w:t>
      </w:r>
      <w:r w:rsidR="0096445B" w:rsidRPr="000767E2">
        <w:rPr>
          <w:lang w:val="sv-SE"/>
        </w:rPr>
        <w:t>BibleBIBEL82</w:t>
      </w:r>
      <w:r w:rsidRPr="000767E2">
        <w:rPr>
          <w:lang w:val="sv-SE"/>
        </w:rPr>
        <w:t>:Luke 18:40]]</w:t>
      </w:r>
      <w:r w:rsidRPr="000767E2">
        <w:rPr>
          <w:vertAlign w:val="superscript"/>
          <w:lang w:val="sv-SE"/>
        </w:rPr>
        <w:t>40</w:t>
      </w:r>
      <w:r w:rsidRPr="000767E2">
        <w:rPr>
          <w:lang w:val="sv-SE"/>
        </w:rPr>
        <w:t xml:space="preserve"> {{field-on:bible}}Och </w:t>
      </w:r>
      <w:r w:rsidRPr="000767E2">
        <w:rPr>
          <w:i/>
          <w:lang w:val="sv-SE"/>
        </w:rPr>
        <w:t>då</w:t>
      </w:r>
      <w:r w:rsidRPr="000767E2">
        <w:rPr>
          <w:lang w:val="sv-SE"/>
        </w:rPr>
        <w:t xml:space="preserve"> stannade Jesus, och befallde att han </w:t>
      </w:r>
      <w:r w:rsidRPr="000767E2">
        <w:rPr>
          <w:i/>
          <w:lang w:val="sv-SE"/>
        </w:rPr>
        <w:t>skulle</w:t>
      </w:r>
      <w:r w:rsidRPr="000767E2">
        <w:rPr>
          <w:lang w:val="sv-SE"/>
        </w:rPr>
        <w:t xml:space="preserve"> föras till honom. Och när han närmat sig, frågade han honom:{{field-off:bible}} [[@</w:t>
      </w:r>
      <w:r w:rsidR="0096445B" w:rsidRPr="000767E2">
        <w:rPr>
          <w:lang w:val="sv-SE"/>
        </w:rPr>
        <w:t>BibleBIBEL82</w:t>
      </w:r>
      <w:r w:rsidRPr="000767E2">
        <w:rPr>
          <w:lang w:val="sv-SE"/>
        </w:rPr>
        <w:t>:Luke 18:41]]</w:t>
      </w:r>
      <w:r w:rsidRPr="000767E2">
        <w:rPr>
          <w:vertAlign w:val="superscript"/>
          <w:lang w:val="sv-SE"/>
        </w:rPr>
        <w:t>41</w:t>
      </w:r>
      <w:r w:rsidRPr="000767E2">
        <w:rPr>
          <w:lang w:val="sv-SE"/>
        </w:rPr>
        <w:t xml:space="preserve"> {{field-on:bible}}”Vad för dig vill du jag ska göra?” Och han sade: ”Herre, att jag ska se igen.”{{field-off:bible}} [[@</w:t>
      </w:r>
      <w:r w:rsidR="0096445B" w:rsidRPr="000767E2">
        <w:rPr>
          <w:lang w:val="sv-SE"/>
        </w:rPr>
        <w:t>BibleBIBEL82</w:t>
      </w:r>
      <w:r w:rsidRPr="000767E2">
        <w:rPr>
          <w:lang w:val="sv-SE"/>
        </w:rPr>
        <w:t>:Luke 18:42]]</w:t>
      </w:r>
      <w:r w:rsidRPr="000767E2">
        <w:rPr>
          <w:vertAlign w:val="superscript"/>
          <w:lang w:val="sv-SE"/>
        </w:rPr>
        <w:t>42</w:t>
      </w:r>
      <w:r w:rsidRPr="000767E2">
        <w:rPr>
          <w:lang w:val="sv-SE"/>
        </w:rPr>
        <w:t xml:space="preserve"> {{field-on:bible}}Och Jesus sade till honom: ”Var seende igen! Din tro har frälst dig.”{{field-off:bible}} [[@</w:t>
      </w:r>
      <w:r w:rsidR="0096445B" w:rsidRPr="000767E2">
        <w:rPr>
          <w:lang w:val="sv-SE"/>
        </w:rPr>
        <w:t>BibleBIBEL82</w:t>
      </w:r>
      <w:r w:rsidRPr="000767E2">
        <w:rPr>
          <w:lang w:val="sv-SE"/>
        </w:rPr>
        <w:t>:Luke 18:43]]</w:t>
      </w:r>
      <w:r w:rsidRPr="000767E2">
        <w:rPr>
          <w:vertAlign w:val="superscript"/>
          <w:lang w:val="sv-SE"/>
        </w:rPr>
        <w:t>43</w:t>
      </w:r>
      <w:r w:rsidRPr="000767E2">
        <w:rPr>
          <w:lang w:val="sv-SE"/>
        </w:rPr>
        <w:t xml:space="preserve"> {{field-on:bible}}Och genast såg han igen, och han följde honom ärande Gud. Och allt folket såg </w:t>
      </w:r>
      <w:r w:rsidRPr="000767E2">
        <w:rPr>
          <w:i/>
          <w:lang w:val="sv-SE"/>
        </w:rPr>
        <w:t>det</w:t>
      </w:r>
      <w:r w:rsidRPr="000767E2">
        <w:rPr>
          <w:lang w:val="sv-SE"/>
        </w:rPr>
        <w:t xml:space="preserve"> och gav lov till Gud.{{field-off:bible}}</w:t>
      </w:r>
    </w:p>
    <w:p w14:paraId="330B5CF3" w14:textId="79EBD45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19]]Kapitel 19</w:t>
      </w:r>
    </w:p>
    <w:p w14:paraId="55F9A780" w14:textId="77777777" w:rsidR="00BA33AB" w:rsidRPr="000767E2" w:rsidRDefault="00000000">
      <w:pPr>
        <w:pStyle w:val="Rubrik3"/>
        <w:rPr>
          <w:lang w:val="sv-SE"/>
        </w:rPr>
      </w:pPr>
      <w:r w:rsidRPr="000767E2">
        <w:rPr>
          <w:lang w:val="sv-SE"/>
        </w:rPr>
        <w:t>Tullindrivaren Zackaios</w:t>
      </w:r>
    </w:p>
    <w:p w14:paraId="659BAF71" w14:textId="58B13A16" w:rsidR="00BA33AB" w:rsidRPr="000767E2" w:rsidRDefault="00000000">
      <w:pPr>
        <w:rPr>
          <w:lang w:val="sv-SE"/>
        </w:rPr>
      </w:pPr>
      <w:r w:rsidRPr="000767E2">
        <w:rPr>
          <w:lang w:val="sv-SE"/>
        </w:rPr>
        <w:t>[[@</w:t>
      </w:r>
      <w:r w:rsidR="0096445B" w:rsidRPr="000767E2">
        <w:rPr>
          <w:lang w:val="sv-SE"/>
        </w:rPr>
        <w:t>BibleBIBEL82</w:t>
      </w:r>
      <w:r w:rsidRPr="000767E2">
        <w:rPr>
          <w:lang w:val="sv-SE"/>
        </w:rPr>
        <w:t>:Luke 19:1]]</w:t>
      </w:r>
      <w:r w:rsidRPr="000767E2">
        <w:rPr>
          <w:vertAlign w:val="superscript"/>
          <w:lang w:val="sv-SE"/>
        </w:rPr>
        <w:t>1</w:t>
      </w:r>
      <w:r w:rsidRPr="000767E2">
        <w:rPr>
          <w:lang w:val="sv-SE"/>
        </w:rPr>
        <w:t xml:space="preserve"> {{field-on:bible}}Och han kom in och gick genom Jeriko.{{field-off:bible}} [[@</w:t>
      </w:r>
      <w:r w:rsidR="0096445B" w:rsidRPr="000767E2">
        <w:rPr>
          <w:lang w:val="sv-SE"/>
        </w:rPr>
        <w:t>BibleBIBEL82</w:t>
      </w:r>
      <w:r w:rsidRPr="000767E2">
        <w:rPr>
          <w:lang w:val="sv-SE"/>
        </w:rPr>
        <w:t>:Luke 19:2]]</w:t>
      </w:r>
      <w:r w:rsidRPr="000767E2">
        <w:rPr>
          <w:vertAlign w:val="superscript"/>
          <w:lang w:val="sv-SE"/>
        </w:rPr>
        <w:t>2</w:t>
      </w:r>
      <w:r w:rsidRPr="000767E2">
        <w:rPr>
          <w:lang w:val="sv-SE"/>
        </w:rPr>
        <w:t xml:space="preserve"> {{field-on:bible}}Och se: en man som vid namn kallades Zackaios, och han var övertullindrivare och själv rik.{{field-off:bible}} [[@</w:t>
      </w:r>
      <w:r w:rsidR="0096445B" w:rsidRPr="000767E2">
        <w:rPr>
          <w:lang w:val="sv-SE"/>
        </w:rPr>
        <w:t>BibleBIBEL82</w:t>
      </w:r>
      <w:r w:rsidRPr="000767E2">
        <w:rPr>
          <w:lang w:val="sv-SE"/>
        </w:rPr>
        <w:t>:Luke 19:3]]</w:t>
      </w:r>
      <w:r w:rsidRPr="000767E2">
        <w:rPr>
          <w:vertAlign w:val="superscript"/>
          <w:lang w:val="sv-SE"/>
        </w:rPr>
        <w:t>3</w:t>
      </w:r>
      <w:r w:rsidRPr="000767E2">
        <w:rPr>
          <w:lang w:val="sv-SE"/>
        </w:rPr>
        <w:t xml:space="preserve"> {{field-on:bible}}Och han sökte </w:t>
      </w:r>
      <w:r w:rsidRPr="000767E2">
        <w:rPr>
          <w:i/>
          <w:lang w:val="sv-SE"/>
        </w:rPr>
        <w:t>få</w:t>
      </w:r>
      <w:r w:rsidRPr="000767E2">
        <w:rPr>
          <w:lang w:val="sv-SE"/>
        </w:rPr>
        <w:t xml:space="preserve"> se Jesus, vem han är. Och han kunde inte för skaran, eftersom han till resningen var liten.{{field-off:bible}} [[@</w:t>
      </w:r>
      <w:r w:rsidR="0096445B" w:rsidRPr="000767E2">
        <w:rPr>
          <w:lang w:val="sv-SE"/>
        </w:rPr>
        <w:t>BibleBIBEL82</w:t>
      </w:r>
      <w:r w:rsidRPr="000767E2">
        <w:rPr>
          <w:lang w:val="sv-SE"/>
        </w:rPr>
        <w:t>:Luke 19:4]]</w:t>
      </w:r>
      <w:r w:rsidRPr="000767E2">
        <w:rPr>
          <w:vertAlign w:val="superscript"/>
          <w:lang w:val="sv-SE"/>
        </w:rPr>
        <w:t>4</w:t>
      </w:r>
      <w:r w:rsidRPr="000767E2">
        <w:rPr>
          <w:lang w:val="sv-SE"/>
        </w:rPr>
        <w:t xml:space="preserve"> {{field-on:bible}}Och han sprang före framför och steg upp på en sykomor för att se honom, eftersom han skulle gå genom den </w:t>
      </w:r>
      <w:r w:rsidRPr="000767E2">
        <w:rPr>
          <w:i/>
          <w:lang w:val="sv-SE"/>
        </w:rPr>
        <w:t>vägen</w:t>
      </w:r>
      <w:r w:rsidRPr="000767E2">
        <w:rPr>
          <w:lang w:val="sv-SE"/>
        </w:rPr>
        <w:t>.{{field-off:bible}}</w:t>
      </w:r>
    </w:p>
    <w:p w14:paraId="20A66901" w14:textId="1A19F9F3" w:rsidR="00BA33AB" w:rsidRPr="000767E2" w:rsidRDefault="00000000">
      <w:pPr>
        <w:rPr>
          <w:lang w:val="sv-SE"/>
        </w:rPr>
      </w:pPr>
      <w:r w:rsidRPr="000767E2">
        <w:rPr>
          <w:lang w:val="sv-SE"/>
        </w:rPr>
        <w:t>[[@</w:t>
      </w:r>
      <w:r w:rsidR="0096445B" w:rsidRPr="000767E2">
        <w:rPr>
          <w:lang w:val="sv-SE"/>
        </w:rPr>
        <w:t>BibleBIBEL82</w:t>
      </w:r>
      <w:r w:rsidRPr="000767E2">
        <w:rPr>
          <w:lang w:val="sv-SE"/>
        </w:rPr>
        <w:t>:Luke 19:5]]</w:t>
      </w:r>
      <w:r w:rsidRPr="000767E2">
        <w:rPr>
          <w:vertAlign w:val="superscript"/>
          <w:lang w:val="sv-SE"/>
        </w:rPr>
        <w:t>5</w:t>
      </w:r>
      <w:r w:rsidRPr="000767E2">
        <w:rPr>
          <w:lang w:val="sv-SE"/>
        </w:rPr>
        <w:t xml:space="preserve"> {{field-on:bible}}Och när han kom till platsen, såg Jesus upp och sade till honom: ”Zackaios, skynda dig och kom ner! För idag måste jag bli kvar i ditt hus.”{{field-off:bible}} [[@</w:t>
      </w:r>
      <w:r w:rsidR="0096445B" w:rsidRPr="000767E2">
        <w:rPr>
          <w:lang w:val="sv-SE"/>
        </w:rPr>
        <w:t>BibleBIBEL82</w:t>
      </w:r>
      <w:r w:rsidRPr="000767E2">
        <w:rPr>
          <w:lang w:val="sv-SE"/>
        </w:rPr>
        <w:t>:Luke 19:6]]</w:t>
      </w:r>
      <w:r w:rsidRPr="000767E2">
        <w:rPr>
          <w:vertAlign w:val="superscript"/>
          <w:lang w:val="sv-SE"/>
        </w:rPr>
        <w:t>6</w:t>
      </w:r>
      <w:r w:rsidRPr="000767E2">
        <w:rPr>
          <w:lang w:val="sv-SE"/>
        </w:rPr>
        <w:t xml:space="preserve"> {{field-on:bible}}Och han skyndade sig och kom ner och välkomnade honom glad hos sig.{{field-off:bible}} [[@</w:t>
      </w:r>
      <w:r w:rsidR="0096445B" w:rsidRPr="000767E2">
        <w:rPr>
          <w:lang w:val="sv-SE"/>
        </w:rPr>
        <w:t>BibleBIBEL82</w:t>
      </w:r>
      <w:r w:rsidRPr="000767E2">
        <w:rPr>
          <w:lang w:val="sv-SE"/>
        </w:rPr>
        <w:t xml:space="preserve">:Luke </w:t>
      </w:r>
      <w:r w:rsidRPr="000767E2">
        <w:rPr>
          <w:lang w:val="sv-SE"/>
        </w:rPr>
        <w:lastRenderedPageBreak/>
        <w:t>19:7]]</w:t>
      </w:r>
      <w:r w:rsidRPr="000767E2">
        <w:rPr>
          <w:vertAlign w:val="superscript"/>
          <w:lang w:val="sv-SE"/>
        </w:rPr>
        <w:t>7</w:t>
      </w:r>
      <w:r w:rsidRPr="000767E2">
        <w:rPr>
          <w:lang w:val="sv-SE"/>
        </w:rPr>
        <w:t xml:space="preserve"> {{field-on:bible}}Och när alla såg </w:t>
      </w:r>
      <w:r w:rsidRPr="000767E2">
        <w:rPr>
          <w:i/>
          <w:lang w:val="sv-SE"/>
        </w:rPr>
        <w:t>det</w:t>
      </w:r>
      <w:r w:rsidRPr="000767E2">
        <w:rPr>
          <w:lang w:val="sv-SE"/>
        </w:rPr>
        <w:t>, muttrade de tillsammans och sade att: ”</w:t>
      </w:r>
      <w:r w:rsidRPr="000767E2">
        <w:rPr>
          <w:i/>
          <w:lang w:val="sv-SE"/>
        </w:rPr>
        <w:t>Det är</w:t>
      </w:r>
      <w:r w:rsidRPr="000767E2">
        <w:rPr>
          <w:lang w:val="sv-SE"/>
        </w:rPr>
        <w:t xml:space="preserve"> hos en syndig man han gått in </w:t>
      </w:r>
      <w:r w:rsidRPr="000767E2">
        <w:rPr>
          <w:i/>
          <w:lang w:val="sv-SE"/>
        </w:rPr>
        <w:t>för</w:t>
      </w:r>
      <w:r w:rsidRPr="000767E2">
        <w:rPr>
          <w:lang w:val="sv-SE"/>
        </w:rPr>
        <w:t xml:space="preserve"> att gästa.”{{field-off:bible}}</w:t>
      </w:r>
    </w:p>
    <w:p w14:paraId="2B1714DF" w14:textId="354C6614" w:rsidR="00BA33AB" w:rsidRPr="000767E2" w:rsidRDefault="00000000">
      <w:pPr>
        <w:rPr>
          <w:lang w:val="sv-SE"/>
        </w:rPr>
      </w:pPr>
      <w:r w:rsidRPr="000767E2">
        <w:rPr>
          <w:lang w:val="sv-SE"/>
        </w:rPr>
        <w:t>[[@</w:t>
      </w:r>
      <w:r w:rsidR="0096445B" w:rsidRPr="000767E2">
        <w:rPr>
          <w:lang w:val="sv-SE"/>
        </w:rPr>
        <w:t>BibleBIBEL82</w:t>
      </w:r>
      <w:r w:rsidRPr="000767E2">
        <w:rPr>
          <w:lang w:val="sv-SE"/>
        </w:rPr>
        <w:t>:Luke 19:8]]</w:t>
      </w:r>
      <w:r w:rsidRPr="000767E2">
        <w:rPr>
          <w:vertAlign w:val="superscript"/>
          <w:lang w:val="sv-SE"/>
        </w:rPr>
        <w:t>8</w:t>
      </w:r>
      <w:r w:rsidRPr="000767E2">
        <w:rPr>
          <w:lang w:val="sv-SE"/>
        </w:rPr>
        <w:t xml:space="preserve"> {{field-on:bible}}Men Zackaios ställde sig och sade till Herren: ”Se: hälften av det som är mitt, Herre, ger jag till de fattiga. Och om jag från någon har utpressat något, ger jag tillbaka fyrdubbelt.”{{field-off:bible}} [[@</w:t>
      </w:r>
      <w:r w:rsidR="0096445B" w:rsidRPr="000767E2">
        <w:rPr>
          <w:lang w:val="sv-SE"/>
        </w:rPr>
        <w:t>BibleBIBEL82</w:t>
      </w:r>
      <w:r w:rsidRPr="000767E2">
        <w:rPr>
          <w:lang w:val="sv-SE"/>
        </w:rPr>
        <w:t>:Luke 19:9]]</w:t>
      </w:r>
      <w:r w:rsidRPr="000767E2">
        <w:rPr>
          <w:vertAlign w:val="superscript"/>
          <w:lang w:val="sv-SE"/>
        </w:rPr>
        <w:t>9</w:t>
      </w:r>
      <w:r w:rsidRPr="000767E2">
        <w:rPr>
          <w:lang w:val="sv-SE"/>
        </w:rPr>
        <w:t xml:space="preserve"> {{field-on:bible}}Och till honom sade Jesus att: ”Idag har frälsning kommit till detta hus, eftersom också han är en Abrahams son.{{field-off:bible}} [[@</w:t>
      </w:r>
      <w:r w:rsidR="0096445B" w:rsidRPr="000767E2">
        <w:rPr>
          <w:lang w:val="sv-SE"/>
        </w:rPr>
        <w:t>BibleBIBEL82</w:t>
      </w:r>
      <w:r w:rsidRPr="000767E2">
        <w:rPr>
          <w:lang w:val="sv-SE"/>
        </w:rPr>
        <w:t>:Luke 19:10]]</w:t>
      </w:r>
      <w:r w:rsidRPr="000767E2">
        <w:rPr>
          <w:vertAlign w:val="superscript"/>
          <w:lang w:val="sv-SE"/>
        </w:rPr>
        <w:t>10</w:t>
      </w:r>
      <w:r w:rsidRPr="000767E2">
        <w:rPr>
          <w:lang w:val="sv-SE"/>
        </w:rPr>
        <w:t xml:space="preserve"> {{field-on:bible}}För Människosonen har kommit </w:t>
      </w:r>
      <w:r w:rsidRPr="000767E2">
        <w:rPr>
          <w:i/>
          <w:lang w:val="sv-SE"/>
        </w:rPr>
        <w:t>för</w:t>
      </w:r>
      <w:r w:rsidRPr="000767E2">
        <w:rPr>
          <w:lang w:val="sv-SE"/>
        </w:rPr>
        <w:t xml:space="preserve"> att söka och frälsa det </w:t>
      </w:r>
      <w:r w:rsidRPr="000767E2">
        <w:rPr>
          <w:i/>
          <w:lang w:val="sv-SE"/>
        </w:rPr>
        <w:t>som var</w:t>
      </w:r>
      <w:r w:rsidRPr="000767E2">
        <w:rPr>
          <w:lang w:val="sv-SE"/>
        </w:rPr>
        <w:t xml:space="preserve"> förlorat.”{{field-off:bible}}</w:t>
      </w:r>
    </w:p>
    <w:p w14:paraId="2F8869C2" w14:textId="77777777" w:rsidR="00BA33AB" w:rsidRPr="000767E2" w:rsidRDefault="00000000">
      <w:pPr>
        <w:pStyle w:val="Rubrik3"/>
        <w:rPr>
          <w:lang w:val="sv-SE"/>
        </w:rPr>
      </w:pPr>
      <w:r w:rsidRPr="000767E2">
        <w:rPr>
          <w:lang w:val="sv-SE"/>
        </w:rPr>
        <w:t>Liknelsen om minorna</w:t>
      </w:r>
    </w:p>
    <w:p w14:paraId="1F4DFA8A" w14:textId="34E80B50" w:rsidR="00BA33AB" w:rsidRPr="000767E2" w:rsidRDefault="00000000">
      <w:pPr>
        <w:rPr>
          <w:lang w:val="sv-SE"/>
        </w:rPr>
      </w:pPr>
      <w:r w:rsidRPr="000767E2">
        <w:rPr>
          <w:lang w:val="sv-SE"/>
        </w:rPr>
        <w:t>[[@</w:t>
      </w:r>
      <w:r w:rsidR="0096445B" w:rsidRPr="000767E2">
        <w:rPr>
          <w:lang w:val="sv-SE"/>
        </w:rPr>
        <w:t>BibleBIBEL82</w:t>
      </w:r>
      <w:r w:rsidRPr="000767E2">
        <w:rPr>
          <w:lang w:val="sv-SE"/>
        </w:rPr>
        <w:t>:Luke 19:11]]</w:t>
      </w:r>
      <w:r w:rsidRPr="000767E2">
        <w:rPr>
          <w:vertAlign w:val="superscript"/>
          <w:lang w:val="sv-SE"/>
        </w:rPr>
        <w:t>11</w:t>
      </w:r>
      <w:r w:rsidRPr="000767E2">
        <w:rPr>
          <w:lang w:val="sv-SE"/>
        </w:rPr>
        <w:t xml:space="preserve"> {{field-on:bible}}Och när de hörde detta tillade han och sade en liknelse, eftersom han var nära Jerusalem och de tänkte sig att genast kommer Guds rike att skönjas.{{field-off:bible}} [[@</w:t>
      </w:r>
      <w:r w:rsidR="0096445B" w:rsidRPr="000767E2">
        <w:rPr>
          <w:lang w:val="sv-SE"/>
        </w:rPr>
        <w:t>BibleBIBEL82</w:t>
      </w:r>
      <w:r w:rsidRPr="000767E2">
        <w:rPr>
          <w:lang w:val="sv-SE"/>
        </w:rPr>
        <w:t>:Luke 19:12]]</w:t>
      </w:r>
      <w:r w:rsidRPr="000767E2">
        <w:rPr>
          <w:vertAlign w:val="superscript"/>
          <w:lang w:val="sv-SE"/>
        </w:rPr>
        <w:t>12</w:t>
      </w:r>
      <w:r w:rsidRPr="000767E2">
        <w:rPr>
          <w:lang w:val="sv-SE"/>
        </w:rPr>
        <w:t xml:space="preserve"> {{field-on:bible}}Han sade nu: ”En förnäm man for till en trakt långt bort </w:t>
      </w:r>
      <w:r w:rsidRPr="000767E2">
        <w:rPr>
          <w:i/>
          <w:lang w:val="sv-SE"/>
        </w:rPr>
        <w:t>för</w:t>
      </w:r>
      <w:r w:rsidRPr="000767E2">
        <w:rPr>
          <w:lang w:val="sv-SE"/>
        </w:rPr>
        <w:t xml:space="preserve"> att få sig kungamakt och återvända.{{field-off:bible}} [[@</w:t>
      </w:r>
      <w:r w:rsidR="0096445B" w:rsidRPr="000767E2">
        <w:rPr>
          <w:lang w:val="sv-SE"/>
        </w:rPr>
        <w:t>BibleBIBEL82</w:t>
      </w:r>
      <w:r w:rsidRPr="000767E2">
        <w:rPr>
          <w:lang w:val="sv-SE"/>
        </w:rPr>
        <w:t>:Luke 19:13]]</w:t>
      </w:r>
      <w:r w:rsidRPr="000767E2">
        <w:rPr>
          <w:vertAlign w:val="superscript"/>
          <w:lang w:val="sv-SE"/>
        </w:rPr>
        <w:t>13</w:t>
      </w:r>
      <w:r w:rsidRPr="000767E2">
        <w:rPr>
          <w:lang w:val="sv-SE"/>
        </w:rPr>
        <w:t xml:space="preserve"> {{field-on:bible}}Och han kallade på tio </w:t>
      </w:r>
      <w:r w:rsidRPr="000767E2">
        <w:rPr>
          <w:i/>
          <w:lang w:val="sv-SE"/>
        </w:rPr>
        <w:t>av</w:t>
      </w:r>
      <w:r w:rsidRPr="000767E2">
        <w:rPr>
          <w:lang w:val="sv-SE"/>
        </w:rPr>
        <w:t xml:space="preserve"> sina fasttjänare och gav dem tio minor och sade till dem: Idka handel under det att jag kommer.{{field-off:bible}} [[@</w:t>
      </w:r>
      <w:r w:rsidR="0096445B" w:rsidRPr="000767E2">
        <w:rPr>
          <w:lang w:val="sv-SE"/>
        </w:rPr>
        <w:t>BibleBIBEL82</w:t>
      </w:r>
      <w:r w:rsidRPr="000767E2">
        <w:rPr>
          <w:lang w:val="sv-SE"/>
        </w:rPr>
        <w:t>:Luke 19:14]]</w:t>
      </w:r>
      <w:r w:rsidRPr="000767E2">
        <w:rPr>
          <w:vertAlign w:val="superscript"/>
          <w:lang w:val="sv-SE"/>
        </w:rPr>
        <w:t>14</w:t>
      </w:r>
      <w:r w:rsidRPr="000767E2">
        <w:rPr>
          <w:lang w:val="sv-SE"/>
        </w:rPr>
        <w:t xml:space="preserve"> {{field-on:bible}}Men hans medborgare hatade honom och sände ut en delegation efter honom och sade: Vi vill inte </w:t>
      </w:r>
      <w:r w:rsidRPr="000767E2">
        <w:rPr>
          <w:i/>
          <w:lang w:val="sv-SE"/>
        </w:rPr>
        <w:t>ha</w:t>
      </w:r>
      <w:r w:rsidRPr="000767E2">
        <w:rPr>
          <w:lang w:val="sv-SE"/>
        </w:rPr>
        <w:t xml:space="preserve"> den där att regera över oss.{{field-off:bible}}</w:t>
      </w:r>
    </w:p>
    <w:p w14:paraId="0D91496B" w14:textId="6D57DD06" w:rsidR="00BA33AB" w:rsidRPr="000767E2" w:rsidRDefault="00000000">
      <w:pPr>
        <w:rPr>
          <w:lang w:val="sv-SE"/>
        </w:rPr>
      </w:pPr>
      <w:r w:rsidRPr="000767E2">
        <w:rPr>
          <w:lang w:val="sv-SE"/>
        </w:rPr>
        <w:t>[[@</w:t>
      </w:r>
      <w:r w:rsidR="0096445B" w:rsidRPr="000767E2">
        <w:rPr>
          <w:lang w:val="sv-SE"/>
        </w:rPr>
        <w:t>BibleBIBEL82</w:t>
      </w:r>
      <w:r w:rsidRPr="000767E2">
        <w:rPr>
          <w:lang w:val="sv-SE"/>
        </w:rPr>
        <w:t>:Luke 19:15]]</w:t>
      </w:r>
      <w:r w:rsidRPr="000767E2">
        <w:rPr>
          <w:vertAlign w:val="superscript"/>
          <w:lang w:val="sv-SE"/>
        </w:rPr>
        <w:t>15</w:t>
      </w:r>
      <w:r w:rsidRPr="000767E2">
        <w:rPr>
          <w:lang w:val="sv-SE"/>
        </w:rPr>
        <w:t xml:space="preserve"> {{field-on:bible}}Och det hände sig, vid det att han kom tillbaka och hade fått kungamakten, </w:t>
      </w:r>
      <w:r w:rsidRPr="000767E2">
        <w:rPr>
          <w:i/>
          <w:lang w:val="sv-SE"/>
        </w:rPr>
        <w:t>att</w:t>
      </w:r>
      <w:r w:rsidRPr="000767E2">
        <w:rPr>
          <w:lang w:val="sv-SE"/>
        </w:rPr>
        <w:t xml:space="preserve"> han då sade att </w:t>
      </w:r>
      <w:r w:rsidRPr="000767E2">
        <w:rPr>
          <w:i/>
          <w:lang w:val="sv-SE"/>
        </w:rPr>
        <w:t>det skulle</w:t>
      </w:r>
      <w:r w:rsidRPr="000767E2">
        <w:rPr>
          <w:lang w:val="sv-SE"/>
        </w:rPr>
        <w:t xml:space="preserve"> ropas dit till honom dessa fasttjänare åt vilka han gett silvret, för att han skulle </w:t>
      </w:r>
      <w:r w:rsidRPr="000767E2">
        <w:rPr>
          <w:i/>
          <w:lang w:val="sv-SE"/>
        </w:rPr>
        <w:t>få</w:t>
      </w:r>
      <w:r w:rsidRPr="000767E2">
        <w:rPr>
          <w:lang w:val="sv-SE"/>
        </w:rPr>
        <w:t xml:space="preserve"> veta vad de hade tjänat i handeln.{{field-off:bible}} [[@</w:t>
      </w:r>
      <w:r w:rsidR="0096445B" w:rsidRPr="000767E2">
        <w:rPr>
          <w:lang w:val="sv-SE"/>
        </w:rPr>
        <w:t>BibleBIBEL82</w:t>
      </w:r>
      <w:r w:rsidRPr="000767E2">
        <w:rPr>
          <w:lang w:val="sv-SE"/>
        </w:rPr>
        <w:t>:Luke 19:16]]</w:t>
      </w:r>
      <w:r w:rsidRPr="000767E2">
        <w:rPr>
          <w:vertAlign w:val="superscript"/>
          <w:lang w:val="sv-SE"/>
        </w:rPr>
        <w:t>16</w:t>
      </w:r>
      <w:r w:rsidRPr="000767E2">
        <w:rPr>
          <w:lang w:val="sv-SE"/>
        </w:rPr>
        <w:t xml:space="preserve"> {{field-on:bible}}Och den förste kom fram och sade: Herre, din mina har frambringat tio minor till.{{field-off:bible}} [[@</w:t>
      </w:r>
      <w:r w:rsidR="0096445B" w:rsidRPr="000767E2">
        <w:rPr>
          <w:lang w:val="sv-SE"/>
        </w:rPr>
        <w:t>BibleBIBEL82</w:t>
      </w:r>
      <w:r w:rsidRPr="000767E2">
        <w:rPr>
          <w:lang w:val="sv-SE"/>
        </w:rPr>
        <w:t>:Luke 19:17]]</w:t>
      </w:r>
      <w:r w:rsidRPr="000767E2">
        <w:rPr>
          <w:vertAlign w:val="superscript"/>
          <w:lang w:val="sv-SE"/>
        </w:rPr>
        <w:t>17</w:t>
      </w:r>
      <w:r w:rsidRPr="000767E2">
        <w:rPr>
          <w:lang w:val="sv-SE"/>
        </w:rPr>
        <w:t xml:space="preserve"> {{field-on:bible}}Och han sade till honom: Mycket bra, gode fasttjänare! Eftersom du var trogen i det minsta ska du ha auktoritet över tio städer.{{field-off:bible}} [[@</w:t>
      </w:r>
      <w:r w:rsidR="0096445B" w:rsidRPr="000767E2">
        <w:rPr>
          <w:lang w:val="sv-SE"/>
        </w:rPr>
        <w:t>BibleBIBEL82</w:t>
      </w:r>
      <w:r w:rsidRPr="000767E2">
        <w:rPr>
          <w:lang w:val="sv-SE"/>
        </w:rPr>
        <w:t>:Luke 19:18]]</w:t>
      </w:r>
      <w:r w:rsidRPr="000767E2">
        <w:rPr>
          <w:vertAlign w:val="superscript"/>
          <w:lang w:val="sv-SE"/>
        </w:rPr>
        <w:t>18</w:t>
      </w:r>
      <w:r w:rsidRPr="000767E2">
        <w:rPr>
          <w:lang w:val="sv-SE"/>
        </w:rPr>
        <w:t xml:space="preserve"> {{field-on:bible}}Och den andre kom och sade: Din mina, Herre, har gjort fem minor.{{field-off:bible}} [[@</w:t>
      </w:r>
      <w:r w:rsidR="0096445B" w:rsidRPr="000767E2">
        <w:rPr>
          <w:lang w:val="sv-SE"/>
        </w:rPr>
        <w:t>BibleBIBEL82</w:t>
      </w:r>
      <w:r w:rsidRPr="000767E2">
        <w:rPr>
          <w:lang w:val="sv-SE"/>
        </w:rPr>
        <w:t>:Luke 19:19]]</w:t>
      </w:r>
      <w:r w:rsidRPr="000767E2">
        <w:rPr>
          <w:vertAlign w:val="superscript"/>
          <w:lang w:val="sv-SE"/>
        </w:rPr>
        <w:t>19</w:t>
      </w:r>
      <w:r w:rsidRPr="000767E2">
        <w:rPr>
          <w:lang w:val="sv-SE"/>
        </w:rPr>
        <w:t xml:space="preserve"> {{field-on:bible}}Och han sade även till denne: Och du ska vara över fem städer.{{field-off:bible}}</w:t>
      </w:r>
    </w:p>
    <w:p w14:paraId="19BA33B6" w14:textId="49D0ED5D" w:rsidR="00BA33AB" w:rsidRPr="000767E2" w:rsidRDefault="00000000">
      <w:pPr>
        <w:rPr>
          <w:lang w:val="sv-SE"/>
        </w:rPr>
      </w:pPr>
      <w:r w:rsidRPr="000767E2">
        <w:rPr>
          <w:lang w:val="sv-SE"/>
        </w:rPr>
        <w:t>[[@</w:t>
      </w:r>
      <w:r w:rsidR="0096445B" w:rsidRPr="000767E2">
        <w:rPr>
          <w:lang w:val="sv-SE"/>
        </w:rPr>
        <w:t>BibleBIBEL82</w:t>
      </w:r>
      <w:r w:rsidRPr="000767E2">
        <w:rPr>
          <w:lang w:val="sv-SE"/>
        </w:rPr>
        <w:t>:Luke 19:20]]</w:t>
      </w:r>
      <w:r w:rsidRPr="000767E2">
        <w:rPr>
          <w:vertAlign w:val="superscript"/>
          <w:lang w:val="sv-SE"/>
        </w:rPr>
        <w:t>20</w:t>
      </w:r>
      <w:r w:rsidRPr="000767E2">
        <w:rPr>
          <w:lang w:val="sv-SE"/>
        </w:rPr>
        <w:t xml:space="preserve"> {{field-on:bible}}Och en annan kom och sade: Herre, se </w:t>
      </w:r>
      <w:r w:rsidRPr="000767E2">
        <w:rPr>
          <w:i/>
          <w:lang w:val="sv-SE"/>
        </w:rPr>
        <w:t>här</w:t>
      </w:r>
      <w:r w:rsidRPr="000767E2">
        <w:rPr>
          <w:lang w:val="sv-SE"/>
        </w:rPr>
        <w:t xml:space="preserve"> din mina. Den har jag haft undanlagd i en duk.{{field-off:bible}} [[@</w:t>
      </w:r>
      <w:r w:rsidR="0096445B" w:rsidRPr="000767E2">
        <w:rPr>
          <w:lang w:val="sv-SE"/>
        </w:rPr>
        <w:t>BibleBIBEL82</w:t>
      </w:r>
      <w:r w:rsidRPr="000767E2">
        <w:rPr>
          <w:lang w:val="sv-SE"/>
        </w:rPr>
        <w:t>:Luke 19:21]]</w:t>
      </w:r>
      <w:r w:rsidRPr="000767E2">
        <w:rPr>
          <w:vertAlign w:val="superscript"/>
          <w:lang w:val="sv-SE"/>
        </w:rPr>
        <w:t>21</w:t>
      </w:r>
      <w:r w:rsidRPr="000767E2">
        <w:rPr>
          <w:lang w:val="sv-SE"/>
        </w:rPr>
        <w:t xml:space="preserve"> {{field-on:bible}}För jag fruktade dig, eftersom du är en strikt man: du tar </w:t>
      </w:r>
      <w:r w:rsidRPr="000767E2">
        <w:rPr>
          <w:i/>
          <w:lang w:val="sv-SE"/>
        </w:rPr>
        <w:t>ut</w:t>
      </w:r>
      <w:r w:rsidRPr="000767E2">
        <w:rPr>
          <w:lang w:val="sv-SE"/>
        </w:rPr>
        <w:t xml:space="preserve"> det du inte satt </w:t>
      </w:r>
      <w:r w:rsidRPr="000767E2">
        <w:rPr>
          <w:i/>
          <w:lang w:val="sv-SE"/>
        </w:rPr>
        <w:t>in</w:t>
      </w:r>
      <w:r w:rsidRPr="000767E2">
        <w:rPr>
          <w:lang w:val="sv-SE"/>
        </w:rPr>
        <w:t xml:space="preserve"> och skördar det du inte har sått.{{field-off:bible}} [[@</w:t>
      </w:r>
      <w:r w:rsidR="0096445B" w:rsidRPr="000767E2">
        <w:rPr>
          <w:lang w:val="sv-SE"/>
        </w:rPr>
        <w:t>BibleBIBEL82</w:t>
      </w:r>
      <w:r w:rsidRPr="000767E2">
        <w:rPr>
          <w:lang w:val="sv-SE"/>
        </w:rPr>
        <w:t>:Luke 19:22]]</w:t>
      </w:r>
      <w:r w:rsidRPr="000767E2">
        <w:rPr>
          <w:vertAlign w:val="superscript"/>
          <w:lang w:val="sv-SE"/>
        </w:rPr>
        <w:t>22</w:t>
      </w:r>
      <w:r w:rsidRPr="000767E2">
        <w:rPr>
          <w:lang w:val="sv-SE"/>
        </w:rPr>
        <w:t xml:space="preserve"> {{field-on:bible}}Han säger till honom: Från din mun ska jag döma dig, onde fasttjänare. Du visste att jag är en strikt man, som tar </w:t>
      </w:r>
      <w:r w:rsidRPr="000767E2">
        <w:rPr>
          <w:i/>
          <w:lang w:val="sv-SE"/>
        </w:rPr>
        <w:t>ut</w:t>
      </w:r>
      <w:r w:rsidRPr="000767E2">
        <w:rPr>
          <w:lang w:val="sv-SE"/>
        </w:rPr>
        <w:t xml:space="preserve"> det jag inte satt </w:t>
      </w:r>
      <w:r w:rsidRPr="000767E2">
        <w:rPr>
          <w:i/>
          <w:lang w:val="sv-SE"/>
        </w:rPr>
        <w:t>in</w:t>
      </w:r>
      <w:r w:rsidRPr="000767E2">
        <w:rPr>
          <w:lang w:val="sv-SE"/>
        </w:rPr>
        <w:t xml:space="preserve"> och skördar det jag inte har sått?{{field-off:bible}} [[@</w:t>
      </w:r>
      <w:r w:rsidR="0096445B" w:rsidRPr="000767E2">
        <w:rPr>
          <w:lang w:val="sv-SE"/>
        </w:rPr>
        <w:t>BibleBIBEL82</w:t>
      </w:r>
      <w:r w:rsidRPr="000767E2">
        <w:rPr>
          <w:lang w:val="sv-SE"/>
        </w:rPr>
        <w:t>:Luke 19:23]]</w:t>
      </w:r>
      <w:r w:rsidRPr="000767E2">
        <w:rPr>
          <w:vertAlign w:val="superscript"/>
          <w:lang w:val="sv-SE"/>
        </w:rPr>
        <w:t>23</w:t>
      </w:r>
      <w:r w:rsidRPr="000767E2">
        <w:rPr>
          <w:lang w:val="sv-SE"/>
        </w:rPr>
        <w:t xml:space="preserve"> {{field-on:bible}}Och varför satte du </w:t>
      </w:r>
      <w:r w:rsidRPr="000767E2">
        <w:rPr>
          <w:i/>
          <w:lang w:val="sv-SE"/>
        </w:rPr>
        <w:t>då</w:t>
      </w:r>
      <w:r w:rsidRPr="000767E2">
        <w:rPr>
          <w:lang w:val="sv-SE"/>
        </w:rPr>
        <w:t xml:space="preserve"> inte </w:t>
      </w:r>
      <w:r w:rsidRPr="000767E2">
        <w:rPr>
          <w:i/>
          <w:lang w:val="sv-SE"/>
        </w:rPr>
        <w:t>in</w:t>
      </w:r>
      <w:r w:rsidRPr="000767E2">
        <w:rPr>
          <w:lang w:val="sv-SE"/>
        </w:rPr>
        <w:t xml:space="preserve"> mitt silver på en bank? Då hade jag när jag kom med ränta tagit ut det.{{field-off:bible}}</w:t>
      </w:r>
    </w:p>
    <w:p w14:paraId="175E9C8B" w14:textId="040B6445" w:rsidR="00BA33AB" w:rsidRPr="000767E2" w:rsidRDefault="00000000">
      <w:pPr>
        <w:rPr>
          <w:lang w:val="sv-SE"/>
        </w:rPr>
      </w:pPr>
      <w:r w:rsidRPr="000767E2">
        <w:rPr>
          <w:lang w:val="sv-SE"/>
        </w:rPr>
        <w:t>[[@</w:t>
      </w:r>
      <w:r w:rsidR="0096445B" w:rsidRPr="000767E2">
        <w:rPr>
          <w:lang w:val="sv-SE"/>
        </w:rPr>
        <w:t>BibleBIBEL82</w:t>
      </w:r>
      <w:r w:rsidRPr="000767E2">
        <w:rPr>
          <w:lang w:val="sv-SE"/>
        </w:rPr>
        <w:t>:Luke 19:24]]</w:t>
      </w:r>
      <w:r w:rsidRPr="000767E2">
        <w:rPr>
          <w:vertAlign w:val="superscript"/>
          <w:lang w:val="sv-SE"/>
        </w:rPr>
        <w:t>24</w:t>
      </w:r>
      <w:r w:rsidRPr="000767E2">
        <w:rPr>
          <w:lang w:val="sv-SE"/>
        </w:rPr>
        <w:t xml:space="preserve"> {{field-on:bible}}Och till dem som stod bredvid sade han: Ta ifrån honom minan och ge till honom som har de tio minorna.{{field-off:bible}} </w:t>
      </w:r>
      <w:r w:rsidRPr="000767E2">
        <w:rPr>
          <w:lang w:val="sv-SE"/>
        </w:rPr>
        <w:lastRenderedPageBreak/>
        <w:t>[[@</w:t>
      </w:r>
      <w:r w:rsidR="0096445B" w:rsidRPr="000767E2">
        <w:rPr>
          <w:lang w:val="sv-SE"/>
        </w:rPr>
        <w:t>BibleBIBEL82</w:t>
      </w:r>
      <w:r w:rsidRPr="000767E2">
        <w:rPr>
          <w:lang w:val="sv-SE"/>
        </w:rPr>
        <w:t>:Luke 19:25]]</w:t>
      </w:r>
      <w:r w:rsidRPr="000767E2">
        <w:rPr>
          <w:vertAlign w:val="superscript"/>
          <w:lang w:val="sv-SE"/>
        </w:rPr>
        <w:t>25</w:t>
      </w:r>
      <w:r w:rsidRPr="000767E2">
        <w:rPr>
          <w:lang w:val="sv-SE"/>
        </w:rPr>
        <w:t xml:space="preserve"> {{field-on:bible}}Och de sade till honom: Herre, han har tio minor? –{{field-off:bible}} [[@</w:t>
      </w:r>
      <w:r w:rsidR="0096445B" w:rsidRPr="000767E2">
        <w:rPr>
          <w:lang w:val="sv-SE"/>
        </w:rPr>
        <w:t>BibleBIBEL82</w:t>
      </w:r>
      <w:r w:rsidRPr="000767E2">
        <w:rPr>
          <w:lang w:val="sv-SE"/>
        </w:rPr>
        <w:t>:Luke 19:26]]</w:t>
      </w:r>
      <w:r w:rsidRPr="000767E2">
        <w:rPr>
          <w:vertAlign w:val="superscript"/>
          <w:lang w:val="sv-SE"/>
        </w:rPr>
        <w:t>26</w:t>
      </w:r>
      <w:r w:rsidRPr="000767E2">
        <w:rPr>
          <w:lang w:val="sv-SE"/>
        </w:rPr>
        <w:t xml:space="preserve"> {{field-on:bible}}Jag säger er att åt var och en som har ska det ges. Men från den som inte har ska även det han har tas.{{field-off:bible}} [[@</w:t>
      </w:r>
      <w:r w:rsidR="0096445B" w:rsidRPr="000767E2">
        <w:rPr>
          <w:lang w:val="sv-SE"/>
        </w:rPr>
        <w:t>BibleBIBEL82</w:t>
      </w:r>
      <w:r w:rsidRPr="000767E2">
        <w:rPr>
          <w:lang w:val="sv-SE"/>
        </w:rPr>
        <w:t>:Luke 19:27]]</w:t>
      </w:r>
      <w:r w:rsidRPr="000767E2">
        <w:rPr>
          <w:vertAlign w:val="superscript"/>
          <w:lang w:val="sv-SE"/>
        </w:rPr>
        <w:t>27</w:t>
      </w:r>
      <w:r w:rsidRPr="000767E2">
        <w:rPr>
          <w:lang w:val="sv-SE"/>
        </w:rPr>
        <w:t xml:space="preserve"> {{field-on:bible}}Men dessa mina fiender som inte ville </w:t>
      </w:r>
      <w:r w:rsidRPr="000767E2">
        <w:rPr>
          <w:i/>
          <w:lang w:val="sv-SE"/>
        </w:rPr>
        <w:t>ha</w:t>
      </w:r>
      <w:r w:rsidRPr="000767E2">
        <w:rPr>
          <w:lang w:val="sv-SE"/>
        </w:rPr>
        <w:t xml:space="preserve"> mig att regera över dem, för hit och slakta ner dem inför mig.”{{field-off:bible}}</w:t>
      </w:r>
    </w:p>
    <w:p w14:paraId="23A848A7" w14:textId="77777777" w:rsidR="00BA33AB" w:rsidRPr="000767E2" w:rsidRDefault="00000000">
      <w:pPr>
        <w:pStyle w:val="Rubrik3"/>
        <w:rPr>
          <w:lang w:val="sv-SE"/>
        </w:rPr>
      </w:pPr>
      <w:r w:rsidRPr="000767E2">
        <w:rPr>
          <w:lang w:val="sv-SE"/>
        </w:rPr>
        <w:t>Jesus rider in i Jerusalem</w:t>
      </w:r>
    </w:p>
    <w:p w14:paraId="09F80570" w14:textId="6C8FA09A" w:rsidR="00BA33AB" w:rsidRPr="000767E2" w:rsidRDefault="00000000">
      <w:pPr>
        <w:rPr>
          <w:lang w:val="sv-SE"/>
        </w:rPr>
      </w:pPr>
      <w:r w:rsidRPr="000767E2">
        <w:rPr>
          <w:lang w:val="sv-SE"/>
        </w:rPr>
        <w:t>[[@</w:t>
      </w:r>
      <w:r w:rsidR="0096445B" w:rsidRPr="000767E2">
        <w:rPr>
          <w:lang w:val="sv-SE"/>
        </w:rPr>
        <w:t>BibleBIBEL82</w:t>
      </w:r>
      <w:r w:rsidRPr="000767E2">
        <w:rPr>
          <w:lang w:val="sv-SE"/>
        </w:rPr>
        <w:t>:Luke 19:28]]</w:t>
      </w:r>
      <w:r w:rsidRPr="000767E2">
        <w:rPr>
          <w:vertAlign w:val="superscript"/>
          <w:lang w:val="sv-SE"/>
        </w:rPr>
        <w:t>28</w:t>
      </w:r>
      <w:r w:rsidRPr="000767E2">
        <w:rPr>
          <w:lang w:val="sv-SE"/>
        </w:rPr>
        <w:t xml:space="preserve"> {{field-on:bible}}Och sedan han sagt detta, vandrade han före och gick upp till Jerusalem.{{field-off:bible}} [[@</w:t>
      </w:r>
      <w:r w:rsidR="0096445B" w:rsidRPr="000767E2">
        <w:rPr>
          <w:lang w:val="sv-SE"/>
        </w:rPr>
        <w:t>BibleBIBEL82</w:t>
      </w:r>
      <w:r w:rsidRPr="000767E2">
        <w:rPr>
          <w:lang w:val="sv-SE"/>
        </w:rPr>
        <w:t>:Luke 19:29]]</w:t>
      </w:r>
      <w:r w:rsidRPr="000767E2">
        <w:rPr>
          <w:vertAlign w:val="superscript"/>
          <w:lang w:val="sv-SE"/>
        </w:rPr>
        <w:t>29</w:t>
      </w:r>
      <w:r w:rsidRPr="000767E2">
        <w:rPr>
          <w:lang w:val="sv-SE"/>
        </w:rPr>
        <w:t xml:space="preserve"> {{field-on:bible}}Och det hände sig, när han närmade sig Bethfage och Bethania vid det berg som kallas Olivernas, </w:t>
      </w:r>
      <w:r w:rsidRPr="000767E2">
        <w:rPr>
          <w:i/>
          <w:lang w:val="sv-SE"/>
        </w:rPr>
        <w:t>att</w:t>
      </w:r>
      <w:r w:rsidRPr="000767E2">
        <w:rPr>
          <w:lang w:val="sv-SE"/>
        </w:rPr>
        <w:t xml:space="preserve"> han sände ut två av lärjungarna{{field-off:bible}} [[@</w:t>
      </w:r>
      <w:r w:rsidR="0096445B" w:rsidRPr="000767E2">
        <w:rPr>
          <w:lang w:val="sv-SE"/>
        </w:rPr>
        <w:t>BibleBIBEL82</w:t>
      </w:r>
      <w:r w:rsidRPr="000767E2">
        <w:rPr>
          <w:lang w:val="sv-SE"/>
        </w:rPr>
        <w:t>:Luke 19:30]]</w:t>
      </w:r>
      <w:r w:rsidRPr="000767E2">
        <w:rPr>
          <w:vertAlign w:val="superscript"/>
          <w:lang w:val="sv-SE"/>
        </w:rPr>
        <w:t>30</w:t>
      </w:r>
      <w:r w:rsidRPr="000767E2">
        <w:rPr>
          <w:lang w:val="sv-SE"/>
        </w:rPr>
        <w:t xml:space="preserve"> {{field-on:bible}}och sade: ”Bege er till byn mittemot. I den ska ni gå in och finna ett föl bundet, på vilket ingen av människor någonsin har satt sig. Och lossa det och led </w:t>
      </w:r>
      <w:r w:rsidRPr="000767E2">
        <w:rPr>
          <w:i/>
          <w:lang w:val="sv-SE"/>
        </w:rPr>
        <w:t>hit</w:t>
      </w:r>
      <w:r w:rsidRPr="000767E2">
        <w:rPr>
          <w:lang w:val="sv-SE"/>
        </w:rPr>
        <w:t>.{{field-off:bible}} [[@</w:t>
      </w:r>
      <w:r w:rsidR="0096445B" w:rsidRPr="000767E2">
        <w:rPr>
          <w:lang w:val="sv-SE"/>
        </w:rPr>
        <w:t>BibleBIBEL82</w:t>
      </w:r>
      <w:r w:rsidRPr="000767E2">
        <w:rPr>
          <w:lang w:val="sv-SE"/>
        </w:rPr>
        <w:t>:Luke 19:31]]</w:t>
      </w:r>
      <w:r w:rsidRPr="000767E2">
        <w:rPr>
          <w:vertAlign w:val="superscript"/>
          <w:lang w:val="sv-SE"/>
        </w:rPr>
        <w:t>31</w:t>
      </w:r>
      <w:r w:rsidRPr="000767E2">
        <w:rPr>
          <w:lang w:val="sv-SE"/>
        </w:rPr>
        <w:t xml:space="preserve"> {{field-on:bible}}Och om någon frågar er: Varför lossar ni?, ska ni säga så: För att Herren av det har behov.”{{field-off:bible}}</w:t>
      </w:r>
    </w:p>
    <w:p w14:paraId="0AF55A34" w14:textId="5F354B0E" w:rsidR="00BA33AB" w:rsidRPr="000767E2" w:rsidRDefault="00000000">
      <w:pPr>
        <w:rPr>
          <w:lang w:val="sv-SE"/>
        </w:rPr>
      </w:pPr>
      <w:r w:rsidRPr="000767E2">
        <w:rPr>
          <w:lang w:val="sv-SE"/>
        </w:rPr>
        <w:t>[[@</w:t>
      </w:r>
      <w:r w:rsidR="0096445B" w:rsidRPr="000767E2">
        <w:rPr>
          <w:lang w:val="sv-SE"/>
        </w:rPr>
        <w:t>BibleBIBEL82</w:t>
      </w:r>
      <w:r w:rsidRPr="000767E2">
        <w:rPr>
          <w:lang w:val="sv-SE"/>
        </w:rPr>
        <w:t>:Luke 19:32]]</w:t>
      </w:r>
      <w:r w:rsidRPr="000767E2">
        <w:rPr>
          <w:vertAlign w:val="superscript"/>
          <w:lang w:val="sv-SE"/>
        </w:rPr>
        <w:t>32</w:t>
      </w:r>
      <w:r w:rsidRPr="000767E2">
        <w:rPr>
          <w:lang w:val="sv-SE"/>
        </w:rPr>
        <w:t xml:space="preserve"> {{field-on:bible}}Och de utsända gick iväg och fann </w:t>
      </w:r>
      <w:r w:rsidRPr="000767E2">
        <w:rPr>
          <w:i/>
          <w:lang w:val="sv-SE"/>
        </w:rPr>
        <w:t>det</w:t>
      </w:r>
      <w:r w:rsidRPr="000767E2">
        <w:rPr>
          <w:lang w:val="sv-SE"/>
        </w:rPr>
        <w:t xml:space="preserve"> så som han hade sagt dem.{{field-off:bible}} [[@</w:t>
      </w:r>
      <w:r w:rsidR="0096445B" w:rsidRPr="000767E2">
        <w:rPr>
          <w:lang w:val="sv-SE"/>
        </w:rPr>
        <w:t>BibleBIBEL82</w:t>
      </w:r>
      <w:r w:rsidRPr="000767E2">
        <w:rPr>
          <w:lang w:val="sv-SE"/>
        </w:rPr>
        <w:t>:Luke 19:33]]</w:t>
      </w:r>
      <w:r w:rsidRPr="000767E2">
        <w:rPr>
          <w:vertAlign w:val="superscript"/>
          <w:lang w:val="sv-SE"/>
        </w:rPr>
        <w:t>33</w:t>
      </w:r>
      <w:r w:rsidRPr="000767E2">
        <w:rPr>
          <w:lang w:val="sv-SE"/>
        </w:rPr>
        <w:t xml:space="preserve"> {{field-on:bible}}Och när de lossade fölet, sade dess herrar till dem: ”Varför lossar ni fölet?”{{field-off:bible}} [[@</w:t>
      </w:r>
      <w:r w:rsidR="0096445B" w:rsidRPr="000767E2">
        <w:rPr>
          <w:lang w:val="sv-SE"/>
        </w:rPr>
        <w:t>BibleBIBEL82</w:t>
      </w:r>
      <w:r w:rsidRPr="000767E2">
        <w:rPr>
          <w:lang w:val="sv-SE"/>
        </w:rPr>
        <w:t>:Luke 19:34]]</w:t>
      </w:r>
      <w:r w:rsidRPr="000767E2">
        <w:rPr>
          <w:vertAlign w:val="superscript"/>
          <w:lang w:val="sv-SE"/>
        </w:rPr>
        <w:t>34</w:t>
      </w:r>
      <w:r w:rsidRPr="000767E2">
        <w:rPr>
          <w:lang w:val="sv-SE"/>
        </w:rPr>
        <w:t xml:space="preserve"> {{field-on:bible}}Men de sade: ”För att Herren av det har behov.”{{field-off:bible}} [[@</w:t>
      </w:r>
      <w:r w:rsidR="0096445B" w:rsidRPr="000767E2">
        <w:rPr>
          <w:lang w:val="sv-SE"/>
        </w:rPr>
        <w:t>BibleBIBEL82</w:t>
      </w:r>
      <w:r w:rsidRPr="000767E2">
        <w:rPr>
          <w:lang w:val="sv-SE"/>
        </w:rPr>
        <w:t>:Luke 19:35]]</w:t>
      </w:r>
      <w:r w:rsidRPr="000767E2">
        <w:rPr>
          <w:vertAlign w:val="superscript"/>
          <w:lang w:val="sv-SE"/>
        </w:rPr>
        <w:t>35</w:t>
      </w:r>
      <w:r w:rsidRPr="000767E2">
        <w:rPr>
          <w:lang w:val="sv-SE"/>
        </w:rPr>
        <w:t xml:space="preserve"> {{field-on:bible}}Och de ledde det till Jesus, och de slängde på sina mantlar över fölet och satte upp Jesus.{{field-off:bible}} [[@</w:t>
      </w:r>
      <w:r w:rsidR="0096445B" w:rsidRPr="000767E2">
        <w:rPr>
          <w:lang w:val="sv-SE"/>
        </w:rPr>
        <w:t>BibleBIBEL82</w:t>
      </w:r>
      <w:r w:rsidRPr="000767E2">
        <w:rPr>
          <w:lang w:val="sv-SE"/>
        </w:rPr>
        <w:t>:Luke 19:36]]</w:t>
      </w:r>
      <w:r w:rsidRPr="000767E2">
        <w:rPr>
          <w:vertAlign w:val="superscript"/>
          <w:lang w:val="sv-SE"/>
        </w:rPr>
        <w:t>36</w:t>
      </w:r>
      <w:r w:rsidRPr="000767E2">
        <w:rPr>
          <w:lang w:val="sv-SE"/>
        </w:rPr>
        <w:t xml:space="preserve"> {{field-on:bible}}Och medan han färdades </w:t>
      </w:r>
      <w:r w:rsidRPr="000767E2">
        <w:rPr>
          <w:i/>
          <w:lang w:val="sv-SE"/>
        </w:rPr>
        <w:t>fram</w:t>
      </w:r>
      <w:r w:rsidRPr="000767E2">
        <w:rPr>
          <w:lang w:val="sv-SE"/>
        </w:rPr>
        <w:t>, bredde man ut sina mantlar undertill på vägen.{{field-off:bible}}</w:t>
      </w:r>
    </w:p>
    <w:p w14:paraId="01923F6E" w14:textId="5D0FA701" w:rsidR="00BA33AB" w:rsidRPr="000767E2" w:rsidRDefault="00000000">
      <w:pPr>
        <w:rPr>
          <w:lang w:val="sv-SE"/>
        </w:rPr>
      </w:pPr>
      <w:r w:rsidRPr="000767E2">
        <w:rPr>
          <w:lang w:val="sv-SE"/>
        </w:rPr>
        <w:t>[[@</w:t>
      </w:r>
      <w:r w:rsidR="0096445B" w:rsidRPr="000767E2">
        <w:rPr>
          <w:lang w:val="sv-SE"/>
        </w:rPr>
        <w:t>BibleBIBEL82</w:t>
      </w:r>
      <w:r w:rsidRPr="000767E2">
        <w:rPr>
          <w:lang w:val="sv-SE"/>
        </w:rPr>
        <w:t>:Luke 19:37]]</w:t>
      </w:r>
      <w:r w:rsidRPr="000767E2">
        <w:rPr>
          <w:vertAlign w:val="superscript"/>
          <w:lang w:val="sv-SE"/>
        </w:rPr>
        <w:t>37</w:t>
      </w:r>
      <w:r w:rsidRPr="000767E2">
        <w:rPr>
          <w:lang w:val="sv-SE"/>
        </w:rPr>
        <w:t xml:space="preserve"> {{field-on:bible}}Och när han närmade sig, redan vid nedgången från Olivernas berg, började hela mängden av lärjungarna glada lovprisa Gud med väldig röst för allt som de sett av kraftgärningar,{{field-off:bible}} [[@</w:t>
      </w:r>
      <w:r w:rsidR="0096445B" w:rsidRPr="000767E2">
        <w:rPr>
          <w:lang w:val="sv-SE"/>
        </w:rPr>
        <w:t>BibleBIBEL82</w:t>
      </w:r>
      <w:r w:rsidRPr="000767E2">
        <w:rPr>
          <w:lang w:val="sv-SE"/>
        </w:rPr>
        <w:t>:Luke 19:38]]</w:t>
      </w:r>
      <w:r w:rsidRPr="000767E2">
        <w:rPr>
          <w:vertAlign w:val="superscript"/>
          <w:lang w:val="sv-SE"/>
        </w:rPr>
        <w:t>38</w:t>
      </w:r>
      <w:r w:rsidRPr="000767E2">
        <w:rPr>
          <w:lang w:val="sv-SE"/>
        </w:rPr>
        <w:t xml:space="preserve"> {{field-on:bible}}och de sade: ”Välsignad han som kommer, kungen i Herrens namn! I himlen frid och ära i </w:t>
      </w:r>
      <w:r w:rsidRPr="000767E2">
        <w:rPr>
          <w:i/>
          <w:lang w:val="sv-SE"/>
        </w:rPr>
        <w:t>det</w:t>
      </w:r>
      <w:r w:rsidRPr="000767E2">
        <w:rPr>
          <w:lang w:val="sv-SE"/>
        </w:rPr>
        <w:t xml:space="preserve"> högsta!”{{field-off:bible}} [[@</w:t>
      </w:r>
      <w:r w:rsidR="0096445B" w:rsidRPr="000767E2">
        <w:rPr>
          <w:lang w:val="sv-SE"/>
        </w:rPr>
        <w:t>BibleBIBEL82</w:t>
      </w:r>
      <w:r w:rsidRPr="000767E2">
        <w:rPr>
          <w:lang w:val="sv-SE"/>
        </w:rPr>
        <w:t>:Luke 19:39]]</w:t>
      </w:r>
      <w:r w:rsidRPr="000767E2">
        <w:rPr>
          <w:vertAlign w:val="superscript"/>
          <w:lang w:val="sv-SE"/>
        </w:rPr>
        <w:t>39</w:t>
      </w:r>
      <w:r w:rsidRPr="000767E2">
        <w:rPr>
          <w:lang w:val="sv-SE"/>
        </w:rPr>
        <w:t xml:space="preserve"> {{field-on:bible}}Och några av fariseerna från skaran sade till honom: ”Lärare, näps dina lärjungar!”{{field-off:bible}} [[@</w:t>
      </w:r>
      <w:r w:rsidR="0096445B" w:rsidRPr="000767E2">
        <w:rPr>
          <w:lang w:val="sv-SE"/>
        </w:rPr>
        <w:t>BibleBIBEL82</w:t>
      </w:r>
      <w:r w:rsidRPr="000767E2">
        <w:rPr>
          <w:lang w:val="sv-SE"/>
        </w:rPr>
        <w:t>:Luke 19:40]]</w:t>
      </w:r>
      <w:r w:rsidRPr="000767E2">
        <w:rPr>
          <w:vertAlign w:val="superscript"/>
          <w:lang w:val="sv-SE"/>
        </w:rPr>
        <w:t>40</w:t>
      </w:r>
      <w:r w:rsidRPr="000767E2">
        <w:rPr>
          <w:lang w:val="sv-SE"/>
        </w:rPr>
        <w:t xml:space="preserve"> {{field-on:bible}}Och han svarade och sade: ”Jag säger er: om dessa vore tysta, kommer stenarna att ropa.”{{field-off:bible}}</w:t>
      </w:r>
    </w:p>
    <w:p w14:paraId="62981DD3" w14:textId="77777777" w:rsidR="00BA33AB" w:rsidRPr="000767E2" w:rsidRDefault="00000000">
      <w:pPr>
        <w:pStyle w:val="Rubrik3"/>
        <w:rPr>
          <w:lang w:val="sv-SE"/>
        </w:rPr>
      </w:pPr>
      <w:r w:rsidRPr="000767E2">
        <w:rPr>
          <w:lang w:val="sv-SE"/>
        </w:rPr>
        <w:t>Jesus gråter över Jerusalem</w:t>
      </w:r>
    </w:p>
    <w:p w14:paraId="00BD10B5" w14:textId="1F479CF4" w:rsidR="00BA33AB" w:rsidRPr="000767E2" w:rsidRDefault="00000000">
      <w:pPr>
        <w:rPr>
          <w:lang w:val="sv-SE"/>
        </w:rPr>
      </w:pPr>
      <w:r w:rsidRPr="000767E2">
        <w:rPr>
          <w:lang w:val="sv-SE"/>
        </w:rPr>
        <w:t>[[@</w:t>
      </w:r>
      <w:r w:rsidR="0096445B" w:rsidRPr="000767E2">
        <w:rPr>
          <w:lang w:val="sv-SE"/>
        </w:rPr>
        <w:t>BibleBIBEL82</w:t>
      </w:r>
      <w:r w:rsidRPr="000767E2">
        <w:rPr>
          <w:lang w:val="sv-SE"/>
        </w:rPr>
        <w:t>:Luke 19:41]]</w:t>
      </w:r>
      <w:r w:rsidRPr="000767E2">
        <w:rPr>
          <w:vertAlign w:val="superscript"/>
          <w:lang w:val="sv-SE"/>
        </w:rPr>
        <w:t>41</w:t>
      </w:r>
      <w:r w:rsidRPr="000767E2">
        <w:rPr>
          <w:lang w:val="sv-SE"/>
        </w:rPr>
        <w:t xml:space="preserve"> {{field-on:bible}}Och när han närmade sig och såg staden, grät han över den{{field-off:bible}} [[@</w:t>
      </w:r>
      <w:r w:rsidR="0096445B" w:rsidRPr="000767E2">
        <w:rPr>
          <w:lang w:val="sv-SE"/>
        </w:rPr>
        <w:t>BibleBIBEL82</w:t>
      </w:r>
      <w:r w:rsidRPr="000767E2">
        <w:rPr>
          <w:lang w:val="sv-SE"/>
        </w:rPr>
        <w:t>:Luke 19:42]]</w:t>
      </w:r>
      <w:r w:rsidRPr="000767E2">
        <w:rPr>
          <w:vertAlign w:val="superscript"/>
          <w:lang w:val="sv-SE"/>
        </w:rPr>
        <w:t>42</w:t>
      </w:r>
      <w:r w:rsidRPr="000767E2">
        <w:rPr>
          <w:lang w:val="sv-SE"/>
        </w:rPr>
        <w:t xml:space="preserve"> {{field-on:bible}}och sade att: ”Om du hade förstått på denna dag, också du, det </w:t>
      </w:r>
      <w:r w:rsidRPr="000767E2">
        <w:rPr>
          <w:i/>
          <w:lang w:val="sv-SE"/>
        </w:rPr>
        <w:t>som leder</w:t>
      </w:r>
      <w:r w:rsidRPr="000767E2">
        <w:rPr>
          <w:lang w:val="sv-SE"/>
        </w:rPr>
        <w:t xml:space="preserve"> till frid! Men nu var det dolt för dina ögon.{{field-off:bible}} [[@</w:t>
      </w:r>
      <w:r w:rsidR="0096445B" w:rsidRPr="000767E2">
        <w:rPr>
          <w:lang w:val="sv-SE"/>
        </w:rPr>
        <w:t>BibleBIBEL82</w:t>
      </w:r>
      <w:r w:rsidRPr="000767E2">
        <w:rPr>
          <w:lang w:val="sv-SE"/>
        </w:rPr>
        <w:t>:Luke 19:43]]</w:t>
      </w:r>
      <w:r w:rsidRPr="000767E2">
        <w:rPr>
          <w:vertAlign w:val="superscript"/>
          <w:lang w:val="sv-SE"/>
        </w:rPr>
        <w:t>43</w:t>
      </w:r>
      <w:r w:rsidRPr="000767E2">
        <w:rPr>
          <w:lang w:val="sv-SE"/>
        </w:rPr>
        <w:t xml:space="preserve"> {{field-on:bible}}För </w:t>
      </w:r>
      <w:r w:rsidRPr="000767E2">
        <w:rPr>
          <w:i/>
          <w:lang w:val="sv-SE"/>
        </w:rPr>
        <w:t>det</w:t>
      </w:r>
      <w:r w:rsidRPr="000767E2">
        <w:rPr>
          <w:lang w:val="sv-SE"/>
        </w:rPr>
        <w:t xml:space="preserve"> ska komma dagar över dig, och dina fiender ska belägra dig </w:t>
      </w:r>
      <w:r w:rsidRPr="000767E2">
        <w:rPr>
          <w:i/>
          <w:lang w:val="sv-SE"/>
        </w:rPr>
        <w:t>med</w:t>
      </w:r>
      <w:r w:rsidRPr="000767E2">
        <w:rPr>
          <w:lang w:val="sv-SE"/>
        </w:rPr>
        <w:t xml:space="preserve"> palissad och omringa dig och ansätta dig från alla håll.{{field-off:bible}} [[@</w:t>
      </w:r>
      <w:r w:rsidR="0096445B" w:rsidRPr="000767E2">
        <w:rPr>
          <w:lang w:val="sv-SE"/>
        </w:rPr>
        <w:t>BibleBIBEL82</w:t>
      </w:r>
      <w:r w:rsidRPr="000767E2">
        <w:rPr>
          <w:lang w:val="sv-SE"/>
        </w:rPr>
        <w:t>:Luke 19:44]]</w:t>
      </w:r>
      <w:r w:rsidRPr="000767E2">
        <w:rPr>
          <w:vertAlign w:val="superscript"/>
          <w:lang w:val="sv-SE"/>
        </w:rPr>
        <w:t>44</w:t>
      </w:r>
      <w:r w:rsidRPr="000767E2">
        <w:rPr>
          <w:lang w:val="sv-SE"/>
        </w:rPr>
        <w:t xml:space="preserve"> {{field-on:bible}}Och de ska slå dig och dina barn i dig till marken och inte lämna sten på sten i dig, därför att du inte förstod tiden för din tillsyn.”{{field-off:bible}}</w:t>
      </w:r>
    </w:p>
    <w:p w14:paraId="7036A1A7" w14:textId="77777777" w:rsidR="00BA33AB" w:rsidRPr="000767E2" w:rsidRDefault="00000000">
      <w:pPr>
        <w:pStyle w:val="Rubrik3"/>
        <w:rPr>
          <w:lang w:val="sv-SE"/>
        </w:rPr>
      </w:pPr>
      <w:r w:rsidRPr="000767E2">
        <w:rPr>
          <w:lang w:val="sv-SE"/>
        </w:rPr>
        <w:lastRenderedPageBreak/>
        <w:t>Jesus rensar templet</w:t>
      </w:r>
    </w:p>
    <w:p w14:paraId="7AE482D2" w14:textId="580F1C47" w:rsidR="00BA33AB" w:rsidRPr="000767E2" w:rsidRDefault="00000000">
      <w:pPr>
        <w:rPr>
          <w:lang w:val="sv-SE"/>
        </w:rPr>
      </w:pPr>
      <w:r w:rsidRPr="000767E2">
        <w:rPr>
          <w:lang w:val="sv-SE"/>
        </w:rPr>
        <w:t>[[@</w:t>
      </w:r>
      <w:r w:rsidR="0096445B" w:rsidRPr="000767E2">
        <w:rPr>
          <w:lang w:val="sv-SE"/>
        </w:rPr>
        <w:t>BibleBIBEL82</w:t>
      </w:r>
      <w:r w:rsidRPr="000767E2">
        <w:rPr>
          <w:lang w:val="sv-SE"/>
        </w:rPr>
        <w:t>:Luke 19:45]]</w:t>
      </w:r>
      <w:r w:rsidRPr="000767E2">
        <w:rPr>
          <w:vertAlign w:val="superscript"/>
          <w:lang w:val="sv-SE"/>
        </w:rPr>
        <w:t>45</w:t>
      </w:r>
      <w:r w:rsidRPr="000767E2">
        <w:rPr>
          <w:lang w:val="sv-SE"/>
        </w:rPr>
        <w:t xml:space="preserve"> {{field-on:bible}}Och han gick in i templet och började driva ut dem som sålde{{field-off:bible}} [[@</w:t>
      </w:r>
      <w:r w:rsidR="0096445B" w:rsidRPr="000767E2">
        <w:rPr>
          <w:lang w:val="sv-SE"/>
        </w:rPr>
        <w:t>BibleBIBEL82</w:t>
      </w:r>
      <w:r w:rsidRPr="000767E2">
        <w:rPr>
          <w:lang w:val="sv-SE"/>
        </w:rPr>
        <w:t>:Luke 19:46]]</w:t>
      </w:r>
      <w:r w:rsidRPr="000767E2">
        <w:rPr>
          <w:vertAlign w:val="superscript"/>
          <w:lang w:val="sv-SE"/>
        </w:rPr>
        <w:t>46</w:t>
      </w:r>
      <w:r w:rsidRPr="000767E2">
        <w:rPr>
          <w:lang w:val="sv-SE"/>
        </w:rPr>
        <w:t xml:space="preserve"> {{field-on:bible}}och sade till dem: ”Det är skrivet: Och mitt hus ska vara ett bönens hus. Men ni har gjort det till en rövargrotta!”{{field-off:bible}}</w:t>
      </w:r>
    </w:p>
    <w:p w14:paraId="2B7BA11C" w14:textId="4AD8F27E" w:rsidR="00BA33AB" w:rsidRPr="000767E2" w:rsidRDefault="00000000">
      <w:pPr>
        <w:rPr>
          <w:lang w:val="sv-SE"/>
        </w:rPr>
      </w:pPr>
      <w:r w:rsidRPr="000767E2">
        <w:rPr>
          <w:lang w:val="sv-SE"/>
        </w:rPr>
        <w:t>[[@</w:t>
      </w:r>
      <w:r w:rsidR="0096445B" w:rsidRPr="000767E2">
        <w:rPr>
          <w:lang w:val="sv-SE"/>
        </w:rPr>
        <w:t>BibleBIBEL82</w:t>
      </w:r>
      <w:r w:rsidRPr="000767E2">
        <w:rPr>
          <w:lang w:val="sv-SE"/>
        </w:rPr>
        <w:t>:Luke 19:47]]</w:t>
      </w:r>
      <w:r w:rsidRPr="000767E2">
        <w:rPr>
          <w:vertAlign w:val="superscript"/>
          <w:lang w:val="sv-SE"/>
        </w:rPr>
        <w:t>47</w:t>
      </w:r>
      <w:r w:rsidRPr="000767E2">
        <w:rPr>
          <w:lang w:val="sv-SE"/>
        </w:rPr>
        <w:t xml:space="preserve"> {{field-on:bible}}Och han var och undervisade varje dag i templet. Men översteprästerna och de skriftlärda sökte förgöra honom, även de främsta bland folket.{{field-off:bible}} [[@</w:t>
      </w:r>
      <w:r w:rsidR="0096445B" w:rsidRPr="000767E2">
        <w:rPr>
          <w:lang w:val="sv-SE"/>
        </w:rPr>
        <w:t>BibleBIBEL82</w:t>
      </w:r>
      <w:r w:rsidRPr="000767E2">
        <w:rPr>
          <w:lang w:val="sv-SE"/>
        </w:rPr>
        <w:t>:Luke 19:48]]</w:t>
      </w:r>
      <w:r w:rsidRPr="000767E2">
        <w:rPr>
          <w:vertAlign w:val="superscript"/>
          <w:lang w:val="sv-SE"/>
        </w:rPr>
        <w:t>48</w:t>
      </w:r>
      <w:r w:rsidRPr="000767E2">
        <w:rPr>
          <w:lang w:val="sv-SE"/>
        </w:rPr>
        <w:t xml:space="preserve"> {{field-on:bible}}Och de fann inte vad de skulle göra, för folket allesammans hängde på honom och lyssnade.{{field-off:bible}}</w:t>
      </w:r>
    </w:p>
    <w:p w14:paraId="40E07B86" w14:textId="28FFE31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20]]Kapitel 20</w:t>
      </w:r>
    </w:p>
    <w:p w14:paraId="7EEFA109" w14:textId="77777777" w:rsidR="00BA33AB" w:rsidRPr="000767E2" w:rsidRDefault="00000000">
      <w:pPr>
        <w:pStyle w:val="Rubrik3"/>
        <w:rPr>
          <w:lang w:val="sv-SE"/>
        </w:rPr>
      </w:pPr>
      <w:r w:rsidRPr="000767E2">
        <w:rPr>
          <w:lang w:val="sv-SE"/>
        </w:rPr>
        <w:t>Jesu auktoritet ifrågasätts</w:t>
      </w:r>
    </w:p>
    <w:p w14:paraId="4A01E2E9" w14:textId="45ACAAE0" w:rsidR="00BA33AB" w:rsidRPr="000767E2" w:rsidRDefault="00000000">
      <w:pPr>
        <w:rPr>
          <w:lang w:val="sv-SE"/>
        </w:rPr>
      </w:pPr>
      <w:r w:rsidRPr="000767E2">
        <w:rPr>
          <w:lang w:val="sv-SE"/>
        </w:rPr>
        <w:t>[[@</w:t>
      </w:r>
      <w:r w:rsidR="0096445B" w:rsidRPr="000767E2">
        <w:rPr>
          <w:lang w:val="sv-SE"/>
        </w:rPr>
        <w:t>BibleBIBEL82</w:t>
      </w:r>
      <w:r w:rsidRPr="000767E2">
        <w:rPr>
          <w:lang w:val="sv-SE"/>
        </w:rPr>
        <w:t>:Luke 20:1]]</w:t>
      </w:r>
      <w:r w:rsidRPr="000767E2">
        <w:rPr>
          <w:vertAlign w:val="superscript"/>
          <w:lang w:val="sv-SE"/>
        </w:rPr>
        <w:t>1</w:t>
      </w:r>
      <w:r w:rsidRPr="000767E2">
        <w:rPr>
          <w:lang w:val="sv-SE"/>
        </w:rPr>
        <w:t xml:space="preserve"> {{field-on:bible}}Och det hände sig under en av dagarna, medan han undervisade folket i templet och evangeliserade, </w:t>
      </w:r>
      <w:r w:rsidRPr="000767E2">
        <w:rPr>
          <w:i/>
          <w:lang w:val="sv-SE"/>
        </w:rPr>
        <w:t>att</w:t>
      </w:r>
      <w:r w:rsidRPr="000767E2">
        <w:rPr>
          <w:lang w:val="sv-SE"/>
        </w:rPr>
        <w:t xml:space="preserve"> där stod översteprästerna och de skriftlärda med de äldste{{field-off:bible}} [[@</w:t>
      </w:r>
      <w:r w:rsidR="0096445B" w:rsidRPr="000767E2">
        <w:rPr>
          <w:lang w:val="sv-SE"/>
        </w:rPr>
        <w:t>BibleBIBEL82</w:t>
      </w:r>
      <w:r w:rsidRPr="000767E2">
        <w:rPr>
          <w:lang w:val="sv-SE"/>
        </w:rPr>
        <w:t>:Luke 20:2]]</w:t>
      </w:r>
      <w:r w:rsidRPr="000767E2">
        <w:rPr>
          <w:vertAlign w:val="superscript"/>
          <w:lang w:val="sv-SE"/>
        </w:rPr>
        <w:t>2</w:t>
      </w:r>
      <w:r w:rsidRPr="000767E2">
        <w:rPr>
          <w:lang w:val="sv-SE"/>
        </w:rPr>
        <w:t xml:space="preserve"> {{field-on:bible}}och talade och sade till honom: ”Säg oss: Med vilken auktoritet gör du detta? Eller vem är det som har gett dig denna auktoritet?”{{field-off:bible}} [[@</w:t>
      </w:r>
      <w:r w:rsidR="0096445B" w:rsidRPr="000767E2">
        <w:rPr>
          <w:lang w:val="sv-SE"/>
        </w:rPr>
        <w:t>BibleBIBEL82</w:t>
      </w:r>
      <w:r w:rsidRPr="000767E2">
        <w:rPr>
          <w:lang w:val="sv-SE"/>
        </w:rPr>
        <w:t>:Luke 20:3]]</w:t>
      </w:r>
      <w:r w:rsidRPr="000767E2">
        <w:rPr>
          <w:vertAlign w:val="superscript"/>
          <w:lang w:val="sv-SE"/>
        </w:rPr>
        <w:t>3</w:t>
      </w:r>
      <w:r w:rsidRPr="000767E2">
        <w:rPr>
          <w:lang w:val="sv-SE"/>
        </w:rPr>
        <w:t xml:space="preserve"> {{field-on:bible}}Men han svarade och sade till dem: ”Jag ska fråga er, också jag, ett </w:t>
      </w:r>
      <w:r w:rsidRPr="000767E2">
        <w:rPr>
          <w:i/>
          <w:lang w:val="sv-SE"/>
        </w:rPr>
        <w:t>enda</w:t>
      </w:r>
      <w:r w:rsidRPr="000767E2">
        <w:rPr>
          <w:lang w:val="sv-SE"/>
        </w:rPr>
        <w:t xml:space="preserve"> ord. Och säg mig:{{field-off:bible}} [[@</w:t>
      </w:r>
      <w:r w:rsidR="0096445B" w:rsidRPr="000767E2">
        <w:rPr>
          <w:lang w:val="sv-SE"/>
        </w:rPr>
        <w:t>BibleBIBEL82</w:t>
      </w:r>
      <w:r w:rsidRPr="000767E2">
        <w:rPr>
          <w:lang w:val="sv-SE"/>
        </w:rPr>
        <w:t>:Luke 20:4]]</w:t>
      </w:r>
      <w:r w:rsidRPr="000767E2">
        <w:rPr>
          <w:vertAlign w:val="superscript"/>
          <w:lang w:val="sv-SE"/>
        </w:rPr>
        <w:t>4</w:t>
      </w:r>
      <w:r w:rsidRPr="000767E2">
        <w:rPr>
          <w:lang w:val="sv-SE"/>
        </w:rPr>
        <w:t xml:space="preserve"> {{field-on:bible}}Johannes dop, var det från himlen? Eller från människor?”{{field-off:bible}}</w:t>
      </w:r>
    </w:p>
    <w:p w14:paraId="456ADC3C" w14:textId="4AC3D8ED" w:rsidR="00BA33AB" w:rsidRPr="000767E2" w:rsidRDefault="00000000">
      <w:pPr>
        <w:rPr>
          <w:lang w:val="sv-SE"/>
        </w:rPr>
      </w:pPr>
      <w:r w:rsidRPr="000767E2">
        <w:rPr>
          <w:lang w:val="sv-SE"/>
        </w:rPr>
        <w:t>[[@</w:t>
      </w:r>
      <w:r w:rsidR="0096445B" w:rsidRPr="000767E2">
        <w:rPr>
          <w:lang w:val="sv-SE"/>
        </w:rPr>
        <w:t>BibleBIBEL82</w:t>
      </w:r>
      <w:r w:rsidRPr="000767E2">
        <w:rPr>
          <w:lang w:val="sv-SE"/>
        </w:rPr>
        <w:t>:Luke 20:5]]</w:t>
      </w:r>
      <w:r w:rsidRPr="000767E2">
        <w:rPr>
          <w:vertAlign w:val="superscript"/>
          <w:lang w:val="sv-SE"/>
        </w:rPr>
        <w:t>5</w:t>
      </w:r>
      <w:r w:rsidRPr="000767E2">
        <w:rPr>
          <w:lang w:val="sv-SE"/>
        </w:rPr>
        <w:t xml:space="preserve"> {{field-on:bible}}De beräknade med varann och sade att: ”Om vi skulle säga: Från himlen, kommer han att säga: Varför trodde ni inte på honom?{{field-off:bible}} [[@</w:t>
      </w:r>
      <w:r w:rsidR="0096445B" w:rsidRPr="000767E2">
        <w:rPr>
          <w:lang w:val="sv-SE"/>
        </w:rPr>
        <w:t>BibleBIBEL82</w:t>
      </w:r>
      <w:r w:rsidRPr="000767E2">
        <w:rPr>
          <w:lang w:val="sv-SE"/>
        </w:rPr>
        <w:t>:Luke 20:6]]</w:t>
      </w:r>
      <w:r w:rsidRPr="000767E2">
        <w:rPr>
          <w:vertAlign w:val="superscript"/>
          <w:lang w:val="sv-SE"/>
        </w:rPr>
        <w:t>6</w:t>
      </w:r>
      <w:r w:rsidRPr="000767E2">
        <w:rPr>
          <w:lang w:val="sv-SE"/>
        </w:rPr>
        <w:t xml:space="preserve"> {{field-on:bible}}Men om vi skulle säga: Från människor, kommer folket allesammans att stena ner oss. För det är övertygat </w:t>
      </w:r>
      <w:r w:rsidRPr="000767E2">
        <w:rPr>
          <w:i/>
          <w:lang w:val="sv-SE"/>
        </w:rPr>
        <w:t>om</w:t>
      </w:r>
      <w:r w:rsidRPr="000767E2">
        <w:rPr>
          <w:lang w:val="sv-SE"/>
        </w:rPr>
        <w:t xml:space="preserve"> att Johannes är en profet.”{{field-off:bible}} [[@</w:t>
      </w:r>
      <w:r w:rsidR="0096445B" w:rsidRPr="000767E2">
        <w:rPr>
          <w:lang w:val="sv-SE"/>
        </w:rPr>
        <w:t>BibleBIBEL82</w:t>
      </w:r>
      <w:r w:rsidRPr="000767E2">
        <w:rPr>
          <w:lang w:val="sv-SE"/>
        </w:rPr>
        <w:t>:Luke 20:7]]</w:t>
      </w:r>
      <w:r w:rsidRPr="000767E2">
        <w:rPr>
          <w:vertAlign w:val="superscript"/>
          <w:lang w:val="sv-SE"/>
        </w:rPr>
        <w:t>7</w:t>
      </w:r>
      <w:r w:rsidRPr="000767E2">
        <w:rPr>
          <w:lang w:val="sv-SE"/>
        </w:rPr>
        <w:t xml:space="preserve"> {{field-on:bible}}Och de svarade att </w:t>
      </w:r>
      <w:r w:rsidRPr="000767E2">
        <w:rPr>
          <w:i/>
          <w:lang w:val="sv-SE"/>
        </w:rPr>
        <w:t>de</w:t>
      </w:r>
      <w:r w:rsidRPr="000767E2">
        <w:rPr>
          <w:lang w:val="sv-SE"/>
        </w:rPr>
        <w:t xml:space="preserve"> inte visste varifrån.{{field-off:bible}} [[@</w:t>
      </w:r>
      <w:r w:rsidR="0096445B" w:rsidRPr="000767E2">
        <w:rPr>
          <w:lang w:val="sv-SE"/>
        </w:rPr>
        <w:t>BibleBIBEL82</w:t>
      </w:r>
      <w:r w:rsidRPr="000767E2">
        <w:rPr>
          <w:lang w:val="sv-SE"/>
        </w:rPr>
        <w:t>:Luke 20:8]]</w:t>
      </w:r>
      <w:r w:rsidRPr="000767E2">
        <w:rPr>
          <w:vertAlign w:val="superscript"/>
          <w:lang w:val="sv-SE"/>
        </w:rPr>
        <w:t>8</w:t>
      </w:r>
      <w:r w:rsidRPr="000767E2">
        <w:rPr>
          <w:lang w:val="sv-SE"/>
        </w:rPr>
        <w:t xml:space="preserve"> {{field-on:bible}}Och Jesus sade till dem: ”Inte heller jag säger till er med vilken auktoritet jag gör detta.”{{field-off:bible}}</w:t>
      </w:r>
    </w:p>
    <w:p w14:paraId="2F8FD09A" w14:textId="77777777" w:rsidR="00BA33AB" w:rsidRPr="000767E2" w:rsidRDefault="00000000">
      <w:pPr>
        <w:pStyle w:val="Rubrik3"/>
        <w:rPr>
          <w:lang w:val="sv-SE"/>
        </w:rPr>
      </w:pPr>
      <w:r w:rsidRPr="000767E2">
        <w:rPr>
          <w:lang w:val="sv-SE"/>
        </w:rPr>
        <w:t>Liknelsen om de onda vinodlarna</w:t>
      </w:r>
    </w:p>
    <w:p w14:paraId="3B425F84" w14:textId="1C4E840B" w:rsidR="00BA33AB" w:rsidRPr="000767E2" w:rsidRDefault="00000000">
      <w:pPr>
        <w:rPr>
          <w:lang w:val="sv-SE"/>
        </w:rPr>
      </w:pPr>
      <w:r w:rsidRPr="000767E2">
        <w:rPr>
          <w:lang w:val="sv-SE"/>
        </w:rPr>
        <w:t>[[@</w:t>
      </w:r>
      <w:r w:rsidR="0096445B" w:rsidRPr="000767E2">
        <w:rPr>
          <w:lang w:val="sv-SE"/>
        </w:rPr>
        <w:t>BibleBIBEL82</w:t>
      </w:r>
      <w:r w:rsidRPr="000767E2">
        <w:rPr>
          <w:lang w:val="sv-SE"/>
        </w:rPr>
        <w:t>:Luke 20:9]]</w:t>
      </w:r>
      <w:r w:rsidRPr="000767E2">
        <w:rPr>
          <w:vertAlign w:val="superscript"/>
          <w:lang w:val="sv-SE"/>
        </w:rPr>
        <w:t>9</w:t>
      </w:r>
      <w:r w:rsidRPr="000767E2">
        <w:rPr>
          <w:lang w:val="sv-SE"/>
        </w:rPr>
        <w:t xml:space="preserve"> {{field-on:bible}}Och han började till folket säga denna liknelse: ”En man planterade en vingård och arrenderade ut den till odlare och reste bort avsevärda tider.{{field-off:bible}}</w:t>
      </w:r>
    </w:p>
    <w:p w14:paraId="7C570DF0" w14:textId="771146A2" w:rsidR="00BA33AB" w:rsidRPr="000767E2" w:rsidRDefault="00000000">
      <w:pPr>
        <w:rPr>
          <w:lang w:val="sv-SE"/>
        </w:rPr>
      </w:pPr>
      <w:r w:rsidRPr="000767E2">
        <w:rPr>
          <w:lang w:val="sv-SE"/>
        </w:rPr>
        <w:t>[[@</w:t>
      </w:r>
      <w:r w:rsidR="0096445B" w:rsidRPr="000767E2">
        <w:rPr>
          <w:lang w:val="sv-SE"/>
        </w:rPr>
        <w:t>BibleBIBEL82</w:t>
      </w:r>
      <w:r w:rsidRPr="000767E2">
        <w:rPr>
          <w:lang w:val="sv-SE"/>
        </w:rPr>
        <w:t>:Luke 20:10]]</w:t>
      </w:r>
      <w:r w:rsidRPr="000767E2">
        <w:rPr>
          <w:vertAlign w:val="superscript"/>
          <w:lang w:val="sv-SE"/>
        </w:rPr>
        <w:t>10</w:t>
      </w:r>
      <w:r w:rsidRPr="000767E2">
        <w:rPr>
          <w:lang w:val="sv-SE"/>
        </w:rPr>
        <w:t xml:space="preserve"> {{field-on:bible}}Och vid en </w:t>
      </w:r>
      <w:r w:rsidRPr="000767E2">
        <w:rPr>
          <w:i/>
          <w:lang w:val="sv-SE"/>
        </w:rPr>
        <w:t>bestämd</w:t>
      </w:r>
      <w:r w:rsidRPr="000767E2">
        <w:rPr>
          <w:lang w:val="sv-SE"/>
        </w:rPr>
        <w:t xml:space="preserve"> tid sände han till odlarna en fasttjänare, för att de skulle ge honom av vingårdens frukt. Men odlarna sände iväg honom tomhänt och pryglade </w:t>
      </w:r>
      <w:r w:rsidRPr="000767E2">
        <w:rPr>
          <w:i/>
          <w:lang w:val="sv-SE"/>
        </w:rPr>
        <w:t>honom</w:t>
      </w:r>
      <w:r w:rsidRPr="000767E2">
        <w:rPr>
          <w:lang w:val="sv-SE"/>
        </w:rPr>
        <w:t>.{{field-off:bible}} [[@</w:t>
      </w:r>
      <w:r w:rsidR="0096445B" w:rsidRPr="000767E2">
        <w:rPr>
          <w:lang w:val="sv-SE"/>
        </w:rPr>
        <w:t>BibleBIBEL82</w:t>
      </w:r>
      <w:r w:rsidRPr="000767E2">
        <w:rPr>
          <w:lang w:val="sv-SE"/>
        </w:rPr>
        <w:t>:Luke 20:11]]</w:t>
      </w:r>
      <w:r w:rsidRPr="000767E2">
        <w:rPr>
          <w:vertAlign w:val="superscript"/>
          <w:lang w:val="sv-SE"/>
        </w:rPr>
        <w:t>11</w:t>
      </w:r>
      <w:r w:rsidRPr="000767E2">
        <w:rPr>
          <w:lang w:val="sv-SE"/>
        </w:rPr>
        <w:t xml:space="preserve"> {{field-on:bible}}Och han tillade att skicka en annan fasttjänare. Men även den pryglade de och vanhedrade och sände iväg tomhänt.{{field-off:bible}} [[@</w:t>
      </w:r>
      <w:r w:rsidR="0096445B" w:rsidRPr="000767E2">
        <w:rPr>
          <w:lang w:val="sv-SE"/>
        </w:rPr>
        <w:t>BibleBIBEL82</w:t>
      </w:r>
      <w:r w:rsidRPr="000767E2">
        <w:rPr>
          <w:lang w:val="sv-SE"/>
        </w:rPr>
        <w:t>:Luke 20:12]]</w:t>
      </w:r>
      <w:r w:rsidRPr="000767E2">
        <w:rPr>
          <w:vertAlign w:val="superscript"/>
          <w:lang w:val="sv-SE"/>
        </w:rPr>
        <w:t>12</w:t>
      </w:r>
      <w:r w:rsidRPr="000767E2">
        <w:rPr>
          <w:lang w:val="sv-SE"/>
        </w:rPr>
        <w:t xml:space="preserve"> {{field-on:bible}}Och han tillade att skicka en tredje. Men även denne sargade de och kastade ut.{{field-off:bible}}</w:t>
      </w:r>
    </w:p>
    <w:p w14:paraId="32BE98DD" w14:textId="1CD5A7AD"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:Luke 20:13]]</w:t>
      </w:r>
      <w:r w:rsidRPr="000767E2">
        <w:rPr>
          <w:vertAlign w:val="superscript"/>
          <w:lang w:val="sv-SE"/>
        </w:rPr>
        <w:t>13</w:t>
      </w:r>
      <w:r w:rsidRPr="000767E2">
        <w:rPr>
          <w:lang w:val="sv-SE"/>
        </w:rPr>
        <w:t xml:space="preserve"> {{field-on:bible}}Och </w:t>
      </w:r>
      <w:r w:rsidRPr="000767E2">
        <w:rPr>
          <w:i/>
          <w:lang w:val="sv-SE"/>
        </w:rPr>
        <w:t>då</w:t>
      </w:r>
      <w:r w:rsidRPr="000767E2">
        <w:rPr>
          <w:lang w:val="sv-SE"/>
        </w:rPr>
        <w:t xml:space="preserve"> sade vingårdens Herre: Vad ska jag göra? Jag ska skicka min älskade son. Nog ska de för denne ha respekt.{{field-off:bible}} [[@</w:t>
      </w:r>
      <w:r w:rsidR="0096445B" w:rsidRPr="000767E2">
        <w:rPr>
          <w:lang w:val="sv-SE"/>
        </w:rPr>
        <w:t>BibleBIBEL82</w:t>
      </w:r>
      <w:r w:rsidRPr="000767E2">
        <w:rPr>
          <w:lang w:val="sv-SE"/>
        </w:rPr>
        <w:t>:Luke 20:14]]</w:t>
      </w:r>
      <w:r w:rsidRPr="000767E2">
        <w:rPr>
          <w:vertAlign w:val="superscript"/>
          <w:lang w:val="sv-SE"/>
        </w:rPr>
        <w:t>14</w:t>
      </w:r>
      <w:r w:rsidRPr="000767E2">
        <w:rPr>
          <w:lang w:val="sv-SE"/>
        </w:rPr>
        <w:t xml:space="preserve"> {{field-on:bible}}Men när odlarna såg honom, funderade de med varandra och sade: Denne är arvingen! Låt oss döda honom så att arvet blir vårt.{{field-off:bible}} [[@</w:t>
      </w:r>
      <w:r w:rsidR="0096445B" w:rsidRPr="000767E2">
        <w:rPr>
          <w:lang w:val="sv-SE"/>
        </w:rPr>
        <w:t>BibleBIBEL82</w:t>
      </w:r>
      <w:r w:rsidRPr="000767E2">
        <w:rPr>
          <w:lang w:val="sv-SE"/>
        </w:rPr>
        <w:t>:Luke 20:15]]</w:t>
      </w:r>
      <w:r w:rsidRPr="000767E2">
        <w:rPr>
          <w:vertAlign w:val="superscript"/>
          <w:lang w:val="sv-SE"/>
        </w:rPr>
        <w:t>15</w:t>
      </w:r>
      <w:r w:rsidRPr="000767E2">
        <w:rPr>
          <w:lang w:val="sv-SE"/>
        </w:rPr>
        <w:t xml:space="preserve"> {{field-on:bible}}Och de kastade ut honom utanför vingården och dödade. Vad ska nu vingårdens Herre göra med dem?{{field-off:bible}} [[@</w:t>
      </w:r>
      <w:r w:rsidR="0096445B" w:rsidRPr="000767E2">
        <w:rPr>
          <w:lang w:val="sv-SE"/>
        </w:rPr>
        <w:t>BibleBIBEL82</w:t>
      </w:r>
      <w:r w:rsidRPr="000767E2">
        <w:rPr>
          <w:lang w:val="sv-SE"/>
        </w:rPr>
        <w:t>:Luke 20:16]]</w:t>
      </w:r>
      <w:r w:rsidRPr="000767E2">
        <w:rPr>
          <w:vertAlign w:val="superscript"/>
          <w:lang w:val="sv-SE"/>
        </w:rPr>
        <w:t>16</w:t>
      </w:r>
      <w:r w:rsidRPr="000767E2">
        <w:rPr>
          <w:lang w:val="sv-SE"/>
        </w:rPr>
        <w:t xml:space="preserve"> {{field-on:bible}}Han ska komma och förgöra dessa odlare och ge vingården till andra.”{{field-off:bible}}</w:t>
      </w:r>
    </w:p>
    <w:p w14:paraId="54FB26AF" w14:textId="2FC97FD9" w:rsidR="00BA33AB" w:rsidRPr="000767E2" w:rsidRDefault="00000000">
      <w:pPr>
        <w:rPr>
          <w:lang w:val="sv-SE"/>
        </w:rPr>
      </w:pPr>
      <w:r w:rsidRPr="000767E2">
        <w:rPr>
          <w:lang w:val="sv-SE"/>
        </w:rPr>
        <w:t xml:space="preserve">{{field-on:bible}}Och när de hörde </w:t>
      </w:r>
      <w:r w:rsidRPr="000767E2">
        <w:rPr>
          <w:i/>
          <w:lang w:val="sv-SE"/>
        </w:rPr>
        <w:t>det</w:t>
      </w:r>
      <w:r w:rsidRPr="000767E2">
        <w:rPr>
          <w:lang w:val="sv-SE"/>
        </w:rPr>
        <w:t>, sade de: ”Får inte ske!”{{field-off:bible}} [[@</w:t>
      </w:r>
      <w:r w:rsidR="0096445B" w:rsidRPr="000767E2">
        <w:rPr>
          <w:lang w:val="sv-SE"/>
        </w:rPr>
        <w:t>BibleBIBEL82</w:t>
      </w:r>
      <w:r w:rsidRPr="000767E2">
        <w:rPr>
          <w:lang w:val="sv-SE"/>
        </w:rPr>
        <w:t>:Luke 20:17]]</w:t>
      </w:r>
      <w:r w:rsidRPr="000767E2">
        <w:rPr>
          <w:vertAlign w:val="superscript"/>
          <w:lang w:val="sv-SE"/>
        </w:rPr>
        <w:t>17</w:t>
      </w:r>
      <w:r w:rsidRPr="000767E2">
        <w:rPr>
          <w:lang w:val="sv-SE"/>
        </w:rPr>
        <w:t xml:space="preserve"> {{field-on:bible}}Men han såg på dem och frågade: ”Vad är då detta </w:t>
      </w:r>
      <w:r w:rsidRPr="000767E2">
        <w:rPr>
          <w:i/>
          <w:lang w:val="sv-SE"/>
        </w:rPr>
        <w:t>som är</w:t>
      </w:r>
      <w:r w:rsidRPr="000767E2">
        <w:rPr>
          <w:lang w:val="sv-SE"/>
        </w:rPr>
        <w:t xml:space="preserve"> skrivet:{{field-off:bible}}</w:t>
      </w:r>
    </w:p>
    <w:p w14:paraId="4207DD98" w14:textId="77777777" w:rsidR="00BA33AB" w:rsidRPr="000767E2" w:rsidRDefault="00000000">
      <w:pPr>
        <w:rPr>
          <w:lang w:val="sv-SE"/>
        </w:rPr>
      </w:pPr>
      <w:r w:rsidRPr="000767E2">
        <w:rPr>
          <w:lang w:val="sv-SE"/>
        </w:rPr>
        <w:t>{{field-on:bible}}Stenen som husbyggarna förkastade,</w:t>
      </w:r>
      <w:r w:rsidRPr="000767E2">
        <w:rPr>
          <w:lang w:val="sv-SE"/>
        </w:rPr>
        <w:br/>
        <w:t>den blev till huvudhörn</w:t>
      </w:r>
      <w:r w:rsidRPr="000767E2">
        <w:rPr>
          <w:i/>
          <w:lang w:val="sv-SE"/>
        </w:rPr>
        <w:t>sten</w:t>
      </w:r>
      <w:r w:rsidRPr="000767E2">
        <w:rPr>
          <w:lang w:val="sv-SE"/>
        </w:rPr>
        <w:t>?{{field-off:bible}}</w:t>
      </w:r>
    </w:p>
    <w:p w14:paraId="42CCD7C7" w14:textId="3D3A6FED" w:rsidR="00BA33AB" w:rsidRPr="000767E2" w:rsidRDefault="00000000">
      <w:pPr>
        <w:rPr>
          <w:lang w:val="sv-SE"/>
        </w:rPr>
      </w:pPr>
      <w:r w:rsidRPr="000767E2">
        <w:rPr>
          <w:lang w:val="sv-SE"/>
        </w:rPr>
        <w:t>[[@</w:t>
      </w:r>
      <w:r w:rsidR="0096445B" w:rsidRPr="000767E2">
        <w:rPr>
          <w:lang w:val="sv-SE"/>
        </w:rPr>
        <w:t>BibleBIBEL82</w:t>
      </w:r>
      <w:r w:rsidRPr="000767E2">
        <w:rPr>
          <w:lang w:val="sv-SE"/>
        </w:rPr>
        <w:t>:Luke 20:18]]</w:t>
      </w:r>
      <w:r w:rsidRPr="000767E2">
        <w:rPr>
          <w:vertAlign w:val="superscript"/>
          <w:lang w:val="sv-SE"/>
        </w:rPr>
        <w:t>18</w:t>
      </w:r>
      <w:r w:rsidRPr="000767E2">
        <w:rPr>
          <w:lang w:val="sv-SE"/>
        </w:rPr>
        <w:t xml:space="preserve"> {{field-on:bible}}Var och en som faller på den stenen blir sönderkrossad, och den på vilken den faller, honom ska den söndersmula.”{{field-off:bible}}</w:t>
      </w:r>
    </w:p>
    <w:p w14:paraId="477EB2AD" w14:textId="32AF49FD" w:rsidR="00BA33AB" w:rsidRPr="000767E2" w:rsidRDefault="00000000">
      <w:pPr>
        <w:rPr>
          <w:lang w:val="sv-SE"/>
        </w:rPr>
      </w:pPr>
      <w:r w:rsidRPr="000767E2">
        <w:rPr>
          <w:lang w:val="sv-SE"/>
        </w:rPr>
        <w:t>[[@</w:t>
      </w:r>
      <w:r w:rsidR="0096445B" w:rsidRPr="000767E2">
        <w:rPr>
          <w:lang w:val="sv-SE"/>
        </w:rPr>
        <w:t>BibleBIBEL82</w:t>
      </w:r>
      <w:r w:rsidRPr="000767E2">
        <w:rPr>
          <w:lang w:val="sv-SE"/>
        </w:rPr>
        <w:t>:Luke 20:19]]</w:t>
      </w:r>
      <w:r w:rsidRPr="000767E2">
        <w:rPr>
          <w:vertAlign w:val="superscript"/>
          <w:lang w:val="sv-SE"/>
        </w:rPr>
        <w:t>19</w:t>
      </w:r>
      <w:r w:rsidRPr="000767E2">
        <w:rPr>
          <w:lang w:val="sv-SE"/>
        </w:rPr>
        <w:t xml:space="preserve"> {{field-on:bible}}Och </w:t>
      </w:r>
      <w:r w:rsidRPr="000767E2">
        <w:rPr>
          <w:i/>
          <w:lang w:val="sv-SE"/>
        </w:rPr>
        <w:t>då</w:t>
      </w:r>
      <w:r w:rsidRPr="000767E2">
        <w:rPr>
          <w:lang w:val="sv-SE"/>
        </w:rPr>
        <w:t xml:space="preserve"> sökte de skriftlärda och översteprästerna lägga på honom händerna i samma stund, och de fruktade folket. För de förstod att </w:t>
      </w:r>
      <w:r w:rsidRPr="000767E2">
        <w:rPr>
          <w:i/>
          <w:lang w:val="sv-SE"/>
        </w:rPr>
        <w:t>det var</w:t>
      </w:r>
      <w:r w:rsidRPr="000767E2">
        <w:rPr>
          <w:lang w:val="sv-SE"/>
        </w:rPr>
        <w:t xml:space="preserve"> om dem han hade sagt denna liknelse.{{field-off:bible}}</w:t>
      </w:r>
    </w:p>
    <w:p w14:paraId="62997854" w14:textId="77777777" w:rsidR="00BA33AB" w:rsidRPr="000767E2" w:rsidRDefault="00000000">
      <w:pPr>
        <w:pStyle w:val="Rubrik3"/>
        <w:rPr>
          <w:lang w:val="sv-SE"/>
        </w:rPr>
      </w:pPr>
      <w:r w:rsidRPr="000767E2">
        <w:rPr>
          <w:lang w:val="sv-SE"/>
        </w:rPr>
        <w:t>Skatt till kejsaren</w:t>
      </w:r>
    </w:p>
    <w:p w14:paraId="34AA146B" w14:textId="08576F41" w:rsidR="00BA33AB" w:rsidRPr="000767E2" w:rsidRDefault="00000000">
      <w:pPr>
        <w:rPr>
          <w:lang w:val="sv-SE"/>
        </w:rPr>
      </w:pPr>
      <w:r w:rsidRPr="000767E2">
        <w:rPr>
          <w:lang w:val="sv-SE"/>
        </w:rPr>
        <w:t>[[@</w:t>
      </w:r>
      <w:r w:rsidR="0096445B" w:rsidRPr="000767E2">
        <w:rPr>
          <w:lang w:val="sv-SE"/>
        </w:rPr>
        <w:t>BibleBIBEL82</w:t>
      </w:r>
      <w:r w:rsidRPr="000767E2">
        <w:rPr>
          <w:lang w:val="sv-SE"/>
        </w:rPr>
        <w:t>:Luke 20:20]]</w:t>
      </w:r>
      <w:r w:rsidRPr="000767E2">
        <w:rPr>
          <w:vertAlign w:val="superscript"/>
          <w:lang w:val="sv-SE"/>
        </w:rPr>
        <w:t>20</w:t>
      </w:r>
      <w:r w:rsidRPr="000767E2">
        <w:rPr>
          <w:lang w:val="sv-SE"/>
        </w:rPr>
        <w:t xml:space="preserve"> {{field-on:bible}}Och de vaktade noga och sände ut spioner, som hycklade att de själva var rättfärdiga för att ta tag i hans ord, för att utlämna honom åt styresmannens myndighet och auktoritet.{{field-off:bible}} [[@</w:t>
      </w:r>
      <w:r w:rsidR="0096445B" w:rsidRPr="000767E2">
        <w:rPr>
          <w:lang w:val="sv-SE"/>
        </w:rPr>
        <w:t>BibleBIBEL82</w:t>
      </w:r>
      <w:r w:rsidRPr="000767E2">
        <w:rPr>
          <w:lang w:val="sv-SE"/>
        </w:rPr>
        <w:t>:Luke 20:21]]</w:t>
      </w:r>
      <w:r w:rsidRPr="000767E2">
        <w:rPr>
          <w:vertAlign w:val="superscript"/>
          <w:lang w:val="sv-SE"/>
        </w:rPr>
        <w:t>21</w:t>
      </w:r>
      <w:r w:rsidRPr="000767E2">
        <w:rPr>
          <w:lang w:val="sv-SE"/>
        </w:rPr>
        <w:t xml:space="preserve"> {{field-on:bible}}Och de frågade honom och sade: ”Lärare, vi vet att du talar och lär ut riktigt. Och du tar inte </w:t>
      </w:r>
      <w:r w:rsidRPr="000767E2">
        <w:rPr>
          <w:i/>
          <w:lang w:val="sv-SE"/>
        </w:rPr>
        <w:t>emot</w:t>
      </w:r>
      <w:r w:rsidRPr="000767E2">
        <w:rPr>
          <w:lang w:val="sv-SE"/>
        </w:rPr>
        <w:t xml:space="preserve"> ett ansikte, utan i sanning </w:t>
      </w:r>
      <w:r w:rsidRPr="000767E2">
        <w:rPr>
          <w:i/>
          <w:lang w:val="sv-SE"/>
        </w:rPr>
        <w:t>är det</w:t>
      </w:r>
      <w:r w:rsidRPr="000767E2">
        <w:rPr>
          <w:lang w:val="sv-SE"/>
        </w:rPr>
        <w:t xml:space="preserve"> Guds väg du lär ut.{{field-off:bible}} [[@</w:t>
      </w:r>
      <w:r w:rsidR="0096445B" w:rsidRPr="000767E2">
        <w:rPr>
          <w:lang w:val="sv-SE"/>
        </w:rPr>
        <w:t>BibleBIBEL82</w:t>
      </w:r>
      <w:r w:rsidRPr="000767E2">
        <w:rPr>
          <w:lang w:val="sv-SE"/>
        </w:rPr>
        <w:t>:Luke 20:22]]</w:t>
      </w:r>
      <w:r w:rsidRPr="000767E2">
        <w:rPr>
          <w:vertAlign w:val="superscript"/>
          <w:lang w:val="sv-SE"/>
        </w:rPr>
        <w:t>22</w:t>
      </w:r>
      <w:r w:rsidRPr="000767E2">
        <w:rPr>
          <w:lang w:val="sv-SE"/>
        </w:rPr>
        <w:t xml:space="preserve"> {{field-on:bible}}Är det tillåtet att vi ger kejsaren uppbörd eller inte?”{{field-off:bible}}</w:t>
      </w:r>
    </w:p>
    <w:p w14:paraId="7BDE27E8" w14:textId="40799937" w:rsidR="00BA33AB" w:rsidRPr="000767E2" w:rsidRDefault="00000000">
      <w:pPr>
        <w:rPr>
          <w:lang w:val="sv-SE"/>
        </w:rPr>
      </w:pPr>
      <w:r w:rsidRPr="000767E2">
        <w:rPr>
          <w:lang w:val="sv-SE"/>
        </w:rPr>
        <w:t>[[@</w:t>
      </w:r>
      <w:r w:rsidR="0096445B" w:rsidRPr="000767E2">
        <w:rPr>
          <w:lang w:val="sv-SE"/>
        </w:rPr>
        <w:t>BibleBIBEL82</w:t>
      </w:r>
      <w:r w:rsidRPr="000767E2">
        <w:rPr>
          <w:lang w:val="sv-SE"/>
        </w:rPr>
        <w:t>:Luke 20:23]]</w:t>
      </w:r>
      <w:r w:rsidRPr="000767E2">
        <w:rPr>
          <w:vertAlign w:val="superscript"/>
          <w:lang w:val="sv-SE"/>
        </w:rPr>
        <w:t>23</w:t>
      </w:r>
      <w:r w:rsidRPr="000767E2">
        <w:rPr>
          <w:lang w:val="sv-SE"/>
        </w:rPr>
        <w:t xml:space="preserve"> {{field-on:bible}}Men han beaktade deras slughet och sade till dem:{{field-off:bible}} [[@</w:t>
      </w:r>
      <w:r w:rsidR="0096445B" w:rsidRPr="000767E2">
        <w:rPr>
          <w:lang w:val="sv-SE"/>
        </w:rPr>
        <w:t>BibleBIBEL82</w:t>
      </w:r>
      <w:r w:rsidRPr="000767E2">
        <w:rPr>
          <w:lang w:val="sv-SE"/>
        </w:rPr>
        <w:t>:Luke 20:24]]</w:t>
      </w:r>
      <w:r w:rsidRPr="000767E2">
        <w:rPr>
          <w:vertAlign w:val="superscript"/>
          <w:lang w:val="sv-SE"/>
        </w:rPr>
        <w:t>24</w:t>
      </w:r>
      <w:r w:rsidRPr="000767E2">
        <w:rPr>
          <w:lang w:val="sv-SE"/>
        </w:rPr>
        <w:t xml:space="preserve"> {{field-on:bible}}”Visa mig en denar. Vems avbild och överskrift har den?” Och de sade: ”Kejsarens.”{{field-off:bible}} [[@</w:t>
      </w:r>
      <w:r w:rsidR="0096445B" w:rsidRPr="000767E2">
        <w:rPr>
          <w:lang w:val="sv-SE"/>
        </w:rPr>
        <w:t>BibleBIBEL82</w:t>
      </w:r>
      <w:r w:rsidRPr="000767E2">
        <w:rPr>
          <w:lang w:val="sv-SE"/>
        </w:rPr>
        <w:t>:Luke 20:25]]</w:t>
      </w:r>
      <w:r w:rsidRPr="000767E2">
        <w:rPr>
          <w:vertAlign w:val="superscript"/>
          <w:lang w:val="sv-SE"/>
        </w:rPr>
        <w:t>25</w:t>
      </w:r>
      <w:r w:rsidRPr="000767E2">
        <w:rPr>
          <w:lang w:val="sv-SE"/>
        </w:rPr>
        <w:t xml:space="preserve"> {{field-on:bible}}Och han sade till dem: ”Ge då tillbaka det </w:t>
      </w:r>
      <w:r w:rsidRPr="000767E2">
        <w:rPr>
          <w:i/>
          <w:lang w:val="sv-SE"/>
        </w:rPr>
        <w:t>som är</w:t>
      </w:r>
      <w:r w:rsidRPr="000767E2">
        <w:rPr>
          <w:lang w:val="sv-SE"/>
        </w:rPr>
        <w:t xml:space="preserve"> kejsarens till kejsaren, och det </w:t>
      </w:r>
      <w:r w:rsidRPr="000767E2">
        <w:rPr>
          <w:i/>
          <w:lang w:val="sv-SE"/>
        </w:rPr>
        <w:t>som är</w:t>
      </w:r>
      <w:r w:rsidRPr="000767E2">
        <w:rPr>
          <w:lang w:val="sv-SE"/>
        </w:rPr>
        <w:t xml:space="preserve"> Guds till Gud.”{{field-off:bible}} [[@</w:t>
      </w:r>
      <w:r w:rsidR="0096445B" w:rsidRPr="000767E2">
        <w:rPr>
          <w:lang w:val="sv-SE"/>
        </w:rPr>
        <w:t>BibleBIBEL82</w:t>
      </w:r>
      <w:r w:rsidRPr="000767E2">
        <w:rPr>
          <w:lang w:val="sv-SE"/>
        </w:rPr>
        <w:t>:Luke 20:26]]</w:t>
      </w:r>
      <w:r w:rsidRPr="000767E2">
        <w:rPr>
          <w:vertAlign w:val="superscript"/>
          <w:lang w:val="sv-SE"/>
        </w:rPr>
        <w:t>26</w:t>
      </w:r>
      <w:r w:rsidRPr="000767E2">
        <w:rPr>
          <w:lang w:val="sv-SE"/>
        </w:rPr>
        <w:t xml:space="preserve"> {{field-on:bible}}Och de mäktade inte att ta tag i hans ord inför folket, och förundrade över hans svar teg de.{{field-off:bible}}</w:t>
      </w:r>
    </w:p>
    <w:p w14:paraId="14ADE3B9" w14:textId="77777777" w:rsidR="00BA33AB" w:rsidRPr="000767E2" w:rsidRDefault="00000000">
      <w:pPr>
        <w:pStyle w:val="Rubrik3"/>
        <w:rPr>
          <w:lang w:val="sv-SE"/>
        </w:rPr>
      </w:pPr>
      <w:r w:rsidRPr="000767E2">
        <w:rPr>
          <w:lang w:val="sv-SE"/>
        </w:rPr>
        <w:t>Frågan om uppståndelsen</w:t>
      </w:r>
    </w:p>
    <w:p w14:paraId="6E05EE2C" w14:textId="697ADBF4" w:rsidR="00BA33AB" w:rsidRPr="000767E2" w:rsidRDefault="00000000">
      <w:pPr>
        <w:rPr>
          <w:lang w:val="sv-SE"/>
        </w:rPr>
      </w:pPr>
      <w:r w:rsidRPr="000767E2">
        <w:rPr>
          <w:lang w:val="sv-SE"/>
        </w:rPr>
        <w:t>[[@</w:t>
      </w:r>
      <w:r w:rsidR="0096445B" w:rsidRPr="000767E2">
        <w:rPr>
          <w:lang w:val="sv-SE"/>
        </w:rPr>
        <w:t>BibleBIBEL82</w:t>
      </w:r>
      <w:r w:rsidRPr="000767E2">
        <w:rPr>
          <w:lang w:val="sv-SE"/>
        </w:rPr>
        <w:t>:Luke 20:27]]</w:t>
      </w:r>
      <w:r w:rsidRPr="000767E2">
        <w:rPr>
          <w:vertAlign w:val="superscript"/>
          <w:lang w:val="sv-SE"/>
        </w:rPr>
        <w:t>27</w:t>
      </w:r>
      <w:r w:rsidRPr="000767E2">
        <w:rPr>
          <w:lang w:val="sv-SE"/>
        </w:rPr>
        <w:t xml:space="preserve"> {{field-on:bible}}Och fram kom några av saddukeerna, som säger [emot] att ingen uppståndelse finns, och frågade honom{{field-off:bible}} [[@</w:t>
      </w:r>
      <w:r w:rsidR="0096445B" w:rsidRPr="000767E2">
        <w:rPr>
          <w:lang w:val="sv-SE"/>
        </w:rPr>
        <w:t>BibleBIBEL82</w:t>
      </w:r>
      <w:r w:rsidRPr="000767E2">
        <w:rPr>
          <w:lang w:val="sv-SE"/>
        </w:rPr>
        <w:t>:Luke 20:28]]</w:t>
      </w:r>
      <w:r w:rsidRPr="000767E2">
        <w:rPr>
          <w:vertAlign w:val="superscript"/>
          <w:lang w:val="sv-SE"/>
        </w:rPr>
        <w:t>28</w:t>
      </w:r>
      <w:r w:rsidRPr="000767E2">
        <w:rPr>
          <w:lang w:val="sv-SE"/>
        </w:rPr>
        <w:t xml:space="preserve"> {{field-on:bible}}och sade: ”Lärare, Mose skrev till oss: Om någons bror dör och har hustru och denne är barnlös, att hans bror ska ta hustrun och låta säd uppstå fram åt sin bror.{{field-off:bible}} [[@</w:t>
      </w:r>
      <w:r w:rsidR="0096445B" w:rsidRPr="000767E2">
        <w:rPr>
          <w:lang w:val="sv-SE"/>
        </w:rPr>
        <w:t>BibleBIBEL82</w:t>
      </w:r>
      <w:r w:rsidRPr="000767E2">
        <w:rPr>
          <w:lang w:val="sv-SE"/>
        </w:rPr>
        <w:t>:Luke 20:29]]</w:t>
      </w:r>
      <w:r w:rsidRPr="000767E2">
        <w:rPr>
          <w:vertAlign w:val="superscript"/>
          <w:lang w:val="sv-SE"/>
        </w:rPr>
        <w:t>29</w:t>
      </w:r>
      <w:r w:rsidRPr="000767E2">
        <w:rPr>
          <w:lang w:val="sv-SE"/>
        </w:rPr>
        <w:t xml:space="preserve"> {{field-</w:t>
      </w:r>
      <w:r w:rsidRPr="000767E2">
        <w:rPr>
          <w:lang w:val="sv-SE"/>
        </w:rPr>
        <w:lastRenderedPageBreak/>
        <w:t>on:bible}}Sju bröder fanns det nu. Och den förste tog en hustru och dog barnlös.{{field-off:bible}} [[@</w:t>
      </w:r>
      <w:r w:rsidR="0096445B" w:rsidRPr="000767E2">
        <w:rPr>
          <w:lang w:val="sv-SE"/>
        </w:rPr>
        <w:t>BibleBIBEL82</w:t>
      </w:r>
      <w:r w:rsidRPr="000767E2">
        <w:rPr>
          <w:lang w:val="sv-SE"/>
        </w:rPr>
        <w:t>:Luke 20:30]]</w:t>
      </w:r>
      <w:r w:rsidRPr="000767E2">
        <w:rPr>
          <w:vertAlign w:val="superscript"/>
          <w:lang w:val="sv-SE"/>
        </w:rPr>
        <w:t>30</w:t>
      </w:r>
      <w:r w:rsidRPr="000767E2">
        <w:rPr>
          <w:lang w:val="sv-SE"/>
        </w:rPr>
        <w:t xml:space="preserve"> {{field-on:bible}}Även den andre{{field-off:bible}} [[@</w:t>
      </w:r>
      <w:r w:rsidR="0096445B" w:rsidRPr="000767E2">
        <w:rPr>
          <w:lang w:val="sv-SE"/>
        </w:rPr>
        <w:t>BibleBIBEL82</w:t>
      </w:r>
      <w:r w:rsidRPr="000767E2">
        <w:rPr>
          <w:lang w:val="sv-SE"/>
        </w:rPr>
        <w:t>:Luke 20:31]]</w:t>
      </w:r>
      <w:r w:rsidRPr="000767E2">
        <w:rPr>
          <w:vertAlign w:val="superscript"/>
          <w:lang w:val="sv-SE"/>
        </w:rPr>
        <w:t>31</w:t>
      </w:r>
      <w:r w:rsidRPr="000767E2">
        <w:rPr>
          <w:lang w:val="sv-SE"/>
        </w:rPr>
        <w:t xml:space="preserve"> {{field-on:bible}}och den tredje tog henne, och på samma sätt även de sju: de lämnade inga barn och dog.{{field-off:bible}} [[@</w:t>
      </w:r>
      <w:r w:rsidR="0096445B" w:rsidRPr="000767E2">
        <w:rPr>
          <w:lang w:val="sv-SE"/>
        </w:rPr>
        <w:t>BibleBIBEL82</w:t>
      </w:r>
      <w:r w:rsidRPr="000767E2">
        <w:rPr>
          <w:lang w:val="sv-SE"/>
        </w:rPr>
        <w:t>:Luke 20:32]]</w:t>
      </w:r>
      <w:r w:rsidRPr="000767E2">
        <w:rPr>
          <w:vertAlign w:val="superscript"/>
          <w:lang w:val="sv-SE"/>
        </w:rPr>
        <w:t>32</w:t>
      </w:r>
      <w:r w:rsidRPr="000767E2">
        <w:rPr>
          <w:lang w:val="sv-SE"/>
        </w:rPr>
        <w:t xml:space="preserve"> {{field-on:bible}}</w:t>
      </w:r>
      <w:r w:rsidRPr="000767E2">
        <w:rPr>
          <w:i/>
          <w:lang w:val="sv-SE"/>
        </w:rPr>
        <w:t>Till</w:t>
      </w:r>
      <w:r w:rsidRPr="000767E2">
        <w:rPr>
          <w:lang w:val="sv-SE"/>
        </w:rPr>
        <w:t xml:space="preserve"> sist dog även kvinnan.{{field-off:bible}} [[@</w:t>
      </w:r>
      <w:r w:rsidR="0096445B" w:rsidRPr="000767E2">
        <w:rPr>
          <w:lang w:val="sv-SE"/>
        </w:rPr>
        <w:t>BibleBIBEL82</w:t>
      </w:r>
      <w:r w:rsidRPr="000767E2">
        <w:rPr>
          <w:lang w:val="sv-SE"/>
        </w:rPr>
        <w:t>:Luke 20:33]]</w:t>
      </w:r>
      <w:r w:rsidRPr="000767E2">
        <w:rPr>
          <w:vertAlign w:val="superscript"/>
          <w:lang w:val="sv-SE"/>
        </w:rPr>
        <w:t>33</w:t>
      </w:r>
      <w:r w:rsidRPr="000767E2">
        <w:rPr>
          <w:lang w:val="sv-SE"/>
        </w:rPr>
        <w:t xml:space="preserve"> {{field-on:bible}}Kvinnan nu vid uppståndelsen, till vem av dem blir hon hustru? För de sju hade henne </w:t>
      </w:r>
      <w:r w:rsidRPr="000767E2">
        <w:rPr>
          <w:i/>
          <w:lang w:val="sv-SE"/>
        </w:rPr>
        <w:t>som</w:t>
      </w:r>
      <w:r w:rsidRPr="000767E2">
        <w:rPr>
          <w:lang w:val="sv-SE"/>
        </w:rPr>
        <w:t xml:space="preserve"> hustru.”{{field-off:bible}}</w:t>
      </w:r>
    </w:p>
    <w:p w14:paraId="748EF023" w14:textId="38BA223B" w:rsidR="00BA33AB" w:rsidRPr="000767E2" w:rsidRDefault="00000000">
      <w:pPr>
        <w:rPr>
          <w:lang w:val="sv-SE"/>
        </w:rPr>
      </w:pPr>
      <w:r w:rsidRPr="000767E2">
        <w:rPr>
          <w:lang w:val="sv-SE"/>
        </w:rPr>
        <w:t>[[@</w:t>
      </w:r>
      <w:r w:rsidR="0096445B" w:rsidRPr="000767E2">
        <w:rPr>
          <w:lang w:val="sv-SE"/>
        </w:rPr>
        <w:t>BibleBIBEL82</w:t>
      </w:r>
      <w:r w:rsidRPr="000767E2">
        <w:rPr>
          <w:lang w:val="sv-SE"/>
        </w:rPr>
        <w:t>:Luke 20:34]]</w:t>
      </w:r>
      <w:r w:rsidRPr="000767E2">
        <w:rPr>
          <w:vertAlign w:val="superscript"/>
          <w:lang w:val="sv-SE"/>
        </w:rPr>
        <w:t>34</w:t>
      </w:r>
      <w:r w:rsidRPr="000767E2">
        <w:rPr>
          <w:lang w:val="sv-SE"/>
        </w:rPr>
        <w:t xml:space="preserve"> {{field-on:bible}}Och Jesus sade till dem: ”Denna eons söner gifter sig och blir bortgifta.{{field-off:bible}} [[@</w:t>
      </w:r>
      <w:r w:rsidR="0096445B" w:rsidRPr="000767E2">
        <w:rPr>
          <w:lang w:val="sv-SE"/>
        </w:rPr>
        <w:t>BibleBIBEL82</w:t>
      </w:r>
      <w:r w:rsidRPr="000767E2">
        <w:rPr>
          <w:lang w:val="sv-SE"/>
        </w:rPr>
        <w:t>:Luke 20:35]]</w:t>
      </w:r>
      <w:r w:rsidRPr="000767E2">
        <w:rPr>
          <w:vertAlign w:val="superscript"/>
          <w:lang w:val="sv-SE"/>
        </w:rPr>
        <w:t>35</w:t>
      </w:r>
      <w:r w:rsidRPr="000767E2">
        <w:rPr>
          <w:lang w:val="sv-SE"/>
        </w:rPr>
        <w:t xml:space="preserve"> {{field-on:bible}}Men de som räknats värdiga att undfå den </w:t>
      </w:r>
      <w:r w:rsidRPr="000767E2">
        <w:rPr>
          <w:i/>
          <w:lang w:val="sv-SE"/>
        </w:rPr>
        <w:t>andra</w:t>
      </w:r>
      <w:r w:rsidRPr="000767E2">
        <w:rPr>
          <w:lang w:val="sv-SE"/>
        </w:rPr>
        <w:t xml:space="preserve"> eonen och uppståndelsen från </w:t>
      </w:r>
      <w:r w:rsidRPr="000767E2">
        <w:rPr>
          <w:i/>
          <w:lang w:val="sv-SE"/>
        </w:rPr>
        <w:t>de</w:t>
      </w:r>
      <w:r w:rsidRPr="000767E2">
        <w:rPr>
          <w:lang w:val="sv-SE"/>
        </w:rPr>
        <w:t xml:space="preserve"> döda, de varken gifter sig eller blir bortgifta.{{field-off:bible}} [[@</w:t>
      </w:r>
      <w:r w:rsidR="0096445B" w:rsidRPr="000767E2">
        <w:rPr>
          <w:lang w:val="sv-SE"/>
        </w:rPr>
        <w:t>BibleBIBEL82</w:t>
      </w:r>
      <w:r w:rsidRPr="000767E2">
        <w:rPr>
          <w:lang w:val="sv-SE"/>
        </w:rPr>
        <w:t>:Luke 20:36]]</w:t>
      </w:r>
      <w:r w:rsidRPr="000767E2">
        <w:rPr>
          <w:vertAlign w:val="superscript"/>
          <w:lang w:val="sv-SE"/>
        </w:rPr>
        <w:t>36</w:t>
      </w:r>
      <w:r w:rsidRPr="000767E2">
        <w:rPr>
          <w:lang w:val="sv-SE"/>
        </w:rPr>
        <w:t xml:space="preserve"> {{field-on:bible}}För inte heller kan de längre dö, för de är änglars likar och är Guds söner, då de är uppståndelsens söner.{{field-off:bible}}</w:t>
      </w:r>
    </w:p>
    <w:p w14:paraId="2A9F6D1F" w14:textId="7293E9A5" w:rsidR="00BA33AB" w:rsidRPr="000767E2" w:rsidRDefault="00000000">
      <w:pPr>
        <w:rPr>
          <w:lang w:val="sv-SE"/>
        </w:rPr>
      </w:pPr>
      <w:r w:rsidRPr="000767E2">
        <w:rPr>
          <w:lang w:val="sv-SE"/>
        </w:rPr>
        <w:t>[[@</w:t>
      </w:r>
      <w:r w:rsidR="0096445B" w:rsidRPr="000767E2">
        <w:rPr>
          <w:lang w:val="sv-SE"/>
        </w:rPr>
        <w:t>BibleBIBEL82</w:t>
      </w:r>
      <w:r w:rsidRPr="000767E2">
        <w:rPr>
          <w:lang w:val="sv-SE"/>
        </w:rPr>
        <w:t>:Luke 20:37]]</w:t>
      </w:r>
      <w:r w:rsidRPr="000767E2">
        <w:rPr>
          <w:vertAlign w:val="superscript"/>
          <w:lang w:val="sv-SE"/>
        </w:rPr>
        <w:t>37</w:t>
      </w:r>
      <w:r w:rsidRPr="000767E2">
        <w:rPr>
          <w:lang w:val="sv-SE"/>
        </w:rPr>
        <w:t xml:space="preserve"> {{field-on:bible}}Men att de döda uppväcks har även Mose informerat om vid törnbusken, när han kallar Herren Abrahams Gud och Isaaks Gud och Jakobs Gud.{{field-off:bible}} [[@</w:t>
      </w:r>
      <w:r w:rsidR="0096445B" w:rsidRPr="000767E2">
        <w:rPr>
          <w:lang w:val="sv-SE"/>
        </w:rPr>
        <w:t>BibleBIBEL82</w:t>
      </w:r>
      <w:r w:rsidRPr="000767E2">
        <w:rPr>
          <w:lang w:val="sv-SE"/>
        </w:rPr>
        <w:t>:Luke 20:38]]</w:t>
      </w:r>
      <w:r w:rsidRPr="000767E2">
        <w:rPr>
          <w:vertAlign w:val="superscript"/>
          <w:lang w:val="sv-SE"/>
        </w:rPr>
        <w:t>38</w:t>
      </w:r>
      <w:r w:rsidRPr="000767E2">
        <w:rPr>
          <w:lang w:val="sv-SE"/>
        </w:rPr>
        <w:t xml:space="preserve"> {{field-on:bible}}Och han är inte dödas Gud utan levandes. För alla är levande för honom.”{{field-off:bible}}</w:t>
      </w:r>
    </w:p>
    <w:p w14:paraId="412A0239" w14:textId="3E2A01AA" w:rsidR="00BA33AB" w:rsidRPr="000767E2" w:rsidRDefault="00000000">
      <w:pPr>
        <w:rPr>
          <w:lang w:val="sv-SE"/>
        </w:rPr>
      </w:pPr>
      <w:r w:rsidRPr="000767E2">
        <w:rPr>
          <w:lang w:val="sv-SE"/>
        </w:rPr>
        <w:t>[[@</w:t>
      </w:r>
      <w:r w:rsidR="0096445B" w:rsidRPr="000767E2">
        <w:rPr>
          <w:lang w:val="sv-SE"/>
        </w:rPr>
        <w:t>BibleBIBEL82</w:t>
      </w:r>
      <w:r w:rsidRPr="000767E2">
        <w:rPr>
          <w:lang w:val="sv-SE"/>
        </w:rPr>
        <w:t>:Luke 20:39]]</w:t>
      </w:r>
      <w:r w:rsidRPr="000767E2">
        <w:rPr>
          <w:vertAlign w:val="superscript"/>
          <w:lang w:val="sv-SE"/>
        </w:rPr>
        <w:t>39</w:t>
      </w:r>
      <w:r w:rsidRPr="000767E2">
        <w:rPr>
          <w:lang w:val="sv-SE"/>
        </w:rPr>
        <w:t xml:space="preserve"> {{field-on:bible}}Och </w:t>
      </w:r>
      <w:r w:rsidRPr="000767E2">
        <w:rPr>
          <w:i/>
          <w:lang w:val="sv-SE"/>
        </w:rPr>
        <w:t>då</w:t>
      </w:r>
      <w:r w:rsidRPr="000767E2">
        <w:rPr>
          <w:lang w:val="sv-SE"/>
        </w:rPr>
        <w:t xml:space="preserve"> svarade några av de skriftlärda och sade: ”Lärare, bra sagt!”{{field-off:bible}} [[@</w:t>
      </w:r>
      <w:r w:rsidR="0096445B" w:rsidRPr="000767E2">
        <w:rPr>
          <w:lang w:val="sv-SE"/>
        </w:rPr>
        <w:t>BibleBIBEL82</w:t>
      </w:r>
      <w:r w:rsidRPr="000767E2">
        <w:rPr>
          <w:lang w:val="sv-SE"/>
        </w:rPr>
        <w:t>:Luke 20:40]]</w:t>
      </w:r>
      <w:r w:rsidRPr="000767E2">
        <w:rPr>
          <w:vertAlign w:val="superscript"/>
          <w:lang w:val="sv-SE"/>
        </w:rPr>
        <w:t>40</w:t>
      </w:r>
      <w:r w:rsidRPr="000767E2">
        <w:rPr>
          <w:lang w:val="sv-SE"/>
        </w:rPr>
        <w:t xml:space="preserve"> {{field-on:bible}}För de vågade inte längre fråga honom något.{{field-off:bible}}</w:t>
      </w:r>
    </w:p>
    <w:p w14:paraId="03A414E2" w14:textId="77777777" w:rsidR="00BA33AB" w:rsidRPr="000767E2" w:rsidRDefault="00000000">
      <w:pPr>
        <w:pStyle w:val="Rubrik3"/>
        <w:rPr>
          <w:lang w:val="sv-SE"/>
        </w:rPr>
      </w:pPr>
      <w:r w:rsidRPr="000767E2">
        <w:rPr>
          <w:lang w:val="sv-SE"/>
        </w:rPr>
        <w:t>Är Kristus Davids son?</w:t>
      </w:r>
    </w:p>
    <w:p w14:paraId="48C1E337" w14:textId="4B700118" w:rsidR="00BA33AB" w:rsidRPr="000767E2" w:rsidRDefault="00000000">
      <w:pPr>
        <w:rPr>
          <w:lang w:val="sv-SE"/>
        </w:rPr>
      </w:pPr>
      <w:r w:rsidRPr="000767E2">
        <w:rPr>
          <w:lang w:val="sv-SE"/>
        </w:rPr>
        <w:t>[[@</w:t>
      </w:r>
      <w:r w:rsidR="0096445B" w:rsidRPr="000767E2">
        <w:rPr>
          <w:lang w:val="sv-SE"/>
        </w:rPr>
        <w:t>BibleBIBEL82</w:t>
      </w:r>
      <w:r w:rsidRPr="000767E2">
        <w:rPr>
          <w:lang w:val="sv-SE"/>
        </w:rPr>
        <w:t>:Luke 20:41]]</w:t>
      </w:r>
      <w:r w:rsidRPr="000767E2">
        <w:rPr>
          <w:vertAlign w:val="superscript"/>
          <w:lang w:val="sv-SE"/>
        </w:rPr>
        <w:t>41</w:t>
      </w:r>
      <w:r w:rsidRPr="000767E2">
        <w:rPr>
          <w:lang w:val="sv-SE"/>
        </w:rPr>
        <w:t xml:space="preserve"> {{field-on:bible}}Och han sade till dem: ”Hur </w:t>
      </w:r>
      <w:r w:rsidRPr="000767E2">
        <w:rPr>
          <w:i/>
          <w:lang w:val="sv-SE"/>
        </w:rPr>
        <w:t>kan</w:t>
      </w:r>
      <w:r w:rsidRPr="000767E2">
        <w:rPr>
          <w:lang w:val="sv-SE"/>
        </w:rPr>
        <w:t xml:space="preserve"> de säga att Kristus är Davids son?{{field-off:bible}} [[@</w:t>
      </w:r>
      <w:r w:rsidR="0096445B" w:rsidRPr="000767E2">
        <w:rPr>
          <w:lang w:val="sv-SE"/>
        </w:rPr>
        <w:t>BibleBIBEL82</w:t>
      </w:r>
      <w:r w:rsidRPr="000767E2">
        <w:rPr>
          <w:lang w:val="sv-SE"/>
        </w:rPr>
        <w:t>:Luke 20:42]]</w:t>
      </w:r>
      <w:r w:rsidRPr="000767E2">
        <w:rPr>
          <w:vertAlign w:val="superscript"/>
          <w:lang w:val="sv-SE"/>
        </w:rPr>
        <w:t>42</w:t>
      </w:r>
      <w:r w:rsidRPr="000767E2">
        <w:rPr>
          <w:lang w:val="sv-SE"/>
        </w:rPr>
        <w:t xml:space="preserve"> {{field-on:bible}}För David själv säger i psalmernas bok:{{field-off:bible}}</w:t>
      </w:r>
    </w:p>
    <w:p w14:paraId="513688E6" w14:textId="0DCC28F5" w:rsidR="00BA33AB" w:rsidRPr="000767E2" w:rsidRDefault="00000000">
      <w:pPr>
        <w:rPr>
          <w:lang w:val="sv-SE"/>
        </w:rPr>
      </w:pPr>
      <w:r w:rsidRPr="000767E2">
        <w:rPr>
          <w:lang w:val="sv-SE"/>
        </w:rPr>
        <w:t xml:space="preserve">{{field-on:bible}}Herren sade till min Herre: Sitt vid min högra </w:t>
      </w:r>
      <w:r w:rsidRPr="000767E2">
        <w:rPr>
          <w:i/>
          <w:lang w:val="sv-SE"/>
        </w:rPr>
        <w:t>sida</w:t>
      </w:r>
      <w:r w:rsidRPr="000767E2">
        <w:rPr>
          <w:lang w:val="sv-SE"/>
        </w:rPr>
        <w:t>{{field-off:bible}}</w:t>
      </w:r>
      <w:r w:rsidRPr="000767E2">
        <w:rPr>
          <w:lang w:val="sv-SE"/>
        </w:rPr>
        <w:br/>
        <w:t>[[@</w:t>
      </w:r>
      <w:r w:rsidR="0096445B" w:rsidRPr="000767E2">
        <w:rPr>
          <w:lang w:val="sv-SE"/>
        </w:rPr>
        <w:t>BibleBIBEL82</w:t>
      </w:r>
      <w:r w:rsidRPr="000767E2">
        <w:rPr>
          <w:lang w:val="sv-SE"/>
        </w:rPr>
        <w:t>:Luke 20:43]]</w:t>
      </w:r>
      <w:r w:rsidRPr="000767E2">
        <w:rPr>
          <w:vertAlign w:val="superscript"/>
          <w:lang w:val="sv-SE"/>
        </w:rPr>
        <w:t>43</w:t>
      </w:r>
      <w:r w:rsidRPr="000767E2">
        <w:rPr>
          <w:lang w:val="sv-SE"/>
        </w:rPr>
        <w:t xml:space="preserve"> {{field-on:bible}}tills jag lagt dina fiender </w:t>
      </w:r>
      <w:r w:rsidRPr="000767E2">
        <w:rPr>
          <w:i/>
          <w:lang w:val="sv-SE"/>
        </w:rPr>
        <w:t>som</w:t>
      </w:r>
      <w:r w:rsidRPr="000767E2">
        <w:rPr>
          <w:lang w:val="sv-SE"/>
        </w:rPr>
        <w:t xml:space="preserve"> en fotpall för dina fötter.{{field-off:bible}}</w:t>
      </w:r>
    </w:p>
    <w:p w14:paraId="342ECA2E" w14:textId="37F5B21E" w:rsidR="00BA33AB" w:rsidRPr="000767E2" w:rsidRDefault="00000000">
      <w:pPr>
        <w:rPr>
          <w:lang w:val="sv-SE"/>
        </w:rPr>
      </w:pPr>
      <w:r w:rsidRPr="000767E2">
        <w:rPr>
          <w:lang w:val="sv-SE"/>
        </w:rPr>
        <w:t>[[@</w:t>
      </w:r>
      <w:r w:rsidR="0096445B" w:rsidRPr="000767E2">
        <w:rPr>
          <w:lang w:val="sv-SE"/>
        </w:rPr>
        <w:t>BibleBIBEL82</w:t>
      </w:r>
      <w:r w:rsidRPr="000767E2">
        <w:rPr>
          <w:lang w:val="sv-SE"/>
        </w:rPr>
        <w:t>:Luke 20:44]]</w:t>
      </w:r>
      <w:r w:rsidRPr="000767E2">
        <w:rPr>
          <w:vertAlign w:val="superscript"/>
          <w:lang w:val="sv-SE"/>
        </w:rPr>
        <w:t>44</w:t>
      </w:r>
      <w:r w:rsidRPr="000767E2">
        <w:rPr>
          <w:lang w:val="sv-SE"/>
        </w:rPr>
        <w:t xml:space="preserve"> {{field-on:bible}}David kallar honom alltså Herre. Och hur är han </w:t>
      </w:r>
      <w:r w:rsidRPr="000767E2">
        <w:rPr>
          <w:i/>
          <w:lang w:val="sv-SE"/>
        </w:rPr>
        <w:t>då</w:t>
      </w:r>
      <w:r w:rsidRPr="000767E2">
        <w:rPr>
          <w:lang w:val="sv-SE"/>
        </w:rPr>
        <w:t xml:space="preserve"> hans son?”{{field-off:bible}}</w:t>
      </w:r>
    </w:p>
    <w:p w14:paraId="020F0C66" w14:textId="77777777" w:rsidR="00BA33AB" w:rsidRPr="000767E2" w:rsidRDefault="00000000">
      <w:pPr>
        <w:pStyle w:val="Rubrik3"/>
        <w:rPr>
          <w:lang w:val="sv-SE"/>
        </w:rPr>
      </w:pPr>
      <w:r w:rsidRPr="000767E2">
        <w:rPr>
          <w:lang w:val="sv-SE"/>
        </w:rPr>
        <w:t>Jesus varnar för de skriftlärda</w:t>
      </w:r>
    </w:p>
    <w:p w14:paraId="165B55B0" w14:textId="159F0500" w:rsidR="00BA33AB" w:rsidRPr="000767E2" w:rsidRDefault="00000000">
      <w:pPr>
        <w:rPr>
          <w:lang w:val="sv-SE"/>
        </w:rPr>
      </w:pPr>
      <w:r w:rsidRPr="000767E2">
        <w:rPr>
          <w:lang w:val="sv-SE"/>
        </w:rPr>
        <w:t>[[@</w:t>
      </w:r>
      <w:r w:rsidR="0096445B" w:rsidRPr="000767E2">
        <w:rPr>
          <w:lang w:val="sv-SE"/>
        </w:rPr>
        <w:t>BibleBIBEL82</w:t>
      </w:r>
      <w:r w:rsidRPr="000767E2">
        <w:rPr>
          <w:lang w:val="sv-SE"/>
        </w:rPr>
        <w:t>:Luke 20:45]]</w:t>
      </w:r>
      <w:r w:rsidRPr="000767E2">
        <w:rPr>
          <w:vertAlign w:val="superscript"/>
          <w:lang w:val="sv-SE"/>
        </w:rPr>
        <w:t>45</w:t>
      </w:r>
      <w:r w:rsidRPr="000767E2">
        <w:rPr>
          <w:lang w:val="sv-SE"/>
        </w:rPr>
        <w:t xml:space="preserve"> {{field-on:bible}}Men medan allt folket lyssnade, sade han till [sina] lärjungar:{{field-off:bible}} [[@</w:t>
      </w:r>
      <w:r w:rsidR="0096445B" w:rsidRPr="000767E2">
        <w:rPr>
          <w:lang w:val="sv-SE"/>
        </w:rPr>
        <w:t>BibleBIBEL82</w:t>
      </w:r>
      <w:r w:rsidRPr="000767E2">
        <w:rPr>
          <w:lang w:val="sv-SE"/>
        </w:rPr>
        <w:t>:Luke 20:46]]</w:t>
      </w:r>
      <w:r w:rsidRPr="000767E2">
        <w:rPr>
          <w:vertAlign w:val="superscript"/>
          <w:lang w:val="sv-SE"/>
        </w:rPr>
        <w:t>46</w:t>
      </w:r>
      <w:r w:rsidRPr="000767E2">
        <w:rPr>
          <w:lang w:val="sv-SE"/>
        </w:rPr>
        <w:t xml:space="preserve"> {{field-on:bible}}”Akta er för de skriftlärda, som vill vandra omkring i dräkter och </w:t>
      </w:r>
      <w:r w:rsidRPr="000767E2">
        <w:rPr>
          <w:i/>
          <w:lang w:val="sv-SE"/>
        </w:rPr>
        <w:t>har</w:t>
      </w:r>
      <w:r w:rsidRPr="000767E2">
        <w:rPr>
          <w:lang w:val="sv-SE"/>
        </w:rPr>
        <w:t xml:space="preserve"> det kärt </w:t>
      </w:r>
      <w:r w:rsidRPr="000767E2">
        <w:rPr>
          <w:i/>
          <w:lang w:val="sv-SE"/>
        </w:rPr>
        <w:t>med</w:t>
      </w:r>
      <w:r w:rsidRPr="000767E2">
        <w:rPr>
          <w:lang w:val="sv-SE"/>
        </w:rPr>
        <w:t xml:space="preserve"> hälsningar på torgen och förstaplatser i synagogorna och </w:t>
      </w:r>
      <w:r w:rsidRPr="000767E2">
        <w:rPr>
          <w:i/>
          <w:lang w:val="sv-SE"/>
        </w:rPr>
        <w:t>de</w:t>
      </w:r>
      <w:r w:rsidRPr="000767E2">
        <w:rPr>
          <w:lang w:val="sv-SE"/>
        </w:rPr>
        <w:t xml:space="preserve"> främsta platserna vid festmåltiderna,{{field-off:bible}} [[@</w:t>
      </w:r>
      <w:r w:rsidR="0096445B" w:rsidRPr="000767E2">
        <w:rPr>
          <w:lang w:val="sv-SE"/>
        </w:rPr>
        <w:t>BibleBIBEL82</w:t>
      </w:r>
      <w:r w:rsidRPr="000767E2">
        <w:rPr>
          <w:lang w:val="sv-SE"/>
        </w:rPr>
        <w:t>:Luke 20:47]]</w:t>
      </w:r>
      <w:r w:rsidRPr="000767E2">
        <w:rPr>
          <w:vertAlign w:val="superscript"/>
          <w:lang w:val="sv-SE"/>
        </w:rPr>
        <w:t>47</w:t>
      </w:r>
      <w:r w:rsidRPr="000767E2">
        <w:rPr>
          <w:lang w:val="sv-SE"/>
        </w:rPr>
        <w:t xml:space="preserve"> {{field-on:bible}}som äter upp änkornas hus och som förevändning ber långt. Dessa ska få </w:t>
      </w:r>
      <w:r w:rsidRPr="000767E2">
        <w:rPr>
          <w:i/>
          <w:lang w:val="sv-SE"/>
        </w:rPr>
        <w:t>så</w:t>
      </w:r>
      <w:r w:rsidRPr="000767E2">
        <w:rPr>
          <w:lang w:val="sv-SE"/>
        </w:rPr>
        <w:t xml:space="preserve"> mycket mer dom.”{{field-off:bible}}</w:t>
      </w:r>
    </w:p>
    <w:p w14:paraId="48F2EFFF" w14:textId="6E9799F2"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:Luke 21]]Kapitel 21</w:t>
      </w:r>
    </w:p>
    <w:p w14:paraId="2AEDD6D1" w14:textId="77777777" w:rsidR="00BA33AB" w:rsidRPr="000767E2" w:rsidRDefault="00000000">
      <w:pPr>
        <w:pStyle w:val="Rubrik3"/>
        <w:rPr>
          <w:lang w:val="sv-SE"/>
        </w:rPr>
      </w:pPr>
      <w:r w:rsidRPr="000767E2">
        <w:rPr>
          <w:lang w:val="sv-SE"/>
        </w:rPr>
        <w:t>Änkans offergåva</w:t>
      </w:r>
    </w:p>
    <w:p w14:paraId="0156C6DA" w14:textId="67B021CE" w:rsidR="00BA33AB" w:rsidRPr="000767E2" w:rsidRDefault="00000000">
      <w:pPr>
        <w:rPr>
          <w:lang w:val="sv-SE"/>
        </w:rPr>
      </w:pPr>
      <w:r w:rsidRPr="000767E2">
        <w:rPr>
          <w:lang w:val="sv-SE"/>
        </w:rPr>
        <w:t>[[@</w:t>
      </w:r>
      <w:r w:rsidR="0096445B" w:rsidRPr="000767E2">
        <w:rPr>
          <w:lang w:val="sv-SE"/>
        </w:rPr>
        <w:t>BibleBIBEL82</w:t>
      </w:r>
      <w:r w:rsidRPr="000767E2">
        <w:rPr>
          <w:lang w:val="sv-SE"/>
        </w:rPr>
        <w:t>:Luke 21:1]]</w:t>
      </w:r>
      <w:r w:rsidRPr="000767E2">
        <w:rPr>
          <w:vertAlign w:val="superscript"/>
          <w:lang w:val="sv-SE"/>
        </w:rPr>
        <w:t>1</w:t>
      </w:r>
      <w:r w:rsidRPr="000767E2">
        <w:rPr>
          <w:lang w:val="sv-SE"/>
        </w:rPr>
        <w:t xml:space="preserve"> {{field-on:bible}}Och han såg upp och såg dem som lade i skattkammaren sina äregåvor </w:t>
      </w:r>
      <w:r w:rsidRPr="000767E2">
        <w:rPr>
          <w:i/>
          <w:lang w:val="sv-SE"/>
        </w:rPr>
        <w:t>och var</w:t>
      </w:r>
      <w:r w:rsidRPr="000767E2">
        <w:rPr>
          <w:lang w:val="sv-SE"/>
        </w:rPr>
        <w:t xml:space="preserve"> rika.{{field-off:bible}} [[@</w:t>
      </w:r>
      <w:r w:rsidR="0096445B" w:rsidRPr="000767E2">
        <w:rPr>
          <w:lang w:val="sv-SE"/>
        </w:rPr>
        <w:t>BibleBIBEL82</w:t>
      </w:r>
      <w:r w:rsidRPr="000767E2">
        <w:rPr>
          <w:lang w:val="sv-SE"/>
        </w:rPr>
        <w:t>:Luke 21:2]]</w:t>
      </w:r>
      <w:r w:rsidRPr="000767E2">
        <w:rPr>
          <w:vertAlign w:val="superscript"/>
          <w:lang w:val="sv-SE"/>
        </w:rPr>
        <w:t>2</w:t>
      </w:r>
      <w:r w:rsidRPr="000767E2">
        <w:rPr>
          <w:lang w:val="sv-SE"/>
        </w:rPr>
        <w:t xml:space="preserve"> {{field-on:bible}}Och han såg en arm änka som lade där två leptoner,{{field-off:bible}} [[@</w:t>
      </w:r>
      <w:r w:rsidR="0096445B" w:rsidRPr="000767E2">
        <w:rPr>
          <w:lang w:val="sv-SE"/>
        </w:rPr>
        <w:t>BibleBIBEL82</w:t>
      </w:r>
      <w:r w:rsidRPr="000767E2">
        <w:rPr>
          <w:lang w:val="sv-SE"/>
        </w:rPr>
        <w:t>:Luke 21:3]]</w:t>
      </w:r>
      <w:r w:rsidRPr="000767E2">
        <w:rPr>
          <w:vertAlign w:val="superscript"/>
          <w:lang w:val="sv-SE"/>
        </w:rPr>
        <w:t>3</w:t>
      </w:r>
      <w:r w:rsidRPr="000767E2">
        <w:rPr>
          <w:lang w:val="sv-SE"/>
        </w:rPr>
        <w:t xml:space="preserve"> {{field-on:bible}}och han sade: ”Sannerligen, jag säger er att denna fattiga änka har lagt mer än alla.{{field-off:bible}} [[@</w:t>
      </w:r>
      <w:r w:rsidR="0096445B" w:rsidRPr="000767E2">
        <w:rPr>
          <w:lang w:val="sv-SE"/>
        </w:rPr>
        <w:t>BibleBIBEL82</w:t>
      </w:r>
      <w:r w:rsidRPr="000767E2">
        <w:rPr>
          <w:lang w:val="sv-SE"/>
        </w:rPr>
        <w:t>:Luke 21:4]]</w:t>
      </w:r>
      <w:r w:rsidRPr="000767E2">
        <w:rPr>
          <w:vertAlign w:val="superscript"/>
          <w:lang w:val="sv-SE"/>
        </w:rPr>
        <w:t>4</w:t>
      </w:r>
      <w:r w:rsidRPr="000767E2">
        <w:rPr>
          <w:lang w:val="sv-SE"/>
        </w:rPr>
        <w:t xml:space="preserve"> {{field-on:bible}}För alla dessa lade av sitt överflöd till äregåvorna, men hon ur sin brist. Alla tillgångarna som hon hade lade hon.”{{field-off:bible}}</w:t>
      </w:r>
    </w:p>
    <w:p w14:paraId="79175223" w14:textId="77777777" w:rsidR="00BA33AB" w:rsidRPr="000767E2" w:rsidRDefault="00000000">
      <w:pPr>
        <w:pStyle w:val="Rubrik3"/>
        <w:rPr>
          <w:lang w:val="sv-SE"/>
        </w:rPr>
      </w:pPr>
      <w:r w:rsidRPr="000767E2">
        <w:rPr>
          <w:lang w:val="sv-SE"/>
        </w:rPr>
        <w:t>Inte sten på sten</w:t>
      </w:r>
    </w:p>
    <w:p w14:paraId="0EB70AB8" w14:textId="32FD630A" w:rsidR="00BA33AB" w:rsidRPr="000767E2" w:rsidRDefault="00000000">
      <w:pPr>
        <w:rPr>
          <w:lang w:val="sv-SE"/>
        </w:rPr>
      </w:pPr>
      <w:r w:rsidRPr="000767E2">
        <w:rPr>
          <w:lang w:val="sv-SE"/>
        </w:rPr>
        <w:t>[[@</w:t>
      </w:r>
      <w:r w:rsidR="0096445B" w:rsidRPr="000767E2">
        <w:rPr>
          <w:lang w:val="sv-SE"/>
        </w:rPr>
        <w:t>BibleBIBEL82</w:t>
      </w:r>
      <w:r w:rsidRPr="000767E2">
        <w:rPr>
          <w:lang w:val="sv-SE"/>
        </w:rPr>
        <w:t>:Luke 21:5]]</w:t>
      </w:r>
      <w:r w:rsidRPr="000767E2">
        <w:rPr>
          <w:vertAlign w:val="superscript"/>
          <w:lang w:val="sv-SE"/>
        </w:rPr>
        <w:t>5</w:t>
      </w:r>
      <w:r w:rsidRPr="000767E2">
        <w:rPr>
          <w:lang w:val="sv-SE"/>
        </w:rPr>
        <w:t xml:space="preserve"> {{field-on:bible}}Och när några sade om templet att det blivit smyckat med fina stenar och votivgåvor, sade han:{{field-off:bible}} [[@</w:t>
      </w:r>
      <w:r w:rsidR="0096445B" w:rsidRPr="000767E2">
        <w:rPr>
          <w:lang w:val="sv-SE"/>
        </w:rPr>
        <w:t>BibleBIBEL82</w:t>
      </w:r>
      <w:r w:rsidRPr="000767E2">
        <w:rPr>
          <w:lang w:val="sv-SE"/>
        </w:rPr>
        <w:t>:Luke 21:6]]</w:t>
      </w:r>
      <w:r w:rsidRPr="000767E2">
        <w:rPr>
          <w:vertAlign w:val="superscript"/>
          <w:lang w:val="sv-SE"/>
        </w:rPr>
        <w:t>6</w:t>
      </w:r>
      <w:r w:rsidRPr="000767E2">
        <w:rPr>
          <w:lang w:val="sv-SE"/>
        </w:rPr>
        <w:t xml:space="preserve"> {{field-on:bible}}”Detta som ni skådar, </w:t>
      </w:r>
      <w:r w:rsidRPr="000767E2">
        <w:rPr>
          <w:i/>
          <w:lang w:val="sv-SE"/>
        </w:rPr>
        <w:t>det</w:t>
      </w:r>
      <w:r w:rsidRPr="000767E2">
        <w:rPr>
          <w:lang w:val="sv-SE"/>
        </w:rPr>
        <w:t xml:space="preserve"> ska komma dagar under vilka </w:t>
      </w:r>
      <w:r w:rsidRPr="000767E2">
        <w:rPr>
          <w:i/>
          <w:lang w:val="sv-SE"/>
        </w:rPr>
        <w:t>det</w:t>
      </w:r>
      <w:r w:rsidRPr="000767E2">
        <w:rPr>
          <w:lang w:val="sv-SE"/>
        </w:rPr>
        <w:t xml:space="preserve"> inte ska lämnas sten på sten som inte ska rivas ner.”{{field-off:bible}}</w:t>
      </w:r>
    </w:p>
    <w:p w14:paraId="1F22F98E" w14:textId="77777777" w:rsidR="00BA33AB" w:rsidRPr="000767E2" w:rsidRDefault="00000000">
      <w:pPr>
        <w:pStyle w:val="Rubrik3"/>
        <w:rPr>
          <w:lang w:val="sv-SE"/>
        </w:rPr>
      </w:pPr>
      <w:r w:rsidRPr="000767E2">
        <w:rPr>
          <w:lang w:val="sv-SE"/>
        </w:rPr>
        <w:t>Nöd och förföljelse</w:t>
      </w:r>
    </w:p>
    <w:p w14:paraId="1BCC85B8" w14:textId="685F5CB9" w:rsidR="00BA33AB" w:rsidRPr="000767E2" w:rsidRDefault="00000000">
      <w:pPr>
        <w:rPr>
          <w:lang w:val="sv-SE"/>
        </w:rPr>
      </w:pPr>
      <w:r w:rsidRPr="000767E2">
        <w:rPr>
          <w:lang w:val="sv-SE"/>
        </w:rPr>
        <w:t>[[@</w:t>
      </w:r>
      <w:r w:rsidR="0096445B" w:rsidRPr="000767E2">
        <w:rPr>
          <w:lang w:val="sv-SE"/>
        </w:rPr>
        <w:t>BibleBIBEL82</w:t>
      </w:r>
      <w:r w:rsidRPr="000767E2">
        <w:rPr>
          <w:lang w:val="sv-SE"/>
        </w:rPr>
        <w:t>:Luke 21:7]]</w:t>
      </w:r>
      <w:r w:rsidRPr="000767E2">
        <w:rPr>
          <w:vertAlign w:val="superscript"/>
          <w:lang w:val="sv-SE"/>
        </w:rPr>
        <w:t>7</w:t>
      </w:r>
      <w:r w:rsidRPr="000767E2">
        <w:rPr>
          <w:lang w:val="sv-SE"/>
        </w:rPr>
        <w:t xml:space="preserve"> {{field-on:bible}}Och de frågade honom och sade: ”Lärare, när ska då detta bli? Och vad </w:t>
      </w:r>
      <w:r w:rsidRPr="000767E2">
        <w:rPr>
          <w:i/>
          <w:lang w:val="sv-SE"/>
        </w:rPr>
        <w:t>blir</w:t>
      </w:r>
      <w:r w:rsidRPr="000767E2">
        <w:rPr>
          <w:lang w:val="sv-SE"/>
        </w:rPr>
        <w:t xml:space="preserve"> tecknet när detta kommer att ske?”{{field-off:bible}} [[@</w:t>
      </w:r>
      <w:r w:rsidR="0096445B" w:rsidRPr="000767E2">
        <w:rPr>
          <w:lang w:val="sv-SE"/>
        </w:rPr>
        <w:t>BibleBIBEL82</w:t>
      </w:r>
      <w:r w:rsidRPr="000767E2">
        <w:rPr>
          <w:lang w:val="sv-SE"/>
        </w:rPr>
        <w:t>:Luke 21:8]]</w:t>
      </w:r>
      <w:r w:rsidRPr="000767E2">
        <w:rPr>
          <w:vertAlign w:val="superscript"/>
          <w:lang w:val="sv-SE"/>
        </w:rPr>
        <w:t>8</w:t>
      </w:r>
      <w:r w:rsidRPr="000767E2">
        <w:rPr>
          <w:lang w:val="sv-SE"/>
        </w:rPr>
        <w:t xml:space="preserve"> {{field-on:bible}}Och han sade: ”Se upp </w:t>
      </w:r>
      <w:r w:rsidRPr="000767E2">
        <w:rPr>
          <w:i/>
          <w:lang w:val="sv-SE"/>
        </w:rPr>
        <w:t>så att</w:t>
      </w:r>
      <w:r w:rsidRPr="000767E2">
        <w:rPr>
          <w:lang w:val="sv-SE"/>
        </w:rPr>
        <w:t xml:space="preserve"> ni inte blir förvillade. Många ska nämligen komma i mitt namn och säga: Jag Är, och: Tiden är </w:t>
      </w:r>
      <w:r w:rsidRPr="000767E2">
        <w:rPr>
          <w:i/>
          <w:lang w:val="sv-SE"/>
        </w:rPr>
        <w:t>nu</w:t>
      </w:r>
      <w:r w:rsidRPr="000767E2">
        <w:rPr>
          <w:lang w:val="sv-SE"/>
        </w:rPr>
        <w:t xml:space="preserve"> nära. Far inte efter dem.{{field-off:bible}} [[@</w:t>
      </w:r>
      <w:r w:rsidR="0096445B" w:rsidRPr="000767E2">
        <w:rPr>
          <w:lang w:val="sv-SE"/>
        </w:rPr>
        <w:t>BibleBIBEL82</w:t>
      </w:r>
      <w:r w:rsidRPr="000767E2">
        <w:rPr>
          <w:lang w:val="sv-SE"/>
        </w:rPr>
        <w:t>:Luke 21:9]]</w:t>
      </w:r>
      <w:r w:rsidRPr="000767E2">
        <w:rPr>
          <w:vertAlign w:val="superscript"/>
          <w:lang w:val="sv-SE"/>
        </w:rPr>
        <w:t>9</w:t>
      </w:r>
      <w:r w:rsidRPr="000767E2">
        <w:rPr>
          <w:lang w:val="sv-SE"/>
        </w:rPr>
        <w:t xml:space="preserve"> {{field-on:bible}}Och när ni hör krig och oroligheter, bli inte uppskrämda. För detta måste ske först, men </w:t>
      </w:r>
      <w:r w:rsidRPr="000767E2">
        <w:rPr>
          <w:i/>
          <w:lang w:val="sv-SE"/>
        </w:rPr>
        <w:t>det är</w:t>
      </w:r>
      <w:r w:rsidRPr="000767E2">
        <w:rPr>
          <w:lang w:val="sv-SE"/>
        </w:rPr>
        <w:t xml:space="preserve"> inte direkt slutet.”{{field-off:bible}}</w:t>
      </w:r>
    </w:p>
    <w:p w14:paraId="1032A21D" w14:textId="1D75D14F" w:rsidR="00BA33AB" w:rsidRPr="000767E2" w:rsidRDefault="00000000">
      <w:pPr>
        <w:rPr>
          <w:lang w:val="sv-SE"/>
        </w:rPr>
      </w:pPr>
      <w:r w:rsidRPr="000767E2">
        <w:rPr>
          <w:lang w:val="sv-SE"/>
        </w:rPr>
        <w:t>[[@</w:t>
      </w:r>
      <w:r w:rsidR="0096445B" w:rsidRPr="000767E2">
        <w:rPr>
          <w:lang w:val="sv-SE"/>
        </w:rPr>
        <w:t>BibleBIBEL82</w:t>
      </w:r>
      <w:r w:rsidRPr="000767E2">
        <w:rPr>
          <w:lang w:val="sv-SE"/>
        </w:rPr>
        <w:t>:Luke 21:10]]</w:t>
      </w:r>
      <w:r w:rsidRPr="000767E2">
        <w:rPr>
          <w:vertAlign w:val="superscript"/>
          <w:lang w:val="sv-SE"/>
        </w:rPr>
        <w:t>10</w:t>
      </w:r>
      <w:r w:rsidRPr="000767E2">
        <w:rPr>
          <w:lang w:val="sv-SE"/>
        </w:rPr>
        <w:t xml:space="preserve"> {{field-on:bible}}Sedan sade han till dem: ”</w:t>
      </w:r>
      <w:r w:rsidRPr="000767E2">
        <w:rPr>
          <w:i/>
          <w:lang w:val="sv-SE"/>
        </w:rPr>
        <w:t>Det</w:t>
      </w:r>
      <w:r w:rsidRPr="000767E2">
        <w:rPr>
          <w:lang w:val="sv-SE"/>
        </w:rPr>
        <w:t xml:space="preserve"> ska resa sig folkslag mot folkslag och rike mot rike.{{field-off:bible}} [[@</w:t>
      </w:r>
      <w:r w:rsidR="0096445B" w:rsidRPr="000767E2">
        <w:rPr>
          <w:lang w:val="sv-SE"/>
        </w:rPr>
        <w:t>BibleBIBEL82</w:t>
      </w:r>
      <w:r w:rsidRPr="000767E2">
        <w:rPr>
          <w:lang w:val="sv-SE"/>
        </w:rPr>
        <w:t>:Luke 21:11]]</w:t>
      </w:r>
      <w:r w:rsidRPr="000767E2">
        <w:rPr>
          <w:vertAlign w:val="superscript"/>
          <w:lang w:val="sv-SE"/>
        </w:rPr>
        <w:t>11</w:t>
      </w:r>
      <w:r w:rsidRPr="000767E2">
        <w:rPr>
          <w:lang w:val="sv-SE"/>
        </w:rPr>
        <w:t xml:space="preserve"> {{field-on:bible}}Och väldiga jordbävningar och svälter och pester på </w:t>
      </w:r>
      <w:r w:rsidRPr="000767E2">
        <w:rPr>
          <w:i/>
          <w:lang w:val="sv-SE"/>
        </w:rPr>
        <w:t>olika</w:t>
      </w:r>
      <w:r w:rsidRPr="000767E2">
        <w:rPr>
          <w:lang w:val="sv-SE"/>
        </w:rPr>
        <w:t xml:space="preserve"> platser ska det bli, och fruktansvärda </w:t>
      </w:r>
      <w:r w:rsidRPr="000767E2">
        <w:rPr>
          <w:i/>
          <w:lang w:val="sv-SE"/>
        </w:rPr>
        <w:t>ting</w:t>
      </w:r>
      <w:r w:rsidRPr="000767E2">
        <w:rPr>
          <w:lang w:val="sv-SE"/>
        </w:rPr>
        <w:t xml:space="preserve"> och väldiga tecken från himlen ska det bli.{{field-off:bible}}</w:t>
      </w:r>
    </w:p>
    <w:p w14:paraId="0181E3D8" w14:textId="6B68E22D" w:rsidR="00BA33AB" w:rsidRPr="000767E2" w:rsidRDefault="00000000">
      <w:pPr>
        <w:rPr>
          <w:lang w:val="sv-SE"/>
        </w:rPr>
      </w:pPr>
      <w:r w:rsidRPr="000767E2">
        <w:rPr>
          <w:lang w:val="sv-SE"/>
        </w:rPr>
        <w:t>[[@</w:t>
      </w:r>
      <w:r w:rsidR="0096445B" w:rsidRPr="000767E2">
        <w:rPr>
          <w:lang w:val="sv-SE"/>
        </w:rPr>
        <w:t>BibleBIBEL82</w:t>
      </w:r>
      <w:r w:rsidRPr="000767E2">
        <w:rPr>
          <w:lang w:val="sv-SE"/>
        </w:rPr>
        <w:t>:Luke 21:12]]</w:t>
      </w:r>
      <w:r w:rsidRPr="000767E2">
        <w:rPr>
          <w:vertAlign w:val="superscript"/>
          <w:lang w:val="sv-SE"/>
        </w:rPr>
        <w:t>12</w:t>
      </w:r>
      <w:r w:rsidRPr="000767E2">
        <w:rPr>
          <w:lang w:val="sv-SE"/>
        </w:rPr>
        <w:t xml:space="preserve"> {{field-on:bible}}Men innan allt detta ska de lägga på er sina händer och förfölja och utlämna </w:t>
      </w:r>
      <w:r w:rsidRPr="000767E2">
        <w:rPr>
          <w:i/>
          <w:lang w:val="sv-SE"/>
        </w:rPr>
        <w:t>er</w:t>
      </w:r>
      <w:r w:rsidRPr="000767E2">
        <w:rPr>
          <w:lang w:val="sv-SE"/>
        </w:rPr>
        <w:t xml:space="preserve"> till synagogorna och fängelser, </w:t>
      </w:r>
      <w:r w:rsidRPr="000767E2">
        <w:rPr>
          <w:i/>
          <w:lang w:val="sv-SE"/>
        </w:rPr>
        <w:t>och</w:t>
      </w:r>
      <w:r w:rsidRPr="000767E2">
        <w:rPr>
          <w:lang w:val="sv-SE"/>
        </w:rPr>
        <w:t xml:space="preserve"> föra bort </w:t>
      </w:r>
      <w:r w:rsidRPr="000767E2">
        <w:rPr>
          <w:i/>
          <w:lang w:val="sv-SE"/>
        </w:rPr>
        <w:t>er</w:t>
      </w:r>
      <w:r w:rsidRPr="000767E2">
        <w:rPr>
          <w:lang w:val="sv-SE"/>
        </w:rPr>
        <w:t xml:space="preserve"> inför kungar och styresmän för mitt namns skull.{{field-off:bible}} [[@</w:t>
      </w:r>
      <w:r w:rsidR="0096445B" w:rsidRPr="000767E2">
        <w:rPr>
          <w:lang w:val="sv-SE"/>
        </w:rPr>
        <w:t>BibleBIBEL82</w:t>
      </w:r>
      <w:r w:rsidRPr="000767E2">
        <w:rPr>
          <w:lang w:val="sv-SE"/>
        </w:rPr>
        <w:t>:Luke 21:13]]</w:t>
      </w:r>
      <w:r w:rsidRPr="000767E2">
        <w:rPr>
          <w:vertAlign w:val="superscript"/>
          <w:lang w:val="sv-SE"/>
        </w:rPr>
        <w:t>13</w:t>
      </w:r>
      <w:r w:rsidRPr="000767E2">
        <w:rPr>
          <w:lang w:val="sv-SE"/>
        </w:rPr>
        <w:t xml:space="preserve"> {{field-on:bible}}Det ska komma ut för er till vittnesbörd.{{field-off:bible}} [[@</w:t>
      </w:r>
      <w:r w:rsidR="0096445B" w:rsidRPr="000767E2">
        <w:rPr>
          <w:lang w:val="sv-SE"/>
        </w:rPr>
        <w:t>BibleBIBEL82</w:t>
      </w:r>
      <w:r w:rsidRPr="000767E2">
        <w:rPr>
          <w:lang w:val="sv-SE"/>
        </w:rPr>
        <w:t>:Luke 21:14]]</w:t>
      </w:r>
      <w:r w:rsidRPr="000767E2">
        <w:rPr>
          <w:vertAlign w:val="superscript"/>
          <w:lang w:val="sv-SE"/>
        </w:rPr>
        <w:t>14</w:t>
      </w:r>
      <w:r w:rsidRPr="000767E2">
        <w:rPr>
          <w:lang w:val="sv-SE"/>
        </w:rPr>
        <w:t xml:space="preserve"> {{field-on:bible}}Sätt då i era hjärtan att inte i förväg begrunda </w:t>
      </w:r>
      <w:r w:rsidRPr="000767E2">
        <w:rPr>
          <w:i/>
          <w:lang w:val="sv-SE"/>
        </w:rPr>
        <w:t>hur ni ska</w:t>
      </w:r>
      <w:r w:rsidRPr="000767E2">
        <w:rPr>
          <w:lang w:val="sv-SE"/>
        </w:rPr>
        <w:t xml:space="preserve"> försvara er.{{field-off:bible}} [[@</w:t>
      </w:r>
      <w:r w:rsidR="0096445B" w:rsidRPr="000767E2">
        <w:rPr>
          <w:lang w:val="sv-SE"/>
        </w:rPr>
        <w:t>BibleBIBEL82</w:t>
      </w:r>
      <w:r w:rsidRPr="000767E2">
        <w:rPr>
          <w:lang w:val="sv-SE"/>
        </w:rPr>
        <w:t>:Luke 21:15]]</w:t>
      </w:r>
      <w:r w:rsidRPr="000767E2">
        <w:rPr>
          <w:vertAlign w:val="superscript"/>
          <w:lang w:val="sv-SE"/>
        </w:rPr>
        <w:t>15</w:t>
      </w:r>
      <w:r w:rsidRPr="000767E2">
        <w:rPr>
          <w:lang w:val="sv-SE"/>
        </w:rPr>
        <w:t xml:space="preserve"> {{field-on:bible}}För jag ska ge er en mun och vishet som de inte ska kunna stå emot eller säga emot, alla era motståndare.{{field-off:bible}}</w:t>
      </w:r>
    </w:p>
    <w:p w14:paraId="6F0E7682" w14:textId="477D5D66" w:rsidR="00BA33AB" w:rsidRPr="000767E2" w:rsidRDefault="00000000">
      <w:pPr>
        <w:rPr>
          <w:lang w:val="sv-SE"/>
        </w:rPr>
      </w:pPr>
      <w:r w:rsidRPr="000767E2">
        <w:rPr>
          <w:lang w:val="sv-SE"/>
        </w:rPr>
        <w:t>[[@</w:t>
      </w:r>
      <w:r w:rsidR="0096445B" w:rsidRPr="000767E2">
        <w:rPr>
          <w:lang w:val="sv-SE"/>
        </w:rPr>
        <w:t>BibleBIBEL82</w:t>
      </w:r>
      <w:r w:rsidRPr="000767E2">
        <w:rPr>
          <w:lang w:val="sv-SE"/>
        </w:rPr>
        <w:t>:Luke 21:16]]</w:t>
      </w:r>
      <w:r w:rsidRPr="000767E2">
        <w:rPr>
          <w:vertAlign w:val="superscript"/>
          <w:lang w:val="sv-SE"/>
        </w:rPr>
        <w:t>16</w:t>
      </w:r>
      <w:r w:rsidRPr="000767E2">
        <w:rPr>
          <w:lang w:val="sv-SE"/>
        </w:rPr>
        <w:t xml:space="preserve"> {{field-on:bible}}Men ni ska bli utlämnade även av föräldrar och syskon och släktingar och vänner, och de ska döda </w:t>
      </w:r>
      <w:r w:rsidRPr="000767E2">
        <w:rPr>
          <w:i/>
          <w:lang w:val="sv-SE"/>
        </w:rPr>
        <w:t>en del</w:t>
      </w:r>
      <w:r w:rsidRPr="000767E2">
        <w:rPr>
          <w:lang w:val="sv-SE"/>
        </w:rPr>
        <w:t xml:space="preserve"> av er,{{field-off:bible}} [[@</w:t>
      </w:r>
      <w:r w:rsidR="0096445B" w:rsidRPr="000767E2">
        <w:rPr>
          <w:lang w:val="sv-SE"/>
        </w:rPr>
        <w:t>BibleBIBEL82</w:t>
      </w:r>
      <w:r w:rsidRPr="000767E2">
        <w:rPr>
          <w:lang w:val="sv-SE"/>
        </w:rPr>
        <w:t>:Luke 21:17]]</w:t>
      </w:r>
      <w:r w:rsidRPr="000767E2">
        <w:rPr>
          <w:vertAlign w:val="superscript"/>
          <w:lang w:val="sv-SE"/>
        </w:rPr>
        <w:t>17</w:t>
      </w:r>
      <w:r w:rsidRPr="000767E2">
        <w:rPr>
          <w:lang w:val="sv-SE"/>
        </w:rPr>
        <w:t xml:space="preserve"> {{field-on:bible}}och ni ska vara hatade av alla för mitt namns skull.{{field-off:bible}} [[@</w:t>
      </w:r>
      <w:r w:rsidR="0096445B" w:rsidRPr="000767E2">
        <w:rPr>
          <w:lang w:val="sv-SE"/>
        </w:rPr>
        <w:t>BibleBIBEL82</w:t>
      </w:r>
      <w:r w:rsidRPr="000767E2">
        <w:rPr>
          <w:lang w:val="sv-SE"/>
        </w:rPr>
        <w:t>:Luke 21:18]]</w:t>
      </w:r>
      <w:r w:rsidRPr="000767E2">
        <w:rPr>
          <w:vertAlign w:val="superscript"/>
          <w:lang w:val="sv-SE"/>
        </w:rPr>
        <w:t>18</w:t>
      </w:r>
      <w:r w:rsidRPr="000767E2">
        <w:rPr>
          <w:lang w:val="sv-SE"/>
        </w:rPr>
        <w:t xml:space="preserve"> {{field-on:bible}}Och inte ett </w:t>
      </w:r>
      <w:r w:rsidRPr="000767E2">
        <w:rPr>
          <w:lang w:val="sv-SE"/>
        </w:rPr>
        <w:lastRenderedPageBreak/>
        <w:t>hår från ert huvud ska gå förlorat.{{field-off:bible}} [[@</w:t>
      </w:r>
      <w:r w:rsidR="0096445B" w:rsidRPr="000767E2">
        <w:rPr>
          <w:lang w:val="sv-SE"/>
        </w:rPr>
        <w:t>BibleBIBEL82</w:t>
      </w:r>
      <w:r w:rsidRPr="000767E2">
        <w:rPr>
          <w:lang w:val="sv-SE"/>
        </w:rPr>
        <w:t>:Luke 21:19]]</w:t>
      </w:r>
      <w:r w:rsidRPr="000767E2">
        <w:rPr>
          <w:vertAlign w:val="superscript"/>
          <w:lang w:val="sv-SE"/>
        </w:rPr>
        <w:t>19</w:t>
      </w:r>
      <w:r w:rsidRPr="000767E2">
        <w:rPr>
          <w:lang w:val="sv-SE"/>
        </w:rPr>
        <w:t xml:space="preserve"> {{field-on:bible}}Genom er uthållighet ska ni förvärva era själar.{{field-off:bible}}</w:t>
      </w:r>
    </w:p>
    <w:p w14:paraId="18E55D67" w14:textId="77777777" w:rsidR="00BA33AB" w:rsidRPr="000767E2" w:rsidRDefault="00000000">
      <w:pPr>
        <w:pStyle w:val="Rubrik3"/>
        <w:rPr>
          <w:lang w:val="sv-SE"/>
        </w:rPr>
      </w:pPr>
      <w:r w:rsidRPr="000767E2">
        <w:rPr>
          <w:lang w:val="sv-SE"/>
        </w:rPr>
        <w:t>Fly till bergen</w:t>
      </w:r>
    </w:p>
    <w:p w14:paraId="323D0752" w14:textId="7D6D4A38" w:rsidR="00BA33AB" w:rsidRPr="000767E2" w:rsidRDefault="00000000">
      <w:pPr>
        <w:rPr>
          <w:lang w:val="sv-SE"/>
        </w:rPr>
      </w:pPr>
      <w:r w:rsidRPr="000767E2">
        <w:rPr>
          <w:lang w:val="sv-SE"/>
        </w:rPr>
        <w:t>[[@</w:t>
      </w:r>
      <w:r w:rsidR="0096445B" w:rsidRPr="000767E2">
        <w:rPr>
          <w:lang w:val="sv-SE"/>
        </w:rPr>
        <w:t>BibleBIBEL82</w:t>
      </w:r>
      <w:r w:rsidRPr="000767E2">
        <w:rPr>
          <w:lang w:val="sv-SE"/>
        </w:rPr>
        <w:t>:Luke 21:20]]</w:t>
      </w:r>
      <w:r w:rsidRPr="000767E2">
        <w:rPr>
          <w:vertAlign w:val="superscript"/>
          <w:lang w:val="sv-SE"/>
        </w:rPr>
        <w:t>20</w:t>
      </w:r>
      <w:r w:rsidRPr="000767E2">
        <w:rPr>
          <w:lang w:val="sv-SE"/>
        </w:rPr>
        <w:t xml:space="preserve"> {{field-on:bible}}Men när ni ser Jerusalem omringas av härläger, då vet ni att hennes ödeläggelse </w:t>
      </w:r>
      <w:r w:rsidRPr="000767E2">
        <w:rPr>
          <w:i/>
          <w:lang w:val="sv-SE"/>
        </w:rPr>
        <w:t>nu</w:t>
      </w:r>
      <w:r w:rsidRPr="000767E2">
        <w:rPr>
          <w:lang w:val="sv-SE"/>
        </w:rPr>
        <w:t xml:space="preserve"> är nära.{{field-off:bible}} [[@</w:t>
      </w:r>
      <w:r w:rsidR="0096445B" w:rsidRPr="000767E2">
        <w:rPr>
          <w:lang w:val="sv-SE"/>
        </w:rPr>
        <w:t>BibleBIBEL82</w:t>
      </w:r>
      <w:r w:rsidRPr="000767E2">
        <w:rPr>
          <w:lang w:val="sv-SE"/>
        </w:rPr>
        <w:t>:Luke 21:21]]</w:t>
      </w:r>
      <w:r w:rsidRPr="000767E2">
        <w:rPr>
          <w:vertAlign w:val="superscript"/>
          <w:lang w:val="sv-SE"/>
        </w:rPr>
        <w:t>21</w:t>
      </w:r>
      <w:r w:rsidRPr="000767E2">
        <w:rPr>
          <w:lang w:val="sv-SE"/>
        </w:rPr>
        <w:t xml:space="preserve"> {{field-on:bible}}Då ska de </w:t>
      </w:r>
      <w:r w:rsidRPr="000767E2">
        <w:rPr>
          <w:i/>
          <w:lang w:val="sv-SE"/>
        </w:rPr>
        <w:t>som är</w:t>
      </w:r>
      <w:r w:rsidRPr="000767E2">
        <w:rPr>
          <w:lang w:val="sv-SE"/>
        </w:rPr>
        <w:t xml:space="preserve"> i Judeen fly till bergen, och de mitt i </w:t>
      </w:r>
      <w:r w:rsidRPr="000767E2">
        <w:rPr>
          <w:i/>
          <w:lang w:val="sv-SE"/>
        </w:rPr>
        <w:t>staden</w:t>
      </w:r>
      <w:r w:rsidRPr="000767E2">
        <w:rPr>
          <w:lang w:val="sv-SE"/>
        </w:rPr>
        <w:t xml:space="preserve"> ska utrymma, och de på markerna ska inte gå in i den.{{field-off:bible}} [[@</w:t>
      </w:r>
      <w:r w:rsidR="0096445B" w:rsidRPr="000767E2">
        <w:rPr>
          <w:lang w:val="sv-SE"/>
        </w:rPr>
        <w:t>BibleBIBEL82</w:t>
      </w:r>
      <w:r w:rsidRPr="000767E2">
        <w:rPr>
          <w:lang w:val="sv-SE"/>
        </w:rPr>
        <w:t>:Luke 21:22]]</w:t>
      </w:r>
      <w:r w:rsidRPr="000767E2">
        <w:rPr>
          <w:vertAlign w:val="superscript"/>
          <w:lang w:val="sv-SE"/>
        </w:rPr>
        <w:t>22</w:t>
      </w:r>
      <w:r w:rsidRPr="000767E2">
        <w:rPr>
          <w:lang w:val="sv-SE"/>
        </w:rPr>
        <w:t xml:space="preserve"> {{field-on:bible}}För dagar av rättskipning är dessa, för att allt ska uppfyllas </w:t>
      </w:r>
      <w:r w:rsidRPr="000767E2">
        <w:rPr>
          <w:i/>
          <w:lang w:val="sv-SE"/>
        </w:rPr>
        <w:t>som är</w:t>
      </w:r>
      <w:r w:rsidRPr="000767E2">
        <w:rPr>
          <w:lang w:val="sv-SE"/>
        </w:rPr>
        <w:t xml:space="preserve"> skrivet.{{field-off:bible}}</w:t>
      </w:r>
    </w:p>
    <w:p w14:paraId="6A4E9287" w14:textId="3CAA8CF7" w:rsidR="00BA33AB" w:rsidRPr="000767E2" w:rsidRDefault="00000000">
      <w:pPr>
        <w:rPr>
          <w:lang w:val="sv-SE"/>
        </w:rPr>
      </w:pPr>
      <w:r w:rsidRPr="000767E2">
        <w:rPr>
          <w:lang w:val="sv-SE"/>
        </w:rPr>
        <w:t>[[@</w:t>
      </w:r>
      <w:r w:rsidR="0096445B" w:rsidRPr="000767E2">
        <w:rPr>
          <w:lang w:val="sv-SE"/>
        </w:rPr>
        <w:t>BibleBIBEL82</w:t>
      </w:r>
      <w:r w:rsidRPr="000767E2">
        <w:rPr>
          <w:lang w:val="sv-SE"/>
        </w:rPr>
        <w:t>:Luke 21:23]]</w:t>
      </w:r>
      <w:r w:rsidRPr="000767E2">
        <w:rPr>
          <w:vertAlign w:val="superscript"/>
          <w:lang w:val="sv-SE"/>
        </w:rPr>
        <w:t>23</w:t>
      </w:r>
      <w:r w:rsidRPr="000767E2">
        <w:rPr>
          <w:lang w:val="sv-SE"/>
        </w:rPr>
        <w:t xml:space="preserve"> {{field-on:bible}}Ve dem </w:t>
      </w:r>
      <w:r w:rsidRPr="000767E2">
        <w:rPr>
          <w:i/>
          <w:lang w:val="sv-SE"/>
        </w:rPr>
        <w:t>som är</w:t>
      </w:r>
      <w:r w:rsidRPr="000767E2">
        <w:rPr>
          <w:lang w:val="sv-SE"/>
        </w:rPr>
        <w:t xml:space="preserve"> havande i magen och dem som ammar under de dagarna! För det ska bli stort nödtvång över landet och vrede mot detta folk.{{field-off:bible}} [[@</w:t>
      </w:r>
      <w:r w:rsidR="0096445B" w:rsidRPr="000767E2">
        <w:rPr>
          <w:lang w:val="sv-SE"/>
        </w:rPr>
        <w:t>BibleBIBEL82</w:t>
      </w:r>
      <w:r w:rsidRPr="000767E2">
        <w:rPr>
          <w:lang w:val="sv-SE"/>
        </w:rPr>
        <w:t>:Luke 21:24]]</w:t>
      </w:r>
      <w:r w:rsidRPr="000767E2">
        <w:rPr>
          <w:vertAlign w:val="superscript"/>
          <w:lang w:val="sv-SE"/>
        </w:rPr>
        <w:t>24</w:t>
      </w:r>
      <w:r w:rsidRPr="000767E2">
        <w:rPr>
          <w:lang w:val="sv-SE"/>
        </w:rPr>
        <w:t xml:space="preserve"> {{field-on:bible}}Och de ska falla för svärdsegg och tillfångatas </w:t>
      </w:r>
      <w:r w:rsidRPr="000767E2">
        <w:rPr>
          <w:i/>
          <w:lang w:val="sv-SE"/>
        </w:rPr>
        <w:t>bort</w:t>
      </w:r>
      <w:r w:rsidRPr="000767E2">
        <w:rPr>
          <w:lang w:val="sv-SE"/>
        </w:rPr>
        <w:t xml:space="preserve"> till alla folkslagen, och Jerusalem ska vara trampat under folkslag ända tills folkslags tider är uppfyllda.{{field-off:bible}}</w:t>
      </w:r>
    </w:p>
    <w:p w14:paraId="635838A8" w14:textId="77777777" w:rsidR="00BA33AB" w:rsidRPr="000767E2" w:rsidRDefault="00000000">
      <w:pPr>
        <w:pStyle w:val="Rubrik3"/>
        <w:rPr>
          <w:lang w:val="sv-SE"/>
        </w:rPr>
      </w:pPr>
      <w:r w:rsidRPr="000767E2">
        <w:rPr>
          <w:lang w:val="sv-SE"/>
        </w:rPr>
        <w:t>När Människosonen kommer</w:t>
      </w:r>
    </w:p>
    <w:p w14:paraId="4A826949" w14:textId="492DBCA9" w:rsidR="00BA33AB" w:rsidRPr="000767E2" w:rsidRDefault="00000000">
      <w:pPr>
        <w:rPr>
          <w:lang w:val="sv-SE"/>
        </w:rPr>
      </w:pPr>
      <w:r w:rsidRPr="000767E2">
        <w:rPr>
          <w:lang w:val="sv-SE"/>
        </w:rPr>
        <w:t>[[@</w:t>
      </w:r>
      <w:r w:rsidR="0096445B" w:rsidRPr="000767E2">
        <w:rPr>
          <w:lang w:val="sv-SE"/>
        </w:rPr>
        <w:t>BibleBIBEL82</w:t>
      </w:r>
      <w:r w:rsidRPr="000767E2">
        <w:rPr>
          <w:lang w:val="sv-SE"/>
        </w:rPr>
        <w:t>:Luke 21:25]]</w:t>
      </w:r>
      <w:r w:rsidRPr="000767E2">
        <w:rPr>
          <w:vertAlign w:val="superscript"/>
          <w:lang w:val="sv-SE"/>
        </w:rPr>
        <w:t>25</w:t>
      </w:r>
      <w:r w:rsidRPr="000767E2">
        <w:rPr>
          <w:lang w:val="sv-SE"/>
        </w:rPr>
        <w:t xml:space="preserve"> {{field-on:bible}}Och det ska bli tecken i sol och måne och stjärnor, och på jorden ångest hos folkslag i rådlöshet inför dån av hav och svall,{{field-off:bible}} [[@</w:t>
      </w:r>
      <w:r w:rsidR="0096445B" w:rsidRPr="000767E2">
        <w:rPr>
          <w:lang w:val="sv-SE"/>
        </w:rPr>
        <w:t>BibleBIBEL82</w:t>
      </w:r>
      <w:r w:rsidRPr="000767E2">
        <w:rPr>
          <w:lang w:val="sv-SE"/>
        </w:rPr>
        <w:t>:Luke 21:26]]</w:t>
      </w:r>
      <w:r w:rsidRPr="000767E2">
        <w:rPr>
          <w:vertAlign w:val="superscript"/>
          <w:lang w:val="sv-SE"/>
        </w:rPr>
        <w:t>26</w:t>
      </w:r>
      <w:r w:rsidRPr="000767E2">
        <w:rPr>
          <w:lang w:val="sv-SE"/>
        </w:rPr>
        <w:t xml:space="preserve"> {{field-on:bible}}när människor tappar andan av fruktan och förväntan på det som kommer över den bebodda </w:t>
      </w:r>
      <w:r w:rsidRPr="000767E2">
        <w:rPr>
          <w:i/>
          <w:lang w:val="sv-SE"/>
        </w:rPr>
        <w:t>världen</w:t>
      </w:r>
      <w:r w:rsidRPr="000767E2">
        <w:rPr>
          <w:lang w:val="sv-SE"/>
        </w:rPr>
        <w:t>. För himlarnas makter ska skakas.{{field-off:bible}} [[@</w:t>
      </w:r>
      <w:r w:rsidR="0096445B" w:rsidRPr="000767E2">
        <w:rPr>
          <w:lang w:val="sv-SE"/>
        </w:rPr>
        <w:t>BibleBIBEL82</w:t>
      </w:r>
      <w:r w:rsidRPr="000767E2">
        <w:rPr>
          <w:lang w:val="sv-SE"/>
        </w:rPr>
        <w:t>:Luke 21:27]]</w:t>
      </w:r>
      <w:r w:rsidRPr="000767E2">
        <w:rPr>
          <w:vertAlign w:val="superscript"/>
          <w:lang w:val="sv-SE"/>
        </w:rPr>
        <w:t>27</w:t>
      </w:r>
      <w:r w:rsidRPr="000767E2">
        <w:rPr>
          <w:lang w:val="sv-SE"/>
        </w:rPr>
        <w:t xml:space="preserve"> {{field-on:bible}}Och då ska man se Människosonen komma i ett moln med stor makt och härlighet.{{field-off:bible}} [[@</w:t>
      </w:r>
      <w:r w:rsidR="0096445B" w:rsidRPr="000767E2">
        <w:rPr>
          <w:lang w:val="sv-SE"/>
        </w:rPr>
        <w:t>BibleBIBEL82</w:t>
      </w:r>
      <w:r w:rsidRPr="000767E2">
        <w:rPr>
          <w:lang w:val="sv-SE"/>
        </w:rPr>
        <w:t>:Luke 21:28]]</w:t>
      </w:r>
      <w:r w:rsidRPr="000767E2">
        <w:rPr>
          <w:vertAlign w:val="superscript"/>
          <w:lang w:val="sv-SE"/>
        </w:rPr>
        <w:t>28</w:t>
      </w:r>
      <w:r w:rsidRPr="000767E2">
        <w:rPr>
          <w:lang w:val="sv-SE"/>
        </w:rPr>
        <w:t xml:space="preserve"> {{field-on:bible}}Men när detta börjar ske, räta er upp och lyft era huvuden, eftersom er återlösning närmar sig.”{{field-off:bible}}</w:t>
      </w:r>
    </w:p>
    <w:p w14:paraId="080DF0B6" w14:textId="7BD7E9F5" w:rsidR="00BA33AB" w:rsidRPr="000767E2" w:rsidRDefault="00000000">
      <w:pPr>
        <w:rPr>
          <w:lang w:val="sv-SE"/>
        </w:rPr>
      </w:pPr>
      <w:r w:rsidRPr="000767E2">
        <w:rPr>
          <w:lang w:val="sv-SE"/>
        </w:rPr>
        <w:t>[[@</w:t>
      </w:r>
      <w:r w:rsidR="0096445B" w:rsidRPr="000767E2">
        <w:rPr>
          <w:lang w:val="sv-SE"/>
        </w:rPr>
        <w:t>BibleBIBEL82</w:t>
      </w:r>
      <w:r w:rsidRPr="000767E2">
        <w:rPr>
          <w:lang w:val="sv-SE"/>
        </w:rPr>
        <w:t>:Luke 21:29]]</w:t>
      </w:r>
      <w:r w:rsidRPr="000767E2">
        <w:rPr>
          <w:vertAlign w:val="superscript"/>
          <w:lang w:val="sv-SE"/>
        </w:rPr>
        <w:t>29</w:t>
      </w:r>
      <w:r w:rsidRPr="000767E2">
        <w:rPr>
          <w:lang w:val="sv-SE"/>
        </w:rPr>
        <w:t xml:space="preserve"> {{field-on:bible}}Och han sade en liknelse till dem: ”Se på fikonträdet och alla träden.{{field-off:bible}} [[@</w:t>
      </w:r>
      <w:r w:rsidR="0096445B" w:rsidRPr="000767E2">
        <w:rPr>
          <w:lang w:val="sv-SE"/>
        </w:rPr>
        <w:t>BibleBIBEL82</w:t>
      </w:r>
      <w:r w:rsidRPr="000767E2">
        <w:rPr>
          <w:lang w:val="sv-SE"/>
        </w:rPr>
        <w:t>:Luke 21:30]]</w:t>
      </w:r>
      <w:r w:rsidRPr="000767E2">
        <w:rPr>
          <w:vertAlign w:val="superscript"/>
          <w:lang w:val="sv-SE"/>
        </w:rPr>
        <w:t>30</w:t>
      </w:r>
      <w:r w:rsidRPr="000767E2">
        <w:rPr>
          <w:lang w:val="sv-SE"/>
        </w:rPr>
        <w:t xml:space="preserve"> {{field-on:bible}}Redan när de skjuter fram </w:t>
      </w:r>
      <w:r w:rsidRPr="000767E2">
        <w:rPr>
          <w:i/>
          <w:lang w:val="sv-SE"/>
        </w:rPr>
        <w:t>skott</w:t>
      </w:r>
      <w:r w:rsidRPr="000767E2">
        <w:rPr>
          <w:lang w:val="sv-SE"/>
        </w:rPr>
        <w:t xml:space="preserve"> ser ni och förstår av er själva att sommaren redan är nära.{{field-off:bible}} [[@</w:t>
      </w:r>
      <w:r w:rsidR="0096445B" w:rsidRPr="000767E2">
        <w:rPr>
          <w:lang w:val="sv-SE"/>
        </w:rPr>
        <w:t>BibleBIBEL82</w:t>
      </w:r>
      <w:r w:rsidRPr="000767E2">
        <w:rPr>
          <w:lang w:val="sv-SE"/>
        </w:rPr>
        <w:t>:Luke 21:31]]</w:t>
      </w:r>
      <w:r w:rsidRPr="000767E2">
        <w:rPr>
          <w:vertAlign w:val="superscript"/>
          <w:lang w:val="sv-SE"/>
        </w:rPr>
        <w:t>31</w:t>
      </w:r>
      <w:r w:rsidRPr="000767E2">
        <w:rPr>
          <w:lang w:val="sv-SE"/>
        </w:rPr>
        <w:t xml:space="preserve"> {{field-on:bible}}Så även ni: när ni ser detta ske, vet ni att nära är Guds rike.{{field-off:bible}} [[@</w:t>
      </w:r>
      <w:r w:rsidR="0096445B" w:rsidRPr="000767E2">
        <w:rPr>
          <w:lang w:val="sv-SE"/>
        </w:rPr>
        <w:t>BibleBIBEL82</w:t>
      </w:r>
      <w:r w:rsidRPr="000767E2">
        <w:rPr>
          <w:lang w:val="sv-SE"/>
        </w:rPr>
        <w:t>:Luke 21:32]]</w:t>
      </w:r>
      <w:r w:rsidRPr="000767E2">
        <w:rPr>
          <w:vertAlign w:val="superscript"/>
          <w:lang w:val="sv-SE"/>
        </w:rPr>
        <w:t>32</w:t>
      </w:r>
      <w:r w:rsidRPr="000767E2">
        <w:rPr>
          <w:lang w:val="sv-SE"/>
        </w:rPr>
        <w:t xml:space="preserve"> {{field-on:bible}}Amen, jag säger er att detta släkte alls inte ska förgå förrän allt har skett.{{field-off:bible}} [[@</w:t>
      </w:r>
      <w:r w:rsidR="0096445B" w:rsidRPr="000767E2">
        <w:rPr>
          <w:lang w:val="sv-SE"/>
        </w:rPr>
        <w:t>BibleBIBEL82</w:t>
      </w:r>
      <w:r w:rsidRPr="000767E2">
        <w:rPr>
          <w:lang w:val="sv-SE"/>
        </w:rPr>
        <w:t>:Luke 21:33]]</w:t>
      </w:r>
      <w:r w:rsidRPr="000767E2">
        <w:rPr>
          <w:vertAlign w:val="superscript"/>
          <w:lang w:val="sv-SE"/>
        </w:rPr>
        <w:t>33</w:t>
      </w:r>
      <w:r w:rsidRPr="000767E2">
        <w:rPr>
          <w:lang w:val="sv-SE"/>
        </w:rPr>
        <w:t xml:space="preserve"> {{field-on:bible}}Himlen och jorden ska förgå. Men mina ord ska aldrig förgå.{{field-off:bible}}</w:t>
      </w:r>
    </w:p>
    <w:p w14:paraId="19D82BC5" w14:textId="3B730FFB" w:rsidR="00BA33AB" w:rsidRPr="000767E2" w:rsidRDefault="00000000">
      <w:pPr>
        <w:rPr>
          <w:lang w:val="sv-SE"/>
        </w:rPr>
      </w:pPr>
      <w:r w:rsidRPr="000767E2">
        <w:rPr>
          <w:lang w:val="sv-SE"/>
        </w:rPr>
        <w:t>[[@</w:t>
      </w:r>
      <w:r w:rsidR="0096445B" w:rsidRPr="000767E2">
        <w:rPr>
          <w:lang w:val="sv-SE"/>
        </w:rPr>
        <w:t>BibleBIBEL82</w:t>
      </w:r>
      <w:r w:rsidRPr="000767E2">
        <w:rPr>
          <w:lang w:val="sv-SE"/>
        </w:rPr>
        <w:t>:Luke 21:34]]</w:t>
      </w:r>
      <w:r w:rsidRPr="000767E2">
        <w:rPr>
          <w:vertAlign w:val="superscript"/>
          <w:lang w:val="sv-SE"/>
        </w:rPr>
        <w:t>34</w:t>
      </w:r>
      <w:r w:rsidRPr="000767E2">
        <w:rPr>
          <w:lang w:val="sv-SE"/>
        </w:rPr>
        <w:t xml:space="preserve"> {{field-on:bible}}Men akta er så att inte era hjärtan tyngs med fylleri och rus och vardagslivets bekymmer, och framför er står plötsligt den dagen{{field-off:bible}} [[@</w:t>
      </w:r>
      <w:r w:rsidR="0096445B" w:rsidRPr="000767E2">
        <w:rPr>
          <w:lang w:val="sv-SE"/>
        </w:rPr>
        <w:t>BibleBIBEL82</w:t>
      </w:r>
      <w:r w:rsidRPr="000767E2">
        <w:rPr>
          <w:lang w:val="sv-SE"/>
        </w:rPr>
        <w:t>:Luke 21:35]]</w:t>
      </w:r>
      <w:r w:rsidRPr="000767E2">
        <w:rPr>
          <w:vertAlign w:val="superscript"/>
          <w:lang w:val="sv-SE"/>
        </w:rPr>
        <w:t>35</w:t>
      </w:r>
      <w:r w:rsidRPr="000767E2">
        <w:rPr>
          <w:lang w:val="sv-SE"/>
        </w:rPr>
        <w:t xml:space="preserve"> {{field-on:bible}}som en snara. För den ska komma in över alla som sitter över hela jordens ansikte.{{field-off:bible}} [[@</w:t>
      </w:r>
      <w:r w:rsidR="0096445B" w:rsidRPr="000767E2">
        <w:rPr>
          <w:lang w:val="sv-SE"/>
        </w:rPr>
        <w:t>BibleBIBEL82</w:t>
      </w:r>
      <w:r w:rsidRPr="000767E2">
        <w:rPr>
          <w:lang w:val="sv-SE"/>
        </w:rPr>
        <w:t>:Luke 21:36]]</w:t>
      </w:r>
      <w:r w:rsidRPr="000767E2">
        <w:rPr>
          <w:vertAlign w:val="superscript"/>
          <w:lang w:val="sv-SE"/>
        </w:rPr>
        <w:t>36</w:t>
      </w:r>
      <w:r w:rsidRPr="000767E2">
        <w:rPr>
          <w:lang w:val="sv-SE"/>
        </w:rPr>
        <w:t xml:space="preserve"> {{field-on:bible}}Men vaka vid varje tid, och bönfall att ni blir övermäktiga att undkomma allt detta som kommer att ske och bestå inför Människosonen.”{{field-off:bible}}</w:t>
      </w:r>
    </w:p>
    <w:p w14:paraId="1513DA25" w14:textId="73C527C7" w:rsidR="00BA33AB" w:rsidRPr="000767E2" w:rsidRDefault="00000000">
      <w:pPr>
        <w:rPr>
          <w:lang w:val="sv-SE"/>
        </w:rPr>
      </w:pPr>
      <w:r w:rsidRPr="000767E2">
        <w:rPr>
          <w:lang w:val="sv-SE"/>
        </w:rPr>
        <w:t>[[@</w:t>
      </w:r>
      <w:r w:rsidR="0096445B" w:rsidRPr="000767E2">
        <w:rPr>
          <w:lang w:val="sv-SE"/>
        </w:rPr>
        <w:t>BibleBIBEL82</w:t>
      </w:r>
      <w:r w:rsidRPr="000767E2">
        <w:rPr>
          <w:lang w:val="sv-SE"/>
        </w:rPr>
        <w:t>:Luke 21:37]]</w:t>
      </w:r>
      <w:r w:rsidRPr="000767E2">
        <w:rPr>
          <w:vertAlign w:val="superscript"/>
          <w:lang w:val="sv-SE"/>
        </w:rPr>
        <w:t>37</w:t>
      </w:r>
      <w:r w:rsidRPr="000767E2">
        <w:rPr>
          <w:lang w:val="sv-SE"/>
        </w:rPr>
        <w:t xml:space="preserve"> {{field-on:bible}}Och han var under dagarna i templet och undervisade, men på nätterna gick han ut och övernattade på det berg som kallas </w:t>
      </w:r>
      <w:r w:rsidRPr="000767E2">
        <w:rPr>
          <w:lang w:val="sv-SE"/>
        </w:rPr>
        <w:lastRenderedPageBreak/>
        <w:t>Olivernas.{{field-off:bible}} [[@</w:t>
      </w:r>
      <w:r w:rsidR="0096445B" w:rsidRPr="000767E2">
        <w:rPr>
          <w:lang w:val="sv-SE"/>
        </w:rPr>
        <w:t>BibleBIBEL82</w:t>
      </w:r>
      <w:r w:rsidRPr="000767E2">
        <w:rPr>
          <w:lang w:val="sv-SE"/>
        </w:rPr>
        <w:t>:Luke 21:38]]</w:t>
      </w:r>
      <w:r w:rsidRPr="000767E2">
        <w:rPr>
          <w:vertAlign w:val="superscript"/>
          <w:lang w:val="sv-SE"/>
        </w:rPr>
        <w:t>38</w:t>
      </w:r>
      <w:r w:rsidRPr="000767E2">
        <w:rPr>
          <w:lang w:val="sv-SE"/>
        </w:rPr>
        <w:t xml:space="preserve"> {{field-on:bible}}Och allt folket kom tidigt till honom i templet </w:t>
      </w:r>
      <w:r w:rsidRPr="000767E2">
        <w:rPr>
          <w:i/>
          <w:lang w:val="sv-SE"/>
        </w:rPr>
        <w:t>för</w:t>
      </w:r>
      <w:r w:rsidRPr="000767E2">
        <w:rPr>
          <w:lang w:val="sv-SE"/>
        </w:rPr>
        <w:t xml:space="preserve"> att höra honom.{{field-off:bible}}</w:t>
      </w:r>
    </w:p>
    <w:p w14:paraId="35A46C0C" w14:textId="61BB7F8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22]]Kapitel 22</w:t>
      </w:r>
    </w:p>
    <w:p w14:paraId="7FD1E172" w14:textId="77777777" w:rsidR="00BA33AB" w:rsidRPr="000767E2" w:rsidRDefault="00000000">
      <w:pPr>
        <w:pStyle w:val="Rubrik3"/>
        <w:rPr>
          <w:lang w:val="sv-SE"/>
        </w:rPr>
      </w:pPr>
      <w:r w:rsidRPr="000767E2">
        <w:rPr>
          <w:lang w:val="sv-SE"/>
        </w:rPr>
        <w:t>Onda planer mot Jesus</w:t>
      </w:r>
    </w:p>
    <w:p w14:paraId="31C2D17E" w14:textId="6D28DAB7" w:rsidR="00BA33AB" w:rsidRPr="000767E2" w:rsidRDefault="00000000">
      <w:pPr>
        <w:rPr>
          <w:lang w:val="sv-SE"/>
        </w:rPr>
      </w:pPr>
      <w:r w:rsidRPr="000767E2">
        <w:rPr>
          <w:lang w:val="sv-SE"/>
        </w:rPr>
        <w:t>[[@</w:t>
      </w:r>
      <w:r w:rsidR="0096445B" w:rsidRPr="000767E2">
        <w:rPr>
          <w:lang w:val="sv-SE"/>
        </w:rPr>
        <w:t>BibleBIBEL82</w:t>
      </w:r>
      <w:r w:rsidRPr="000767E2">
        <w:rPr>
          <w:lang w:val="sv-SE"/>
        </w:rPr>
        <w:t>:Luke 22:1]]</w:t>
      </w:r>
      <w:r w:rsidRPr="000767E2">
        <w:rPr>
          <w:vertAlign w:val="superscript"/>
          <w:lang w:val="sv-SE"/>
        </w:rPr>
        <w:t>1</w:t>
      </w:r>
      <w:r w:rsidRPr="000767E2">
        <w:rPr>
          <w:lang w:val="sv-SE"/>
        </w:rPr>
        <w:t xml:space="preserve"> {{field-on:bible}}Men </w:t>
      </w:r>
      <w:r w:rsidRPr="000767E2">
        <w:rPr>
          <w:i/>
          <w:lang w:val="sv-SE"/>
        </w:rPr>
        <w:t>nu</w:t>
      </w:r>
      <w:r w:rsidRPr="000767E2">
        <w:rPr>
          <w:lang w:val="sv-SE"/>
        </w:rPr>
        <w:t xml:space="preserve"> närmade sig det osyrade </w:t>
      </w:r>
      <w:r w:rsidRPr="000767E2">
        <w:rPr>
          <w:i/>
          <w:lang w:val="sv-SE"/>
        </w:rPr>
        <w:t>brödets</w:t>
      </w:r>
      <w:r w:rsidRPr="000767E2">
        <w:rPr>
          <w:lang w:val="sv-SE"/>
        </w:rPr>
        <w:t xml:space="preserve"> högtid som kallas påsk.{{field-off:bible}} [[@</w:t>
      </w:r>
      <w:r w:rsidR="0096445B" w:rsidRPr="000767E2">
        <w:rPr>
          <w:lang w:val="sv-SE"/>
        </w:rPr>
        <w:t>BibleBIBEL82</w:t>
      </w:r>
      <w:r w:rsidRPr="000767E2">
        <w:rPr>
          <w:lang w:val="sv-SE"/>
        </w:rPr>
        <w:t>:Luke 22:2]]</w:t>
      </w:r>
      <w:r w:rsidRPr="000767E2">
        <w:rPr>
          <w:vertAlign w:val="superscript"/>
          <w:lang w:val="sv-SE"/>
        </w:rPr>
        <w:t>2</w:t>
      </w:r>
      <w:r w:rsidRPr="000767E2">
        <w:rPr>
          <w:lang w:val="sv-SE"/>
        </w:rPr>
        <w:t xml:space="preserve"> {{field-on:bible}}Och översteprästerna och de skriftlärda sökte hur de skulle röja bort honom, för de fruktade folket.{{field-off:bible}}</w:t>
      </w:r>
    </w:p>
    <w:p w14:paraId="19EBAB03" w14:textId="6FCA7809" w:rsidR="00BA33AB" w:rsidRPr="000767E2" w:rsidRDefault="00000000">
      <w:pPr>
        <w:rPr>
          <w:lang w:val="sv-SE"/>
        </w:rPr>
      </w:pPr>
      <w:r w:rsidRPr="000767E2">
        <w:rPr>
          <w:lang w:val="sv-SE"/>
        </w:rPr>
        <w:t>[[@</w:t>
      </w:r>
      <w:r w:rsidR="0096445B" w:rsidRPr="000767E2">
        <w:rPr>
          <w:lang w:val="sv-SE"/>
        </w:rPr>
        <w:t>BibleBIBEL82</w:t>
      </w:r>
      <w:r w:rsidRPr="000767E2">
        <w:rPr>
          <w:lang w:val="sv-SE"/>
        </w:rPr>
        <w:t>:Luke 22:3]]</w:t>
      </w:r>
      <w:r w:rsidRPr="000767E2">
        <w:rPr>
          <w:vertAlign w:val="superscript"/>
          <w:lang w:val="sv-SE"/>
        </w:rPr>
        <w:t>3</w:t>
      </w:r>
      <w:r w:rsidRPr="000767E2">
        <w:rPr>
          <w:lang w:val="sv-SE"/>
        </w:rPr>
        <w:t xml:space="preserve"> {{field-on:bible}}Men Satan for in i Judas, som kallades Iskariot </w:t>
      </w:r>
      <w:r w:rsidRPr="000767E2">
        <w:rPr>
          <w:i/>
          <w:lang w:val="sv-SE"/>
        </w:rPr>
        <w:t>och</w:t>
      </w:r>
      <w:r w:rsidRPr="000767E2">
        <w:rPr>
          <w:lang w:val="sv-SE"/>
        </w:rPr>
        <w:t xml:space="preserve"> var av de tolvs antal.{{field-off:bible}} [[@</w:t>
      </w:r>
      <w:r w:rsidR="0096445B" w:rsidRPr="000767E2">
        <w:rPr>
          <w:lang w:val="sv-SE"/>
        </w:rPr>
        <w:t>BibleBIBEL82</w:t>
      </w:r>
      <w:r w:rsidRPr="000767E2">
        <w:rPr>
          <w:lang w:val="sv-SE"/>
        </w:rPr>
        <w:t>:Luke 22:4]]</w:t>
      </w:r>
      <w:r w:rsidRPr="000767E2">
        <w:rPr>
          <w:vertAlign w:val="superscript"/>
          <w:lang w:val="sv-SE"/>
        </w:rPr>
        <w:t>4</w:t>
      </w:r>
      <w:r w:rsidRPr="000767E2">
        <w:rPr>
          <w:lang w:val="sv-SE"/>
        </w:rPr>
        <w:t xml:space="preserve"> {{field-on:bible}}Och han gick bort och samtalade med översteprästerna och kommendanterna, hur han kunde utlämna honom åt dem.{{field-off:bible}} [[@</w:t>
      </w:r>
      <w:r w:rsidR="0096445B" w:rsidRPr="000767E2">
        <w:rPr>
          <w:lang w:val="sv-SE"/>
        </w:rPr>
        <w:t>BibleBIBEL82</w:t>
      </w:r>
      <w:r w:rsidRPr="000767E2">
        <w:rPr>
          <w:lang w:val="sv-SE"/>
        </w:rPr>
        <w:t>:Luke 22:5]]</w:t>
      </w:r>
      <w:r w:rsidRPr="000767E2">
        <w:rPr>
          <w:vertAlign w:val="superscript"/>
          <w:lang w:val="sv-SE"/>
        </w:rPr>
        <w:t>5</w:t>
      </w:r>
      <w:r w:rsidRPr="000767E2">
        <w:rPr>
          <w:lang w:val="sv-SE"/>
        </w:rPr>
        <w:t xml:space="preserve"> {{field-on:bible}}Och de gladde sig och kom överens med honom om att ge silver.{{field-off:bible}} [[@</w:t>
      </w:r>
      <w:r w:rsidR="0096445B" w:rsidRPr="000767E2">
        <w:rPr>
          <w:lang w:val="sv-SE"/>
        </w:rPr>
        <w:t>BibleBIBEL82</w:t>
      </w:r>
      <w:r w:rsidRPr="000767E2">
        <w:rPr>
          <w:lang w:val="sv-SE"/>
        </w:rPr>
        <w:t>:Luke 22:6]]</w:t>
      </w:r>
      <w:r w:rsidRPr="000767E2">
        <w:rPr>
          <w:vertAlign w:val="superscript"/>
          <w:lang w:val="sv-SE"/>
        </w:rPr>
        <w:t>6</w:t>
      </w:r>
      <w:r w:rsidRPr="000767E2">
        <w:rPr>
          <w:lang w:val="sv-SE"/>
        </w:rPr>
        <w:t xml:space="preserve"> {{field-on:bible}}Och han accepterade, och </w:t>
      </w:r>
      <w:r w:rsidRPr="000767E2">
        <w:rPr>
          <w:i/>
          <w:lang w:val="sv-SE"/>
        </w:rPr>
        <w:t>började</w:t>
      </w:r>
      <w:r w:rsidRPr="000767E2">
        <w:rPr>
          <w:lang w:val="sv-SE"/>
        </w:rPr>
        <w:t xml:space="preserve"> söka ett lägligt tillfälle att utlämna honom åt dem utan </w:t>
      </w:r>
      <w:r w:rsidRPr="000767E2">
        <w:rPr>
          <w:i/>
          <w:lang w:val="sv-SE"/>
        </w:rPr>
        <w:t>folk</w:t>
      </w:r>
      <w:r w:rsidRPr="000767E2">
        <w:rPr>
          <w:lang w:val="sv-SE"/>
        </w:rPr>
        <w:t>skara.{{field-off:bible}}</w:t>
      </w:r>
    </w:p>
    <w:p w14:paraId="010C5C93" w14:textId="77777777" w:rsidR="00BA33AB" w:rsidRPr="000767E2" w:rsidRDefault="00000000">
      <w:pPr>
        <w:pStyle w:val="Rubrik3"/>
        <w:rPr>
          <w:lang w:val="sv-SE"/>
        </w:rPr>
      </w:pPr>
      <w:r w:rsidRPr="000767E2">
        <w:rPr>
          <w:lang w:val="sv-SE"/>
        </w:rPr>
        <w:t>Den sista påskmåltiden</w:t>
      </w:r>
    </w:p>
    <w:p w14:paraId="524815A5" w14:textId="612196DF" w:rsidR="00BA33AB" w:rsidRPr="000767E2" w:rsidRDefault="00000000">
      <w:pPr>
        <w:rPr>
          <w:lang w:val="sv-SE"/>
        </w:rPr>
      </w:pPr>
      <w:r w:rsidRPr="000767E2">
        <w:rPr>
          <w:lang w:val="sv-SE"/>
        </w:rPr>
        <w:t>[[@</w:t>
      </w:r>
      <w:r w:rsidR="0096445B" w:rsidRPr="000767E2">
        <w:rPr>
          <w:lang w:val="sv-SE"/>
        </w:rPr>
        <w:t>BibleBIBEL82</w:t>
      </w:r>
      <w:r w:rsidRPr="000767E2">
        <w:rPr>
          <w:lang w:val="sv-SE"/>
        </w:rPr>
        <w:t>:Luke 22:7]]</w:t>
      </w:r>
      <w:r w:rsidRPr="000767E2">
        <w:rPr>
          <w:vertAlign w:val="superscript"/>
          <w:lang w:val="sv-SE"/>
        </w:rPr>
        <w:t>7</w:t>
      </w:r>
      <w:r w:rsidRPr="000767E2">
        <w:rPr>
          <w:lang w:val="sv-SE"/>
        </w:rPr>
        <w:t xml:space="preserve"> {{field-on:bible}}Och </w:t>
      </w:r>
      <w:r w:rsidRPr="000767E2">
        <w:rPr>
          <w:i/>
          <w:lang w:val="sv-SE"/>
        </w:rPr>
        <w:t>så</w:t>
      </w:r>
      <w:r w:rsidRPr="000767E2">
        <w:rPr>
          <w:lang w:val="sv-SE"/>
        </w:rPr>
        <w:t xml:space="preserve"> kom den dag i det osyrade </w:t>
      </w:r>
      <w:r w:rsidRPr="000767E2">
        <w:rPr>
          <w:i/>
          <w:lang w:val="sv-SE"/>
        </w:rPr>
        <w:t>brödets högtid</w:t>
      </w:r>
      <w:r w:rsidRPr="000767E2">
        <w:rPr>
          <w:lang w:val="sv-SE"/>
        </w:rPr>
        <w:t xml:space="preserve"> på vilken påskalammet måste slaktoffras.{{field-off:bible}} [[@</w:t>
      </w:r>
      <w:r w:rsidR="0096445B" w:rsidRPr="000767E2">
        <w:rPr>
          <w:lang w:val="sv-SE"/>
        </w:rPr>
        <w:t>BibleBIBEL82</w:t>
      </w:r>
      <w:r w:rsidRPr="000767E2">
        <w:rPr>
          <w:lang w:val="sv-SE"/>
        </w:rPr>
        <w:t>:Luke 22:8]]</w:t>
      </w:r>
      <w:r w:rsidRPr="000767E2">
        <w:rPr>
          <w:vertAlign w:val="superscript"/>
          <w:lang w:val="sv-SE"/>
        </w:rPr>
        <w:t>8</w:t>
      </w:r>
      <w:r w:rsidRPr="000767E2">
        <w:rPr>
          <w:lang w:val="sv-SE"/>
        </w:rPr>
        <w:t xml:space="preserve"> {{field-on:bible}}Och han sände ut Petrus och Johannes och sade: ”Gå och bered för oss påskalammet så att vi kan äta.”{{field-off:bible}} [[@</w:t>
      </w:r>
      <w:r w:rsidR="0096445B" w:rsidRPr="000767E2">
        <w:rPr>
          <w:lang w:val="sv-SE"/>
        </w:rPr>
        <w:t>BibleBIBEL82</w:t>
      </w:r>
      <w:r w:rsidRPr="000767E2">
        <w:rPr>
          <w:lang w:val="sv-SE"/>
        </w:rPr>
        <w:t>:Luke 22:9]]</w:t>
      </w:r>
      <w:r w:rsidRPr="000767E2">
        <w:rPr>
          <w:vertAlign w:val="superscript"/>
          <w:lang w:val="sv-SE"/>
        </w:rPr>
        <w:t>9</w:t>
      </w:r>
      <w:r w:rsidRPr="000767E2">
        <w:rPr>
          <w:lang w:val="sv-SE"/>
        </w:rPr>
        <w:t xml:space="preserve"> {{field-on:bible}}Och de sade till honom: ”Var vill du vi ska bereda?”{{field-off:bible}} [[@</w:t>
      </w:r>
      <w:r w:rsidR="0096445B" w:rsidRPr="000767E2">
        <w:rPr>
          <w:lang w:val="sv-SE"/>
        </w:rPr>
        <w:t>BibleBIBEL82</w:t>
      </w:r>
      <w:r w:rsidRPr="000767E2">
        <w:rPr>
          <w:lang w:val="sv-SE"/>
        </w:rPr>
        <w:t>:Luke 22:10]]</w:t>
      </w:r>
      <w:r w:rsidRPr="000767E2">
        <w:rPr>
          <w:vertAlign w:val="superscript"/>
          <w:lang w:val="sv-SE"/>
        </w:rPr>
        <w:t>10</w:t>
      </w:r>
      <w:r w:rsidRPr="000767E2">
        <w:rPr>
          <w:lang w:val="sv-SE"/>
        </w:rPr>
        <w:t xml:space="preserve"> {{field-on:bible}}Och han sade till dem: ”Se: när ni kommer in i staden ska </w:t>
      </w:r>
      <w:r w:rsidRPr="000767E2">
        <w:rPr>
          <w:i/>
          <w:lang w:val="sv-SE"/>
        </w:rPr>
        <w:t>det</w:t>
      </w:r>
      <w:r w:rsidRPr="000767E2">
        <w:rPr>
          <w:lang w:val="sv-SE"/>
        </w:rPr>
        <w:t xml:space="preserve"> möta er en man som bär en vattenkruka. Följ honom till det hus i vilket han går in{{field-off:bible}} [[@</w:t>
      </w:r>
      <w:r w:rsidR="0096445B" w:rsidRPr="000767E2">
        <w:rPr>
          <w:lang w:val="sv-SE"/>
        </w:rPr>
        <w:t>BibleBIBEL82</w:t>
      </w:r>
      <w:r w:rsidRPr="000767E2">
        <w:rPr>
          <w:lang w:val="sv-SE"/>
        </w:rPr>
        <w:t>:Luke 22:11]]</w:t>
      </w:r>
      <w:r w:rsidRPr="000767E2">
        <w:rPr>
          <w:vertAlign w:val="superscript"/>
          <w:lang w:val="sv-SE"/>
        </w:rPr>
        <w:t>11</w:t>
      </w:r>
      <w:r w:rsidRPr="000767E2">
        <w:rPr>
          <w:lang w:val="sv-SE"/>
        </w:rPr>
        <w:t xml:space="preserve"> {{field-on:bible}}och säg till husets hushärskare: Läraren säger dig: Var är gästutrymmet där jag kan äta påskalammet med mina lärjungar?{{field-off:bible}} [[@</w:t>
      </w:r>
      <w:r w:rsidR="0096445B" w:rsidRPr="000767E2">
        <w:rPr>
          <w:lang w:val="sv-SE"/>
        </w:rPr>
        <w:t>BibleBIBEL82</w:t>
      </w:r>
      <w:r w:rsidRPr="000767E2">
        <w:rPr>
          <w:lang w:val="sv-SE"/>
        </w:rPr>
        <w:t>:Luke 22:12]]</w:t>
      </w:r>
      <w:r w:rsidRPr="000767E2">
        <w:rPr>
          <w:vertAlign w:val="superscript"/>
          <w:lang w:val="sv-SE"/>
        </w:rPr>
        <w:t>12</w:t>
      </w:r>
      <w:r w:rsidRPr="000767E2">
        <w:rPr>
          <w:lang w:val="sv-SE"/>
        </w:rPr>
        <w:t xml:space="preserve"> {{field-on:bible}}Och denne ska visa er en stor övre sal </w:t>
      </w:r>
      <w:r w:rsidRPr="000767E2">
        <w:rPr>
          <w:i/>
          <w:lang w:val="sv-SE"/>
        </w:rPr>
        <w:t>som är</w:t>
      </w:r>
      <w:r w:rsidRPr="000767E2">
        <w:rPr>
          <w:lang w:val="sv-SE"/>
        </w:rPr>
        <w:t xml:space="preserve"> inredd. Där ska ni bereda.”{{field-off:bible}}</w:t>
      </w:r>
    </w:p>
    <w:p w14:paraId="32733528" w14:textId="545E9DC7" w:rsidR="00BA33AB" w:rsidRPr="000767E2" w:rsidRDefault="00000000">
      <w:pPr>
        <w:rPr>
          <w:lang w:val="sv-SE"/>
        </w:rPr>
      </w:pPr>
      <w:r w:rsidRPr="000767E2">
        <w:rPr>
          <w:lang w:val="sv-SE"/>
        </w:rPr>
        <w:t>[[@</w:t>
      </w:r>
      <w:r w:rsidR="0096445B" w:rsidRPr="000767E2">
        <w:rPr>
          <w:lang w:val="sv-SE"/>
        </w:rPr>
        <w:t>BibleBIBEL82</w:t>
      </w:r>
      <w:r w:rsidRPr="000767E2">
        <w:rPr>
          <w:lang w:val="sv-SE"/>
        </w:rPr>
        <w:t>:Luke 22:13]]</w:t>
      </w:r>
      <w:r w:rsidRPr="000767E2">
        <w:rPr>
          <w:vertAlign w:val="superscript"/>
          <w:lang w:val="sv-SE"/>
        </w:rPr>
        <w:t>13</w:t>
      </w:r>
      <w:r w:rsidRPr="000767E2">
        <w:rPr>
          <w:lang w:val="sv-SE"/>
        </w:rPr>
        <w:t xml:space="preserve"> {{field-on:bible}}Och de gick iväg och fann </w:t>
      </w:r>
      <w:r w:rsidRPr="000767E2">
        <w:rPr>
          <w:i/>
          <w:lang w:val="sv-SE"/>
        </w:rPr>
        <w:t>det</w:t>
      </w:r>
      <w:r w:rsidRPr="000767E2">
        <w:rPr>
          <w:lang w:val="sv-SE"/>
        </w:rPr>
        <w:t xml:space="preserve"> så som han hade sagt dem. Och de beredde påskalammet.{{field-off:bible}}</w:t>
      </w:r>
    </w:p>
    <w:p w14:paraId="08CB1926" w14:textId="77777777" w:rsidR="00BA33AB" w:rsidRPr="000767E2" w:rsidRDefault="00000000">
      <w:pPr>
        <w:pStyle w:val="Rubrik3"/>
        <w:rPr>
          <w:lang w:val="sv-SE"/>
        </w:rPr>
      </w:pPr>
      <w:r w:rsidRPr="000767E2">
        <w:rPr>
          <w:lang w:val="sv-SE"/>
        </w:rPr>
        <w:t>Den första nattvarden</w:t>
      </w:r>
    </w:p>
    <w:p w14:paraId="72908392" w14:textId="278B7A5F" w:rsidR="00BA33AB" w:rsidRPr="000767E2" w:rsidRDefault="00000000">
      <w:pPr>
        <w:rPr>
          <w:lang w:val="sv-SE"/>
        </w:rPr>
      </w:pPr>
      <w:r w:rsidRPr="000767E2">
        <w:rPr>
          <w:lang w:val="sv-SE"/>
        </w:rPr>
        <w:t>[[@</w:t>
      </w:r>
      <w:r w:rsidR="0096445B" w:rsidRPr="000767E2">
        <w:rPr>
          <w:lang w:val="sv-SE"/>
        </w:rPr>
        <w:t>BibleBIBEL82</w:t>
      </w:r>
      <w:r w:rsidRPr="000767E2">
        <w:rPr>
          <w:lang w:val="sv-SE"/>
        </w:rPr>
        <w:t>:Luke 22:14]]</w:t>
      </w:r>
      <w:r w:rsidRPr="000767E2">
        <w:rPr>
          <w:vertAlign w:val="superscript"/>
          <w:lang w:val="sv-SE"/>
        </w:rPr>
        <w:t>14</w:t>
      </w:r>
      <w:r w:rsidRPr="000767E2">
        <w:rPr>
          <w:lang w:val="sv-SE"/>
        </w:rPr>
        <w:t xml:space="preserve"> {{field-on:bible}}Och när stunden kom lade han sig </w:t>
      </w:r>
      <w:r w:rsidRPr="000767E2">
        <w:rPr>
          <w:i/>
          <w:lang w:val="sv-SE"/>
        </w:rPr>
        <w:t>till bords</w:t>
      </w:r>
      <w:r w:rsidRPr="000767E2">
        <w:rPr>
          <w:lang w:val="sv-SE"/>
        </w:rPr>
        <w:t>, och apostlarna med honom.{{field-off:bible}} [[@</w:t>
      </w:r>
      <w:r w:rsidR="0096445B" w:rsidRPr="000767E2">
        <w:rPr>
          <w:lang w:val="sv-SE"/>
        </w:rPr>
        <w:t>BibleBIBEL82</w:t>
      </w:r>
      <w:r w:rsidRPr="000767E2">
        <w:rPr>
          <w:lang w:val="sv-SE"/>
        </w:rPr>
        <w:t>:Luke 22:15]]</w:t>
      </w:r>
      <w:r w:rsidRPr="000767E2">
        <w:rPr>
          <w:vertAlign w:val="superscript"/>
          <w:lang w:val="sv-SE"/>
        </w:rPr>
        <w:t>15</w:t>
      </w:r>
      <w:r w:rsidRPr="000767E2">
        <w:rPr>
          <w:lang w:val="sv-SE"/>
        </w:rPr>
        <w:t xml:space="preserve"> {{field-on:bible}}Och han sade till dem: ”Med begär har jag åtrått att äta detta påskalamm med er innan jag lider.{{field-off:bible}} [[@</w:t>
      </w:r>
      <w:r w:rsidR="0096445B" w:rsidRPr="000767E2">
        <w:rPr>
          <w:lang w:val="sv-SE"/>
        </w:rPr>
        <w:t>BibleBIBEL82</w:t>
      </w:r>
      <w:r w:rsidRPr="000767E2">
        <w:rPr>
          <w:lang w:val="sv-SE"/>
        </w:rPr>
        <w:t>:Luke 22:16]]</w:t>
      </w:r>
      <w:r w:rsidRPr="000767E2">
        <w:rPr>
          <w:vertAlign w:val="superscript"/>
          <w:lang w:val="sv-SE"/>
        </w:rPr>
        <w:t>16</w:t>
      </w:r>
      <w:r w:rsidRPr="000767E2">
        <w:rPr>
          <w:lang w:val="sv-SE"/>
        </w:rPr>
        <w:t xml:space="preserve"> {{field-on:bible}}För jag säger er att jag aldrig </w:t>
      </w:r>
      <w:r w:rsidRPr="000767E2">
        <w:rPr>
          <w:i/>
          <w:lang w:val="sv-SE"/>
        </w:rPr>
        <w:t>mer</w:t>
      </w:r>
      <w:r w:rsidRPr="000767E2">
        <w:rPr>
          <w:lang w:val="sv-SE"/>
        </w:rPr>
        <w:t xml:space="preserve"> ska äta det förrän det uppfylls i Guds rike.”{{field-off:bible}}</w:t>
      </w:r>
    </w:p>
    <w:p w14:paraId="2D145DCB" w14:textId="424A785C" w:rsidR="00BA33AB" w:rsidRPr="000767E2" w:rsidRDefault="00000000">
      <w:pPr>
        <w:rPr>
          <w:lang w:val="sv-SE"/>
        </w:rPr>
      </w:pPr>
      <w:r w:rsidRPr="000767E2">
        <w:rPr>
          <w:lang w:val="sv-SE"/>
        </w:rPr>
        <w:t>[[@</w:t>
      </w:r>
      <w:r w:rsidR="0096445B" w:rsidRPr="000767E2">
        <w:rPr>
          <w:lang w:val="sv-SE"/>
        </w:rPr>
        <w:t>BibleBIBEL82</w:t>
      </w:r>
      <w:r w:rsidRPr="000767E2">
        <w:rPr>
          <w:lang w:val="sv-SE"/>
        </w:rPr>
        <w:t>:Luke 22:17]]</w:t>
      </w:r>
      <w:r w:rsidRPr="000767E2">
        <w:rPr>
          <w:vertAlign w:val="superscript"/>
          <w:lang w:val="sv-SE"/>
        </w:rPr>
        <w:t>17</w:t>
      </w:r>
      <w:r w:rsidRPr="000767E2">
        <w:rPr>
          <w:lang w:val="sv-SE"/>
        </w:rPr>
        <w:t xml:space="preserve"> {{field-on:bible}}Och han mottog en bägare, tackade och sade: ”Ta detta och dela upp åt varann.{{field-off:bible}} [[@</w:t>
      </w:r>
      <w:r w:rsidR="0096445B" w:rsidRPr="000767E2">
        <w:rPr>
          <w:lang w:val="sv-SE"/>
        </w:rPr>
        <w:t>BibleBIBEL82</w:t>
      </w:r>
      <w:r w:rsidRPr="000767E2">
        <w:rPr>
          <w:lang w:val="sv-SE"/>
        </w:rPr>
        <w:t>:Luke 22:18]]</w:t>
      </w:r>
      <w:r w:rsidRPr="000767E2">
        <w:rPr>
          <w:vertAlign w:val="superscript"/>
          <w:lang w:val="sv-SE"/>
        </w:rPr>
        <w:t>18</w:t>
      </w:r>
      <w:r w:rsidRPr="000767E2">
        <w:rPr>
          <w:lang w:val="sv-SE"/>
        </w:rPr>
        <w:t xml:space="preserve"> {{field-on:bible}}För jag säger er [att] jag aldrig </w:t>
      </w:r>
      <w:r w:rsidRPr="000767E2">
        <w:rPr>
          <w:i/>
          <w:lang w:val="sv-SE"/>
        </w:rPr>
        <w:t>mer</w:t>
      </w:r>
      <w:r w:rsidRPr="000767E2">
        <w:rPr>
          <w:lang w:val="sv-SE"/>
        </w:rPr>
        <w:t xml:space="preserve"> från nu ska dricka av vinstockens bärgning </w:t>
      </w:r>
      <w:r w:rsidRPr="000767E2">
        <w:rPr>
          <w:lang w:val="sv-SE"/>
        </w:rPr>
        <w:lastRenderedPageBreak/>
        <w:t>förrän Guds rike kommer.”{{field-off:bible}} [[@</w:t>
      </w:r>
      <w:r w:rsidR="0096445B" w:rsidRPr="000767E2">
        <w:rPr>
          <w:lang w:val="sv-SE"/>
        </w:rPr>
        <w:t>BibleBIBEL82</w:t>
      </w:r>
      <w:r w:rsidRPr="000767E2">
        <w:rPr>
          <w:lang w:val="sv-SE"/>
        </w:rPr>
        <w:t>:Luke 22:19]]</w:t>
      </w:r>
      <w:r w:rsidRPr="000767E2">
        <w:rPr>
          <w:vertAlign w:val="superscript"/>
          <w:lang w:val="sv-SE"/>
        </w:rPr>
        <w:t>19</w:t>
      </w:r>
      <w:r w:rsidRPr="000767E2">
        <w:rPr>
          <w:lang w:val="sv-SE"/>
        </w:rPr>
        <w:t xml:space="preserve"> {{field-on:bible}}Och han tog ett bröd, tackade och bröt, och gav åt dem och sade: ”Detta är min kropp som för er blir given. Gör detta till min åminnelse.”{{field-off:bible}} [[@</w:t>
      </w:r>
      <w:r w:rsidR="0096445B" w:rsidRPr="000767E2">
        <w:rPr>
          <w:lang w:val="sv-SE"/>
        </w:rPr>
        <w:t>BibleBIBEL82</w:t>
      </w:r>
      <w:r w:rsidRPr="000767E2">
        <w:rPr>
          <w:lang w:val="sv-SE"/>
        </w:rPr>
        <w:t>:Luke 22:20]]</w:t>
      </w:r>
      <w:r w:rsidRPr="000767E2">
        <w:rPr>
          <w:vertAlign w:val="superscript"/>
          <w:lang w:val="sv-SE"/>
        </w:rPr>
        <w:t>20</w:t>
      </w:r>
      <w:r w:rsidRPr="000767E2">
        <w:rPr>
          <w:lang w:val="sv-SE"/>
        </w:rPr>
        <w:t xml:space="preserve"> {{field-on:bible}}Och bägaren på samma sätt efter att </w:t>
      </w:r>
      <w:r w:rsidRPr="000767E2">
        <w:rPr>
          <w:i/>
          <w:lang w:val="sv-SE"/>
        </w:rPr>
        <w:t>de</w:t>
      </w:r>
      <w:r w:rsidRPr="000767E2">
        <w:rPr>
          <w:lang w:val="sv-SE"/>
        </w:rPr>
        <w:t xml:space="preserve"> ätit måltiden, och han sade: ”Denna bägare </w:t>
      </w:r>
      <w:r w:rsidRPr="000767E2">
        <w:rPr>
          <w:i/>
          <w:lang w:val="sv-SE"/>
        </w:rPr>
        <w:t>är</w:t>
      </w:r>
      <w:r w:rsidRPr="000767E2">
        <w:rPr>
          <w:lang w:val="sv-SE"/>
        </w:rPr>
        <w:t xml:space="preserve"> det nya förbundet genom mitt blod, som för er blir utgjutet.{{field-off:bible}}</w:t>
      </w:r>
    </w:p>
    <w:p w14:paraId="015F0200" w14:textId="772D1CDE" w:rsidR="00BA33AB" w:rsidRPr="000767E2" w:rsidRDefault="00000000">
      <w:pPr>
        <w:rPr>
          <w:lang w:val="sv-SE"/>
        </w:rPr>
      </w:pPr>
      <w:r w:rsidRPr="000767E2">
        <w:rPr>
          <w:lang w:val="sv-SE"/>
        </w:rPr>
        <w:t>[[@</w:t>
      </w:r>
      <w:r w:rsidR="0096445B" w:rsidRPr="000767E2">
        <w:rPr>
          <w:lang w:val="sv-SE"/>
        </w:rPr>
        <w:t>BibleBIBEL82</w:t>
      </w:r>
      <w:r w:rsidRPr="000767E2">
        <w:rPr>
          <w:lang w:val="sv-SE"/>
        </w:rPr>
        <w:t>:Luke 22:21]]</w:t>
      </w:r>
      <w:r w:rsidRPr="000767E2">
        <w:rPr>
          <w:vertAlign w:val="superscript"/>
          <w:lang w:val="sv-SE"/>
        </w:rPr>
        <w:t>21</w:t>
      </w:r>
      <w:r w:rsidRPr="000767E2">
        <w:rPr>
          <w:lang w:val="sv-SE"/>
        </w:rPr>
        <w:t xml:space="preserve"> {{field-on:bible}}Men se: handen hos den som utlämnar mig </w:t>
      </w:r>
      <w:r w:rsidRPr="000767E2">
        <w:rPr>
          <w:i/>
          <w:lang w:val="sv-SE"/>
        </w:rPr>
        <w:t>är</w:t>
      </w:r>
      <w:r w:rsidRPr="000767E2">
        <w:rPr>
          <w:lang w:val="sv-SE"/>
        </w:rPr>
        <w:t xml:space="preserve"> med mig på bordet.{{field-off:bible}} [[@</w:t>
      </w:r>
      <w:r w:rsidR="0096445B" w:rsidRPr="000767E2">
        <w:rPr>
          <w:lang w:val="sv-SE"/>
        </w:rPr>
        <w:t>BibleBIBEL82</w:t>
      </w:r>
      <w:r w:rsidRPr="000767E2">
        <w:rPr>
          <w:lang w:val="sv-SE"/>
        </w:rPr>
        <w:t>:Luke 22:22]]</w:t>
      </w:r>
      <w:r w:rsidRPr="000767E2">
        <w:rPr>
          <w:vertAlign w:val="superscript"/>
          <w:lang w:val="sv-SE"/>
        </w:rPr>
        <w:t>22</w:t>
      </w:r>
      <w:r w:rsidRPr="000767E2">
        <w:rPr>
          <w:lang w:val="sv-SE"/>
        </w:rPr>
        <w:t xml:space="preserve"> {{field-on:bible}}För Människosonen går enligt det </w:t>
      </w:r>
      <w:r w:rsidRPr="000767E2">
        <w:rPr>
          <w:i/>
          <w:lang w:val="sv-SE"/>
        </w:rPr>
        <w:t>som är</w:t>
      </w:r>
      <w:r w:rsidRPr="000767E2">
        <w:rPr>
          <w:lang w:val="sv-SE"/>
        </w:rPr>
        <w:t xml:space="preserve"> bestämt, men ve den människan genom vilken han utlämnas!”{{field-off:bible}} [[@</w:t>
      </w:r>
      <w:r w:rsidR="0096445B" w:rsidRPr="000767E2">
        <w:rPr>
          <w:lang w:val="sv-SE"/>
        </w:rPr>
        <w:t>BibleBIBEL82</w:t>
      </w:r>
      <w:r w:rsidRPr="000767E2">
        <w:rPr>
          <w:lang w:val="sv-SE"/>
        </w:rPr>
        <w:t>:Luke 22:23]]</w:t>
      </w:r>
      <w:r w:rsidRPr="000767E2">
        <w:rPr>
          <w:vertAlign w:val="superscript"/>
          <w:lang w:val="sv-SE"/>
        </w:rPr>
        <w:t>23</w:t>
      </w:r>
      <w:r w:rsidRPr="000767E2">
        <w:rPr>
          <w:lang w:val="sv-SE"/>
        </w:rPr>
        <w:t xml:space="preserve"> {{field-on:bible}}Och de började diskutera med varann vem det då kunde vara av dem som skulle begå detta.{{field-off:bible}}</w:t>
      </w:r>
    </w:p>
    <w:p w14:paraId="34DC77E4" w14:textId="77777777" w:rsidR="00BA33AB" w:rsidRPr="000767E2" w:rsidRDefault="00000000">
      <w:pPr>
        <w:pStyle w:val="Rubrik3"/>
        <w:rPr>
          <w:lang w:val="sv-SE"/>
        </w:rPr>
      </w:pPr>
      <w:r w:rsidRPr="000767E2">
        <w:rPr>
          <w:lang w:val="sv-SE"/>
        </w:rPr>
        <w:t>Vem är störst?</w:t>
      </w:r>
    </w:p>
    <w:p w14:paraId="08F04105" w14:textId="750E1083" w:rsidR="00BA33AB" w:rsidRPr="000767E2" w:rsidRDefault="00000000">
      <w:pPr>
        <w:rPr>
          <w:lang w:val="sv-SE"/>
        </w:rPr>
      </w:pPr>
      <w:r w:rsidRPr="000767E2">
        <w:rPr>
          <w:lang w:val="sv-SE"/>
        </w:rPr>
        <w:t>[[@</w:t>
      </w:r>
      <w:r w:rsidR="0096445B" w:rsidRPr="000767E2">
        <w:rPr>
          <w:lang w:val="sv-SE"/>
        </w:rPr>
        <w:t>BibleBIBEL82</w:t>
      </w:r>
      <w:r w:rsidRPr="000767E2">
        <w:rPr>
          <w:lang w:val="sv-SE"/>
        </w:rPr>
        <w:t>:Luke 22:24]]</w:t>
      </w:r>
      <w:r w:rsidRPr="000767E2">
        <w:rPr>
          <w:vertAlign w:val="superscript"/>
          <w:lang w:val="sv-SE"/>
        </w:rPr>
        <w:t>24</w:t>
      </w:r>
      <w:r w:rsidRPr="000767E2">
        <w:rPr>
          <w:lang w:val="sv-SE"/>
        </w:rPr>
        <w:t xml:space="preserve"> {{field-on:bible}}Och det kom också en trätlystnad bland dem, vem av dem som </w:t>
      </w:r>
      <w:r w:rsidRPr="000767E2">
        <w:rPr>
          <w:i/>
          <w:lang w:val="sv-SE"/>
        </w:rPr>
        <w:t>skulle</w:t>
      </w:r>
      <w:r w:rsidRPr="000767E2">
        <w:rPr>
          <w:lang w:val="sv-SE"/>
        </w:rPr>
        <w:t xml:space="preserve"> anses vara störst.{{field-off:bible}} [[@</w:t>
      </w:r>
      <w:r w:rsidR="0096445B" w:rsidRPr="000767E2">
        <w:rPr>
          <w:lang w:val="sv-SE"/>
        </w:rPr>
        <w:t>BibleBIBEL82</w:t>
      </w:r>
      <w:r w:rsidRPr="000767E2">
        <w:rPr>
          <w:lang w:val="sv-SE"/>
        </w:rPr>
        <w:t>:Luke 22:25]]</w:t>
      </w:r>
      <w:r w:rsidRPr="000767E2">
        <w:rPr>
          <w:vertAlign w:val="superscript"/>
          <w:lang w:val="sv-SE"/>
        </w:rPr>
        <w:t>25</w:t>
      </w:r>
      <w:r w:rsidRPr="000767E2">
        <w:rPr>
          <w:lang w:val="sv-SE"/>
        </w:rPr>
        <w:t xml:space="preserve"> {{field-on:bible}}Men han sade till dem: ”Folkslagens kungar är herrar över dem, och de som har auktoritet över dem kallar sig välgörare.{{field-off:bible}} [[@</w:t>
      </w:r>
      <w:r w:rsidR="0096445B" w:rsidRPr="000767E2">
        <w:rPr>
          <w:lang w:val="sv-SE"/>
        </w:rPr>
        <w:t>BibleBIBEL82</w:t>
      </w:r>
      <w:r w:rsidRPr="000767E2">
        <w:rPr>
          <w:lang w:val="sv-SE"/>
        </w:rPr>
        <w:t>:Luke 22:26]]</w:t>
      </w:r>
      <w:r w:rsidRPr="000767E2">
        <w:rPr>
          <w:vertAlign w:val="superscript"/>
          <w:lang w:val="sv-SE"/>
        </w:rPr>
        <w:t>26</w:t>
      </w:r>
      <w:r w:rsidRPr="000767E2">
        <w:rPr>
          <w:lang w:val="sv-SE"/>
        </w:rPr>
        <w:t xml:space="preserve"> {{field-on:bible}}Men ni </w:t>
      </w:r>
      <w:r w:rsidRPr="000767E2">
        <w:rPr>
          <w:i/>
          <w:lang w:val="sv-SE"/>
        </w:rPr>
        <w:t>är</w:t>
      </w:r>
      <w:r w:rsidRPr="000767E2">
        <w:rPr>
          <w:lang w:val="sv-SE"/>
        </w:rPr>
        <w:t xml:space="preserve"> inte så. Nej, den störste bland er ska vara som den yngste, och den som styr som den som betjänar.{{field-off:bible}} [[@</w:t>
      </w:r>
      <w:r w:rsidR="0096445B" w:rsidRPr="000767E2">
        <w:rPr>
          <w:lang w:val="sv-SE"/>
        </w:rPr>
        <w:t>BibleBIBEL82</w:t>
      </w:r>
      <w:r w:rsidRPr="000767E2">
        <w:rPr>
          <w:lang w:val="sv-SE"/>
        </w:rPr>
        <w:t>:Luke 22:27]]</w:t>
      </w:r>
      <w:r w:rsidRPr="000767E2">
        <w:rPr>
          <w:vertAlign w:val="superscript"/>
          <w:lang w:val="sv-SE"/>
        </w:rPr>
        <w:t>27</w:t>
      </w:r>
      <w:r w:rsidRPr="000767E2">
        <w:rPr>
          <w:lang w:val="sv-SE"/>
        </w:rPr>
        <w:t xml:space="preserve"> {{field-on:bible}}För vem är störst: den som ligger </w:t>
      </w:r>
      <w:r w:rsidRPr="000767E2">
        <w:rPr>
          <w:i/>
          <w:lang w:val="sv-SE"/>
        </w:rPr>
        <w:t>till bords</w:t>
      </w:r>
      <w:r w:rsidRPr="000767E2">
        <w:rPr>
          <w:lang w:val="sv-SE"/>
        </w:rPr>
        <w:t xml:space="preserve"> eller den som betjänar? </w:t>
      </w:r>
      <w:r w:rsidRPr="000767E2">
        <w:rPr>
          <w:i/>
          <w:lang w:val="sv-SE"/>
        </w:rPr>
        <w:t>Är det</w:t>
      </w:r>
      <w:r w:rsidRPr="000767E2">
        <w:rPr>
          <w:lang w:val="sv-SE"/>
        </w:rPr>
        <w:t xml:space="preserve"> inte den som ligger </w:t>
      </w:r>
      <w:r w:rsidRPr="000767E2">
        <w:rPr>
          <w:i/>
          <w:lang w:val="sv-SE"/>
        </w:rPr>
        <w:t>till bords</w:t>
      </w:r>
      <w:r w:rsidRPr="000767E2">
        <w:rPr>
          <w:lang w:val="sv-SE"/>
        </w:rPr>
        <w:t>? Men jag är mitt ibland er som den som betjänar.{{field-off:bible}}</w:t>
      </w:r>
    </w:p>
    <w:p w14:paraId="03FB1DF8" w14:textId="7E9A5671" w:rsidR="00BA33AB" w:rsidRPr="000767E2" w:rsidRDefault="00000000">
      <w:pPr>
        <w:rPr>
          <w:lang w:val="sv-SE"/>
        </w:rPr>
      </w:pPr>
      <w:r w:rsidRPr="000767E2">
        <w:rPr>
          <w:lang w:val="sv-SE"/>
        </w:rPr>
        <w:t>[[@</w:t>
      </w:r>
      <w:r w:rsidR="0096445B" w:rsidRPr="000767E2">
        <w:rPr>
          <w:lang w:val="sv-SE"/>
        </w:rPr>
        <w:t>BibleBIBEL82</w:t>
      </w:r>
      <w:r w:rsidRPr="000767E2">
        <w:rPr>
          <w:lang w:val="sv-SE"/>
        </w:rPr>
        <w:t>:Luke 22:28]]</w:t>
      </w:r>
      <w:r w:rsidRPr="000767E2">
        <w:rPr>
          <w:vertAlign w:val="superscript"/>
          <w:lang w:val="sv-SE"/>
        </w:rPr>
        <w:t>28</w:t>
      </w:r>
      <w:r w:rsidRPr="000767E2">
        <w:rPr>
          <w:lang w:val="sv-SE"/>
        </w:rPr>
        <w:t xml:space="preserve"> {{field-on:bible}}Men ni är de som har blivit kvar hos mig under mina prövningar.{{field-off:bible}} [[@</w:t>
      </w:r>
      <w:r w:rsidR="0096445B" w:rsidRPr="000767E2">
        <w:rPr>
          <w:lang w:val="sv-SE"/>
        </w:rPr>
        <w:t>BibleBIBEL82</w:t>
      </w:r>
      <w:r w:rsidRPr="000767E2">
        <w:rPr>
          <w:lang w:val="sv-SE"/>
        </w:rPr>
        <w:t>:Luke 22:29]]</w:t>
      </w:r>
      <w:r w:rsidRPr="000767E2">
        <w:rPr>
          <w:vertAlign w:val="superscript"/>
          <w:lang w:val="sv-SE"/>
        </w:rPr>
        <w:t>29</w:t>
      </w:r>
      <w:r w:rsidRPr="000767E2">
        <w:rPr>
          <w:lang w:val="sv-SE"/>
        </w:rPr>
        <w:t xml:space="preserve"> {{field-on:bible}}Och jag instiftar för er, liksom min Far har instiftat för mig, ett rike{{field-off:bible}} [[@</w:t>
      </w:r>
      <w:r w:rsidR="0096445B" w:rsidRPr="000767E2">
        <w:rPr>
          <w:lang w:val="sv-SE"/>
        </w:rPr>
        <w:t>BibleBIBEL82</w:t>
      </w:r>
      <w:r w:rsidRPr="000767E2">
        <w:rPr>
          <w:lang w:val="sv-SE"/>
        </w:rPr>
        <w:t>:Luke 22:30]]</w:t>
      </w:r>
      <w:r w:rsidRPr="000767E2">
        <w:rPr>
          <w:vertAlign w:val="superscript"/>
          <w:lang w:val="sv-SE"/>
        </w:rPr>
        <w:t>30</w:t>
      </w:r>
      <w:r w:rsidRPr="000767E2">
        <w:rPr>
          <w:lang w:val="sv-SE"/>
        </w:rPr>
        <w:t xml:space="preserve"> {{field-on:bible}}för att ni ska äta och dricka vid mitt bord i mitt rike. Och ni ska sitta på troner och döma Israels tolv stammar.{{field-off:bible}}</w:t>
      </w:r>
    </w:p>
    <w:p w14:paraId="53B97751" w14:textId="77777777" w:rsidR="00BA33AB" w:rsidRPr="000767E2" w:rsidRDefault="00000000">
      <w:pPr>
        <w:pStyle w:val="Rubrik3"/>
        <w:rPr>
          <w:lang w:val="sv-SE"/>
        </w:rPr>
      </w:pPr>
      <w:r w:rsidRPr="000767E2">
        <w:rPr>
          <w:lang w:val="sv-SE"/>
        </w:rPr>
        <w:t>Jesus förutsäger Petrus förnekelse</w:t>
      </w:r>
    </w:p>
    <w:p w14:paraId="0D2333CF" w14:textId="7D0F9937" w:rsidR="00BA33AB" w:rsidRPr="000767E2" w:rsidRDefault="00000000">
      <w:pPr>
        <w:rPr>
          <w:lang w:val="sv-SE"/>
        </w:rPr>
      </w:pPr>
      <w:r w:rsidRPr="000767E2">
        <w:rPr>
          <w:lang w:val="sv-SE"/>
        </w:rPr>
        <w:t>[[@</w:t>
      </w:r>
      <w:r w:rsidR="0096445B" w:rsidRPr="000767E2">
        <w:rPr>
          <w:lang w:val="sv-SE"/>
        </w:rPr>
        <w:t>BibleBIBEL82</w:t>
      </w:r>
      <w:r w:rsidRPr="000767E2">
        <w:rPr>
          <w:lang w:val="sv-SE"/>
        </w:rPr>
        <w:t>:Luke 22:31]]</w:t>
      </w:r>
      <w:r w:rsidRPr="000767E2">
        <w:rPr>
          <w:vertAlign w:val="superscript"/>
          <w:lang w:val="sv-SE"/>
        </w:rPr>
        <w:t>31</w:t>
      </w:r>
      <w:r w:rsidRPr="000767E2">
        <w:rPr>
          <w:lang w:val="sv-SE"/>
        </w:rPr>
        <w:t xml:space="preserve"> {{field-on:bible}}Simon, Simon, se: Satan har utkrävt er för att sålla som vetet.{{field-off:bible}} [[@</w:t>
      </w:r>
      <w:r w:rsidR="0096445B" w:rsidRPr="000767E2">
        <w:rPr>
          <w:lang w:val="sv-SE"/>
        </w:rPr>
        <w:t>BibleBIBEL82</w:t>
      </w:r>
      <w:r w:rsidRPr="000767E2">
        <w:rPr>
          <w:lang w:val="sv-SE"/>
        </w:rPr>
        <w:t>:Luke 22:32]]</w:t>
      </w:r>
      <w:r w:rsidRPr="000767E2">
        <w:rPr>
          <w:vertAlign w:val="superscript"/>
          <w:lang w:val="sv-SE"/>
        </w:rPr>
        <w:t>32</w:t>
      </w:r>
      <w:r w:rsidRPr="000767E2">
        <w:rPr>
          <w:lang w:val="sv-SE"/>
        </w:rPr>
        <w:t xml:space="preserve"> {{field-on:bible}}Men jag har bönfallit för dig, att din tro inte ska ta slut. Och du, när du en gång vänt om: stärk dina syskon.”{{field-off:bible}} [[@</w:t>
      </w:r>
      <w:r w:rsidR="0096445B" w:rsidRPr="000767E2">
        <w:rPr>
          <w:lang w:val="sv-SE"/>
        </w:rPr>
        <w:t>BibleBIBEL82</w:t>
      </w:r>
      <w:r w:rsidRPr="000767E2">
        <w:rPr>
          <w:lang w:val="sv-SE"/>
        </w:rPr>
        <w:t>:Luke 22:33]]</w:t>
      </w:r>
      <w:r w:rsidRPr="000767E2">
        <w:rPr>
          <w:vertAlign w:val="superscript"/>
          <w:lang w:val="sv-SE"/>
        </w:rPr>
        <w:t>33</w:t>
      </w:r>
      <w:r w:rsidRPr="000767E2">
        <w:rPr>
          <w:lang w:val="sv-SE"/>
        </w:rPr>
        <w:t xml:space="preserve"> {{field-on:bible}}Men han sade till honom: ”Herre, med dig är jag beredd att gå både i fängelse och i döden.”{{field-off:bible}} [[@</w:t>
      </w:r>
      <w:r w:rsidR="0096445B" w:rsidRPr="000767E2">
        <w:rPr>
          <w:lang w:val="sv-SE"/>
        </w:rPr>
        <w:t>BibleBIBEL82</w:t>
      </w:r>
      <w:r w:rsidRPr="000767E2">
        <w:rPr>
          <w:lang w:val="sv-SE"/>
        </w:rPr>
        <w:t>:Luke 22:34]]</w:t>
      </w:r>
      <w:r w:rsidRPr="000767E2">
        <w:rPr>
          <w:vertAlign w:val="superscript"/>
          <w:lang w:val="sv-SE"/>
        </w:rPr>
        <w:t>34</w:t>
      </w:r>
      <w:r w:rsidRPr="000767E2">
        <w:rPr>
          <w:lang w:val="sv-SE"/>
        </w:rPr>
        <w:t xml:space="preserve"> {{field-on:bible}}Men han sade: ”Jag säger dig, Petrus: Idag ska tuppen inte gala förrän du tre gånger förnekat </w:t>
      </w:r>
      <w:r w:rsidRPr="000767E2">
        <w:rPr>
          <w:i/>
          <w:lang w:val="sv-SE"/>
        </w:rPr>
        <w:t>att du</w:t>
      </w:r>
      <w:r w:rsidRPr="000767E2">
        <w:rPr>
          <w:lang w:val="sv-SE"/>
        </w:rPr>
        <w:t xml:space="preserve"> känner mig.”{{field-off:bible}}</w:t>
      </w:r>
    </w:p>
    <w:p w14:paraId="1A875209" w14:textId="2ED4196F" w:rsidR="00BA33AB" w:rsidRPr="000767E2" w:rsidRDefault="00000000">
      <w:pPr>
        <w:rPr>
          <w:lang w:val="sv-SE"/>
        </w:rPr>
      </w:pPr>
      <w:r w:rsidRPr="000767E2">
        <w:rPr>
          <w:lang w:val="sv-SE"/>
        </w:rPr>
        <w:t>[[@</w:t>
      </w:r>
      <w:r w:rsidR="0096445B" w:rsidRPr="000767E2">
        <w:rPr>
          <w:lang w:val="sv-SE"/>
        </w:rPr>
        <w:t>BibleBIBEL82</w:t>
      </w:r>
      <w:r w:rsidRPr="000767E2">
        <w:rPr>
          <w:lang w:val="sv-SE"/>
        </w:rPr>
        <w:t>:Luke 22:35]]</w:t>
      </w:r>
      <w:r w:rsidRPr="000767E2">
        <w:rPr>
          <w:vertAlign w:val="superscript"/>
          <w:lang w:val="sv-SE"/>
        </w:rPr>
        <w:t>35</w:t>
      </w:r>
      <w:r w:rsidRPr="000767E2">
        <w:rPr>
          <w:lang w:val="sv-SE"/>
        </w:rPr>
        <w:t xml:space="preserve"> {{field-on:bible}}Och han sade till dem: ”När jag sände ut er utan börs och väska och sandaler, inte saknade ni något?” Och de sade: ”Inget.”{{field-off:bible}} [[@</w:t>
      </w:r>
      <w:r w:rsidR="0096445B" w:rsidRPr="000767E2">
        <w:rPr>
          <w:lang w:val="sv-SE"/>
        </w:rPr>
        <w:t>BibleBIBEL82</w:t>
      </w:r>
      <w:r w:rsidRPr="000767E2">
        <w:rPr>
          <w:lang w:val="sv-SE"/>
        </w:rPr>
        <w:t>:Luke 22:36]]</w:t>
      </w:r>
      <w:r w:rsidRPr="000767E2">
        <w:rPr>
          <w:vertAlign w:val="superscript"/>
          <w:lang w:val="sv-SE"/>
        </w:rPr>
        <w:t>36</w:t>
      </w:r>
      <w:r w:rsidRPr="000767E2">
        <w:rPr>
          <w:lang w:val="sv-SE"/>
        </w:rPr>
        <w:t xml:space="preserve"> {{field-on:bible}}Och han sade till dem: ”Men nu ska den som har en börs ta upp </w:t>
      </w:r>
      <w:r w:rsidRPr="000767E2">
        <w:rPr>
          <w:i/>
          <w:lang w:val="sv-SE"/>
        </w:rPr>
        <w:t>den</w:t>
      </w:r>
      <w:r w:rsidRPr="000767E2">
        <w:rPr>
          <w:lang w:val="sv-SE"/>
        </w:rPr>
        <w:t>, likaså även väska. Och den som inte har ska sälja sin mantel och köpa ett svärd.{{field-off:bible}} [[@</w:t>
      </w:r>
      <w:r w:rsidR="0096445B" w:rsidRPr="000767E2">
        <w:rPr>
          <w:lang w:val="sv-SE"/>
        </w:rPr>
        <w:t>BibleBIBEL82</w:t>
      </w:r>
      <w:r w:rsidRPr="000767E2">
        <w:rPr>
          <w:lang w:val="sv-SE"/>
        </w:rPr>
        <w:t>:Luke 22:37]]</w:t>
      </w:r>
      <w:r w:rsidRPr="000767E2">
        <w:rPr>
          <w:vertAlign w:val="superscript"/>
          <w:lang w:val="sv-SE"/>
        </w:rPr>
        <w:t>37</w:t>
      </w:r>
      <w:r w:rsidRPr="000767E2">
        <w:rPr>
          <w:lang w:val="sv-SE"/>
        </w:rPr>
        <w:t xml:space="preserve"> {{field-on:bible}}För jag säger er att detta </w:t>
      </w:r>
      <w:r w:rsidRPr="000767E2">
        <w:rPr>
          <w:i/>
          <w:lang w:val="sv-SE"/>
        </w:rPr>
        <w:t>som är</w:t>
      </w:r>
      <w:r w:rsidRPr="000767E2">
        <w:rPr>
          <w:lang w:val="sv-SE"/>
        </w:rPr>
        <w:t xml:space="preserve"> skrivet måste fullbordas i mig, att: Och med laglösa blev han räknad. Och det </w:t>
      </w:r>
      <w:r w:rsidRPr="000767E2">
        <w:rPr>
          <w:i/>
          <w:lang w:val="sv-SE"/>
        </w:rPr>
        <w:t>som handlar</w:t>
      </w:r>
      <w:r w:rsidRPr="000767E2">
        <w:rPr>
          <w:lang w:val="sv-SE"/>
        </w:rPr>
        <w:t xml:space="preserve"> om mig har nämligen </w:t>
      </w:r>
      <w:r w:rsidRPr="000767E2">
        <w:rPr>
          <w:i/>
          <w:lang w:val="sv-SE"/>
        </w:rPr>
        <w:t>sitt</w:t>
      </w:r>
      <w:r w:rsidRPr="000767E2">
        <w:rPr>
          <w:lang w:val="sv-SE"/>
        </w:rPr>
        <w:t xml:space="preserve"> slut.”{{field-off:bible}} [[@</w:t>
      </w:r>
      <w:r w:rsidR="0096445B" w:rsidRPr="000767E2">
        <w:rPr>
          <w:lang w:val="sv-SE"/>
        </w:rPr>
        <w:t>BibleBIBEL82</w:t>
      </w:r>
      <w:r w:rsidRPr="000767E2">
        <w:rPr>
          <w:lang w:val="sv-SE"/>
        </w:rPr>
        <w:t xml:space="preserve">:Luke </w:t>
      </w:r>
      <w:r w:rsidRPr="000767E2">
        <w:rPr>
          <w:lang w:val="sv-SE"/>
        </w:rPr>
        <w:lastRenderedPageBreak/>
        <w:t>22:38]]</w:t>
      </w:r>
      <w:r w:rsidRPr="000767E2">
        <w:rPr>
          <w:vertAlign w:val="superscript"/>
          <w:lang w:val="sv-SE"/>
        </w:rPr>
        <w:t>38</w:t>
      </w:r>
      <w:r w:rsidRPr="000767E2">
        <w:rPr>
          <w:lang w:val="sv-SE"/>
        </w:rPr>
        <w:t xml:space="preserve"> {{field-on:bible}}Och de sade: ”Herre, se: här </w:t>
      </w:r>
      <w:r w:rsidRPr="000767E2">
        <w:rPr>
          <w:i/>
          <w:lang w:val="sv-SE"/>
        </w:rPr>
        <w:t>är</w:t>
      </w:r>
      <w:r w:rsidRPr="000767E2">
        <w:rPr>
          <w:lang w:val="sv-SE"/>
        </w:rPr>
        <w:t xml:space="preserve"> två svärd.” Och han sade till dem: ”Det är nog.”{{field-off:bible}}</w:t>
      </w:r>
    </w:p>
    <w:p w14:paraId="5462E1D5" w14:textId="77777777" w:rsidR="00BA33AB" w:rsidRPr="000767E2" w:rsidRDefault="00000000">
      <w:pPr>
        <w:pStyle w:val="Rubrik3"/>
        <w:rPr>
          <w:lang w:val="sv-SE"/>
        </w:rPr>
      </w:pPr>
      <w:r w:rsidRPr="000767E2">
        <w:rPr>
          <w:lang w:val="sv-SE"/>
        </w:rPr>
        <w:t>Jesus i Gethsemani</w:t>
      </w:r>
    </w:p>
    <w:p w14:paraId="707E9BEA" w14:textId="0551FAA0" w:rsidR="00BA33AB" w:rsidRPr="000767E2" w:rsidRDefault="00000000">
      <w:pPr>
        <w:rPr>
          <w:lang w:val="sv-SE"/>
        </w:rPr>
      </w:pPr>
      <w:r w:rsidRPr="000767E2">
        <w:rPr>
          <w:lang w:val="sv-SE"/>
        </w:rPr>
        <w:t>[[@</w:t>
      </w:r>
      <w:r w:rsidR="0096445B" w:rsidRPr="000767E2">
        <w:rPr>
          <w:lang w:val="sv-SE"/>
        </w:rPr>
        <w:t>BibleBIBEL82</w:t>
      </w:r>
      <w:r w:rsidRPr="000767E2">
        <w:rPr>
          <w:lang w:val="sv-SE"/>
        </w:rPr>
        <w:t>:Luke 22:39]]</w:t>
      </w:r>
      <w:r w:rsidRPr="000767E2">
        <w:rPr>
          <w:vertAlign w:val="superscript"/>
          <w:lang w:val="sv-SE"/>
        </w:rPr>
        <w:t>39</w:t>
      </w:r>
      <w:r w:rsidRPr="000767E2">
        <w:rPr>
          <w:lang w:val="sv-SE"/>
        </w:rPr>
        <w:t xml:space="preserve"> {{field-on:bible}}Och han gick ut och vandrade enligt seden till Olivernas berg, och även lärjungarna följde honom.{{field-off:bible}} [[@</w:t>
      </w:r>
      <w:r w:rsidR="0096445B" w:rsidRPr="000767E2">
        <w:rPr>
          <w:lang w:val="sv-SE"/>
        </w:rPr>
        <w:t>BibleBIBEL82</w:t>
      </w:r>
      <w:r w:rsidRPr="000767E2">
        <w:rPr>
          <w:lang w:val="sv-SE"/>
        </w:rPr>
        <w:t>:Luke 22:40]]</w:t>
      </w:r>
      <w:r w:rsidRPr="000767E2">
        <w:rPr>
          <w:vertAlign w:val="superscript"/>
          <w:lang w:val="sv-SE"/>
        </w:rPr>
        <w:t>40</w:t>
      </w:r>
      <w:r w:rsidRPr="000767E2">
        <w:rPr>
          <w:lang w:val="sv-SE"/>
        </w:rPr>
        <w:t xml:space="preserve"> {{field-on:bible}}Men kommen på platsen sade han till dem: ”Be </w:t>
      </w:r>
      <w:r w:rsidRPr="000767E2">
        <w:rPr>
          <w:i/>
          <w:lang w:val="sv-SE"/>
        </w:rPr>
        <w:t>om</w:t>
      </w:r>
      <w:r w:rsidRPr="000767E2">
        <w:rPr>
          <w:lang w:val="sv-SE"/>
        </w:rPr>
        <w:t xml:space="preserve"> att inte komma i frestelse.”{{field-off:bible}} [[@</w:t>
      </w:r>
      <w:r w:rsidR="0096445B" w:rsidRPr="000767E2">
        <w:rPr>
          <w:lang w:val="sv-SE"/>
        </w:rPr>
        <w:t>BibleBIBEL82</w:t>
      </w:r>
      <w:r w:rsidRPr="000767E2">
        <w:rPr>
          <w:lang w:val="sv-SE"/>
        </w:rPr>
        <w:t>:Luke 22:41]]</w:t>
      </w:r>
      <w:r w:rsidRPr="000767E2">
        <w:rPr>
          <w:vertAlign w:val="superscript"/>
          <w:lang w:val="sv-SE"/>
        </w:rPr>
        <w:t>41</w:t>
      </w:r>
      <w:r w:rsidRPr="000767E2">
        <w:rPr>
          <w:lang w:val="sv-SE"/>
        </w:rPr>
        <w:t xml:space="preserve"> {{field-on:bible}}Och han drog sig bort från dem ungefär ett stenkast, och satte </w:t>
      </w:r>
      <w:r w:rsidRPr="000767E2">
        <w:rPr>
          <w:i/>
          <w:lang w:val="sv-SE"/>
        </w:rPr>
        <w:t>ner</w:t>
      </w:r>
      <w:r w:rsidRPr="000767E2">
        <w:rPr>
          <w:lang w:val="sv-SE"/>
        </w:rPr>
        <w:t xml:space="preserve"> knäna och bad{{field-off:bible}} [[@</w:t>
      </w:r>
      <w:r w:rsidR="0096445B" w:rsidRPr="000767E2">
        <w:rPr>
          <w:lang w:val="sv-SE"/>
        </w:rPr>
        <w:t>BibleBIBEL82</w:t>
      </w:r>
      <w:r w:rsidRPr="000767E2">
        <w:rPr>
          <w:lang w:val="sv-SE"/>
        </w:rPr>
        <w:t>:Luke 22:42]]</w:t>
      </w:r>
      <w:r w:rsidRPr="000767E2">
        <w:rPr>
          <w:vertAlign w:val="superscript"/>
          <w:lang w:val="sv-SE"/>
        </w:rPr>
        <w:t>42</w:t>
      </w:r>
      <w:r w:rsidRPr="000767E2">
        <w:rPr>
          <w:lang w:val="sv-SE"/>
        </w:rPr>
        <w:t xml:space="preserve"> {{field-on:bible}}och sade: ”Far, om du önskar, för bort denna bägare från mig. Men inte min vilja, utan din ska ske.”{{field-off:bible}}</w:t>
      </w:r>
    </w:p>
    <w:p w14:paraId="443063A8" w14:textId="5695BC46" w:rsidR="00BA33AB" w:rsidRPr="000767E2" w:rsidRDefault="00000000">
      <w:pPr>
        <w:rPr>
          <w:lang w:val="sv-SE"/>
        </w:rPr>
      </w:pPr>
      <w:r w:rsidRPr="000767E2">
        <w:rPr>
          <w:lang w:val="sv-SE"/>
        </w:rPr>
        <w:t>{{field-on:bible}}</w:t>
      </w:r>
      <w:r>
        <w:t>⟦</w:t>
      </w:r>
      <w:r w:rsidRPr="000767E2">
        <w:rPr>
          <w:lang w:val="sv-SE"/>
        </w:rPr>
        <w:t>{{field-off:bible}} [[@</w:t>
      </w:r>
      <w:r w:rsidR="0096445B" w:rsidRPr="000767E2">
        <w:rPr>
          <w:lang w:val="sv-SE"/>
        </w:rPr>
        <w:t>BibleBIBEL82</w:t>
      </w:r>
      <w:r w:rsidRPr="000767E2">
        <w:rPr>
          <w:lang w:val="sv-SE"/>
        </w:rPr>
        <w:t>:Luke 22:43]]</w:t>
      </w:r>
      <w:r w:rsidRPr="000767E2">
        <w:rPr>
          <w:vertAlign w:val="superscript"/>
          <w:lang w:val="sv-SE"/>
        </w:rPr>
        <w:t>43</w:t>
      </w:r>
      <w:r w:rsidRPr="000767E2">
        <w:rPr>
          <w:lang w:val="sv-SE"/>
        </w:rPr>
        <w:t xml:space="preserve"> {{field-on:bible}}Och </w:t>
      </w:r>
      <w:r w:rsidRPr="000767E2">
        <w:rPr>
          <w:i/>
          <w:lang w:val="sv-SE"/>
        </w:rPr>
        <w:t>då</w:t>
      </w:r>
      <w:r w:rsidRPr="000767E2">
        <w:rPr>
          <w:lang w:val="sv-SE"/>
        </w:rPr>
        <w:t xml:space="preserve"> visade sig för honom en ängel från himlen som styrkte honom.{{field-off:bible}} [[@</w:t>
      </w:r>
      <w:r w:rsidR="0096445B" w:rsidRPr="000767E2">
        <w:rPr>
          <w:lang w:val="sv-SE"/>
        </w:rPr>
        <w:t>BibleBIBEL82</w:t>
      </w:r>
      <w:r w:rsidRPr="000767E2">
        <w:rPr>
          <w:lang w:val="sv-SE"/>
        </w:rPr>
        <w:t>:Luke 22:44]]</w:t>
      </w:r>
      <w:r w:rsidRPr="000767E2">
        <w:rPr>
          <w:vertAlign w:val="superscript"/>
          <w:lang w:val="sv-SE"/>
        </w:rPr>
        <w:t>44</w:t>
      </w:r>
      <w:r w:rsidRPr="000767E2">
        <w:rPr>
          <w:lang w:val="sv-SE"/>
        </w:rPr>
        <w:t xml:space="preserve"> {{field-on:bible}}Och han kom i kamp och bad ihärdigare, och hans svett blev som blodsdroppar som gick ner på jorden.</w:t>
      </w:r>
      <w:r>
        <w:t>⟧</w:t>
      </w:r>
      <w:r w:rsidRPr="000767E2">
        <w:rPr>
          <w:lang w:val="sv-SE"/>
        </w:rPr>
        <w:t>{{field-off:bible}} [[@</w:t>
      </w:r>
      <w:r w:rsidR="0096445B" w:rsidRPr="000767E2">
        <w:rPr>
          <w:lang w:val="sv-SE"/>
        </w:rPr>
        <w:t>BibleBIBEL82</w:t>
      </w:r>
      <w:r w:rsidRPr="000767E2">
        <w:rPr>
          <w:lang w:val="sv-SE"/>
        </w:rPr>
        <w:t>:Luke 22:45]]</w:t>
      </w:r>
      <w:r w:rsidRPr="000767E2">
        <w:rPr>
          <w:vertAlign w:val="superscript"/>
          <w:lang w:val="sv-SE"/>
        </w:rPr>
        <w:t>45</w:t>
      </w:r>
      <w:r w:rsidRPr="000767E2">
        <w:rPr>
          <w:lang w:val="sv-SE"/>
        </w:rPr>
        <w:t xml:space="preserve"> {{field-on:bible}}Och uppstånden från bönen kom han till lärjungarna och fann dem sovande av bedrövelsen,{{field-off:bible}} [[@</w:t>
      </w:r>
      <w:r w:rsidR="0096445B" w:rsidRPr="000767E2">
        <w:rPr>
          <w:lang w:val="sv-SE"/>
        </w:rPr>
        <w:t>BibleBIBEL82</w:t>
      </w:r>
      <w:r w:rsidRPr="000767E2">
        <w:rPr>
          <w:lang w:val="sv-SE"/>
        </w:rPr>
        <w:t>:Luke 22:46]]</w:t>
      </w:r>
      <w:r w:rsidRPr="000767E2">
        <w:rPr>
          <w:vertAlign w:val="superscript"/>
          <w:lang w:val="sv-SE"/>
        </w:rPr>
        <w:t>46</w:t>
      </w:r>
      <w:r w:rsidRPr="000767E2">
        <w:rPr>
          <w:lang w:val="sv-SE"/>
        </w:rPr>
        <w:t xml:space="preserve"> {{field-on:bible}}och han sade till dem: ”Varför sover ni? Stå upp och be, att ni inte ska komma i frestelse.”{{field-off:bible}}</w:t>
      </w:r>
    </w:p>
    <w:p w14:paraId="0F6C036B" w14:textId="77777777" w:rsidR="00BA33AB" w:rsidRPr="000767E2" w:rsidRDefault="00000000">
      <w:pPr>
        <w:pStyle w:val="Rubrik3"/>
        <w:rPr>
          <w:lang w:val="sv-SE"/>
        </w:rPr>
      </w:pPr>
      <w:r w:rsidRPr="000767E2">
        <w:rPr>
          <w:lang w:val="sv-SE"/>
        </w:rPr>
        <w:t>Jesus grips</w:t>
      </w:r>
    </w:p>
    <w:p w14:paraId="3DCBDC1D" w14:textId="21738B07" w:rsidR="00BA33AB" w:rsidRPr="000767E2" w:rsidRDefault="00000000">
      <w:pPr>
        <w:rPr>
          <w:lang w:val="sv-SE"/>
        </w:rPr>
      </w:pPr>
      <w:r w:rsidRPr="000767E2">
        <w:rPr>
          <w:lang w:val="sv-SE"/>
        </w:rPr>
        <w:t>[[@</w:t>
      </w:r>
      <w:r w:rsidR="0096445B" w:rsidRPr="000767E2">
        <w:rPr>
          <w:lang w:val="sv-SE"/>
        </w:rPr>
        <w:t>BibleBIBEL82</w:t>
      </w:r>
      <w:r w:rsidRPr="000767E2">
        <w:rPr>
          <w:lang w:val="sv-SE"/>
        </w:rPr>
        <w:t>:Luke 22:47]]</w:t>
      </w:r>
      <w:r w:rsidRPr="000767E2">
        <w:rPr>
          <w:vertAlign w:val="superscript"/>
          <w:lang w:val="sv-SE"/>
        </w:rPr>
        <w:t>47</w:t>
      </w:r>
      <w:r w:rsidRPr="000767E2">
        <w:rPr>
          <w:lang w:val="sv-SE"/>
        </w:rPr>
        <w:t xml:space="preserve"> {{field-on:bible}}Medan han ännu talade, se: en skara, och han som kallades Judas, en av de tolv, gick före dem. Och han närmade sig Jesus </w:t>
      </w:r>
      <w:r w:rsidRPr="000767E2">
        <w:rPr>
          <w:i/>
          <w:lang w:val="sv-SE"/>
        </w:rPr>
        <w:t>för</w:t>
      </w:r>
      <w:r w:rsidRPr="000767E2">
        <w:rPr>
          <w:lang w:val="sv-SE"/>
        </w:rPr>
        <w:t xml:space="preserve"> att kyssa honom.{{field-off:bible}} [[@</w:t>
      </w:r>
      <w:r w:rsidR="0096445B" w:rsidRPr="000767E2">
        <w:rPr>
          <w:lang w:val="sv-SE"/>
        </w:rPr>
        <w:t>BibleBIBEL82</w:t>
      </w:r>
      <w:r w:rsidRPr="000767E2">
        <w:rPr>
          <w:lang w:val="sv-SE"/>
        </w:rPr>
        <w:t>:Luke 22:48]]</w:t>
      </w:r>
      <w:r w:rsidRPr="000767E2">
        <w:rPr>
          <w:vertAlign w:val="superscript"/>
          <w:lang w:val="sv-SE"/>
        </w:rPr>
        <w:t>48</w:t>
      </w:r>
      <w:r w:rsidRPr="000767E2">
        <w:rPr>
          <w:lang w:val="sv-SE"/>
        </w:rPr>
        <w:t xml:space="preserve"> {{field-on:bible}}Men Jesus sade till honom: ”Judas, </w:t>
      </w:r>
      <w:r w:rsidRPr="000767E2">
        <w:rPr>
          <w:i/>
          <w:lang w:val="sv-SE"/>
        </w:rPr>
        <w:t>är det</w:t>
      </w:r>
      <w:r w:rsidRPr="000767E2">
        <w:rPr>
          <w:lang w:val="sv-SE"/>
        </w:rPr>
        <w:t xml:space="preserve"> med en kyss du utlämnar Människosonen?”{{field-off:bible}}</w:t>
      </w:r>
    </w:p>
    <w:p w14:paraId="50C81FDF" w14:textId="7022E072" w:rsidR="00BA33AB" w:rsidRPr="000767E2" w:rsidRDefault="00000000">
      <w:pPr>
        <w:rPr>
          <w:lang w:val="sv-SE"/>
        </w:rPr>
      </w:pPr>
      <w:r w:rsidRPr="000767E2">
        <w:rPr>
          <w:lang w:val="sv-SE"/>
        </w:rPr>
        <w:t>[[@</w:t>
      </w:r>
      <w:r w:rsidR="0096445B" w:rsidRPr="000767E2">
        <w:rPr>
          <w:lang w:val="sv-SE"/>
        </w:rPr>
        <w:t>BibleBIBEL82</w:t>
      </w:r>
      <w:r w:rsidRPr="000767E2">
        <w:rPr>
          <w:lang w:val="sv-SE"/>
        </w:rPr>
        <w:t>:Luke 22:49]]</w:t>
      </w:r>
      <w:r w:rsidRPr="000767E2">
        <w:rPr>
          <w:vertAlign w:val="superscript"/>
          <w:lang w:val="sv-SE"/>
        </w:rPr>
        <w:t>49</w:t>
      </w:r>
      <w:r w:rsidRPr="000767E2">
        <w:rPr>
          <w:lang w:val="sv-SE"/>
        </w:rPr>
        <w:t xml:space="preserve"> {{field-on:bible}}Men när de omkring honom såg det som skulle komma, </w:t>
      </w:r>
      <w:r w:rsidRPr="000767E2">
        <w:rPr>
          <w:i/>
          <w:lang w:val="sv-SE"/>
        </w:rPr>
        <w:t>frågade</w:t>
      </w:r>
      <w:r w:rsidRPr="000767E2">
        <w:rPr>
          <w:lang w:val="sv-SE"/>
        </w:rPr>
        <w:t xml:space="preserve"> de: ”Herre, om vi ska slå med svärd?”{{field-off:bible}} [[@</w:t>
      </w:r>
      <w:r w:rsidR="0096445B" w:rsidRPr="000767E2">
        <w:rPr>
          <w:lang w:val="sv-SE"/>
        </w:rPr>
        <w:t>BibleBIBEL82</w:t>
      </w:r>
      <w:r w:rsidRPr="000767E2">
        <w:rPr>
          <w:lang w:val="sv-SE"/>
        </w:rPr>
        <w:t>:Luke 22:50]]</w:t>
      </w:r>
      <w:r w:rsidRPr="000767E2">
        <w:rPr>
          <w:vertAlign w:val="superscript"/>
          <w:lang w:val="sv-SE"/>
        </w:rPr>
        <w:t>50</w:t>
      </w:r>
      <w:r w:rsidRPr="000767E2">
        <w:rPr>
          <w:lang w:val="sv-SE"/>
        </w:rPr>
        <w:t xml:space="preserve"> {{field-on:bible}}Och en viss av dem slog översteprästens fasttjänare och tog bort hans högra öra.{{field-off:bible}} [[@</w:t>
      </w:r>
      <w:r w:rsidR="0096445B" w:rsidRPr="000767E2">
        <w:rPr>
          <w:lang w:val="sv-SE"/>
        </w:rPr>
        <w:t>BibleBIBEL82</w:t>
      </w:r>
      <w:r w:rsidRPr="000767E2">
        <w:rPr>
          <w:lang w:val="sv-SE"/>
        </w:rPr>
        <w:t>:Luke 22:51]]</w:t>
      </w:r>
      <w:r w:rsidRPr="000767E2">
        <w:rPr>
          <w:vertAlign w:val="superscript"/>
          <w:lang w:val="sv-SE"/>
        </w:rPr>
        <w:t>51</w:t>
      </w:r>
      <w:r w:rsidRPr="000767E2">
        <w:rPr>
          <w:lang w:val="sv-SE"/>
        </w:rPr>
        <w:t xml:space="preserve"> {{field-on:bible}}Men Jesus svarade och sade: ”Låt </w:t>
      </w:r>
      <w:r w:rsidRPr="000767E2">
        <w:rPr>
          <w:i/>
          <w:lang w:val="sv-SE"/>
        </w:rPr>
        <w:t>det vara nog</w:t>
      </w:r>
      <w:r w:rsidRPr="000767E2">
        <w:rPr>
          <w:lang w:val="sv-SE"/>
        </w:rPr>
        <w:t xml:space="preserve"> fram till detta!” Och han rörde vid örat och helade honom.{{field-off:bible}}</w:t>
      </w:r>
    </w:p>
    <w:p w14:paraId="287B97F6" w14:textId="005DDFF5" w:rsidR="00BA33AB" w:rsidRPr="000767E2" w:rsidRDefault="00000000">
      <w:pPr>
        <w:rPr>
          <w:lang w:val="sv-SE"/>
        </w:rPr>
      </w:pPr>
      <w:r w:rsidRPr="000767E2">
        <w:rPr>
          <w:lang w:val="sv-SE"/>
        </w:rPr>
        <w:t>[[@</w:t>
      </w:r>
      <w:r w:rsidR="0096445B" w:rsidRPr="000767E2">
        <w:rPr>
          <w:lang w:val="sv-SE"/>
        </w:rPr>
        <w:t>BibleBIBEL82</w:t>
      </w:r>
      <w:r w:rsidRPr="000767E2">
        <w:rPr>
          <w:lang w:val="sv-SE"/>
        </w:rPr>
        <w:t>:Luke 22:52]]</w:t>
      </w:r>
      <w:r w:rsidRPr="000767E2">
        <w:rPr>
          <w:vertAlign w:val="superscript"/>
          <w:lang w:val="sv-SE"/>
        </w:rPr>
        <w:t>52</w:t>
      </w:r>
      <w:r w:rsidRPr="000767E2">
        <w:rPr>
          <w:lang w:val="sv-SE"/>
        </w:rPr>
        <w:t xml:space="preserve"> {{field-on:bible}}Och Jesus sade till dem som hade kommit dit mot honom, överstepräster och tempelkommendanter och äldste: ”Som mot en rövare har ni gått ut med svärd och påkar.{{field-off:bible}} [[@</w:t>
      </w:r>
      <w:r w:rsidR="0096445B" w:rsidRPr="000767E2">
        <w:rPr>
          <w:lang w:val="sv-SE"/>
        </w:rPr>
        <w:t>BibleBIBEL82</w:t>
      </w:r>
      <w:r w:rsidRPr="000767E2">
        <w:rPr>
          <w:lang w:val="sv-SE"/>
        </w:rPr>
        <w:t>:Luke 22:53]]</w:t>
      </w:r>
      <w:r w:rsidRPr="000767E2">
        <w:rPr>
          <w:vertAlign w:val="superscript"/>
          <w:lang w:val="sv-SE"/>
        </w:rPr>
        <w:t>53</w:t>
      </w:r>
      <w:r w:rsidRPr="000767E2">
        <w:rPr>
          <w:lang w:val="sv-SE"/>
        </w:rPr>
        <w:t xml:space="preserve"> {{field-on:bible}}När jag varje dag var med er i templet, räckte ni inte ut händerna mot mig. Men detta är er stund och mörkrets auktoritet.”{{field-off:bible}}</w:t>
      </w:r>
    </w:p>
    <w:p w14:paraId="28818C10" w14:textId="77777777" w:rsidR="00BA33AB" w:rsidRPr="000767E2" w:rsidRDefault="00000000">
      <w:pPr>
        <w:pStyle w:val="Rubrik3"/>
        <w:rPr>
          <w:lang w:val="sv-SE"/>
        </w:rPr>
      </w:pPr>
      <w:r w:rsidRPr="000767E2">
        <w:rPr>
          <w:lang w:val="sv-SE"/>
        </w:rPr>
        <w:t>Petrus förnekar Jesus</w:t>
      </w:r>
    </w:p>
    <w:p w14:paraId="0CE71789" w14:textId="70C1D54E" w:rsidR="00BA33AB" w:rsidRPr="000767E2" w:rsidRDefault="00000000">
      <w:pPr>
        <w:rPr>
          <w:lang w:val="sv-SE"/>
        </w:rPr>
      </w:pPr>
      <w:r w:rsidRPr="000767E2">
        <w:rPr>
          <w:lang w:val="sv-SE"/>
        </w:rPr>
        <w:t>[[@</w:t>
      </w:r>
      <w:r w:rsidR="0096445B" w:rsidRPr="000767E2">
        <w:rPr>
          <w:lang w:val="sv-SE"/>
        </w:rPr>
        <w:t>BibleBIBEL82</w:t>
      </w:r>
      <w:r w:rsidRPr="000767E2">
        <w:rPr>
          <w:lang w:val="sv-SE"/>
        </w:rPr>
        <w:t>:Luke 22:54]]</w:t>
      </w:r>
      <w:r w:rsidRPr="000767E2">
        <w:rPr>
          <w:vertAlign w:val="superscript"/>
          <w:lang w:val="sv-SE"/>
        </w:rPr>
        <w:t>54</w:t>
      </w:r>
      <w:r w:rsidRPr="000767E2">
        <w:rPr>
          <w:lang w:val="sv-SE"/>
        </w:rPr>
        <w:t xml:space="preserve"> {{field-on:bible}}Och de tog fast honom och förde </w:t>
      </w:r>
      <w:r w:rsidRPr="000767E2">
        <w:rPr>
          <w:i/>
          <w:lang w:val="sv-SE"/>
        </w:rPr>
        <w:t>bort</w:t>
      </w:r>
      <w:r w:rsidRPr="000767E2">
        <w:rPr>
          <w:lang w:val="sv-SE"/>
        </w:rPr>
        <w:t xml:space="preserve"> och förde in i översteprästens hus. Men Petrus följde långt ifrån.{{field-off:bible}} </w:t>
      </w:r>
      <w:r w:rsidRPr="000767E2">
        <w:rPr>
          <w:lang w:val="sv-SE"/>
        </w:rPr>
        <w:lastRenderedPageBreak/>
        <w:t>[[@</w:t>
      </w:r>
      <w:r w:rsidR="0096445B" w:rsidRPr="000767E2">
        <w:rPr>
          <w:lang w:val="sv-SE"/>
        </w:rPr>
        <w:t>BibleBIBEL82</w:t>
      </w:r>
      <w:r w:rsidRPr="000767E2">
        <w:rPr>
          <w:lang w:val="sv-SE"/>
        </w:rPr>
        <w:t>:Luke 22:55]]</w:t>
      </w:r>
      <w:r w:rsidRPr="000767E2">
        <w:rPr>
          <w:vertAlign w:val="superscript"/>
          <w:lang w:val="sv-SE"/>
        </w:rPr>
        <w:t>55</w:t>
      </w:r>
      <w:r w:rsidRPr="000767E2">
        <w:rPr>
          <w:lang w:val="sv-SE"/>
        </w:rPr>
        <w:t xml:space="preserve"> {{field-on:bible}}Och när de tände runt en eld mitt på innergården och satte sig tillsammans, satt Petrus mitt ibland dem.{{field-off:bible}}</w:t>
      </w:r>
    </w:p>
    <w:p w14:paraId="187E8E75" w14:textId="2570E47D" w:rsidR="00BA33AB" w:rsidRPr="000767E2" w:rsidRDefault="00000000">
      <w:pPr>
        <w:rPr>
          <w:lang w:val="sv-SE"/>
        </w:rPr>
      </w:pPr>
      <w:r w:rsidRPr="000767E2">
        <w:rPr>
          <w:lang w:val="sv-SE"/>
        </w:rPr>
        <w:t>[[@</w:t>
      </w:r>
      <w:r w:rsidR="0096445B" w:rsidRPr="000767E2">
        <w:rPr>
          <w:lang w:val="sv-SE"/>
        </w:rPr>
        <w:t>BibleBIBEL82</w:t>
      </w:r>
      <w:r w:rsidRPr="000767E2">
        <w:rPr>
          <w:lang w:val="sv-SE"/>
        </w:rPr>
        <w:t>:Luke 22:56]]</w:t>
      </w:r>
      <w:r w:rsidRPr="000767E2">
        <w:rPr>
          <w:vertAlign w:val="superscript"/>
          <w:lang w:val="sv-SE"/>
        </w:rPr>
        <w:t>56</w:t>
      </w:r>
      <w:r w:rsidRPr="000767E2">
        <w:rPr>
          <w:lang w:val="sv-SE"/>
        </w:rPr>
        <w:t xml:space="preserve"> {{field-on:bible}}Och </w:t>
      </w:r>
      <w:r w:rsidRPr="000767E2">
        <w:rPr>
          <w:i/>
          <w:lang w:val="sv-SE"/>
        </w:rPr>
        <w:t>där</w:t>
      </w:r>
      <w:r w:rsidRPr="000767E2">
        <w:rPr>
          <w:lang w:val="sv-SE"/>
        </w:rPr>
        <w:t xml:space="preserve"> såg honom en tjänsteflicka sitta mot ljuset, och hon blickade på honom och sade: ”Även den där var med honom.”{{field-off:bible}} [[@</w:t>
      </w:r>
      <w:r w:rsidR="0096445B" w:rsidRPr="000767E2">
        <w:rPr>
          <w:lang w:val="sv-SE"/>
        </w:rPr>
        <w:t>BibleBIBEL82</w:t>
      </w:r>
      <w:r w:rsidRPr="000767E2">
        <w:rPr>
          <w:lang w:val="sv-SE"/>
        </w:rPr>
        <w:t>:Luke 22:57]]</w:t>
      </w:r>
      <w:r w:rsidRPr="000767E2">
        <w:rPr>
          <w:vertAlign w:val="superscript"/>
          <w:lang w:val="sv-SE"/>
        </w:rPr>
        <w:t>57</w:t>
      </w:r>
      <w:r w:rsidRPr="000767E2">
        <w:rPr>
          <w:lang w:val="sv-SE"/>
        </w:rPr>
        <w:t xml:space="preserve"> {{field-on:bible}}Men han nekade och sade: ”Jag känner honom inte, kvinna.”{{field-off:bible}} [[@</w:t>
      </w:r>
      <w:r w:rsidR="0096445B" w:rsidRPr="000767E2">
        <w:rPr>
          <w:lang w:val="sv-SE"/>
        </w:rPr>
        <w:t>BibleBIBEL82</w:t>
      </w:r>
      <w:r w:rsidRPr="000767E2">
        <w:rPr>
          <w:lang w:val="sv-SE"/>
        </w:rPr>
        <w:t>:Luke 22:58]]</w:t>
      </w:r>
      <w:r w:rsidRPr="000767E2">
        <w:rPr>
          <w:vertAlign w:val="superscript"/>
          <w:lang w:val="sv-SE"/>
        </w:rPr>
        <w:t>58</w:t>
      </w:r>
      <w:r w:rsidRPr="000767E2">
        <w:rPr>
          <w:lang w:val="sv-SE"/>
        </w:rPr>
        <w:t xml:space="preserve"> {{field-on:bible}}Och efter </w:t>
      </w:r>
      <w:r w:rsidRPr="000767E2">
        <w:rPr>
          <w:i/>
          <w:lang w:val="sv-SE"/>
        </w:rPr>
        <w:t>en</w:t>
      </w:r>
      <w:r w:rsidRPr="000767E2">
        <w:rPr>
          <w:lang w:val="sv-SE"/>
        </w:rPr>
        <w:t xml:space="preserve"> kort </w:t>
      </w:r>
      <w:r w:rsidRPr="000767E2">
        <w:rPr>
          <w:i/>
          <w:lang w:val="sv-SE"/>
        </w:rPr>
        <w:t>stund</w:t>
      </w:r>
      <w:r w:rsidRPr="000767E2">
        <w:rPr>
          <w:lang w:val="sv-SE"/>
        </w:rPr>
        <w:t xml:space="preserve"> </w:t>
      </w:r>
      <w:r w:rsidRPr="000767E2">
        <w:rPr>
          <w:i/>
          <w:lang w:val="sv-SE"/>
        </w:rPr>
        <w:t>var det</w:t>
      </w:r>
      <w:r w:rsidRPr="000767E2">
        <w:rPr>
          <w:lang w:val="sv-SE"/>
        </w:rPr>
        <w:t xml:space="preserve"> en annan </w:t>
      </w:r>
      <w:r w:rsidRPr="000767E2">
        <w:rPr>
          <w:i/>
          <w:lang w:val="sv-SE"/>
        </w:rPr>
        <w:t>som</w:t>
      </w:r>
      <w:r w:rsidRPr="000767E2">
        <w:rPr>
          <w:lang w:val="sv-SE"/>
        </w:rPr>
        <w:t xml:space="preserve"> såg honom och sade: ”Även du är </w:t>
      </w:r>
      <w:r w:rsidRPr="000767E2">
        <w:rPr>
          <w:i/>
          <w:lang w:val="sv-SE"/>
        </w:rPr>
        <w:t>en</w:t>
      </w:r>
      <w:r w:rsidRPr="000767E2">
        <w:rPr>
          <w:lang w:val="sv-SE"/>
        </w:rPr>
        <w:t xml:space="preserve"> av dem.” Men Petrus sade: ”Människa, </w:t>
      </w:r>
      <w:r w:rsidRPr="000767E2">
        <w:rPr>
          <w:i/>
          <w:lang w:val="sv-SE"/>
        </w:rPr>
        <w:t>det</w:t>
      </w:r>
      <w:r w:rsidRPr="000767E2">
        <w:rPr>
          <w:lang w:val="sv-SE"/>
        </w:rPr>
        <w:t xml:space="preserve"> är jag inte!”{{field-off:bible}} [[@</w:t>
      </w:r>
      <w:r w:rsidR="0096445B" w:rsidRPr="000767E2">
        <w:rPr>
          <w:lang w:val="sv-SE"/>
        </w:rPr>
        <w:t>BibleBIBEL82</w:t>
      </w:r>
      <w:r w:rsidRPr="000767E2">
        <w:rPr>
          <w:lang w:val="sv-SE"/>
        </w:rPr>
        <w:t>:Luke 22:59]]</w:t>
      </w:r>
      <w:r w:rsidRPr="000767E2">
        <w:rPr>
          <w:vertAlign w:val="superscript"/>
          <w:lang w:val="sv-SE"/>
        </w:rPr>
        <w:t>59</w:t>
      </w:r>
      <w:r w:rsidRPr="000767E2">
        <w:rPr>
          <w:lang w:val="sv-SE"/>
        </w:rPr>
        <w:t xml:space="preserve"> {{field-on:bible}}Och när det gått ungefär en timme, </w:t>
      </w:r>
      <w:r w:rsidRPr="000767E2">
        <w:rPr>
          <w:i/>
          <w:lang w:val="sv-SE"/>
        </w:rPr>
        <w:t>var det</w:t>
      </w:r>
      <w:r w:rsidRPr="000767E2">
        <w:rPr>
          <w:lang w:val="sv-SE"/>
        </w:rPr>
        <w:t xml:space="preserve"> en annan </w:t>
      </w:r>
      <w:r w:rsidRPr="000767E2">
        <w:rPr>
          <w:i/>
          <w:lang w:val="sv-SE"/>
        </w:rPr>
        <w:t>som</w:t>
      </w:r>
      <w:r w:rsidRPr="000767E2">
        <w:rPr>
          <w:lang w:val="sv-SE"/>
        </w:rPr>
        <w:t xml:space="preserve"> insisterade och sade: ”I sanning var också den där med honom. Och han är ju galilé.”{{field-off:bible}} [[@</w:t>
      </w:r>
      <w:r w:rsidR="0096445B" w:rsidRPr="000767E2">
        <w:rPr>
          <w:lang w:val="sv-SE"/>
        </w:rPr>
        <w:t>BibleBIBEL82</w:t>
      </w:r>
      <w:r w:rsidRPr="000767E2">
        <w:rPr>
          <w:lang w:val="sv-SE"/>
        </w:rPr>
        <w:t>:Luke 22:60]]</w:t>
      </w:r>
      <w:r w:rsidRPr="000767E2">
        <w:rPr>
          <w:vertAlign w:val="superscript"/>
          <w:lang w:val="sv-SE"/>
        </w:rPr>
        <w:t>60</w:t>
      </w:r>
      <w:r w:rsidRPr="000767E2">
        <w:rPr>
          <w:lang w:val="sv-SE"/>
        </w:rPr>
        <w:t xml:space="preserve"> {{field-on:bible}}Men Petrus sade: ”Människa, jag förstår inte vad du säger!” Och genast, medan han ännu talade, gol en tupp.{{field-off:bible}}</w:t>
      </w:r>
    </w:p>
    <w:p w14:paraId="4A2BCE02" w14:textId="58AB7844" w:rsidR="00BA33AB" w:rsidRPr="000767E2" w:rsidRDefault="00000000">
      <w:pPr>
        <w:rPr>
          <w:lang w:val="sv-SE"/>
        </w:rPr>
      </w:pPr>
      <w:r w:rsidRPr="000767E2">
        <w:rPr>
          <w:lang w:val="sv-SE"/>
        </w:rPr>
        <w:t>[[@</w:t>
      </w:r>
      <w:r w:rsidR="0096445B" w:rsidRPr="000767E2">
        <w:rPr>
          <w:lang w:val="sv-SE"/>
        </w:rPr>
        <w:t>BibleBIBEL82</w:t>
      </w:r>
      <w:r w:rsidRPr="000767E2">
        <w:rPr>
          <w:lang w:val="sv-SE"/>
        </w:rPr>
        <w:t>:Luke 22:61]]</w:t>
      </w:r>
      <w:r w:rsidRPr="000767E2">
        <w:rPr>
          <w:vertAlign w:val="superscript"/>
          <w:lang w:val="sv-SE"/>
        </w:rPr>
        <w:t>61</w:t>
      </w:r>
      <w:r w:rsidRPr="000767E2">
        <w:rPr>
          <w:lang w:val="sv-SE"/>
        </w:rPr>
        <w:t xml:space="preserve"> {{field-on:bible}}Och </w:t>
      </w:r>
      <w:r w:rsidRPr="000767E2">
        <w:rPr>
          <w:i/>
          <w:lang w:val="sv-SE"/>
        </w:rPr>
        <w:t>då</w:t>
      </w:r>
      <w:r w:rsidRPr="000767E2">
        <w:rPr>
          <w:lang w:val="sv-SE"/>
        </w:rPr>
        <w:t xml:space="preserve"> vände sig Herren och såg på Petrus. Och Petrus blev påmind om Herrens ord, hur han sagt honom att: ”Innan tuppen gal idag ska du förneka mig tre gånger.”{{field-off:bible}} [[@</w:t>
      </w:r>
      <w:r w:rsidR="0096445B" w:rsidRPr="000767E2">
        <w:rPr>
          <w:lang w:val="sv-SE"/>
        </w:rPr>
        <w:t>BibleBIBEL82</w:t>
      </w:r>
      <w:r w:rsidRPr="000767E2">
        <w:rPr>
          <w:lang w:val="sv-SE"/>
        </w:rPr>
        <w:t>:Luke 22:62]]</w:t>
      </w:r>
      <w:r w:rsidRPr="000767E2">
        <w:rPr>
          <w:vertAlign w:val="superscript"/>
          <w:lang w:val="sv-SE"/>
        </w:rPr>
        <w:t>62</w:t>
      </w:r>
      <w:r w:rsidRPr="000767E2">
        <w:rPr>
          <w:lang w:val="sv-SE"/>
        </w:rPr>
        <w:t xml:space="preserve"> {{field-on:bible}}Och han gick ut utanför och grät bittert.{{field-off:bible}}</w:t>
      </w:r>
    </w:p>
    <w:p w14:paraId="0D8B02B7" w14:textId="77777777" w:rsidR="00BA33AB" w:rsidRPr="000767E2" w:rsidRDefault="00000000">
      <w:pPr>
        <w:pStyle w:val="Rubrik3"/>
        <w:rPr>
          <w:lang w:val="sv-SE"/>
        </w:rPr>
      </w:pPr>
      <w:r w:rsidRPr="000767E2">
        <w:rPr>
          <w:lang w:val="sv-SE"/>
        </w:rPr>
        <w:t>Jesus inför Sanhedrin</w:t>
      </w:r>
    </w:p>
    <w:p w14:paraId="28F3CDBF" w14:textId="10CAF556" w:rsidR="00BA33AB" w:rsidRPr="000767E2" w:rsidRDefault="00000000">
      <w:pPr>
        <w:rPr>
          <w:lang w:val="sv-SE"/>
        </w:rPr>
      </w:pPr>
      <w:r w:rsidRPr="000767E2">
        <w:rPr>
          <w:lang w:val="sv-SE"/>
        </w:rPr>
        <w:t>[[@</w:t>
      </w:r>
      <w:r w:rsidR="0096445B" w:rsidRPr="000767E2">
        <w:rPr>
          <w:lang w:val="sv-SE"/>
        </w:rPr>
        <w:t>BibleBIBEL82</w:t>
      </w:r>
      <w:r w:rsidRPr="000767E2">
        <w:rPr>
          <w:lang w:val="sv-SE"/>
        </w:rPr>
        <w:t>:Luke 22:63]]</w:t>
      </w:r>
      <w:r w:rsidRPr="000767E2">
        <w:rPr>
          <w:vertAlign w:val="superscript"/>
          <w:lang w:val="sv-SE"/>
        </w:rPr>
        <w:t>63</w:t>
      </w:r>
      <w:r w:rsidRPr="000767E2">
        <w:rPr>
          <w:lang w:val="sv-SE"/>
        </w:rPr>
        <w:t xml:space="preserve"> {{field-on:bible}}Och männen som ansatte honom förlöjligade honom och pryglade,{{field-off:bible}} [[@</w:t>
      </w:r>
      <w:r w:rsidR="0096445B" w:rsidRPr="000767E2">
        <w:rPr>
          <w:lang w:val="sv-SE"/>
        </w:rPr>
        <w:t>BibleBIBEL82</w:t>
      </w:r>
      <w:r w:rsidRPr="000767E2">
        <w:rPr>
          <w:lang w:val="sv-SE"/>
        </w:rPr>
        <w:t>:Luke 22:64]]</w:t>
      </w:r>
      <w:r w:rsidRPr="000767E2">
        <w:rPr>
          <w:vertAlign w:val="superscript"/>
          <w:lang w:val="sv-SE"/>
        </w:rPr>
        <w:t>64</w:t>
      </w:r>
      <w:r w:rsidRPr="000767E2">
        <w:rPr>
          <w:lang w:val="sv-SE"/>
        </w:rPr>
        <w:t xml:space="preserve"> {{field-on:bible}}och de täckte över runt honom och frågade och sade: ”Profetera! Vem är det som högg till dig?”{{field-off:bible}} [[@</w:t>
      </w:r>
      <w:r w:rsidR="0096445B" w:rsidRPr="000767E2">
        <w:rPr>
          <w:lang w:val="sv-SE"/>
        </w:rPr>
        <w:t>BibleBIBEL82</w:t>
      </w:r>
      <w:r w:rsidRPr="000767E2">
        <w:rPr>
          <w:lang w:val="sv-SE"/>
        </w:rPr>
        <w:t>:Luke 22:65]]</w:t>
      </w:r>
      <w:r w:rsidRPr="000767E2">
        <w:rPr>
          <w:vertAlign w:val="superscript"/>
          <w:lang w:val="sv-SE"/>
        </w:rPr>
        <w:t>65</w:t>
      </w:r>
      <w:r w:rsidRPr="000767E2">
        <w:rPr>
          <w:lang w:val="sv-SE"/>
        </w:rPr>
        <w:t xml:space="preserve"> {{field-on:bible}}Och mycket annat sade de smädande till honom.{{field-off:bible}}</w:t>
      </w:r>
    </w:p>
    <w:p w14:paraId="2C28D2C2" w14:textId="1C0579D0" w:rsidR="00BA33AB" w:rsidRPr="000767E2" w:rsidRDefault="00000000">
      <w:pPr>
        <w:rPr>
          <w:lang w:val="sv-SE"/>
        </w:rPr>
      </w:pPr>
      <w:r w:rsidRPr="000767E2">
        <w:rPr>
          <w:lang w:val="sv-SE"/>
        </w:rPr>
        <w:t>[[@</w:t>
      </w:r>
      <w:r w:rsidR="0096445B" w:rsidRPr="000767E2">
        <w:rPr>
          <w:lang w:val="sv-SE"/>
        </w:rPr>
        <w:t>BibleBIBEL82</w:t>
      </w:r>
      <w:r w:rsidRPr="000767E2">
        <w:rPr>
          <w:lang w:val="sv-SE"/>
        </w:rPr>
        <w:t>:Luke 22:66]]</w:t>
      </w:r>
      <w:r w:rsidRPr="000767E2">
        <w:rPr>
          <w:vertAlign w:val="superscript"/>
          <w:lang w:val="sv-SE"/>
        </w:rPr>
        <w:t>66</w:t>
      </w:r>
      <w:r w:rsidRPr="000767E2">
        <w:rPr>
          <w:lang w:val="sv-SE"/>
        </w:rPr>
        <w:t xml:space="preserve"> {{field-on:bible}}Och när det blev dag samlades folkets äldsteråd, både överstepräster och skriftlärda, och de förde bort honom till sin Sanhedrin{{field-off:bible}} [[@</w:t>
      </w:r>
      <w:r w:rsidR="0096445B" w:rsidRPr="000767E2">
        <w:rPr>
          <w:lang w:val="sv-SE"/>
        </w:rPr>
        <w:t>BibleBIBEL82</w:t>
      </w:r>
      <w:r w:rsidRPr="000767E2">
        <w:rPr>
          <w:lang w:val="sv-SE"/>
        </w:rPr>
        <w:t>:Luke 22:67]]</w:t>
      </w:r>
      <w:r w:rsidRPr="000767E2">
        <w:rPr>
          <w:vertAlign w:val="superscript"/>
          <w:lang w:val="sv-SE"/>
        </w:rPr>
        <w:t>67</w:t>
      </w:r>
      <w:r w:rsidRPr="000767E2">
        <w:rPr>
          <w:lang w:val="sv-SE"/>
        </w:rPr>
        <w:t xml:space="preserve"> {{field-on:bible}}och sade: ”Om du är Kristus, säg oss!” Men han sade till dem: ”Om jag säger er </w:t>
      </w:r>
      <w:r w:rsidRPr="000767E2">
        <w:rPr>
          <w:i/>
          <w:lang w:val="sv-SE"/>
        </w:rPr>
        <w:t>det</w:t>
      </w:r>
      <w:r w:rsidRPr="000767E2">
        <w:rPr>
          <w:lang w:val="sv-SE"/>
        </w:rPr>
        <w:t xml:space="preserve"> kommer ni inte att tro,{{field-off:bible}} [[@</w:t>
      </w:r>
      <w:r w:rsidR="0096445B" w:rsidRPr="000767E2">
        <w:rPr>
          <w:lang w:val="sv-SE"/>
        </w:rPr>
        <w:t>BibleBIBEL82</w:t>
      </w:r>
      <w:r w:rsidRPr="000767E2">
        <w:rPr>
          <w:lang w:val="sv-SE"/>
        </w:rPr>
        <w:t>:Luke 22:68]]</w:t>
      </w:r>
      <w:r w:rsidRPr="000767E2">
        <w:rPr>
          <w:vertAlign w:val="superscript"/>
          <w:lang w:val="sv-SE"/>
        </w:rPr>
        <w:t>68</w:t>
      </w:r>
      <w:r w:rsidRPr="000767E2">
        <w:rPr>
          <w:lang w:val="sv-SE"/>
        </w:rPr>
        <w:t xml:space="preserve"> {{field-on:bible}}och om jag frågar kommer ni inte att svara.{{field-off:bible}} [[@</w:t>
      </w:r>
      <w:r w:rsidR="0096445B" w:rsidRPr="000767E2">
        <w:rPr>
          <w:lang w:val="sv-SE"/>
        </w:rPr>
        <w:t>BibleBIBEL82</w:t>
      </w:r>
      <w:r w:rsidRPr="000767E2">
        <w:rPr>
          <w:lang w:val="sv-SE"/>
        </w:rPr>
        <w:t>:Luke 22:69]]</w:t>
      </w:r>
      <w:r w:rsidRPr="000767E2">
        <w:rPr>
          <w:vertAlign w:val="superscript"/>
          <w:lang w:val="sv-SE"/>
        </w:rPr>
        <w:t>69</w:t>
      </w:r>
      <w:r w:rsidRPr="000767E2">
        <w:rPr>
          <w:lang w:val="sv-SE"/>
        </w:rPr>
        <w:t xml:space="preserve"> {{field-on:bible}}Men från nu ska Människosonen vara sittande vid Guds makts högra </w:t>
      </w:r>
      <w:r w:rsidRPr="000767E2">
        <w:rPr>
          <w:i/>
          <w:lang w:val="sv-SE"/>
        </w:rPr>
        <w:t>sida</w:t>
      </w:r>
      <w:r w:rsidRPr="000767E2">
        <w:rPr>
          <w:lang w:val="sv-SE"/>
        </w:rPr>
        <w:t>.”{{field-off:bible}} [[@</w:t>
      </w:r>
      <w:r w:rsidR="0096445B" w:rsidRPr="000767E2">
        <w:rPr>
          <w:lang w:val="sv-SE"/>
        </w:rPr>
        <w:t>BibleBIBEL82</w:t>
      </w:r>
      <w:r w:rsidRPr="000767E2">
        <w:rPr>
          <w:lang w:val="sv-SE"/>
        </w:rPr>
        <w:t>:Luke 22:70]]</w:t>
      </w:r>
      <w:r w:rsidRPr="000767E2">
        <w:rPr>
          <w:vertAlign w:val="superscript"/>
          <w:lang w:val="sv-SE"/>
        </w:rPr>
        <w:t>70</w:t>
      </w:r>
      <w:r w:rsidRPr="000767E2">
        <w:rPr>
          <w:lang w:val="sv-SE"/>
        </w:rPr>
        <w:t xml:space="preserve"> {{field-on:bible}}Och alla sade: ”Du är alltså Guds Son?” Och han sade till dem: ”Ni säger att Jag Är.”{{field-off:bible}} [[@</w:t>
      </w:r>
      <w:r w:rsidR="0096445B" w:rsidRPr="000767E2">
        <w:rPr>
          <w:lang w:val="sv-SE"/>
        </w:rPr>
        <w:t>BibleBIBEL82</w:t>
      </w:r>
      <w:r w:rsidRPr="000767E2">
        <w:rPr>
          <w:lang w:val="sv-SE"/>
        </w:rPr>
        <w:t>:Luke 22:71]]</w:t>
      </w:r>
      <w:r w:rsidRPr="000767E2">
        <w:rPr>
          <w:vertAlign w:val="superscript"/>
          <w:lang w:val="sv-SE"/>
        </w:rPr>
        <w:t>71</w:t>
      </w:r>
      <w:r w:rsidRPr="000767E2">
        <w:rPr>
          <w:lang w:val="sv-SE"/>
        </w:rPr>
        <w:t xml:space="preserve"> {{field-on:bible}}Och de sade: ”Vad mer har vi </w:t>
      </w:r>
      <w:r w:rsidRPr="000767E2">
        <w:rPr>
          <w:i/>
          <w:lang w:val="sv-SE"/>
        </w:rPr>
        <w:t>för</w:t>
      </w:r>
      <w:r w:rsidRPr="000767E2">
        <w:rPr>
          <w:lang w:val="sv-SE"/>
        </w:rPr>
        <w:t xml:space="preserve"> behov av vittnesbörd? För vi har själva hört </w:t>
      </w:r>
      <w:r w:rsidRPr="000767E2">
        <w:rPr>
          <w:i/>
          <w:lang w:val="sv-SE"/>
        </w:rPr>
        <w:t>det</w:t>
      </w:r>
      <w:r w:rsidRPr="000767E2">
        <w:rPr>
          <w:lang w:val="sv-SE"/>
        </w:rPr>
        <w:t xml:space="preserve"> från hans mun.”{{field-off:bible}}</w:t>
      </w:r>
    </w:p>
    <w:p w14:paraId="352A230F" w14:textId="528AA95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23]]Kapitel 23</w:t>
      </w:r>
    </w:p>
    <w:p w14:paraId="2C8FD456" w14:textId="77777777" w:rsidR="00BA33AB" w:rsidRPr="000767E2" w:rsidRDefault="00000000">
      <w:pPr>
        <w:pStyle w:val="Rubrik3"/>
        <w:rPr>
          <w:lang w:val="sv-SE"/>
        </w:rPr>
      </w:pPr>
      <w:r w:rsidRPr="000767E2">
        <w:rPr>
          <w:lang w:val="sv-SE"/>
        </w:rPr>
        <w:t>Jesus inför Pilatus</w:t>
      </w:r>
    </w:p>
    <w:p w14:paraId="24D1B193" w14:textId="3DEB5F33" w:rsidR="00BA33AB" w:rsidRPr="000767E2" w:rsidRDefault="00000000">
      <w:pPr>
        <w:rPr>
          <w:lang w:val="sv-SE"/>
        </w:rPr>
      </w:pPr>
      <w:r w:rsidRPr="000767E2">
        <w:rPr>
          <w:lang w:val="sv-SE"/>
        </w:rPr>
        <w:t>[[@</w:t>
      </w:r>
      <w:r w:rsidR="0096445B" w:rsidRPr="000767E2">
        <w:rPr>
          <w:lang w:val="sv-SE"/>
        </w:rPr>
        <w:t>BibleBIBEL82</w:t>
      </w:r>
      <w:r w:rsidRPr="000767E2">
        <w:rPr>
          <w:lang w:val="sv-SE"/>
        </w:rPr>
        <w:t>:Luke 23:1]]</w:t>
      </w:r>
      <w:r w:rsidRPr="000767E2">
        <w:rPr>
          <w:vertAlign w:val="superscript"/>
          <w:lang w:val="sv-SE"/>
        </w:rPr>
        <w:t>1</w:t>
      </w:r>
      <w:r w:rsidRPr="000767E2">
        <w:rPr>
          <w:lang w:val="sv-SE"/>
        </w:rPr>
        <w:t xml:space="preserve"> {{field-on:bible}}Och upp stod hela deras mängd och förde honom inför Pilatus.{{field-off:bible}} [[@</w:t>
      </w:r>
      <w:r w:rsidR="0096445B" w:rsidRPr="000767E2">
        <w:rPr>
          <w:lang w:val="sv-SE"/>
        </w:rPr>
        <w:t>BibleBIBEL82</w:t>
      </w:r>
      <w:r w:rsidRPr="000767E2">
        <w:rPr>
          <w:lang w:val="sv-SE"/>
        </w:rPr>
        <w:t>:Luke 23:2]]</w:t>
      </w:r>
      <w:r w:rsidRPr="000767E2">
        <w:rPr>
          <w:vertAlign w:val="superscript"/>
          <w:lang w:val="sv-SE"/>
        </w:rPr>
        <w:t>2</w:t>
      </w:r>
      <w:r w:rsidRPr="000767E2">
        <w:rPr>
          <w:lang w:val="sv-SE"/>
        </w:rPr>
        <w:t xml:space="preserve"> {{field-on:bible}}Och de började anklaga honom och säga: ”Denne har vi funnit förvrida vårt folkslag och hindra från att ge uppbörder till kejsaren, och säga sig själv vara Kristus, en kung.”{{field-off:bible}} </w:t>
      </w:r>
      <w:r w:rsidRPr="000767E2">
        <w:rPr>
          <w:lang w:val="sv-SE"/>
        </w:rPr>
        <w:lastRenderedPageBreak/>
        <w:t>[[@</w:t>
      </w:r>
      <w:r w:rsidR="0096445B" w:rsidRPr="000767E2">
        <w:rPr>
          <w:lang w:val="sv-SE"/>
        </w:rPr>
        <w:t>BibleBIBEL82</w:t>
      </w:r>
      <w:r w:rsidRPr="000767E2">
        <w:rPr>
          <w:lang w:val="sv-SE"/>
        </w:rPr>
        <w:t>:Luke 23:3]]</w:t>
      </w:r>
      <w:r w:rsidRPr="000767E2">
        <w:rPr>
          <w:vertAlign w:val="superscript"/>
          <w:lang w:val="sv-SE"/>
        </w:rPr>
        <w:t>3</w:t>
      </w:r>
      <w:r w:rsidRPr="000767E2">
        <w:rPr>
          <w:lang w:val="sv-SE"/>
        </w:rPr>
        <w:t xml:space="preserve"> {{field-on:bible}}Och Pilatus frågade honom och sade: ”Du är judarnas kung?” Och han svarade honom och sade: ”Du säger </w:t>
      </w:r>
      <w:r w:rsidRPr="000767E2">
        <w:rPr>
          <w:i/>
          <w:lang w:val="sv-SE"/>
        </w:rPr>
        <w:t>det</w:t>
      </w:r>
      <w:r w:rsidRPr="000767E2">
        <w:rPr>
          <w:lang w:val="sv-SE"/>
        </w:rPr>
        <w:t>.”{{field-off:bible}} [[@</w:t>
      </w:r>
      <w:r w:rsidR="0096445B" w:rsidRPr="000767E2">
        <w:rPr>
          <w:lang w:val="sv-SE"/>
        </w:rPr>
        <w:t>BibleBIBEL82</w:t>
      </w:r>
      <w:r w:rsidRPr="000767E2">
        <w:rPr>
          <w:lang w:val="sv-SE"/>
        </w:rPr>
        <w:t>:Luke 23:4]]</w:t>
      </w:r>
      <w:r w:rsidRPr="000767E2">
        <w:rPr>
          <w:vertAlign w:val="superscript"/>
          <w:lang w:val="sv-SE"/>
        </w:rPr>
        <w:t>4</w:t>
      </w:r>
      <w:r w:rsidRPr="000767E2">
        <w:rPr>
          <w:lang w:val="sv-SE"/>
        </w:rPr>
        <w:t xml:space="preserve"> {{field-on:bible}}Och Pilatus sade till översteprästerna och skarorna: ”Jag finner ingen sak mot denna människa.”{{field-off:bible}}</w:t>
      </w:r>
    </w:p>
    <w:p w14:paraId="1B960F13" w14:textId="5B122FF0" w:rsidR="00BA33AB" w:rsidRPr="000767E2" w:rsidRDefault="00000000">
      <w:pPr>
        <w:rPr>
          <w:lang w:val="sv-SE"/>
        </w:rPr>
      </w:pPr>
      <w:r w:rsidRPr="000767E2">
        <w:rPr>
          <w:lang w:val="sv-SE"/>
        </w:rPr>
        <w:t>[[@</w:t>
      </w:r>
      <w:r w:rsidR="0096445B" w:rsidRPr="000767E2">
        <w:rPr>
          <w:lang w:val="sv-SE"/>
        </w:rPr>
        <w:t>BibleBIBEL82</w:t>
      </w:r>
      <w:r w:rsidRPr="000767E2">
        <w:rPr>
          <w:lang w:val="sv-SE"/>
        </w:rPr>
        <w:t>:Luke 23:5]]</w:t>
      </w:r>
      <w:r w:rsidRPr="000767E2">
        <w:rPr>
          <w:vertAlign w:val="superscript"/>
          <w:lang w:val="sv-SE"/>
        </w:rPr>
        <w:t>5</w:t>
      </w:r>
      <w:r w:rsidRPr="000767E2">
        <w:rPr>
          <w:lang w:val="sv-SE"/>
        </w:rPr>
        <w:t xml:space="preserve"> {{field-on:bible}}Men de framhärdade och sade att: ”Han hetsar upp folket och undervisar över hela Judeen, och har börjat från Galileen ända hit.”{{field-off:bible}} [[@</w:t>
      </w:r>
      <w:r w:rsidR="0096445B" w:rsidRPr="000767E2">
        <w:rPr>
          <w:lang w:val="sv-SE"/>
        </w:rPr>
        <w:t>BibleBIBEL82</w:t>
      </w:r>
      <w:r w:rsidRPr="000767E2">
        <w:rPr>
          <w:lang w:val="sv-SE"/>
        </w:rPr>
        <w:t>:Luke 23:6]]</w:t>
      </w:r>
      <w:r w:rsidRPr="000767E2">
        <w:rPr>
          <w:vertAlign w:val="superscript"/>
          <w:lang w:val="sv-SE"/>
        </w:rPr>
        <w:t>6</w:t>
      </w:r>
      <w:r w:rsidRPr="000767E2">
        <w:rPr>
          <w:lang w:val="sv-SE"/>
        </w:rPr>
        <w:t xml:space="preserve"> {{field-on:bible}}Men när Pilatus hörde </w:t>
      </w:r>
      <w:r w:rsidRPr="000767E2">
        <w:rPr>
          <w:i/>
          <w:lang w:val="sv-SE"/>
        </w:rPr>
        <w:t>det</w:t>
      </w:r>
      <w:r w:rsidRPr="000767E2">
        <w:rPr>
          <w:lang w:val="sv-SE"/>
        </w:rPr>
        <w:t>, frågade han om människan är galilé.{{field-off:bible}} [[@</w:t>
      </w:r>
      <w:r w:rsidR="0096445B" w:rsidRPr="000767E2">
        <w:rPr>
          <w:lang w:val="sv-SE"/>
        </w:rPr>
        <w:t>BibleBIBEL82</w:t>
      </w:r>
      <w:r w:rsidRPr="000767E2">
        <w:rPr>
          <w:lang w:val="sv-SE"/>
        </w:rPr>
        <w:t>:Luke 23:7]]</w:t>
      </w:r>
      <w:r w:rsidRPr="000767E2">
        <w:rPr>
          <w:vertAlign w:val="superscript"/>
          <w:lang w:val="sv-SE"/>
        </w:rPr>
        <w:t>7</w:t>
      </w:r>
      <w:r w:rsidRPr="000767E2">
        <w:rPr>
          <w:lang w:val="sv-SE"/>
        </w:rPr>
        <w:t xml:space="preserve"> {{field-on:bible}}Och när han insåg att han är av Herodes auktoritet, skickade han upp honom till Herodes, som också han var i Jerusalem under dessa dagar.{{field-off:bible}}</w:t>
      </w:r>
    </w:p>
    <w:p w14:paraId="66CD07FE" w14:textId="77777777" w:rsidR="00BA33AB" w:rsidRPr="000767E2" w:rsidRDefault="00000000">
      <w:pPr>
        <w:pStyle w:val="Rubrik3"/>
        <w:rPr>
          <w:lang w:val="sv-SE"/>
        </w:rPr>
      </w:pPr>
      <w:r w:rsidRPr="000767E2">
        <w:rPr>
          <w:lang w:val="sv-SE"/>
        </w:rPr>
        <w:t>Jesus inför Herodes</w:t>
      </w:r>
    </w:p>
    <w:p w14:paraId="62B88F09" w14:textId="4DDACA27" w:rsidR="00BA33AB" w:rsidRPr="000767E2" w:rsidRDefault="00000000">
      <w:pPr>
        <w:rPr>
          <w:lang w:val="sv-SE"/>
        </w:rPr>
      </w:pPr>
      <w:r w:rsidRPr="000767E2">
        <w:rPr>
          <w:lang w:val="sv-SE"/>
        </w:rPr>
        <w:t>[[@</w:t>
      </w:r>
      <w:r w:rsidR="0096445B" w:rsidRPr="000767E2">
        <w:rPr>
          <w:lang w:val="sv-SE"/>
        </w:rPr>
        <w:t>BibleBIBEL82</w:t>
      </w:r>
      <w:r w:rsidRPr="000767E2">
        <w:rPr>
          <w:lang w:val="sv-SE"/>
        </w:rPr>
        <w:t>:Luke 23:8]]</w:t>
      </w:r>
      <w:r w:rsidRPr="000767E2">
        <w:rPr>
          <w:vertAlign w:val="superscript"/>
          <w:lang w:val="sv-SE"/>
        </w:rPr>
        <w:t>8</w:t>
      </w:r>
      <w:r w:rsidRPr="000767E2">
        <w:rPr>
          <w:lang w:val="sv-SE"/>
        </w:rPr>
        <w:t xml:space="preserve"> {{field-on:bible}}Och Herodes, när han såg Jesus, gladde sig väldigt. För han hade sedan avsevärda tider velat se honom, eftersom han hört om honom, och hoppades </w:t>
      </w:r>
      <w:r w:rsidRPr="000767E2">
        <w:rPr>
          <w:i/>
          <w:lang w:val="sv-SE"/>
        </w:rPr>
        <w:t>få</w:t>
      </w:r>
      <w:r w:rsidRPr="000767E2">
        <w:rPr>
          <w:lang w:val="sv-SE"/>
        </w:rPr>
        <w:t xml:space="preserve"> se något tecken komma genom honom.{{field-off:bible}} [[@</w:t>
      </w:r>
      <w:r w:rsidR="0096445B" w:rsidRPr="000767E2">
        <w:rPr>
          <w:lang w:val="sv-SE"/>
        </w:rPr>
        <w:t>BibleBIBEL82</w:t>
      </w:r>
      <w:r w:rsidRPr="000767E2">
        <w:rPr>
          <w:lang w:val="sv-SE"/>
        </w:rPr>
        <w:t>:Luke 23:9]]</w:t>
      </w:r>
      <w:r w:rsidRPr="000767E2">
        <w:rPr>
          <w:vertAlign w:val="superscript"/>
          <w:lang w:val="sv-SE"/>
        </w:rPr>
        <w:t>9</w:t>
      </w:r>
      <w:r w:rsidRPr="000767E2">
        <w:rPr>
          <w:lang w:val="sv-SE"/>
        </w:rPr>
        <w:t xml:space="preserve"> {{field-on:bible}}Och han frågade honom med åtskilliga ord, men han svarade inget till honom.{{field-off:bible}} [[@</w:t>
      </w:r>
      <w:r w:rsidR="0096445B" w:rsidRPr="000767E2">
        <w:rPr>
          <w:lang w:val="sv-SE"/>
        </w:rPr>
        <w:t>BibleBIBEL82</w:t>
      </w:r>
      <w:r w:rsidRPr="000767E2">
        <w:rPr>
          <w:lang w:val="sv-SE"/>
        </w:rPr>
        <w:t>:Luke 23:10]]</w:t>
      </w:r>
      <w:r w:rsidRPr="000767E2">
        <w:rPr>
          <w:vertAlign w:val="superscript"/>
          <w:lang w:val="sv-SE"/>
        </w:rPr>
        <w:t>10</w:t>
      </w:r>
      <w:r w:rsidRPr="000767E2">
        <w:rPr>
          <w:lang w:val="sv-SE"/>
        </w:rPr>
        <w:t xml:space="preserve"> {{field-on:bible}}Och </w:t>
      </w:r>
      <w:r w:rsidRPr="000767E2">
        <w:rPr>
          <w:i/>
          <w:lang w:val="sv-SE"/>
        </w:rPr>
        <w:t>där</w:t>
      </w:r>
      <w:r w:rsidRPr="000767E2">
        <w:rPr>
          <w:lang w:val="sv-SE"/>
        </w:rPr>
        <w:t xml:space="preserve"> stod översteprästerna och de skriftlärda, intensivt anklagande honom.{{field-off:bible}}</w:t>
      </w:r>
    </w:p>
    <w:p w14:paraId="5D543E75" w14:textId="3571F07D" w:rsidR="00BA33AB" w:rsidRPr="000767E2" w:rsidRDefault="00000000">
      <w:pPr>
        <w:rPr>
          <w:lang w:val="sv-SE"/>
        </w:rPr>
      </w:pPr>
      <w:r w:rsidRPr="000767E2">
        <w:rPr>
          <w:lang w:val="sv-SE"/>
        </w:rPr>
        <w:t>[[@</w:t>
      </w:r>
      <w:r w:rsidR="0096445B" w:rsidRPr="000767E2">
        <w:rPr>
          <w:lang w:val="sv-SE"/>
        </w:rPr>
        <w:t>BibleBIBEL82</w:t>
      </w:r>
      <w:r w:rsidRPr="000767E2">
        <w:rPr>
          <w:lang w:val="sv-SE"/>
        </w:rPr>
        <w:t>:Luke 23:11]]</w:t>
      </w:r>
      <w:r w:rsidRPr="000767E2">
        <w:rPr>
          <w:vertAlign w:val="superscript"/>
          <w:lang w:val="sv-SE"/>
        </w:rPr>
        <w:t>11</w:t>
      </w:r>
      <w:r w:rsidRPr="000767E2">
        <w:rPr>
          <w:lang w:val="sv-SE"/>
        </w:rPr>
        <w:t xml:space="preserve"> {{field-on:bible}}Och </w:t>
      </w:r>
      <w:r w:rsidRPr="000767E2">
        <w:rPr>
          <w:i/>
          <w:lang w:val="sv-SE"/>
        </w:rPr>
        <w:t>då</w:t>
      </w:r>
      <w:r w:rsidRPr="000767E2">
        <w:rPr>
          <w:lang w:val="sv-SE"/>
        </w:rPr>
        <w:t xml:space="preserve"> föraktade honom [även] Herodes med sina trupper, och han förlöjligade och klädde i en glansfull skrud och skickade tillbaka honom till Pilatus.{{field-off:bible}} [[@</w:t>
      </w:r>
      <w:r w:rsidR="0096445B" w:rsidRPr="000767E2">
        <w:rPr>
          <w:lang w:val="sv-SE"/>
        </w:rPr>
        <w:t>BibleBIBEL82</w:t>
      </w:r>
      <w:r w:rsidRPr="000767E2">
        <w:rPr>
          <w:lang w:val="sv-SE"/>
        </w:rPr>
        <w:t>:Luke 23:12]]</w:t>
      </w:r>
      <w:r w:rsidRPr="000767E2">
        <w:rPr>
          <w:vertAlign w:val="superscript"/>
          <w:lang w:val="sv-SE"/>
        </w:rPr>
        <w:t>12</w:t>
      </w:r>
      <w:r w:rsidRPr="000767E2">
        <w:rPr>
          <w:lang w:val="sv-SE"/>
        </w:rPr>
        <w:t xml:space="preserve"> {{field-on:bible}}Och de blev vänner, både Herodes och Pilatus, på den dagen med varandra. För tidigare hade de varit i fiendskap mot varann.{{field-off:bible}}</w:t>
      </w:r>
    </w:p>
    <w:p w14:paraId="03ED07D1" w14:textId="77777777" w:rsidR="00BA33AB" w:rsidRPr="000767E2" w:rsidRDefault="00000000">
      <w:pPr>
        <w:pStyle w:val="Rubrik3"/>
        <w:rPr>
          <w:lang w:val="sv-SE"/>
        </w:rPr>
      </w:pPr>
      <w:r w:rsidRPr="000767E2">
        <w:rPr>
          <w:lang w:val="sv-SE"/>
        </w:rPr>
        <w:t>Jesus döms till döden</w:t>
      </w:r>
    </w:p>
    <w:p w14:paraId="37519353" w14:textId="3177FC97" w:rsidR="00BA33AB" w:rsidRPr="000767E2" w:rsidRDefault="00000000">
      <w:pPr>
        <w:rPr>
          <w:lang w:val="sv-SE"/>
        </w:rPr>
      </w:pPr>
      <w:r w:rsidRPr="000767E2">
        <w:rPr>
          <w:lang w:val="sv-SE"/>
        </w:rPr>
        <w:t>[[@</w:t>
      </w:r>
      <w:r w:rsidR="0096445B" w:rsidRPr="000767E2">
        <w:rPr>
          <w:lang w:val="sv-SE"/>
        </w:rPr>
        <w:t>BibleBIBEL82</w:t>
      </w:r>
      <w:r w:rsidRPr="000767E2">
        <w:rPr>
          <w:lang w:val="sv-SE"/>
        </w:rPr>
        <w:t>:Luke 23:13]]</w:t>
      </w:r>
      <w:r w:rsidRPr="000767E2">
        <w:rPr>
          <w:vertAlign w:val="superscript"/>
          <w:lang w:val="sv-SE"/>
        </w:rPr>
        <w:t>13</w:t>
      </w:r>
      <w:r w:rsidRPr="000767E2">
        <w:rPr>
          <w:lang w:val="sv-SE"/>
        </w:rPr>
        <w:t xml:space="preserve"> {{field-on:bible}}Men Pilatus sammankallade översteprästerna och ledarna och folket{{field-off:bible}} [[@</w:t>
      </w:r>
      <w:r w:rsidR="0096445B" w:rsidRPr="000767E2">
        <w:rPr>
          <w:lang w:val="sv-SE"/>
        </w:rPr>
        <w:t>BibleBIBEL82</w:t>
      </w:r>
      <w:r w:rsidRPr="000767E2">
        <w:rPr>
          <w:lang w:val="sv-SE"/>
        </w:rPr>
        <w:t>:Luke 23:14]]</w:t>
      </w:r>
      <w:r w:rsidRPr="000767E2">
        <w:rPr>
          <w:vertAlign w:val="superscript"/>
          <w:lang w:val="sv-SE"/>
        </w:rPr>
        <w:t>14</w:t>
      </w:r>
      <w:r w:rsidRPr="000767E2">
        <w:rPr>
          <w:lang w:val="sv-SE"/>
        </w:rPr>
        <w:t xml:space="preserve"> {{field-on:bible}}och sade till dem: ”Ni har fört till mig denna människa som en som vänder bort folket. Och se: jag har inför er förhört, och inte funnit hos denna människa </w:t>
      </w:r>
      <w:r w:rsidRPr="000767E2">
        <w:rPr>
          <w:i/>
          <w:lang w:val="sv-SE"/>
        </w:rPr>
        <w:t>den</w:t>
      </w:r>
      <w:r w:rsidRPr="000767E2">
        <w:rPr>
          <w:lang w:val="sv-SE"/>
        </w:rPr>
        <w:t xml:space="preserve"> sak för vilken ni anklagar honom.{{field-off:bible}} [[@</w:t>
      </w:r>
      <w:r w:rsidR="0096445B" w:rsidRPr="000767E2">
        <w:rPr>
          <w:lang w:val="sv-SE"/>
        </w:rPr>
        <w:t>BibleBIBEL82</w:t>
      </w:r>
      <w:r w:rsidRPr="000767E2">
        <w:rPr>
          <w:lang w:val="sv-SE"/>
        </w:rPr>
        <w:t>:Luke 23:15]]</w:t>
      </w:r>
      <w:r w:rsidRPr="000767E2">
        <w:rPr>
          <w:vertAlign w:val="superscript"/>
          <w:lang w:val="sv-SE"/>
        </w:rPr>
        <w:t>15</w:t>
      </w:r>
      <w:r w:rsidRPr="000767E2">
        <w:rPr>
          <w:lang w:val="sv-SE"/>
        </w:rPr>
        <w:t xml:space="preserve"> {{field-on:bible}}Nej, inte heller Herodes, för han har skickat tillbaka honom till oss. Och se, inget värt döden är begått av honom.{{field-off:bible}} [[@</w:t>
      </w:r>
      <w:r w:rsidR="0096445B" w:rsidRPr="000767E2">
        <w:rPr>
          <w:lang w:val="sv-SE"/>
        </w:rPr>
        <w:t>BibleBIBEL82</w:t>
      </w:r>
      <w:r w:rsidRPr="000767E2">
        <w:rPr>
          <w:lang w:val="sv-SE"/>
        </w:rPr>
        <w:t>:Luke 23:16]]</w:t>
      </w:r>
      <w:r w:rsidRPr="000767E2">
        <w:rPr>
          <w:vertAlign w:val="superscript"/>
          <w:lang w:val="sv-SE"/>
        </w:rPr>
        <w:t>16</w:t>
      </w:r>
      <w:r w:rsidRPr="000767E2">
        <w:rPr>
          <w:lang w:val="sv-SE"/>
        </w:rPr>
        <w:t xml:space="preserve"> {{field-on:bible}}Jag ska nu tukta honom och frige.”{{field-off:bible}}</w:t>
      </w:r>
    </w:p>
    <w:p w14:paraId="4F8DAC0C" w14:textId="67D071C8" w:rsidR="00BA33AB" w:rsidRPr="000767E2" w:rsidRDefault="00000000">
      <w:pPr>
        <w:rPr>
          <w:lang w:val="sv-SE"/>
        </w:rPr>
      </w:pPr>
      <w:r w:rsidRPr="000767E2">
        <w:rPr>
          <w:lang w:val="sv-SE"/>
        </w:rPr>
        <w:t>[[@</w:t>
      </w:r>
      <w:r w:rsidR="0096445B" w:rsidRPr="000767E2">
        <w:rPr>
          <w:lang w:val="sv-SE"/>
        </w:rPr>
        <w:t>BibleBIBEL82</w:t>
      </w:r>
      <w:r w:rsidRPr="000767E2">
        <w:rPr>
          <w:lang w:val="sv-SE"/>
        </w:rPr>
        <w:t>:Luke 23:18]]</w:t>
      </w:r>
      <w:r w:rsidRPr="000767E2">
        <w:rPr>
          <w:vertAlign w:val="superscript"/>
          <w:lang w:val="sv-SE"/>
        </w:rPr>
        <w:t>18</w:t>
      </w:r>
      <w:r w:rsidRPr="000767E2">
        <w:rPr>
          <w:lang w:val="sv-SE"/>
        </w:rPr>
        <w:t xml:space="preserve"> {{field-on:bible}}Men de skrek högt hela hopen och sade: ”Ta bort den där! Och frige åt oss Barabbas!” –{{field-off:bible}} [[@</w:t>
      </w:r>
      <w:r w:rsidR="0096445B" w:rsidRPr="000767E2">
        <w:rPr>
          <w:lang w:val="sv-SE"/>
        </w:rPr>
        <w:t>BibleBIBEL82</w:t>
      </w:r>
      <w:r w:rsidRPr="000767E2">
        <w:rPr>
          <w:lang w:val="sv-SE"/>
        </w:rPr>
        <w:t>:Luke 23:19]]</w:t>
      </w:r>
      <w:r w:rsidRPr="000767E2">
        <w:rPr>
          <w:vertAlign w:val="superscript"/>
          <w:lang w:val="sv-SE"/>
        </w:rPr>
        <w:t>19</w:t>
      </w:r>
      <w:r w:rsidRPr="000767E2">
        <w:rPr>
          <w:lang w:val="sv-SE"/>
        </w:rPr>
        <w:t xml:space="preserve"> {{field-on:bible}}som för ett uppror som skett i staden och </w:t>
      </w:r>
      <w:r w:rsidRPr="000767E2">
        <w:rPr>
          <w:i/>
          <w:lang w:val="sv-SE"/>
        </w:rPr>
        <w:t>för</w:t>
      </w:r>
      <w:r w:rsidRPr="000767E2">
        <w:rPr>
          <w:lang w:val="sv-SE"/>
        </w:rPr>
        <w:t xml:space="preserve"> mord var kastad i fängelset.{{field-off:bible}} [[@</w:t>
      </w:r>
      <w:r w:rsidR="0096445B" w:rsidRPr="000767E2">
        <w:rPr>
          <w:lang w:val="sv-SE"/>
        </w:rPr>
        <w:t>BibleBIBEL82</w:t>
      </w:r>
      <w:r w:rsidRPr="000767E2">
        <w:rPr>
          <w:lang w:val="sv-SE"/>
        </w:rPr>
        <w:t>:Luke 23:20]]</w:t>
      </w:r>
      <w:r w:rsidRPr="000767E2">
        <w:rPr>
          <w:vertAlign w:val="superscript"/>
          <w:lang w:val="sv-SE"/>
        </w:rPr>
        <w:t>20</w:t>
      </w:r>
      <w:r w:rsidRPr="000767E2">
        <w:rPr>
          <w:lang w:val="sv-SE"/>
        </w:rPr>
        <w:t xml:space="preserve"> {{field-on:bible}}Men åter ropade Pilatus till dem och ville frige Jesus.{{field-off:bible}} [[@</w:t>
      </w:r>
      <w:r w:rsidR="0096445B" w:rsidRPr="000767E2">
        <w:rPr>
          <w:lang w:val="sv-SE"/>
        </w:rPr>
        <w:t>BibleBIBEL82</w:t>
      </w:r>
      <w:r w:rsidRPr="000767E2">
        <w:rPr>
          <w:lang w:val="sv-SE"/>
        </w:rPr>
        <w:t>:Luke 23:21]]</w:t>
      </w:r>
      <w:r w:rsidRPr="000767E2">
        <w:rPr>
          <w:vertAlign w:val="superscript"/>
          <w:lang w:val="sv-SE"/>
        </w:rPr>
        <w:t>21</w:t>
      </w:r>
      <w:r w:rsidRPr="000767E2">
        <w:rPr>
          <w:lang w:val="sv-SE"/>
        </w:rPr>
        <w:t xml:space="preserve"> {{field-on:bible}}Men de utropade och sade: ”Korsfäst! Korsfäst honom!”{{field-off:bible}} [[@</w:t>
      </w:r>
      <w:r w:rsidR="0096445B" w:rsidRPr="000767E2">
        <w:rPr>
          <w:lang w:val="sv-SE"/>
        </w:rPr>
        <w:t>BibleBIBEL82</w:t>
      </w:r>
      <w:r w:rsidRPr="000767E2">
        <w:rPr>
          <w:lang w:val="sv-SE"/>
        </w:rPr>
        <w:t>:Luke 23:22]]</w:t>
      </w:r>
      <w:r w:rsidRPr="000767E2">
        <w:rPr>
          <w:vertAlign w:val="superscript"/>
          <w:lang w:val="sv-SE"/>
        </w:rPr>
        <w:t>22</w:t>
      </w:r>
      <w:r w:rsidRPr="000767E2">
        <w:rPr>
          <w:lang w:val="sv-SE"/>
        </w:rPr>
        <w:t xml:space="preserve"> {{field-on:bible}}Och en tredje </w:t>
      </w:r>
      <w:r w:rsidRPr="000767E2">
        <w:rPr>
          <w:i/>
          <w:lang w:val="sv-SE"/>
        </w:rPr>
        <w:t>gång</w:t>
      </w:r>
      <w:r w:rsidRPr="000767E2">
        <w:rPr>
          <w:lang w:val="sv-SE"/>
        </w:rPr>
        <w:t xml:space="preserve"> sade han till dem: ”Vad </w:t>
      </w:r>
      <w:r w:rsidRPr="000767E2">
        <w:rPr>
          <w:i/>
          <w:lang w:val="sv-SE"/>
        </w:rPr>
        <w:t>för</w:t>
      </w:r>
      <w:r w:rsidRPr="000767E2">
        <w:rPr>
          <w:lang w:val="sv-SE"/>
        </w:rPr>
        <w:t xml:space="preserve"> ont har då denne gjort? Ingen sak </w:t>
      </w:r>
      <w:r w:rsidRPr="000767E2">
        <w:rPr>
          <w:i/>
          <w:lang w:val="sv-SE"/>
        </w:rPr>
        <w:t>värd</w:t>
      </w:r>
      <w:r w:rsidRPr="000767E2">
        <w:rPr>
          <w:lang w:val="sv-SE"/>
        </w:rPr>
        <w:t xml:space="preserve"> döden fann jag mot honom. Jag ska nu tukta honom och frige.”{{field-off:bible}} [[@</w:t>
      </w:r>
      <w:r w:rsidR="0096445B" w:rsidRPr="000767E2">
        <w:rPr>
          <w:lang w:val="sv-SE"/>
        </w:rPr>
        <w:t>BibleBIBEL82</w:t>
      </w:r>
      <w:r w:rsidRPr="000767E2">
        <w:rPr>
          <w:lang w:val="sv-SE"/>
        </w:rPr>
        <w:t>:Luke 23:23]]</w:t>
      </w:r>
      <w:r w:rsidRPr="000767E2">
        <w:rPr>
          <w:vertAlign w:val="superscript"/>
          <w:lang w:val="sv-SE"/>
        </w:rPr>
        <w:t>23</w:t>
      </w:r>
      <w:r w:rsidRPr="000767E2">
        <w:rPr>
          <w:lang w:val="sv-SE"/>
        </w:rPr>
        <w:t xml:space="preserve"> {{field-on:bible}}Men de låg på </w:t>
      </w:r>
      <w:r w:rsidRPr="000767E2">
        <w:rPr>
          <w:lang w:val="sv-SE"/>
        </w:rPr>
        <w:lastRenderedPageBreak/>
        <w:t xml:space="preserve">med väldiga röster och begärde att han </w:t>
      </w:r>
      <w:r w:rsidRPr="000767E2">
        <w:rPr>
          <w:i/>
          <w:lang w:val="sv-SE"/>
        </w:rPr>
        <w:t>skulle</w:t>
      </w:r>
      <w:r w:rsidRPr="000767E2">
        <w:rPr>
          <w:lang w:val="sv-SE"/>
        </w:rPr>
        <w:t xml:space="preserve"> korsfästas, och deras röster blev övermäktiga.{{field-off:bible}}</w:t>
      </w:r>
    </w:p>
    <w:p w14:paraId="090E1A7C" w14:textId="38356300" w:rsidR="00BA33AB" w:rsidRPr="000767E2" w:rsidRDefault="00000000">
      <w:pPr>
        <w:rPr>
          <w:lang w:val="sv-SE"/>
        </w:rPr>
      </w:pPr>
      <w:r w:rsidRPr="000767E2">
        <w:rPr>
          <w:lang w:val="sv-SE"/>
        </w:rPr>
        <w:t>[[@</w:t>
      </w:r>
      <w:r w:rsidR="0096445B" w:rsidRPr="000767E2">
        <w:rPr>
          <w:lang w:val="sv-SE"/>
        </w:rPr>
        <w:t>BibleBIBEL82</w:t>
      </w:r>
      <w:r w:rsidRPr="000767E2">
        <w:rPr>
          <w:lang w:val="sv-SE"/>
        </w:rPr>
        <w:t>:Luke 23:24]]</w:t>
      </w:r>
      <w:r w:rsidRPr="000767E2">
        <w:rPr>
          <w:vertAlign w:val="superscript"/>
          <w:lang w:val="sv-SE"/>
        </w:rPr>
        <w:t>24</w:t>
      </w:r>
      <w:r w:rsidRPr="000767E2">
        <w:rPr>
          <w:lang w:val="sv-SE"/>
        </w:rPr>
        <w:t xml:space="preserve"> {{field-on:bible}}Och Pilatus tilldömde att deras önskemål </w:t>
      </w:r>
      <w:r w:rsidRPr="000767E2">
        <w:rPr>
          <w:i/>
          <w:lang w:val="sv-SE"/>
        </w:rPr>
        <w:t>skulle</w:t>
      </w:r>
      <w:r w:rsidRPr="000767E2">
        <w:rPr>
          <w:lang w:val="sv-SE"/>
        </w:rPr>
        <w:t xml:space="preserve"> ske.{{field-off:bible}} [[@</w:t>
      </w:r>
      <w:r w:rsidR="0096445B" w:rsidRPr="000767E2">
        <w:rPr>
          <w:lang w:val="sv-SE"/>
        </w:rPr>
        <w:t>BibleBIBEL82</w:t>
      </w:r>
      <w:r w:rsidRPr="000767E2">
        <w:rPr>
          <w:lang w:val="sv-SE"/>
        </w:rPr>
        <w:t>:Luke 23:25]]</w:t>
      </w:r>
      <w:r w:rsidRPr="000767E2">
        <w:rPr>
          <w:vertAlign w:val="superscript"/>
          <w:lang w:val="sv-SE"/>
        </w:rPr>
        <w:t>25</w:t>
      </w:r>
      <w:r w:rsidRPr="000767E2">
        <w:rPr>
          <w:lang w:val="sv-SE"/>
        </w:rPr>
        <w:t xml:space="preserve"> {{field-on:bible}}Och han frigav den som för uppror och mord var kastad i fängelse, den de begärde. Men Jesus utlämnade han åt deras vilja.{{field-off:bible}}</w:t>
      </w:r>
    </w:p>
    <w:p w14:paraId="7D1ABD84" w14:textId="77777777" w:rsidR="00BA33AB" w:rsidRPr="000767E2" w:rsidRDefault="00000000">
      <w:pPr>
        <w:pStyle w:val="Rubrik3"/>
        <w:rPr>
          <w:lang w:val="sv-SE"/>
        </w:rPr>
      </w:pPr>
      <w:r w:rsidRPr="000767E2">
        <w:rPr>
          <w:lang w:val="sv-SE"/>
        </w:rPr>
        <w:t>Jesus blir korsfäst</w:t>
      </w:r>
    </w:p>
    <w:p w14:paraId="05E5732F" w14:textId="491A5880" w:rsidR="00BA33AB" w:rsidRPr="000767E2" w:rsidRDefault="00000000">
      <w:pPr>
        <w:rPr>
          <w:lang w:val="sv-SE"/>
        </w:rPr>
      </w:pPr>
      <w:r w:rsidRPr="000767E2">
        <w:rPr>
          <w:lang w:val="sv-SE"/>
        </w:rPr>
        <w:t>[[@</w:t>
      </w:r>
      <w:r w:rsidR="0096445B" w:rsidRPr="000767E2">
        <w:rPr>
          <w:lang w:val="sv-SE"/>
        </w:rPr>
        <w:t>BibleBIBEL82</w:t>
      </w:r>
      <w:r w:rsidRPr="000767E2">
        <w:rPr>
          <w:lang w:val="sv-SE"/>
        </w:rPr>
        <w:t>:Luke 23:26]]</w:t>
      </w:r>
      <w:r w:rsidRPr="000767E2">
        <w:rPr>
          <w:vertAlign w:val="superscript"/>
          <w:lang w:val="sv-SE"/>
        </w:rPr>
        <w:t>26</w:t>
      </w:r>
      <w:r w:rsidRPr="000767E2">
        <w:rPr>
          <w:lang w:val="sv-SE"/>
        </w:rPr>
        <w:t xml:space="preserve"> {{field-on:bible}}Och när de förde bort honom tog de tag i Simon, en kyrené som kom </w:t>
      </w:r>
      <w:r w:rsidRPr="000767E2">
        <w:rPr>
          <w:i/>
          <w:lang w:val="sv-SE"/>
        </w:rPr>
        <w:t>in</w:t>
      </w:r>
      <w:r w:rsidRPr="000767E2">
        <w:rPr>
          <w:lang w:val="sv-SE"/>
        </w:rPr>
        <w:t xml:space="preserve"> från landsbygden, och lade på honom korset att bära bakom Jesus.{{field-off:bible}} [[@</w:t>
      </w:r>
      <w:r w:rsidR="0096445B" w:rsidRPr="000767E2">
        <w:rPr>
          <w:lang w:val="sv-SE"/>
        </w:rPr>
        <w:t>BibleBIBEL82</w:t>
      </w:r>
      <w:r w:rsidRPr="000767E2">
        <w:rPr>
          <w:lang w:val="sv-SE"/>
        </w:rPr>
        <w:t>:Luke 23:27]]</w:t>
      </w:r>
      <w:r w:rsidRPr="000767E2">
        <w:rPr>
          <w:vertAlign w:val="superscript"/>
          <w:lang w:val="sv-SE"/>
        </w:rPr>
        <w:t>27</w:t>
      </w:r>
      <w:r w:rsidRPr="000767E2">
        <w:rPr>
          <w:lang w:val="sv-SE"/>
        </w:rPr>
        <w:t xml:space="preserve"> {{field-on:bible}}Och </w:t>
      </w:r>
      <w:r w:rsidRPr="000767E2">
        <w:rPr>
          <w:i/>
          <w:lang w:val="sv-SE"/>
        </w:rPr>
        <w:t>det</w:t>
      </w:r>
      <w:r w:rsidRPr="000767E2">
        <w:rPr>
          <w:lang w:val="sv-SE"/>
        </w:rPr>
        <w:t xml:space="preserve"> följde honom en stor mängd av folket, och av kvinnor som slog sig själva och jämrade sig över honom.{{field-off:bible}}</w:t>
      </w:r>
    </w:p>
    <w:p w14:paraId="4E8079DC" w14:textId="0D846EC6" w:rsidR="00BA33AB" w:rsidRPr="000767E2" w:rsidRDefault="00000000">
      <w:pPr>
        <w:rPr>
          <w:lang w:val="sv-SE"/>
        </w:rPr>
      </w:pPr>
      <w:r w:rsidRPr="000767E2">
        <w:rPr>
          <w:lang w:val="sv-SE"/>
        </w:rPr>
        <w:t>[[@</w:t>
      </w:r>
      <w:r w:rsidR="0096445B" w:rsidRPr="000767E2">
        <w:rPr>
          <w:lang w:val="sv-SE"/>
        </w:rPr>
        <w:t>BibleBIBEL82</w:t>
      </w:r>
      <w:r w:rsidRPr="000767E2">
        <w:rPr>
          <w:lang w:val="sv-SE"/>
        </w:rPr>
        <w:t>:Luke 23:28]]</w:t>
      </w:r>
      <w:r w:rsidRPr="000767E2">
        <w:rPr>
          <w:vertAlign w:val="superscript"/>
          <w:lang w:val="sv-SE"/>
        </w:rPr>
        <w:t>28</w:t>
      </w:r>
      <w:r w:rsidRPr="000767E2">
        <w:rPr>
          <w:lang w:val="sv-SE"/>
        </w:rPr>
        <w:t xml:space="preserve"> {{field-on:bible}}Men vänd till dem sade Jesus: ”Jerusalems döttrar! Gråt inte över mig, utan gråt över er själva och över era barn.{{field-off:bible}} [[@</w:t>
      </w:r>
      <w:r w:rsidR="0096445B" w:rsidRPr="000767E2">
        <w:rPr>
          <w:lang w:val="sv-SE"/>
        </w:rPr>
        <w:t>BibleBIBEL82</w:t>
      </w:r>
      <w:r w:rsidRPr="000767E2">
        <w:rPr>
          <w:lang w:val="sv-SE"/>
        </w:rPr>
        <w:t>:Luke 23:29]]</w:t>
      </w:r>
      <w:r w:rsidRPr="000767E2">
        <w:rPr>
          <w:vertAlign w:val="superscript"/>
          <w:lang w:val="sv-SE"/>
        </w:rPr>
        <w:t>29</w:t>
      </w:r>
      <w:r w:rsidRPr="000767E2">
        <w:rPr>
          <w:lang w:val="sv-SE"/>
        </w:rPr>
        <w:t xml:space="preserve"> {{field-on:bible}}För se, det kommer dagar under vilka man ska säga: Saliga de ofruktsamma, och de moderliv som inte fött och bröst som inte har gett näring.{{field-off:bible}} [[@</w:t>
      </w:r>
      <w:r w:rsidR="0096445B" w:rsidRPr="000767E2">
        <w:rPr>
          <w:lang w:val="sv-SE"/>
        </w:rPr>
        <w:t>BibleBIBEL82</w:t>
      </w:r>
      <w:r w:rsidRPr="000767E2">
        <w:rPr>
          <w:lang w:val="sv-SE"/>
        </w:rPr>
        <w:t>:Luke 23:30]]</w:t>
      </w:r>
      <w:r w:rsidRPr="000767E2">
        <w:rPr>
          <w:vertAlign w:val="superscript"/>
          <w:lang w:val="sv-SE"/>
        </w:rPr>
        <w:t>30</w:t>
      </w:r>
      <w:r w:rsidRPr="000767E2">
        <w:rPr>
          <w:lang w:val="sv-SE"/>
        </w:rPr>
        <w:t xml:space="preserve"> {{field-on:bible}}Då ska man börja säga till bergen: Fall över oss, och till kullarna: Övertäck oss!{{field-off:bible}} [[@</w:t>
      </w:r>
      <w:r w:rsidR="0096445B" w:rsidRPr="000767E2">
        <w:rPr>
          <w:lang w:val="sv-SE"/>
        </w:rPr>
        <w:t>BibleBIBEL82</w:t>
      </w:r>
      <w:r w:rsidRPr="000767E2">
        <w:rPr>
          <w:lang w:val="sv-SE"/>
        </w:rPr>
        <w:t>:Luke 23:31]]</w:t>
      </w:r>
      <w:r w:rsidRPr="000767E2">
        <w:rPr>
          <w:vertAlign w:val="superscript"/>
          <w:lang w:val="sv-SE"/>
        </w:rPr>
        <w:t>31</w:t>
      </w:r>
      <w:r w:rsidRPr="000767E2">
        <w:rPr>
          <w:lang w:val="sv-SE"/>
        </w:rPr>
        <w:t xml:space="preserve"> {{field-on:bible}}För om de gör detta med det saftfulla träet, vad ska </w:t>
      </w:r>
      <w:r w:rsidRPr="000767E2">
        <w:rPr>
          <w:i/>
          <w:lang w:val="sv-SE"/>
        </w:rPr>
        <w:t>då</w:t>
      </w:r>
      <w:r w:rsidRPr="000767E2">
        <w:rPr>
          <w:lang w:val="sv-SE"/>
        </w:rPr>
        <w:t xml:space="preserve"> ske med det torra?”{{field-off:bible}}</w:t>
      </w:r>
    </w:p>
    <w:p w14:paraId="31CFD812" w14:textId="30734F1C" w:rsidR="00BA33AB" w:rsidRPr="000767E2" w:rsidRDefault="00000000">
      <w:pPr>
        <w:rPr>
          <w:lang w:val="sv-SE"/>
        </w:rPr>
      </w:pPr>
      <w:r w:rsidRPr="000767E2">
        <w:rPr>
          <w:lang w:val="sv-SE"/>
        </w:rPr>
        <w:t>[[@</w:t>
      </w:r>
      <w:r w:rsidR="0096445B" w:rsidRPr="000767E2">
        <w:rPr>
          <w:lang w:val="sv-SE"/>
        </w:rPr>
        <w:t>BibleBIBEL</w:t>
      </w:r>
      <w:proofErr w:type="gramStart"/>
      <w:r w:rsidR="0096445B" w:rsidRPr="000767E2">
        <w:rPr>
          <w:lang w:val="sv-SE"/>
        </w:rPr>
        <w:t>82</w:t>
      </w:r>
      <w:r w:rsidRPr="000767E2">
        <w:rPr>
          <w:lang w:val="sv-SE"/>
        </w:rPr>
        <w:t>:Luke</w:t>
      </w:r>
      <w:proofErr w:type="gramEnd"/>
      <w:r w:rsidRPr="000767E2">
        <w:rPr>
          <w:lang w:val="sv-SE"/>
        </w:rPr>
        <w:t xml:space="preserve"> 23:32]]</w:t>
      </w:r>
      <w:r w:rsidRPr="000767E2">
        <w:rPr>
          <w:vertAlign w:val="superscript"/>
          <w:lang w:val="sv-SE"/>
        </w:rPr>
        <w:t>32</w:t>
      </w:r>
      <w:r w:rsidRPr="000767E2">
        <w:rPr>
          <w:lang w:val="sv-SE"/>
        </w:rPr>
        <w:t xml:space="preserve"> {{field-</w:t>
      </w:r>
      <w:proofErr w:type="gramStart"/>
      <w:r w:rsidRPr="000767E2">
        <w:rPr>
          <w:lang w:val="sv-SE"/>
        </w:rPr>
        <w:t>on:bible}}Och</w:t>
      </w:r>
      <w:proofErr w:type="gramEnd"/>
      <w:r w:rsidRPr="000767E2">
        <w:rPr>
          <w:lang w:val="sv-SE"/>
        </w:rPr>
        <w:t xml:space="preserve"> de förde även </w:t>
      </w:r>
      <w:r w:rsidRPr="000767E2">
        <w:rPr>
          <w:i/>
          <w:lang w:val="sv-SE"/>
        </w:rPr>
        <w:t>ut</w:t>
      </w:r>
      <w:r w:rsidRPr="000767E2">
        <w:rPr>
          <w:lang w:val="sv-SE"/>
        </w:rPr>
        <w:t xml:space="preserve"> andra, två missdådare, med honom </w:t>
      </w:r>
      <w:r w:rsidRPr="000767E2">
        <w:rPr>
          <w:i/>
          <w:lang w:val="sv-SE"/>
        </w:rPr>
        <w:t>för</w:t>
      </w:r>
      <w:r w:rsidRPr="000767E2">
        <w:rPr>
          <w:lang w:val="sv-SE"/>
        </w:rPr>
        <w:t xml:space="preserve"> att </w:t>
      </w:r>
      <w:proofErr w:type="gramStart"/>
      <w:r w:rsidRPr="000767E2">
        <w:rPr>
          <w:lang w:val="sv-SE"/>
        </w:rPr>
        <w:t>avrättas.{</w:t>
      </w:r>
      <w:proofErr w:type="gramEnd"/>
      <w:r w:rsidRPr="000767E2">
        <w:rPr>
          <w:lang w:val="sv-SE"/>
        </w:rPr>
        <w:t>{field-</w:t>
      </w:r>
      <w:proofErr w:type="gramStart"/>
      <w:r w:rsidRPr="000767E2">
        <w:rPr>
          <w:lang w:val="sv-SE"/>
        </w:rPr>
        <w:t>off:bible</w:t>
      </w:r>
      <w:proofErr w:type="gramEnd"/>
      <w:r w:rsidRPr="000767E2">
        <w:rPr>
          <w:lang w:val="sv-SE"/>
        </w:rPr>
        <w:t>}} [[@</w:t>
      </w:r>
      <w:r w:rsidR="0096445B" w:rsidRPr="000767E2">
        <w:rPr>
          <w:lang w:val="sv-SE"/>
        </w:rPr>
        <w:t>BibleBIBEL</w:t>
      </w:r>
      <w:proofErr w:type="gramStart"/>
      <w:r w:rsidR="0096445B" w:rsidRPr="000767E2">
        <w:rPr>
          <w:lang w:val="sv-SE"/>
        </w:rPr>
        <w:t>82</w:t>
      </w:r>
      <w:r w:rsidRPr="000767E2">
        <w:rPr>
          <w:lang w:val="sv-SE"/>
        </w:rPr>
        <w:t>:Luke</w:t>
      </w:r>
      <w:proofErr w:type="gramEnd"/>
      <w:r w:rsidRPr="000767E2">
        <w:rPr>
          <w:lang w:val="sv-SE"/>
        </w:rPr>
        <w:t xml:space="preserve"> 23:33]]</w:t>
      </w:r>
      <w:r w:rsidRPr="000767E2">
        <w:rPr>
          <w:vertAlign w:val="superscript"/>
          <w:lang w:val="sv-SE"/>
        </w:rPr>
        <w:t>33</w:t>
      </w:r>
      <w:r w:rsidRPr="000767E2">
        <w:rPr>
          <w:lang w:val="sv-SE"/>
        </w:rPr>
        <w:t xml:space="preserve"> {{field-</w:t>
      </w:r>
      <w:proofErr w:type="gramStart"/>
      <w:r w:rsidRPr="000767E2">
        <w:rPr>
          <w:lang w:val="sv-SE"/>
        </w:rPr>
        <w:t>on:bible}}Och</w:t>
      </w:r>
      <w:proofErr w:type="gramEnd"/>
      <w:r w:rsidRPr="000767E2">
        <w:rPr>
          <w:lang w:val="sv-SE"/>
        </w:rPr>
        <w:t xml:space="preserve"> när de kom till den plats som kallas Kranium korsfäste de honom och missdådarna där, den ene vid högra </w:t>
      </w:r>
      <w:r w:rsidRPr="000767E2">
        <w:rPr>
          <w:i/>
          <w:lang w:val="sv-SE"/>
        </w:rPr>
        <w:t>sidan</w:t>
      </w:r>
      <w:r w:rsidRPr="000767E2">
        <w:rPr>
          <w:lang w:val="sv-SE"/>
        </w:rPr>
        <w:t xml:space="preserve"> och den andre vid </w:t>
      </w:r>
      <w:proofErr w:type="gramStart"/>
      <w:r w:rsidRPr="000767E2">
        <w:rPr>
          <w:lang w:val="sv-SE"/>
        </w:rPr>
        <w:t>vänstra.{</w:t>
      </w:r>
      <w:proofErr w:type="gramEnd"/>
      <w:r w:rsidRPr="000767E2">
        <w:rPr>
          <w:lang w:val="sv-SE"/>
        </w:rPr>
        <w:t>{field-</w:t>
      </w:r>
      <w:proofErr w:type="gramStart"/>
      <w:r w:rsidRPr="000767E2">
        <w:rPr>
          <w:lang w:val="sv-SE"/>
        </w:rPr>
        <w:t>off:bible</w:t>
      </w:r>
      <w:proofErr w:type="gramEnd"/>
      <w:r w:rsidRPr="000767E2">
        <w:rPr>
          <w:lang w:val="sv-SE"/>
        </w:rPr>
        <w:t>}} [[@</w:t>
      </w:r>
      <w:r w:rsidR="0096445B" w:rsidRPr="000767E2">
        <w:rPr>
          <w:lang w:val="sv-SE"/>
        </w:rPr>
        <w:t>BibleBIBEL</w:t>
      </w:r>
      <w:proofErr w:type="gramStart"/>
      <w:r w:rsidR="0096445B" w:rsidRPr="000767E2">
        <w:rPr>
          <w:lang w:val="sv-SE"/>
        </w:rPr>
        <w:t>82</w:t>
      </w:r>
      <w:r w:rsidRPr="000767E2">
        <w:rPr>
          <w:lang w:val="sv-SE"/>
        </w:rPr>
        <w:t>:Luke</w:t>
      </w:r>
      <w:proofErr w:type="gramEnd"/>
      <w:r w:rsidRPr="000767E2">
        <w:rPr>
          <w:lang w:val="sv-SE"/>
        </w:rPr>
        <w:t xml:space="preserve"> 23:34]]</w:t>
      </w:r>
      <w:r w:rsidRPr="000767E2">
        <w:rPr>
          <w:vertAlign w:val="superscript"/>
          <w:lang w:val="sv-SE"/>
        </w:rPr>
        <w:t>34</w:t>
      </w:r>
      <w:r w:rsidRPr="000767E2">
        <w:rPr>
          <w:lang w:val="sv-SE"/>
        </w:rPr>
        <w:t xml:space="preserve"> {{field-</w:t>
      </w:r>
      <w:proofErr w:type="gramStart"/>
      <w:r w:rsidRPr="000767E2">
        <w:rPr>
          <w:lang w:val="sv-SE"/>
        </w:rPr>
        <w:t>on:bible}}</w:t>
      </w:r>
      <w:r>
        <w:t>⟦</w:t>
      </w:r>
      <w:proofErr w:type="gramEnd"/>
      <w:r w:rsidRPr="000767E2">
        <w:rPr>
          <w:lang w:val="sv-SE"/>
        </w:rPr>
        <w:t>Men Jesus sade: ”Far, förlåt dem. För de vet inte vad de gör.”</w:t>
      </w:r>
      <w:r>
        <w:t>⟧</w:t>
      </w:r>
      <w:r w:rsidRPr="000767E2">
        <w:rPr>
          <w:lang w:val="sv-SE"/>
        </w:rPr>
        <w:t xml:space="preserve"> Och de delade upp hans kläder och kastade lott.{{field-off:bible}}</w:t>
      </w:r>
    </w:p>
    <w:p w14:paraId="0DA0FAA4" w14:textId="3BEBFDA7" w:rsidR="00BA33AB" w:rsidRPr="000767E2" w:rsidRDefault="00000000">
      <w:pPr>
        <w:rPr>
          <w:lang w:val="sv-SE"/>
        </w:rPr>
      </w:pPr>
      <w:r w:rsidRPr="000767E2">
        <w:rPr>
          <w:lang w:val="sv-SE"/>
        </w:rPr>
        <w:t>[[@</w:t>
      </w:r>
      <w:r w:rsidR="0096445B" w:rsidRPr="000767E2">
        <w:rPr>
          <w:lang w:val="sv-SE"/>
        </w:rPr>
        <w:t>BibleBIBEL82</w:t>
      </w:r>
      <w:r w:rsidRPr="000767E2">
        <w:rPr>
          <w:lang w:val="sv-SE"/>
        </w:rPr>
        <w:t>:Luke 23:35]]</w:t>
      </w:r>
      <w:r w:rsidRPr="000767E2">
        <w:rPr>
          <w:vertAlign w:val="superscript"/>
          <w:lang w:val="sv-SE"/>
        </w:rPr>
        <w:t>35</w:t>
      </w:r>
      <w:r w:rsidRPr="000767E2">
        <w:rPr>
          <w:lang w:val="sv-SE"/>
        </w:rPr>
        <w:t xml:space="preserve"> {{field-on:bible}}Och folket stod och skådade, och även ledarna fnös och sade: ”Andra har han frälst! Han får frälsa sig själv, om den där är Guds Kristus, den Utvalde.”{{field-off:bible}} [[@</w:t>
      </w:r>
      <w:r w:rsidR="0096445B" w:rsidRPr="000767E2">
        <w:rPr>
          <w:lang w:val="sv-SE"/>
        </w:rPr>
        <w:t>BibleBIBEL82</w:t>
      </w:r>
      <w:r w:rsidRPr="000767E2">
        <w:rPr>
          <w:lang w:val="sv-SE"/>
        </w:rPr>
        <w:t>:Luke 23:36]]</w:t>
      </w:r>
      <w:r w:rsidRPr="000767E2">
        <w:rPr>
          <w:vertAlign w:val="superscript"/>
          <w:lang w:val="sv-SE"/>
        </w:rPr>
        <w:t>36</w:t>
      </w:r>
      <w:r w:rsidRPr="000767E2">
        <w:rPr>
          <w:lang w:val="sv-SE"/>
        </w:rPr>
        <w:t xml:space="preserve"> {{field-on:bible}}Och </w:t>
      </w:r>
      <w:r w:rsidRPr="000767E2">
        <w:rPr>
          <w:i/>
          <w:lang w:val="sv-SE"/>
        </w:rPr>
        <w:t>sedan</w:t>
      </w:r>
      <w:r w:rsidRPr="000767E2">
        <w:rPr>
          <w:lang w:val="sv-SE"/>
        </w:rPr>
        <w:t xml:space="preserve"> förlöjligade honom även soldaterna, som kom fram </w:t>
      </w:r>
      <w:r w:rsidRPr="000767E2">
        <w:rPr>
          <w:i/>
          <w:lang w:val="sv-SE"/>
        </w:rPr>
        <w:t>och</w:t>
      </w:r>
      <w:r w:rsidRPr="000767E2">
        <w:rPr>
          <w:lang w:val="sv-SE"/>
        </w:rPr>
        <w:t xml:space="preserve"> bar fram surt vin åt honom{{field-off:bible}} [[@</w:t>
      </w:r>
      <w:r w:rsidR="0096445B" w:rsidRPr="000767E2">
        <w:rPr>
          <w:lang w:val="sv-SE"/>
        </w:rPr>
        <w:t>BibleBIBEL82</w:t>
      </w:r>
      <w:r w:rsidRPr="000767E2">
        <w:rPr>
          <w:lang w:val="sv-SE"/>
        </w:rPr>
        <w:t>:Luke 23:37]]</w:t>
      </w:r>
      <w:r w:rsidRPr="000767E2">
        <w:rPr>
          <w:vertAlign w:val="superscript"/>
          <w:lang w:val="sv-SE"/>
        </w:rPr>
        <w:t>37</w:t>
      </w:r>
      <w:r w:rsidRPr="000767E2">
        <w:rPr>
          <w:lang w:val="sv-SE"/>
        </w:rPr>
        <w:t xml:space="preserve"> {{field-on:bible}}och sade: ”Om du är judarnas kung, fräls dig själv!”{{field-off:bible}} [[@</w:t>
      </w:r>
      <w:r w:rsidR="0096445B" w:rsidRPr="000767E2">
        <w:rPr>
          <w:lang w:val="sv-SE"/>
        </w:rPr>
        <w:t>BibleBIBEL82</w:t>
      </w:r>
      <w:r w:rsidRPr="000767E2">
        <w:rPr>
          <w:lang w:val="sv-SE"/>
        </w:rPr>
        <w:t>:Luke 23:38]]</w:t>
      </w:r>
      <w:r w:rsidRPr="000767E2">
        <w:rPr>
          <w:vertAlign w:val="superscript"/>
          <w:lang w:val="sv-SE"/>
        </w:rPr>
        <w:t>38</w:t>
      </w:r>
      <w:r w:rsidRPr="000767E2">
        <w:rPr>
          <w:lang w:val="sv-SE"/>
        </w:rPr>
        <w:t xml:space="preserve"> {{field-on:bible}}Och det fanns också en överskrift över honom: ”Judarnas kung </w:t>
      </w:r>
      <w:r w:rsidRPr="000767E2">
        <w:rPr>
          <w:i/>
          <w:lang w:val="sv-SE"/>
        </w:rPr>
        <w:t>är</w:t>
      </w:r>
      <w:r w:rsidRPr="000767E2">
        <w:rPr>
          <w:lang w:val="sv-SE"/>
        </w:rPr>
        <w:t xml:space="preserve"> denne.”{{field-off:bible}}</w:t>
      </w:r>
    </w:p>
    <w:p w14:paraId="73BC1FB8" w14:textId="0D3A5438" w:rsidR="00BA33AB" w:rsidRPr="000767E2" w:rsidRDefault="00000000">
      <w:pPr>
        <w:rPr>
          <w:lang w:val="sv-SE"/>
        </w:rPr>
      </w:pPr>
      <w:r w:rsidRPr="000767E2">
        <w:rPr>
          <w:lang w:val="sv-SE"/>
        </w:rPr>
        <w:t>[[@</w:t>
      </w:r>
      <w:r w:rsidR="0096445B" w:rsidRPr="000767E2">
        <w:rPr>
          <w:lang w:val="sv-SE"/>
        </w:rPr>
        <w:t>BibleBIBEL82</w:t>
      </w:r>
      <w:r w:rsidRPr="000767E2">
        <w:rPr>
          <w:lang w:val="sv-SE"/>
        </w:rPr>
        <w:t>:Luke 23:39]]</w:t>
      </w:r>
      <w:r w:rsidRPr="000767E2">
        <w:rPr>
          <w:vertAlign w:val="superscript"/>
          <w:lang w:val="sv-SE"/>
        </w:rPr>
        <w:t>39</w:t>
      </w:r>
      <w:r w:rsidRPr="000767E2">
        <w:rPr>
          <w:lang w:val="sv-SE"/>
        </w:rPr>
        <w:t xml:space="preserve"> {{field-on:bible}}Och en av de upphängda missdådarna smädade honom och sade: ”Är inte du Kristus? Fräls dig själv och oss!”{{field-off:bible}} [[@</w:t>
      </w:r>
      <w:r w:rsidR="0096445B" w:rsidRPr="000767E2">
        <w:rPr>
          <w:lang w:val="sv-SE"/>
        </w:rPr>
        <w:t>BibleBIBEL82</w:t>
      </w:r>
      <w:r w:rsidRPr="000767E2">
        <w:rPr>
          <w:lang w:val="sv-SE"/>
        </w:rPr>
        <w:t>:Luke 23:40]]</w:t>
      </w:r>
      <w:r w:rsidRPr="000767E2">
        <w:rPr>
          <w:vertAlign w:val="superscript"/>
          <w:lang w:val="sv-SE"/>
        </w:rPr>
        <w:t>40</w:t>
      </w:r>
      <w:r w:rsidRPr="000767E2">
        <w:rPr>
          <w:lang w:val="sv-SE"/>
        </w:rPr>
        <w:t xml:space="preserve"> {{field-on:bible}}Men </w:t>
      </w:r>
      <w:r w:rsidRPr="000767E2">
        <w:rPr>
          <w:i/>
          <w:lang w:val="sv-SE"/>
        </w:rPr>
        <w:t>då</w:t>
      </w:r>
      <w:r w:rsidRPr="000767E2">
        <w:rPr>
          <w:lang w:val="sv-SE"/>
        </w:rPr>
        <w:t xml:space="preserve"> svarade den andre </w:t>
      </w:r>
      <w:r w:rsidRPr="000767E2">
        <w:rPr>
          <w:i/>
          <w:lang w:val="sv-SE"/>
        </w:rPr>
        <w:t>och</w:t>
      </w:r>
      <w:r w:rsidRPr="000767E2">
        <w:rPr>
          <w:lang w:val="sv-SE"/>
        </w:rPr>
        <w:t xml:space="preserve"> näpste honom och sade: ”Fruktar inte du heller Gud? För du är under samma dom.{{field-off:bible}} [[@</w:t>
      </w:r>
      <w:r w:rsidR="0096445B" w:rsidRPr="000767E2">
        <w:rPr>
          <w:lang w:val="sv-SE"/>
        </w:rPr>
        <w:t>BibleBIBEL82</w:t>
      </w:r>
      <w:r w:rsidRPr="000767E2">
        <w:rPr>
          <w:lang w:val="sv-SE"/>
        </w:rPr>
        <w:t>:Luke 23:41]]</w:t>
      </w:r>
      <w:r w:rsidRPr="000767E2">
        <w:rPr>
          <w:vertAlign w:val="superscript"/>
          <w:lang w:val="sv-SE"/>
        </w:rPr>
        <w:t>41</w:t>
      </w:r>
      <w:r w:rsidRPr="000767E2">
        <w:rPr>
          <w:lang w:val="sv-SE"/>
        </w:rPr>
        <w:t xml:space="preserve"> {{field-on:bible}}Och vi rättfärdigt, för vi erhåller </w:t>
      </w:r>
      <w:r w:rsidRPr="000767E2">
        <w:rPr>
          <w:i/>
          <w:lang w:val="sv-SE"/>
        </w:rPr>
        <w:t>vad det är</w:t>
      </w:r>
      <w:r w:rsidRPr="000767E2">
        <w:rPr>
          <w:lang w:val="sv-SE"/>
        </w:rPr>
        <w:t xml:space="preserve"> värt för det vi begått. Men denne har inget ovettigt begått.”{{field-off:bible}} </w:t>
      </w:r>
      <w:r w:rsidRPr="000767E2">
        <w:rPr>
          <w:lang w:val="sv-SE"/>
        </w:rPr>
        <w:lastRenderedPageBreak/>
        <w:t>[[@</w:t>
      </w:r>
      <w:r w:rsidR="0096445B" w:rsidRPr="000767E2">
        <w:rPr>
          <w:lang w:val="sv-SE"/>
        </w:rPr>
        <w:t>BibleBIBEL82</w:t>
      </w:r>
      <w:r w:rsidRPr="000767E2">
        <w:rPr>
          <w:lang w:val="sv-SE"/>
        </w:rPr>
        <w:t>:Luke 23:42]]</w:t>
      </w:r>
      <w:r w:rsidRPr="000767E2">
        <w:rPr>
          <w:vertAlign w:val="superscript"/>
          <w:lang w:val="sv-SE"/>
        </w:rPr>
        <w:t>42</w:t>
      </w:r>
      <w:r w:rsidRPr="000767E2">
        <w:rPr>
          <w:lang w:val="sv-SE"/>
        </w:rPr>
        <w:t xml:space="preserve"> {{field-on:bible}}Och han sade: ”Jesus, kom ihåg mig när du kommer till ditt rike.”{{field-off:bible}} [[@</w:t>
      </w:r>
      <w:r w:rsidR="0096445B" w:rsidRPr="000767E2">
        <w:rPr>
          <w:lang w:val="sv-SE"/>
        </w:rPr>
        <w:t>BibleBIBEL82</w:t>
      </w:r>
      <w:r w:rsidRPr="000767E2">
        <w:rPr>
          <w:lang w:val="sv-SE"/>
        </w:rPr>
        <w:t>:Luke 23:43]]</w:t>
      </w:r>
      <w:r w:rsidRPr="000767E2">
        <w:rPr>
          <w:vertAlign w:val="superscript"/>
          <w:lang w:val="sv-SE"/>
        </w:rPr>
        <w:t>43</w:t>
      </w:r>
      <w:r w:rsidRPr="000767E2">
        <w:rPr>
          <w:lang w:val="sv-SE"/>
        </w:rPr>
        <w:t xml:space="preserve"> {{field-on:bible}}Och han sade till honom: ”Amen, dig säger jag: Idag ska du vara med mig i paradiset.”{{field-off:bible}}</w:t>
      </w:r>
    </w:p>
    <w:p w14:paraId="1319D440" w14:textId="77777777" w:rsidR="00BA33AB" w:rsidRPr="000767E2" w:rsidRDefault="00000000">
      <w:pPr>
        <w:pStyle w:val="Rubrik3"/>
        <w:rPr>
          <w:lang w:val="sv-SE"/>
        </w:rPr>
      </w:pPr>
      <w:r w:rsidRPr="000767E2">
        <w:rPr>
          <w:lang w:val="sv-SE"/>
        </w:rPr>
        <w:t>Jesus dör</w:t>
      </w:r>
    </w:p>
    <w:p w14:paraId="60F05F35" w14:textId="152505EC" w:rsidR="00BA33AB" w:rsidRPr="000767E2" w:rsidRDefault="00000000">
      <w:pPr>
        <w:rPr>
          <w:lang w:val="sv-SE"/>
        </w:rPr>
      </w:pPr>
      <w:r w:rsidRPr="000767E2">
        <w:rPr>
          <w:lang w:val="sv-SE"/>
        </w:rPr>
        <w:t>[[@</w:t>
      </w:r>
      <w:r w:rsidR="0096445B" w:rsidRPr="000767E2">
        <w:rPr>
          <w:lang w:val="sv-SE"/>
        </w:rPr>
        <w:t>BibleBIBEL82</w:t>
      </w:r>
      <w:r w:rsidRPr="000767E2">
        <w:rPr>
          <w:lang w:val="sv-SE"/>
        </w:rPr>
        <w:t>:Luke 23:44]]</w:t>
      </w:r>
      <w:r w:rsidRPr="000767E2">
        <w:rPr>
          <w:vertAlign w:val="superscript"/>
          <w:lang w:val="sv-SE"/>
        </w:rPr>
        <w:t>44</w:t>
      </w:r>
      <w:r w:rsidRPr="000767E2">
        <w:rPr>
          <w:lang w:val="sv-SE"/>
        </w:rPr>
        <w:t xml:space="preserve"> {{field-on:bible}}Och det var redan ungefär sjätte timmen. Och ett mörker kom över hela landet ända till nionde timmen,{{field-off:bible}} [[@</w:t>
      </w:r>
      <w:r w:rsidR="0096445B" w:rsidRPr="000767E2">
        <w:rPr>
          <w:lang w:val="sv-SE"/>
        </w:rPr>
        <w:t>BibleBIBEL82</w:t>
      </w:r>
      <w:r w:rsidRPr="000767E2">
        <w:rPr>
          <w:lang w:val="sv-SE"/>
        </w:rPr>
        <w:t>:Luke 23:45]]</w:t>
      </w:r>
      <w:r w:rsidRPr="000767E2">
        <w:rPr>
          <w:vertAlign w:val="superscript"/>
          <w:lang w:val="sv-SE"/>
        </w:rPr>
        <w:t>45</w:t>
      </w:r>
      <w:r w:rsidRPr="000767E2">
        <w:rPr>
          <w:lang w:val="sv-SE"/>
        </w:rPr>
        <w:t xml:space="preserve"> {{field-on:bible}}när solen tog slut. Och förhänget i tempelbyggnaden revs mitt itu,{{field-off:bible}} [[@</w:t>
      </w:r>
      <w:r w:rsidR="0096445B" w:rsidRPr="000767E2">
        <w:rPr>
          <w:lang w:val="sv-SE"/>
        </w:rPr>
        <w:t>BibleBIBEL82</w:t>
      </w:r>
      <w:r w:rsidRPr="000767E2">
        <w:rPr>
          <w:lang w:val="sv-SE"/>
        </w:rPr>
        <w:t>:Luke 23:46]]</w:t>
      </w:r>
      <w:r w:rsidRPr="000767E2">
        <w:rPr>
          <w:vertAlign w:val="superscript"/>
          <w:lang w:val="sv-SE"/>
        </w:rPr>
        <w:t>46</w:t>
      </w:r>
      <w:r w:rsidRPr="000767E2">
        <w:rPr>
          <w:lang w:val="sv-SE"/>
        </w:rPr>
        <w:t xml:space="preserve"> {{field-on:bible}}och Jesus ropade med väldig röst och sade: ”Far! I dina händer överbringar jag min ande.” Och sedan han sagt detta, gav han upp andan.{{field-off:bible}}</w:t>
      </w:r>
    </w:p>
    <w:p w14:paraId="00816ACB" w14:textId="1EF1D9CC" w:rsidR="00BA33AB" w:rsidRPr="000767E2" w:rsidRDefault="00000000">
      <w:pPr>
        <w:rPr>
          <w:lang w:val="sv-SE"/>
        </w:rPr>
      </w:pPr>
      <w:r w:rsidRPr="000767E2">
        <w:rPr>
          <w:lang w:val="sv-SE"/>
        </w:rPr>
        <w:t>[[@</w:t>
      </w:r>
      <w:r w:rsidR="0096445B" w:rsidRPr="000767E2">
        <w:rPr>
          <w:lang w:val="sv-SE"/>
        </w:rPr>
        <w:t>BibleBIBEL82</w:t>
      </w:r>
      <w:r w:rsidRPr="000767E2">
        <w:rPr>
          <w:lang w:val="sv-SE"/>
        </w:rPr>
        <w:t>:Luke 23:47]]</w:t>
      </w:r>
      <w:r w:rsidRPr="000767E2">
        <w:rPr>
          <w:vertAlign w:val="superscript"/>
          <w:lang w:val="sv-SE"/>
        </w:rPr>
        <w:t>47</w:t>
      </w:r>
      <w:r w:rsidRPr="000767E2">
        <w:rPr>
          <w:lang w:val="sv-SE"/>
        </w:rPr>
        <w:t xml:space="preserve"> {{field-on:bible}}Men när centurionen såg det som hände, ärade han Gud och sade: ”Verkligen, den där människan var rättfärdig.”{{field-off:bible}} [[@</w:t>
      </w:r>
      <w:r w:rsidR="0096445B" w:rsidRPr="000767E2">
        <w:rPr>
          <w:lang w:val="sv-SE"/>
        </w:rPr>
        <w:t>BibleBIBEL82</w:t>
      </w:r>
      <w:r w:rsidRPr="000767E2">
        <w:rPr>
          <w:lang w:val="sv-SE"/>
        </w:rPr>
        <w:t>:Luke 23:48]]</w:t>
      </w:r>
      <w:r w:rsidRPr="000767E2">
        <w:rPr>
          <w:vertAlign w:val="superscript"/>
          <w:lang w:val="sv-SE"/>
        </w:rPr>
        <w:t>48</w:t>
      </w:r>
      <w:r w:rsidRPr="000767E2">
        <w:rPr>
          <w:lang w:val="sv-SE"/>
        </w:rPr>
        <w:t xml:space="preserve"> {{field-on:bible}}Och vid denna åskådan, när alla skarorna som kommit samman dit skådade det som hände, slog de </w:t>
      </w:r>
      <w:r w:rsidRPr="000767E2">
        <w:rPr>
          <w:i/>
          <w:lang w:val="sv-SE"/>
        </w:rPr>
        <w:t>mot</w:t>
      </w:r>
      <w:r w:rsidRPr="000767E2">
        <w:rPr>
          <w:lang w:val="sv-SE"/>
        </w:rPr>
        <w:t xml:space="preserve"> bröstkorgarna och återvände </w:t>
      </w:r>
      <w:r w:rsidRPr="000767E2">
        <w:rPr>
          <w:i/>
          <w:lang w:val="sv-SE"/>
        </w:rPr>
        <w:t>hem</w:t>
      </w:r>
      <w:r w:rsidRPr="000767E2">
        <w:rPr>
          <w:lang w:val="sv-SE"/>
        </w:rPr>
        <w:t>.{{field-off:bible}} [[@</w:t>
      </w:r>
      <w:r w:rsidR="0096445B" w:rsidRPr="000767E2">
        <w:rPr>
          <w:lang w:val="sv-SE"/>
        </w:rPr>
        <w:t>BibleBIBEL82</w:t>
      </w:r>
      <w:r w:rsidRPr="000767E2">
        <w:rPr>
          <w:lang w:val="sv-SE"/>
        </w:rPr>
        <w:t>:Luke 23:49]]</w:t>
      </w:r>
      <w:r w:rsidRPr="000767E2">
        <w:rPr>
          <w:vertAlign w:val="superscript"/>
          <w:lang w:val="sv-SE"/>
        </w:rPr>
        <w:t>49</w:t>
      </w:r>
      <w:r w:rsidRPr="000767E2">
        <w:rPr>
          <w:lang w:val="sv-SE"/>
        </w:rPr>
        <w:t xml:space="preserve"> {{field-on:bible}}Men alla hans bekanta stod långt ifrån, även kvinnorna som hade följt med honom från Galileen och såg detta.{{field-off:bible}}</w:t>
      </w:r>
    </w:p>
    <w:p w14:paraId="7FEAAEDB" w14:textId="77777777" w:rsidR="00BA33AB" w:rsidRPr="000767E2" w:rsidRDefault="00000000">
      <w:pPr>
        <w:pStyle w:val="Rubrik3"/>
        <w:rPr>
          <w:lang w:val="sv-SE"/>
        </w:rPr>
      </w:pPr>
      <w:r w:rsidRPr="000767E2">
        <w:rPr>
          <w:lang w:val="sv-SE"/>
        </w:rPr>
        <w:t>Jesus begravs</w:t>
      </w:r>
    </w:p>
    <w:p w14:paraId="694301D7" w14:textId="6545B50A" w:rsidR="00BA33AB" w:rsidRPr="000767E2" w:rsidRDefault="00000000">
      <w:pPr>
        <w:rPr>
          <w:lang w:val="sv-SE"/>
        </w:rPr>
      </w:pPr>
      <w:r w:rsidRPr="000767E2">
        <w:rPr>
          <w:lang w:val="sv-SE"/>
        </w:rPr>
        <w:t>[[@</w:t>
      </w:r>
      <w:r w:rsidR="0096445B" w:rsidRPr="000767E2">
        <w:rPr>
          <w:lang w:val="sv-SE"/>
        </w:rPr>
        <w:t>BibleBIBEL82</w:t>
      </w:r>
      <w:r w:rsidRPr="000767E2">
        <w:rPr>
          <w:lang w:val="sv-SE"/>
        </w:rPr>
        <w:t>:Luke 23:50]]</w:t>
      </w:r>
      <w:r w:rsidRPr="000767E2">
        <w:rPr>
          <w:vertAlign w:val="superscript"/>
          <w:lang w:val="sv-SE"/>
        </w:rPr>
        <w:t>50</w:t>
      </w:r>
      <w:r w:rsidRPr="000767E2">
        <w:rPr>
          <w:lang w:val="sv-SE"/>
        </w:rPr>
        <w:t xml:space="preserve"> {{field-on:bible}}Och se: en man vid namn Josef, som var rådsherre [och] en god och rättfärdig man –{{field-off:bible}} [[@</w:t>
      </w:r>
      <w:r w:rsidR="0096445B" w:rsidRPr="000767E2">
        <w:rPr>
          <w:lang w:val="sv-SE"/>
        </w:rPr>
        <w:t>BibleBIBEL82</w:t>
      </w:r>
      <w:r w:rsidRPr="000767E2">
        <w:rPr>
          <w:lang w:val="sv-SE"/>
        </w:rPr>
        <w:t>:Luke 23:51]]</w:t>
      </w:r>
      <w:r w:rsidRPr="000767E2">
        <w:rPr>
          <w:vertAlign w:val="superscript"/>
          <w:lang w:val="sv-SE"/>
        </w:rPr>
        <w:t>51</w:t>
      </w:r>
      <w:r w:rsidRPr="000767E2">
        <w:rPr>
          <w:lang w:val="sv-SE"/>
        </w:rPr>
        <w:t xml:space="preserve"> {{field-on:bible}}denne var inte överens med deras plan och handlande – från Arimathaia, en judarnas stad, </w:t>
      </w:r>
      <w:r w:rsidRPr="000767E2">
        <w:rPr>
          <w:i/>
          <w:lang w:val="sv-SE"/>
        </w:rPr>
        <w:t>och</w:t>
      </w:r>
      <w:r w:rsidRPr="000767E2">
        <w:rPr>
          <w:lang w:val="sv-SE"/>
        </w:rPr>
        <w:t xml:space="preserve"> som väntade på Guds rike.{{field-off:bible}} [[@</w:t>
      </w:r>
      <w:r w:rsidR="0096445B" w:rsidRPr="000767E2">
        <w:rPr>
          <w:lang w:val="sv-SE"/>
        </w:rPr>
        <w:t>BibleBIBEL82</w:t>
      </w:r>
      <w:r w:rsidRPr="000767E2">
        <w:rPr>
          <w:lang w:val="sv-SE"/>
        </w:rPr>
        <w:t>:Luke 23:52]]</w:t>
      </w:r>
      <w:r w:rsidRPr="000767E2">
        <w:rPr>
          <w:vertAlign w:val="superscript"/>
          <w:lang w:val="sv-SE"/>
        </w:rPr>
        <w:t>52</w:t>
      </w:r>
      <w:r w:rsidRPr="000767E2">
        <w:rPr>
          <w:lang w:val="sv-SE"/>
        </w:rPr>
        <w:t xml:space="preserve"> {{field-on:bible}}Denne gick till Pilatus och frågade om </w:t>
      </w:r>
      <w:r w:rsidRPr="000767E2">
        <w:rPr>
          <w:i/>
          <w:lang w:val="sv-SE"/>
        </w:rPr>
        <w:t>att få</w:t>
      </w:r>
      <w:r w:rsidRPr="000767E2">
        <w:rPr>
          <w:lang w:val="sv-SE"/>
        </w:rPr>
        <w:t xml:space="preserve"> Jesu kropp.{{field-off:bible}} [[@</w:t>
      </w:r>
      <w:r w:rsidR="0096445B" w:rsidRPr="000767E2">
        <w:rPr>
          <w:lang w:val="sv-SE"/>
        </w:rPr>
        <w:t>BibleBIBEL82</w:t>
      </w:r>
      <w:r w:rsidRPr="000767E2">
        <w:rPr>
          <w:lang w:val="sv-SE"/>
        </w:rPr>
        <w:t>:Luke 23:53]]</w:t>
      </w:r>
      <w:r w:rsidRPr="000767E2">
        <w:rPr>
          <w:vertAlign w:val="superscript"/>
          <w:lang w:val="sv-SE"/>
        </w:rPr>
        <w:t>53</w:t>
      </w:r>
      <w:r w:rsidRPr="000767E2">
        <w:rPr>
          <w:lang w:val="sv-SE"/>
        </w:rPr>
        <w:t xml:space="preserve"> {{field-on:bible}}Och han tog ner och vek in den i linnetyg, och lade honom i en uthuggen grav där ännu ingen var liggande.{{field-off:bible}} [[@</w:t>
      </w:r>
      <w:r w:rsidR="0096445B" w:rsidRPr="000767E2">
        <w:rPr>
          <w:lang w:val="sv-SE"/>
        </w:rPr>
        <w:t>BibleBIBEL82</w:t>
      </w:r>
      <w:r w:rsidRPr="000767E2">
        <w:rPr>
          <w:lang w:val="sv-SE"/>
        </w:rPr>
        <w:t>:Luke 23:54]]</w:t>
      </w:r>
      <w:r w:rsidRPr="000767E2">
        <w:rPr>
          <w:vertAlign w:val="superscript"/>
          <w:lang w:val="sv-SE"/>
        </w:rPr>
        <w:t>54</w:t>
      </w:r>
      <w:r w:rsidRPr="000767E2">
        <w:rPr>
          <w:lang w:val="sv-SE"/>
        </w:rPr>
        <w:t xml:space="preserve"> {{field-on:bible}}Och det var förberedelsedag, och sabbat </w:t>
      </w:r>
      <w:r w:rsidRPr="000767E2">
        <w:rPr>
          <w:i/>
          <w:lang w:val="sv-SE"/>
        </w:rPr>
        <w:t>började</w:t>
      </w:r>
      <w:r w:rsidRPr="000767E2">
        <w:rPr>
          <w:lang w:val="sv-SE"/>
        </w:rPr>
        <w:t xml:space="preserve"> gry.{{field-off:bible}}</w:t>
      </w:r>
    </w:p>
    <w:p w14:paraId="4AAA8B44" w14:textId="102D61FF" w:rsidR="00BA33AB" w:rsidRPr="000767E2" w:rsidRDefault="00000000">
      <w:pPr>
        <w:rPr>
          <w:lang w:val="sv-SE"/>
        </w:rPr>
      </w:pPr>
      <w:r w:rsidRPr="000767E2">
        <w:rPr>
          <w:lang w:val="sv-SE"/>
        </w:rPr>
        <w:t>[[@</w:t>
      </w:r>
      <w:r w:rsidR="0096445B" w:rsidRPr="000767E2">
        <w:rPr>
          <w:lang w:val="sv-SE"/>
        </w:rPr>
        <w:t>BibleBIBEL82</w:t>
      </w:r>
      <w:r w:rsidRPr="000767E2">
        <w:rPr>
          <w:lang w:val="sv-SE"/>
        </w:rPr>
        <w:t>:Luke 23:55]]</w:t>
      </w:r>
      <w:r w:rsidRPr="000767E2">
        <w:rPr>
          <w:vertAlign w:val="superscript"/>
          <w:lang w:val="sv-SE"/>
        </w:rPr>
        <w:t>55</w:t>
      </w:r>
      <w:r w:rsidRPr="000767E2">
        <w:rPr>
          <w:lang w:val="sv-SE"/>
        </w:rPr>
        <w:t xml:space="preserve"> {{field-on:bible}}Men efter följde kvinnorna som var komna från Galileen med honom, och de skådade graven och hur hans kropp </w:t>
      </w:r>
      <w:r w:rsidRPr="000767E2">
        <w:rPr>
          <w:i/>
          <w:lang w:val="sv-SE"/>
        </w:rPr>
        <w:t>där</w:t>
      </w:r>
      <w:r w:rsidRPr="000767E2">
        <w:rPr>
          <w:lang w:val="sv-SE"/>
        </w:rPr>
        <w:t xml:space="preserve"> blev lagd.{{field-off:bible}} [[@</w:t>
      </w:r>
      <w:r w:rsidR="0096445B" w:rsidRPr="000767E2">
        <w:rPr>
          <w:lang w:val="sv-SE"/>
        </w:rPr>
        <w:t>BibleBIBEL82</w:t>
      </w:r>
      <w:r w:rsidRPr="000767E2">
        <w:rPr>
          <w:lang w:val="sv-SE"/>
        </w:rPr>
        <w:t>:Luke 23:56]]</w:t>
      </w:r>
      <w:r w:rsidRPr="000767E2">
        <w:rPr>
          <w:vertAlign w:val="superscript"/>
          <w:lang w:val="sv-SE"/>
        </w:rPr>
        <w:t>56</w:t>
      </w:r>
      <w:r w:rsidRPr="000767E2">
        <w:rPr>
          <w:lang w:val="sv-SE"/>
        </w:rPr>
        <w:t xml:space="preserve"> {{field-on:bible}}Och de återvände </w:t>
      </w:r>
      <w:r w:rsidRPr="000767E2">
        <w:rPr>
          <w:i/>
          <w:lang w:val="sv-SE"/>
        </w:rPr>
        <w:t>hem</w:t>
      </w:r>
      <w:r w:rsidRPr="000767E2">
        <w:rPr>
          <w:lang w:val="sv-SE"/>
        </w:rPr>
        <w:t xml:space="preserve"> och beredde doftkryddor och balsam. Och under sabbaten höll de sig stilla enligt budet.{{field-off:bible}}</w:t>
      </w:r>
    </w:p>
    <w:p w14:paraId="0BAD9AB4" w14:textId="1DD25D7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:Luke 24]]Kapitel 24</w:t>
      </w:r>
    </w:p>
    <w:p w14:paraId="1E14AD8E" w14:textId="77777777" w:rsidR="00BA33AB" w:rsidRPr="000767E2" w:rsidRDefault="00000000">
      <w:pPr>
        <w:pStyle w:val="Rubrik3"/>
        <w:rPr>
          <w:lang w:val="sv-SE"/>
        </w:rPr>
      </w:pPr>
      <w:r w:rsidRPr="000767E2">
        <w:rPr>
          <w:lang w:val="sv-SE"/>
        </w:rPr>
        <w:t>Den tomma graven</w:t>
      </w:r>
    </w:p>
    <w:p w14:paraId="1A52E2FA" w14:textId="6A58DA72" w:rsidR="00BA33AB" w:rsidRPr="000767E2" w:rsidRDefault="00000000">
      <w:pPr>
        <w:rPr>
          <w:lang w:val="sv-SE"/>
        </w:rPr>
      </w:pPr>
      <w:r w:rsidRPr="000767E2">
        <w:rPr>
          <w:lang w:val="sv-SE"/>
        </w:rPr>
        <w:t>[[@</w:t>
      </w:r>
      <w:r w:rsidR="0096445B" w:rsidRPr="000767E2">
        <w:rPr>
          <w:lang w:val="sv-SE"/>
        </w:rPr>
        <w:t>BibleBIBEL82</w:t>
      </w:r>
      <w:r w:rsidRPr="000767E2">
        <w:rPr>
          <w:lang w:val="sv-SE"/>
        </w:rPr>
        <w:t>:Luke 24:1]]</w:t>
      </w:r>
      <w:r w:rsidRPr="000767E2">
        <w:rPr>
          <w:vertAlign w:val="superscript"/>
          <w:lang w:val="sv-SE"/>
        </w:rPr>
        <w:t>1</w:t>
      </w:r>
      <w:r w:rsidRPr="000767E2">
        <w:rPr>
          <w:lang w:val="sv-SE"/>
        </w:rPr>
        <w:t xml:space="preserve"> {{field-on:bible}}Men den första </w:t>
      </w:r>
      <w:r w:rsidRPr="000767E2">
        <w:rPr>
          <w:i/>
          <w:lang w:val="sv-SE"/>
        </w:rPr>
        <w:t>dagen</w:t>
      </w:r>
      <w:r w:rsidRPr="000767E2">
        <w:rPr>
          <w:lang w:val="sv-SE"/>
        </w:rPr>
        <w:t xml:space="preserve"> i veckan, i djup gryning, kom de till graven bärande det de berett </w:t>
      </w:r>
      <w:r w:rsidRPr="000767E2">
        <w:rPr>
          <w:i/>
          <w:lang w:val="sv-SE"/>
        </w:rPr>
        <w:t>av</w:t>
      </w:r>
      <w:r w:rsidRPr="000767E2">
        <w:rPr>
          <w:lang w:val="sv-SE"/>
        </w:rPr>
        <w:t xml:space="preserve"> doftkryddor.{{field-off:bible}} [[@</w:t>
      </w:r>
      <w:r w:rsidR="0096445B" w:rsidRPr="000767E2">
        <w:rPr>
          <w:lang w:val="sv-SE"/>
        </w:rPr>
        <w:t>BibleBIBEL82</w:t>
      </w:r>
      <w:r w:rsidRPr="000767E2">
        <w:rPr>
          <w:lang w:val="sv-SE"/>
        </w:rPr>
        <w:t>:Luke 24:2]]</w:t>
      </w:r>
      <w:r w:rsidRPr="000767E2">
        <w:rPr>
          <w:vertAlign w:val="superscript"/>
          <w:lang w:val="sv-SE"/>
        </w:rPr>
        <w:t>2</w:t>
      </w:r>
      <w:r w:rsidRPr="000767E2">
        <w:rPr>
          <w:lang w:val="sv-SE"/>
        </w:rPr>
        <w:t xml:space="preserve"> {{field-on:bible}}Men de fann stenen bortrullad från </w:t>
      </w:r>
      <w:r w:rsidRPr="000767E2">
        <w:rPr>
          <w:lang w:val="sv-SE"/>
        </w:rPr>
        <w:lastRenderedPageBreak/>
        <w:t>graven.{{field-off:bible}} [[@</w:t>
      </w:r>
      <w:r w:rsidR="0096445B" w:rsidRPr="000767E2">
        <w:rPr>
          <w:lang w:val="sv-SE"/>
        </w:rPr>
        <w:t>BibleBIBEL82</w:t>
      </w:r>
      <w:r w:rsidRPr="000767E2">
        <w:rPr>
          <w:lang w:val="sv-SE"/>
        </w:rPr>
        <w:t>:Luke 24:3]]</w:t>
      </w:r>
      <w:r w:rsidRPr="000767E2">
        <w:rPr>
          <w:vertAlign w:val="superscript"/>
          <w:lang w:val="sv-SE"/>
        </w:rPr>
        <w:t>3</w:t>
      </w:r>
      <w:r w:rsidRPr="000767E2">
        <w:rPr>
          <w:lang w:val="sv-SE"/>
        </w:rPr>
        <w:t xml:space="preserve"> {{field-on:bible}}Och när de gick in, fann de inte Herren Jesu kropp.{{field-off:bible}}</w:t>
      </w:r>
    </w:p>
    <w:p w14:paraId="78DA41BF" w14:textId="1990806F" w:rsidR="00BA33AB" w:rsidRPr="000767E2" w:rsidRDefault="00000000">
      <w:pPr>
        <w:rPr>
          <w:lang w:val="sv-SE"/>
        </w:rPr>
      </w:pPr>
      <w:r w:rsidRPr="000767E2">
        <w:rPr>
          <w:lang w:val="sv-SE"/>
        </w:rPr>
        <w:t>[[@</w:t>
      </w:r>
      <w:r w:rsidR="0096445B" w:rsidRPr="000767E2">
        <w:rPr>
          <w:lang w:val="sv-SE"/>
        </w:rPr>
        <w:t>BibleBIBEL82</w:t>
      </w:r>
      <w:r w:rsidRPr="000767E2">
        <w:rPr>
          <w:lang w:val="sv-SE"/>
        </w:rPr>
        <w:t>:Luke 24:4]]</w:t>
      </w:r>
      <w:r w:rsidRPr="000767E2">
        <w:rPr>
          <w:vertAlign w:val="superscript"/>
          <w:lang w:val="sv-SE"/>
        </w:rPr>
        <w:t>4</w:t>
      </w:r>
      <w:r w:rsidRPr="000767E2">
        <w:rPr>
          <w:lang w:val="sv-SE"/>
        </w:rPr>
        <w:t xml:space="preserve"> {{field-on:bible}}Och det hände sig, under det att de var villrådiga om detta, och se: två män stod framför dem i blixtrande skrud.{{field-off:bible}} [[@</w:t>
      </w:r>
      <w:r w:rsidR="0096445B" w:rsidRPr="000767E2">
        <w:rPr>
          <w:lang w:val="sv-SE"/>
        </w:rPr>
        <w:t>BibleBIBEL82</w:t>
      </w:r>
      <w:r w:rsidRPr="000767E2">
        <w:rPr>
          <w:lang w:val="sv-SE"/>
        </w:rPr>
        <w:t>:Luke 24:5]]</w:t>
      </w:r>
      <w:r w:rsidRPr="000767E2">
        <w:rPr>
          <w:vertAlign w:val="superscript"/>
          <w:lang w:val="sv-SE"/>
        </w:rPr>
        <w:t>5</w:t>
      </w:r>
      <w:r w:rsidRPr="000767E2">
        <w:rPr>
          <w:lang w:val="sv-SE"/>
        </w:rPr>
        <w:t xml:space="preserve"> {{field-on:bible}}Och när de blev förskräckta och böjde ansiktena mot jorden, sade de till dem: ”Varför söker ni den levande hos de döda?{{field-off:bible}} [[@</w:t>
      </w:r>
      <w:r w:rsidR="0096445B" w:rsidRPr="000767E2">
        <w:rPr>
          <w:lang w:val="sv-SE"/>
        </w:rPr>
        <w:t>BibleBIBEL82</w:t>
      </w:r>
      <w:r w:rsidRPr="000767E2">
        <w:rPr>
          <w:lang w:val="sv-SE"/>
        </w:rPr>
        <w:t>:Luke 24:6]]</w:t>
      </w:r>
      <w:r w:rsidRPr="000767E2">
        <w:rPr>
          <w:vertAlign w:val="superscript"/>
          <w:lang w:val="sv-SE"/>
        </w:rPr>
        <w:t>6</w:t>
      </w:r>
      <w:r w:rsidRPr="000767E2">
        <w:rPr>
          <w:lang w:val="sv-SE"/>
        </w:rPr>
        <w:t xml:space="preserve"> {{field-on:bible}}Han är inte här. Nej, han har uppväckts! Kom ihåg hur han talade till er när han ännu var i Galileen,{{field-off:bible}} [[@</w:t>
      </w:r>
      <w:r w:rsidR="0096445B" w:rsidRPr="000767E2">
        <w:rPr>
          <w:lang w:val="sv-SE"/>
        </w:rPr>
        <w:t>BibleBIBEL82</w:t>
      </w:r>
      <w:r w:rsidRPr="000767E2">
        <w:rPr>
          <w:lang w:val="sv-SE"/>
        </w:rPr>
        <w:t>:Luke 24:7]]</w:t>
      </w:r>
      <w:r w:rsidRPr="000767E2">
        <w:rPr>
          <w:vertAlign w:val="superscript"/>
          <w:lang w:val="sv-SE"/>
        </w:rPr>
        <w:t>7</w:t>
      </w:r>
      <w:r w:rsidRPr="000767E2">
        <w:rPr>
          <w:lang w:val="sv-SE"/>
        </w:rPr>
        <w:t xml:space="preserve"> {{field-on:bible}}och sade </w:t>
      </w:r>
      <w:r w:rsidRPr="000767E2">
        <w:rPr>
          <w:i/>
          <w:lang w:val="sv-SE"/>
        </w:rPr>
        <w:t>om</w:t>
      </w:r>
      <w:r w:rsidRPr="000767E2">
        <w:rPr>
          <w:lang w:val="sv-SE"/>
        </w:rPr>
        <w:t xml:space="preserve"> Människosonen att han måste bli utlämnad i syndiga människors händer och korsfäst, och den tredje dagen uppstå.”{{field-off:bible}} [[@</w:t>
      </w:r>
      <w:r w:rsidR="0096445B" w:rsidRPr="000767E2">
        <w:rPr>
          <w:lang w:val="sv-SE"/>
        </w:rPr>
        <w:t>BibleBIBEL82</w:t>
      </w:r>
      <w:r w:rsidRPr="000767E2">
        <w:rPr>
          <w:lang w:val="sv-SE"/>
        </w:rPr>
        <w:t>:Luke 24:8]]</w:t>
      </w:r>
      <w:r w:rsidRPr="000767E2">
        <w:rPr>
          <w:vertAlign w:val="superscript"/>
          <w:lang w:val="sv-SE"/>
        </w:rPr>
        <w:t>8</w:t>
      </w:r>
      <w:r w:rsidRPr="000767E2">
        <w:rPr>
          <w:lang w:val="sv-SE"/>
        </w:rPr>
        <w:t xml:space="preserve"> {{field-on:bible}}Och </w:t>
      </w:r>
      <w:r w:rsidRPr="000767E2">
        <w:rPr>
          <w:i/>
          <w:lang w:val="sv-SE"/>
        </w:rPr>
        <w:t>då</w:t>
      </w:r>
      <w:r w:rsidRPr="000767E2">
        <w:rPr>
          <w:lang w:val="sv-SE"/>
        </w:rPr>
        <w:t xml:space="preserve"> kom de ihåg hans ord.{{field-off:bible}}</w:t>
      </w:r>
    </w:p>
    <w:p w14:paraId="68192DAD" w14:textId="2E68B5C7" w:rsidR="00BA33AB" w:rsidRPr="000767E2" w:rsidRDefault="00000000">
      <w:pPr>
        <w:rPr>
          <w:lang w:val="sv-SE"/>
        </w:rPr>
      </w:pPr>
      <w:r w:rsidRPr="000767E2">
        <w:rPr>
          <w:lang w:val="sv-SE"/>
        </w:rPr>
        <w:t>[[@</w:t>
      </w:r>
      <w:r w:rsidR="0096445B" w:rsidRPr="000767E2">
        <w:rPr>
          <w:lang w:val="sv-SE"/>
        </w:rPr>
        <w:t>BibleBIBEL82</w:t>
      </w:r>
      <w:r w:rsidRPr="000767E2">
        <w:rPr>
          <w:lang w:val="sv-SE"/>
        </w:rPr>
        <w:t>:Luke 24:9]]</w:t>
      </w:r>
      <w:r w:rsidRPr="000767E2">
        <w:rPr>
          <w:vertAlign w:val="superscript"/>
          <w:lang w:val="sv-SE"/>
        </w:rPr>
        <w:t>9</w:t>
      </w:r>
      <w:r w:rsidRPr="000767E2">
        <w:rPr>
          <w:lang w:val="sv-SE"/>
        </w:rPr>
        <w:t xml:space="preserve"> {{field-on:bible}}Och de återvände från graven och berättade allt detta för de elva och för alla de övriga.{{field-off:bible}} [[@</w:t>
      </w:r>
      <w:r w:rsidR="0096445B" w:rsidRPr="000767E2">
        <w:rPr>
          <w:lang w:val="sv-SE"/>
        </w:rPr>
        <w:t>BibleBIBEL82</w:t>
      </w:r>
      <w:r w:rsidRPr="000767E2">
        <w:rPr>
          <w:lang w:val="sv-SE"/>
        </w:rPr>
        <w:t>:Luke 24:10]]</w:t>
      </w:r>
      <w:r w:rsidRPr="000767E2">
        <w:rPr>
          <w:vertAlign w:val="superscript"/>
          <w:lang w:val="sv-SE"/>
        </w:rPr>
        <w:t>10</w:t>
      </w:r>
      <w:r w:rsidRPr="000767E2">
        <w:rPr>
          <w:lang w:val="sv-SE"/>
        </w:rPr>
        <w:t xml:space="preserve"> {{field-on:bible}}Och de var Maria Magdalén och Johanna och Maria Jakobs </w:t>
      </w:r>
      <w:r w:rsidRPr="000767E2">
        <w:rPr>
          <w:i/>
          <w:lang w:val="sv-SE"/>
        </w:rPr>
        <w:t>mor</w:t>
      </w:r>
      <w:r w:rsidRPr="000767E2">
        <w:rPr>
          <w:lang w:val="sv-SE"/>
        </w:rPr>
        <w:t xml:space="preserve"> och de övriga </w:t>
      </w:r>
      <w:r w:rsidRPr="000767E2">
        <w:rPr>
          <w:i/>
          <w:lang w:val="sv-SE"/>
        </w:rPr>
        <w:t>kvinnorna</w:t>
      </w:r>
      <w:r w:rsidRPr="000767E2">
        <w:rPr>
          <w:lang w:val="sv-SE"/>
        </w:rPr>
        <w:t xml:space="preserve"> med dem. De sade till apostlarna detta,{{field-off:bible}} [[@</w:t>
      </w:r>
      <w:r w:rsidR="0096445B" w:rsidRPr="000767E2">
        <w:rPr>
          <w:lang w:val="sv-SE"/>
        </w:rPr>
        <w:t>BibleBIBEL82</w:t>
      </w:r>
      <w:r w:rsidRPr="000767E2">
        <w:rPr>
          <w:lang w:val="sv-SE"/>
        </w:rPr>
        <w:t>:Luke 24:11]]</w:t>
      </w:r>
      <w:r w:rsidRPr="000767E2">
        <w:rPr>
          <w:vertAlign w:val="superscript"/>
          <w:lang w:val="sv-SE"/>
        </w:rPr>
        <w:t>11</w:t>
      </w:r>
      <w:r w:rsidRPr="000767E2">
        <w:rPr>
          <w:lang w:val="sv-SE"/>
        </w:rPr>
        <w:t xml:space="preserve"> {{field-on:bible}}och </w:t>
      </w:r>
      <w:r w:rsidRPr="000767E2">
        <w:rPr>
          <w:i/>
          <w:lang w:val="sv-SE"/>
        </w:rPr>
        <w:t>det</w:t>
      </w:r>
      <w:r w:rsidRPr="000767E2">
        <w:rPr>
          <w:lang w:val="sv-SE"/>
        </w:rPr>
        <w:t xml:space="preserve"> syntes inför dem som nonsens </w:t>
      </w:r>
      <w:r w:rsidRPr="000767E2">
        <w:rPr>
          <w:i/>
          <w:lang w:val="sv-SE"/>
        </w:rPr>
        <w:t>med</w:t>
      </w:r>
      <w:r w:rsidRPr="000767E2">
        <w:rPr>
          <w:lang w:val="sv-SE"/>
        </w:rPr>
        <w:t xml:space="preserve"> dessa ord och de trodde inte på dem.{{field-off:bible}}</w:t>
      </w:r>
    </w:p>
    <w:p w14:paraId="28FA3844" w14:textId="1847BF25" w:rsidR="00BA33AB" w:rsidRPr="000767E2" w:rsidRDefault="00000000">
      <w:pPr>
        <w:rPr>
          <w:lang w:val="sv-SE"/>
        </w:rPr>
      </w:pPr>
      <w:r w:rsidRPr="000767E2">
        <w:rPr>
          <w:lang w:val="sv-SE"/>
        </w:rPr>
        <w:t>[[@</w:t>
      </w:r>
      <w:r w:rsidR="0096445B" w:rsidRPr="000767E2">
        <w:rPr>
          <w:lang w:val="sv-SE"/>
        </w:rPr>
        <w:t>BibleBIBEL82</w:t>
      </w:r>
      <w:r w:rsidRPr="000767E2">
        <w:rPr>
          <w:lang w:val="sv-SE"/>
        </w:rPr>
        <w:t>:Luke 24:12]]</w:t>
      </w:r>
      <w:r w:rsidRPr="000767E2">
        <w:rPr>
          <w:vertAlign w:val="superscript"/>
          <w:lang w:val="sv-SE"/>
        </w:rPr>
        <w:t>12</w:t>
      </w:r>
      <w:r w:rsidRPr="000767E2">
        <w:rPr>
          <w:lang w:val="sv-SE"/>
        </w:rPr>
        <w:t xml:space="preserve"> {{field-on:bible}}Men Petrus stod upp och sprang till graven, och när han blickade in, ser han bara linnebindlarna. Och han gick iväg till sig, förundrad över det som hade hänt.{{field-off:bible}}</w:t>
      </w:r>
    </w:p>
    <w:p w14:paraId="224D4A31" w14:textId="77777777" w:rsidR="00BA33AB" w:rsidRPr="000767E2" w:rsidRDefault="00000000">
      <w:pPr>
        <w:pStyle w:val="Rubrik3"/>
        <w:rPr>
          <w:lang w:val="sv-SE"/>
        </w:rPr>
      </w:pPr>
      <w:r w:rsidRPr="000767E2">
        <w:rPr>
          <w:lang w:val="sv-SE"/>
        </w:rPr>
        <w:t>Jesus visar sig för Emmausvandrarna</w:t>
      </w:r>
    </w:p>
    <w:p w14:paraId="0A240A34" w14:textId="411E2762" w:rsidR="00BA33AB" w:rsidRPr="000767E2" w:rsidRDefault="00000000">
      <w:pPr>
        <w:rPr>
          <w:lang w:val="sv-SE"/>
        </w:rPr>
      </w:pPr>
      <w:r w:rsidRPr="000767E2">
        <w:rPr>
          <w:lang w:val="sv-SE"/>
        </w:rPr>
        <w:t>[[@</w:t>
      </w:r>
      <w:r w:rsidR="0096445B" w:rsidRPr="000767E2">
        <w:rPr>
          <w:lang w:val="sv-SE"/>
        </w:rPr>
        <w:t>BibleBIBEL82</w:t>
      </w:r>
      <w:r w:rsidRPr="000767E2">
        <w:rPr>
          <w:lang w:val="sv-SE"/>
        </w:rPr>
        <w:t>:Luke 24:13]]</w:t>
      </w:r>
      <w:r w:rsidRPr="000767E2">
        <w:rPr>
          <w:vertAlign w:val="superscript"/>
          <w:lang w:val="sv-SE"/>
        </w:rPr>
        <w:t>13</w:t>
      </w:r>
      <w:r w:rsidRPr="000767E2">
        <w:rPr>
          <w:lang w:val="sv-SE"/>
        </w:rPr>
        <w:t xml:space="preserve"> {{field-on:bible}}Och se: två av dem var samma dag gående till en by som är sextio stadier från Jerusalem </w:t>
      </w:r>
      <w:r w:rsidRPr="000767E2">
        <w:rPr>
          <w:i/>
          <w:lang w:val="sv-SE"/>
        </w:rPr>
        <w:t>och</w:t>
      </w:r>
      <w:r w:rsidRPr="000767E2">
        <w:rPr>
          <w:lang w:val="sv-SE"/>
        </w:rPr>
        <w:t xml:space="preserve"> vars namn </w:t>
      </w:r>
      <w:r w:rsidRPr="000767E2">
        <w:rPr>
          <w:i/>
          <w:lang w:val="sv-SE"/>
        </w:rPr>
        <w:t>är</w:t>
      </w:r>
      <w:r w:rsidRPr="000767E2">
        <w:rPr>
          <w:lang w:val="sv-SE"/>
        </w:rPr>
        <w:t xml:space="preserve"> Emmaus.{{field-off:bible}} [[@</w:t>
      </w:r>
      <w:r w:rsidR="0096445B" w:rsidRPr="000767E2">
        <w:rPr>
          <w:lang w:val="sv-SE"/>
        </w:rPr>
        <w:t>BibleBIBEL82</w:t>
      </w:r>
      <w:r w:rsidRPr="000767E2">
        <w:rPr>
          <w:lang w:val="sv-SE"/>
        </w:rPr>
        <w:t>:Luke 24:14]]</w:t>
      </w:r>
      <w:r w:rsidRPr="000767E2">
        <w:rPr>
          <w:vertAlign w:val="superscript"/>
          <w:lang w:val="sv-SE"/>
        </w:rPr>
        <w:t>14</w:t>
      </w:r>
      <w:r w:rsidRPr="000767E2">
        <w:rPr>
          <w:lang w:val="sv-SE"/>
        </w:rPr>
        <w:t xml:space="preserve"> {{field-on:bible}}Och de pratade med varandra om allt detta som hade inträffat.{{field-off:bible}} [[@</w:t>
      </w:r>
      <w:r w:rsidR="0096445B" w:rsidRPr="000767E2">
        <w:rPr>
          <w:lang w:val="sv-SE"/>
        </w:rPr>
        <w:t>BibleBIBEL82</w:t>
      </w:r>
      <w:r w:rsidRPr="000767E2">
        <w:rPr>
          <w:lang w:val="sv-SE"/>
        </w:rPr>
        <w:t>:Luke 24:15]]</w:t>
      </w:r>
      <w:r w:rsidRPr="000767E2">
        <w:rPr>
          <w:vertAlign w:val="superscript"/>
          <w:lang w:val="sv-SE"/>
        </w:rPr>
        <w:t>15</w:t>
      </w:r>
      <w:r w:rsidRPr="000767E2">
        <w:rPr>
          <w:lang w:val="sv-SE"/>
        </w:rPr>
        <w:t xml:space="preserve"> {{field-on:bible}}Och det hände sig, under det att de pratade och diskuterade, </w:t>
      </w:r>
      <w:r w:rsidRPr="000767E2">
        <w:rPr>
          <w:i/>
          <w:lang w:val="sv-SE"/>
        </w:rPr>
        <w:t>att</w:t>
      </w:r>
      <w:r w:rsidRPr="000767E2">
        <w:rPr>
          <w:lang w:val="sv-SE"/>
        </w:rPr>
        <w:t xml:space="preserve"> då Jesus själv närmade sig och gick med dem.{{field-off:bible}} [[@</w:t>
      </w:r>
      <w:r w:rsidR="0096445B" w:rsidRPr="000767E2">
        <w:rPr>
          <w:lang w:val="sv-SE"/>
        </w:rPr>
        <w:t>BibleBIBEL82</w:t>
      </w:r>
      <w:r w:rsidRPr="000767E2">
        <w:rPr>
          <w:lang w:val="sv-SE"/>
        </w:rPr>
        <w:t>:Luke 24:16]]</w:t>
      </w:r>
      <w:r w:rsidRPr="000767E2">
        <w:rPr>
          <w:vertAlign w:val="superscript"/>
          <w:lang w:val="sv-SE"/>
        </w:rPr>
        <w:t>16</w:t>
      </w:r>
      <w:r w:rsidRPr="000767E2">
        <w:rPr>
          <w:lang w:val="sv-SE"/>
        </w:rPr>
        <w:t xml:space="preserve"> {{field-on:bible}}Men deras ögon hölls kvar så att </w:t>
      </w:r>
      <w:r w:rsidRPr="000767E2">
        <w:rPr>
          <w:i/>
          <w:lang w:val="sv-SE"/>
        </w:rPr>
        <w:t>de</w:t>
      </w:r>
      <w:r w:rsidRPr="000767E2">
        <w:rPr>
          <w:lang w:val="sv-SE"/>
        </w:rPr>
        <w:t xml:space="preserve"> inte kände igen honom.{{field-off:bible}} [[@</w:t>
      </w:r>
      <w:r w:rsidR="0096445B" w:rsidRPr="000767E2">
        <w:rPr>
          <w:lang w:val="sv-SE"/>
        </w:rPr>
        <w:t>BibleBIBEL82</w:t>
      </w:r>
      <w:r w:rsidRPr="000767E2">
        <w:rPr>
          <w:lang w:val="sv-SE"/>
        </w:rPr>
        <w:t>:Luke 24:17]]</w:t>
      </w:r>
      <w:r w:rsidRPr="000767E2">
        <w:rPr>
          <w:vertAlign w:val="superscript"/>
          <w:lang w:val="sv-SE"/>
        </w:rPr>
        <w:t>17</w:t>
      </w:r>
      <w:r w:rsidRPr="000767E2">
        <w:rPr>
          <w:lang w:val="sv-SE"/>
        </w:rPr>
        <w:t xml:space="preserve"> {{field-on:bible}}Och han sade till dem: ”Vad </w:t>
      </w:r>
      <w:r w:rsidRPr="000767E2">
        <w:rPr>
          <w:i/>
          <w:lang w:val="sv-SE"/>
        </w:rPr>
        <w:t>för</w:t>
      </w:r>
      <w:r w:rsidRPr="000767E2">
        <w:rPr>
          <w:lang w:val="sv-SE"/>
        </w:rPr>
        <w:t xml:space="preserve"> ord </w:t>
      </w:r>
      <w:r w:rsidRPr="000767E2">
        <w:rPr>
          <w:i/>
          <w:lang w:val="sv-SE"/>
        </w:rPr>
        <w:t>är</w:t>
      </w:r>
      <w:r w:rsidRPr="000767E2">
        <w:rPr>
          <w:lang w:val="sv-SE"/>
        </w:rPr>
        <w:t xml:space="preserve"> dessa som ni skiftar med varandra medan ni vandrar?”{{field-off:bible}}</w:t>
      </w:r>
    </w:p>
    <w:p w14:paraId="23A81C8C" w14:textId="694985FC" w:rsidR="00BA33AB" w:rsidRPr="000767E2" w:rsidRDefault="00000000">
      <w:pPr>
        <w:rPr>
          <w:lang w:val="sv-SE"/>
        </w:rPr>
      </w:pPr>
      <w:r w:rsidRPr="000767E2">
        <w:rPr>
          <w:lang w:val="sv-SE"/>
        </w:rPr>
        <w:t>{{field-on:bible}}Och de stannade, dysterögda.{{field-off:bible}} [[@</w:t>
      </w:r>
      <w:r w:rsidR="0096445B" w:rsidRPr="000767E2">
        <w:rPr>
          <w:lang w:val="sv-SE"/>
        </w:rPr>
        <w:t>BibleBIBEL82</w:t>
      </w:r>
      <w:r w:rsidRPr="000767E2">
        <w:rPr>
          <w:lang w:val="sv-SE"/>
        </w:rPr>
        <w:t>:Luke 24:18]]</w:t>
      </w:r>
      <w:r w:rsidRPr="000767E2">
        <w:rPr>
          <w:vertAlign w:val="superscript"/>
          <w:lang w:val="sv-SE"/>
        </w:rPr>
        <w:t>18</w:t>
      </w:r>
      <w:r w:rsidRPr="000767E2">
        <w:rPr>
          <w:lang w:val="sv-SE"/>
        </w:rPr>
        <w:t xml:space="preserve"> {{field-on:bible}}Och en vid namn Kleopas svarade och sade till honom: ”Du ensam vistas </w:t>
      </w:r>
      <w:r w:rsidRPr="000767E2">
        <w:rPr>
          <w:i/>
          <w:lang w:val="sv-SE"/>
        </w:rPr>
        <w:t>i</w:t>
      </w:r>
      <w:r w:rsidRPr="000767E2">
        <w:rPr>
          <w:lang w:val="sv-SE"/>
        </w:rPr>
        <w:t xml:space="preserve"> Jerusalem och vet inte det som har hänt i </w:t>
      </w:r>
      <w:r w:rsidRPr="000767E2">
        <w:rPr>
          <w:i/>
          <w:lang w:val="sv-SE"/>
        </w:rPr>
        <w:t>staden</w:t>
      </w:r>
      <w:r w:rsidRPr="000767E2">
        <w:rPr>
          <w:lang w:val="sv-SE"/>
        </w:rPr>
        <w:t xml:space="preserve"> under dessa dagar.”{{field-off:bible}} [[@</w:t>
      </w:r>
      <w:r w:rsidR="0096445B" w:rsidRPr="000767E2">
        <w:rPr>
          <w:lang w:val="sv-SE"/>
        </w:rPr>
        <w:t>BibleBIBEL82</w:t>
      </w:r>
      <w:r w:rsidRPr="000767E2">
        <w:rPr>
          <w:lang w:val="sv-SE"/>
        </w:rPr>
        <w:t>:Luke 24:19]]</w:t>
      </w:r>
      <w:r w:rsidRPr="000767E2">
        <w:rPr>
          <w:vertAlign w:val="superscript"/>
          <w:lang w:val="sv-SE"/>
        </w:rPr>
        <w:t>19</w:t>
      </w:r>
      <w:r w:rsidRPr="000767E2">
        <w:rPr>
          <w:lang w:val="sv-SE"/>
        </w:rPr>
        <w:t xml:space="preserve"> {{field-on:bible}}Och han sade till dem: ”Vad </w:t>
      </w:r>
      <w:r w:rsidRPr="000767E2">
        <w:rPr>
          <w:i/>
          <w:lang w:val="sv-SE"/>
        </w:rPr>
        <w:t>då</w:t>
      </w:r>
      <w:r w:rsidRPr="000767E2">
        <w:rPr>
          <w:lang w:val="sv-SE"/>
        </w:rPr>
        <w:t xml:space="preserve">?” Och de sade till honom: ”Det om Jesus nazarén, som kom </w:t>
      </w:r>
      <w:r w:rsidRPr="000767E2">
        <w:rPr>
          <w:i/>
          <w:lang w:val="sv-SE"/>
        </w:rPr>
        <w:t>som</w:t>
      </w:r>
      <w:r w:rsidRPr="000767E2">
        <w:rPr>
          <w:lang w:val="sv-SE"/>
        </w:rPr>
        <w:t xml:space="preserve"> en profetman, mäktig i gärning och ord inför Gud och hela folket.{{field-off:bible}} [[@</w:t>
      </w:r>
      <w:r w:rsidR="0096445B" w:rsidRPr="000767E2">
        <w:rPr>
          <w:lang w:val="sv-SE"/>
        </w:rPr>
        <w:t>BibleBIBEL82</w:t>
      </w:r>
      <w:r w:rsidRPr="000767E2">
        <w:rPr>
          <w:lang w:val="sv-SE"/>
        </w:rPr>
        <w:t>:Luke 24:20]]</w:t>
      </w:r>
      <w:r w:rsidRPr="000767E2">
        <w:rPr>
          <w:vertAlign w:val="superscript"/>
          <w:lang w:val="sv-SE"/>
        </w:rPr>
        <w:t>20</w:t>
      </w:r>
      <w:r w:rsidRPr="000767E2">
        <w:rPr>
          <w:lang w:val="sv-SE"/>
        </w:rPr>
        <w:t xml:space="preserve"> {{field-on:bible}}Och hur de utlämnade honom, våra överstepräster och ledare, till en dödsdom och korsfäste honom.{{field-off:bible}} [[@</w:t>
      </w:r>
      <w:r w:rsidR="0096445B" w:rsidRPr="000767E2">
        <w:rPr>
          <w:lang w:val="sv-SE"/>
        </w:rPr>
        <w:t>BibleBIBEL82</w:t>
      </w:r>
      <w:r w:rsidRPr="000767E2">
        <w:rPr>
          <w:lang w:val="sv-SE"/>
        </w:rPr>
        <w:t>:Luke 24:21]]</w:t>
      </w:r>
      <w:r w:rsidRPr="000767E2">
        <w:rPr>
          <w:vertAlign w:val="superscript"/>
          <w:lang w:val="sv-SE"/>
        </w:rPr>
        <w:t>21</w:t>
      </w:r>
      <w:r w:rsidRPr="000767E2">
        <w:rPr>
          <w:lang w:val="sv-SE"/>
        </w:rPr>
        <w:t xml:space="preserve"> {{field-on:bible}}Och vi hoppades att han är den som kommer att återlösa Israel.{{field-off:bible}}</w:t>
      </w:r>
    </w:p>
    <w:p w14:paraId="035BEE6C" w14:textId="7CF059CC" w:rsidR="00BA33AB" w:rsidRPr="000767E2" w:rsidRDefault="00000000">
      <w:pPr>
        <w:rPr>
          <w:lang w:val="sv-SE"/>
        </w:rPr>
      </w:pPr>
      <w:r w:rsidRPr="000767E2">
        <w:rPr>
          <w:lang w:val="sv-SE"/>
        </w:rPr>
        <w:lastRenderedPageBreak/>
        <w:t>{{field-on:bible}}Men dessutom med allt detta går det nu denna tredje dag sedan detta hände.{{field-off:bible}} [[@</w:t>
      </w:r>
      <w:r w:rsidR="0096445B" w:rsidRPr="000767E2">
        <w:rPr>
          <w:lang w:val="sv-SE"/>
        </w:rPr>
        <w:t>BibleBIBEL82</w:t>
      </w:r>
      <w:r w:rsidRPr="000767E2">
        <w:rPr>
          <w:lang w:val="sv-SE"/>
        </w:rPr>
        <w:t>:Luke 24:22]]</w:t>
      </w:r>
      <w:r w:rsidRPr="000767E2">
        <w:rPr>
          <w:vertAlign w:val="superscript"/>
          <w:lang w:val="sv-SE"/>
        </w:rPr>
        <w:t>22</w:t>
      </w:r>
      <w:r w:rsidRPr="000767E2">
        <w:rPr>
          <w:lang w:val="sv-SE"/>
        </w:rPr>
        <w:t xml:space="preserve"> {{field-on:bible}}Men även några kvinnor från oss har mystifierat oss. De kom i gryningen till graven{{field-off:bible}} [[@</w:t>
      </w:r>
      <w:r w:rsidR="0096445B" w:rsidRPr="000767E2">
        <w:rPr>
          <w:lang w:val="sv-SE"/>
        </w:rPr>
        <w:t>BibleBIBEL82</w:t>
      </w:r>
      <w:r w:rsidRPr="000767E2">
        <w:rPr>
          <w:lang w:val="sv-SE"/>
        </w:rPr>
        <w:t>:Luke 24:23]]</w:t>
      </w:r>
      <w:r w:rsidRPr="000767E2">
        <w:rPr>
          <w:vertAlign w:val="superscript"/>
          <w:lang w:val="sv-SE"/>
        </w:rPr>
        <w:t>23</w:t>
      </w:r>
      <w:r w:rsidRPr="000767E2">
        <w:rPr>
          <w:lang w:val="sv-SE"/>
        </w:rPr>
        <w:t xml:space="preserve"> {{field-on:bible}}och fann inte hans kropp, </w:t>
      </w:r>
      <w:r w:rsidRPr="000767E2">
        <w:rPr>
          <w:i/>
          <w:lang w:val="sv-SE"/>
        </w:rPr>
        <w:t>men</w:t>
      </w:r>
      <w:r w:rsidRPr="000767E2">
        <w:rPr>
          <w:lang w:val="sv-SE"/>
        </w:rPr>
        <w:t xml:space="preserve"> de kom och sade </w:t>
      </w:r>
      <w:r w:rsidRPr="000767E2">
        <w:rPr>
          <w:i/>
          <w:lang w:val="sv-SE"/>
        </w:rPr>
        <w:t>sig</w:t>
      </w:r>
      <w:r w:rsidRPr="000767E2">
        <w:rPr>
          <w:lang w:val="sv-SE"/>
        </w:rPr>
        <w:t xml:space="preserve"> också ha sett en vision med änglar som säger att han lever.{{field-off:bible}} [[@</w:t>
      </w:r>
      <w:r w:rsidR="0096445B" w:rsidRPr="000767E2">
        <w:rPr>
          <w:lang w:val="sv-SE"/>
        </w:rPr>
        <w:t>BibleBIBEL82</w:t>
      </w:r>
      <w:r w:rsidRPr="000767E2">
        <w:rPr>
          <w:lang w:val="sv-SE"/>
        </w:rPr>
        <w:t>:Luke 24:24]]</w:t>
      </w:r>
      <w:r w:rsidRPr="000767E2">
        <w:rPr>
          <w:vertAlign w:val="superscript"/>
          <w:lang w:val="sv-SE"/>
        </w:rPr>
        <w:t>24</w:t>
      </w:r>
      <w:r w:rsidRPr="000767E2">
        <w:rPr>
          <w:lang w:val="sv-SE"/>
        </w:rPr>
        <w:t xml:space="preserve"> {{field-on:bible}}Och </w:t>
      </w:r>
      <w:r w:rsidRPr="000767E2">
        <w:rPr>
          <w:i/>
          <w:lang w:val="sv-SE"/>
        </w:rPr>
        <w:t>då</w:t>
      </w:r>
      <w:r w:rsidRPr="000767E2">
        <w:rPr>
          <w:lang w:val="sv-SE"/>
        </w:rPr>
        <w:t xml:space="preserve"> gick några av dem </w:t>
      </w:r>
      <w:r w:rsidRPr="000767E2">
        <w:rPr>
          <w:i/>
          <w:lang w:val="sv-SE"/>
        </w:rPr>
        <w:t>som var</w:t>
      </w:r>
      <w:r w:rsidRPr="000767E2">
        <w:rPr>
          <w:lang w:val="sv-SE"/>
        </w:rPr>
        <w:t xml:space="preserve"> med oss bort till graven, och de fann </w:t>
      </w:r>
      <w:r w:rsidRPr="000767E2">
        <w:rPr>
          <w:i/>
          <w:lang w:val="sv-SE"/>
        </w:rPr>
        <w:t>det</w:t>
      </w:r>
      <w:r w:rsidRPr="000767E2">
        <w:rPr>
          <w:lang w:val="sv-SE"/>
        </w:rPr>
        <w:t xml:space="preserve"> så som också kvinnorna hade sagt. Men honom såg de inte.”{{field-off:bible}}</w:t>
      </w:r>
    </w:p>
    <w:p w14:paraId="78D64440" w14:textId="49188F2D" w:rsidR="00BA33AB" w:rsidRPr="000767E2" w:rsidRDefault="00000000">
      <w:pPr>
        <w:rPr>
          <w:lang w:val="sv-SE"/>
        </w:rPr>
      </w:pPr>
      <w:r w:rsidRPr="000767E2">
        <w:rPr>
          <w:lang w:val="sv-SE"/>
        </w:rPr>
        <w:t>[[@</w:t>
      </w:r>
      <w:r w:rsidR="0096445B" w:rsidRPr="000767E2">
        <w:rPr>
          <w:lang w:val="sv-SE"/>
        </w:rPr>
        <w:t>BibleBIBEL82</w:t>
      </w:r>
      <w:r w:rsidRPr="000767E2">
        <w:rPr>
          <w:lang w:val="sv-SE"/>
        </w:rPr>
        <w:t>:Luke 24:25]]</w:t>
      </w:r>
      <w:r w:rsidRPr="000767E2">
        <w:rPr>
          <w:vertAlign w:val="superscript"/>
          <w:lang w:val="sv-SE"/>
        </w:rPr>
        <w:t>25</w:t>
      </w:r>
      <w:r w:rsidRPr="000767E2">
        <w:rPr>
          <w:lang w:val="sv-SE"/>
        </w:rPr>
        <w:t xml:space="preserve"> {{field-on:bible}}Och han sade till dem: ”O </w:t>
      </w:r>
      <w:r w:rsidRPr="000767E2">
        <w:rPr>
          <w:i/>
          <w:lang w:val="sv-SE"/>
        </w:rPr>
        <w:t>ni</w:t>
      </w:r>
      <w:r w:rsidRPr="000767E2">
        <w:rPr>
          <w:lang w:val="sv-SE"/>
        </w:rPr>
        <w:t xml:space="preserve"> oförnuftiga och långsamma i hjärtat till att tro på allt som profeterna har talat!{{field-off:bible}} [[@</w:t>
      </w:r>
      <w:r w:rsidR="0096445B" w:rsidRPr="000767E2">
        <w:rPr>
          <w:lang w:val="sv-SE"/>
        </w:rPr>
        <w:t>BibleBIBEL82</w:t>
      </w:r>
      <w:r w:rsidRPr="000767E2">
        <w:rPr>
          <w:lang w:val="sv-SE"/>
        </w:rPr>
        <w:t>:Luke 24:26]]</w:t>
      </w:r>
      <w:r w:rsidRPr="000767E2">
        <w:rPr>
          <w:vertAlign w:val="superscript"/>
          <w:lang w:val="sv-SE"/>
        </w:rPr>
        <w:t>26</w:t>
      </w:r>
      <w:r w:rsidRPr="000767E2">
        <w:rPr>
          <w:lang w:val="sv-SE"/>
        </w:rPr>
        <w:t xml:space="preserve"> {{field-on:bible}}</w:t>
      </w:r>
      <w:r w:rsidRPr="000767E2">
        <w:rPr>
          <w:i/>
          <w:lang w:val="sv-SE"/>
        </w:rPr>
        <w:t>Var det</w:t>
      </w:r>
      <w:r w:rsidRPr="000767E2">
        <w:rPr>
          <w:lang w:val="sv-SE"/>
        </w:rPr>
        <w:t xml:space="preserve"> inte detta Kristus måste lida och </w:t>
      </w:r>
      <w:r w:rsidRPr="000767E2">
        <w:rPr>
          <w:i/>
          <w:lang w:val="sv-SE"/>
        </w:rPr>
        <w:t>sedan</w:t>
      </w:r>
      <w:r w:rsidRPr="000767E2">
        <w:rPr>
          <w:lang w:val="sv-SE"/>
        </w:rPr>
        <w:t xml:space="preserve"> gå in i sin härlighet?”{{field-off:bible}} [[@</w:t>
      </w:r>
      <w:r w:rsidR="0096445B" w:rsidRPr="000767E2">
        <w:rPr>
          <w:lang w:val="sv-SE"/>
        </w:rPr>
        <w:t>BibleBIBEL82</w:t>
      </w:r>
      <w:r w:rsidRPr="000767E2">
        <w:rPr>
          <w:lang w:val="sv-SE"/>
        </w:rPr>
        <w:t>:Luke 24:27]]</w:t>
      </w:r>
      <w:r w:rsidRPr="000767E2">
        <w:rPr>
          <w:vertAlign w:val="superscript"/>
          <w:lang w:val="sv-SE"/>
        </w:rPr>
        <w:t>27</w:t>
      </w:r>
      <w:r w:rsidRPr="000767E2">
        <w:rPr>
          <w:lang w:val="sv-SE"/>
        </w:rPr>
        <w:t xml:space="preserve"> {{field-on:bible}}Och börjande från Mose och från alla profeterna uttolkade han för dem i alla Skrifterna det som rör honom själv.{{field-off:bible}}</w:t>
      </w:r>
    </w:p>
    <w:p w14:paraId="4F055318" w14:textId="1CF86579" w:rsidR="00BA33AB" w:rsidRPr="000767E2" w:rsidRDefault="00000000">
      <w:pPr>
        <w:rPr>
          <w:lang w:val="sv-SE"/>
        </w:rPr>
      </w:pPr>
      <w:r w:rsidRPr="000767E2">
        <w:rPr>
          <w:lang w:val="sv-SE"/>
        </w:rPr>
        <w:t>[[@</w:t>
      </w:r>
      <w:r w:rsidR="0096445B" w:rsidRPr="000767E2">
        <w:rPr>
          <w:lang w:val="sv-SE"/>
        </w:rPr>
        <w:t>BibleBIBEL82</w:t>
      </w:r>
      <w:r w:rsidRPr="000767E2">
        <w:rPr>
          <w:lang w:val="sv-SE"/>
        </w:rPr>
        <w:t>:Luke 24:28]]</w:t>
      </w:r>
      <w:r w:rsidRPr="000767E2">
        <w:rPr>
          <w:vertAlign w:val="superscript"/>
          <w:lang w:val="sv-SE"/>
        </w:rPr>
        <w:t>28</w:t>
      </w:r>
      <w:r w:rsidRPr="000767E2">
        <w:rPr>
          <w:lang w:val="sv-SE"/>
        </w:rPr>
        <w:t xml:space="preserve"> {{field-on:bible}}Och de närmade sig byn dit de gick, och han gjorde som om </w:t>
      </w:r>
      <w:r w:rsidRPr="000767E2">
        <w:rPr>
          <w:i/>
          <w:lang w:val="sv-SE"/>
        </w:rPr>
        <w:t>han skulle</w:t>
      </w:r>
      <w:r w:rsidRPr="000767E2">
        <w:rPr>
          <w:lang w:val="sv-SE"/>
        </w:rPr>
        <w:t xml:space="preserve"> gå mer fjärran.{{field-off:bible}} [[@</w:t>
      </w:r>
      <w:r w:rsidR="0096445B" w:rsidRPr="000767E2">
        <w:rPr>
          <w:lang w:val="sv-SE"/>
        </w:rPr>
        <w:t>BibleBIBEL82</w:t>
      </w:r>
      <w:r w:rsidRPr="000767E2">
        <w:rPr>
          <w:lang w:val="sv-SE"/>
        </w:rPr>
        <w:t>:Luke 24:29]]</w:t>
      </w:r>
      <w:r w:rsidRPr="000767E2">
        <w:rPr>
          <w:vertAlign w:val="superscript"/>
          <w:lang w:val="sv-SE"/>
        </w:rPr>
        <w:t>29</w:t>
      </w:r>
      <w:r w:rsidRPr="000767E2">
        <w:rPr>
          <w:lang w:val="sv-SE"/>
        </w:rPr>
        <w:t xml:space="preserve"> {{field-on:bible}}Och de tvingade honom och sade: ”Bli kvar hos oss. För det är mot afton och dagen har redan vikit.” Och han gick in för att bli kvar med dem.{{field-off:bible}} [[@</w:t>
      </w:r>
      <w:r w:rsidR="0096445B" w:rsidRPr="000767E2">
        <w:rPr>
          <w:lang w:val="sv-SE"/>
        </w:rPr>
        <w:t>BibleBIBEL82</w:t>
      </w:r>
      <w:r w:rsidRPr="000767E2">
        <w:rPr>
          <w:lang w:val="sv-SE"/>
        </w:rPr>
        <w:t>:Luke 24:30]]</w:t>
      </w:r>
      <w:r w:rsidRPr="000767E2">
        <w:rPr>
          <w:vertAlign w:val="superscript"/>
          <w:lang w:val="sv-SE"/>
        </w:rPr>
        <w:t>30</w:t>
      </w:r>
      <w:r w:rsidRPr="000767E2">
        <w:rPr>
          <w:lang w:val="sv-SE"/>
        </w:rPr>
        <w:t xml:space="preserve"> {{field-on:bible}}Och det hände sig, vid det att han lutade sig </w:t>
      </w:r>
      <w:r w:rsidRPr="000767E2">
        <w:rPr>
          <w:i/>
          <w:lang w:val="sv-SE"/>
        </w:rPr>
        <w:t>till bords</w:t>
      </w:r>
      <w:r w:rsidRPr="000767E2">
        <w:rPr>
          <w:lang w:val="sv-SE"/>
        </w:rPr>
        <w:t xml:space="preserve"> med dem, </w:t>
      </w:r>
      <w:r w:rsidRPr="000767E2">
        <w:rPr>
          <w:i/>
          <w:lang w:val="sv-SE"/>
        </w:rPr>
        <w:t>att</w:t>
      </w:r>
      <w:r w:rsidRPr="000767E2">
        <w:rPr>
          <w:lang w:val="sv-SE"/>
        </w:rPr>
        <w:t xml:space="preserve"> han tog brödet och välsignade och bröt och gav åt dem.{{field-off:bible}} [[@</w:t>
      </w:r>
      <w:r w:rsidR="0096445B" w:rsidRPr="000767E2">
        <w:rPr>
          <w:lang w:val="sv-SE"/>
        </w:rPr>
        <w:t>BibleBIBEL82</w:t>
      </w:r>
      <w:r w:rsidRPr="000767E2">
        <w:rPr>
          <w:lang w:val="sv-SE"/>
        </w:rPr>
        <w:t>:Luke 24:31]]</w:t>
      </w:r>
      <w:r w:rsidRPr="000767E2">
        <w:rPr>
          <w:vertAlign w:val="superscript"/>
          <w:lang w:val="sv-SE"/>
        </w:rPr>
        <w:t>31</w:t>
      </w:r>
      <w:r w:rsidRPr="000767E2">
        <w:rPr>
          <w:lang w:val="sv-SE"/>
        </w:rPr>
        <w:t xml:space="preserve"> {{field-on:bible}}Och deras ögon öppnades upp, och de kände igen honom – och han blev försvunnen från deras </w:t>
      </w:r>
      <w:r w:rsidRPr="000767E2">
        <w:rPr>
          <w:i/>
          <w:lang w:val="sv-SE"/>
        </w:rPr>
        <w:t>åsyn</w:t>
      </w:r>
      <w:r w:rsidRPr="000767E2">
        <w:rPr>
          <w:lang w:val="sv-SE"/>
        </w:rPr>
        <w:t>.{{field-off:bible}}</w:t>
      </w:r>
    </w:p>
    <w:p w14:paraId="1A51A5B3" w14:textId="0101AC72" w:rsidR="00BA33AB" w:rsidRPr="000767E2" w:rsidRDefault="00000000">
      <w:pPr>
        <w:rPr>
          <w:lang w:val="sv-SE"/>
        </w:rPr>
      </w:pPr>
      <w:r w:rsidRPr="000767E2">
        <w:rPr>
          <w:lang w:val="sv-SE"/>
        </w:rPr>
        <w:t>[[@</w:t>
      </w:r>
      <w:r w:rsidR="0096445B" w:rsidRPr="000767E2">
        <w:rPr>
          <w:lang w:val="sv-SE"/>
        </w:rPr>
        <w:t>BibleBIBEL82</w:t>
      </w:r>
      <w:r w:rsidRPr="000767E2">
        <w:rPr>
          <w:lang w:val="sv-SE"/>
        </w:rPr>
        <w:t>:Luke 24:32]]</w:t>
      </w:r>
      <w:r w:rsidRPr="000767E2">
        <w:rPr>
          <w:vertAlign w:val="superscript"/>
          <w:lang w:val="sv-SE"/>
        </w:rPr>
        <w:t>32</w:t>
      </w:r>
      <w:r w:rsidRPr="000767E2">
        <w:rPr>
          <w:lang w:val="sv-SE"/>
        </w:rPr>
        <w:t xml:space="preserve"> {{field-on:bible}}Och de sade till varandra: ”Var inte vårt hjärta brinnande [inom oss] när han talade till oss på vägen, när han öppnade upp för oss Skrifterna?”{{field-off:bible}} [[@</w:t>
      </w:r>
      <w:r w:rsidR="0096445B" w:rsidRPr="000767E2">
        <w:rPr>
          <w:lang w:val="sv-SE"/>
        </w:rPr>
        <w:t>BibleBIBEL82</w:t>
      </w:r>
      <w:r w:rsidRPr="000767E2">
        <w:rPr>
          <w:lang w:val="sv-SE"/>
        </w:rPr>
        <w:t>:Luke 24:33]]</w:t>
      </w:r>
      <w:r w:rsidRPr="000767E2">
        <w:rPr>
          <w:vertAlign w:val="superscript"/>
          <w:lang w:val="sv-SE"/>
        </w:rPr>
        <w:t>33</w:t>
      </w:r>
      <w:r w:rsidRPr="000767E2">
        <w:rPr>
          <w:lang w:val="sv-SE"/>
        </w:rPr>
        <w:t xml:space="preserve"> {{field-on:bible}}Och de stod upp i samma stund och återvände till Jerusalem. Och de fann de elva fylkade och de </w:t>
      </w:r>
      <w:r w:rsidRPr="000767E2">
        <w:rPr>
          <w:i/>
          <w:lang w:val="sv-SE"/>
        </w:rPr>
        <w:t>som var</w:t>
      </w:r>
      <w:r w:rsidRPr="000767E2">
        <w:rPr>
          <w:lang w:val="sv-SE"/>
        </w:rPr>
        <w:t xml:space="preserve"> med dem,{{field-off:bible}} [[@</w:t>
      </w:r>
      <w:r w:rsidR="0096445B" w:rsidRPr="000767E2">
        <w:rPr>
          <w:lang w:val="sv-SE"/>
        </w:rPr>
        <w:t>BibleBIBEL82</w:t>
      </w:r>
      <w:r w:rsidRPr="000767E2">
        <w:rPr>
          <w:lang w:val="sv-SE"/>
        </w:rPr>
        <w:t>:Luke 24:34]]</w:t>
      </w:r>
      <w:r w:rsidRPr="000767E2">
        <w:rPr>
          <w:vertAlign w:val="superscript"/>
          <w:lang w:val="sv-SE"/>
        </w:rPr>
        <w:t>34</w:t>
      </w:r>
      <w:r w:rsidRPr="000767E2">
        <w:rPr>
          <w:lang w:val="sv-SE"/>
        </w:rPr>
        <w:t xml:space="preserve"> {{field-on:bible}}som sade att: ”Verkligen, uppväckt är Herren! Och han har visat sig för Simon.”{{field-off:bible}} [[@</w:t>
      </w:r>
      <w:r w:rsidR="0096445B" w:rsidRPr="000767E2">
        <w:rPr>
          <w:lang w:val="sv-SE"/>
        </w:rPr>
        <w:t>BibleBIBEL82</w:t>
      </w:r>
      <w:r w:rsidRPr="000767E2">
        <w:rPr>
          <w:lang w:val="sv-SE"/>
        </w:rPr>
        <w:t>:Luke 24:35]]</w:t>
      </w:r>
      <w:r w:rsidRPr="000767E2">
        <w:rPr>
          <w:vertAlign w:val="superscript"/>
          <w:lang w:val="sv-SE"/>
        </w:rPr>
        <w:t>35</w:t>
      </w:r>
      <w:r w:rsidRPr="000767E2">
        <w:rPr>
          <w:lang w:val="sv-SE"/>
        </w:rPr>
        <w:t xml:space="preserve"> {{field-on:bible}}Och själva utlade de det </w:t>
      </w:r>
      <w:r w:rsidRPr="000767E2">
        <w:rPr>
          <w:i/>
          <w:lang w:val="sv-SE"/>
        </w:rPr>
        <w:t>som hänt</w:t>
      </w:r>
      <w:r w:rsidRPr="000767E2">
        <w:rPr>
          <w:lang w:val="sv-SE"/>
        </w:rPr>
        <w:t xml:space="preserve"> på vägen, och hur han blev känd för dem vid brödsbrytelsen.{{field-off:bible}}</w:t>
      </w:r>
    </w:p>
    <w:p w14:paraId="494E7FAC" w14:textId="77777777" w:rsidR="00BA33AB" w:rsidRPr="000767E2" w:rsidRDefault="00000000">
      <w:pPr>
        <w:pStyle w:val="Rubrik3"/>
        <w:rPr>
          <w:lang w:val="sv-SE"/>
        </w:rPr>
      </w:pPr>
      <w:r w:rsidRPr="000767E2">
        <w:rPr>
          <w:lang w:val="sv-SE"/>
        </w:rPr>
        <w:t>Jesus visar sig för lärjungarna</w:t>
      </w:r>
    </w:p>
    <w:p w14:paraId="6384B370" w14:textId="2D58660F" w:rsidR="00BA33AB" w:rsidRPr="000767E2" w:rsidRDefault="00000000">
      <w:pPr>
        <w:rPr>
          <w:lang w:val="sv-SE"/>
        </w:rPr>
      </w:pPr>
      <w:r w:rsidRPr="000767E2">
        <w:rPr>
          <w:lang w:val="sv-SE"/>
        </w:rPr>
        <w:t>[[@</w:t>
      </w:r>
      <w:r w:rsidR="0096445B" w:rsidRPr="000767E2">
        <w:rPr>
          <w:lang w:val="sv-SE"/>
        </w:rPr>
        <w:t>BibleBIBEL82</w:t>
      </w:r>
      <w:r w:rsidRPr="000767E2">
        <w:rPr>
          <w:lang w:val="sv-SE"/>
        </w:rPr>
        <w:t>:Luke 24:36]]</w:t>
      </w:r>
      <w:r w:rsidRPr="000767E2">
        <w:rPr>
          <w:vertAlign w:val="superscript"/>
          <w:lang w:val="sv-SE"/>
        </w:rPr>
        <w:t>36</w:t>
      </w:r>
      <w:r w:rsidRPr="000767E2">
        <w:rPr>
          <w:lang w:val="sv-SE"/>
        </w:rPr>
        <w:t xml:space="preserve"> {{field-on:bible}}Och medan de talade </w:t>
      </w:r>
      <w:r w:rsidRPr="000767E2">
        <w:rPr>
          <w:i/>
          <w:lang w:val="sv-SE"/>
        </w:rPr>
        <w:t>om</w:t>
      </w:r>
      <w:r w:rsidRPr="000767E2">
        <w:rPr>
          <w:lang w:val="sv-SE"/>
        </w:rPr>
        <w:t xml:space="preserve"> detta, stod han själv mitt ibland dem och säger till dem: ”Frid åt er!”{{field-off:bible}} [[@</w:t>
      </w:r>
      <w:r w:rsidR="0096445B" w:rsidRPr="000767E2">
        <w:rPr>
          <w:lang w:val="sv-SE"/>
        </w:rPr>
        <w:t>BibleBIBEL82</w:t>
      </w:r>
      <w:r w:rsidRPr="000767E2">
        <w:rPr>
          <w:lang w:val="sv-SE"/>
        </w:rPr>
        <w:t>:Luke 24:37]]</w:t>
      </w:r>
      <w:r w:rsidRPr="000767E2">
        <w:rPr>
          <w:vertAlign w:val="superscript"/>
          <w:lang w:val="sv-SE"/>
        </w:rPr>
        <w:t>37</w:t>
      </w:r>
      <w:r w:rsidRPr="000767E2">
        <w:rPr>
          <w:lang w:val="sv-SE"/>
        </w:rPr>
        <w:t xml:space="preserve"> {{field-on:bible}}Men de blev uppskrämda och förskräckta och tyckte sig skåda en ande.{{field-off:bible}} [[@</w:t>
      </w:r>
      <w:r w:rsidR="0096445B" w:rsidRPr="000767E2">
        <w:rPr>
          <w:lang w:val="sv-SE"/>
        </w:rPr>
        <w:t>BibleBIBEL82</w:t>
      </w:r>
      <w:r w:rsidRPr="000767E2">
        <w:rPr>
          <w:lang w:val="sv-SE"/>
        </w:rPr>
        <w:t>:Luke 24:38]]</w:t>
      </w:r>
      <w:r w:rsidRPr="000767E2">
        <w:rPr>
          <w:vertAlign w:val="superscript"/>
          <w:lang w:val="sv-SE"/>
        </w:rPr>
        <w:t>38</w:t>
      </w:r>
      <w:r w:rsidRPr="000767E2">
        <w:rPr>
          <w:lang w:val="sv-SE"/>
        </w:rPr>
        <w:t xml:space="preserve"> {{field-on:bible}}Och han sade till dem: ”Varför är ni oroade? Och varför kommer </w:t>
      </w:r>
      <w:r w:rsidRPr="000767E2">
        <w:rPr>
          <w:i/>
          <w:lang w:val="sv-SE"/>
        </w:rPr>
        <w:t>det</w:t>
      </w:r>
      <w:r w:rsidRPr="000767E2">
        <w:rPr>
          <w:lang w:val="sv-SE"/>
        </w:rPr>
        <w:t xml:space="preserve"> upp funderingar i ert hjärta?{{field-off:bible}} [[@</w:t>
      </w:r>
      <w:r w:rsidR="0096445B" w:rsidRPr="000767E2">
        <w:rPr>
          <w:lang w:val="sv-SE"/>
        </w:rPr>
        <w:t>BibleBIBEL82</w:t>
      </w:r>
      <w:r w:rsidRPr="000767E2">
        <w:rPr>
          <w:lang w:val="sv-SE"/>
        </w:rPr>
        <w:t>:Luke 24:39]]</w:t>
      </w:r>
      <w:r w:rsidRPr="000767E2">
        <w:rPr>
          <w:vertAlign w:val="superscript"/>
          <w:lang w:val="sv-SE"/>
        </w:rPr>
        <w:t>39</w:t>
      </w:r>
      <w:r w:rsidRPr="000767E2">
        <w:rPr>
          <w:lang w:val="sv-SE"/>
        </w:rPr>
        <w:t xml:space="preserve"> {{field-on:bible}}Se mina händer och mina fötter, att Jag Är densamme. Känn på mig och se. För en ande har inte kött och knotor, så som ni skådar mig </w:t>
      </w:r>
      <w:r w:rsidRPr="000767E2">
        <w:rPr>
          <w:i/>
          <w:lang w:val="sv-SE"/>
        </w:rPr>
        <w:t>att</w:t>
      </w:r>
      <w:r w:rsidRPr="000767E2">
        <w:rPr>
          <w:lang w:val="sv-SE"/>
        </w:rPr>
        <w:t xml:space="preserve"> jag har.”{{field-off:bible}} [[@</w:t>
      </w:r>
      <w:r w:rsidR="0096445B" w:rsidRPr="000767E2">
        <w:rPr>
          <w:lang w:val="sv-SE"/>
        </w:rPr>
        <w:t>BibleBIBEL82</w:t>
      </w:r>
      <w:r w:rsidRPr="000767E2">
        <w:rPr>
          <w:lang w:val="sv-SE"/>
        </w:rPr>
        <w:t>:Luke 24:40]]</w:t>
      </w:r>
      <w:r w:rsidRPr="000767E2">
        <w:rPr>
          <w:vertAlign w:val="superscript"/>
          <w:lang w:val="sv-SE"/>
        </w:rPr>
        <w:t>40</w:t>
      </w:r>
      <w:r w:rsidRPr="000767E2">
        <w:rPr>
          <w:lang w:val="sv-SE"/>
        </w:rPr>
        <w:t xml:space="preserve"> {{field-on:bible}}Och sedan han sagt detta, visade han dem händerna och fötterna.{{field-off:bible}} [[@</w:t>
      </w:r>
      <w:r w:rsidR="0096445B" w:rsidRPr="000767E2">
        <w:rPr>
          <w:lang w:val="sv-SE"/>
        </w:rPr>
        <w:t>BibleBIBEL82</w:t>
      </w:r>
      <w:r w:rsidRPr="000767E2">
        <w:rPr>
          <w:lang w:val="sv-SE"/>
        </w:rPr>
        <w:t>:Luke 24:41]]</w:t>
      </w:r>
      <w:r w:rsidRPr="000767E2">
        <w:rPr>
          <w:vertAlign w:val="superscript"/>
          <w:lang w:val="sv-SE"/>
        </w:rPr>
        <w:t>41</w:t>
      </w:r>
      <w:r w:rsidRPr="000767E2">
        <w:rPr>
          <w:lang w:val="sv-SE"/>
        </w:rPr>
        <w:t xml:space="preserve"> {{field-on:bible}}Och när de fortfarande inte trodde av </w:t>
      </w:r>
      <w:r w:rsidRPr="000767E2">
        <w:rPr>
          <w:lang w:val="sv-SE"/>
        </w:rPr>
        <w:lastRenderedPageBreak/>
        <w:t>glädjen och var förundrade, sade han till dem: ”Har ni något ätbart här?”{{field-off:bible}} [[@</w:t>
      </w:r>
      <w:r w:rsidR="0096445B" w:rsidRPr="000767E2">
        <w:rPr>
          <w:lang w:val="sv-SE"/>
        </w:rPr>
        <w:t>BibleBIBEL82</w:t>
      </w:r>
      <w:r w:rsidRPr="000767E2">
        <w:rPr>
          <w:lang w:val="sv-SE"/>
        </w:rPr>
        <w:t>:Luke 24:42]]</w:t>
      </w:r>
      <w:r w:rsidRPr="000767E2">
        <w:rPr>
          <w:vertAlign w:val="superscript"/>
          <w:lang w:val="sv-SE"/>
        </w:rPr>
        <w:t>42</w:t>
      </w:r>
      <w:r w:rsidRPr="000767E2">
        <w:rPr>
          <w:lang w:val="sv-SE"/>
        </w:rPr>
        <w:t xml:space="preserve"> {{field-on:bible}}Och de gav honom en del av en stekt fisk,{{field-off:bible}} [[@</w:t>
      </w:r>
      <w:r w:rsidR="0096445B" w:rsidRPr="000767E2">
        <w:rPr>
          <w:lang w:val="sv-SE"/>
        </w:rPr>
        <w:t>BibleBIBEL82</w:t>
      </w:r>
      <w:r w:rsidRPr="000767E2">
        <w:rPr>
          <w:lang w:val="sv-SE"/>
        </w:rPr>
        <w:t>:Luke 24:43]]</w:t>
      </w:r>
      <w:r w:rsidRPr="000767E2">
        <w:rPr>
          <w:vertAlign w:val="superscript"/>
          <w:lang w:val="sv-SE"/>
        </w:rPr>
        <w:t>43</w:t>
      </w:r>
      <w:r w:rsidRPr="000767E2">
        <w:rPr>
          <w:lang w:val="sv-SE"/>
        </w:rPr>
        <w:t xml:space="preserve"> {{field-on:bible}}och han tog inför dem och åt.{{field-off:bible}}</w:t>
      </w:r>
    </w:p>
    <w:p w14:paraId="74E4B43D" w14:textId="1868F608" w:rsidR="00BA33AB" w:rsidRPr="000767E2" w:rsidRDefault="00000000">
      <w:pPr>
        <w:rPr>
          <w:lang w:val="sv-SE"/>
        </w:rPr>
      </w:pPr>
      <w:r w:rsidRPr="000767E2">
        <w:rPr>
          <w:lang w:val="sv-SE"/>
        </w:rPr>
        <w:t>[[@</w:t>
      </w:r>
      <w:r w:rsidR="0096445B" w:rsidRPr="000767E2">
        <w:rPr>
          <w:lang w:val="sv-SE"/>
        </w:rPr>
        <w:t>BibleBIBEL82</w:t>
      </w:r>
      <w:r w:rsidRPr="000767E2">
        <w:rPr>
          <w:lang w:val="sv-SE"/>
        </w:rPr>
        <w:t>:Luke 24:44]]</w:t>
      </w:r>
      <w:r w:rsidRPr="000767E2">
        <w:rPr>
          <w:vertAlign w:val="superscript"/>
          <w:lang w:val="sv-SE"/>
        </w:rPr>
        <w:t>44</w:t>
      </w:r>
      <w:r w:rsidRPr="000767E2">
        <w:rPr>
          <w:lang w:val="sv-SE"/>
        </w:rPr>
        <w:t xml:space="preserve"> {{field-on:bible}}Och han sade till dem: ”Dessa </w:t>
      </w:r>
      <w:r w:rsidRPr="000767E2">
        <w:rPr>
          <w:i/>
          <w:lang w:val="sv-SE"/>
        </w:rPr>
        <w:t>är</w:t>
      </w:r>
      <w:r w:rsidRPr="000767E2">
        <w:rPr>
          <w:lang w:val="sv-SE"/>
        </w:rPr>
        <w:t xml:space="preserve"> mina ord som jag talade till er medan jag ännu var med er: att allt måste uppfyllas </w:t>
      </w:r>
      <w:r w:rsidRPr="000767E2">
        <w:rPr>
          <w:i/>
          <w:lang w:val="sv-SE"/>
        </w:rPr>
        <w:t>som</w:t>
      </w:r>
      <w:r w:rsidRPr="000767E2">
        <w:rPr>
          <w:lang w:val="sv-SE"/>
        </w:rPr>
        <w:t xml:space="preserve"> </w:t>
      </w:r>
      <w:r w:rsidRPr="000767E2">
        <w:rPr>
          <w:i/>
          <w:lang w:val="sv-SE"/>
        </w:rPr>
        <w:t>är</w:t>
      </w:r>
      <w:r w:rsidRPr="000767E2">
        <w:rPr>
          <w:lang w:val="sv-SE"/>
        </w:rPr>
        <w:t xml:space="preserve"> skrivet i Mose lag och profeterna och psalmerna om mig.”{{field-off:bible}} [[@</w:t>
      </w:r>
      <w:r w:rsidR="0096445B" w:rsidRPr="000767E2">
        <w:rPr>
          <w:lang w:val="sv-SE"/>
        </w:rPr>
        <w:t>BibleBIBEL82</w:t>
      </w:r>
      <w:r w:rsidRPr="000767E2">
        <w:rPr>
          <w:lang w:val="sv-SE"/>
        </w:rPr>
        <w:t>:Luke 24:45]]</w:t>
      </w:r>
      <w:r w:rsidRPr="000767E2">
        <w:rPr>
          <w:vertAlign w:val="superscript"/>
          <w:lang w:val="sv-SE"/>
        </w:rPr>
        <w:t>45</w:t>
      </w:r>
      <w:r w:rsidRPr="000767E2">
        <w:rPr>
          <w:lang w:val="sv-SE"/>
        </w:rPr>
        <w:t xml:space="preserve"> {{field-on:bible}}Sedan öppnade han upp deras sinne till att förstå Skrifterna.{{field-off:bible}} [[@</w:t>
      </w:r>
      <w:r w:rsidR="0096445B" w:rsidRPr="000767E2">
        <w:rPr>
          <w:lang w:val="sv-SE"/>
        </w:rPr>
        <w:t>BibleBIBEL82</w:t>
      </w:r>
      <w:r w:rsidRPr="000767E2">
        <w:rPr>
          <w:lang w:val="sv-SE"/>
        </w:rPr>
        <w:t>:Luke 24:46]]</w:t>
      </w:r>
      <w:r w:rsidRPr="000767E2">
        <w:rPr>
          <w:vertAlign w:val="superscript"/>
          <w:lang w:val="sv-SE"/>
        </w:rPr>
        <w:t>46</w:t>
      </w:r>
      <w:r w:rsidRPr="000767E2">
        <w:rPr>
          <w:lang w:val="sv-SE"/>
        </w:rPr>
        <w:t xml:space="preserve"> {{field-on:bible}}Och han sade till dem att: ”Så är skrivet: att Kristus </w:t>
      </w:r>
      <w:r w:rsidRPr="000767E2">
        <w:rPr>
          <w:i/>
          <w:lang w:val="sv-SE"/>
        </w:rPr>
        <w:t>ska</w:t>
      </w:r>
      <w:r w:rsidRPr="000767E2">
        <w:rPr>
          <w:lang w:val="sv-SE"/>
        </w:rPr>
        <w:t xml:space="preserve"> lida och uppstå från </w:t>
      </w:r>
      <w:r w:rsidRPr="000767E2">
        <w:rPr>
          <w:i/>
          <w:lang w:val="sv-SE"/>
        </w:rPr>
        <w:t>de</w:t>
      </w:r>
      <w:r w:rsidRPr="000767E2">
        <w:rPr>
          <w:lang w:val="sv-SE"/>
        </w:rPr>
        <w:t xml:space="preserve"> döda den tredje dagen,{{field-off:bible}} [[@</w:t>
      </w:r>
      <w:r w:rsidR="0096445B" w:rsidRPr="000767E2">
        <w:rPr>
          <w:lang w:val="sv-SE"/>
        </w:rPr>
        <w:t>BibleBIBEL82</w:t>
      </w:r>
      <w:r w:rsidRPr="000767E2">
        <w:rPr>
          <w:lang w:val="sv-SE"/>
        </w:rPr>
        <w:t>:Luke 24:47]]</w:t>
      </w:r>
      <w:r w:rsidRPr="000767E2">
        <w:rPr>
          <w:vertAlign w:val="superscript"/>
          <w:lang w:val="sv-SE"/>
        </w:rPr>
        <w:t>47</w:t>
      </w:r>
      <w:r w:rsidRPr="000767E2">
        <w:rPr>
          <w:lang w:val="sv-SE"/>
        </w:rPr>
        <w:t xml:space="preserve"> {{field-on:bible}}och att </w:t>
      </w:r>
      <w:r w:rsidRPr="000767E2">
        <w:rPr>
          <w:i/>
          <w:lang w:val="sv-SE"/>
        </w:rPr>
        <w:t>det</w:t>
      </w:r>
      <w:r w:rsidRPr="000767E2">
        <w:rPr>
          <w:lang w:val="sv-SE"/>
        </w:rPr>
        <w:t xml:space="preserve"> </w:t>
      </w:r>
      <w:r w:rsidRPr="000767E2">
        <w:rPr>
          <w:i/>
          <w:lang w:val="sv-SE"/>
        </w:rPr>
        <w:t>ska</w:t>
      </w:r>
      <w:r w:rsidRPr="000767E2">
        <w:rPr>
          <w:lang w:val="sv-SE"/>
        </w:rPr>
        <w:t xml:space="preserve"> förkunnas i hans namn sinnesändring till synders förlåtelse för alla folkslagen, börjande från Jerusalem.{{field-off:bible}} [[@</w:t>
      </w:r>
      <w:r w:rsidR="0096445B" w:rsidRPr="000767E2">
        <w:rPr>
          <w:lang w:val="sv-SE"/>
        </w:rPr>
        <w:t>BibleBIBEL82</w:t>
      </w:r>
      <w:r w:rsidRPr="000767E2">
        <w:rPr>
          <w:lang w:val="sv-SE"/>
        </w:rPr>
        <w:t>:Luke 24:48]]</w:t>
      </w:r>
      <w:r w:rsidRPr="000767E2">
        <w:rPr>
          <w:vertAlign w:val="superscript"/>
          <w:lang w:val="sv-SE"/>
        </w:rPr>
        <w:t>48</w:t>
      </w:r>
      <w:r w:rsidRPr="000767E2">
        <w:rPr>
          <w:lang w:val="sv-SE"/>
        </w:rPr>
        <w:t xml:space="preserve"> {{field-on:bible}}Ni </w:t>
      </w:r>
      <w:r w:rsidRPr="000767E2">
        <w:rPr>
          <w:i/>
          <w:lang w:val="sv-SE"/>
        </w:rPr>
        <w:t>är</w:t>
      </w:r>
      <w:r w:rsidRPr="000767E2">
        <w:rPr>
          <w:lang w:val="sv-SE"/>
        </w:rPr>
        <w:t xml:space="preserve"> vittnen om detta.{{field-off:bible}} [[@</w:t>
      </w:r>
      <w:r w:rsidR="0096445B" w:rsidRPr="000767E2">
        <w:rPr>
          <w:lang w:val="sv-SE"/>
        </w:rPr>
        <w:t>BibleBIBEL82</w:t>
      </w:r>
      <w:r w:rsidRPr="000767E2">
        <w:rPr>
          <w:lang w:val="sv-SE"/>
        </w:rPr>
        <w:t>:Luke 24:49]]</w:t>
      </w:r>
      <w:r w:rsidRPr="000767E2">
        <w:rPr>
          <w:vertAlign w:val="superscript"/>
          <w:lang w:val="sv-SE"/>
        </w:rPr>
        <w:t>49</w:t>
      </w:r>
      <w:r w:rsidRPr="000767E2">
        <w:rPr>
          <w:lang w:val="sv-SE"/>
        </w:rPr>
        <w:t xml:space="preserve"> {{field-on:bible}}Och [se:] jag sänder min Fars löfte över er. Men ni ska sätta er i staden tills ni blivit iklädda från höjden </w:t>
      </w:r>
      <w:r w:rsidRPr="000767E2">
        <w:rPr>
          <w:i/>
          <w:lang w:val="sv-SE"/>
        </w:rPr>
        <w:t>med</w:t>
      </w:r>
      <w:r w:rsidRPr="000767E2">
        <w:rPr>
          <w:lang w:val="sv-SE"/>
        </w:rPr>
        <w:t xml:space="preserve"> kraft.”{{field-off:bible}}</w:t>
      </w:r>
    </w:p>
    <w:p w14:paraId="04E37F3A" w14:textId="77777777" w:rsidR="00BA33AB" w:rsidRPr="000767E2" w:rsidRDefault="00000000">
      <w:pPr>
        <w:pStyle w:val="Rubrik3"/>
        <w:rPr>
          <w:lang w:val="sv-SE"/>
        </w:rPr>
      </w:pPr>
      <w:r w:rsidRPr="000767E2">
        <w:rPr>
          <w:lang w:val="sv-SE"/>
        </w:rPr>
        <w:t>Jesu himmelsfärd</w:t>
      </w:r>
    </w:p>
    <w:p w14:paraId="26947950" w14:textId="6BB1DF49" w:rsidR="00BA33AB" w:rsidRPr="000767E2" w:rsidRDefault="00000000">
      <w:pPr>
        <w:rPr>
          <w:lang w:val="sv-SE"/>
        </w:rPr>
      </w:pPr>
      <w:r w:rsidRPr="000767E2">
        <w:rPr>
          <w:lang w:val="sv-SE"/>
        </w:rPr>
        <w:t>[[@</w:t>
      </w:r>
      <w:r w:rsidR="0096445B" w:rsidRPr="000767E2">
        <w:rPr>
          <w:lang w:val="sv-SE"/>
        </w:rPr>
        <w:t>BibleBIBEL82</w:t>
      </w:r>
      <w:r w:rsidRPr="000767E2">
        <w:rPr>
          <w:lang w:val="sv-SE"/>
        </w:rPr>
        <w:t>:Luke 24:50]]</w:t>
      </w:r>
      <w:r w:rsidRPr="000767E2">
        <w:rPr>
          <w:vertAlign w:val="superscript"/>
          <w:lang w:val="sv-SE"/>
        </w:rPr>
        <w:t>50</w:t>
      </w:r>
      <w:r w:rsidRPr="000767E2">
        <w:rPr>
          <w:lang w:val="sv-SE"/>
        </w:rPr>
        <w:t xml:space="preserve"> {{field-on:bible}}Och han förde ut dem [utanför] ända till Bethania, och han lyfte sina händer och välsignade dem.{{field-off:bible}} [[@</w:t>
      </w:r>
      <w:r w:rsidR="0096445B" w:rsidRPr="000767E2">
        <w:rPr>
          <w:lang w:val="sv-SE"/>
        </w:rPr>
        <w:t>BibleBIBEL82</w:t>
      </w:r>
      <w:r w:rsidRPr="000767E2">
        <w:rPr>
          <w:lang w:val="sv-SE"/>
        </w:rPr>
        <w:t>:Luke 24:51]]</w:t>
      </w:r>
      <w:r w:rsidRPr="000767E2">
        <w:rPr>
          <w:vertAlign w:val="superscript"/>
          <w:lang w:val="sv-SE"/>
        </w:rPr>
        <w:t>51</w:t>
      </w:r>
      <w:r w:rsidRPr="000767E2">
        <w:rPr>
          <w:lang w:val="sv-SE"/>
        </w:rPr>
        <w:t xml:space="preserve"> {{field-on:bible}}Och det hände sig, under det att han välsignade dem, </w:t>
      </w:r>
      <w:r w:rsidRPr="000767E2">
        <w:rPr>
          <w:i/>
          <w:lang w:val="sv-SE"/>
        </w:rPr>
        <w:t>att</w:t>
      </w:r>
      <w:r w:rsidRPr="000767E2">
        <w:rPr>
          <w:lang w:val="sv-SE"/>
        </w:rPr>
        <w:t xml:space="preserve"> han gick ifrån dem och fördes upp till himlen.{{field-off:bible}} [[@</w:t>
      </w:r>
      <w:r w:rsidR="0096445B" w:rsidRPr="000767E2">
        <w:rPr>
          <w:lang w:val="sv-SE"/>
        </w:rPr>
        <w:t>BibleBIBEL82</w:t>
      </w:r>
      <w:r w:rsidRPr="000767E2">
        <w:rPr>
          <w:lang w:val="sv-SE"/>
        </w:rPr>
        <w:t>:Luke 24:52]]</w:t>
      </w:r>
      <w:r w:rsidRPr="000767E2">
        <w:rPr>
          <w:vertAlign w:val="superscript"/>
          <w:lang w:val="sv-SE"/>
        </w:rPr>
        <w:t>52</w:t>
      </w:r>
      <w:r w:rsidRPr="000767E2">
        <w:rPr>
          <w:lang w:val="sv-SE"/>
        </w:rPr>
        <w:t xml:space="preserve"> {{field-on:bible}}Och de tillbad honom, och återvände till Jerusalem med stor glädje.{{field-off:bible}} [[@</w:t>
      </w:r>
      <w:r w:rsidR="0096445B" w:rsidRPr="000767E2">
        <w:rPr>
          <w:lang w:val="sv-SE"/>
        </w:rPr>
        <w:t>BibleBIBEL82</w:t>
      </w:r>
      <w:r w:rsidRPr="000767E2">
        <w:rPr>
          <w:lang w:val="sv-SE"/>
        </w:rPr>
        <w:t>:Luke 24:53]]</w:t>
      </w:r>
      <w:r w:rsidRPr="000767E2">
        <w:rPr>
          <w:vertAlign w:val="superscript"/>
          <w:lang w:val="sv-SE"/>
        </w:rPr>
        <w:t>53</w:t>
      </w:r>
      <w:r w:rsidRPr="000767E2">
        <w:rPr>
          <w:lang w:val="sv-SE"/>
        </w:rPr>
        <w:t xml:space="preserve"> {{field-on:bible}}Och de var ständigt i templet och välsignade Gud.{{field-off:bible}}</w:t>
      </w:r>
    </w:p>
    <w:p w14:paraId="28FEB01B" w14:textId="3F7B6C56"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:John]]Evangelium enligt Johannes</w:t>
      </w:r>
    </w:p>
    <w:p w14:paraId="4DB6BE92" w14:textId="509706B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1]]Kapitel 1</w:t>
      </w:r>
    </w:p>
    <w:p w14:paraId="76B9BACE" w14:textId="77777777" w:rsidR="00BA33AB" w:rsidRPr="000767E2" w:rsidRDefault="00000000">
      <w:pPr>
        <w:pStyle w:val="Rubrik3"/>
        <w:rPr>
          <w:lang w:val="sv-SE"/>
        </w:rPr>
      </w:pPr>
      <w:r w:rsidRPr="000767E2">
        <w:rPr>
          <w:lang w:val="sv-SE"/>
        </w:rPr>
        <w:t>Ordet blev kött</w:t>
      </w:r>
    </w:p>
    <w:p w14:paraId="4E4073E3" w14:textId="498DFEBE" w:rsidR="00BA33AB" w:rsidRPr="000767E2" w:rsidRDefault="00000000">
      <w:pPr>
        <w:rPr>
          <w:lang w:val="sv-SE"/>
        </w:rPr>
      </w:pPr>
      <w:r w:rsidRPr="000767E2">
        <w:rPr>
          <w:lang w:val="sv-SE"/>
        </w:rPr>
        <w:t>[[@</w:t>
      </w:r>
      <w:r w:rsidR="0096445B" w:rsidRPr="000767E2">
        <w:rPr>
          <w:lang w:val="sv-SE"/>
        </w:rPr>
        <w:t>BibleBIBEL82</w:t>
      </w:r>
      <w:r w:rsidRPr="000767E2">
        <w:rPr>
          <w:lang w:val="sv-SE"/>
        </w:rPr>
        <w:t>:John 1:1]]</w:t>
      </w:r>
      <w:r w:rsidRPr="000767E2">
        <w:rPr>
          <w:vertAlign w:val="superscript"/>
          <w:lang w:val="sv-SE"/>
        </w:rPr>
        <w:t>1</w:t>
      </w:r>
      <w:r w:rsidRPr="000767E2">
        <w:rPr>
          <w:lang w:val="sv-SE"/>
        </w:rPr>
        <w:t xml:space="preserve"> {{field-on:bible}}I begynnelsen var Ordet. Och Ordet var hos Gud, och Ordet var Gud.{{field-off:bible}} [[@</w:t>
      </w:r>
      <w:r w:rsidR="0096445B" w:rsidRPr="000767E2">
        <w:rPr>
          <w:lang w:val="sv-SE"/>
        </w:rPr>
        <w:t>BibleBIBEL82</w:t>
      </w:r>
      <w:r w:rsidRPr="000767E2">
        <w:rPr>
          <w:lang w:val="sv-SE"/>
        </w:rPr>
        <w:t>:John 1:2]]</w:t>
      </w:r>
      <w:r w:rsidRPr="000767E2">
        <w:rPr>
          <w:vertAlign w:val="superscript"/>
          <w:lang w:val="sv-SE"/>
        </w:rPr>
        <w:t>2</w:t>
      </w:r>
      <w:r w:rsidRPr="000767E2">
        <w:rPr>
          <w:lang w:val="sv-SE"/>
        </w:rPr>
        <w:t xml:space="preserve"> {{field-on:bible}}Denne var i begynnelsen hos Gud.{{field-off:bible}} [[@</w:t>
      </w:r>
      <w:r w:rsidR="0096445B" w:rsidRPr="000767E2">
        <w:rPr>
          <w:lang w:val="sv-SE"/>
        </w:rPr>
        <w:t>BibleBIBEL82</w:t>
      </w:r>
      <w:r w:rsidRPr="000767E2">
        <w:rPr>
          <w:lang w:val="sv-SE"/>
        </w:rPr>
        <w:t>:John 1:3]]</w:t>
      </w:r>
      <w:r w:rsidRPr="000767E2">
        <w:rPr>
          <w:vertAlign w:val="superscript"/>
          <w:lang w:val="sv-SE"/>
        </w:rPr>
        <w:t>3</w:t>
      </w:r>
      <w:r w:rsidRPr="000767E2">
        <w:rPr>
          <w:lang w:val="sv-SE"/>
        </w:rPr>
        <w:t xml:space="preserve"> {{field-on:bible}}Allt kom genom honom, och utan honom kom inte ett </w:t>
      </w:r>
      <w:r w:rsidRPr="000767E2">
        <w:rPr>
          <w:i/>
          <w:lang w:val="sv-SE"/>
        </w:rPr>
        <w:t>enda</w:t>
      </w:r>
      <w:r w:rsidRPr="000767E2">
        <w:rPr>
          <w:lang w:val="sv-SE"/>
        </w:rPr>
        <w:t xml:space="preserve"> som kommit.{{field-off:bible}} [[@</w:t>
      </w:r>
      <w:r w:rsidR="0096445B" w:rsidRPr="000767E2">
        <w:rPr>
          <w:lang w:val="sv-SE"/>
        </w:rPr>
        <w:t>BibleBIBEL82</w:t>
      </w:r>
      <w:r w:rsidRPr="000767E2">
        <w:rPr>
          <w:lang w:val="sv-SE"/>
        </w:rPr>
        <w:t>:John 1:4]]</w:t>
      </w:r>
      <w:r w:rsidRPr="000767E2">
        <w:rPr>
          <w:vertAlign w:val="superscript"/>
          <w:lang w:val="sv-SE"/>
        </w:rPr>
        <w:t>4</w:t>
      </w:r>
      <w:r w:rsidRPr="000767E2">
        <w:rPr>
          <w:lang w:val="sv-SE"/>
        </w:rPr>
        <w:t xml:space="preserve"> {{field-on:bible}}I honom var liv, och livet var människornas ljus.{{field-off:bible}} [[@</w:t>
      </w:r>
      <w:r w:rsidR="0096445B" w:rsidRPr="000767E2">
        <w:rPr>
          <w:lang w:val="sv-SE"/>
        </w:rPr>
        <w:t>BibleBIBEL82</w:t>
      </w:r>
      <w:r w:rsidRPr="000767E2">
        <w:rPr>
          <w:lang w:val="sv-SE"/>
        </w:rPr>
        <w:t>:John 1:5]]</w:t>
      </w:r>
      <w:r w:rsidRPr="000767E2">
        <w:rPr>
          <w:vertAlign w:val="superscript"/>
          <w:lang w:val="sv-SE"/>
        </w:rPr>
        <w:t>5</w:t>
      </w:r>
      <w:r w:rsidRPr="000767E2">
        <w:rPr>
          <w:lang w:val="sv-SE"/>
        </w:rPr>
        <w:t xml:space="preserve"> {{field-on:bible}}Och ljuset lyser i mörkret, och mörkret har inte gripit det.{{field-off:bible}}</w:t>
      </w:r>
    </w:p>
    <w:p w14:paraId="19AA9978" w14:textId="403B2812" w:rsidR="00BA33AB" w:rsidRPr="000767E2" w:rsidRDefault="00000000">
      <w:pPr>
        <w:rPr>
          <w:lang w:val="sv-SE"/>
        </w:rPr>
      </w:pPr>
      <w:r w:rsidRPr="000767E2">
        <w:rPr>
          <w:lang w:val="sv-SE"/>
        </w:rPr>
        <w:t>[[@</w:t>
      </w:r>
      <w:r w:rsidR="0096445B" w:rsidRPr="000767E2">
        <w:rPr>
          <w:lang w:val="sv-SE"/>
        </w:rPr>
        <w:t>BibleBIBEL82</w:t>
      </w:r>
      <w:r w:rsidRPr="000767E2">
        <w:rPr>
          <w:lang w:val="sv-SE"/>
        </w:rPr>
        <w:t>:John 1:6]]</w:t>
      </w:r>
      <w:r w:rsidRPr="000767E2">
        <w:rPr>
          <w:vertAlign w:val="superscript"/>
          <w:lang w:val="sv-SE"/>
        </w:rPr>
        <w:t>6</w:t>
      </w:r>
      <w:r w:rsidRPr="000767E2">
        <w:rPr>
          <w:lang w:val="sv-SE"/>
        </w:rPr>
        <w:t xml:space="preserve"> {{field-on:bible}}Det kom en människa, sänd från Gud. Hans namn </w:t>
      </w:r>
      <w:r w:rsidRPr="000767E2">
        <w:rPr>
          <w:i/>
          <w:lang w:val="sv-SE"/>
        </w:rPr>
        <w:t>var</w:t>
      </w:r>
      <w:r w:rsidRPr="000767E2">
        <w:rPr>
          <w:lang w:val="sv-SE"/>
        </w:rPr>
        <w:t xml:space="preserve"> Johannes.{{field-off:bible}} [[@</w:t>
      </w:r>
      <w:r w:rsidR="0096445B" w:rsidRPr="000767E2">
        <w:rPr>
          <w:lang w:val="sv-SE"/>
        </w:rPr>
        <w:t>BibleBIBEL82</w:t>
      </w:r>
      <w:r w:rsidRPr="000767E2">
        <w:rPr>
          <w:lang w:val="sv-SE"/>
        </w:rPr>
        <w:t>:John 1:7]]</w:t>
      </w:r>
      <w:r w:rsidRPr="000767E2">
        <w:rPr>
          <w:vertAlign w:val="superscript"/>
          <w:lang w:val="sv-SE"/>
        </w:rPr>
        <w:t>7</w:t>
      </w:r>
      <w:r w:rsidRPr="000767E2">
        <w:rPr>
          <w:lang w:val="sv-SE"/>
        </w:rPr>
        <w:t xml:space="preserve"> {{field-on:bible}}Denne kom till ett vittnesbörd, för att vittna om ljuset, för att alla skulle komma till tro genom </w:t>
      </w:r>
      <w:r w:rsidRPr="000767E2">
        <w:rPr>
          <w:lang w:val="sv-SE"/>
        </w:rPr>
        <w:lastRenderedPageBreak/>
        <w:t>honom.{{field-off:bible}} [[@</w:t>
      </w:r>
      <w:r w:rsidR="0096445B" w:rsidRPr="000767E2">
        <w:rPr>
          <w:lang w:val="sv-SE"/>
        </w:rPr>
        <w:t>BibleBIBEL82</w:t>
      </w:r>
      <w:r w:rsidRPr="000767E2">
        <w:rPr>
          <w:lang w:val="sv-SE"/>
        </w:rPr>
        <w:t>:John 1:8]]</w:t>
      </w:r>
      <w:r w:rsidRPr="000767E2">
        <w:rPr>
          <w:vertAlign w:val="superscript"/>
          <w:lang w:val="sv-SE"/>
        </w:rPr>
        <w:t>8</w:t>
      </w:r>
      <w:r w:rsidRPr="000767E2">
        <w:rPr>
          <w:lang w:val="sv-SE"/>
        </w:rPr>
        <w:t xml:space="preserve"> {{field-on:bible}}Denne var inte ljuset, utan för att vittna om ljuset.{{field-off:bible}}</w:t>
      </w:r>
    </w:p>
    <w:p w14:paraId="40CE4771" w14:textId="04481667" w:rsidR="00BA33AB" w:rsidRPr="000767E2" w:rsidRDefault="00000000">
      <w:pPr>
        <w:rPr>
          <w:lang w:val="sv-SE"/>
        </w:rPr>
      </w:pPr>
      <w:r w:rsidRPr="000767E2">
        <w:rPr>
          <w:lang w:val="sv-SE"/>
        </w:rPr>
        <w:t>[[@</w:t>
      </w:r>
      <w:r w:rsidR="0096445B" w:rsidRPr="000767E2">
        <w:rPr>
          <w:lang w:val="sv-SE"/>
        </w:rPr>
        <w:t>BibleBIBEL82</w:t>
      </w:r>
      <w:r w:rsidRPr="000767E2">
        <w:rPr>
          <w:lang w:val="sv-SE"/>
        </w:rPr>
        <w:t>:John 1:9]]</w:t>
      </w:r>
      <w:r w:rsidRPr="000767E2">
        <w:rPr>
          <w:vertAlign w:val="superscript"/>
          <w:lang w:val="sv-SE"/>
        </w:rPr>
        <w:t>9</w:t>
      </w:r>
      <w:r w:rsidRPr="000767E2">
        <w:rPr>
          <w:lang w:val="sv-SE"/>
        </w:rPr>
        <w:t xml:space="preserve"> {{field-on:bible}}Det sannfärdiga ljuset, som lyser upp varje människa, var kommande in i världen.{{field-off:bible}} [[@</w:t>
      </w:r>
      <w:r w:rsidR="0096445B" w:rsidRPr="000767E2">
        <w:rPr>
          <w:lang w:val="sv-SE"/>
        </w:rPr>
        <w:t>BibleBIBEL82</w:t>
      </w:r>
      <w:r w:rsidRPr="000767E2">
        <w:rPr>
          <w:lang w:val="sv-SE"/>
        </w:rPr>
        <w:t>:John 1:10]]</w:t>
      </w:r>
      <w:r w:rsidRPr="000767E2">
        <w:rPr>
          <w:vertAlign w:val="superscript"/>
          <w:lang w:val="sv-SE"/>
        </w:rPr>
        <w:t>10</w:t>
      </w:r>
      <w:r w:rsidRPr="000767E2">
        <w:rPr>
          <w:lang w:val="sv-SE"/>
        </w:rPr>
        <w:t xml:space="preserve"> {{field-on:bible}}I världen var han, och världen blev till genom honom. Och världen kände honom inte.{{field-off:bible}} [[@</w:t>
      </w:r>
      <w:r w:rsidR="0096445B" w:rsidRPr="000767E2">
        <w:rPr>
          <w:lang w:val="sv-SE"/>
        </w:rPr>
        <w:t>BibleBIBEL82</w:t>
      </w:r>
      <w:r w:rsidRPr="000767E2">
        <w:rPr>
          <w:lang w:val="sv-SE"/>
        </w:rPr>
        <w:t>:John 1:11]]</w:t>
      </w:r>
      <w:r w:rsidRPr="000767E2">
        <w:rPr>
          <w:vertAlign w:val="superscript"/>
          <w:lang w:val="sv-SE"/>
        </w:rPr>
        <w:t>11</w:t>
      </w:r>
      <w:r w:rsidRPr="000767E2">
        <w:rPr>
          <w:lang w:val="sv-SE"/>
        </w:rPr>
        <w:t xml:space="preserve"> {{field-on:bible}}Till </w:t>
      </w:r>
      <w:r w:rsidRPr="000767E2">
        <w:rPr>
          <w:i/>
          <w:lang w:val="sv-SE"/>
        </w:rPr>
        <w:t>sitt</w:t>
      </w:r>
      <w:r w:rsidRPr="000767E2">
        <w:rPr>
          <w:lang w:val="sv-SE"/>
        </w:rPr>
        <w:t xml:space="preserve"> eget kom han. Och </w:t>
      </w:r>
      <w:r w:rsidRPr="000767E2">
        <w:rPr>
          <w:i/>
          <w:lang w:val="sv-SE"/>
        </w:rPr>
        <w:t>hans</w:t>
      </w:r>
      <w:r w:rsidRPr="000767E2">
        <w:rPr>
          <w:lang w:val="sv-SE"/>
        </w:rPr>
        <w:t xml:space="preserve"> egna tog inte emot honom.{{field-off:bible}} [[@</w:t>
      </w:r>
      <w:r w:rsidR="0096445B" w:rsidRPr="000767E2">
        <w:rPr>
          <w:lang w:val="sv-SE"/>
        </w:rPr>
        <w:t>BibleBIBEL82</w:t>
      </w:r>
      <w:r w:rsidRPr="000767E2">
        <w:rPr>
          <w:lang w:val="sv-SE"/>
        </w:rPr>
        <w:t>:John 1:12]]</w:t>
      </w:r>
      <w:r w:rsidRPr="000767E2">
        <w:rPr>
          <w:vertAlign w:val="superscript"/>
          <w:lang w:val="sv-SE"/>
        </w:rPr>
        <w:t>12</w:t>
      </w:r>
      <w:r w:rsidRPr="000767E2">
        <w:rPr>
          <w:lang w:val="sv-SE"/>
        </w:rPr>
        <w:t xml:space="preserve"> {{field-on:bible}}Men </w:t>
      </w:r>
      <w:r w:rsidRPr="000767E2">
        <w:rPr>
          <w:i/>
          <w:lang w:val="sv-SE"/>
        </w:rPr>
        <w:t>alla</w:t>
      </w:r>
      <w:r w:rsidRPr="000767E2">
        <w:rPr>
          <w:lang w:val="sv-SE"/>
        </w:rPr>
        <w:t xml:space="preserve"> som tog </w:t>
      </w:r>
      <w:r w:rsidRPr="000767E2">
        <w:rPr>
          <w:i/>
          <w:lang w:val="sv-SE"/>
        </w:rPr>
        <w:t>emot</w:t>
      </w:r>
      <w:r w:rsidRPr="000767E2">
        <w:rPr>
          <w:lang w:val="sv-SE"/>
        </w:rPr>
        <w:t xml:space="preserve"> honom, åt dem gav han rättighet att bli Guds barn: åt dem som tror på hans namn,{{field-off:bible}} [[@</w:t>
      </w:r>
      <w:r w:rsidR="0096445B" w:rsidRPr="000767E2">
        <w:rPr>
          <w:lang w:val="sv-SE"/>
        </w:rPr>
        <w:t>BibleBIBEL82</w:t>
      </w:r>
      <w:r w:rsidRPr="000767E2">
        <w:rPr>
          <w:lang w:val="sv-SE"/>
        </w:rPr>
        <w:t>:John 1:13]]</w:t>
      </w:r>
      <w:r w:rsidRPr="000767E2">
        <w:rPr>
          <w:vertAlign w:val="superscript"/>
          <w:lang w:val="sv-SE"/>
        </w:rPr>
        <w:t>13</w:t>
      </w:r>
      <w:r w:rsidRPr="000767E2">
        <w:rPr>
          <w:lang w:val="sv-SE"/>
        </w:rPr>
        <w:t xml:space="preserve"> {{field-on:bible}}som inte av blod eller av kötts vilja eller av mans vilja har fötts, utan av Gud.{{field-off:bible}}</w:t>
      </w:r>
    </w:p>
    <w:p w14:paraId="44979264" w14:textId="0ECDE298" w:rsidR="00BA33AB" w:rsidRPr="000767E2" w:rsidRDefault="00000000">
      <w:pPr>
        <w:rPr>
          <w:lang w:val="sv-SE"/>
        </w:rPr>
      </w:pPr>
      <w:r w:rsidRPr="000767E2">
        <w:rPr>
          <w:lang w:val="sv-SE"/>
        </w:rPr>
        <w:t>[[@</w:t>
      </w:r>
      <w:r w:rsidR="0096445B" w:rsidRPr="000767E2">
        <w:rPr>
          <w:lang w:val="sv-SE"/>
        </w:rPr>
        <w:t>BibleBIBEL82</w:t>
      </w:r>
      <w:r w:rsidRPr="000767E2">
        <w:rPr>
          <w:lang w:val="sv-SE"/>
        </w:rPr>
        <w:t>:John 1:14]]</w:t>
      </w:r>
      <w:r w:rsidRPr="000767E2">
        <w:rPr>
          <w:vertAlign w:val="superscript"/>
          <w:lang w:val="sv-SE"/>
        </w:rPr>
        <w:t>14</w:t>
      </w:r>
      <w:r w:rsidRPr="000767E2">
        <w:rPr>
          <w:lang w:val="sv-SE"/>
        </w:rPr>
        <w:t xml:space="preserve"> {{field-on:bible}}Och Ordet blev kött och hade sitt tält bland oss. Och vi skådade hans härlighet, en härlighet som hos en Enfödd från Fadern, full av nåd och sanning.{{field-off:bible}} [[@</w:t>
      </w:r>
      <w:r w:rsidR="0096445B" w:rsidRPr="000767E2">
        <w:rPr>
          <w:lang w:val="sv-SE"/>
        </w:rPr>
        <w:t>BibleBIBEL82</w:t>
      </w:r>
      <w:r w:rsidRPr="000767E2">
        <w:rPr>
          <w:lang w:val="sv-SE"/>
        </w:rPr>
        <w:t>:John 1:15]]</w:t>
      </w:r>
      <w:r w:rsidRPr="000767E2">
        <w:rPr>
          <w:vertAlign w:val="superscript"/>
          <w:lang w:val="sv-SE"/>
        </w:rPr>
        <w:t>15</w:t>
      </w:r>
      <w:r w:rsidRPr="000767E2">
        <w:rPr>
          <w:lang w:val="sv-SE"/>
        </w:rPr>
        <w:t xml:space="preserve"> {{field-on:bible}}Johannes vittnar om honom och har ropat och sagt: ”</w:t>
      </w:r>
      <w:r w:rsidRPr="000767E2">
        <w:rPr>
          <w:i/>
          <w:lang w:val="sv-SE"/>
        </w:rPr>
        <w:t>Det</w:t>
      </w:r>
      <w:r w:rsidRPr="000767E2">
        <w:rPr>
          <w:lang w:val="sv-SE"/>
        </w:rPr>
        <w:t xml:space="preserve"> var denne </w:t>
      </w:r>
      <w:r w:rsidRPr="000767E2">
        <w:rPr>
          <w:i/>
          <w:lang w:val="sv-SE"/>
        </w:rPr>
        <w:t>om</w:t>
      </w:r>
      <w:r w:rsidRPr="000767E2">
        <w:rPr>
          <w:lang w:val="sv-SE"/>
        </w:rPr>
        <w:t xml:space="preserve"> vilken jag sade: Han som kommer efter mig har blivit före mig, för han var först före mig.”{{field-off:bible}} [[@</w:t>
      </w:r>
      <w:r w:rsidR="0096445B" w:rsidRPr="000767E2">
        <w:rPr>
          <w:lang w:val="sv-SE"/>
        </w:rPr>
        <w:t>BibleBIBEL82</w:t>
      </w:r>
      <w:r w:rsidRPr="000767E2">
        <w:rPr>
          <w:lang w:val="sv-SE"/>
        </w:rPr>
        <w:t>:John 1:16]]</w:t>
      </w:r>
      <w:r w:rsidRPr="000767E2">
        <w:rPr>
          <w:vertAlign w:val="superscript"/>
          <w:lang w:val="sv-SE"/>
        </w:rPr>
        <w:t>16</w:t>
      </w:r>
      <w:r w:rsidRPr="000767E2">
        <w:rPr>
          <w:lang w:val="sv-SE"/>
        </w:rPr>
        <w:t xml:space="preserve"> {{field-on:bible}}För av hans fullhet har vi alla fått, och nåd efter nåd.{{field-off:bible}} [[@</w:t>
      </w:r>
      <w:r w:rsidR="0096445B" w:rsidRPr="000767E2">
        <w:rPr>
          <w:lang w:val="sv-SE"/>
        </w:rPr>
        <w:t>BibleBIBEL82</w:t>
      </w:r>
      <w:r w:rsidRPr="000767E2">
        <w:rPr>
          <w:lang w:val="sv-SE"/>
        </w:rPr>
        <w:t>:John 1:17]]</w:t>
      </w:r>
      <w:r w:rsidRPr="000767E2">
        <w:rPr>
          <w:vertAlign w:val="superscript"/>
          <w:lang w:val="sv-SE"/>
        </w:rPr>
        <w:t>17</w:t>
      </w:r>
      <w:r w:rsidRPr="000767E2">
        <w:rPr>
          <w:lang w:val="sv-SE"/>
        </w:rPr>
        <w:t xml:space="preserve"> {{field-on:bible}}För lagen gavs genom Mose. Nåden och sanningen kom genom Jesus Kristus.{{field-off:bible}} [[@</w:t>
      </w:r>
      <w:r w:rsidR="0096445B" w:rsidRPr="000767E2">
        <w:rPr>
          <w:lang w:val="sv-SE"/>
        </w:rPr>
        <w:t>BibleBIBEL82</w:t>
      </w:r>
      <w:r w:rsidRPr="000767E2">
        <w:rPr>
          <w:lang w:val="sv-SE"/>
        </w:rPr>
        <w:t>:John 1:18]]</w:t>
      </w:r>
      <w:r w:rsidRPr="000767E2">
        <w:rPr>
          <w:vertAlign w:val="superscript"/>
          <w:lang w:val="sv-SE"/>
        </w:rPr>
        <w:t>18</w:t>
      </w:r>
      <w:r w:rsidRPr="000767E2">
        <w:rPr>
          <w:lang w:val="sv-SE"/>
        </w:rPr>
        <w:t xml:space="preserve"> {{field-on:bible}}Gud har ingen någonsin sett. Enfödd Gud som är i Faderns famn, denne har utlagt.{{field-off:bible}}</w:t>
      </w:r>
    </w:p>
    <w:p w14:paraId="05D7E617" w14:textId="77777777" w:rsidR="00BA33AB" w:rsidRPr="000767E2" w:rsidRDefault="00000000">
      <w:pPr>
        <w:pStyle w:val="Rubrik3"/>
        <w:rPr>
          <w:lang w:val="sv-SE"/>
        </w:rPr>
      </w:pPr>
      <w:r w:rsidRPr="000767E2">
        <w:rPr>
          <w:lang w:val="sv-SE"/>
        </w:rPr>
        <w:t>Johannes Döparens vittnesbörd</w:t>
      </w:r>
    </w:p>
    <w:p w14:paraId="46A2B913" w14:textId="26CB5FF7" w:rsidR="00BA33AB" w:rsidRPr="000767E2" w:rsidRDefault="00000000">
      <w:pPr>
        <w:rPr>
          <w:lang w:val="sv-SE"/>
        </w:rPr>
      </w:pPr>
      <w:r w:rsidRPr="000767E2">
        <w:rPr>
          <w:lang w:val="sv-SE"/>
        </w:rPr>
        <w:t>[[@</w:t>
      </w:r>
      <w:r w:rsidR="0096445B" w:rsidRPr="000767E2">
        <w:rPr>
          <w:lang w:val="sv-SE"/>
        </w:rPr>
        <w:t>BibleBIBEL82</w:t>
      </w:r>
      <w:r w:rsidRPr="000767E2">
        <w:rPr>
          <w:lang w:val="sv-SE"/>
        </w:rPr>
        <w:t>:John 1:19]]</w:t>
      </w:r>
      <w:r w:rsidRPr="000767E2">
        <w:rPr>
          <w:vertAlign w:val="superscript"/>
          <w:lang w:val="sv-SE"/>
        </w:rPr>
        <w:t>19</w:t>
      </w:r>
      <w:r w:rsidRPr="000767E2">
        <w:rPr>
          <w:lang w:val="sv-SE"/>
        </w:rPr>
        <w:t xml:space="preserve"> {{field-on:bible}}Och detta är Johannes vittnesbörd, när judarna från Jerusalem sände [till honom] präster och leviter för att fråga honom: ”Vem är du?”{{field-off:bible}} [[@</w:t>
      </w:r>
      <w:r w:rsidR="0096445B" w:rsidRPr="000767E2">
        <w:rPr>
          <w:lang w:val="sv-SE"/>
        </w:rPr>
        <w:t>BibleBIBEL82</w:t>
      </w:r>
      <w:r w:rsidRPr="000767E2">
        <w:rPr>
          <w:lang w:val="sv-SE"/>
        </w:rPr>
        <w:t>:John 1:20]]</w:t>
      </w:r>
      <w:r w:rsidRPr="000767E2">
        <w:rPr>
          <w:vertAlign w:val="superscript"/>
          <w:lang w:val="sv-SE"/>
        </w:rPr>
        <w:t>20</w:t>
      </w:r>
      <w:r w:rsidRPr="000767E2">
        <w:rPr>
          <w:lang w:val="sv-SE"/>
        </w:rPr>
        <w:t xml:space="preserve"> {{field-on:bible}}Och han bekände och förnekade inte, och han bekände att: ”Jag är inte Kristus.”{{field-off:bible}} [[@</w:t>
      </w:r>
      <w:r w:rsidR="0096445B" w:rsidRPr="000767E2">
        <w:rPr>
          <w:lang w:val="sv-SE"/>
        </w:rPr>
        <w:t>BibleBIBEL82</w:t>
      </w:r>
      <w:r w:rsidRPr="000767E2">
        <w:rPr>
          <w:lang w:val="sv-SE"/>
        </w:rPr>
        <w:t>:John 1:21]]</w:t>
      </w:r>
      <w:r w:rsidRPr="000767E2">
        <w:rPr>
          <w:vertAlign w:val="superscript"/>
          <w:lang w:val="sv-SE"/>
        </w:rPr>
        <w:t>21</w:t>
      </w:r>
      <w:r w:rsidRPr="000767E2">
        <w:rPr>
          <w:lang w:val="sv-SE"/>
        </w:rPr>
        <w:t xml:space="preserve"> {{field-on:bible}}Och de frågade honom: ”Så vad? Är du Elia?” Och han säger: ”</w:t>
      </w:r>
      <w:r w:rsidRPr="000767E2">
        <w:rPr>
          <w:i/>
          <w:lang w:val="sv-SE"/>
        </w:rPr>
        <w:t>Det</w:t>
      </w:r>
      <w:r w:rsidRPr="000767E2">
        <w:rPr>
          <w:lang w:val="sv-SE"/>
        </w:rPr>
        <w:t xml:space="preserve"> är jag inte.” – ”Är du Profeten?” Och han svarade: ”Nej.”{{field-off:bible}}</w:t>
      </w:r>
    </w:p>
    <w:p w14:paraId="6BA2FAFF" w14:textId="544341D8" w:rsidR="00BA33AB" w:rsidRPr="000767E2" w:rsidRDefault="00000000">
      <w:pPr>
        <w:rPr>
          <w:lang w:val="sv-SE"/>
        </w:rPr>
      </w:pPr>
      <w:r w:rsidRPr="000767E2">
        <w:rPr>
          <w:lang w:val="sv-SE"/>
        </w:rPr>
        <w:t>[[@</w:t>
      </w:r>
      <w:r w:rsidR="0096445B" w:rsidRPr="000767E2">
        <w:rPr>
          <w:lang w:val="sv-SE"/>
        </w:rPr>
        <w:t>BibleBIBEL82</w:t>
      </w:r>
      <w:r w:rsidRPr="000767E2">
        <w:rPr>
          <w:lang w:val="sv-SE"/>
        </w:rPr>
        <w:t>:John 1:22]]</w:t>
      </w:r>
      <w:r w:rsidRPr="000767E2">
        <w:rPr>
          <w:vertAlign w:val="superscript"/>
          <w:lang w:val="sv-SE"/>
        </w:rPr>
        <w:t>22</w:t>
      </w:r>
      <w:r w:rsidRPr="000767E2">
        <w:rPr>
          <w:lang w:val="sv-SE"/>
        </w:rPr>
        <w:t xml:space="preserve"> {{field-on:bible}}De sade då till honom: ”Vem är du? Så att vi kan ge ett svar till dem som har skickat oss. Vad säger du om dig själv?”{{field-off:bible}} [[@</w:t>
      </w:r>
      <w:r w:rsidR="0096445B" w:rsidRPr="000767E2">
        <w:rPr>
          <w:lang w:val="sv-SE"/>
        </w:rPr>
        <w:t>BibleBIBEL82</w:t>
      </w:r>
      <w:r w:rsidRPr="000767E2">
        <w:rPr>
          <w:lang w:val="sv-SE"/>
        </w:rPr>
        <w:t>:John 1:23]]</w:t>
      </w:r>
      <w:r w:rsidRPr="000767E2">
        <w:rPr>
          <w:vertAlign w:val="superscript"/>
          <w:lang w:val="sv-SE"/>
        </w:rPr>
        <w:t>23</w:t>
      </w:r>
      <w:r w:rsidRPr="000767E2">
        <w:rPr>
          <w:lang w:val="sv-SE"/>
        </w:rPr>
        <w:t xml:space="preserve"> {{field-on:bible}}Han sade: ”Jag </w:t>
      </w:r>
      <w:r w:rsidRPr="000767E2">
        <w:rPr>
          <w:i/>
          <w:lang w:val="sv-SE"/>
        </w:rPr>
        <w:t>är</w:t>
      </w:r>
      <w:r w:rsidRPr="000767E2">
        <w:rPr>
          <w:lang w:val="sv-SE"/>
        </w:rPr>
        <w:t xml:space="preserve"> en ropandes röst i ödemarken: Rikta upp Herrens väg, så som profeten Esaias har sagt.”{{field-off:bible}}</w:t>
      </w:r>
    </w:p>
    <w:p w14:paraId="6683F475" w14:textId="787C1D79" w:rsidR="00BA33AB" w:rsidRPr="000767E2" w:rsidRDefault="00000000">
      <w:pPr>
        <w:rPr>
          <w:lang w:val="sv-SE"/>
        </w:rPr>
      </w:pPr>
      <w:r w:rsidRPr="000767E2">
        <w:rPr>
          <w:lang w:val="sv-SE"/>
        </w:rPr>
        <w:t>[[@</w:t>
      </w:r>
      <w:r w:rsidR="0096445B" w:rsidRPr="000767E2">
        <w:rPr>
          <w:lang w:val="sv-SE"/>
        </w:rPr>
        <w:t>BibleBIBEL82</w:t>
      </w:r>
      <w:r w:rsidRPr="000767E2">
        <w:rPr>
          <w:lang w:val="sv-SE"/>
        </w:rPr>
        <w:t>:John 1:24]]</w:t>
      </w:r>
      <w:r w:rsidRPr="000767E2">
        <w:rPr>
          <w:vertAlign w:val="superscript"/>
          <w:lang w:val="sv-SE"/>
        </w:rPr>
        <w:t>24</w:t>
      </w:r>
      <w:r w:rsidRPr="000767E2">
        <w:rPr>
          <w:lang w:val="sv-SE"/>
        </w:rPr>
        <w:t xml:space="preserve"> {{field-on:bible}}Det fanns också utsända från fariseerna,{{field-off:bible}} [[@</w:t>
      </w:r>
      <w:r w:rsidR="0096445B" w:rsidRPr="000767E2">
        <w:rPr>
          <w:lang w:val="sv-SE"/>
        </w:rPr>
        <w:t>BibleBIBEL82</w:t>
      </w:r>
      <w:r w:rsidRPr="000767E2">
        <w:rPr>
          <w:lang w:val="sv-SE"/>
        </w:rPr>
        <w:t>:John 1:25]]</w:t>
      </w:r>
      <w:r w:rsidRPr="000767E2">
        <w:rPr>
          <w:vertAlign w:val="superscript"/>
          <w:lang w:val="sv-SE"/>
        </w:rPr>
        <w:t>25</w:t>
      </w:r>
      <w:r w:rsidRPr="000767E2">
        <w:rPr>
          <w:lang w:val="sv-SE"/>
        </w:rPr>
        <w:t xml:space="preserve"> {{field-on:bible}}och de frågade honom och sade till honom: ”Varför döper du då? Om du inte är Kristus eller Elia eller Profeten?”{{field-off:bible}} [[@</w:t>
      </w:r>
      <w:r w:rsidR="0096445B" w:rsidRPr="000767E2">
        <w:rPr>
          <w:lang w:val="sv-SE"/>
        </w:rPr>
        <w:t>BibleBIBEL82</w:t>
      </w:r>
      <w:r w:rsidRPr="000767E2">
        <w:rPr>
          <w:lang w:val="sv-SE"/>
        </w:rPr>
        <w:t>:John 1:26]]</w:t>
      </w:r>
      <w:r w:rsidRPr="000767E2">
        <w:rPr>
          <w:vertAlign w:val="superscript"/>
          <w:lang w:val="sv-SE"/>
        </w:rPr>
        <w:t>26</w:t>
      </w:r>
      <w:r w:rsidRPr="000767E2">
        <w:rPr>
          <w:lang w:val="sv-SE"/>
        </w:rPr>
        <w:t xml:space="preserve"> {{field-on:bible}}Johannes svarade dem och sade: ”Jag döper i vatten. Mitt ibland er står </w:t>
      </w:r>
      <w:r w:rsidRPr="000767E2">
        <w:rPr>
          <w:i/>
          <w:lang w:val="sv-SE"/>
        </w:rPr>
        <w:t>en</w:t>
      </w:r>
      <w:r w:rsidRPr="000767E2">
        <w:rPr>
          <w:lang w:val="sv-SE"/>
        </w:rPr>
        <w:t xml:space="preserve"> som ni inte känner,{{field-off:bible}} [[@</w:t>
      </w:r>
      <w:r w:rsidR="0096445B" w:rsidRPr="000767E2">
        <w:rPr>
          <w:lang w:val="sv-SE"/>
        </w:rPr>
        <w:t>BibleBIBEL82</w:t>
      </w:r>
      <w:r w:rsidRPr="000767E2">
        <w:rPr>
          <w:lang w:val="sv-SE"/>
        </w:rPr>
        <w:t>:John 1:27]]</w:t>
      </w:r>
      <w:r w:rsidRPr="000767E2">
        <w:rPr>
          <w:vertAlign w:val="superscript"/>
          <w:lang w:val="sv-SE"/>
        </w:rPr>
        <w:t>27</w:t>
      </w:r>
      <w:r w:rsidRPr="000767E2">
        <w:rPr>
          <w:lang w:val="sv-SE"/>
        </w:rPr>
        <w:t xml:space="preserve"> {{field-on:bible}}han som kommer efter mig, </w:t>
      </w:r>
      <w:r w:rsidRPr="000767E2">
        <w:rPr>
          <w:i/>
          <w:lang w:val="sv-SE"/>
        </w:rPr>
        <w:t>och</w:t>
      </w:r>
      <w:r w:rsidRPr="000767E2">
        <w:rPr>
          <w:lang w:val="sv-SE"/>
        </w:rPr>
        <w:t xml:space="preserve"> jag är inte värdig att lossa hans sandalrem.”{{field-off:bible}} [[@</w:t>
      </w:r>
      <w:r w:rsidR="0096445B" w:rsidRPr="000767E2">
        <w:rPr>
          <w:lang w:val="sv-SE"/>
        </w:rPr>
        <w:t>BibleBIBEL82</w:t>
      </w:r>
      <w:r w:rsidRPr="000767E2">
        <w:rPr>
          <w:lang w:val="sv-SE"/>
        </w:rPr>
        <w:t>:John 1:28]]</w:t>
      </w:r>
      <w:r w:rsidRPr="000767E2">
        <w:rPr>
          <w:vertAlign w:val="superscript"/>
          <w:lang w:val="sv-SE"/>
        </w:rPr>
        <w:t>28</w:t>
      </w:r>
      <w:r w:rsidRPr="000767E2">
        <w:rPr>
          <w:lang w:val="sv-SE"/>
        </w:rPr>
        <w:t xml:space="preserve"> </w:t>
      </w:r>
      <w:r w:rsidRPr="000767E2">
        <w:rPr>
          <w:lang w:val="sv-SE"/>
        </w:rPr>
        <w:lastRenderedPageBreak/>
        <w:t>{{field-on:bible}}Detta hände i Bethania på andra sidan Jordan där Johannes var och döpte.{{field-off:bible}}</w:t>
      </w:r>
    </w:p>
    <w:p w14:paraId="6F461507" w14:textId="6A528ED1" w:rsidR="00BA33AB" w:rsidRPr="000767E2" w:rsidRDefault="00000000">
      <w:pPr>
        <w:rPr>
          <w:lang w:val="sv-SE"/>
        </w:rPr>
      </w:pPr>
      <w:r w:rsidRPr="000767E2">
        <w:rPr>
          <w:lang w:val="sv-SE"/>
        </w:rPr>
        <w:t>[[@</w:t>
      </w:r>
      <w:r w:rsidR="0096445B" w:rsidRPr="000767E2">
        <w:rPr>
          <w:lang w:val="sv-SE"/>
        </w:rPr>
        <w:t>BibleBIBEL82</w:t>
      </w:r>
      <w:r w:rsidRPr="000767E2">
        <w:rPr>
          <w:lang w:val="sv-SE"/>
        </w:rPr>
        <w:t>:John 1:29]]</w:t>
      </w:r>
      <w:r w:rsidRPr="000767E2">
        <w:rPr>
          <w:vertAlign w:val="superscript"/>
          <w:lang w:val="sv-SE"/>
        </w:rPr>
        <w:t>29</w:t>
      </w:r>
      <w:r w:rsidRPr="000767E2">
        <w:rPr>
          <w:lang w:val="sv-SE"/>
        </w:rPr>
        <w:t xml:space="preserve"> {{field-on:bible}}Dagen därpå ser han Jesus komma till honom, och han säger: ”Se: Guds </w:t>
      </w:r>
      <w:r w:rsidRPr="000767E2">
        <w:rPr>
          <w:i/>
          <w:lang w:val="sv-SE"/>
        </w:rPr>
        <w:t>offer</w:t>
      </w:r>
      <w:r w:rsidRPr="000767E2">
        <w:rPr>
          <w:lang w:val="sv-SE"/>
        </w:rPr>
        <w:t>lamm som tar bort världens synd!{{field-off:bible}} [[@</w:t>
      </w:r>
      <w:r w:rsidR="0096445B" w:rsidRPr="000767E2">
        <w:rPr>
          <w:lang w:val="sv-SE"/>
        </w:rPr>
        <w:t>BibleBIBEL82</w:t>
      </w:r>
      <w:r w:rsidRPr="000767E2">
        <w:rPr>
          <w:lang w:val="sv-SE"/>
        </w:rPr>
        <w:t>:John 1:30]]</w:t>
      </w:r>
      <w:r w:rsidRPr="000767E2">
        <w:rPr>
          <w:vertAlign w:val="superscript"/>
          <w:lang w:val="sv-SE"/>
        </w:rPr>
        <w:t>30</w:t>
      </w:r>
      <w:r w:rsidRPr="000767E2">
        <w:rPr>
          <w:lang w:val="sv-SE"/>
        </w:rPr>
        <w:t xml:space="preserve"> {{field-on:bible}}Det är denne om vilken jag sade: Efter mig kommer en man som har blivit före mig, för han var först före mig.{{field-off:bible}} [[@</w:t>
      </w:r>
      <w:r w:rsidR="0096445B" w:rsidRPr="000767E2">
        <w:rPr>
          <w:lang w:val="sv-SE"/>
        </w:rPr>
        <w:t>BibleBIBEL82</w:t>
      </w:r>
      <w:r w:rsidRPr="000767E2">
        <w:rPr>
          <w:lang w:val="sv-SE"/>
        </w:rPr>
        <w:t>:John 1:31]]</w:t>
      </w:r>
      <w:r w:rsidRPr="000767E2">
        <w:rPr>
          <w:vertAlign w:val="superscript"/>
          <w:lang w:val="sv-SE"/>
        </w:rPr>
        <w:t>31</w:t>
      </w:r>
      <w:r w:rsidRPr="000767E2">
        <w:rPr>
          <w:lang w:val="sv-SE"/>
        </w:rPr>
        <w:t xml:space="preserve"> {{field-on:bible}}Och jag kände honom inte. Men för att han ska visas för Israel, därför har jag kommit och döper i vatten.”{{field-off:bible}}</w:t>
      </w:r>
    </w:p>
    <w:p w14:paraId="6EA1964A" w14:textId="2473CE7A" w:rsidR="00BA33AB" w:rsidRPr="000767E2" w:rsidRDefault="00000000">
      <w:pPr>
        <w:rPr>
          <w:lang w:val="sv-SE"/>
        </w:rPr>
      </w:pPr>
      <w:r w:rsidRPr="000767E2">
        <w:rPr>
          <w:lang w:val="sv-SE"/>
        </w:rPr>
        <w:t>[[@</w:t>
      </w:r>
      <w:r w:rsidR="0096445B" w:rsidRPr="000767E2">
        <w:rPr>
          <w:lang w:val="sv-SE"/>
        </w:rPr>
        <w:t>BibleBIBEL82</w:t>
      </w:r>
      <w:r w:rsidRPr="000767E2">
        <w:rPr>
          <w:lang w:val="sv-SE"/>
        </w:rPr>
        <w:t>:John 1:32]]</w:t>
      </w:r>
      <w:r w:rsidRPr="000767E2">
        <w:rPr>
          <w:vertAlign w:val="superscript"/>
          <w:lang w:val="sv-SE"/>
        </w:rPr>
        <w:t>32</w:t>
      </w:r>
      <w:r w:rsidRPr="000767E2">
        <w:rPr>
          <w:lang w:val="sv-SE"/>
        </w:rPr>
        <w:t xml:space="preserve"> {{field-on:bible}}Och Johannes vittnade och sade att: ”Jag har skådat Anden komma ner som en duva från himlen, och den blev kvar över honom.{{field-off:bible}} [[@</w:t>
      </w:r>
      <w:r w:rsidR="0096445B" w:rsidRPr="000767E2">
        <w:rPr>
          <w:lang w:val="sv-SE"/>
        </w:rPr>
        <w:t>BibleBIBEL82</w:t>
      </w:r>
      <w:r w:rsidRPr="000767E2">
        <w:rPr>
          <w:lang w:val="sv-SE"/>
        </w:rPr>
        <w:t>:John 1:33]]</w:t>
      </w:r>
      <w:r w:rsidRPr="000767E2">
        <w:rPr>
          <w:vertAlign w:val="superscript"/>
          <w:lang w:val="sv-SE"/>
        </w:rPr>
        <w:t>33</w:t>
      </w:r>
      <w:r w:rsidRPr="000767E2">
        <w:rPr>
          <w:lang w:val="sv-SE"/>
        </w:rPr>
        <w:t xml:space="preserve"> {{field-on:bible}}Och jag kände honom inte. Men han som skickade mig att döpa i vatten, denne sade till mig: </w:t>
      </w:r>
      <w:r w:rsidRPr="000767E2">
        <w:rPr>
          <w:i/>
          <w:lang w:val="sv-SE"/>
        </w:rPr>
        <w:t>Den</w:t>
      </w:r>
      <w:r w:rsidRPr="000767E2">
        <w:rPr>
          <w:lang w:val="sv-SE"/>
        </w:rPr>
        <w:t xml:space="preserve"> över vilken du ser </w:t>
      </w:r>
      <w:r w:rsidRPr="000767E2">
        <w:rPr>
          <w:i/>
          <w:lang w:val="sv-SE"/>
        </w:rPr>
        <w:t>att</w:t>
      </w:r>
      <w:r w:rsidRPr="000767E2">
        <w:rPr>
          <w:lang w:val="sv-SE"/>
        </w:rPr>
        <w:t xml:space="preserve"> Anden kommer ner och blir kvar över honom, denne är det som döper i helig Ande.{{field-off:bible}} [[@</w:t>
      </w:r>
      <w:r w:rsidR="0096445B" w:rsidRPr="000767E2">
        <w:rPr>
          <w:lang w:val="sv-SE"/>
        </w:rPr>
        <w:t>BibleBIBEL82</w:t>
      </w:r>
      <w:r w:rsidRPr="000767E2">
        <w:rPr>
          <w:lang w:val="sv-SE"/>
        </w:rPr>
        <w:t>:John 1:34]]</w:t>
      </w:r>
      <w:r w:rsidRPr="000767E2">
        <w:rPr>
          <w:vertAlign w:val="superscript"/>
          <w:lang w:val="sv-SE"/>
        </w:rPr>
        <w:t>34</w:t>
      </w:r>
      <w:r w:rsidRPr="000767E2">
        <w:rPr>
          <w:lang w:val="sv-SE"/>
        </w:rPr>
        <w:t xml:space="preserve"> {{field-on:bible}}Och jag har sett och vittnat att denne är Guds Son.”{{field-off:bible}}</w:t>
      </w:r>
    </w:p>
    <w:p w14:paraId="480F92B0" w14:textId="77777777" w:rsidR="00BA33AB" w:rsidRPr="000767E2" w:rsidRDefault="00000000">
      <w:pPr>
        <w:pStyle w:val="Rubrik3"/>
        <w:rPr>
          <w:lang w:val="sv-SE"/>
        </w:rPr>
      </w:pPr>
      <w:r w:rsidRPr="000767E2">
        <w:rPr>
          <w:lang w:val="sv-SE"/>
        </w:rPr>
        <w:t>Jesu första lärjungar</w:t>
      </w:r>
    </w:p>
    <w:p w14:paraId="187B42E1" w14:textId="658C210A" w:rsidR="00BA33AB" w:rsidRPr="000767E2" w:rsidRDefault="00000000">
      <w:pPr>
        <w:rPr>
          <w:lang w:val="sv-SE"/>
        </w:rPr>
      </w:pPr>
      <w:r w:rsidRPr="000767E2">
        <w:rPr>
          <w:lang w:val="sv-SE"/>
        </w:rPr>
        <w:t>[[@</w:t>
      </w:r>
      <w:r w:rsidR="0096445B" w:rsidRPr="000767E2">
        <w:rPr>
          <w:lang w:val="sv-SE"/>
        </w:rPr>
        <w:t>BibleBIBEL82</w:t>
      </w:r>
      <w:r w:rsidRPr="000767E2">
        <w:rPr>
          <w:lang w:val="sv-SE"/>
        </w:rPr>
        <w:t>:John 1:35]]</w:t>
      </w:r>
      <w:r w:rsidRPr="000767E2">
        <w:rPr>
          <w:vertAlign w:val="superscript"/>
          <w:lang w:val="sv-SE"/>
        </w:rPr>
        <w:t>35</w:t>
      </w:r>
      <w:r w:rsidRPr="000767E2">
        <w:rPr>
          <w:lang w:val="sv-SE"/>
        </w:rPr>
        <w:t xml:space="preserve"> {{field-on:bible}}Dagen därpå stod </w:t>
      </w:r>
      <w:r w:rsidRPr="000767E2">
        <w:rPr>
          <w:i/>
          <w:lang w:val="sv-SE"/>
        </w:rPr>
        <w:t>där</w:t>
      </w:r>
      <w:r w:rsidRPr="000767E2">
        <w:rPr>
          <w:lang w:val="sv-SE"/>
        </w:rPr>
        <w:t xml:space="preserve"> åter Johannes och två av hans lärjungar.{{field-off:bible}} [[@</w:t>
      </w:r>
      <w:r w:rsidR="0096445B" w:rsidRPr="000767E2">
        <w:rPr>
          <w:lang w:val="sv-SE"/>
        </w:rPr>
        <w:t>BibleBIBEL82</w:t>
      </w:r>
      <w:r w:rsidRPr="000767E2">
        <w:rPr>
          <w:lang w:val="sv-SE"/>
        </w:rPr>
        <w:t>:John 1:36]]</w:t>
      </w:r>
      <w:r w:rsidRPr="000767E2">
        <w:rPr>
          <w:vertAlign w:val="superscript"/>
          <w:lang w:val="sv-SE"/>
        </w:rPr>
        <w:t>36</w:t>
      </w:r>
      <w:r w:rsidRPr="000767E2">
        <w:rPr>
          <w:lang w:val="sv-SE"/>
        </w:rPr>
        <w:t xml:space="preserve"> {{field-on:bible}}Och han ser på Jesus </w:t>
      </w:r>
      <w:r w:rsidRPr="000767E2">
        <w:rPr>
          <w:i/>
          <w:lang w:val="sv-SE"/>
        </w:rPr>
        <w:t>som kommer</w:t>
      </w:r>
      <w:r w:rsidRPr="000767E2">
        <w:rPr>
          <w:lang w:val="sv-SE"/>
        </w:rPr>
        <w:t xml:space="preserve"> vandrande, och säger: ”Se: Guds </w:t>
      </w:r>
      <w:r w:rsidRPr="000767E2">
        <w:rPr>
          <w:i/>
          <w:lang w:val="sv-SE"/>
        </w:rPr>
        <w:t>offer</w:t>
      </w:r>
      <w:r w:rsidRPr="000767E2">
        <w:rPr>
          <w:lang w:val="sv-SE"/>
        </w:rPr>
        <w:t>lamm!”{{field-off:bible}} [[@</w:t>
      </w:r>
      <w:r w:rsidR="0096445B" w:rsidRPr="000767E2">
        <w:rPr>
          <w:lang w:val="sv-SE"/>
        </w:rPr>
        <w:t>BibleBIBEL82</w:t>
      </w:r>
      <w:r w:rsidRPr="000767E2">
        <w:rPr>
          <w:lang w:val="sv-SE"/>
        </w:rPr>
        <w:t>:John 1:37]]</w:t>
      </w:r>
      <w:r w:rsidRPr="000767E2">
        <w:rPr>
          <w:vertAlign w:val="superscript"/>
          <w:lang w:val="sv-SE"/>
        </w:rPr>
        <w:t>37</w:t>
      </w:r>
      <w:r w:rsidRPr="000767E2">
        <w:rPr>
          <w:lang w:val="sv-SE"/>
        </w:rPr>
        <w:t xml:space="preserve"> {{field-on:bible}}Och de två lärjungarna hörde honom tala och följde Jesus.{{field-off:bible}}</w:t>
      </w:r>
    </w:p>
    <w:p w14:paraId="4BC17C84" w14:textId="41865880" w:rsidR="00BA33AB" w:rsidRPr="000767E2" w:rsidRDefault="00000000">
      <w:pPr>
        <w:rPr>
          <w:lang w:val="sv-SE"/>
        </w:rPr>
      </w:pPr>
      <w:r w:rsidRPr="000767E2">
        <w:rPr>
          <w:lang w:val="sv-SE"/>
        </w:rPr>
        <w:t>[[@</w:t>
      </w:r>
      <w:r w:rsidR="0096445B" w:rsidRPr="000767E2">
        <w:rPr>
          <w:lang w:val="sv-SE"/>
        </w:rPr>
        <w:t>BibleBIBEL82</w:t>
      </w:r>
      <w:r w:rsidRPr="000767E2">
        <w:rPr>
          <w:lang w:val="sv-SE"/>
        </w:rPr>
        <w:t>:John 1:38]]</w:t>
      </w:r>
      <w:r w:rsidRPr="000767E2">
        <w:rPr>
          <w:vertAlign w:val="superscript"/>
          <w:lang w:val="sv-SE"/>
        </w:rPr>
        <w:t>38</w:t>
      </w:r>
      <w:r w:rsidRPr="000767E2">
        <w:rPr>
          <w:lang w:val="sv-SE"/>
        </w:rPr>
        <w:t xml:space="preserve"> {{field-on:bible}}Men Jesus vände sig och skådade dem följa </w:t>
      </w:r>
      <w:r w:rsidRPr="000767E2">
        <w:rPr>
          <w:i/>
          <w:lang w:val="sv-SE"/>
        </w:rPr>
        <w:t>efter</w:t>
      </w:r>
      <w:r w:rsidRPr="000767E2">
        <w:rPr>
          <w:lang w:val="sv-SE"/>
        </w:rPr>
        <w:t>, och säger till dem: ”Vad söker ni?” Och de sade till honom: ”Rabbi”, vilket utsägs översatt Lärare, ”var håller du till?”{{field-off:bible}} [[@</w:t>
      </w:r>
      <w:r w:rsidR="0096445B" w:rsidRPr="000767E2">
        <w:rPr>
          <w:lang w:val="sv-SE"/>
        </w:rPr>
        <w:t>BibleBIBEL82</w:t>
      </w:r>
      <w:r w:rsidRPr="000767E2">
        <w:rPr>
          <w:lang w:val="sv-SE"/>
        </w:rPr>
        <w:t>:John 1:39]]</w:t>
      </w:r>
      <w:r w:rsidRPr="000767E2">
        <w:rPr>
          <w:vertAlign w:val="superscript"/>
          <w:lang w:val="sv-SE"/>
        </w:rPr>
        <w:t>39</w:t>
      </w:r>
      <w:r w:rsidRPr="000767E2">
        <w:rPr>
          <w:lang w:val="sv-SE"/>
        </w:rPr>
        <w:t xml:space="preserve"> {{field-on:bible}}Han säger till dem: ”Kom och ni ska se.” De kom då och såg var han höll till, och hos honom blev de kvar den dagen. Timmen var ungefär </w:t>
      </w:r>
      <w:r w:rsidRPr="000767E2">
        <w:rPr>
          <w:i/>
          <w:lang w:val="sv-SE"/>
        </w:rPr>
        <w:t>den</w:t>
      </w:r>
      <w:r w:rsidRPr="000767E2">
        <w:rPr>
          <w:lang w:val="sv-SE"/>
        </w:rPr>
        <w:t xml:space="preserve"> tionde.{{field-off:bible}}</w:t>
      </w:r>
    </w:p>
    <w:p w14:paraId="58D2B86E" w14:textId="557CA835" w:rsidR="00BA33AB" w:rsidRPr="000767E2" w:rsidRDefault="00000000">
      <w:pPr>
        <w:rPr>
          <w:lang w:val="sv-SE"/>
        </w:rPr>
      </w:pPr>
      <w:r w:rsidRPr="000767E2">
        <w:rPr>
          <w:lang w:val="sv-SE"/>
        </w:rPr>
        <w:t>[[@</w:t>
      </w:r>
      <w:r w:rsidR="0096445B" w:rsidRPr="000767E2">
        <w:rPr>
          <w:lang w:val="sv-SE"/>
        </w:rPr>
        <w:t>BibleBIBEL82</w:t>
      </w:r>
      <w:r w:rsidRPr="000767E2">
        <w:rPr>
          <w:lang w:val="sv-SE"/>
        </w:rPr>
        <w:t>:John 1:40]]</w:t>
      </w:r>
      <w:r w:rsidRPr="000767E2">
        <w:rPr>
          <w:vertAlign w:val="superscript"/>
          <w:lang w:val="sv-SE"/>
        </w:rPr>
        <w:t>40</w:t>
      </w:r>
      <w:r w:rsidRPr="000767E2">
        <w:rPr>
          <w:lang w:val="sv-SE"/>
        </w:rPr>
        <w:t xml:space="preserve"> {{field-on:bible}}Andreas, bror till Simon Petrus, var en av de två som hade hört från Johannes och följt honom.{{field-off:bible}} [[@</w:t>
      </w:r>
      <w:r w:rsidR="0096445B" w:rsidRPr="000767E2">
        <w:rPr>
          <w:lang w:val="sv-SE"/>
        </w:rPr>
        <w:t>BibleBIBEL82</w:t>
      </w:r>
      <w:r w:rsidRPr="000767E2">
        <w:rPr>
          <w:lang w:val="sv-SE"/>
        </w:rPr>
        <w:t>:John 1:41]]</w:t>
      </w:r>
      <w:r w:rsidRPr="000767E2">
        <w:rPr>
          <w:vertAlign w:val="superscript"/>
          <w:lang w:val="sv-SE"/>
        </w:rPr>
        <w:t>41</w:t>
      </w:r>
      <w:r w:rsidRPr="000767E2">
        <w:rPr>
          <w:lang w:val="sv-SE"/>
        </w:rPr>
        <w:t xml:space="preserve"> {{field-on:bible}}Denne finner först </w:t>
      </w:r>
      <w:r w:rsidRPr="000767E2">
        <w:rPr>
          <w:i/>
          <w:lang w:val="sv-SE"/>
        </w:rPr>
        <w:t>sin</w:t>
      </w:r>
      <w:r w:rsidRPr="000767E2">
        <w:rPr>
          <w:lang w:val="sv-SE"/>
        </w:rPr>
        <w:t xml:space="preserve"> egen bror Simon och säger till honom: ”Vi har funnit Messias!”, vilket är översatt Kristus.{{field-off:bible}} [[@</w:t>
      </w:r>
      <w:r w:rsidR="0096445B" w:rsidRPr="000767E2">
        <w:rPr>
          <w:lang w:val="sv-SE"/>
        </w:rPr>
        <w:t>BibleBIBEL82</w:t>
      </w:r>
      <w:r w:rsidRPr="000767E2">
        <w:rPr>
          <w:lang w:val="sv-SE"/>
        </w:rPr>
        <w:t>:John 1:42]]</w:t>
      </w:r>
      <w:r w:rsidRPr="000767E2">
        <w:rPr>
          <w:vertAlign w:val="superscript"/>
          <w:lang w:val="sv-SE"/>
        </w:rPr>
        <w:t>42</w:t>
      </w:r>
      <w:r w:rsidRPr="000767E2">
        <w:rPr>
          <w:lang w:val="sv-SE"/>
        </w:rPr>
        <w:t xml:space="preserve"> {{field-on:bible}}Han förde honom till Jesus. </w:t>
      </w:r>
      <w:r w:rsidRPr="000767E2">
        <w:rPr>
          <w:i/>
          <w:lang w:val="sv-SE"/>
        </w:rPr>
        <w:t>Då</w:t>
      </w:r>
      <w:r w:rsidRPr="000767E2">
        <w:rPr>
          <w:lang w:val="sv-SE"/>
        </w:rPr>
        <w:t xml:space="preserve"> såg Jesus på honom och sade: ”Du är Simon, Johannes son. Du ska kallas Kefas”, vilket översätts Petrus.{{field-off:bible}}</w:t>
      </w:r>
    </w:p>
    <w:p w14:paraId="26FA440E" w14:textId="3D914174" w:rsidR="00BA33AB" w:rsidRPr="000767E2" w:rsidRDefault="00000000">
      <w:pPr>
        <w:rPr>
          <w:lang w:val="sv-SE"/>
        </w:rPr>
      </w:pPr>
      <w:r w:rsidRPr="000767E2">
        <w:rPr>
          <w:lang w:val="sv-SE"/>
        </w:rPr>
        <w:t>[[@</w:t>
      </w:r>
      <w:r w:rsidR="0096445B" w:rsidRPr="000767E2">
        <w:rPr>
          <w:lang w:val="sv-SE"/>
        </w:rPr>
        <w:t>BibleBIBEL82</w:t>
      </w:r>
      <w:r w:rsidRPr="000767E2">
        <w:rPr>
          <w:lang w:val="sv-SE"/>
        </w:rPr>
        <w:t>:John 1:43]]</w:t>
      </w:r>
      <w:r w:rsidRPr="000767E2">
        <w:rPr>
          <w:vertAlign w:val="superscript"/>
          <w:lang w:val="sv-SE"/>
        </w:rPr>
        <w:t>43</w:t>
      </w:r>
      <w:r w:rsidRPr="000767E2">
        <w:rPr>
          <w:lang w:val="sv-SE"/>
        </w:rPr>
        <w:t xml:space="preserve"> {{field-on:bible}}Dagen därpå ville han gå ut till Galileen, och finner Filippos. Och till honom säger Jesus: ”Följ mig.”{{field-off:bible}} [[@</w:t>
      </w:r>
      <w:r w:rsidR="0096445B" w:rsidRPr="000767E2">
        <w:rPr>
          <w:lang w:val="sv-SE"/>
        </w:rPr>
        <w:t>BibleBIBEL82</w:t>
      </w:r>
      <w:r w:rsidRPr="000767E2">
        <w:rPr>
          <w:lang w:val="sv-SE"/>
        </w:rPr>
        <w:t>:John 1:44]]</w:t>
      </w:r>
      <w:r w:rsidRPr="000767E2">
        <w:rPr>
          <w:vertAlign w:val="superscript"/>
          <w:lang w:val="sv-SE"/>
        </w:rPr>
        <w:t>44</w:t>
      </w:r>
      <w:r w:rsidRPr="000767E2">
        <w:rPr>
          <w:lang w:val="sv-SE"/>
        </w:rPr>
        <w:t xml:space="preserve"> {{field-on:bible}}Och Filippos var från Bethsaida, från Andreas och Petrus stad.{{field-off:bible}} [[@</w:t>
      </w:r>
      <w:r w:rsidR="0096445B" w:rsidRPr="000767E2">
        <w:rPr>
          <w:lang w:val="sv-SE"/>
        </w:rPr>
        <w:t>BibleBIBEL82</w:t>
      </w:r>
      <w:r w:rsidRPr="000767E2">
        <w:rPr>
          <w:lang w:val="sv-SE"/>
        </w:rPr>
        <w:t>:John 1:45]]</w:t>
      </w:r>
      <w:r w:rsidRPr="000767E2">
        <w:rPr>
          <w:vertAlign w:val="superscript"/>
          <w:lang w:val="sv-SE"/>
        </w:rPr>
        <w:t>45</w:t>
      </w:r>
      <w:r w:rsidRPr="000767E2">
        <w:rPr>
          <w:lang w:val="sv-SE"/>
        </w:rPr>
        <w:t xml:space="preserve"> {{field-on:bible}}Filippos finner Nathanael och säger till honom: ”Den som Mose skrev </w:t>
      </w:r>
      <w:r w:rsidRPr="000767E2">
        <w:rPr>
          <w:i/>
          <w:lang w:val="sv-SE"/>
        </w:rPr>
        <w:t>om</w:t>
      </w:r>
      <w:r w:rsidRPr="000767E2">
        <w:rPr>
          <w:lang w:val="sv-SE"/>
        </w:rPr>
        <w:t xml:space="preserve"> i lagen, och </w:t>
      </w:r>
      <w:r w:rsidRPr="000767E2">
        <w:rPr>
          <w:i/>
          <w:lang w:val="sv-SE"/>
        </w:rPr>
        <w:t>även</w:t>
      </w:r>
      <w:r w:rsidRPr="000767E2">
        <w:rPr>
          <w:lang w:val="sv-SE"/>
        </w:rPr>
        <w:t xml:space="preserve"> profeterna, har vi funnit: Jesus, Josefs son från Nazaret.”{{field-off:bible}} [[@</w:t>
      </w:r>
      <w:r w:rsidR="0096445B" w:rsidRPr="000767E2">
        <w:rPr>
          <w:lang w:val="sv-SE"/>
        </w:rPr>
        <w:t>BibleBIBEL82</w:t>
      </w:r>
      <w:r w:rsidRPr="000767E2">
        <w:rPr>
          <w:lang w:val="sv-SE"/>
        </w:rPr>
        <w:t>:John 1:46]]</w:t>
      </w:r>
      <w:r w:rsidRPr="000767E2">
        <w:rPr>
          <w:vertAlign w:val="superscript"/>
          <w:lang w:val="sv-SE"/>
        </w:rPr>
        <w:t>46</w:t>
      </w:r>
      <w:r w:rsidRPr="000767E2">
        <w:rPr>
          <w:lang w:val="sv-SE"/>
        </w:rPr>
        <w:t xml:space="preserve"> {{field-on:bible}}Och </w:t>
      </w:r>
      <w:r w:rsidRPr="000767E2">
        <w:rPr>
          <w:i/>
          <w:lang w:val="sv-SE"/>
        </w:rPr>
        <w:t>då</w:t>
      </w:r>
      <w:r w:rsidRPr="000767E2">
        <w:rPr>
          <w:lang w:val="sv-SE"/>
        </w:rPr>
        <w:t xml:space="preserve"> sade honom Nathanael: ”Från Nazaret? Kan något gott vara </w:t>
      </w:r>
      <w:r w:rsidRPr="000767E2">
        <w:rPr>
          <w:i/>
          <w:lang w:val="sv-SE"/>
        </w:rPr>
        <w:t>därifrån</w:t>
      </w:r>
      <w:r w:rsidRPr="000767E2">
        <w:rPr>
          <w:lang w:val="sv-SE"/>
        </w:rPr>
        <w:t>?” Filippos säger honom: ”Kom och se!”{{field-off:bible}}</w:t>
      </w:r>
    </w:p>
    <w:p w14:paraId="6A119CBC" w14:textId="67D94FFA"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1:47]]</w:t>
      </w:r>
      <w:r w:rsidRPr="000767E2">
        <w:rPr>
          <w:vertAlign w:val="superscript"/>
          <w:lang w:val="sv-SE"/>
        </w:rPr>
        <w:t>47</w:t>
      </w:r>
      <w:r w:rsidRPr="000767E2">
        <w:rPr>
          <w:lang w:val="sv-SE"/>
        </w:rPr>
        <w:t xml:space="preserve"> {{field-on:bible}}Jesus såg Nathanael komma till honom, och säger om honom: ”Se: sannerligen en israelit i vilken svek inte finns.”{{field-off:bible}} [[@</w:t>
      </w:r>
      <w:r w:rsidR="0096445B" w:rsidRPr="000767E2">
        <w:rPr>
          <w:lang w:val="sv-SE"/>
        </w:rPr>
        <w:t>BibleBIBEL82</w:t>
      </w:r>
      <w:r w:rsidRPr="000767E2">
        <w:rPr>
          <w:lang w:val="sv-SE"/>
        </w:rPr>
        <w:t>:John 1:48]]</w:t>
      </w:r>
      <w:r w:rsidRPr="000767E2">
        <w:rPr>
          <w:vertAlign w:val="superscript"/>
          <w:lang w:val="sv-SE"/>
        </w:rPr>
        <w:t>48</w:t>
      </w:r>
      <w:r w:rsidRPr="000767E2">
        <w:rPr>
          <w:lang w:val="sv-SE"/>
        </w:rPr>
        <w:t xml:space="preserve"> {{field-on:bible}}Nathanael säger till honom: ”Varifrån känner du mig?” Jesus svarade och sade till honom: ”Före det att Filippos ropade på dig, när du var under fikonträdet, såg jag dig.”{{field-off:bible}} [[@</w:t>
      </w:r>
      <w:r w:rsidR="0096445B" w:rsidRPr="000767E2">
        <w:rPr>
          <w:lang w:val="sv-SE"/>
        </w:rPr>
        <w:t>BibleBIBEL82</w:t>
      </w:r>
      <w:r w:rsidRPr="000767E2">
        <w:rPr>
          <w:lang w:val="sv-SE"/>
        </w:rPr>
        <w:t>:John 1:49]]</w:t>
      </w:r>
      <w:r w:rsidRPr="000767E2">
        <w:rPr>
          <w:vertAlign w:val="superscript"/>
          <w:lang w:val="sv-SE"/>
        </w:rPr>
        <w:t>49</w:t>
      </w:r>
      <w:r w:rsidRPr="000767E2">
        <w:rPr>
          <w:lang w:val="sv-SE"/>
        </w:rPr>
        <w:t xml:space="preserve"> {{field-on:bible}}</w:t>
      </w:r>
      <w:r w:rsidRPr="000767E2">
        <w:rPr>
          <w:i/>
          <w:lang w:val="sv-SE"/>
        </w:rPr>
        <w:t>Då</w:t>
      </w:r>
      <w:r w:rsidRPr="000767E2">
        <w:rPr>
          <w:lang w:val="sv-SE"/>
        </w:rPr>
        <w:t xml:space="preserve"> svarade honom Nathanael: ”Rabbi, du är Guds Son. Du är Israels kung!”{{field-off:bible}} [[@</w:t>
      </w:r>
      <w:r w:rsidR="0096445B" w:rsidRPr="000767E2">
        <w:rPr>
          <w:lang w:val="sv-SE"/>
        </w:rPr>
        <w:t>BibleBIBEL82</w:t>
      </w:r>
      <w:r w:rsidRPr="000767E2">
        <w:rPr>
          <w:lang w:val="sv-SE"/>
        </w:rPr>
        <w:t>:John 1:50]]</w:t>
      </w:r>
      <w:r w:rsidRPr="000767E2">
        <w:rPr>
          <w:vertAlign w:val="superscript"/>
          <w:lang w:val="sv-SE"/>
        </w:rPr>
        <w:t>50</w:t>
      </w:r>
      <w:r w:rsidRPr="000767E2">
        <w:rPr>
          <w:lang w:val="sv-SE"/>
        </w:rPr>
        <w:t xml:space="preserve"> {{field-on:bible}}Jesus svarade och sade till honom: ”Eftersom jag sade dig att jag såg dig under fikonträdet, tror du? Större än detta ska du se.”{{field-off:bible}} [[@</w:t>
      </w:r>
      <w:r w:rsidR="0096445B" w:rsidRPr="000767E2">
        <w:rPr>
          <w:lang w:val="sv-SE"/>
        </w:rPr>
        <w:t>BibleBIBEL82</w:t>
      </w:r>
      <w:r w:rsidRPr="000767E2">
        <w:rPr>
          <w:lang w:val="sv-SE"/>
        </w:rPr>
        <w:t>:John 1:51]]</w:t>
      </w:r>
      <w:r w:rsidRPr="000767E2">
        <w:rPr>
          <w:vertAlign w:val="superscript"/>
          <w:lang w:val="sv-SE"/>
        </w:rPr>
        <w:t>51</w:t>
      </w:r>
      <w:r w:rsidRPr="000767E2">
        <w:rPr>
          <w:lang w:val="sv-SE"/>
        </w:rPr>
        <w:t xml:space="preserve"> {{field-on:bible}}Och han säger till honom: ”Amen, amen, jag säger er: Ni ska se himlen öppnad och Guds änglar stiga upp och stiga ner över Människosonen.”{{field-off:bible}}</w:t>
      </w:r>
    </w:p>
    <w:p w14:paraId="40B6B55C" w14:textId="6421784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2]]Kapitel 2</w:t>
      </w:r>
    </w:p>
    <w:p w14:paraId="3C5854D4" w14:textId="77777777" w:rsidR="00BA33AB" w:rsidRPr="000767E2" w:rsidRDefault="00000000">
      <w:pPr>
        <w:pStyle w:val="Rubrik3"/>
        <w:rPr>
          <w:lang w:val="sv-SE"/>
        </w:rPr>
      </w:pPr>
      <w:r w:rsidRPr="000767E2">
        <w:rPr>
          <w:lang w:val="sv-SE"/>
        </w:rPr>
        <w:t>Jesus gör vatten till vin</w:t>
      </w:r>
    </w:p>
    <w:p w14:paraId="23BB0AA8" w14:textId="59B8882E" w:rsidR="00BA33AB" w:rsidRPr="000767E2" w:rsidRDefault="00000000">
      <w:pPr>
        <w:rPr>
          <w:lang w:val="sv-SE"/>
        </w:rPr>
      </w:pPr>
      <w:r w:rsidRPr="000767E2">
        <w:rPr>
          <w:lang w:val="sv-SE"/>
        </w:rPr>
        <w:t>[[@</w:t>
      </w:r>
      <w:r w:rsidR="0096445B" w:rsidRPr="000767E2">
        <w:rPr>
          <w:lang w:val="sv-SE"/>
        </w:rPr>
        <w:t>BibleBIBEL82</w:t>
      </w:r>
      <w:r w:rsidRPr="000767E2">
        <w:rPr>
          <w:lang w:val="sv-SE"/>
        </w:rPr>
        <w:t>:John 2:1]]</w:t>
      </w:r>
      <w:r w:rsidRPr="000767E2">
        <w:rPr>
          <w:vertAlign w:val="superscript"/>
          <w:lang w:val="sv-SE"/>
        </w:rPr>
        <w:t>1</w:t>
      </w:r>
      <w:r w:rsidRPr="000767E2">
        <w:rPr>
          <w:lang w:val="sv-SE"/>
        </w:rPr>
        <w:t xml:space="preserve"> {{field-on:bible}}Och den tredje dagen blev det bröllop i Kana i Galileen, och Jesu mor var där.{{field-off:bible}} [[@</w:t>
      </w:r>
      <w:r w:rsidR="0096445B" w:rsidRPr="000767E2">
        <w:rPr>
          <w:lang w:val="sv-SE"/>
        </w:rPr>
        <w:t>BibleBIBEL82</w:t>
      </w:r>
      <w:r w:rsidRPr="000767E2">
        <w:rPr>
          <w:lang w:val="sv-SE"/>
        </w:rPr>
        <w:t>:John 2:2]]</w:t>
      </w:r>
      <w:r w:rsidRPr="000767E2">
        <w:rPr>
          <w:vertAlign w:val="superscript"/>
          <w:lang w:val="sv-SE"/>
        </w:rPr>
        <w:t>2</w:t>
      </w:r>
      <w:r w:rsidRPr="000767E2">
        <w:rPr>
          <w:lang w:val="sv-SE"/>
        </w:rPr>
        <w:t xml:space="preserve"> {{field-on:bible}}Och även Jesus och hans lärjungar blev bjudna till bröllopet.{{field-off:bible}} [[@</w:t>
      </w:r>
      <w:r w:rsidR="0096445B" w:rsidRPr="000767E2">
        <w:rPr>
          <w:lang w:val="sv-SE"/>
        </w:rPr>
        <w:t>BibleBIBEL82</w:t>
      </w:r>
      <w:r w:rsidRPr="000767E2">
        <w:rPr>
          <w:lang w:val="sv-SE"/>
        </w:rPr>
        <w:t>:John 2:3]]</w:t>
      </w:r>
      <w:r w:rsidRPr="000767E2">
        <w:rPr>
          <w:vertAlign w:val="superscript"/>
          <w:lang w:val="sv-SE"/>
        </w:rPr>
        <w:t>3</w:t>
      </w:r>
      <w:r w:rsidRPr="000767E2">
        <w:rPr>
          <w:lang w:val="sv-SE"/>
        </w:rPr>
        <w:t xml:space="preserve"> {{field-on:bible}}Och när </w:t>
      </w:r>
      <w:r w:rsidRPr="000767E2">
        <w:rPr>
          <w:i/>
          <w:lang w:val="sv-SE"/>
        </w:rPr>
        <w:t>det</w:t>
      </w:r>
      <w:r w:rsidRPr="000767E2">
        <w:rPr>
          <w:lang w:val="sv-SE"/>
        </w:rPr>
        <w:t xml:space="preserve"> saknades vin, säger Jesu mor till honom: ”Vin har de inte.”{{field-off:bible}} [[@</w:t>
      </w:r>
      <w:r w:rsidR="0096445B" w:rsidRPr="000767E2">
        <w:rPr>
          <w:lang w:val="sv-SE"/>
        </w:rPr>
        <w:t>BibleBIBEL82</w:t>
      </w:r>
      <w:r w:rsidRPr="000767E2">
        <w:rPr>
          <w:lang w:val="sv-SE"/>
        </w:rPr>
        <w:t>:John 2:4]]</w:t>
      </w:r>
      <w:r w:rsidRPr="000767E2">
        <w:rPr>
          <w:vertAlign w:val="superscript"/>
          <w:lang w:val="sv-SE"/>
        </w:rPr>
        <w:t>4</w:t>
      </w:r>
      <w:r w:rsidRPr="000767E2">
        <w:rPr>
          <w:lang w:val="sv-SE"/>
        </w:rPr>
        <w:t xml:space="preserve"> {{field-on:bible}}[Och] Jesus säger till henne: ”Vad </w:t>
      </w:r>
      <w:r w:rsidRPr="000767E2">
        <w:rPr>
          <w:i/>
          <w:lang w:val="sv-SE"/>
        </w:rPr>
        <w:t>mellan</w:t>
      </w:r>
      <w:r w:rsidRPr="000767E2">
        <w:rPr>
          <w:lang w:val="sv-SE"/>
        </w:rPr>
        <w:t xml:space="preserve"> mig och dig, kvinna? Ännu har inte min stund kommit.”{{field-off:bible}} [[@</w:t>
      </w:r>
      <w:r w:rsidR="0096445B" w:rsidRPr="000767E2">
        <w:rPr>
          <w:lang w:val="sv-SE"/>
        </w:rPr>
        <w:t>BibleBIBEL82</w:t>
      </w:r>
      <w:r w:rsidRPr="000767E2">
        <w:rPr>
          <w:lang w:val="sv-SE"/>
        </w:rPr>
        <w:t>:John 2:5]]</w:t>
      </w:r>
      <w:r w:rsidRPr="000767E2">
        <w:rPr>
          <w:vertAlign w:val="superscript"/>
          <w:lang w:val="sv-SE"/>
        </w:rPr>
        <w:t>5</w:t>
      </w:r>
      <w:r w:rsidRPr="000767E2">
        <w:rPr>
          <w:lang w:val="sv-SE"/>
        </w:rPr>
        <w:t xml:space="preserve"> {{field-on:bible}}Hans mor säger till tjänarna: ”Vad han än säger er, gör </w:t>
      </w:r>
      <w:r w:rsidRPr="000767E2">
        <w:rPr>
          <w:i/>
          <w:lang w:val="sv-SE"/>
        </w:rPr>
        <w:t>det</w:t>
      </w:r>
      <w:r w:rsidRPr="000767E2">
        <w:rPr>
          <w:lang w:val="sv-SE"/>
        </w:rPr>
        <w:t>.”{{field-off:bible}}</w:t>
      </w:r>
    </w:p>
    <w:p w14:paraId="59948700" w14:textId="01BD7D3A" w:rsidR="00BA33AB" w:rsidRPr="000767E2" w:rsidRDefault="00000000">
      <w:pPr>
        <w:rPr>
          <w:lang w:val="sv-SE"/>
        </w:rPr>
      </w:pPr>
      <w:r w:rsidRPr="000767E2">
        <w:rPr>
          <w:lang w:val="sv-SE"/>
        </w:rPr>
        <w:t>[[@</w:t>
      </w:r>
      <w:r w:rsidR="0096445B" w:rsidRPr="000767E2">
        <w:rPr>
          <w:lang w:val="sv-SE"/>
        </w:rPr>
        <w:t>BibleBIBEL82</w:t>
      </w:r>
      <w:r w:rsidRPr="000767E2">
        <w:rPr>
          <w:lang w:val="sv-SE"/>
        </w:rPr>
        <w:t>:John 2:6]]</w:t>
      </w:r>
      <w:r w:rsidRPr="000767E2">
        <w:rPr>
          <w:vertAlign w:val="superscript"/>
          <w:lang w:val="sv-SE"/>
        </w:rPr>
        <w:t>6</w:t>
      </w:r>
      <w:r w:rsidRPr="000767E2">
        <w:rPr>
          <w:lang w:val="sv-SE"/>
        </w:rPr>
        <w:t xml:space="preserve"> {{field-on:bible}}Och där fanns sex vattenkärl av sten för judarnas rening liggande, som hade rum för två eller tre metreter var.{{field-off:bible}} [[@</w:t>
      </w:r>
      <w:r w:rsidR="0096445B" w:rsidRPr="000767E2">
        <w:rPr>
          <w:lang w:val="sv-SE"/>
        </w:rPr>
        <w:t>BibleBIBEL82</w:t>
      </w:r>
      <w:r w:rsidRPr="000767E2">
        <w:rPr>
          <w:lang w:val="sv-SE"/>
        </w:rPr>
        <w:t>:John 2:7]]</w:t>
      </w:r>
      <w:r w:rsidRPr="000767E2">
        <w:rPr>
          <w:vertAlign w:val="superscript"/>
          <w:lang w:val="sv-SE"/>
        </w:rPr>
        <w:t>7</w:t>
      </w:r>
      <w:r w:rsidRPr="000767E2">
        <w:rPr>
          <w:lang w:val="sv-SE"/>
        </w:rPr>
        <w:t xml:space="preserve"> {{field-on:bible}}Jesus säger till dem: ”Fyll vattenkärlen med vatten.” Och de fyllde dem ända upp.{{field-off:bible}} [[@</w:t>
      </w:r>
      <w:r w:rsidR="0096445B" w:rsidRPr="000767E2">
        <w:rPr>
          <w:lang w:val="sv-SE"/>
        </w:rPr>
        <w:t>BibleBIBEL82</w:t>
      </w:r>
      <w:r w:rsidRPr="000767E2">
        <w:rPr>
          <w:lang w:val="sv-SE"/>
        </w:rPr>
        <w:t>:John 2:8]]</w:t>
      </w:r>
      <w:r w:rsidRPr="000767E2">
        <w:rPr>
          <w:vertAlign w:val="superscript"/>
          <w:lang w:val="sv-SE"/>
        </w:rPr>
        <w:t>8</w:t>
      </w:r>
      <w:r w:rsidRPr="000767E2">
        <w:rPr>
          <w:lang w:val="sv-SE"/>
        </w:rPr>
        <w:t xml:space="preserve"> {{field-on:bible}}Och han säger till dem: ”Ös nu upp och bär till festvärden.” Och de bar.{{field-off:bible}}</w:t>
      </w:r>
    </w:p>
    <w:p w14:paraId="320BFF24" w14:textId="527AF743" w:rsidR="00BA33AB" w:rsidRPr="000767E2" w:rsidRDefault="00000000">
      <w:pPr>
        <w:rPr>
          <w:lang w:val="sv-SE"/>
        </w:rPr>
      </w:pPr>
      <w:r w:rsidRPr="000767E2">
        <w:rPr>
          <w:lang w:val="sv-SE"/>
        </w:rPr>
        <w:t>[[@</w:t>
      </w:r>
      <w:r w:rsidR="0096445B" w:rsidRPr="000767E2">
        <w:rPr>
          <w:lang w:val="sv-SE"/>
        </w:rPr>
        <w:t>BibleBIBEL82</w:t>
      </w:r>
      <w:r w:rsidRPr="000767E2">
        <w:rPr>
          <w:lang w:val="sv-SE"/>
        </w:rPr>
        <w:t>:John 2:9]]</w:t>
      </w:r>
      <w:r w:rsidRPr="000767E2">
        <w:rPr>
          <w:vertAlign w:val="superscript"/>
          <w:lang w:val="sv-SE"/>
        </w:rPr>
        <w:t>9</w:t>
      </w:r>
      <w:r w:rsidRPr="000767E2">
        <w:rPr>
          <w:lang w:val="sv-SE"/>
        </w:rPr>
        <w:t xml:space="preserve"> {{field-on:bible}}Men när festvärden smakade på vattnet, som hade blivit vin – och han visste inte varifrån det är, men tjänarna visste som hade öst upp vattnet – ropar festvärden på brudgummen{{field-off:bible}} [[@</w:t>
      </w:r>
      <w:r w:rsidR="0096445B" w:rsidRPr="000767E2">
        <w:rPr>
          <w:lang w:val="sv-SE"/>
        </w:rPr>
        <w:t>BibleBIBEL82</w:t>
      </w:r>
      <w:r w:rsidRPr="000767E2">
        <w:rPr>
          <w:lang w:val="sv-SE"/>
        </w:rPr>
        <w:t>:John 2:10]]</w:t>
      </w:r>
      <w:r w:rsidRPr="000767E2">
        <w:rPr>
          <w:vertAlign w:val="superscript"/>
          <w:lang w:val="sv-SE"/>
        </w:rPr>
        <w:t>10</w:t>
      </w:r>
      <w:r w:rsidRPr="000767E2">
        <w:rPr>
          <w:lang w:val="sv-SE"/>
        </w:rPr>
        <w:t xml:space="preserve"> {{field-on:bible}}och säger till honom: ”Varje människa sätter först </w:t>
      </w:r>
      <w:r w:rsidRPr="000767E2">
        <w:rPr>
          <w:i/>
          <w:lang w:val="sv-SE"/>
        </w:rPr>
        <w:t>fram</w:t>
      </w:r>
      <w:r w:rsidRPr="000767E2">
        <w:rPr>
          <w:lang w:val="sv-SE"/>
        </w:rPr>
        <w:t xml:space="preserve"> det fina vinet, och när de är berusade det ringare. Du har bevarat det fina vinet fram till nu.”{{field-off:bible}}</w:t>
      </w:r>
    </w:p>
    <w:p w14:paraId="1147D063" w14:textId="60D82A5F" w:rsidR="00BA33AB" w:rsidRPr="000767E2" w:rsidRDefault="00000000">
      <w:pPr>
        <w:rPr>
          <w:lang w:val="sv-SE"/>
        </w:rPr>
      </w:pPr>
      <w:r w:rsidRPr="000767E2">
        <w:rPr>
          <w:lang w:val="sv-SE"/>
        </w:rPr>
        <w:t>[[@</w:t>
      </w:r>
      <w:r w:rsidR="0096445B" w:rsidRPr="000767E2">
        <w:rPr>
          <w:lang w:val="sv-SE"/>
        </w:rPr>
        <w:t>BibleBIBEL82</w:t>
      </w:r>
      <w:r w:rsidRPr="000767E2">
        <w:rPr>
          <w:lang w:val="sv-SE"/>
        </w:rPr>
        <w:t>:John 2:11]]</w:t>
      </w:r>
      <w:r w:rsidRPr="000767E2">
        <w:rPr>
          <w:vertAlign w:val="superscript"/>
          <w:lang w:val="sv-SE"/>
        </w:rPr>
        <w:t>11</w:t>
      </w:r>
      <w:r w:rsidRPr="000767E2">
        <w:rPr>
          <w:lang w:val="sv-SE"/>
        </w:rPr>
        <w:t xml:space="preserve"> {{field-on:bible}}Denna tecknens begynnelse gjorde Jesus i Kana i Galileen. Och han visade sin härlighet, och hans lärjungar trodde på honom.{{field-off:bible}} [[@</w:t>
      </w:r>
      <w:r w:rsidR="0096445B" w:rsidRPr="000767E2">
        <w:rPr>
          <w:lang w:val="sv-SE"/>
        </w:rPr>
        <w:t>BibleBIBEL82</w:t>
      </w:r>
      <w:r w:rsidRPr="000767E2">
        <w:rPr>
          <w:lang w:val="sv-SE"/>
        </w:rPr>
        <w:t>:John 2:12]]</w:t>
      </w:r>
      <w:r w:rsidRPr="000767E2">
        <w:rPr>
          <w:vertAlign w:val="superscript"/>
          <w:lang w:val="sv-SE"/>
        </w:rPr>
        <w:t>12</w:t>
      </w:r>
      <w:r w:rsidRPr="000767E2">
        <w:rPr>
          <w:lang w:val="sv-SE"/>
        </w:rPr>
        <w:t xml:space="preserve"> {{field-on:bible}}Efter detta gick han ner till Kafarnaum, han och hans mor och [hans] bröder och hans lärjungar. Och där blev de kvar inte många dagar.{{field-off:bible}}</w:t>
      </w:r>
    </w:p>
    <w:p w14:paraId="0B12244F" w14:textId="77777777" w:rsidR="00BA33AB" w:rsidRPr="000767E2" w:rsidRDefault="00000000">
      <w:pPr>
        <w:pStyle w:val="Rubrik3"/>
        <w:rPr>
          <w:lang w:val="sv-SE"/>
        </w:rPr>
      </w:pPr>
      <w:r w:rsidRPr="000767E2">
        <w:rPr>
          <w:lang w:val="sv-SE"/>
        </w:rPr>
        <w:lastRenderedPageBreak/>
        <w:t>Det gamla och det nya templet</w:t>
      </w:r>
    </w:p>
    <w:p w14:paraId="5207A2F8" w14:textId="1980B628" w:rsidR="00BA33AB" w:rsidRPr="000767E2" w:rsidRDefault="00000000">
      <w:pPr>
        <w:rPr>
          <w:lang w:val="sv-SE"/>
        </w:rPr>
      </w:pPr>
      <w:r w:rsidRPr="000767E2">
        <w:rPr>
          <w:lang w:val="sv-SE"/>
        </w:rPr>
        <w:t>[[@</w:t>
      </w:r>
      <w:r w:rsidR="0096445B" w:rsidRPr="000767E2">
        <w:rPr>
          <w:lang w:val="sv-SE"/>
        </w:rPr>
        <w:t>BibleBIBEL82</w:t>
      </w:r>
      <w:r w:rsidRPr="000767E2">
        <w:rPr>
          <w:lang w:val="sv-SE"/>
        </w:rPr>
        <w:t>:John 2:13]]</w:t>
      </w:r>
      <w:r w:rsidRPr="000767E2">
        <w:rPr>
          <w:vertAlign w:val="superscript"/>
          <w:lang w:val="sv-SE"/>
        </w:rPr>
        <w:t>13</w:t>
      </w:r>
      <w:r w:rsidRPr="000767E2">
        <w:rPr>
          <w:lang w:val="sv-SE"/>
        </w:rPr>
        <w:t xml:space="preserve"> {{field-on:bible}}Och judarnas påsk var nära, och upp till Jerusalem gick Jesus.{{field-off:bible}} [[@</w:t>
      </w:r>
      <w:r w:rsidR="0096445B" w:rsidRPr="000767E2">
        <w:rPr>
          <w:lang w:val="sv-SE"/>
        </w:rPr>
        <w:t>BibleBIBEL82</w:t>
      </w:r>
      <w:r w:rsidRPr="000767E2">
        <w:rPr>
          <w:lang w:val="sv-SE"/>
        </w:rPr>
        <w:t>:John 2:14]]</w:t>
      </w:r>
      <w:r w:rsidRPr="000767E2">
        <w:rPr>
          <w:vertAlign w:val="superscript"/>
          <w:lang w:val="sv-SE"/>
        </w:rPr>
        <w:t>14</w:t>
      </w:r>
      <w:r w:rsidRPr="000767E2">
        <w:rPr>
          <w:lang w:val="sv-SE"/>
        </w:rPr>
        <w:t xml:space="preserve"> {{field-on:bible}}Och han fann i templet dem som sålde oxar och får och duvor, och pengaväxlarna som satt.{{field-off:bible}} [[@</w:t>
      </w:r>
      <w:r w:rsidR="0096445B" w:rsidRPr="000767E2">
        <w:rPr>
          <w:lang w:val="sv-SE"/>
        </w:rPr>
        <w:t>BibleBIBEL82</w:t>
      </w:r>
      <w:r w:rsidRPr="000767E2">
        <w:rPr>
          <w:lang w:val="sv-SE"/>
        </w:rPr>
        <w:t>:John 2:15]]</w:t>
      </w:r>
      <w:r w:rsidRPr="000767E2">
        <w:rPr>
          <w:vertAlign w:val="superscript"/>
          <w:lang w:val="sv-SE"/>
        </w:rPr>
        <w:t>15</w:t>
      </w:r>
      <w:r w:rsidRPr="000767E2">
        <w:rPr>
          <w:lang w:val="sv-SE"/>
        </w:rPr>
        <w:t xml:space="preserve"> {{field-on:bible}}Och han gjorde ett gissel av rep och drev ut alla från templet, både fåren och oxarna. Och växlarnas slantar utgöt han, och borden vände han upp och ner,{{field-off:bible}} [[@</w:t>
      </w:r>
      <w:r w:rsidR="0096445B" w:rsidRPr="000767E2">
        <w:rPr>
          <w:lang w:val="sv-SE"/>
        </w:rPr>
        <w:t>BibleBIBEL82</w:t>
      </w:r>
      <w:r w:rsidRPr="000767E2">
        <w:rPr>
          <w:lang w:val="sv-SE"/>
        </w:rPr>
        <w:t>:John 2:16]]</w:t>
      </w:r>
      <w:r w:rsidRPr="000767E2">
        <w:rPr>
          <w:vertAlign w:val="superscript"/>
          <w:lang w:val="sv-SE"/>
        </w:rPr>
        <w:t>16</w:t>
      </w:r>
      <w:r w:rsidRPr="000767E2">
        <w:rPr>
          <w:lang w:val="sv-SE"/>
        </w:rPr>
        <w:t xml:space="preserve"> {{field-on:bible}}och till dem som sålde duvorna sade han: ”Ta bort detta härifrån! Gör inte min Fars hus </w:t>
      </w:r>
      <w:r w:rsidRPr="000767E2">
        <w:rPr>
          <w:i/>
          <w:lang w:val="sv-SE"/>
        </w:rPr>
        <w:t>till</w:t>
      </w:r>
      <w:r w:rsidRPr="000767E2">
        <w:rPr>
          <w:lang w:val="sv-SE"/>
        </w:rPr>
        <w:t xml:space="preserve"> ett marknadshus!”{{field-off:bible}} [[@</w:t>
      </w:r>
      <w:r w:rsidR="0096445B" w:rsidRPr="000767E2">
        <w:rPr>
          <w:lang w:val="sv-SE"/>
        </w:rPr>
        <w:t>BibleBIBEL82</w:t>
      </w:r>
      <w:r w:rsidRPr="000767E2">
        <w:rPr>
          <w:lang w:val="sv-SE"/>
        </w:rPr>
        <w:t>:John 2:17]]</w:t>
      </w:r>
      <w:r w:rsidRPr="000767E2">
        <w:rPr>
          <w:vertAlign w:val="superscript"/>
          <w:lang w:val="sv-SE"/>
        </w:rPr>
        <w:t>17</w:t>
      </w:r>
      <w:r w:rsidRPr="000767E2">
        <w:rPr>
          <w:lang w:val="sv-SE"/>
        </w:rPr>
        <w:t xml:space="preserve"> {{field-on:bible}}Hans lärjungar kom ihåg att det är skrivet: Niten för ditt hus ska förtära mig.{{field-off:bible}}</w:t>
      </w:r>
    </w:p>
    <w:p w14:paraId="0A03EDBF" w14:textId="09187855" w:rsidR="00BA33AB" w:rsidRPr="000767E2" w:rsidRDefault="00000000">
      <w:pPr>
        <w:rPr>
          <w:lang w:val="sv-SE"/>
        </w:rPr>
      </w:pPr>
      <w:r w:rsidRPr="000767E2">
        <w:rPr>
          <w:lang w:val="sv-SE"/>
        </w:rPr>
        <w:t>[[@</w:t>
      </w:r>
      <w:r w:rsidR="0096445B" w:rsidRPr="000767E2">
        <w:rPr>
          <w:lang w:val="sv-SE"/>
        </w:rPr>
        <w:t>BibleBIBEL82</w:t>
      </w:r>
      <w:r w:rsidRPr="000767E2">
        <w:rPr>
          <w:lang w:val="sv-SE"/>
        </w:rPr>
        <w:t>:John 2:18]]</w:t>
      </w:r>
      <w:r w:rsidRPr="000767E2">
        <w:rPr>
          <w:vertAlign w:val="superscript"/>
          <w:lang w:val="sv-SE"/>
        </w:rPr>
        <w:t>18</w:t>
      </w:r>
      <w:r w:rsidRPr="000767E2">
        <w:rPr>
          <w:lang w:val="sv-SE"/>
        </w:rPr>
        <w:t xml:space="preserve"> {{field-on:bible}}Då svarade judarna och sade till honom: ”Vilket tecken visar du oss, eftersom du gör detta?”{{field-off:bible}} [[@</w:t>
      </w:r>
      <w:r w:rsidR="0096445B" w:rsidRPr="000767E2">
        <w:rPr>
          <w:lang w:val="sv-SE"/>
        </w:rPr>
        <w:t>BibleBIBEL82</w:t>
      </w:r>
      <w:r w:rsidRPr="000767E2">
        <w:rPr>
          <w:lang w:val="sv-SE"/>
        </w:rPr>
        <w:t>:John 2:19]]</w:t>
      </w:r>
      <w:r w:rsidRPr="000767E2">
        <w:rPr>
          <w:vertAlign w:val="superscript"/>
          <w:lang w:val="sv-SE"/>
        </w:rPr>
        <w:t>19</w:t>
      </w:r>
      <w:r w:rsidRPr="000767E2">
        <w:rPr>
          <w:lang w:val="sv-SE"/>
        </w:rPr>
        <w:t xml:space="preserve"> {{field-on:bible}}Jesus svarade och sade till dem: ”Riv denna tempelbyggnad. Och på tre dagar ska jag resa upp den.”{{field-off:bible}} [[@</w:t>
      </w:r>
      <w:r w:rsidR="0096445B" w:rsidRPr="000767E2">
        <w:rPr>
          <w:lang w:val="sv-SE"/>
        </w:rPr>
        <w:t>BibleBIBEL82</w:t>
      </w:r>
      <w:r w:rsidRPr="000767E2">
        <w:rPr>
          <w:lang w:val="sv-SE"/>
        </w:rPr>
        <w:t>:John 2:20]]</w:t>
      </w:r>
      <w:r w:rsidRPr="000767E2">
        <w:rPr>
          <w:vertAlign w:val="superscript"/>
          <w:lang w:val="sv-SE"/>
        </w:rPr>
        <w:t>20</w:t>
      </w:r>
      <w:r w:rsidRPr="000767E2">
        <w:rPr>
          <w:lang w:val="sv-SE"/>
        </w:rPr>
        <w:t xml:space="preserve"> {{field-on:bible}}Då sade judarna: ”Fyrtio och sex år har denna tempelbyggnad byggts. Och du ska på tre dagar resa upp den?”{{field-off:bible}} [[@</w:t>
      </w:r>
      <w:r w:rsidR="0096445B" w:rsidRPr="000767E2">
        <w:rPr>
          <w:lang w:val="sv-SE"/>
        </w:rPr>
        <w:t>BibleBIBEL82</w:t>
      </w:r>
      <w:r w:rsidRPr="000767E2">
        <w:rPr>
          <w:lang w:val="sv-SE"/>
        </w:rPr>
        <w:t>:John 2:21]]</w:t>
      </w:r>
      <w:r w:rsidRPr="000767E2">
        <w:rPr>
          <w:vertAlign w:val="superscript"/>
          <w:lang w:val="sv-SE"/>
        </w:rPr>
        <w:t>21</w:t>
      </w:r>
      <w:r w:rsidRPr="000767E2">
        <w:rPr>
          <w:lang w:val="sv-SE"/>
        </w:rPr>
        <w:t xml:space="preserve"> {{field-on:bible}}Men denne talade om sin kropps tempelbyggnad.{{field-off:bible}} [[@</w:t>
      </w:r>
      <w:r w:rsidR="0096445B" w:rsidRPr="000767E2">
        <w:rPr>
          <w:lang w:val="sv-SE"/>
        </w:rPr>
        <w:t>BibleBIBEL82</w:t>
      </w:r>
      <w:r w:rsidRPr="000767E2">
        <w:rPr>
          <w:lang w:val="sv-SE"/>
        </w:rPr>
        <w:t>:John 2:22]]</w:t>
      </w:r>
      <w:r w:rsidRPr="000767E2">
        <w:rPr>
          <w:vertAlign w:val="superscript"/>
          <w:lang w:val="sv-SE"/>
        </w:rPr>
        <w:t>22</w:t>
      </w:r>
      <w:r w:rsidRPr="000767E2">
        <w:rPr>
          <w:lang w:val="sv-SE"/>
        </w:rPr>
        <w:t xml:space="preserve"> {{field-on:bible}}När han så blev uppväckt från </w:t>
      </w:r>
      <w:r w:rsidRPr="000767E2">
        <w:rPr>
          <w:i/>
          <w:lang w:val="sv-SE"/>
        </w:rPr>
        <w:t>de</w:t>
      </w:r>
      <w:r w:rsidRPr="000767E2">
        <w:rPr>
          <w:lang w:val="sv-SE"/>
        </w:rPr>
        <w:t xml:space="preserve"> döda, kom hans lärjungar ihåg att han sagt detta. Och de trodde på Skriften och på ordet som Jesus hade sagt.{{field-off:bible}}</w:t>
      </w:r>
    </w:p>
    <w:p w14:paraId="53C47035" w14:textId="03EEA2FF" w:rsidR="00BA33AB" w:rsidRPr="000767E2" w:rsidRDefault="00000000">
      <w:pPr>
        <w:rPr>
          <w:lang w:val="sv-SE"/>
        </w:rPr>
      </w:pPr>
      <w:r w:rsidRPr="000767E2">
        <w:rPr>
          <w:lang w:val="sv-SE"/>
        </w:rPr>
        <w:t>[[@</w:t>
      </w:r>
      <w:r w:rsidR="0096445B" w:rsidRPr="000767E2">
        <w:rPr>
          <w:lang w:val="sv-SE"/>
        </w:rPr>
        <w:t>BibleBIBEL82</w:t>
      </w:r>
      <w:r w:rsidRPr="000767E2">
        <w:rPr>
          <w:lang w:val="sv-SE"/>
        </w:rPr>
        <w:t>:John 2:23]]</w:t>
      </w:r>
      <w:r w:rsidRPr="000767E2">
        <w:rPr>
          <w:vertAlign w:val="superscript"/>
          <w:lang w:val="sv-SE"/>
        </w:rPr>
        <w:t>23</w:t>
      </w:r>
      <w:r w:rsidRPr="000767E2">
        <w:rPr>
          <w:lang w:val="sv-SE"/>
        </w:rPr>
        <w:t xml:space="preserve"> {{field-on:bible}}Och när han var i Jerusalem vid påsken under högtiden kom många till tro på hans namn, när de skådade hans tecken som han gjorde.{{field-off:bible}} [[@</w:t>
      </w:r>
      <w:r w:rsidR="0096445B" w:rsidRPr="000767E2">
        <w:rPr>
          <w:lang w:val="sv-SE"/>
        </w:rPr>
        <w:t>BibleBIBEL82</w:t>
      </w:r>
      <w:r w:rsidRPr="000767E2">
        <w:rPr>
          <w:lang w:val="sv-SE"/>
        </w:rPr>
        <w:t>:John 2:24]]</w:t>
      </w:r>
      <w:r w:rsidRPr="000767E2">
        <w:rPr>
          <w:vertAlign w:val="superscript"/>
          <w:lang w:val="sv-SE"/>
        </w:rPr>
        <w:t>24</w:t>
      </w:r>
      <w:r w:rsidRPr="000767E2">
        <w:rPr>
          <w:lang w:val="sv-SE"/>
        </w:rPr>
        <w:t xml:space="preserve"> {{field-on:bible}}Men själv anförtrodde sig inte Jesus åt dem, eftersom han kände alla,{{field-off:bible}} [[@</w:t>
      </w:r>
      <w:r w:rsidR="0096445B" w:rsidRPr="000767E2">
        <w:rPr>
          <w:lang w:val="sv-SE"/>
        </w:rPr>
        <w:t>BibleBIBEL82</w:t>
      </w:r>
      <w:r w:rsidRPr="000767E2">
        <w:rPr>
          <w:lang w:val="sv-SE"/>
        </w:rPr>
        <w:t>:John 2:25]]</w:t>
      </w:r>
      <w:r w:rsidRPr="000767E2">
        <w:rPr>
          <w:vertAlign w:val="superscript"/>
          <w:lang w:val="sv-SE"/>
        </w:rPr>
        <w:t>25</w:t>
      </w:r>
      <w:r w:rsidRPr="000767E2">
        <w:rPr>
          <w:lang w:val="sv-SE"/>
        </w:rPr>
        <w:t xml:space="preserve"> {{field-on:bible}}och för att han inte hade behov av att någon vittnar om människan. För själv visste han vad </w:t>
      </w:r>
      <w:r w:rsidRPr="000767E2">
        <w:rPr>
          <w:i/>
          <w:lang w:val="sv-SE"/>
        </w:rPr>
        <w:t>som</w:t>
      </w:r>
      <w:r w:rsidRPr="000767E2">
        <w:rPr>
          <w:lang w:val="sv-SE"/>
        </w:rPr>
        <w:t xml:space="preserve"> fanns i människan.{{field-off:bible}}</w:t>
      </w:r>
    </w:p>
    <w:p w14:paraId="32118775" w14:textId="2B57D45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3]]Kapitel 3</w:t>
      </w:r>
    </w:p>
    <w:p w14:paraId="6586640D" w14:textId="77777777" w:rsidR="00BA33AB" w:rsidRPr="000767E2" w:rsidRDefault="00000000">
      <w:pPr>
        <w:pStyle w:val="Rubrik3"/>
        <w:rPr>
          <w:lang w:val="sv-SE"/>
        </w:rPr>
      </w:pPr>
      <w:r w:rsidRPr="000767E2">
        <w:rPr>
          <w:lang w:val="sv-SE"/>
        </w:rPr>
        <w:t>Jesus och Nikodemos</w:t>
      </w:r>
    </w:p>
    <w:p w14:paraId="6FB92AAD" w14:textId="030D6F0F" w:rsidR="00BA33AB" w:rsidRPr="000767E2" w:rsidRDefault="00000000">
      <w:pPr>
        <w:rPr>
          <w:lang w:val="sv-SE"/>
        </w:rPr>
      </w:pPr>
      <w:r w:rsidRPr="000767E2">
        <w:rPr>
          <w:lang w:val="sv-SE"/>
        </w:rPr>
        <w:t>[[@</w:t>
      </w:r>
      <w:r w:rsidR="0096445B" w:rsidRPr="000767E2">
        <w:rPr>
          <w:lang w:val="sv-SE"/>
        </w:rPr>
        <w:t>BibleBIBEL82</w:t>
      </w:r>
      <w:r w:rsidRPr="000767E2">
        <w:rPr>
          <w:lang w:val="sv-SE"/>
        </w:rPr>
        <w:t>:John 3:1]]</w:t>
      </w:r>
      <w:r w:rsidRPr="000767E2">
        <w:rPr>
          <w:vertAlign w:val="superscript"/>
          <w:lang w:val="sv-SE"/>
        </w:rPr>
        <w:t>1</w:t>
      </w:r>
      <w:r w:rsidRPr="000767E2">
        <w:rPr>
          <w:lang w:val="sv-SE"/>
        </w:rPr>
        <w:t xml:space="preserve"> {{field-on:bible}}Men det fanns en man från fariseerna, Nikodemos </w:t>
      </w:r>
      <w:r w:rsidRPr="000767E2">
        <w:rPr>
          <w:i/>
          <w:lang w:val="sv-SE"/>
        </w:rPr>
        <w:t>var</w:t>
      </w:r>
      <w:r w:rsidRPr="000767E2">
        <w:rPr>
          <w:lang w:val="sv-SE"/>
        </w:rPr>
        <w:t xml:space="preserve"> hans namn, en ledare för judarna.{{field-off:bible}} [[@</w:t>
      </w:r>
      <w:r w:rsidR="0096445B" w:rsidRPr="000767E2">
        <w:rPr>
          <w:lang w:val="sv-SE"/>
        </w:rPr>
        <w:t>BibleBIBEL82</w:t>
      </w:r>
      <w:r w:rsidRPr="000767E2">
        <w:rPr>
          <w:lang w:val="sv-SE"/>
        </w:rPr>
        <w:t>:John 3:2]]</w:t>
      </w:r>
      <w:r w:rsidRPr="000767E2">
        <w:rPr>
          <w:vertAlign w:val="superscript"/>
          <w:lang w:val="sv-SE"/>
        </w:rPr>
        <w:t>2</w:t>
      </w:r>
      <w:r w:rsidRPr="000767E2">
        <w:rPr>
          <w:lang w:val="sv-SE"/>
        </w:rPr>
        <w:t xml:space="preserve"> {{field-on:bible}}Denne kom till honom om natten och sade till honom: ”Rabbi, vi vet att </w:t>
      </w:r>
      <w:r w:rsidRPr="000767E2">
        <w:rPr>
          <w:i/>
          <w:lang w:val="sv-SE"/>
        </w:rPr>
        <w:t>det är</w:t>
      </w:r>
      <w:r w:rsidRPr="000767E2">
        <w:rPr>
          <w:lang w:val="sv-SE"/>
        </w:rPr>
        <w:t xml:space="preserve"> från Gud du har kommit </w:t>
      </w:r>
      <w:r w:rsidRPr="000767E2">
        <w:rPr>
          <w:i/>
          <w:lang w:val="sv-SE"/>
        </w:rPr>
        <w:t>som</w:t>
      </w:r>
      <w:r w:rsidRPr="000767E2">
        <w:rPr>
          <w:lang w:val="sv-SE"/>
        </w:rPr>
        <w:t xml:space="preserve"> lärare. För ingen kan göra dessa tecken som du gör om inte Gud är med honom.”{{field-off:bible}}</w:t>
      </w:r>
    </w:p>
    <w:p w14:paraId="2DA71487" w14:textId="17F37DFD" w:rsidR="00BA33AB" w:rsidRPr="000767E2" w:rsidRDefault="00000000">
      <w:pPr>
        <w:rPr>
          <w:lang w:val="sv-SE"/>
        </w:rPr>
      </w:pPr>
      <w:r w:rsidRPr="000767E2">
        <w:rPr>
          <w:lang w:val="sv-SE"/>
        </w:rPr>
        <w:t>[[@</w:t>
      </w:r>
      <w:r w:rsidR="0096445B" w:rsidRPr="000767E2">
        <w:rPr>
          <w:lang w:val="sv-SE"/>
        </w:rPr>
        <w:t>BibleBIBEL82</w:t>
      </w:r>
      <w:r w:rsidRPr="000767E2">
        <w:rPr>
          <w:lang w:val="sv-SE"/>
        </w:rPr>
        <w:t>:John 3:3]]</w:t>
      </w:r>
      <w:r w:rsidRPr="000767E2">
        <w:rPr>
          <w:vertAlign w:val="superscript"/>
          <w:lang w:val="sv-SE"/>
        </w:rPr>
        <w:t>3</w:t>
      </w:r>
      <w:r w:rsidRPr="000767E2">
        <w:rPr>
          <w:lang w:val="sv-SE"/>
        </w:rPr>
        <w:t xml:space="preserve"> {{field-on:bible}}Jesus svarade och sade till honom: ”Amen, amen, jag säger dig: Om någon inte blir född från ovan kan han inte se Guds rike.”{{field-off:bible}} [[@</w:t>
      </w:r>
      <w:r w:rsidR="0096445B" w:rsidRPr="000767E2">
        <w:rPr>
          <w:lang w:val="sv-SE"/>
        </w:rPr>
        <w:t>BibleBIBEL82</w:t>
      </w:r>
      <w:r w:rsidRPr="000767E2">
        <w:rPr>
          <w:lang w:val="sv-SE"/>
        </w:rPr>
        <w:t>:John 3:4]]</w:t>
      </w:r>
      <w:r w:rsidRPr="000767E2">
        <w:rPr>
          <w:vertAlign w:val="superscript"/>
          <w:lang w:val="sv-SE"/>
        </w:rPr>
        <w:t>4</w:t>
      </w:r>
      <w:r w:rsidRPr="000767E2">
        <w:rPr>
          <w:lang w:val="sv-SE"/>
        </w:rPr>
        <w:t xml:space="preserve"> {{field-on:bible}}Nikodemos säger till honom: ”Hur kan en människa födas när han är åldrig? Inte kan han komma in i sin mors moderliv en andra gång och födas?”{{field-off:bible}} [[@</w:t>
      </w:r>
      <w:r w:rsidR="0096445B" w:rsidRPr="000767E2">
        <w:rPr>
          <w:lang w:val="sv-SE"/>
        </w:rPr>
        <w:t>BibleBIBEL82</w:t>
      </w:r>
      <w:r w:rsidRPr="000767E2">
        <w:rPr>
          <w:lang w:val="sv-SE"/>
        </w:rPr>
        <w:t>:John 3:5]]</w:t>
      </w:r>
      <w:r w:rsidRPr="000767E2">
        <w:rPr>
          <w:vertAlign w:val="superscript"/>
          <w:lang w:val="sv-SE"/>
        </w:rPr>
        <w:t>5</w:t>
      </w:r>
      <w:r w:rsidRPr="000767E2">
        <w:rPr>
          <w:lang w:val="sv-SE"/>
        </w:rPr>
        <w:t xml:space="preserve"> {{field-on:bible}}Jesus svarade: ”Amen, amen, jag säger dig: Om någon inte blir född av vatten och Ande kan han inte </w:t>
      </w:r>
      <w:r w:rsidRPr="000767E2">
        <w:rPr>
          <w:lang w:val="sv-SE"/>
        </w:rPr>
        <w:lastRenderedPageBreak/>
        <w:t>komma in i Guds rike.{{field-off:bible}} [[@</w:t>
      </w:r>
      <w:r w:rsidR="0096445B" w:rsidRPr="000767E2">
        <w:rPr>
          <w:lang w:val="sv-SE"/>
        </w:rPr>
        <w:t>BibleBIBEL82</w:t>
      </w:r>
      <w:r w:rsidRPr="000767E2">
        <w:rPr>
          <w:lang w:val="sv-SE"/>
        </w:rPr>
        <w:t>:John 3:6]]</w:t>
      </w:r>
      <w:r w:rsidRPr="000767E2">
        <w:rPr>
          <w:vertAlign w:val="superscript"/>
          <w:lang w:val="sv-SE"/>
        </w:rPr>
        <w:t>6</w:t>
      </w:r>
      <w:r w:rsidRPr="000767E2">
        <w:rPr>
          <w:lang w:val="sv-SE"/>
        </w:rPr>
        <w:t xml:space="preserve"> {{field-on:bible}}Det </w:t>
      </w:r>
      <w:r w:rsidRPr="000767E2">
        <w:rPr>
          <w:i/>
          <w:lang w:val="sv-SE"/>
        </w:rPr>
        <w:t>som är</w:t>
      </w:r>
      <w:r w:rsidRPr="000767E2">
        <w:rPr>
          <w:lang w:val="sv-SE"/>
        </w:rPr>
        <w:t xml:space="preserve"> fött av köttet är kött. Och det </w:t>
      </w:r>
      <w:r w:rsidRPr="000767E2">
        <w:rPr>
          <w:i/>
          <w:lang w:val="sv-SE"/>
        </w:rPr>
        <w:t>som är</w:t>
      </w:r>
      <w:r w:rsidRPr="000767E2">
        <w:rPr>
          <w:lang w:val="sv-SE"/>
        </w:rPr>
        <w:t xml:space="preserve"> fött av Anden är ande.{{field-off:bible}} [[@</w:t>
      </w:r>
      <w:r w:rsidR="0096445B" w:rsidRPr="000767E2">
        <w:rPr>
          <w:lang w:val="sv-SE"/>
        </w:rPr>
        <w:t>BibleBIBEL82</w:t>
      </w:r>
      <w:r w:rsidRPr="000767E2">
        <w:rPr>
          <w:lang w:val="sv-SE"/>
        </w:rPr>
        <w:t>:John 3:7]]</w:t>
      </w:r>
      <w:r w:rsidRPr="000767E2">
        <w:rPr>
          <w:vertAlign w:val="superscript"/>
          <w:lang w:val="sv-SE"/>
        </w:rPr>
        <w:t>7</w:t>
      </w:r>
      <w:r w:rsidRPr="000767E2">
        <w:rPr>
          <w:lang w:val="sv-SE"/>
        </w:rPr>
        <w:t xml:space="preserve"> {{field-on:bible}}Var inte förundrad för att jag sade till dig: Ni måste födas från ovan.{{field-off:bible}} [[@</w:t>
      </w:r>
      <w:r w:rsidR="0096445B" w:rsidRPr="000767E2">
        <w:rPr>
          <w:lang w:val="sv-SE"/>
        </w:rPr>
        <w:t>BibleBIBEL82</w:t>
      </w:r>
      <w:r w:rsidRPr="000767E2">
        <w:rPr>
          <w:lang w:val="sv-SE"/>
        </w:rPr>
        <w:t>:John 3:8]]</w:t>
      </w:r>
      <w:r w:rsidRPr="000767E2">
        <w:rPr>
          <w:vertAlign w:val="superscript"/>
          <w:lang w:val="sv-SE"/>
        </w:rPr>
        <w:t>8</w:t>
      </w:r>
      <w:r w:rsidRPr="000767E2">
        <w:rPr>
          <w:lang w:val="sv-SE"/>
        </w:rPr>
        <w:t xml:space="preserve"> {{field-on:bible}}Anden blåser vart den vill, och dess röst hör du. Men du vet inte varifrån den kommer och vart den beger sig. Så är var och en </w:t>
      </w:r>
      <w:r w:rsidRPr="000767E2">
        <w:rPr>
          <w:i/>
          <w:lang w:val="sv-SE"/>
        </w:rPr>
        <w:t>som är</w:t>
      </w:r>
      <w:r w:rsidRPr="000767E2">
        <w:rPr>
          <w:lang w:val="sv-SE"/>
        </w:rPr>
        <w:t xml:space="preserve"> född av Anden.”{{field-off:bible}}</w:t>
      </w:r>
    </w:p>
    <w:p w14:paraId="7DCB453F" w14:textId="43DA5548" w:rsidR="00BA33AB" w:rsidRPr="000767E2" w:rsidRDefault="00000000">
      <w:pPr>
        <w:rPr>
          <w:lang w:val="sv-SE"/>
        </w:rPr>
      </w:pPr>
      <w:r w:rsidRPr="000767E2">
        <w:rPr>
          <w:lang w:val="sv-SE"/>
        </w:rPr>
        <w:t>[[@</w:t>
      </w:r>
      <w:r w:rsidR="0096445B" w:rsidRPr="000767E2">
        <w:rPr>
          <w:lang w:val="sv-SE"/>
        </w:rPr>
        <w:t>BibleBIBEL82</w:t>
      </w:r>
      <w:r w:rsidRPr="000767E2">
        <w:rPr>
          <w:lang w:val="sv-SE"/>
        </w:rPr>
        <w:t>:John 3:9]]</w:t>
      </w:r>
      <w:r w:rsidRPr="000767E2">
        <w:rPr>
          <w:vertAlign w:val="superscript"/>
          <w:lang w:val="sv-SE"/>
        </w:rPr>
        <w:t>9</w:t>
      </w:r>
      <w:r w:rsidRPr="000767E2">
        <w:rPr>
          <w:lang w:val="sv-SE"/>
        </w:rPr>
        <w:t xml:space="preserve"> {{field-on:bible}}Nikodemos svarade och sade till honom: ”Hur kan detta ske?”{{field-off:bible}} [[@</w:t>
      </w:r>
      <w:r w:rsidR="0096445B" w:rsidRPr="000767E2">
        <w:rPr>
          <w:lang w:val="sv-SE"/>
        </w:rPr>
        <w:t>BibleBIBEL82</w:t>
      </w:r>
      <w:r w:rsidRPr="000767E2">
        <w:rPr>
          <w:lang w:val="sv-SE"/>
        </w:rPr>
        <w:t>:John 3:10]]</w:t>
      </w:r>
      <w:r w:rsidRPr="000767E2">
        <w:rPr>
          <w:vertAlign w:val="superscript"/>
          <w:lang w:val="sv-SE"/>
        </w:rPr>
        <w:t>10</w:t>
      </w:r>
      <w:r w:rsidRPr="000767E2">
        <w:rPr>
          <w:lang w:val="sv-SE"/>
        </w:rPr>
        <w:t xml:space="preserve"> {{field-on:bible}}Jesus svarade och sade till honom: ”Du är Israels lärare. Och detta förstår du inte?{{field-off:bible}} [[@</w:t>
      </w:r>
      <w:r w:rsidR="0096445B" w:rsidRPr="000767E2">
        <w:rPr>
          <w:lang w:val="sv-SE"/>
        </w:rPr>
        <w:t>BibleBIBEL82</w:t>
      </w:r>
      <w:r w:rsidRPr="000767E2">
        <w:rPr>
          <w:lang w:val="sv-SE"/>
        </w:rPr>
        <w:t>:John 3:11]]</w:t>
      </w:r>
      <w:r w:rsidRPr="000767E2">
        <w:rPr>
          <w:vertAlign w:val="superscript"/>
          <w:lang w:val="sv-SE"/>
        </w:rPr>
        <w:t>11</w:t>
      </w:r>
      <w:r w:rsidRPr="000767E2">
        <w:rPr>
          <w:lang w:val="sv-SE"/>
        </w:rPr>
        <w:t xml:space="preserve"> {{field-on:bible}}Amen, amen, jag säger dig att det vi vet talar vi, och det vi har sett vittnar vi </w:t>
      </w:r>
      <w:r w:rsidRPr="000767E2">
        <w:rPr>
          <w:i/>
          <w:lang w:val="sv-SE"/>
        </w:rPr>
        <w:t>om</w:t>
      </w:r>
      <w:r w:rsidRPr="000767E2">
        <w:rPr>
          <w:lang w:val="sv-SE"/>
        </w:rPr>
        <w:t xml:space="preserve">. Och vårt vittnesbörd tar ni inte </w:t>
      </w:r>
      <w:r w:rsidRPr="000767E2">
        <w:rPr>
          <w:i/>
          <w:lang w:val="sv-SE"/>
        </w:rPr>
        <w:t>emot</w:t>
      </w:r>
      <w:r w:rsidRPr="000767E2">
        <w:rPr>
          <w:lang w:val="sv-SE"/>
        </w:rPr>
        <w:t>.{{field-off:bible}} [[@</w:t>
      </w:r>
      <w:r w:rsidR="0096445B" w:rsidRPr="000767E2">
        <w:rPr>
          <w:lang w:val="sv-SE"/>
        </w:rPr>
        <w:t>BibleBIBEL82</w:t>
      </w:r>
      <w:r w:rsidRPr="000767E2">
        <w:rPr>
          <w:lang w:val="sv-SE"/>
        </w:rPr>
        <w:t>:John 3:12]]</w:t>
      </w:r>
      <w:r w:rsidRPr="000767E2">
        <w:rPr>
          <w:vertAlign w:val="superscript"/>
          <w:lang w:val="sv-SE"/>
        </w:rPr>
        <w:t>12</w:t>
      </w:r>
      <w:r w:rsidRPr="000767E2">
        <w:rPr>
          <w:lang w:val="sv-SE"/>
        </w:rPr>
        <w:t xml:space="preserve"> {{field-on:bible}}Om jag har sagt er det jordiska och ni inte tror, hur ska ni tro om jag säger er det himmelska?{{field-off:bible}}</w:t>
      </w:r>
    </w:p>
    <w:p w14:paraId="7A2C89A7" w14:textId="0C5F87AB" w:rsidR="00BA33AB" w:rsidRPr="000767E2" w:rsidRDefault="00000000">
      <w:pPr>
        <w:rPr>
          <w:lang w:val="sv-SE"/>
        </w:rPr>
      </w:pPr>
      <w:r w:rsidRPr="000767E2">
        <w:rPr>
          <w:lang w:val="sv-SE"/>
        </w:rPr>
        <w:t>[[@</w:t>
      </w:r>
      <w:r w:rsidR="0096445B" w:rsidRPr="000767E2">
        <w:rPr>
          <w:lang w:val="sv-SE"/>
        </w:rPr>
        <w:t>BibleBIBEL82</w:t>
      </w:r>
      <w:r w:rsidRPr="000767E2">
        <w:rPr>
          <w:lang w:val="sv-SE"/>
        </w:rPr>
        <w:t>:John 3:13]]</w:t>
      </w:r>
      <w:r w:rsidRPr="000767E2">
        <w:rPr>
          <w:vertAlign w:val="superscript"/>
          <w:lang w:val="sv-SE"/>
        </w:rPr>
        <w:t>13</w:t>
      </w:r>
      <w:r w:rsidRPr="000767E2">
        <w:rPr>
          <w:lang w:val="sv-SE"/>
        </w:rPr>
        <w:t xml:space="preserve"> {{field-on:bible}}Och ingen har stigit upp till himlen utom den som steg ner från himlen: Människosonen.{{field-off:bible}} [[@</w:t>
      </w:r>
      <w:r w:rsidR="0096445B" w:rsidRPr="000767E2">
        <w:rPr>
          <w:lang w:val="sv-SE"/>
        </w:rPr>
        <w:t>BibleBIBEL82</w:t>
      </w:r>
      <w:r w:rsidRPr="000767E2">
        <w:rPr>
          <w:lang w:val="sv-SE"/>
        </w:rPr>
        <w:t>:John 3:14]]</w:t>
      </w:r>
      <w:r w:rsidRPr="000767E2">
        <w:rPr>
          <w:vertAlign w:val="superscript"/>
          <w:lang w:val="sv-SE"/>
        </w:rPr>
        <w:t>14</w:t>
      </w:r>
      <w:r w:rsidRPr="000767E2">
        <w:rPr>
          <w:lang w:val="sv-SE"/>
        </w:rPr>
        <w:t xml:space="preserve"> {{field-on:bible}}Och liksom Mose upphöjde ormen i ödemarken, så måste Människosonen bli upphöjd,{{field-off:bible}} [[@</w:t>
      </w:r>
      <w:r w:rsidR="0096445B" w:rsidRPr="000767E2">
        <w:rPr>
          <w:lang w:val="sv-SE"/>
        </w:rPr>
        <w:t>BibleBIBEL82</w:t>
      </w:r>
      <w:r w:rsidRPr="000767E2">
        <w:rPr>
          <w:lang w:val="sv-SE"/>
        </w:rPr>
        <w:t>:John 3:15]]</w:t>
      </w:r>
      <w:r w:rsidRPr="000767E2">
        <w:rPr>
          <w:vertAlign w:val="superscript"/>
          <w:lang w:val="sv-SE"/>
        </w:rPr>
        <w:t>15</w:t>
      </w:r>
      <w:r w:rsidRPr="000767E2">
        <w:rPr>
          <w:lang w:val="sv-SE"/>
        </w:rPr>
        <w:t xml:space="preserve"> {{field-on:bible}}för att var och en som tror på honom ska ha eoniskt liv.{{field-off:bible}} [[@</w:t>
      </w:r>
      <w:r w:rsidR="0096445B" w:rsidRPr="000767E2">
        <w:rPr>
          <w:lang w:val="sv-SE"/>
        </w:rPr>
        <w:t>BibleBIBEL82</w:t>
      </w:r>
      <w:r w:rsidRPr="000767E2">
        <w:rPr>
          <w:lang w:val="sv-SE"/>
        </w:rPr>
        <w:t>:John 3:16]]</w:t>
      </w:r>
      <w:r w:rsidRPr="000767E2">
        <w:rPr>
          <w:vertAlign w:val="superscript"/>
          <w:lang w:val="sv-SE"/>
        </w:rPr>
        <w:t>16</w:t>
      </w:r>
      <w:r w:rsidRPr="000767E2">
        <w:rPr>
          <w:lang w:val="sv-SE"/>
        </w:rPr>
        <w:t xml:space="preserve"> {{field-on:bible}}För så älskade Gud världen att den enfödde Sonen gav han, för att var och en som tror på honom inte ska gå förlorad utan ha eoniskt liv.{{field-off:bible}} [[@</w:t>
      </w:r>
      <w:r w:rsidR="0096445B" w:rsidRPr="000767E2">
        <w:rPr>
          <w:lang w:val="sv-SE"/>
        </w:rPr>
        <w:t>BibleBIBEL82</w:t>
      </w:r>
      <w:r w:rsidRPr="000767E2">
        <w:rPr>
          <w:lang w:val="sv-SE"/>
        </w:rPr>
        <w:t>:John 3:17]]</w:t>
      </w:r>
      <w:r w:rsidRPr="000767E2">
        <w:rPr>
          <w:vertAlign w:val="superscript"/>
          <w:lang w:val="sv-SE"/>
        </w:rPr>
        <w:t>17</w:t>
      </w:r>
      <w:r w:rsidRPr="000767E2">
        <w:rPr>
          <w:lang w:val="sv-SE"/>
        </w:rPr>
        <w:t xml:space="preserve"> {{field-on:bible}}För Gud sände inte Sonen till världen för att döma världen, utan för att världen ska bli frälst genom honom.{{field-off:bible}} [[@</w:t>
      </w:r>
      <w:r w:rsidR="0096445B" w:rsidRPr="000767E2">
        <w:rPr>
          <w:lang w:val="sv-SE"/>
        </w:rPr>
        <w:t>BibleBIBEL82</w:t>
      </w:r>
      <w:r w:rsidRPr="000767E2">
        <w:rPr>
          <w:lang w:val="sv-SE"/>
        </w:rPr>
        <w:t>:John 3:18]]</w:t>
      </w:r>
      <w:r w:rsidRPr="000767E2">
        <w:rPr>
          <w:vertAlign w:val="superscript"/>
          <w:lang w:val="sv-SE"/>
        </w:rPr>
        <w:t>18</w:t>
      </w:r>
      <w:r w:rsidRPr="000767E2">
        <w:rPr>
          <w:lang w:val="sv-SE"/>
        </w:rPr>
        <w:t xml:space="preserve"> {{field-on:bible}}Den som tror på honom blir inte dömd. Men den som inte tror är redan dömd, eftersom han inte har trott på Guds enfödde Sons namn.{{field-off:bible}}</w:t>
      </w:r>
    </w:p>
    <w:p w14:paraId="19A9D0F8" w14:textId="1E40AA86" w:rsidR="00BA33AB" w:rsidRPr="000767E2" w:rsidRDefault="00000000">
      <w:pPr>
        <w:rPr>
          <w:lang w:val="sv-SE"/>
        </w:rPr>
      </w:pPr>
      <w:r w:rsidRPr="000767E2">
        <w:rPr>
          <w:lang w:val="sv-SE"/>
        </w:rPr>
        <w:t>[[@</w:t>
      </w:r>
      <w:r w:rsidR="0096445B" w:rsidRPr="000767E2">
        <w:rPr>
          <w:lang w:val="sv-SE"/>
        </w:rPr>
        <w:t>BibleBIBEL82</w:t>
      </w:r>
      <w:r w:rsidRPr="000767E2">
        <w:rPr>
          <w:lang w:val="sv-SE"/>
        </w:rPr>
        <w:t>:John 3:19]]</w:t>
      </w:r>
      <w:r w:rsidRPr="000767E2">
        <w:rPr>
          <w:vertAlign w:val="superscript"/>
          <w:lang w:val="sv-SE"/>
        </w:rPr>
        <w:t>19</w:t>
      </w:r>
      <w:r w:rsidRPr="000767E2">
        <w:rPr>
          <w:lang w:val="sv-SE"/>
        </w:rPr>
        <w:t xml:space="preserve"> {{field-on:bible}}Och detta är domen: att ljuset har kommit in i världen, och människorna älskade mörkret mer än ljuset, för deras gärningar var onda.{{field-off:bible}} [[@</w:t>
      </w:r>
      <w:r w:rsidR="0096445B" w:rsidRPr="000767E2">
        <w:rPr>
          <w:lang w:val="sv-SE"/>
        </w:rPr>
        <w:t>BibleBIBEL82</w:t>
      </w:r>
      <w:r w:rsidRPr="000767E2">
        <w:rPr>
          <w:lang w:val="sv-SE"/>
        </w:rPr>
        <w:t>:John 3:20]]</w:t>
      </w:r>
      <w:r w:rsidRPr="000767E2">
        <w:rPr>
          <w:vertAlign w:val="superscript"/>
          <w:lang w:val="sv-SE"/>
        </w:rPr>
        <w:t>20</w:t>
      </w:r>
      <w:r w:rsidRPr="000767E2">
        <w:rPr>
          <w:lang w:val="sv-SE"/>
        </w:rPr>
        <w:t xml:space="preserve"> {{field-on:bible}}För var och en som utövar usla </w:t>
      </w:r>
      <w:r w:rsidRPr="000767E2">
        <w:rPr>
          <w:i/>
          <w:lang w:val="sv-SE"/>
        </w:rPr>
        <w:t>ting</w:t>
      </w:r>
      <w:r w:rsidRPr="000767E2">
        <w:rPr>
          <w:lang w:val="sv-SE"/>
        </w:rPr>
        <w:t xml:space="preserve"> hatar ljuset och kommer inte till ljuset, för att inte hans gärningar ska avslöjas.{{field-off:bible}} [[@</w:t>
      </w:r>
      <w:r w:rsidR="0096445B" w:rsidRPr="000767E2">
        <w:rPr>
          <w:lang w:val="sv-SE"/>
        </w:rPr>
        <w:t>BibleBIBEL82</w:t>
      </w:r>
      <w:r w:rsidRPr="000767E2">
        <w:rPr>
          <w:lang w:val="sv-SE"/>
        </w:rPr>
        <w:t>:John 3:21]]</w:t>
      </w:r>
      <w:r w:rsidRPr="000767E2">
        <w:rPr>
          <w:vertAlign w:val="superscript"/>
          <w:lang w:val="sv-SE"/>
        </w:rPr>
        <w:t>21</w:t>
      </w:r>
      <w:r w:rsidRPr="000767E2">
        <w:rPr>
          <w:lang w:val="sv-SE"/>
        </w:rPr>
        <w:t xml:space="preserve"> {{field-on:bible}}Men den som gör sanningen kommer till ljuset, för att hans gärningar ska framträda: att de i Gud är utförda.”{{field-off:bible}}</w:t>
      </w:r>
    </w:p>
    <w:p w14:paraId="22C272F7" w14:textId="77777777" w:rsidR="00BA33AB" w:rsidRPr="000767E2" w:rsidRDefault="00000000">
      <w:pPr>
        <w:pStyle w:val="Rubrik3"/>
        <w:rPr>
          <w:lang w:val="sv-SE"/>
        </w:rPr>
      </w:pPr>
      <w:r w:rsidRPr="000767E2">
        <w:rPr>
          <w:lang w:val="sv-SE"/>
        </w:rPr>
        <w:t>Jesus och Johannes Döparen</w:t>
      </w:r>
    </w:p>
    <w:p w14:paraId="18C14267" w14:textId="0BAAF01F" w:rsidR="00BA33AB" w:rsidRPr="000767E2" w:rsidRDefault="00000000">
      <w:pPr>
        <w:rPr>
          <w:lang w:val="sv-SE"/>
        </w:rPr>
      </w:pPr>
      <w:r w:rsidRPr="000767E2">
        <w:rPr>
          <w:lang w:val="sv-SE"/>
        </w:rPr>
        <w:t>[[@</w:t>
      </w:r>
      <w:r w:rsidR="0096445B" w:rsidRPr="000767E2">
        <w:rPr>
          <w:lang w:val="sv-SE"/>
        </w:rPr>
        <w:t>BibleBIBEL82</w:t>
      </w:r>
      <w:r w:rsidRPr="000767E2">
        <w:rPr>
          <w:lang w:val="sv-SE"/>
        </w:rPr>
        <w:t>:John 3:22]]</w:t>
      </w:r>
      <w:r w:rsidRPr="000767E2">
        <w:rPr>
          <w:vertAlign w:val="superscript"/>
          <w:lang w:val="sv-SE"/>
        </w:rPr>
        <w:t>22</w:t>
      </w:r>
      <w:r w:rsidRPr="000767E2">
        <w:rPr>
          <w:lang w:val="sv-SE"/>
        </w:rPr>
        <w:t xml:space="preserve"> {{field-on:bible}}Efter detta gick Jesus och hans lärjungar till det judeiska landet, och där stannade han med dem och döpte.{{field-off:bible}} [[@</w:t>
      </w:r>
      <w:r w:rsidR="0096445B" w:rsidRPr="000767E2">
        <w:rPr>
          <w:lang w:val="sv-SE"/>
        </w:rPr>
        <w:t>BibleBIBEL82</w:t>
      </w:r>
      <w:r w:rsidRPr="000767E2">
        <w:rPr>
          <w:lang w:val="sv-SE"/>
        </w:rPr>
        <w:t>:John 3:23]]</w:t>
      </w:r>
      <w:r w:rsidRPr="000767E2">
        <w:rPr>
          <w:vertAlign w:val="superscript"/>
          <w:lang w:val="sv-SE"/>
        </w:rPr>
        <w:t>23</w:t>
      </w:r>
      <w:r w:rsidRPr="000767E2">
        <w:rPr>
          <w:lang w:val="sv-SE"/>
        </w:rPr>
        <w:t xml:space="preserve"> {{field-on:bible}}Men även Johannes var och döpte, i Ainon nära Salim, eftersom det fanns stora vatten där. Och </w:t>
      </w:r>
      <w:r w:rsidRPr="000767E2">
        <w:rPr>
          <w:i/>
          <w:lang w:val="sv-SE"/>
        </w:rPr>
        <w:t>folk</w:t>
      </w:r>
      <w:r w:rsidRPr="000767E2">
        <w:rPr>
          <w:lang w:val="sv-SE"/>
        </w:rPr>
        <w:t xml:space="preserve"> kom dit och blev döpta,{{field-off:bible}} [[@</w:t>
      </w:r>
      <w:r w:rsidR="0096445B" w:rsidRPr="000767E2">
        <w:rPr>
          <w:lang w:val="sv-SE"/>
        </w:rPr>
        <w:t>BibleBIBEL82</w:t>
      </w:r>
      <w:r w:rsidRPr="000767E2">
        <w:rPr>
          <w:lang w:val="sv-SE"/>
        </w:rPr>
        <w:t>:John 3:24]]</w:t>
      </w:r>
      <w:r w:rsidRPr="000767E2">
        <w:rPr>
          <w:vertAlign w:val="superscript"/>
          <w:lang w:val="sv-SE"/>
        </w:rPr>
        <w:t>24</w:t>
      </w:r>
      <w:r w:rsidRPr="000767E2">
        <w:rPr>
          <w:lang w:val="sv-SE"/>
        </w:rPr>
        <w:t xml:space="preserve"> {{field-on:bible}}för ännu var inte Johannes kastad i fängelset.{{field-off:bible}}</w:t>
      </w:r>
    </w:p>
    <w:p w14:paraId="491D26A2" w14:textId="169634AE"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3:25]]</w:t>
      </w:r>
      <w:r w:rsidRPr="000767E2">
        <w:rPr>
          <w:vertAlign w:val="superscript"/>
          <w:lang w:val="sv-SE"/>
        </w:rPr>
        <w:t>25</w:t>
      </w:r>
      <w:r w:rsidRPr="000767E2">
        <w:rPr>
          <w:lang w:val="sv-SE"/>
        </w:rPr>
        <w:t xml:space="preserve"> {{field-on:bible}}Det kom då </w:t>
      </w:r>
      <w:r w:rsidRPr="000767E2">
        <w:rPr>
          <w:i/>
          <w:lang w:val="sv-SE"/>
        </w:rPr>
        <w:t>upp</w:t>
      </w:r>
      <w:r w:rsidRPr="000767E2">
        <w:rPr>
          <w:lang w:val="sv-SE"/>
        </w:rPr>
        <w:t xml:space="preserve"> en diskussion från Johannes lärjungar med en jude om rening.{{field-off:bible}} [[@</w:t>
      </w:r>
      <w:r w:rsidR="0096445B" w:rsidRPr="000767E2">
        <w:rPr>
          <w:lang w:val="sv-SE"/>
        </w:rPr>
        <w:t>BibleBIBEL82</w:t>
      </w:r>
      <w:r w:rsidRPr="000767E2">
        <w:rPr>
          <w:lang w:val="sv-SE"/>
        </w:rPr>
        <w:t>:John 3:26]]</w:t>
      </w:r>
      <w:r w:rsidRPr="000767E2">
        <w:rPr>
          <w:vertAlign w:val="superscript"/>
          <w:lang w:val="sv-SE"/>
        </w:rPr>
        <w:t>26</w:t>
      </w:r>
      <w:r w:rsidRPr="000767E2">
        <w:rPr>
          <w:lang w:val="sv-SE"/>
        </w:rPr>
        <w:t xml:space="preserve"> {{field-on:bible}}Och de kom till Johannes och sade till honom: ”Rabbi, han som var med dig på andra sidan Jordan, som du har vittnat om, se: denne döper, och alla går till honom.”{{field-off:bible}}</w:t>
      </w:r>
    </w:p>
    <w:p w14:paraId="7E5FFE0C" w14:textId="286225FE" w:rsidR="00BA33AB" w:rsidRPr="000767E2" w:rsidRDefault="00000000">
      <w:pPr>
        <w:rPr>
          <w:lang w:val="sv-SE"/>
        </w:rPr>
      </w:pPr>
      <w:r w:rsidRPr="000767E2">
        <w:rPr>
          <w:lang w:val="sv-SE"/>
        </w:rPr>
        <w:t>[[@</w:t>
      </w:r>
      <w:r w:rsidR="0096445B" w:rsidRPr="000767E2">
        <w:rPr>
          <w:lang w:val="sv-SE"/>
        </w:rPr>
        <w:t>BibleBIBEL82</w:t>
      </w:r>
      <w:r w:rsidRPr="000767E2">
        <w:rPr>
          <w:lang w:val="sv-SE"/>
        </w:rPr>
        <w:t>:John 3:27]]</w:t>
      </w:r>
      <w:r w:rsidRPr="000767E2">
        <w:rPr>
          <w:vertAlign w:val="superscript"/>
          <w:lang w:val="sv-SE"/>
        </w:rPr>
        <w:t>27</w:t>
      </w:r>
      <w:r w:rsidRPr="000767E2">
        <w:rPr>
          <w:lang w:val="sv-SE"/>
        </w:rPr>
        <w:t xml:space="preserve"> {{field-on:bible}}Johannes svarade och sade: ”En människa kan inte ta </w:t>
      </w:r>
      <w:r w:rsidRPr="000767E2">
        <w:rPr>
          <w:i/>
          <w:lang w:val="sv-SE"/>
        </w:rPr>
        <w:t>sig</w:t>
      </w:r>
      <w:r w:rsidRPr="000767E2">
        <w:rPr>
          <w:lang w:val="sv-SE"/>
        </w:rPr>
        <w:t xml:space="preserve"> ens ett </w:t>
      </w:r>
      <w:r w:rsidRPr="000767E2">
        <w:rPr>
          <w:i/>
          <w:lang w:val="sv-SE"/>
        </w:rPr>
        <w:t>enda</w:t>
      </w:r>
      <w:r w:rsidRPr="000767E2">
        <w:rPr>
          <w:lang w:val="sv-SE"/>
        </w:rPr>
        <w:t xml:space="preserve"> om inte det är honom givet från himlen.{{field-off:bible}} [[@</w:t>
      </w:r>
      <w:r w:rsidR="0096445B" w:rsidRPr="000767E2">
        <w:rPr>
          <w:lang w:val="sv-SE"/>
        </w:rPr>
        <w:t>BibleBIBEL82</w:t>
      </w:r>
      <w:r w:rsidRPr="000767E2">
        <w:rPr>
          <w:lang w:val="sv-SE"/>
        </w:rPr>
        <w:t>:John 3:28]]</w:t>
      </w:r>
      <w:r w:rsidRPr="000767E2">
        <w:rPr>
          <w:vertAlign w:val="superscript"/>
          <w:lang w:val="sv-SE"/>
        </w:rPr>
        <w:t>28</w:t>
      </w:r>
      <w:r w:rsidRPr="000767E2">
        <w:rPr>
          <w:lang w:val="sv-SE"/>
        </w:rPr>
        <w:t xml:space="preserve"> {{field-on:bible}}Ni själva vittnar för mig att jag sagt [att] jag inte är Kristus, utan att jag är sänd framför denne.{{field-off:bible}} [[@</w:t>
      </w:r>
      <w:r w:rsidR="0096445B" w:rsidRPr="000767E2">
        <w:rPr>
          <w:lang w:val="sv-SE"/>
        </w:rPr>
        <w:t>BibleBIBEL82</w:t>
      </w:r>
      <w:r w:rsidRPr="000767E2">
        <w:rPr>
          <w:lang w:val="sv-SE"/>
        </w:rPr>
        <w:t>:John 3:29]]</w:t>
      </w:r>
      <w:r w:rsidRPr="000767E2">
        <w:rPr>
          <w:vertAlign w:val="superscript"/>
          <w:lang w:val="sv-SE"/>
        </w:rPr>
        <w:t>29</w:t>
      </w:r>
      <w:r w:rsidRPr="000767E2">
        <w:rPr>
          <w:lang w:val="sv-SE"/>
        </w:rPr>
        <w:t xml:space="preserve"> {{field-on:bible}}Den som har bruden är brudgum. Men brudgummens vän, som står och lyssnar till honom, gläds med glädje av brudgummens röst. Denna min glädje är nu uppfylld.{{field-off:bible}} [[@</w:t>
      </w:r>
      <w:r w:rsidR="0096445B" w:rsidRPr="000767E2">
        <w:rPr>
          <w:lang w:val="sv-SE"/>
        </w:rPr>
        <w:t>BibleBIBEL82</w:t>
      </w:r>
      <w:r w:rsidRPr="000767E2">
        <w:rPr>
          <w:lang w:val="sv-SE"/>
        </w:rPr>
        <w:t>:John 3:30]]</w:t>
      </w:r>
      <w:r w:rsidRPr="000767E2">
        <w:rPr>
          <w:vertAlign w:val="superscript"/>
          <w:lang w:val="sv-SE"/>
        </w:rPr>
        <w:t>30</w:t>
      </w:r>
      <w:r w:rsidRPr="000767E2">
        <w:rPr>
          <w:lang w:val="sv-SE"/>
        </w:rPr>
        <w:t xml:space="preserve"> {{field-on:bible}}Denne måste växa och jag minska.”{{field-off:bible}}</w:t>
      </w:r>
    </w:p>
    <w:p w14:paraId="43A21376" w14:textId="6AC84C78" w:rsidR="00BA33AB" w:rsidRPr="000767E2" w:rsidRDefault="00000000">
      <w:pPr>
        <w:rPr>
          <w:lang w:val="sv-SE"/>
        </w:rPr>
      </w:pPr>
      <w:r w:rsidRPr="000767E2">
        <w:rPr>
          <w:lang w:val="sv-SE"/>
        </w:rPr>
        <w:t>[[@</w:t>
      </w:r>
      <w:r w:rsidR="0096445B" w:rsidRPr="000767E2">
        <w:rPr>
          <w:lang w:val="sv-SE"/>
        </w:rPr>
        <w:t>BibleBIBEL82</w:t>
      </w:r>
      <w:r w:rsidRPr="000767E2">
        <w:rPr>
          <w:lang w:val="sv-SE"/>
        </w:rPr>
        <w:t>:John 3:31]]</w:t>
      </w:r>
      <w:r w:rsidRPr="000767E2">
        <w:rPr>
          <w:vertAlign w:val="superscript"/>
          <w:lang w:val="sv-SE"/>
        </w:rPr>
        <w:t>31</w:t>
      </w:r>
      <w:r w:rsidRPr="000767E2">
        <w:rPr>
          <w:lang w:val="sv-SE"/>
        </w:rPr>
        <w:t xml:space="preserve"> {{field-on:bible}}Den som kommer från ovan är ovanför alla. Den som är av jorden är av jorden och talar utifrån jorden. Den som kommer från himlen [är ovanför alla].{{field-off:bible}} [[@</w:t>
      </w:r>
      <w:r w:rsidR="0096445B" w:rsidRPr="000767E2">
        <w:rPr>
          <w:lang w:val="sv-SE"/>
        </w:rPr>
        <w:t>BibleBIBEL82</w:t>
      </w:r>
      <w:r w:rsidRPr="000767E2">
        <w:rPr>
          <w:lang w:val="sv-SE"/>
        </w:rPr>
        <w:t>:John 3:32]]</w:t>
      </w:r>
      <w:r w:rsidRPr="000767E2">
        <w:rPr>
          <w:vertAlign w:val="superscript"/>
          <w:lang w:val="sv-SE"/>
        </w:rPr>
        <w:t>32</w:t>
      </w:r>
      <w:r w:rsidRPr="000767E2">
        <w:rPr>
          <w:lang w:val="sv-SE"/>
        </w:rPr>
        <w:t xml:space="preserve"> {{field-on:bible}}Det han har sett och hört, det vittnar han om. Och hans vittnesbörd tar ingen </w:t>
      </w:r>
      <w:r w:rsidRPr="000767E2">
        <w:rPr>
          <w:i/>
          <w:lang w:val="sv-SE"/>
        </w:rPr>
        <w:t>emot</w:t>
      </w:r>
      <w:r w:rsidRPr="000767E2">
        <w:rPr>
          <w:lang w:val="sv-SE"/>
        </w:rPr>
        <w:t>.{{field-off:bible}} [[@</w:t>
      </w:r>
      <w:r w:rsidR="0096445B" w:rsidRPr="000767E2">
        <w:rPr>
          <w:lang w:val="sv-SE"/>
        </w:rPr>
        <w:t>BibleBIBEL82</w:t>
      </w:r>
      <w:r w:rsidRPr="000767E2">
        <w:rPr>
          <w:lang w:val="sv-SE"/>
        </w:rPr>
        <w:t>:John 3:33]]</w:t>
      </w:r>
      <w:r w:rsidRPr="000767E2">
        <w:rPr>
          <w:vertAlign w:val="superscript"/>
          <w:lang w:val="sv-SE"/>
        </w:rPr>
        <w:t>33</w:t>
      </w:r>
      <w:r w:rsidRPr="000767E2">
        <w:rPr>
          <w:lang w:val="sv-SE"/>
        </w:rPr>
        <w:t xml:space="preserve"> {{field-on:bible}}Den som tar </w:t>
      </w:r>
      <w:r w:rsidRPr="000767E2">
        <w:rPr>
          <w:i/>
          <w:lang w:val="sv-SE"/>
        </w:rPr>
        <w:t>emot</w:t>
      </w:r>
      <w:r w:rsidRPr="000767E2">
        <w:rPr>
          <w:lang w:val="sv-SE"/>
        </w:rPr>
        <w:t xml:space="preserve"> hans vittnesbörd har satt sigill att Gud är sann.{{field-off:bible}}</w:t>
      </w:r>
    </w:p>
    <w:p w14:paraId="3BD16E82" w14:textId="451F81C9" w:rsidR="00BA33AB" w:rsidRPr="000767E2" w:rsidRDefault="00000000">
      <w:pPr>
        <w:rPr>
          <w:lang w:val="sv-SE"/>
        </w:rPr>
      </w:pPr>
      <w:r w:rsidRPr="000767E2">
        <w:rPr>
          <w:lang w:val="sv-SE"/>
        </w:rPr>
        <w:t>[[@</w:t>
      </w:r>
      <w:r w:rsidR="0096445B" w:rsidRPr="000767E2">
        <w:rPr>
          <w:lang w:val="sv-SE"/>
        </w:rPr>
        <w:t>BibleBIBEL82</w:t>
      </w:r>
      <w:r w:rsidRPr="000767E2">
        <w:rPr>
          <w:lang w:val="sv-SE"/>
        </w:rPr>
        <w:t>:John 3:34]]</w:t>
      </w:r>
      <w:r w:rsidRPr="000767E2">
        <w:rPr>
          <w:vertAlign w:val="superscript"/>
          <w:lang w:val="sv-SE"/>
        </w:rPr>
        <w:t>34</w:t>
      </w:r>
      <w:r w:rsidRPr="000767E2">
        <w:rPr>
          <w:lang w:val="sv-SE"/>
        </w:rPr>
        <w:t xml:space="preserve"> {{field-on:bible}}För den som Gud har sänt talar Guds ord, för icke utifrån mått ger han Anden.{{field-off:bible}} [[@</w:t>
      </w:r>
      <w:r w:rsidR="0096445B" w:rsidRPr="000767E2">
        <w:rPr>
          <w:lang w:val="sv-SE"/>
        </w:rPr>
        <w:t>BibleBIBEL82</w:t>
      </w:r>
      <w:r w:rsidRPr="000767E2">
        <w:rPr>
          <w:lang w:val="sv-SE"/>
        </w:rPr>
        <w:t>:John 3:35]]</w:t>
      </w:r>
      <w:r w:rsidRPr="000767E2">
        <w:rPr>
          <w:vertAlign w:val="superscript"/>
          <w:lang w:val="sv-SE"/>
        </w:rPr>
        <w:t>35</w:t>
      </w:r>
      <w:r w:rsidRPr="000767E2">
        <w:rPr>
          <w:lang w:val="sv-SE"/>
        </w:rPr>
        <w:t xml:space="preserve"> {{field-on:bible}}Fadern älskar Sonen och har gett allt i hans hand.{{field-off:bible}} [[@</w:t>
      </w:r>
      <w:r w:rsidR="0096445B" w:rsidRPr="000767E2">
        <w:rPr>
          <w:lang w:val="sv-SE"/>
        </w:rPr>
        <w:t>BibleBIBEL82</w:t>
      </w:r>
      <w:r w:rsidRPr="000767E2">
        <w:rPr>
          <w:lang w:val="sv-SE"/>
        </w:rPr>
        <w:t>:John 3:36]]</w:t>
      </w:r>
      <w:r w:rsidRPr="000767E2">
        <w:rPr>
          <w:vertAlign w:val="superscript"/>
          <w:lang w:val="sv-SE"/>
        </w:rPr>
        <w:t>36</w:t>
      </w:r>
      <w:r w:rsidRPr="000767E2">
        <w:rPr>
          <w:lang w:val="sv-SE"/>
        </w:rPr>
        <w:t xml:space="preserve"> {{field-on:bible}}Den som tror på Sonen har eoniskt liv. Men den som är ohörsam mot Sonen ska inte se liv, utan Guds vrede blir kvar över honom.{{field-off:bible}}</w:t>
      </w:r>
    </w:p>
    <w:p w14:paraId="6C89467E" w14:textId="1FD59EA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4]]Kapitel 4</w:t>
      </w:r>
    </w:p>
    <w:p w14:paraId="696244BC" w14:textId="77777777" w:rsidR="00BA33AB" w:rsidRPr="000767E2" w:rsidRDefault="00000000">
      <w:pPr>
        <w:pStyle w:val="Rubrik3"/>
        <w:rPr>
          <w:lang w:val="sv-SE"/>
        </w:rPr>
      </w:pPr>
      <w:r w:rsidRPr="000767E2">
        <w:rPr>
          <w:lang w:val="sv-SE"/>
        </w:rPr>
        <w:t>Jesus och den samariska kvinnan</w:t>
      </w:r>
    </w:p>
    <w:p w14:paraId="79F3CEF6" w14:textId="1F4D595E" w:rsidR="00BA33AB" w:rsidRPr="000767E2" w:rsidRDefault="00000000">
      <w:pPr>
        <w:rPr>
          <w:lang w:val="sv-SE"/>
        </w:rPr>
      </w:pPr>
      <w:r w:rsidRPr="000767E2">
        <w:rPr>
          <w:lang w:val="sv-SE"/>
        </w:rPr>
        <w:t>[[@</w:t>
      </w:r>
      <w:r w:rsidR="0096445B" w:rsidRPr="000767E2">
        <w:rPr>
          <w:lang w:val="sv-SE"/>
        </w:rPr>
        <w:t>BibleBIBEL82</w:t>
      </w:r>
      <w:r w:rsidRPr="000767E2">
        <w:rPr>
          <w:lang w:val="sv-SE"/>
        </w:rPr>
        <w:t>:John 4:1]]</w:t>
      </w:r>
      <w:r w:rsidRPr="000767E2">
        <w:rPr>
          <w:vertAlign w:val="superscript"/>
          <w:lang w:val="sv-SE"/>
        </w:rPr>
        <w:t>1</w:t>
      </w:r>
      <w:r w:rsidRPr="000767E2">
        <w:rPr>
          <w:lang w:val="sv-SE"/>
        </w:rPr>
        <w:t xml:space="preserve"> {{field-on:bible}}När nu Jesus förstod att fariseerna hade hört att Jesus gör och döper fler lärjungar än Johannes –{{field-off:bible}} [[@</w:t>
      </w:r>
      <w:r w:rsidR="0096445B" w:rsidRPr="000767E2">
        <w:rPr>
          <w:lang w:val="sv-SE"/>
        </w:rPr>
        <w:t>BibleBIBEL82</w:t>
      </w:r>
      <w:r w:rsidRPr="000767E2">
        <w:rPr>
          <w:lang w:val="sv-SE"/>
        </w:rPr>
        <w:t>:John 4:2]]</w:t>
      </w:r>
      <w:r w:rsidRPr="000767E2">
        <w:rPr>
          <w:vertAlign w:val="superscript"/>
          <w:lang w:val="sv-SE"/>
        </w:rPr>
        <w:t>2</w:t>
      </w:r>
      <w:r w:rsidRPr="000767E2">
        <w:rPr>
          <w:lang w:val="sv-SE"/>
        </w:rPr>
        <w:t xml:space="preserve"> {{field-on:bible}}även om nu Jesus själv inte döpte, utan hans lärjungar –{{field-off:bible}} [[@</w:t>
      </w:r>
      <w:r w:rsidR="0096445B" w:rsidRPr="000767E2">
        <w:rPr>
          <w:lang w:val="sv-SE"/>
        </w:rPr>
        <w:t>BibleBIBEL82</w:t>
      </w:r>
      <w:r w:rsidRPr="000767E2">
        <w:rPr>
          <w:lang w:val="sv-SE"/>
        </w:rPr>
        <w:t>:John 4:3]]</w:t>
      </w:r>
      <w:r w:rsidRPr="000767E2">
        <w:rPr>
          <w:vertAlign w:val="superscript"/>
          <w:lang w:val="sv-SE"/>
        </w:rPr>
        <w:t>3</w:t>
      </w:r>
      <w:r w:rsidRPr="000767E2">
        <w:rPr>
          <w:lang w:val="sv-SE"/>
        </w:rPr>
        <w:t xml:space="preserve"> {{field-on:bible}}lämnade han Judeen och gick åter bort till Galileen.{{field-off:bible}} [[@</w:t>
      </w:r>
      <w:r w:rsidR="0096445B" w:rsidRPr="000767E2">
        <w:rPr>
          <w:lang w:val="sv-SE"/>
        </w:rPr>
        <w:t>BibleBIBEL82</w:t>
      </w:r>
      <w:r w:rsidRPr="000767E2">
        <w:rPr>
          <w:lang w:val="sv-SE"/>
        </w:rPr>
        <w:t>:John 4:4]]</w:t>
      </w:r>
      <w:r w:rsidRPr="000767E2">
        <w:rPr>
          <w:vertAlign w:val="superscript"/>
          <w:lang w:val="sv-SE"/>
        </w:rPr>
        <w:t>4</w:t>
      </w:r>
      <w:r w:rsidRPr="000767E2">
        <w:rPr>
          <w:lang w:val="sv-SE"/>
        </w:rPr>
        <w:t xml:space="preserve"> {{field-on:bible}}Men han måste gå genom Samarien.{{field-off:bible}} [[@</w:t>
      </w:r>
      <w:r w:rsidR="0096445B" w:rsidRPr="000767E2">
        <w:rPr>
          <w:lang w:val="sv-SE"/>
        </w:rPr>
        <w:t>BibleBIBEL82</w:t>
      </w:r>
      <w:r w:rsidRPr="000767E2">
        <w:rPr>
          <w:lang w:val="sv-SE"/>
        </w:rPr>
        <w:t>:John 4:5]]</w:t>
      </w:r>
      <w:r w:rsidRPr="000767E2">
        <w:rPr>
          <w:vertAlign w:val="superscript"/>
          <w:lang w:val="sv-SE"/>
        </w:rPr>
        <w:t>5</w:t>
      </w:r>
      <w:r w:rsidRPr="000767E2">
        <w:rPr>
          <w:lang w:val="sv-SE"/>
        </w:rPr>
        <w:t xml:space="preserve"> {{field-on:bible}}Han kommer nu till en stad i Samarien som kallas Sychar, nära den marklott som Jakob gav till Josef sin son.{{field-off:bible}} [[@</w:t>
      </w:r>
      <w:r w:rsidR="0096445B" w:rsidRPr="000767E2">
        <w:rPr>
          <w:lang w:val="sv-SE"/>
        </w:rPr>
        <w:t>BibleBIBEL82</w:t>
      </w:r>
      <w:r w:rsidRPr="000767E2">
        <w:rPr>
          <w:lang w:val="sv-SE"/>
        </w:rPr>
        <w:t>:John 4:6]]</w:t>
      </w:r>
      <w:r w:rsidRPr="000767E2">
        <w:rPr>
          <w:vertAlign w:val="superscript"/>
          <w:lang w:val="sv-SE"/>
        </w:rPr>
        <w:t>6</w:t>
      </w:r>
      <w:r w:rsidRPr="000767E2">
        <w:rPr>
          <w:lang w:val="sv-SE"/>
        </w:rPr>
        <w:t xml:space="preserve"> {{field-on:bible}}Och där fanns Jakobs källa. Jesus, nu matt av vägfärden, satt så vid källan. Timmen var ungefär </w:t>
      </w:r>
      <w:r w:rsidRPr="000767E2">
        <w:rPr>
          <w:i/>
          <w:lang w:val="sv-SE"/>
        </w:rPr>
        <w:t>den</w:t>
      </w:r>
      <w:r w:rsidRPr="000767E2">
        <w:rPr>
          <w:lang w:val="sv-SE"/>
        </w:rPr>
        <w:t xml:space="preserve"> sjätte.{{field-off:bible}}</w:t>
      </w:r>
    </w:p>
    <w:p w14:paraId="1957BE70" w14:textId="79142D92" w:rsidR="00BA33AB" w:rsidRPr="000767E2" w:rsidRDefault="00000000">
      <w:pPr>
        <w:rPr>
          <w:lang w:val="sv-SE"/>
        </w:rPr>
      </w:pPr>
      <w:r w:rsidRPr="000767E2">
        <w:rPr>
          <w:lang w:val="sv-SE"/>
        </w:rPr>
        <w:t>[[@</w:t>
      </w:r>
      <w:r w:rsidR="0096445B" w:rsidRPr="000767E2">
        <w:rPr>
          <w:lang w:val="sv-SE"/>
        </w:rPr>
        <w:t>BibleBIBEL82</w:t>
      </w:r>
      <w:r w:rsidRPr="000767E2">
        <w:rPr>
          <w:lang w:val="sv-SE"/>
        </w:rPr>
        <w:t>:John 4:7]]</w:t>
      </w:r>
      <w:r w:rsidRPr="000767E2">
        <w:rPr>
          <w:vertAlign w:val="superscript"/>
          <w:lang w:val="sv-SE"/>
        </w:rPr>
        <w:t>7</w:t>
      </w:r>
      <w:r w:rsidRPr="000767E2">
        <w:rPr>
          <w:lang w:val="sv-SE"/>
        </w:rPr>
        <w:t xml:space="preserve"> {{field-on:bible}}</w:t>
      </w:r>
      <w:r w:rsidRPr="000767E2">
        <w:rPr>
          <w:i/>
          <w:lang w:val="sv-SE"/>
        </w:rPr>
        <w:t>Det</w:t>
      </w:r>
      <w:r w:rsidRPr="000767E2">
        <w:rPr>
          <w:lang w:val="sv-SE"/>
        </w:rPr>
        <w:t xml:space="preserve"> kommer en kvinna från Samarien </w:t>
      </w:r>
      <w:r w:rsidRPr="000767E2">
        <w:rPr>
          <w:i/>
          <w:lang w:val="sv-SE"/>
        </w:rPr>
        <w:t>för</w:t>
      </w:r>
      <w:r w:rsidRPr="000767E2">
        <w:rPr>
          <w:lang w:val="sv-SE"/>
        </w:rPr>
        <w:t xml:space="preserve"> att ösa vatten. Jesus säger till henne: ”Ge mig att dricka.”{{field-off:bible}} [[@</w:t>
      </w:r>
      <w:r w:rsidR="0096445B" w:rsidRPr="000767E2">
        <w:rPr>
          <w:lang w:val="sv-SE"/>
        </w:rPr>
        <w:t>BibleBIBEL82</w:t>
      </w:r>
      <w:r w:rsidRPr="000767E2">
        <w:rPr>
          <w:lang w:val="sv-SE"/>
        </w:rPr>
        <w:t>:John 4:8]]</w:t>
      </w:r>
      <w:r w:rsidRPr="000767E2">
        <w:rPr>
          <w:vertAlign w:val="superscript"/>
          <w:lang w:val="sv-SE"/>
        </w:rPr>
        <w:t>8</w:t>
      </w:r>
      <w:r w:rsidRPr="000767E2">
        <w:rPr>
          <w:lang w:val="sv-SE"/>
        </w:rPr>
        <w:t xml:space="preserve"> {{field-on:bible}}Hans lärjungar hade nämligen gått bort till staden för att köpa </w:t>
      </w:r>
      <w:r w:rsidRPr="000767E2">
        <w:rPr>
          <w:lang w:val="sv-SE"/>
        </w:rPr>
        <w:lastRenderedPageBreak/>
        <w:t>födoämnen.{{field-off:bible}} [[@</w:t>
      </w:r>
      <w:r w:rsidR="0096445B" w:rsidRPr="000767E2">
        <w:rPr>
          <w:lang w:val="sv-SE"/>
        </w:rPr>
        <w:t>BibleBIBEL82</w:t>
      </w:r>
      <w:r w:rsidRPr="000767E2">
        <w:rPr>
          <w:lang w:val="sv-SE"/>
        </w:rPr>
        <w:t>:John 4:9]]</w:t>
      </w:r>
      <w:r w:rsidRPr="000767E2">
        <w:rPr>
          <w:vertAlign w:val="superscript"/>
          <w:lang w:val="sv-SE"/>
        </w:rPr>
        <w:t>9</w:t>
      </w:r>
      <w:r w:rsidRPr="000767E2">
        <w:rPr>
          <w:lang w:val="sv-SE"/>
        </w:rPr>
        <w:t xml:space="preserve"> {{field-on:bible}}Då säger honom den samariska kvinnan: ”Hur </w:t>
      </w:r>
      <w:r w:rsidRPr="000767E2">
        <w:rPr>
          <w:i/>
          <w:lang w:val="sv-SE"/>
        </w:rPr>
        <w:t>kan</w:t>
      </w:r>
      <w:r w:rsidRPr="000767E2">
        <w:rPr>
          <w:lang w:val="sv-SE"/>
        </w:rPr>
        <w:t xml:space="preserve"> du, som är jude, be från mig om att dricka som är en samarisk kvinna?” För judar samsas inte med samarier.{{field-off:bible}}</w:t>
      </w:r>
    </w:p>
    <w:p w14:paraId="563186F5" w14:textId="23720BCF" w:rsidR="00BA33AB" w:rsidRPr="000767E2" w:rsidRDefault="00000000">
      <w:pPr>
        <w:rPr>
          <w:lang w:val="sv-SE"/>
        </w:rPr>
      </w:pPr>
      <w:r w:rsidRPr="000767E2">
        <w:rPr>
          <w:lang w:val="sv-SE"/>
        </w:rPr>
        <w:t>[[@</w:t>
      </w:r>
      <w:r w:rsidR="0096445B" w:rsidRPr="000767E2">
        <w:rPr>
          <w:lang w:val="sv-SE"/>
        </w:rPr>
        <w:t>BibleBIBEL82</w:t>
      </w:r>
      <w:r w:rsidRPr="000767E2">
        <w:rPr>
          <w:lang w:val="sv-SE"/>
        </w:rPr>
        <w:t>:John 4:10]]</w:t>
      </w:r>
      <w:r w:rsidRPr="000767E2">
        <w:rPr>
          <w:vertAlign w:val="superscript"/>
          <w:lang w:val="sv-SE"/>
        </w:rPr>
        <w:t>10</w:t>
      </w:r>
      <w:r w:rsidRPr="000767E2">
        <w:rPr>
          <w:lang w:val="sv-SE"/>
        </w:rPr>
        <w:t xml:space="preserve"> {{field-on:bible}}Jesus svarade och sade till henne: ”Om du visste </w:t>
      </w:r>
      <w:r w:rsidRPr="000767E2">
        <w:rPr>
          <w:i/>
          <w:lang w:val="sv-SE"/>
        </w:rPr>
        <w:t>om</w:t>
      </w:r>
      <w:r w:rsidRPr="000767E2">
        <w:rPr>
          <w:lang w:val="sv-SE"/>
        </w:rPr>
        <w:t xml:space="preserve"> Guds fria gåva, och vem </w:t>
      </w:r>
      <w:r w:rsidRPr="000767E2">
        <w:rPr>
          <w:i/>
          <w:lang w:val="sv-SE"/>
        </w:rPr>
        <w:t>det</w:t>
      </w:r>
      <w:r w:rsidRPr="000767E2">
        <w:rPr>
          <w:lang w:val="sv-SE"/>
        </w:rPr>
        <w:t xml:space="preserve"> är som säger dig: Ge mig att dricka, hade du bett honom och han hade gett dig levande vatten.”{{field-off:bible}} [[@</w:t>
      </w:r>
      <w:r w:rsidR="0096445B" w:rsidRPr="000767E2">
        <w:rPr>
          <w:lang w:val="sv-SE"/>
        </w:rPr>
        <w:t>BibleBIBEL82</w:t>
      </w:r>
      <w:r w:rsidRPr="000767E2">
        <w:rPr>
          <w:lang w:val="sv-SE"/>
        </w:rPr>
        <w:t>:John 4:11]]</w:t>
      </w:r>
      <w:r w:rsidRPr="000767E2">
        <w:rPr>
          <w:vertAlign w:val="superscript"/>
          <w:lang w:val="sv-SE"/>
        </w:rPr>
        <w:t>11</w:t>
      </w:r>
      <w:r w:rsidRPr="000767E2">
        <w:rPr>
          <w:lang w:val="sv-SE"/>
        </w:rPr>
        <w:t xml:space="preserve"> {{field-on:bible}}[Kvinnan] säger till honom: ”Herre, inte ens ett öskar har du. Och brunnen är djup. Varifrån har du då det levande vattnet?{{field-off:bible}} [[@</w:t>
      </w:r>
      <w:r w:rsidR="0096445B" w:rsidRPr="000767E2">
        <w:rPr>
          <w:lang w:val="sv-SE"/>
        </w:rPr>
        <w:t>BibleBIBEL82</w:t>
      </w:r>
      <w:r w:rsidRPr="000767E2">
        <w:rPr>
          <w:lang w:val="sv-SE"/>
        </w:rPr>
        <w:t>:John 4:12]]</w:t>
      </w:r>
      <w:r w:rsidRPr="000767E2">
        <w:rPr>
          <w:vertAlign w:val="superscript"/>
          <w:lang w:val="sv-SE"/>
        </w:rPr>
        <w:t>12</w:t>
      </w:r>
      <w:r w:rsidRPr="000767E2">
        <w:rPr>
          <w:lang w:val="sv-SE"/>
        </w:rPr>
        <w:t xml:space="preserve"> {{field-on:bible}}Inte är du större än vår fader Jakob, som gav oss brunnen och själv drack ur den, även hans söner och hans boskapsdjur?”{{field-off:bible}}</w:t>
      </w:r>
    </w:p>
    <w:p w14:paraId="45134EA7" w14:textId="13072BBB" w:rsidR="00BA33AB" w:rsidRPr="000767E2" w:rsidRDefault="00000000">
      <w:pPr>
        <w:rPr>
          <w:lang w:val="sv-SE"/>
        </w:rPr>
      </w:pPr>
      <w:r w:rsidRPr="000767E2">
        <w:rPr>
          <w:lang w:val="sv-SE"/>
        </w:rPr>
        <w:t>[[@</w:t>
      </w:r>
      <w:r w:rsidR="0096445B" w:rsidRPr="000767E2">
        <w:rPr>
          <w:lang w:val="sv-SE"/>
        </w:rPr>
        <w:t>BibleBIBEL82</w:t>
      </w:r>
      <w:r w:rsidRPr="000767E2">
        <w:rPr>
          <w:lang w:val="sv-SE"/>
        </w:rPr>
        <w:t>:John 4:13]]</w:t>
      </w:r>
      <w:r w:rsidRPr="000767E2">
        <w:rPr>
          <w:vertAlign w:val="superscript"/>
          <w:lang w:val="sv-SE"/>
        </w:rPr>
        <w:t>13</w:t>
      </w:r>
      <w:r w:rsidRPr="000767E2">
        <w:rPr>
          <w:lang w:val="sv-SE"/>
        </w:rPr>
        <w:t xml:space="preserve"> {{field-on:bible}}Jesus svarade och sade till henne: ”Var och en som dricker av detta vatten kommer åter att törsta.{{field-off:bible}} [[@</w:t>
      </w:r>
      <w:r w:rsidR="0096445B" w:rsidRPr="000767E2">
        <w:rPr>
          <w:lang w:val="sv-SE"/>
        </w:rPr>
        <w:t>BibleBIBEL82</w:t>
      </w:r>
      <w:r w:rsidRPr="000767E2">
        <w:rPr>
          <w:lang w:val="sv-SE"/>
        </w:rPr>
        <w:t>:John 4:14]]</w:t>
      </w:r>
      <w:r w:rsidRPr="000767E2">
        <w:rPr>
          <w:vertAlign w:val="superscript"/>
          <w:lang w:val="sv-SE"/>
        </w:rPr>
        <w:t>14</w:t>
      </w:r>
      <w:r w:rsidRPr="000767E2">
        <w:rPr>
          <w:lang w:val="sv-SE"/>
        </w:rPr>
        <w:t xml:space="preserve"> {{field-on:bible}}Men den som dricker av det vatten som jag ska ge honom ska aldrig törsta till eonen. Nej, det vatten som jag ska ge honom ska bli i honom en källa med vatten som spritter </w:t>
      </w:r>
      <w:r w:rsidRPr="000767E2">
        <w:rPr>
          <w:i/>
          <w:lang w:val="sv-SE"/>
        </w:rPr>
        <w:t>upp</w:t>
      </w:r>
      <w:r w:rsidRPr="000767E2">
        <w:rPr>
          <w:lang w:val="sv-SE"/>
        </w:rPr>
        <w:t xml:space="preserve"> till eoniskt liv.”{{field-off:bible}} [[@</w:t>
      </w:r>
      <w:r w:rsidR="0096445B" w:rsidRPr="000767E2">
        <w:rPr>
          <w:lang w:val="sv-SE"/>
        </w:rPr>
        <w:t>BibleBIBEL82</w:t>
      </w:r>
      <w:r w:rsidRPr="000767E2">
        <w:rPr>
          <w:lang w:val="sv-SE"/>
        </w:rPr>
        <w:t>:John 4:15]]</w:t>
      </w:r>
      <w:r w:rsidRPr="000767E2">
        <w:rPr>
          <w:vertAlign w:val="superscript"/>
          <w:lang w:val="sv-SE"/>
        </w:rPr>
        <w:t>15</w:t>
      </w:r>
      <w:r w:rsidRPr="000767E2">
        <w:rPr>
          <w:lang w:val="sv-SE"/>
        </w:rPr>
        <w:t xml:space="preserve"> {{field-on:bible}}Kvinnan säger till honom: ”Herre, ge mig det vattnet, så att jag inte </w:t>
      </w:r>
      <w:r w:rsidRPr="000767E2">
        <w:rPr>
          <w:i/>
          <w:lang w:val="sv-SE"/>
        </w:rPr>
        <w:t>måste</w:t>
      </w:r>
      <w:r w:rsidRPr="000767E2">
        <w:rPr>
          <w:lang w:val="sv-SE"/>
        </w:rPr>
        <w:t xml:space="preserve"> törsta eller gå över hit </w:t>
      </w:r>
      <w:r w:rsidRPr="000767E2">
        <w:rPr>
          <w:i/>
          <w:lang w:val="sv-SE"/>
        </w:rPr>
        <w:t>för</w:t>
      </w:r>
      <w:r w:rsidRPr="000767E2">
        <w:rPr>
          <w:lang w:val="sv-SE"/>
        </w:rPr>
        <w:t xml:space="preserve"> att ösa.”{{field-off:bible}}</w:t>
      </w:r>
    </w:p>
    <w:p w14:paraId="10BD3ADB" w14:textId="675C1B2A" w:rsidR="00BA33AB" w:rsidRPr="000767E2" w:rsidRDefault="00000000">
      <w:pPr>
        <w:rPr>
          <w:lang w:val="sv-SE"/>
        </w:rPr>
      </w:pPr>
      <w:r w:rsidRPr="000767E2">
        <w:rPr>
          <w:lang w:val="sv-SE"/>
        </w:rPr>
        <w:t>[[@</w:t>
      </w:r>
      <w:r w:rsidR="0096445B" w:rsidRPr="000767E2">
        <w:rPr>
          <w:lang w:val="sv-SE"/>
        </w:rPr>
        <w:t>BibleBIBEL82</w:t>
      </w:r>
      <w:r w:rsidRPr="000767E2">
        <w:rPr>
          <w:lang w:val="sv-SE"/>
        </w:rPr>
        <w:t>:John 4:16]]</w:t>
      </w:r>
      <w:r w:rsidRPr="000767E2">
        <w:rPr>
          <w:vertAlign w:val="superscript"/>
          <w:lang w:val="sv-SE"/>
        </w:rPr>
        <w:t>16</w:t>
      </w:r>
      <w:r w:rsidRPr="000767E2">
        <w:rPr>
          <w:lang w:val="sv-SE"/>
        </w:rPr>
        <w:t xml:space="preserve"> {{field-on:bible}}Han säger till henne: ”Bege dig. Ropa på din man och kom hit.”{{field-off:bible}} [[@</w:t>
      </w:r>
      <w:r w:rsidR="0096445B" w:rsidRPr="000767E2">
        <w:rPr>
          <w:lang w:val="sv-SE"/>
        </w:rPr>
        <w:t>BibleBIBEL82</w:t>
      </w:r>
      <w:r w:rsidRPr="000767E2">
        <w:rPr>
          <w:lang w:val="sv-SE"/>
        </w:rPr>
        <w:t>:John 4:17]]</w:t>
      </w:r>
      <w:r w:rsidRPr="000767E2">
        <w:rPr>
          <w:vertAlign w:val="superscript"/>
          <w:lang w:val="sv-SE"/>
        </w:rPr>
        <w:t>17</w:t>
      </w:r>
      <w:r w:rsidRPr="000767E2">
        <w:rPr>
          <w:lang w:val="sv-SE"/>
        </w:rPr>
        <w:t xml:space="preserve"> {{field-on:bible}}Kvinnan svarade och sade till honom: ”Jag har ingen man.” Jesus säger till henne: ”Med rätta säger du att: Man har jag ingen.{{field-off:bible}} [[@</w:t>
      </w:r>
      <w:r w:rsidR="0096445B" w:rsidRPr="000767E2">
        <w:rPr>
          <w:lang w:val="sv-SE"/>
        </w:rPr>
        <w:t>BibleBIBEL82</w:t>
      </w:r>
      <w:r w:rsidRPr="000767E2">
        <w:rPr>
          <w:lang w:val="sv-SE"/>
        </w:rPr>
        <w:t>:John 4:18]]</w:t>
      </w:r>
      <w:r w:rsidRPr="000767E2">
        <w:rPr>
          <w:vertAlign w:val="superscript"/>
          <w:lang w:val="sv-SE"/>
        </w:rPr>
        <w:t>18</w:t>
      </w:r>
      <w:r w:rsidRPr="000767E2">
        <w:rPr>
          <w:lang w:val="sv-SE"/>
        </w:rPr>
        <w:t xml:space="preserve"> {{field-on:bible}}För fem män har du haft, och den du nu har är inte din man. Detta har du sagt sant.”{{field-off:bible}}</w:t>
      </w:r>
    </w:p>
    <w:p w14:paraId="4687A366" w14:textId="361A6D91" w:rsidR="00BA33AB" w:rsidRPr="000767E2" w:rsidRDefault="00000000">
      <w:pPr>
        <w:rPr>
          <w:lang w:val="sv-SE"/>
        </w:rPr>
      </w:pPr>
      <w:r w:rsidRPr="000767E2">
        <w:rPr>
          <w:lang w:val="sv-SE"/>
        </w:rPr>
        <w:t>[[@</w:t>
      </w:r>
      <w:r w:rsidR="0096445B" w:rsidRPr="000767E2">
        <w:rPr>
          <w:lang w:val="sv-SE"/>
        </w:rPr>
        <w:t>BibleBIBEL82</w:t>
      </w:r>
      <w:r w:rsidRPr="000767E2">
        <w:rPr>
          <w:lang w:val="sv-SE"/>
        </w:rPr>
        <w:t>:John 4:19]]</w:t>
      </w:r>
      <w:r w:rsidRPr="000767E2">
        <w:rPr>
          <w:vertAlign w:val="superscript"/>
          <w:lang w:val="sv-SE"/>
        </w:rPr>
        <w:t>19</w:t>
      </w:r>
      <w:r w:rsidRPr="000767E2">
        <w:rPr>
          <w:lang w:val="sv-SE"/>
        </w:rPr>
        <w:t xml:space="preserve"> {{field-on:bible}}</w:t>
      </w:r>
      <w:r w:rsidRPr="000767E2">
        <w:rPr>
          <w:i/>
          <w:lang w:val="sv-SE"/>
        </w:rPr>
        <w:t>Då</w:t>
      </w:r>
      <w:r w:rsidRPr="000767E2">
        <w:rPr>
          <w:lang w:val="sv-SE"/>
        </w:rPr>
        <w:t xml:space="preserve"> säger honom kvinnan: ”Herre, jag skådar att en profet är du.{{field-off:bible}} [[@</w:t>
      </w:r>
      <w:r w:rsidR="0096445B" w:rsidRPr="000767E2">
        <w:rPr>
          <w:lang w:val="sv-SE"/>
        </w:rPr>
        <w:t>BibleBIBEL82</w:t>
      </w:r>
      <w:r w:rsidRPr="000767E2">
        <w:rPr>
          <w:lang w:val="sv-SE"/>
        </w:rPr>
        <w:t>:John 4:20]]</w:t>
      </w:r>
      <w:r w:rsidRPr="000767E2">
        <w:rPr>
          <w:vertAlign w:val="superscript"/>
          <w:lang w:val="sv-SE"/>
        </w:rPr>
        <w:t>20</w:t>
      </w:r>
      <w:r w:rsidRPr="000767E2">
        <w:rPr>
          <w:lang w:val="sv-SE"/>
        </w:rPr>
        <w:t xml:space="preserve"> {{field-on:bible}}Våra fäder har tillbett på detta berg. Och ni säger att i Jerusalem finns platsen där man måste tillbe?”{{field-off:bible}} [[@</w:t>
      </w:r>
      <w:r w:rsidR="0096445B" w:rsidRPr="000767E2">
        <w:rPr>
          <w:lang w:val="sv-SE"/>
        </w:rPr>
        <w:t>BibleBIBEL82</w:t>
      </w:r>
      <w:r w:rsidRPr="000767E2">
        <w:rPr>
          <w:lang w:val="sv-SE"/>
        </w:rPr>
        <w:t>:John 4:21]]</w:t>
      </w:r>
      <w:r w:rsidRPr="000767E2">
        <w:rPr>
          <w:vertAlign w:val="superscript"/>
          <w:lang w:val="sv-SE"/>
        </w:rPr>
        <w:t>21</w:t>
      </w:r>
      <w:r w:rsidRPr="000767E2">
        <w:rPr>
          <w:lang w:val="sv-SE"/>
        </w:rPr>
        <w:t xml:space="preserve"> {{field-on:bible}}Jesus säger till henne: ”Tro mig, kvinna, att det kommer en stund när </w:t>
      </w:r>
      <w:r w:rsidRPr="000767E2">
        <w:rPr>
          <w:i/>
          <w:lang w:val="sv-SE"/>
        </w:rPr>
        <w:t>det</w:t>
      </w:r>
      <w:r w:rsidRPr="000767E2">
        <w:rPr>
          <w:lang w:val="sv-SE"/>
        </w:rPr>
        <w:t xml:space="preserve"> varken </w:t>
      </w:r>
      <w:r w:rsidRPr="000767E2">
        <w:rPr>
          <w:i/>
          <w:lang w:val="sv-SE"/>
        </w:rPr>
        <w:t>är</w:t>
      </w:r>
      <w:r w:rsidRPr="000767E2">
        <w:rPr>
          <w:lang w:val="sv-SE"/>
        </w:rPr>
        <w:t xml:space="preserve"> på detta berg eller i Jerusalem ni ska tillbe Fadern.{{field-off:bible}} [[@</w:t>
      </w:r>
      <w:r w:rsidR="0096445B" w:rsidRPr="000767E2">
        <w:rPr>
          <w:lang w:val="sv-SE"/>
        </w:rPr>
        <w:t>BibleBIBEL82</w:t>
      </w:r>
      <w:r w:rsidRPr="000767E2">
        <w:rPr>
          <w:lang w:val="sv-SE"/>
        </w:rPr>
        <w:t>:John 4:22]]</w:t>
      </w:r>
      <w:r w:rsidRPr="000767E2">
        <w:rPr>
          <w:vertAlign w:val="superscript"/>
          <w:lang w:val="sv-SE"/>
        </w:rPr>
        <w:t>22</w:t>
      </w:r>
      <w:r w:rsidRPr="000767E2">
        <w:rPr>
          <w:lang w:val="sv-SE"/>
        </w:rPr>
        <w:t xml:space="preserve"> {{field-on:bible}}Ni tillber vad ni inte känner. Vi tillber vad vi känner, eftersom frälsningen är från judarna.{{field-off:bible}} [[@</w:t>
      </w:r>
      <w:r w:rsidR="0096445B" w:rsidRPr="000767E2">
        <w:rPr>
          <w:lang w:val="sv-SE"/>
        </w:rPr>
        <w:t>BibleBIBEL82</w:t>
      </w:r>
      <w:r w:rsidRPr="000767E2">
        <w:rPr>
          <w:lang w:val="sv-SE"/>
        </w:rPr>
        <w:t>:John 4:23]]</w:t>
      </w:r>
      <w:r w:rsidRPr="000767E2">
        <w:rPr>
          <w:vertAlign w:val="superscript"/>
          <w:lang w:val="sv-SE"/>
        </w:rPr>
        <w:t>23</w:t>
      </w:r>
      <w:r w:rsidRPr="000767E2">
        <w:rPr>
          <w:lang w:val="sv-SE"/>
        </w:rPr>
        <w:t xml:space="preserve"> {{field-on:bible}}Men det kommer en stund, och det är nu, när de sannfärdiga tillbedjarna ska tillbe Fadern i ande och sanning. För Fadern söker också sådana som tillber honom.{{field-off:bible}} [[@</w:t>
      </w:r>
      <w:r w:rsidR="0096445B" w:rsidRPr="000767E2">
        <w:rPr>
          <w:lang w:val="sv-SE"/>
        </w:rPr>
        <w:t>BibleBIBEL82</w:t>
      </w:r>
      <w:r w:rsidRPr="000767E2">
        <w:rPr>
          <w:lang w:val="sv-SE"/>
        </w:rPr>
        <w:t>:John 4:24]]</w:t>
      </w:r>
      <w:r w:rsidRPr="000767E2">
        <w:rPr>
          <w:vertAlign w:val="superscript"/>
          <w:lang w:val="sv-SE"/>
        </w:rPr>
        <w:t>24</w:t>
      </w:r>
      <w:r w:rsidRPr="000767E2">
        <w:rPr>
          <w:lang w:val="sv-SE"/>
        </w:rPr>
        <w:t xml:space="preserve"> {{field-on:bible}}Gud </w:t>
      </w:r>
      <w:r w:rsidRPr="000767E2">
        <w:rPr>
          <w:i/>
          <w:lang w:val="sv-SE"/>
        </w:rPr>
        <w:t>är</w:t>
      </w:r>
      <w:r w:rsidRPr="000767E2">
        <w:rPr>
          <w:lang w:val="sv-SE"/>
        </w:rPr>
        <w:t xml:space="preserve"> ande. Och de som tillber honom måste tillbe i ande och sanning.”{{field-off:bible}} [[@</w:t>
      </w:r>
      <w:r w:rsidR="0096445B" w:rsidRPr="000767E2">
        <w:rPr>
          <w:lang w:val="sv-SE"/>
        </w:rPr>
        <w:t>BibleBIBEL82</w:t>
      </w:r>
      <w:r w:rsidRPr="000767E2">
        <w:rPr>
          <w:lang w:val="sv-SE"/>
        </w:rPr>
        <w:t>:John 4:25]]</w:t>
      </w:r>
      <w:r w:rsidRPr="000767E2">
        <w:rPr>
          <w:vertAlign w:val="superscript"/>
          <w:lang w:val="sv-SE"/>
        </w:rPr>
        <w:t>25</w:t>
      </w:r>
      <w:r w:rsidRPr="000767E2">
        <w:rPr>
          <w:lang w:val="sv-SE"/>
        </w:rPr>
        <w:t xml:space="preserve"> {{field-on:bible}}Kvinnan säger till honom: ”Jag vet att Messias kommer, han som kallas Kristus. När denne kommer ska han delge oss alltsammans.”{{field-off:bible}} [[@</w:t>
      </w:r>
      <w:r w:rsidR="0096445B" w:rsidRPr="000767E2">
        <w:rPr>
          <w:lang w:val="sv-SE"/>
        </w:rPr>
        <w:t>BibleBIBEL82</w:t>
      </w:r>
      <w:r w:rsidRPr="000767E2">
        <w:rPr>
          <w:lang w:val="sv-SE"/>
        </w:rPr>
        <w:t>:John 4:26]]</w:t>
      </w:r>
      <w:r w:rsidRPr="000767E2">
        <w:rPr>
          <w:vertAlign w:val="superscript"/>
          <w:lang w:val="sv-SE"/>
        </w:rPr>
        <w:t>26</w:t>
      </w:r>
      <w:r w:rsidRPr="000767E2">
        <w:rPr>
          <w:lang w:val="sv-SE"/>
        </w:rPr>
        <w:t xml:space="preserve"> {{field-on:bible}}Jesus säger till henne: ”Jag Är. Den som talar med dig.”{{field-off:bible}}</w:t>
      </w:r>
    </w:p>
    <w:p w14:paraId="5C94509A" w14:textId="46372229" w:rsidR="00BA33AB" w:rsidRPr="000767E2" w:rsidRDefault="00000000">
      <w:pPr>
        <w:rPr>
          <w:lang w:val="sv-SE"/>
        </w:rPr>
      </w:pPr>
      <w:r w:rsidRPr="000767E2">
        <w:rPr>
          <w:lang w:val="sv-SE"/>
        </w:rPr>
        <w:t>[[@</w:t>
      </w:r>
      <w:r w:rsidR="0096445B" w:rsidRPr="000767E2">
        <w:rPr>
          <w:lang w:val="sv-SE"/>
        </w:rPr>
        <w:t>BibleBIBEL82</w:t>
      </w:r>
      <w:r w:rsidRPr="000767E2">
        <w:rPr>
          <w:lang w:val="sv-SE"/>
        </w:rPr>
        <w:t>:John 4:27]]</w:t>
      </w:r>
      <w:r w:rsidRPr="000767E2">
        <w:rPr>
          <w:vertAlign w:val="superscript"/>
          <w:lang w:val="sv-SE"/>
        </w:rPr>
        <w:t>27</w:t>
      </w:r>
      <w:r w:rsidRPr="000767E2">
        <w:rPr>
          <w:lang w:val="sv-SE"/>
        </w:rPr>
        <w:t xml:space="preserve"> {{field-on:bible}}Och vid detta kom hans lärjungar, och de var förundrade att han talade med en kvinna. Ingen sade dock: ”Vad söker du?” eller: ”Varför talar du med henne?”{{field-off:bible}} [[@</w:t>
      </w:r>
      <w:r w:rsidR="0096445B" w:rsidRPr="000767E2">
        <w:rPr>
          <w:lang w:val="sv-SE"/>
        </w:rPr>
        <w:t>BibleBIBEL82</w:t>
      </w:r>
      <w:r w:rsidRPr="000767E2">
        <w:rPr>
          <w:lang w:val="sv-SE"/>
        </w:rPr>
        <w:t>:John 4:28]]</w:t>
      </w:r>
      <w:r w:rsidRPr="000767E2">
        <w:rPr>
          <w:vertAlign w:val="superscript"/>
          <w:lang w:val="sv-SE"/>
        </w:rPr>
        <w:t>28</w:t>
      </w:r>
      <w:r w:rsidRPr="000767E2">
        <w:rPr>
          <w:lang w:val="sv-SE"/>
        </w:rPr>
        <w:t xml:space="preserve"> {{field-on:bible}}Då lämnade </w:t>
      </w:r>
      <w:r w:rsidRPr="000767E2">
        <w:rPr>
          <w:lang w:val="sv-SE"/>
        </w:rPr>
        <w:lastRenderedPageBreak/>
        <w:t>kvinnan sitt vattenkärl och gick iväg in i staden, och hon säger till människorna:{{field-off:bible}} [[@</w:t>
      </w:r>
      <w:r w:rsidR="0096445B" w:rsidRPr="000767E2">
        <w:rPr>
          <w:lang w:val="sv-SE"/>
        </w:rPr>
        <w:t>BibleBIBEL82</w:t>
      </w:r>
      <w:r w:rsidRPr="000767E2">
        <w:rPr>
          <w:lang w:val="sv-SE"/>
        </w:rPr>
        <w:t>:John 4:29]]</w:t>
      </w:r>
      <w:r w:rsidRPr="000767E2">
        <w:rPr>
          <w:vertAlign w:val="superscript"/>
          <w:lang w:val="sv-SE"/>
        </w:rPr>
        <w:t>29</w:t>
      </w:r>
      <w:r w:rsidRPr="000767E2">
        <w:rPr>
          <w:lang w:val="sv-SE"/>
        </w:rPr>
        <w:t xml:space="preserve"> {{field-on:bible}}”Kom, se en människa som har sagt mig allt vad jag har gjort. Inte är väl denne Kristus?”{{field-off:bible}} [[@</w:t>
      </w:r>
      <w:r w:rsidR="0096445B" w:rsidRPr="000767E2">
        <w:rPr>
          <w:lang w:val="sv-SE"/>
        </w:rPr>
        <w:t>BibleBIBEL82</w:t>
      </w:r>
      <w:r w:rsidRPr="000767E2">
        <w:rPr>
          <w:lang w:val="sv-SE"/>
        </w:rPr>
        <w:t>:John 4:30]]</w:t>
      </w:r>
      <w:r w:rsidRPr="000767E2">
        <w:rPr>
          <w:vertAlign w:val="superscript"/>
          <w:lang w:val="sv-SE"/>
        </w:rPr>
        <w:t>30</w:t>
      </w:r>
      <w:r w:rsidRPr="000767E2">
        <w:rPr>
          <w:lang w:val="sv-SE"/>
        </w:rPr>
        <w:t xml:space="preserve"> {{field-on:bible}}De gick ut ur staden och </w:t>
      </w:r>
      <w:r w:rsidRPr="000767E2">
        <w:rPr>
          <w:i/>
          <w:lang w:val="sv-SE"/>
        </w:rPr>
        <w:t>började</w:t>
      </w:r>
      <w:r w:rsidRPr="000767E2">
        <w:rPr>
          <w:lang w:val="sv-SE"/>
        </w:rPr>
        <w:t xml:space="preserve"> gå till honom.{{field-off:bible}}</w:t>
      </w:r>
    </w:p>
    <w:p w14:paraId="40E507E6" w14:textId="1CDEC8E9" w:rsidR="00BA33AB" w:rsidRPr="000767E2" w:rsidRDefault="00000000">
      <w:pPr>
        <w:rPr>
          <w:lang w:val="sv-SE"/>
        </w:rPr>
      </w:pPr>
      <w:r w:rsidRPr="000767E2">
        <w:rPr>
          <w:lang w:val="sv-SE"/>
        </w:rPr>
        <w:t>[[@</w:t>
      </w:r>
      <w:r w:rsidR="0096445B" w:rsidRPr="000767E2">
        <w:rPr>
          <w:lang w:val="sv-SE"/>
        </w:rPr>
        <w:t>BibleBIBEL82</w:t>
      </w:r>
      <w:r w:rsidRPr="000767E2">
        <w:rPr>
          <w:lang w:val="sv-SE"/>
        </w:rPr>
        <w:t>:John 4:31]]</w:t>
      </w:r>
      <w:r w:rsidRPr="000767E2">
        <w:rPr>
          <w:vertAlign w:val="superscript"/>
          <w:lang w:val="sv-SE"/>
        </w:rPr>
        <w:t>31</w:t>
      </w:r>
      <w:r w:rsidRPr="000767E2">
        <w:rPr>
          <w:lang w:val="sv-SE"/>
        </w:rPr>
        <w:t xml:space="preserve"> {{field-on:bible}}Däremellan frågade honom lärjungarna och sade: ”Rabbi, ät!”{{field-off:bible}} [[@</w:t>
      </w:r>
      <w:r w:rsidR="0096445B" w:rsidRPr="000767E2">
        <w:rPr>
          <w:lang w:val="sv-SE"/>
        </w:rPr>
        <w:t>BibleBIBEL82</w:t>
      </w:r>
      <w:r w:rsidRPr="000767E2">
        <w:rPr>
          <w:lang w:val="sv-SE"/>
        </w:rPr>
        <w:t>:John 4:32]]</w:t>
      </w:r>
      <w:r w:rsidRPr="000767E2">
        <w:rPr>
          <w:vertAlign w:val="superscript"/>
          <w:lang w:val="sv-SE"/>
        </w:rPr>
        <w:t>32</w:t>
      </w:r>
      <w:r w:rsidRPr="000767E2">
        <w:rPr>
          <w:lang w:val="sv-SE"/>
        </w:rPr>
        <w:t xml:space="preserve"> {{field-on:bible}}Men han sade till dem: ”Jag har mat att äta som ni inte känner.”{{field-off:bible}} [[@</w:t>
      </w:r>
      <w:r w:rsidR="0096445B" w:rsidRPr="000767E2">
        <w:rPr>
          <w:lang w:val="sv-SE"/>
        </w:rPr>
        <w:t>BibleBIBEL82</w:t>
      </w:r>
      <w:r w:rsidRPr="000767E2">
        <w:rPr>
          <w:lang w:val="sv-SE"/>
        </w:rPr>
        <w:t>:John 4:33]]</w:t>
      </w:r>
      <w:r w:rsidRPr="000767E2">
        <w:rPr>
          <w:vertAlign w:val="superscript"/>
          <w:lang w:val="sv-SE"/>
        </w:rPr>
        <w:t>33</w:t>
      </w:r>
      <w:r w:rsidRPr="000767E2">
        <w:rPr>
          <w:lang w:val="sv-SE"/>
        </w:rPr>
        <w:t xml:space="preserve"> {{field-on:bible}}Då sade lärjungarna till varandra: ”Inte har någon hämtat till honom att äta?”{{field-off:bible}} [[@</w:t>
      </w:r>
      <w:r w:rsidR="0096445B" w:rsidRPr="000767E2">
        <w:rPr>
          <w:lang w:val="sv-SE"/>
        </w:rPr>
        <w:t>BibleBIBEL82</w:t>
      </w:r>
      <w:r w:rsidRPr="000767E2">
        <w:rPr>
          <w:lang w:val="sv-SE"/>
        </w:rPr>
        <w:t>:John 4:34]]</w:t>
      </w:r>
      <w:r w:rsidRPr="000767E2">
        <w:rPr>
          <w:vertAlign w:val="superscript"/>
          <w:lang w:val="sv-SE"/>
        </w:rPr>
        <w:t>34</w:t>
      </w:r>
      <w:r w:rsidRPr="000767E2">
        <w:rPr>
          <w:lang w:val="sv-SE"/>
        </w:rPr>
        <w:t xml:space="preserve"> {{field-on:bible}}Jesus säger till dem: ”Min mat är att göra viljan hos honom som har skickat mig och fullkomna hans verk.{{field-off:bible}} [[@</w:t>
      </w:r>
      <w:r w:rsidR="0096445B" w:rsidRPr="000767E2">
        <w:rPr>
          <w:lang w:val="sv-SE"/>
        </w:rPr>
        <w:t>BibleBIBEL82</w:t>
      </w:r>
      <w:r w:rsidRPr="000767E2">
        <w:rPr>
          <w:lang w:val="sv-SE"/>
        </w:rPr>
        <w:t>:John 4:35]]</w:t>
      </w:r>
      <w:r w:rsidRPr="000767E2">
        <w:rPr>
          <w:vertAlign w:val="superscript"/>
          <w:lang w:val="sv-SE"/>
        </w:rPr>
        <w:t>35</w:t>
      </w:r>
      <w:r w:rsidRPr="000767E2">
        <w:rPr>
          <w:lang w:val="sv-SE"/>
        </w:rPr>
        <w:t xml:space="preserve"> {{field-on:bible}}Säger inte ni att det ännu är fyra månader och </w:t>
      </w:r>
      <w:r w:rsidRPr="000767E2">
        <w:rPr>
          <w:i/>
          <w:lang w:val="sv-SE"/>
        </w:rPr>
        <w:t>så</w:t>
      </w:r>
      <w:r w:rsidRPr="000767E2">
        <w:rPr>
          <w:lang w:val="sv-SE"/>
        </w:rPr>
        <w:t xml:space="preserve"> kommer skörden? Se, jag säger er: Lyft era ögon och skåda markerna, att de är vita till skörd. Redan{{field-off:bible}} [[@</w:t>
      </w:r>
      <w:r w:rsidR="0096445B" w:rsidRPr="000767E2">
        <w:rPr>
          <w:lang w:val="sv-SE"/>
        </w:rPr>
        <w:t>BibleBIBEL82</w:t>
      </w:r>
      <w:r w:rsidRPr="000767E2">
        <w:rPr>
          <w:lang w:val="sv-SE"/>
        </w:rPr>
        <w:t>:John 4:36]]</w:t>
      </w:r>
      <w:r w:rsidRPr="000767E2">
        <w:rPr>
          <w:vertAlign w:val="superscript"/>
          <w:lang w:val="sv-SE"/>
        </w:rPr>
        <w:t>36</w:t>
      </w:r>
      <w:r w:rsidRPr="000767E2">
        <w:rPr>
          <w:lang w:val="sv-SE"/>
        </w:rPr>
        <w:t xml:space="preserve"> {{field-on:bible}}får den som skördar lön och samlar frukt till eoniskt liv, så att den som sår och den som skördar får glädjas tillsammans.{{field-off:bible}} [[@</w:t>
      </w:r>
      <w:r w:rsidR="0096445B" w:rsidRPr="000767E2">
        <w:rPr>
          <w:lang w:val="sv-SE"/>
        </w:rPr>
        <w:t>BibleBIBEL82</w:t>
      </w:r>
      <w:r w:rsidRPr="000767E2">
        <w:rPr>
          <w:lang w:val="sv-SE"/>
        </w:rPr>
        <w:t>:John 4:37]]</w:t>
      </w:r>
      <w:r w:rsidRPr="000767E2">
        <w:rPr>
          <w:vertAlign w:val="superscript"/>
          <w:lang w:val="sv-SE"/>
        </w:rPr>
        <w:t>37</w:t>
      </w:r>
      <w:r w:rsidRPr="000767E2">
        <w:rPr>
          <w:lang w:val="sv-SE"/>
        </w:rPr>
        <w:t xml:space="preserve"> {{field-on:bible}}För i detta är ordet sannfärdigt, att en är den som sår och en annan den som skördar.{{field-off:bible}} [[@</w:t>
      </w:r>
      <w:r w:rsidR="0096445B" w:rsidRPr="000767E2">
        <w:rPr>
          <w:lang w:val="sv-SE"/>
        </w:rPr>
        <w:t>BibleBIBEL82</w:t>
      </w:r>
      <w:r w:rsidRPr="000767E2">
        <w:rPr>
          <w:lang w:val="sv-SE"/>
        </w:rPr>
        <w:t>:John 4:38]]</w:t>
      </w:r>
      <w:r w:rsidRPr="000767E2">
        <w:rPr>
          <w:vertAlign w:val="superscript"/>
          <w:lang w:val="sv-SE"/>
        </w:rPr>
        <w:t>38</w:t>
      </w:r>
      <w:r w:rsidRPr="000767E2">
        <w:rPr>
          <w:lang w:val="sv-SE"/>
        </w:rPr>
        <w:t xml:space="preserve"> {{field-on:bible}}Jag har sänt ut er att skörda det ni inte har slitit med. Andra har slitit och ni har gått in i deras möda.”{{field-off:bible}}</w:t>
      </w:r>
    </w:p>
    <w:p w14:paraId="2D6CE83C" w14:textId="01E00BE0" w:rsidR="00BA33AB" w:rsidRPr="000767E2" w:rsidRDefault="00000000">
      <w:pPr>
        <w:rPr>
          <w:lang w:val="sv-SE"/>
        </w:rPr>
      </w:pPr>
      <w:r w:rsidRPr="000767E2">
        <w:rPr>
          <w:lang w:val="sv-SE"/>
        </w:rPr>
        <w:t>[[@</w:t>
      </w:r>
      <w:r w:rsidR="0096445B" w:rsidRPr="000767E2">
        <w:rPr>
          <w:lang w:val="sv-SE"/>
        </w:rPr>
        <w:t>BibleBIBEL82</w:t>
      </w:r>
      <w:r w:rsidRPr="000767E2">
        <w:rPr>
          <w:lang w:val="sv-SE"/>
        </w:rPr>
        <w:t>:John 4:39]]</w:t>
      </w:r>
      <w:r w:rsidRPr="000767E2">
        <w:rPr>
          <w:vertAlign w:val="superscript"/>
          <w:lang w:val="sv-SE"/>
        </w:rPr>
        <w:t>39</w:t>
      </w:r>
      <w:r w:rsidRPr="000767E2">
        <w:rPr>
          <w:lang w:val="sv-SE"/>
        </w:rPr>
        <w:t xml:space="preserve"> {{field-on:bible}}Och från den staden kom många till tro på honom av samarierna, på grund av kvinnans ord när hon vittnade att: ”Han har sagt mig allt som jag har gjort.”{{field-off:bible}} [[@</w:t>
      </w:r>
      <w:r w:rsidR="0096445B" w:rsidRPr="000767E2">
        <w:rPr>
          <w:lang w:val="sv-SE"/>
        </w:rPr>
        <w:t>BibleBIBEL82</w:t>
      </w:r>
      <w:r w:rsidRPr="000767E2">
        <w:rPr>
          <w:lang w:val="sv-SE"/>
        </w:rPr>
        <w:t>:John 4:40]]</w:t>
      </w:r>
      <w:r w:rsidRPr="000767E2">
        <w:rPr>
          <w:vertAlign w:val="superscript"/>
          <w:lang w:val="sv-SE"/>
        </w:rPr>
        <w:t>40</w:t>
      </w:r>
      <w:r w:rsidRPr="000767E2">
        <w:rPr>
          <w:lang w:val="sv-SE"/>
        </w:rPr>
        <w:t xml:space="preserve"> {{field-on:bible}}När nu samarierna kom till honom, frågade de honom </w:t>
      </w:r>
      <w:r w:rsidRPr="000767E2">
        <w:rPr>
          <w:i/>
          <w:lang w:val="sv-SE"/>
        </w:rPr>
        <w:t>om han kunde</w:t>
      </w:r>
      <w:r w:rsidRPr="000767E2">
        <w:rPr>
          <w:lang w:val="sv-SE"/>
        </w:rPr>
        <w:t xml:space="preserve"> bli kvar hos dem. Och han blev kvar där två dagar.{{field-off:bible}} [[@</w:t>
      </w:r>
      <w:r w:rsidR="0096445B" w:rsidRPr="000767E2">
        <w:rPr>
          <w:lang w:val="sv-SE"/>
        </w:rPr>
        <w:t>BibleBIBEL82</w:t>
      </w:r>
      <w:r w:rsidRPr="000767E2">
        <w:rPr>
          <w:lang w:val="sv-SE"/>
        </w:rPr>
        <w:t>:John 4:41]]</w:t>
      </w:r>
      <w:r w:rsidRPr="000767E2">
        <w:rPr>
          <w:vertAlign w:val="superscript"/>
          <w:lang w:val="sv-SE"/>
        </w:rPr>
        <w:t>41</w:t>
      </w:r>
      <w:r w:rsidRPr="000767E2">
        <w:rPr>
          <w:lang w:val="sv-SE"/>
        </w:rPr>
        <w:t xml:space="preserve"> {{field-on:bible}}Och många fler kom till tro på grund av hans ord,{{field-off:bible}} [[@</w:t>
      </w:r>
      <w:r w:rsidR="0096445B" w:rsidRPr="000767E2">
        <w:rPr>
          <w:lang w:val="sv-SE"/>
        </w:rPr>
        <w:t>BibleBIBEL82</w:t>
      </w:r>
      <w:r w:rsidRPr="000767E2">
        <w:rPr>
          <w:lang w:val="sv-SE"/>
        </w:rPr>
        <w:t>:John 4:42]]</w:t>
      </w:r>
      <w:r w:rsidRPr="000767E2">
        <w:rPr>
          <w:vertAlign w:val="superscript"/>
          <w:lang w:val="sv-SE"/>
        </w:rPr>
        <w:t>42</w:t>
      </w:r>
      <w:r w:rsidRPr="000767E2">
        <w:rPr>
          <w:lang w:val="sv-SE"/>
        </w:rPr>
        <w:t xml:space="preserve"> {{field-on:bible}}och till kvinnan sade de att: ”</w:t>
      </w:r>
      <w:r w:rsidRPr="000767E2">
        <w:rPr>
          <w:i/>
          <w:lang w:val="sv-SE"/>
        </w:rPr>
        <w:t>Det är</w:t>
      </w:r>
      <w:r w:rsidRPr="000767E2">
        <w:rPr>
          <w:lang w:val="sv-SE"/>
        </w:rPr>
        <w:t xml:space="preserve"> inte längre på grund av ditt tal vi tror. För vi har själva hört och vet att denne sannerligen är världens Frälsare.”{{field-off:bible}}</w:t>
      </w:r>
    </w:p>
    <w:p w14:paraId="46160BEE" w14:textId="77777777" w:rsidR="00BA33AB" w:rsidRPr="000767E2" w:rsidRDefault="00000000">
      <w:pPr>
        <w:pStyle w:val="Rubrik3"/>
        <w:rPr>
          <w:lang w:val="sv-SE"/>
        </w:rPr>
      </w:pPr>
      <w:r w:rsidRPr="000767E2">
        <w:rPr>
          <w:lang w:val="sv-SE"/>
        </w:rPr>
        <w:t>Jesus botar en ämbetsmans son</w:t>
      </w:r>
    </w:p>
    <w:p w14:paraId="56D483E6" w14:textId="007C970C" w:rsidR="00BA33AB" w:rsidRPr="000767E2" w:rsidRDefault="00000000">
      <w:pPr>
        <w:rPr>
          <w:lang w:val="sv-SE"/>
        </w:rPr>
      </w:pPr>
      <w:r w:rsidRPr="000767E2">
        <w:rPr>
          <w:lang w:val="sv-SE"/>
        </w:rPr>
        <w:t>[[@</w:t>
      </w:r>
      <w:r w:rsidR="0096445B" w:rsidRPr="000767E2">
        <w:rPr>
          <w:lang w:val="sv-SE"/>
        </w:rPr>
        <w:t>BibleBIBEL82</w:t>
      </w:r>
      <w:r w:rsidRPr="000767E2">
        <w:rPr>
          <w:lang w:val="sv-SE"/>
        </w:rPr>
        <w:t>:John 4:43]]</w:t>
      </w:r>
      <w:r w:rsidRPr="000767E2">
        <w:rPr>
          <w:vertAlign w:val="superscript"/>
          <w:lang w:val="sv-SE"/>
        </w:rPr>
        <w:t>43</w:t>
      </w:r>
      <w:r w:rsidRPr="000767E2">
        <w:rPr>
          <w:lang w:val="sv-SE"/>
        </w:rPr>
        <w:t xml:space="preserve"> {{field-on:bible}}Men efter de två dagarna gick han ut därifrån till Galileen,{{field-off:bible}} [[@</w:t>
      </w:r>
      <w:r w:rsidR="0096445B" w:rsidRPr="000767E2">
        <w:rPr>
          <w:lang w:val="sv-SE"/>
        </w:rPr>
        <w:t>BibleBIBEL82</w:t>
      </w:r>
      <w:r w:rsidRPr="000767E2">
        <w:rPr>
          <w:lang w:val="sv-SE"/>
        </w:rPr>
        <w:t>:John 4:44]]</w:t>
      </w:r>
      <w:r w:rsidRPr="000767E2">
        <w:rPr>
          <w:vertAlign w:val="superscript"/>
          <w:lang w:val="sv-SE"/>
        </w:rPr>
        <w:t>44</w:t>
      </w:r>
      <w:r w:rsidRPr="000767E2">
        <w:rPr>
          <w:lang w:val="sv-SE"/>
        </w:rPr>
        <w:t xml:space="preserve"> {{field-on:bible}}för Jesus själv vittnade att en profet inte har heder i </w:t>
      </w:r>
      <w:r w:rsidRPr="000767E2">
        <w:rPr>
          <w:i/>
          <w:lang w:val="sv-SE"/>
        </w:rPr>
        <w:t>sin</w:t>
      </w:r>
      <w:r w:rsidRPr="000767E2">
        <w:rPr>
          <w:lang w:val="sv-SE"/>
        </w:rPr>
        <w:t xml:space="preserve"> egen fädernebygd.{{field-off:bible}} [[@</w:t>
      </w:r>
      <w:r w:rsidR="0096445B" w:rsidRPr="000767E2">
        <w:rPr>
          <w:lang w:val="sv-SE"/>
        </w:rPr>
        <w:t>BibleBIBEL82</w:t>
      </w:r>
      <w:r w:rsidRPr="000767E2">
        <w:rPr>
          <w:lang w:val="sv-SE"/>
        </w:rPr>
        <w:t>:John 4:45]]</w:t>
      </w:r>
      <w:r w:rsidRPr="000767E2">
        <w:rPr>
          <w:vertAlign w:val="superscript"/>
          <w:lang w:val="sv-SE"/>
        </w:rPr>
        <w:t>45</w:t>
      </w:r>
      <w:r w:rsidRPr="000767E2">
        <w:rPr>
          <w:lang w:val="sv-SE"/>
        </w:rPr>
        <w:t xml:space="preserve"> {{field-on:bible}}När han nu kom till Galileen välkomnade honom galileerna, som hade sett allt vad han hade gjort i Jerusalem under högtiden. För de hade också själva kommit till högtiden.{{field-off:bible}}</w:t>
      </w:r>
    </w:p>
    <w:p w14:paraId="31D4F19C" w14:textId="7B0DD25A" w:rsidR="00BA33AB" w:rsidRPr="000767E2" w:rsidRDefault="00000000">
      <w:pPr>
        <w:rPr>
          <w:lang w:val="sv-SE"/>
        </w:rPr>
      </w:pPr>
      <w:r w:rsidRPr="000767E2">
        <w:rPr>
          <w:lang w:val="sv-SE"/>
        </w:rPr>
        <w:t>[[@</w:t>
      </w:r>
      <w:r w:rsidR="0096445B" w:rsidRPr="000767E2">
        <w:rPr>
          <w:lang w:val="sv-SE"/>
        </w:rPr>
        <w:t>BibleBIBEL82</w:t>
      </w:r>
      <w:r w:rsidRPr="000767E2">
        <w:rPr>
          <w:lang w:val="sv-SE"/>
        </w:rPr>
        <w:t>:John 4:46]]</w:t>
      </w:r>
      <w:r w:rsidRPr="000767E2">
        <w:rPr>
          <w:vertAlign w:val="superscript"/>
          <w:lang w:val="sv-SE"/>
        </w:rPr>
        <w:t>46</w:t>
      </w:r>
      <w:r w:rsidRPr="000767E2">
        <w:rPr>
          <w:lang w:val="sv-SE"/>
        </w:rPr>
        <w:t xml:space="preserve"> {{field-on:bible}}Han kom nu åter till Kana i Galileen, där han hade gjort vattnet </w:t>
      </w:r>
      <w:r w:rsidRPr="000767E2">
        <w:rPr>
          <w:i/>
          <w:lang w:val="sv-SE"/>
        </w:rPr>
        <w:t>till</w:t>
      </w:r>
      <w:r w:rsidRPr="000767E2">
        <w:rPr>
          <w:lang w:val="sv-SE"/>
        </w:rPr>
        <w:t xml:space="preserve"> vin. Och </w:t>
      </w:r>
      <w:r w:rsidRPr="000767E2">
        <w:rPr>
          <w:i/>
          <w:lang w:val="sv-SE"/>
        </w:rPr>
        <w:t>där</w:t>
      </w:r>
      <w:r w:rsidRPr="000767E2">
        <w:rPr>
          <w:lang w:val="sv-SE"/>
        </w:rPr>
        <w:t xml:space="preserve"> fanns en kunglig </w:t>
      </w:r>
      <w:r w:rsidRPr="000767E2">
        <w:rPr>
          <w:i/>
          <w:lang w:val="sv-SE"/>
        </w:rPr>
        <w:t>ämbetsman</w:t>
      </w:r>
      <w:r w:rsidRPr="000767E2">
        <w:rPr>
          <w:lang w:val="sv-SE"/>
        </w:rPr>
        <w:t xml:space="preserve"> vars son var sjuk i Kafarnaum.{{field-off:bible}} [[@</w:t>
      </w:r>
      <w:r w:rsidR="0096445B" w:rsidRPr="000767E2">
        <w:rPr>
          <w:lang w:val="sv-SE"/>
        </w:rPr>
        <w:t>BibleBIBEL82</w:t>
      </w:r>
      <w:r w:rsidRPr="000767E2">
        <w:rPr>
          <w:lang w:val="sv-SE"/>
        </w:rPr>
        <w:t>:John 4:47]]</w:t>
      </w:r>
      <w:r w:rsidRPr="000767E2">
        <w:rPr>
          <w:vertAlign w:val="superscript"/>
          <w:lang w:val="sv-SE"/>
        </w:rPr>
        <w:t>47</w:t>
      </w:r>
      <w:r w:rsidRPr="000767E2">
        <w:rPr>
          <w:lang w:val="sv-SE"/>
        </w:rPr>
        <w:t xml:space="preserve"> {{field-on:bible}}När denne hörde att Jesus hade kommit från Judeen till Galileen, gick han iväg till honom och frågade </w:t>
      </w:r>
      <w:r w:rsidRPr="000767E2">
        <w:rPr>
          <w:i/>
          <w:lang w:val="sv-SE"/>
        </w:rPr>
        <w:t>om</w:t>
      </w:r>
      <w:r w:rsidRPr="000767E2">
        <w:rPr>
          <w:lang w:val="sv-SE"/>
        </w:rPr>
        <w:t xml:space="preserve"> han kunde komma ner och hela hans son, för han var på väg att dö.{{field-off:bible}} [[@</w:t>
      </w:r>
      <w:r w:rsidR="0096445B" w:rsidRPr="000767E2">
        <w:rPr>
          <w:lang w:val="sv-SE"/>
        </w:rPr>
        <w:t>BibleBIBEL82</w:t>
      </w:r>
      <w:r w:rsidRPr="000767E2">
        <w:rPr>
          <w:lang w:val="sv-SE"/>
        </w:rPr>
        <w:t>:John 4:48]]</w:t>
      </w:r>
      <w:r w:rsidRPr="000767E2">
        <w:rPr>
          <w:vertAlign w:val="superscript"/>
          <w:lang w:val="sv-SE"/>
        </w:rPr>
        <w:t>48</w:t>
      </w:r>
      <w:r w:rsidRPr="000767E2">
        <w:rPr>
          <w:lang w:val="sv-SE"/>
        </w:rPr>
        <w:t xml:space="preserve"> {{field-on:bible}}Då sade Jesus till honom: ”Om ni inte </w:t>
      </w:r>
      <w:r w:rsidRPr="000767E2">
        <w:rPr>
          <w:i/>
          <w:lang w:val="sv-SE"/>
        </w:rPr>
        <w:t>får</w:t>
      </w:r>
      <w:r w:rsidRPr="000767E2">
        <w:rPr>
          <w:lang w:val="sv-SE"/>
        </w:rPr>
        <w:t xml:space="preserve"> se </w:t>
      </w:r>
      <w:r w:rsidRPr="000767E2">
        <w:rPr>
          <w:lang w:val="sv-SE"/>
        </w:rPr>
        <w:lastRenderedPageBreak/>
        <w:t>tecken och under, tror ni aldrig.”{{field-off:bible}} [[@</w:t>
      </w:r>
      <w:r w:rsidR="0096445B" w:rsidRPr="000767E2">
        <w:rPr>
          <w:lang w:val="sv-SE"/>
        </w:rPr>
        <w:t>BibleBIBEL82</w:t>
      </w:r>
      <w:r w:rsidRPr="000767E2">
        <w:rPr>
          <w:lang w:val="sv-SE"/>
        </w:rPr>
        <w:t>:John 4:49]]</w:t>
      </w:r>
      <w:r w:rsidRPr="000767E2">
        <w:rPr>
          <w:vertAlign w:val="superscript"/>
          <w:lang w:val="sv-SE"/>
        </w:rPr>
        <w:t>49</w:t>
      </w:r>
      <w:r w:rsidRPr="000767E2">
        <w:rPr>
          <w:lang w:val="sv-SE"/>
        </w:rPr>
        <w:t xml:space="preserve"> {{field-on:bible}}Den kunglige säger till honom: ”Herre, kom ner innan mitt barn dör!”{{field-off:bible}} [[@</w:t>
      </w:r>
      <w:r w:rsidR="0096445B" w:rsidRPr="000767E2">
        <w:rPr>
          <w:lang w:val="sv-SE"/>
        </w:rPr>
        <w:t>BibleBIBEL82</w:t>
      </w:r>
      <w:r w:rsidRPr="000767E2">
        <w:rPr>
          <w:lang w:val="sv-SE"/>
        </w:rPr>
        <w:t>:John 4:50]]</w:t>
      </w:r>
      <w:r w:rsidRPr="000767E2">
        <w:rPr>
          <w:vertAlign w:val="superscript"/>
          <w:lang w:val="sv-SE"/>
        </w:rPr>
        <w:t>50</w:t>
      </w:r>
      <w:r w:rsidRPr="000767E2">
        <w:rPr>
          <w:lang w:val="sv-SE"/>
        </w:rPr>
        <w:t xml:space="preserve"> {{field-on:bible}}Jesus säger till honom: ”Gå. Din son lever.” Mannen trodde ordet som Jesus sade till honom och gick.{{field-off:bible}}</w:t>
      </w:r>
    </w:p>
    <w:p w14:paraId="5145CC75" w14:textId="39763FEF" w:rsidR="00BA33AB" w:rsidRPr="000767E2" w:rsidRDefault="00000000">
      <w:pPr>
        <w:rPr>
          <w:lang w:val="sv-SE"/>
        </w:rPr>
      </w:pPr>
      <w:r w:rsidRPr="000767E2">
        <w:rPr>
          <w:lang w:val="sv-SE"/>
        </w:rPr>
        <w:t>[[@</w:t>
      </w:r>
      <w:r w:rsidR="0096445B" w:rsidRPr="000767E2">
        <w:rPr>
          <w:lang w:val="sv-SE"/>
        </w:rPr>
        <w:t>BibleBIBEL82</w:t>
      </w:r>
      <w:r w:rsidRPr="000767E2">
        <w:rPr>
          <w:lang w:val="sv-SE"/>
        </w:rPr>
        <w:t>:John 4:51]]</w:t>
      </w:r>
      <w:r w:rsidRPr="000767E2">
        <w:rPr>
          <w:vertAlign w:val="superscript"/>
          <w:lang w:val="sv-SE"/>
        </w:rPr>
        <w:t>51</w:t>
      </w:r>
      <w:r w:rsidRPr="000767E2">
        <w:rPr>
          <w:lang w:val="sv-SE"/>
        </w:rPr>
        <w:t xml:space="preserve"> {{field-on:bible}}Och redan medan han gick ner, mötte honom hans fasttjänare och sade att hans gosse levde.{{field-off:bible}} [[@</w:t>
      </w:r>
      <w:r w:rsidR="0096445B" w:rsidRPr="000767E2">
        <w:rPr>
          <w:lang w:val="sv-SE"/>
        </w:rPr>
        <w:t>BibleBIBEL82</w:t>
      </w:r>
      <w:r w:rsidRPr="000767E2">
        <w:rPr>
          <w:lang w:val="sv-SE"/>
        </w:rPr>
        <w:t>:John 4:52]]</w:t>
      </w:r>
      <w:r w:rsidRPr="000767E2">
        <w:rPr>
          <w:vertAlign w:val="superscript"/>
          <w:lang w:val="sv-SE"/>
        </w:rPr>
        <w:t>52</w:t>
      </w:r>
      <w:r w:rsidRPr="000767E2">
        <w:rPr>
          <w:lang w:val="sv-SE"/>
        </w:rPr>
        <w:t xml:space="preserve"> {{field-on:bible}}Han efterhörde då timmen från dem vid vilken han fått </w:t>
      </w:r>
      <w:r w:rsidRPr="000767E2">
        <w:rPr>
          <w:i/>
          <w:lang w:val="sv-SE"/>
        </w:rPr>
        <w:t>det</w:t>
      </w:r>
      <w:r w:rsidRPr="000767E2">
        <w:rPr>
          <w:lang w:val="sv-SE"/>
        </w:rPr>
        <w:t xml:space="preserve"> bättre. De sade då till honom att: ”Igår, vid sjunde timmen, lämnade honom febern.”{{field-off:bible}} [[@</w:t>
      </w:r>
      <w:r w:rsidR="0096445B" w:rsidRPr="000767E2">
        <w:rPr>
          <w:lang w:val="sv-SE"/>
        </w:rPr>
        <w:t>BibleBIBEL82</w:t>
      </w:r>
      <w:r w:rsidRPr="000767E2">
        <w:rPr>
          <w:lang w:val="sv-SE"/>
        </w:rPr>
        <w:t>:John 4:53]]</w:t>
      </w:r>
      <w:r w:rsidRPr="000767E2">
        <w:rPr>
          <w:vertAlign w:val="superscript"/>
          <w:lang w:val="sv-SE"/>
        </w:rPr>
        <w:t>53</w:t>
      </w:r>
      <w:r w:rsidRPr="000767E2">
        <w:rPr>
          <w:lang w:val="sv-SE"/>
        </w:rPr>
        <w:t xml:space="preserve"> {{field-on:bible}}Då förstod fadern att </w:t>
      </w:r>
      <w:r w:rsidRPr="000767E2">
        <w:rPr>
          <w:i/>
          <w:lang w:val="sv-SE"/>
        </w:rPr>
        <w:t>det var</w:t>
      </w:r>
      <w:r w:rsidRPr="000767E2">
        <w:rPr>
          <w:lang w:val="sv-SE"/>
        </w:rPr>
        <w:t xml:space="preserve"> [vid] den timmen Jesus hade sagt till honom: ”Din son lever.” Och han kom till tro, han och hela hans hus.{{field-off:bible}} [[@</w:t>
      </w:r>
      <w:r w:rsidR="0096445B" w:rsidRPr="000767E2">
        <w:rPr>
          <w:lang w:val="sv-SE"/>
        </w:rPr>
        <w:t>BibleBIBEL82</w:t>
      </w:r>
      <w:r w:rsidRPr="000767E2">
        <w:rPr>
          <w:lang w:val="sv-SE"/>
        </w:rPr>
        <w:t>:John 4:54]]</w:t>
      </w:r>
      <w:r w:rsidRPr="000767E2">
        <w:rPr>
          <w:vertAlign w:val="superscript"/>
          <w:lang w:val="sv-SE"/>
        </w:rPr>
        <w:t>54</w:t>
      </w:r>
      <w:r w:rsidRPr="000767E2">
        <w:rPr>
          <w:lang w:val="sv-SE"/>
        </w:rPr>
        <w:t xml:space="preserve"> {{field-on:bible}}[Och] detta </w:t>
      </w:r>
      <w:r w:rsidRPr="000767E2">
        <w:rPr>
          <w:i/>
          <w:lang w:val="sv-SE"/>
        </w:rPr>
        <w:t>var</w:t>
      </w:r>
      <w:r w:rsidRPr="000767E2">
        <w:rPr>
          <w:lang w:val="sv-SE"/>
        </w:rPr>
        <w:t xml:space="preserve"> åter </w:t>
      </w:r>
      <w:r w:rsidRPr="000767E2">
        <w:rPr>
          <w:i/>
          <w:lang w:val="sv-SE"/>
        </w:rPr>
        <w:t>det</w:t>
      </w:r>
      <w:r w:rsidRPr="000767E2">
        <w:rPr>
          <w:lang w:val="sv-SE"/>
        </w:rPr>
        <w:t xml:space="preserve"> andra tecknet Jesus gjorde sedan han kommit från Judeen till Galileen.{{field-off:bible}}</w:t>
      </w:r>
    </w:p>
    <w:p w14:paraId="7DC175B9" w14:textId="1E429D4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5]]Kapitel 5</w:t>
      </w:r>
    </w:p>
    <w:p w14:paraId="01CE3684" w14:textId="77777777" w:rsidR="00BA33AB" w:rsidRPr="000767E2" w:rsidRDefault="00000000">
      <w:pPr>
        <w:pStyle w:val="Rubrik3"/>
        <w:rPr>
          <w:lang w:val="sv-SE"/>
        </w:rPr>
      </w:pPr>
      <w:r w:rsidRPr="000767E2">
        <w:rPr>
          <w:lang w:val="sv-SE"/>
        </w:rPr>
        <w:t>Jesus botar en sjuk vid Bethzatha</w:t>
      </w:r>
    </w:p>
    <w:p w14:paraId="5F0E269D" w14:textId="2C5C911E" w:rsidR="00BA33AB" w:rsidRPr="000767E2" w:rsidRDefault="00000000">
      <w:pPr>
        <w:rPr>
          <w:lang w:val="sv-SE"/>
        </w:rPr>
      </w:pPr>
      <w:r w:rsidRPr="000767E2">
        <w:rPr>
          <w:lang w:val="sv-SE"/>
        </w:rPr>
        <w:t>[[@</w:t>
      </w:r>
      <w:r w:rsidR="0096445B" w:rsidRPr="000767E2">
        <w:rPr>
          <w:lang w:val="sv-SE"/>
        </w:rPr>
        <w:t>BibleBIBEL82</w:t>
      </w:r>
      <w:r w:rsidRPr="000767E2">
        <w:rPr>
          <w:lang w:val="sv-SE"/>
        </w:rPr>
        <w:t>:John 5:1]]</w:t>
      </w:r>
      <w:r w:rsidRPr="000767E2">
        <w:rPr>
          <w:vertAlign w:val="superscript"/>
          <w:lang w:val="sv-SE"/>
        </w:rPr>
        <w:t>1</w:t>
      </w:r>
      <w:r w:rsidRPr="000767E2">
        <w:rPr>
          <w:lang w:val="sv-SE"/>
        </w:rPr>
        <w:t xml:space="preserve"> {{field-on:bible}}Efter detta var </w:t>
      </w:r>
      <w:r w:rsidRPr="000767E2">
        <w:rPr>
          <w:i/>
          <w:lang w:val="sv-SE"/>
        </w:rPr>
        <w:t>det</w:t>
      </w:r>
      <w:r w:rsidRPr="000767E2">
        <w:rPr>
          <w:lang w:val="sv-SE"/>
        </w:rPr>
        <w:t xml:space="preserve"> en judarnas högtid, och Jesus gick upp till Jerusalem.{{field-off:bible}} [[@</w:t>
      </w:r>
      <w:r w:rsidR="0096445B" w:rsidRPr="000767E2">
        <w:rPr>
          <w:lang w:val="sv-SE"/>
        </w:rPr>
        <w:t>BibleBIBEL82</w:t>
      </w:r>
      <w:r w:rsidRPr="000767E2">
        <w:rPr>
          <w:lang w:val="sv-SE"/>
        </w:rPr>
        <w:t>:John 5:2]]</w:t>
      </w:r>
      <w:r w:rsidRPr="000767E2">
        <w:rPr>
          <w:vertAlign w:val="superscript"/>
          <w:lang w:val="sv-SE"/>
        </w:rPr>
        <w:t>2</w:t>
      </w:r>
      <w:r w:rsidRPr="000767E2">
        <w:rPr>
          <w:lang w:val="sv-SE"/>
        </w:rPr>
        <w:t xml:space="preserve"> {{field-on:bible}}Och det finns i Jerusalem vid Får</w:t>
      </w:r>
      <w:r w:rsidRPr="000767E2">
        <w:rPr>
          <w:i/>
          <w:lang w:val="sv-SE"/>
        </w:rPr>
        <w:t>porten</w:t>
      </w:r>
      <w:r w:rsidRPr="000767E2">
        <w:rPr>
          <w:lang w:val="sv-SE"/>
        </w:rPr>
        <w:t xml:space="preserve"> en bassäng, som på hebreiska även kallas Bethzatha </w:t>
      </w:r>
      <w:r w:rsidRPr="000767E2">
        <w:rPr>
          <w:i/>
          <w:lang w:val="sv-SE"/>
        </w:rPr>
        <w:t>och</w:t>
      </w:r>
      <w:r w:rsidRPr="000767E2">
        <w:rPr>
          <w:lang w:val="sv-SE"/>
        </w:rPr>
        <w:t xml:space="preserve"> har fem pelargångar.{{field-off:bible}} [[@</w:t>
      </w:r>
      <w:r w:rsidR="0096445B" w:rsidRPr="000767E2">
        <w:rPr>
          <w:lang w:val="sv-SE"/>
        </w:rPr>
        <w:t>BibleBIBEL82</w:t>
      </w:r>
      <w:r w:rsidRPr="000767E2">
        <w:rPr>
          <w:lang w:val="sv-SE"/>
        </w:rPr>
        <w:t>:John 5:3]]</w:t>
      </w:r>
      <w:r w:rsidRPr="000767E2">
        <w:rPr>
          <w:vertAlign w:val="superscript"/>
          <w:lang w:val="sv-SE"/>
        </w:rPr>
        <w:t>3</w:t>
      </w:r>
      <w:r w:rsidRPr="000767E2">
        <w:rPr>
          <w:lang w:val="sv-SE"/>
        </w:rPr>
        <w:t xml:space="preserve"> {{field-on:bible}}I dessa låg en mängd av de sjuka, blinda, lama, skrumpna.{{field-off:bible}}</w:t>
      </w:r>
    </w:p>
    <w:p w14:paraId="3CEC4BE0" w14:textId="25F19DE8" w:rsidR="00BA33AB" w:rsidRPr="000767E2" w:rsidRDefault="00000000">
      <w:pPr>
        <w:rPr>
          <w:lang w:val="sv-SE"/>
        </w:rPr>
      </w:pPr>
      <w:r w:rsidRPr="000767E2">
        <w:rPr>
          <w:lang w:val="sv-SE"/>
        </w:rPr>
        <w:t>[[@</w:t>
      </w:r>
      <w:r w:rsidR="0096445B" w:rsidRPr="000767E2">
        <w:rPr>
          <w:lang w:val="sv-SE"/>
        </w:rPr>
        <w:t>BibleBIBEL82</w:t>
      </w:r>
      <w:r w:rsidRPr="000767E2">
        <w:rPr>
          <w:lang w:val="sv-SE"/>
        </w:rPr>
        <w:t>:John 5:5]]</w:t>
      </w:r>
      <w:r w:rsidRPr="000767E2">
        <w:rPr>
          <w:vertAlign w:val="superscript"/>
          <w:lang w:val="sv-SE"/>
        </w:rPr>
        <w:t>5</w:t>
      </w:r>
      <w:r w:rsidRPr="000767E2">
        <w:rPr>
          <w:lang w:val="sv-SE"/>
        </w:rPr>
        <w:t xml:space="preserve"> {{field-on:bible}}Och det fanns en man där som hade trettio [och] åtta år i sin sjukdom.{{field-off:bible}} [[@</w:t>
      </w:r>
      <w:r w:rsidR="0096445B" w:rsidRPr="000767E2">
        <w:rPr>
          <w:lang w:val="sv-SE"/>
        </w:rPr>
        <w:t>BibleBIBEL82</w:t>
      </w:r>
      <w:r w:rsidRPr="000767E2">
        <w:rPr>
          <w:lang w:val="sv-SE"/>
        </w:rPr>
        <w:t>:John 5:6]]</w:t>
      </w:r>
      <w:r w:rsidRPr="000767E2">
        <w:rPr>
          <w:vertAlign w:val="superscript"/>
          <w:lang w:val="sv-SE"/>
        </w:rPr>
        <w:t>6</w:t>
      </w:r>
      <w:r w:rsidRPr="000767E2">
        <w:rPr>
          <w:lang w:val="sv-SE"/>
        </w:rPr>
        <w:t xml:space="preserve"> {{field-on:bible}}Jesus såg denne liggande och förstod att han redan har lång tid, och säger till honom: ”Vill du bli frisk?”{{field-off:bible}} [[@</w:t>
      </w:r>
      <w:r w:rsidR="0096445B" w:rsidRPr="000767E2">
        <w:rPr>
          <w:lang w:val="sv-SE"/>
        </w:rPr>
        <w:t>BibleBIBEL82</w:t>
      </w:r>
      <w:r w:rsidRPr="000767E2">
        <w:rPr>
          <w:lang w:val="sv-SE"/>
        </w:rPr>
        <w:t>:John 5:7]]</w:t>
      </w:r>
      <w:r w:rsidRPr="000767E2">
        <w:rPr>
          <w:vertAlign w:val="superscript"/>
          <w:lang w:val="sv-SE"/>
        </w:rPr>
        <w:t>7</w:t>
      </w:r>
      <w:r w:rsidRPr="000767E2">
        <w:rPr>
          <w:lang w:val="sv-SE"/>
        </w:rPr>
        <w:t xml:space="preserve"> {{field-on:bible}}Den sjuke svarade honom: ”Herre, jag har ingen människa för att, när vattnet rörs upp, sätta mig i bassängen. Och under det att jag kommer </w:t>
      </w:r>
      <w:r w:rsidRPr="000767E2">
        <w:rPr>
          <w:i/>
          <w:lang w:val="sv-SE"/>
        </w:rPr>
        <w:t>är det</w:t>
      </w:r>
      <w:r w:rsidRPr="000767E2">
        <w:rPr>
          <w:lang w:val="sv-SE"/>
        </w:rPr>
        <w:t xml:space="preserve"> en annan före mig </w:t>
      </w:r>
      <w:r w:rsidRPr="000767E2">
        <w:rPr>
          <w:i/>
          <w:lang w:val="sv-SE"/>
        </w:rPr>
        <w:t>som</w:t>
      </w:r>
      <w:r w:rsidRPr="000767E2">
        <w:rPr>
          <w:lang w:val="sv-SE"/>
        </w:rPr>
        <w:t xml:space="preserve"> stiger ner.”{{field-off:bible}} [[@</w:t>
      </w:r>
      <w:r w:rsidR="0096445B" w:rsidRPr="000767E2">
        <w:rPr>
          <w:lang w:val="sv-SE"/>
        </w:rPr>
        <w:t>BibleBIBEL82</w:t>
      </w:r>
      <w:r w:rsidRPr="000767E2">
        <w:rPr>
          <w:lang w:val="sv-SE"/>
        </w:rPr>
        <w:t>:John 5:8]]</w:t>
      </w:r>
      <w:r w:rsidRPr="000767E2">
        <w:rPr>
          <w:vertAlign w:val="superscript"/>
          <w:lang w:val="sv-SE"/>
        </w:rPr>
        <w:t>8</w:t>
      </w:r>
      <w:r w:rsidRPr="000767E2">
        <w:rPr>
          <w:lang w:val="sv-SE"/>
        </w:rPr>
        <w:t xml:space="preserve"> {{field-on:bible}}</w:t>
      </w:r>
      <w:r w:rsidRPr="000767E2">
        <w:rPr>
          <w:i/>
          <w:lang w:val="sv-SE"/>
        </w:rPr>
        <w:t>Då</w:t>
      </w:r>
      <w:r w:rsidRPr="000767E2">
        <w:rPr>
          <w:lang w:val="sv-SE"/>
        </w:rPr>
        <w:t xml:space="preserve"> säger honom Jesus: ”Res dig. Ta upp din madrass och vandra.”{{field-off:bible}} [[@</w:t>
      </w:r>
      <w:r w:rsidR="0096445B" w:rsidRPr="000767E2">
        <w:rPr>
          <w:lang w:val="sv-SE"/>
        </w:rPr>
        <w:t>BibleBIBEL82</w:t>
      </w:r>
      <w:r w:rsidRPr="000767E2">
        <w:rPr>
          <w:lang w:val="sv-SE"/>
        </w:rPr>
        <w:t>:John 5:9]]</w:t>
      </w:r>
      <w:r w:rsidRPr="000767E2">
        <w:rPr>
          <w:vertAlign w:val="superscript"/>
          <w:lang w:val="sv-SE"/>
        </w:rPr>
        <w:t>9</w:t>
      </w:r>
      <w:r w:rsidRPr="000767E2">
        <w:rPr>
          <w:lang w:val="sv-SE"/>
        </w:rPr>
        <w:t xml:space="preserve"> {{field-on:bible}}Och direkt blev mannen frisk, och han tog upp sin madrass och vandrade.{{field-off:bible}}</w:t>
      </w:r>
    </w:p>
    <w:p w14:paraId="50279E00" w14:textId="187AD89D" w:rsidR="00BA33AB" w:rsidRPr="000767E2" w:rsidRDefault="00000000">
      <w:pPr>
        <w:rPr>
          <w:lang w:val="sv-SE"/>
        </w:rPr>
      </w:pPr>
      <w:r w:rsidRPr="000767E2">
        <w:rPr>
          <w:lang w:val="sv-SE"/>
        </w:rPr>
        <w:t>{{field-on:bible}}Men det var sabbat på den dagen.{{field-off:bible}} [[@</w:t>
      </w:r>
      <w:r w:rsidR="0096445B" w:rsidRPr="000767E2">
        <w:rPr>
          <w:lang w:val="sv-SE"/>
        </w:rPr>
        <w:t>BibleBIBEL82</w:t>
      </w:r>
      <w:r w:rsidRPr="000767E2">
        <w:rPr>
          <w:lang w:val="sv-SE"/>
        </w:rPr>
        <w:t>:John 5:10]]</w:t>
      </w:r>
      <w:r w:rsidRPr="000767E2">
        <w:rPr>
          <w:vertAlign w:val="superscript"/>
          <w:lang w:val="sv-SE"/>
        </w:rPr>
        <w:t>10</w:t>
      </w:r>
      <w:r w:rsidRPr="000767E2">
        <w:rPr>
          <w:lang w:val="sv-SE"/>
        </w:rPr>
        <w:t xml:space="preserve"> {{field-on:bible}}Då sade judarna till den botade: ”Det är sabbat. Och det är inte tillåtet för dig att ta upp din madrass.”{{field-off:bible}} [[@</w:t>
      </w:r>
      <w:r w:rsidR="0096445B" w:rsidRPr="000767E2">
        <w:rPr>
          <w:lang w:val="sv-SE"/>
        </w:rPr>
        <w:t>BibleBIBEL82</w:t>
      </w:r>
      <w:r w:rsidRPr="000767E2">
        <w:rPr>
          <w:lang w:val="sv-SE"/>
        </w:rPr>
        <w:t>:John 5:11]]</w:t>
      </w:r>
      <w:r w:rsidRPr="000767E2">
        <w:rPr>
          <w:vertAlign w:val="superscript"/>
          <w:lang w:val="sv-SE"/>
        </w:rPr>
        <w:t>11</w:t>
      </w:r>
      <w:r w:rsidRPr="000767E2">
        <w:rPr>
          <w:lang w:val="sv-SE"/>
        </w:rPr>
        <w:t xml:space="preserve"> {{field-on:bible}}Men han svarade dem: ”Han som gjorde mig frisk, denne sade åt mig: Ta upp din madrass och vandra.”{{field-off:bible}} [[@</w:t>
      </w:r>
      <w:r w:rsidR="0096445B" w:rsidRPr="000767E2">
        <w:rPr>
          <w:lang w:val="sv-SE"/>
        </w:rPr>
        <w:t>BibleBIBEL82</w:t>
      </w:r>
      <w:r w:rsidRPr="000767E2">
        <w:rPr>
          <w:lang w:val="sv-SE"/>
        </w:rPr>
        <w:t>:John 5:12]]</w:t>
      </w:r>
      <w:r w:rsidRPr="000767E2">
        <w:rPr>
          <w:vertAlign w:val="superscript"/>
          <w:lang w:val="sv-SE"/>
        </w:rPr>
        <w:t>12</w:t>
      </w:r>
      <w:r w:rsidRPr="000767E2">
        <w:rPr>
          <w:lang w:val="sv-SE"/>
        </w:rPr>
        <w:t xml:space="preserve"> {{field-on:bible}}De frågade honom: ”Vem är </w:t>
      </w:r>
      <w:r w:rsidRPr="000767E2">
        <w:rPr>
          <w:i/>
          <w:lang w:val="sv-SE"/>
        </w:rPr>
        <w:t>den</w:t>
      </w:r>
      <w:r w:rsidRPr="000767E2">
        <w:rPr>
          <w:lang w:val="sv-SE"/>
        </w:rPr>
        <w:t xml:space="preserve"> människan som sade åt dig: Ta upp och vandra?”{{field-off:bible}} [[@</w:t>
      </w:r>
      <w:r w:rsidR="0096445B" w:rsidRPr="000767E2">
        <w:rPr>
          <w:lang w:val="sv-SE"/>
        </w:rPr>
        <w:t>BibleBIBEL82</w:t>
      </w:r>
      <w:r w:rsidRPr="000767E2">
        <w:rPr>
          <w:lang w:val="sv-SE"/>
        </w:rPr>
        <w:t>:John 5:13]]</w:t>
      </w:r>
      <w:r w:rsidRPr="000767E2">
        <w:rPr>
          <w:vertAlign w:val="superscript"/>
          <w:lang w:val="sv-SE"/>
        </w:rPr>
        <w:t>13</w:t>
      </w:r>
      <w:r w:rsidRPr="000767E2">
        <w:rPr>
          <w:lang w:val="sv-SE"/>
        </w:rPr>
        <w:t xml:space="preserve"> {{field-on:bible}}Men den helade visste inte vem det är. För Jesus hade väjt undan, då det var en skara på platsen.{{field-off:bible}}</w:t>
      </w:r>
    </w:p>
    <w:p w14:paraId="1AE546BC" w14:textId="2C807F4A" w:rsidR="00BA33AB" w:rsidRPr="000767E2" w:rsidRDefault="00000000">
      <w:pPr>
        <w:rPr>
          <w:lang w:val="sv-SE"/>
        </w:rPr>
      </w:pPr>
      <w:r w:rsidRPr="000767E2">
        <w:rPr>
          <w:lang w:val="sv-SE"/>
        </w:rPr>
        <w:t>[[@</w:t>
      </w:r>
      <w:r w:rsidR="0096445B" w:rsidRPr="000767E2">
        <w:rPr>
          <w:lang w:val="sv-SE"/>
        </w:rPr>
        <w:t>BibleBIBEL82</w:t>
      </w:r>
      <w:r w:rsidRPr="000767E2">
        <w:rPr>
          <w:lang w:val="sv-SE"/>
        </w:rPr>
        <w:t>:John 5:14]]</w:t>
      </w:r>
      <w:r w:rsidRPr="000767E2">
        <w:rPr>
          <w:vertAlign w:val="superscript"/>
          <w:lang w:val="sv-SE"/>
        </w:rPr>
        <w:t>14</w:t>
      </w:r>
      <w:r w:rsidRPr="000767E2">
        <w:rPr>
          <w:lang w:val="sv-SE"/>
        </w:rPr>
        <w:t xml:space="preserve"> {{field-on:bible}}Efter detta finner Jesus honom i templet, och han sade till honom: ”Se, du har blivit frisk. Synda inte mer, så att inte något värre händer dig.”{{field-off:bible}} [[@</w:t>
      </w:r>
      <w:r w:rsidR="0096445B" w:rsidRPr="000767E2">
        <w:rPr>
          <w:lang w:val="sv-SE"/>
        </w:rPr>
        <w:t>BibleBIBEL82</w:t>
      </w:r>
      <w:r w:rsidRPr="000767E2">
        <w:rPr>
          <w:lang w:val="sv-SE"/>
        </w:rPr>
        <w:t>:John 5:15]]</w:t>
      </w:r>
      <w:r w:rsidRPr="000767E2">
        <w:rPr>
          <w:vertAlign w:val="superscript"/>
          <w:lang w:val="sv-SE"/>
        </w:rPr>
        <w:t>15</w:t>
      </w:r>
      <w:r w:rsidRPr="000767E2">
        <w:rPr>
          <w:lang w:val="sv-SE"/>
        </w:rPr>
        <w:t xml:space="preserve"> {{field-on:bible}}</w:t>
      </w:r>
      <w:r w:rsidRPr="000767E2">
        <w:rPr>
          <w:i/>
          <w:lang w:val="sv-SE"/>
        </w:rPr>
        <w:t>Då</w:t>
      </w:r>
      <w:r w:rsidRPr="000767E2">
        <w:rPr>
          <w:lang w:val="sv-SE"/>
        </w:rPr>
        <w:t xml:space="preserve"> gick mannen iväg </w:t>
      </w:r>
      <w:r w:rsidRPr="000767E2">
        <w:rPr>
          <w:lang w:val="sv-SE"/>
        </w:rPr>
        <w:lastRenderedPageBreak/>
        <w:t>och delgav för judarna att det är Jesus som har gjort honom frisk.{{field-off:bible}} [[@</w:t>
      </w:r>
      <w:r w:rsidR="0096445B" w:rsidRPr="000767E2">
        <w:rPr>
          <w:lang w:val="sv-SE"/>
        </w:rPr>
        <w:t>BibleBIBEL82</w:t>
      </w:r>
      <w:r w:rsidRPr="000767E2">
        <w:rPr>
          <w:lang w:val="sv-SE"/>
        </w:rPr>
        <w:t>:John 5:16]]</w:t>
      </w:r>
      <w:r w:rsidRPr="000767E2">
        <w:rPr>
          <w:vertAlign w:val="superscript"/>
          <w:lang w:val="sv-SE"/>
        </w:rPr>
        <w:t>16</w:t>
      </w:r>
      <w:r w:rsidRPr="000767E2">
        <w:rPr>
          <w:lang w:val="sv-SE"/>
        </w:rPr>
        <w:t xml:space="preserve"> {{field-on:bible}}Och därför </w:t>
      </w:r>
      <w:r w:rsidRPr="000767E2">
        <w:rPr>
          <w:i/>
          <w:lang w:val="sv-SE"/>
        </w:rPr>
        <w:t>började</w:t>
      </w:r>
      <w:r w:rsidRPr="000767E2">
        <w:rPr>
          <w:lang w:val="sv-SE"/>
        </w:rPr>
        <w:t xml:space="preserve"> judarna förfölja Jesus, eftersom han gjorde detta på sabbaten.{{field-off:bible}} [[@</w:t>
      </w:r>
      <w:r w:rsidR="0096445B" w:rsidRPr="000767E2">
        <w:rPr>
          <w:lang w:val="sv-SE"/>
        </w:rPr>
        <w:t>BibleBIBEL82</w:t>
      </w:r>
      <w:r w:rsidRPr="000767E2">
        <w:rPr>
          <w:lang w:val="sv-SE"/>
        </w:rPr>
        <w:t>:John 5:17]]</w:t>
      </w:r>
      <w:r w:rsidRPr="000767E2">
        <w:rPr>
          <w:vertAlign w:val="superscript"/>
          <w:lang w:val="sv-SE"/>
        </w:rPr>
        <w:t>17</w:t>
      </w:r>
      <w:r w:rsidRPr="000767E2">
        <w:rPr>
          <w:lang w:val="sv-SE"/>
        </w:rPr>
        <w:t xml:space="preserve"> {{field-on:bible}}Men [Jesus] svarade dem: ”Min Far verkar fram till nu. Även jag verkar.”{{field-off:bible}} [[@</w:t>
      </w:r>
      <w:r w:rsidR="0096445B" w:rsidRPr="000767E2">
        <w:rPr>
          <w:lang w:val="sv-SE"/>
        </w:rPr>
        <w:t>BibleBIBEL82</w:t>
      </w:r>
      <w:r w:rsidRPr="000767E2">
        <w:rPr>
          <w:lang w:val="sv-SE"/>
        </w:rPr>
        <w:t>:John 5:18]]</w:t>
      </w:r>
      <w:r w:rsidRPr="000767E2">
        <w:rPr>
          <w:vertAlign w:val="superscript"/>
          <w:lang w:val="sv-SE"/>
        </w:rPr>
        <w:t>18</w:t>
      </w:r>
      <w:r w:rsidRPr="000767E2">
        <w:rPr>
          <w:lang w:val="sv-SE"/>
        </w:rPr>
        <w:t xml:space="preserve"> {{field-on:bible}}Därför sökte judarna nu </w:t>
      </w:r>
      <w:r w:rsidRPr="000767E2">
        <w:rPr>
          <w:i/>
          <w:lang w:val="sv-SE"/>
        </w:rPr>
        <w:t>desto</w:t>
      </w:r>
      <w:r w:rsidRPr="000767E2">
        <w:rPr>
          <w:lang w:val="sv-SE"/>
        </w:rPr>
        <w:t xml:space="preserve"> mer döda honom, eftersom han inte bara upplöste sabbaten utan också kallade Gud </w:t>
      </w:r>
      <w:r w:rsidRPr="000767E2">
        <w:rPr>
          <w:i/>
          <w:lang w:val="sv-SE"/>
        </w:rPr>
        <w:t>sin</w:t>
      </w:r>
      <w:r w:rsidRPr="000767E2">
        <w:rPr>
          <w:lang w:val="sv-SE"/>
        </w:rPr>
        <w:t xml:space="preserve"> egen Far och gjorde sig själv lik Gud.{{field-off:bible}}</w:t>
      </w:r>
    </w:p>
    <w:p w14:paraId="68D760E1" w14:textId="77777777" w:rsidR="00BA33AB" w:rsidRPr="000767E2" w:rsidRDefault="00000000">
      <w:pPr>
        <w:pStyle w:val="Rubrik3"/>
        <w:rPr>
          <w:lang w:val="sv-SE"/>
        </w:rPr>
      </w:pPr>
      <w:r w:rsidRPr="000767E2">
        <w:rPr>
          <w:lang w:val="sv-SE"/>
        </w:rPr>
        <w:t>Sonens auktoritet</w:t>
      </w:r>
    </w:p>
    <w:p w14:paraId="29AC75A0" w14:textId="736FF3BE" w:rsidR="00BA33AB" w:rsidRPr="000767E2" w:rsidRDefault="00000000">
      <w:pPr>
        <w:rPr>
          <w:lang w:val="sv-SE"/>
        </w:rPr>
      </w:pPr>
      <w:r w:rsidRPr="000767E2">
        <w:rPr>
          <w:lang w:val="sv-SE"/>
        </w:rPr>
        <w:t>[[@</w:t>
      </w:r>
      <w:r w:rsidR="0096445B" w:rsidRPr="000767E2">
        <w:rPr>
          <w:lang w:val="sv-SE"/>
        </w:rPr>
        <w:t>BibleBIBEL82</w:t>
      </w:r>
      <w:r w:rsidRPr="000767E2">
        <w:rPr>
          <w:lang w:val="sv-SE"/>
        </w:rPr>
        <w:t>:John 5:19]]</w:t>
      </w:r>
      <w:r w:rsidRPr="000767E2">
        <w:rPr>
          <w:vertAlign w:val="superscript"/>
          <w:lang w:val="sv-SE"/>
        </w:rPr>
        <w:t>19</w:t>
      </w:r>
      <w:r w:rsidRPr="000767E2">
        <w:rPr>
          <w:lang w:val="sv-SE"/>
        </w:rPr>
        <w:t xml:space="preserve"> {{field-on:bible}}Då svarade Jesus och sade till dem: ”Amen, amen, jag säger er: Sonen kan inte göra något av sig själv, om han inte ser Fadern göra något. För det som denne gör, det gör även Sonen likaså.{{field-off:bible}} [[@</w:t>
      </w:r>
      <w:r w:rsidR="0096445B" w:rsidRPr="000767E2">
        <w:rPr>
          <w:lang w:val="sv-SE"/>
        </w:rPr>
        <w:t>BibleBIBEL82</w:t>
      </w:r>
      <w:r w:rsidRPr="000767E2">
        <w:rPr>
          <w:lang w:val="sv-SE"/>
        </w:rPr>
        <w:t>:John 5:20]]</w:t>
      </w:r>
      <w:r w:rsidRPr="000767E2">
        <w:rPr>
          <w:vertAlign w:val="superscript"/>
          <w:lang w:val="sv-SE"/>
        </w:rPr>
        <w:t>20</w:t>
      </w:r>
      <w:r w:rsidRPr="000767E2">
        <w:rPr>
          <w:lang w:val="sv-SE"/>
        </w:rPr>
        <w:t xml:space="preserve"> {{field-on:bible}}För Fadern har Sonen kär och visar honom allt som han själv gör. Och större gärningar än dessa ska han visa honom, så att ni förundras.{{field-off:bible}} [[@</w:t>
      </w:r>
      <w:r w:rsidR="0096445B" w:rsidRPr="000767E2">
        <w:rPr>
          <w:lang w:val="sv-SE"/>
        </w:rPr>
        <w:t>BibleBIBEL82</w:t>
      </w:r>
      <w:r w:rsidRPr="000767E2">
        <w:rPr>
          <w:lang w:val="sv-SE"/>
        </w:rPr>
        <w:t>:John 5:21]]</w:t>
      </w:r>
      <w:r w:rsidRPr="000767E2">
        <w:rPr>
          <w:vertAlign w:val="superscript"/>
          <w:lang w:val="sv-SE"/>
        </w:rPr>
        <w:t>21</w:t>
      </w:r>
      <w:r w:rsidRPr="000767E2">
        <w:rPr>
          <w:lang w:val="sv-SE"/>
        </w:rPr>
        <w:t xml:space="preserve"> {{field-on:bible}}För såsom Fadern uppväcker de döda och levandegör, så levandegör också Sonen dem han vill.{{field-off:bible}} [[@</w:t>
      </w:r>
      <w:r w:rsidR="0096445B" w:rsidRPr="000767E2">
        <w:rPr>
          <w:lang w:val="sv-SE"/>
        </w:rPr>
        <w:t>BibleBIBEL82</w:t>
      </w:r>
      <w:r w:rsidRPr="000767E2">
        <w:rPr>
          <w:lang w:val="sv-SE"/>
        </w:rPr>
        <w:t>:John 5:22]]</w:t>
      </w:r>
      <w:r w:rsidRPr="000767E2">
        <w:rPr>
          <w:vertAlign w:val="superscript"/>
          <w:lang w:val="sv-SE"/>
        </w:rPr>
        <w:t>22</w:t>
      </w:r>
      <w:r w:rsidRPr="000767E2">
        <w:rPr>
          <w:lang w:val="sv-SE"/>
        </w:rPr>
        <w:t xml:space="preserve"> {{field-on:bible}}För inte heller dömer Fadern någon. Nej, hela domen har han gett till Sonen,{{field-off:bible}} [[@</w:t>
      </w:r>
      <w:r w:rsidR="0096445B" w:rsidRPr="000767E2">
        <w:rPr>
          <w:lang w:val="sv-SE"/>
        </w:rPr>
        <w:t>BibleBIBEL82</w:t>
      </w:r>
      <w:r w:rsidRPr="000767E2">
        <w:rPr>
          <w:lang w:val="sv-SE"/>
        </w:rPr>
        <w:t>:John 5:23]]</w:t>
      </w:r>
      <w:r w:rsidRPr="000767E2">
        <w:rPr>
          <w:vertAlign w:val="superscript"/>
          <w:lang w:val="sv-SE"/>
        </w:rPr>
        <w:t>23</w:t>
      </w:r>
      <w:r w:rsidRPr="000767E2">
        <w:rPr>
          <w:lang w:val="sv-SE"/>
        </w:rPr>
        <w:t xml:space="preserve"> {{field-on:bible}}för att alla ska hedra Sonen så som de hedrar Fadern. Den som inte hedrar Sonen, hedrar inte Fadern som har skickat honom.{{field-off:bible}}</w:t>
      </w:r>
    </w:p>
    <w:p w14:paraId="58294574" w14:textId="36554F3C" w:rsidR="00BA33AB" w:rsidRPr="000767E2" w:rsidRDefault="00000000">
      <w:pPr>
        <w:rPr>
          <w:lang w:val="sv-SE"/>
        </w:rPr>
      </w:pPr>
      <w:r w:rsidRPr="000767E2">
        <w:rPr>
          <w:lang w:val="sv-SE"/>
        </w:rPr>
        <w:t>[[@</w:t>
      </w:r>
      <w:r w:rsidR="0096445B" w:rsidRPr="000767E2">
        <w:rPr>
          <w:lang w:val="sv-SE"/>
        </w:rPr>
        <w:t>BibleBIBEL82</w:t>
      </w:r>
      <w:r w:rsidRPr="000767E2">
        <w:rPr>
          <w:lang w:val="sv-SE"/>
        </w:rPr>
        <w:t>:John 5:24]]</w:t>
      </w:r>
      <w:r w:rsidRPr="000767E2">
        <w:rPr>
          <w:vertAlign w:val="superscript"/>
          <w:lang w:val="sv-SE"/>
        </w:rPr>
        <w:t>24</w:t>
      </w:r>
      <w:r w:rsidRPr="000767E2">
        <w:rPr>
          <w:lang w:val="sv-SE"/>
        </w:rPr>
        <w:t xml:space="preserve"> {{field-on:bible}}Amen, amen, jag säger er att: Den som hör mitt ord och tror på honom som har skickat mig har eoniskt liv. Och till dom kommer han inte, utan har gått över från döden till livet.{{field-off:bible}}</w:t>
      </w:r>
    </w:p>
    <w:p w14:paraId="425A542C" w14:textId="296606C5" w:rsidR="00BA33AB" w:rsidRPr="000767E2" w:rsidRDefault="00000000">
      <w:pPr>
        <w:rPr>
          <w:lang w:val="sv-SE"/>
        </w:rPr>
      </w:pPr>
      <w:r w:rsidRPr="000767E2">
        <w:rPr>
          <w:lang w:val="sv-SE"/>
        </w:rPr>
        <w:t>[[@</w:t>
      </w:r>
      <w:r w:rsidR="0096445B" w:rsidRPr="000767E2">
        <w:rPr>
          <w:lang w:val="sv-SE"/>
        </w:rPr>
        <w:t>BibleBIBEL82</w:t>
      </w:r>
      <w:r w:rsidRPr="000767E2">
        <w:rPr>
          <w:lang w:val="sv-SE"/>
        </w:rPr>
        <w:t>:John 5:25]]</w:t>
      </w:r>
      <w:r w:rsidRPr="000767E2">
        <w:rPr>
          <w:vertAlign w:val="superscript"/>
          <w:lang w:val="sv-SE"/>
        </w:rPr>
        <w:t>25</w:t>
      </w:r>
      <w:r w:rsidRPr="000767E2">
        <w:rPr>
          <w:lang w:val="sv-SE"/>
        </w:rPr>
        <w:t xml:space="preserve"> {{field-on:bible}}Amen, amen, jag säger er att det kommer en stund, och det är nu, när de döda ska höra Guds Sons röst. Och de som hör ska leva.{{field-off:bible}} [[@</w:t>
      </w:r>
      <w:r w:rsidR="0096445B" w:rsidRPr="000767E2">
        <w:rPr>
          <w:lang w:val="sv-SE"/>
        </w:rPr>
        <w:t>BibleBIBEL82</w:t>
      </w:r>
      <w:r w:rsidRPr="000767E2">
        <w:rPr>
          <w:lang w:val="sv-SE"/>
        </w:rPr>
        <w:t>:John 5:26]]</w:t>
      </w:r>
      <w:r w:rsidRPr="000767E2">
        <w:rPr>
          <w:vertAlign w:val="superscript"/>
          <w:lang w:val="sv-SE"/>
        </w:rPr>
        <w:t>26</w:t>
      </w:r>
      <w:r w:rsidRPr="000767E2">
        <w:rPr>
          <w:lang w:val="sv-SE"/>
        </w:rPr>
        <w:t xml:space="preserve"> {{field-on:bible}}För såsom Fadern har liv i sig själv, så har han också gett Sonen att ha liv i sig själv.{{field-off:bible}} [[@</w:t>
      </w:r>
      <w:r w:rsidR="0096445B" w:rsidRPr="000767E2">
        <w:rPr>
          <w:lang w:val="sv-SE"/>
        </w:rPr>
        <w:t>BibleBIBEL82</w:t>
      </w:r>
      <w:r w:rsidRPr="000767E2">
        <w:rPr>
          <w:lang w:val="sv-SE"/>
        </w:rPr>
        <w:t>:John 5:27]]</w:t>
      </w:r>
      <w:r w:rsidRPr="000767E2">
        <w:rPr>
          <w:vertAlign w:val="superscript"/>
          <w:lang w:val="sv-SE"/>
        </w:rPr>
        <w:t>27</w:t>
      </w:r>
      <w:r w:rsidRPr="000767E2">
        <w:rPr>
          <w:lang w:val="sv-SE"/>
        </w:rPr>
        <w:t xml:space="preserve"> {{field-on:bible}}Och auktoritet har han gett honom att göra dom, eftersom han är Människoson.{{field-off:bible}} [[@</w:t>
      </w:r>
      <w:r w:rsidR="0096445B" w:rsidRPr="000767E2">
        <w:rPr>
          <w:lang w:val="sv-SE"/>
        </w:rPr>
        <w:t>BibleBIBEL82</w:t>
      </w:r>
      <w:r w:rsidRPr="000767E2">
        <w:rPr>
          <w:lang w:val="sv-SE"/>
        </w:rPr>
        <w:t>:John 5:28]]</w:t>
      </w:r>
      <w:r w:rsidRPr="000767E2">
        <w:rPr>
          <w:vertAlign w:val="superscript"/>
          <w:lang w:val="sv-SE"/>
        </w:rPr>
        <w:t>28</w:t>
      </w:r>
      <w:r w:rsidRPr="000767E2">
        <w:rPr>
          <w:lang w:val="sv-SE"/>
        </w:rPr>
        <w:t xml:space="preserve"> {{field-on:bible}}Var inte förundrade över detta. För det kommer en stund vid vilken alla i gravarna ska höra hans röst{{field-off:bible}} [[@</w:t>
      </w:r>
      <w:r w:rsidR="0096445B" w:rsidRPr="000767E2">
        <w:rPr>
          <w:lang w:val="sv-SE"/>
        </w:rPr>
        <w:t>BibleBIBEL82</w:t>
      </w:r>
      <w:r w:rsidRPr="000767E2">
        <w:rPr>
          <w:lang w:val="sv-SE"/>
        </w:rPr>
        <w:t>:John 5:29]]</w:t>
      </w:r>
      <w:r w:rsidRPr="000767E2">
        <w:rPr>
          <w:vertAlign w:val="superscript"/>
          <w:lang w:val="sv-SE"/>
        </w:rPr>
        <w:t>29</w:t>
      </w:r>
      <w:r w:rsidRPr="000767E2">
        <w:rPr>
          <w:lang w:val="sv-SE"/>
        </w:rPr>
        <w:t xml:space="preserve"> {{field-on:bible}}och gå ut: de som har gjort det goda till en livets uppståndelse, och de som har utövat det usla till en domens uppståndelse.{{field-off:bible}} [[@</w:t>
      </w:r>
      <w:r w:rsidR="0096445B" w:rsidRPr="000767E2">
        <w:rPr>
          <w:lang w:val="sv-SE"/>
        </w:rPr>
        <w:t>BibleBIBEL82</w:t>
      </w:r>
      <w:r w:rsidRPr="000767E2">
        <w:rPr>
          <w:lang w:val="sv-SE"/>
        </w:rPr>
        <w:t>:John 5:30]]</w:t>
      </w:r>
      <w:r w:rsidRPr="000767E2">
        <w:rPr>
          <w:vertAlign w:val="superscript"/>
          <w:lang w:val="sv-SE"/>
        </w:rPr>
        <w:t>30</w:t>
      </w:r>
      <w:r w:rsidRPr="000767E2">
        <w:rPr>
          <w:lang w:val="sv-SE"/>
        </w:rPr>
        <w:t xml:space="preserve"> {{field-on:bible}}Jag kan inte göra något av mig själv. Så som jag hör dömer jag. Och min dom är rättfärdig, eftersom jag inte söker min vilja utan viljan hos honom som har skickat mig.{{field-off:bible}}</w:t>
      </w:r>
    </w:p>
    <w:p w14:paraId="1E5BFE71" w14:textId="77777777" w:rsidR="00BA33AB" w:rsidRPr="000767E2" w:rsidRDefault="00000000">
      <w:pPr>
        <w:pStyle w:val="Rubrik3"/>
        <w:rPr>
          <w:lang w:val="sv-SE"/>
        </w:rPr>
      </w:pPr>
      <w:r w:rsidRPr="000767E2">
        <w:rPr>
          <w:lang w:val="sv-SE"/>
        </w:rPr>
        <w:t>Vittnesbörd om Jesus</w:t>
      </w:r>
    </w:p>
    <w:p w14:paraId="4A3D0274" w14:textId="5B501C68" w:rsidR="00BA33AB" w:rsidRPr="000767E2" w:rsidRDefault="00000000">
      <w:pPr>
        <w:rPr>
          <w:lang w:val="sv-SE"/>
        </w:rPr>
      </w:pPr>
      <w:r w:rsidRPr="000767E2">
        <w:rPr>
          <w:lang w:val="sv-SE"/>
        </w:rPr>
        <w:t>[[@</w:t>
      </w:r>
      <w:r w:rsidR="0096445B" w:rsidRPr="000767E2">
        <w:rPr>
          <w:lang w:val="sv-SE"/>
        </w:rPr>
        <w:t>BibleBIBEL82</w:t>
      </w:r>
      <w:r w:rsidRPr="000767E2">
        <w:rPr>
          <w:lang w:val="sv-SE"/>
        </w:rPr>
        <w:t>:John 5:31]]</w:t>
      </w:r>
      <w:r w:rsidRPr="000767E2">
        <w:rPr>
          <w:vertAlign w:val="superscript"/>
          <w:lang w:val="sv-SE"/>
        </w:rPr>
        <w:t>31</w:t>
      </w:r>
      <w:r w:rsidRPr="000767E2">
        <w:rPr>
          <w:lang w:val="sv-SE"/>
        </w:rPr>
        <w:t xml:space="preserve"> {{field-on:bible}}Om jag vittnar om mig själv är mitt vittnesbörd inte sant.{{field-off:bible}} [[@</w:t>
      </w:r>
      <w:r w:rsidR="0096445B" w:rsidRPr="000767E2">
        <w:rPr>
          <w:lang w:val="sv-SE"/>
        </w:rPr>
        <w:t>BibleBIBEL82</w:t>
      </w:r>
      <w:r w:rsidRPr="000767E2">
        <w:rPr>
          <w:lang w:val="sv-SE"/>
        </w:rPr>
        <w:t>:John 5:32]]</w:t>
      </w:r>
      <w:r w:rsidRPr="000767E2">
        <w:rPr>
          <w:vertAlign w:val="superscript"/>
          <w:lang w:val="sv-SE"/>
        </w:rPr>
        <w:t>32</w:t>
      </w:r>
      <w:r w:rsidRPr="000767E2">
        <w:rPr>
          <w:lang w:val="sv-SE"/>
        </w:rPr>
        <w:t xml:space="preserve"> {{field-on:bible}}Det finns en annan som vittnar om mig, och jag vet att sant är det vittnesbörd </w:t>
      </w:r>
      <w:r w:rsidRPr="000767E2">
        <w:rPr>
          <w:i/>
          <w:lang w:val="sv-SE"/>
        </w:rPr>
        <w:t>med</w:t>
      </w:r>
      <w:r w:rsidRPr="000767E2">
        <w:rPr>
          <w:lang w:val="sv-SE"/>
        </w:rPr>
        <w:t xml:space="preserve"> vilket han vittnar om mig.{{field-off:bible}} [[@</w:t>
      </w:r>
      <w:r w:rsidR="0096445B" w:rsidRPr="000767E2">
        <w:rPr>
          <w:lang w:val="sv-SE"/>
        </w:rPr>
        <w:t>BibleBIBEL82</w:t>
      </w:r>
      <w:r w:rsidRPr="000767E2">
        <w:rPr>
          <w:lang w:val="sv-SE"/>
        </w:rPr>
        <w:t>:John 5:33]]</w:t>
      </w:r>
      <w:r w:rsidRPr="000767E2">
        <w:rPr>
          <w:vertAlign w:val="superscript"/>
          <w:lang w:val="sv-SE"/>
        </w:rPr>
        <w:t>33</w:t>
      </w:r>
      <w:r w:rsidRPr="000767E2">
        <w:rPr>
          <w:lang w:val="sv-SE"/>
        </w:rPr>
        <w:t xml:space="preserve"> {{field-on:bible}}Ni har sänt </w:t>
      </w:r>
      <w:r w:rsidRPr="000767E2">
        <w:rPr>
          <w:i/>
          <w:lang w:val="sv-SE"/>
        </w:rPr>
        <w:t>bud</w:t>
      </w:r>
      <w:r w:rsidRPr="000767E2">
        <w:rPr>
          <w:lang w:val="sv-SE"/>
        </w:rPr>
        <w:t xml:space="preserve"> till Johannes, och han har vittnat för sanningen.{{field-off:bible}} [[@</w:t>
      </w:r>
      <w:r w:rsidR="0096445B" w:rsidRPr="000767E2">
        <w:rPr>
          <w:lang w:val="sv-SE"/>
        </w:rPr>
        <w:t>BibleBIBEL82</w:t>
      </w:r>
      <w:r w:rsidRPr="000767E2">
        <w:rPr>
          <w:lang w:val="sv-SE"/>
        </w:rPr>
        <w:t>:John 5:34]]</w:t>
      </w:r>
      <w:r w:rsidRPr="000767E2">
        <w:rPr>
          <w:vertAlign w:val="superscript"/>
          <w:lang w:val="sv-SE"/>
        </w:rPr>
        <w:t>34</w:t>
      </w:r>
      <w:r w:rsidRPr="000767E2">
        <w:rPr>
          <w:lang w:val="sv-SE"/>
        </w:rPr>
        <w:t xml:space="preserve"> {{field-on:bible}}Och från en människa tar jag inte </w:t>
      </w:r>
      <w:r w:rsidRPr="000767E2">
        <w:rPr>
          <w:i/>
          <w:lang w:val="sv-SE"/>
        </w:rPr>
        <w:t>emot</w:t>
      </w:r>
      <w:r w:rsidRPr="000767E2">
        <w:rPr>
          <w:lang w:val="sv-SE"/>
        </w:rPr>
        <w:t xml:space="preserve"> vittnesbördet, men detta säger </w:t>
      </w:r>
      <w:r w:rsidRPr="000767E2">
        <w:rPr>
          <w:lang w:val="sv-SE"/>
        </w:rPr>
        <w:lastRenderedPageBreak/>
        <w:t>jag för att ni ska bli frälsta.{{field-off:bible}} [[@</w:t>
      </w:r>
      <w:r w:rsidR="0096445B" w:rsidRPr="000767E2">
        <w:rPr>
          <w:lang w:val="sv-SE"/>
        </w:rPr>
        <w:t>BibleBIBEL82</w:t>
      </w:r>
      <w:r w:rsidRPr="000767E2">
        <w:rPr>
          <w:lang w:val="sv-SE"/>
        </w:rPr>
        <w:t>:John 5:35]]</w:t>
      </w:r>
      <w:r w:rsidRPr="000767E2">
        <w:rPr>
          <w:vertAlign w:val="superscript"/>
          <w:lang w:val="sv-SE"/>
        </w:rPr>
        <w:t>35</w:t>
      </w:r>
      <w:r w:rsidRPr="000767E2">
        <w:rPr>
          <w:lang w:val="sv-SE"/>
        </w:rPr>
        <w:t xml:space="preserve"> {{field-on:bible}}Denne var lampan som brann och lyste, och ni ville jubla för en stund i hans ljus.{{field-off:bible}}</w:t>
      </w:r>
    </w:p>
    <w:p w14:paraId="2193E7F8" w14:textId="3DB3335F" w:rsidR="00BA33AB" w:rsidRPr="000767E2" w:rsidRDefault="00000000">
      <w:pPr>
        <w:rPr>
          <w:lang w:val="sv-SE"/>
        </w:rPr>
      </w:pPr>
      <w:r w:rsidRPr="000767E2">
        <w:rPr>
          <w:lang w:val="sv-SE"/>
        </w:rPr>
        <w:t>[[@</w:t>
      </w:r>
      <w:r w:rsidR="0096445B" w:rsidRPr="000767E2">
        <w:rPr>
          <w:lang w:val="sv-SE"/>
        </w:rPr>
        <w:t>BibleBIBEL82</w:t>
      </w:r>
      <w:r w:rsidRPr="000767E2">
        <w:rPr>
          <w:lang w:val="sv-SE"/>
        </w:rPr>
        <w:t>:John 5:36]]</w:t>
      </w:r>
      <w:r w:rsidRPr="000767E2">
        <w:rPr>
          <w:vertAlign w:val="superscript"/>
          <w:lang w:val="sv-SE"/>
        </w:rPr>
        <w:t>36</w:t>
      </w:r>
      <w:r w:rsidRPr="000767E2">
        <w:rPr>
          <w:lang w:val="sv-SE"/>
        </w:rPr>
        <w:t xml:space="preserve"> {{field-on:bible}}Men jag har det vittnesbörd </w:t>
      </w:r>
      <w:r w:rsidRPr="000767E2">
        <w:rPr>
          <w:i/>
          <w:lang w:val="sv-SE"/>
        </w:rPr>
        <w:t>som är</w:t>
      </w:r>
      <w:r w:rsidRPr="000767E2">
        <w:rPr>
          <w:lang w:val="sv-SE"/>
        </w:rPr>
        <w:t xml:space="preserve"> större än Johannes. För gärningarna som Fadern har gett mig för att jag ska fullkomna dem, själva gärningarna som jag gör, de vittnar om mig att Fadern har sänt mig.{{field-off:bible}} [[@</w:t>
      </w:r>
      <w:r w:rsidR="0096445B" w:rsidRPr="000767E2">
        <w:rPr>
          <w:lang w:val="sv-SE"/>
        </w:rPr>
        <w:t>BibleBIBEL82</w:t>
      </w:r>
      <w:r w:rsidRPr="000767E2">
        <w:rPr>
          <w:lang w:val="sv-SE"/>
        </w:rPr>
        <w:t>:John 5:37]]</w:t>
      </w:r>
      <w:r w:rsidRPr="000767E2">
        <w:rPr>
          <w:vertAlign w:val="superscript"/>
          <w:lang w:val="sv-SE"/>
        </w:rPr>
        <w:t>37</w:t>
      </w:r>
      <w:r w:rsidRPr="000767E2">
        <w:rPr>
          <w:lang w:val="sv-SE"/>
        </w:rPr>
        <w:t xml:space="preserve"> {{field-on:bible}}Och Fadern som har skickat mig, denne har vittnat om mig. Och hans röst har ni aldrig någonsin hört, och hans skepnad har ni inte sett,{{field-off:bible}} [[@</w:t>
      </w:r>
      <w:r w:rsidR="0096445B" w:rsidRPr="000767E2">
        <w:rPr>
          <w:lang w:val="sv-SE"/>
        </w:rPr>
        <w:t>BibleBIBEL82</w:t>
      </w:r>
      <w:r w:rsidRPr="000767E2">
        <w:rPr>
          <w:lang w:val="sv-SE"/>
        </w:rPr>
        <w:t>:John 5:38]]</w:t>
      </w:r>
      <w:r w:rsidRPr="000767E2">
        <w:rPr>
          <w:vertAlign w:val="superscript"/>
          <w:lang w:val="sv-SE"/>
        </w:rPr>
        <w:t>38</w:t>
      </w:r>
      <w:r w:rsidRPr="000767E2">
        <w:rPr>
          <w:lang w:val="sv-SE"/>
        </w:rPr>
        <w:t xml:space="preserve"> {{field-on:bible}}och hans ord har ni inte förblivande i er. För den som denne har sänt, honom tror ni inte.{{field-off:bible}} [[@</w:t>
      </w:r>
      <w:r w:rsidR="0096445B" w:rsidRPr="000767E2">
        <w:rPr>
          <w:lang w:val="sv-SE"/>
        </w:rPr>
        <w:t>BibleBIBEL82</w:t>
      </w:r>
      <w:r w:rsidRPr="000767E2">
        <w:rPr>
          <w:lang w:val="sv-SE"/>
        </w:rPr>
        <w:t>:John 5:39]]</w:t>
      </w:r>
      <w:r w:rsidRPr="000767E2">
        <w:rPr>
          <w:vertAlign w:val="superscript"/>
          <w:lang w:val="sv-SE"/>
        </w:rPr>
        <w:t>39</w:t>
      </w:r>
      <w:r w:rsidRPr="000767E2">
        <w:rPr>
          <w:lang w:val="sv-SE"/>
        </w:rPr>
        <w:t xml:space="preserve"> {{field-on:bible}}Ni utforskar Skrifterna, för ni tänker er att ni i dem har eoniskt liv. Och det är dessa som vittnar om mig,{{field-off:bible}} [[@</w:t>
      </w:r>
      <w:r w:rsidR="0096445B" w:rsidRPr="000767E2">
        <w:rPr>
          <w:lang w:val="sv-SE"/>
        </w:rPr>
        <w:t>BibleBIBEL82</w:t>
      </w:r>
      <w:r w:rsidRPr="000767E2">
        <w:rPr>
          <w:lang w:val="sv-SE"/>
        </w:rPr>
        <w:t>:John 5:40]]</w:t>
      </w:r>
      <w:r w:rsidRPr="000767E2">
        <w:rPr>
          <w:vertAlign w:val="superscript"/>
          <w:lang w:val="sv-SE"/>
        </w:rPr>
        <w:t>40</w:t>
      </w:r>
      <w:r w:rsidRPr="000767E2">
        <w:rPr>
          <w:lang w:val="sv-SE"/>
        </w:rPr>
        <w:t xml:space="preserve"> {{field-on:bible}}och ni vill inte komma till mig för att ha liv.{{field-off:bible}}</w:t>
      </w:r>
    </w:p>
    <w:p w14:paraId="4236E80A" w14:textId="35E94EDE" w:rsidR="00BA33AB" w:rsidRPr="000767E2" w:rsidRDefault="00000000">
      <w:pPr>
        <w:rPr>
          <w:lang w:val="sv-SE"/>
        </w:rPr>
      </w:pPr>
      <w:r w:rsidRPr="000767E2">
        <w:rPr>
          <w:lang w:val="sv-SE"/>
        </w:rPr>
        <w:t>[[@</w:t>
      </w:r>
      <w:r w:rsidR="0096445B" w:rsidRPr="000767E2">
        <w:rPr>
          <w:lang w:val="sv-SE"/>
        </w:rPr>
        <w:t>BibleBIBEL82</w:t>
      </w:r>
      <w:r w:rsidRPr="000767E2">
        <w:rPr>
          <w:lang w:val="sv-SE"/>
        </w:rPr>
        <w:t>:John 5:41]]</w:t>
      </w:r>
      <w:r w:rsidRPr="000767E2">
        <w:rPr>
          <w:vertAlign w:val="superscript"/>
          <w:lang w:val="sv-SE"/>
        </w:rPr>
        <w:t>41</w:t>
      </w:r>
      <w:r w:rsidRPr="000767E2">
        <w:rPr>
          <w:lang w:val="sv-SE"/>
        </w:rPr>
        <w:t xml:space="preserve"> {{field-on:bible}}Ära från människor tar jag inte </w:t>
      </w:r>
      <w:r w:rsidRPr="000767E2">
        <w:rPr>
          <w:i/>
          <w:lang w:val="sv-SE"/>
        </w:rPr>
        <w:t>emot</w:t>
      </w:r>
      <w:r w:rsidRPr="000767E2">
        <w:rPr>
          <w:lang w:val="sv-SE"/>
        </w:rPr>
        <w:t>.{{field-off:bible}} [[@</w:t>
      </w:r>
      <w:r w:rsidR="0096445B" w:rsidRPr="000767E2">
        <w:rPr>
          <w:lang w:val="sv-SE"/>
        </w:rPr>
        <w:t>BibleBIBEL82</w:t>
      </w:r>
      <w:r w:rsidRPr="000767E2">
        <w:rPr>
          <w:lang w:val="sv-SE"/>
        </w:rPr>
        <w:t>:John 5:42]]</w:t>
      </w:r>
      <w:r w:rsidRPr="000767E2">
        <w:rPr>
          <w:vertAlign w:val="superscript"/>
          <w:lang w:val="sv-SE"/>
        </w:rPr>
        <w:t>42</w:t>
      </w:r>
      <w:r w:rsidRPr="000767E2">
        <w:rPr>
          <w:lang w:val="sv-SE"/>
        </w:rPr>
        <w:t xml:space="preserve"> {{field-on:bible}}Nej, jag har lärt känna er, att Guds kärlek har ni inte inom er.{{field-off:bible}} [[@</w:t>
      </w:r>
      <w:r w:rsidR="0096445B" w:rsidRPr="000767E2">
        <w:rPr>
          <w:lang w:val="sv-SE"/>
        </w:rPr>
        <w:t>BibleBIBEL82</w:t>
      </w:r>
      <w:r w:rsidRPr="000767E2">
        <w:rPr>
          <w:lang w:val="sv-SE"/>
        </w:rPr>
        <w:t>:John 5:43]]</w:t>
      </w:r>
      <w:r w:rsidRPr="000767E2">
        <w:rPr>
          <w:vertAlign w:val="superscript"/>
          <w:lang w:val="sv-SE"/>
        </w:rPr>
        <w:t>43</w:t>
      </w:r>
      <w:r w:rsidRPr="000767E2">
        <w:rPr>
          <w:lang w:val="sv-SE"/>
        </w:rPr>
        <w:t xml:space="preserve"> {{field-on:bible}}Jag har kommit i min Fars namn, och ni tar inte </w:t>
      </w:r>
      <w:r w:rsidRPr="000767E2">
        <w:rPr>
          <w:i/>
          <w:lang w:val="sv-SE"/>
        </w:rPr>
        <w:t>emot</w:t>
      </w:r>
      <w:r w:rsidRPr="000767E2">
        <w:rPr>
          <w:lang w:val="sv-SE"/>
        </w:rPr>
        <w:t xml:space="preserve"> mig. Om en annan kommer i </w:t>
      </w:r>
      <w:r w:rsidRPr="000767E2">
        <w:rPr>
          <w:i/>
          <w:lang w:val="sv-SE"/>
        </w:rPr>
        <w:t>sitt</w:t>
      </w:r>
      <w:r w:rsidRPr="000767E2">
        <w:rPr>
          <w:lang w:val="sv-SE"/>
        </w:rPr>
        <w:t xml:space="preserve"> eget namn, den tar ni </w:t>
      </w:r>
      <w:r w:rsidRPr="000767E2">
        <w:rPr>
          <w:i/>
          <w:lang w:val="sv-SE"/>
        </w:rPr>
        <w:t>emot</w:t>
      </w:r>
      <w:r w:rsidRPr="000767E2">
        <w:rPr>
          <w:lang w:val="sv-SE"/>
        </w:rPr>
        <w:t>.{{field-off:bible}} [[@</w:t>
      </w:r>
      <w:r w:rsidR="0096445B" w:rsidRPr="000767E2">
        <w:rPr>
          <w:lang w:val="sv-SE"/>
        </w:rPr>
        <w:t>BibleBIBEL82</w:t>
      </w:r>
      <w:r w:rsidRPr="000767E2">
        <w:rPr>
          <w:lang w:val="sv-SE"/>
        </w:rPr>
        <w:t>:John 5:44]]</w:t>
      </w:r>
      <w:r w:rsidRPr="000767E2">
        <w:rPr>
          <w:vertAlign w:val="superscript"/>
          <w:lang w:val="sv-SE"/>
        </w:rPr>
        <w:t>44</w:t>
      </w:r>
      <w:r w:rsidRPr="000767E2">
        <w:rPr>
          <w:lang w:val="sv-SE"/>
        </w:rPr>
        <w:t xml:space="preserve"> {{field-on:bible}}Hur kan ni tro, när ni tar </w:t>
      </w:r>
      <w:r w:rsidRPr="000767E2">
        <w:rPr>
          <w:i/>
          <w:lang w:val="sv-SE"/>
        </w:rPr>
        <w:t>emot</w:t>
      </w:r>
      <w:r w:rsidRPr="000767E2">
        <w:rPr>
          <w:lang w:val="sv-SE"/>
        </w:rPr>
        <w:t xml:space="preserve"> ära från varandra och inte söker äran från den ende Guden?{{field-off:bible}}</w:t>
      </w:r>
    </w:p>
    <w:p w14:paraId="4F70A465" w14:textId="3DC8ED30" w:rsidR="00BA33AB" w:rsidRPr="000767E2" w:rsidRDefault="00000000">
      <w:pPr>
        <w:rPr>
          <w:lang w:val="sv-SE"/>
        </w:rPr>
      </w:pPr>
      <w:r w:rsidRPr="000767E2">
        <w:rPr>
          <w:lang w:val="sv-SE"/>
        </w:rPr>
        <w:t>[[@</w:t>
      </w:r>
      <w:r w:rsidR="0096445B" w:rsidRPr="000767E2">
        <w:rPr>
          <w:lang w:val="sv-SE"/>
        </w:rPr>
        <w:t>BibleBIBEL82</w:t>
      </w:r>
      <w:r w:rsidRPr="000767E2">
        <w:rPr>
          <w:lang w:val="sv-SE"/>
        </w:rPr>
        <w:t>:John 5:45]]</w:t>
      </w:r>
      <w:r w:rsidRPr="000767E2">
        <w:rPr>
          <w:vertAlign w:val="superscript"/>
          <w:lang w:val="sv-SE"/>
        </w:rPr>
        <w:t>45</w:t>
      </w:r>
      <w:r w:rsidRPr="000767E2">
        <w:rPr>
          <w:lang w:val="sv-SE"/>
        </w:rPr>
        <w:t xml:space="preserve"> {{field-on:bible}}Tänk er inte att jag kommer att anklaga er hos Fadern. Det finns den som anklagar er: Mose, till vilken ni har satt hopp.{{field-off:bible}} [[@</w:t>
      </w:r>
      <w:r w:rsidR="0096445B" w:rsidRPr="000767E2">
        <w:rPr>
          <w:lang w:val="sv-SE"/>
        </w:rPr>
        <w:t>BibleBIBEL82</w:t>
      </w:r>
      <w:r w:rsidRPr="000767E2">
        <w:rPr>
          <w:lang w:val="sv-SE"/>
        </w:rPr>
        <w:t>:John 5:46]]</w:t>
      </w:r>
      <w:r w:rsidRPr="000767E2">
        <w:rPr>
          <w:vertAlign w:val="superscript"/>
          <w:lang w:val="sv-SE"/>
        </w:rPr>
        <w:t>46</w:t>
      </w:r>
      <w:r w:rsidRPr="000767E2">
        <w:rPr>
          <w:lang w:val="sv-SE"/>
        </w:rPr>
        <w:t xml:space="preserve"> {{field-on:bible}}För om ni trodde Mose, hade ni trott mig. För </w:t>
      </w:r>
      <w:r w:rsidRPr="000767E2">
        <w:rPr>
          <w:i/>
          <w:lang w:val="sv-SE"/>
        </w:rPr>
        <w:t>det är</w:t>
      </w:r>
      <w:r w:rsidRPr="000767E2">
        <w:rPr>
          <w:lang w:val="sv-SE"/>
        </w:rPr>
        <w:t xml:space="preserve"> om mig denne har skrivit.{{field-off:bible}} [[@</w:t>
      </w:r>
      <w:r w:rsidR="0096445B" w:rsidRPr="000767E2">
        <w:rPr>
          <w:lang w:val="sv-SE"/>
        </w:rPr>
        <w:t>BibleBIBEL82</w:t>
      </w:r>
      <w:r w:rsidRPr="000767E2">
        <w:rPr>
          <w:lang w:val="sv-SE"/>
        </w:rPr>
        <w:t>:John 5:47]]</w:t>
      </w:r>
      <w:r w:rsidRPr="000767E2">
        <w:rPr>
          <w:vertAlign w:val="superscript"/>
          <w:lang w:val="sv-SE"/>
        </w:rPr>
        <w:t>47</w:t>
      </w:r>
      <w:r w:rsidRPr="000767E2">
        <w:rPr>
          <w:lang w:val="sv-SE"/>
        </w:rPr>
        <w:t xml:space="preserve"> {{field-on:bible}}Men om ni inte tror dennes texter, hur ska ni tro mina ord?”{{field-off:bible}}</w:t>
      </w:r>
    </w:p>
    <w:p w14:paraId="2F5F8B96" w14:textId="19EA306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6]]Kapitel 6</w:t>
      </w:r>
    </w:p>
    <w:p w14:paraId="7F7ACB9C" w14:textId="77777777" w:rsidR="00BA33AB" w:rsidRPr="000767E2" w:rsidRDefault="00000000">
      <w:pPr>
        <w:pStyle w:val="Rubrik3"/>
        <w:rPr>
          <w:lang w:val="sv-SE"/>
        </w:rPr>
      </w:pPr>
      <w:r w:rsidRPr="000767E2">
        <w:rPr>
          <w:lang w:val="sv-SE"/>
        </w:rPr>
        <w:t>Jesus mättar femtusen</w:t>
      </w:r>
    </w:p>
    <w:p w14:paraId="24E222E0" w14:textId="02D827A7" w:rsidR="00BA33AB" w:rsidRPr="000767E2" w:rsidRDefault="00000000">
      <w:pPr>
        <w:rPr>
          <w:lang w:val="sv-SE"/>
        </w:rPr>
      </w:pPr>
      <w:r w:rsidRPr="000767E2">
        <w:rPr>
          <w:lang w:val="sv-SE"/>
        </w:rPr>
        <w:t>[[@</w:t>
      </w:r>
      <w:r w:rsidR="0096445B" w:rsidRPr="000767E2">
        <w:rPr>
          <w:lang w:val="sv-SE"/>
        </w:rPr>
        <w:t>BibleBIBEL82</w:t>
      </w:r>
      <w:r w:rsidRPr="000767E2">
        <w:rPr>
          <w:lang w:val="sv-SE"/>
        </w:rPr>
        <w:t>:John 6:1]]</w:t>
      </w:r>
      <w:r w:rsidRPr="000767E2">
        <w:rPr>
          <w:vertAlign w:val="superscript"/>
          <w:lang w:val="sv-SE"/>
        </w:rPr>
        <w:t>1</w:t>
      </w:r>
      <w:r w:rsidRPr="000767E2">
        <w:rPr>
          <w:lang w:val="sv-SE"/>
        </w:rPr>
        <w:t xml:space="preserve"> {{field-on:bible}}Efter detta for Jesus iväg till andra sidan av Galileens hav, Tiberias </w:t>
      </w:r>
      <w:r w:rsidRPr="000767E2">
        <w:rPr>
          <w:i/>
          <w:lang w:val="sv-SE"/>
        </w:rPr>
        <w:t>hav</w:t>
      </w:r>
      <w:r w:rsidRPr="000767E2">
        <w:rPr>
          <w:lang w:val="sv-SE"/>
        </w:rPr>
        <w:t>.{{field-off:bible}} [[@</w:t>
      </w:r>
      <w:r w:rsidR="0096445B" w:rsidRPr="000767E2">
        <w:rPr>
          <w:lang w:val="sv-SE"/>
        </w:rPr>
        <w:t>BibleBIBEL82</w:t>
      </w:r>
      <w:r w:rsidRPr="000767E2">
        <w:rPr>
          <w:lang w:val="sv-SE"/>
        </w:rPr>
        <w:t>:John 6:2]]</w:t>
      </w:r>
      <w:r w:rsidRPr="000767E2">
        <w:rPr>
          <w:vertAlign w:val="superscript"/>
          <w:lang w:val="sv-SE"/>
        </w:rPr>
        <w:t>2</w:t>
      </w:r>
      <w:r w:rsidRPr="000767E2">
        <w:rPr>
          <w:lang w:val="sv-SE"/>
        </w:rPr>
        <w:t xml:space="preserve"> {{field-on:bible}}Och </w:t>
      </w:r>
      <w:r w:rsidRPr="000767E2">
        <w:rPr>
          <w:i/>
          <w:lang w:val="sv-SE"/>
        </w:rPr>
        <w:t>det</w:t>
      </w:r>
      <w:r w:rsidRPr="000767E2">
        <w:rPr>
          <w:lang w:val="sv-SE"/>
        </w:rPr>
        <w:t xml:space="preserve"> följde honom en stor skara, eftersom de skådade tecknen som han gjorde på de sjuka.{{field-off:bible}} [[@</w:t>
      </w:r>
      <w:r w:rsidR="0096445B" w:rsidRPr="000767E2">
        <w:rPr>
          <w:lang w:val="sv-SE"/>
        </w:rPr>
        <w:t>BibleBIBEL82</w:t>
      </w:r>
      <w:r w:rsidRPr="000767E2">
        <w:rPr>
          <w:lang w:val="sv-SE"/>
        </w:rPr>
        <w:t>:John 6:3]]</w:t>
      </w:r>
      <w:r w:rsidRPr="000767E2">
        <w:rPr>
          <w:vertAlign w:val="superscript"/>
          <w:lang w:val="sv-SE"/>
        </w:rPr>
        <w:t>3</w:t>
      </w:r>
      <w:r w:rsidRPr="000767E2">
        <w:rPr>
          <w:lang w:val="sv-SE"/>
        </w:rPr>
        <w:t xml:space="preserve"> {{field-on:bible}}Men upp till berget gick Jesus, och där satt han med sina lärjungar.{{field-off:bible}} [[@</w:t>
      </w:r>
      <w:r w:rsidR="0096445B" w:rsidRPr="000767E2">
        <w:rPr>
          <w:lang w:val="sv-SE"/>
        </w:rPr>
        <w:t>BibleBIBEL82</w:t>
      </w:r>
      <w:r w:rsidRPr="000767E2">
        <w:rPr>
          <w:lang w:val="sv-SE"/>
        </w:rPr>
        <w:t>:John 6:4]]</w:t>
      </w:r>
      <w:r w:rsidRPr="000767E2">
        <w:rPr>
          <w:vertAlign w:val="superscript"/>
          <w:lang w:val="sv-SE"/>
        </w:rPr>
        <w:t>4</w:t>
      </w:r>
      <w:r w:rsidRPr="000767E2">
        <w:rPr>
          <w:lang w:val="sv-SE"/>
        </w:rPr>
        <w:t xml:space="preserve"> {{field-on:bible}}Och påsken var nära, judarnas högtid.{{field-off:bible}}</w:t>
      </w:r>
    </w:p>
    <w:p w14:paraId="1260A0F4" w14:textId="3FCBBA7C" w:rsidR="00BA33AB" w:rsidRPr="000767E2" w:rsidRDefault="00000000">
      <w:pPr>
        <w:rPr>
          <w:lang w:val="sv-SE"/>
        </w:rPr>
      </w:pPr>
      <w:r w:rsidRPr="000767E2">
        <w:rPr>
          <w:lang w:val="sv-SE"/>
        </w:rPr>
        <w:t>[[@</w:t>
      </w:r>
      <w:r w:rsidR="0096445B" w:rsidRPr="000767E2">
        <w:rPr>
          <w:lang w:val="sv-SE"/>
        </w:rPr>
        <w:t>BibleBIBEL82</w:t>
      </w:r>
      <w:r w:rsidRPr="000767E2">
        <w:rPr>
          <w:lang w:val="sv-SE"/>
        </w:rPr>
        <w:t>:John 6:5]]</w:t>
      </w:r>
      <w:r w:rsidRPr="000767E2">
        <w:rPr>
          <w:vertAlign w:val="superscript"/>
          <w:lang w:val="sv-SE"/>
        </w:rPr>
        <w:t>5</w:t>
      </w:r>
      <w:r w:rsidRPr="000767E2">
        <w:rPr>
          <w:lang w:val="sv-SE"/>
        </w:rPr>
        <w:t xml:space="preserve"> {{field-on:bible}}Nu lyfter Jesus ögonen och skådar att en stor skara kommer till honom, och han säger till Filippos: ”Varifrån ska vi köpa bröd så att dessa kan äta?”{{field-off:bible}} [[@</w:t>
      </w:r>
      <w:r w:rsidR="0096445B" w:rsidRPr="000767E2">
        <w:rPr>
          <w:lang w:val="sv-SE"/>
        </w:rPr>
        <w:t>BibleBIBEL82</w:t>
      </w:r>
      <w:r w:rsidRPr="000767E2">
        <w:rPr>
          <w:lang w:val="sv-SE"/>
        </w:rPr>
        <w:t>:John 6:6]]</w:t>
      </w:r>
      <w:r w:rsidRPr="000767E2">
        <w:rPr>
          <w:vertAlign w:val="superscript"/>
          <w:lang w:val="sv-SE"/>
        </w:rPr>
        <w:t>6</w:t>
      </w:r>
      <w:r w:rsidRPr="000767E2">
        <w:rPr>
          <w:lang w:val="sv-SE"/>
        </w:rPr>
        <w:t xml:space="preserve"> {{field-on:bible}}Men detta sade han prövande honom, för själv visste han vad han skulle göra.{{field-off:bible}} [[@</w:t>
      </w:r>
      <w:r w:rsidR="0096445B" w:rsidRPr="000767E2">
        <w:rPr>
          <w:lang w:val="sv-SE"/>
        </w:rPr>
        <w:t>BibleBIBEL82</w:t>
      </w:r>
      <w:r w:rsidRPr="000767E2">
        <w:rPr>
          <w:lang w:val="sv-SE"/>
        </w:rPr>
        <w:t>:John 6:7]]</w:t>
      </w:r>
      <w:r w:rsidRPr="000767E2">
        <w:rPr>
          <w:vertAlign w:val="superscript"/>
          <w:lang w:val="sv-SE"/>
        </w:rPr>
        <w:t>7</w:t>
      </w:r>
      <w:r w:rsidRPr="000767E2">
        <w:rPr>
          <w:lang w:val="sv-SE"/>
        </w:rPr>
        <w:t xml:space="preserve"> {{field-on:bible}}Filippos svarade honom: ”Bröd för tvåhundra </w:t>
      </w:r>
      <w:r w:rsidRPr="000767E2">
        <w:rPr>
          <w:lang w:val="sv-SE"/>
        </w:rPr>
        <w:lastRenderedPageBreak/>
        <w:t>denarer räcker inte för dem, så att var och en får [något] litet.”{{field-off:bible}} [[@</w:t>
      </w:r>
      <w:r w:rsidR="0096445B" w:rsidRPr="000767E2">
        <w:rPr>
          <w:lang w:val="sv-SE"/>
        </w:rPr>
        <w:t>BibleBIBEL82</w:t>
      </w:r>
      <w:r w:rsidRPr="000767E2">
        <w:rPr>
          <w:lang w:val="sv-SE"/>
        </w:rPr>
        <w:t>:John 6:8]]</w:t>
      </w:r>
      <w:r w:rsidRPr="000767E2">
        <w:rPr>
          <w:vertAlign w:val="superscript"/>
          <w:lang w:val="sv-SE"/>
        </w:rPr>
        <w:t>8</w:t>
      </w:r>
      <w:r w:rsidRPr="000767E2">
        <w:rPr>
          <w:lang w:val="sv-SE"/>
        </w:rPr>
        <w:t xml:space="preserve"> {{field-on:bible}}</w:t>
      </w:r>
      <w:r w:rsidRPr="000767E2">
        <w:rPr>
          <w:i/>
          <w:lang w:val="sv-SE"/>
        </w:rPr>
        <w:t>Då</w:t>
      </w:r>
      <w:r w:rsidRPr="000767E2">
        <w:rPr>
          <w:lang w:val="sv-SE"/>
        </w:rPr>
        <w:t xml:space="preserve"> säger honom en av hans lärjungar, Andreas, bror till Simon Petrus:{{field-off:bible}} [[@</w:t>
      </w:r>
      <w:r w:rsidR="0096445B" w:rsidRPr="000767E2">
        <w:rPr>
          <w:lang w:val="sv-SE"/>
        </w:rPr>
        <w:t>BibleBIBEL82</w:t>
      </w:r>
      <w:r w:rsidRPr="000767E2">
        <w:rPr>
          <w:lang w:val="sv-SE"/>
        </w:rPr>
        <w:t>:John 6:9]]</w:t>
      </w:r>
      <w:r w:rsidRPr="000767E2">
        <w:rPr>
          <w:vertAlign w:val="superscript"/>
          <w:lang w:val="sv-SE"/>
        </w:rPr>
        <w:t>9</w:t>
      </w:r>
      <w:r w:rsidRPr="000767E2">
        <w:rPr>
          <w:lang w:val="sv-SE"/>
        </w:rPr>
        <w:t xml:space="preserve"> {{field-on:bible}}”Det finns en liten gosse här som har fem kornbröd och två matfiskar. Men detta, vad är </w:t>
      </w:r>
      <w:r w:rsidRPr="000767E2">
        <w:rPr>
          <w:i/>
          <w:lang w:val="sv-SE"/>
        </w:rPr>
        <w:t>det</w:t>
      </w:r>
      <w:r w:rsidRPr="000767E2">
        <w:rPr>
          <w:lang w:val="sv-SE"/>
        </w:rPr>
        <w:t xml:space="preserve"> till så många?”{{field-off:bible}}</w:t>
      </w:r>
    </w:p>
    <w:p w14:paraId="200B5F40" w14:textId="42596B61" w:rsidR="00BA33AB" w:rsidRPr="000767E2" w:rsidRDefault="00000000">
      <w:pPr>
        <w:rPr>
          <w:lang w:val="sv-SE"/>
        </w:rPr>
      </w:pPr>
      <w:r w:rsidRPr="000767E2">
        <w:rPr>
          <w:lang w:val="sv-SE"/>
        </w:rPr>
        <w:t>[[@</w:t>
      </w:r>
      <w:r w:rsidR="0096445B" w:rsidRPr="000767E2">
        <w:rPr>
          <w:lang w:val="sv-SE"/>
        </w:rPr>
        <w:t>BibleBIBEL82</w:t>
      </w:r>
      <w:r w:rsidRPr="000767E2">
        <w:rPr>
          <w:lang w:val="sv-SE"/>
        </w:rPr>
        <w:t>:John 6:10]]</w:t>
      </w:r>
      <w:r w:rsidRPr="000767E2">
        <w:rPr>
          <w:vertAlign w:val="superscript"/>
          <w:lang w:val="sv-SE"/>
        </w:rPr>
        <w:t>10</w:t>
      </w:r>
      <w:r w:rsidRPr="000767E2">
        <w:rPr>
          <w:lang w:val="sv-SE"/>
        </w:rPr>
        <w:t xml:space="preserve"> {{field-on:bible}}Jesus sade: ”Gör </w:t>
      </w:r>
      <w:r w:rsidRPr="000767E2">
        <w:rPr>
          <w:i/>
          <w:lang w:val="sv-SE"/>
        </w:rPr>
        <w:t>så</w:t>
      </w:r>
      <w:r w:rsidRPr="000767E2">
        <w:rPr>
          <w:lang w:val="sv-SE"/>
        </w:rPr>
        <w:t xml:space="preserve"> att människorna ligger </w:t>
      </w:r>
      <w:r w:rsidRPr="000767E2">
        <w:rPr>
          <w:i/>
          <w:lang w:val="sv-SE"/>
        </w:rPr>
        <w:t>till bords</w:t>
      </w:r>
      <w:r w:rsidRPr="000767E2">
        <w:rPr>
          <w:lang w:val="sv-SE"/>
        </w:rPr>
        <w:t xml:space="preserve">.” Och det fanns mycket gräs på platsen. Nu lade sig männen </w:t>
      </w:r>
      <w:r w:rsidRPr="000767E2">
        <w:rPr>
          <w:i/>
          <w:lang w:val="sv-SE"/>
        </w:rPr>
        <w:t>till bords</w:t>
      </w:r>
      <w:r w:rsidRPr="000767E2">
        <w:rPr>
          <w:lang w:val="sv-SE"/>
        </w:rPr>
        <w:t>, till antalet ungefär femtusen.{{field-off:bible}} [[@</w:t>
      </w:r>
      <w:r w:rsidR="0096445B" w:rsidRPr="000767E2">
        <w:rPr>
          <w:lang w:val="sv-SE"/>
        </w:rPr>
        <w:t>BibleBIBEL82</w:t>
      </w:r>
      <w:r w:rsidRPr="000767E2">
        <w:rPr>
          <w:lang w:val="sv-SE"/>
        </w:rPr>
        <w:t>:John 6:11]]</w:t>
      </w:r>
      <w:r w:rsidRPr="000767E2">
        <w:rPr>
          <w:vertAlign w:val="superscript"/>
          <w:lang w:val="sv-SE"/>
        </w:rPr>
        <w:t>11</w:t>
      </w:r>
      <w:r w:rsidRPr="000767E2">
        <w:rPr>
          <w:lang w:val="sv-SE"/>
        </w:rPr>
        <w:t xml:space="preserve"> {{field-on:bible}}Då tog Jesus bröden, och han tackade och delade ut till dem som låg </w:t>
      </w:r>
      <w:r w:rsidRPr="000767E2">
        <w:rPr>
          <w:i/>
          <w:lang w:val="sv-SE"/>
        </w:rPr>
        <w:t>till bords</w:t>
      </w:r>
      <w:r w:rsidRPr="000767E2">
        <w:rPr>
          <w:lang w:val="sv-SE"/>
        </w:rPr>
        <w:t>. Likaså även av matfiskarna, så mycket de ville.{{field-off:bible}} [[@</w:t>
      </w:r>
      <w:r w:rsidR="0096445B" w:rsidRPr="000767E2">
        <w:rPr>
          <w:lang w:val="sv-SE"/>
        </w:rPr>
        <w:t>BibleBIBEL82</w:t>
      </w:r>
      <w:r w:rsidRPr="000767E2">
        <w:rPr>
          <w:lang w:val="sv-SE"/>
        </w:rPr>
        <w:t>:John 6:12]]</w:t>
      </w:r>
      <w:r w:rsidRPr="000767E2">
        <w:rPr>
          <w:vertAlign w:val="superscript"/>
          <w:lang w:val="sv-SE"/>
        </w:rPr>
        <w:t>12</w:t>
      </w:r>
      <w:r w:rsidRPr="000767E2">
        <w:rPr>
          <w:lang w:val="sv-SE"/>
        </w:rPr>
        <w:t xml:space="preserve"> {{field-on:bible}}Och när de var mättade, säger han till sina lärjungar: ”Samla ihop de överblivna bitarna så att inget går förlorat.”{{field-off:bible}} [[@</w:t>
      </w:r>
      <w:r w:rsidR="0096445B" w:rsidRPr="000767E2">
        <w:rPr>
          <w:lang w:val="sv-SE"/>
        </w:rPr>
        <w:t>BibleBIBEL82</w:t>
      </w:r>
      <w:r w:rsidRPr="000767E2">
        <w:rPr>
          <w:lang w:val="sv-SE"/>
        </w:rPr>
        <w:t>:John 6:13]]</w:t>
      </w:r>
      <w:r w:rsidRPr="000767E2">
        <w:rPr>
          <w:vertAlign w:val="superscript"/>
          <w:lang w:val="sv-SE"/>
        </w:rPr>
        <w:t>13</w:t>
      </w:r>
      <w:r w:rsidRPr="000767E2">
        <w:rPr>
          <w:lang w:val="sv-SE"/>
        </w:rPr>
        <w:t xml:space="preserve"> {{field-on:bible}}De samlade då ihop och fyllde tolv korgar med bitar från de fem kornbröden som blivit över för dem som hade spisat.{{field-off:bible}}</w:t>
      </w:r>
    </w:p>
    <w:p w14:paraId="6F51CCF9" w14:textId="155CB1E7" w:rsidR="00BA33AB" w:rsidRPr="000767E2" w:rsidRDefault="00000000">
      <w:pPr>
        <w:rPr>
          <w:lang w:val="sv-SE"/>
        </w:rPr>
      </w:pPr>
      <w:r w:rsidRPr="000767E2">
        <w:rPr>
          <w:lang w:val="sv-SE"/>
        </w:rPr>
        <w:t>[[@</w:t>
      </w:r>
      <w:r w:rsidR="0096445B" w:rsidRPr="000767E2">
        <w:rPr>
          <w:lang w:val="sv-SE"/>
        </w:rPr>
        <w:t>BibleBIBEL82</w:t>
      </w:r>
      <w:r w:rsidRPr="000767E2">
        <w:rPr>
          <w:lang w:val="sv-SE"/>
        </w:rPr>
        <w:t>:John 6:14]]</w:t>
      </w:r>
      <w:r w:rsidRPr="000767E2">
        <w:rPr>
          <w:vertAlign w:val="superscript"/>
          <w:lang w:val="sv-SE"/>
        </w:rPr>
        <w:t>14</w:t>
      </w:r>
      <w:r w:rsidRPr="000767E2">
        <w:rPr>
          <w:lang w:val="sv-SE"/>
        </w:rPr>
        <w:t xml:space="preserve"> {{field-on:bible}}När människorna nu såg det han hade gjort </w:t>
      </w:r>
      <w:r w:rsidRPr="000767E2">
        <w:rPr>
          <w:i/>
          <w:lang w:val="sv-SE"/>
        </w:rPr>
        <w:t>som</w:t>
      </w:r>
      <w:r w:rsidRPr="000767E2">
        <w:rPr>
          <w:lang w:val="sv-SE"/>
        </w:rPr>
        <w:t xml:space="preserve"> tecken, </w:t>
      </w:r>
      <w:r w:rsidRPr="000767E2">
        <w:rPr>
          <w:i/>
          <w:lang w:val="sv-SE"/>
        </w:rPr>
        <w:t>började</w:t>
      </w:r>
      <w:r w:rsidRPr="000767E2">
        <w:rPr>
          <w:lang w:val="sv-SE"/>
        </w:rPr>
        <w:t xml:space="preserve"> de säga att: ”Denne är sannerligen Profeten som kommer till världen!”{{field-off:bible}} [[@</w:t>
      </w:r>
      <w:r w:rsidR="0096445B" w:rsidRPr="000767E2">
        <w:rPr>
          <w:lang w:val="sv-SE"/>
        </w:rPr>
        <w:t>BibleBIBEL82</w:t>
      </w:r>
      <w:r w:rsidRPr="000767E2">
        <w:rPr>
          <w:lang w:val="sv-SE"/>
        </w:rPr>
        <w:t>:John 6:15]]</w:t>
      </w:r>
      <w:r w:rsidRPr="000767E2">
        <w:rPr>
          <w:vertAlign w:val="superscript"/>
          <w:lang w:val="sv-SE"/>
        </w:rPr>
        <w:t>15</w:t>
      </w:r>
      <w:r w:rsidRPr="000767E2">
        <w:rPr>
          <w:lang w:val="sv-SE"/>
        </w:rPr>
        <w:t xml:space="preserve"> {{field-on:bible}}Jesus förstod då att de kommer att komma och rycka honom för att göra </w:t>
      </w:r>
      <w:r w:rsidRPr="000767E2">
        <w:rPr>
          <w:i/>
          <w:lang w:val="sv-SE"/>
        </w:rPr>
        <w:t>till</w:t>
      </w:r>
      <w:r w:rsidRPr="000767E2">
        <w:rPr>
          <w:lang w:val="sv-SE"/>
        </w:rPr>
        <w:t xml:space="preserve"> kung, och han drog sig åter undan till berget, själv ensam.{{field-off:bible}}</w:t>
      </w:r>
    </w:p>
    <w:p w14:paraId="30316B89" w14:textId="77777777" w:rsidR="00BA33AB" w:rsidRPr="000767E2" w:rsidRDefault="00000000">
      <w:pPr>
        <w:pStyle w:val="Rubrik3"/>
        <w:rPr>
          <w:lang w:val="sv-SE"/>
        </w:rPr>
      </w:pPr>
      <w:r w:rsidRPr="000767E2">
        <w:rPr>
          <w:lang w:val="sv-SE"/>
        </w:rPr>
        <w:t>Jesus går på vattnet</w:t>
      </w:r>
    </w:p>
    <w:p w14:paraId="72F74301" w14:textId="06D3243E" w:rsidR="00BA33AB" w:rsidRPr="000767E2" w:rsidRDefault="00000000">
      <w:pPr>
        <w:rPr>
          <w:lang w:val="sv-SE"/>
        </w:rPr>
      </w:pPr>
      <w:r w:rsidRPr="000767E2">
        <w:rPr>
          <w:lang w:val="sv-SE"/>
        </w:rPr>
        <w:t>[[@</w:t>
      </w:r>
      <w:r w:rsidR="0096445B" w:rsidRPr="000767E2">
        <w:rPr>
          <w:lang w:val="sv-SE"/>
        </w:rPr>
        <w:t>BibleBIBEL82</w:t>
      </w:r>
      <w:r w:rsidRPr="000767E2">
        <w:rPr>
          <w:lang w:val="sv-SE"/>
        </w:rPr>
        <w:t>:John 6:16]]</w:t>
      </w:r>
      <w:r w:rsidRPr="000767E2">
        <w:rPr>
          <w:vertAlign w:val="superscript"/>
          <w:lang w:val="sv-SE"/>
        </w:rPr>
        <w:t>16</w:t>
      </w:r>
      <w:r w:rsidRPr="000767E2">
        <w:rPr>
          <w:lang w:val="sv-SE"/>
        </w:rPr>
        <w:t xml:space="preserve"> {{field-on:bible}}Men när det blev kväll, gick hans lärjungar ner till havet{{field-off:bible}} [[@</w:t>
      </w:r>
      <w:r w:rsidR="0096445B" w:rsidRPr="000767E2">
        <w:rPr>
          <w:lang w:val="sv-SE"/>
        </w:rPr>
        <w:t>BibleBIBEL82</w:t>
      </w:r>
      <w:r w:rsidRPr="000767E2">
        <w:rPr>
          <w:lang w:val="sv-SE"/>
        </w:rPr>
        <w:t>:John 6:17]]</w:t>
      </w:r>
      <w:r w:rsidRPr="000767E2">
        <w:rPr>
          <w:vertAlign w:val="superscript"/>
          <w:lang w:val="sv-SE"/>
        </w:rPr>
        <w:t>17</w:t>
      </w:r>
      <w:r w:rsidRPr="000767E2">
        <w:rPr>
          <w:lang w:val="sv-SE"/>
        </w:rPr>
        <w:t xml:space="preserve"> {{field-on:bible}}och steg i en båt och </w:t>
      </w:r>
      <w:r w:rsidRPr="000767E2">
        <w:rPr>
          <w:i/>
          <w:lang w:val="sv-SE"/>
        </w:rPr>
        <w:t>började</w:t>
      </w:r>
      <w:r w:rsidRPr="000767E2">
        <w:rPr>
          <w:lang w:val="sv-SE"/>
        </w:rPr>
        <w:t xml:space="preserve"> fara till andra sidan havet, till Kafarnaum. Och det hade redan blivit mörker, och ännu hade inte Jesus kommit till dem.{{field-off:bible}} [[@</w:t>
      </w:r>
      <w:r w:rsidR="0096445B" w:rsidRPr="000767E2">
        <w:rPr>
          <w:lang w:val="sv-SE"/>
        </w:rPr>
        <w:t>BibleBIBEL82</w:t>
      </w:r>
      <w:r w:rsidRPr="000767E2">
        <w:rPr>
          <w:lang w:val="sv-SE"/>
        </w:rPr>
        <w:t>:John 6:18]]</w:t>
      </w:r>
      <w:r w:rsidRPr="000767E2">
        <w:rPr>
          <w:vertAlign w:val="superscript"/>
          <w:lang w:val="sv-SE"/>
        </w:rPr>
        <w:t>18</w:t>
      </w:r>
      <w:r w:rsidRPr="000767E2">
        <w:rPr>
          <w:lang w:val="sv-SE"/>
        </w:rPr>
        <w:t xml:space="preserve"> {{field-on:bible}}Och havet väcktes upp av en väldig vind som blåste.{{field-off:bible}}</w:t>
      </w:r>
    </w:p>
    <w:p w14:paraId="12D26E35" w14:textId="7B738A24" w:rsidR="00BA33AB" w:rsidRPr="000767E2" w:rsidRDefault="00000000">
      <w:pPr>
        <w:rPr>
          <w:lang w:val="sv-SE"/>
        </w:rPr>
      </w:pPr>
      <w:r w:rsidRPr="000767E2">
        <w:rPr>
          <w:lang w:val="sv-SE"/>
        </w:rPr>
        <w:t>[[@</w:t>
      </w:r>
      <w:r w:rsidR="0096445B" w:rsidRPr="000767E2">
        <w:rPr>
          <w:lang w:val="sv-SE"/>
        </w:rPr>
        <w:t>BibleBIBEL82</w:t>
      </w:r>
      <w:r w:rsidRPr="000767E2">
        <w:rPr>
          <w:lang w:val="sv-SE"/>
        </w:rPr>
        <w:t>:John 6:19]]</w:t>
      </w:r>
      <w:r w:rsidRPr="000767E2">
        <w:rPr>
          <w:vertAlign w:val="superscript"/>
          <w:lang w:val="sv-SE"/>
        </w:rPr>
        <w:t>19</w:t>
      </w:r>
      <w:r w:rsidRPr="000767E2">
        <w:rPr>
          <w:lang w:val="sv-SE"/>
        </w:rPr>
        <w:t xml:space="preserve"> {{field-on:bible}}När de nu hade rott ungefär tjugofem eller trettio stadier, skådar de Jesus vandra på havet och komma nära båten. Och de fruktade.{{field-off:bible}} [[@</w:t>
      </w:r>
      <w:r w:rsidR="0096445B" w:rsidRPr="000767E2">
        <w:rPr>
          <w:lang w:val="sv-SE"/>
        </w:rPr>
        <w:t>BibleBIBEL82</w:t>
      </w:r>
      <w:r w:rsidRPr="000767E2">
        <w:rPr>
          <w:lang w:val="sv-SE"/>
        </w:rPr>
        <w:t>:John 6:20]]</w:t>
      </w:r>
      <w:r w:rsidRPr="000767E2">
        <w:rPr>
          <w:vertAlign w:val="superscript"/>
          <w:lang w:val="sv-SE"/>
        </w:rPr>
        <w:t>20</w:t>
      </w:r>
      <w:r w:rsidRPr="000767E2">
        <w:rPr>
          <w:lang w:val="sv-SE"/>
        </w:rPr>
        <w:t xml:space="preserve"> {{field-on:bible}}Men han säger till dem: ”Jag Är. Frukta inte!”{{field-off:bible}} [[@</w:t>
      </w:r>
      <w:r w:rsidR="0096445B" w:rsidRPr="000767E2">
        <w:rPr>
          <w:lang w:val="sv-SE"/>
        </w:rPr>
        <w:t>BibleBIBEL82</w:t>
      </w:r>
      <w:r w:rsidRPr="000767E2">
        <w:rPr>
          <w:lang w:val="sv-SE"/>
        </w:rPr>
        <w:t>:John 6:21]]</w:t>
      </w:r>
      <w:r w:rsidRPr="000767E2">
        <w:rPr>
          <w:vertAlign w:val="superscript"/>
          <w:lang w:val="sv-SE"/>
        </w:rPr>
        <w:t>21</w:t>
      </w:r>
      <w:r w:rsidRPr="000767E2">
        <w:rPr>
          <w:lang w:val="sv-SE"/>
        </w:rPr>
        <w:t xml:space="preserve"> {{field-on:bible}}Då ville de ta </w:t>
      </w:r>
      <w:r w:rsidRPr="000767E2">
        <w:rPr>
          <w:i/>
          <w:lang w:val="sv-SE"/>
        </w:rPr>
        <w:t>emot</w:t>
      </w:r>
      <w:r w:rsidRPr="000767E2">
        <w:rPr>
          <w:lang w:val="sv-SE"/>
        </w:rPr>
        <w:t xml:space="preserve"> honom i båten. Och direkt var båten vid det land till vilket de begav sig.{{field-off:bible}}</w:t>
      </w:r>
    </w:p>
    <w:p w14:paraId="2DDAB003" w14:textId="77777777" w:rsidR="00BA33AB" w:rsidRPr="000767E2" w:rsidRDefault="00000000">
      <w:pPr>
        <w:pStyle w:val="Rubrik3"/>
        <w:rPr>
          <w:lang w:val="sv-SE"/>
        </w:rPr>
      </w:pPr>
      <w:r w:rsidRPr="000767E2">
        <w:rPr>
          <w:lang w:val="sv-SE"/>
        </w:rPr>
        <w:t>Jesus är livets bröd</w:t>
      </w:r>
    </w:p>
    <w:p w14:paraId="399F24E1" w14:textId="7754FDE2" w:rsidR="00BA33AB" w:rsidRPr="000767E2" w:rsidRDefault="00000000">
      <w:pPr>
        <w:rPr>
          <w:lang w:val="sv-SE"/>
        </w:rPr>
      </w:pPr>
      <w:r w:rsidRPr="000767E2">
        <w:rPr>
          <w:lang w:val="sv-SE"/>
        </w:rPr>
        <w:t>[[@</w:t>
      </w:r>
      <w:r w:rsidR="0096445B" w:rsidRPr="000767E2">
        <w:rPr>
          <w:lang w:val="sv-SE"/>
        </w:rPr>
        <w:t>BibleBIBEL82</w:t>
      </w:r>
      <w:r w:rsidRPr="000767E2">
        <w:rPr>
          <w:lang w:val="sv-SE"/>
        </w:rPr>
        <w:t>:John 6:22]]</w:t>
      </w:r>
      <w:r w:rsidRPr="000767E2">
        <w:rPr>
          <w:vertAlign w:val="superscript"/>
          <w:lang w:val="sv-SE"/>
        </w:rPr>
        <w:t>22</w:t>
      </w:r>
      <w:r w:rsidRPr="000767E2">
        <w:rPr>
          <w:lang w:val="sv-SE"/>
        </w:rPr>
        <w:t xml:space="preserve"> {{field-on:bible}}Dagen därpå såg skaran som stod på andra sidan havet att </w:t>
      </w:r>
      <w:r w:rsidRPr="000767E2">
        <w:rPr>
          <w:i/>
          <w:lang w:val="sv-SE"/>
        </w:rPr>
        <w:t>någon</w:t>
      </w:r>
      <w:r w:rsidRPr="000767E2">
        <w:rPr>
          <w:lang w:val="sv-SE"/>
        </w:rPr>
        <w:t xml:space="preserve"> annan småbåt inte funnits där utom en, och att Jesus inte hade gått i med sina lärjungar i båten, utan </w:t>
      </w:r>
      <w:r w:rsidRPr="000767E2">
        <w:rPr>
          <w:i/>
          <w:lang w:val="sv-SE"/>
        </w:rPr>
        <w:t>att</w:t>
      </w:r>
      <w:r w:rsidRPr="000767E2">
        <w:rPr>
          <w:lang w:val="sv-SE"/>
        </w:rPr>
        <w:t xml:space="preserve"> hans lärjungar ensamma farit iväg.{{field-off:bible}} [[@</w:t>
      </w:r>
      <w:r w:rsidR="0096445B" w:rsidRPr="000767E2">
        <w:rPr>
          <w:lang w:val="sv-SE"/>
        </w:rPr>
        <w:t>BibleBIBEL82</w:t>
      </w:r>
      <w:r w:rsidRPr="000767E2">
        <w:rPr>
          <w:lang w:val="sv-SE"/>
        </w:rPr>
        <w:t>:John 6:23]]</w:t>
      </w:r>
      <w:r w:rsidRPr="000767E2">
        <w:rPr>
          <w:vertAlign w:val="superscript"/>
          <w:lang w:val="sv-SE"/>
        </w:rPr>
        <w:t>23</w:t>
      </w:r>
      <w:r w:rsidRPr="000767E2">
        <w:rPr>
          <w:lang w:val="sv-SE"/>
        </w:rPr>
        <w:t xml:space="preserve"> {{field-on:bible}}</w:t>
      </w:r>
      <w:r w:rsidRPr="000767E2">
        <w:rPr>
          <w:i/>
          <w:lang w:val="sv-SE"/>
        </w:rPr>
        <w:t>Det</w:t>
      </w:r>
      <w:r w:rsidRPr="000767E2">
        <w:rPr>
          <w:lang w:val="sv-SE"/>
        </w:rPr>
        <w:t xml:space="preserve"> kom andra [små]båtar från Tiberias nära platsen där de hade ätit brödet sedan Herren tackat.{{field-off:bible}} [[@</w:t>
      </w:r>
      <w:r w:rsidR="0096445B" w:rsidRPr="000767E2">
        <w:rPr>
          <w:lang w:val="sv-SE"/>
        </w:rPr>
        <w:t>BibleBIBEL82</w:t>
      </w:r>
      <w:r w:rsidRPr="000767E2">
        <w:rPr>
          <w:lang w:val="sv-SE"/>
        </w:rPr>
        <w:t>:John 6:24]]</w:t>
      </w:r>
      <w:r w:rsidRPr="000767E2">
        <w:rPr>
          <w:vertAlign w:val="superscript"/>
          <w:lang w:val="sv-SE"/>
        </w:rPr>
        <w:t>24</w:t>
      </w:r>
      <w:r w:rsidRPr="000767E2">
        <w:rPr>
          <w:lang w:val="sv-SE"/>
        </w:rPr>
        <w:t xml:space="preserve"> {{field-on:bible}}När skaran nu såg att Jesus inte är där, inte heller hans lärjungar, steg de själva i småbåtarna och kom till Kafarnaum sökande Jesus.{{field-off:bible}} [[@</w:t>
      </w:r>
      <w:r w:rsidR="0096445B" w:rsidRPr="000767E2">
        <w:rPr>
          <w:lang w:val="sv-SE"/>
        </w:rPr>
        <w:t>BibleBIBEL82</w:t>
      </w:r>
      <w:r w:rsidRPr="000767E2">
        <w:rPr>
          <w:lang w:val="sv-SE"/>
        </w:rPr>
        <w:t>:John 6:25]]</w:t>
      </w:r>
      <w:r w:rsidRPr="000767E2">
        <w:rPr>
          <w:vertAlign w:val="superscript"/>
          <w:lang w:val="sv-SE"/>
        </w:rPr>
        <w:t>25</w:t>
      </w:r>
      <w:r w:rsidRPr="000767E2">
        <w:rPr>
          <w:lang w:val="sv-SE"/>
        </w:rPr>
        <w:t xml:space="preserve"> {{field-on:bible}}Och när de fann honom på andra sidan havet, sade de till honom: ”Rabbi, när kom du hit?”{{field-off:bible}}</w:t>
      </w:r>
    </w:p>
    <w:p w14:paraId="295691A6" w14:textId="4FB8743B"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6:26]]</w:t>
      </w:r>
      <w:r w:rsidRPr="000767E2">
        <w:rPr>
          <w:vertAlign w:val="superscript"/>
          <w:lang w:val="sv-SE"/>
        </w:rPr>
        <w:t>26</w:t>
      </w:r>
      <w:r w:rsidRPr="000767E2">
        <w:rPr>
          <w:lang w:val="sv-SE"/>
        </w:rPr>
        <w:t xml:space="preserve"> {{field-on:bible}}Jesus svarade dem och sade: ”Amen, amen, jag säger er: Ni söker mig inte för att ni har sett tecken, utan för att ni åt av bröden och blev mätta.{{field-off:bible}} [[@</w:t>
      </w:r>
      <w:r w:rsidR="0096445B" w:rsidRPr="000767E2">
        <w:rPr>
          <w:lang w:val="sv-SE"/>
        </w:rPr>
        <w:t>BibleBIBEL82</w:t>
      </w:r>
      <w:r w:rsidRPr="000767E2">
        <w:rPr>
          <w:lang w:val="sv-SE"/>
        </w:rPr>
        <w:t>:John 6:27]]</w:t>
      </w:r>
      <w:r w:rsidRPr="000767E2">
        <w:rPr>
          <w:vertAlign w:val="superscript"/>
          <w:lang w:val="sv-SE"/>
        </w:rPr>
        <w:t>27</w:t>
      </w:r>
      <w:r w:rsidRPr="000767E2">
        <w:rPr>
          <w:lang w:val="sv-SE"/>
        </w:rPr>
        <w:t xml:space="preserve"> {{field-on:bible}}Arbeta inte </w:t>
      </w:r>
      <w:r w:rsidRPr="000767E2">
        <w:rPr>
          <w:i/>
          <w:lang w:val="sv-SE"/>
        </w:rPr>
        <w:t>för</w:t>
      </w:r>
      <w:r w:rsidRPr="000767E2">
        <w:rPr>
          <w:lang w:val="sv-SE"/>
        </w:rPr>
        <w:t xml:space="preserve"> den mat som går förlorad, utan </w:t>
      </w:r>
      <w:r w:rsidRPr="000767E2">
        <w:rPr>
          <w:i/>
          <w:lang w:val="sv-SE"/>
        </w:rPr>
        <w:t>för</w:t>
      </w:r>
      <w:r w:rsidRPr="000767E2">
        <w:rPr>
          <w:lang w:val="sv-SE"/>
        </w:rPr>
        <w:t xml:space="preserve"> den mat som består till eoniskt liv, som Människosonen ska ge er. För på denne har Fadern satt sigill, Gud.”{{field-off:bible}} [[@</w:t>
      </w:r>
      <w:r w:rsidR="0096445B" w:rsidRPr="000767E2">
        <w:rPr>
          <w:lang w:val="sv-SE"/>
        </w:rPr>
        <w:t>BibleBIBEL82</w:t>
      </w:r>
      <w:r w:rsidRPr="000767E2">
        <w:rPr>
          <w:lang w:val="sv-SE"/>
        </w:rPr>
        <w:t>:John 6:28]]</w:t>
      </w:r>
      <w:r w:rsidRPr="000767E2">
        <w:rPr>
          <w:vertAlign w:val="superscript"/>
          <w:lang w:val="sv-SE"/>
        </w:rPr>
        <w:t>28</w:t>
      </w:r>
      <w:r w:rsidRPr="000767E2">
        <w:rPr>
          <w:lang w:val="sv-SE"/>
        </w:rPr>
        <w:t xml:space="preserve"> {{field-on:bible}}De sade då till honom: ”Vad ska vi göra för att utföra Guds verk?”{{field-off:bible}} [[@</w:t>
      </w:r>
      <w:r w:rsidR="0096445B" w:rsidRPr="000767E2">
        <w:rPr>
          <w:lang w:val="sv-SE"/>
        </w:rPr>
        <w:t>BibleBIBEL82</w:t>
      </w:r>
      <w:r w:rsidRPr="000767E2">
        <w:rPr>
          <w:lang w:val="sv-SE"/>
        </w:rPr>
        <w:t>:John 6:29]]</w:t>
      </w:r>
      <w:r w:rsidRPr="000767E2">
        <w:rPr>
          <w:vertAlign w:val="superscript"/>
          <w:lang w:val="sv-SE"/>
        </w:rPr>
        <w:t>29</w:t>
      </w:r>
      <w:r w:rsidRPr="000767E2">
        <w:rPr>
          <w:lang w:val="sv-SE"/>
        </w:rPr>
        <w:t xml:space="preserve"> {{field-on:bible}}Jesus svarade och sade till dem: ”Detta är Guds verk: att ni tror på honom som denne har sänt.”{{field-off:bible}}</w:t>
      </w:r>
    </w:p>
    <w:p w14:paraId="791E52D6" w14:textId="57E2D805" w:rsidR="00BA33AB" w:rsidRPr="000767E2" w:rsidRDefault="00000000">
      <w:pPr>
        <w:rPr>
          <w:lang w:val="sv-SE"/>
        </w:rPr>
      </w:pPr>
      <w:r w:rsidRPr="000767E2">
        <w:rPr>
          <w:lang w:val="sv-SE"/>
        </w:rPr>
        <w:t>[[@</w:t>
      </w:r>
      <w:r w:rsidR="0096445B" w:rsidRPr="000767E2">
        <w:rPr>
          <w:lang w:val="sv-SE"/>
        </w:rPr>
        <w:t>BibleBIBEL82</w:t>
      </w:r>
      <w:r w:rsidRPr="000767E2">
        <w:rPr>
          <w:lang w:val="sv-SE"/>
        </w:rPr>
        <w:t>:John 6:30]]</w:t>
      </w:r>
      <w:r w:rsidRPr="000767E2">
        <w:rPr>
          <w:vertAlign w:val="superscript"/>
          <w:lang w:val="sv-SE"/>
        </w:rPr>
        <w:t>30</w:t>
      </w:r>
      <w:r w:rsidRPr="000767E2">
        <w:rPr>
          <w:lang w:val="sv-SE"/>
        </w:rPr>
        <w:t xml:space="preserve"> {{field-on:bible}}De sade då till honom: ”Vad gör då du </w:t>
      </w:r>
      <w:r w:rsidRPr="000767E2">
        <w:rPr>
          <w:i/>
          <w:lang w:val="sv-SE"/>
        </w:rPr>
        <w:t>för</w:t>
      </w:r>
      <w:r w:rsidRPr="000767E2">
        <w:rPr>
          <w:lang w:val="sv-SE"/>
        </w:rPr>
        <w:t xml:space="preserve"> tecken, så att vi kan se och tro på dig? Vad utför du?{{field-off:bible}} [[@</w:t>
      </w:r>
      <w:r w:rsidR="0096445B" w:rsidRPr="000767E2">
        <w:rPr>
          <w:lang w:val="sv-SE"/>
        </w:rPr>
        <w:t>BibleBIBEL82</w:t>
      </w:r>
      <w:r w:rsidRPr="000767E2">
        <w:rPr>
          <w:lang w:val="sv-SE"/>
        </w:rPr>
        <w:t>:John 6:31]]</w:t>
      </w:r>
      <w:r w:rsidRPr="000767E2">
        <w:rPr>
          <w:vertAlign w:val="superscript"/>
          <w:lang w:val="sv-SE"/>
        </w:rPr>
        <w:t>31</w:t>
      </w:r>
      <w:r w:rsidRPr="000767E2">
        <w:rPr>
          <w:lang w:val="sv-SE"/>
        </w:rPr>
        <w:t xml:space="preserve"> {{field-on:bible}}Våra fäder åt mannat i ödemarken, så som det är skrivet: Bröd från himlen gav han dem att äta.”{{field-off:bible}} [[@</w:t>
      </w:r>
      <w:r w:rsidR="0096445B" w:rsidRPr="000767E2">
        <w:rPr>
          <w:lang w:val="sv-SE"/>
        </w:rPr>
        <w:t>BibleBIBEL82</w:t>
      </w:r>
      <w:r w:rsidRPr="000767E2">
        <w:rPr>
          <w:lang w:val="sv-SE"/>
        </w:rPr>
        <w:t>:John 6:32]]</w:t>
      </w:r>
      <w:r w:rsidRPr="000767E2">
        <w:rPr>
          <w:vertAlign w:val="superscript"/>
          <w:lang w:val="sv-SE"/>
        </w:rPr>
        <w:t>32</w:t>
      </w:r>
      <w:r w:rsidRPr="000767E2">
        <w:rPr>
          <w:lang w:val="sv-SE"/>
        </w:rPr>
        <w:t xml:space="preserve"> {{field-on:bible}}Då sade Jesus till dem: ”Amen, amen, jag säger er: </w:t>
      </w:r>
      <w:r w:rsidRPr="000767E2">
        <w:rPr>
          <w:i/>
          <w:lang w:val="sv-SE"/>
        </w:rPr>
        <w:t>Det är</w:t>
      </w:r>
      <w:r w:rsidRPr="000767E2">
        <w:rPr>
          <w:lang w:val="sv-SE"/>
        </w:rPr>
        <w:t xml:space="preserve"> inte Mose </w:t>
      </w:r>
      <w:r w:rsidRPr="000767E2">
        <w:rPr>
          <w:i/>
          <w:lang w:val="sv-SE"/>
        </w:rPr>
        <w:t>som</w:t>
      </w:r>
      <w:r w:rsidRPr="000767E2">
        <w:rPr>
          <w:lang w:val="sv-SE"/>
        </w:rPr>
        <w:t xml:space="preserve"> har gett er brödet från himlen, utan min Far ger er brödet från himlen, det sannfärdiga.{{field-off:bible}} [[@</w:t>
      </w:r>
      <w:r w:rsidR="0096445B" w:rsidRPr="000767E2">
        <w:rPr>
          <w:lang w:val="sv-SE"/>
        </w:rPr>
        <w:t>BibleBIBEL82</w:t>
      </w:r>
      <w:r w:rsidRPr="000767E2">
        <w:rPr>
          <w:lang w:val="sv-SE"/>
        </w:rPr>
        <w:t>:John 6:33]]</w:t>
      </w:r>
      <w:r w:rsidRPr="000767E2">
        <w:rPr>
          <w:vertAlign w:val="superscript"/>
          <w:lang w:val="sv-SE"/>
        </w:rPr>
        <w:t>33</w:t>
      </w:r>
      <w:r w:rsidRPr="000767E2">
        <w:rPr>
          <w:lang w:val="sv-SE"/>
        </w:rPr>
        <w:t xml:space="preserve"> {{field-on:bible}}För Guds bröd är den som kommer ner från himlen och ger världen liv.”{{field-off:bible}} [[@</w:t>
      </w:r>
      <w:r w:rsidR="0096445B" w:rsidRPr="000767E2">
        <w:rPr>
          <w:lang w:val="sv-SE"/>
        </w:rPr>
        <w:t>BibleBIBEL82</w:t>
      </w:r>
      <w:r w:rsidRPr="000767E2">
        <w:rPr>
          <w:lang w:val="sv-SE"/>
        </w:rPr>
        <w:t>:John 6:34]]</w:t>
      </w:r>
      <w:r w:rsidRPr="000767E2">
        <w:rPr>
          <w:vertAlign w:val="superscript"/>
          <w:lang w:val="sv-SE"/>
        </w:rPr>
        <w:t>34</w:t>
      </w:r>
      <w:r w:rsidRPr="000767E2">
        <w:rPr>
          <w:lang w:val="sv-SE"/>
        </w:rPr>
        <w:t xml:space="preserve"> {{field-on:bible}}De sade då till honom: ”Herre, ge oss alltid detta bröd.”{{field-off:bible}}</w:t>
      </w:r>
    </w:p>
    <w:p w14:paraId="1B5CCB2A" w14:textId="1A4F3B2C" w:rsidR="00BA33AB" w:rsidRPr="000767E2" w:rsidRDefault="00000000">
      <w:pPr>
        <w:rPr>
          <w:lang w:val="sv-SE"/>
        </w:rPr>
      </w:pPr>
      <w:r w:rsidRPr="000767E2">
        <w:rPr>
          <w:lang w:val="sv-SE"/>
        </w:rPr>
        <w:t>[[@</w:t>
      </w:r>
      <w:r w:rsidR="0096445B" w:rsidRPr="000767E2">
        <w:rPr>
          <w:lang w:val="sv-SE"/>
        </w:rPr>
        <w:t>BibleBIBEL82</w:t>
      </w:r>
      <w:r w:rsidRPr="000767E2">
        <w:rPr>
          <w:lang w:val="sv-SE"/>
        </w:rPr>
        <w:t>:John 6:35]]</w:t>
      </w:r>
      <w:r w:rsidRPr="000767E2">
        <w:rPr>
          <w:vertAlign w:val="superscript"/>
          <w:lang w:val="sv-SE"/>
        </w:rPr>
        <w:t>35</w:t>
      </w:r>
      <w:r w:rsidRPr="000767E2">
        <w:rPr>
          <w:lang w:val="sv-SE"/>
        </w:rPr>
        <w:t xml:space="preserve"> {{field-on:bible}}Jesus sade till dem: ”Jag är livets bröd. Den som kommer till mig ska aldrig hungra. Och den som tror på mig ska aldrig någonsin törsta.{{field-off:bible}} [[@</w:t>
      </w:r>
      <w:r w:rsidR="0096445B" w:rsidRPr="000767E2">
        <w:rPr>
          <w:lang w:val="sv-SE"/>
        </w:rPr>
        <w:t>BibleBIBEL82</w:t>
      </w:r>
      <w:r w:rsidRPr="000767E2">
        <w:rPr>
          <w:lang w:val="sv-SE"/>
        </w:rPr>
        <w:t>:John 6:36]]</w:t>
      </w:r>
      <w:r w:rsidRPr="000767E2">
        <w:rPr>
          <w:vertAlign w:val="superscript"/>
          <w:lang w:val="sv-SE"/>
        </w:rPr>
        <w:t>36</w:t>
      </w:r>
      <w:r w:rsidRPr="000767E2">
        <w:rPr>
          <w:lang w:val="sv-SE"/>
        </w:rPr>
        <w:t xml:space="preserve"> {{field-on:bible}}Men jag har sagt er att ni också har sett [mig], och ni tror inte.{{field-off:bible}} [[@</w:t>
      </w:r>
      <w:r w:rsidR="0096445B" w:rsidRPr="000767E2">
        <w:rPr>
          <w:lang w:val="sv-SE"/>
        </w:rPr>
        <w:t>BibleBIBEL82</w:t>
      </w:r>
      <w:r w:rsidRPr="000767E2">
        <w:rPr>
          <w:lang w:val="sv-SE"/>
        </w:rPr>
        <w:t>:John 6:37]]</w:t>
      </w:r>
      <w:r w:rsidRPr="000767E2">
        <w:rPr>
          <w:vertAlign w:val="superscript"/>
          <w:lang w:val="sv-SE"/>
        </w:rPr>
        <w:t>37</w:t>
      </w:r>
      <w:r w:rsidRPr="000767E2">
        <w:rPr>
          <w:lang w:val="sv-SE"/>
        </w:rPr>
        <w:t xml:space="preserve"> {{field-on:bible}}Allt som Fadern ger mig ska komma till mig. Och den som kommer till mig ska jag aldrig driva ut utanför.{{field-off:bible}} [[@</w:t>
      </w:r>
      <w:r w:rsidR="0096445B" w:rsidRPr="000767E2">
        <w:rPr>
          <w:lang w:val="sv-SE"/>
        </w:rPr>
        <w:t>BibleBIBEL82</w:t>
      </w:r>
      <w:r w:rsidRPr="000767E2">
        <w:rPr>
          <w:lang w:val="sv-SE"/>
        </w:rPr>
        <w:t>:John 6:38]]</w:t>
      </w:r>
      <w:r w:rsidRPr="000767E2">
        <w:rPr>
          <w:vertAlign w:val="superscript"/>
          <w:lang w:val="sv-SE"/>
        </w:rPr>
        <w:t>38</w:t>
      </w:r>
      <w:r w:rsidRPr="000767E2">
        <w:rPr>
          <w:lang w:val="sv-SE"/>
        </w:rPr>
        <w:t xml:space="preserve"> {{field-on:bible}}För jag har kommit ner från himlen, inte för att göra min vilja, utan viljan hos honom som har skickat mig.{{field-off:bible}} [[@</w:t>
      </w:r>
      <w:r w:rsidR="0096445B" w:rsidRPr="000767E2">
        <w:rPr>
          <w:lang w:val="sv-SE"/>
        </w:rPr>
        <w:t>BibleBIBEL82</w:t>
      </w:r>
      <w:r w:rsidRPr="000767E2">
        <w:rPr>
          <w:lang w:val="sv-SE"/>
        </w:rPr>
        <w:t>:John 6:39]]</w:t>
      </w:r>
      <w:r w:rsidRPr="000767E2">
        <w:rPr>
          <w:vertAlign w:val="superscript"/>
          <w:lang w:val="sv-SE"/>
        </w:rPr>
        <w:t>39</w:t>
      </w:r>
      <w:r w:rsidRPr="000767E2">
        <w:rPr>
          <w:lang w:val="sv-SE"/>
        </w:rPr>
        <w:t xml:space="preserve"> {{field-on:bible}}Och detta är viljan hos honom som har skickat mig: att av allt som han gett mig ska jag inte förlora </w:t>
      </w:r>
      <w:r w:rsidRPr="000767E2">
        <w:rPr>
          <w:i/>
          <w:lang w:val="sv-SE"/>
        </w:rPr>
        <w:t>något</w:t>
      </w:r>
      <w:r w:rsidRPr="000767E2">
        <w:rPr>
          <w:lang w:val="sv-SE"/>
        </w:rPr>
        <w:t>, utan låta det uppstå [på] den sista dagen.{{field-off:bible}} [[@</w:t>
      </w:r>
      <w:r w:rsidR="0096445B" w:rsidRPr="000767E2">
        <w:rPr>
          <w:lang w:val="sv-SE"/>
        </w:rPr>
        <w:t>BibleBIBEL82</w:t>
      </w:r>
      <w:r w:rsidRPr="000767E2">
        <w:rPr>
          <w:lang w:val="sv-SE"/>
        </w:rPr>
        <w:t>:John 6:40]]</w:t>
      </w:r>
      <w:r w:rsidRPr="000767E2">
        <w:rPr>
          <w:vertAlign w:val="superscript"/>
          <w:lang w:val="sv-SE"/>
        </w:rPr>
        <w:t>40</w:t>
      </w:r>
      <w:r w:rsidRPr="000767E2">
        <w:rPr>
          <w:lang w:val="sv-SE"/>
        </w:rPr>
        <w:t xml:space="preserve"> {{field-on:bible}}För detta är min Fars vilja: att var och en som skådar Sonen och tror på honom ska ha eoniskt liv. Och jag ska låta honom uppstå [på] den sista dagen.”{{field-off:bible}}</w:t>
      </w:r>
    </w:p>
    <w:p w14:paraId="51EAC1A1" w14:textId="289E3327" w:rsidR="00BA33AB" w:rsidRPr="000767E2" w:rsidRDefault="00000000">
      <w:pPr>
        <w:rPr>
          <w:lang w:val="sv-SE"/>
        </w:rPr>
      </w:pPr>
      <w:r w:rsidRPr="000767E2">
        <w:rPr>
          <w:lang w:val="sv-SE"/>
        </w:rPr>
        <w:t>[[@</w:t>
      </w:r>
      <w:r w:rsidR="0096445B" w:rsidRPr="000767E2">
        <w:rPr>
          <w:lang w:val="sv-SE"/>
        </w:rPr>
        <w:t>BibleBIBEL82</w:t>
      </w:r>
      <w:r w:rsidRPr="000767E2">
        <w:rPr>
          <w:lang w:val="sv-SE"/>
        </w:rPr>
        <w:t>:John 6:41]]</w:t>
      </w:r>
      <w:r w:rsidRPr="000767E2">
        <w:rPr>
          <w:vertAlign w:val="superscript"/>
          <w:lang w:val="sv-SE"/>
        </w:rPr>
        <w:t>41</w:t>
      </w:r>
      <w:r w:rsidRPr="000767E2">
        <w:rPr>
          <w:lang w:val="sv-SE"/>
        </w:rPr>
        <w:t xml:space="preserve"> {{field-on:bible}}Då muttrade judarna över honom, att han sagt: ”Jag är brödet som har kommit ner från himlen.”{{field-off:bible}} [[@</w:t>
      </w:r>
      <w:r w:rsidR="0096445B" w:rsidRPr="000767E2">
        <w:rPr>
          <w:lang w:val="sv-SE"/>
        </w:rPr>
        <w:t>BibleBIBEL82</w:t>
      </w:r>
      <w:r w:rsidRPr="000767E2">
        <w:rPr>
          <w:lang w:val="sv-SE"/>
        </w:rPr>
        <w:t>:John 6:42]]</w:t>
      </w:r>
      <w:r w:rsidRPr="000767E2">
        <w:rPr>
          <w:vertAlign w:val="superscript"/>
          <w:lang w:val="sv-SE"/>
        </w:rPr>
        <w:t>42</w:t>
      </w:r>
      <w:r w:rsidRPr="000767E2">
        <w:rPr>
          <w:lang w:val="sv-SE"/>
        </w:rPr>
        <w:t xml:space="preserve"> {{field-on:bible}}Och de sade: ”Är inte den där Jesus Josefs son, vars far och mor vi känner? Hur menar han nu att: Från himlen har jag kommit ner?”{{field-off:bible}}</w:t>
      </w:r>
    </w:p>
    <w:p w14:paraId="3613203F" w14:textId="0DB04C85" w:rsidR="00BA33AB" w:rsidRPr="000767E2" w:rsidRDefault="00000000">
      <w:pPr>
        <w:rPr>
          <w:lang w:val="sv-SE"/>
        </w:rPr>
      </w:pPr>
      <w:r w:rsidRPr="000767E2">
        <w:rPr>
          <w:lang w:val="sv-SE"/>
        </w:rPr>
        <w:t>[[@</w:t>
      </w:r>
      <w:r w:rsidR="0096445B" w:rsidRPr="000767E2">
        <w:rPr>
          <w:lang w:val="sv-SE"/>
        </w:rPr>
        <w:t>BibleBIBEL82</w:t>
      </w:r>
      <w:r w:rsidRPr="000767E2">
        <w:rPr>
          <w:lang w:val="sv-SE"/>
        </w:rPr>
        <w:t>:John 6:43]]</w:t>
      </w:r>
      <w:r w:rsidRPr="000767E2">
        <w:rPr>
          <w:vertAlign w:val="superscript"/>
          <w:lang w:val="sv-SE"/>
        </w:rPr>
        <w:t>43</w:t>
      </w:r>
      <w:r w:rsidRPr="000767E2">
        <w:rPr>
          <w:lang w:val="sv-SE"/>
        </w:rPr>
        <w:t xml:space="preserve"> {{field-on:bible}}Jesus svarade och sade till dem: ”Muttra inte med varandra.{{field-off:bible}} [[@</w:t>
      </w:r>
      <w:r w:rsidR="0096445B" w:rsidRPr="000767E2">
        <w:rPr>
          <w:lang w:val="sv-SE"/>
        </w:rPr>
        <w:t>BibleBIBEL82</w:t>
      </w:r>
      <w:r w:rsidRPr="000767E2">
        <w:rPr>
          <w:lang w:val="sv-SE"/>
        </w:rPr>
        <w:t>:John 6:44]]</w:t>
      </w:r>
      <w:r w:rsidRPr="000767E2">
        <w:rPr>
          <w:vertAlign w:val="superscript"/>
          <w:lang w:val="sv-SE"/>
        </w:rPr>
        <w:t>44</w:t>
      </w:r>
      <w:r w:rsidRPr="000767E2">
        <w:rPr>
          <w:lang w:val="sv-SE"/>
        </w:rPr>
        <w:t xml:space="preserve"> {{field-on:bible}}Ingen kan komma till mig om inte Fadern som har skickat mig drar honom. Och jag ska låta honom uppstå på den sista dagen.{{field-off:bible}} [[@</w:t>
      </w:r>
      <w:r w:rsidR="0096445B" w:rsidRPr="000767E2">
        <w:rPr>
          <w:lang w:val="sv-SE"/>
        </w:rPr>
        <w:t>BibleBIBEL82</w:t>
      </w:r>
      <w:r w:rsidRPr="000767E2">
        <w:rPr>
          <w:lang w:val="sv-SE"/>
        </w:rPr>
        <w:t>:John 6:45]]</w:t>
      </w:r>
      <w:r w:rsidRPr="000767E2">
        <w:rPr>
          <w:vertAlign w:val="superscript"/>
          <w:lang w:val="sv-SE"/>
        </w:rPr>
        <w:t>45</w:t>
      </w:r>
      <w:r w:rsidRPr="000767E2">
        <w:rPr>
          <w:lang w:val="sv-SE"/>
        </w:rPr>
        <w:t xml:space="preserve"> {{field-on:bible}}Det är skrivet hos profeterna: Och alla ska vara lärda av Gud. Var och en som har hört från Fadern och lärt kommer till mig.{{field-off:bible}} [[@</w:t>
      </w:r>
      <w:r w:rsidR="0096445B" w:rsidRPr="000767E2">
        <w:rPr>
          <w:lang w:val="sv-SE"/>
        </w:rPr>
        <w:t>BibleBIBEL82</w:t>
      </w:r>
      <w:r w:rsidRPr="000767E2">
        <w:rPr>
          <w:lang w:val="sv-SE"/>
        </w:rPr>
        <w:t>:John 6:46]]</w:t>
      </w:r>
      <w:r w:rsidRPr="000767E2">
        <w:rPr>
          <w:vertAlign w:val="superscript"/>
          <w:lang w:val="sv-SE"/>
        </w:rPr>
        <w:t>46</w:t>
      </w:r>
      <w:r w:rsidRPr="000767E2">
        <w:rPr>
          <w:lang w:val="sv-SE"/>
        </w:rPr>
        <w:t xml:space="preserve"> {{field-on:bible}}Inte att någon har sett Fadern, utom han som är från Gud. Denne har sett Fadern.{{field-off:bible}}</w:t>
      </w:r>
    </w:p>
    <w:p w14:paraId="16C8D3CD" w14:textId="0E94D4C9"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6:47]]</w:t>
      </w:r>
      <w:r w:rsidRPr="000767E2">
        <w:rPr>
          <w:vertAlign w:val="superscript"/>
          <w:lang w:val="sv-SE"/>
        </w:rPr>
        <w:t>47</w:t>
      </w:r>
      <w:r w:rsidRPr="000767E2">
        <w:rPr>
          <w:lang w:val="sv-SE"/>
        </w:rPr>
        <w:t xml:space="preserve"> {{field-on:bible}}Amen, amen, jag säger er: Den som tror har eoniskt liv.{{field-off:bible}} [[@</w:t>
      </w:r>
      <w:r w:rsidR="0096445B" w:rsidRPr="000767E2">
        <w:rPr>
          <w:lang w:val="sv-SE"/>
        </w:rPr>
        <w:t>BibleBIBEL82</w:t>
      </w:r>
      <w:r w:rsidRPr="000767E2">
        <w:rPr>
          <w:lang w:val="sv-SE"/>
        </w:rPr>
        <w:t>:John 6:48]]</w:t>
      </w:r>
      <w:r w:rsidRPr="000767E2">
        <w:rPr>
          <w:vertAlign w:val="superscript"/>
          <w:lang w:val="sv-SE"/>
        </w:rPr>
        <w:t>48</w:t>
      </w:r>
      <w:r w:rsidRPr="000767E2">
        <w:rPr>
          <w:lang w:val="sv-SE"/>
        </w:rPr>
        <w:t xml:space="preserve"> {{field-on:bible}}Jag är livets bröd.{{field-off:bible}} [[@</w:t>
      </w:r>
      <w:r w:rsidR="0096445B" w:rsidRPr="000767E2">
        <w:rPr>
          <w:lang w:val="sv-SE"/>
        </w:rPr>
        <w:t>BibleBIBEL82</w:t>
      </w:r>
      <w:r w:rsidRPr="000767E2">
        <w:rPr>
          <w:lang w:val="sv-SE"/>
        </w:rPr>
        <w:t>:John 6:49]]</w:t>
      </w:r>
      <w:r w:rsidRPr="000767E2">
        <w:rPr>
          <w:vertAlign w:val="superscript"/>
          <w:lang w:val="sv-SE"/>
        </w:rPr>
        <w:t>49</w:t>
      </w:r>
      <w:r w:rsidRPr="000767E2">
        <w:rPr>
          <w:lang w:val="sv-SE"/>
        </w:rPr>
        <w:t xml:space="preserve"> {{field-on:bible}}Era fäder åt mannat i ödemarken och dog.{{field-off:bible}} [[@</w:t>
      </w:r>
      <w:r w:rsidR="0096445B" w:rsidRPr="000767E2">
        <w:rPr>
          <w:lang w:val="sv-SE"/>
        </w:rPr>
        <w:t>BibleBIBEL82</w:t>
      </w:r>
      <w:r w:rsidRPr="000767E2">
        <w:rPr>
          <w:lang w:val="sv-SE"/>
        </w:rPr>
        <w:t>:John 6:50]]</w:t>
      </w:r>
      <w:r w:rsidRPr="000767E2">
        <w:rPr>
          <w:vertAlign w:val="superscript"/>
          <w:lang w:val="sv-SE"/>
        </w:rPr>
        <w:t>50</w:t>
      </w:r>
      <w:r w:rsidRPr="000767E2">
        <w:rPr>
          <w:lang w:val="sv-SE"/>
        </w:rPr>
        <w:t xml:space="preserve"> {{field-on:bible}}Detta är brödet som kommer ner från himlen, för att man ska äta av det och inte dö.{{field-off:bible}} [[@</w:t>
      </w:r>
      <w:r w:rsidR="0096445B" w:rsidRPr="000767E2">
        <w:rPr>
          <w:lang w:val="sv-SE"/>
        </w:rPr>
        <w:t>BibleBIBEL82</w:t>
      </w:r>
      <w:r w:rsidRPr="000767E2">
        <w:rPr>
          <w:lang w:val="sv-SE"/>
        </w:rPr>
        <w:t>:John 6:51]]</w:t>
      </w:r>
      <w:r w:rsidRPr="000767E2">
        <w:rPr>
          <w:vertAlign w:val="superscript"/>
          <w:lang w:val="sv-SE"/>
        </w:rPr>
        <w:t>51</w:t>
      </w:r>
      <w:r w:rsidRPr="000767E2">
        <w:rPr>
          <w:lang w:val="sv-SE"/>
        </w:rPr>
        <w:t xml:space="preserve"> {{field-on:bible}}Jag är det levande brödet som har kommit ner från himlen. Om någon äter av detta bröd ska han leva till eonen. Och brödet som jag ska ge är mitt kött, för världens liv.”{{field-off:bible}}</w:t>
      </w:r>
    </w:p>
    <w:p w14:paraId="31721AD1" w14:textId="07E85A85" w:rsidR="00BA33AB" w:rsidRPr="000767E2" w:rsidRDefault="00000000">
      <w:pPr>
        <w:rPr>
          <w:lang w:val="sv-SE"/>
        </w:rPr>
      </w:pPr>
      <w:r w:rsidRPr="000767E2">
        <w:rPr>
          <w:lang w:val="sv-SE"/>
        </w:rPr>
        <w:t>[[@</w:t>
      </w:r>
      <w:r w:rsidR="0096445B" w:rsidRPr="000767E2">
        <w:rPr>
          <w:lang w:val="sv-SE"/>
        </w:rPr>
        <w:t>BibleBIBEL82</w:t>
      </w:r>
      <w:r w:rsidRPr="000767E2">
        <w:rPr>
          <w:lang w:val="sv-SE"/>
        </w:rPr>
        <w:t>:John 6:52]]</w:t>
      </w:r>
      <w:r w:rsidRPr="000767E2">
        <w:rPr>
          <w:vertAlign w:val="superscript"/>
          <w:lang w:val="sv-SE"/>
        </w:rPr>
        <w:t>52</w:t>
      </w:r>
      <w:r w:rsidRPr="000767E2">
        <w:rPr>
          <w:lang w:val="sv-SE"/>
        </w:rPr>
        <w:t xml:space="preserve"> {{field-on:bible}}Då bråkade judarna med varandra och sade: ”Hur kan denne ge oss [sitt] kött att äta?”{{field-off:bible}} [[@</w:t>
      </w:r>
      <w:r w:rsidR="0096445B" w:rsidRPr="000767E2">
        <w:rPr>
          <w:lang w:val="sv-SE"/>
        </w:rPr>
        <w:t>BibleBIBEL82</w:t>
      </w:r>
      <w:r w:rsidRPr="000767E2">
        <w:rPr>
          <w:lang w:val="sv-SE"/>
        </w:rPr>
        <w:t>:John 6:53]]</w:t>
      </w:r>
      <w:r w:rsidRPr="000767E2">
        <w:rPr>
          <w:vertAlign w:val="superscript"/>
          <w:lang w:val="sv-SE"/>
        </w:rPr>
        <w:t>53</w:t>
      </w:r>
      <w:r w:rsidRPr="000767E2">
        <w:rPr>
          <w:lang w:val="sv-SE"/>
        </w:rPr>
        <w:t xml:space="preserve"> {{field-on:bible}}Jesus sade då till dem: ”Amen, amen, jag säger er: Om ni inte äter Människosonens kött och dricker hans blod, har ni inte liv i er.{{field-off:bible}} [[@</w:t>
      </w:r>
      <w:r w:rsidR="0096445B" w:rsidRPr="000767E2">
        <w:rPr>
          <w:lang w:val="sv-SE"/>
        </w:rPr>
        <w:t>BibleBIBEL82</w:t>
      </w:r>
      <w:r w:rsidRPr="000767E2">
        <w:rPr>
          <w:lang w:val="sv-SE"/>
        </w:rPr>
        <w:t>:John 6:54]]</w:t>
      </w:r>
      <w:r w:rsidRPr="000767E2">
        <w:rPr>
          <w:vertAlign w:val="superscript"/>
          <w:lang w:val="sv-SE"/>
        </w:rPr>
        <w:t>54</w:t>
      </w:r>
      <w:r w:rsidRPr="000767E2">
        <w:rPr>
          <w:lang w:val="sv-SE"/>
        </w:rPr>
        <w:t xml:space="preserve"> {{field-on:bible}}Den som tuggar mitt kött och dricker mitt blod har eoniskt liv. Och jag ska låta honom uppstå på den sista dagen.{{field-off:bible}} [[@</w:t>
      </w:r>
      <w:r w:rsidR="0096445B" w:rsidRPr="000767E2">
        <w:rPr>
          <w:lang w:val="sv-SE"/>
        </w:rPr>
        <w:t>BibleBIBEL82</w:t>
      </w:r>
      <w:r w:rsidRPr="000767E2">
        <w:rPr>
          <w:lang w:val="sv-SE"/>
        </w:rPr>
        <w:t>:John 6:55]]</w:t>
      </w:r>
      <w:r w:rsidRPr="000767E2">
        <w:rPr>
          <w:vertAlign w:val="superscript"/>
          <w:lang w:val="sv-SE"/>
        </w:rPr>
        <w:t>55</w:t>
      </w:r>
      <w:r w:rsidRPr="000767E2">
        <w:rPr>
          <w:lang w:val="sv-SE"/>
        </w:rPr>
        <w:t xml:space="preserve"> {{field-on:bible}}För mitt kött är sann mat. Och mitt blod är sann dryck.{{field-off:bible}} [[@</w:t>
      </w:r>
      <w:r w:rsidR="0096445B" w:rsidRPr="000767E2">
        <w:rPr>
          <w:lang w:val="sv-SE"/>
        </w:rPr>
        <w:t>BibleBIBEL82</w:t>
      </w:r>
      <w:r w:rsidRPr="000767E2">
        <w:rPr>
          <w:lang w:val="sv-SE"/>
        </w:rPr>
        <w:t>:John 6:56]]</w:t>
      </w:r>
      <w:r w:rsidRPr="000767E2">
        <w:rPr>
          <w:vertAlign w:val="superscript"/>
          <w:lang w:val="sv-SE"/>
        </w:rPr>
        <w:t>56</w:t>
      </w:r>
      <w:r w:rsidRPr="000767E2">
        <w:rPr>
          <w:lang w:val="sv-SE"/>
        </w:rPr>
        <w:t xml:space="preserve"> {{field-on:bible}}Den som tuggar mitt kött och dricker mitt blod förblir i mig, och jag i honom.{{field-off:bible}} [[@</w:t>
      </w:r>
      <w:r w:rsidR="0096445B" w:rsidRPr="000767E2">
        <w:rPr>
          <w:lang w:val="sv-SE"/>
        </w:rPr>
        <w:t>BibleBIBEL82</w:t>
      </w:r>
      <w:r w:rsidRPr="000767E2">
        <w:rPr>
          <w:lang w:val="sv-SE"/>
        </w:rPr>
        <w:t>:John 6:57]]</w:t>
      </w:r>
      <w:r w:rsidRPr="000767E2">
        <w:rPr>
          <w:vertAlign w:val="superscript"/>
          <w:lang w:val="sv-SE"/>
        </w:rPr>
        <w:t>57</w:t>
      </w:r>
      <w:r w:rsidRPr="000767E2">
        <w:rPr>
          <w:lang w:val="sv-SE"/>
        </w:rPr>
        <w:t xml:space="preserve"> {{field-on:bible}}Så som den levande Fadern har sänt mig och jag lever av Fadern, ska också den som tuggar mig, också denne ska leva av mig.{{field-off:bible}} [[@</w:t>
      </w:r>
      <w:r w:rsidR="0096445B" w:rsidRPr="000767E2">
        <w:rPr>
          <w:lang w:val="sv-SE"/>
        </w:rPr>
        <w:t>BibleBIBEL82</w:t>
      </w:r>
      <w:r w:rsidRPr="000767E2">
        <w:rPr>
          <w:lang w:val="sv-SE"/>
        </w:rPr>
        <w:t>:John 6:58]]</w:t>
      </w:r>
      <w:r w:rsidRPr="000767E2">
        <w:rPr>
          <w:vertAlign w:val="superscript"/>
          <w:lang w:val="sv-SE"/>
        </w:rPr>
        <w:t>58</w:t>
      </w:r>
      <w:r w:rsidRPr="000767E2">
        <w:rPr>
          <w:lang w:val="sv-SE"/>
        </w:rPr>
        <w:t xml:space="preserve"> {{field-on:bible}}Detta är brödet som har kommit ner från himlen. Inte så som fäderna åt och dog. Den som tuggar detta bröd ska leva till eonen.”{{field-off:bible}} [[@</w:t>
      </w:r>
      <w:r w:rsidR="0096445B" w:rsidRPr="000767E2">
        <w:rPr>
          <w:lang w:val="sv-SE"/>
        </w:rPr>
        <w:t>BibleBIBEL82</w:t>
      </w:r>
      <w:r w:rsidRPr="000767E2">
        <w:rPr>
          <w:lang w:val="sv-SE"/>
        </w:rPr>
        <w:t>:John 6:59]]</w:t>
      </w:r>
      <w:r w:rsidRPr="000767E2">
        <w:rPr>
          <w:vertAlign w:val="superscript"/>
          <w:lang w:val="sv-SE"/>
        </w:rPr>
        <w:t>59</w:t>
      </w:r>
      <w:r w:rsidRPr="000767E2">
        <w:rPr>
          <w:lang w:val="sv-SE"/>
        </w:rPr>
        <w:t xml:space="preserve"> {{field-on:bible}}Detta sade han i synagogan när han undervisade i Kafarnaum.{{field-off:bible}}</w:t>
      </w:r>
    </w:p>
    <w:p w14:paraId="017B9860" w14:textId="77777777" w:rsidR="00BA33AB" w:rsidRPr="000767E2" w:rsidRDefault="00000000">
      <w:pPr>
        <w:pStyle w:val="Rubrik3"/>
        <w:rPr>
          <w:lang w:val="sv-SE"/>
        </w:rPr>
      </w:pPr>
      <w:r w:rsidRPr="000767E2">
        <w:rPr>
          <w:lang w:val="sv-SE"/>
        </w:rPr>
        <w:t>Ord av eoniskt liv</w:t>
      </w:r>
    </w:p>
    <w:p w14:paraId="7D91432F" w14:textId="60DD83AE" w:rsidR="00BA33AB" w:rsidRPr="000767E2" w:rsidRDefault="00000000">
      <w:pPr>
        <w:rPr>
          <w:lang w:val="sv-SE"/>
        </w:rPr>
      </w:pPr>
      <w:r w:rsidRPr="000767E2">
        <w:rPr>
          <w:lang w:val="sv-SE"/>
        </w:rPr>
        <w:t>[[@</w:t>
      </w:r>
      <w:r w:rsidR="0096445B" w:rsidRPr="000767E2">
        <w:rPr>
          <w:lang w:val="sv-SE"/>
        </w:rPr>
        <w:t>BibleBIBEL82</w:t>
      </w:r>
      <w:r w:rsidRPr="000767E2">
        <w:rPr>
          <w:lang w:val="sv-SE"/>
        </w:rPr>
        <w:t>:John 6:60]]</w:t>
      </w:r>
      <w:r w:rsidRPr="000767E2">
        <w:rPr>
          <w:vertAlign w:val="superscript"/>
          <w:lang w:val="sv-SE"/>
        </w:rPr>
        <w:t>60</w:t>
      </w:r>
      <w:r w:rsidRPr="000767E2">
        <w:rPr>
          <w:lang w:val="sv-SE"/>
        </w:rPr>
        <w:t xml:space="preserve"> {{field-on:bible}}Många av hans lärjungar som lyssnade sade då: ”Hårt är detta ord. Vem kan lyssna till honom?”{{field-off:bible}} [[@</w:t>
      </w:r>
      <w:r w:rsidR="0096445B" w:rsidRPr="000767E2">
        <w:rPr>
          <w:lang w:val="sv-SE"/>
        </w:rPr>
        <w:t>BibleBIBEL82</w:t>
      </w:r>
      <w:r w:rsidRPr="000767E2">
        <w:rPr>
          <w:lang w:val="sv-SE"/>
        </w:rPr>
        <w:t>:John 6:61]]</w:t>
      </w:r>
      <w:r w:rsidRPr="000767E2">
        <w:rPr>
          <w:vertAlign w:val="superscript"/>
          <w:lang w:val="sv-SE"/>
        </w:rPr>
        <w:t>61</w:t>
      </w:r>
      <w:r w:rsidRPr="000767E2">
        <w:rPr>
          <w:lang w:val="sv-SE"/>
        </w:rPr>
        <w:t xml:space="preserve"> {{field-on:bible}}Men Jesus visste inom sig att hans lärjungar muttrar över detta, och han sade till dem: ”Detta skandaliserar er?{{field-off:bible}} [[@</w:t>
      </w:r>
      <w:r w:rsidR="0096445B" w:rsidRPr="000767E2">
        <w:rPr>
          <w:lang w:val="sv-SE"/>
        </w:rPr>
        <w:t>BibleBIBEL82</w:t>
      </w:r>
      <w:r w:rsidRPr="000767E2">
        <w:rPr>
          <w:lang w:val="sv-SE"/>
        </w:rPr>
        <w:t>:John 6:62]]</w:t>
      </w:r>
      <w:r w:rsidRPr="000767E2">
        <w:rPr>
          <w:vertAlign w:val="superscript"/>
          <w:lang w:val="sv-SE"/>
        </w:rPr>
        <w:t>62</w:t>
      </w:r>
      <w:r w:rsidRPr="000767E2">
        <w:rPr>
          <w:lang w:val="sv-SE"/>
        </w:rPr>
        <w:t xml:space="preserve"> {{field-on:bible}}Om ni då </w:t>
      </w:r>
      <w:r w:rsidRPr="000767E2">
        <w:rPr>
          <w:i/>
          <w:lang w:val="sv-SE"/>
        </w:rPr>
        <w:t>får</w:t>
      </w:r>
      <w:r w:rsidRPr="000767E2">
        <w:rPr>
          <w:lang w:val="sv-SE"/>
        </w:rPr>
        <w:t xml:space="preserve"> skåda Människosonen stiga upp där han var tidigare?{{field-off:bible}} [[@</w:t>
      </w:r>
      <w:r w:rsidR="0096445B" w:rsidRPr="000767E2">
        <w:rPr>
          <w:lang w:val="sv-SE"/>
        </w:rPr>
        <w:t>BibleBIBEL82</w:t>
      </w:r>
      <w:r w:rsidRPr="000767E2">
        <w:rPr>
          <w:lang w:val="sv-SE"/>
        </w:rPr>
        <w:t>:John 6:63]]</w:t>
      </w:r>
      <w:r w:rsidRPr="000767E2">
        <w:rPr>
          <w:vertAlign w:val="superscript"/>
          <w:lang w:val="sv-SE"/>
        </w:rPr>
        <w:t>63</w:t>
      </w:r>
      <w:r w:rsidRPr="000767E2">
        <w:rPr>
          <w:lang w:val="sv-SE"/>
        </w:rPr>
        <w:t xml:space="preserve"> {{field-on:bible}}</w:t>
      </w:r>
      <w:r w:rsidRPr="000767E2">
        <w:rPr>
          <w:i/>
          <w:lang w:val="sv-SE"/>
        </w:rPr>
        <w:t>Det</w:t>
      </w:r>
      <w:r w:rsidRPr="000767E2">
        <w:rPr>
          <w:lang w:val="sv-SE"/>
        </w:rPr>
        <w:t xml:space="preserve"> är Anden som levandegör. Köttet gör ingen nytta. De ord som jag har talat till er är Ande och är liv.{{field-off:bible}} [[@</w:t>
      </w:r>
      <w:r w:rsidR="0096445B" w:rsidRPr="000767E2">
        <w:rPr>
          <w:lang w:val="sv-SE"/>
        </w:rPr>
        <w:t>BibleBIBEL82</w:t>
      </w:r>
      <w:r w:rsidRPr="000767E2">
        <w:rPr>
          <w:lang w:val="sv-SE"/>
        </w:rPr>
        <w:t>:John 6:64]]</w:t>
      </w:r>
      <w:r w:rsidRPr="000767E2">
        <w:rPr>
          <w:vertAlign w:val="superscript"/>
          <w:lang w:val="sv-SE"/>
        </w:rPr>
        <w:t>64</w:t>
      </w:r>
      <w:r w:rsidRPr="000767E2">
        <w:rPr>
          <w:lang w:val="sv-SE"/>
        </w:rPr>
        <w:t xml:space="preserve"> {{field-on:bible}}Men det finns några av er som inte tror.” För Jesus visste från begynnelsen vilka de är som inte tror, och vem </w:t>
      </w:r>
      <w:r w:rsidRPr="000767E2">
        <w:rPr>
          <w:i/>
          <w:lang w:val="sv-SE"/>
        </w:rPr>
        <w:t>det</w:t>
      </w:r>
      <w:r w:rsidRPr="000767E2">
        <w:rPr>
          <w:lang w:val="sv-SE"/>
        </w:rPr>
        <w:t xml:space="preserve"> är som kommer att utlämna honom.{{field-off:bible}} [[@</w:t>
      </w:r>
      <w:r w:rsidR="0096445B" w:rsidRPr="000767E2">
        <w:rPr>
          <w:lang w:val="sv-SE"/>
        </w:rPr>
        <w:t>BibleBIBEL82</w:t>
      </w:r>
      <w:r w:rsidRPr="000767E2">
        <w:rPr>
          <w:lang w:val="sv-SE"/>
        </w:rPr>
        <w:t>:John 6:65]]</w:t>
      </w:r>
      <w:r w:rsidRPr="000767E2">
        <w:rPr>
          <w:vertAlign w:val="superscript"/>
          <w:lang w:val="sv-SE"/>
        </w:rPr>
        <w:t>65</w:t>
      </w:r>
      <w:r w:rsidRPr="000767E2">
        <w:rPr>
          <w:lang w:val="sv-SE"/>
        </w:rPr>
        <w:t xml:space="preserve"> {{field-on:bible}}Och han sade: ”Därför har jag sagt er att ingen kan komma till mig om inte det är honom givet av Fadern.”{{field-off:bible}}</w:t>
      </w:r>
    </w:p>
    <w:p w14:paraId="48CB57A3" w14:textId="0CDE101B" w:rsidR="00BA33AB" w:rsidRPr="000767E2" w:rsidRDefault="00000000">
      <w:pPr>
        <w:rPr>
          <w:lang w:val="sv-SE"/>
        </w:rPr>
      </w:pPr>
      <w:r w:rsidRPr="000767E2">
        <w:rPr>
          <w:lang w:val="sv-SE"/>
        </w:rPr>
        <w:t>[[@</w:t>
      </w:r>
      <w:r w:rsidR="0096445B" w:rsidRPr="000767E2">
        <w:rPr>
          <w:lang w:val="sv-SE"/>
        </w:rPr>
        <w:t>BibleBIBEL82</w:t>
      </w:r>
      <w:r w:rsidRPr="000767E2">
        <w:rPr>
          <w:lang w:val="sv-SE"/>
        </w:rPr>
        <w:t>:John 6:66]]</w:t>
      </w:r>
      <w:r w:rsidRPr="000767E2">
        <w:rPr>
          <w:vertAlign w:val="superscript"/>
          <w:lang w:val="sv-SE"/>
        </w:rPr>
        <w:t>66</w:t>
      </w:r>
      <w:r w:rsidRPr="000767E2">
        <w:rPr>
          <w:lang w:val="sv-SE"/>
        </w:rPr>
        <w:t xml:space="preserve"> {{field-on:bible}}Efter detta </w:t>
      </w:r>
      <w:r w:rsidRPr="000767E2">
        <w:rPr>
          <w:i/>
          <w:lang w:val="sv-SE"/>
        </w:rPr>
        <w:t>var det</w:t>
      </w:r>
      <w:r w:rsidRPr="000767E2">
        <w:rPr>
          <w:lang w:val="sv-SE"/>
        </w:rPr>
        <w:t xml:space="preserve"> många av hans lärjungar </w:t>
      </w:r>
      <w:r w:rsidRPr="000767E2">
        <w:rPr>
          <w:i/>
          <w:lang w:val="sv-SE"/>
        </w:rPr>
        <w:t>som</w:t>
      </w:r>
      <w:r w:rsidRPr="000767E2">
        <w:rPr>
          <w:lang w:val="sv-SE"/>
        </w:rPr>
        <w:t xml:space="preserve"> gick bort bakåt och inte mer vandrade med honom.{{field-off:bible}} [[@</w:t>
      </w:r>
      <w:r w:rsidR="0096445B" w:rsidRPr="000767E2">
        <w:rPr>
          <w:lang w:val="sv-SE"/>
        </w:rPr>
        <w:t>BibleBIBEL82</w:t>
      </w:r>
      <w:r w:rsidRPr="000767E2">
        <w:rPr>
          <w:lang w:val="sv-SE"/>
        </w:rPr>
        <w:t>:John 6:67]]</w:t>
      </w:r>
      <w:r w:rsidRPr="000767E2">
        <w:rPr>
          <w:vertAlign w:val="superscript"/>
          <w:lang w:val="sv-SE"/>
        </w:rPr>
        <w:t>67</w:t>
      </w:r>
      <w:r w:rsidRPr="000767E2">
        <w:rPr>
          <w:lang w:val="sv-SE"/>
        </w:rPr>
        <w:t xml:space="preserve"> {{field-on:bible}}Då sade Jesus till de tolv: ”Inte vill också ni bege er?”{{field-off:bible}} [[@</w:t>
      </w:r>
      <w:r w:rsidR="0096445B" w:rsidRPr="000767E2">
        <w:rPr>
          <w:lang w:val="sv-SE"/>
        </w:rPr>
        <w:t>BibleBIBEL82</w:t>
      </w:r>
      <w:r w:rsidRPr="000767E2">
        <w:rPr>
          <w:lang w:val="sv-SE"/>
        </w:rPr>
        <w:t>:John 6:68]]</w:t>
      </w:r>
      <w:r w:rsidRPr="000767E2">
        <w:rPr>
          <w:vertAlign w:val="superscript"/>
          <w:lang w:val="sv-SE"/>
        </w:rPr>
        <w:t>68</w:t>
      </w:r>
      <w:r w:rsidRPr="000767E2">
        <w:rPr>
          <w:lang w:val="sv-SE"/>
        </w:rPr>
        <w:t xml:space="preserve"> {{field-on:bible}}</w:t>
      </w:r>
      <w:r w:rsidRPr="000767E2">
        <w:rPr>
          <w:i/>
          <w:lang w:val="sv-SE"/>
        </w:rPr>
        <w:t>Då</w:t>
      </w:r>
      <w:r w:rsidRPr="000767E2">
        <w:rPr>
          <w:lang w:val="sv-SE"/>
        </w:rPr>
        <w:t xml:space="preserve"> svarade honom Simon Petrus: ”Herre, till vem ska vi gå bort? Ord av eoniskt liv har du,{{field-off:bible}} [[@</w:t>
      </w:r>
      <w:r w:rsidR="0096445B" w:rsidRPr="000767E2">
        <w:rPr>
          <w:lang w:val="sv-SE"/>
        </w:rPr>
        <w:t>BibleBIBEL82</w:t>
      </w:r>
      <w:r w:rsidRPr="000767E2">
        <w:rPr>
          <w:lang w:val="sv-SE"/>
        </w:rPr>
        <w:t>:John 6:69]]</w:t>
      </w:r>
      <w:r w:rsidRPr="000767E2">
        <w:rPr>
          <w:vertAlign w:val="superscript"/>
          <w:lang w:val="sv-SE"/>
        </w:rPr>
        <w:t>69</w:t>
      </w:r>
      <w:r w:rsidRPr="000767E2">
        <w:rPr>
          <w:lang w:val="sv-SE"/>
        </w:rPr>
        <w:t xml:space="preserve"> {{field-on:bible}}och vi har kommit till tro och </w:t>
      </w:r>
      <w:r w:rsidRPr="000767E2">
        <w:rPr>
          <w:lang w:val="sv-SE"/>
        </w:rPr>
        <w:lastRenderedPageBreak/>
        <w:t>förstått att du är Guds Helige.”{{field-off:bible}} [[@</w:t>
      </w:r>
      <w:r w:rsidR="0096445B" w:rsidRPr="000767E2">
        <w:rPr>
          <w:lang w:val="sv-SE"/>
        </w:rPr>
        <w:t>BibleBIBEL82</w:t>
      </w:r>
      <w:r w:rsidRPr="000767E2">
        <w:rPr>
          <w:lang w:val="sv-SE"/>
        </w:rPr>
        <w:t>:John 6:70]]</w:t>
      </w:r>
      <w:r w:rsidRPr="000767E2">
        <w:rPr>
          <w:vertAlign w:val="superscript"/>
          <w:lang w:val="sv-SE"/>
        </w:rPr>
        <w:t>70</w:t>
      </w:r>
      <w:r w:rsidRPr="000767E2">
        <w:rPr>
          <w:lang w:val="sv-SE"/>
        </w:rPr>
        <w:t xml:space="preserve"> {{field-on:bible}}Jesus svarade dem: ”Har inte jag utvalt er, de tolv? Och en av er är en djävul.”{{field-off:bible}} [[@</w:t>
      </w:r>
      <w:r w:rsidR="0096445B" w:rsidRPr="000767E2">
        <w:rPr>
          <w:lang w:val="sv-SE"/>
        </w:rPr>
        <w:t>BibleBIBEL82</w:t>
      </w:r>
      <w:r w:rsidRPr="000767E2">
        <w:rPr>
          <w:lang w:val="sv-SE"/>
        </w:rPr>
        <w:t>:John 6:71]]</w:t>
      </w:r>
      <w:r w:rsidRPr="000767E2">
        <w:rPr>
          <w:vertAlign w:val="superscript"/>
          <w:lang w:val="sv-SE"/>
        </w:rPr>
        <w:t>71</w:t>
      </w:r>
      <w:r w:rsidRPr="000767E2">
        <w:rPr>
          <w:lang w:val="sv-SE"/>
        </w:rPr>
        <w:t xml:space="preserve"> {{field-on:bible}}Men han talade </w:t>
      </w:r>
      <w:r w:rsidRPr="000767E2">
        <w:rPr>
          <w:i/>
          <w:lang w:val="sv-SE"/>
        </w:rPr>
        <w:t>om</w:t>
      </w:r>
      <w:r w:rsidRPr="000767E2">
        <w:rPr>
          <w:lang w:val="sv-SE"/>
        </w:rPr>
        <w:t xml:space="preserve"> Judas, Simon Iskariots </w:t>
      </w:r>
      <w:r w:rsidRPr="000767E2">
        <w:rPr>
          <w:i/>
          <w:lang w:val="sv-SE"/>
        </w:rPr>
        <w:t>son</w:t>
      </w:r>
      <w:r w:rsidRPr="000767E2">
        <w:rPr>
          <w:lang w:val="sv-SE"/>
        </w:rPr>
        <w:t>. För denne skulle utlämna honom: en av de tolv.{{field-off:bible}}</w:t>
      </w:r>
    </w:p>
    <w:p w14:paraId="3BEDED72" w14:textId="679DC19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7]]Kapitel 7</w:t>
      </w:r>
    </w:p>
    <w:p w14:paraId="31BAF11A" w14:textId="77777777" w:rsidR="00BA33AB" w:rsidRPr="000767E2" w:rsidRDefault="00000000">
      <w:pPr>
        <w:pStyle w:val="Rubrik3"/>
        <w:rPr>
          <w:lang w:val="sv-SE"/>
        </w:rPr>
      </w:pPr>
      <w:r w:rsidRPr="000767E2">
        <w:rPr>
          <w:lang w:val="sv-SE"/>
        </w:rPr>
        <w:t>Jesus vid lövhyddohögtiden</w:t>
      </w:r>
    </w:p>
    <w:p w14:paraId="6BC03F3F" w14:textId="2539FC90" w:rsidR="00BA33AB" w:rsidRPr="000767E2" w:rsidRDefault="00000000">
      <w:pPr>
        <w:rPr>
          <w:lang w:val="sv-SE"/>
        </w:rPr>
      </w:pPr>
      <w:r w:rsidRPr="000767E2">
        <w:rPr>
          <w:lang w:val="sv-SE"/>
        </w:rPr>
        <w:t>[[@</w:t>
      </w:r>
      <w:r w:rsidR="0096445B" w:rsidRPr="000767E2">
        <w:rPr>
          <w:lang w:val="sv-SE"/>
        </w:rPr>
        <w:t>BibleBIBEL82</w:t>
      </w:r>
      <w:r w:rsidRPr="000767E2">
        <w:rPr>
          <w:lang w:val="sv-SE"/>
        </w:rPr>
        <w:t>:John 7:1]]</w:t>
      </w:r>
      <w:r w:rsidRPr="000767E2">
        <w:rPr>
          <w:vertAlign w:val="superscript"/>
          <w:lang w:val="sv-SE"/>
        </w:rPr>
        <w:t>1</w:t>
      </w:r>
      <w:r w:rsidRPr="000767E2">
        <w:rPr>
          <w:lang w:val="sv-SE"/>
        </w:rPr>
        <w:t xml:space="preserve"> {{field-on:bible}}Och efter detta vandrade Jesus i Galileen. För han ville inte vandra i Judeen, eftersom judarna sökte döda honom.{{field-off:bible}}</w:t>
      </w:r>
    </w:p>
    <w:p w14:paraId="494734B2" w14:textId="213B4F56" w:rsidR="00BA33AB" w:rsidRPr="000767E2" w:rsidRDefault="00000000">
      <w:pPr>
        <w:rPr>
          <w:lang w:val="sv-SE"/>
        </w:rPr>
      </w:pPr>
      <w:r w:rsidRPr="000767E2">
        <w:rPr>
          <w:lang w:val="sv-SE"/>
        </w:rPr>
        <w:t>[[@</w:t>
      </w:r>
      <w:r w:rsidR="0096445B" w:rsidRPr="000767E2">
        <w:rPr>
          <w:lang w:val="sv-SE"/>
        </w:rPr>
        <w:t>BibleBIBEL82</w:t>
      </w:r>
      <w:r w:rsidRPr="000767E2">
        <w:rPr>
          <w:lang w:val="sv-SE"/>
        </w:rPr>
        <w:t>:John 7:2]]</w:t>
      </w:r>
      <w:r w:rsidRPr="000767E2">
        <w:rPr>
          <w:vertAlign w:val="superscript"/>
          <w:lang w:val="sv-SE"/>
        </w:rPr>
        <w:t>2</w:t>
      </w:r>
      <w:r w:rsidRPr="000767E2">
        <w:rPr>
          <w:lang w:val="sv-SE"/>
        </w:rPr>
        <w:t xml:space="preserve"> {{field-on:bible}}Och judarnas högtid var nära, lövhyddohögtiden.{{field-off:bible}} [[@</w:t>
      </w:r>
      <w:r w:rsidR="0096445B" w:rsidRPr="000767E2">
        <w:rPr>
          <w:lang w:val="sv-SE"/>
        </w:rPr>
        <w:t>BibleBIBEL82</w:t>
      </w:r>
      <w:r w:rsidRPr="000767E2">
        <w:rPr>
          <w:lang w:val="sv-SE"/>
        </w:rPr>
        <w:t>:John 7:3]]</w:t>
      </w:r>
      <w:r w:rsidRPr="000767E2">
        <w:rPr>
          <w:vertAlign w:val="superscript"/>
          <w:lang w:val="sv-SE"/>
        </w:rPr>
        <w:t>3</w:t>
      </w:r>
      <w:r w:rsidRPr="000767E2">
        <w:rPr>
          <w:lang w:val="sv-SE"/>
        </w:rPr>
        <w:t xml:space="preserve"> {{field-on:bible}}Hans bröder sade då till honom: ”Gå vidare härifrån och bege dig till Judeen, så att även dina lärjungar </w:t>
      </w:r>
      <w:r w:rsidRPr="000767E2">
        <w:rPr>
          <w:i/>
          <w:lang w:val="sv-SE"/>
        </w:rPr>
        <w:t>får</w:t>
      </w:r>
      <w:r w:rsidRPr="000767E2">
        <w:rPr>
          <w:lang w:val="sv-SE"/>
        </w:rPr>
        <w:t xml:space="preserve"> skåda dina gärningar som du gör.{{field-off:bible}} [[@</w:t>
      </w:r>
      <w:r w:rsidR="0096445B" w:rsidRPr="000767E2">
        <w:rPr>
          <w:lang w:val="sv-SE"/>
        </w:rPr>
        <w:t>BibleBIBEL82</w:t>
      </w:r>
      <w:r w:rsidRPr="000767E2">
        <w:rPr>
          <w:lang w:val="sv-SE"/>
        </w:rPr>
        <w:t>:John 7:4]]</w:t>
      </w:r>
      <w:r w:rsidRPr="000767E2">
        <w:rPr>
          <w:vertAlign w:val="superscript"/>
          <w:lang w:val="sv-SE"/>
        </w:rPr>
        <w:t>4</w:t>
      </w:r>
      <w:r w:rsidRPr="000767E2">
        <w:rPr>
          <w:lang w:val="sv-SE"/>
        </w:rPr>
        <w:t xml:space="preserve"> {{field-on:bible}}För ingen gör något i </w:t>
      </w:r>
      <w:r w:rsidRPr="000767E2">
        <w:rPr>
          <w:i/>
          <w:lang w:val="sv-SE"/>
        </w:rPr>
        <w:t>det</w:t>
      </w:r>
      <w:r w:rsidRPr="000767E2">
        <w:rPr>
          <w:lang w:val="sv-SE"/>
        </w:rPr>
        <w:t xml:space="preserve"> fördolda och söker själv vara i öppenhet. Om du gör dessa </w:t>
      </w:r>
      <w:r w:rsidRPr="000767E2">
        <w:rPr>
          <w:i/>
          <w:lang w:val="sv-SE"/>
        </w:rPr>
        <w:t>ting</w:t>
      </w:r>
      <w:r w:rsidRPr="000767E2">
        <w:rPr>
          <w:lang w:val="sv-SE"/>
        </w:rPr>
        <w:t>, visa dig för världen!”{{field-off:bible}} [[@</w:t>
      </w:r>
      <w:r w:rsidR="0096445B" w:rsidRPr="000767E2">
        <w:rPr>
          <w:lang w:val="sv-SE"/>
        </w:rPr>
        <w:t>BibleBIBEL82</w:t>
      </w:r>
      <w:r w:rsidRPr="000767E2">
        <w:rPr>
          <w:lang w:val="sv-SE"/>
        </w:rPr>
        <w:t>:John 7:5]]</w:t>
      </w:r>
      <w:r w:rsidRPr="000767E2">
        <w:rPr>
          <w:vertAlign w:val="superscript"/>
          <w:lang w:val="sv-SE"/>
        </w:rPr>
        <w:t>5</w:t>
      </w:r>
      <w:r w:rsidRPr="000767E2">
        <w:rPr>
          <w:lang w:val="sv-SE"/>
        </w:rPr>
        <w:t xml:space="preserve"> {{field-on:bible}}För inte heller hans bröder trodde på honom.{{field-off:bible}}</w:t>
      </w:r>
    </w:p>
    <w:p w14:paraId="4BBD5E37" w14:textId="5BB8A31D" w:rsidR="00BA33AB" w:rsidRPr="000767E2" w:rsidRDefault="00000000">
      <w:pPr>
        <w:rPr>
          <w:lang w:val="sv-SE"/>
        </w:rPr>
      </w:pPr>
      <w:r w:rsidRPr="000767E2">
        <w:rPr>
          <w:lang w:val="sv-SE"/>
        </w:rPr>
        <w:t>[[@</w:t>
      </w:r>
      <w:r w:rsidR="0096445B" w:rsidRPr="000767E2">
        <w:rPr>
          <w:lang w:val="sv-SE"/>
        </w:rPr>
        <w:t>BibleBIBEL82</w:t>
      </w:r>
      <w:r w:rsidRPr="000767E2">
        <w:rPr>
          <w:lang w:val="sv-SE"/>
        </w:rPr>
        <w:t>:John 7:6]]</w:t>
      </w:r>
      <w:r w:rsidRPr="000767E2">
        <w:rPr>
          <w:vertAlign w:val="superscript"/>
          <w:lang w:val="sv-SE"/>
        </w:rPr>
        <w:t>6</w:t>
      </w:r>
      <w:r w:rsidRPr="000767E2">
        <w:rPr>
          <w:lang w:val="sv-SE"/>
        </w:rPr>
        <w:t xml:space="preserve"> {{field-on:bible}}Då säger Jesus till dem: ”Min tid är ännu inte här. Men er tid är alltid beredd.{{field-off:bible}} [[@</w:t>
      </w:r>
      <w:r w:rsidR="0096445B" w:rsidRPr="000767E2">
        <w:rPr>
          <w:lang w:val="sv-SE"/>
        </w:rPr>
        <w:t>BibleBIBEL82</w:t>
      </w:r>
      <w:r w:rsidRPr="000767E2">
        <w:rPr>
          <w:lang w:val="sv-SE"/>
        </w:rPr>
        <w:t>:John 7:7]]</w:t>
      </w:r>
      <w:r w:rsidRPr="000767E2">
        <w:rPr>
          <w:vertAlign w:val="superscript"/>
          <w:lang w:val="sv-SE"/>
        </w:rPr>
        <w:t>7</w:t>
      </w:r>
      <w:r w:rsidRPr="000767E2">
        <w:rPr>
          <w:lang w:val="sv-SE"/>
        </w:rPr>
        <w:t xml:space="preserve"> {{field-on:bible}}Världen kan inte hata er. Men mig hatar den eftersom jag vittnar om den, att dess gärningar är onda.{{field-off:bible}} [[@</w:t>
      </w:r>
      <w:r w:rsidR="0096445B" w:rsidRPr="000767E2">
        <w:rPr>
          <w:lang w:val="sv-SE"/>
        </w:rPr>
        <w:t>BibleBIBEL82</w:t>
      </w:r>
      <w:r w:rsidRPr="000767E2">
        <w:rPr>
          <w:lang w:val="sv-SE"/>
        </w:rPr>
        <w:t>:John 7:8]]</w:t>
      </w:r>
      <w:r w:rsidRPr="000767E2">
        <w:rPr>
          <w:vertAlign w:val="superscript"/>
          <w:lang w:val="sv-SE"/>
        </w:rPr>
        <w:t>8</w:t>
      </w:r>
      <w:r w:rsidRPr="000767E2">
        <w:rPr>
          <w:lang w:val="sv-SE"/>
        </w:rPr>
        <w:t xml:space="preserve"> {{field-on:bible}}Gå ni upp till högtiden. Jag går inte upp till denna högtid, för min tid är ännu inte uppfylld.”{{field-off:bible}} [[@</w:t>
      </w:r>
      <w:r w:rsidR="0096445B" w:rsidRPr="000767E2">
        <w:rPr>
          <w:lang w:val="sv-SE"/>
        </w:rPr>
        <w:t>BibleBIBEL82</w:t>
      </w:r>
      <w:r w:rsidRPr="000767E2">
        <w:rPr>
          <w:lang w:val="sv-SE"/>
        </w:rPr>
        <w:t>:John 7:9]]</w:t>
      </w:r>
      <w:r w:rsidRPr="000767E2">
        <w:rPr>
          <w:vertAlign w:val="superscript"/>
          <w:lang w:val="sv-SE"/>
        </w:rPr>
        <w:t>9</w:t>
      </w:r>
      <w:r w:rsidRPr="000767E2">
        <w:rPr>
          <w:lang w:val="sv-SE"/>
        </w:rPr>
        <w:t xml:space="preserve"> {{field-on:bible}}Och sedan han sagt detta, blev han själv kvar i Galileen.{{field-off:bible}}</w:t>
      </w:r>
    </w:p>
    <w:p w14:paraId="3AD43DBF" w14:textId="5A49B710" w:rsidR="00BA33AB" w:rsidRPr="000767E2" w:rsidRDefault="00000000">
      <w:pPr>
        <w:rPr>
          <w:lang w:val="sv-SE"/>
        </w:rPr>
      </w:pPr>
      <w:r w:rsidRPr="000767E2">
        <w:rPr>
          <w:lang w:val="sv-SE"/>
        </w:rPr>
        <w:t>[[@</w:t>
      </w:r>
      <w:r w:rsidR="0096445B" w:rsidRPr="000767E2">
        <w:rPr>
          <w:lang w:val="sv-SE"/>
        </w:rPr>
        <w:t>BibleBIBEL82</w:t>
      </w:r>
      <w:r w:rsidRPr="000767E2">
        <w:rPr>
          <w:lang w:val="sv-SE"/>
        </w:rPr>
        <w:t>:John 7:10]]</w:t>
      </w:r>
      <w:r w:rsidRPr="000767E2">
        <w:rPr>
          <w:vertAlign w:val="superscript"/>
          <w:lang w:val="sv-SE"/>
        </w:rPr>
        <w:t>10</w:t>
      </w:r>
      <w:r w:rsidRPr="000767E2">
        <w:rPr>
          <w:lang w:val="sv-SE"/>
        </w:rPr>
        <w:t xml:space="preserve"> {{field-on:bible}}Men när hans bröder hade gått upp till högtiden, då gick han också själv upp: inte uppenbart, utan [som] i </w:t>
      </w:r>
      <w:r w:rsidRPr="000767E2">
        <w:rPr>
          <w:i/>
          <w:lang w:val="sv-SE"/>
        </w:rPr>
        <w:t>det</w:t>
      </w:r>
      <w:r w:rsidRPr="000767E2">
        <w:rPr>
          <w:lang w:val="sv-SE"/>
        </w:rPr>
        <w:t xml:space="preserve"> fördolda.{{field-off:bible}} [[@</w:t>
      </w:r>
      <w:r w:rsidR="0096445B" w:rsidRPr="000767E2">
        <w:rPr>
          <w:lang w:val="sv-SE"/>
        </w:rPr>
        <w:t>BibleBIBEL82</w:t>
      </w:r>
      <w:r w:rsidRPr="000767E2">
        <w:rPr>
          <w:lang w:val="sv-SE"/>
        </w:rPr>
        <w:t>:John 7:11]]</w:t>
      </w:r>
      <w:r w:rsidRPr="000767E2">
        <w:rPr>
          <w:vertAlign w:val="superscript"/>
          <w:lang w:val="sv-SE"/>
        </w:rPr>
        <w:t>11</w:t>
      </w:r>
      <w:r w:rsidRPr="000767E2">
        <w:rPr>
          <w:lang w:val="sv-SE"/>
        </w:rPr>
        <w:t xml:space="preserve"> {{field-on:bible}}Judarna sökte honom nu under högtiden och sade: ”Var är den där?”{{field-off:bible}} [[@</w:t>
      </w:r>
      <w:r w:rsidR="0096445B" w:rsidRPr="000767E2">
        <w:rPr>
          <w:lang w:val="sv-SE"/>
        </w:rPr>
        <w:t>BibleBIBEL82</w:t>
      </w:r>
      <w:r w:rsidRPr="000767E2">
        <w:rPr>
          <w:lang w:val="sv-SE"/>
        </w:rPr>
        <w:t>:John 7:12]]</w:t>
      </w:r>
      <w:r w:rsidRPr="000767E2">
        <w:rPr>
          <w:vertAlign w:val="superscript"/>
          <w:lang w:val="sv-SE"/>
        </w:rPr>
        <w:t>12</w:t>
      </w:r>
      <w:r w:rsidRPr="000767E2">
        <w:rPr>
          <w:lang w:val="sv-SE"/>
        </w:rPr>
        <w:t xml:space="preserve"> {{field-on:bible}}Och det var mycket muttrande om honom bland skarorna. Några sade att: ”Han är god.” [Men] andra sade: ”Nej, utan han förvillar skaran.”{{field-off:bible}} [[@</w:t>
      </w:r>
      <w:r w:rsidR="0096445B" w:rsidRPr="000767E2">
        <w:rPr>
          <w:lang w:val="sv-SE"/>
        </w:rPr>
        <w:t>BibleBIBEL82</w:t>
      </w:r>
      <w:r w:rsidRPr="000767E2">
        <w:rPr>
          <w:lang w:val="sv-SE"/>
        </w:rPr>
        <w:t>:John 7:13]]</w:t>
      </w:r>
      <w:r w:rsidRPr="000767E2">
        <w:rPr>
          <w:vertAlign w:val="superscript"/>
          <w:lang w:val="sv-SE"/>
        </w:rPr>
        <w:t>13</w:t>
      </w:r>
      <w:r w:rsidRPr="000767E2">
        <w:rPr>
          <w:lang w:val="sv-SE"/>
        </w:rPr>
        <w:t xml:space="preserve"> {{field-on:bible}}Ingen talade dock öppet om honom, av fruktan för judarna.{{field-off:bible}}</w:t>
      </w:r>
    </w:p>
    <w:p w14:paraId="7B519316" w14:textId="6CB2136E" w:rsidR="00BA33AB" w:rsidRPr="000767E2" w:rsidRDefault="00000000">
      <w:pPr>
        <w:rPr>
          <w:lang w:val="sv-SE"/>
        </w:rPr>
      </w:pPr>
      <w:r w:rsidRPr="000767E2">
        <w:rPr>
          <w:lang w:val="sv-SE"/>
        </w:rPr>
        <w:t>[[@</w:t>
      </w:r>
      <w:r w:rsidR="0096445B" w:rsidRPr="000767E2">
        <w:rPr>
          <w:lang w:val="sv-SE"/>
        </w:rPr>
        <w:t>BibleBIBEL82</w:t>
      </w:r>
      <w:r w:rsidRPr="000767E2">
        <w:rPr>
          <w:lang w:val="sv-SE"/>
        </w:rPr>
        <w:t>:John 7:14]]</w:t>
      </w:r>
      <w:r w:rsidRPr="000767E2">
        <w:rPr>
          <w:vertAlign w:val="superscript"/>
          <w:lang w:val="sv-SE"/>
        </w:rPr>
        <w:t>14</w:t>
      </w:r>
      <w:r w:rsidRPr="000767E2">
        <w:rPr>
          <w:lang w:val="sv-SE"/>
        </w:rPr>
        <w:t xml:space="preserve"> {{field-on:bible}}Men när det redan var i mitten av högtiden gick Jesus upp till templet och </w:t>
      </w:r>
      <w:r w:rsidRPr="000767E2">
        <w:rPr>
          <w:i/>
          <w:lang w:val="sv-SE"/>
        </w:rPr>
        <w:t>började</w:t>
      </w:r>
      <w:r w:rsidRPr="000767E2">
        <w:rPr>
          <w:lang w:val="sv-SE"/>
        </w:rPr>
        <w:t xml:space="preserve"> undervisa.{{field-off:bible}} [[@</w:t>
      </w:r>
      <w:r w:rsidR="0096445B" w:rsidRPr="000767E2">
        <w:rPr>
          <w:lang w:val="sv-SE"/>
        </w:rPr>
        <w:t>BibleBIBEL82</w:t>
      </w:r>
      <w:r w:rsidRPr="000767E2">
        <w:rPr>
          <w:lang w:val="sv-SE"/>
        </w:rPr>
        <w:t>:John 7:15]]</w:t>
      </w:r>
      <w:r w:rsidRPr="000767E2">
        <w:rPr>
          <w:vertAlign w:val="superscript"/>
          <w:lang w:val="sv-SE"/>
        </w:rPr>
        <w:t>15</w:t>
      </w:r>
      <w:r w:rsidRPr="000767E2">
        <w:rPr>
          <w:lang w:val="sv-SE"/>
        </w:rPr>
        <w:t xml:space="preserve"> {{field-on:bible}}Då blev judarna förundrade och sade: ”Hur </w:t>
      </w:r>
      <w:r w:rsidRPr="000767E2">
        <w:rPr>
          <w:i/>
          <w:lang w:val="sv-SE"/>
        </w:rPr>
        <w:t>kan</w:t>
      </w:r>
      <w:r w:rsidRPr="000767E2">
        <w:rPr>
          <w:lang w:val="sv-SE"/>
        </w:rPr>
        <w:t xml:space="preserve"> denne känna texter, när han inte har lärt sig?”{{field-off:bible}} [[@</w:t>
      </w:r>
      <w:r w:rsidR="0096445B" w:rsidRPr="000767E2">
        <w:rPr>
          <w:lang w:val="sv-SE"/>
        </w:rPr>
        <w:t>BibleBIBEL82</w:t>
      </w:r>
      <w:r w:rsidRPr="000767E2">
        <w:rPr>
          <w:lang w:val="sv-SE"/>
        </w:rPr>
        <w:t>:John 7:16]]</w:t>
      </w:r>
      <w:r w:rsidRPr="000767E2">
        <w:rPr>
          <w:vertAlign w:val="superscript"/>
          <w:lang w:val="sv-SE"/>
        </w:rPr>
        <w:t>16</w:t>
      </w:r>
      <w:r w:rsidRPr="000767E2">
        <w:rPr>
          <w:lang w:val="sv-SE"/>
        </w:rPr>
        <w:t xml:space="preserve"> {{field-on:bible}}Då svarade Jesus dem och sade: ”Min undervisning är inte min, utan från honom som har skickat mig.{{field-off:bible}} [[@</w:t>
      </w:r>
      <w:r w:rsidR="0096445B" w:rsidRPr="000767E2">
        <w:rPr>
          <w:lang w:val="sv-SE"/>
        </w:rPr>
        <w:t>BibleBIBEL82</w:t>
      </w:r>
      <w:r w:rsidRPr="000767E2">
        <w:rPr>
          <w:lang w:val="sv-SE"/>
        </w:rPr>
        <w:t>:John 7:17]]</w:t>
      </w:r>
      <w:r w:rsidRPr="000767E2">
        <w:rPr>
          <w:vertAlign w:val="superscript"/>
          <w:lang w:val="sv-SE"/>
        </w:rPr>
        <w:t>17</w:t>
      </w:r>
      <w:r w:rsidRPr="000767E2">
        <w:rPr>
          <w:lang w:val="sv-SE"/>
        </w:rPr>
        <w:t xml:space="preserve"> {{field-on:bible}}Om någon vill göra hans vilja, ska han förstå om undervisningen huruvida den är från Gud eller jag talar av mig själv.{{field-off:bible}} [[@</w:t>
      </w:r>
      <w:r w:rsidR="0096445B" w:rsidRPr="000767E2">
        <w:rPr>
          <w:lang w:val="sv-SE"/>
        </w:rPr>
        <w:t>BibleBIBEL82</w:t>
      </w:r>
      <w:r w:rsidRPr="000767E2">
        <w:rPr>
          <w:lang w:val="sv-SE"/>
        </w:rPr>
        <w:t>:John 7:18]]</w:t>
      </w:r>
      <w:r w:rsidRPr="000767E2">
        <w:rPr>
          <w:vertAlign w:val="superscript"/>
          <w:lang w:val="sv-SE"/>
        </w:rPr>
        <w:t>18</w:t>
      </w:r>
      <w:r w:rsidRPr="000767E2">
        <w:rPr>
          <w:lang w:val="sv-SE"/>
        </w:rPr>
        <w:t xml:space="preserve"> {{field-on:bible}}Den som talar av sig </w:t>
      </w:r>
      <w:r w:rsidRPr="000767E2">
        <w:rPr>
          <w:lang w:val="sv-SE"/>
        </w:rPr>
        <w:lastRenderedPageBreak/>
        <w:t xml:space="preserve">själv söker </w:t>
      </w:r>
      <w:r w:rsidRPr="000767E2">
        <w:rPr>
          <w:i/>
          <w:lang w:val="sv-SE"/>
        </w:rPr>
        <w:t>sin</w:t>
      </w:r>
      <w:r w:rsidRPr="000767E2">
        <w:rPr>
          <w:lang w:val="sv-SE"/>
        </w:rPr>
        <w:t xml:space="preserve"> egen ära. Men den som söker äran för honom som har skickat honom, denne är sann och orätt finns inte i honom.{{field-off:bible}}</w:t>
      </w:r>
    </w:p>
    <w:p w14:paraId="0384B6DF" w14:textId="41F22945" w:rsidR="00BA33AB" w:rsidRPr="000767E2" w:rsidRDefault="00000000">
      <w:pPr>
        <w:rPr>
          <w:lang w:val="sv-SE"/>
        </w:rPr>
      </w:pPr>
      <w:r w:rsidRPr="000767E2">
        <w:rPr>
          <w:lang w:val="sv-SE"/>
        </w:rPr>
        <w:t>[[@</w:t>
      </w:r>
      <w:r w:rsidR="0096445B" w:rsidRPr="000767E2">
        <w:rPr>
          <w:lang w:val="sv-SE"/>
        </w:rPr>
        <w:t>BibleBIBEL82</w:t>
      </w:r>
      <w:r w:rsidRPr="000767E2">
        <w:rPr>
          <w:lang w:val="sv-SE"/>
        </w:rPr>
        <w:t>:John 7:19]]</w:t>
      </w:r>
      <w:r w:rsidRPr="000767E2">
        <w:rPr>
          <w:vertAlign w:val="superscript"/>
          <w:lang w:val="sv-SE"/>
        </w:rPr>
        <w:t>19</w:t>
      </w:r>
      <w:r w:rsidRPr="000767E2">
        <w:rPr>
          <w:lang w:val="sv-SE"/>
        </w:rPr>
        <w:t xml:space="preserve"> {{field-on:bible}}Har inte Mose gett er lagen? Och ingen av er gör lagen. Varför söker ni döda mig?”{{field-off:bible}} [[@</w:t>
      </w:r>
      <w:r w:rsidR="0096445B" w:rsidRPr="000767E2">
        <w:rPr>
          <w:lang w:val="sv-SE"/>
        </w:rPr>
        <w:t>BibleBIBEL82</w:t>
      </w:r>
      <w:r w:rsidRPr="000767E2">
        <w:rPr>
          <w:lang w:val="sv-SE"/>
        </w:rPr>
        <w:t>:John 7:20]]</w:t>
      </w:r>
      <w:r w:rsidRPr="000767E2">
        <w:rPr>
          <w:vertAlign w:val="superscript"/>
          <w:lang w:val="sv-SE"/>
        </w:rPr>
        <w:t>20</w:t>
      </w:r>
      <w:r w:rsidRPr="000767E2">
        <w:rPr>
          <w:lang w:val="sv-SE"/>
        </w:rPr>
        <w:t xml:space="preserve"> {{field-on:bible}}Skaran svarade: ”Du har en demon! Vem söker döda dig?”{{field-off:bible}} [[@</w:t>
      </w:r>
      <w:r w:rsidR="0096445B" w:rsidRPr="000767E2">
        <w:rPr>
          <w:lang w:val="sv-SE"/>
        </w:rPr>
        <w:t>BibleBIBEL82</w:t>
      </w:r>
      <w:r w:rsidRPr="000767E2">
        <w:rPr>
          <w:lang w:val="sv-SE"/>
        </w:rPr>
        <w:t>:John 7:21]]</w:t>
      </w:r>
      <w:r w:rsidRPr="000767E2">
        <w:rPr>
          <w:vertAlign w:val="superscript"/>
          <w:lang w:val="sv-SE"/>
        </w:rPr>
        <w:t>21</w:t>
      </w:r>
      <w:r w:rsidRPr="000767E2">
        <w:rPr>
          <w:lang w:val="sv-SE"/>
        </w:rPr>
        <w:t xml:space="preserve"> {{field-on:bible}}Jesus svarade och sade till dem: ”En </w:t>
      </w:r>
      <w:r w:rsidRPr="000767E2">
        <w:rPr>
          <w:i/>
          <w:lang w:val="sv-SE"/>
        </w:rPr>
        <w:t>enda</w:t>
      </w:r>
      <w:r w:rsidRPr="000767E2">
        <w:rPr>
          <w:lang w:val="sv-SE"/>
        </w:rPr>
        <w:t xml:space="preserve"> gärning gjorde jag, och alla blev ni förundrade.{{field-off:bible}} [[@</w:t>
      </w:r>
      <w:r w:rsidR="0096445B" w:rsidRPr="000767E2">
        <w:rPr>
          <w:lang w:val="sv-SE"/>
        </w:rPr>
        <w:t>BibleBIBEL82</w:t>
      </w:r>
      <w:r w:rsidRPr="000767E2">
        <w:rPr>
          <w:lang w:val="sv-SE"/>
        </w:rPr>
        <w:t>:John 7:22]]</w:t>
      </w:r>
      <w:r w:rsidRPr="000767E2">
        <w:rPr>
          <w:vertAlign w:val="superscript"/>
          <w:lang w:val="sv-SE"/>
        </w:rPr>
        <w:t>22</w:t>
      </w:r>
      <w:r w:rsidRPr="000767E2">
        <w:rPr>
          <w:lang w:val="sv-SE"/>
        </w:rPr>
        <w:t xml:space="preserve"> {{field-on:bible}}Därför har Mose gett er omskärelsen – inte för att den är från Mose, utan från fäderna – och på sabbaten omskär ni en människa.{{field-off:bible}} [[@</w:t>
      </w:r>
      <w:r w:rsidR="0096445B" w:rsidRPr="000767E2">
        <w:rPr>
          <w:lang w:val="sv-SE"/>
        </w:rPr>
        <w:t>BibleBIBEL82</w:t>
      </w:r>
      <w:r w:rsidRPr="000767E2">
        <w:rPr>
          <w:lang w:val="sv-SE"/>
        </w:rPr>
        <w:t>:John 7:23]]</w:t>
      </w:r>
      <w:r w:rsidRPr="000767E2">
        <w:rPr>
          <w:vertAlign w:val="superscript"/>
          <w:lang w:val="sv-SE"/>
        </w:rPr>
        <w:t>23</w:t>
      </w:r>
      <w:r w:rsidRPr="000767E2">
        <w:rPr>
          <w:lang w:val="sv-SE"/>
        </w:rPr>
        <w:t xml:space="preserve"> {{field-on:bible}}Om en människa får omskärelse på sabbaten för att inte Mose lag ska upplösas, blir ni ilskna på mig för att jag har gjort en hel människa frisk på sabbaten?{{field-off:bible}} [[@</w:t>
      </w:r>
      <w:r w:rsidR="0096445B" w:rsidRPr="000767E2">
        <w:rPr>
          <w:lang w:val="sv-SE"/>
        </w:rPr>
        <w:t>BibleBIBEL82</w:t>
      </w:r>
      <w:r w:rsidRPr="000767E2">
        <w:rPr>
          <w:lang w:val="sv-SE"/>
        </w:rPr>
        <w:t>:John 7:24]]</w:t>
      </w:r>
      <w:r w:rsidRPr="000767E2">
        <w:rPr>
          <w:vertAlign w:val="superscript"/>
          <w:lang w:val="sv-SE"/>
        </w:rPr>
        <w:t>24</w:t>
      </w:r>
      <w:r w:rsidRPr="000767E2">
        <w:rPr>
          <w:lang w:val="sv-SE"/>
        </w:rPr>
        <w:t xml:space="preserve"> {{field-on:bible}}Döm inte efter åsyn. Nej, den rättfärdiga domen ska ni döma.”{{field-off:bible}}</w:t>
      </w:r>
    </w:p>
    <w:p w14:paraId="15683080" w14:textId="77777777" w:rsidR="00BA33AB" w:rsidRPr="000767E2" w:rsidRDefault="00000000">
      <w:pPr>
        <w:pStyle w:val="Rubrik3"/>
        <w:rPr>
          <w:lang w:val="sv-SE"/>
        </w:rPr>
      </w:pPr>
      <w:r w:rsidRPr="000767E2">
        <w:rPr>
          <w:lang w:val="sv-SE"/>
        </w:rPr>
        <w:t>Vem är Jesus?</w:t>
      </w:r>
    </w:p>
    <w:p w14:paraId="59196DC6" w14:textId="4D6794EC" w:rsidR="00BA33AB" w:rsidRPr="000767E2" w:rsidRDefault="00000000">
      <w:pPr>
        <w:rPr>
          <w:lang w:val="sv-SE"/>
        </w:rPr>
      </w:pPr>
      <w:r w:rsidRPr="000767E2">
        <w:rPr>
          <w:lang w:val="sv-SE"/>
        </w:rPr>
        <w:t>[[@</w:t>
      </w:r>
      <w:r w:rsidR="0096445B" w:rsidRPr="000767E2">
        <w:rPr>
          <w:lang w:val="sv-SE"/>
        </w:rPr>
        <w:t>BibleBIBEL82</w:t>
      </w:r>
      <w:r w:rsidRPr="000767E2">
        <w:rPr>
          <w:lang w:val="sv-SE"/>
        </w:rPr>
        <w:t>:John 7:25]]</w:t>
      </w:r>
      <w:r w:rsidRPr="000767E2">
        <w:rPr>
          <w:vertAlign w:val="superscript"/>
          <w:lang w:val="sv-SE"/>
        </w:rPr>
        <w:t>25</w:t>
      </w:r>
      <w:r w:rsidRPr="000767E2">
        <w:rPr>
          <w:lang w:val="sv-SE"/>
        </w:rPr>
        <w:t xml:space="preserve"> {{field-on:bible}}Då sade några av jerusalemiterna: ”Är </w:t>
      </w:r>
      <w:r w:rsidRPr="000767E2">
        <w:rPr>
          <w:i/>
          <w:lang w:val="sv-SE"/>
        </w:rPr>
        <w:t>det</w:t>
      </w:r>
      <w:r w:rsidRPr="000767E2">
        <w:rPr>
          <w:lang w:val="sv-SE"/>
        </w:rPr>
        <w:t xml:space="preserve"> inte denne som de söker döda?{{field-off:bible}} [[@</w:t>
      </w:r>
      <w:r w:rsidR="0096445B" w:rsidRPr="000767E2">
        <w:rPr>
          <w:lang w:val="sv-SE"/>
        </w:rPr>
        <w:t>BibleBIBEL82</w:t>
      </w:r>
      <w:r w:rsidRPr="000767E2">
        <w:rPr>
          <w:lang w:val="sv-SE"/>
        </w:rPr>
        <w:t>:John 7:26]]</w:t>
      </w:r>
      <w:r w:rsidRPr="000767E2">
        <w:rPr>
          <w:vertAlign w:val="superscript"/>
          <w:lang w:val="sv-SE"/>
        </w:rPr>
        <w:t>26</w:t>
      </w:r>
      <w:r w:rsidRPr="000767E2">
        <w:rPr>
          <w:lang w:val="sv-SE"/>
        </w:rPr>
        <w:t xml:space="preserve"> {{field-on:bible}}Och se, öppet talar han, och inget säger de till honom. Kanske har ledarna sannerligen förstått att denne är Kristus?{{field-off:bible}} [[@</w:t>
      </w:r>
      <w:r w:rsidR="0096445B" w:rsidRPr="000767E2">
        <w:rPr>
          <w:lang w:val="sv-SE"/>
        </w:rPr>
        <w:t>BibleBIBEL82</w:t>
      </w:r>
      <w:r w:rsidRPr="000767E2">
        <w:rPr>
          <w:lang w:val="sv-SE"/>
        </w:rPr>
        <w:t>:John 7:27]]</w:t>
      </w:r>
      <w:r w:rsidRPr="000767E2">
        <w:rPr>
          <w:vertAlign w:val="superscript"/>
          <w:lang w:val="sv-SE"/>
        </w:rPr>
        <w:t>27</w:t>
      </w:r>
      <w:r w:rsidRPr="000767E2">
        <w:rPr>
          <w:lang w:val="sv-SE"/>
        </w:rPr>
        <w:t xml:space="preserve"> {{field-on:bible}}Nej, denne känner vi, varifrån han är. Men när Kristus kommer vet ingen varifrån han är.”{{field-off:bible}}</w:t>
      </w:r>
    </w:p>
    <w:p w14:paraId="3F952583" w14:textId="268AF05C" w:rsidR="00BA33AB" w:rsidRPr="000767E2" w:rsidRDefault="00000000">
      <w:pPr>
        <w:rPr>
          <w:lang w:val="sv-SE"/>
        </w:rPr>
      </w:pPr>
      <w:r w:rsidRPr="000767E2">
        <w:rPr>
          <w:lang w:val="sv-SE"/>
        </w:rPr>
        <w:t>[[@</w:t>
      </w:r>
      <w:r w:rsidR="0096445B" w:rsidRPr="000767E2">
        <w:rPr>
          <w:lang w:val="sv-SE"/>
        </w:rPr>
        <w:t>BibleBIBEL82</w:t>
      </w:r>
      <w:r w:rsidRPr="000767E2">
        <w:rPr>
          <w:lang w:val="sv-SE"/>
        </w:rPr>
        <w:t>:John 7:28]]</w:t>
      </w:r>
      <w:r w:rsidRPr="000767E2">
        <w:rPr>
          <w:vertAlign w:val="superscript"/>
          <w:lang w:val="sv-SE"/>
        </w:rPr>
        <w:t>28</w:t>
      </w:r>
      <w:r w:rsidRPr="000767E2">
        <w:rPr>
          <w:lang w:val="sv-SE"/>
        </w:rPr>
        <w:t xml:space="preserve"> {{field-on:bible}}Då ropade Jesus i templet medan han undervisade och sade: ”Ni både känner mig och känner varifrån jag är! Och av mig själv har jag inte kommit, utan det finns en sannfärdig som har skickat mig, som ni inte känner.{{field-off:bible}} [[@</w:t>
      </w:r>
      <w:r w:rsidR="0096445B" w:rsidRPr="000767E2">
        <w:rPr>
          <w:lang w:val="sv-SE"/>
        </w:rPr>
        <w:t>BibleBIBEL82</w:t>
      </w:r>
      <w:r w:rsidRPr="000767E2">
        <w:rPr>
          <w:lang w:val="sv-SE"/>
        </w:rPr>
        <w:t>:John 7:29]]</w:t>
      </w:r>
      <w:r w:rsidRPr="000767E2">
        <w:rPr>
          <w:vertAlign w:val="superscript"/>
          <w:lang w:val="sv-SE"/>
        </w:rPr>
        <w:t>29</w:t>
      </w:r>
      <w:r w:rsidRPr="000767E2">
        <w:rPr>
          <w:lang w:val="sv-SE"/>
        </w:rPr>
        <w:t xml:space="preserve"> {{field-on:bible}}Jag känner honom, för från honom är jag. Och denne har sänt mig.”{{field-off:bible}} [[@</w:t>
      </w:r>
      <w:r w:rsidR="0096445B" w:rsidRPr="000767E2">
        <w:rPr>
          <w:lang w:val="sv-SE"/>
        </w:rPr>
        <w:t>BibleBIBEL82</w:t>
      </w:r>
      <w:r w:rsidRPr="000767E2">
        <w:rPr>
          <w:lang w:val="sv-SE"/>
        </w:rPr>
        <w:t>:John 7:30]]</w:t>
      </w:r>
      <w:r w:rsidRPr="000767E2">
        <w:rPr>
          <w:vertAlign w:val="superscript"/>
          <w:lang w:val="sv-SE"/>
        </w:rPr>
        <w:t>30</w:t>
      </w:r>
      <w:r w:rsidRPr="000767E2">
        <w:rPr>
          <w:lang w:val="sv-SE"/>
        </w:rPr>
        <w:t xml:space="preserve"> {{field-on:bible}}De sökte då fånga honom. Och ingen lade på honom handen, för ännu hade inte hans stund kommit.{{field-off:bible}}</w:t>
      </w:r>
    </w:p>
    <w:p w14:paraId="57CCF199" w14:textId="787DB096" w:rsidR="00BA33AB" w:rsidRPr="000767E2" w:rsidRDefault="00000000">
      <w:pPr>
        <w:rPr>
          <w:lang w:val="sv-SE"/>
        </w:rPr>
      </w:pPr>
      <w:r w:rsidRPr="000767E2">
        <w:rPr>
          <w:lang w:val="sv-SE"/>
        </w:rPr>
        <w:t>[[@</w:t>
      </w:r>
      <w:r w:rsidR="0096445B" w:rsidRPr="000767E2">
        <w:rPr>
          <w:lang w:val="sv-SE"/>
        </w:rPr>
        <w:t>BibleBIBEL82</w:t>
      </w:r>
      <w:r w:rsidRPr="000767E2">
        <w:rPr>
          <w:lang w:val="sv-SE"/>
        </w:rPr>
        <w:t>:John 7:31]]</w:t>
      </w:r>
      <w:r w:rsidRPr="000767E2">
        <w:rPr>
          <w:vertAlign w:val="superscript"/>
          <w:lang w:val="sv-SE"/>
        </w:rPr>
        <w:t>31</w:t>
      </w:r>
      <w:r w:rsidRPr="000767E2">
        <w:rPr>
          <w:lang w:val="sv-SE"/>
        </w:rPr>
        <w:t xml:space="preserve"> {{field-on:bible}}Men av skaran kom många till tro på honom, och de sade: ”När Kristus kommer, inte ska han göra fler tecken än vad denne har gjort?”{{field-off:bible}} [[@</w:t>
      </w:r>
      <w:r w:rsidR="0096445B" w:rsidRPr="000767E2">
        <w:rPr>
          <w:lang w:val="sv-SE"/>
        </w:rPr>
        <w:t>BibleBIBEL82</w:t>
      </w:r>
      <w:r w:rsidRPr="000767E2">
        <w:rPr>
          <w:lang w:val="sv-SE"/>
        </w:rPr>
        <w:t>:John 7:32]]</w:t>
      </w:r>
      <w:r w:rsidRPr="000767E2">
        <w:rPr>
          <w:vertAlign w:val="superscript"/>
          <w:lang w:val="sv-SE"/>
        </w:rPr>
        <w:t>32</w:t>
      </w:r>
      <w:r w:rsidRPr="000767E2">
        <w:rPr>
          <w:lang w:val="sv-SE"/>
        </w:rPr>
        <w:t xml:space="preserve"> {{field-on:bible}}Fariseerna hörde skaran muttra detta om honom, och översteprästerna och fariseerna sände ut undertjänare för att fånga honom.{{field-off:bible}}</w:t>
      </w:r>
    </w:p>
    <w:p w14:paraId="6C5D60B5" w14:textId="59061E98" w:rsidR="00BA33AB" w:rsidRPr="000767E2" w:rsidRDefault="00000000">
      <w:pPr>
        <w:rPr>
          <w:lang w:val="sv-SE"/>
        </w:rPr>
      </w:pPr>
      <w:r w:rsidRPr="000767E2">
        <w:rPr>
          <w:lang w:val="sv-SE"/>
        </w:rPr>
        <w:t>[[@</w:t>
      </w:r>
      <w:r w:rsidR="0096445B" w:rsidRPr="000767E2">
        <w:rPr>
          <w:lang w:val="sv-SE"/>
        </w:rPr>
        <w:t>BibleBIBEL82</w:t>
      </w:r>
      <w:r w:rsidRPr="000767E2">
        <w:rPr>
          <w:lang w:val="sv-SE"/>
        </w:rPr>
        <w:t>:John 7:33]]</w:t>
      </w:r>
      <w:r w:rsidRPr="000767E2">
        <w:rPr>
          <w:vertAlign w:val="superscript"/>
          <w:lang w:val="sv-SE"/>
        </w:rPr>
        <w:t>33</w:t>
      </w:r>
      <w:r w:rsidRPr="000767E2">
        <w:rPr>
          <w:lang w:val="sv-SE"/>
        </w:rPr>
        <w:t xml:space="preserve"> {{field-on:bible}}Då sade Jesus: ”Ännu en liten tid är jag hos er. Och </w:t>
      </w:r>
      <w:r w:rsidRPr="000767E2">
        <w:rPr>
          <w:i/>
          <w:lang w:val="sv-SE"/>
        </w:rPr>
        <w:t>sedan</w:t>
      </w:r>
      <w:r w:rsidRPr="000767E2">
        <w:rPr>
          <w:lang w:val="sv-SE"/>
        </w:rPr>
        <w:t xml:space="preserve"> beger jag mig till honom som har skickat mig.{{field-off:bible}} [[@</w:t>
      </w:r>
      <w:r w:rsidR="0096445B" w:rsidRPr="000767E2">
        <w:rPr>
          <w:lang w:val="sv-SE"/>
        </w:rPr>
        <w:t>BibleBIBEL82</w:t>
      </w:r>
      <w:r w:rsidRPr="000767E2">
        <w:rPr>
          <w:lang w:val="sv-SE"/>
        </w:rPr>
        <w:t>:John 7:34]]</w:t>
      </w:r>
      <w:r w:rsidRPr="000767E2">
        <w:rPr>
          <w:vertAlign w:val="superscript"/>
          <w:lang w:val="sv-SE"/>
        </w:rPr>
        <w:t>34</w:t>
      </w:r>
      <w:r w:rsidRPr="000767E2">
        <w:rPr>
          <w:lang w:val="sv-SE"/>
        </w:rPr>
        <w:t xml:space="preserve"> {{field-on:bible}}Ni ska söka mig och inte finna [mig], och dit </w:t>
      </w:r>
      <w:r w:rsidRPr="000767E2">
        <w:rPr>
          <w:i/>
          <w:lang w:val="sv-SE"/>
        </w:rPr>
        <w:t>där</w:t>
      </w:r>
      <w:r w:rsidRPr="000767E2">
        <w:rPr>
          <w:lang w:val="sv-SE"/>
        </w:rPr>
        <w:t xml:space="preserve"> jag är kan ni inte komma.”{{field-off:bible}} [[@</w:t>
      </w:r>
      <w:r w:rsidR="0096445B" w:rsidRPr="000767E2">
        <w:rPr>
          <w:lang w:val="sv-SE"/>
        </w:rPr>
        <w:t>BibleBIBEL82</w:t>
      </w:r>
      <w:r w:rsidRPr="000767E2">
        <w:rPr>
          <w:lang w:val="sv-SE"/>
        </w:rPr>
        <w:t>:John 7:35]]</w:t>
      </w:r>
      <w:r w:rsidRPr="000767E2">
        <w:rPr>
          <w:vertAlign w:val="superscript"/>
          <w:lang w:val="sv-SE"/>
        </w:rPr>
        <w:t>35</w:t>
      </w:r>
      <w:r w:rsidRPr="000767E2">
        <w:rPr>
          <w:lang w:val="sv-SE"/>
        </w:rPr>
        <w:t xml:space="preserve"> {{field-on:bible}}Då sade judarna till varann: ”Vart kommer denne att gå, eftersom vi inte ska finna honom? Inte </w:t>
      </w:r>
      <w:r w:rsidRPr="000767E2">
        <w:rPr>
          <w:i/>
          <w:lang w:val="sv-SE"/>
        </w:rPr>
        <w:t>är det</w:t>
      </w:r>
      <w:r w:rsidRPr="000767E2">
        <w:rPr>
          <w:lang w:val="sv-SE"/>
        </w:rPr>
        <w:t xml:space="preserve"> till diasporan hos grekerna han kommer att gå och undervisa grekerna?{{field-off:bible}} [[@</w:t>
      </w:r>
      <w:r w:rsidR="0096445B" w:rsidRPr="000767E2">
        <w:rPr>
          <w:lang w:val="sv-SE"/>
        </w:rPr>
        <w:t>BibleBIBEL82</w:t>
      </w:r>
      <w:r w:rsidRPr="000767E2">
        <w:rPr>
          <w:lang w:val="sv-SE"/>
        </w:rPr>
        <w:t>:John 7:36]]</w:t>
      </w:r>
      <w:r w:rsidRPr="000767E2">
        <w:rPr>
          <w:vertAlign w:val="superscript"/>
          <w:lang w:val="sv-SE"/>
        </w:rPr>
        <w:t>36</w:t>
      </w:r>
      <w:r w:rsidRPr="000767E2">
        <w:rPr>
          <w:lang w:val="sv-SE"/>
        </w:rPr>
        <w:t xml:space="preserve"> {{field-on:bible}}Vad är detta ord </w:t>
      </w:r>
      <w:r w:rsidRPr="000767E2">
        <w:rPr>
          <w:lang w:val="sv-SE"/>
        </w:rPr>
        <w:lastRenderedPageBreak/>
        <w:t xml:space="preserve">som han sade: Ni ska söka mig och inte finna [mig], och dit </w:t>
      </w:r>
      <w:r w:rsidRPr="000767E2">
        <w:rPr>
          <w:i/>
          <w:lang w:val="sv-SE"/>
        </w:rPr>
        <w:t>där</w:t>
      </w:r>
      <w:r w:rsidRPr="000767E2">
        <w:rPr>
          <w:lang w:val="sv-SE"/>
        </w:rPr>
        <w:t xml:space="preserve"> jag är kan ni inte komma?”{{field-off:bible}}</w:t>
      </w:r>
    </w:p>
    <w:p w14:paraId="5553EFB2" w14:textId="5FFF907B" w:rsidR="00BA33AB" w:rsidRPr="000767E2" w:rsidRDefault="00000000">
      <w:pPr>
        <w:rPr>
          <w:lang w:val="sv-SE"/>
        </w:rPr>
      </w:pPr>
      <w:r w:rsidRPr="000767E2">
        <w:rPr>
          <w:lang w:val="sv-SE"/>
        </w:rPr>
        <w:t>[[@</w:t>
      </w:r>
      <w:r w:rsidR="0096445B" w:rsidRPr="000767E2">
        <w:rPr>
          <w:lang w:val="sv-SE"/>
        </w:rPr>
        <w:t>BibleBIBEL82</w:t>
      </w:r>
      <w:r w:rsidRPr="000767E2">
        <w:rPr>
          <w:lang w:val="sv-SE"/>
        </w:rPr>
        <w:t>:John 7:37]]</w:t>
      </w:r>
      <w:r w:rsidRPr="000767E2">
        <w:rPr>
          <w:vertAlign w:val="superscript"/>
          <w:lang w:val="sv-SE"/>
        </w:rPr>
        <w:t>37</w:t>
      </w:r>
      <w:r w:rsidRPr="000767E2">
        <w:rPr>
          <w:lang w:val="sv-SE"/>
        </w:rPr>
        <w:t xml:space="preserve"> {{field-on:bible}}Men på den sista dagen, den stora i högtiden, stod Jesus och ropade och sade: ”Om någon törstar, ska han komma till mig och dricka!{{field-off:bible}} [[@</w:t>
      </w:r>
      <w:r w:rsidR="0096445B" w:rsidRPr="000767E2">
        <w:rPr>
          <w:lang w:val="sv-SE"/>
        </w:rPr>
        <w:t>BibleBIBEL82</w:t>
      </w:r>
      <w:r w:rsidRPr="000767E2">
        <w:rPr>
          <w:lang w:val="sv-SE"/>
        </w:rPr>
        <w:t>:John 7:38]]</w:t>
      </w:r>
      <w:r w:rsidRPr="000767E2">
        <w:rPr>
          <w:vertAlign w:val="superscript"/>
          <w:lang w:val="sv-SE"/>
        </w:rPr>
        <w:t>38</w:t>
      </w:r>
      <w:r w:rsidRPr="000767E2">
        <w:rPr>
          <w:lang w:val="sv-SE"/>
        </w:rPr>
        <w:t xml:space="preserve"> {{field-on:bible}}Den som tror på mig, så som Skriften har sagt: floder ska flöda ur hans buk med levande vatten.”{{field-off:bible}} [[@</w:t>
      </w:r>
      <w:r w:rsidR="0096445B" w:rsidRPr="000767E2">
        <w:rPr>
          <w:lang w:val="sv-SE"/>
        </w:rPr>
        <w:t>BibleBIBEL82</w:t>
      </w:r>
      <w:r w:rsidRPr="000767E2">
        <w:rPr>
          <w:lang w:val="sv-SE"/>
        </w:rPr>
        <w:t>:John 7:39]]</w:t>
      </w:r>
      <w:r w:rsidRPr="000767E2">
        <w:rPr>
          <w:vertAlign w:val="superscript"/>
          <w:lang w:val="sv-SE"/>
        </w:rPr>
        <w:t>39</w:t>
      </w:r>
      <w:r w:rsidRPr="000767E2">
        <w:rPr>
          <w:lang w:val="sv-SE"/>
        </w:rPr>
        <w:t xml:space="preserve"> {{field-on:bible}}Och detta sade han om Anden, som de skulle få som trodde på honom. För ännu fanns ingen Ande, eftersom Jesus ännu inte blivit förhärligad.{{field-off:bible}}</w:t>
      </w:r>
    </w:p>
    <w:p w14:paraId="101F67E4" w14:textId="27A2D007" w:rsidR="00BA33AB" w:rsidRPr="000767E2" w:rsidRDefault="00000000">
      <w:pPr>
        <w:rPr>
          <w:lang w:val="sv-SE"/>
        </w:rPr>
      </w:pPr>
      <w:r w:rsidRPr="000767E2">
        <w:rPr>
          <w:lang w:val="sv-SE"/>
        </w:rPr>
        <w:t>[[@</w:t>
      </w:r>
      <w:r w:rsidR="0096445B" w:rsidRPr="000767E2">
        <w:rPr>
          <w:lang w:val="sv-SE"/>
        </w:rPr>
        <w:t>BibleBIBEL82</w:t>
      </w:r>
      <w:r w:rsidRPr="000767E2">
        <w:rPr>
          <w:lang w:val="sv-SE"/>
        </w:rPr>
        <w:t>:John 7:40]]</w:t>
      </w:r>
      <w:r w:rsidRPr="000767E2">
        <w:rPr>
          <w:vertAlign w:val="superscript"/>
          <w:lang w:val="sv-SE"/>
        </w:rPr>
        <w:t>40</w:t>
      </w:r>
      <w:r w:rsidRPr="000767E2">
        <w:rPr>
          <w:lang w:val="sv-SE"/>
        </w:rPr>
        <w:t xml:space="preserve"> {{field-on:bible}}</w:t>
      </w:r>
      <w:r w:rsidRPr="000767E2">
        <w:rPr>
          <w:i/>
          <w:lang w:val="sv-SE"/>
        </w:rPr>
        <w:t>Några</w:t>
      </w:r>
      <w:r w:rsidRPr="000767E2">
        <w:rPr>
          <w:lang w:val="sv-SE"/>
        </w:rPr>
        <w:t xml:space="preserve"> ur skaran som nu hörde dessa ord sade: ”Denne är sannerligen Profeten.”{{field-off:bible}} [[@</w:t>
      </w:r>
      <w:r w:rsidR="0096445B" w:rsidRPr="000767E2">
        <w:rPr>
          <w:lang w:val="sv-SE"/>
        </w:rPr>
        <w:t>BibleBIBEL82</w:t>
      </w:r>
      <w:r w:rsidRPr="000767E2">
        <w:rPr>
          <w:lang w:val="sv-SE"/>
        </w:rPr>
        <w:t>:John 7:41]]</w:t>
      </w:r>
      <w:r w:rsidRPr="000767E2">
        <w:rPr>
          <w:vertAlign w:val="superscript"/>
          <w:lang w:val="sv-SE"/>
        </w:rPr>
        <w:t>41</w:t>
      </w:r>
      <w:r w:rsidRPr="000767E2">
        <w:rPr>
          <w:lang w:val="sv-SE"/>
        </w:rPr>
        <w:t xml:space="preserve"> {{field-on:bible}}Andra sade: ”Denne är Kristus.” Men andra sade: ”</w:t>
      </w:r>
      <w:r w:rsidRPr="000767E2">
        <w:rPr>
          <w:i/>
          <w:lang w:val="sv-SE"/>
        </w:rPr>
        <w:t>Det är</w:t>
      </w:r>
      <w:r w:rsidRPr="000767E2">
        <w:rPr>
          <w:lang w:val="sv-SE"/>
        </w:rPr>
        <w:t xml:space="preserve"> ju inte från Galileen Kristus kommer?{{field-off:bible}} [[@</w:t>
      </w:r>
      <w:r w:rsidR="0096445B" w:rsidRPr="000767E2">
        <w:rPr>
          <w:lang w:val="sv-SE"/>
        </w:rPr>
        <w:t>BibleBIBEL82</w:t>
      </w:r>
      <w:r w:rsidRPr="000767E2">
        <w:rPr>
          <w:lang w:val="sv-SE"/>
        </w:rPr>
        <w:t>:John 7:42]]</w:t>
      </w:r>
      <w:r w:rsidRPr="000767E2">
        <w:rPr>
          <w:vertAlign w:val="superscript"/>
          <w:lang w:val="sv-SE"/>
        </w:rPr>
        <w:t>42</w:t>
      </w:r>
      <w:r w:rsidRPr="000767E2">
        <w:rPr>
          <w:lang w:val="sv-SE"/>
        </w:rPr>
        <w:t xml:space="preserve"> {{field-on:bible}}Har inte Skriften sagt att </w:t>
      </w:r>
      <w:r w:rsidRPr="000767E2">
        <w:rPr>
          <w:i/>
          <w:lang w:val="sv-SE"/>
        </w:rPr>
        <w:t>det är</w:t>
      </w:r>
      <w:r w:rsidRPr="000767E2">
        <w:rPr>
          <w:lang w:val="sv-SE"/>
        </w:rPr>
        <w:t xml:space="preserve"> av Davids säd och från Bethlehem, byn där David var, </w:t>
      </w:r>
      <w:r w:rsidRPr="000767E2">
        <w:rPr>
          <w:i/>
          <w:lang w:val="sv-SE"/>
        </w:rPr>
        <w:t>som</w:t>
      </w:r>
      <w:r w:rsidRPr="000767E2">
        <w:rPr>
          <w:lang w:val="sv-SE"/>
        </w:rPr>
        <w:t xml:space="preserve"> Kristus kommer?”{{field-off:bible}} [[@</w:t>
      </w:r>
      <w:r w:rsidR="0096445B" w:rsidRPr="000767E2">
        <w:rPr>
          <w:lang w:val="sv-SE"/>
        </w:rPr>
        <w:t>BibleBIBEL82</w:t>
      </w:r>
      <w:r w:rsidRPr="000767E2">
        <w:rPr>
          <w:lang w:val="sv-SE"/>
        </w:rPr>
        <w:t>:John 7:43]]</w:t>
      </w:r>
      <w:r w:rsidRPr="000767E2">
        <w:rPr>
          <w:vertAlign w:val="superscript"/>
          <w:lang w:val="sv-SE"/>
        </w:rPr>
        <w:t>43</w:t>
      </w:r>
      <w:r w:rsidRPr="000767E2">
        <w:rPr>
          <w:lang w:val="sv-SE"/>
        </w:rPr>
        <w:t xml:space="preserve"> {{field-on:bible}}Det blev då schism i skaran för hans skull.{{field-off:bible}} [[@</w:t>
      </w:r>
      <w:r w:rsidR="0096445B" w:rsidRPr="000767E2">
        <w:rPr>
          <w:lang w:val="sv-SE"/>
        </w:rPr>
        <w:t>BibleBIBEL82</w:t>
      </w:r>
      <w:r w:rsidRPr="000767E2">
        <w:rPr>
          <w:lang w:val="sv-SE"/>
        </w:rPr>
        <w:t>:John 7:44]]</w:t>
      </w:r>
      <w:r w:rsidRPr="000767E2">
        <w:rPr>
          <w:vertAlign w:val="superscript"/>
          <w:lang w:val="sv-SE"/>
        </w:rPr>
        <w:t>44</w:t>
      </w:r>
      <w:r w:rsidRPr="000767E2">
        <w:rPr>
          <w:lang w:val="sv-SE"/>
        </w:rPr>
        <w:t xml:space="preserve"> {{field-on:bible}}Och några av dem ville fånga honom, men ingen lade på honom händerna.{{field-off:bible}}</w:t>
      </w:r>
    </w:p>
    <w:p w14:paraId="1FE162B5" w14:textId="31C5FCC8" w:rsidR="00BA33AB" w:rsidRPr="000767E2" w:rsidRDefault="00000000">
      <w:pPr>
        <w:rPr>
          <w:lang w:val="sv-SE"/>
        </w:rPr>
      </w:pPr>
      <w:r w:rsidRPr="000767E2">
        <w:rPr>
          <w:lang w:val="sv-SE"/>
        </w:rPr>
        <w:t>[[@</w:t>
      </w:r>
      <w:r w:rsidR="0096445B" w:rsidRPr="000767E2">
        <w:rPr>
          <w:lang w:val="sv-SE"/>
        </w:rPr>
        <w:t>BibleBIBEL82</w:t>
      </w:r>
      <w:r w:rsidRPr="000767E2">
        <w:rPr>
          <w:lang w:val="sv-SE"/>
        </w:rPr>
        <w:t>:John 7:45]]</w:t>
      </w:r>
      <w:r w:rsidRPr="000767E2">
        <w:rPr>
          <w:vertAlign w:val="superscript"/>
          <w:lang w:val="sv-SE"/>
        </w:rPr>
        <w:t>45</w:t>
      </w:r>
      <w:r w:rsidRPr="000767E2">
        <w:rPr>
          <w:lang w:val="sv-SE"/>
        </w:rPr>
        <w:t xml:space="preserve"> {{field-on:bible}}Då kom undertjänarna till översteprästerna och fariseerna, och dessa sade till dem: ”Varför har ni inte fört </w:t>
      </w:r>
      <w:r w:rsidRPr="000767E2">
        <w:rPr>
          <w:i/>
          <w:lang w:val="sv-SE"/>
        </w:rPr>
        <w:t>hit</w:t>
      </w:r>
      <w:r w:rsidRPr="000767E2">
        <w:rPr>
          <w:lang w:val="sv-SE"/>
        </w:rPr>
        <w:t xml:space="preserve"> honom?”{{field-off:bible}} [[@</w:t>
      </w:r>
      <w:r w:rsidR="0096445B" w:rsidRPr="000767E2">
        <w:rPr>
          <w:lang w:val="sv-SE"/>
        </w:rPr>
        <w:t>BibleBIBEL82</w:t>
      </w:r>
      <w:r w:rsidRPr="000767E2">
        <w:rPr>
          <w:lang w:val="sv-SE"/>
        </w:rPr>
        <w:t>:John 7:46]]</w:t>
      </w:r>
      <w:r w:rsidRPr="000767E2">
        <w:rPr>
          <w:vertAlign w:val="superscript"/>
          <w:lang w:val="sv-SE"/>
        </w:rPr>
        <w:t>46</w:t>
      </w:r>
      <w:r w:rsidRPr="000767E2">
        <w:rPr>
          <w:lang w:val="sv-SE"/>
        </w:rPr>
        <w:t xml:space="preserve"> {{field-on:bible}}Undertjänarna svarade: ”Aldrig har en människa talat så.”{{field-off:bible}} [[@</w:t>
      </w:r>
      <w:r w:rsidR="0096445B" w:rsidRPr="000767E2">
        <w:rPr>
          <w:lang w:val="sv-SE"/>
        </w:rPr>
        <w:t>BibleBIBEL82</w:t>
      </w:r>
      <w:r w:rsidRPr="000767E2">
        <w:rPr>
          <w:lang w:val="sv-SE"/>
        </w:rPr>
        <w:t>:John 7:47]]</w:t>
      </w:r>
      <w:r w:rsidRPr="000767E2">
        <w:rPr>
          <w:vertAlign w:val="superscript"/>
          <w:lang w:val="sv-SE"/>
        </w:rPr>
        <w:t>47</w:t>
      </w:r>
      <w:r w:rsidRPr="000767E2">
        <w:rPr>
          <w:lang w:val="sv-SE"/>
        </w:rPr>
        <w:t xml:space="preserve"> {{field-on:bible}}Då svarade fariseerna dem: ”Inte har </w:t>
      </w:r>
      <w:r w:rsidRPr="000767E2">
        <w:rPr>
          <w:i/>
          <w:lang w:val="sv-SE"/>
        </w:rPr>
        <w:t>väl</w:t>
      </w:r>
      <w:r w:rsidRPr="000767E2">
        <w:rPr>
          <w:lang w:val="sv-SE"/>
        </w:rPr>
        <w:t xml:space="preserve"> också ni blivit förvillade?{{field-off:bible}} [[@</w:t>
      </w:r>
      <w:r w:rsidR="0096445B" w:rsidRPr="000767E2">
        <w:rPr>
          <w:lang w:val="sv-SE"/>
        </w:rPr>
        <w:t>BibleBIBEL82</w:t>
      </w:r>
      <w:r w:rsidRPr="000767E2">
        <w:rPr>
          <w:lang w:val="sv-SE"/>
        </w:rPr>
        <w:t>:John 7:48]]</w:t>
      </w:r>
      <w:r w:rsidRPr="000767E2">
        <w:rPr>
          <w:vertAlign w:val="superscript"/>
          <w:lang w:val="sv-SE"/>
        </w:rPr>
        <w:t>48</w:t>
      </w:r>
      <w:r w:rsidRPr="000767E2">
        <w:rPr>
          <w:lang w:val="sv-SE"/>
        </w:rPr>
        <w:t xml:space="preserve"> {{field-on:bible}}Inte har någon av ledarna trott på honom? Eller av fariseerna?{{field-off:bible}} [[@</w:t>
      </w:r>
      <w:r w:rsidR="0096445B" w:rsidRPr="000767E2">
        <w:rPr>
          <w:lang w:val="sv-SE"/>
        </w:rPr>
        <w:t>BibleBIBEL82</w:t>
      </w:r>
      <w:r w:rsidRPr="000767E2">
        <w:rPr>
          <w:lang w:val="sv-SE"/>
        </w:rPr>
        <w:t>:John 7:49]]</w:t>
      </w:r>
      <w:r w:rsidRPr="000767E2">
        <w:rPr>
          <w:vertAlign w:val="superscript"/>
          <w:lang w:val="sv-SE"/>
        </w:rPr>
        <w:t>49</w:t>
      </w:r>
      <w:r w:rsidRPr="000767E2">
        <w:rPr>
          <w:lang w:val="sv-SE"/>
        </w:rPr>
        <w:t xml:space="preserve"> {{field-on:bible}}Men denna skara som inte känner lagen, de är förbannade.”{{field-off:bible}}</w:t>
      </w:r>
    </w:p>
    <w:p w14:paraId="24947B2B" w14:textId="64ADA0CA" w:rsidR="00BA33AB" w:rsidRPr="000767E2" w:rsidRDefault="00000000">
      <w:pPr>
        <w:rPr>
          <w:lang w:val="sv-SE"/>
        </w:rPr>
      </w:pPr>
      <w:r w:rsidRPr="000767E2">
        <w:rPr>
          <w:lang w:val="sv-SE"/>
        </w:rPr>
        <w:t>[[@</w:t>
      </w:r>
      <w:r w:rsidR="0096445B" w:rsidRPr="000767E2">
        <w:rPr>
          <w:lang w:val="sv-SE"/>
        </w:rPr>
        <w:t>BibleBIBEL82</w:t>
      </w:r>
      <w:r w:rsidRPr="000767E2">
        <w:rPr>
          <w:lang w:val="sv-SE"/>
        </w:rPr>
        <w:t>:John 7:50]]</w:t>
      </w:r>
      <w:r w:rsidRPr="000767E2">
        <w:rPr>
          <w:vertAlign w:val="superscript"/>
          <w:lang w:val="sv-SE"/>
        </w:rPr>
        <w:t>50</w:t>
      </w:r>
      <w:r w:rsidRPr="000767E2">
        <w:rPr>
          <w:lang w:val="sv-SE"/>
        </w:rPr>
        <w:t xml:space="preserve"> {{field-on:bible}}</w:t>
      </w:r>
      <w:r w:rsidRPr="000767E2">
        <w:rPr>
          <w:i/>
          <w:lang w:val="sv-SE"/>
        </w:rPr>
        <w:t>Då</w:t>
      </w:r>
      <w:r w:rsidRPr="000767E2">
        <w:rPr>
          <w:lang w:val="sv-SE"/>
        </w:rPr>
        <w:t xml:space="preserve"> säger Nikodemos till dem, han som kom till honom tidigare </w:t>
      </w:r>
      <w:r w:rsidRPr="000767E2">
        <w:rPr>
          <w:i/>
          <w:lang w:val="sv-SE"/>
        </w:rPr>
        <w:t>och</w:t>
      </w:r>
      <w:r w:rsidRPr="000767E2">
        <w:rPr>
          <w:lang w:val="sv-SE"/>
        </w:rPr>
        <w:t xml:space="preserve"> var en av dem:{{field-off:bible}} [[@</w:t>
      </w:r>
      <w:r w:rsidR="0096445B" w:rsidRPr="000767E2">
        <w:rPr>
          <w:lang w:val="sv-SE"/>
        </w:rPr>
        <w:t>BibleBIBEL82</w:t>
      </w:r>
      <w:r w:rsidRPr="000767E2">
        <w:rPr>
          <w:lang w:val="sv-SE"/>
        </w:rPr>
        <w:t>:John 7:51]]</w:t>
      </w:r>
      <w:r w:rsidRPr="000767E2">
        <w:rPr>
          <w:vertAlign w:val="superscript"/>
          <w:lang w:val="sv-SE"/>
        </w:rPr>
        <w:t>51</w:t>
      </w:r>
      <w:r w:rsidRPr="000767E2">
        <w:rPr>
          <w:lang w:val="sv-SE"/>
        </w:rPr>
        <w:t xml:space="preserve"> {{field-on:bible}}”Inte dömer vår lag människan, om inte man först hör från honom och förstår vad han gör?”{{field-off:bible}} [[@</w:t>
      </w:r>
      <w:r w:rsidR="0096445B" w:rsidRPr="000767E2">
        <w:rPr>
          <w:lang w:val="sv-SE"/>
        </w:rPr>
        <w:t>BibleBIBEL82</w:t>
      </w:r>
      <w:r w:rsidRPr="000767E2">
        <w:rPr>
          <w:lang w:val="sv-SE"/>
        </w:rPr>
        <w:t>:John 7:52]]</w:t>
      </w:r>
      <w:r w:rsidRPr="000767E2">
        <w:rPr>
          <w:vertAlign w:val="superscript"/>
          <w:lang w:val="sv-SE"/>
        </w:rPr>
        <w:t>52</w:t>
      </w:r>
      <w:r w:rsidRPr="000767E2">
        <w:rPr>
          <w:lang w:val="sv-SE"/>
        </w:rPr>
        <w:t xml:space="preserve"> {{field-on:bible}}De svarade och sade till honom: ”Inte är </w:t>
      </w:r>
      <w:r w:rsidRPr="000767E2">
        <w:rPr>
          <w:i/>
          <w:lang w:val="sv-SE"/>
        </w:rPr>
        <w:t>väl</w:t>
      </w:r>
      <w:r w:rsidRPr="000767E2">
        <w:rPr>
          <w:lang w:val="sv-SE"/>
        </w:rPr>
        <w:t xml:space="preserve"> också du från Galileen? Forska och se att från Galileen reses ingen profet upp.”{{field-off:bible}}</w:t>
      </w:r>
    </w:p>
    <w:p w14:paraId="6F45EA0C" w14:textId="77777777" w:rsidR="00BA33AB" w:rsidRPr="000767E2" w:rsidRDefault="00000000">
      <w:pPr>
        <w:pStyle w:val="Rubrik3"/>
        <w:rPr>
          <w:lang w:val="sv-SE"/>
        </w:rPr>
      </w:pPr>
      <w:r w:rsidRPr="000767E2">
        <w:rPr>
          <w:lang w:val="sv-SE"/>
        </w:rPr>
        <w:t>Jesus och äktenskapsbryterskan</w:t>
      </w:r>
    </w:p>
    <w:p w14:paraId="6830CEDC" w14:textId="7FBD31FB" w:rsidR="00BA33AB" w:rsidRPr="000767E2" w:rsidRDefault="00000000">
      <w:pPr>
        <w:rPr>
          <w:lang w:val="sv-SE"/>
        </w:rPr>
      </w:pPr>
      <w:r w:rsidRPr="000767E2">
        <w:rPr>
          <w:lang w:val="sv-SE"/>
        </w:rPr>
        <w:t>{{field-</w:t>
      </w:r>
      <w:proofErr w:type="gramStart"/>
      <w:r w:rsidRPr="000767E2">
        <w:rPr>
          <w:lang w:val="sv-SE"/>
        </w:rPr>
        <w:t>on:bible}}</w:t>
      </w:r>
      <w:r>
        <w:t>⟦</w:t>
      </w:r>
      <w:proofErr w:type="gramEnd"/>
      <w:r w:rsidRPr="000767E2">
        <w:rPr>
          <w:lang w:val="sv-SE"/>
        </w:rPr>
        <w:t>{{field-</w:t>
      </w:r>
      <w:proofErr w:type="gramStart"/>
      <w:r w:rsidRPr="000767E2">
        <w:rPr>
          <w:lang w:val="sv-SE"/>
        </w:rPr>
        <w:t>off:bible</w:t>
      </w:r>
      <w:proofErr w:type="gramEnd"/>
      <w:r w:rsidRPr="000767E2">
        <w:rPr>
          <w:lang w:val="sv-SE"/>
        </w:rPr>
        <w:t>}} [[@</w:t>
      </w:r>
      <w:r w:rsidR="0096445B" w:rsidRPr="000767E2">
        <w:rPr>
          <w:lang w:val="sv-SE"/>
        </w:rPr>
        <w:t>BibleBIBEL</w:t>
      </w:r>
      <w:proofErr w:type="gramStart"/>
      <w:r w:rsidR="0096445B" w:rsidRPr="000767E2">
        <w:rPr>
          <w:lang w:val="sv-SE"/>
        </w:rPr>
        <w:t>82</w:t>
      </w:r>
      <w:r w:rsidRPr="000767E2">
        <w:rPr>
          <w:lang w:val="sv-SE"/>
        </w:rPr>
        <w:t>:John</w:t>
      </w:r>
      <w:proofErr w:type="gramEnd"/>
      <w:r w:rsidRPr="000767E2">
        <w:rPr>
          <w:lang w:val="sv-SE"/>
        </w:rPr>
        <w:t xml:space="preserve"> 7:53]]</w:t>
      </w:r>
      <w:r w:rsidRPr="000767E2">
        <w:rPr>
          <w:vertAlign w:val="superscript"/>
          <w:lang w:val="sv-SE"/>
        </w:rPr>
        <w:t>53</w:t>
      </w:r>
      <w:r w:rsidRPr="000767E2">
        <w:rPr>
          <w:lang w:val="sv-SE"/>
        </w:rPr>
        <w:t xml:space="preserve"> {{field-</w:t>
      </w:r>
      <w:proofErr w:type="gramStart"/>
      <w:r w:rsidRPr="000767E2">
        <w:rPr>
          <w:lang w:val="sv-SE"/>
        </w:rPr>
        <w:t>on:bible}}Och</w:t>
      </w:r>
      <w:proofErr w:type="gramEnd"/>
      <w:r w:rsidRPr="000767E2">
        <w:rPr>
          <w:lang w:val="sv-SE"/>
        </w:rPr>
        <w:t xml:space="preserve"> var och en gick till sitt </w:t>
      </w:r>
      <w:proofErr w:type="gramStart"/>
      <w:r w:rsidRPr="000767E2">
        <w:rPr>
          <w:lang w:val="sv-SE"/>
        </w:rPr>
        <w:t>hus,{</w:t>
      </w:r>
      <w:proofErr w:type="gramEnd"/>
      <w:r w:rsidRPr="000767E2">
        <w:rPr>
          <w:lang w:val="sv-SE"/>
        </w:rPr>
        <w:t>{field-</w:t>
      </w:r>
      <w:proofErr w:type="gramStart"/>
      <w:r w:rsidRPr="000767E2">
        <w:rPr>
          <w:lang w:val="sv-SE"/>
        </w:rPr>
        <w:t>off:bible</w:t>
      </w:r>
      <w:proofErr w:type="gramEnd"/>
      <w:r w:rsidRPr="000767E2">
        <w:rPr>
          <w:lang w:val="sv-SE"/>
        </w:rPr>
        <w:t>}}</w:t>
      </w:r>
    </w:p>
    <w:p w14:paraId="337CBB8B" w14:textId="1DB0CF08" w:rsidR="00BA33AB" w:rsidRPr="000767E2" w:rsidRDefault="00000000">
      <w:pPr>
        <w:rPr>
          <w:lang w:val="sv-SE"/>
        </w:rPr>
      </w:pPr>
      <w:r w:rsidRPr="000767E2">
        <w:rPr>
          <w:lang w:val="sv-SE"/>
        </w:rPr>
        <w:t>[[@</w:t>
      </w:r>
      <w:r w:rsidR="0096445B" w:rsidRPr="000767E2">
        <w:rPr>
          <w:lang w:val="sv-SE"/>
        </w:rPr>
        <w:t>BibleBIBEL82</w:t>
      </w:r>
      <w:r w:rsidRPr="000767E2">
        <w:rPr>
          <w:lang w:val="sv-SE"/>
        </w:rPr>
        <w:t>:John 7:1]]</w:t>
      </w:r>
      <w:r w:rsidRPr="000767E2">
        <w:rPr>
          <w:vertAlign w:val="superscript"/>
          <w:lang w:val="sv-SE"/>
        </w:rPr>
        <w:t>1</w:t>
      </w:r>
      <w:r w:rsidRPr="000767E2">
        <w:rPr>
          <w:lang w:val="sv-SE"/>
        </w:rPr>
        <w:t xml:space="preserve"> {{field-on:bible}}och Jesus gick till Olivernas berg.{{field-off:bible}} [[@</w:t>
      </w:r>
      <w:r w:rsidR="0096445B" w:rsidRPr="000767E2">
        <w:rPr>
          <w:lang w:val="sv-SE"/>
        </w:rPr>
        <w:t>BibleBIBEL82</w:t>
      </w:r>
      <w:r w:rsidRPr="000767E2">
        <w:rPr>
          <w:lang w:val="sv-SE"/>
        </w:rPr>
        <w:t>:John 7:2]]</w:t>
      </w:r>
      <w:r w:rsidRPr="000767E2">
        <w:rPr>
          <w:vertAlign w:val="superscript"/>
          <w:lang w:val="sv-SE"/>
        </w:rPr>
        <w:t>2</w:t>
      </w:r>
      <w:r w:rsidRPr="000767E2">
        <w:rPr>
          <w:lang w:val="sv-SE"/>
        </w:rPr>
        <w:t xml:space="preserve"> {{field-on:bible}}Men i gryningen kom han åter dit till templet. Och allt folket kom till honom, och han satte sig och undervisade dem.{{field-off:bible}}</w:t>
      </w:r>
    </w:p>
    <w:p w14:paraId="5333935E" w14:textId="4A56063D"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:John 8]]Kapitel 8</w:t>
      </w:r>
    </w:p>
    <w:p w14:paraId="7CA96F1C" w14:textId="6EE10B7B" w:rsidR="00BA33AB" w:rsidRPr="000767E2" w:rsidRDefault="00000000">
      <w:pPr>
        <w:rPr>
          <w:lang w:val="sv-SE"/>
        </w:rPr>
      </w:pPr>
      <w:r w:rsidRPr="000767E2">
        <w:rPr>
          <w:lang w:val="sv-SE"/>
        </w:rPr>
        <w:t>[[@</w:t>
      </w:r>
      <w:r w:rsidR="0096445B" w:rsidRPr="000767E2">
        <w:rPr>
          <w:lang w:val="sv-SE"/>
        </w:rPr>
        <w:t>BibleBIBEL82</w:t>
      </w:r>
      <w:r w:rsidRPr="000767E2">
        <w:rPr>
          <w:lang w:val="sv-SE"/>
        </w:rPr>
        <w:t>:John 8:3]]</w:t>
      </w:r>
      <w:r w:rsidRPr="000767E2">
        <w:rPr>
          <w:vertAlign w:val="superscript"/>
          <w:lang w:val="sv-SE"/>
        </w:rPr>
        <w:t>3</w:t>
      </w:r>
      <w:r w:rsidRPr="000767E2">
        <w:rPr>
          <w:lang w:val="sv-SE"/>
        </w:rPr>
        <w:t xml:space="preserve"> {{field-on:bible}}Men de skriftlärda och fariseerna för </w:t>
      </w:r>
      <w:r w:rsidRPr="000767E2">
        <w:rPr>
          <w:i/>
          <w:lang w:val="sv-SE"/>
        </w:rPr>
        <w:t>dit</w:t>
      </w:r>
      <w:r w:rsidRPr="000767E2">
        <w:rPr>
          <w:lang w:val="sv-SE"/>
        </w:rPr>
        <w:t xml:space="preserve"> en kvinna gripen vid äktenskapsbrott. Och de ställer henne i mitten{{field-off:bible}} [[@</w:t>
      </w:r>
      <w:r w:rsidR="0096445B" w:rsidRPr="000767E2">
        <w:rPr>
          <w:lang w:val="sv-SE"/>
        </w:rPr>
        <w:t>BibleBIBEL82</w:t>
      </w:r>
      <w:r w:rsidRPr="000767E2">
        <w:rPr>
          <w:lang w:val="sv-SE"/>
        </w:rPr>
        <w:t>:John 8:4]]</w:t>
      </w:r>
      <w:r w:rsidRPr="000767E2">
        <w:rPr>
          <w:vertAlign w:val="superscript"/>
          <w:lang w:val="sv-SE"/>
        </w:rPr>
        <w:t>4</w:t>
      </w:r>
      <w:r w:rsidRPr="000767E2">
        <w:rPr>
          <w:lang w:val="sv-SE"/>
        </w:rPr>
        <w:t xml:space="preserve"> {{field-on:bible}}och säger till honom: ”Lärare, denna kvinna har gripits på bar gärning när hon begick äktenskapsbrott.{{field-off:bible}} [[@</w:t>
      </w:r>
      <w:r w:rsidR="0096445B" w:rsidRPr="000767E2">
        <w:rPr>
          <w:lang w:val="sv-SE"/>
        </w:rPr>
        <w:t>BibleBIBEL82</w:t>
      </w:r>
      <w:r w:rsidRPr="000767E2">
        <w:rPr>
          <w:lang w:val="sv-SE"/>
        </w:rPr>
        <w:t>:John 8:5]]</w:t>
      </w:r>
      <w:r w:rsidRPr="000767E2">
        <w:rPr>
          <w:vertAlign w:val="superscript"/>
          <w:lang w:val="sv-SE"/>
        </w:rPr>
        <w:t>5</w:t>
      </w:r>
      <w:r w:rsidRPr="000767E2">
        <w:rPr>
          <w:lang w:val="sv-SE"/>
        </w:rPr>
        <w:t xml:space="preserve"> {{field-on:bible}}Och i lagen har Mose påbjudit oss att stena sådana. Vad säger då du?”{{field-off:bible}} [[@</w:t>
      </w:r>
      <w:r w:rsidR="0096445B" w:rsidRPr="000767E2">
        <w:rPr>
          <w:lang w:val="sv-SE"/>
        </w:rPr>
        <w:t>BibleBIBEL82</w:t>
      </w:r>
      <w:r w:rsidRPr="000767E2">
        <w:rPr>
          <w:lang w:val="sv-SE"/>
        </w:rPr>
        <w:t>:John 8:6]]</w:t>
      </w:r>
      <w:r w:rsidRPr="000767E2">
        <w:rPr>
          <w:vertAlign w:val="superscript"/>
          <w:lang w:val="sv-SE"/>
        </w:rPr>
        <w:t>6</w:t>
      </w:r>
      <w:r w:rsidRPr="000767E2">
        <w:rPr>
          <w:lang w:val="sv-SE"/>
        </w:rPr>
        <w:t xml:space="preserve"> {{field-on:bible}}Men detta sade de prövande honom, för att ha </w:t>
      </w:r>
      <w:r w:rsidRPr="000767E2">
        <w:rPr>
          <w:i/>
          <w:lang w:val="sv-SE"/>
        </w:rPr>
        <w:t>något</w:t>
      </w:r>
      <w:r w:rsidRPr="000767E2">
        <w:rPr>
          <w:lang w:val="sv-SE"/>
        </w:rPr>
        <w:t xml:space="preserve"> att anklaga honom </w:t>
      </w:r>
      <w:r w:rsidRPr="000767E2">
        <w:rPr>
          <w:i/>
          <w:lang w:val="sv-SE"/>
        </w:rPr>
        <w:t>för</w:t>
      </w:r>
      <w:r w:rsidRPr="000767E2">
        <w:rPr>
          <w:lang w:val="sv-SE"/>
        </w:rPr>
        <w:t>. Men Jesus böjde sig ner och skrev med fingret ner i jorden.{{field-off:bible}}</w:t>
      </w:r>
    </w:p>
    <w:p w14:paraId="0B188FF1" w14:textId="100EC368" w:rsidR="00BA33AB" w:rsidRPr="000767E2" w:rsidRDefault="00000000">
      <w:pPr>
        <w:rPr>
          <w:lang w:val="sv-SE"/>
        </w:rPr>
      </w:pPr>
      <w:r w:rsidRPr="000767E2">
        <w:rPr>
          <w:lang w:val="sv-SE"/>
        </w:rPr>
        <w:t>[[@</w:t>
      </w:r>
      <w:r w:rsidR="0096445B" w:rsidRPr="000767E2">
        <w:rPr>
          <w:lang w:val="sv-SE"/>
        </w:rPr>
        <w:t>BibleBIBEL82</w:t>
      </w:r>
      <w:r w:rsidRPr="000767E2">
        <w:rPr>
          <w:lang w:val="sv-SE"/>
        </w:rPr>
        <w:t>:John 8:7]]</w:t>
      </w:r>
      <w:r w:rsidRPr="000767E2">
        <w:rPr>
          <w:vertAlign w:val="superscript"/>
          <w:lang w:val="sv-SE"/>
        </w:rPr>
        <w:t>7</w:t>
      </w:r>
      <w:r w:rsidRPr="000767E2">
        <w:rPr>
          <w:lang w:val="sv-SE"/>
        </w:rPr>
        <w:t xml:space="preserve"> {{field-on:bible}}Men när de fortsatte fråga honom, rätade han sig upp och sade till dem: ”Den syndfrie av er ska </w:t>
      </w:r>
      <w:r w:rsidRPr="000767E2">
        <w:rPr>
          <w:i/>
          <w:lang w:val="sv-SE"/>
        </w:rPr>
        <w:t>vara</w:t>
      </w:r>
      <w:r w:rsidRPr="000767E2">
        <w:rPr>
          <w:lang w:val="sv-SE"/>
        </w:rPr>
        <w:t xml:space="preserve"> först på henne </w:t>
      </w:r>
      <w:r w:rsidRPr="000767E2">
        <w:rPr>
          <w:i/>
          <w:lang w:val="sv-SE"/>
        </w:rPr>
        <w:t>att</w:t>
      </w:r>
      <w:r w:rsidRPr="000767E2">
        <w:rPr>
          <w:lang w:val="sv-SE"/>
        </w:rPr>
        <w:t xml:space="preserve"> kasta sten.”{{field-off:bible}} [[@</w:t>
      </w:r>
      <w:r w:rsidR="0096445B" w:rsidRPr="000767E2">
        <w:rPr>
          <w:lang w:val="sv-SE"/>
        </w:rPr>
        <w:t>BibleBIBEL82</w:t>
      </w:r>
      <w:r w:rsidRPr="000767E2">
        <w:rPr>
          <w:lang w:val="sv-SE"/>
        </w:rPr>
        <w:t>:John 8:8]]</w:t>
      </w:r>
      <w:r w:rsidRPr="000767E2">
        <w:rPr>
          <w:vertAlign w:val="superscript"/>
          <w:lang w:val="sv-SE"/>
        </w:rPr>
        <w:t>8</w:t>
      </w:r>
      <w:r w:rsidRPr="000767E2">
        <w:rPr>
          <w:lang w:val="sv-SE"/>
        </w:rPr>
        <w:t xml:space="preserve"> {{field-on:bible}}Och åter böjde han sig ner och skrev i jorden.{{field-off:bible}} [[@</w:t>
      </w:r>
      <w:r w:rsidR="0096445B" w:rsidRPr="000767E2">
        <w:rPr>
          <w:lang w:val="sv-SE"/>
        </w:rPr>
        <w:t>BibleBIBEL82</w:t>
      </w:r>
      <w:r w:rsidRPr="000767E2">
        <w:rPr>
          <w:lang w:val="sv-SE"/>
        </w:rPr>
        <w:t>:John 8:9]]</w:t>
      </w:r>
      <w:r w:rsidRPr="000767E2">
        <w:rPr>
          <w:vertAlign w:val="superscript"/>
          <w:lang w:val="sv-SE"/>
        </w:rPr>
        <w:t>9</w:t>
      </w:r>
      <w:r w:rsidRPr="000767E2">
        <w:rPr>
          <w:lang w:val="sv-SE"/>
        </w:rPr>
        <w:t xml:space="preserve"> {{field-on:bible}}Men när de hörde </w:t>
      </w:r>
      <w:r w:rsidRPr="000767E2">
        <w:rPr>
          <w:i/>
          <w:lang w:val="sv-SE"/>
        </w:rPr>
        <w:t>det</w:t>
      </w:r>
      <w:r w:rsidRPr="000767E2">
        <w:rPr>
          <w:lang w:val="sv-SE"/>
        </w:rPr>
        <w:t xml:space="preserve"> gick de ut, en efter en, börjande från de äldste. Och han lämnades ensam kvar, och kvinnan var i mitten.{{field-off:bible}} [[@</w:t>
      </w:r>
      <w:r w:rsidR="0096445B" w:rsidRPr="000767E2">
        <w:rPr>
          <w:lang w:val="sv-SE"/>
        </w:rPr>
        <w:t>BibleBIBEL82</w:t>
      </w:r>
      <w:r w:rsidRPr="000767E2">
        <w:rPr>
          <w:lang w:val="sv-SE"/>
        </w:rPr>
        <w:t>:John 8:10]]</w:t>
      </w:r>
      <w:r w:rsidRPr="000767E2">
        <w:rPr>
          <w:vertAlign w:val="superscript"/>
          <w:lang w:val="sv-SE"/>
        </w:rPr>
        <w:t>10</w:t>
      </w:r>
      <w:r w:rsidRPr="000767E2">
        <w:rPr>
          <w:lang w:val="sv-SE"/>
        </w:rPr>
        <w:t xml:space="preserve"> {{field-on:bible}}Och Jesus rätade sig upp och sade till henne: ”Kvinna, var är de? Har ingen fördömt dig?”{{field-off:bible}} [[@</w:t>
      </w:r>
      <w:r w:rsidR="0096445B" w:rsidRPr="000767E2">
        <w:rPr>
          <w:lang w:val="sv-SE"/>
        </w:rPr>
        <w:t>BibleBIBEL82</w:t>
      </w:r>
      <w:r w:rsidRPr="000767E2">
        <w:rPr>
          <w:lang w:val="sv-SE"/>
        </w:rPr>
        <w:t>:John 8:11]]</w:t>
      </w:r>
      <w:r w:rsidRPr="000767E2">
        <w:rPr>
          <w:vertAlign w:val="superscript"/>
          <w:lang w:val="sv-SE"/>
        </w:rPr>
        <w:t>11</w:t>
      </w:r>
      <w:r w:rsidRPr="000767E2">
        <w:rPr>
          <w:lang w:val="sv-SE"/>
        </w:rPr>
        <w:t xml:space="preserve"> {{field-on:bible}}Och hon svarade: ”Ingen, Herre.” Och Jesus sade: ”Inte heller jag fördömer dig. Gå, [och] från nu: synda inte mer.”</w:t>
      </w:r>
      <w:r>
        <w:t>⟧</w:t>
      </w:r>
      <w:r w:rsidRPr="000767E2">
        <w:rPr>
          <w:lang w:val="sv-SE"/>
        </w:rPr>
        <w:t>{{field-</w:t>
      </w:r>
      <w:proofErr w:type="gramStart"/>
      <w:r w:rsidRPr="000767E2">
        <w:rPr>
          <w:lang w:val="sv-SE"/>
        </w:rPr>
        <w:t>off:bible</w:t>
      </w:r>
      <w:proofErr w:type="gramEnd"/>
      <w:r w:rsidRPr="000767E2">
        <w:rPr>
          <w:lang w:val="sv-SE"/>
        </w:rPr>
        <w:t>}}</w:t>
      </w:r>
    </w:p>
    <w:p w14:paraId="4856D350" w14:textId="77777777" w:rsidR="00BA33AB" w:rsidRPr="000767E2" w:rsidRDefault="00000000">
      <w:pPr>
        <w:pStyle w:val="Rubrik3"/>
        <w:rPr>
          <w:lang w:val="sv-SE"/>
        </w:rPr>
      </w:pPr>
      <w:r w:rsidRPr="000767E2">
        <w:rPr>
          <w:lang w:val="sv-SE"/>
        </w:rPr>
        <w:t>Jesus är världens ljus</w:t>
      </w:r>
    </w:p>
    <w:p w14:paraId="45F577D5" w14:textId="279E802F" w:rsidR="00BA33AB" w:rsidRPr="000767E2" w:rsidRDefault="00000000">
      <w:pPr>
        <w:rPr>
          <w:lang w:val="sv-SE"/>
        </w:rPr>
      </w:pPr>
      <w:r w:rsidRPr="000767E2">
        <w:rPr>
          <w:lang w:val="sv-SE"/>
        </w:rPr>
        <w:t>[[@</w:t>
      </w:r>
      <w:r w:rsidR="0096445B" w:rsidRPr="000767E2">
        <w:rPr>
          <w:lang w:val="sv-SE"/>
        </w:rPr>
        <w:t>BibleBIBEL82</w:t>
      </w:r>
      <w:r w:rsidRPr="000767E2">
        <w:rPr>
          <w:lang w:val="sv-SE"/>
        </w:rPr>
        <w:t>:John 8:12]]</w:t>
      </w:r>
      <w:r w:rsidRPr="000767E2">
        <w:rPr>
          <w:vertAlign w:val="superscript"/>
          <w:lang w:val="sv-SE"/>
        </w:rPr>
        <w:t>12</w:t>
      </w:r>
      <w:r w:rsidRPr="000767E2">
        <w:rPr>
          <w:lang w:val="sv-SE"/>
        </w:rPr>
        <w:t xml:space="preserve"> {{field-on:bible}}Åter talade nu Jesus till dem och sade: ”Jag är världens ljus. Den som följer mig ska aldrig vandra i mörkret utan ha livets ljus.”{{field-off:bible}}</w:t>
      </w:r>
    </w:p>
    <w:p w14:paraId="75030310" w14:textId="6B965F16" w:rsidR="00BA33AB" w:rsidRPr="000767E2" w:rsidRDefault="00000000">
      <w:pPr>
        <w:rPr>
          <w:lang w:val="sv-SE"/>
        </w:rPr>
      </w:pPr>
      <w:r w:rsidRPr="000767E2">
        <w:rPr>
          <w:lang w:val="sv-SE"/>
        </w:rPr>
        <w:t>[[@</w:t>
      </w:r>
      <w:r w:rsidR="0096445B" w:rsidRPr="000767E2">
        <w:rPr>
          <w:lang w:val="sv-SE"/>
        </w:rPr>
        <w:t>BibleBIBEL82</w:t>
      </w:r>
      <w:r w:rsidRPr="000767E2">
        <w:rPr>
          <w:lang w:val="sv-SE"/>
        </w:rPr>
        <w:t>:John 8:13]]</w:t>
      </w:r>
      <w:r w:rsidRPr="000767E2">
        <w:rPr>
          <w:vertAlign w:val="superscript"/>
          <w:lang w:val="sv-SE"/>
        </w:rPr>
        <w:t>13</w:t>
      </w:r>
      <w:r w:rsidRPr="000767E2">
        <w:rPr>
          <w:lang w:val="sv-SE"/>
        </w:rPr>
        <w:t xml:space="preserve"> {{field-on:bible}}Då sade fariseerna till honom: ”Du vittnar om dig själv. Ditt vittnesbörd är inte sant.”{{field-off:bible}} [[@</w:t>
      </w:r>
      <w:r w:rsidR="0096445B" w:rsidRPr="000767E2">
        <w:rPr>
          <w:lang w:val="sv-SE"/>
        </w:rPr>
        <w:t>BibleBIBEL82</w:t>
      </w:r>
      <w:r w:rsidRPr="000767E2">
        <w:rPr>
          <w:lang w:val="sv-SE"/>
        </w:rPr>
        <w:t>:John 8:14]]</w:t>
      </w:r>
      <w:r w:rsidRPr="000767E2">
        <w:rPr>
          <w:vertAlign w:val="superscript"/>
          <w:lang w:val="sv-SE"/>
        </w:rPr>
        <w:t>14</w:t>
      </w:r>
      <w:r w:rsidRPr="000767E2">
        <w:rPr>
          <w:lang w:val="sv-SE"/>
        </w:rPr>
        <w:t xml:space="preserve"> {{field-on:bible}}Jesus svarade och sade till dem: ”Även om jag vittnar om mig själv är mitt vittnesbörd sant, för jag vet varifrån jag kommit och vart jag beger mig. Men ni vet inte varifrån jag kommer eller vart jag beger mig.{{field-off:bible}} [[@</w:t>
      </w:r>
      <w:r w:rsidR="0096445B" w:rsidRPr="000767E2">
        <w:rPr>
          <w:lang w:val="sv-SE"/>
        </w:rPr>
        <w:t>BibleBIBEL82</w:t>
      </w:r>
      <w:r w:rsidRPr="000767E2">
        <w:rPr>
          <w:lang w:val="sv-SE"/>
        </w:rPr>
        <w:t>:John 8:15]]</w:t>
      </w:r>
      <w:r w:rsidRPr="000767E2">
        <w:rPr>
          <w:vertAlign w:val="superscript"/>
          <w:lang w:val="sv-SE"/>
        </w:rPr>
        <w:t>15</w:t>
      </w:r>
      <w:r w:rsidRPr="000767E2">
        <w:rPr>
          <w:lang w:val="sv-SE"/>
        </w:rPr>
        <w:t xml:space="preserve"> {{field-on:bible}}Ni dömer efter köttet. Jag dömer ingen.{{field-off:bible}} [[@</w:t>
      </w:r>
      <w:r w:rsidR="0096445B" w:rsidRPr="000767E2">
        <w:rPr>
          <w:lang w:val="sv-SE"/>
        </w:rPr>
        <w:t>BibleBIBEL82</w:t>
      </w:r>
      <w:r w:rsidRPr="000767E2">
        <w:rPr>
          <w:lang w:val="sv-SE"/>
        </w:rPr>
        <w:t>:John 8:16]]</w:t>
      </w:r>
      <w:r w:rsidRPr="000767E2">
        <w:rPr>
          <w:vertAlign w:val="superscript"/>
          <w:lang w:val="sv-SE"/>
        </w:rPr>
        <w:t>16</w:t>
      </w:r>
      <w:r w:rsidRPr="000767E2">
        <w:rPr>
          <w:lang w:val="sv-SE"/>
        </w:rPr>
        <w:t xml:space="preserve"> {{field-on:bible}}Men även om jag dömer är min dom sannfärdig, för jag är inte ensam, utan </w:t>
      </w:r>
      <w:r w:rsidRPr="000767E2">
        <w:rPr>
          <w:i/>
          <w:lang w:val="sv-SE"/>
        </w:rPr>
        <w:t>det är</w:t>
      </w:r>
      <w:r w:rsidRPr="000767E2">
        <w:rPr>
          <w:lang w:val="sv-SE"/>
        </w:rPr>
        <w:t xml:space="preserve"> jag och Fadern som har skickat mig.{{field-off:bible}} [[@</w:t>
      </w:r>
      <w:r w:rsidR="0096445B" w:rsidRPr="000767E2">
        <w:rPr>
          <w:lang w:val="sv-SE"/>
        </w:rPr>
        <w:t>BibleBIBEL82</w:t>
      </w:r>
      <w:r w:rsidRPr="000767E2">
        <w:rPr>
          <w:lang w:val="sv-SE"/>
        </w:rPr>
        <w:t>:John 8:17]]</w:t>
      </w:r>
      <w:r w:rsidRPr="000767E2">
        <w:rPr>
          <w:vertAlign w:val="superscript"/>
          <w:lang w:val="sv-SE"/>
        </w:rPr>
        <w:t>17</w:t>
      </w:r>
      <w:r w:rsidRPr="000767E2">
        <w:rPr>
          <w:lang w:val="sv-SE"/>
        </w:rPr>
        <w:t xml:space="preserve"> {{field-on:bible}}Och även i er lag är det skrivet att två människors vittnesbörd är sant.{{field-off:bible}} [[@</w:t>
      </w:r>
      <w:r w:rsidR="0096445B" w:rsidRPr="000767E2">
        <w:rPr>
          <w:lang w:val="sv-SE"/>
        </w:rPr>
        <w:t>BibleBIBEL82</w:t>
      </w:r>
      <w:r w:rsidRPr="000767E2">
        <w:rPr>
          <w:lang w:val="sv-SE"/>
        </w:rPr>
        <w:t>:John 8:18]]</w:t>
      </w:r>
      <w:r w:rsidRPr="000767E2">
        <w:rPr>
          <w:vertAlign w:val="superscript"/>
          <w:lang w:val="sv-SE"/>
        </w:rPr>
        <w:t>18</w:t>
      </w:r>
      <w:r w:rsidRPr="000767E2">
        <w:rPr>
          <w:lang w:val="sv-SE"/>
        </w:rPr>
        <w:t xml:space="preserve"> {{field-on:bible}}Jag är den som vittnar om mig själv, och vittnar om mig </w:t>
      </w:r>
      <w:r w:rsidRPr="000767E2">
        <w:rPr>
          <w:i/>
          <w:lang w:val="sv-SE"/>
        </w:rPr>
        <w:t>gör</w:t>
      </w:r>
      <w:r w:rsidRPr="000767E2">
        <w:rPr>
          <w:lang w:val="sv-SE"/>
        </w:rPr>
        <w:t xml:space="preserve"> </w:t>
      </w:r>
      <w:r w:rsidRPr="000767E2">
        <w:rPr>
          <w:i/>
          <w:lang w:val="sv-SE"/>
        </w:rPr>
        <w:t>även</w:t>
      </w:r>
      <w:r w:rsidRPr="000767E2">
        <w:rPr>
          <w:lang w:val="sv-SE"/>
        </w:rPr>
        <w:t xml:space="preserve"> Fadern som har skickat mig.”{{field-off:bible}}</w:t>
      </w:r>
    </w:p>
    <w:p w14:paraId="0F99711B" w14:textId="2DE50DE4" w:rsidR="00BA33AB" w:rsidRPr="000767E2" w:rsidRDefault="00000000">
      <w:pPr>
        <w:rPr>
          <w:lang w:val="sv-SE"/>
        </w:rPr>
      </w:pPr>
      <w:r w:rsidRPr="000767E2">
        <w:rPr>
          <w:lang w:val="sv-SE"/>
        </w:rPr>
        <w:t>[[@</w:t>
      </w:r>
      <w:r w:rsidR="0096445B" w:rsidRPr="000767E2">
        <w:rPr>
          <w:lang w:val="sv-SE"/>
        </w:rPr>
        <w:t>BibleBIBEL82</w:t>
      </w:r>
      <w:r w:rsidRPr="000767E2">
        <w:rPr>
          <w:lang w:val="sv-SE"/>
        </w:rPr>
        <w:t>:John 8:19]]</w:t>
      </w:r>
      <w:r w:rsidRPr="000767E2">
        <w:rPr>
          <w:vertAlign w:val="superscript"/>
          <w:lang w:val="sv-SE"/>
        </w:rPr>
        <w:t>19</w:t>
      </w:r>
      <w:r w:rsidRPr="000767E2">
        <w:rPr>
          <w:lang w:val="sv-SE"/>
        </w:rPr>
        <w:t xml:space="preserve"> {{field-on:bible}}De sade då till honom: ”Var är din Far?” Jesus svarade: ”Varken mig känner ni eller min Far. Om ni hade känt mig, hade ni också känt min Far.”{{field-off:bible}} [[@</w:t>
      </w:r>
      <w:r w:rsidR="0096445B" w:rsidRPr="000767E2">
        <w:rPr>
          <w:lang w:val="sv-SE"/>
        </w:rPr>
        <w:t>BibleBIBEL82</w:t>
      </w:r>
      <w:r w:rsidRPr="000767E2">
        <w:rPr>
          <w:lang w:val="sv-SE"/>
        </w:rPr>
        <w:t>:John 8:20]]</w:t>
      </w:r>
      <w:r w:rsidRPr="000767E2">
        <w:rPr>
          <w:vertAlign w:val="superscript"/>
          <w:lang w:val="sv-SE"/>
        </w:rPr>
        <w:t>20</w:t>
      </w:r>
      <w:r w:rsidRPr="000767E2">
        <w:rPr>
          <w:lang w:val="sv-SE"/>
        </w:rPr>
        <w:t xml:space="preserve"> {{field-on:bible}}Dessa ord talade han i skattkammaren medan han undervisade i templet. Och ingen fångade honom, för ännu hade inte hans stund kommit.{{field-off:bible}}</w:t>
      </w:r>
    </w:p>
    <w:p w14:paraId="0C94C8B1" w14:textId="7B6EB44B"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8:21]]</w:t>
      </w:r>
      <w:r w:rsidRPr="000767E2">
        <w:rPr>
          <w:vertAlign w:val="superscript"/>
          <w:lang w:val="sv-SE"/>
        </w:rPr>
        <w:t>21</w:t>
      </w:r>
      <w:r w:rsidRPr="000767E2">
        <w:rPr>
          <w:lang w:val="sv-SE"/>
        </w:rPr>
        <w:t xml:space="preserve"> {{field-on:bible}}Han sade då åter till dem: ”Jag beger mig. Och ni kommer att söka mig, och i er synd kommer ni att dö. Dit jag beger mig kan ni inte komma.”{{field-off:bible}} [[@</w:t>
      </w:r>
      <w:r w:rsidR="0096445B" w:rsidRPr="000767E2">
        <w:rPr>
          <w:lang w:val="sv-SE"/>
        </w:rPr>
        <w:t>BibleBIBEL82</w:t>
      </w:r>
      <w:r w:rsidRPr="000767E2">
        <w:rPr>
          <w:lang w:val="sv-SE"/>
        </w:rPr>
        <w:t>:John 8:22]]</w:t>
      </w:r>
      <w:r w:rsidRPr="000767E2">
        <w:rPr>
          <w:vertAlign w:val="superscript"/>
          <w:lang w:val="sv-SE"/>
        </w:rPr>
        <w:t>22</w:t>
      </w:r>
      <w:r w:rsidRPr="000767E2">
        <w:rPr>
          <w:lang w:val="sv-SE"/>
        </w:rPr>
        <w:t xml:space="preserve"> {{field-on:bible}}Då sade judarna: ”Inte kommer han väl att döda sig själv? Eftersom han säger: Dit jag beger mig kan ni inte komma.”{{field-off:bible}} [[@</w:t>
      </w:r>
      <w:r w:rsidR="0096445B" w:rsidRPr="000767E2">
        <w:rPr>
          <w:lang w:val="sv-SE"/>
        </w:rPr>
        <w:t>BibleBIBEL82</w:t>
      </w:r>
      <w:r w:rsidRPr="000767E2">
        <w:rPr>
          <w:lang w:val="sv-SE"/>
        </w:rPr>
        <w:t>:John 8:23]]</w:t>
      </w:r>
      <w:r w:rsidRPr="000767E2">
        <w:rPr>
          <w:vertAlign w:val="superscript"/>
          <w:lang w:val="sv-SE"/>
        </w:rPr>
        <w:t>23</w:t>
      </w:r>
      <w:r w:rsidRPr="000767E2">
        <w:rPr>
          <w:lang w:val="sv-SE"/>
        </w:rPr>
        <w:t xml:space="preserve"> {{field-on:bible}}Och han sade till dem: ”Ni är nerifrån, jag är från ovan. Ni är av denna värld. Jag är inte av denna värld.{{field-off:bible}} [[@</w:t>
      </w:r>
      <w:r w:rsidR="0096445B" w:rsidRPr="000767E2">
        <w:rPr>
          <w:lang w:val="sv-SE"/>
        </w:rPr>
        <w:t>BibleBIBEL82</w:t>
      </w:r>
      <w:r w:rsidRPr="000767E2">
        <w:rPr>
          <w:lang w:val="sv-SE"/>
        </w:rPr>
        <w:t>:John 8:24]]</w:t>
      </w:r>
      <w:r w:rsidRPr="000767E2">
        <w:rPr>
          <w:vertAlign w:val="superscript"/>
          <w:lang w:val="sv-SE"/>
        </w:rPr>
        <w:t>24</w:t>
      </w:r>
      <w:r w:rsidRPr="000767E2">
        <w:rPr>
          <w:lang w:val="sv-SE"/>
        </w:rPr>
        <w:t xml:space="preserve"> {{field-on:bible}}Jag har nu sagt er att ni kommer att dö i era synder. För om ni inte tror att Jag Är, kommer ni att dö i era synder.”{{field-off:bible}}</w:t>
      </w:r>
    </w:p>
    <w:p w14:paraId="42E3E466" w14:textId="2E652ED9" w:rsidR="00BA33AB" w:rsidRPr="000767E2" w:rsidRDefault="00000000">
      <w:pPr>
        <w:rPr>
          <w:lang w:val="sv-SE"/>
        </w:rPr>
      </w:pPr>
      <w:r w:rsidRPr="000767E2">
        <w:rPr>
          <w:lang w:val="sv-SE"/>
        </w:rPr>
        <w:t>[[@</w:t>
      </w:r>
      <w:r w:rsidR="0096445B" w:rsidRPr="000767E2">
        <w:rPr>
          <w:lang w:val="sv-SE"/>
        </w:rPr>
        <w:t>BibleBIBEL82</w:t>
      </w:r>
      <w:r w:rsidRPr="000767E2">
        <w:rPr>
          <w:lang w:val="sv-SE"/>
        </w:rPr>
        <w:t>:John 8:25]]</w:t>
      </w:r>
      <w:r w:rsidRPr="000767E2">
        <w:rPr>
          <w:vertAlign w:val="superscript"/>
          <w:lang w:val="sv-SE"/>
        </w:rPr>
        <w:t>25</w:t>
      </w:r>
      <w:r w:rsidRPr="000767E2">
        <w:rPr>
          <w:lang w:val="sv-SE"/>
        </w:rPr>
        <w:t xml:space="preserve"> {{field-on:bible}}Då sade de till honom: ”Vem är du?” Jesus sade till dem: ”</w:t>
      </w:r>
      <w:r w:rsidRPr="000767E2">
        <w:rPr>
          <w:i/>
          <w:lang w:val="sv-SE"/>
        </w:rPr>
        <w:t>Från</w:t>
      </w:r>
      <w:r w:rsidRPr="000767E2">
        <w:rPr>
          <w:lang w:val="sv-SE"/>
        </w:rPr>
        <w:t xml:space="preserve"> begynnelsen det jag också talar till er.{{field-off:bible}} [[@</w:t>
      </w:r>
      <w:r w:rsidR="0096445B" w:rsidRPr="000767E2">
        <w:rPr>
          <w:lang w:val="sv-SE"/>
        </w:rPr>
        <w:t>BibleBIBEL82</w:t>
      </w:r>
      <w:r w:rsidRPr="000767E2">
        <w:rPr>
          <w:lang w:val="sv-SE"/>
        </w:rPr>
        <w:t>:John 8:26]]</w:t>
      </w:r>
      <w:r w:rsidRPr="000767E2">
        <w:rPr>
          <w:vertAlign w:val="superscript"/>
          <w:lang w:val="sv-SE"/>
        </w:rPr>
        <w:t>26</w:t>
      </w:r>
      <w:r w:rsidRPr="000767E2">
        <w:rPr>
          <w:lang w:val="sv-SE"/>
        </w:rPr>
        <w:t xml:space="preserve"> {{field-on:bible}}Mycket har jag att tala och döma om er. Men han som har skickat mig är sann, och det jag har hört från honom, detta talar jag till världen.”{{field-off:bible}} [[@</w:t>
      </w:r>
      <w:r w:rsidR="0096445B" w:rsidRPr="000767E2">
        <w:rPr>
          <w:lang w:val="sv-SE"/>
        </w:rPr>
        <w:t>BibleBIBEL82</w:t>
      </w:r>
      <w:r w:rsidRPr="000767E2">
        <w:rPr>
          <w:lang w:val="sv-SE"/>
        </w:rPr>
        <w:t>:John 8:27]]</w:t>
      </w:r>
      <w:r w:rsidRPr="000767E2">
        <w:rPr>
          <w:vertAlign w:val="superscript"/>
          <w:lang w:val="sv-SE"/>
        </w:rPr>
        <w:t>27</w:t>
      </w:r>
      <w:r w:rsidRPr="000767E2">
        <w:rPr>
          <w:lang w:val="sv-SE"/>
        </w:rPr>
        <w:t xml:space="preserve"> {{field-on:bible}}De förstod inte att </w:t>
      </w:r>
      <w:r w:rsidRPr="000767E2">
        <w:rPr>
          <w:i/>
          <w:lang w:val="sv-SE"/>
        </w:rPr>
        <w:t>det var om</w:t>
      </w:r>
      <w:r w:rsidRPr="000767E2">
        <w:rPr>
          <w:lang w:val="sv-SE"/>
        </w:rPr>
        <w:t xml:space="preserve"> Fadern han talade till dem.{{field-off:bible}}</w:t>
      </w:r>
    </w:p>
    <w:p w14:paraId="3BBDFC70" w14:textId="3EE423F2" w:rsidR="00BA33AB" w:rsidRPr="000767E2" w:rsidRDefault="00000000">
      <w:pPr>
        <w:rPr>
          <w:lang w:val="sv-SE"/>
        </w:rPr>
      </w:pPr>
      <w:r w:rsidRPr="000767E2">
        <w:rPr>
          <w:lang w:val="sv-SE"/>
        </w:rPr>
        <w:t>[[@</w:t>
      </w:r>
      <w:r w:rsidR="0096445B" w:rsidRPr="000767E2">
        <w:rPr>
          <w:lang w:val="sv-SE"/>
        </w:rPr>
        <w:t>BibleBIBEL82</w:t>
      </w:r>
      <w:r w:rsidRPr="000767E2">
        <w:rPr>
          <w:lang w:val="sv-SE"/>
        </w:rPr>
        <w:t>:John 8:28]]</w:t>
      </w:r>
      <w:r w:rsidRPr="000767E2">
        <w:rPr>
          <w:vertAlign w:val="superscript"/>
          <w:lang w:val="sv-SE"/>
        </w:rPr>
        <w:t>28</w:t>
      </w:r>
      <w:r w:rsidRPr="000767E2">
        <w:rPr>
          <w:lang w:val="sv-SE"/>
        </w:rPr>
        <w:t xml:space="preserve"> {{field-on:bible}}Då sade Jesus [till dem]: ”När ni har upphöjt Människosonen, då ska ni förstå att Jag Är. Och av mig själv gör jag inget, utan så som Fadern har lärt mig, detta talar jag.{{field-off:bible}} [[@</w:t>
      </w:r>
      <w:r w:rsidR="0096445B" w:rsidRPr="000767E2">
        <w:rPr>
          <w:lang w:val="sv-SE"/>
        </w:rPr>
        <w:t>BibleBIBEL82</w:t>
      </w:r>
      <w:r w:rsidRPr="000767E2">
        <w:rPr>
          <w:lang w:val="sv-SE"/>
        </w:rPr>
        <w:t>:John 8:29]]</w:t>
      </w:r>
      <w:r w:rsidRPr="000767E2">
        <w:rPr>
          <w:vertAlign w:val="superscript"/>
          <w:lang w:val="sv-SE"/>
        </w:rPr>
        <w:t>29</w:t>
      </w:r>
      <w:r w:rsidRPr="000767E2">
        <w:rPr>
          <w:lang w:val="sv-SE"/>
        </w:rPr>
        <w:t xml:space="preserve"> {{field-on:bible}}Och han som har skickat mig är med mig. Han har inte lämnat mig ensam, eftersom jag alltid gör det </w:t>
      </w:r>
      <w:r w:rsidRPr="000767E2">
        <w:rPr>
          <w:i/>
          <w:lang w:val="sv-SE"/>
        </w:rPr>
        <w:t>som är</w:t>
      </w:r>
      <w:r w:rsidRPr="000767E2">
        <w:rPr>
          <w:lang w:val="sv-SE"/>
        </w:rPr>
        <w:t xml:space="preserve"> till behag för honom.”{{field-off:bible}} [[@</w:t>
      </w:r>
      <w:r w:rsidR="0096445B" w:rsidRPr="000767E2">
        <w:rPr>
          <w:lang w:val="sv-SE"/>
        </w:rPr>
        <w:t>BibleBIBEL82</w:t>
      </w:r>
      <w:r w:rsidRPr="000767E2">
        <w:rPr>
          <w:lang w:val="sv-SE"/>
        </w:rPr>
        <w:t>:John 8:30]]</w:t>
      </w:r>
      <w:r w:rsidRPr="000767E2">
        <w:rPr>
          <w:vertAlign w:val="superscript"/>
          <w:lang w:val="sv-SE"/>
        </w:rPr>
        <w:t>30</w:t>
      </w:r>
      <w:r w:rsidRPr="000767E2">
        <w:rPr>
          <w:lang w:val="sv-SE"/>
        </w:rPr>
        <w:t xml:space="preserve"> {{field-on:bible}}När han talade detta kom många till tro på honom.{{field-off:bible}}</w:t>
      </w:r>
    </w:p>
    <w:p w14:paraId="028A374C" w14:textId="77777777" w:rsidR="00BA33AB" w:rsidRPr="000767E2" w:rsidRDefault="00000000">
      <w:pPr>
        <w:pStyle w:val="Rubrik3"/>
        <w:rPr>
          <w:lang w:val="sv-SE"/>
        </w:rPr>
      </w:pPr>
      <w:r w:rsidRPr="000767E2">
        <w:rPr>
          <w:lang w:val="sv-SE"/>
        </w:rPr>
        <w:t>Abrahams sanna barn</w:t>
      </w:r>
    </w:p>
    <w:p w14:paraId="0B781396" w14:textId="1254C6F3" w:rsidR="00BA33AB" w:rsidRPr="000767E2" w:rsidRDefault="00000000">
      <w:pPr>
        <w:rPr>
          <w:lang w:val="sv-SE"/>
        </w:rPr>
      </w:pPr>
      <w:r w:rsidRPr="000767E2">
        <w:rPr>
          <w:lang w:val="sv-SE"/>
        </w:rPr>
        <w:t>[[@</w:t>
      </w:r>
      <w:r w:rsidR="0096445B" w:rsidRPr="000767E2">
        <w:rPr>
          <w:lang w:val="sv-SE"/>
        </w:rPr>
        <w:t>BibleBIBEL82</w:t>
      </w:r>
      <w:r w:rsidRPr="000767E2">
        <w:rPr>
          <w:lang w:val="sv-SE"/>
        </w:rPr>
        <w:t>:John 8:31]]</w:t>
      </w:r>
      <w:r w:rsidRPr="000767E2">
        <w:rPr>
          <w:vertAlign w:val="superscript"/>
          <w:lang w:val="sv-SE"/>
        </w:rPr>
        <w:t>31</w:t>
      </w:r>
      <w:r w:rsidRPr="000767E2">
        <w:rPr>
          <w:lang w:val="sv-SE"/>
        </w:rPr>
        <w:t xml:space="preserve"> {{field-on:bible}}Då sade Jesus till de judar som hade kommit till tro på honom: ”Om ni blir kvar i mitt ord, är ni sannerligen mina lärjungar.{{field-off:bible}} [[@</w:t>
      </w:r>
      <w:r w:rsidR="0096445B" w:rsidRPr="000767E2">
        <w:rPr>
          <w:lang w:val="sv-SE"/>
        </w:rPr>
        <w:t>BibleBIBEL82</w:t>
      </w:r>
      <w:r w:rsidRPr="000767E2">
        <w:rPr>
          <w:lang w:val="sv-SE"/>
        </w:rPr>
        <w:t>:John 8:32]]</w:t>
      </w:r>
      <w:r w:rsidRPr="000767E2">
        <w:rPr>
          <w:vertAlign w:val="superscript"/>
          <w:lang w:val="sv-SE"/>
        </w:rPr>
        <w:t>32</w:t>
      </w:r>
      <w:r w:rsidRPr="000767E2">
        <w:rPr>
          <w:lang w:val="sv-SE"/>
        </w:rPr>
        <w:t xml:space="preserve"> {{field-on:bible}}Och ni ska lära känna sanningen, och sanningen ska göra er fria.”{{field-off:bible}}</w:t>
      </w:r>
    </w:p>
    <w:p w14:paraId="18942515" w14:textId="150A8015" w:rsidR="00BA33AB" w:rsidRPr="000767E2" w:rsidRDefault="00000000">
      <w:pPr>
        <w:rPr>
          <w:lang w:val="sv-SE"/>
        </w:rPr>
      </w:pPr>
      <w:r w:rsidRPr="000767E2">
        <w:rPr>
          <w:lang w:val="sv-SE"/>
        </w:rPr>
        <w:t>[[@</w:t>
      </w:r>
      <w:r w:rsidR="0096445B" w:rsidRPr="000767E2">
        <w:rPr>
          <w:lang w:val="sv-SE"/>
        </w:rPr>
        <w:t>BibleBIBEL82</w:t>
      </w:r>
      <w:r w:rsidRPr="000767E2">
        <w:rPr>
          <w:lang w:val="sv-SE"/>
        </w:rPr>
        <w:t>:John 8:33]]</w:t>
      </w:r>
      <w:r w:rsidRPr="000767E2">
        <w:rPr>
          <w:vertAlign w:val="superscript"/>
          <w:lang w:val="sv-SE"/>
        </w:rPr>
        <w:t>33</w:t>
      </w:r>
      <w:r w:rsidRPr="000767E2">
        <w:rPr>
          <w:lang w:val="sv-SE"/>
        </w:rPr>
        <w:t xml:space="preserve"> {{field-on:bible}}De svarade till honom: ”Abrahams säd är vi, och ingen har vi någonsin fasttjänat. Hur menar du att: Ni ska bli fria?”{{field-off:bible}} [[@</w:t>
      </w:r>
      <w:r w:rsidR="0096445B" w:rsidRPr="000767E2">
        <w:rPr>
          <w:lang w:val="sv-SE"/>
        </w:rPr>
        <w:t>BibleBIBEL82</w:t>
      </w:r>
      <w:r w:rsidRPr="000767E2">
        <w:rPr>
          <w:lang w:val="sv-SE"/>
        </w:rPr>
        <w:t>:John 8:34]]</w:t>
      </w:r>
      <w:r w:rsidRPr="000767E2">
        <w:rPr>
          <w:vertAlign w:val="superscript"/>
          <w:lang w:val="sv-SE"/>
        </w:rPr>
        <w:t>34</w:t>
      </w:r>
      <w:r w:rsidRPr="000767E2">
        <w:rPr>
          <w:lang w:val="sv-SE"/>
        </w:rPr>
        <w:t xml:space="preserve"> {{field-on:bible}}Jesus svarade dem: ”Amen, amen, jag säger er att var och en som gör synden är fasttjänare under synden.{{field-off:bible}} [[@</w:t>
      </w:r>
      <w:r w:rsidR="0096445B" w:rsidRPr="000767E2">
        <w:rPr>
          <w:lang w:val="sv-SE"/>
        </w:rPr>
        <w:t>BibleBIBEL82</w:t>
      </w:r>
      <w:r w:rsidRPr="000767E2">
        <w:rPr>
          <w:lang w:val="sv-SE"/>
        </w:rPr>
        <w:t>:John 8:35]]</w:t>
      </w:r>
      <w:r w:rsidRPr="000767E2">
        <w:rPr>
          <w:vertAlign w:val="superscript"/>
          <w:lang w:val="sv-SE"/>
        </w:rPr>
        <w:t>35</w:t>
      </w:r>
      <w:r w:rsidRPr="000767E2">
        <w:rPr>
          <w:lang w:val="sv-SE"/>
        </w:rPr>
        <w:t xml:space="preserve"> {{field-on:bible}}Och fasttjänaren blir inte kvar i huset till eonen. Sonen blir kvar till eonen.{{field-off:bible}} [[@</w:t>
      </w:r>
      <w:r w:rsidR="0096445B" w:rsidRPr="000767E2">
        <w:rPr>
          <w:lang w:val="sv-SE"/>
        </w:rPr>
        <w:t>BibleBIBEL82</w:t>
      </w:r>
      <w:r w:rsidRPr="000767E2">
        <w:rPr>
          <w:lang w:val="sv-SE"/>
        </w:rPr>
        <w:t>:John 8:36]]</w:t>
      </w:r>
      <w:r w:rsidRPr="000767E2">
        <w:rPr>
          <w:vertAlign w:val="superscript"/>
          <w:lang w:val="sv-SE"/>
        </w:rPr>
        <w:t>36</w:t>
      </w:r>
      <w:r w:rsidRPr="000767E2">
        <w:rPr>
          <w:lang w:val="sv-SE"/>
        </w:rPr>
        <w:t xml:space="preserve"> {{field-on:bible}}Om nu Sonen gör er fria, blir ni verkligen fria.{{field-off:bible}} [[@</w:t>
      </w:r>
      <w:r w:rsidR="0096445B" w:rsidRPr="000767E2">
        <w:rPr>
          <w:lang w:val="sv-SE"/>
        </w:rPr>
        <w:t>BibleBIBEL82</w:t>
      </w:r>
      <w:r w:rsidRPr="000767E2">
        <w:rPr>
          <w:lang w:val="sv-SE"/>
        </w:rPr>
        <w:t>:John 8:37]]</w:t>
      </w:r>
      <w:r w:rsidRPr="000767E2">
        <w:rPr>
          <w:vertAlign w:val="superscript"/>
          <w:lang w:val="sv-SE"/>
        </w:rPr>
        <w:t>37</w:t>
      </w:r>
      <w:r w:rsidRPr="000767E2">
        <w:rPr>
          <w:lang w:val="sv-SE"/>
        </w:rPr>
        <w:t xml:space="preserve"> {{field-on:bible}}Jag vet att ni är Abrahams säd. Men ni söker döda mig, eftersom mitt ord inte har rum i er.{{field-off:bible}} [[@</w:t>
      </w:r>
      <w:r w:rsidR="0096445B" w:rsidRPr="000767E2">
        <w:rPr>
          <w:lang w:val="sv-SE"/>
        </w:rPr>
        <w:t>BibleBIBEL82</w:t>
      </w:r>
      <w:r w:rsidRPr="000767E2">
        <w:rPr>
          <w:lang w:val="sv-SE"/>
        </w:rPr>
        <w:t>:John 8:38]]</w:t>
      </w:r>
      <w:r w:rsidRPr="000767E2">
        <w:rPr>
          <w:vertAlign w:val="superscript"/>
          <w:lang w:val="sv-SE"/>
        </w:rPr>
        <w:t>38</w:t>
      </w:r>
      <w:r w:rsidRPr="000767E2">
        <w:rPr>
          <w:lang w:val="sv-SE"/>
        </w:rPr>
        <w:t xml:space="preserve"> {{field-on:bible}}Det jag sett hos Fadern talar jag. Gör då också ni det ni har hört från Fadern.”{{field-off:bible}}</w:t>
      </w:r>
    </w:p>
    <w:p w14:paraId="065F5AF5" w14:textId="6636E9C2" w:rsidR="00BA33AB" w:rsidRPr="000767E2" w:rsidRDefault="00000000">
      <w:pPr>
        <w:rPr>
          <w:lang w:val="sv-SE"/>
        </w:rPr>
      </w:pPr>
      <w:r w:rsidRPr="000767E2">
        <w:rPr>
          <w:lang w:val="sv-SE"/>
        </w:rPr>
        <w:t>[[@</w:t>
      </w:r>
      <w:r w:rsidR="0096445B" w:rsidRPr="000767E2">
        <w:rPr>
          <w:lang w:val="sv-SE"/>
        </w:rPr>
        <w:t>BibleBIBEL82</w:t>
      </w:r>
      <w:r w:rsidRPr="000767E2">
        <w:rPr>
          <w:lang w:val="sv-SE"/>
        </w:rPr>
        <w:t>:John 8:39]]</w:t>
      </w:r>
      <w:r w:rsidRPr="000767E2">
        <w:rPr>
          <w:vertAlign w:val="superscript"/>
          <w:lang w:val="sv-SE"/>
        </w:rPr>
        <w:t>39</w:t>
      </w:r>
      <w:r w:rsidRPr="000767E2">
        <w:rPr>
          <w:lang w:val="sv-SE"/>
        </w:rPr>
        <w:t xml:space="preserve"> {{field-on:bible}}De svarade och sade till honom: ”Vår far är Abraham.” Jesus säger till dem: ”Om ni är Abrahams barn, hade ni gjort Abrahams gärningar.{{field-off:bible}} [[@</w:t>
      </w:r>
      <w:r w:rsidR="0096445B" w:rsidRPr="000767E2">
        <w:rPr>
          <w:lang w:val="sv-SE"/>
        </w:rPr>
        <w:t>BibleBIBEL82</w:t>
      </w:r>
      <w:r w:rsidRPr="000767E2">
        <w:rPr>
          <w:lang w:val="sv-SE"/>
        </w:rPr>
        <w:t>:John 8:40]]</w:t>
      </w:r>
      <w:r w:rsidRPr="000767E2">
        <w:rPr>
          <w:vertAlign w:val="superscript"/>
          <w:lang w:val="sv-SE"/>
        </w:rPr>
        <w:t>40</w:t>
      </w:r>
      <w:r w:rsidRPr="000767E2">
        <w:rPr>
          <w:lang w:val="sv-SE"/>
        </w:rPr>
        <w:t xml:space="preserve"> {{field-on:bible}}Men nu söker ni </w:t>
      </w:r>
      <w:r w:rsidRPr="000767E2">
        <w:rPr>
          <w:lang w:val="sv-SE"/>
        </w:rPr>
        <w:lastRenderedPageBreak/>
        <w:t>döda mig, en människa som har talat sanningen till er som jag hört från Gud. Detta gjorde inte Abraham.{{field-off:bible}} [[@</w:t>
      </w:r>
      <w:r w:rsidR="0096445B" w:rsidRPr="000767E2">
        <w:rPr>
          <w:lang w:val="sv-SE"/>
        </w:rPr>
        <w:t>BibleBIBEL82</w:t>
      </w:r>
      <w:r w:rsidRPr="000767E2">
        <w:rPr>
          <w:lang w:val="sv-SE"/>
        </w:rPr>
        <w:t>:John 8:41]]</w:t>
      </w:r>
      <w:r w:rsidRPr="000767E2">
        <w:rPr>
          <w:vertAlign w:val="superscript"/>
          <w:lang w:val="sv-SE"/>
        </w:rPr>
        <w:t>41</w:t>
      </w:r>
      <w:r w:rsidRPr="000767E2">
        <w:rPr>
          <w:lang w:val="sv-SE"/>
        </w:rPr>
        <w:t xml:space="preserve"> {{field-on:bible}}Ni gör er fars gärningar.” De sade [då] till honom: ”Vi är inte avlade ur otukt! Vi har en </w:t>
      </w:r>
      <w:r w:rsidRPr="000767E2">
        <w:rPr>
          <w:i/>
          <w:lang w:val="sv-SE"/>
        </w:rPr>
        <w:t>enda</w:t>
      </w:r>
      <w:r w:rsidRPr="000767E2">
        <w:rPr>
          <w:lang w:val="sv-SE"/>
        </w:rPr>
        <w:t xml:space="preserve"> far: Gud.”{{field-off:bible}}</w:t>
      </w:r>
    </w:p>
    <w:p w14:paraId="13312669" w14:textId="424C1068" w:rsidR="00BA33AB" w:rsidRPr="000767E2" w:rsidRDefault="00000000">
      <w:pPr>
        <w:rPr>
          <w:lang w:val="sv-SE"/>
        </w:rPr>
      </w:pPr>
      <w:r w:rsidRPr="000767E2">
        <w:rPr>
          <w:lang w:val="sv-SE"/>
        </w:rPr>
        <w:t>[[@</w:t>
      </w:r>
      <w:r w:rsidR="0096445B" w:rsidRPr="000767E2">
        <w:rPr>
          <w:lang w:val="sv-SE"/>
        </w:rPr>
        <w:t>BibleBIBEL82</w:t>
      </w:r>
      <w:r w:rsidRPr="000767E2">
        <w:rPr>
          <w:lang w:val="sv-SE"/>
        </w:rPr>
        <w:t>:John 8:42]]</w:t>
      </w:r>
      <w:r w:rsidRPr="000767E2">
        <w:rPr>
          <w:vertAlign w:val="superscript"/>
          <w:lang w:val="sv-SE"/>
        </w:rPr>
        <w:t>42</w:t>
      </w:r>
      <w:r w:rsidRPr="000767E2">
        <w:rPr>
          <w:lang w:val="sv-SE"/>
        </w:rPr>
        <w:t xml:space="preserve"> {{field-on:bible}}Jesus sade till dem: ”Om Gud var er Far hade ni älskat mig, för från Gud har jag utgått och kommit. För jag har inte heller kommit av mig själv, utan denne har sänt mig.{{field-off:bible}} [[@</w:t>
      </w:r>
      <w:r w:rsidR="0096445B" w:rsidRPr="000767E2">
        <w:rPr>
          <w:lang w:val="sv-SE"/>
        </w:rPr>
        <w:t>BibleBIBEL82</w:t>
      </w:r>
      <w:r w:rsidRPr="000767E2">
        <w:rPr>
          <w:lang w:val="sv-SE"/>
        </w:rPr>
        <w:t>:John 8:43]]</w:t>
      </w:r>
      <w:r w:rsidRPr="000767E2">
        <w:rPr>
          <w:vertAlign w:val="superscript"/>
          <w:lang w:val="sv-SE"/>
        </w:rPr>
        <w:t>43</w:t>
      </w:r>
      <w:r w:rsidRPr="000767E2">
        <w:rPr>
          <w:lang w:val="sv-SE"/>
        </w:rPr>
        <w:t xml:space="preserve"> {{field-on:bible}}Varför förstår ni inte mitt tal? För att ni inte kan höra mitt ord.{{field-off:bible}} [[@</w:t>
      </w:r>
      <w:r w:rsidR="0096445B" w:rsidRPr="000767E2">
        <w:rPr>
          <w:lang w:val="sv-SE"/>
        </w:rPr>
        <w:t>BibleBIBEL82</w:t>
      </w:r>
      <w:r w:rsidRPr="000767E2">
        <w:rPr>
          <w:lang w:val="sv-SE"/>
        </w:rPr>
        <w:t>:John 8:44]]</w:t>
      </w:r>
      <w:r w:rsidRPr="000767E2">
        <w:rPr>
          <w:vertAlign w:val="superscript"/>
          <w:lang w:val="sv-SE"/>
        </w:rPr>
        <w:t>44</w:t>
      </w:r>
      <w:r w:rsidRPr="000767E2">
        <w:rPr>
          <w:lang w:val="sv-SE"/>
        </w:rPr>
        <w:t xml:space="preserve"> {{field-on:bible}}Ni är av fadern djävulen, och er fars begär vill ni göra. Denne har varit en mandråpare från begynnelsen. Och i sanningen står han inte, för det finns ingen sanning i honom. När han talar lögnen </w:t>
      </w:r>
      <w:r w:rsidRPr="000767E2">
        <w:rPr>
          <w:i/>
          <w:lang w:val="sv-SE"/>
        </w:rPr>
        <w:t>är det</w:t>
      </w:r>
      <w:r w:rsidRPr="000767E2">
        <w:rPr>
          <w:lang w:val="sv-SE"/>
        </w:rPr>
        <w:t xml:space="preserve"> utifrån </w:t>
      </w:r>
      <w:r w:rsidRPr="000767E2">
        <w:rPr>
          <w:i/>
          <w:lang w:val="sv-SE"/>
        </w:rPr>
        <w:t>sitt</w:t>
      </w:r>
      <w:r w:rsidRPr="000767E2">
        <w:rPr>
          <w:lang w:val="sv-SE"/>
        </w:rPr>
        <w:t xml:space="preserve"> eget han talar, för en lögnare är han och dess fader.{{field-off:bible}} [[@</w:t>
      </w:r>
      <w:r w:rsidR="0096445B" w:rsidRPr="000767E2">
        <w:rPr>
          <w:lang w:val="sv-SE"/>
        </w:rPr>
        <w:t>BibleBIBEL82</w:t>
      </w:r>
      <w:r w:rsidRPr="000767E2">
        <w:rPr>
          <w:lang w:val="sv-SE"/>
        </w:rPr>
        <w:t>:John 8:45]]</w:t>
      </w:r>
      <w:r w:rsidRPr="000767E2">
        <w:rPr>
          <w:vertAlign w:val="superscript"/>
          <w:lang w:val="sv-SE"/>
        </w:rPr>
        <w:t>45</w:t>
      </w:r>
      <w:r w:rsidRPr="000767E2">
        <w:rPr>
          <w:lang w:val="sv-SE"/>
        </w:rPr>
        <w:t xml:space="preserve"> {{field-on:bible}}Men eftersom jag säger sanningen tror ni mig inte.{{field-off:bible}} [[@</w:t>
      </w:r>
      <w:r w:rsidR="0096445B" w:rsidRPr="000767E2">
        <w:rPr>
          <w:lang w:val="sv-SE"/>
        </w:rPr>
        <w:t>BibleBIBEL82</w:t>
      </w:r>
      <w:r w:rsidRPr="000767E2">
        <w:rPr>
          <w:lang w:val="sv-SE"/>
        </w:rPr>
        <w:t>:John 8:46]]</w:t>
      </w:r>
      <w:r w:rsidRPr="000767E2">
        <w:rPr>
          <w:vertAlign w:val="superscript"/>
          <w:lang w:val="sv-SE"/>
        </w:rPr>
        <w:t>46</w:t>
      </w:r>
      <w:r w:rsidRPr="000767E2">
        <w:rPr>
          <w:lang w:val="sv-SE"/>
        </w:rPr>
        <w:t xml:space="preserve"> {{field-on:bible}}Vem av er tillrättavisar mig för synd? Om jag talar sanning, varför tror ni mig inte?{{field-off:bible}} [[@</w:t>
      </w:r>
      <w:r w:rsidR="0096445B" w:rsidRPr="000767E2">
        <w:rPr>
          <w:lang w:val="sv-SE"/>
        </w:rPr>
        <w:t>BibleBIBEL82</w:t>
      </w:r>
      <w:r w:rsidRPr="000767E2">
        <w:rPr>
          <w:lang w:val="sv-SE"/>
        </w:rPr>
        <w:t>:John 8:47]]</w:t>
      </w:r>
      <w:r w:rsidRPr="000767E2">
        <w:rPr>
          <w:vertAlign w:val="superscript"/>
          <w:lang w:val="sv-SE"/>
        </w:rPr>
        <w:t>47</w:t>
      </w:r>
      <w:r w:rsidRPr="000767E2">
        <w:rPr>
          <w:lang w:val="sv-SE"/>
        </w:rPr>
        <w:t xml:space="preserve"> {{field-on:bible}}Den som är av Gud lyssnar till Guds ord. Därför lyssnar ni inte, eftersom ni inte är av Gud.”{{field-off:bible}}</w:t>
      </w:r>
    </w:p>
    <w:p w14:paraId="5F9B4B38" w14:textId="6471067F" w:rsidR="00BA33AB" w:rsidRPr="000767E2" w:rsidRDefault="00000000">
      <w:pPr>
        <w:rPr>
          <w:lang w:val="sv-SE"/>
        </w:rPr>
      </w:pPr>
      <w:r w:rsidRPr="000767E2">
        <w:rPr>
          <w:lang w:val="sv-SE"/>
        </w:rPr>
        <w:t>[[@</w:t>
      </w:r>
      <w:r w:rsidR="0096445B" w:rsidRPr="000767E2">
        <w:rPr>
          <w:lang w:val="sv-SE"/>
        </w:rPr>
        <w:t>BibleBIBEL82</w:t>
      </w:r>
      <w:r w:rsidRPr="000767E2">
        <w:rPr>
          <w:lang w:val="sv-SE"/>
        </w:rPr>
        <w:t>:John 8:48]]</w:t>
      </w:r>
      <w:r w:rsidRPr="000767E2">
        <w:rPr>
          <w:vertAlign w:val="superscript"/>
          <w:lang w:val="sv-SE"/>
        </w:rPr>
        <w:t>48</w:t>
      </w:r>
      <w:r w:rsidRPr="000767E2">
        <w:rPr>
          <w:lang w:val="sv-SE"/>
        </w:rPr>
        <w:t xml:space="preserve"> {{field-on:bible}}Judarna svarade och sade till honom: ”</w:t>
      </w:r>
      <w:r w:rsidRPr="000767E2">
        <w:rPr>
          <w:i/>
          <w:lang w:val="sv-SE"/>
        </w:rPr>
        <w:t>Är det</w:t>
      </w:r>
      <w:r w:rsidRPr="000767E2">
        <w:rPr>
          <w:lang w:val="sv-SE"/>
        </w:rPr>
        <w:t xml:space="preserve"> inte med rätta vi säger att du är samarier och har en demon?”{{field-off:bible}} [[@</w:t>
      </w:r>
      <w:r w:rsidR="0096445B" w:rsidRPr="000767E2">
        <w:rPr>
          <w:lang w:val="sv-SE"/>
        </w:rPr>
        <w:t>BibleBIBEL82</w:t>
      </w:r>
      <w:r w:rsidRPr="000767E2">
        <w:rPr>
          <w:lang w:val="sv-SE"/>
        </w:rPr>
        <w:t>:John 8:49]]</w:t>
      </w:r>
      <w:r w:rsidRPr="000767E2">
        <w:rPr>
          <w:vertAlign w:val="superscript"/>
          <w:lang w:val="sv-SE"/>
        </w:rPr>
        <w:t>49</w:t>
      </w:r>
      <w:r w:rsidRPr="000767E2">
        <w:rPr>
          <w:lang w:val="sv-SE"/>
        </w:rPr>
        <w:t xml:space="preserve"> {{field-on:bible}}Jesus svarade: ”Jag har inte en demon, utan jag hedrar min Far och ni vanhedrar mig.{{field-off:bible}} [[@</w:t>
      </w:r>
      <w:r w:rsidR="0096445B" w:rsidRPr="000767E2">
        <w:rPr>
          <w:lang w:val="sv-SE"/>
        </w:rPr>
        <w:t>BibleBIBEL82</w:t>
      </w:r>
      <w:r w:rsidRPr="000767E2">
        <w:rPr>
          <w:lang w:val="sv-SE"/>
        </w:rPr>
        <w:t>:John 8:50]]</w:t>
      </w:r>
      <w:r w:rsidRPr="000767E2">
        <w:rPr>
          <w:vertAlign w:val="superscript"/>
          <w:lang w:val="sv-SE"/>
        </w:rPr>
        <w:t>50</w:t>
      </w:r>
      <w:r w:rsidRPr="000767E2">
        <w:rPr>
          <w:lang w:val="sv-SE"/>
        </w:rPr>
        <w:t xml:space="preserve"> {{field-on:bible}}Och jag söker inte min ära. Det finns den som söker </w:t>
      </w:r>
      <w:r w:rsidRPr="000767E2">
        <w:rPr>
          <w:i/>
          <w:lang w:val="sv-SE"/>
        </w:rPr>
        <w:t>den</w:t>
      </w:r>
      <w:r w:rsidRPr="000767E2">
        <w:rPr>
          <w:lang w:val="sv-SE"/>
        </w:rPr>
        <w:t xml:space="preserve"> och dömer.{{field-off:bible}} [[@</w:t>
      </w:r>
      <w:r w:rsidR="0096445B" w:rsidRPr="000767E2">
        <w:rPr>
          <w:lang w:val="sv-SE"/>
        </w:rPr>
        <w:t>BibleBIBEL82</w:t>
      </w:r>
      <w:r w:rsidRPr="000767E2">
        <w:rPr>
          <w:lang w:val="sv-SE"/>
        </w:rPr>
        <w:t>:John 8:51]]</w:t>
      </w:r>
      <w:r w:rsidRPr="000767E2">
        <w:rPr>
          <w:vertAlign w:val="superscript"/>
          <w:lang w:val="sv-SE"/>
        </w:rPr>
        <w:t>51</w:t>
      </w:r>
      <w:r w:rsidRPr="000767E2">
        <w:rPr>
          <w:lang w:val="sv-SE"/>
        </w:rPr>
        <w:t xml:space="preserve"> {{field-on:bible}}Amen, amen, jag säger er: Om någon håller fast vid mitt ord, ska han aldrig skåda döden till eonen.”{{field-off:bible}}</w:t>
      </w:r>
    </w:p>
    <w:p w14:paraId="63A186F6" w14:textId="4ACFBE20" w:rsidR="00BA33AB" w:rsidRPr="000767E2" w:rsidRDefault="00000000">
      <w:pPr>
        <w:rPr>
          <w:lang w:val="sv-SE"/>
        </w:rPr>
      </w:pPr>
      <w:r w:rsidRPr="000767E2">
        <w:rPr>
          <w:lang w:val="sv-SE"/>
        </w:rPr>
        <w:t>[[@</w:t>
      </w:r>
      <w:r w:rsidR="0096445B" w:rsidRPr="000767E2">
        <w:rPr>
          <w:lang w:val="sv-SE"/>
        </w:rPr>
        <w:t>BibleBIBEL82</w:t>
      </w:r>
      <w:r w:rsidRPr="000767E2">
        <w:rPr>
          <w:lang w:val="sv-SE"/>
        </w:rPr>
        <w:t>:John 8:52]]</w:t>
      </w:r>
      <w:r w:rsidRPr="000767E2">
        <w:rPr>
          <w:vertAlign w:val="superscript"/>
          <w:lang w:val="sv-SE"/>
        </w:rPr>
        <w:t>52</w:t>
      </w:r>
      <w:r w:rsidRPr="000767E2">
        <w:rPr>
          <w:lang w:val="sv-SE"/>
        </w:rPr>
        <w:t xml:space="preserve"> {{field-on:bible}}[Då] sade judarna till honom: ”Nu har vi förstått att du har en demon! Abraham dog, även profeterna. Och du säger: Om någon håller fast vid mitt ord, ska han aldrig smaka döden till eonen.{{field-off:bible}} [[@</w:t>
      </w:r>
      <w:r w:rsidR="0096445B" w:rsidRPr="000767E2">
        <w:rPr>
          <w:lang w:val="sv-SE"/>
        </w:rPr>
        <w:t>BibleBIBEL82</w:t>
      </w:r>
      <w:r w:rsidRPr="000767E2">
        <w:rPr>
          <w:lang w:val="sv-SE"/>
        </w:rPr>
        <w:t>:John 8:53]]</w:t>
      </w:r>
      <w:r w:rsidRPr="000767E2">
        <w:rPr>
          <w:vertAlign w:val="superscript"/>
          <w:lang w:val="sv-SE"/>
        </w:rPr>
        <w:t>53</w:t>
      </w:r>
      <w:r w:rsidRPr="000767E2">
        <w:rPr>
          <w:lang w:val="sv-SE"/>
        </w:rPr>
        <w:t xml:space="preserve"> {{field-on:bible}}Inte är du större än vår far Abraham som dog? Även profeterna dog. Vem gör du dig själv </w:t>
      </w:r>
      <w:r w:rsidRPr="000767E2">
        <w:rPr>
          <w:i/>
          <w:lang w:val="sv-SE"/>
        </w:rPr>
        <w:t>till</w:t>
      </w:r>
      <w:r w:rsidRPr="000767E2">
        <w:rPr>
          <w:lang w:val="sv-SE"/>
        </w:rPr>
        <w:t>?”{{field-off:bible}} [[@</w:t>
      </w:r>
      <w:r w:rsidR="0096445B" w:rsidRPr="000767E2">
        <w:rPr>
          <w:lang w:val="sv-SE"/>
        </w:rPr>
        <w:t>BibleBIBEL82</w:t>
      </w:r>
      <w:r w:rsidRPr="000767E2">
        <w:rPr>
          <w:lang w:val="sv-SE"/>
        </w:rPr>
        <w:t>:John 8:54]]</w:t>
      </w:r>
      <w:r w:rsidRPr="000767E2">
        <w:rPr>
          <w:vertAlign w:val="superscript"/>
          <w:lang w:val="sv-SE"/>
        </w:rPr>
        <w:t>54</w:t>
      </w:r>
      <w:r w:rsidRPr="000767E2">
        <w:rPr>
          <w:lang w:val="sv-SE"/>
        </w:rPr>
        <w:t xml:space="preserve"> {{field-on:bible}}Jesus svarade: ”Om jag ärar mig själv, är min ära ingenting. Det är min Far som ärar mig, han som ni säger att: Han är vår Gud.{{field-off:bible}} [[@</w:t>
      </w:r>
      <w:r w:rsidR="0096445B" w:rsidRPr="000767E2">
        <w:rPr>
          <w:lang w:val="sv-SE"/>
        </w:rPr>
        <w:t>BibleBIBEL82</w:t>
      </w:r>
      <w:r w:rsidRPr="000767E2">
        <w:rPr>
          <w:lang w:val="sv-SE"/>
        </w:rPr>
        <w:t>:John 8:55]]</w:t>
      </w:r>
      <w:r w:rsidRPr="000767E2">
        <w:rPr>
          <w:vertAlign w:val="superscript"/>
          <w:lang w:val="sv-SE"/>
        </w:rPr>
        <w:t>55</w:t>
      </w:r>
      <w:r w:rsidRPr="000767E2">
        <w:rPr>
          <w:lang w:val="sv-SE"/>
        </w:rPr>
        <w:t xml:space="preserve"> {{field-on:bible}}Och ni har inte lärt känna honom, men jag känner honom. Och om jag skulle säga att jag inte känner honom blir jag lik er, en lögnare. Men jag känner honom, och vid hans ord håller jag fast.{{field-off:bible}} [[@</w:t>
      </w:r>
      <w:r w:rsidR="0096445B" w:rsidRPr="000767E2">
        <w:rPr>
          <w:lang w:val="sv-SE"/>
        </w:rPr>
        <w:t>BibleBIBEL82</w:t>
      </w:r>
      <w:r w:rsidRPr="000767E2">
        <w:rPr>
          <w:lang w:val="sv-SE"/>
        </w:rPr>
        <w:t>:John 8:56]]</w:t>
      </w:r>
      <w:r w:rsidRPr="000767E2">
        <w:rPr>
          <w:vertAlign w:val="superscript"/>
          <w:lang w:val="sv-SE"/>
        </w:rPr>
        <w:t>56</w:t>
      </w:r>
      <w:r w:rsidRPr="000767E2">
        <w:rPr>
          <w:lang w:val="sv-SE"/>
        </w:rPr>
        <w:t xml:space="preserve"> {{field-on:bible}}Abraham er far jublade över att få se min dag. Och han såg och gladde sig.”{{field-off:bible}} [[@</w:t>
      </w:r>
      <w:r w:rsidR="0096445B" w:rsidRPr="000767E2">
        <w:rPr>
          <w:lang w:val="sv-SE"/>
        </w:rPr>
        <w:t>BibleBIBEL82</w:t>
      </w:r>
      <w:r w:rsidRPr="000767E2">
        <w:rPr>
          <w:lang w:val="sv-SE"/>
        </w:rPr>
        <w:t>:John 8:57]]</w:t>
      </w:r>
      <w:r w:rsidRPr="000767E2">
        <w:rPr>
          <w:vertAlign w:val="superscript"/>
          <w:lang w:val="sv-SE"/>
        </w:rPr>
        <w:t>57</w:t>
      </w:r>
      <w:r w:rsidRPr="000767E2">
        <w:rPr>
          <w:lang w:val="sv-SE"/>
        </w:rPr>
        <w:t xml:space="preserve"> {{field-on:bible}}Då sade judarna till honom: ”Femtio år har du inte än, och Abraham har du sett?”{{field-off:bible}} [[@</w:t>
      </w:r>
      <w:r w:rsidR="0096445B" w:rsidRPr="000767E2">
        <w:rPr>
          <w:lang w:val="sv-SE"/>
        </w:rPr>
        <w:t>BibleBIBEL82</w:t>
      </w:r>
      <w:r w:rsidRPr="000767E2">
        <w:rPr>
          <w:lang w:val="sv-SE"/>
        </w:rPr>
        <w:t>:John 8:58]]</w:t>
      </w:r>
      <w:r w:rsidRPr="000767E2">
        <w:rPr>
          <w:vertAlign w:val="superscript"/>
          <w:lang w:val="sv-SE"/>
        </w:rPr>
        <w:t>58</w:t>
      </w:r>
      <w:r w:rsidRPr="000767E2">
        <w:rPr>
          <w:lang w:val="sv-SE"/>
        </w:rPr>
        <w:t xml:space="preserve"> {{field-on:bible}}Jesus sade till dem: ”Amen, amen, jag säger er: Innan Abraham blev till – Jag Är.”{{field-off:bible}}</w:t>
      </w:r>
    </w:p>
    <w:p w14:paraId="46C364D5" w14:textId="6C5F51CC" w:rsidR="00BA33AB" w:rsidRPr="000767E2" w:rsidRDefault="00000000">
      <w:pPr>
        <w:rPr>
          <w:lang w:val="sv-SE"/>
        </w:rPr>
      </w:pPr>
      <w:r w:rsidRPr="000767E2">
        <w:rPr>
          <w:lang w:val="sv-SE"/>
        </w:rPr>
        <w:t>[[@</w:t>
      </w:r>
      <w:r w:rsidR="0096445B" w:rsidRPr="000767E2">
        <w:rPr>
          <w:lang w:val="sv-SE"/>
        </w:rPr>
        <w:t>BibleBIBEL82</w:t>
      </w:r>
      <w:r w:rsidRPr="000767E2">
        <w:rPr>
          <w:lang w:val="sv-SE"/>
        </w:rPr>
        <w:t>:John 8:59]]</w:t>
      </w:r>
      <w:r w:rsidRPr="000767E2">
        <w:rPr>
          <w:vertAlign w:val="superscript"/>
          <w:lang w:val="sv-SE"/>
        </w:rPr>
        <w:t>59</w:t>
      </w:r>
      <w:r w:rsidRPr="000767E2">
        <w:rPr>
          <w:lang w:val="sv-SE"/>
        </w:rPr>
        <w:t xml:space="preserve"> {{field-on:bible}}Då tog de upp stenar för att kasta på honom. Men Jesus dolde sig och gick ut från templet.{{field-off:bible}}</w:t>
      </w:r>
    </w:p>
    <w:p w14:paraId="51001492" w14:textId="557EBA58"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:John 9]]Kapitel 9</w:t>
      </w:r>
    </w:p>
    <w:p w14:paraId="0B22130A" w14:textId="77777777" w:rsidR="00BA33AB" w:rsidRPr="000767E2" w:rsidRDefault="00000000">
      <w:pPr>
        <w:pStyle w:val="Rubrik3"/>
        <w:rPr>
          <w:lang w:val="sv-SE"/>
        </w:rPr>
      </w:pPr>
      <w:r w:rsidRPr="000767E2">
        <w:rPr>
          <w:lang w:val="sv-SE"/>
        </w:rPr>
        <w:t>Jesus botar en blindfödd</w:t>
      </w:r>
    </w:p>
    <w:p w14:paraId="35410C9F" w14:textId="0662BEB8" w:rsidR="00BA33AB" w:rsidRPr="000767E2" w:rsidRDefault="00000000">
      <w:pPr>
        <w:rPr>
          <w:lang w:val="sv-SE"/>
        </w:rPr>
      </w:pPr>
      <w:r w:rsidRPr="000767E2">
        <w:rPr>
          <w:lang w:val="sv-SE"/>
        </w:rPr>
        <w:t>[[@</w:t>
      </w:r>
      <w:r w:rsidR="0096445B" w:rsidRPr="000767E2">
        <w:rPr>
          <w:lang w:val="sv-SE"/>
        </w:rPr>
        <w:t>BibleBIBEL82</w:t>
      </w:r>
      <w:r w:rsidRPr="000767E2">
        <w:rPr>
          <w:lang w:val="sv-SE"/>
        </w:rPr>
        <w:t>:John 9:1]]</w:t>
      </w:r>
      <w:r w:rsidRPr="000767E2">
        <w:rPr>
          <w:vertAlign w:val="superscript"/>
          <w:lang w:val="sv-SE"/>
        </w:rPr>
        <w:t>1</w:t>
      </w:r>
      <w:r w:rsidRPr="000767E2">
        <w:rPr>
          <w:lang w:val="sv-SE"/>
        </w:rPr>
        <w:t xml:space="preserve"> {{field-on:bible}}Och när han drog vidare, såg han en man blind från födseln.{{field-off:bible}} [[@</w:t>
      </w:r>
      <w:r w:rsidR="0096445B" w:rsidRPr="000767E2">
        <w:rPr>
          <w:lang w:val="sv-SE"/>
        </w:rPr>
        <w:t>BibleBIBEL82</w:t>
      </w:r>
      <w:r w:rsidRPr="000767E2">
        <w:rPr>
          <w:lang w:val="sv-SE"/>
        </w:rPr>
        <w:t>:John 9:2]]</w:t>
      </w:r>
      <w:r w:rsidRPr="000767E2">
        <w:rPr>
          <w:vertAlign w:val="superscript"/>
          <w:lang w:val="sv-SE"/>
        </w:rPr>
        <w:t>2</w:t>
      </w:r>
      <w:r w:rsidRPr="000767E2">
        <w:rPr>
          <w:lang w:val="sv-SE"/>
        </w:rPr>
        <w:t xml:space="preserve"> {{field-on:bible}}Och </w:t>
      </w:r>
      <w:r w:rsidRPr="000767E2">
        <w:rPr>
          <w:i/>
          <w:lang w:val="sv-SE"/>
        </w:rPr>
        <w:t>då</w:t>
      </w:r>
      <w:r w:rsidRPr="000767E2">
        <w:rPr>
          <w:lang w:val="sv-SE"/>
        </w:rPr>
        <w:t xml:space="preserve"> frågade honom hans lärjungar och sade: ”Rabbi, vem har syndat? Denne eller hans föräldrar, så att han föddes blind? ”{{field-off:bible}} [[@</w:t>
      </w:r>
      <w:r w:rsidR="0096445B" w:rsidRPr="000767E2">
        <w:rPr>
          <w:lang w:val="sv-SE"/>
        </w:rPr>
        <w:t>BibleBIBEL82</w:t>
      </w:r>
      <w:r w:rsidRPr="000767E2">
        <w:rPr>
          <w:lang w:val="sv-SE"/>
        </w:rPr>
        <w:t>:John 9:3]]</w:t>
      </w:r>
      <w:r w:rsidRPr="000767E2">
        <w:rPr>
          <w:vertAlign w:val="superscript"/>
          <w:lang w:val="sv-SE"/>
        </w:rPr>
        <w:t>3</w:t>
      </w:r>
      <w:r w:rsidRPr="000767E2">
        <w:rPr>
          <w:lang w:val="sv-SE"/>
        </w:rPr>
        <w:t xml:space="preserve"> {{field-on:bible}}Jesus svarade: ”</w:t>
      </w:r>
      <w:r w:rsidRPr="000767E2">
        <w:rPr>
          <w:i/>
          <w:lang w:val="sv-SE"/>
        </w:rPr>
        <w:t>Det är</w:t>
      </w:r>
      <w:r w:rsidRPr="000767E2">
        <w:rPr>
          <w:lang w:val="sv-SE"/>
        </w:rPr>
        <w:t xml:space="preserve"> varken denne </w:t>
      </w:r>
      <w:r w:rsidRPr="000767E2">
        <w:rPr>
          <w:i/>
          <w:lang w:val="sv-SE"/>
        </w:rPr>
        <w:t>som</w:t>
      </w:r>
      <w:r w:rsidRPr="000767E2">
        <w:rPr>
          <w:lang w:val="sv-SE"/>
        </w:rPr>
        <w:t xml:space="preserve"> har syndat eller hans föräldrar. Nej, </w:t>
      </w:r>
      <w:r w:rsidRPr="000767E2">
        <w:rPr>
          <w:i/>
          <w:lang w:val="sv-SE"/>
        </w:rPr>
        <w:t>det är</w:t>
      </w:r>
      <w:r w:rsidRPr="000767E2">
        <w:rPr>
          <w:lang w:val="sv-SE"/>
        </w:rPr>
        <w:t xml:space="preserve"> för att Guds verk ska visas genom honom.{{field-off:bible}} [[@</w:t>
      </w:r>
      <w:r w:rsidR="0096445B" w:rsidRPr="000767E2">
        <w:rPr>
          <w:lang w:val="sv-SE"/>
        </w:rPr>
        <w:t>BibleBIBEL82</w:t>
      </w:r>
      <w:r w:rsidRPr="000767E2">
        <w:rPr>
          <w:lang w:val="sv-SE"/>
        </w:rPr>
        <w:t>:John 9:4]]</w:t>
      </w:r>
      <w:r w:rsidRPr="000767E2">
        <w:rPr>
          <w:vertAlign w:val="superscript"/>
          <w:lang w:val="sv-SE"/>
        </w:rPr>
        <w:t>4</w:t>
      </w:r>
      <w:r w:rsidRPr="000767E2">
        <w:rPr>
          <w:lang w:val="sv-SE"/>
        </w:rPr>
        <w:t xml:space="preserve"> {{field-on:bible}}Vi måste utföra hans gärningar som har skickat mig medan det är dag. </w:t>
      </w:r>
      <w:r w:rsidRPr="000767E2">
        <w:rPr>
          <w:i/>
          <w:lang w:val="sv-SE"/>
        </w:rPr>
        <w:t>Det</w:t>
      </w:r>
      <w:r w:rsidRPr="000767E2">
        <w:rPr>
          <w:lang w:val="sv-SE"/>
        </w:rPr>
        <w:t xml:space="preserve"> kommer en natt när ingen kan verka.{{field-off:bible}} [[@</w:t>
      </w:r>
      <w:r w:rsidR="0096445B" w:rsidRPr="000767E2">
        <w:rPr>
          <w:lang w:val="sv-SE"/>
        </w:rPr>
        <w:t>BibleBIBEL82</w:t>
      </w:r>
      <w:r w:rsidRPr="000767E2">
        <w:rPr>
          <w:lang w:val="sv-SE"/>
        </w:rPr>
        <w:t>:John 9:5]]</w:t>
      </w:r>
      <w:r w:rsidRPr="000767E2">
        <w:rPr>
          <w:vertAlign w:val="superscript"/>
          <w:lang w:val="sv-SE"/>
        </w:rPr>
        <w:t>5</w:t>
      </w:r>
      <w:r w:rsidRPr="000767E2">
        <w:rPr>
          <w:lang w:val="sv-SE"/>
        </w:rPr>
        <w:t xml:space="preserve"> {{field-on:bible}}Medan jag är i världen är jag världens ljus.”{{field-off:bible}}</w:t>
      </w:r>
    </w:p>
    <w:p w14:paraId="1B8E0D20" w14:textId="16C27D13" w:rsidR="00BA33AB" w:rsidRPr="000767E2" w:rsidRDefault="00000000">
      <w:pPr>
        <w:rPr>
          <w:lang w:val="sv-SE"/>
        </w:rPr>
      </w:pPr>
      <w:r w:rsidRPr="000767E2">
        <w:rPr>
          <w:lang w:val="sv-SE"/>
        </w:rPr>
        <w:t>[[@</w:t>
      </w:r>
      <w:r w:rsidR="0096445B" w:rsidRPr="000767E2">
        <w:rPr>
          <w:lang w:val="sv-SE"/>
        </w:rPr>
        <w:t>BibleBIBEL82</w:t>
      </w:r>
      <w:r w:rsidRPr="000767E2">
        <w:rPr>
          <w:lang w:val="sv-SE"/>
        </w:rPr>
        <w:t>:John 9:6]]</w:t>
      </w:r>
      <w:r w:rsidRPr="000767E2">
        <w:rPr>
          <w:vertAlign w:val="superscript"/>
          <w:lang w:val="sv-SE"/>
        </w:rPr>
        <w:t>6</w:t>
      </w:r>
      <w:r w:rsidRPr="000767E2">
        <w:rPr>
          <w:lang w:val="sv-SE"/>
        </w:rPr>
        <w:t xml:space="preserve"> {{field-on:bible}}Sedan han sagt detta, spottade han på marken och gjorde en lera av saliven. Och han smorde på leran på hans ögon{{field-off:bible}} [[@</w:t>
      </w:r>
      <w:r w:rsidR="0096445B" w:rsidRPr="000767E2">
        <w:rPr>
          <w:lang w:val="sv-SE"/>
        </w:rPr>
        <w:t>BibleBIBEL82</w:t>
      </w:r>
      <w:r w:rsidRPr="000767E2">
        <w:rPr>
          <w:lang w:val="sv-SE"/>
        </w:rPr>
        <w:t>:John 9:7]]</w:t>
      </w:r>
      <w:r w:rsidRPr="000767E2">
        <w:rPr>
          <w:vertAlign w:val="superscript"/>
          <w:lang w:val="sv-SE"/>
        </w:rPr>
        <w:t>7</w:t>
      </w:r>
      <w:r w:rsidRPr="000767E2">
        <w:rPr>
          <w:lang w:val="sv-SE"/>
        </w:rPr>
        <w:t xml:space="preserve"> {{field-on:bible}}och sade till honom: ”Bege dig, tvätta dig i bassängen vid Siloam”, vilket översätts Utsänd. Han gick då iväg och tvättade sig, och kom </w:t>
      </w:r>
      <w:r w:rsidRPr="000767E2">
        <w:rPr>
          <w:i/>
          <w:lang w:val="sv-SE"/>
        </w:rPr>
        <w:t>sedan</w:t>
      </w:r>
      <w:r w:rsidRPr="000767E2">
        <w:rPr>
          <w:lang w:val="sv-SE"/>
        </w:rPr>
        <w:t xml:space="preserve"> seende.{{field-off:bible}}</w:t>
      </w:r>
    </w:p>
    <w:p w14:paraId="339A448A" w14:textId="66A38EEA" w:rsidR="00BA33AB" w:rsidRPr="000767E2" w:rsidRDefault="00000000">
      <w:pPr>
        <w:rPr>
          <w:lang w:val="sv-SE"/>
        </w:rPr>
      </w:pPr>
      <w:r w:rsidRPr="000767E2">
        <w:rPr>
          <w:lang w:val="sv-SE"/>
        </w:rPr>
        <w:t>[[@</w:t>
      </w:r>
      <w:r w:rsidR="0096445B" w:rsidRPr="000767E2">
        <w:rPr>
          <w:lang w:val="sv-SE"/>
        </w:rPr>
        <w:t>BibleBIBEL82</w:t>
      </w:r>
      <w:r w:rsidRPr="000767E2">
        <w:rPr>
          <w:lang w:val="sv-SE"/>
        </w:rPr>
        <w:t>:John 9:8]]</w:t>
      </w:r>
      <w:r w:rsidRPr="000767E2">
        <w:rPr>
          <w:vertAlign w:val="superscript"/>
          <w:lang w:val="sv-SE"/>
        </w:rPr>
        <w:t>8</w:t>
      </w:r>
      <w:r w:rsidRPr="000767E2">
        <w:rPr>
          <w:lang w:val="sv-SE"/>
        </w:rPr>
        <w:t xml:space="preserve"> {{field-on:bible}}Grannarna och de som hade skådat honom tidigare, att han var tiggare, sade då: ”Är </w:t>
      </w:r>
      <w:r w:rsidRPr="000767E2">
        <w:rPr>
          <w:i/>
          <w:lang w:val="sv-SE"/>
        </w:rPr>
        <w:t>det</w:t>
      </w:r>
      <w:r w:rsidRPr="000767E2">
        <w:rPr>
          <w:lang w:val="sv-SE"/>
        </w:rPr>
        <w:t xml:space="preserve"> inte den som sitter och tigger?”{{field-off:bible}} [[@</w:t>
      </w:r>
      <w:r w:rsidR="0096445B" w:rsidRPr="000767E2">
        <w:rPr>
          <w:lang w:val="sv-SE"/>
        </w:rPr>
        <w:t>BibleBIBEL82</w:t>
      </w:r>
      <w:r w:rsidRPr="000767E2">
        <w:rPr>
          <w:lang w:val="sv-SE"/>
        </w:rPr>
        <w:t>:John 9:9]]</w:t>
      </w:r>
      <w:r w:rsidRPr="000767E2">
        <w:rPr>
          <w:vertAlign w:val="superscript"/>
          <w:lang w:val="sv-SE"/>
        </w:rPr>
        <w:t>9</w:t>
      </w:r>
      <w:r w:rsidRPr="000767E2">
        <w:rPr>
          <w:lang w:val="sv-SE"/>
        </w:rPr>
        <w:t xml:space="preserve"> {{field-on:bible}}Några sade att: ”Det är han”, andra sade: ”Nej, men han är lik honom.” Denne sade att: ”</w:t>
      </w:r>
      <w:r w:rsidRPr="000767E2">
        <w:rPr>
          <w:i/>
          <w:lang w:val="sv-SE"/>
        </w:rPr>
        <w:t>Det</w:t>
      </w:r>
      <w:r w:rsidRPr="000767E2">
        <w:rPr>
          <w:lang w:val="sv-SE"/>
        </w:rPr>
        <w:t xml:space="preserve"> är jag.”{{field-off:bible}} [[@</w:t>
      </w:r>
      <w:r w:rsidR="0096445B" w:rsidRPr="000767E2">
        <w:rPr>
          <w:lang w:val="sv-SE"/>
        </w:rPr>
        <w:t>BibleBIBEL82</w:t>
      </w:r>
      <w:r w:rsidRPr="000767E2">
        <w:rPr>
          <w:lang w:val="sv-SE"/>
        </w:rPr>
        <w:t>:John 9:10]]</w:t>
      </w:r>
      <w:r w:rsidRPr="000767E2">
        <w:rPr>
          <w:vertAlign w:val="superscript"/>
          <w:lang w:val="sv-SE"/>
        </w:rPr>
        <w:t>10</w:t>
      </w:r>
      <w:r w:rsidRPr="000767E2">
        <w:rPr>
          <w:lang w:val="sv-SE"/>
        </w:rPr>
        <w:t xml:space="preserve"> {{field-on:bible}}Då sade de till honom: ”Hur öppnades [då] dina ögon?”{{field-off:bible}} [[@</w:t>
      </w:r>
      <w:r w:rsidR="0096445B" w:rsidRPr="000767E2">
        <w:rPr>
          <w:lang w:val="sv-SE"/>
        </w:rPr>
        <w:t>BibleBIBEL82</w:t>
      </w:r>
      <w:r w:rsidRPr="000767E2">
        <w:rPr>
          <w:lang w:val="sv-SE"/>
        </w:rPr>
        <w:t>:John 9:11]]</w:t>
      </w:r>
      <w:r w:rsidRPr="000767E2">
        <w:rPr>
          <w:vertAlign w:val="superscript"/>
          <w:lang w:val="sv-SE"/>
        </w:rPr>
        <w:t>11</w:t>
      </w:r>
      <w:r w:rsidRPr="000767E2">
        <w:rPr>
          <w:lang w:val="sv-SE"/>
        </w:rPr>
        <w:t xml:space="preserve"> {{field-on:bible}}Denne svarade: ”Mannen som kallas Jesus gjorde en lera och smorde på mina ögon, och sade till mig att: Bege dig till Siloam och tvätta dig. Då gick jag iväg, och när jag hade tvättat mig såg jag igen.”{{field-off:bible}} [[@</w:t>
      </w:r>
      <w:r w:rsidR="0096445B" w:rsidRPr="000767E2">
        <w:rPr>
          <w:lang w:val="sv-SE"/>
        </w:rPr>
        <w:t>BibleBIBEL82</w:t>
      </w:r>
      <w:r w:rsidRPr="000767E2">
        <w:rPr>
          <w:lang w:val="sv-SE"/>
        </w:rPr>
        <w:t>:John 9:12]]</w:t>
      </w:r>
      <w:r w:rsidRPr="000767E2">
        <w:rPr>
          <w:vertAlign w:val="superscript"/>
          <w:lang w:val="sv-SE"/>
        </w:rPr>
        <w:t>12</w:t>
      </w:r>
      <w:r w:rsidRPr="000767E2">
        <w:rPr>
          <w:lang w:val="sv-SE"/>
        </w:rPr>
        <w:t xml:space="preserve"> {{field-on:bible}}Och de sade till honom: ”Var är den där?” Han säger: ”Jag vet inte.”{{field-off:bible}}</w:t>
      </w:r>
    </w:p>
    <w:p w14:paraId="404439A6" w14:textId="00497A2E" w:rsidR="00BA33AB" w:rsidRPr="000767E2" w:rsidRDefault="00000000">
      <w:pPr>
        <w:rPr>
          <w:lang w:val="sv-SE"/>
        </w:rPr>
      </w:pPr>
      <w:r w:rsidRPr="000767E2">
        <w:rPr>
          <w:lang w:val="sv-SE"/>
        </w:rPr>
        <w:t>[[@</w:t>
      </w:r>
      <w:r w:rsidR="0096445B" w:rsidRPr="000767E2">
        <w:rPr>
          <w:lang w:val="sv-SE"/>
        </w:rPr>
        <w:t>BibleBIBEL82</w:t>
      </w:r>
      <w:r w:rsidRPr="000767E2">
        <w:rPr>
          <w:lang w:val="sv-SE"/>
        </w:rPr>
        <w:t>:John 9:13]]</w:t>
      </w:r>
      <w:r w:rsidRPr="000767E2">
        <w:rPr>
          <w:vertAlign w:val="superscript"/>
          <w:lang w:val="sv-SE"/>
        </w:rPr>
        <w:t>13</w:t>
      </w:r>
      <w:r w:rsidRPr="000767E2">
        <w:rPr>
          <w:lang w:val="sv-SE"/>
        </w:rPr>
        <w:t xml:space="preserve"> {{field-on:bible}}De för honom till fariseerna, den en gång blinde.{{field-off:bible}} [[@</w:t>
      </w:r>
      <w:r w:rsidR="0096445B" w:rsidRPr="000767E2">
        <w:rPr>
          <w:lang w:val="sv-SE"/>
        </w:rPr>
        <w:t>BibleBIBEL82</w:t>
      </w:r>
      <w:r w:rsidRPr="000767E2">
        <w:rPr>
          <w:lang w:val="sv-SE"/>
        </w:rPr>
        <w:t>:John 9:14]]</w:t>
      </w:r>
      <w:r w:rsidRPr="000767E2">
        <w:rPr>
          <w:vertAlign w:val="superscript"/>
          <w:lang w:val="sv-SE"/>
        </w:rPr>
        <w:t>14</w:t>
      </w:r>
      <w:r w:rsidRPr="000767E2">
        <w:rPr>
          <w:lang w:val="sv-SE"/>
        </w:rPr>
        <w:t xml:space="preserve"> {{field-on:bible}}Men det var sabbat på den dagen Jesus gjorde leran och öppnade hans ögon.{{field-off:bible}} [[@</w:t>
      </w:r>
      <w:r w:rsidR="0096445B" w:rsidRPr="000767E2">
        <w:rPr>
          <w:lang w:val="sv-SE"/>
        </w:rPr>
        <w:t>BibleBIBEL82</w:t>
      </w:r>
      <w:r w:rsidRPr="000767E2">
        <w:rPr>
          <w:lang w:val="sv-SE"/>
        </w:rPr>
        <w:t>:John 9:15]]</w:t>
      </w:r>
      <w:r w:rsidRPr="000767E2">
        <w:rPr>
          <w:vertAlign w:val="superscript"/>
          <w:lang w:val="sv-SE"/>
        </w:rPr>
        <w:t>15</w:t>
      </w:r>
      <w:r w:rsidRPr="000767E2">
        <w:rPr>
          <w:lang w:val="sv-SE"/>
        </w:rPr>
        <w:t xml:space="preserve"> {{field-on:bible}}Åter frågade honom då även fariseerna hur han såg igen. Och han sade till dem: ”En lera lade han på mina ögon, och jag tvättade mig och ser.”{{field-off:bible}} [[@</w:t>
      </w:r>
      <w:r w:rsidR="0096445B" w:rsidRPr="000767E2">
        <w:rPr>
          <w:lang w:val="sv-SE"/>
        </w:rPr>
        <w:t>BibleBIBEL82</w:t>
      </w:r>
      <w:r w:rsidRPr="000767E2">
        <w:rPr>
          <w:lang w:val="sv-SE"/>
        </w:rPr>
        <w:t>:John 9:16]]</w:t>
      </w:r>
      <w:r w:rsidRPr="000767E2">
        <w:rPr>
          <w:vertAlign w:val="superscript"/>
          <w:lang w:val="sv-SE"/>
        </w:rPr>
        <w:t>16</w:t>
      </w:r>
      <w:r w:rsidRPr="000767E2">
        <w:rPr>
          <w:lang w:val="sv-SE"/>
        </w:rPr>
        <w:t xml:space="preserve"> {{field-on:bible}}Då sade några av fariseerna: ”Inte är den där människan från Gud. För han håller inte fast vid sabbaten.” [Men] andra sade: ”Hur kan en syndig människa göra sådana tecken?” Och det var schism bland dem.{{field-off:bible}} [[@</w:t>
      </w:r>
      <w:r w:rsidR="0096445B" w:rsidRPr="000767E2">
        <w:rPr>
          <w:lang w:val="sv-SE"/>
        </w:rPr>
        <w:t>BibleBIBEL82</w:t>
      </w:r>
      <w:r w:rsidRPr="000767E2">
        <w:rPr>
          <w:lang w:val="sv-SE"/>
        </w:rPr>
        <w:t>:John 9:17]]</w:t>
      </w:r>
      <w:r w:rsidRPr="000767E2">
        <w:rPr>
          <w:vertAlign w:val="superscript"/>
          <w:lang w:val="sv-SE"/>
        </w:rPr>
        <w:t>17</w:t>
      </w:r>
      <w:r w:rsidRPr="000767E2">
        <w:rPr>
          <w:lang w:val="sv-SE"/>
        </w:rPr>
        <w:t xml:space="preserve"> {{field-on:bible}}De säger nu till den blinde igen: ”Vad säger du om honom? Eftersom han öppnade dina ögon.” Och han sade att: ”En profet är han.”{{field-off:bible}}</w:t>
      </w:r>
    </w:p>
    <w:p w14:paraId="14647524" w14:textId="0014C237" w:rsidR="00BA33AB" w:rsidRPr="000767E2" w:rsidRDefault="00000000">
      <w:pPr>
        <w:rPr>
          <w:lang w:val="sv-SE"/>
        </w:rPr>
      </w:pPr>
      <w:r w:rsidRPr="000767E2">
        <w:rPr>
          <w:lang w:val="sv-SE"/>
        </w:rPr>
        <w:t>[[@</w:t>
      </w:r>
      <w:r w:rsidR="0096445B" w:rsidRPr="000767E2">
        <w:rPr>
          <w:lang w:val="sv-SE"/>
        </w:rPr>
        <w:t>BibleBIBEL82</w:t>
      </w:r>
      <w:r w:rsidRPr="000767E2">
        <w:rPr>
          <w:lang w:val="sv-SE"/>
        </w:rPr>
        <w:t>:John 9:18]]</w:t>
      </w:r>
      <w:r w:rsidRPr="000767E2">
        <w:rPr>
          <w:vertAlign w:val="superscript"/>
          <w:lang w:val="sv-SE"/>
        </w:rPr>
        <w:t>18</w:t>
      </w:r>
      <w:r w:rsidRPr="000767E2">
        <w:rPr>
          <w:lang w:val="sv-SE"/>
        </w:rPr>
        <w:t xml:space="preserve"> {{field-on:bible}}Då trodde inte judarna om honom att han var blind och såg igen, förrän de hade ropat dit föräldrarna till honom som såg igen{{field-off:bible}} [[@</w:t>
      </w:r>
      <w:r w:rsidR="0096445B" w:rsidRPr="000767E2">
        <w:rPr>
          <w:lang w:val="sv-SE"/>
        </w:rPr>
        <w:t>BibleBIBEL82</w:t>
      </w:r>
      <w:r w:rsidRPr="000767E2">
        <w:rPr>
          <w:lang w:val="sv-SE"/>
        </w:rPr>
        <w:t>:John 9:19]]</w:t>
      </w:r>
      <w:r w:rsidRPr="000767E2">
        <w:rPr>
          <w:vertAlign w:val="superscript"/>
          <w:lang w:val="sv-SE"/>
        </w:rPr>
        <w:t>19</w:t>
      </w:r>
      <w:r w:rsidRPr="000767E2">
        <w:rPr>
          <w:lang w:val="sv-SE"/>
        </w:rPr>
        <w:t xml:space="preserve"> {{field-on:bible}}och frågat dem och sagt: ”Är denne er son, </w:t>
      </w:r>
      <w:r w:rsidRPr="000767E2">
        <w:rPr>
          <w:lang w:val="sv-SE"/>
        </w:rPr>
        <w:lastRenderedPageBreak/>
        <w:t>som ni säger att han fötts blind? Hur ser han då nu?”{{field-off:bible}} [[@</w:t>
      </w:r>
      <w:r w:rsidR="0096445B" w:rsidRPr="000767E2">
        <w:rPr>
          <w:lang w:val="sv-SE"/>
        </w:rPr>
        <w:t>BibleBIBEL82</w:t>
      </w:r>
      <w:r w:rsidRPr="000767E2">
        <w:rPr>
          <w:lang w:val="sv-SE"/>
        </w:rPr>
        <w:t>:John 9:20]]</w:t>
      </w:r>
      <w:r w:rsidRPr="000767E2">
        <w:rPr>
          <w:vertAlign w:val="superscript"/>
          <w:lang w:val="sv-SE"/>
        </w:rPr>
        <w:t>20</w:t>
      </w:r>
      <w:r w:rsidRPr="000767E2">
        <w:rPr>
          <w:lang w:val="sv-SE"/>
        </w:rPr>
        <w:t xml:space="preserve"> {{field-on:bible}}Då svarade hans föräldrar och sade: ”Vi vet att denne är vår son, och att han fötts blind.{{field-off:bible}} [[@</w:t>
      </w:r>
      <w:r w:rsidR="0096445B" w:rsidRPr="000767E2">
        <w:rPr>
          <w:lang w:val="sv-SE"/>
        </w:rPr>
        <w:t>BibleBIBEL82</w:t>
      </w:r>
      <w:r w:rsidRPr="000767E2">
        <w:rPr>
          <w:lang w:val="sv-SE"/>
        </w:rPr>
        <w:t>:John 9:21]]</w:t>
      </w:r>
      <w:r w:rsidRPr="000767E2">
        <w:rPr>
          <w:vertAlign w:val="superscript"/>
          <w:lang w:val="sv-SE"/>
        </w:rPr>
        <w:t>21</w:t>
      </w:r>
      <w:r w:rsidRPr="000767E2">
        <w:rPr>
          <w:lang w:val="sv-SE"/>
        </w:rPr>
        <w:t xml:space="preserve"> {{field-on:bible}}Men hur han nu ser vet vi inte. Eller vem </w:t>
      </w:r>
      <w:r w:rsidRPr="000767E2">
        <w:rPr>
          <w:i/>
          <w:lang w:val="sv-SE"/>
        </w:rPr>
        <w:t>som</w:t>
      </w:r>
      <w:r w:rsidRPr="000767E2">
        <w:rPr>
          <w:lang w:val="sv-SE"/>
        </w:rPr>
        <w:t xml:space="preserve"> har öppnat hans ögon. Vi vet inte. Fråga honom. Han har åldern </w:t>
      </w:r>
      <w:r w:rsidRPr="000767E2">
        <w:rPr>
          <w:i/>
          <w:lang w:val="sv-SE"/>
        </w:rPr>
        <w:t>inne</w:t>
      </w:r>
      <w:r w:rsidRPr="000767E2">
        <w:rPr>
          <w:lang w:val="sv-SE"/>
        </w:rPr>
        <w:t>. Han ska tala för sig själv.”{{field-off:bible}} [[@</w:t>
      </w:r>
      <w:r w:rsidR="0096445B" w:rsidRPr="000767E2">
        <w:rPr>
          <w:lang w:val="sv-SE"/>
        </w:rPr>
        <w:t>BibleBIBEL82</w:t>
      </w:r>
      <w:r w:rsidRPr="000767E2">
        <w:rPr>
          <w:lang w:val="sv-SE"/>
        </w:rPr>
        <w:t>:John 9:22]]</w:t>
      </w:r>
      <w:r w:rsidRPr="000767E2">
        <w:rPr>
          <w:vertAlign w:val="superscript"/>
          <w:lang w:val="sv-SE"/>
        </w:rPr>
        <w:t>22</w:t>
      </w:r>
      <w:r w:rsidRPr="000767E2">
        <w:rPr>
          <w:lang w:val="sv-SE"/>
        </w:rPr>
        <w:t xml:space="preserve"> {{field-on:bible}}Detta sade hans föräldrar eftersom de fruktade judarna. För redan hade judarna kommit överens att om någon bekänner honom </w:t>
      </w:r>
      <w:r w:rsidRPr="000767E2">
        <w:rPr>
          <w:i/>
          <w:lang w:val="sv-SE"/>
        </w:rPr>
        <w:t>som</w:t>
      </w:r>
      <w:r w:rsidRPr="000767E2">
        <w:rPr>
          <w:lang w:val="sv-SE"/>
        </w:rPr>
        <w:t xml:space="preserve"> Kristus, ska han bli avsynagogad.{{field-off:bible}} [[@</w:t>
      </w:r>
      <w:r w:rsidR="0096445B" w:rsidRPr="000767E2">
        <w:rPr>
          <w:lang w:val="sv-SE"/>
        </w:rPr>
        <w:t>BibleBIBEL82</w:t>
      </w:r>
      <w:r w:rsidRPr="000767E2">
        <w:rPr>
          <w:lang w:val="sv-SE"/>
        </w:rPr>
        <w:t>:John 9:23]]</w:t>
      </w:r>
      <w:r w:rsidRPr="000767E2">
        <w:rPr>
          <w:vertAlign w:val="superscript"/>
          <w:lang w:val="sv-SE"/>
        </w:rPr>
        <w:t>23</w:t>
      </w:r>
      <w:r w:rsidRPr="000767E2">
        <w:rPr>
          <w:lang w:val="sv-SE"/>
        </w:rPr>
        <w:t xml:space="preserve"> {{field-on:bible}}</w:t>
      </w:r>
      <w:r w:rsidRPr="000767E2">
        <w:rPr>
          <w:i/>
          <w:lang w:val="sv-SE"/>
        </w:rPr>
        <w:t>Det var</w:t>
      </w:r>
      <w:r w:rsidRPr="000767E2">
        <w:rPr>
          <w:lang w:val="sv-SE"/>
        </w:rPr>
        <w:t xml:space="preserve"> därför hans föräldrar sade att: ”Han har åldern </w:t>
      </w:r>
      <w:r w:rsidRPr="000767E2">
        <w:rPr>
          <w:i/>
          <w:lang w:val="sv-SE"/>
        </w:rPr>
        <w:t>inne</w:t>
      </w:r>
      <w:r w:rsidRPr="000767E2">
        <w:rPr>
          <w:lang w:val="sv-SE"/>
        </w:rPr>
        <w:t>. Fråga honom.”{{field-off:bible}}</w:t>
      </w:r>
    </w:p>
    <w:p w14:paraId="6CEEA5C4" w14:textId="254996B8" w:rsidR="00BA33AB" w:rsidRPr="000767E2" w:rsidRDefault="00000000">
      <w:pPr>
        <w:rPr>
          <w:lang w:val="sv-SE"/>
        </w:rPr>
      </w:pPr>
      <w:r w:rsidRPr="000767E2">
        <w:rPr>
          <w:lang w:val="sv-SE"/>
        </w:rPr>
        <w:t>[[@</w:t>
      </w:r>
      <w:r w:rsidR="0096445B" w:rsidRPr="000767E2">
        <w:rPr>
          <w:lang w:val="sv-SE"/>
        </w:rPr>
        <w:t>BibleBIBEL82</w:t>
      </w:r>
      <w:r w:rsidRPr="000767E2">
        <w:rPr>
          <w:lang w:val="sv-SE"/>
        </w:rPr>
        <w:t>:John 9:24]]</w:t>
      </w:r>
      <w:r w:rsidRPr="000767E2">
        <w:rPr>
          <w:vertAlign w:val="superscript"/>
          <w:lang w:val="sv-SE"/>
        </w:rPr>
        <w:t>24</w:t>
      </w:r>
      <w:r w:rsidRPr="000767E2">
        <w:rPr>
          <w:lang w:val="sv-SE"/>
        </w:rPr>
        <w:t xml:space="preserve"> {{field-on:bible}}De ropade då dit mannen en andra </w:t>
      </w:r>
      <w:r w:rsidRPr="000767E2">
        <w:rPr>
          <w:i/>
          <w:lang w:val="sv-SE"/>
        </w:rPr>
        <w:t>gång</w:t>
      </w:r>
      <w:r w:rsidRPr="000767E2">
        <w:rPr>
          <w:lang w:val="sv-SE"/>
        </w:rPr>
        <w:t xml:space="preserve"> som varit blind, och sade till honom: ”Ge ära till Gud. Vi vet att den där människan är en syndare.”{{field-off:bible}} [[@</w:t>
      </w:r>
      <w:r w:rsidR="0096445B" w:rsidRPr="000767E2">
        <w:rPr>
          <w:lang w:val="sv-SE"/>
        </w:rPr>
        <w:t>BibleBIBEL82</w:t>
      </w:r>
      <w:r w:rsidRPr="000767E2">
        <w:rPr>
          <w:lang w:val="sv-SE"/>
        </w:rPr>
        <w:t>:John 9:25]]</w:t>
      </w:r>
      <w:r w:rsidRPr="000767E2">
        <w:rPr>
          <w:vertAlign w:val="superscript"/>
          <w:lang w:val="sv-SE"/>
        </w:rPr>
        <w:t>25</w:t>
      </w:r>
      <w:r w:rsidRPr="000767E2">
        <w:rPr>
          <w:lang w:val="sv-SE"/>
        </w:rPr>
        <w:t xml:space="preserve"> {{field-on:bible}}Då svarade denne: ”Om han är en syndare vet jag inte. Ett vet jag: att jag var blind och nu ser.”{{field-off:bible}} [[@</w:t>
      </w:r>
      <w:r w:rsidR="0096445B" w:rsidRPr="000767E2">
        <w:rPr>
          <w:lang w:val="sv-SE"/>
        </w:rPr>
        <w:t>BibleBIBEL82</w:t>
      </w:r>
      <w:r w:rsidRPr="000767E2">
        <w:rPr>
          <w:lang w:val="sv-SE"/>
        </w:rPr>
        <w:t>:John 9:26]]</w:t>
      </w:r>
      <w:r w:rsidRPr="000767E2">
        <w:rPr>
          <w:vertAlign w:val="superscript"/>
          <w:lang w:val="sv-SE"/>
        </w:rPr>
        <w:t>26</w:t>
      </w:r>
      <w:r w:rsidRPr="000767E2">
        <w:rPr>
          <w:lang w:val="sv-SE"/>
        </w:rPr>
        <w:t xml:space="preserve"> {{field-on:bible}}De sade då till honom: ”Vad gjorde han med dig? Hur öppnade han dina ögon?”{{field-off:bible}} [[@</w:t>
      </w:r>
      <w:r w:rsidR="0096445B" w:rsidRPr="000767E2">
        <w:rPr>
          <w:lang w:val="sv-SE"/>
        </w:rPr>
        <w:t>BibleBIBEL82</w:t>
      </w:r>
      <w:r w:rsidRPr="000767E2">
        <w:rPr>
          <w:lang w:val="sv-SE"/>
        </w:rPr>
        <w:t>:John 9:27]]</w:t>
      </w:r>
      <w:r w:rsidRPr="000767E2">
        <w:rPr>
          <w:vertAlign w:val="superscript"/>
          <w:lang w:val="sv-SE"/>
        </w:rPr>
        <w:t>27</w:t>
      </w:r>
      <w:r w:rsidRPr="000767E2">
        <w:rPr>
          <w:lang w:val="sv-SE"/>
        </w:rPr>
        <w:t xml:space="preserve"> {{field-on:bible}}Han svarade dem: ”Jag har sagt er redan, och ni har inte hört. Varför vill ni åter höra? Inte vill också ni bli hans lärjungar?”{{field-off:bible}} [[@</w:t>
      </w:r>
      <w:r w:rsidR="0096445B" w:rsidRPr="000767E2">
        <w:rPr>
          <w:lang w:val="sv-SE"/>
        </w:rPr>
        <w:t>BibleBIBEL82</w:t>
      </w:r>
      <w:r w:rsidRPr="000767E2">
        <w:rPr>
          <w:lang w:val="sv-SE"/>
        </w:rPr>
        <w:t>:John 9:28]]</w:t>
      </w:r>
      <w:r w:rsidRPr="000767E2">
        <w:rPr>
          <w:vertAlign w:val="superscript"/>
          <w:lang w:val="sv-SE"/>
        </w:rPr>
        <w:t>28</w:t>
      </w:r>
      <w:r w:rsidRPr="000767E2">
        <w:rPr>
          <w:lang w:val="sv-SE"/>
        </w:rPr>
        <w:t xml:space="preserve"> {{field-on:bible}}Och de hånade honom och sade: ”Du är dennes lärjunge! Men vi är Moses lärjungar.{{field-off:bible}} [[@</w:t>
      </w:r>
      <w:r w:rsidR="0096445B" w:rsidRPr="000767E2">
        <w:rPr>
          <w:lang w:val="sv-SE"/>
        </w:rPr>
        <w:t>BibleBIBEL82</w:t>
      </w:r>
      <w:r w:rsidRPr="000767E2">
        <w:rPr>
          <w:lang w:val="sv-SE"/>
        </w:rPr>
        <w:t>:John 9:29]]</w:t>
      </w:r>
      <w:r w:rsidRPr="000767E2">
        <w:rPr>
          <w:vertAlign w:val="superscript"/>
          <w:lang w:val="sv-SE"/>
        </w:rPr>
        <w:t>29</w:t>
      </w:r>
      <w:r w:rsidRPr="000767E2">
        <w:rPr>
          <w:lang w:val="sv-SE"/>
        </w:rPr>
        <w:t xml:space="preserve"> {{field-on:bible}}Vi vet att till Mose har Gud talat. Men denne vet vi inte varifrån han är.”{{field-off:bible}}</w:t>
      </w:r>
    </w:p>
    <w:p w14:paraId="1A5A392E" w14:textId="217AB753" w:rsidR="00BA33AB" w:rsidRPr="000767E2" w:rsidRDefault="00000000">
      <w:pPr>
        <w:rPr>
          <w:lang w:val="sv-SE"/>
        </w:rPr>
      </w:pPr>
      <w:r w:rsidRPr="000767E2">
        <w:rPr>
          <w:lang w:val="sv-SE"/>
        </w:rPr>
        <w:t>[[@</w:t>
      </w:r>
      <w:r w:rsidR="0096445B" w:rsidRPr="000767E2">
        <w:rPr>
          <w:lang w:val="sv-SE"/>
        </w:rPr>
        <w:t>BibleBIBEL82</w:t>
      </w:r>
      <w:r w:rsidRPr="000767E2">
        <w:rPr>
          <w:lang w:val="sv-SE"/>
        </w:rPr>
        <w:t>:John 9:30]]</w:t>
      </w:r>
      <w:r w:rsidRPr="000767E2">
        <w:rPr>
          <w:vertAlign w:val="superscript"/>
          <w:lang w:val="sv-SE"/>
        </w:rPr>
        <w:t>30</w:t>
      </w:r>
      <w:r w:rsidRPr="000767E2">
        <w:rPr>
          <w:lang w:val="sv-SE"/>
        </w:rPr>
        <w:t xml:space="preserve"> {{field-on:bible}}Mannen svarade och sade till dem: ”I detta är ju det förunderliga: att ni inte vet varifrån han är, och han har öppnat mina ögon.{{field-off:bible}} [[@</w:t>
      </w:r>
      <w:r w:rsidR="0096445B" w:rsidRPr="000767E2">
        <w:rPr>
          <w:lang w:val="sv-SE"/>
        </w:rPr>
        <w:t>BibleBIBEL82</w:t>
      </w:r>
      <w:r w:rsidRPr="000767E2">
        <w:rPr>
          <w:lang w:val="sv-SE"/>
        </w:rPr>
        <w:t>:John 9:31]]</w:t>
      </w:r>
      <w:r w:rsidRPr="000767E2">
        <w:rPr>
          <w:vertAlign w:val="superscript"/>
          <w:lang w:val="sv-SE"/>
        </w:rPr>
        <w:t>31</w:t>
      </w:r>
      <w:r w:rsidRPr="000767E2">
        <w:rPr>
          <w:lang w:val="sv-SE"/>
        </w:rPr>
        <w:t xml:space="preserve"> {{field-on:bible}}Vi vet att till syndare lyssnar inte Gud. Men om någon är gudsfrom och gör hans vilja, till denne lyssnar han.{{field-off:bible}} [[@</w:t>
      </w:r>
      <w:r w:rsidR="0096445B" w:rsidRPr="000767E2">
        <w:rPr>
          <w:lang w:val="sv-SE"/>
        </w:rPr>
        <w:t>BibleBIBEL82</w:t>
      </w:r>
      <w:r w:rsidRPr="000767E2">
        <w:rPr>
          <w:lang w:val="sv-SE"/>
        </w:rPr>
        <w:t>:John 9:32]]</w:t>
      </w:r>
      <w:r w:rsidRPr="000767E2">
        <w:rPr>
          <w:vertAlign w:val="superscript"/>
          <w:lang w:val="sv-SE"/>
        </w:rPr>
        <w:t>32</w:t>
      </w:r>
      <w:r w:rsidRPr="000767E2">
        <w:rPr>
          <w:lang w:val="sv-SE"/>
        </w:rPr>
        <w:t xml:space="preserve"> {{field-on:bible}}Från eonen har det aldrig hörts att någon öppnat ögonen på en som fötts blind.{{field-off:bible}} [[@</w:t>
      </w:r>
      <w:r w:rsidR="0096445B" w:rsidRPr="000767E2">
        <w:rPr>
          <w:lang w:val="sv-SE"/>
        </w:rPr>
        <w:t>BibleBIBEL82</w:t>
      </w:r>
      <w:r w:rsidRPr="000767E2">
        <w:rPr>
          <w:lang w:val="sv-SE"/>
        </w:rPr>
        <w:t>:John 9:33]]</w:t>
      </w:r>
      <w:r w:rsidRPr="000767E2">
        <w:rPr>
          <w:vertAlign w:val="superscript"/>
          <w:lang w:val="sv-SE"/>
        </w:rPr>
        <w:t>33</w:t>
      </w:r>
      <w:r w:rsidRPr="000767E2">
        <w:rPr>
          <w:lang w:val="sv-SE"/>
        </w:rPr>
        <w:t xml:space="preserve"> {{field-on:bible}}Om inte denne var från Gud, hade han inte kunnat göra någonting.”{{field-off:bible}} [[@</w:t>
      </w:r>
      <w:r w:rsidR="0096445B" w:rsidRPr="000767E2">
        <w:rPr>
          <w:lang w:val="sv-SE"/>
        </w:rPr>
        <w:t>BibleBIBEL82</w:t>
      </w:r>
      <w:r w:rsidRPr="000767E2">
        <w:rPr>
          <w:lang w:val="sv-SE"/>
        </w:rPr>
        <w:t>:John 9:34]]</w:t>
      </w:r>
      <w:r w:rsidRPr="000767E2">
        <w:rPr>
          <w:vertAlign w:val="superscript"/>
          <w:lang w:val="sv-SE"/>
        </w:rPr>
        <w:t>34</w:t>
      </w:r>
      <w:r w:rsidRPr="000767E2">
        <w:rPr>
          <w:lang w:val="sv-SE"/>
        </w:rPr>
        <w:t xml:space="preserve"> {{field-on:bible}}De svarade och sade till honom: ”I synder föddes du helt, och du undervisar oss!” Och de drev ut honom utanför.{{field-off:bible}}</w:t>
      </w:r>
    </w:p>
    <w:p w14:paraId="12505F9F" w14:textId="008F659B" w:rsidR="00BA33AB" w:rsidRPr="000767E2" w:rsidRDefault="00000000">
      <w:pPr>
        <w:rPr>
          <w:lang w:val="sv-SE"/>
        </w:rPr>
      </w:pPr>
      <w:r w:rsidRPr="000767E2">
        <w:rPr>
          <w:lang w:val="sv-SE"/>
        </w:rPr>
        <w:t>[[@</w:t>
      </w:r>
      <w:r w:rsidR="0096445B" w:rsidRPr="000767E2">
        <w:rPr>
          <w:lang w:val="sv-SE"/>
        </w:rPr>
        <w:t>BibleBIBEL82</w:t>
      </w:r>
      <w:r w:rsidRPr="000767E2">
        <w:rPr>
          <w:lang w:val="sv-SE"/>
        </w:rPr>
        <w:t>:John 9:35]]</w:t>
      </w:r>
      <w:r w:rsidRPr="000767E2">
        <w:rPr>
          <w:vertAlign w:val="superscript"/>
          <w:lang w:val="sv-SE"/>
        </w:rPr>
        <w:t>35</w:t>
      </w:r>
      <w:r w:rsidRPr="000767E2">
        <w:rPr>
          <w:lang w:val="sv-SE"/>
        </w:rPr>
        <w:t xml:space="preserve"> {{field-on:bible}}Jesus hörde att de hade drivit ut honom utanför, och han fann honom och sade: ”Tror du på Människosonen?”{{field-off:bible}} [[@</w:t>
      </w:r>
      <w:r w:rsidR="0096445B" w:rsidRPr="000767E2">
        <w:rPr>
          <w:lang w:val="sv-SE"/>
        </w:rPr>
        <w:t>BibleBIBEL82</w:t>
      </w:r>
      <w:r w:rsidRPr="000767E2">
        <w:rPr>
          <w:lang w:val="sv-SE"/>
        </w:rPr>
        <w:t>:John 9:36]]</w:t>
      </w:r>
      <w:r w:rsidRPr="000767E2">
        <w:rPr>
          <w:vertAlign w:val="superscript"/>
          <w:lang w:val="sv-SE"/>
        </w:rPr>
        <w:t>36</w:t>
      </w:r>
      <w:r w:rsidRPr="000767E2">
        <w:rPr>
          <w:lang w:val="sv-SE"/>
        </w:rPr>
        <w:t xml:space="preserve"> {{field-on:bible}}Denne svarade och sade: ”Och vem är han, Herre? Så att jag kan tro på honom.”{{field-off:bible}} [[@</w:t>
      </w:r>
      <w:r w:rsidR="0096445B" w:rsidRPr="000767E2">
        <w:rPr>
          <w:lang w:val="sv-SE"/>
        </w:rPr>
        <w:t>BibleBIBEL82</w:t>
      </w:r>
      <w:r w:rsidRPr="000767E2">
        <w:rPr>
          <w:lang w:val="sv-SE"/>
        </w:rPr>
        <w:t>:John 9:37]]</w:t>
      </w:r>
      <w:r w:rsidRPr="000767E2">
        <w:rPr>
          <w:vertAlign w:val="superscript"/>
          <w:lang w:val="sv-SE"/>
        </w:rPr>
        <w:t>37</w:t>
      </w:r>
      <w:r w:rsidRPr="000767E2">
        <w:rPr>
          <w:lang w:val="sv-SE"/>
        </w:rPr>
        <w:t xml:space="preserve"> {{field-on:bible}}Jesus sade till honom: ”Du har också sett honom. Och han som talar med dig, denne är det.”{{field-off:bible}} [[@</w:t>
      </w:r>
      <w:r w:rsidR="0096445B" w:rsidRPr="000767E2">
        <w:rPr>
          <w:lang w:val="sv-SE"/>
        </w:rPr>
        <w:t>BibleBIBEL82</w:t>
      </w:r>
      <w:r w:rsidRPr="000767E2">
        <w:rPr>
          <w:lang w:val="sv-SE"/>
        </w:rPr>
        <w:t>:John 9:38]]</w:t>
      </w:r>
      <w:r w:rsidRPr="000767E2">
        <w:rPr>
          <w:vertAlign w:val="superscript"/>
          <w:lang w:val="sv-SE"/>
        </w:rPr>
        <w:t>38</w:t>
      </w:r>
      <w:r w:rsidRPr="000767E2">
        <w:rPr>
          <w:lang w:val="sv-SE"/>
        </w:rPr>
        <w:t xml:space="preserve"> {{field-on:bible}}Och han sade: ”Jag tror, Herre.” Och han tillbad honom.{{field-off:bible}}</w:t>
      </w:r>
    </w:p>
    <w:p w14:paraId="30711C4C" w14:textId="0309EFFA" w:rsidR="00BA33AB" w:rsidRPr="000767E2" w:rsidRDefault="00000000">
      <w:pPr>
        <w:rPr>
          <w:lang w:val="sv-SE"/>
        </w:rPr>
      </w:pPr>
      <w:r w:rsidRPr="000767E2">
        <w:rPr>
          <w:lang w:val="sv-SE"/>
        </w:rPr>
        <w:t>[[@</w:t>
      </w:r>
      <w:r w:rsidR="0096445B" w:rsidRPr="000767E2">
        <w:rPr>
          <w:lang w:val="sv-SE"/>
        </w:rPr>
        <w:t>BibleBIBEL82</w:t>
      </w:r>
      <w:r w:rsidRPr="000767E2">
        <w:rPr>
          <w:lang w:val="sv-SE"/>
        </w:rPr>
        <w:t>:John 9:39]]</w:t>
      </w:r>
      <w:r w:rsidRPr="000767E2">
        <w:rPr>
          <w:vertAlign w:val="superscript"/>
          <w:lang w:val="sv-SE"/>
        </w:rPr>
        <w:t>39</w:t>
      </w:r>
      <w:r w:rsidRPr="000767E2">
        <w:rPr>
          <w:lang w:val="sv-SE"/>
        </w:rPr>
        <w:t xml:space="preserve"> {{field-on:bible}}Och Jesus sade: ”Till en dom har jag kommit till denna värld: för att de som inte ser ska se, och de som ser ska bli blinda.”{{field-off:bible}} [[@</w:t>
      </w:r>
      <w:r w:rsidR="0096445B" w:rsidRPr="000767E2">
        <w:rPr>
          <w:lang w:val="sv-SE"/>
        </w:rPr>
        <w:t>BibleBIBEL82</w:t>
      </w:r>
      <w:r w:rsidRPr="000767E2">
        <w:rPr>
          <w:lang w:val="sv-SE"/>
        </w:rPr>
        <w:t>:John 9:40]]</w:t>
      </w:r>
      <w:r w:rsidRPr="000767E2">
        <w:rPr>
          <w:vertAlign w:val="superscript"/>
          <w:lang w:val="sv-SE"/>
        </w:rPr>
        <w:t>40</w:t>
      </w:r>
      <w:r w:rsidRPr="000767E2">
        <w:rPr>
          <w:lang w:val="sv-SE"/>
        </w:rPr>
        <w:t xml:space="preserve"> {{field-on:bible}}</w:t>
      </w:r>
      <w:r w:rsidRPr="000767E2">
        <w:rPr>
          <w:i/>
          <w:lang w:val="sv-SE"/>
        </w:rPr>
        <w:t>Då</w:t>
      </w:r>
      <w:r w:rsidRPr="000767E2">
        <w:rPr>
          <w:lang w:val="sv-SE"/>
        </w:rPr>
        <w:t xml:space="preserve"> hörde </w:t>
      </w:r>
      <w:r w:rsidRPr="000767E2">
        <w:rPr>
          <w:i/>
          <w:lang w:val="sv-SE"/>
        </w:rPr>
        <w:t>några</w:t>
      </w:r>
      <w:r w:rsidRPr="000767E2">
        <w:rPr>
          <w:lang w:val="sv-SE"/>
        </w:rPr>
        <w:t xml:space="preserve"> av fariseerna som var med honom detta, och de sade till honom: ”Inte är </w:t>
      </w:r>
      <w:r w:rsidRPr="000767E2">
        <w:rPr>
          <w:i/>
          <w:lang w:val="sv-SE"/>
        </w:rPr>
        <w:t>väl</w:t>
      </w:r>
      <w:r w:rsidRPr="000767E2">
        <w:rPr>
          <w:lang w:val="sv-SE"/>
        </w:rPr>
        <w:t xml:space="preserve"> också vi blinda?”{{field-off:bible}} </w:t>
      </w:r>
      <w:r w:rsidRPr="000767E2">
        <w:rPr>
          <w:lang w:val="sv-SE"/>
        </w:rPr>
        <w:lastRenderedPageBreak/>
        <w:t>[[@</w:t>
      </w:r>
      <w:r w:rsidR="0096445B" w:rsidRPr="000767E2">
        <w:rPr>
          <w:lang w:val="sv-SE"/>
        </w:rPr>
        <w:t>BibleBIBEL82</w:t>
      </w:r>
      <w:r w:rsidRPr="000767E2">
        <w:rPr>
          <w:lang w:val="sv-SE"/>
        </w:rPr>
        <w:t>:John 9:41]]</w:t>
      </w:r>
      <w:r w:rsidRPr="000767E2">
        <w:rPr>
          <w:vertAlign w:val="superscript"/>
          <w:lang w:val="sv-SE"/>
        </w:rPr>
        <w:t>41</w:t>
      </w:r>
      <w:r w:rsidRPr="000767E2">
        <w:rPr>
          <w:lang w:val="sv-SE"/>
        </w:rPr>
        <w:t xml:space="preserve"> {{field-on:bible}}Jesus sade till dem: ”Om ni var blinda, hade ni inte haft synd. Men nu säger ni att: Vi ser. Er synd är kvar.{{field-off:bible}}</w:t>
      </w:r>
    </w:p>
    <w:p w14:paraId="7E5758A9" w14:textId="74E49FC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10]]Kapitel 10</w:t>
      </w:r>
    </w:p>
    <w:p w14:paraId="77F14F6A" w14:textId="77777777" w:rsidR="00BA33AB" w:rsidRPr="000767E2" w:rsidRDefault="00000000">
      <w:pPr>
        <w:pStyle w:val="Rubrik3"/>
        <w:rPr>
          <w:lang w:val="sv-SE"/>
        </w:rPr>
      </w:pPr>
      <w:r w:rsidRPr="000767E2">
        <w:rPr>
          <w:lang w:val="sv-SE"/>
        </w:rPr>
        <w:t>Den gode herden</w:t>
      </w:r>
    </w:p>
    <w:p w14:paraId="7F8097CE" w14:textId="12BEC520" w:rsidR="00BA33AB" w:rsidRPr="000767E2" w:rsidRDefault="00000000">
      <w:pPr>
        <w:rPr>
          <w:lang w:val="sv-SE"/>
        </w:rPr>
      </w:pPr>
      <w:r w:rsidRPr="000767E2">
        <w:rPr>
          <w:lang w:val="sv-SE"/>
        </w:rPr>
        <w:t>[[@</w:t>
      </w:r>
      <w:r w:rsidR="0096445B" w:rsidRPr="000767E2">
        <w:rPr>
          <w:lang w:val="sv-SE"/>
        </w:rPr>
        <w:t>BibleBIBEL82</w:t>
      </w:r>
      <w:r w:rsidRPr="000767E2">
        <w:rPr>
          <w:lang w:val="sv-SE"/>
        </w:rPr>
        <w:t>:John 10:1]]</w:t>
      </w:r>
      <w:r w:rsidRPr="000767E2">
        <w:rPr>
          <w:vertAlign w:val="superscript"/>
          <w:lang w:val="sv-SE"/>
        </w:rPr>
        <w:t>1</w:t>
      </w:r>
      <w:r w:rsidRPr="000767E2">
        <w:rPr>
          <w:lang w:val="sv-SE"/>
        </w:rPr>
        <w:t xml:space="preserve"> {{field-on:bible}}Amen, amen, jag säger er: Den som inte kommer in genom dörren till fårens fålla utan går upp från annat håll, denne är en tjuv och rövare.{{field-off:bible}} [[@</w:t>
      </w:r>
      <w:r w:rsidR="0096445B" w:rsidRPr="000767E2">
        <w:rPr>
          <w:lang w:val="sv-SE"/>
        </w:rPr>
        <w:t>BibleBIBEL82</w:t>
      </w:r>
      <w:r w:rsidRPr="000767E2">
        <w:rPr>
          <w:lang w:val="sv-SE"/>
        </w:rPr>
        <w:t>:John 10:2]]</w:t>
      </w:r>
      <w:r w:rsidRPr="000767E2">
        <w:rPr>
          <w:vertAlign w:val="superscript"/>
          <w:lang w:val="sv-SE"/>
        </w:rPr>
        <w:t>2</w:t>
      </w:r>
      <w:r w:rsidRPr="000767E2">
        <w:rPr>
          <w:lang w:val="sv-SE"/>
        </w:rPr>
        <w:t xml:space="preserve"> {{field-on:bible}}Men den som går in genom dörren är fårens herde.{{field-off:bible}} [[@</w:t>
      </w:r>
      <w:r w:rsidR="0096445B" w:rsidRPr="000767E2">
        <w:rPr>
          <w:lang w:val="sv-SE"/>
        </w:rPr>
        <w:t>BibleBIBEL82</w:t>
      </w:r>
      <w:r w:rsidRPr="000767E2">
        <w:rPr>
          <w:lang w:val="sv-SE"/>
        </w:rPr>
        <w:t>:John 10:3]]</w:t>
      </w:r>
      <w:r w:rsidRPr="000767E2">
        <w:rPr>
          <w:vertAlign w:val="superscript"/>
          <w:lang w:val="sv-SE"/>
        </w:rPr>
        <w:t>3</w:t>
      </w:r>
      <w:r w:rsidRPr="000767E2">
        <w:rPr>
          <w:lang w:val="sv-SE"/>
        </w:rPr>
        <w:t xml:space="preserve"> {{field-on:bible}}För denne öppnar dörrvakten. Och fåren lyssnar till hans röst, och </w:t>
      </w:r>
      <w:r w:rsidRPr="000767E2">
        <w:rPr>
          <w:i/>
          <w:lang w:val="sv-SE"/>
        </w:rPr>
        <w:t>sina</w:t>
      </w:r>
      <w:r w:rsidRPr="000767E2">
        <w:rPr>
          <w:lang w:val="sv-SE"/>
        </w:rPr>
        <w:t xml:space="preserve"> egna får ropar han på med namn och för ut dem.{{field-off:bible}} [[@</w:t>
      </w:r>
      <w:r w:rsidR="0096445B" w:rsidRPr="000767E2">
        <w:rPr>
          <w:lang w:val="sv-SE"/>
        </w:rPr>
        <w:t>BibleBIBEL82</w:t>
      </w:r>
      <w:r w:rsidRPr="000767E2">
        <w:rPr>
          <w:lang w:val="sv-SE"/>
        </w:rPr>
        <w:t>:John 10:4]]</w:t>
      </w:r>
      <w:r w:rsidRPr="000767E2">
        <w:rPr>
          <w:vertAlign w:val="superscript"/>
          <w:lang w:val="sv-SE"/>
        </w:rPr>
        <w:t>4</w:t>
      </w:r>
      <w:r w:rsidRPr="000767E2">
        <w:rPr>
          <w:lang w:val="sv-SE"/>
        </w:rPr>
        <w:t xml:space="preserve"> {{field-on:bible}}När han har drivit ut alla </w:t>
      </w:r>
      <w:r w:rsidRPr="000767E2">
        <w:rPr>
          <w:i/>
          <w:lang w:val="sv-SE"/>
        </w:rPr>
        <w:t>sina</w:t>
      </w:r>
      <w:r w:rsidRPr="000767E2">
        <w:rPr>
          <w:lang w:val="sv-SE"/>
        </w:rPr>
        <w:t xml:space="preserve"> egna går han framför dem. Och fåren följer honom, eftersom de känner hans röst.{{field-off:bible}} [[@</w:t>
      </w:r>
      <w:r w:rsidR="0096445B" w:rsidRPr="000767E2">
        <w:rPr>
          <w:lang w:val="sv-SE"/>
        </w:rPr>
        <w:t>BibleBIBEL82</w:t>
      </w:r>
      <w:r w:rsidRPr="000767E2">
        <w:rPr>
          <w:lang w:val="sv-SE"/>
        </w:rPr>
        <w:t>:John 10:5]]</w:t>
      </w:r>
      <w:r w:rsidRPr="000767E2">
        <w:rPr>
          <w:vertAlign w:val="superscript"/>
          <w:lang w:val="sv-SE"/>
        </w:rPr>
        <w:t>5</w:t>
      </w:r>
      <w:r w:rsidRPr="000767E2">
        <w:rPr>
          <w:lang w:val="sv-SE"/>
        </w:rPr>
        <w:t xml:space="preserve"> {{field-on:bible}}Men en främmande kommer de aldrig att följa, utan flyr från honom. För de känner inte de främmandes röst.”{{field-off:bible}} [[@</w:t>
      </w:r>
      <w:r w:rsidR="0096445B" w:rsidRPr="000767E2">
        <w:rPr>
          <w:lang w:val="sv-SE"/>
        </w:rPr>
        <w:t>BibleBIBEL82</w:t>
      </w:r>
      <w:r w:rsidRPr="000767E2">
        <w:rPr>
          <w:lang w:val="sv-SE"/>
        </w:rPr>
        <w:t>:John 10:6]]</w:t>
      </w:r>
      <w:r w:rsidRPr="000767E2">
        <w:rPr>
          <w:vertAlign w:val="superscript"/>
          <w:lang w:val="sv-SE"/>
        </w:rPr>
        <w:t>6</w:t>
      </w:r>
      <w:r w:rsidRPr="000767E2">
        <w:rPr>
          <w:lang w:val="sv-SE"/>
        </w:rPr>
        <w:t xml:space="preserve"> {{field-on:bible}}Denna jämförelse sade Jesus till dem, men dessa förstod inte vad det var som han talade till dem.{{field-off:bible}}</w:t>
      </w:r>
    </w:p>
    <w:p w14:paraId="034CB53F" w14:textId="3003BC4E" w:rsidR="00BA33AB" w:rsidRPr="000767E2" w:rsidRDefault="00000000">
      <w:pPr>
        <w:rPr>
          <w:lang w:val="sv-SE"/>
        </w:rPr>
      </w:pPr>
      <w:r w:rsidRPr="000767E2">
        <w:rPr>
          <w:lang w:val="sv-SE"/>
        </w:rPr>
        <w:t>[[@</w:t>
      </w:r>
      <w:r w:rsidR="0096445B" w:rsidRPr="000767E2">
        <w:rPr>
          <w:lang w:val="sv-SE"/>
        </w:rPr>
        <w:t>BibleBIBEL82</w:t>
      </w:r>
      <w:r w:rsidRPr="000767E2">
        <w:rPr>
          <w:lang w:val="sv-SE"/>
        </w:rPr>
        <w:t>:John 10:7]]</w:t>
      </w:r>
      <w:r w:rsidRPr="000767E2">
        <w:rPr>
          <w:vertAlign w:val="superscript"/>
          <w:lang w:val="sv-SE"/>
        </w:rPr>
        <w:t>7</w:t>
      </w:r>
      <w:r w:rsidRPr="000767E2">
        <w:rPr>
          <w:lang w:val="sv-SE"/>
        </w:rPr>
        <w:t xml:space="preserve"> {{field-on:bible}}Då sade åter Jesus: ”Amen, amen, jag säger er att: Jag är dörren för fåren.{{field-off:bible}} [[@</w:t>
      </w:r>
      <w:r w:rsidR="0096445B" w:rsidRPr="000767E2">
        <w:rPr>
          <w:lang w:val="sv-SE"/>
        </w:rPr>
        <w:t>BibleBIBEL82</w:t>
      </w:r>
      <w:r w:rsidRPr="000767E2">
        <w:rPr>
          <w:lang w:val="sv-SE"/>
        </w:rPr>
        <w:t>:John 10:8]]</w:t>
      </w:r>
      <w:r w:rsidRPr="000767E2">
        <w:rPr>
          <w:vertAlign w:val="superscript"/>
          <w:lang w:val="sv-SE"/>
        </w:rPr>
        <w:t>8</w:t>
      </w:r>
      <w:r w:rsidRPr="000767E2">
        <w:rPr>
          <w:lang w:val="sv-SE"/>
        </w:rPr>
        <w:t xml:space="preserve"> {{field-on:bible}}Alla som har kommit [före mig] är tjuvar och rövare, men fåren har inte lyssnat till dem.{{field-off:bible}} [[@</w:t>
      </w:r>
      <w:r w:rsidR="0096445B" w:rsidRPr="000767E2">
        <w:rPr>
          <w:lang w:val="sv-SE"/>
        </w:rPr>
        <w:t>BibleBIBEL82</w:t>
      </w:r>
      <w:r w:rsidRPr="000767E2">
        <w:rPr>
          <w:lang w:val="sv-SE"/>
        </w:rPr>
        <w:t>:John 10:9]]</w:t>
      </w:r>
      <w:r w:rsidRPr="000767E2">
        <w:rPr>
          <w:vertAlign w:val="superscript"/>
          <w:lang w:val="sv-SE"/>
        </w:rPr>
        <w:t>9</w:t>
      </w:r>
      <w:r w:rsidRPr="000767E2">
        <w:rPr>
          <w:lang w:val="sv-SE"/>
        </w:rPr>
        <w:t xml:space="preserve"> {{field-on:bible}}Jag är dörren. Genom mig, om någon går in, ska han bli frälst. Och han ska gå in och gå ut och finna bete.{{field-off:bible}} [[@</w:t>
      </w:r>
      <w:r w:rsidR="0096445B" w:rsidRPr="000767E2">
        <w:rPr>
          <w:lang w:val="sv-SE"/>
        </w:rPr>
        <w:t>BibleBIBEL82</w:t>
      </w:r>
      <w:r w:rsidRPr="000767E2">
        <w:rPr>
          <w:lang w:val="sv-SE"/>
        </w:rPr>
        <w:t>:John 10:10]]</w:t>
      </w:r>
      <w:r w:rsidRPr="000767E2">
        <w:rPr>
          <w:vertAlign w:val="superscript"/>
          <w:lang w:val="sv-SE"/>
        </w:rPr>
        <w:t>10</w:t>
      </w:r>
      <w:r w:rsidRPr="000767E2">
        <w:rPr>
          <w:lang w:val="sv-SE"/>
        </w:rPr>
        <w:t xml:space="preserve"> {{field-on:bible}}Tjuven kommer inte utom för att stjäla och slaktoffra och förgöra. Jag har kommit för att de ska ha liv, och ha överflöd.{{field-off:bible}}</w:t>
      </w:r>
    </w:p>
    <w:p w14:paraId="30D1EBA8" w14:textId="341045D1" w:rsidR="00BA33AB" w:rsidRPr="000767E2" w:rsidRDefault="00000000">
      <w:pPr>
        <w:rPr>
          <w:lang w:val="sv-SE"/>
        </w:rPr>
      </w:pPr>
      <w:r w:rsidRPr="000767E2">
        <w:rPr>
          <w:lang w:val="sv-SE"/>
        </w:rPr>
        <w:t>[[@</w:t>
      </w:r>
      <w:r w:rsidR="0096445B" w:rsidRPr="000767E2">
        <w:rPr>
          <w:lang w:val="sv-SE"/>
        </w:rPr>
        <w:t>BibleBIBEL82</w:t>
      </w:r>
      <w:r w:rsidRPr="000767E2">
        <w:rPr>
          <w:lang w:val="sv-SE"/>
        </w:rPr>
        <w:t>:John 10:11]]</w:t>
      </w:r>
      <w:r w:rsidRPr="000767E2">
        <w:rPr>
          <w:vertAlign w:val="superscript"/>
          <w:lang w:val="sv-SE"/>
        </w:rPr>
        <w:t>11</w:t>
      </w:r>
      <w:r w:rsidRPr="000767E2">
        <w:rPr>
          <w:lang w:val="sv-SE"/>
        </w:rPr>
        <w:t xml:space="preserve"> {{field-on:bible}}Jag är den gode herden. Den gode herden lägger </w:t>
      </w:r>
      <w:r w:rsidRPr="000767E2">
        <w:rPr>
          <w:i/>
          <w:lang w:val="sv-SE"/>
        </w:rPr>
        <w:t>ner</w:t>
      </w:r>
      <w:r w:rsidRPr="000767E2">
        <w:rPr>
          <w:lang w:val="sv-SE"/>
        </w:rPr>
        <w:t xml:space="preserve"> sin själ för fåren.{{field-off:bible}} [[@</w:t>
      </w:r>
      <w:r w:rsidR="0096445B" w:rsidRPr="000767E2">
        <w:rPr>
          <w:lang w:val="sv-SE"/>
        </w:rPr>
        <w:t>BibleBIBEL82</w:t>
      </w:r>
      <w:r w:rsidRPr="000767E2">
        <w:rPr>
          <w:lang w:val="sv-SE"/>
        </w:rPr>
        <w:t>:John 10:12]]</w:t>
      </w:r>
      <w:r w:rsidRPr="000767E2">
        <w:rPr>
          <w:vertAlign w:val="superscript"/>
          <w:lang w:val="sv-SE"/>
        </w:rPr>
        <w:t>12</w:t>
      </w:r>
      <w:r w:rsidRPr="000767E2">
        <w:rPr>
          <w:lang w:val="sv-SE"/>
        </w:rPr>
        <w:t xml:space="preserve"> {{field-on:bible}}Den </w:t>
      </w:r>
      <w:r w:rsidRPr="000767E2">
        <w:rPr>
          <w:i/>
          <w:lang w:val="sv-SE"/>
        </w:rPr>
        <w:t>som är</w:t>
      </w:r>
      <w:r w:rsidRPr="000767E2">
        <w:rPr>
          <w:lang w:val="sv-SE"/>
        </w:rPr>
        <w:t xml:space="preserve"> lejd och inte är herde, för vilken fåren inte är </w:t>
      </w:r>
      <w:r w:rsidRPr="000767E2">
        <w:rPr>
          <w:i/>
          <w:lang w:val="sv-SE"/>
        </w:rPr>
        <w:t>hans</w:t>
      </w:r>
      <w:r w:rsidRPr="000767E2">
        <w:rPr>
          <w:lang w:val="sv-SE"/>
        </w:rPr>
        <w:t xml:space="preserve"> egna, skådar vargen komma och lämnar fåren och flyr, och vargen rycker dem och skingrar.{{field-off:bible}} [[@</w:t>
      </w:r>
      <w:r w:rsidR="0096445B" w:rsidRPr="000767E2">
        <w:rPr>
          <w:lang w:val="sv-SE"/>
        </w:rPr>
        <w:t>BibleBIBEL82</w:t>
      </w:r>
      <w:r w:rsidRPr="000767E2">
        <w:rPr>
          <w:lang w:val="sv-SE"/>
        </w:rPr>
        <w:t>:John 10:13]]</w:t>
      </w:r>
      <w:r w:rsidRPr="000767E2">
        <w:rPr>
          <w:vertAlign w:val="superscript"/>
          <w:lang w:val="sv-SE"/>
        </w:rPr>
        <w:t>13</w:t>
      </w:r>
      <w:r w:rsidRPr="000767E2">
        <w:rPr>
          <w:lang w:val="sv-SE"/>
        </w:rPr>
        <w:t xml:space="preserve"> {{field-on:bible}}För han är lejd och bryr sig inte om fåren.{{field-off:bible}}</w:t>
      </w:r>
    </w:p>
    <w:p w14:paraId="004A679A" w14:textId="6BF0D00A" w:rsidR="00BA33AB" w:rsidRPr="000767E2" w:rsidRDefault="00000000">
      <w:pPr>
        <w:rPr>
          <w:lang w:val="sv-SE"/>
        </w:rPr>
      </w:pPr>
      <w:r w:rsidRPr="000767E2">
        <w:rPr>
          <w:lang w:val="sv-SE"/>
        </w:rPr>
        <w:t>[[@</w:t>
      </w:r>
      <w:r w:rsidR="0096445B" w:rsidRPr="000767E2">
        <w:rPr>
          <w:lang w:val="sv-SE"/>
        </w:rPr>
        <w:t>BibleBIBEL82</w:t>
      </w:r>
      <w:r w:rsidRPr="000767E2">
        <w:rPr>
          <w:lang w:val="sv-SE"/>
        </w:rPr>
        <w:t>:John 10:14]]</w:t>
      </w:r>
      <w:r w:rsidRPr="000767E2">
        <w:rPr>
          <w:vertAlign w:val="superscript"/>
          <w:lang w:val="sv-SE"/>
        </w:rPr>
        <w:t>14</w:t>
      </w:r>
      <w:r w:rsidRPr="000767E2">
        <w:rPr>
          <w:lang w:val="sv-SE"/>
        </w:rPr>
        <w:t xml:space="preserve"> {{field-on:bible}}Jag är den gode herden. Och jag känner de mina, och de mina känner mig,{{field-off:bible}} [[@</w:t>
      </w:r>
      <w:r w:rsidR="0096445B" w:rsidRPr="000767E2">
        <w:rPr>
          <w:lang w:val="sv-SE"/>
        </w:rPr>
        <w:t>BibleBIBEL82</w:t>
      </w:r>
      <w:r w:rsidRPr="000767E2">
        <w:rPr>
          <w:lang w:val="sv-SE"/>
        </w:rPr>
        <w:t>:John 10:15]]</w:t>
      </w:r>
      <w:r w:rsidRPr="000767E2">
        <w:rPr>
          <w:vertAlign w:val="superscript"/>
          <w:lang w:val="sv-SE"/>
        </w:rPr>
        <w:t>15</w:t>
      </w:r>
      <w:r w:rsidRPr="000767E2">
        <w:rPr>
          <w:lang w:val="sv-SE"/>
        </w:rPr>
        <w:t xml:space="preserve"> {{field-on:bible}}liksom Fadern känner mig och jag känner Fadern. Och min själ lägger jag </w:t>
      </w:r>
      <w:r w:rsidRPr="000767E2">
        <w:rPr>
          <w:i/>
          <w:lang w:val="sv-SE"/>
        </w:rPr>
        <w:t>ner</w:t>
      </w:r>
      <w:r w:rsidRPr="000767E2">
        <w:rPr>
          <w:lang w:val="sv-SE"/>
        </w:rPr>
        <w:t xml:space="preserve"> för fåren.{{field-off:bible}} [[@</w:t>
      </w:r>
      <w:r w:rsidR="0096445B" w:rsidRPr="000767E2">
        <w:rPr>
          <w:lang w:val="sv-SE"/>
        </w:rPr>
        <w:t>BibleBIBEL82</w:t>
      </w:r>
      <w:r w:rsidRPr="000767E2">
        <w:rPr>
          <w:lang w:val="sv-SE"/>
        </w:rPr>
        <w:t>:John 10:16]]</w:t>
      </w:r>
      <w:r w:rsidRPr="000767E2">
        <w:rPr>
          <w:vertAlign w:val="superscript"/>
          <w:lang w:val="sv-SE"/>
        </w:rPr>
        <w:t>16</w:t>
      </w:r>
      <w:r w:rsidRPr="000767E2">
        <w:rPr>
          <w:lang w:val="sv-SE"/>
        </w:rPr>
        <w:t xml:space="preserve"> {{field-on:bible}}Även andra får har jag, som inte är av denna fålla. Även dessa måste jag leda, och min röst ska de lyssna till. Och det ska bli en hjord, en herde.{{field-off:bible}} [[@</w:t>
      </w:r>
      <w:r w:rsidR="0096445B" w:rsidRPr="000767E2">
        <w:rPr>
          <w:lang w:val="sv-SE"/>
        </w:rPr>
        <w:t>BibleBIBEL82</w:t>
      </w:r>
      <w:r w:rsidRPr="000767E2">
        <w:rPr>
          <w:lang w:val="sv-SE"/>
        </w:rPr>
        <w:t>:John 10:17]]</w:t>
      </w:r>
      <w:r w:rsidRPr="000767E2">
        <w:rPr>
          <w:vertAlign w:val="superscript"/>
          <w:lang w:val="sv-SE"/>
        </w:rPr>
        <w:t>17</w:t>
      </w:r>
      <w:r w:rsidRPr="000767E2">
        <w:rPr>
          <w:lang w:val="sv-SE"/>
        </w:rPr>
        <w:t xml:space="preserve"> {{field-on:bible}}Därför älskar Fadern mig, för att jag lägger </w:t>
      </w:r>
      <w:r w:rsidRPr="000767E2">
        <w:rPr>
          <w:i/>
          <w:lang w:val="sv-SE"/>
        </w:rPr>
        <w:t>ner</w:t>
      </w:r>
      <w:r w:rsidRPr="000767E2">
        <w:rPr>
          <w:lang w:val="sv-SE"/>
        </w:rPr>
        <w:t xml:space="preserve"> min själ för att åter ta den.{{field-off:bible}} [[@</w:t>
      </w:r>
      <w:r w:rsidR="0096445B" w:rsidRPr="000767E2">
        <w:rPr>
          <w:lang w:val="sv-SE"/>
        </w:rPr>
        <w:t>BibleBIBEL82</w:t>
      </w:r>
      <w:r w:rsidRPr="000767E2">
        <w:rPr>
          <w:lang w:val="sv-SE"/>
        </w:rPr>
        <w:t>:John 10:18]]</w:t>
      </w:r>
      <w:r w:rsidRPr="000767E2">
        <w:rPr>
          <w:vertAlign w:val="superscript"/>
          <w:lang w:val="sv-SE"/>
        </w:rPr>
        <w:t>18</w:t>
      </w:r>
      <w:r w:rsidRPr="000767E2">
        <w:rPr>
          <w:lang w:val="sv-SE"/>
        </w:rPr>
        <w:t xml:space="preserve"> {{field-on:bible}}Ingen tar bort den från mig, utan jag lägger </w:t>
      </w:r>
      <w:r w:rsidRPr="000767E2">
        <w:rPr>
          <w:i/>
          <w:lang w:val="sv-SE"/>
        </w:rPr>
        <w:t>ner</w:t>
      </w:r>
      <w:r w:rsidRPr="000767E2">
        <w:rPr>
          <w:lang w:val="sv-SE"/>
        </w:rPr>
        <w:t xml:space="preserve"> den av mig själv. Auktoritet har jag att lägga </w:t>
      </w:r>
      <w:r w:rsidRPr="000767E2">
        <w:rPr>
          <w:i/>
          <w:lang w:val="sv-SE"/>
        </w:rPr>
        <w:t>ner</w:t>
      </w:r>
      <w:r w:rsidRPr="000767E2">
        <w:rPr>
          <w:lang w:val="sv-SE"/>
        </w:rPr>
        <w:t xml:space="preserve"> den, och auktoritet har jag att åter ta den. Detta bud har jag fått från min Far.”{{field-off:bible}}</w:t>
      </w:r>
    </w:p>
    <w:p w14:paraId="417521B6" w14:textId="4B7CD8C9"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10:19]]</w:t>
      </w:r>
      <w:r w:rsidRPr="000767E2">
        <w:rPr>
          <w:vertAlign w:val="superscript"/>
          <w:lang w:val="sv-SE"/>
        </w:rPr>
        <w:t>19</w:t>
      </w:r>
      <w:r w:rsidRPr="000767E2">
        <w:rPr>
          <w:lang w:val="sv-SE"/>
        </w:rPr>
        <w:t xml:space="preserve"> {{field-on:bible}}Åter blev det schism bland judarna på grund av dessa ord.{{field-off:bible}} [[@</w:t>
      </w:r>
      <w:r w:rsidR="0096445B" w:rsidRPr="000767E2">
        <w:rPr>
          <w:lang w:val="sv-SE"/>
        </w:rPr>
        <w:t>BibleBIBEL82</w:t>
      </w:r>
      <w:r w:rsidRPr="000767E2">
        <w:rPr>
          <w:lang w:val="sv-SE"/>
        </w:rPr>
        <w:t>:John 10:20]]</w:t>
      </w:r>
      <w:r w:rsidRPr="000767E2">
        <w:rPr>
          <w:vertAlign w:val="superscript"/>
          <w:lang w:val="sv-SE"/>
        </w:rPr>
        <w:t>20</w:t>
      </w:r>
      <w:r w:rsidRPr="000767E2">
        <w:rPr>
          <w:lang w:val="sv-SE"/>
        </w:rPr>
        <w:t xml:space="preserve"> {{field-on:bible}}Och många av dem sade: ”Han har en demon och är galen. Varför lyssnar ni på honom?”{{field-off:bible}} [[@</w:t>
      </w:r>
      <w:r w:rsidR="0096445B" w:rsidRPr="000767E2">
        <w:rPr>
          <w:lang w:val="sv-SE"/>
        </w:rPr>
        <w:t>BibleBIBEL82</w:t>
      </w:r>
      <w:r w:rsidRPr="000767E2">
        <w:rPr>
          <w:lang w:val="sv-SE"/>
        </w:rPr>
        <w:t>:John 10:21]]</w:t>
      </w:r>
      <w:r w:rsidRPr="000767E2">
        <w:rPr>
          <w:vertAlign w:val="superscript"/>
          <w:lang w:val="sv-SE"/>
        </w:rPr>
        <w:t>21</w:t>
      </w:r>
      <w:r w:rsidRPr="000767E2">
        <w:rPr>
          <w:lang w:val="sv-SE"/>
        </w:rPr>
        <w:t xml:space="preserve"> {{field-on:bible}}Andra sade: ”Dessa ord är inte från en demoniserad. Inte kan en demon öppna blindas ögon?”{{field-off:bible}}</w:t>
      </w:r>
    </w:p>
    <w:p w14:paraId="459B27BF" w14:textId="77777777" w:rsidR="00BA33AB" w:rsidRPr="000767E2" w:rsidRDefault="00000000">
      <w:pPr>
        <w:pStyle w:val="Rubrik3"/>
        <w:rPr>
          <w:lang w:val="sv-SE"/>
        </w:rPr>
      </w:pPr>
      <w:r w:rsidRPr="000767E2">
        <w:rPr>
          <w:lang w:val="sv-SE"/>
        </w:rPr>
        <w:t>Jesu enhet med Fadern</w:t>
      </w:r>
    </w:p>
    <w:p w14:paraId="6C50B070" w14:textId="3363E73A" w:rsidR="00BA33AB" w:rsidRPr="000767E2" w:rsidRDefault="00000000">
      <w:pPr>
        <w:rPr>
          <w:lang w:val="sv-SE"/>
        </w:rPr>
      </w:pPr>
      <w:r w:rsidRPr="000767E2">
        <w:rPr>
          <w:lang w:val="sv-SE"/>
        </w:rPr>
        <w:t>[[@</w:t>
      </w:r>
      <w:r w:rsidR="0096445B" w:rsidRPr="000767E2">
        <w:rPr>
          <w:lang w:val="sv-SE"/>
        </w:rPr>
        <w:t>BibleBIBEL82</w:t>
      </w:r>
      <w:r w:rsidRPr="000767E2">
        <w:rPr>
          <w:lang w:val="sv-SE"/>
        </w:rPr>
        <w:t>:John 10:22]]</w:t>
      </w:r>
      <w:r w:rsidRPr="000767E2">
        <w:rPr>
          <w:vertAlign w:val="superscript"/>
          <w:lang w:val="sv-SE"/>
        </w:rPr>
        <w:t>22</w:t>
      </w:r>
      <w:r w:rsidRPr="000767E2">
        <w:rPr>
          <w:lang w:val="sv-SE"/>
        </w:rPr>
        <w:t xml:space="preserve"> {{field-on:bible}}Sedan kom invigningshögtiden i Jerusalem. Det var vinter,{{field-off:bible}} [[@</w:t>
      </w:r>
      <w:r w:rsidR="0096445B" w:rsidRPr="000767E2">
        <w:rPr>
          <w:lang w:val="sv-SE"/>
        </w:rPr>
        <w:t>BibleBIBEL82</w:t>
      </w:r>
      <w:r w:rsidRPr="000767E2">
        <w:rPr>
          <w:lang w:val="sv-SE"/>
        </w:rPr>
        <w:t>:John 10:23]]</w:t>
      </w:r>
      <w:r w:rsidRPr="000767E2">
        <w:rPr>
          <w:vertAlign w:val="superscript"/>
          <w:lang w:val="sv-SE"/>
        </w:rPr>
        <w:t>23</w:t>
      </w:r>
      <w:r w:rsidRPr="000767E2">
        <w:rPr>
          <w:lang w:val="sv-SE"/>
        </w:rPr>
        <w:t xml:space="preserve"> {{field-on:bible}}och Jesus vandrade omkring i templet i Solomons pelargång.{{field-off:bible}} [[@</w:t>
      </w:r>
      <w:r w:rsidR="0096445B" w:rsidRPr="000767E2">
        <w:rPr>
          <w:lang w:val="sv-SE"/>
        </w:rPr>
        <w:t>BibleBIBEL82</w:t>
      </w:r>
      <w:r w:rsidRPr="000767E2">
        <w:rPr>
          <w:lang w:val="sv-SE"/>
        </w:rPr>
        <w:t>:John 10:24]]</w:t>
      </w:r>
      <w:r w:rsidRPr="000767E2">
        <w:rPr>
          <w:vertAlign w:val="superscript"/>
          <w:lang w:val="sv-SE"/>
        </w:rPr>
        <w:t>24</w:t>
      </w:r>
      <w:r w:rsidRPr="000767E2">
        <w:rPr>
          <w:lang w:val="sv-SE"/>
        </w:rPr>
        <w:t xml:space="preserve"> {{field-on:bible}}Då omringade honom judarna och sade till honom: ”Hur länge tar du upp vår själ? Om du är Kristus, säg oss öppet!”{{field-off:bible}} [[@</w:t>
      </w:r>
      <w:r w:rsidR="0096445B" w:rsidRPr="000767E2">
        <w:rPr>
          <w:lang w:val="sv-SE"/>
        </w:rPr>
        <w:t>BibleBIBEL82</w:t>
      </w:r>
      <w:r w:rsidRPr="000767E2">
        <w:rPr>
          <w:lang w:val="sv-SE"/>
        </w:rPr>
        <w:t>:John 10:25]]</w:t>
      </w:r>
      <w:r w:rsidRPr="000767E2">
        <w:rPr>
          <w:vertAlign w:val="superscript"/>
          <w:lang w:val="sv-SE"/>
        </w:rPr>
        <w:t>25</w:t>
      </w:r>
      <w:r w:rsidRPr="000767E2">
        <w:rPr>
          <w:lang w:val="sv-SE"/>
        </w:rPr>
        <w:t xml:space="preserve"> {{field-on:bible}}Jesus svarade dem: ”Jag har sagt er, och ni tror inte. Gärningarna som jag gör i min Fars namn, dessa vittnar om mig.{{field-off:bible}} [[@</w:t>
      </w:r>
      <w:r w:rsidR="0096445B" w:rsidRPr="000767E2">
        <w:rPr>
          <w:lang w:val="sv-SE"/>
        </w:rPr>
        <w:t>BibleBIBEL82</w:t>
      </w:r>
      <w:r w:rsidRPr="000767E2">
        <w:rPr>
          <w:lang w:val="sv-SE"/>
        </w:rPr>
        <w:t>:John 10:26]]</w:t>
      </w:r>
      <w:r w:rsidRPr="000767E2">
        <w:rPr>
          <w:vertAlign w:val="superscript"/>
          <w:lang w:val="sv-SE"/>
        </w:rPr>
        <w:t>26</w:t>
      </w:r>
      <w:r w:rsidRPr="000767E2">
        <w:rPr>
          <w:lang w:val="sv-SE"/>
        </w:rPr>
        <w:t xml:space="preserve"> {{field-on:bible}}Men ni tror inte, eftersom ni inte är av mina får.{{field-off:bible}} [[@</w:t>
      </w:r>
      <w:r w:rsidR="0096445B" w:rsidRPr="000767E2">
        <w:rPr>
          <w:lang w:val="sv-SE"/>
        </w:rPr>
        <w:t>BibleBIBEL82</w:t>
      </w:r>
      <w:r w:rsidRPr="000767E2">
        <w:rPr>
          <w:lang w:val="sv-SE"/>
        </w:rPr>
        <w:t>:John 10:27]]</w:t>
      </w:r>
      <w:r w:rsidRPr="000767E2">
        <w:rPr>
          <w:vertAlign w:val="superscript"/>
          <w:lang w:val="sv-SE"/>
        </w:rPr>
        <w:t>27</w:t>
      </w:r>
      <w:r w:rsidRPr="000767E2">
        <w:rPr>
          <w:lang w:val="sv-SE"/>
        </w:rPr>
        <w:t xml:space="preserve"> {{field-on:bible}}Mina får lyssnar till min röst, och jag känner dem och de följer mig.{{field-off:bible}} [[@</w:t>
      </w:r>
      <w:r w:rsidR="0096445B" w:rsidRPr="000767E2">
        <w:rPr>
          <w:lang w:val="sv-SE"/>
        </w:rPr>
        <w:t>BibleBIBEL82</w:t>
      </w:r>
      <w:r w:rsidRPr="000767E2">
        <w:rPr>
          <w:lang w:val="sv-SE"/>
        </w:rPr>
        <w:t>:John 10:28]]</w:t>
      </w:r>
      <w:r w:rsidRPr="000767E2">
        <w:rPr>
          <w:vertAlign w:val="superscript"/>
          <w:lang w:val="sv-SE"/>
        </w:rPr>
        <w:t>28</w:t>
      </w:r>
      <w:r w:rsidRPr="000767E2">
        <w:rPr>
          <w:lang w:val="sv-SE"/>
        </w:rPr>
        <w:t xml:space="preserve"> {{field-on:bible}}Och jag ger dem eoniskt liv, och de ska aldrig gå förlorade till eonen. Och ingen ska rycka dem ur min hand.{{field-off:bible}} [[@</w:t>
      </w:r>
      <w:r w:rsidR="0096445B" w:rsidRPr="000767E2">
        <w:rPr>
          <w:lang w:val="sv-SE"/>
        </w:rPr>
        <w:t>BibleBIBEL82</w:t>
      </w:r>
      <w:r w:rsidRPr="000767E2">
        <w:rPr>
          <w:lang w:val="sv-SE"/>
        </w:rPr>
        <w:t>:John 10:29]]</w:t>
      </w:r>
      <w:r w:rsidRPr="000767E2">
        <w:rPr>
          <w:vertAlign w:val="superscript"/>
          <w:lang w:val="sv-SE"/>
        </w:rPr>
        <w:t>29</w:t>
      </w:r>
      <w:r w:rsidRPr="000767E2">
        <w:rPr>
          <w:lang w:val="sv-SE"/>
        </w:rPr>
        <w:t xml:space="preserve"> {{field-on:bible}}Min Far, det han har gett mig är större än allt. Och ingen kan rycka ur Faderns hand.{{field-off:bible}} [[@</w:t>
      </w:r>
      <w:r w:rsidR="0096445B" w:rsidRPr="000767E2">
        <w:rPr>
          <w:lang w:val="sv-SE"/>
        </w:rPr>
        <w:t>BibleBIBEL82</w:t>
      </w:r>
      <w:r w:rsidRPr="000767E2">
        <w:rPr>
          <w:lang w:val="sv-SE"/>
        </w:rPr>
        <w:t>:John 10:30]]</w:t>
      </w:r>
      <w:r w:rsidRPr="000767E2">
        <w:rPr>
          <w:vertAlign w:val="superscript"/>
          <w:lang w:val="sv-SE"/>
        </w:rPr>
        <w:t>30</w:t>
      </w:r>
      <w:r w:rsidRPr="000767E2">
        <w:rPr>
          <w:lang w:val="sv-SE"/>
        </w:rPr>
        <w:t xml:space="preserve"> {{field-on:bible}}Jag och Fadern är ett.”{{field-off:bible}}</w:t>
      </w:r>
    </w:p>
    <w:p w14:paraId="6E8DA1A9" w14:textId="513EBA4B" w:rsidR="00BA33AB" w:rsidRPr="000767E2" w:rsidRDefault="00000000">
      <w:pPr>
        <w:rPr>
          <w:lang w:val="sv-SE"/>
        </w:rPr>
      </w:pPr>
      <w:r w:rsidRPr="000767E2">
        <w:rPr>
          <w:lang w:val="sv-SE"/>
        </w:rPr>
        <w:t>[[@</w:t>
      </w:r>
      <w:r w:rsidR="0096445B" w:rsidRPr="000767E2">
        <w:rPr>
          <w:lang w:val="sv-SE"/>
        </w:rPr>
        <w:t>BibleBIBEL82</w:t>
      </w:r>
      <w:r w:rsidRPr="000767E2">
        <w:rPr>
          <w:lang w:val="sv-SE"/>
        </w:rPr>
        <w:t>:John 10:31]]</w:t>
      </w:r>
      <w:r w:rsidRPr="000767E2">
        <w:rPr>
          <w:vertAlign w:val="superscript"/>
          <w:lang w:val="sv-SE"/>
        </w:rPr>
        <w:t>31</w:t>
      </w:r>
      <w:r w:rsidRPr="000767E2">
        <w:rPr>
          <w:lang w:val="sv-SE"/>
        </w:rPr>
        <w:t xml:space="preserve"> {{field-on:bible}}Åter lyfte judarna upp stenar för att stena honom.{{field-off:bible}} [[@</w:t>
      </w:r>
      <w:r w:rsidR="0096445B" w:rsidRPr="000767E2">
        <w:rPr>
          <w:lang w:val="sv-SE"/>
        </w:rPr>
        <w:t>BibleBIBEL82</w:t>
      </w:r>
      <w:r w:rsidRPr="000767E2">
        <w:rPr>
          <w:lang w:val="sv-SE"/>
        </w:rPr>
        <w:t>:John 10:32]]</w:t>
      </w:r>
      <w:r w:rsidRPr="000767E2">
        <w:rPr>
          <w:vertAlign w:val="superscript"/>
          <w:lang w:val="sv-SE"/>
        </w:rPr>
        <w:t>32</w:t>
      </w:r>
      <w:r w:rsidRPr="000767E2">
        <w:rPr>
          <w:lang w:val="sv-SE"/>
        </w:rPr>
        <w:t xml:space="preserve"> {{field-on:bible}}Jesus svarade dem: ”Många goda gärningar har jag visat er från Fadern. För vilken gärning av dem stenar ni mig?”{{field-off:bible}} [[@</w:t>
      </w:r>
      <w:r w:rsidR="0096445B" w:rsidRPr="000767E2">
        <w:rPr>
          <w:lang w:val="sv-SE"/>
        </w:rPr>
        <w:t>BibleBIBEL82</w:t>
      </w:r>
      <w:r w:rsidRPr="000767E2">
        <w:rPr>
          <w:lang w:val="sv-SE"/>
        </w:rPr>
        <w:t>:John 10:33]]</w:t>
      </w:r>
      <w:r w:rsidRPr="000767E2">
        <w:rPr>
          <w:vertAlign w:val="superscript"/>
          <w:lang w:val="sv-SE"/>
        </w:rPr>
        <w:t>33</w:t>
      </w:r>
      <w:r w:rsidRPr="000767E2">
        <w:rPr>
          <w:lang w:val="sv-SE"/>
        </w:rPr>
        <w:t xml:space="preserve"> {{field-on:bible}}Judarna svarade honom: ”</w:t>
      </w:r>
      <w:r w:rsidRPr="000767E2">
        <w:rPr>
          <w:i/>
          <w:lang w:val="sv-SE"/>
        </w:rPr>
        <w:t>Det är</w:t>
      </w:r>
      <w:r w:rsidRPr="000767E2">
        <w:rPr>
          <w:lang w:val="sv-SE"/>
        </w:rPr>
        <w:t xml:space="preserve"> inte för en god gärning vi stenar dig, utan för hädelse. Och för att du, som är en människa, gör dig själv till Gud.”{{field-off:bible}}</w:t>
      </w:r>
    </w:p>
    <w:p w14:paraId="4A7FBCAA" w14:textId="73473C2F" w:rsidR="00BA33AB" w:rsidRPr="000767E2" w:rsidRDefault="00000000">
      <w:pPr>
        <w:rPr>
          <w:lang w:val="sv-SE"/>
        </w:rPr>
      </w:pPr>
      <w:r w:rsidRPr="000767E2">
        <w:rPr>
          <w:lang w:val="sv-SE"/>
        </w:rPr>
        <w:t>[[@</w:t>
      </w:r>
      <w:r w:rsidR="0096445B" w:rsidRPr="000767E2">
        <w:rPr>
          <w:lang w:val="sv-SE"/>
        </w:rPr>
        <w:t>BibleBIBEL82</w:t>
      </w:r>
      <w:r w:rsidRPr="000767E2">
        <w:rPr>
          <w:lang w:val="sv-SE"/>
        </w:rPr>
        <w:t>:John 10:34]]</w:t>
      </w:r>
      <w:r w:rsidRPr="000767E2">
        <w:rPr>
          <w:vertAlign w:val="superscript"/>
          <w:lang w:val="sv-SE"/>
        </w:rPr>
        <w:t>34</w:t>
      </w:r>
      <w:r w:rsidRPr="000767E2">
        <w:rPr>
          <w:lang w:val="sv-SE"/>
        </w:rPr>
        <w:t xml:space="preserve"> {{field-on:bible}}Jesus svarade dem: ”Är det inte skrivet i er lag att: Jag har sagt ni är gudar?{{field-off:bible}} [[@</w:t>
      </w:r>
      <w:r w:rsidR="0096445B" w:rsidRPr="000767E2">
        <w:rPr>
          <w:lang w:val="sv-SE"/>
        </w:rPr>
        <w:t>BibleBIBEL82</w:t>
      </w:r>
      <w:r w:rsidRPr="000767E2">
        <w:rPr>
          <w:lang w:val="sv-SE"/>
        </w:rPr>
        <w:t>:John 10:35]]</w:t>
      </w:r>
      <w:r w:rsidRPr="000767E2">
        <w:rPr>
          <w:vertAlign w:val="superscript"/>
          <w:lang w:val="sv-SE"/>
        </w:rPr>
        <w:t>35</w:t>
      </w:r>
      <w:r w:rsidRPr="000767E2">
        <w:rPr>
          <w:lang w:val="sv-SE"/>
        </w:rPr>
        <w:t xml:space="preserve"> {{field-on:bible}}Om han kallade dessa gudar till vilka Guds ord kom – och Skriften kan inte upplösas –{{field-off:bible}} [[@</w:t>
      </w:r>
      <w:r w:rsidR="0096445B" w:rsidRPr="000767E2">
        <w:rPr>
          <w:lang w:val="sv-SE"/>
        </w:rPr>
        <w:t>BibleBIBEL82</w:t>
      </w:r>
      <w:r w:rsidRPr="000767E2">
        <w:rPr>
          <w:lang w:val="sv-SE"/>
        </w:rPr>
        <w:t>:John 10:36]]</w:t>
      </w:r>
      <w:r w:rsidRPr="000767E2">
        <w:rPr>
          <w:vertAlign w:val="superscript"/>
          <w:lang w:val="sv-SE"/>
        </w:rPr>
        <w:t>36</w:t>
      </w:r>
      <w:r w:rsidRPr="000767E2">
        <w:rPr>
          <w:lang w:val="sv-SE"/>
        </w:rPr>
        <w:t xml:space="preserve"> {{field-on:bible}}säger ni </w:t>
      </w:r>
      <w:r w:rsidRPr="000767E2">
        <w:rPr>
          <w:i/>
          <w:lang w:val="sv-SE"/>
        </w:rPr>
        <w:t>då</w:t>
      </w:r>
      <w:r w:rsidRPr="000767E2">
        <w:rPr>
          <w:lang w:val="sv-SE"/>
        </w:rPr>
        <w:t xml:space="preserve"> </w:t>
      </w:r>
      <w:r w:rsidRPr="000767E2">
        <w:rPr>
          <w:i/>
          <w:lang w:val="sv-SE"/>
        </w:rPr>
        <w:t>till</w:t>
      </w:r>
      <w:r w:rsidRPr="000767E2">
        <w:rPr>
          <w:lang w:val="sv-SE"/>
        </w:rPr>
        <w:t xml:space="preserve"> den som Fadern har helgat och sänt till världen att: Du hädar, eftersom jag sagt: Jag är Guds Son?{{field-off:bible}} [[@</w:t>
      </w:r>
      <w:r w:rsidR="0096445B" w:rsidRPr="000767E2">
        <w:rPr>
          <w:lang w:val="sv-SE"/>
        </w:rPr>
        <w:t>BibleBIBEL82</w:t>
      </w:r>
      <w:r w:rsidRPr="000767E2">
        <w:rPr>
          <w:lang w:val="sv-SE"/>
        </w:rPr>
        <w:t>:John 10:37]]</w:t>
      </w:r>
      <w:r w:rsidRPr="000767E2">
        <w:rPr>
          <w:vertAlign w:val="superscript"/>
          <w:lang w:val="sv-SE"/>
        </w:rPr>
        <w:t>37</w:t>
      </w:r>
      <w:r w:rsidRPr="000767E2">
        <w:rPr>
          <w:lang w:val="sv-SE"/>
        </w:rPr>
        <w:t xml:space="preserve"> {{field-on:bible}}Om jag inte gör min Fars gärningar, tro mig inte.{{field-off:bible}} [[@</w:t>
      </w:r>
      <w:r w:rsidR="0096445B" w:rsidRPr="000767E2">
        <w:rPr>
          <w:lang w:val="sv-SE"/>
        </w:rPr>
        <w:t>BibleBIBEL82</w:t>
      </w:r>
      <w:r w:rsidRPr="000767E2">
        <w:rPr>
          <w:lang w:val="sv-SE"/>
        </w:rPr>
        <w:t>:John 10:38]]</w:t>
      </w:r>
      <w:r w:rsidRPr="000767E2">
        <w:rPr>
          <w:vertAlign w:val="superscript"/>
          <w:lang w:val="sv-SE"/>
        </w:rPr>
        <w:t>38</w:t>
      </w:r>
      <w:r w:rsidRPr="000767E2">
        <w:rPr>
          <w:lang w:val="sv-SE"/>
        </w:rPr>
        <w:t xml:space="preserve"> {{field-on:bible}}Men om jag gör </w:t>
      </w:r>
      <w:r w:rsidRPr="000767E2">
        <w:rPr>
          <w:i/>
          <w:lang w:val="sv-SE"/>
        </w:rPr>
        <w:t>dem</w:t>
      </w:r>
      <w:r w:rsidRPr="000767E2">
        <w:rPr>
          <w:lang w:val="sv-SE"/>
        </w:rPr>
        <w:t xml:space="preserve">: även om ni inte tror på mig, tro på gärningarna, så att ni vet och förstår att Fadern </w:t>
      </w:r>
      <w:r w:rsidRPr="000767E2">
        <w:rPr>
          <w:i/>
          <w:lang w:val="sv-SE"/>
        </w:rPr>
        <w:t>är</w:t>
      </w:r>
      <w:r w:rsidRPr="000767E2">
        <w:rPr>
          <w:lang w:val="sv-SE"/>
        </w:rPr>
        <w:t xml:space="preserve"> i mig och jag i Fadern.”{{field-off:bible}} [[@</w:t>
      </w:r>
      <w:r w:rsidR="0096445B" w:rsidRPr="000767E2">
        <w:rPr>
          <w:lang w:val="sv-SE"/>
        </w:rPr>
        <w:t>BibleBIBEL82</w:t>
      </w:r>
      <w:r w:rsidRPr="000767E2">
        <w:rPr>
          <w:lang w:val="sv-SE"/>
        </w:rPr>
        <w:t>:John 10:39]]</w:t>
      </w:r>
      <w:r w:rsidRPr="000767E2">
        <w:rPr>
          <w:vertAlign w:val="superscript"/>
          <w:lang w:val="sv-SE"/>
        </w:rPr>
        <w:t>39</w:t>
      </w:r>
      <w:r w:rsidRPr="000767E2">
        <w:rPr>
          <w:lang w:val="sv-SE"/>
        </w:rPr>
        <w:t xml:space="preserve"> {{field-on:bible}}[Då] sökte de åter fånga honom. Och han gick ut ur deras hand.{{field-off:bible}}</w:t>
      </w:r>
    </w:p>
    <w:p w14:paraId="2175B1BB" w14:textId="253274A2" w:rsidR="00BA33AB" w:rsidRPr="000767E2" w:rsidRDefault="00000000">
      <w:pPr>
        <w:rPr>
          <w:lang w:val="sv-SE"/>
        </w:rPr>
      </w:pPr>
      <w:r w:rsidRPr="000767E2">
        <w:rPr>
          <w:lang w:val="sv-SE"/>
        </w:rPr>
        <w:t>[[@</w:t>
      </w:r>
      <w:r w:rsidR="0096445B" w:rsidRPr="000767E2">
        <w:rPr>
          <w:lang w:val="sv-SE"/>
        </w:rPr>
        <w:t>BibleBIBEL82</w:t>
      </w:r>
      <w:r w:rsidRPr="000767E2">
        <w:rPr>
          <w:lang w:val="sv-SE"/>
        </w:rPr>
        <w:t>:John 10:40]]</w:t>
      </w:r>
      <w:r w:rsidRPr="000767E2">
        <w:rPr>
          <w:vertAlign w:val="superscript"/>
          <w:lang w:val="sv-SE"/>
        </w:rPr>
        <w:t>40</w:t>
      </w:r>
      <w:r w:rsidRPr="000767E2">
        <w:rPr>
          <w:lang w:val="sv-SE"/>
        </w:rPr>
        <w:t xml:space="preserve"> {{field-on:bible}}Och han gick åter bort till andra sidan Jordan, till platsen där Johannes var först och döpte, och blev kvar där.{{field-off:bible}} [[@</w:t>
      </w:r>
      <w:r w:rsidR="0096445B" w:rsidRPr="000767E2">
        <w:rPr>
          <w:lang w:val="sv-SE"/>
        </w:rPr>
        <w:t>BibleBIBEL82</w:t>
      </w:r>
      <w:r w:rsidRPr="000767E2">
        <w:rPr>
          <w:lang w:val="sv-SE"/>
        </w:rPr>
        <w:t>:John 10:41]]</w:t>
      </w:r>
      <w:r w:rsidRPr="000767E2">
        <w:rPr>
          <w:vertAlign w:val="superscript"/>
          <w:lang w:val="sv-SE"/>
        </w:rPr>
        <w:t>41</w:t>
      </w:r>
      <w:r w:rsidRPr="000767E2">
        <w:rPr>
          <w:lang w:val="sv-SE"/>
        </w:rPr>
        <w:t xml:space="preserve"> {{field-on:bible}}Och många kom till honom, och de sade att: </w:t>
      </w:r>
      <w:r w:rsidRPr="000767E2">
        <w:rPr>
          <w:lang w:val="sv-SE"/>
        </w:rPr>
        <w:lastRenderedPageBreak/>
        <w:t>”Johannes gjorde visserligen inget tecken. Men allt vad Johannes sade om denne var sant.”{{field-off:bible}} [[@</w:t>
      </w:r>
      <w:r w:rsidR="0096445B" w:rsidRPr="000767E2">
        <w:rPr>
          <w:lang w:val="sv-SE"/>
        </w:rPr>
        <w:t>BibleBIBEL82</w:t>
      </w:r>
      <w:r w:rsidRPr="000767E2">
        <w:rPr>
          <w:lang w:val="sv-SE"/>
        </w:rPr>
        <w:t>:John 10:42]]</w:t>
      </w:r>
      <w:r w:rsidRPr="000767E2">
        <w:rPr>
          <w:vertAlign w:val="superscript"/>
          <w:lang w:val="sv-SE"/>
        </w:rPr>
        <w:t>42</w:t>
      </w:r>
      <w:r w:rsidRPr="000767E2">
        <w:rPr>
          <w:lang w:val="sv-SE"/>
        </w:rPr>
        <w:t xml:space="preserve"> {{field-on:bible}}Och många kom till tro på honom där.{{field-off:bible}}</w:t>
      </w:r>
    </w:p>
    <w:p w14:paraId="3B3022F5" w14:textId="774C728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11]]Kapitel 11</w:t>
      </w:r>
    </w:p>
    <w:p w14:paraId="40B9EA8B" w14:textId="77777777" w:rsidR="00BA33AB" w:rsidRPr="000767E2" w:rsidRDefault="00000000">
      <w:pPr>
        <w:pStyle w:val="Rubrik3"/>
        <w:rPr>
          <w:lang w:val="sv-SE"/>
        </w:rPr>
      </w:pPr>
      <w:r w:rsidRPr="000767E2">
        <w:rPr>
          <w:lang w:val="sv-SE"/>
        </w:rPr>
        <w:t>Jesus uppväcker Lazaros</w:t>
      </w:r>
    </w:p>
    <w:p w14:paraId="3767B2A9" w14:textId="5ED6C03B" w:rsidR="00BA33AB" w:rsidRPr="000767E2" w:rsidRDefault="00000000">
      <w:pPr>
        <w:rPr>
          <w:lang w:val="sv-SE"/>
        </w:rPr>
      </w:pPr>
      <w:r w:rsidRPr="000767E2">
        <w:rPr>
          <w:lang w:val="sv-SE"/>
        </w:rPr>
        <w:t>[[@</w:t>
      </w:r>
      <w:r w:rsidR="0096445B" w:rsidRPr="000767E2">
        <w:rPr>
          <w:lang w:val="sv-SE"/>
        </w:rPr>
        <w:t>BibleBIBEL82</w:t>
      </w:r>
      <w:r w:rsidRPr="000767E2">
        <w:rPr>
          <w:lang w:val="sv-SE"/>
        </w:rPr>
        <w:t>:John 11:1]]</w:t>
      </w:r>
      <w:r w:rsidRPr="000767E2">
        <w:rPr>
          <w:vertAlign w:val="superscript"/>
          <w:lang w:val="sv-SE"/>
        </w:rPr>
        <w:t>1</w:t>
      </w:r>
      <w:r w:rsidRPr="000767E2">
        <w:rPr>
          <w:lang w:val="sv-SE"/>
        </w:rPr>
        <w:t xml:space="preserve"> {{field-on:bible}}Men </w:t>
      </w:r>
      <w:r w:rsidRPr="000767E2">
        <w:rPr>
          <w:i/>
          <w:lang w:val="sv-SE"/>
        </w:rPr>
        <w:t>det</w:t>
      </w:r>
      <w:r w:rsidRPr="000767E2">
        <w:rPr>
          <w:lang w:val="sv-SE"/>
        </w:rPr>
        <w:t xml:space="preserve"> fanns en </w:t>
      </w:r>
      <w:r w:rsidRPr="000767E2">
        <w:rPr>
          <w:i/>
          <w:lang w:val="sv-SE"/>
        </w:rPr>
        <w:t>som var</w:t>
      </w:r>
      <w:r w:rsidRPr="000767E2">
        <w:rPr>
          <w:lang w:val="sv-SE"/>
        </w:rPr>
        <w:t xml:space="preserve"> sjuk, Lazaros från Bethania, från byn hos Mariam och Martha, hennes syster.{{field-off:bible}} [[@</w:t>
      </w:r>
      <w:r w:rsidR="0096445B" w:rsidRPr="000767E2">
        <w:rPr>
          <w:lang w:val="sv-SE"/>
        </w:rPr>
        <w:t>BibleBIBEL82</w:t>
      </w:r>
      <w:r w:rsidRPr="000767E2">
        <w:rPr>
          <w:lang w:val="sv-SE"/>
        </w:rPr>
        <w:t>:John 11:2]]</w:t>
      </w:r>
      <w:r w:rsidRPr="000767E2">
        <w:rPr>
          <w:vertAlign w:val="superscript"/>
          <w:lang w:val="sv-SE"/>
        </w:rPr>
        <w:t>2</w:t>
      </w:r>
      <w:r w:rsidRPr="000767E2">
        <w:rPr>
          <w:lang w:val="sv-SE"/>
        </w:rPr>
        <w:t xml:space="preserve"> {{field-on:bible}}Och det var Mariam som smorde in Herren med balsam och torkade hans fötter med sitt hår. Hennes bror Lazaros var sjuk.{{field-off:bible}} [[@</w:t>
      </w:r>
      <w:r w:rsidR="0096445B" w:rsidRPr="000767E2">
        <w:rPr>
          <w:lang w:val="sv-SE"/>
        </w:rPr>
        <w:t>BibleBIBEL82</w:t>
      </w:r>
      <w:r w:rsidRPr="000767E2">
        <w:rPr>
          <w:lang w:val="sv-SE"/>
        </w:rPr>
        <w:t>:John 11:3]]</w:t>
      </w:r>
      <w:r w:rsidRPr="000767E2">
        <w:rPr>
          <w:vertAlign w:val="superscript"/>
          <w:lang w:val="sv-SE"/>
        </w:rPr>
        <w:t>3</w:t>
      </w:r>
      <w:r w:rsidRPr="000767E2">
        <w:rPr>
          <w:lang w:val="sv-SE"/>
        </w:rPr>
        <w:t xml:space="preserve"> {{field-on:bible}}Då sände systrarna </w:t>
      </w:r>
      <w:r w:rsidRPr="000767E2">
        <w:rPr>
          <w:i/>
          <w:lang w:val="sv-SE"/>
        </w:rPr>
        <w:t>bud</w:t>
      </w:r>
      <w:r w:rsidRPr="000767E2">
        <w:rPr>
          <w:lang w:val="sv-SE"/>
        </w:rPr>
        <w:t xml:space="preserve"> till honom och sade: ”Herre, se: den du har kär är sjuk.”{{field-off:bible}} [[@</w:t>
      </w:r>
      <w:r w:rsidR="0096445B" w:rsidRPr="000767E2">
        <w:rPr>
          <w:lang w:val="sv-SE"/>
        </w:rPr>
        <w:t>BibleBIBEL82</w:t>
      </w:r>
      <w:r w:rsidRPr="000767E2">
        <w:rPr>
          <w:lang w:val="sv-SE"/>
        </w:rPr>
        <w:t>:John 11:4]]</w:t>
      </w:r>
      <w:r w:rsidRPr="000767E2">
        <w:rPr>
          <w:vertAlign w:val="superscript"/>
          <w:lang w:val="sv-SE"/>
        </w:rPr>
        <w:t>4</w:t>
      </w:r>
      <w:r w:rsidRPr="000767E2">
        <w:rPr>
          <w:lang w:val="sv-SE"/>
        </w:rPr>
        <w:t xml:space="preserve"> {{field-on:bible}}Men när Jesus hörde </w:t>
      </w:r>
      <w:r w:rsidRPr="000767E2">
        <w:rPr>
          <w:i/>
          <w:lang w:val="sv-SE"/>
        </w:rPr>
        <w:t>det</w:t>
      </w:r>
      <w:r w:rsidRPr="000767E2">
        <w:rPr>
          <w:lang w:val="sv-SE"/>
        </w:rPr>
        <w:t>, sade han: ”Denna sjukdom är inte till döds utan för Guds ära, för att Guds Son ska bli förhärligad genom den.”{{field-off:bible}} [[@</w:t>
      </w:r>
      <w:r w:rsidR="0096445B" w:rsidRPr="000767E2">
        <w:rPr>
          <w:lang w:val="sv-SE"/>
        </w:rPr>
        <w:t>BibleBIBEL82</w:t>
      </w:r>
      <w:r w:rsidRPr="000767E2">
        <w:rPr>
          <w:lang w:val="sv-SE"/>
        </w:rPr>
        <w:t>:John 11:5]]</w:t>
      </w:r>
      <w:r w:rsidRPr="000767E2">
        <w:rPr>
          <w:vertAlign w:val="superscript"/>
          <w:lang w:val="sv-SE"/>
        </w:rPr>
        <w:t>5</w:t>
      </w:r>
      <w:r w:rsidRPr="000767E2">
        <w:rPr>
          <w:lang w:val="sv-SE"/>
        </w:rPr>
        <w:t xml:space="preserve"> {{field-on:bible}}Och Jesus älskade Martha och hennes syster och Lazaros.{{field-off:bible}}</w:t>
      </w:r>
    </w:p>
    <w:p w14:paraId="203DC0E8" w14:textId="4F6C4336" w:rsidR="00BA33AB" w:rsidRPr="000767E2" w:rsidRDefault="00000000">
      <w:pPr>
        <w:rPr>
          <w:lang w:val="sv-SE"/>
        </w:rPr>
      </w:pPr>
      <w:r w:rsidRPr="000767E2">
        <w:rPr>
          <w:lang w:val="sv-SE"/>
        </w:rPr>
        <w:t>[[@</w:t>
      </w:r>
      <w:r w:rsidR="0096445B" w:rsidRPr="000767E2">
        <w:rPr>
          <w:lang w:val="sv-SE"/>
        </w:rPr>
        <w:t>BibleBIBEL82</w:t>
      </w:r>
      <w:r w:rsidRPr="000767E2">
        <w:rPr>
          <w:lang w:val="sv-SE"/>
        </w:rPr>
        <w:t>:John 11:6]]</w:t>
      </w:r>
      <w:r w:rsidRPr="000767E2">
        <w:rPr>
          <w:vertAlign w:val="superscript"/>
          <w:lang w:val="sv-SE"/>
        </w:rPr>
        <w:t>6</w:t>
      </w:r>
      <w:r w:rsidRPr="000767E2">
        <w:rPr>
          <w:lang w:val="sv-SE"/>
        </w:rPr>
        <w:t xml:space="preserve"> {{field-on:bible}}När han nu hörde att han är sjuk, då blev han </w:t>
      </w:r>
      <w:r w:rsidRPr="000767E2">
        <w:rPr>
          <w:i/>
          <w:lang w:val="sv-SE"/>
        </w:rPr>
        <w:t>först</w:t>
      </w:r>
      <w:r w:rsidRPr="000767E2">
        <w:rPr>
          <w:lang w:val="sv-SE"/>
        </w:rPr>
        <w:t xml:space="preserve"> kvar på den plats där han var </w:t>
      </w:r>
      <w:r w:rsidRPr="000767E2">
        <w:rPr>
          <w:i/>
          <w:lang w:val="sv-SE"/>
        </w:rPr>
        <w:t>i</w:t>
      </w:r>
      <w:r w:rsidRPr="000767E2">
        <w:rPr>
          <w:lang w:val="sv-SE"/>
        </w:rPr>
        <w:t xml:space="preserve"> två dagar.{{field-off:bible}} [[@</w:t>
      </w:r>
      <w:r w:rsidR="0096445B" w:rsidRPr="000767E2">
        <w:rPr>
          <w:lang w:val="sv-SE"/>
        </w:rPr>
        <w:t>BibleBIBEL82</w:t>
      </w:r>
      <w:r w:rsidRPr="000767E2">
        <w:rPr>
          <w:lang w:val="sv-SE"/>
        </w:rPr>
        <w:t>:John 11:7]]</w:t>
      </w:r>
      <w:r w:rsidRPr="000767E2">
        <w:rPr>
          <w:vertAlign w:val="superscript"/>
          <w:lang w:val="sv-SE"/>
        </w:rPr>
        <w:t>7</w:t>
      </w:r>
      <w:r w:rsidRPr="000767E2">
        <w:rPr>
          <w:lang w:val="sv-SE"/>
        </w:rPr>
        <w:t xml:space="preserve"> {{field-on:bible}}Sedan, efter detta, säger han till lärjungarna: ”Låt oss dra till Judeen igen.”{{field-off:bible}} [[@</w:t>
      </w:r>
      <w:r w:rsidR="0096445B" w:rsidRPr="000767E2">
        <w:rPr>
          <w:lang w:val="sv-SE"/>
        </w:rPr>
        <w:t>BibleBIBEL82</w:t>
      </w:r>
      <w:r w:rsidRPr="000767E2">
        <w:rPr>
          <w:lang w:val="sv-SE"/>
        </w:rPr>
        <w:t>:John 11:8]]</w:t>
      </w:r>
      <w:r w:rsidRPr="000767E2">
        <w:rPr>
          <w:vertAlign w:val="superscript"/>
          <w:lang w:val="sv-SE"/>
        </w:rPr>
        <w:t>8</w:t>
      </w:r>
      <w:r w:rsidRPr="000767E2">
        <w:rPr>
          <w:lang w:val="sv-SE"/>
        </w:rPr>
        <w:t xml:space="preserve"> {{field-on:bible}}Lärjungarna säger till honom: ”Rabbi, nu sökte judarna stena dig. Och åter beger du dig dit?”{{field-off:bible}} [[@</w:t>
      </w:r>
      <w:r w:rsidR="0096445B" w:rsidRPr="000767E2">
        <w:rPr>
          <w:lang w:val="sv-SE"/>
        </w:rPr>
        <w:t>BibleBIBEL82</w:t>
      </w:r>
      <w:r w:rsidRPr="000767E2">
        <w:rPr>
          <w:lang w:val="sv-SE"/>
        </w:rPr>
        <w:t>:John 11:9]]</w:t>
      </w:r>
      <w:r w:rsidRPr="000767E2">
        <w:rPr>
          <w:vertAlign w:val="superscript"/>
          <w:lang w:val="sv-SE"/>
        </w:rPr>
        <w:t>9</w:t>
      </w:r>
      <w:r w:rsidRPr="000767E2">
        <w:rPr>
          <w:lang w:val="sv-SE"/>
        </w:rPr>
        <w:t xml:space="preserve"> {{field-on:bible}}Jesus svarade: ”Finns det inte tolv timmar under dagen? Om någon vandrar om dagen stöter han sig inte, eftersom han ser denna världs ljus.{{field-off:bible}} [[@</w:t>
      </w:r>
      <w:r w:rsidR="0096445B" w:rsidRPr="000767E2">
        <w:rPr>
          <w:lang w:val="sv-SE"/>
        </w:rPr>
        <w:t>BibleBIBEL82</w:t>
      </w:r>
      <w:r w:rsidRPr="000767E2">
        <w:rPr>
          <w:lang w:val="sv-SE"/>
        </w:rPr>
        <w:t>:John 11:10]]</w:t>
      </w:r>
      <w:r w:rsidRPr="000767E2">
        <w:rPr>
          <w:vertAlign w:val="superscript"/>
          <w:lang w:val="sv-SE"/>
        </w:rPr>
        <w:t>10</w:t>
      </w:r>
      <w:r w:rsidRPr="000767E2">
        <w:rPr>
          <w:lang w:val="sv-SE"/>
        </w:rPr>
        <w:t xml:space="preserve"> {{field-on:bible}}Men om någon vandrar om natten stöter han sig, eftersom ljuset inte finns i honom.”{{field-off:bible}}</w:t>
      </w:r>
    </w:p>
    <w:p w14:paraId="7C1E5101" w14:textId="4E91730E" w:rsidR="00BA33AB" w:rsidRPr="000767E2" w:rsidRDefault="00000000">
      <w:pPr>
        <w:rPr>
          <w:lang w:val="sv-SE"/>
        </w:rPr>
      </w:pPr>
      <w:r w:rsidRPr="000767E2">
        <w:rPr>
          <w:lang w:val="sv-SE"/>
        </w:rPr>
        <w:t>[[@</w:t>
      </w:r>
      <w:r w:rsidR="0096445B" w:rsidRPr="000767E2">
        <w:rPr>
          <w:lang w:val="sv-SE"/>
        </w:rPr>
        <w:t>BibleBIBEL82</w:t>
      </w:r>
      <w:r w:rsidRPr="000767E2">
        <w:rPr>
          <w:lang w:val="sv-SE"/>
        </w:rPr>
        <w:t>:John 11:11]]</w:t>
      </w:r>
      <w:r w:rsidRPr="000767E2">
        <w:rPr>
          <w:vertAlign w:val="superscript"/>
          <w:lang w:val="sv-SE"/>
        </w:rPr>
        <w:t>11</w:t>
      </w:r>
      <w:r w:rsidRPr="000767E2">
        <w:rPr>
          <w:lang w:val="sv-SE"/>
        </w:rPr>
        <w:t xml:space="preserve"> {{field-on:bible}}Detta sade han, och efter detta säger han dem: ”Lazaros vår vän har insomnat. Men jag går för att väcka honom ur sömnen.”{{field-off:bible}} [[@</w:t>
      </w:r>
      <w:r w:rsidR="0096445B" w:rsidRPr="000767E2">
        <w:rPr>
          <w:lang w:val="sv-SE"/>
        </w:rPr>
        <w:t>BibleBIBEL82</w:t>
      </w:r>
      <w:r w:rsidRPr="000767E2">
        <w:rPr>
          <w:lang w:val="sv-SE"/>
        </w:rPr>
        <w:t>:John 11:12]]</w:t>
      </w:r>
      <w:r w:rsidRPr="000767E2">
        <w:rPr>
          <w:vertAlign w:val="superscript"/>
          <w:lang w:val="sv-SE"/>
        </w:rPr>
        <w:t>12</w:t>
      </w:r>
      <w:r w:rsidRPr="000767E2">
        <w:rPr>
          <w:lang w:val="sv-SE"/>
        </w:rPr>
        <w:t xml:space="preserve"> {{field-on:bible}}Då sade lärjungarna till honom: ”Herre, om han har insomnat blir han frälst.”{{field-off:bible}} [[@</w:t>
      </w:r>
      <w:r w:rsidR="0096445B" w:rsidRPr="000767E2">
        <w:rPr>
          <w:lang w:val="sv-SE"/>
        </w:rPr>
        <w:t>BibleBIBEL82</w:t>
      </w:r>
      <w:r w:rsidRPr="000767E2">
        <w:rPr>
          <w:lang w:val="sv-SE"/>
        </w:rPr>
        <w:t>:John 11:13]]</w:t>
      </w:r>
      <w:r w:rsidRPr="000767E2">
        <w:rPr>
          <w:vertAlign w:val="superscript"/>
          <w:lang w:val="sv-SE"/>
        </w:rPr>
        <w:t>13</w:t>
      </w:r>
      <w:r w:rsidRPr="000767E2">
        <w:rPr>
          <w:lang w:val="sv-SE"/>
        </w:rPr>
        <w:t xml:space="preserve"> {{field-on:bible}}Och Jesus hade sagt </w:t>
      </w:r>
      <w:r w:rsidRPr="000767E2">
        <w:rPr>
          <w:i/>
          <w:lang w:val="sv-SE"/>
        </w:rPr>
        <w:t>det</w:t>
      </w:r>
      <w:r w:rsidRPr="000767E2">
        <w:rPr>
          <w:lang w:val="sv-SE"/>
        </w:rPr>
        <w:t xml:space="preserve"> om hans död, men dessa tänkte sig att </w:t>
      </w:r>
      <w:r w:rsidRPr="000767E2">
        <w:rPr>
          <w:i/>
          <w:lang w:val="sv-SE"/>
        </w:rPr>
        <w:t>det är</w:t>
      </w:r>
      <w:r w:rsidRPr="000767E2">
        <w:rPr>
          <w:lang w:val="sv-SE"/>
        </w:rPr>
        <w:t xml:space="preserve"> om sömnens insomnande han talar.{{field-off:bible}} [[@</w:t>
      </w:r>
      <w:r w:rsidR="0096445B" w:rsidRPr="000767E2">
        <w:rPr>
          <w:lang w:val="sv-SE"/>
        </w:rPr>
        <w:t>BibleBIBEL82</w:t>
      </w:r>
      <w:r w:rsidRPr="000767E2">
        <w:rPr>
          <w:lang w:val="sv-SE"/>
        </w:rPr>
        <w:t>:John 11:14]]</w:t>
      </w:r>
      <w:r w:rsidRPr="000767E2">
        <w:rPr>
          <w:vertAlign w:val="superscript"/>
          <w:lang w:val="sv-SE"/>
        </w:rPr>
        <w:t>14</w:t>
      </w:r>
      <w:r w:rsidRPr="000767E2">
        <w:rPr>
          <w:lang w:val="sv-SE"/>
        </w:rPr>
        <w:t xml:space="preserve"> {{field-on:bible}}Då sade nu Jesus till dem öppet: ”Lazaros har dött.{{field-off:bible}} [[@</w:t>
      </w:r>
      <w:r w:rsidR="0096445B" w:rsidRPr="000767E2">
        <w:rPr>
          <w:lang w:val="sv-SE"/>
        </w:rPr>
        <w:t>BibleBIBEL82</w:t>
      </w:r>
      <w:r w:rsidRPr="000767E2">
        <w:rPr>
          <w:lang w:val="sv-SE"/>
        </w:rPr>
        <w:t>:John 11:15]]</w:t>
      </w:r>
      <w:r w:rsidRPr="000767E2">
        <w:rPr>
          <w:vertAlign w:val="superscript"/>
          <w:lang w:val="sv-SE"/>
        </w:rPr>
        <w:t>15</w:t>
      </w:r>
      <w:r w:rsidRPr="000767E2">
        <w:rPr>
          <w:lang w:val="sv-SE"/>
        </w:rPr>
        <w:t xml:space="preserve"> {{field-on:bible}}Och jag är glad för er skull, för att ni ska tro, att jag inte var där. Men låt oss dra till honom.”{{field-off:bible}} [[@</w:t>
      </w:r>
      <w:r w:rsidR="0096445B" w:rsidRPr="000767E2">
        <w:rPr>
          <w:lang w:val="sv-SE"/>
        </w:rPr>
        <w:t>BibleBIBEL82</w:t>
      </w:r>
      <w:r w:rsidRPr="000767E2">
        <w:rPr>
          <w:lang w:val="sv-SE"/>
        </w:rPr>
        <w:t>:John 11:16]]</w:t>
      </w:r>
      <w:r w:rsidRPr="000767E2">
        <w:rPr>
          <w:vertAlign w:val="superscript"/>
          <w:lang w:val="sv-SE"/>
        </w:rPr>
        <w:t>16</w:t>
      </w:r>
      <w:r w:rsidRPr="000767E2">
        <w:rPr>
          <w:lang w:val="sv-SE"/>
        </w:rPr>
        <w:t xml:space="preserve"> {{field-on:bible}}Då sade Thomas som kallades Tvillingen till medlärjungarna: ”Låt oss dra, också vi. Så att vi dör med honom.”{{field-off:bible}}</w:t>
      </w:r>
    </w:p>
    <w:p w14:paraId="32169391" w14:textId="328B4CB2" w:rsidR="00BA33AB" w:rsidRPr="000767E2" w:rsidRDefault="00000000">
      <w:pPr>
        <w:rPr>
          <w:lang w:val="sv-SE"/>
        </w:rPr>
      </w:pPr>
      <w:r w:rsidRPr="000767E2">
        <w:rPr>
          <w:lang w:val="sv-SE"/>
        </w:rPr>
        <w:t>[[@</w:t>
      </w:r>
      <w:r w:rsidR="0096445B" w:rsidRPr="000767E2">
        <w:rPr>
          <w:lang w:val="sv-SE"/>
        </w:rPr>
        <w:t>BibleBIBEL82</w:t>
      </w:r>
      <w:r w:rsidRPr="000767E2">
        <w:rPr>
          <w:lang w:val="sv-SE"/>
        </w:rPr>
        <w:t>:John 11:17]]</w:t>
      </w:r>
      <w:r w:rsidRPr="000767E2">
        <w:rPr>
          <w:vertAlign w:val="superscript"/>
          <w:lang w:val="sv-SE"/>
        </w:rPr>
        <w:t>17</w:t>
      </w:r>
      <w:r w:rsidRPr="000767E2">
        <w:rPr>
          <w:lang w:val="sv-SE"/>
        </w:rPr>
        <w:t xml:space="preserve"> {{field-on:bible}}När Jesus nu kom, fann han </w:t>
      </w:r>
      <w:r w:rsidRPr="000767E2">
        <w:rPr>
          <w:i/>
          <w:lang w:val="sv-SE"/>
        </w:rPr>
        <w:t>att</w:t>
      </w:r>
      <w:r w:rsidRPr="000767E2">
        <w:rPr>
          <w:lang w:val="sv-SE"/>
        </w:rPr>
        <w:t xml:space="preserve"> han redan hade fyra dagar i graven.{{field-off:bible}} [[@</w:t>
      </w:r>
      <w:r w:rsidR="0096445B" w:rsidRPr="000767E2">
        <w:rPr>
          <w:lang w:val="sv-SE"/>
        </w:rPr>
        <w:t>BibleBIBEL82</w:t>
      </w:r>
      <w:r w:rsidRPr="000767E2">
        <w:rPr>
          <w:lang w:val="sv-SE"/>
        </w:rPr>
        <w:t>:John 11:18]]</w:t>
      </w:r>
      <w:r w:rsidRPr="000767E2">
        <w:rPr>
          <w:vertAlign w:val="superscript"/>
          <w:lang w:val="sv-SE"/>
        </w:rPr>
        <w:t>18</w:t>
      </w:r>
      <w:r w:rsidRPr="000767E2">
        <w:rPr>
          <w:lang w:val="sv-SE"/>
        </w:rPr>
        <w:t xml:space="preserve"> {{field-on:bible}}Och Bethania var nära Jerusalem, ungefär femton stadier bort.{{field-off:bible}} [[@</w:t>
      </w:r>
      <w:r w:rsidR="0096445B" w:rsidRPr="000767E2">
        <w:rPr>
          <w:lang w:val="sv-SE"/>
        </w:rPr>
        <w:t>BibleBIBEL82</w:t>
      </w:r>
      <w:r w:rsidRPr="000767E2">
        <w:rPr>
          <w:lang w:val="sv-SE"/>
        </w:rPr>
        <w:t>:John 11:19]]</w:t>
      </w:r>
      <w:r w:rsidRPr="000767E2">
        <w:rPr>
          <w:vertAlign w:val="superscript"/>
          <w:lang w:val="sv-SE"/>
        </w:rPr>
        <w:t>19</w:t>
      </w:r>
      <w:r w:rsidRPr="000767E2">
        <w:rPr>
          <w:lang w:val="sv-SE"/>
        </w:rPr>
        <w:t xml:space="preserve"> {{field-on:bible}}Och många av judarna hade kommit till Martha och Mariam för att muntra upp dem gällande brodern.{{field-off:bible}} </w:t>
      </w:r>
      <w:r w:rsidRPr="000767E2">
        <w:rPr>
          <w:lang w:val="sv-SE"/>
        </w:rPr>
        <w:lastRenderedPageBreak/>
        <w:t>[[@</w:t>
      </w:r>
      <w:r w:rsidR="0096445B" w:rsidRPr="000767E2">
        <w:rPr>
          <w:lang w:val="sv-SE"/>
        </w:rPr>
        <w:t>BibleBIBEL82</w:t>
      </w:r>
      <w:r w:rsidRPr="000767E2">
        <w:rPr>
          <w:lang w:val="sv-SE"/>
        </w:rPr>
        <w:t>:John 11:20]]</w:t>
      </w:r>
      <w:r w:rsidRPr="000767E2">
        <w:rPr>
          <w:vertAlign w:val="superscript"/>
          <w:lang w:val="sv-SE"/>
        </w:rPr>
        <w:t>20</w:t>
      </w:r>
      <w:r w:rsidRPr="000767E2">
        <w:rPr>
          <w:lang w:val="sv-SE"/>
        </w:rPr>
        <w:t xml:space="preserve"> {{field-on:bible}}Martha, när hon nu hörde att Jesus kommer, mötte honom. Men Mariam satt i huset.{{field-off:bible}}</w:t>
      </w:r>
    </w:p>
    <w:p w14:paraId="2727F36D" w14:textId="7299FDF7" w:rsidR="00BA33AB" w:rsidRPr="000767E2" w:rsidRDefault="00000000">
      <w:pPr>
        <w:rPr>
          <w:lang w:val="sv-SE"/>
        </w:rPr>
      </w:pPr>
      <w:r w:rsidRPr="000767E2">
        <w:rPr>
          <w:lang w:val="sv-SE"/>
        </w:rPr>
        <w:t>[[@</w:t>
      </w:r>
      <w:r w:rsidR="0096445B" w:rsidRPr="000767E2">
        <w:rPr>
          <w:lang w:val="sv-SE"/>
        </w:rPr>
        <w:t>BibleBIBEL82</w:t>
      </w:r>
      <w:r w:rsidRPr="000767E2">
        <w:rPr>
          <w:lang w:val="sv-SE"/>
        </w:rPr>
        <w:t>:John 11:21]]</w:t>
      </w:r>
      <w:r w:rsidRPr="000767E2">
        <w:rPr>
          <w:vertAlign w:val="superscript"/>
          <w:lang w:val="sv-SE"/>
        </w:rPr>
        <w:t>21</w:t>
      </w:r>
      <w:r w:rsidRPr="000767E2">
        <w:rPr>
          <w:lang w:val="sv-SE"/>
        </w:rPr>
        <w:t xml:space="preserve"> {{field-on:bible}}Då sade Martha till Jesus: ”Herre, om du hade varit här, hade inte min bror dött.{{field-off:bible}} [[@</w:t>
      </w:r>
      <w:r w:rsidR="0096445B" w:rsidRPr="000767E2">
        <w:rPr>
          <w:lang w:val="sv-SE"/>
        </w:rPr>
        <w:t>BibleBIBEL82</w:t>
      </w:r>
      <w:r w:rsidRPr="000767E2">
        <w:rPr>
          <w:lang w:val="sv-SE"/>
        </w:rPr>
        <w:t>:John 11:22]]</w:t>
      </w:r>
      <w:r w:rsidRPr="000767E2">
        <w:rPr>
          <w:vertAlign w:val="superscript"/>
          <w:lang w:val="sv-SE"/>
        </w:rPr>
        <w:t>22</w:t>
      </w:r>
      <w:r w:rsidRPr="000767E2">
        <w:rPr>
          <w:lang w:val="sv-SE"/>
        </w:rPr>
        <w:t xml:space="preserve"> {{field-on:bible}}[Men] även nu vet jag att vad du än ber Gud om ska Gud ge dig.”{{field-off:bible}} [[@</w:t>
      </w:r>
      <w:r w:rsidR="0096445B" w:rsidRPr="000767E2">
        <w:rPr>
          <w:lang w:val="sv-SE"/>
        </w:rPr>
        <w:t>BibleBIBEL82</w:t>
      </w:r>
      <w:r w:rsidRPr="000767E2">
        <w:rPr>
          <w:lang w:val="sv-SE"/>
        </w:rPr>
        <w:t>:John 11:23]]</w:t>
      </w:r>
      <w:r w:rsidRPr="000767E2">
        <w:rPr>
          <w:vertAlign w:val="superscript"/>
          <w:lang w:val="sv-SE"/>
        </w:rPr>
        <w:t>23</w:t>
      </w:r>
      <w:r w:rsidRPr="000767E2">
        <w:rPr>
          <w:lang w:val="sv-SE"/>
        </w:rPr>
        <w:t xml:space="preserve"> {{field-on:bible}}Jesus säger till henne: ”Din bror ska uppstå.”{{field-off:bible}} [[@</w:t>
      </w:r>
      <w:r w:rsidR="0096445B" w:rsidRPr="000767E2">
        <w:rPr>
          <w:lang w:val="sv-SE"/>
        </w:rPr>
        <w:t>BibleBIBEL82</w:t>
      </w:r>
      <w:r w:rsidRPr="000767E2">
        <w:rPr>
          <w:lang w:val="sv-SE"/>
        </w:rPr>
        <w:t>:John 11:24]]</w:t>
      </w:r>
      <w:r w:rsidRPr="000767E2">
        <w:rPr>
          <w:vertAlign w:val="superscript"/>
          <w:lang w:val="sv-SE"/>
        </w:rPr>
        <w:t>24</w:t>
      </w:r>
      <w:r w:rsidRPr="000767E2">
        <w:rPr>
          <w:lang w:val="sv-SE"/>
        </w:rPr>
        <w:t xml:space="preserve"> {{field-on:bible}}Martha säger till honom: ”Jag vet att han ska uppstå. Vid uppståndelsen, på den sista dagen.”{{field-off:bible}} [[@</w:t>
      </w:r>
      <w:r w:rsidR="0096445B" w:rsidRPr="000767E2">
        <w:rPr>
          <w:lang w:val="sv-SE"/>
        </w:rPr>
        <w:t>BibleBIBEL82</w:t>
      </w:r>
      <w:r w:rsidRPr="000767E2">
        <w:rPr>
          <w:lang w:val="sv-SE"/>
        </w:rPr>
        <w:t>:John 11:25]]</w:t>
      </w:r>
      <w:r w:rsidRPr="000767E2">
        <w:rPr>
          <w:vertAlign w:val="superscript"/>
          <w:lang w:val="sv-SE"/>
        </w:rPr>
        <w:t>25</w:t>
      </w:r>
      <w:r w:rsidRPr="000767E2">
        <w:rPr>
          <w:lang w:val="sv-SE"/>
        </w:rPr>
        <w:t xml:space="preserve"> {{field-on:bible}}Jesus sade: ”Jag är uppståndelsen och livet. Den som tror på mig, även om han dör ska han leva.{{field-off:bible}} [[@</w:t>
      </w:r>
      <w:r w:rsidR="0096445B" w:rsidRPr="000767E2">
        <w:rPr>
          <w:lang w:val="sv-SE"/>
        </w:rPr>
        <w:t>BibleBIBEL82</w:t>
      </w:r>
      <w:r w:rsidRPr="000767E2">
        <w:rPr>
          <w:lang w:val="sv-SE"/>
        </w:rPr>
        <w:t>:John 11:26]]</w:t>
      </w:r>
      <w:r w:rsidRPr="000767E2">
        <w:rPr>
          <w:vertAlign w:val="superscript"/>
          <w:lang w:val="sv-SE"/>
        </w:rPr>
        <w:t>26</w:t>
      </w:r>
      <w:r w:rsidRPr="000767E2">
        <w:rPr>
          <w:lang w:val="sv-SE"/>
        </w:rPr>
        <w:t xml:space="preserve"> {{field-on:bible}}Och var och en som lever och tror på mig ska aldrig dö till eonen. Tror du detta?”{{field-off:bible}} [[@</w:t>
      </w:r>
      <w:r w:rsidR="0096445B" w:rsidRPr="000767E2">
        <w:rPr>
          <w:lang w:val="sv-SE"/>
        </w:rPr>
        <w:t>BibleBIBEL82</w:t>
      </w:r>
      <w:r w:rsidRPr="000767E2">
        <w:rPr>
          <w:lang w:val="sv-SE"/>
        </w:rPr>
        <w:t>:John 11:27]]</w:t>
      </w:r>
      <w:r w:rsidRPr="000767E2">
        <w:rPr>
          <w:vertAlign w:val="superscript"/>
          <w:lang w:val="sv-SE"/>
        </w:rPr>
        <w:t>27</w:t>
      </w:r>
      <w:r w:rsidRPr="000767E2">
        <w:rPr>
          <w:lang w:val="sv-SE"/>
        </w:rPr>
        <w:t xml:space="preserve"> {{field-on:bible}}Hon säger honom: ”Ja, Herre. Jag har kommit till tro på att du är Kristus, Guds Son som kommer till världen.”{{field-off:bible}}</w:t>
      </w:r>
    </w:p>
    <w:p w14:paraId="42B25698" w14:textId="46487F99" w:rsidR="00BA33AB" w:rsidRPr="000767E2" w:rsidRDefault="00000000">
      <w:pPr>
        <w:rPr>
          <w:lang w:val="sv-SE"/>
        </w:rPr>
      </w:pPr>
      <w:r w:rsidRPr="000767E2">
        <w:rPr>
          <w:lang w:val="sv-SE"/>
        </w:rPr>
        <w:t>[[@</w:t>
      </w:r>
      <w:r w:rsidR="0096445B" w:rsidRPr="000767E2">
        <w:rPr>
          <w:lang w:val="sv-SE"/>
        </w:rPr>
        <w:t>BibleBIBEL82</w:t>
      </w:r>
      <w:r w:rsidRPr="000767E2">
        <w:rPr>
          <w:lang w:val="sv-SE"/>
        </w:rPr>
        <w:t>:John 11:28]]</w:t>
      </w:r>
      <w:r w:rsidRPr="000767E2">
        <w:rPr>
          <w:vertAlign w:val="superscript"/>
          <w:lang w:val="sv-SE"/>
        </w:rPr>
        <w:t>28</w:t>
      </w:r>
      <w:r w:rsidRPr="000767E2">
        <w:rPr>
          <w:lang w:val="sv-SE"/>
        </w:rPr>
        <w:t xml:space="preserve"> {{field-on:bible}}Och sedan hon sagt detta, gick hon iväg och ropade på Mariam sin syster och sade i hemlighet: ”Läraren är här och ropar på dig.”{{field-off:bible}} [[@</w:t>
      </w:r>
      <w:r w:rsidR="0096445B" w:rsidRPr="000767E2">
        <w:rPr>
          <w:lang w:val="sv-SE"/>
        </w:rPr>
        <w:t>BibleBIBEL82</w:t>
      </w:r>
      <w:r w:rsidRPr="000767E2">
        <w:rPr>
          <w:lang w:val="sv-SE"/>
        </w:rPr>
        <w:t>:John 11:29]]</w:t>
      </w:r>
      <w:r w:rsidRPr="000767E2">
        <w:rPr>
          <w:vertAlign w:val="superscript"/>
          <w:lang w:val="sv-SE"/>
        </w:rPr>
        <w:t>29</w:t>
      </w:r>
      <w:r w:rsidRPr="000767E2">
        <w:rPr>
          <w:lang w:val="sv-SE"/>
        </w:rPr>
        <w:t xml:space="preserve"> {{field-on:bible}}Och hon, när hon hörde, reste sig fort och gick till honom.{{field-off:bible}} [[@</w:t>
      </w:r>
      <w:r w:rsidR="0096445B" w:rsidRPr="000767E2">
        <w:rPr>
          <w:lang w:val="sv-SE"/>
        </w:rPr>
        <w:t>BibleBIBEL82</w:t>
      </w:r>
      <w:r w:rsidRPr="000767E2">
        <w:rPr>
          <w:lang w:val="sv-SE"/>
        </w:rPr>
        <w:t>:John 11:30]]</w:t>
      </w:r>
      <w:r w:rsidRPr="000767E2">
        <w:rPr>
          <w:vertAlign w:val="superscript"/>
          <w:lang w:val="sv-SE"/>
        </w:rPr>
        <w:t>30</w:t>
      </w:r>
      <w:r w:rsidRPr="000767E2">
        <w:rPr>
          <w:lang w:val="sv-SE"/>
        </w:rPr>
        <w:t xml:space="preserve"> {{field-on:bible}}Men ännu hade inte Jesus gått in i byn, utan var fortfarande på platsen där Martha mötte honom.{{field-off:bible}} [[@</w:t>
      </w:r>
      <w:r w:rsidR="0096445B" w:rsidRPr="000767E2">
        <w:rPr>
          <w:lang w:val="sv-SE"/>
        </w:rPr>
        <w:t>BibleBIBEL82</w:t>
      </w:r>
      <w:r w:rsidRPr="000767E2">
        <w:rPr>
          <w:lang w:val="sv-SE"/>
        </w:rPr>
        <w:t>:John 11:31]]</w:t>
      </w:r>
      <w:r w:rsidRPr="000767E2">
        <w:rPr>
          <w:vertAlign w:val="superscript"/>
          <w:lang w:val="sv-SE"/>
        </w:rPr>
        <w:t>31</w:t>
      </w:r>
      <w:r w:rsidRPr="000767E2">
        <w:rPr>
          <w:lang w:val="sv-SE"/>
        </w:rPr>
        <w:t xml:space="preserve"> {{field-on:bible}}Judarna som var med henne i huset och muntrade upp henne såg då Mariam, att hon fort stod upp och gick ut, och de följde henne och tänkte sig att hon beger sig till graven för att gråta där.{{field-off:bible}}</w:t>
      </w:r>
    </w:p>
    <w:p w14:paraId="4EB0CF52" w14:textId="51687BFB" w:rsidR="00BA33AB" w:rsidRPr="000767E2" w:rsidRDefault="00000000">
      <w:pPr>
        <w:rPr>
          <w:lang w:val="sv-SE"/>
        </w:rPr>
      </w:pPr>
      <w:r w:rsidRPr="000767E2">
        <w:rPr>
          <w:lang w:val="sv-SE"/>
        </w:rPr>
        <w:t>[[@</w:t>
      </w:r>
      <w:r w:rsidR="0096445B" w:rsidRPr="000767E2">
        <w:rPr>
          <w:lang w:val="sv-SE"/>
        </w:rPr>
        <w:t>BibleBIBEL82</w:t>
      </w:r>
      <w:r w:rsidRPr="000767E2">
        <w:rPr>
          <w:lang w:val="sv-SE"/>
        </w:rPr>
        <w:t>:John 11:32]]</w:t>
      </w:r>
      <w:r w:rsidRPr="000767E2">
        <w:rPr>
          <w:vertAlign w:val="superscript"/>
          <w:lang w:val="sv-SE"/>
        </w:rPr>
        <w:t>32</w:t>
      </w:r>
      <w:r w:rsidRPr="000767E2">
        <w:rPr>
          <w:lang w:val="sv-SE"/>
        </w:rPr>
        <w:t xml:space="preserve"> {{field-on:bible}}Mariam, när hon nu kom dit </w:t>
      </w:r>
      <w:r w:rsidRPr="000767E2">
        <w:rPr>
          <w:i/>
          <w:lang w:val="sv-SE"/>
        </w:rPr>
        <w:t>där</w:t>
      </w:r>
      <w:r w:rsidRPr="000767E2">
        <w:rPr>
          <w:lang w:val="sv-SE"/>
        </w:rPr>
        <w:t xml:space="preserve"> Jesus var och såg honom, föll </w:t>
      </w:r>
      <w:r w:rsidRPr="000767E2">
        <w:rPr>
          <w:i/>
          <w:lang w:val="sv-SE"/>
        </w:rPr>
        <w:t>ner</w:t>
      </w:r>
      <w:r w:rsidRPr="000767E2">
        <w:rPr>
          <w:lang w:val="sv-SE"/>
        </w:rPr>
        <w:t xml:space="preserve"> för hans fötter och sade till honom: ”Herre, om du hade varit här, hade inte min bror dött.”{{field-off:bible}} [[@</w:t>
      </w:r>
      <w:r w:rsidR="0096445B" w:rsidRPr="000767E2">
        <w:rPr>
          <w:lang w:val="sv-SE"/>
        </w:rPr>
        <w:t>BibleBIBEL82</w:t>
      </w:r>
      <w:r w:rsidRPr="000767E2">
        <w:rPr>
          <w:lang w:val="sv-SE"/>
        </w:rPr>
        <w:t>:John 11:33]]</w:t>
      </w:r>
      <w:r w:rsidRPr="000767E2">
        <w:rPr>
          <w:vertAlign w:val="superscript"/>
          <w:lang w:val="sv-SE"/>
        </w:rPr>
        <w:t>33</w:t>
      </w:r>
      <w:r w:rsidRPr="000767E2">
        <w:rPr>
          <w:lang w:val="sv-SE"/>
        </w:rPr>
        <w:t xml:space="preserve"> {{field-on:bible}}Jesus, när han nu såg henne gråtande, och judarna som kommit med henne gråtande, frustade i anden och upprörde sig{{field-off:bible}} [[@</w:t>
      </w:r>
      <w:r w:rsidR="0096445B" w:rsidRPr="000767E2">
        <w:rPr>
          <w:lang w:val="sv-SE"/>
        </w:rPr>
        <w:t>BibleBIBEL82</w:t>
      </w:r>
      <w:r w:rsidRPr="000767E2">
        <w:rPr>
          <w:lang w:val="sv-SE"/>
        </w:rPr>
        <w:t>:John 11:34]]</w:t>
      </w:r>
      <w:r w:rsidRPr="000767E2">
        <w:rPr>
          <w:vertAlign w:val="superscript"/>
          <w:lang w:val="sv-SE"/>
        </w:rPr>
        <w:t>34</w:t>
      </w:r>
      <w:r w:rsidRPr="000767E2">
        <w:rPr>
          <w:lang w:val="sv-SE"/>
        </w:rPr>
        <w:t xml:space="preserve"> {{field-on:bible}}och sade: ”Var har ni lagt honom?” De säger honom: ”Herre, kom och se.”{{field-off:bible}} [[@</w:t>
      </w:r>
      <w:r w:rsidR="0096445B" w:rsidRPr="000767E2">
        <w:rPr>
          <w:lang w:val="sv-SE"/>
        </w:rPr>
        <w:t>BibleBIBEL82</w:t>
      </w:r>
      <w:r w:rsidRPr="000767E2">
        <w:rPr>
          <w:lang w:val="sv-SE"/>
        </w:rPr>
        <w:t>:John 11:35]]</w:t>
      </w:r>
      <w:r w:rsidRPr="000767E2">
        <w:rPr>
          <w:vertAlign w:val="superscript"/>
          <w:lang w:val="sv-SE"/>
        </w:rPr>
        <w:t>35</w:t>
      </w:r>
      <w:r w:rsidRPr="000767E2">
        <w:rPr>
          <w:lang w:val="sv-SE"/>
        </w:rPr>
        <w:t xml:space="preserve"> {{field-on:bible}}Jesus tårades.{{field-off:bible}} [[@</w:t>
      </w:r>
      <w:r w:rsidR="0096445B" w:rsidRPr="000767E2">
        <w:rPr>
          <w:lang w:val="sv-SE"/>
        </w:rPr>
        <w:t>BibleBIBEL82</w:t>
      </w:r>
      <w:r w:rsidRPr="000767E2">
        <w:rPr>
          <w:lang w:val="sv-SE"/>
        </w:rPr>
        <w:t>:John 11:36]]</w:t>
      </w:r>
      <w:r w:rsidRPr="000767E2">
        <w:rPr>
          <w:vertAlign w:val="superscript"/>
          <w:lang w:val="sv-SE"/>
        </w:rPr>
        <w:t>36</w:t>
      </w:r>
      <w:r w:rsidRPr="000767E2">
        <w:rPr>
          <w:lang w:val="sv-SE"/>
        </w:rPr>
        <w:t xml:space="preserve"> {{field-on:bible}}Då sade judarna: ”Se hur kär han hade honom!”{{field-off:bible}} [[@</w:t>
      </w:r>
      <w:r w:rsidR="0096445B" w:rsidRPr="000767E2">
        <w:rPr>
          <w:lang w:val="sv-SE"/>
        </w:rPr>
        <w:t>BibleBIBEL82</w:t>
      </w:r>
      <w:r w:rsidRPr="000767E2">
        <w:rPr>
          <w:lang w:val="sv-SE"/>
        </w:rPr>
        <w:t>:John 11:37]]</w:t>
      </w:r>
      <w:r w:rsidRPr="000767E2">
        <w:rPr>
          <w:vertAlign w:val="superscript"/>
          <w:lang w:val="sv-SE"/>
        </w:rPr>
        <w:t>37</w:t>
      </w:r>
      <w:r w:rsidRPr="000767E2">
        <w:rPr>
          <w:lang w:val="sv-SE"/>
        </w:rPr>
        <w:t xml:space="preserve"> {{field-on:bible}}Men några av dem sade: ”Kunde inte denne som öppnat ögonen på den blinde göra så att även denne inte dog?”{{field-off:bible}}</w:t>
      </w:r>
    </w:p>
    <w:p w14:paraId="700E6F47" w14:textId="5322CD62" w:rsidR="00BA33AB" w:rsidRPr="000767E2" w:rsidRDefault="00000000">
      <w:pPr>
        <w:rPr>
          <w:lang w:val="sv-SE"/>
        </w:rPr>
      </w:pPr>
      <w:r w:rsidRPr="000767E2">
        <w:rPr>
          <w:lang w:val="sv-SE"/>
        </w:rPr>
        <w:t>[[@</w:t>
      </w:r>
      <w:r w:rsidR="0096445B" w:rsidRPr="000767E2">
        <w:rPr>
          <w:lang w:val="sv-SE"/>
        </w:rPr>
        <w:t>BibleBIBEL82</w:t>
      </w:r>
      <w:r w:rsidRPr="000767E2">
        <w:rPr>
          <w:lang w:val="sv-SE"/>
        </w:rPr>
        <w:t>:John 11:38]]</w:t>
      </w:r>
      <w:r w:rsidRPr="000767E2">
        <w:rPr>
          <w:vertAlign w:val="superscript"/>
          <w:lang w:val="sv-SE"/>
        </w:rPr>
        <w:t>38</w:t>
      </w:r>
      <w:r w:rsidRPr="000767E2">
        <w:rPr>
          <w:lang w:val="sv-SE"/>
        </w:rPr>
        <w:t xml:space="preserve"> {{field-on:bible}}Jesus frustade då åter inom sig och går till graven. Och den var en grotta, och en sten låg över den.{{field-off:bible}} [[@</w:t>
      </w:r>
      <w:r w:rsidR="0096445B" w:rsidRPr="000767E2">
        <w:rPr>
          <w:lang w:val="sv-SE"/>
        </w:rPr>
        <w:t>BibleBIBEL82</w:t>
      </w:r>
      <w:r w:rsidRPr="000767E2">
        <w:rPr>
          <w:lang w:val="sv-SE"/>
        </w:rPr>
        <w:t>:John 11:39]]</w:t>
      </w:r>
      <w:r w:rsidRPr="000767E2">
        <w:rPr>
          <w:vertAlign w:val="superscript"/>
          <w:lang w:val="sv-SE"/>
        </w:rPr>
        <w:t>39</w:t>
      </w:r>
      <w:r w:rsidRPr="000767E2">
        <w:rPr>
          <w:lang w:val="sv-SE"/>
        </w:rPr>
        <w:t xml:space="preserve"> {{field-on:bible}}Jesus säger: ”Ta bort stenen.” </w:t>
      </w:r>
      <w:r w:rsidRPr="000767E2">
        <w:rPr>
          <w:i/>
          <w:lang w:val="sv-SE"/>
        </w:rPr>
        <w:t>Då</w:t>
      </w:r>
      <w:r w:rsidRPr="000767E2">
        <w:rPr>
          <w:lang w:val="sv-SE"/>
        </w:rPr>
        <w:t xml:space="preserve"> säger honom systern till den avlidne, Martha: ”Herre, han luktar redan. För det är fjärde </w:t>
      </w:r>
      <w:r w:rsidRPr="000767E2">
        <w:rPr>
          <w:i/>
          <w:lang w:val="sv-SE"/>
        </w:rPr>
        <w:t>dagen</w:t>
      </w:r>
      <w:r w:rsidRPr="000767E2">
        <w:rPr>
          <w:lang w:val="sv-SE"/>
        </w:rPr>
        <w:t>.”{{field-off:bible}} [[@</w:t>
      </w:r>
      <w:r w:rsidR="0096445B" w:rsidRPr="000767E2">
        <w:rPr>
          <w:lang w:val="sv-SE"/>
        </w:rPr>
        <w:t>BibleBIBEL82</w:t>
      </w:r>
      <w:r w:rsidRPr="000767E2">
        <w:rPr>
          <w:lang w:val="sv-SE"/>
        </w:rPr>
        <w:t>:John 11:40]]</w:t>
      </w:r>
      <w:r w:rsidRPr="000767E2">
        <w:rPr>
          <w:vertAlign w:val="superscript"/>
          <w:lang w:val="sv-SE"/>
        </w:rPr>
        <w:t>40</w:t>
      </w:r>
      <w:r w:rsidRPr="000767E2">
        <w:rPr>
          <w:lang w:val="sv-SE"/>
        </w:rPr>
        <w:t xml:space="preserve"> {{field-on:bible}}Jesus säger till henne: ”Har jag inte sagt dig att om du tror ska du få se Guds härlighet?”{{field-off:bible}} [[@</w:t>
      </w:r>
      <w:r w:rsidR="0096445B" w:rsidRPr="000767E2">
        <w:rPr>
          <w:lang w:val="sv-SE"/>
        </w:rPr>
        <w:t>BibleBIBEL82</w:t>
      </w:r>
      <w:r w:rsidRPr="000767E2">
        <w:rPr>
          <w:lang w:val="sv-SE"/>
        </w:rPr>
        <w:t>:John 11:41]]</w:t>
      </w:r>
      <w:r w:rsidRPr="000767E2">
        <w:rPr>
          <w:vertAlign w:val="superscript"/>
          <w:lang w:val="sv-SE"/>
        </w:rPr>
        <w:t>41</w:t>
      </w:r>
      <w:r w:rsidRPr="000767E2">
        <w:rPr>
          <w:lang w:val="sv-SE"/>
        </w:rPr>
        <w:t xml:space="preserve"> {{field-on:bible}}De tog då bort stenen. Och Jesus lyfte </w:t>
      </w:r>
      <w:r w:rsidRPr="000767E2">
        <w:rPr>
          <w:lang w:val="sv-SE"/>
        </w:rPr>
        <w:lastRenderedPageBreak/>
        <w:t xml:space="preserve">ögonen </w:t>
      </w:r>
      <w:r w:rsidRPr="000767E2">
        <w:rPr>
          <w:i/>
          <w:lang w:val="sv-SE"/>
        </w:rPr>
        <w:t>mot</w:t>
      </w:r>
      <w:r w:rsidRPr="000767E2">
        <w:rPr>
          <w:lang w:val="sv-SE"/>
        </w:rPr>
        <w:t xml:space="preserve"> ovan och sade: ”Far, jag tackar dig för att du har hört mig.{{field-off:bible}} [[@</w:t>
      </w:r>
      <w:r w:rsidR="0096445B" w:rsidRPr="000767E2">
        <w:rPr>
          <w:lang w:val="sv-SE"/>
        </w:rPr>
        <w:t>BibleBIBEL82</w:t>
      </w:r>
      <w:r w:rsidRPr="000767E2">
        <w:rPr>
          <w:lang w:val="sv-SE"/>
        </w:rPr>
        <w:t>:John 11:42]]</w:t>
      </w:r>
      <w:r w:rsidRPr="000767E2">
        <w:rPr>
          <w:vertAlign w:val="superscript"/>
          <w:lang w:val="sv-SE"/>
        </w:rPr>
        <w:t>42</w:t>
      </w:r>
      <w:r w:rsidRPr="000767E2">
        <w:rPr>
          <w:lang w:val="sv-SE"/>
        </w:rPr>
        <w:t xml:space="preserve"> {{field-on:bible}}Och jag visste att du alltid hör mig. Men för skaran som står </w:t>
      </w:r>
      <w:r w:rsidRPr="000767E2">
        <w:rPr>
          <w:i/>
          <w:lang w:val="sv-SE"/>
        </w:rPr>
        <w:t>här</w:t>
      </w:r>
      <w:r w:rsidRPr="000767E2">
        <w:rPr>
          <w:lang w:val="sv-SE"/>
        </w:rPr>
        <w:t xml:space="preserve"> omkring sade jag </w:t>
      </w:r>
      <w:r w:rsidRPr="000767E2">
        <w:rPr>
          <w:i/>
          <w:lang w:val="sv-SE"/>
        </w:rPr>
        <w:t>det</w:t>
      </w:r>
      <w:r w:rsidRPr="000767E2">
        <w:rPr>
          <w:lang w:val="sv-SE"/>
        </w:rPr>
        <w:t>, för att de ska tro att du har sänt mig.”{{field-off:bible}} [[@</w:t>
      </w:r>
      <w:r w:rsidR="0096445B" w:rsidRPr="000767E2">
        <w:rPr>
          <w:lang w:val="sv-SE"/>
        </w:rPr>
        <w:t>BibleBIBEL82</w:t>
      </w:r>
      <w:r w:rsidRPr="000767E2">
        <w:rPr>
          <w:lang w:val="sv-SE"/>
        </w:rPr>
        <w:t>:John 11:43]]</w:t>
      </w:r>
      <w:r w:rsidRPr="000767E2">
        <w:rPr>
          <w:vertAlign w:val="superscript"/>
          <w:lang w:val="sv-SE"/>
        </w:rPr>
        <w:t>43</w:t>
      </w:r>
      <w:r w:rsidRPr="000767E2">
        <w:rPr>
          <w:lang w:val="sv-SE"/>
        </w:rPr>
        <w:t xml:space="preserve"> {{field-on:bible}}Och sedan han sagt detta, vrålade han med väldig röst: ”Lazaros, kom ut!”{{field-off:bible}} [[@</w:t>
      </w:r>
      <w:r w:rsidR="0096445B" w:rsidRPr="000767E2">
        <w:rPr>
          <w:lang w:val="sv-SE"/>
        </w:rPr>
        <w:t>BibleBIBEL82</w:t>
      </w:r>
      <w:r w:rsidRPr="000767E2">
        <w:rPr>
          <w:lang w:val="sv-SE"/>
        </w:rPr>
        <w:t>:John 11:44]]</w:t>
      </w:r>
      <w:r w:rsidRPr="000767E2">
        <w:rPr>
          <w:vertAlign w:val="superscript"/>
          <w:lang w:val="sv-SE"/>
        </w:rPr>
        <w:t>44</w:t>
      </w:r>
      <w:r w:rsidRPr="000767E2">
        <w:rPr>
          <w:lang w:val="sv-SE"/>
        </w:rPr>
        <w:t xml:space="preserve"> {{field-on:bible}}Ut kom den döde, ombunden till fötterna och händerna med bindlar, och hans åsyn var omlindad med en duk. Jesus säger till dem: ”Lös honom och låt honom bege sig.”{{field-off:bible}}</w:t>
      </w:r>
    </w:p>
    <w:p w14:paraId="74CFE59C" w14:textId="77777777" w:rsidR="00BA33AB" w:rsidRPr="000767E2" w:rsidRDefault="00000000">
      <w:pPr>
        <w:pStyle w:val="Rubrik3"/>
        <w:rPr>
          <w:lang w:val="sv-SE"/>
        </w:rPr>
      </w:pPr>
      <w:r w:rsidRPr="000767E2">
        <w:rPr>
          <w:lang w:val="sv-SE"/>
        </w:rPr>
        <w:t>Onda planer mot Jesus</w:t>
      </w:r>
    </w:p>
    <w:p w14:paraId="66A88463" w14:textId="07574FB4" w:rsidR="00BA33AB" w:rsidRPr="000767E2" w:rsidRDefault="00000000">
      <w:pPr>
        <w:rPr>
          <w:lang w:val="sv-SE"/>
        </w:rPr>
      </w:pPr>
      <w:r w:rsidRPr="000767E2">
        <w:rPr>
          <w:lang w:val="sv-SE"/>
        </w:rPr>
        <w:t>[[@</w:t>
      </w:r>
      <w:r w:rsidR="0096445B" w:rsidRPr="000767E2">
        <w:rPr>
          <w:lang w:val="sv-SE"/>
        </w:rPr>
        <w:t>BibleBIBEL82</w:t>
      </w:r>
      <w:r w:rsidRPr="000767E2">
        <w:rPr>
          <w:lang w:val="sv-SE"/>
        </w:rPr>
        <w:t>:John 11:45]]</w:t>
      </w:r>
      <w:r w:rsidRPr="000767E2">
        <w:rPr>
          <w:vertAlign w:val="superscript"/>
          <w:lang w:val="sv-SE"/>
        </w:rPr>
        <w:t>45</w:t>
      </w:r>
      <w:r w:rsidRPr="000767E2">
        <w:rPr>
          <w:lang w:val="sv-SE"/>
        </w:rPr>
        <w:t xml:space="preserve"> {{field-on:bible}}Många av judarna som hade kommit till Mariam och skådat det han gjorde kom då till tro på honom.{{field-off:bible}} [[@</w:t>
      </w:r>
      <w:r w:rsidR="0096445B" w:rsidRPr="000767E2">
        <w:rPr>
          <w:lang w:val="sv-SE"/>
        </w:rPr>
        <w:t>BibleBIBEL82</w:t>
      </w:r>
      <w:r w:rsidRPr="000767E2">
        <w:rPr>
          <w:lang w:val="sv-SE"/>
        </w:rPr>
        <w:t>:John 11:46]]</w:t>
      </w:r>
      <w:r w:rsidRPr="000767E2">
        <w:rPr>
          <w:vertAlign w:val="superscript"/>
          <w:lang w:val="sv-SE"/>
        </w:rPr>
        <w:t>46</w:t>
      </w:r>
      <w:r w:rsidRPr="000767E2">
        <w:rPr>
          <w:lang w:val="sv-SE"/>
        </w:rPr>
        <w:t xml:space="preserve"> {{field-on:bible}}Men några av dem gick bort till fariseerna och sade till dem vad Jesus hade gjort.{{field-off:bible}}</w:t>
      </w:r>
    </w:p>
    <w:p w14:paraId="69EBA766" w14:textId="474E5FB0" w:rsidR="00BA33AB" w:rsidRPr="000767E2" w:rsidRDefault="00000000">
      <w:pPr>
        <w:rPr>
          <w:lang w:val="sv-SE"/>
        </w:rPr>
      </w:pPr>
      <w:r w:rsidRPr="000767E2">
        <w:rPr>
          <w:lang w:val="sv-SE"/>
        </w:rPr>
        <w:t>[[@</w:t>
      </w:r>
      <w:r w:rsidR="0096445B" w:rsidRPr="000767E2">
        <w:rPr>
          <w:lang w:val="sv-SE"/>
        </w:rPr>
        <w:t>BibleBIBEL82</w:t>
      </w:r>
      <w:r w:rsidRPr="000767E2">
        <w:rPr>
          <w:lang w:val="sv-SE"/>
        </w:rPr>
        <w:t>:John 11:47]]</w:t>
      </w:r>
      <w:r w:rsidRPr="000767E2">
        <w:rPr>
          <w:vertAlign w:val="superscript"/>
          <w:lang w:val="sv-SE"/>
        </w:rPr>
        <w:t>47</w:t>
      </w:r>
      <w:r w:rsidRPr="000767E2">
        <w:rPr>
          <w:lang w:val="sv-SE"/>
        </w:rPr>
        <w:t xml:space="preserve"> {{field-on:bible}}Då samlade översteprästerna och fariseerna Sanhedrin och sade: ”Vad gör vi? För den där människan gör många tecken.{{field-off:bible}} [[@</w:t>
      </w:r>
      <w:r w:rsidR="0096445B" w:rsidRPr="000767E2">
        <w:rPr>
          <w:lang w:val="sv-SE"/>
        </w:rPr>
        <w:t>BibleBIBEL82</w:t>
      </w:r>
      <w:r w:rsidRPr="000767E2">
        <w:rPr>
          <w:lang w:val="sv-SE"/>
        </w:rPr>
        <w:t>:John 11:48]]</w:t>
      </w:r>
      <w:r w:rsidRPr="000767E2">
        <w:rPr>
          <w:vertAlign w:val="superscript"/>
          <w:lang w:val="sv-SE"/>
        </w:rPr>
        <w:t>48</w:t>
      </w:r>
      <w:r w:rsidRPr="000767E2">
        <w:rPr>
          <w:lang w:val="sv-SE"/>
        </w:rPr>
        <w:t xml:space="preserve"> {{field-on:bible}}Om vi låter honom </w:t>
      </w:r>
      <w:r w:rsidRPr="000767E2">
        <w:rPr>
          <w:i/>
          <w:lang w:val="sv-SE"/>
        </w:rPr>
        <w:t>vara</w:t>
      </w:r>
      <w:r w:rsidRPr="000767E2">
        <w:rPr>
          <w:lang w:val="sv-SE"/>
        </w:rPr>
        <w:t xml:space="preserve"> så, kommer alla att tro på honom. Och </w:t>
      </w:r>
      <w:r w:rsidRPr="000767E2">
        <w:rPr>
          <w:i/>
          <w:lang w:val="sv-SE"/>
        </w:rPr>
        <w:t>då</w:t>
      </w:r>
      <w:r w:rsidRPr="000767E2">
        <w:rPr>
          <w:lang w:val="sv-SE"/>
        </w:rPr>
        <w:t xml:space="preserve"> kommer romarna att komma och ta ifrån oss både platsen och folkslaget.”{{field-off:bible}} [[@</w:t>
      </w:r>
      <w:r w:rsidR="0096445B" w:rsidRPr="000767E2">
        <w:rPr>
          <w:lang w:val="sv-SE"/>
        </w:rPr>
        <w:t>BibleBIBEL82</w:t>
      </w:r>
      <w:r w:rsidRPr="000767E2">
        <w:rPr>
          <w:lang w:val="sv-SE"/>
        </w:rPr>
        <w:t>:John 11:49]]</w:t>
      </w:r>
      <w:r w:rsidRPr="000767E2">
        <w:rPr>
          <w:vertAlign w:val="superscript"/>
          <w:lang w:val="sv-SE"/>
        </w:rPr>
        <w:t>49</w:t>
      </w:r>
      <w:r w:rsidRPr="000767E2">
        <w:rPr>
          <w:lang w:val="sv-SE"/>
        </w:rPr>
        <w:t xml:space="preserve"> {{field-on:bible}}Men en viss av dem, Kaiafas som var överstepräst det året, sade till dem: ”Ni vet ingenting.{{field-off:bible}} [[@</w:t>
      </w:r>
      <w:r w:rsidR="0096445B" w:rsidRPr="000767E2">
        <w:rPr>
          <w:lang w:val="sv-SE"/>
        </w:rPr>
        <w:t>BibleBIBEL82</w:t>
      </w:r>
      <w:r w:rsidRPr="000767E2">
        <w:rPr>
          <w:lang w:val="sv-SE"/>
        </w:rPr>
        <w:t>:John 11:50]]</w:t>
      </w:r>
      <w:r w:rsidRPr="000767E2">
        <w:rPr>
          <w:vertAlign w:val="superscript"/>
          <w:lang w:val="sv-SE"/>
        </w:rPr>
        <w:t>50</w:t>
      </w:r>
      <w:r w:rsidRPr="000767E2">
        <w:rPr>
          <w:lang w:val="sv-SE"/>
        </w:rPr>
        <w:t xml:space="preserve"> {{field-on:bible}}Inte heller räknar ni att det gagnar er att en människa dör för folket och inte hela folkslaget går förlorat.”{{field-off:bible}}</w:t>
      </w:r>
    </w:p>
    <w:p w14:paraId="1081E14E" w14:textId="127BC532" w:rsidR="00BA33AB" w:rsidRPr="000767E2" w:rsidRDefault="00000000">
      <w:pPr>
        <w:rPr>
          <w:lang w:val="sv-SE"/>
        </w:rPr>
      </w:pPr>
      <w:r w:rsidRPr="000767E2">
        <w:rPr>
          <w:lang w:val="sv-SE"/>
        </w:rPr>
        <w:t>[[@</w:t>
      </w:r>
      <w:r w:rsidR="0096445B" w:rsidRPr="000767E2">
        <w:rPr>
          <w:lang w:val="sv-SE"/>
        </w:rPr>
        <w:t>BibleBIBEL82</w:t>
      </w:r>
      <w:r w:rsidRPr="000767E2">
        <w:rPr>
          <w:lang w:val="sv-SE"/>
        </w:rPr>
        <w:t>:John 11:51]]</w:t>
      </w:r>
      <w:r w:rsidRPr="000767E2">
        <w:rPr>
          <w:vertAlign w:val="superscript"/>
          <w:lang w:val="sv-SE"/>
        </w:rPr>
        <w:t>51</w:t>
      </w:r>
      <w:r w:rsidRPr="000767E2">
        <w:rPr>
          <w:lang w:val="sv-SE"/>
        </w:rPr>
        <w:t xml:space="preserve"> {{field-on:bible}}Men detta sade han inte av sig själv, utan då han var överstepräst det året profeterade han att Jesus skulle dö för folkslaget.{{field-off:bible}} [[@</w:t>
      </w:r>
      <w:r w:rsidR="0096445B" w:rsidRPr="000767E2">
        <w:rPr>
          <w:lang w:val="sv-SE"/>
        </w:rPr>
        <w:t>BibleBIBEL82</w:t>
      </w:r>
      <w:r w:rsidRPr="000767E2">
        <w:rPr>
          <w:lang w:val="sv-SE"/>
        </w:rPr>
        <w:t>:John 11:52]]</w:t>
      </w:r>
      <w:r w:rsidRPr="000767E2">
        <w:rPr>
          <w:vertAlign w:val="superscript"/>
          <w:lang w:val="sv-SE"/>
        </w:rPr>
        <w:t>52</w:t>
      </w:r>
      <w:r w:rsidRPr="000767E2">
        <w:rPr>
          <w:lang w:val="sv-SE"/>
        </w:rPr>
        <w:t xml:space="preserve"> {{field-on:bible}}Och inte bara för folkslaget, utan för att också samla Guds förskingrade barn till ett.{{field-off:bible}} [[@</w:t>
      </w:r>
      <w:r w:rsidR="0096445B" w:rsidRPr="000767E2">
        <w:rPr>
          <w:lang w:val="sv-SE"/>
        </w:rPr>
        <w:t>BibleBIBEL82</w:t>
      </w:r>
      <w:r w:rsidRPr="000767E2">
        <w:rPr>
          <w:lang w:val="sv-SE"/>
        </w:rPr>
        <w:t>:John 11:53]]</w:t>
      </w:r>
      <w:r w:rsidRPr="000767E2">
        <w:rPr>
          <w:vertAlign w:val="superscript"/>
          <w:lang w:val="sv-SE"/>
        </w:rPr>
        <w:t>53</w:t>
      </w:r>
      <w:r w:rsidRPr="000767E2">
        <w:rPr>
          <w:lang w:val="sv-SE"/>
        </w:rPr>
        <w:t xml:space="preserve"> {{field-on:bible}}Från den dagen planerade de nu för att döda honom.{{field-off:bible}} [[@</w:t>
      </w:r>
      <w:r w:rsidR="0096445B" w:rsidRPr="000767E2">
        <w:rPr>
          <w:lang w:val="sv-SE"/>
        </w:rPr>
        <w:t>BibleBIBEL82</w:t>
      </w:r>
      <w:r w:rsidRPr="000767E2">
        <w:rPr>
          <w:lang w:val="sv-SE"/>
        </w:rPr>
        <w:t>:John 11:54]]</w:t>
      </w:r>
      <w:r w:rsidRPr="000767E2">
        <w:rPr>
          <w:vertAlign w:val="superscript"/>
          <w:lang w:val="sv-SE"/>
        </w:rPr>
        <w:t>54</w:t>
      </w:r>
      <w:r w:rsidRPr="000767E2">
        <w:rPr>
          <w:lang w:val="sv-SE"/>
        </w:rPr>
        <w:t xml:space="preserve"> {{field-on:bible}}Jesus vandrade då inte längre öppet bland judarna, utan gick bort därifrån till trakten nära ödemarken, till Efraim som en stad hette. Och där blev han kvar med lärjungarna.{{field-off:bible}}</w:t>
      </w:r>
    </w:p>
    <w:p w14:paraId="61AD1A5E" w14:textId="5BAC7692" w:rsidR="00BA33AB" w:rsidRPr="000767E2" w:rsidRDefault="00000000">
      <w:pPr>
        <w:rPr>
          <w:lang w:val="sv-SE"/>
        </w:rPr>
      </w:pPr>
      <w:r w:rsidRPr="000767E2">
        <w:rPr>
          <w:lang w:val="sv-SE"/>
        </w:rPr>
        <w:t>[[@</w:t>
      </w:r>
      <w:r w:rsidR="0096445B" w:rsidRPr="000767E2">
        <w:rPr>
          <w:lang w:val="sv-SE"/>
        </w:rPr>
        <w:t>BibleBIBEL82</w:t>
      </w:r>
      <w:r w:rsidRPr="000767E2">
        <w:rPr>
          <w:lang w:val="sv-SE"/>
        </w:rPr>
        <w:t>:John 11:55]]</w:t>
      </w:r>
      <w:r w:rsidRPr="000767E2">
        <w:rPr>
          <w:vertAlign w:val="superscript"/>
          <w:lang w:val="sv-SE"/>
        </w:rPr>
        <w:t>55</w:t>
      </w:r>
      <w:r w:rsidRPr="000767E2">
        <w:rPr>
          <w:lang w:val="sv-SE"/>
        </w:rPr>
        <w:t xml:space="preserve"> {{field-on:bible}}Men judarnas påsk var nära, och många gick upp till Jerusalem från trakten före påsken för att rena sig.{{field-off:bible}} [[@</w:t>
      </w:r>
      <w:r w:rsidR="0096445B" w:rsidRPr="000767E2">
        <w:rPr>
          <w:lang w:val="sv-SE"/>
        </w:rPr>
        <w:t>BibleBIBEL82</w:t>
      </w:r>
      <w:r w:rsidRPr="000767E2">
        <w:rPr>
          <w:lang w:val="sv-SE"/>
        </w:rPr>
        <w:t>:John 11:56]]</w:t>
      </w:r>
      <w:r w:rsidRPr="000767E2">
        <w:rPr>
          <w:vertAlign w:val="superscript"/>
          <w:lang w:val="sv-SE"/>
        </w:rPr>
        <w:t>56</w:t>
      </w:r>
      <w:r w:rsidRPr="000767E2">
        <w:rPr>
          <w:lang w:val="sv-SE"/>
        </w:rPr>
        <w:t xml:space="preserve"> {{field-on:bible}}De sökte nu efter Jesus, och talade med varandra stående i templet: ”Vad tänker ni er? Att han alls inte kommer till högtiden?”{{field-off:bible}} [[@</w:t>
      </w:r>
      <w:r w:rsidR="0096445B" w:rsidRPr="000767E2">
        <w:rPr>
          <w:lang w:val="sv-SE"/>
        </w:rPr>
        <w:t>BibleBIBEL82</w:t>
      </w:r>
      <w:r w:rsidRPr="000767E2">
        <w:rPr>
          <w:lang w:val="sv-SE"/>
        </w:rPr>
        <w:t>:John 11:57]]</w:t>
      </w:r>
      <w:r w:rsidRPr="000767E2">
        <w:rPr>
          <w:vertAlign w:val="superscript"/>
          <w:lang w:val="sv-SE"/>
        </w:rPr>
        <w:t>57</w:t>
      </w:r>
      <w:r w:rsidRPr="000767E2">
        <w:rPr>
          <w:lang w:val="sv-SE"/>
        </w:rPr>
        <w:t xml:space="preserve"> {{field-on:bible}}Men översteprästerna och fariseerna hade gett bud att om någon vet var han är, ska han informera så att de kan fånga honom.{{field-off:bible}}</w:t>
      </w:r>
    </w:p>
    <w:p w14:paraId="48D9685B" w14:textId="7608A03E"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:John 12]]Kapitel 12</w:t>
      </w:r>
    </w:p>
    <w:p w14:paraId="57854D97" w14:textId="77777777" w:rsidR="00BA33AB" w:rsidRPr="000767E2" w:rsidRDefault="00000000">
      <w:pPr>
        <w:pStyle w:val="Rubrik3"/>
        <w:rPr>
          <w:lang w:val="sv-SE"/>
        </w:rPr>
      </w:pPr>
      <w:r w:rsidRPr="000767E2">
        <w:rPr>
          <w:lang w:val="sv-SE"/>
        </w:rPr>
        <w:t>Jesus blir smord i Bethania</w:t>
      </w:r>
    </w:p>
    <w:p w14:paraId="2FFE6E3A" w14:textId="130B58D3" w:rsidR="00BA33AB" w:rsidRPr="000767E2" w:rsidRDefault="00000000">
      <w:pPr>
        <w:rPr>
          <w:lang w:val="sv-SE"/>
        </w:rPr>
      </w:pPr>
      <w:r w:rsidRPr="000767E2">
        <w:rPr>
          <w:lang w:val="sv-SE"/>
        </w:rPr>
        <w:t>[[@</w:t>
      </w:r>
      <w:r w:rsidR="0096445B" w:rsidRPr="000767E2">
        <w:rPr>
          <w:lang w:val="sv-SE"/>
        </w:rPr>
        <w:t>BibleBIBEL82</w:t>
      </w:r>
      <w:r w:rsidRPr="000767E2">
        <w:rPr>
          <w:lang w:val="sv-SE"/>
        </w:rPr>
        <w:t>:John 12:1]]</w:t>
      </w:r>
      <w:r w:rsidRPr="000767E2">
        <w:rPr>
          <w:vertAlign w:val="superscript"/>
          <w:lang w:val="sv-SE"/>
        </w:rPr>
        <w:t>1</w:t>
      </w:r>
      <w:r w:rsidRPr="000767E2">
        <w:rPr>
          <w:lang w:val="sv-SE"/>
        </w:rPr>
        <w:t xml:space="preserve"> {{field-on:bible}}Jesus kom nu sex dagar före påsk till Bethania, där Lazaros fanns som Jesus hade uppväckt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:John 12:2]]</w:t>
      </w:r>
      <w:r w:rsidRPr="000767E2">
        <w:rPr>
          <w:vertAlign w:val="superscript"/>
          <w:lang w:val="sv-SE"/>
        </w:rPr>
        <w:t>2</w:t>
      </w:r>
      <w:r w:rsidRPr="000767E2">
        <w:rPr>
          <w:lang w:val="sv-SE"/>
        </w:rPr>
        <w:t xml:space="preserve"> {{field-on:bible}}De gjorde då för honom en festmåltid där. Och Martha betjänade, och Lazaros var en av dem som låg </w:t>
      </w:r>
      <w:r w:rsidRPr="000767E2">
        <w:rPr>
          <w:i/>
          <w:lang w:val="sv-SE"/>
        </w:rPr>
        <w:t>till bords</w:t>
      </w:r>
      <w:r w:rsidRPr="000767E2">
        <w:rPr>
          <w:lang w:val="sv-SE"/>
        </w:rPr>
        <w:t xml:space="preserve"> med honom.{{field-off:bible}} [[@</w:t>
      </w:r>
      <w:r w:rsidR="0096445B" w:rsidRPr="000767E2">
        <w:rPr>
          <w:lang w:val="sv-SE"/>
        </w:rPr>
        <w:t>BibleBIBEL82</w:t>
      </w:r>
      <w:r w:rsidRPr="000767E2">
        <w:rPr>
          <w:lang w:val="sv-SE"/>
        </w:rPr>
        <w:t>:John 12:3]]</w:t>
      </w:r>
      <w:r w:rsidRPr="000767E2">
        <w:rPr>
          <w:vertAlign w:val="superscript"/>
          <w:lang w:val="sv-SE"/>
        </w:rPr>
        <w:t>3</w:t>
      </w:r>
      <w:r w:rsidRPr="000767E2">
        <w:rPr>
          <w:lang w:val="sv-SE"/>
        </w:rPr>
        <w:t xml:space="preserve"> {{field-on:bible}}Mariam tog då en litra nardusbalsam, genuin, värdefull, och smorde in Jesu fötter och torkade med sitt hår hans fötter. Och huset uppfylldes av balsamdoften.{{field-off:bible}}</w:t>
      </w:r>
    </w:p>
    <w:p w14:paraId="4ED76EC7" w14:textId="01F337DE" w:rsidR="00BA33AB" w:rsidRPr="000767E2" w:rsidRDefault="00000000">
      <w:pPr>
        <w:rPr>
          <w:lang w:val="sv-SE"/>
        </w:rPr>
      </w:pPr>
      <w:r w:rsidRPr="000767E2">
        <w:rPr>
          <w:lang w:val="sv-SE"/>
        </w:rPr>
        <w:t>[[@</w:t>
      </w:r>
      <w:r w:rsidR="0096445B" w:rsidRPr="000767E2">
        <w:rPr>
          <w:lang w:val="sv-SE"/>
        </w:rPr>
        <w:t>BibleBIBEL82</w:t>
      </w:r>
      <w:r w:rsidRPr="000767E2">
        <w:rPr>
          <w:lang w:val="sv-SE"/>
        </w:rPr>
        <w:t>:John 12:4]]</w:t>
      </w:r>
      <w:r w:rsidRPr="000767E2">
        <w:rPr>
          <w:vertAlign w:val="superscript"/>
          <w:lang w:val="sv-SE"/>
        </w:rPr>
        <w:t>4</w:t>
      </w:r>
      <w:r w:rsidRPr="000767E2">
        <w:rPr>
          <w:lang w:val="sv-SE"/>
        </w:rPr>
        <w:t xml:space="preserve"> {{field-on:bible}}Men </w:t>
      </w:r>
      <w:r w:rsidRPr="000767E2">
        <w:rPr>
          <w:i/>
          <w:lang w:val="sv-SE"/>
        </w:rPr>
        <w:t>då</w:t>
      </w:r>
      <w:r w:rsidRPr="000767E2">
        <w:rPr>
          <w:lang w:val="sv-SE"/>
        </w:rPr>
        <w:t xml:space="preserve"> säger Judas Iskariot, en av hans lärjungar, den som kommer att utlämna honom:{{field-off:bible}} [[@</w:t>
      </w:r>
      <w:r w:rsidR="0096445B" w:rsidRPr="000767E2">
        <w:rPr>
          <w:lang w:val="sv-SE"/>
        </w:rPr>
        <w:t>BibleBIBEL82</w:t>
      </w:r>
      <w:r w:rsidRPr="000767E2">
        <w:rPr>
          <w:lang w:val="sv-SE"/>
        </w:rPr>
        <w:t>:John 12:5]]</w:t>
      </w:r>
      <w:r w:rsidRPr="000767E2">
        <w:rPr>
          <w:vertAlign w:val="superscript"/>
          <w:lang w:val="sv-SE"/>
        </w:rPr>
        <w:t>5</w:t>
      </w:r>
      <w:r w:rsidRPr="000767E2">
        <w:rPr>
          <w:lang w:val="sv-SE"/>
        </w:rPr>
        <w:t xml:space="preserve"> {{field-on:bible}}”Varför avyttrades inte denna balsam för trehundra denarer och gavs till de fattiga?”{{field-off:bible}} [[@</w:t>
      </w:r>
      <w:r w:rsidR="0096445B" w:rsidRPr="000767E2">
        <w:rPr>
          <w:lang w:val="sv-SE"/>
        </w:rPr>
        <w:t>BibleBIBEL82</w:t>
      </w:r>
      <w:r w:rsidRPr="000767E2">
        <w:rPr>
          <w:lang w:val="sv-SE"/>
        </w:rPr>
        <w:t>:John 12:6]]</w:t>
      </w:r>
      <w:r w:rsidRPr="000767E2">
        <w:rPr>
          <w:vertAlign w:val="superscript"/>
          <w:lang w:val="sv-SE"/>
        </w:rPr>
        <w:t>6</w:t>
      </w:r>
      <w:r w:rsidRPr="000767E2">
        <w:rPr>
          <w:lang w:val="sv-SE"/>
        </w:rPr>
        <w:t xml:space="preserve"> {{field-on:bible}}Men han sade detta inte för att han brydde sig om de fattiga, utan för att han var en tjuv och hade kassan och bar </w:t>
      </w:r>
      <w:r w:rsidRPr="000767E2">
        <w:rPr>
          <w:i/>
          <w:lang w:val="sv-SE"/>
        </w:rPr>
        <w:t>med sig</w:t>
      </w:r>
      <w:r w:rsidRPr="000767E2">
        <w:rPr>
          <w:lang w:val="sv-SE"/>
        </w:rPr>
        <w:t xml:space="preserve"> det som lades </w:t>
      </w:r>
      <w:r w:rsidRPr="000767E2">
        <w:rPr>
          <w:i/>
          <w:lang w:val="sv-SE"/>
        </w:rPr>
        <w:t>där</w:t>
      </w:r>
      <w:r w:rsidRPr="000767E2">
        <w:rPr>
          <w:lang w:val="sv-SE"/>
        </w:rPr>
        <w:t>.{{field-off:bible}} [[@</w:t>
      </w:r>
      <w:r w:rsidR="0096445B" w:rsidRPr="000767E2">
        <w:rPr>
          <w:lang w:val="sv-SE"/>
        </w:rPr>
        <w:t>BibleBIBEL82</w:t>
      </w:r>
      <w:r w:rsidRPr="000767E2">
        <w:rPr>
          <w:lang w:val="sv-SE"/>
        </w:rPr>
        <w:t>:John 12:7]]</w:t>
      </w:r>
      <w:r w:rsidRPr="000767E2">
        <w:rPr>
          <w:vertAlign w:val="superscript"/>
          <w:lang w:val="sv-SE"/>
        </w:rPr>
        <w:t>7</w:t>
      </w:r>
      <w:r w:rsidRPr="000767E2">
        <w:rPr>
          <w:lang w:val="sv-SE"/>
        </w:rPr>
        <w:t xml:space="preserve"> {{field-on:bible}}Då sade Jesus: ”Låt henne </w:t>
      </w:r>
      <w:r w:rsidRPr="000767E2">
        <w:rPr>
          <w:i/>
          <w:lang w:val="sv-SE"/>
        </w:rPr>
        <w:t>vara</w:t>
      </w:r>
      <w:r w:rsidRPr="000767E2">
        <w:rPr>
          <w:lang w:val="sv-SE"/>
        </w:rPr>
        <w:t>, så att hon till dagen för min gravläggning kan bevara den.{{field-off:bible}} [[@</w:t>
      </w:r>
      <w:r w:rsidR="0096445B" w:rsidRPr="000767E2">
        <w:rPr>
          <w:lang w:val="sv-SE"/>
        </w:rPr>
        <w:t>BibleBIBEL82</w:t>
      </w:r>
      <w:r w:rsidRPr="000767E2">
        <w:rPr>
          <w:lang w:val="sv-SE"/>
        </w:rPr>
        <w:t>:John 12:8]]</w:t>
      </w:r>
      <w:r w:rsidRPr="000767E2">
        <w:rPr>
          <w:vertAlign w:val="superscript"/>
          <w:lang w:val="sv-SE"/>
        </w:rPr>
        <w:t>8</w:t>
      </w:r>
      <w:r w:rsidRPr="000767E2">
        <w:rPr>
          <w:lang w:val="sv-SE"/>
        </w:rPr>
        <w:t xml:space="preserve"> {{field-on:bible}}För de fattiga har ni alltid hos er, men mig har ni inte alltid.”{{field-off:bible}}</w:t>
      </w:r>
    </w:p>
    <w:p w14:paraId="39C19B9D" w14:textId="2C7B1DB7" w:rsidR="00BA33AB" w:rsidRPr="000767E2" w:rsidRDefault="00000000">
      <w:pPr>
        <w:rPr>
          <w:lang w:val="sv-SE"/>
        </w:rPr>
      </w:pPr>
      <w:r w:rsidRPr="000767E2">
        <w:rPr>
          <w:lang w:val="sv-SE"/>
        </w:rPr>
        <w:t>[[@</w:t>
      </w:r>
      <w:r w:rsidR="0096445B" w:rsidRPr="000767E2">
        <w:rPr>
          <w:lang w:val="sv-SE"/>
        </w:rPr>
        <w:t>BibleBIBEL82</w:t>
      </w:r>
      <w:r w:rsidRPr="000767E2">
        <w:rPr>
          <w:lang w:val="sv-SE"/>
        </w:rPr>
        <w:t>:John 12:9]]</w:t>
      </w:r>
      <w:r w:rsidRPr="000767E2">
        <w:rPr>
          <w:vertAlign w:val="superscript"/>
          <w:lang w:val="sv-SE"/>
        </w:rPr>
        <w:t>9</w:t>
      </w:r>
      <w:r w:rsidRPr="000767E2">
        <w:rPr>
          <w:lang w:val="sv-SE"/>
        </w:rPr>
        <w:t xml:space="preserve"> {{field-on:bible}}Då </w:t>
      </w:r>
      <w:r w:rsidRPr="000767E2">
        <w:rPr>
          <w:i/>
          <w:lang w:val="sv-SE"/>
        </w:rPr>
        <w:t>fick</w:t>
      </w:r>
      <w:r w:rsidRPr="000767E2">
        <w:rPr>
          <w:lang w:val="sv-SE"/>
        </w:rPr>
        <w:t xml:space="preserve"> [d]en stor[a] skara[n] av judarna veta att han är där. Och de kom inte bara för Jesus, utan för att också se Lazaros som han hade uppväckt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:John 12:10]]</w:t>
      </w:r>
      <w:r w:rsidRPr="000767E2">
        <w:rPr>
          <w:vertAlign w:val="superscript"/>
          <w:lang w:val="sv-SE"/>
        </w:rPr>
        <w:t>10</w:t>
      </w:r>
      <w:r w:rsidRPr="000767E2">
        <w:rPr>
          <w:lang w:val="sv-SE"/>
        </w:rPr>
        <w:t xml:space="preserve"> {{field-on:bible}}Men översteprästerna planerade för att döda även Lazaros,{{field-off:bible}} [[@</w:t>
      </w:r>
      <w:r w:rsidR="0096445B" w:rsidRPr="000767E2">
        <w:rPr>
          <w:lang w:val="sv-SE"/>
        </w:rPr>
        <w:t>BibleBIBEL82</w:t>
      </w:r>
      <w:r w:rsidRPr="000767E2">
        <w:rPr>
          <w:lang w:val="sv-SE"/>
        </w:rPr>
        <w:t>:John 12:11]]</w:t>
      </w:r>
      <w:r w:rsidRPr="000767E2">
        <w:rPr>
          <w:vertAlign w:val="superscript"/>
          <w:lang w:val="sv-SE"/>
        </w:rPr>
        <w:t>11</w:t>
      </w:r>
      <w:r w:rsidRPr="000767E2">
        <w:rPr>
          <w:lang w:val="sv-SE"/>
        </w:rPr>
        <w:t xml:space="preserve"> {{field-on:bible}}eftersom många för hans skull begav sig från judarna och trodde på Jesus.{{field-off:bible}}</w:t>
      </w:r>
    </w:p>
    <w:p w14:paraId="537BAF46" w14:textId="77777777" w:rsidR="00BA33AB" w:rsidRPr="000767E2" w:rsidRDefault="00000000">
      <w:pPr>
        <w:pStyle w:val="Rubrik3"/>
        <w:rPr>
          <w:lang w:val="sv-SE"/>
        </w:rPr>
      </w:pPr>
      <w:r w:rsidRPr="000767E2">
        <w:rPr>
          <w:lang w:val="sv-SE"/>
        </w:rPr>
        <w:t>Jesus rider in i Jerusalem</w:t>
      </w:r>
    </w:p>
    <w:p w14:paraId="4AFFF715" w14:textId="297BD0EC" w:rsidR="00BA33AB" w:rsidRPr="000767E2" w:rsidRDefault="00000000">
      <w:pPr>
        <w:rPr>
          <w:lang w:val="sv-SE"/>
        </w:rPr>
      </w:pPr>
      <w:r w:rsidRPr="000767E2">
        <w:rPr>
          <w:lang w:val="sv-SE"/>
        </w:rPr>
        <w:t>[[@</w:t>
      </w:r>
      <w:r w:rsidR="0096445B" w:rsidRPr="000767E2">
        <w:rPr>
          <w:lang w:val="sv-SE"/>
        </w:rPr>
        <w:t>BibleBIBEL82</w:t>
      </w:r>
      <w:r w:rsidRPr="000767E2">
        <w:rPr>
          <w:lang w:val="sv-SE"/>
        </w:rPr>
        <w:t>:John 12:12]]</w:t>
      </w:r>
      <w:r w:rsidRPr="000767E2">
        <w:rPr>
          <w:vertAlign w:val="superscript"/>
          <w:lang w:val="sv-SE"/>
        </w:rPr>
        <w:t>12</w:t>
      </w:r>
      <w:r w:rsidRPr="000767E2">
        <w:rPr>
          <w:lang w:val="sv-SE"/>
        </w:rPr>
        <w:t xml:space="preserve"> {{field-on:bible}}Dagen därpå, när den stora skaran som hade kommit till högtiden hörde att Jesus kommer till Jerusalem,{{field-off:bible}} [[@</w:t>
      </w:r>
      <w:r w:rsidR="0096445B" w:rsidRPr="000767E2">
        <w:rPr>
          <w:lang w:val="sv-SE"/>
        </w:rPr>
        <w:t>BibleBIBEL82</w:t>
      </w:r>
      <w:r w:rsidRPr="000767E2">
        <w:rPr>
          <w:lang w:val="sv-SE"/>
        </w:rPr>
        <w:t>:John 12:13]]</w:t>
      </w:r>
      <w:r w:rsidRPr="000767E2">
        <w:rPr>
          <w:vertAlign w:val="superscript"/>
          <w:lang w:val="sv-SE"/>
        </w:rPr>
        <w:t>13</w:t>
      </w:r>
      <w:r w:rsidRPr="000767E2">
        <w:rPr>
          <w:lang w:val="sv-SE"/>
        </w:rPr>
        <w:t xml:space="preserve"> {{field-on:bible}}tog de palmernas palmblad och gick ut, honom till mötes, och vrålade:{{field-off:bible}}</w:t>
      </w:r>
    </w:p>
    <w:p w14:paraId="58B6B49F" w14:textId="77777777" w:rsidR="00BA33AB" w:rsidRPr="000767E2" w:rsidRDefault="00000000">
      <w:pPr>
        <w:rPr>
          <w:lang w:val="sv-SE"/>
        </w:rPr>
      </w:pPr>
      <w:r w:rsidRPr="000767E2">
        <w:rPr>
          <w:lang w:val="sv-SE"/>
        </w:rPr>
        <w:t>{{field-on:bible}}”Hosanna! Välsignad han som kommer i Herrens namn!”</w:t>
      </w:r>
      <w:r w:rsidRPr="000767E2">
        <w:rPr>
          <w:lang w:val="sv-SE"/>
        </w:rPr>
        <w:br/>
        <w:t>[Och:] ”Israels kung!”{{field-off:bible}}</w:t>
      </w:r>
    </w:p>
    <w:p w14:paraId="743C295A" w14:textId="4CCB38C4" w:rsidR="00BA33AB" w:rsidRPr="000767E2" w:rsidRDefault="00000000">
      <w:pPr>
        <w:rPr>
          <w:lang w:val="sv-SE"/>
        </w:rPr>
      </w:pPr>
      <w:r w:rsidRPr="000767E2">
        <w:rPr>
          <w:lang w:val="sv-SE"/>
        </w:rPr>
        <w:t>[[@</w:t>
      </w:r>
      <w:r w:rsidR="0096445B" w:rsidRPr="000767E2">
        <w:rPr>
          <w:lang w:val="sv-SE"/>
        </w:rPr>
        <w:t>BibleBIBEL82</w:t>
      </w:r>
      <w:r w:rsidRPr="000767E2">
        <w:rPr>
          <w:lang w:val="sv-SE"/>
        </w:rPr>
        <w:t>:John 12:14]]</w:t>
      </w:r>
      <w:r w:rsidRPr="000767E2">
        <w:rPr>
          <w:vertAlign w:val="superscript"/>
          <w:lang w:val="sv-SE"/>
        </w:rPr>
        <w:t>14</w:t>
      </w:r>
      <w:r w:rsidRPr="000767E2">
        <w:rPr>
          <w:lang w:val="sv-SE"/>
        </w:rPr>
        <w:t xml:space="preserve"> {{field-on:bible}}Och Jesus fann en liten åsna och satte sig på den, så som det är skrivet:{{field-off:bible}}</w:t>
      </w:r>
    </w:p>
    <w:p w14:paraId="430B499F" w14:textId="5AC4D907" w:rsidR="00BA33AB" w:rsidRPr="000767E2" w:rsidRDefault="00000000">
      <w:pPr>
        <w:rPr>
          <w:lang w:val="sv-SE"/>
        </w:rPr>
      </w:pPr>
      <w:r w:rsidRPr="000767E2">
        <w:rPr>
          <w:lang w:val="sv-SE"/>
        </w:rPr>
        <w:t>[[@</w:t>
      </w:r>
      <w:r w:rsidR="0096445B" w:rsidRPr="000767E2">
        <w:rPr>
          <w:lang w:val="sv-SE"/>
        </w:rPr>
        <w:t>BibleBIBEL82</w:t>
      </w:r>
      <w:r w:rsidRPr="000767E2">
        <w:rPr>
          <w:lang w:val="sv-SE"/>
        </w:rPr>
        <w:t>:John 12:15]]</w:t>
      </w:r>
      <w:r w:rsidRPr="000767E2">
        <w:rPr>
          <w:vertAlign w:val="superscript"/>
          <w:lang w:val="sv-SE"/>
        </w:rPr>
        <w:t>15</w:t>
      </w:r>
      <w:r w:rsidRPr="000767E2">
        <w:rPr>
          <w:lang w:val="sv-SE"/>
        </w:rPr>
        <w:t xml:space="preserve"> {{field-on:bible}}Frukta inte, dotter Sion!</w:t>
      </w:r>
      <w:r w:rsidRPr="000767E2">
        <w:rPr>
          <w:lang w:val="sv-SE"/>
        </w:rPr>
        <w:br/>
        <w:t>Se, din kung kommer, sittande på ett åsneföl.{{field-off:bible}}</w:t>
      </w:r>
    </w:p>
    <w:p w14:paraId="23143035" w14:textId="00E6DB11" w:rsidR="00BA33AB" w:rsidRPr="000767E2" w:rsidRDefault="00000000">
      <w:pPr>
        <w:rPr>
          <w:lang w:val="sv-SE"/>
        </w:rPr>
      </w:pPr>
      <w:r w:rsidRPr="000767E2">
        <w:rPr>
          <w:lang w:val="sv-SE"/>
        </w:rPr>
        <w:t>[[@</w:t>
      </w:r>
      <w:r w:rsidR="0096445B" w:rsidRPr="000767E2">
        <w:rPr>
          <w:lang w:val="sv-SE"/>
        </w:rPr>
        <w:t>BibleBIBEL82</w:t>
      </w:r>
      <w:r w:rsidRPr="000767E2">
        <w:rPr>
          <w:lang w:val="sv-SE"/>
        </w:rPr>
        <w:t>:John 12:16]]</w:t>
      </w:r>
      <w:r w:rsidRPr="000767E2">
        <w:rPr>
          <w:vertAlign w:val="superscript"/>
          <w:lang w:val="sv-SE"/>
        </w:rPr>
        <w:t>16</w:t>
      </w:r>
      <w:r w:rsidRPr="000767E2">
        <w:rPr>
          <w:lang w:val="sv-SE"/>
        </w:rPr>
        <w:t xml:space="preserve"> {{field-on:bible}}Detta förstod inte hans lärjungar först. Men när Jesus hade blivit förhärligad, då kom de ihåg att detta var skrivet om honom och </w:t>
      </w:r>
      <w:r w:rsidRPr="000767E2">
        <w:rPr>
          <w:i/>
          <w:lang w:val="sv-SE"/>
        </w:rPr>
        <w:t>att</w:t>
      </w:r>
      <w:r w:rsidRPr="000767E2">
        <w:rPr>
          <w:lang w:val="sv-SE"/>
        </w:rPr>
        <w:t xml:space="preserve"> man gjorde detta med honom.{{field-off:bible}}</w:t>
      </w:r>
    </w:p>
    <w:p w14:paraId="588A13C1" w14:textId="6480DDE7"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12:17]]</w:t>
      </w:r>
      <w:r w:rsidRPr="000767E2">
        <w:rPr>
          <w:vertAlign w:val="superscript"/>
          <w:lang w:val="sv-SE"/>
        </w:rPr>
        <w:t>17</w:t>
      </w:r>
      <w:r w:rsidRPr="000767E2">
        <w:rPr>
          <w:lang w:val="sv-SE"/>
        </w:rPr>
        <w:t xml:space="preserve"> {{field-on:bible}}Nu vittnade skaran som varit med honom när han ropade Lazaros ur graven och uppväckte honom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:John 12:18]]</w:t>
      </w:r>
      <w:r w:rsidRPr="000767E2">
        <w:rPr>
          <w:vertAlign w:val="superscript"/>
          <w:lang w:val="sv-SE"/>
        </w:rPr>
        <w:t>18</w:t>
      </w:r>
      <w:r w:rsidRPr="000767E2">
        <w:rPr>
          <w:lang w:val="sv-SE"/>
        </w:rPr>
        <w:t xml:space="preserve"> {{field-on:bible}}Därför mötte honom [också] skaran, eftersom de hörde att han hade gjort detta tecken.{{field-off:bible}} [[@</w:t>
      </w:r>
      <w:r w:rsidR="0096445B" w:rsidRPr="000767E2">
        <w:rPr>
          <w:lang w:val="sv-SE"/>
        </w:rPr>
        <w:t>BibleBIBEL82</w:t>
      </w:r>
      <w:r w:rsidRPr="000767E2">
        <w:rPr>
          <w:lang w:val="sv-SE"/>
        </w:rPr>
        <w:t>:John 12:19]]</w:t>
      </w:r>
      <w:r w:rsidRPr="000767E2">
        <w:rPr>
          <w:vertAlign w:val="superscript"/>
          <w:lang w:val="sv-SE"/>
        </w:rPr>
        <w:t>19</w:t>
      </w:r>
      <w:r w:rsidRPr="000767E2">
        <w:rPr>
          <w:lang w:val="sv-SE"/>
        </w:rPr>
        <w:t xml:space="preserve"> {{field-on:bible}}Då sade fariseerna till varann: ”Skådar ni att ni inte gör någon nytta? Se: världen har farit iväg efter honom.”{{field-off:bible}}</w:t>
      </w:r>
    </w:p>
    <w:p w14:paraId="4424BD49" w14:textId="77777777" w:rsidR="00BA33AB" w:rsidRPr="000767E2" w:rsidRDefault="00000000">
      <w:pPr>
        <w:pStyle w:val="Rubrik3"/>
        <w:rPr>
          <w:lang w:val="sv-SE"/>
        </w:rPr>
      </w:pPr>
      <w:r w:rsidRPr="000767E2">
        <w:rPr>
          <w:lang w:val="sv-SE"/>
        </w:rPr>
        <w:t>Jesus förutsäger sin död</w:t>
      </w:r>
    </w:p>
    <w:p w14:paraId="507E821E" w14:textId="1C3A7889" w:rsidR="00BA33AB" w:rsidRPr="000767E2" w:rsidRDefault="00000000">
      <w:pPr>
        <w:rPr>
          <w:lang w:val="sv-SE"/>
        </w:rPr>
      </w:pPr>
      <w:r w:rsidRPr="000767E2">
        <w:rPr>
          <w:lang w:val="sv-SE"/>
        </w:rPr>
        <w:t>[[@</w:t>
      </w:r>
      <w:r w:rsidR="0096445B" w:rsidRPr="000767E2">
        <w:rPr>
          <w:lang w:val="sv-SE"/>
        </w:rPr>
        <w:t>BibleBIBEL82</w:t>
      </w:r>
      <w:r w:rsidRPr="000767E2">
        <w:rPr>
          <w:lang w:val="sv-SE"/>
        </w:rPr>
        <w:t>:John 12:20]]</w:t>
      </w:r>
      <w:r w:rsidRPr="000767E2">
        <w:rPr>
          <w:vertAlign w:val="superscript"/>
          <w:lang w:val="sv-SE"/>
        </w:rPr>
        <w:t>20</w:t>
      </w:r>
      <w:r w:rsidRPr="000767E2">
        <w:rPr>
          <w:lang w:val="sv-SE"/>
        </w:rPr>
        <w:t xml:space="preserve"> {{field-on:bible}}Men det fanns några greker av dem som gick upp för att tillbe vid högtiden.{{field-off:bible}} [[@</w:t>
      </w:r>
      <w:r w:rsidR="0096445B" w:rsidRPr="000767E2">
        <w:rPr>
          <w:lang w:val="sv-SE"/>
        </w:rPr>
        <w:t>BibleBIBEL82</w:t>
      </w:r>
      <w:r w:rsidRPr="000767E2">
        <w:rPr>
          <w:lang w:val="sv-SE"/>
        </w:rPr>
        <w:t>:John 12:21]]</w:t>
      </w:r>
      <w:r w:rsidRPr="000767E2">
        <w:rPr>
          <w:vertAlign w:val="superscript"/>
          <w:lang w:val="sv-SE"/>
        </w:rPr>
        <w:t>21</w:t>
      </w:r>
      <w:r w:rsidRPr="000767E2">
        <w:rPr>
          <w:lang w:val="sv-SE"/>
        </w:rPr>
        <w:t xml:space="preserve"> {{field-on:bible}}Dessa kom nu till Filippos, </w:t>
      </w:r>
      <w:r w:rsidRPr="000767E2">
        <w:rPr>
          <w:i/>
          <w:lang w:val="sv-SE"/>
        </w:rPr>
        <w:t>som var</w:t>
      </w:r>
      <w:r w:rsidRPr="000767E2">
        <w:rPr>
          <w:lang w:val="sv-SE"/>
        </w:rPr>
        <w:t xml:space="preserve"> från Bethsaida i Galileen, och frågade honom och sade: ”Herre, vi vill se Jesus.”{{field-off:bible}} [[@</w:t>
      </w:r>
      <w:r w:rsidR="0096445B" w:rsidRPr="000767E2">
        <w:rPr>
          <w:lang w:val="sv-SE"/>
        </w:rPr>
        <w:t>BibleBIBEL82</w:t>
      </w:r>
      <w:r w:rsidRPr="000767E2">
        <w:rPr>
          <w:lang w:val="sv-SE"/>
        </w:rPr>
        <w:t>:John 12:22]]</w:t>
      </w:r>
      <w:r w:rsidRPr="000767E2">
        <w:rPr>
          <w:vertAlign w:val="superscript"/>
          <w:lang w:val="sv-SE"/>
        </w:rPr>
        <w:t>22</w:t>
      </w:r>
      <w:r w:rsidRPr="000767E2">
        <w:rPr>
          <w:lang w:val="sv-SE"/>
        </w:rPr>
        <w:t xml:space="preserve"> {{field-on:bible}}Filippos går och säger till Andreas. Andreas och Filippos går och säger till Jesus.{{field-off:bible}}</w:t>
      </w:r>
    </w:p>
    <w:p w14:paraId="2052A89E" w14:textId="08D656FB" w:rsidR="00BA33AB" w:rsidRPr="000767E2" w:rsidRDefault="00000000">
      <w:pPr>
        <w:rPr>
          <w:lang w:val="sv-SE"/>
        </w:rPr>
      </w:pPr>
      <w:r w:rsidRPr="000767E2">
        <w:rPr>
          <w:lang w:val="sv-SE"/>
        </w:rPr>
        <w:t>[[@</w:t>
      </w:r>
      <w:r w:rsidR="0096445B" w:rsidRPr="000767E2">
        <w:rPr>
          <w:lang w:val="sv-SE"/>
        </w:rPr>
        <w:t>BibleBIBEL82</w:t>
      </w:r>
      <w:r w:rsidRPr="000767E2">
        <w:rPr>
          <w:lang w:val="sv-SE"/>
        </w:rPr>
        <w:t>:John 12:23]]</w:t>
      </w:r>
      <w:r w:rsidRPr="000767E2">
        <w:rPr>
          <w:vertAlign w:val="superscript"/>
          <w:lang w:val="sv-SE"/>
        </w:rPr>
        <w:t>23</w:t>
      </w:r>
      <w:r w:rsidRPr="000767E2">
        <w:rPr>
          <w:lang w:val="sv-SE"/>
        </w:rPr>
        <w:t xml:space="preserve"> {{field-on:bible}}Men Jesus svarar dem och säger: ”Stunden har kommit att Människosonen ska förhärligas.{{field-off:bible}} [[@</w:t>
      </w:r>
      <w:r w:rsidR="0096445B" w:rsidRPr="000767E2">
        <w:rPr>
          <w:lang w:val="sv-SE"/>
        </w:rPr>
        <w:t>BibleBIBEL82</w:t>
      </w:r>
      <w:r w:rsidRPr="000767E2">
        <w:rPr>
          <w:lang w:val="sv-SE"/>
        </w:rPr>
        <w:t>:John 12:24]]</w:t>
      </w:r>
      <w:r w:rsidRPr="000767E2">
        <w:rPr>
          <w:vertAlign w:val="superscript"/>
          <w:lang w:val="sv-SE"/>
        </w:rPr>
        <w:t>24</w:t>
      </w:r>
      <w:r w:rsidRPr="000767E2">
        <w:rPr>
          <w:lang w:val="sv-SE"/>
        </w:rPr>
        <w:t xml:space="preserve"> {{field-on:bible}}Amen, amen, jag säger er: Om inte vetekornet faller i jorden och dör, förblir det själv ensamt. Men om det dör, bär det mycket frukt.{{field-off:bible}} [[@</w:t>
      </w:r>
      <w:r w:rsidR="0096445B" w:rsidRPr="000767E2">
        <w:rPr>
          <w:lang w:val="sv-SE"/>
        </w:rPr>
        <w:t>BibleBIBEL82</w:t>
      </w:r>
      <w:r w:rsidRPr="000767E2">
        <w:rPr>
          <w:lang w:val="sv-SE"/>
        </w:rPr>
        <w:t>:John 12:25]]</w:t>
      </w:r>
      <w:r w:rsidRPr="000767E2">
        <w:rPr>
          <w:vertAlign w:val="superscript"/>
          <w:lang w:val="sv-SE"/>
        </w:rPr>
        <w:t>25</w:t>
      </w:r>
      <w:r w:rsidRPr="000767E2">
        <w:rPr>
          <w:lang w:val="sv-SE"/>
        </w:rPr>
        <w:t xml:space="preserve"> {{field-on:bible}}Den som har sin själ kär förlorar den. Och den som hatar sin själ i denna värld ska till eoniskt liv beskydda den.{{field-off:bible}} [[@</w:t>
      </w:r>
      <w:r w:rsidR="0096445B" w:rsidRPr="000767E2">
        <w:rPr>
          <w:lang w:val="sv-SE"/>
        </w:rPr>
        <w:t>BibleBIBEL82</w:t>
      </w:r>
      <w:r w:rsidRPr="000767E2">
        <w:rPr>
          <w:lang w:val="sv-SE"/>
        </w:rPr>
        <w:t>:John 12:26]]</w:t>
      </w:r>
      <w:r w:rsidRPr="000767E2">
        <w:rPr>
          <w:vertAlign w:val="superscript"/>
          <w:lang w:val="sv-SE"/>
        </w:rPr>
        <w:t>26</w:t>
      </w:r>
      <w:r w:rsidRPr="000767E2">
        <w:rPr>
          <w:lang w:val="sv-SE"/>
        </w:rPr>
        <w:t xml:space="preserve"> {{field-on:bible}}Om någon tjänar mig, ska han följa mig. Och där jag är, där ska också min tjänare vara. Om någon tjänar mig ska Fadern hedra honom.{{field-off:bible}}</w:t>
      </w:r>
    </w:p>
    <w:p w14:paraId="1E1B8892" w14:textId="068CC818" w:rsidR="00BA33AB" w:rsidRPr="000767E2" w:rsidRDefault="00000000">
      <w:pPr>
        <w:rPr>
          <w:lang w:val="sv-SE"/>
        </w:rPr>
      </w:pPr>
      <w:r w:rsidRPr="000767E2">
        <w:rPr>
          <w:lang w:val="sv-SE"/>
        </w:rPr>
        <w:t>[[@</w:t>
      </w:r>
      <w:r w:rsidR="0096445B" w:rsidRPr="000767E2">
        <w:rPr>
          <w:lang w:val="sv-SE"/>
        </w:rPr>
        <w:t>BibleBIBEL82</w:t>
      </w:r>
      <w:r w:rsidRPr="000767E2">
        <w:rPr>
          <w:lang w:val="sv-SE"/>
        </w:rPr>
        <w:t>:John 12:27]]</w:t>
      </w:r>
      <w:r w:rsidRPr="000767E2">
        <w:rPr>
          <w:vertAlign w:val="superscript"/>
          <w:lang w:val="sv-SE"/>
        </w:rPr>
        <w:t>27</w:t>
      </w:r>
      <w:r w:rsidRPr="000767E2">
        <w:rPr>
          <w:lang w:val="sv-SE"/>
        </w:rPr>
        <w:t xml:space="preserve"> {{field-on:bible}}Nu är min själ oroad. Och vad ska jag säga? Far, fräls mig från denna stund? Nej, därför har jag kommit, för denna stund.{{field-off:bible}} [[@</w:t>
      </w:r>
      <w:r w:rsidR="0096445B" w:rsidRPr="000767E2">
        <w:rPr>
          <w:lang w:val="sv-SE"/>
        </w:rPr>
        <w:t>BibleBIBEL82</w:t>
      </w:r>
      <w:r w:rsidRPr="000767E2">
        <w:rPr>
          <w:lang w:val="sv-SE"/>
        </w:rPr>
        <w:t>:John 12:28]]</w:t>
      </w:r>
      <w:r w:rsidRPr="000767E2">
        <w:rPr>
          <w:vertAlign w:val="superscript"/>
          <w:lang w:val="sv-SE"/>
        </w:rPr>
        <w:t>28</w:t>
      </w:r>
      <w:r w:rsidRPr="000767E2">
        <w:rPr>
          <w:lang w:val="sv-SE"/>
        </w:rPr>
        <w:t xml:space="preserve"> {{field-on:bible}}Far, förhärliga ditt namn.”{{field-off:bible}}</w:t>
      </w:r>
    </w:p>
    <w:p w14:paraId="21531458" w14:textId="6FC10094" w:rsidR="00BA33AB" w:rsidRPr="000767E2" w:rsidRDefault="00000000">
      <w:pPr>
        <w:rPr>
          <w:lang w:val="sv-SE"/>
        </w:rPr>
      </w:pPr>
      <w:r w:rsidRPr="000767E2">
        <w:rPr>
          <w:lang w:val="sv-SE"/>
        </w:rPr>
        <w:t>{{field-on:bible}}Då kom en röst från himlen: ”Jag både har förhärligat och ska åter förhärliga.”{{field-off:bible}} [[@</w:t>
      </w:r>
      <w:r w:rsidR="0096445B" w:rsidRPr="000767E2">
        <w:rPr>
          <w:lang w:val="sv-SE"/>
        </w:rPr>
        <w:t>BibleBIBEL82</w:t>
      </w:r>
      <w:r w:rsidRPr="000767E2">
        <w:rPr>
          <w:lang w:val="sv-SE"/>
        </w:rPr>
        <w:t>:John 12:29]]</w:t>
      </w:r>
      <w:r w:rsidRPr="000767E2">
        <w:rPr>
          <w:vertAlign w:val="superscript"/>
          <w:lang w:val="sv-SE"/>
        </w:rPr>
        <w:t>29</w:t>
      </w:r>
      <w:r w:rsidRPr="000767E2">
        <w:rPr>
          <w:lang w:val="sv-SE"/>
        </w:rPr>
        <w:t xml:space="preserve"> {{field-on:bible}}Skaran som stod och hörde sade då att det kommit åska. Andra sade: ”En ängel har talat till honom.”{{field-off:bible}} [[@</w:t>
      </w:r>
      <w:r w:rsidR="0096445B" w:rsidRPr="000767E2">
        <w:rPr>
          <w:lang w:val="sv-SE"/>
        </w:rPr>
        <w:t>BibleBIBEL82</w:t>
      </w:r>
      <w:r w:rsidRPr="000767E2">
        <w:rPr>
          <w:lang w:val="sv-SE"/>
        </w:rPr>
        <w:t>:John 12:30]]</w:t>
      </w:r>
      <w:r w:rsidRPr="000767E2">
        <w:rPr>
          <w:vertAlign w:val="superscript"/>
          <w:lang w:val="sv-SE"/>
        </w:rPr>
        <w:t>30</w:t>
      </w:r>
      <w:r w:rsidRPr="000767E2">
        <w:rPr>
          <w:lang w:val="sv-SE"/>
        </w:rPr>
        <w:t xml:space="preserve"> {{field-on:bible}}Jesus svarade och sade: ”</w:t>
      </w:r>
      <w:r w:rsidRPr="000767E2">
        <w:rPr>
          <w:i/>
          <w:lang w:val="sv-SE"/>
        </w:rPr>
        <w:t>Det är</w:t>
      </w:r>
      <w:r w:rsidRPr="000767E2">
        <w:rPr>
          <w:lang w:val="sv-SE"/>
        </w:rPr>
        <w:t xml:space="preserve"> inte för min skull denna röst har kommit, utan för er.{{field-off:bible}} [[@</w:t>
      </w:r>
      <w:r w:rsidR="0096445B" w:rsidRPr="000767E2">
        <w:rPr>
          <w:lang w:val="sv-SE"/>
        </w:rPr>
        <w:t>BibleBIBEL82</w:t>
      </w:r>
      <w:r w:rsidRPr="000767E2">
        <w:rPr>
          <w:lang w:val="sv-SE"/>
        </w:rPr>
        <w:t>:John 12:31]]</w:t>
      </w:r>
      <w:r w:rsidRPr="000767E2">
        <w:rPr>
          <w:vertAlign w:val="superscript"/>
          <w:lang w:val="sv-SE"/>
        </w:rPr>
        <w:t>31</w:t>
      </w:r>
      <w:r w:rsidRPr="000767E2">
        <w:rPr>
          <w:lang w:val="sv-SE"/>
        </w:rPr>
        <w:t xml:space="preserve"> {{field-on:bible}}Nu är </w:t>
      </w:r>
      <w:r w:rsidRPr="000767E2">
        <w:rPr>
          <w:i/>
          <w:lang w:val="sv-SE"/>
        </w:rPr>
        <w:t>det</w:t>
      </w:r>
      <w:r w:rsidRPr="000767E2">
        <w:rPr>
          <w:lang w:val="sv-SE"/>
        </w:rPr>
        <w:t xml:space="preserve"> dom över denna värld. Nu ska fursten över denna värld drivas ut utanför.{{field-off:bible}} [[@</w:t>
      </w:r>
      <w:r w:rsidR="0096445B" w:rsidRPr="000767E2">
        <w:rPr>
          <w:lang w:val="sv-SE"/>
        </w:rPr>
        <w:t>BibleBIBEL82</w:t>
      </w:r>
      <w:r w:rsidRPr="000767E2">
        <w:rPr>
          <w:lang w:val="sv-SE"/>
        </w:rPr>
        <w:t>:John 12:32]]</w:t>
      </w:r>
      <w:r w:rsidRPr="000767E2">
        <w:rPr>
          <w:vertAlign w:val="superscript"/>
          <w:lang w:val="sv-SE"/>
        </w:rPr>
        <w:t>32</w:t>
      </w:r>
      <w:r w:rsidRPr="000767E2">
        <w:rPr>
          <w:lang w:val="sv-SE"/>
        </w:rPr>
        <w:t xml:space="preserve"> {{field-on:bible}}Och jag, när jag upphöjs från jorden, ska dra alla till mig.”{{field-off:bible}} [[@</w:t>
      </w:r>
      <w:r w:rsidR="0096445B" w:rsidRPr="000767E2">
        <w:rPr>
          <w:lang w:val="sv-SE"/>
        </w:rPr>
        <w:t>BibleBIBEL82</w:t>
      </w:r>
      <w:r w:rsidRPr="000767E2">
        <w:rPr>
          <w:lang w:val="sv-SE"/>
        </w:rPr>
        <w:t>:John 12:33]]</w:t>
      </w:r>
      <w:r w:rsidRPr="000767E2">
        <w:rPr>
          <w:vertAlign w:val="superscript"/>
          <w:lang w:val="sv-SE"/>
        </w:rPr>
        <w:t>33</w:t>
      </w:r>
      <w:r w:rsidRPr="000767E2">
        <w:rPr>
          <w:lang w:val="sv-SE"/>
        </w:rPr>
        <w:t xml:space="preserve"> {{field-on:bible}}Och detta sade han angivande med vilken död han skulle dö.{{field-off:bible}}</w:t>
      </w:r>
    </w:p>
    <w:p w14:paraId="0B403C81" w14:textId="16608F8D" w:rsidR="00BA33AB" w:rsidRPr="000767E2" w:rsidRDefault="00000000">
      <w:pPr>
        <w:rPr>
          <w:lang w:val="sv-SE"/>
        </w:rPr>
      </w:pPr>
      <w:r w:rsidRPr="000767E2">
        <w:rPr>
          <w:lang w:val="sv-SE"/>
        </w:rPr>
        <w:t>[[@</w:t>
      </w:r>
      <w:r w:rsidR="0096445B" w:rsidRPr="000767E2">
        <w:rPr>
          <w:lang w:val="sv-SE"/>
        </w:rPr>
        <w:t>BibleBIBEL82</w:t>
      </w:r>
      <w:r w:rsidRPr="000767E2">
        <w:rPr>
          <w:lang w:val="sv-SE"/>
        </w:rPr>
        <w:t>:John 12:34]]</w:t>
      </w:r>
      <w:r w:rsidRPr="000767E2">
        <w:rPr>
          <w:vertAlign w:val="superscript"/>
          <w:lang w:val="sv-SE"/>
        </w:rPr>
        <w:t>34</w:t>
      </w:r>
      <w:r w:rsidRPr="000767E2">
        <w:rPr>
          <w:lang w:val="sv-SE"/>
        </w:rPr>
        <w:t xml:space="preserve"> {{field-on:bible}}Då svarade honom skaran: ”Vi har hört från lagen att Kristus blir kvar till eonen. Och hur menar du att Människosonen måste bli upphöjd? Vem är denne Människoson?”{{field-off:bible}} [[@</w:t>
      </w:r>
      <w:r w:rsidR="0096445B" w:rsidRPr="000767E2">
        <w:rPr>
          <w:lang w:val="sv-SE"/>
        </w:rPr>
        <w:t>BibleBIBEL82</w:t>
      </w:r>
      <w:r w:rsidRPr="000767E2">
        <w:rPr>
          <w:lang w:val="sv-SE"/>
        </w:rPr>
        <w:t>:John 12:35]]</w:t>
      </w:r>
      <w:r w:rsidRPr="000767E2">
        <w:rPr>
          <w:vertAlign w:val="superscript"/>
          <w:lang w:val="sv-SE"/>
        </w:rPr>
        <w:t>35</w:t>
      </w:r>
      <w:r w:rsidRPr="000767E2">
        <w:rPr>
          <w:lang w:val="sv-SE"/>
        </w:rPr>
        <w:t xml:space="preserve"> {{field-on:bible}}Då sade Jesus till dem: ”Ännu en liten tid är ljuset bland er. Vandra medan ni har </w:t>
      </w:r>
      <w:r w:rsidRPr="000767E2">
        <w:rPr>
          <w:lang w:val="sv-SE"/>
        </w:rPr>
        <w:lastRenderedPageBreak/>
        <w:t>ljuset, så att inte mörkret griper er. Och den som vandrar i mörkret vet inte vart han beger sig.{{field-off:bible}} [[@</w:t>
      </w:r>
      <w:r w:rsidR="0096445B" w:rsidRPr="000767E2">
        <w:rPr>
          <w:lang w:val="sv-SE"/>
        </w:rPr>
        <w:t>BibleBIBEL82</w:t>
      </w:r>
      <w:r w:rsidRPr="000767E2">
        <w:rPr>
          <w:lang w:val="sv-SE"/>
        </w:rPr>
        <w:t>:John 12:36]]</w:t>
      </w:r>
      <w:r w:rsidRPr="000767E2">
        <w:rPr>
          <w:vertAlign w:val="superscript"/>
          <w:lang w:val="sv-SE"/>
        </w:rPr>
        <w:t>36</w:t>
      </w:r>
      <w:r w:rsidRPr="000767E2">
        <w:rPr>
          <w:lang w:val="sv-SE"/>
        </w:rPr>
        <w:t xml:space="preserve"> {{field-on:bible}}Medan ni har ljuset, tro på ljuset så att ni blir ljusets söner.” Detta talade Jesus, och gick bort och dolde sig för dem.{{field-off:bible}}</w:t>
      </w:r>
    </w:p>
    <w:p w14:paraId="3A5DCDBF" w14:textId="77777777" w:rsidR="00BA33AB" w:rsidRPr="000767E2" w:rsidRDefault="00000000">
      <w:pPr>
        <w:pStyle w:val="Rubrik3"/>
        <w:rPr>
          <w:lang w:val="sv-SE"/>
        </w:rPr>
      </w:pPr>
      <w:r w:rsidRPr="000767E2">
        <w:rPr>
          <w:lang w:val="sv-SE"/>
        </w:rPr>
        <w:t>Folkets otro</w:t>
      </w:r>
    </w:p>
    <w:p w14:paraId="3BAAEAA9" w14:textId="6CCB312C" w:rsidR="00BA33AB" w:rsidRPr="000767E2" w:rsidRDefault="00000000">
      <w:pPr>
        <w:rPr>
          <w:lang w:val="sv-SE"/>
        </w:rPr>
      </w:pPr>
      <w:r w:rsidRPr="000767E2">
        <w:rPr>
          <w:lang w:val="sv-SE"/>
        </w:rPr>
        <w:t>[[@</w:t>
      </w:r>
      <w:r w:rsidR="0096445B" w:rsidRPr="000767E2">
        <w:rPr>
          <w:lang w:val="sv-SE"/>
        </w:rPr>
        <w:t>BibleBIBEL82</w:t>
      </w:r>
      <w:r w:rsidRPr="000767E2">
        <w:rPr>
          <w:lang w:val="sv-SE"/>
        </w:rPr>
        <w:t>:John 12:37]]</w:t>
      </w:r>
      <w:r w:rsidRPr="000767E2">
        <w:rPr>
          <w:vertAlign w:val="superscript"/>
          <w:lang w:val="sv-SE"/>
        </w:rPr>
        <w:t>37</w:t>
      </w:r>
      <w:r w:rsidRPr="000767E2">
        <w:rPr>
          <w:lang w:val="sv-SE"/>
        </w:rPr>
        <w:t xml:space="preserve"> {{field-on:bible}}Men </w:t>
      </w:r>
      <w:r w:rsidRPr="000767E2">
        <w:rPr>
          <w:i/>
          <w:lang w:val="sv-SE"/>
        </w:rPr>
        <w:t>fast</w:t>
      </w:r>
      <w:r w:rsidRPr="000767E2">
        <w:rPr>
          <w:lang w:val="sv-SE"/>
        </w:rPr>
        <w:t xml:space="preserve"> han hade gjort så många tecken inför dem, trodde de inte på honom.{{field-off:bible}} [[@</w:t>
      </w:r>
      <w:r w:rsidR="0096445B" w:rsidRPr="000767E2">
        <w:rPr>
          <w:lang w:val="sv-SE"/>
        </w:rPr>
        <w:t>BibleBIBEL82</w:t>
      </w:r>
      <w:r w:rsidRPr="000767E2">
        <w:rPr>
          <w:lang w:val="sv-SE"/>
        </w:rPr>
        <w:t>:John 12:38]]</w:t>
      </w:r>
      <w:r w:rsidRPr="000767E2">
        <w:rPr>
          <w:vertAlign w:val="superscript"/>
          <w:lang w:val="sv-SE"/>
        </w:rPr>
        <w:t>38</w:t>
      </w:r>
      <w:r w:rsidRPr="000767E2">
        <w:rPr>
          <w:lang w:val="sv-SE"/>
        </w:rPr>
        <w:t xml:space="preserve"> {{field-on:bible}}</w:t>
      </w:r>
      <w:r w:rsidRPr="000767E2">
        <w:rPr>
          <w:i/>
          <w:lang w:val="sv-SE"/>
        </w:rPr>
        <w:t>Det var</w:t>
      </w:r>
      <w:r w:rsidRPr="000767E2">
        <w:rPr>
          <w:lang w:val="sv-SE"/>
        </w:rPr>
        <w:t xml:space="preserve"> för att profeten Esaias ord skulle uppfyllas, det han sade:{{field-off:bible}}</w:t>
      </w:r>
    </w:p>
    <w:p w14:paraId="26F919CE" w14:textId="77777777" w:rsidR="00BA33AB" w:rsidRPr="000767E2" w:rsidRDefault="00000000">
      <w:pPr>
        <w:rPr>
          <w:lang w:val="sv-SE"/>
        </w:rPr>
      </w:pPr>
      <w:r w:rsidRPr="000767E2">
        <w:rPr>
          <w:lang w:val="sv-SE"/>
        </w:rPr>
        <w:t>{{field-on:bible}}Herre, vem trodde det som hördes från oss?</w:t>
      </w:r>
      <w:r w:rsidRPr="000767E2">
        <w:rPr>
          <w:lang w:val="sv-SE"/>
        </w:rPr>
        <w:br/>
        <w:t>Och Herrens arm, för vem blev den uppenbarad?{{field-off:bible}}</w:t>
      </w:r>
    </w:p>
    <w:p w14:paraId="3D5FC775" w14:textId="5595C9E9" w:rsidR="00BA33AB" w:rsidRPr="000767E2" w:rsidRDefault="00000000">
      <w:pPr>
        <w:rPr>
          <w:lang w:val="sv-SE"/>
        </w:rPr>
      </w:pPr>
      <w:r w:rsidRPr="000767E2">
        <w:rPr>
          <w:lang w:val="sv-SE"/>
        </w:rPr>
        <w:t>[[@</w:t>
      </w:r>
      <w:r w:rsidR="0096445B" w:rsidRPr="000767E2">
        <w:rPr>
          <w:lang w:val="sv-SE"/>
        </w:rPr>
        <w:t>BibleBIBEL82</w:t>
      </w:r>
      <w:r w:rsidRPr="000767E2">
        <w:rPr>
          <w:lang w:val="sv-SE"/>
        </w:rPr>
        <w:t>:John 12:39]]</w:t>
      </w:r>
      <w:r w:rsidRPr="000767E2">
        <w:rPr>
          <w:vertAlign w:val="superscript"/>
          <w:lang w:val="sv-SE"/>
        </w:rPr>
        <w:t>39</w:t>
      </w:r>
      <w:r w:rsidRPr="000767E2">
        <w:rPr>
          <w:lang w:val="sv-SE"/>
        </w:rPr>
        <w:t xml:space="preserve"> {{field-on:bible}}Därför kunde de inte tro. För åter sade Esaias:{{field-off:bible}}</w:t>
      </w:r>
    </w:p>
    <w:p w14:paraId="1E73A242" w14:textId="52D07D5D" w:rsidR="00BA33AB" w:rsidRPr="000767E2" w:rsidRDefault="00000000">
      <w:pPr>
        <w:rPr>
          <w:lang w:val="sv-SE"/>
        </w:rPr>
      </w:pPr>
      <w:r w:rsidRPr="000767E2">
        <w:rPr>
          <w:lang w:val="sv-SE"/>
        </w:rPr>
        <w:t>[[@</w:t>
      </w:r>
      <w:r w:rsidR="0096445B" w:rsidRPr="000767E2">
        <w:rPr>
          <w:lang w:val="sv-SE"/>
        </w:rPr>
        <w:t>BibleBIBEL82</w:t>
      </w:r>
      <w:r w:rsidRPr="000767E2">
        <w:rPr>
          <w:lang w:val="sv-SE"/>
        </w:rPr>
        <w:t>:John 12:40]]</w:t>
      </w:r>
      <w:r w:rsidRPr="000767E2">
        <w:rPr>
          <w:vertAlign w:val="superscript"/>
          <w:lang w:val="sv-SE"/>
        </w:rPr>
        <w:t>40</w:t>
      </w:r>
      <w:r w:rsidRPr="000767E2">
        <w:rPr>
          <w:lang w:val="sv-SE"/>
        </w:rPr>
        <w:t xml:space="preserve"> {{field-on:bible}}Han har förblindat deras ögon</w:t>
      </w:r>
      <w:r w:rsidRPr="000767E2">
        <w:rPr>
          <w:lang w:val="sv-SE"/>
        </w:rPr>
        <w:br/>
        <w:t>och förhårdnat deras hjärta,</w:t>
      </w:r>
      <w:r w:rsidRPr="000767E2">
        <w:rPr>
          <w:lang w:val="sv-SE"/>
        </w:rPr>
        <w:br/>
        <w:t>så att de inte ser med ögonen och fattar med hjärtat</w:t>
      </w:r>
      <w:r w:rsidRPr="000767E2">
        <w:rPr>
          <w:lang w:val="sv-SE"/>
        </w:rPr>
        <w:br/>
        <w:t xml:space="preserve">och vänder </w:t>
      </w:r>
      <w:r w:rsidRPr="000767E2">
        <w:rPr>
          <w:i/>
          <w:lang w:val="sv-SE"/>
        </w:rPr>
        <w:t>om</w:t>
      </w:r>
      <w:r w:rsidRPr="000767E2">
        <w:rPr>
          <w:lang w:val="sv-SE"/>
        </w:rPr>
        <w:t xml:space="preserve"> och jag ska hela dem.{{field-off:bible}}</w:t>
      </w:r>
    </w:p>
    <w:p w14:paraId="55246DC8" w14:textId="2312B167" w:rsidR="00BA33AB" w:rsidRPr="000767E2" w:rsidRDefault="00000000">
      <w:pPr>
        <w:rPr>
          <w:lang w:val="sv-SE"/>
        </w:rPr>
      </w:pPr>
      <w:r w:rsidRPr="000767E2">
        <w:rPr>
          <w:lang w:val="sv-SE"/>
        </w:rPr>
        <w:t>[[@</w:t>
      </w:r>
      <w:r w:rsidR="0096445B" w:rsidRPr="000767E2">
        <w:rPr>
          <w:lang w:val="sv-SE"/>
        </w:rPr>
        <w:t>BibleBIBEL82</w:t>
      </w:r>
      <w:r w:rsidRPr="000767E2">
        <w:rPr>
          <w:lang w:val="sv-SE"/>
        </w:rPr>
        <w:t>:John 12:41]]</w:t>
      </w:r>
      <w:r w:rsidRPr="000767E2">
        <w:rPr>
          <w:vertAlign w:val="superscript"/>
          <w:lang w:val="sv-SE"/>
        </w:rPr>
        <w:t>41</w:t>
      </w:r>
      <w:r w:rsidRPr="000767E2">
        <w:rPr>
          <w:lang w:val="sv-SE"/>
        </w:rPr>
        <w:t xml:space="preserve"> {{field-on:bible}}Detta sade Esaias eftersom han såg hans härlighet och talade om honom.{{field-off:bible}}</w:t>
      </w:r>
    </w:p>
    <w:p w14:paraId="71946726" w14:textId="567B35F3" w:rsidR="00BA33AB" w:rsidRPr="000767E2" w:rsidRDefault="00000000">
      <w:pPr>
        <w:rPr>
          <w:lang w:val="sv-SE"/>
        </w:rPr>
      </w:pPr>
      <w:r w:rsidRPr="000767E2">
        <w:rPr>
          <w:lang w:val="sv-SE"/>
        </w:rPr>
        <w:t>[[@</w:t>
      </w:r>
      <w:r w:rsidR="0096445B" w:rsidRPr="000767E2">
        <w:rPr>
          <w:lang w:val="sv-SE"/>
        </w:rPr>
        <w:t>BibleBIBEL82</w:t>
      </w:r>
      <w:r w:rsidRPr="000767E2">
        <w:rPr>
          <w:lang w:val="sv-SE"/>
        </w:rPr>
        <w:t>:John 12:42]]</w:t>
      </w:r>
      <w:r w:rsidRPr="000767E2">
        <w:rPr>
          <w:vertAlign w:val="superscript"/>
          <w:lang w:val="sv-SE"/>
        </w:rPr>
        <w:t>42</w:t>
      </w:r>
      <w:r w:rsidRPr="000767E2">
        <w:rPr>
          <w:lang w:val="sv-SE"/>
        </w:rPr>
        <w:t xml:space="preserve"> {{field-on:bible}}Ändå </w:t>
      </w:r>
      <w:r w:rsidRPr="000767E2">
        <w:rPr>
          <w:i/>
          <w:lang w:val="sv-SE"/>
        </w:rPr>
        <w:t>var det</w:t>
      </w:r>
      <w:r w:rsidRPr="000767E2">
        <w:rPr>
          <w:lang w:val="sv-SE"/>
        </w:rPr>
        <w:t xml:space="preserve"> dock även av ledarna många </w:t>
      </w:r>
      <w:r w:rsidRPr="000767E2">
        <w:rPr>
          <w:i/>
          <w:lang w:val="sv-SE"/>
        </w:rPr>
        <w:t>som</w:t>
      </w:r>
      <w:r w:rsidRPr="000767E2">
        <w:rPr>
          <w:lang w:val="sv-SE"/>
        </w:rPr>
        <w:t xml:space="preserve"> trodde på honom. Men för fariseernas skull bekände de inte, för att inte bli avsynagogade.{{field-off:bible}} [[@</w:t>
      </w:r>
      <w:r w:rsidR="0096445B" w:rsidRPr="000767E2">
        <w:rPr>
          <w:lang w:val="sv-SE"/>
        </w:rPr>
        <w:t>BibleBIBEL82</w:t>
      </w:r>
      <w:r w:rsidRPr="000767E2">
        <w:rPr>
          <w:lang w:val="sv-SE"/>
        </w:rPr>
        <w:t>:John 12:43]]</w:t>
      </w:r>
      <w:r w:rsidRPr="000767E2">
        <w:rPr>
          <w:vertAlign w:val="superscript"/>
          <w:lang w:val="sv-SE"/>
        </w:rPr>
        <w:t>43</w:t>
      </w:r>
      <w:r w:rsidRPr="000767E2">
        <w:rPr>
          <w:lang w:val="sv-SE"/>
        </w:rPr>
        <w:t xml:space="preserve"> {{field-on:bible}}För de älskade människornas ära mer än Guds ära.{{field-off:bible}}</w:t>
      </w:r>
    </w:p>
    <w:p w14:paraId="6546004F" w14:textId="52BDCAA1" w:rsidR="00BA33AB" w:rsidRPr="000767E2" w:rsidRDefault="00000000">
      <w:pPr>
        <w:rPr>
          <w:lang w:val="sv-SE"/>
        </w:rPr>
      </w:pPr>
      <w:r w:rsidRPr="000767E2">
        <w:rPr>
          <w:lang w:val="sv-SE"/>
        </w:rPr>
        <w:t>[[@</w:t>
      </w:r>
      <w:r w:rsidR="0096445B" w:rsidRPr="000767E2">
        <w:rPr>
          <w:lang w:val="sv-SE"/>
        </w:rPr>
        <w:t>BibleBIBEL82</w:t>
      </w:r>
      <w:r w:rsidRPr="000767E2">
        <w:rPr>
          <w:lang w:val="sv-SE"/>
        </w:rPr>
        <w:t>:John 12:44]]</w:t>
      </w:r>
      <w:r w:rsidRPr="000767E2">
        <w:rPr>
          <w:vertAlign w:val="superscript"/>
          <w:lang w:val="sv-SE"/>
        </w:rPr>
        <w:t>44</w:t>
      </w:r>
      <w:r w:rsidRPr="000767E2">
        <w:rPr>
          <w:lang w:val="sv-SE"/>
        </w:rPr>
        <w:t xml:space="preserve"> {{field-on:bible}}Men Jesus ropade och sade: ”Den som tror på mig tror inte på mig, utan på honom som har skickat mig.{{field-off:bible}} [[@</w:t>
      </w:r>
      <w:r w:rsidR="0096445B" w:rsidRPr="000767E2">
        <w:rPr>
          <w:lang w:val="sv-SE"/>
        </w:rPr>
        <w:t>BibleBIBEL82</w:t>
      </w:r>
      <w:r w:rsidRPr="000767E2">
        <w:rPr>
          <w:lang w:val="sv-SE"/>
        </w:rPr>
        <w:t>:John 12:45]]</w:t>
      </w:r>
      <w:r w:rsidRPr="000767E2">
        <w:rPr>
          <w:vertAlign w:val="superscript"/>
          <w:lang w:val="sv-SE"/>
        </w:rPr>
        <w:t>45</w:t>
      </w:r>
      <w:r w:rsidRPr="000767E2">
        <w:rPr>
          <w:lang w:val="sv-SE"/>
        </w:rPr>
        <w:t xml:space="preserve"> {{field-on:bible}}Och den som skådar mig, skådar honom som har skickat mig.{{field-off:bible}} [[@</w:t>
      </w:r>
      <w:r w:rsidR="0096445B" w:rsidRPr="000767E2">
        <w:rPr>
          <w:lang w:val="sv-SE"/>
        </w:rPr>
        <w:t>BibleBIBEL82</w:t>
      </w:r>
      <w:r w:rsidRPr="000767E2">
        <w:rPr>
          <w:lang w:val="sv-SE"/>
        </w:rPr>
        <w:t>:John 12:46]]</w:t>
      </w:r>
      <w:r w:rsidRPr="000767E2">
        <w:rPr>
          <w:vertAlign w:val="superscript"/>
          <w:lang w:val="sv-SE"/>
        </w:rPr>
        <w:t>46</w:t>
      </w:r>
      <w:r w:rsidRPr="000767E2">
        <w:rPr>
          <w:lang w:val="sv-SE"/>
        </w:rPr>
        <w:t xml:space="preserve"> {{field-on:bible}}Jag har kommit </w:t>
      </w:r>
      <w:r w:rsidRPr="000767E2">
        <w:rPr>
          <w:i/>
          <w:lang w:val="sv-SE"/>
        </w:rPr>
        <w:t>som</w:t>
      </w:r>
      <w:r w:rsidRPr="000767E2">
        <w:rPr>
          <w:lang w:val="sv-SE"/>
        </w:rPr>
        <w:t xml:space="preserve"> ett ljus till världen, för att var och en som tror på mig inte ska bli kvar i mörkret.{{field-off:bible}} [[@</w:t>
      </w:r>
      <w:r w:rsidR="0096445B" w:rsidRPr="000767E2">
        <w:rPr>
          <w:lang w:val="sv-SE"/>
        </w:rPr>
        <w:t>BibleBIBEL82</w:t>
      </w:r>
      <w:r w:rsidRPr="000767E2">
        <w:rPr>
          <w:lang w:val="sv-SE"/>
        </w:rPr>
        <w:t>:John 12:47]]</w:t>
      </w:r>
      <w:r w:rsidRPr="000767E2">
        <w:rPr>
          <w:vertAlign w:val="superscript"/>
          <w:lang w:val="sv-SE"/>
        </w:rPr>
        <w:t>47</w:t>
      </w:r>
      <w:r w:rsidRPr="000767E2">
        <w:rPr>
          <w:lang w:val="sv-SE"/>
        </w:rPr>
        <w:t xml:space="preserve"> {{field-on:bible}}Och om någon hör mina ord och inte iakttar, dömer inte jag honom. För jag har inte kommit för att döma världen, utan för att frälsa världen.{{field-off:bible}} [[@</w:t>
      </w:r>
      <w:r w:rsidR="0096445B" w:rsidRPr="000767E2">
        <w:rPr>
          <w:lang w:val="sv-SE"/>
        </w:rPr>
        <w:t>BibleBIBEL82</w:t>
      </w:r>
      <w:r w:rsidRPr="000767E2">
        <w:rPr>
          <w:lang w:val="sv-SE"/>
        </w:rPr>
        <w:t>:John 12:48]]</w:t>
      </w:r>
      <w:r w:rsidRPr="000767E2">
        <w:rPr>
          <w:vertAlign w:val="superscript"/>
          <w:lang w:val="sv-SE"/>
        </w:rPr>
        <w:t>48</w:t>
      </w:r>
      <w:r w:rsidRPr="000767E2">
        <w:rPr>
          <w:lang w:val="sv-SE"/>
        </w:rPr>
        <w:t xml:space="preserve"> {{field-on:bible}}Den som avvisar mig och inte tar </w:t>
      </w:r>
      <w:r w:rsidRPr="000767E2">
        <w:rPr>
          <w:i/>
          <w:lang w:val="sv-SE"/>
        </w:rPr>
        <w:t>emot</w:t>
      </w:r>
      <w:r w:rsidRPr="000767E2">
        <w:rPr>
          <w:lang w:val="sv-SE"/>
        </w:rPr>
        <w:t xml:space="preserve"> mina ord har den som dömer honom: ordet som jag har talat. Det ska döma honom på den sista dagen.{{field-off:bible}} [[@</w:t>
      </w:r>
      <w:r w:rsidR="0096445B" w:rsidRPr="000767E2">
        <w:rPr>
          <w:lang w:val="sv-SE"/>
        </w:rPr>
        <w:t>BibleBIBEL82</w:t>
      </w:r>
      <w:r w:rsidRPr="000767E2">
        <w:rPr>
          <w:lang w:val="sv-SE"/>
        </w:rPr>
        <w:t>:John 12:49]]</w:t>
      </w:r>
      <w:r w:rsidRPr="000767E2">
        <w:rPr>
          <w:vertAlign w:val="superscript"/>
          <w:lang w:val="sv-SE"/>
        </w:rPr>
        <w:t>49</w:t>
      </w:r>
      <w:r w:rsidRPr="000767E2">
        <w:rPr>
          <w:lang w:val="sv-SE"/>
        </w:rPr>
        <w:t xml:space="preserve"> {{field-on:bible}}För jag har inte talat av mig själv, utan Fadern som skickat mig har själv gett mig bud, vad jag ska säga och vad jag ska tala.{{field-off:bible}} [[@</w:t>
      </w:r>
      <w:r w:rsidR="0096445B" w:rsidRPr="000767E2">
        <w:rPr>
          <w:lang w:val="sv-SE"/>
        </w:rPr>
        <w:t>BibleBIBEL82</w:t>
      </w:r>
      <w:r w:rsidRPr="000767E2">
        <w:rPr>
          <w:lang w:val="sv-SE"/>
        </w:rPr>
        <w:t>:John 12:50]]</w:t>
      </w:r>
      <w:r w:rsidRPr="000767E2">
        <w:rPr>
          <w:vertAlign w:val="superscript"/>
          <w:lang w:val="sv-SE"/>
        </w:rPr>
        <w:t>50</w:t>
      </w:r>
      <w:r w:rsidRPr="000767E2">
        <w:rPr>
          <w:lang w:val="sv-SE"/>
        </w:rPr>
        <w:t xml:space="preserve"> {{field-on:bible}}Och jag vet att hans bud är eoniskt liv. Det jag alltså talar, så som Fadern har sagt mig, så talar jag.”{{field-off:bible}}</w:t>
      </w:r>
    </w:p>
    <w:p w14:paraId="4986B8EE" w14:textId="3FD273CD"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:John 13]]Kapitel 13</w:t>
      </w:r>
    </w:p>
    <w:p w14:paraId="50716152" w14:textId="77777777" w:rsidR="00BA33AB" w:rsidRPr="000767E2" w:rsidRDefault="00000000">
      <w:pPr>
        <w:pStyle w:val="Rubrik3"/>
        <w:rPr>
          <w:lang w:val="sv-SE"/>
        </w:rPr>
      </w:pPr>
      <w:r w:rsidRPr="000767E2">
        <w:rPr>
          <w:lang w:val="sv-SE"/>
        </w:rPr>
        <w:t>Jesus tvättar lärjungarnas fötter</w:t>
      </w:r>
    </w:p>
    <w:p w14:paraId="28AF5EFB" w14:textId="37D099DA" w:rsidR="00BA33AB" w:rsidRPr="000767E2" w:rsidRDefault="00000000">
      <w:pPr>
        <w:rPr>
          <w:lang w:val="sv-SE"/>
        </w:rPr>
      </w:pPr>
      <w:r w:rsidRPr="000767E2">
        <w:rPr>
          <w:lang w:val="sv-SE"/>
        </w:rPr>
        <w:t>[[@</w:t>
      </w:r>
      <w:r w:rsidR="0096445B" w:rsidRPr="000767E2">
        <w:rPr>
          <w:lang w:val="sv-SE"/>
        </w:rPr>
        <w:t>BibleBIBEL82</w:t>
      </w:r>
      <w:r w:rsidRPr="000767E2">
        <w:rPr>
          <w:lang w:val="sv-SE"/>
        </w:rPr>
        <w:t>:John 13:1]]</w:t>
      </w:r>
      <w:r w:rsidRPr="000767E2">
        <w:rPr>
          <w:vertAlign w:val="superscript"/>
          <w:lang w:val="sv-SE"/>
        </w:rPr>
        <w:t>1</w:t>
      </w:r>
      <w:r w:rsidRPr="000767E2">
        <w:rPr>
          <w:lang w:val="sv-SE"/>
        </w:rPr>
        <w:t xml:space="preserve"> {{field-on:bible}}Och före påskens högtid, när Jesus visste att hans stund hade kommit för att gå vidare från denna värld till Fadern, hade han älskat </w:t>
      </w:r>
      <w:r w:rsidRPr="000767E2">
        <w:rPr>
          <w:i/>
          <w:lang w:val="sv-SE"/>
        </w:rPr>
        <w:t>sina</w:t>
      </w:r>
      <w:r w:rsidRPr="000767E2">
        <w:rPr>
          <w:lang w:val="sv-SE"/>
        </w:rPr>
        <w:t xml:space="preserve"> egna i världen och älskade dem till slutet.{{field-off:bible}}</w:t>
      </w:r>
    </w:p>
    <w:p w14:paraId="6ADB9501" w14:textId="6B5FBB50" w:rsidR="00BA33AB" w:rsidRPr="000767E2" w:rsidRDefault="00000000">
      <w:pPr>
        <w:rPr>
          <w:lang w:val="sv-SE"/>
        </w:rPr>
      </w:pPr>
      <w:r w:rsidRPr="000767E2">
        <w:rPr>
          <w:lang w:val="sv-SE"/>
        </w:rPr>
        <w:t>[[@</w:t>
      </w:r>
      <w:r w:rsidR="0096445B" w:rsidRPr="000767E2">
        <w:rPr>
          <w:lang w:val="sv-SE"/>
        </w:rPr>
        <w:t>BibleBIBEL82</w:t>
      </w:r>
      <w:r w:rsidRPr="000767E2">
        <w:rPr>
          <w:lang w:val="sv-SE"/>
        </w:rPr>
        <w:t>:John 13:2]]</w:t>
      </w:r>
      <w:r w:rsidRPr="000767E2">
        <w:rPr>
          <w:vertAlign w:val="superscript"/>
          <w:lang w:val="sv-SE"/>
        </w:rPr>
        <w:t>2</w:t>
      </w:r>
      <w:r w:rsidRPr="000767E2">
        <w:rPr>
          <w:lang w:val="sv-SE"/>
        </w:rPr>
        <w:t xml:space="preserve"> {{field-on:bible}}Och när det var måltid, när djävulen redan hade lagt i hjärtat att utlämna honom hos Judas, Simon Iskariots </w:t>
      </w:r>
      <w:r w:rsidRPr="000767E2">
        <w:rPr>
          <w:i/>
          <w:lang w:val="sv-SE"/>
        </w:rPr>
        <w:t>son</w:t>
      </w:r>
      <w:r w:rsidRPr="000767E2">
        <w:rPr>
          <w:lang w:val="sv-SE"/>
        </w:rPr>
        <w:t>,{{field-off:bible}} [[@</w:t>
      </w:r>
      <w:r w:rsidR="0096445B" w:rsidRPr="000767E2">
        <w:rPr>
          <w:lang w:val="sv-SE"/>
        </w:rPr>
        <w:t>BibleBIBEL82</w:t>
      </w:r>
      <w:r w:rsidRPr="000767E2">
        <w:rPr>
          <w:lang w:val="sv-SE"/>
        </w:rPr>
        <w:t>:John 13:3]]</w:t>
      </w:r>
      <w:r w:rsidRPr="000767E2">
        <w:rPr>
          <w:vertAlign w:val="superscript"/>
          <w:lang w:val="sv-SE"/>
        </w:rPr>
        <w:t>3</w:t>
      </w:r>
      <w:r w:rsidRPr="000767E2">
        <w:rPr>
          <w:lang w:val="sv-SE"/>
        </w:rPr>
        <w:t xml:space="preserve"> {{field-on:bible}}och han visste att Fadern har gett honom allt i händerna och att han utgått från Gud och beger sig till Gud,{{field-off:bible}} [[@</w:t>
      </w:r>
      <w:r w:rsidR="0096445B" w:rsidRPr="000767E2">
        <w:rPr>
          <w:lang w:val="sv-SE"/>
        </w:rPr>
        <w:t>BibleBIBEL82</w:t>
      </w:r>
      <w:r w:rsidRPr="000767E2">
        <w:rPr>
          <w:lang w:val="sv-SE"/>
        </w:rPr>
        <w:t>:John 13:4]]</w:t>
      </w:r>
      <w:r w:rsidRPr="000767E2">
        <w:rPr>
          <w:vertAlign w:val="superscript"/>
          <w:lang w:val="sv-SE"/>
        </w:rPr>
        <w:t>4</w:t>
      </w:r>
      <w:r w:rsidRPr="000767E2">
        <w:rPr>
          <w:lang w:val="sv-SE"/>
        </w:rPr>
        <w:t xml:space="preserve"> {{field-on:bible}}reser han sig från måltiden och lägger </w:t>
      </w:r>
      <w:r w:rsidRPr="000767E2">
        <w:rPr>
          <w:i/>
          <w:lang w:val="sv-SE"/>
        </w:rPr>
        <w:t>bort</w:t>
      </w:r>
      <w:r w:rsidRPr="000767E2">
        <w:rPr>
          <w:lang w:val="sv-SE"/>
        </w:rPr>
        <w:t xml:space="preserve"> kläderna. Och han tog en linnehandduk och knöt om sig.{{field-off:bible}} [[@</w:t>
      </w:r>
      <w:r w:rsidR="0096445B" w:rsidRPr="000767E2">
        <w:rPr>
          <w:lang w:val="sv-SE"/>
        </w:rPr>
        <w:t>BibleBIBEL82</w:t>
      </w:r>
      <w:r w:rsidRPr="000767E2">
        <w:rPr>
          <w:lang w:val="sv-SE"/>
        </w:rPr>
        <w:t>:John 13:5]]</w:t>
      </w:r>
      <w:r w:rsidRPr="000767E2">
        <w:rPr>
          <w:vertAlign w:val="superscript"/>
          <w:lang w:val="sv-SE"/>
        </w:rPr>
        <w:t>5</w:t>
      </w:r>
      <w:r w:rsidRPr="000767E2">
        <w:rPr>
          <w:lang w:val="sv-SE"/>
        </w:rPr>
        <w:t xml:space="preserve"> {{field-on:bible}}Sedan häller han vatten i tvättfatet, och började tvätta lärjungarnas fötter och torka med handduken med vilken han var omknuten.{{field-off:bible}}</w:t>
      </w:r>
    </w:p>
    <w:p w14:paraId="04F02EB1" w14:textId="1369B8EB" w:rsidR="00BA33AB" w:rsidRPr="000767E2" w:rsidRDefault="00000000">
      <w:pPr>
        <w:rPr>
          <w:lang w:val="sv-SE"/>
        </w:rPr>
      </w:pPr>
      <w:r w:rsidRPr="000767E2">
        <w:rPr>
          <w:lang w:val="sv-SE"/>
        </w:rPr>
        <w:t>[[@</w:t>
      </w:r>
      <w:r w:rsidR="0096445B" w:rsidRPr="000767E2">
        <w:rPr>
          <w:lang w:val="sv-SE"/>
        </w:rPr>
        <w:t>BibleBIBEL82</w:t>
      </w:r>
      <w:r w:rsidRPr="000767E2">
        <w:rPr>
          <w:lang w:val="sv-SE"/>
        </w:rPr>
        <w:t>:John 13:6]]</w:t>
      </w:r>
      <w:r w:rsidRPr="000767E2">
        <w:rPr>
          <w:vertAlign w:val="superscript"/>
          <w:lang w:val="sv-SE"/>
        </w:rPr>
        <w:t>6</w:t>
      </w:r>
      <w:r w:rsidRPr="000767E2">
        <w:rPr>
          <w:lang w:val="sv-SE"/>
        </w:rPr>
        <w:t xml:space="preserve"> {{field-on:bible}}Han kommer nu till Simon Petrus. Han säger till honom: ”Herre, </w:t>
      </w:r>
      <w:r w:rsidRPr="000767E2">
        <w:rPr>
          <w:i/>
          <w:lang w:val="sv-SE"/>
        </w:rPr>
        <w:t>är det</w:t>
      </w:r>
      <w:r w:rsidRPr="000767E2">
        <w:rPr>
          <w:lang w:val="sv-SE"/>
        </w:rPr>
        <w:t xml:space="preserve"> du </w:t>
      </w:r>
      <w:r w:rsidRPr="000767E2">
        <w:rPr>
          <w:i/>
          <w:lang w:val="sv-SE"/>
        </w:rPr>
        <w:t>som</w:t>
      </w:r>
      <w:r w:rsidRPr="000767E2">
        <w:rPr>
          <w:lang w:val="sv-SE"/>
        </w:rPr>
        <w:t xml:space="preserve"> på mig tvättar fötterna?”{{field-off:bible}} [[@</w:t>
      </w:r>
      <w:r w:rsidR="0096445B" w:rsidRPr="000767E2">
        <w:rPr>
          <w:lang w:val="sv-SE"/>
        </w:rPr>
        <w:t>BibleBIBEL82</w:t>
      </w:r>
      <w:r w:rsidRPr="000767E2">
        <w:rPr>
          <w:lang w:val="sv-SE"/>
        </w:rPr>
        <w:t>:John 13:7]]</w:t>
      </w:r>
      <w:r w:rsidRPr="000767E2">
        <w:rPr>
          <w:vertAlign w:val="superscript"/>
          <w:lang w:val="sv-SE"/>
        </w:rPr>
        <w:t>7</w:t>
      </w:r>
      <w:r w:rsidRPr="000767E2">
        <w:rPr>
          <w:lang w:val="sv-SE"/>
        </w:rPr>
        <w:t xml:space="preserve"> {{field-on:bible}}Jesus svarade och sade till honom: ”Det jag gör förstår du inte nu. Men du kommer att förstå efter detta.”{{field-off:bible}} [[@</w:t>
      </w:r>
      <w:r w:rsidR="0096445B" w:rsidRPr="000767E2">
        <w:rPr>
          <w:lang w:val="sv-SE"/>
        </w:rPr>
        <w:t>BibleBIBEL82</w:t>
      </w:r>
      <w:r w:rsidRPr="000767E2">
        <w:rPr>
          <w:lang w:val="sv-SE"/>
        </w:rPr>
        <w:t>:John 13:8]]</w:t>
      </w:r>
      <w:r w:rsidRPr="000767E2">
        <w:rPr>
          <w:vertAlign w:val="superscript"/>
          <w:lang w:val="sv-SE"/>
        </w:rPr>
        <w:t>8</w:t>
      </w:r>
      <w:r w:rsidRPr="000767E2">
        <w:rPr>
          <w:lang w:val="sv-SE"/>
        </w:rPr>
        <w:t xml:space="preserve"> {{field-on:bible}}Petrus säger till honom: ”Aldrig ska du tvätta mina fötter, till eonen!” Jesus svarade honom: ”Om jag inte får tvätta dig har du ingen del hos mig.”{{field-off:bible}} [[@</w:t>
      </w:r>
      <w:r w:rsidR="0096445B" w:rsidRPr="000767E2">
        <w:rPr>
          <w:lang w:val="sv-SE"/>
        </w:rPr>
        <w:t>BibleBIBEL82</w:t>
      </w:r>
      <w:r w:rsidRPr="000767E2">
        <w:rPr>
          <w:lang w:val="sv-SE"/>
        </w:rPr>
        <w:t>:John 13:9]]</w:t>
      </w:r>
      <w:r w:rsidRPr="000767E2">
        <w:rPr>
          <w:vertAlign w:val="superscript"/>
          <w:lang w:val="sv-SE"/>
        </w:rPr>
        <w:t>9</w:t>
      </w:r>
      <w:r w:rsidRPr="000767E2">
        <w:rPr>
          <w:lang w:val="sv-SE"/>
        </w:rPr>
        <w:t xml:space="preserve"> {{field-on:bible}}Simon Petrus säger till honom: ”Herre – inte bara mina fötter, utan också händerna och huvudet!”{{field-off:bible}} [[@</w:t>
      </w:r>
      <w:r w:rsidR="0096445B" w:rsidRPr="000767E2">
        <w:rPr>
          <w:lang w:val="sv-SE"/>
        </w:rPr>
        <w:t>BibleBIBEL82</w:t>
      </w:r>
      <w:r w:rsidRPr="000767E2">
        <w:rPr>
          <w:lang w:val="sv-SE"/>
        </w:rPr>
        <w:t>:John 13:10]]</w:t>
      </w:r>
      <w:r w:rsidRPr="000767E2">
        <w:rPr>
          <w:vertAlign w:val="superscript"/>
          <w:lang w:val="sv-SE"/>
        </w:rPr>
        <w:t>10</w:t>
      </w:r>
      <w:r w:rsidRPr="000767E2">
        <w:rPr>
          <w:lang w:val="sv-SE"/>
        </w:rPr>
        <w:t xml:space="preserve"> {{field-on:bible}}Jesus säger till honom: ”Den </w:t>
      </w:r>
      <w:r w:rsidRPr="000767E2">
        <w:rPr>
          <w:i/>
          <w:lang w:val="sv-SE"/>
        </w:rPr>
        <w:t>som är</w:t>
      </w:r>
      <w:r w:rsidRPr="000767E2">
        <w:rPr>
          <w:lang w:val="sv-SE"/>
        </w:rPr>
        <w:t xml:space="preserve"> badad har inget behov utom av att tvätta fötterna, utan är helt ren. Och ni är rena. Men inte alla.”{{field-off:bible}} [[@</w:t>
      </w:r>
      <w:r w:rsidR="0096445B" w:rsidRPr="000767E2">
        <w:rPr>
          <w:lang w:val="sv-SE"/>
        </w:rPr>
        <w:t>BibleBIBEL82</w:t>
      </w:r>
      <w:r w:rsidRPr="000767E2">
        <w:rPr>
          <w:lang w:val="sv-SE"/>
        </w:rPr>
        <w:t>:John 13:11]]</w:t>
      </w:r>
      <w:r w:rsidRPr="000767E2">
        <w:rPr>
          <w:vertAlign w:val="superscript"/>
          <w:lang w:val="sv-SE"/>
        </w:rPr>
        <w:t>11</w:t>
      </w:r>
      <w:r w:rsidRPr="000767E2">
        <w:rPr>
          <w:lang w:val="sv-SE"/>
        </w:rPr>
        <w:t xml:space="preserve"> {{field-on:bible}}För han kände den som utlämnade honom. Därför sade han att: ”Alla är ni inte rena.”{{field-off:bible}}</w:t>
      </w:r>
    </w:p>
    <w:p w14:paraId="0D3C025D" w14:textId="2FA8E705" w:rsidR="00BA33AB" w:rsidRPr="000767E2" w:rsidRDefault="00000000">
      <w:pPr>
        <w:rPr>
          <w:lang w:val="sv-SE"/>
        </w:rPr>
      </w:pPr>
      <w:r w:rsidRPr="000767E2">
        <w:rPr>
          <w:lang w:val="sv-SE"/>
        </w:rPr>
        <w:t>[[@</w:t>
      </w:r>
      <w:r w:rsidR="0096445B" w:rsidRPr="000767E2">
        <w:rPr>
          <w:lang w:val="sv-SE"/>
        </w:rPr>
        <w:t>BibleBIBEL82</w:t>
      </w:r>
      <w:r w:rsidRPr="000767E2">
        <w:rPr>
          <w:lang w:val="sv-SE"/>
        </w:rPr>
        <w:t>:John 13:12]]</w:t>
      </w:r>
      <w:r w:rsidRPr="000767E2">
        <w:rPr>
          <w:vertAlign w:val="superscript"/>
          <w:lang w:val="sv-SE"/>
        </w:rPr>
        <w:t>12</w:t>
      </w:r>
      <w:r w:rsidRPr="000767E2">
        <w:rPr>
          <w:lang w:val="sv-SE"/>
        </w:rPr>
        <w:t xml:space="preserve"> {{field-on:bible}}När han så hade tvättat deras fötter och tagit sina kläder och lagt sig </w:t>
      </w:r>
      <w:r w:rsidRPr="000767E2">
        <w:rPr>
          <w:i/>
          <w:lang w:val="sv-SE"/>
        </w:rPr>
        <w:t>till bords</w:t>
      </w:r>
      <w:r w:rsidRPr="000767E2">
        <w:rPr>
          <w:lang w:val="sv-SE"/>
        </w:rPr>
        <w:t xml:space="preserve"> igen, sade han till dem: ”Förstår ni vad jag har gjort med er?{{field-off:bible}} [[@</w:t>
      </w:r>
      <w:r w:rsidR="0096445B" w:rsidRPr="000767E2">
        <w:rPr>
          <w:lang w:val="sv-SE"/>
        </w:rPr>
        <w:t>BibleBIBEL82</w:t>
      </w:r>
      <w:r w:rsidRPr="000767E2">
        <w:rPr>
          <w:lang w:val="sv-SE"/>
        </w:rPr>
        <w:t>:John 13:13]]</w:t>
      </w:r>
      <w:r w:rsidRPr="000767E2">
        <w:rPr>
          <w:vertAlign w:val="superscript"/>
          <w:lang w:val="sv-SE"/>
        </w:rPr>
        <w:t>13</w:t>
      </w:r>
      <w:r w:rsidRPr="000767E2">
        <w:rPr>
          <w:lang w:val="sv-SE"/>
        </w:rPr>
        <w:t xml:space="preserve"> {{field-on:bible}}Ni ropar till mig: Lärare, och: Herre. Och med rätta säger ni </w:t>
      </w:r>
      <w:r w:rsidRPr="000767E2">
        <w:rPr>
          <w:i/>
          <w:lang w:val="sv-SE"/>
        </w:rPr>
        <w:t>det</w:t>
      </w:r>
      <w:r w:rsidRPr="000767E2">
        <w:rPr>
          <w:lang w:val="sv-SE"/>
        </w:rPr>
        <w:t xml:space="preserve">, för </w:t>
      </w:r>
      <w:r w:rsidRPr="000767E2">
        <w:rPr>
          <w:i/>
          <w:lang w:val="sv-SE"/>
        </w:rPr>
        <w:t>det</w:t>
      </w:r>
      <w:r w:rsidRPr="000767E2">
        <w:rPr>
          <w:lang w:val="sv-SE"/>
        </w:rPr>
        <w:t xml:space="preserve"> är jag.{{field-off:bible}} [[@</w:t>
      </w:r>
      <w:r w:rsidR="0096445B" w:rsidRPr="000767E2">
        <w:rPr>
          <w:lang w:val="sv-SE"/>
        </w:rPr>
        <w:t>BibleBIBEL82</w:t>
      </w:r>
      <w:r w:rsidRPr="000767E2">
        <w:rPr>
          <w:lang w:val="sv-SE"/>
        </w:rPr>
        <w:t>:John 13:14]]</w:t>
      </w:r>
      <w:r w:rsidRPr="000767E2">
        <w:rPr>
          <w:vertAlign w:val="superscript"/>
          <w:lang w:val="sv-SE"/>
        </w:rPr>
        <w:t>14</w:t>
      </w:r>
      <w:r w:rsidRPr="000767E2">
        <w:rPr>
          <w:lang w:val="sv-SE"/>
        </w:rPr>
        <w:t xml:space="preserve"> {{field-on:bible}}Om nu jag har tvättat era fötter, Herren och Läraren, är också ni skyldiga att tvätta varandras fötter.{{field-off:bible}} [[@</w:t>
      </w:r>
      <w:r w:rsidR="0096445B" w:rsidRPr="000767E2">
        <w:rPr>
          <w:lang w:val="sv-SE"/>
        </w:rPr>
        <w:t>BibleBIBEL82</w:t>
      </w:r>
      <w:r w:rsidRPr="000767E2">
        <w:rPr>
          <w:lang w:val="sv-SE"/>
        </w:rPr>
        <w:t>:John 13:15]]</w:t>
      </w:r>
      <w:r w:rsidRPr="000767E2">
        <w:rPr>
          <w:vertAlign w:val="superscript"/>
          <w:lang w:val="sv-SE"/>
        </w:rPr>
        <w:t>15</w:t>
      </w:r>
      <w:r w:rsidRPr="000767E2">
        <w:rPr>
          <w:lang w:val="sv-SE"/>
        </w:rPr>
        <w:t xml:space="preserve"> {{field-on:bible}}För </w:t>
      </w:r>
      <w:r w:rsidRPr="000767E2">
        <w:rPr>
          <w:i/>
          <w:lang w:val="sv-SE"/>
        </w:rPr>
        <w:t>det är</w:t>
      </w:r>
      <w:r w:rsidRPr="000767E2">
        <w:rPr>
          <w:lang w:val="sv-SE"/>
        </w:rPr>
        <w:t xml:space="preserve"> ett exempel jag har gett er, för att så som jag har gjort för er ska också ni göra.{{field-off:bible}} [[@</w:t>
      </w:r>
      <w:r w:rsidR="0096445B" w:rsidRPr="000767E2">
        <w:rPr>
          <w:lang w:val="sv-SE"/>
        </w:rPr>
        <w:t>BibleBIBEL82</w:t>
      </w:r>
      <w:r w:rsidRPr="000767E2">
        <w:rPr>
          <w:lang w:val="sv-SE"/>
        </w:rPr>
        <w:t>:John 13:16]]</w:t>
      </w:r>
      <w:r w:rsidRPr="000767E2">
        <w:rPr>
          <w:vertAlign w:val="superscript"/>
          <w:lang w:val="sv-SE"/>
        </w:rPr>
        <w:t>16</w:t>
      </w:r>
      <w:r w:rsidRPr="000767E2">
        <w:rPr>
          <w:lang w:val="sv-SE"/>
        </w:rPr>
        <w:t xml:space="preserve"> {{field-on:bible}}Amen, amen, jag säger er: En fasttjänare är inte större än sin Herre, och en apostel inte större än den som skickat honom.{{field-off:bible}} [[@</w:t>
      </w:r>
      <w:r w:rsidR="0096445B" w:rsidRPr="000767E2">
        <w:rPr>
          <w:lang w:val="sv-SE"/>
        </w:rPr>
        <w:t>BibleBIBEL82</w:t>
      </w:r>
      <w:r w:rsidRPr="000767E2">
        <w:rPr>
          <w:lang w:val="sv-SE"/>
        </w:rPr>
        <w:t>:John 13:17]]</w:t>
      </w:r>
      <w:r w:rsidRPr="000767E2">
        <w:rPr>
          <w:vertAlign w:val="superscript"/>
          <w:lang w:val="sv-SE"/>
        </w:rPr>
        <w:t>17</w:t>
      </w:r>
      <w:r w:rsidRPr="000767E2">
        <w:rPr>
          <w:lang w:val="sv-SE"/>
        </w:rPr>
        <w:t xml:space="preserve"> {{field-on:bible}}Om ni vet detta, saliga är ni om ni gör det.{{field-off:bible}}</w:t>
      </w:r>
    </w:p>
    <w:p w14:paraId="523356E4" w14:textId="77777777" w:rsidR="00BA33AB" w:rsidRPr="000767E2" w:rsidRDefault="00000000">
      <w:pPr>
        <w:pStyle w:val="Rubrik3"/>
        <w:rPr>
          <w:lang w:val="sv-SE"/>
        </w:rPr>
      </w:pPr>
      <w:r w:rsidRPr="000767E2">
        <w:rPr>
          <w:lang w:val="sv-SE"/>
        </w:rPr>
        <w:t>Jesus förutsäger Judas svek</w:t>
      </w:r>
    </w:p>
    <w:p w14:paraId="16995002" w14:textId="24E3DBB1" w:rsidR="00BA33AB" w:rsidRPr="000767E2" w:rsidRDefault="00000000">
      <w:pPr>
        <w:rPr>
          <w:lang w:val="sv-SE"/>
        </w:rPr>
      </w:pPr>
      <w:r w:rsidRPr="000767E2">
        <w:rPr>
          <w:lang w:val="sv-SE"/>
        </w:rPr>
        <w:t>[[@</w:t>
      </w:r>
      <w:r w:rsidR="0096445B" w:rsidRPr="000767E2">
        <w:rPr>
          <w:lang w:val="sv-SE"/>
        </w:rPr>
        <w:t>BibleBIBEL82</w:t>
      </w:r>
      <w:r w:rsidRPr="000767E2">
        <w:rPr>
          <w:lang w:val="sv-SE"/>
        </w:rPr>
        <w:t>:John 13:18]]</w:t>
      </w:r>
      <w:r w:rsidRPr="000767E2">
        <w:rPr>
          <w:vertAlign w:val="superscript"/>
          <w:lang w:val="sv-SE"/>
        </w:rPr>
        <w:t>18</w:t>
      </w:r>
      <w:r w:rsidRPr="000767E2">
        <w:rPr>
          <w:lang w:val="sv-SE"/>
        </w:rPr>
        <w:t xml:space="preserve"> {{field-on:bible}}</w:t>
      </w:r>
      <w:r w:rsidRPr="000767E2">
        <w:rPr>
          <w:i/>
          <w:lang w:val="sv-SE"/>
        </w:rPr>
        <w:t>Det är</w:t>
      </w:r>
      <w:r w:rsidRPr="000767E2">
        <w:rPr>
          <w:lang w:val="sv-SE"/>
        </w:rPr>
        <w:t xml:space="preserve"> inte om er alla jag talar. Jag vet vilka jag har utvalt. Men </w:t>
      </w:r>
      <w:r w:rsidRPr="000767E2">
        <w:rPr>
          <w:i/>
          <w:lang w:val="sv-SE"/>
        </w:rPr>
        <w:t>det är</w:t>
      </w:r>
      <w:r w:rsidRPr="000767E2">
        <w:rPr>
          <w:lang w:val="sv-SE"/>
        </w:rPr>
        <w:t xml:space="preserve"> för att Skriften ska uppfyllas: Den som tuggar mitt bröd har lyft mot </w:t>
      </w:r>
      <w:r w:rsidRPr="000767E2">
        <w:rPr>
          <w:lang w:val="sv-SE"/>
        </w:rPr>
        <w:lastRenderedPageBreak/>
        <w:t>mig sin häl.{{field-off:bible}} [[@</w:t>
      </w:r>
      <w:r w:rsidR="0096445B" w:rsidRPr="000767E2">
        <w:rPr>
          <w:lang w:val="sv-SE"/>
        </w:rPr>
        <w:t>BibleBIBEL82</w:t>
      </w:r>
      <w:r w:rsidRPr="000767E2">
        <w:rPr>
          <w:lang w:val="sv-SE"/>
        </w:rPr>
        <w:t>:John 13:19]]</w:t>
      </w:r>
      <w:r w:rsidRPr="000767E2">
        <w:rPr>
          <w:vertAlign w:val="superscript"/>
          <w:lang w:val="sv-SE"/>
        </w:rPr>
        <w:t>19</w:t>
      </w:r>
      <w:r w:rsidRPr="000767E2">
        <w:rPr>
          <w:lang w:val="sv-SE"/>
        </w:rPr>
        <w:t xml:space="preserve"> {{field-on:bible}}Från nu säger jag </w:t>
      </w:r>
      <w:r w:rsidRPr="000767E2">
        <w:rPr>
          <w:i/>
          <w:lang w:val="sv-SE"/>
        </w:rPr>
        <w:t>det</w:t>
      </w:r>
      <w:r w:rsidRPr="000767E2">
        <w:rPr>
          <w:lang w:val="sv-SE"/>
        </w:rPr>
        <w:t xml:space="preserve"> till er, innan det sker, för att ni ska tro när det sker: att Jag Är.{{field-off:bible}} [[@</w:t>
      </w:r>
      <w:r w:rsidR="0096445B" w:rsidRPr="000767E2">
        <w:rPr>
          <w:lang w:val="sv-SE"/>
        </w:rPr>
        <w:t>BibleBIBEL82</w:t>
      </w:r>
      <w:r w:rsidRPr="000767E2">
        <w:rPr>
          <w:lang w:val="sv-SE"/>
        </w:rPr>
        <w:t>:John 13:20]]</w:t>
      </w:r>
      <w:r w:rsidRPr="000767E2">
        <w:rPr>
          <w:vertAlign w:val="superscript"/>
          <w:lang w:val="sv-SE"/>
        </w:rPr>
        <w:t>20</w:t>
      </w:r>
      <w:r w:rsidRPr="000767E2">
        <w:rPr>
          <w:lang w:val="sv-SE"/>
        </w:rPr>
        <w:t xml:space="preserve"> {{field-on:bible}}Amen, amen, jag säger er: Den som tar </w:t>
      </w:r>
      <w:r w:rsidRPr="000767E2">
        <w:rPr>
          <w:i/>
          <w:lang w:val="sv-SE"/>
        </w:rPr>
        <w:t>emot</w:t>
      </w:r>
      <w:r w:rsidRPr="000767E2">
        <w:rPr>
          <w:lang w:val="sv-SE"/>
        </w:rPr>
        <w:t xml:space="preserve"> någon jag skickar tar </w:t>
      </w:r>
      <w:r w:rsidRPr="000767E2">
        <w:rPr>
          <w:i/>
          <w:lang w:val="sv-SE"/>
        </w:rPr>
        <w:t>emot</w:t>
      </w:r>
      <w:r w:rsidRPr="000767E2">
        <w:rPr>
          <w:lang w:val="sv-SE"/>
        </w:rPr>
        <w:t xml:space="preserve"> mig. Och den som tar </w:t>
      </w:r>
      <w:r w:rsidRPr="000767E2">
        <w:rPr>
          <w:i/>
          <w:lang w:val="sv-SE"/>
        </w:rPr>
        <w:t>emot</w:t>
      </w:r>
      <w:r w:rsidRPr="000767E2">
        <w:rPr>
          <w:lang w:val="sv-SE"/>
        </w:rPr>
        <w:t xml:space="preserve"> mig, tar </w:t>
      </w:r>
      <w:r w:rsidRPr="000767E2">
        <w:rPr>
          <w:i/>
          <w:lang w:val="sv-SE"/>
        </w:rPr>
        <w:t>emot</w:t>
      </w:r>
      <w:r w:rsidRPr="000767E2">
        <w:rPr>
          <w:lang w:val="sv-SE"/>
        </w:rPr>
        <w:t xml:space="preserve"> honom som har skickat mig.”{{field-off:bible}}</w:t>
      </w:r>
    </w:p>
    <w:p w14:paraId="129F14C7" w14:textId="5B6ACDCC" w:rsidR="00BA33AB" w:rsidRPr="000767E2" w:rsidRDefault="00000000">
      <w:pPr>
        <w:rPr>
          <w:lang w:val="sv-SE"/>
        </w:rPr>
      </w:pPr>
      <w:r w:rsidRPr="000767E2">
        <w:rPr>
          <w:lang w:val="sv-SE"/>
        </w:rPr>
        <w:t>[[@</w:t>
      </w:r>
      <w:r w:rsidR="0096445B" w:rsidRPr="000767E2">
        <w:rPr>
          <w:lang w:val="sv-SE"/>
        </w:rPr>
        <w:t>BibleBIBEL82</w:t>
      </w:r>
      <w:r w:rsidRPr="000767E2">
        <w:rPr>
          <w:lang w:val="sv-SE"/>
        </w:rPr>
        <w:t>:John 13:21]]</w:t>
      </w:r>
      <w:r w:rsidRPr="000767E2">
        <w:rPr>
          <w:vertAlign w:val="superscript"/>
          <w:lang w:val="sv-SE"/>
        </w:rPr>
        <w:t>21</w:t>
      </w:r>
      <w:r w:rsidRPr="000767E2">
        <w:rPr>
          <w:lang w:val="sv-SE"/>
        </w:rPr>
        <w:t xml:space="preserve"> {{field-on:bible}}Sedan Jesus sagt detta, blev han oroad i anden och vittnade och sade: ”Amen, amen, jag säger er att: En av er kommer att utlämna mig.”{{field-off:bible}} [[@</w:t>
      </w:r>
      <w:r w:rsidR="0096445B" w:rsidRPr="000767E2">
        <w:rPr>
          <w:lang w:val="sv-SE"/>
        </w:rPr>
        <w:t>BibleBIBEL82</w:t>
      </w:r>
      <w:r w:rsidRPr="000767E2">
        <w:rPr>
          <w:lang w:val="sv-SE"/>
        </w:rPr>
        <w:t>:John 13:22]]</w:t>
      </w:r>
      <w:r w:rsidRPr="000767E2">
        <w:rPr>
          <w:vertAlign w:val="superscript"/>
          <w:lang w:val="sv-SE"/>
        </w:rPr>
        <w:t>22</w:t>
      </w:r>
      <w:r w:rsidRPr="000767E2">
        <w:rPr>
          <w:lang w:val="sv-SE"/>
        </w:rPr>
        <w:t xml:space="preserve"> {{field-on:bible}}Lärjungarna såg på varandra, villrådiga om vem han talar.{{field-off:bible}} [[@</w:t>
      </w:r>
      <w:r w:rsidR="0096445B" w:rsidRPr="000767E2">
        <w:rPr>
          <w:lang w:val="sv-SE"/>
        </w:rPr>
        <w:t>BibleBIBEL82</w:t>
      </w:r>
      <w:r w:rsidRPr="000767E2">
        <w:rPr>
          <w:lang w:val="sv-SE"/>
        </w:rPr>
        <w:t>:John 13:23]]</w:t>
      </w:r>
      <w:r w:rsidRPr="000767E2">
        <w:rPr>
          <w:vertAlign w:val="superscript"/>
          <w:lang w:val="sv-SE"/>
        </w:rPr>
        <w:t>23</w:t>
      </w:r>
      <w:r w:rsidRPr="000767E2">
        <w:rPr>
          <w:lang w:val="sv-SE"/>
        </w:rPr>
        <w:t xml:space="preserve"> {{field-on:bible}}En av hans lärjungar var liggande </w:t>
      </w:r>
      <w:r w:rsidRPr="000767E2">
        <w:rPr>
          <w:i/>
          <w:lang w:val="sv-SE"/>
        </w:rPr>
        <w:t>till bords</w:t>
      </w:r>
      <w:r w:rsidRPr="000767E2">
        <w:rPr>
          <w:lang w:val="sv-SE"/>
        </w:rPr>
        <w:t xml:space="preserve"> i Jesu famn, den som Jesus älskade.{{field-off:bible}} [[@</w:t>
      </w:r>
      <w:r w:rsidR="0096445B" w:rsidRPr="000767E2">
        <w:rPr>
          <w:lang w:val="sv-SE"/>
        </w:rPr>
        <w:t>BibleBIBEL82</w:t>
      </w:r>
      <w:r w:rsidRPr="000767E2">
        <w:rPr>
          <w:lang w:val="sv-SE"/>
        </w:rPr>
        <w:t>:John 13:24]]</w:t>
      </w:r>
      <w:r w:rsidRPr="000767E2">
        <w:rPr>
          <w:vertAlign w:val="superscript"/>
          <w:lang w:val="sv-SE"/>
        </w:rPr>
        <w:t>24</w:t>
      </w:r>
      <w:r w:rsidRPr="000767E2">
        <w:rPr>
          <w:lang w:val="sv-SE"/>
        </w:rPr>
        <w:t xml:space="preserve"> {{field-on:bible}}Då nickar Simon Petrus åt denne att efterhöra vem det kunde vara som han talar om.{{field-off:bible}} [[@</w:t>
      </w:r>
      <w:r w:rsidR="0096445B" w:rsidRPr="000767E2">
        <w:rPr>
          <w:lang w:val="sv-SE"/>
        </w:rPr>
        <w:t>BibleBIBEL82</w:t>
      </w:r>
      <w:r w:rsidRPr="000767E2">
        <w:rPr>
          <w:lang w:val="sv-SE"/>
        </w:rPr>
        <w:t>:John 13:25]]</w:t>
      </w:r>
      <w:r w:rsidRPr="000767E2">
        <w:rPr>
          <w:vertAlign w:val="superscript"/>
          <w:lang w:val="sv-SE"/>
        </w:rPr>
        <w:t>25</w:t>
      </w:r>
      <w:r w:rsidRPr="000767E2">
        <w:rPr>
          <w:lang w:val="sv-SE"/>
        </w:rPr>
        <w:t xml:space="preserve"> {{field-on:bible}}Denne lägger sig nu så på Jesu bröstkorg och säger till honom: ”Herre, vem är det?”{{field-off:bible}} [[@</w:t>
      </w:r>
      <w:r w:rsidR="0096445B" w:rsidRPr="000767E2">
        <w:rPr>
          <w:lang w:val="sv-SE"/>
        </w:rPr>
        <w:t>BibleBIBEL82</w:t>
      </w:r>
      <w:r w:rsidRPr="000767E2">
        <w:rPr>
          <w:lang w:val="sv-SE"/>
        </w:rPr>
        <w:t>:John 13:26]]</w:t>
      </w:r>
      <w:r w:rsidRPr="000767E2">
        <w:rPr>
          <w:vertAlign w:val="superscript"/>
          <w:lang w:val="sv-SE"/>
        </w:rPr>
        <w:t>26</w:t>
      </w:r>
      <w:r w:rsidRPr="000767E2">
        <w:rPr>
          <w:lang w:val="sv-SE"/>
        </w:rPr>
        <w:t xml:space="preserve"> {{field-on:bible}}Jesus svarar: ”Det är denne för vilken jag ska doppa brödbiten och ge honom.” Han doppar nu brödbiten och [tar och] ger till Judas, Simon Iskariots </w:t>
      </w:r>
      <w:r w:rsidRPr="000767E2">
        <w:rPr>
          <w:i/>
          <w:lang w:val="sv-SE"/>
        </w:rPr>
        <w:t>son</w:t>
      </w:r>
      <w:r w:rsidRPr="000767E2">
        <w:rPr>
          <w:lang w:val="sv-SE"/>
        </w:rPr>
        <w:t>.{{field-off:bible}}</w:t>
      </w:r>
    </w:p>
    <w:p w14:paraId="7BECC4AC" w14:textId="3B37EDC7" w:rsidR="00BA33AB" w:rsidRPr="000767E2" w:rsidRDefault="00000000">
      <w:pPr>
        <w:rPr>
          <w:lang w:val="sv-SE"/>
        </w:rPr>
      </w:pPr>
      <w:r w:rsidRPr="000767E2">
        <w:rPr>
          <w:lang w:val="sv-SE"/>
        </w:rPr>
        <w:t>[[@</w:t>
      </w:r>
      <w:r w:rsidR="0096445B" w:rsidRPr="000767E2">
        <w:rPr>
          <w:lang w:val="sv-SE"/>
        </w:rPr>
        <w:t>BibleBIBEL82</w:t>
      </w:r>
      <w:r w:rsidRPr="000767E2">
        <w:rPr>
          <w:lang w:val="sv-SE"/>
        </w:rPr>
        <w:t>:John 13:27]]</w:t>
      </w:r>
      <w:r w:rsidRPr="000767E2">
        <w:rPr>
          <w:vertAlign w:val="superscript"/>
          <w:lang w:val="sv-SE"/>
        </w:rPr>
        <w:t>27</w:t>
      </w:r>
      <w:r w:rsidRPr="000767E2">
        <w:rPr>
          <w:lang w:val="sv-SE"/>
        </w:rPr>
        <w:t xml:space="preserve"> {{field-on:bible}}Och efter brödbiten, då for Satan in i denne. Nu säger honom Jesus: ”Det du gör, gör </w:t>
      </w:r>
      <w:r w:rsidRPr="000767E2">
        <w:rPr>
          <w:i/>
          <w:lang w:val="sv-SE"/>
        </w:rPr>
        <w:t>det</w:t>
      </w:r>
      <w:r w:rsidRPr="000767E2">
        <w:rPr>
          <w:lang w:val="sv-SE"/>
        </w:rPr>
        <w:t xml:space="preserve"> fortare.”{{field-off:bible}} [[@</w:t>
      </w:r>
      <w:r w:rsidR="0096445B" w:rsidRPr="000767E2">
        <w:rPr>
          <w:lang w:val="sv-SE"/>
        </w:rPr>
        <w:t>BibleBIBEL82</w:t>
      </w:r>
      <w:r w:rsidRPr="000767E2">
        <w:rPr>
          <w:lang w:val="sv-SE"/>
        </w:rPr>
        <w:t>:John 13:28]]</w:t>
      </w:r>
      <w:r w:rsidRPr="000767E2">
        <w:rPr>
          <w:vertAlign w:val="superscript"/>
          <w:lang w:val="sv-SE"/>
        </w:rPr>
        <w:t>28</w:t>
      </w:r>
      <w:r w:rsidRPr="000767E2">
        <w:rPr>
          <w:lang w:val="sv-SE"/>
        </w:rPr>
        <w:t xml:space="preserve"> {{field-on:bible}}Men detta förstod ingen av dem som låg </w:t>
      </w:r>
      <w:r w:rsidRPr="000767E2">
        <w:rPr>
          <w:i/>
          <w:lang w:val="sv-SE"/>
        </w:rPr>
        <w:t>till bords</w:t>
      </w:r>
      <w:r w:rsidRPr="000767E2">
        <w:rPr>
          <w:lang w:val="sv-SE"/>
        </w:rPr>
        <w:t xml:space="preserve">, varför han sade </w:t>
      </w:r>
      <w:r w:rsidRPr="000767E2">
        <w:rPr>
          <w:i/>
          <w:lang w:val="sv-SE"/>
        </w:rPr>
        <w:t>så</w:t>
      </w:r>
      <w:r w:rsidRPr="000767E2">
        <w:rPr>
          <w:lang w:val="sv-SE"/>
        </w:rPr>
        <w:t xml:space="preserve"> till honom.{{field-off:bible}} [[@</w:t>
      </w:r>
      <w:r w:rsidR="0096445B" w:rsidRPr="000767E2">
        <w:rPr>
          <w:lang w:val="sv-SE"/>
        </w:rPr>
        <w:t>BibleBIBEL82</w:t>
      </w:r>
      <w:r w:rsidRPr="000767E2">
        <w:rPr>
          <w:lang w:val="sv-SE"/>
        </w:rPr>
        <w:t>:John 13:29]]</w:t>
      </w:r>
      <w:r w:rsidRPr="000767E2">
        <w:rPr>
          <w:vertAlign w:val="superscript"/>
          <w:lang w:val="sv-SE"/>
        </w:rPr>
        <w:t>29</w:t>
      </w:r>
      <w:r w:rsidRPr="000767E2">
        <w:rPr>
          <w:lang w:val="sv-SE"/>
        </w:rPr>
        <w:t xml:space="preserve"> {{field-on:bible}}För några tänkte sig, då Judas hade kassan, att Jesus säger åt honom: Köp det vi har behov av till högtiden. Eller för de fattiga, att ge något.{{field-off:bible}} [[@</w:t>
      </w:r>
      <w:r w:rsidR="0096445B" w:rsidRPr="000767E2">
        <w:rPr>
          <w:lang w:val="sv-SE"/>
        </w:rPr>
        <w:t>BibleBIBEL82</w:t>
      </w:r>
      <w:r w:rsidRPr="000767E2">
        <w:rPr>
          <w:lang w:val="sv-SE"/>
        </w:rPr>
        <w:t>:John 13:30]]</w:t>
      </w:r>
      <w:r w:rsidRPr="000767E2">
        <w:rPr>
          <w:vertAlign w:val="superscript"/>
          <w:lang w:val="sv-SE"/>
        </w:rPr>
        <w:t>30</w:t>
      </w:r>
      <w:r w:rsidRPr="000767E2">
        <w:rPr>
          <w:lang w:val="sv-SE"/>
        </w:rPr>
        <w:t xml:space="preserve"> {{field-on:bible}}Nu tog denne brödbiten och gick ut direkt. Och det var natt.{{field-off:bible}}</w:t>
      </w:r>
    </w:p>
    <w:p w14:paraId="4541E508" w14:textId="77777777" w:rsidR="00BA33AB" w:rsidRPr="000767E2" w:rsidRDefault="00000000">
      <w:pPr>
        <w:pStyle w:val="Rubrik3"/>
        <w:rPr>
          <w:lang w:val="sv-SE"/>
        </w:rPr>
      </w:pPr>
      <w:r w:rsidRPr="000767E2">
        <w:rPr>
          <w:lang w:val="sv-SE"/>
        </w:rPr>
        <w:t>Jesus är nu förhärligad</w:t>
      </w:r>
    </w:p>
    <w:p w14:paraId="0BFC4923" w14:textId="5FA998D7" w:rsidR="00BA33AB" w:rsidRPr="000767E2" w:rsidRDefault="00000000">
      <w:pPr>
        <w:rPr>
          <w:lang w:val="sv-SE"/>
        </w:rPr>
      </w:pPr>
      <w:r w:rsidRPr="000767E2">
        <w:rPr>
          <w:lang w:val="sv-SE"/>
        </w:rPr>
        <w:t>[[@</w:t>
      </w:r>
      <w:r w:rsidR="0096445B" w:rsidRPr="000767E2">
        <w:rPr>
          <w:lang w:val="sv-SE"/>
        </w:rPr>
        <w:t>BibleBIBEL82</w:t>
      </w:r>
      <w:r w:rsidRPr="000767E2">
        <w:rPr>
          <w:lang w:val="sv-SE"/>
        </w:rPr>
        <w:t>:John 13:31]]</w:t>
      </w:r>
      <w:r w:rsidRPr="000767E2">
        <w:rPr>
          <w:vertAlign w:val="superscript"/>
          <w:lang w:val="sv-SE"/>
        </w:rPr>
        <w:t>31</w:t>
      </w:r>
      <w:r w:rsidRPr="000767E2">
        <w:rPr>
          <w:lang w:val="sv-SE"/>
        </w:rPr>
        <w:t xml:space="preserve"> {{field-on:bible}}När han så har gått ut, säger Jesus: ”Nu har Människosonen förhärligats. Och Gud har förhärligats i honom.{{field-off:bible}} [[@</w:t>
      </w:r>
      <w:r w:rsidR="0096445B" w:rsidRPr="000767E2">
        <w:rPr>
          <w:lang w:val="sv-SE"/>
        </w:rPr>
        <w:t>BibleBIBEL82</w:t>
      </w:r>
      <w:r w:rsidRPr="000767E2">
        <w:rPr>
          <w:lang w:val="sv-SE"/>
        </w:rPr>
        <w:t>:John 13:32]]</w:t>
      </w:r>
      <w:r w:rsidRPr="000767E2">
        <w:rPr>
          <w:vertAlign w:val="superscript"/>
          <w:lang w:val="sv-SE"/>
        </w:rPr>
        <w:t>32</w:t>
      </w:r>
      <w:r w:rsidRPr="000767E2">
        <w:rPr>
          <w:lang w:val="sv-SE"/>
        </w:rPr>
        <w:t xml:space="preserve"> {{field-on:bible}}[Om Gud har förhärligats i honom] ska Gud också förhärliga honom i sig </w:t>
      </w:r>
      <w:r w:rsidRPr="000767E2">
        <w:rPr>
          <w:i/>
          <w:lang w:val="sv-SE"/>
        </w:rPr>
        <w:t>själv</w:t>
      </w:r>
      <w:r w:rsidRPr="000767E2">
        <w:rPr>
          <w:lang w:val="sv-SE"/>
        </w:rPr>
        <w:t>, och direkt ska han förhärliga honom.{{field-off:bible}}</w:t>
      </w:r>
    </w:p>
    <w:p w14:paraId="688E8666" w14:textId="1FA1339A" w:rsidR="00BA33AB" w:rsidRPr="000767E2" w:rsidRDefault="00000000">
      <w:pPr>
        <w:rPr>
          <w:lang w:val="sv-SE"/>
        </w:rPr>
      </w:pPr>
      <w:r w:rsidRPr="000767E2">
        <w:rPr>
          <w:lang w:val="sv-SE"/>
        </w:rPr>
        <w:t>[[@</w:t>
      </w:r>
      <w:r w:rsidR="0096445B" w:rsidRPr="000767E2">
        <w:rPr>
          <w:lang w:val="sv-SE"/>
        </w:rPr>
        <w:t>BibleBIBEL82</w:t>
      </w:r>
      <w:r w:rsidRPr="000767E2">
        <w:rPr>
          <w:lang w:val="sv-SE"/>
        </w:rPr>
        <w:t>:John 13:33]]</w:t>
      </w:r>
      <w:r w:rsidRPr="000767E2">
        <w:rPr>
          <w:vertAlign w:val="superscript"/>
          <w:lang w:val="sv-SE"/>
        </w:rPr>
        <w:t>33</w:t>
      </w:r>
      <w:r w:rsidRPr="000767E2">
        <w:rPr>
          <w:lang w:val="sv-SE"/>
        </w:rPr>
        <w:t xml:space="preserve"> {{field-on:bible}}</w:t>
      </w:r>
      <w:r w:rsidRPr="000767E2">
        <w:rPr>
          <w:i/>
          <w:lang w:val="sv-SE"/>
        </w:rPr>
        <w:t>Kära</w:t>
      </w:r>
      <w:r w:rsidRPr="000767E2">
        <w:rPr>
          <w:lang w:val="sv-SE"/>
        </w:rPr>
        <w:t xml:space="preserve"> barn, ännu lite är jag hos er. Ni kommer att söka mig. Och liksom jag sade till judarna, att dit jag beger mig kan ni inte komma, säger jag också till er nu.{{field-off:bible}} [[@</w:t>
      </w:r>
      <w:r w:rsidR="0096445B" w:rsidRPr="000767E2">
        <w:rPr>
          <w:lang w:val="sv-SE"/>
        </w:rPr>
        <w:t>BibleBIBEL82</w:t>
      </w:r>
      <w:r w:rsidRPr="000767E2">
        <w:rPr>
          <w:lang w:val="sv-SE"/>
        </w:rPr>
        <w:t>:John 13:34]]</w:t>
      </w:r>
      <w:r w:rsidRPr="000767E2">
        <w:rPr>
          <w:vertAlign w:val="superscript"/>
          <w:lang w:val="sv-SE"/>
        </w:rPr>
        <w:t>34</w:t>
      </w:r>
      <w:r w:rsidRPr="000767E2">
        <w:rPr>
          <w:lang w:val="sv-SE"/>
        </w:rPr>
        <w:t xml:space="preserve"> {{field-on:bible}}Ett nytt bud ger jag er: att ni ska älska varandra. Så som jag har älskat er, att också ni ska älska varandra.{{field-off:bible}} [[@</w:t>
      </w:r>
      <w:r w:rsidR="0096445B" w:rsidRPr="000767E2">
        <w:rPr>
          <w:lang w:val="sv-SE"/>
        </w:rPr>
        <w:t>BibleBIBEL82</w:t>
      </w:r>
      <w:r w:rsidRPr="000767E2">
        <w:rPr>
          <w:lang w:val="sv-SE"/>
        </w:rPr>
        <w:t>:John 13:35]]</w:t>
      </w:r>
      <w:r w:rsidRPr="000767E2">
        <w:rPr>
          <w:vertAlign w:val="superscript"/>
          <w:lang w:val="sv-SE"/>
        </w:rPr>
        <w:t>35</w:t>
      </w:r>
      <w:r w:rsidRPr="000767E2">
        <w:rPr>
          <w:lang w:val="sv-SE"/>
        </w:rPr>
        <w:t xml:space="preserve"> {{field-on:bible}}I detta ska alla förstå att ni är mina lärjungar, om ni har kärlek till varandra.”{{field-off:bible}}</w:t>
      </w:r>
    </w:p>
    <w:p w14:paraId="3EC6EA38" w14:textId="77777777" w:rsidR="00BA33AB" w:rsidRPr="000767E2" w:rsidRDefault="00000000">
      <w:pPr>
        <w:pStyle w:val="Rubrik3"/>
        <w:rPr>
          <w:lang w:val="sv-SE"/>
        </w:rPr>
      </w:pPr>
      <w:r w:rsidRPr="000767E2">
        <w:rPr>
          <w:lang w:val="sv-SE"/>
        </w:rPr>
        <w:t>Jesus förutsäger Petrus förnekelse</w:t>
      </w:r>
    </w:p>
    <w:p w14:paraId="70144726" w14:textId="4DA0C758" w:rsidR="00BA33AB" w:rsidRPr="000767E2" w:rsidRDefault="00000000">
      <w:pPr>
        <w:rPr>
          <w:lang w:val="sv-SE"/>
        </w:rPr>
      </w:pPr>
      <w:r w:rsidRPr="000767E2">
        <w:rPr>
          <w:lang w:val="sv-SE"/>
        </w:rPr>
        <w:t>[[@</w:t>
      </w:r>
      <w:r w:rsidR="0096445B" w:rsidRPr="000767E2">
        <w:rPr>
          <w:lang w:val="sv-SE"/>
        </w:rPr>
        <w:t>BibleBIBEL82</w:t>
      </w:r>
      <w:r w:rsidRPr="000767E2">
        <w:rPr>
          <w:lang w:val="sv-SE"/>
        </w:rPr>
        <w:t>:John 13:36]]</w:t>
      </w:r>
      <w:r w:rsidRPr="000767E2">
        <w:rPr>
          <w:vertAlign w:val="superscript"/>
          <w:lang w:val="sv-SE"/>
        </w:rPr>
        <w:t>36</w:t>
      </w:r>
      <w:r w:rsidRPr="000767E2">
        <w:rPr>
          <w:lang w:val="sv-SE"/>
        </w:rPr>
        <w:t xml:space="preserve"> {{field-on:bible}}Simon Petrus säger till honom: ”Herre, vart beger du dig?” Jesus svarade [honom]: ”Dit jag beger mig kan du nu inte följa mig. Men du kommer att följa </w:t>
      </w:r>
      <w:r w:rsidRPr="000767E2">
        <w:rPr>
          <w:i/>
          <w:lang w:val="sv-SE"/>
        </w:rPr>
        <w:t>till</w:t>
      </w:r>
      <w:r w:rsidRPr="000767E2">
        <w:rPr>
          <w:lang w:val="sv-SE"/>
        </w:rPr>
        <w:t xml:space="preserve"> sist.”{{field-off:bible}} [[@</w:t>
      </w:r>
      <w:r w:rsidR="0096445B" w:rsidRPr="000767E2">
        <w:rPr>
          <w:lang w:val="sv-SE"/>
        </w:rPr>
        <w:t>BibleBIBEL82</w:t>
      </w:r>
      <w:r w:rsidRPr="000767E2">
        <w:rPr>
          <w:lang w:val="sv-SE"/>
        </w:rPr>
        <w:t>:John 13:37]]</w:t>
      </w:r>
      <w:r w:rsidRPr="000767E2">
        <w:rPr>
          <w:vertAlign w:val="superscript"/>
          <w:lang w:val="sv-SE"/>
        </w:rPr>
        <w:t>37</w:t>
      </w:r>
      <w:r w:rsidRPr="000767E2">
        <w:rPr>
          <w:lang w:val="sv-SE"/>
        </w:rPr>
        <w:t xml:space="preserve"> {{field-on:bible}}Petrus säger till honom: ”Herre, varför kan jag inte följa dig nu? Min själ ska jag lägga </w:t>
      </w:r>
      <w:r w:rsidRPr="000767E2">
        <w:rPr>
          <w:i/>
          <w:lang w:val="sv-SE"/>
        </w:rPr>
        <w:t>ner</w:t>
      </w:r>
      <w:r w:rsidRPr="000767E2">
        <w:rPr>
          <w:lang w:val="sv-SE"/>
        </w:rPr>
        <w:t xml:space="preserve"> för dig.”{{field-off:bible}} [[@</w:t>
      </w:r>
      <w:r w:rsidR="0096445B" w:rsidRPr="000767E2">
        <w:rPr>
          <w:lang w:val="sv-SE"/>
        </w:rPr>
        <w:t>BibleBIBEL82</w:t>
      </w:r>
      <w:r w:rsidRPr="000767E2">
        <w:rPr>
          <w:lang w:val="sv-SE"/>
        </w:rPr>
        <w:t>:John 13:38]]</w:t>
      </w:r>
      <w:r w:rsidRPr="000767E2">
        <w:rPr>
          <w:vertAlign w:val="superscript"/>
          <w:lang w:val="sv-SE"/>
        </w:rPr>
        <w:t>38</w:t>
      </w:r>
      <w:r w:rsidRPr="000767E2">
        <w:rPr>
          <w:lang w:val="sv-SE"/>
        </w:rPr>
        <w:t xml:space="preserve"> {{field-on:bible}}Jesus svarar: </w:t>
      </w:r>
      <w:r w:rsidRPr="000767E2">
        <w:rPr>
          <w:lang w:val="sv-SE"/>
        </w:rPr>
        <w:lastRenderedPageBreak/>
        <w:t xml:space="preserve">”Din själ ska du lägga </w:t>
      </w:r>
      <w:r w:rsidRPr="000767E2">
        <w:rPr>
          <w:i/>
          <w:lang w:val="sv-SE"/>
        </w:rPr>
        <w:t>ner</w:t>
      </w:r>
      <w:r w:rsidRPr="000767E2">
        <w:rPr>
          <w:lang w:val="sv-SE"/>
        </w:rPr>
        <w:t xml:space="preserve"> för mig? Amen, amen, jag säger dig: Tuppen ska inte gala förrän du har förnekat mig tre gånger.{{field-off:bible}}</w:t>
      </w:r>
    </w:p>
    <w:p w14:paraId="54FA70B8" w14:textId="7362D53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14]]Kapitel 14</w:t>
      </w:r>
    </w:p>
    <w:p w14:paraId="26C31CAF" w14:textId="77777777" w:rsidR="00BA33AB" w:rsidRPr="000767E2" w:rsidRDefault="00000000">
      <w:pPr>
        <w:pStyle w:val="Rubrik3"/>
        <w:rPr>
          <w:lang w:val="sv-SE"/>
        </w:rPr>
      </w:pPr>
      <w:r w:rsidRPr="000767E2">
        <w:rPr>
          <w:lang w:val="sv-SE"/>
        </w:rPr>
        <w:t>Jesus är vägen till Fadern</w:t>
      </w:r>
    </w:p>
    <w:p w14:paraId="2630373F" w14:textId="1FC9644D" w:rsidR="00BA33AB" w:rsidRPr="000767E2" w:rsidRDefault="00000000">
      <w:pPr>
        <w:rPr>
          <w:lang w:val="sv-SE"/>
        </w:rPr>
      </w:pPr>
      <w:r w:rsidRPr="000767E2">
        <w:rPr>
          <w:lang w:val="sv-SE"/>
        </w:rPr>
        <w:t>[[@</w:t>
      </w:r>
      <w:r w:rsidR="0096445B" w:rsidRPr="000767E2">
        <w:rPr>
          <w:lang w:val="sv-SE"/>
        </w:rPr>
        <w:t>BibleBIBEL82</w:t>
      </w:r>
      <w:r w:rsidRPr="000767E2">
        <w:rPr>
          <w:lang w:val="sv-SE"/>
        </w:rPr>
        <w:t>:John 14:1]]</w:t>
      </w:r>
      <w:r w:rsidRPr="000767E2">
        <w:rPr>
          <w:vertAlign w:val="superscript"/>
          <w:lang w:val="sv-SE"/>
        </w:rPr>
        <w:t>1</w:t>
      </w:r>
      <w:r w:rsidRPr="000767E2">
        <w:rPr>
          <w:lang w:val="sv-SE"/>
        </w:rPr>
        <w:t xml:space="preserve"> {{field-on:bible}}Ert hjärta ska inte oroas. Tro på Gud, och på mig ska ni tro.{{field-off:bible}} [[@</w:t>
      </w:r>
      <w:r w:rsidR="0096445B" w:rsidRPr="000767E2">
        <w:rPr>
          <w:lang w:val="sv-SE"/>
        </w:rPr>
        <w:t>BibleBIBEL82</w:t>
      </w:r>
      <w:r w:rsidRPr="000767E2">
        <w:rPr>
          <w:lang w:val="sv-SE"/>
        </w:rPr>
        <w:t>:John 14:2]]</w:t>
      </w:r>
      <w:r w:rsidRPr="000767E2">
        <w:rPr>
          <w:vertAlign w:val="superscript"/>
          <w:lang w:val="sv-SE"/>
        </w:rPr>
        <w:t>2</w:t>
      </w:r>
      <w:r w:rsidRPr="000767E2">
        <w:rPr>
          <w:lang w:val="sv-SE"/>
        </w:rPr>
        <w:t xml:space="preserve"> {{field-on:bible}}I min Fars hus finns många boningar. Annars, hade jag sagt er att jag går </w:t>
      </w:r>
      <w:r w:rsidRPr="000767E2">
        <w:rPr>
          <w:i/>
          <w:lang w:val="sv-SE"/>
        </w:rPr>
        <w:t>för</w:t>
      </w:r>
      <w:r w:rsidRPr="000767E2">
        <w:rPr>
          <w:lang w:val="sv-SE"/>
        </w:rPr>
        <w:t xml:space="preserve"> att bereda plats för er?{{field-off:bible}} [[@</w:t>
      </w:r>
      <w:r w:rsidR="0096445B" w:rsidRPr="000767E2">
        <w:rPr>
          <w:lang w:val="sv-SE"/>
        </w:rPr>
        <w:t>BibleBIBEL82</w:t>
      </w:r>
      <w:r w:rsidRPr="000767E2">
        <w:rPr>
          <w:lang w:val="sv-SE"/>
        </w:rPr>
        <w:t>:John 14:3]]</w:t>
      </w:r>
      <w:r w:rsidRPr="000767E2">
        <w:rPr>
          <w:vertAlign w:val="superscript"/>
          <w:lang w:val="sv-SE"/>
        </w:rPr>
        <w:t>3</w:t>
      </w:r>
      <w:r w:rsidRPr="000767E2">
        <w:rPr>
          <w:lang w:val="sv-SE"/>
        </w:rPr>
        <w:t xml:space="preserve"> {{field-on:bible}}Och om jag går och bereder plats för er kommer jag åter och ska ta med er till mig, så att där jag är, </w:t>
      </w:r>
      <w:r w:rsidRPr="000767E2">
        <w:rPr>
          <w:i/>
          <w:lang w:val="sv-SE"/>
        </w:rPr>
        <w:t>där</w:t>
      </w:r>
      <w:r w:rsidRPr="000767E2">
        <w:rPr>
          <w:lang w:val="sv-SE"/>
        </w:rPr>
        <w:t xml:space="preserve"> ska också ni vara.{{field-off:bible}} [[@</w:t>
      </w:r>
      <w:r w:rsidR="0096445B" w:rsidRPr="000767E2">
        <w:rPr>
          <w:lang w:val="sv-SE"/>
        </w:rPr>
        <w:t>BibleBIBEL82</w:t>
      </w:r>
      <w:r w:rsidRPr="000767E2">
        <w:rPr>
          <w:lang w:val="sv-SE"/>
        </w:rPr>
        <w:t>:John 14:4]]</w:t>
      </w:r>
      <w:r w:rsidRPr="000767E2">
        <w:rPr>
          <w:vertAlign w:val="superscript"/>
          <w:lang w:val="sv-SE"/>
        </w:rPr>
        <w:t>4</w:t>
      </w:r>
      <w:r w:rsidRPr="000767E2">
        <w:rPr>
          <w:lang w:val="sv-SE"/>
        </w:rPr>
        <w:t xml:space="preserve"> {{field-on:bible}}Och dit jag beger mig vet ni vägen.”{{field-off:bible}}</w:t>
      </w:r>
    </w:p>
    <w:p w14:paraId="22C44547" w14:textId="6962162A" w:rsidR="00BA33AB" w:rsidRPr="000767E2" w:rsidRDefault="00000000">
      <w:pPr>
        <w:rPr>
          <w:lang w:val="sv-SE"/>
        </w:rPr>
      </w:pPr>
      <w:r w:rsidRPr="000767E2">
        <w:rPr>
          <w:lang w:val="sv-SE"/>
        </w:rPr>
        <w:t>[[@</w:t>
      </w:r>
      <w:r w:rsidR="0096445B" w:rsidRPr="000767E2">
        <w:rPr>
          <w:lang w:val="sv-SE"/>
        </w:rPr>
        <w:t>BibleBIBEL82</w:t>
      </w:r>
      <w:r w:rsidRPr="000767E2">
        <w:rPr>
          <w:lang w:val="sv-SE"/>
        </w:rPr>
        <w:t>:John 14:5]]</w:t>
      </w:r>
      <w:r w:rsidRPr="000767E2">
        <w:rPr>
          <w:vertAlign w:val="superscript"/>
          <w:lang w:val="sv-SE"/>
        </w:rPr>
        <w:t>5</w:t>
      </w:r>
      <w:r w:rsidRPr="000767E2">
        <w:rPr>
          <w:lang w:val="sv-SE"/>
        </w:rPr>
        <w:t xml:space="preserve"> {{field-on:bible}}Thomas säger till honom: ”Herre, vi vet inte vart du beger dig. Hur kan vi veta vägen?”{{field-off:bible}} [[@</w:t>
      </w:r>
      <w:r w:rsidR="0096445B" w:rsidRPr="000767E2">
        <w:rPr>
          <w:lang w:val="sv-SE"/>
        </w:rPr>
        <w:t>BibleBIBEL82</w:t>
      </w:r>
      <w:r w:rsidRPr="000767E2">
        <w:rPr>
          <w:lang w:val="sv-SE"/>
        </w:rPr>
        <w:t>:John 14:6]]</w:t>
      </w:r>
      <w:r w:rsidRPr="000767E2">
        <w:rPr>
          <w:vertAlign w:val="superscript"/>
          <w:lang w:val="sv-SE"/>
        </w:rPr>
        <w:t>6</w:t>
      </w:r>
      <w:r w:rsidRPr="000767E2">
        <w:rPr>
          <w:lang w:val="sv-SE"/>
        </w:rPr>
        <w:t xml:space="preserve"> {{field-on:bible}}Jesus säger till honom: ”Jag är vägen och sanningen och livet. Ingen kommer till Fadern utom genom mig.{{field-off:bible}} [[@</w:t>
      </w:r>
      <w:r w:rsidR="0096445B" w:rsidRPr="000767E2">
        <w:rPr>
          <w:lang w:val="sv-SE"/>
        </w:rPr>
        <w:t>BibleBIBEL82</w:t>
      </w:r>
      <w:r w:rsidRPr="000767E2">
        <w:rPr>
          <w:lang w:val="sv-SE"/>
        </w:rPr>
        <w:t>:John 14:7]]</w:t>
      </w:r>
      <w:r w:rsidRPr="000767E2">
        <w:rPr>
          <w:vertAlign w:val="superscript"/>
          <w:lang w:val="sv-SE"/>
        </w:rPr>
        <w:t>7</w:t>
      </w:r>
      <w:r w:rsidRPr="000767E2">
        <w:rPr>
          <w:lang w:val="sv-SE"/>
        </w:rPr>
        <w:t xml:space="preserve"> {{field-on:bible}}Om ni har lärt känna mig, ska ni också lära känna min Far. Och från nu känner ni honom och har sett honom.”{{field-off:bible}}</w:t>
      </w:r>
    </w:p>
    <w:p w14:paraId="5EA28304" w14:textId="509286C2" w:rsidR="00BA33AB" w:rsidRPr="000767E2" w:rsidRDefault="00000000">
      <w:pPr>
        <w:rPr>
          <w:lang w:val="sv-SE"/>
        </w:rPr>
      </w:pPr>
      <w:r w:rsidRPr="000767E2">
        <w:rPr>
          <w:lang w:val="sv-SE"/>
        </w:rPr>
        <w:t>[[@</w:t>
      </w:r>
      <w:r w:rsidR="0096445B" w:rsidRPr="000767E2">
        <w:rPr>
          <w:lang w:val="sv-SE"/>
        </w:rPr>
        <w:t>BibleBIBEL82</w:t>
      </w:r>
      <w:r w:rsidRPr="000767E2">
        <w:rPr>
          <w:lang w:val="sv-SE"/>
        </w:rPr>
        <w:t>:John 14:8]]</w:t>
      </w:r>
      <w:r w:rsidRPr="000767E2">
        <w:rPr>
          <w:vertAlign w:val="superscript"/>
          <w:lang w:val="sv-SE"/>
        </w:rPr>
        <w:t>8</w:t>
      </w:r>
      <w:r w:rsidRPr="000767E2">
        <w:rPr>
          <w:lang w:val="sv-SE"/>
        </w:rPr>
        <w:t xml:space="preserve"> {{field-on:bible}}Filippos säger till honom: ”Herre, visa oss Fadern och det räcker för oss.”{{field-off:bible}} [[@</w:t>
      </w:r>
      <w:r w:rsidR="0096445B" w:rsidRPr="000767E2">
        <w:rPr>
          <w:lang w:val="sv-SE"/>
        </w:rPr>
        <w:t>BibleBIBEL82</w:t>
      </w:r>
      <w:r w:rsidRPr="000767E2">
        <w:rPr>
          <w:lang w:val="sv-SE"/>
        </w:rPr>
        <w:t>:John 14:9]]</w:t>
      </w:r>
      <w:r w:rsidRPr="000767E2">
        <w:rPr>
          <w:vertAlign w:val="superscript"/>
          <w:lang w:val="sv-SE"/>
        </w:rPr>
        <w:t>9</w:t>
      </w:r>
      <w:r w:rsidRPr="000767E2">
        <w:rPr>
          <w:lang w:val="sv-SE"/>
        </w:rPr>
        <w:t xml:space="preserve"> {{field-on:bible}}Jesus säger till honom: ”Så mycket tid är jag hos er, och du har inte lärt känna mig, Filippos. Den som har sett mig har sett Fadern. Hur </w:t>
      </w:r>
      <w:r w:rsidRPr="000767E2">
        <w:rPr>
          <w:i/>
          <w:lang w:val="sv-SE"/>
        </w:rPr>
        <w:t>kan</w:t>
      </w:r>
      <w:r w:rsidRPr="000767E2">
        <w:rPr>
          <w:lang w:val="sv-SE"/>
        </w:rPr>
        <w:t xml:space="preserve"> du säga: Visa oss Fadern?{{field-off:bible}} [[@</w:t>
      </w:r>
      <w:r w:rsidR="0096445B" w:rsidRPr="000767E2">
        <w:rPr>
          <w:lang w:val="sv-SE"/>
        </w:rPr>
        <w:t>BibleBIBEL82</w:t>
      </w:r>
      <w:r w:rsidRPr="000767E2">
        <w:rPr>
          <w:lang w:val="sv-SE"/>
        </w:rPr>
        <w:t>:John 14:10]]</w:t>
      </w:r>
      <w:r w:rsidRPr="000767E2">
        <w:rPr>
          <w:vertAlign w:val="superscript"/>
          <w:lang w:val="sv-SE"/>
        </w:rPr>
        <w:t>10</w:t>
      </w:r>
      <w:r w:rsidRPr="000767E2">
        <w:rPr>
          <w:lang w:val="sv-SE"/>
        </w:rPr>
        <w:t xml:space="preserve"> {{field-on:bible}}Tror du inte att jag </w:t>
      </w:r>
      <w:r w:rsidRPr="000767E2">
        <w:rPr>
          <w:i/>
          <w:lang w:val="sv-SE"/>
        </w:rPr>
        <w:t>är</w:t>
      </w:r>
      <w:r w:rsidRPr="000767E2">
        <w:rPr>
          <w:lang w:val="sv-SE"/>
        </w:rPr>
        <w:t xml:space="preserve"> i Fadern och Fadern är i mig? De ord som jag säger er talar jag inte av mig själv, utan Fadern som förblir i mig gör sina gärningar.{{field-off:bible}} [[@</w:t>
      </w:r>
      <w:r w:rsidR="0096445B" w:rsidRPr="000767E2">
        <w:rPr>
          <w:lang w:val="sv-SE"/>
        </w:rPr>
        <w:t>BibleBIBEL82</w:t>
      </w:r>
      <w:r w:rsidRPr="000767E2">
        <w:rPr>
          <w:lang w:val="sv-SE"/>
        </w:rPr>
        <w:t>:John 14:11]]</w:t>
      </w:r>
      <w:r w:rsidRPr="000767E2">
        <w:rPr>
          <w:vertAlign w:val="superscript"/>
          <w:lang w:val="sv-SE"/>
        </w:rPr>
        <w:t>11</w:t>
      </w:r>
      <w:r w:rsidRPr="000767E2">
        <w:rPr>
          <w:lang w:val="sv-SE"/>
        </w:rPr>
        <w:t xml:space="preserve"> {{field-on:bible}}Tro mig att jag </w:t>
      </w:r>
      <w:r w:rsidRPr="000767E2">
        <w:rPr>
          <w:i/>
          <w:lang w:val="sv-SE"/>
        </w:rPr>
        <w:t>är</w:t>
      </w:r>
      <w:r w:rsidRPr="000767E2">
        <w:rPr>
          <w:lang w:val="sv-SE"/>
        </w:rPr>
        <w:t xml:space="preserve"> i Fadern och Fadern i mig. Annars, tro för själva gärningarnas skull.{{field-off:bible}}</w:t>
      </w:r>
    </w:p>
    <w:p w14:paraId="1B892292" w14:textId="42C236BE" w:rsidR="00BA33AB" w:rsidRPr="000767E2" w:rsidRDefault="00000000">
      <w:pPr>
        <w:rPr>
          <w:lang w:val="sv-SE"/>
        </w:rPr>
      </w:pPr>
      <w:r w:rsidRPr="000767E2">
        <w:rPr>
          <w:lang w:val="sv-SE"/>
        </w:rPr>
        <w:t>[[@</w:t>
      </w:r>
      <w:r w:rsidR="0096445B" w:rsidRPr="000767E2">
        <w:rPr>
          <w:lang w:val="sv-SE"/>
        </w:rPr>
        <w:t>BibleBIBEL82</w:t>
      </w:r>
      <w:r w:rsidRPr="000767E2">
        <w:rPr>
          <w:lang w:val="sv-SE"/>
        </w:rPr>
        <w:t>:John 14:12]]</w:t>
      </w:r>
      <w:r w:rsidRPr="000767E2">
        <w:rPr>
          <w:vertAlign w:val="superscript"/>
          <w:lang w:val="sv-SE"/>
        </w:rPr>
        <w:t>12</w:t>
      </w:r>
      <w:r w:rsidRPr="000767E2">
        <w:rPr>
          <w:lang w:val="sv-SE"/>
        </w:rPr>
        <w:t xml:space="preserve"> {{field-on:bible}}Amen, amen, jag säger er: Den som tror på mig, gärningarna som jag gör ska också denne göra. Och större än dessa ska han göra, eftersom jag går till Fadern.{{field-off:bible}} [[@</w:t>
      </w:r>
      <w:r w:rsidR="0096445B" w:rsidRPr="000767E2">
        <w:rPr>
          <w:lang w:val="sv-SE"/>
        </w:rPr>
        <w:t>BibleBIBEL82</w:t>
      </w:r>
      <w:r w:rsidRPr="000767E2">
        <w:rPr>
          <w:lang w:val="sv-SE"/>
        </w:rPr>
        <w:t>:John 14:13]]</w:t>
      </w:r>
      <w:r w:rsidRPr="000767E2">
        <w:rPr>
          <w:vertAlign w:val="superscript"/>
          <w:lang w:val="sv-SE"/>
        </w:rPr>
        <w:t>13</w:t>
      </w:r>
      <w:r w:rsidRPr="000767E2">
        <w:rPr>
          <w:lang w:val="sv-SE"/>
        </w:rPr>
        <w:t xml:space="preserve"> {{field-on:bible}}Och vad ni än ber om i mitt namn, det ska jag göra, för att Fadern ska förhärligas i Sonen.{{field-off:bible}} [[@</w:t>
      </w:r>
      <w:r w:rsidR="0096445B" w:rsidRPr="000767E2">
        <w:rPr>
          <w:lang w:val="sv-SE"/>
        </w:rPr>
        <w:t>BibleBIBEL82</w:t>
      </w:r>
      <w:r w:rsidRPr="000767E2">
        <w:rPr>
          <w:lang w:val="sv-SE"/>
        </w:rPr>
        <w:t>:John 14:14]]</w:t>
      </w:r>
      <w:r w:rsidRPr="000767E2">
        <w:rPr>
          <w:vertAlign w:val="superscript"/>
          <w:lang w:val="sv-SE"/>
        </w:rPr>
        <w:t>14</w:t>
      </w:r>
      <w:r w:rsidRPr="000767E2">
        <w:rPr>
          <w:lang w:val="sv-SE"/>
        </w:rPr>
        <w:t xml:space="preserve"> {{field-on:bible}}Om ni ber mig om något i mitt namn ska jag göra </w:t>
      </w:r>
      <w:r w:rsidRPr="000767E2">
        <w:rPr>
          <w:i/>
          <w:lang w:val="sv-SE"/>
        </w:rPr>
        <w:t>det</w:t>
      </w:r>
      <w:r w:rsidRPr="000767E2">
        <w:rPr>
          <w:lang w:val="sv-SE"/>
        </w:rPr>
        <w:t>.{{field-off:bible}}</w:t>
      </w:r>
    </w:p>
    <w:p w14:paraId="77000703" w14:textId="77777777" w:rsidR="00BA33AB" w:rsidRPr="000767E2" w:rsidRDefault="00000000">
      <w:pPr>
        <w:pStyle w:val="Rubrik3"/>
        <w:rPr>
          <w:lang w:val="sv-SE"/>
        </w:rPr>
      </w:pPr>
      <w:r w:rsidRPr="000767E2">
        <w:rPr>
          <w:lang w:val="sv-SE"/>
        </w:rPr>
        <w:t>Jesus lovar sända Förespråkaren</w:t>
      </w:r>
    </w:p>
    <w:p w14:paraId="571A0556" w14:textId="56A589B1" w:rsidR="00BA33AB" w:rsidRPr="000767E2" w:rsidRDefault="00000000">
      <w:pPr>
        <w:rPr>
          <w:lang w:val="sv-SE"/>
        </w:rPr>
      </w:pPr>
      <w:r w:rsidRPr="000767E2">
        <w:rPr>
          <w:lang w:val="sv-SE"/>
        </w:rPr>
        <w:t>[[@</w:t>
      </w:r>
      <w:r w:rsidR="0096445B" w:rsidRPr="000767E2">
        <w:rPr>
          <w:lang w:val="sv-SE"/>
        </w:rPr>
        <w:t>BibleBIBEL82</w:t>
      </w:r>
      <w:r w:rsidRPr="000767E2">
        <w:rPr>
          <w:lang w:val="sv-SE"/>
        </w:rPr>
        <w:t>:John 14:15]]</w:t>
      </w:r>
      <w:r w:rsidRPr="000767E2">
        <w:rPr>
          <w:vertAlign w:val="superscript"/>
          <w:lang w:val="sv-SE"/>
        </w:rPr>
        <w:t>15</w:t>
      </w:r>
      <w:r w:rsidRPr="000767E2">
        <w:rPr>
          <w:lang w:val="sv-SE"/>
        </w:rPr>
        <w:t xml:space="preserve"> {{field-on:bible}}Om ni älskar mig, kommer ni att hålla fast vid mina bud.{{field-off:bible}} [[@</w:t>
      </w:r>
      <w:r w:rsidR="0096445B" w:rsidRPr="000767E2">
        <w:rPr>
          <w:lang w:val="sv-SE"/>
        </w:rPr>
        <w:t>BibleBIBEL82</w:t>
      </w:r>
      <w:r w:rsidRPr="000767E2">
        <w:rPr>
          <w:lang w:val="sv-SE"/>
        </w:rPr>
        <w:t>:John 14:16]]</w:t>
      </w:r>
      <w:r w:rsidRPr="000767E2">
        <w:rPr>
          <w:vertAlign w:val="superscript"/>
          <w:lang w:val="sv-SE"/>
        </w:rPr>
        <w:t>16</w:t>
      </w:r>
      <w:r w:rsidRPr="000767E2">
        <w:rPr>
          <w:lang w:val="sv-SE"/>
        </w:rPr>
        <w:t xml:space="preserve"> {{field-on:bible}}Och jag ska fråga Fadern, och en annan Förespråkare ska han ge er för att vara med er till eonen:{{field-off:bible}} [[@</w:t>
      </w:r>
      <w:r w:rsidR="0096445B" w:rsidRPr="000767E2">
        <w:rPr>
          <w:lang w:val="sv-SE"/>
        </w:rPr>
        <w:t>BibleBIBEL82</w:t>
      </w:r>
      <w:r w:rsidRPr="000767E2">
        <w:rPr>
          <w:lang w:val="sv-SE"/>
        </w:rPr>
        <w:t>:John 14:17]]</w:t>
      </w:r>
      <w:r w:rsidRPr="000767E2">
        <w:rPr>
          <w:vertAlign w:val="superscript"/>
          <w:lang w:val="sv-SE"/>
        </w:rPr>
        <w:t>17</w:t>
      </w:r>
      <w:r w:rsidRPr="000767E2">
        <w:rPr>
          <w:lang w:val="sv-SE"/>
        </w:rPr>
        <w:t xml:space="preserve"> {{field-on:bible}}sanningens Ande. Den kan världen inte ta </w:t>
      </w:r>
      <w:r w:rsidRPr="000767E2">
        <w:rPr>
          <w:i/>
          <w:lang w:val="sv-SE"/>
        </w:rPr>
        <w:t>emot</w:t>
      </w:r>
      <w:r w:rsidRPr="000767E2">
        <w:rPr>
          <w:lang w:val="sv-SE"/>
        </w:rPr>
        <w:t>, för den skådar den inte och känner inte. Ni känner den, för hos er förblir den och i er ska den vara.{{field-off:bible}} [[@</w:t>
      </w:r>
      <w:r w:rsidR="0096445B" w:rsidRPr="000767E2">
        <w:rPr>
          <w:lang w:val="sv-SE"/>
        </w:rPr>
        <w:t>BibleBIBEL82</w:t>
      </w:r>
      <w:r w:rsidRPr="000767E2">
        <w:rPr>
          <w:lang w:val="sv-SE"/>
        </w:rPr>
        <w:t>:John 14:18]]</w:t>
      </w:r>
      <w:r w:rsidRPr="000767E2">
        <w:rPr>
          <w:vertAlign w:val="superscript"/>
          <w:lang w:val="sv-SE"/>
        </w:rPr>
        <w:t>18</w:t>
      </w:r>
      <w:r w:rsidRPr="000767E2">
        <w:rPr>
          <w:lang w:val="sv-SE"/>
        </w:rPr>
        <w:t xml:space="preserve"> {{field-on:bible}}Jag </w:t>
      </w:r>
      <w:r w:rsidRPr="000767E2">
        <w:rPr>
          <w:lang w:val="sv-SE"/>
        </w:rPr>
        <w:lastRenderedPageBreak/>
        <w:t>ska inte lämna er faderlösa. Jag kommer till er.{{field-off:bible}} [[@</w:t>
      </w:r>
      <w:r w:rsidR="0096445B" w:rsidRPr="000767E2">
        <w:rPr>
          <w:lang w:val="sv-SE"/>
        </w:rPr>
        <w:t>BibleBIBEL82</w:t>
      </w:r>
      <w:r w:rsidRPr="000767E2">
        <w:rPr>
          <w:lang w:val="sv-SE"/>
        </w:rPr>
        <w:t>:John 14:19]]</w:t>
      </w:r>
      <w:r w:rsidRPr="000767E2">
        <w:rPr>
          <w:vertAlign w:val="superscript"/>
          <w:lang w:val="sv-SE"/>
        </w:rPr>
        <w:t>19</w:t>
      </w:r>
      <w:r w:rsidRPr="000767E2">
        <w:rPr>
          <w:lang w:val="sv-SE"/>
        </w:rPr>
        <w:t xml:space="preserve"> {{field-on:bible}}Ännu lite, och världen skådar mig inte mer. Men ni skådar mig, eftersom jag lever och ni ska leva.{{field-off:bible}}</w:t>
      </w:r>
    </w:p>
    <w:p w14:paraId="1C4B88D7" w14:textId="42732577" w:rsidR="00BA33AB" w:rsidRPr="000767E2" w:rsidRDefault="00000000">
      <w:pPr>
        <w:rPr>
          <w:lang w:val="sv-SE"/>
        </w:rPr>
      </w:pPr>
      <w:r w:rsidRPr="000767E2">
        <w:rPr>
          <w:lang w:val="sv-SE"/>
        </w:rPr>
        <w:t>[[@</w:t>
      </w:r>
      <w:r w:rsidR="0096445B" w:rsidRPr="000767E2">
        <w:rPr>
          <w:lang w:val="sv-SE"/>
        </w:rPr>
        <w:t>BibleBIBEL82</w:t>
      </w:r>
      <w:r w:rsidRPr="000767E2">
        <w:rPr>
          <w:lang w:val="sv-SE"/>
        </w:rPr>
        <w:t>:John 14:20]]</w:t>
      </w:r>
      <w:r w:rsidRPr="000767E2">
        <w:rPr>
          <w:vertAlign w:val="superscript"/>
          <w:lang w:val="sv-SE"/>
        </w:rPr>
        <w:t>20</w:t>
      </w:r>
      <w:r w:rsidRPr="000767E2">
        <w:rPr>
          <w:lang w:val="sv-SE"/>
        </w:rPr>
        <w:t xml:space="preserve"> {{field-on:bible}}På den dagen ska ni förstå att jag </w:t>
      </w:r>
      <w:r w:rsidRPr="000767E2">
        <w:rPr>
          <w:i/>
          <w:lang w:val="sv-SE"/>
        </w:rPr>
        <w:t>är</w:t>
      </w:r>
      <w:r w:rsidRPr="000767E2">
        <w:rPr>
          <w:lang w:val="sv-SE"/>
        </w:rPr>
        <w:t xml:space="preserve"> i min Far, och ni i mig, och jag i er.{{field-off:bible}} [[@</w:t>
      </w:r>
      <w:r w:rsidR="0096445B" w:rsidRPr="000767E2">
        <w:rPr>
          <w:lang w:val="sv-SE"/>
        </w:rPr>
        <w:t>BibleBIBEL82</w:t>
      </w:r>
      <w:r w:rsidRPr="000767E2">
        <w:rPr>
          <w:lang w:val="sv-SE"/>
        </w:rPr>
        <w:t>:John 14:21]]</w:t>
      </w:r>
      <w:r w:rsidRPr="000767E2">
        <w:rPr>
          <w:vertAlign w:val="superscript"/>
          <w:lang w:val="sv-SE"/>
        </w:rPr>
        <w:t>21</w:t>
      </w:r>
      <w:r w:rsidRPr="000767E2">
        <w:rPr>
          <w:lang w:val="sv-SE"/>
        </w:rPr>
        <w:t xml:space="preserve"> {{field-on:bible}}Den som har mina bud och håller fast vid dem, denne är det som älskar mig. Och den som älskar mig ska bli älskad av min Far, och jag ska älska honom och framvisa mig för honom.”{{field-off:bible}}</w:t>
      </w:r>
    </w:p>
    <w:p w14:paraId="18CD565B" w14:textId="503791C0" w:rsidR="00BA33AB" w:rsidRPr="000767E2" w:rsidRDefault="00000000">
      <w:pPr>
        <w:rPr>
          <w:lang w:val="sv-SE"/>
        </w:rPr>
      </w:pPr>
      <w:r w:rsidRPr="000767E2">
        <w:rPr>
          <w:lang w:val="sv-SE"/>
        </w:rPr>
        <w:t>[[@</w:t>
      </w:r>
      <w:r w:rsidR="0096445B" w:rsidRPr="000767E2">
        <w:rPr>
          <w:lang w:val="sv-SE"/>
        </w:rPr>
        <w:t>BibleBIBEL82</w:t>
      </w:r>
      <w:r w:rsidRPr="000767E2">
        <w:rPr>
          <w:lang w:val="sv-SE"/>
        </w:rPr>
        <w:t>:John 14:22]]</w:t>
      </w:r>
      <w:r w:rsidRPr="000767E2">
        <w:rPr>
          <w:vertAlign w:val="superscript"/>
          <w:lang w:val="sv-SE"/>
        </w:rPr>
        <w:t>22</w:t>
      </w:r>
      <w:r w:rsidRPr="000767E2">
        <w:rPr>
          <w:lang w:val="sv-SE"/>
        </w:rPr>
        <w:t xml:space="preserve"> {{field-on:bible}}Judas, inte Iskariot, säger till honom: ”Herre, [och] hur har det blivit </w:t>
      </w:r>
      <w:r w:rsidRPr="000767E2">
        <w:rPr>
          <w:i/>
          <w:lang w:val="sv-SE"/>
        </w:rPr>
        <w:t>så</w:t>
      </w:r>
      <w:r w:rsidRPr="000767E2">
        <w:rPr>
          <w:lang w:val="sv-SE"/>
        </w:rPr>
        <w:t xml:space="preserve"> att </w:t>
      </w:r>
      <w:r w:rsidRPr="000767E2">
        <w:rPr>
          <w:i/>
          <w:lang w:val="sv-SE"/>
        </w:rPr>
        <w:t>det är</w:t>
      </w:r>
      <w:r w:rsidRPr="000767E2">
        <w:rPr>
          <w:lang w:val="sv-SE"/>
        </w:rPr>
        <w:t xml:space="preserve"> för oss du kommer att framvisa dig, och inte för världen?”{{field-off:bible}} [[@</w:t>
      </w:r>
      <w:r w:rsidR="0096445B" w:rsidRPr="000767E2">
        <w:rPr>
          <w:lang w:val="sv-SE"/>
        </w:rPr>
        <w:t>BibleBIBEL82</w:t>
      </w:r>
      <w:r w:rsidRPr="000767E2">
        <w:rPr>
          <w:lang w:val="sv-SE"/>
        </w:rPr>
        <w:t>:John 14:23]]</w:t>
      </w:r>
      <w:r w:rsidRPr="000767E2">
        <w:rPr>
          <w:vertAlign w:val="superscript"/>
          <w:lang w:val="sv-SE"/>
        </w:rPr>
        <w:t>23</w:t>
      </w:r>
      <w:r w:rsidRPr="000767E2">
        <w:rPr>
          <w:lang w:val="sv-SE"/>
        </w:rPr>
        <w:t xml:space="preserve"> {{field-on:bible}}Jesus svarade och sade till honom: ”Om någon älskar mig håller han fast vid mitt ord. Och min Far ska älska honom, och vi ska komma till honom och göra oss en boning hos honom.{{field-off:bible}} [[@</w:t>
      </w:r>
      <w:r w:rsidR="0096445B" w:rsidRPr="000767E2">
        <w:rPr>
          <w:lang w:val="sv-SE"/>
        </w:rPr>
        <w:t>BibleBIBEL82</w:t>
      </w:r>
      <w:r w:rsidRPr="000767E2">
        <w:rPr>
          <w:lang w:val="sv-SE"/>
        </w:rPr>
        <w:t>:John 14:24]]</w:t>
      </w:r>
      <w:r w:rsidRPr="000767E2">
        <w:rPr>
          <w:vertAlign w:val="superscript"/>
          <w:lang w:val="sv-SE"/>
        </w:rPr>
        <w:t>24</w:t>
      </w:r>
      <w:r w:rsidRPr="000767E2">
        <w:rPr>
          <w:lang w:val="sv-SE"/>
        </w:rPr>
        <w:t xml:space="preserve"> {{field-on:bible}}Den som inte älskar mig håller inte fast vid mina ord. Och ordet som ni hör är inte mitt, utan från Fadern som har skickat mig.{{field-off:bible}}</w:t>
      </w:r>
    </w:p>
    <w:p w14:paraId="1876A805" w14:textId="57B41799" w:rsidR="00BA33AB" w:rsidRPr="000767E2" w:rsidRDefault="00000000">
      <w:pPr>
        <w:rPr>
          <w:lang w:val="sv-SE"/>
        </w:rPr>
      </w:pPr>
      <w:r w:rsidRPr="000767E2">
        <w:rPr>
          <w:lang w:val="sv-SE"/>
        </w:rPr>
        <w:t>[[@</w:t>
      </w:r>
      <w:r w:rsidR="0096445B" w:rsidRPr="000767E2">
        <w:rPr>
          <w:lang w:val="sv-SE"/>
        </w:rPr>
        <w:t>BibleBIBEL82</w:t>
      </w:r>
      <w:r w:rsidRPr="000767E2">
        <w:rPr>
          <w:lang w:val="sv-SE"/>
        </w:rPr>
        <w:t>:John 14:25]]</w:t>
      </w:r>
      <w:r w:rsidRPr="000767E2">
        <w:rPr>
          <w:vertAlign w:val="superscript"/>
          <w:lang w:val="sv-SE"/>
        </w:rPr>
        <w:t>25</w:t>
      </w:r>
      <w:r w:rsidRPr="000767E2">
        <w:rPr>
          <w:lang w:val="sv-SE"/>
        </w:rPr>
        <w:t xml:space="preserve"> {{field-on:bible}}Detta har jag talat till er medan jag är kvar hos er.{{field-off:bible}} [[@</w:t>
      </w:r>
      <w:r w:rsidR="0096445B" w:rsidRPr="000767E2">
        <w:rPr>
          <w:lang w:val="sv-SE"/>
        </w:rPr>
        <w:t>BibleBIBEL82</w:t>
      </w:r>
      <w:r w:rsidRPr="000767E2">
        <w:rPr>
          <w:lang w:val="sv-SE"/>
        </w:rPr>
        <w:t>:John 14:26]]</w:t>
      </w:r>
      <w:r w:rsidRPr="000767E2">
        <w:rPr>
          <w:vertAlign w:val="superscript"/>
          <w:lang w:val="sv-SE"/>
        </w:rPr>
        <w:t>26</w:t>
      </w:r>
      <w:r w:rsidRPr="000767E2">
        <w:rPr>
          <w:lang w:val="sv-SE"/>
        </w:rPr>
        <w:t xml:space="preserve"> {{field-on:bible}}Men Förespråkaren, den heliga Anden som Fadern ska skicka i mitt namn, denne ska lära er allt och påminna er om allt som jag har sagt er.{{field-off:bible}}</w:t>
      </w:r>
    </w:p>
    <w:p w14:paraId="1B187BD2" w14:textId="6D77B3BA" w:rsidR="00BA33AB" w:rsidRPr="000767E2" w:rsidRDefault="00000000">
      <w:pPr>
        <w:rPr>
          <w:lang w:val="sv-SE"/>
        </w:rPr>
      </w:pPr>
      <w:r w:rsidRPr="000767E2">
        <w:rPr>
          <w:lang w:val="sv-SE"/>
        </w:rPr>
        <w:t>[[@</w:t>
      </w:r>
      <w:r w:rsidR="0096445B" w:rsidRPr="000767E2">
        <w:rPr>
          <w:lang w:val="sv-SE"/>
        </w:rPr>
        <w:t>BibleBIBEL82</w:t>
      </w:r>
      <w:r w:rsidRPr="000767E2">
        <w:rPr>
          <w:lang w:val="sv-SE"/>
        </w:rPr>
        <w:t>:John 14:27]]</w:t>
      </w:r>
      <w:r w:rsidRPr="000767E2">
        <w:rPr>
          <w:vertAlign w:val="superscript"/>
          <w:lang w:val="sv-SE"/>
        </w:rPr>
        <w:t>27</w:t>
      </w:r>
      <w:r w:rsidRPr="000767E2">
        <w:rPr>
          <w:lang w:val="sv-SE"/>
        </w:rPr>
        <w:t xml:space="preserve"> {{field-on:bible}}Frid lämnar jag åt er. Min frid ger jag er. </w:t>
      </w:r>
      <w:r w:rsidRPr="000767E2">
        <w:rPr>
          <w:i/>
          <w:lang w:val="sv-SE"/>
        </w:rPr>
        <w:t>Det är</w:t>
      </w:r>
      <w:r w:rsidRPr="000767E2">
        <w:rPr>
          <w:lang w:val="sv-SE"/>
        </w:rPr>
        <w:t xml:space="preserve"> inte så som världen ger jag ger er. Ert hjärta ska inte vara oroat eller fegt.{{field-off:bible}} [[@</w:t>
      </w:r>
      <w:r w:rsidR="0096445B" w:rsidRPr="000767E2">
        <w:rPr>
          <w:lang w:val="sv-SE"/>
        </w:rPr>
        <w:t>BibleBIBEL82</w:t>
      </w:r>
      <w:r w:rsidRPr="000767E2">
        <w:rPr>
          <w:lang w:val="sv-SE"/>
        </w:rPr>
        <w:t>:John 14:28]]</w:t>
      </w:r>
      <w:r w:rsidRPr="000767E2">
        <w:rPr>
          <w:vertAlign w:val="superscript"/>
          <w:lang w:val="sv-SE"/>
        </w:rPr>
        <w:t>28</w:t>
      </w:r>
      <w:r w:rsidRPr="000767E2">
        <w:rPr>
          <w:lang w:val="sv-SE"/>
        </w:rPr>
        <w:t xml:space="preserve"> {{field-on:bible}}Ni har hört att jag har sagt er: Jag beger mig, och jag kommer till er. Om ni älskade mig vore ni glada att jag går till Fadern. För Fadern är större än jag.{{field-off:bible}} [[@</w:t>
      </w:r>
      <w:r w:rsidR="0096445B" w:rsidRPr="000767E2">
        <w:rPr>
          <w:lang w:val="sv-SE"/>
        </w:rPr>
        <w:t>BibleBIBEL82</w:t>
      </w:r>
      <w:r w:rsidRPr="000767E2">
        <w:rPr>
          <w:lang w:val="sv-SE"/>
        </w:rPr>
        <w:t>:John 14:29]]</w:t>
      </w:r>
      <w:r w:rsidRPr="000767E2">
        <w:rPr>
          <w:vertAlign w:val="superscript"/>
          <w:lang w:val="sv-SE"/>
        </w:rPr>
        <w:t>29</w:t>
      </w:r>
      <w:r w:rsidRPr="000767E2">
        <w:rPr>
          <w:lang w:val="sv-SE"/>
        </w:rPr>
        <w:t xml:space="preserve"> {{field-on:bible}}Och nu har jag sagt er </w:t>
      </w:r>
      <w:r w:rsidRPr="000767E2">
        <w:rPr>
          <w:i/>
          <w:lang w:val="sv-SE"/>
        </w:rPr>
        <w:t>det</w:t>
      </w:r>
      <w:r w:rsidRPr="000767E2">
        <w:rPr>
          <w:lang w:val="sv-SE"/>
        </w:rPr>
        <w:t xml:space="preserve"> innan det sker, för att ni när det sker ska tro.{{field-off:bible}}</w:t>
      </w:r>
    </w:p>
    <w:p w14:paraId="1552DD04" w14:textId="2E6D55AA" w:rsidR="00BA33AB" w:rsidRPr="000767E2" w:rsidRDefault="00000000">
      <w:pPr>
        <w:rPr>
          <w:lang w:val="sv-SE"/>
        </w:rPr>
      </w:pPr>
      <w:r w:rsidRPr="000767E2">
        <w:rPr>
          <w:lang w:val="sv-SE"/>
        </w:rPr>
        <w:t>[[@</w:t>
      </w:r>
      <w:r w:rsidR="0096445B" w:rsidRPr="000767E2">
        <w:rPr>
          <w:lang w:val="sv-SE"/>
        </w:rPr>
        <w:t>BibleBIBEL82</w:t>
      </w:r>
      <w:r w:rsidRPr="000767E2">
        <w:rPr>
          <w:lang w:val="sv-SE"/>
        </w:rPr>
        <w:t>:John 14:30]]</w:t>
      </w:r>
      <w:r w:rsidRPr="000767E2">
        <w:rPr>
          <w:vertAlign w:val="superscript"/>
          <w:lang w:val="sv-SE"/>
        </w:rPr>
        <w:t>30</w:t>
      </w:r>
      <w:r w:rsidRPr="000767E2">
        <w:rPr>
          <w:lang w:val="sv-SE"/>
        </w:rPr>
        <w:t xml:space="preserve"> {{field-on:bible}}Jag ska inte tala mycket mer med er, för världens furste kommer. Och i mig har han inget,{{field-off:bible}} [[@</w:t>
      </w:r>
      <w:r w:rsidR="0096445B" w:rsidRPr="000767E2">
        <w:rPr>
          <w:lang w:val="sv-SE"/>
        </w:rPr>
        <w:t>BibleBIBEL82</w:t>
      </w:r>
      <w:r w:rsidRPr="000767E2">
        <w:rPr>
          <w:lang w:val="sv-SE"/>
        </w:rPr>
        <w:t>:John 14:31]]</w:t>
      </w:r>
      <w:r w:rsidRPr="000767E2">
        <w:rPr>
          <w:vertAlign w:val="superscript"/>
          <w:lang w:val="sv-SE"/>
        </w:rPr>
        <w:t>31</w:t>
      </w:r>
      <w:r w:rsidRPr="000767E2">
        <w:rPr>
          <w:lang w:val="sv-SE"/>
        </w:rPr>
        <w:t xml:space="preserve"> {{field-on:bible}}men </w:t>
      </w:r>
      <w:r w:rsidRPr="000767E2">
        <w:rPr>
          <w:i/>
          <w:lang w:val="sv-SE"/>
        </w:rPr>
        <w:t>det är</w:t>
      </w:r>
      <w:r w:rsidRPr="000767E2">
        <w:rPr>
          <w:lang w:val="sv-SE"/>
        </w:rPr>
        <w:t xml:space="preserve"> för att världen ska förstå att jag älskar Fadern. Och så som Fadern har påbjudit mig, så gör jag. Res er. Låt oss dra härifrån.{{field-off:bible}}</w:t>
      </w:r>
    </w:p>
    <w:p w14:paraId="26F59EFF" w14:textId="3B712BF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15]]Kapitel 15</w:t>
      </w:r>
    </w:p>
    <w:p w14:paraId="37E16D7C" w14:textId="77777777" w:rsidR="00BA33AB" w:rsidRPr="000767E2" w:rsidRDefault="00000000">
      <w:pPr>
        <w:pStyle w:val="Rubrik3"/>
        <w:rPr>
          <w:lang w:val="sv-SE"/>
        </w:rPr>
      </w:pPr>
      <w:r w:rsidRPr="000767E2">
        <w:rPr>
          <w:lang w:val="sv-SE"/>
        </w:rPr>
        <w:t>Jesus är den sanna vinstocken</w:t>
      </w:r>
    </w:p>
    <w:p w14:paraId="5E320782" w14:textId="5BDE3E61" w:rsidR="00BA33AB" w:rsidRPr="000767E2" w:rsidRDefault="00000000">
      <w:pPr>
        <w:rPr>
          <w:lang w:val="sv-SE"/>
        </w:rPr>
      </w:pPr>
      <w:r w:rsidRPr="000767E2">
        <w:rPr>
          <w:lang w:val="sv-SE"/>
        </w:rPr>
        <w:t>[[@</w:t>
      </w:r>
      <w:r w:rsidR="0096445B" w:rsidRPr="000767E2">
        <w:rPr>
          <w:lang w:val="sv-SE"/>
        </w:rPr>
        <w:t>BibleBIBEL82</w:t>
      </w:r>
      <w:r w:rsidRPr="000767E2">
        <w:rPr>
          <w:lang w:val="sv-SE"/>
        </w:rPr>
        <w:t>:John 15:1]]</w:t>
      </w:r>
      <w:r w:rsidRPr="000767E2">
        <w:rPr>
          <w:vertAlign w:val="superscript"/>
          <w:lang w:val="sv-SE"/>
        </w:rPr>
        <w:t>1</w:t>
      </w:r>
      <w:r w:rsidRPr="000767E2">
        <w:rPr>
          <w:lang w:val="sv-SE"/>
        </w:rPr>
        <w:t xml:space="preserve"> {{field-on:bible}}Jag är den sannfärdiga vinstocken, och min Far är odlaren.{{field-off:bible}} [[@</w:t>
      </w:r>
      <w:r w:rsidR="0096445B" w:rsidRPr="000767E2">
        <w:rPr>
          <w:lang w:val="sv-SE"/>
        </w:rPr>
        <w:t>BibleBIBEL82</w:t>
      </w:r>
      <w:r w:rsidRPr="000767E2">
        <w:rPr>
          <w:lang w:val="sv-SE"/>
        </w:rPr>
        <w:t>:John 15:2]]</w:t>
      </w:r>
      <w:r w:rsidRPr="000767E2">
        <w:rPr>
          <w:vertAlign w:val="superscript"/>
          <w:lang w:val="sv-SE"/>
        </w:rPr>
        <w:t>2</w:t>
      </w:r>
      <w:r w:rsidRPr="000767E2">
        <w:rPr>
          <w:lang w:val="sv-SE"/>
        </w:rPr>
        <w:t xml:space="preserve"> {{field-on:bible}}Varje ranka i mig som inte bär frukt, den tar han bort. Och varje som bär frukt, den rensar han så att den bär mer frukt.{{field-off:bible}} [[@</w:t>
      </w:r>
      <w:r w:rsidR="0096445B" w:rsidRPr="000767E2">
        <w:rPr>
          <w:lang w:val="sv-SE"/>
        </w:rPr>
        <w:t>BibleBIBEL82</w:t>
      </w:r>
      <w:r w:rsidRPr="000767E2">
        <w:rPr>
          <w:lang w:val="sv-SE"/>
        </w:rPr>
        <w:t>:John 15:3]]</w:t>
      </w:r>
      <w:r w:rsidRPr="000767E2">
        <w:rPr>
          <w:vertAlign w:val="superscript"/>
          <w:lang w:val="sv-SE"/>
        </w:rPr>
        <w:t>3</w:t>
      </w:r>
      <w:r w:rsidRPr="000767E2">
        <w:rPr>
          <w:lang w:val="sv-SE"/>
        </w:rPr>
        <w:t xml:space="preserve"> {{field-on:bible}}Redan är ni rena genom ordet som jag har talat till er.{{field-off:bible}}</w:t>
      </w:r>
    </w:p>
    <w:p w14:paraId="405701C9" w14:textId="7A800652"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15:4]]</w:t>
      </w:r>
      <w:r w:rsidRPr="000767E2">
        <w:rPr>
          <w:vertAlign w:val="superscript"/>
          <w:lang w:val="sv-SE"/>
        </w:rPr>
        <w:t>4</w:t>
      </w:r>
      <w:r w:rsidRPr="000767E2">
        <w:rPr>
          <w:lang w:val="sv-SE"/>
        </w:rPr>
        <w:t xml:space="preserve"> {{field-on:bible}}Var kvar i mig, och jag i er. Liksom rankan inte kan bära frukt av sig själv, om den inte är kvar i vinstocken, så inte heller ni, om ni inte är kvar i mig.{{field-off:bible}} [[@</w:t>
      </w:r>
      <w:r w:rsidR="0096445B" w:rsidRPr="000767E2">
        <w:rPr>
          <w:lang w:val="sv-SE"/>
        </w:rPr>
        <w:t>BibleBIBEL82</w:t>
      </w:r>
      <w:r w:rsidRPr="000767E2">
        <w:rPr>
          <w:lang w:val="sv-SE"/>
        </w:rPr>
        <w:t>:John 15:5]]</w:t>
      </w:r>
      <w:r w:rsidRPr="000767E2">
        <w:rPr>
          <w:vertAlign w:val="superscript"/>
          <w:lang w:val="sv-SE"/>
        </w:rPr>
        <w:t>5</w:t>
      </w:r>
      <w:r w:rsidRPr="000767E2">
        <w:rPr>
          <w:lang w:val="sv-SE"/>
        </w:rPr>
        <w:t xml:space="preserve"> {{field-on:bible}}Jag är vinstocken, ni rankorna. Den som är kvar i mig och jag i honom, denne bär mycket frukt. För utan mig kan ni inte göra något.{{field-off:bible}} [[@</w:t>
      </w:r>
      <w:r w:rsidR="0096445B" w:rsidRPr="000767E2">
        <w:rPr>
          <w:lang w:val="sv-SE"/>
        </w:rPr>
        <w:t>BibleBIBEL82</w:t>
      </w:r>
      <w:r w:rsidRPr="000767E2">
        <w:rPr>
          <w:lang w:val="sv-SE"/>
        </w:rPr>
        <w:t>:John 15:6]]</w:t>
      </w:r>
      <w:r w:rsidRPr="000767E2">
        <w:rPr>
          <w:vertAlign w:val="superscript"/>
          <w:lang w:val="sv-SE"/>
        </w:rPr>
        <w:t>6</w:t>
      </w:r>
      <w:r w:rsidRPr="000767E2">
        <w:rPr>
          <w:lang w:val="sv-SE"/>
        </w:rPr>
        <w:t xml:space="preserve"> {{field-on:bible}}Om någon inte är kvar i mig, har han kastats ut som rankan och vissnat. Och man samlar dem och kastar i elden och de bränns.{{field-off:bible}} [[@</w:t>
      </w:r>
      <w:r w:rsidR="0096445B" w:rsidRPr="000767E2">
        <w:rPr>
          <w:lang w:val="sv-SE"/>
        </w:rPr>
        <w:t>BibleBIBEL82</w:t>
      </w:r>
      <w:r w:rsidRPr="000767E2">
        <w:rPr>
          <w:lang w:val="sv-SE"/>
        </w:rPr>
        <w:t>:John 15:7]]</w:t>
      </w:r>
      <w:r w:rsidRPr="000767E2">
        <w:rPr>
          <w:vertAlign w:val="superscript"/>
          <w:lang w:val="sv-SE"/>
        </w:rPr>
        <w:t>7</w:t>
      </w:r>
      <w:r w:rsidRPr="000767E2">
        <w:rPr>
          <w:lang w:val="sv-SE"/>
        </w:rPr>
        <w:t xml:space="preserve"> {{field-on:bible}}Om ni är kvar i mig och mina ord är kvar i er, be om vad ni vill och det ska ske för er.{{field-off:bible}} [[@</w:t>
      </w:r>
      <w:r w:rsidR="0096445B" w:rsidRPr="000767E2">
        <w:rPr>
          <w:lang w:val="sv-SE"/>
        </w:rPr>
        <w:t>BibleBIBEL82</w:t>
      </w:r>
      <w:r w:rsidRPr="000767E2">
        <w:rPr>
          <w:lang w:val="sv-SE"/>
        </w:rPr>
        <w:t>:John 15:8]]</w:t>
      </w:r>
      <w:r w:rsidRPr="000767E2">
        <w:rPr>
          <w:vertAlign w:val="superscript"/>
          <w:lang w:val="sv-SE"/>
        </w:rPr>
        <w:t>8</w:t>
      </w:r>
      <w:r w:rsidRPr="000767E2">
        <w:rPr>
          <w:lang w:val="sv-SE"/>
        </w:rPr>
        <w:t xml:space="preserve"> {{field-on:bible}}I detta har min Far förhärligats: att ni bär mycket frukt och blir mina lärjungar.{{field-off:bible}}</w:t>
      </w:r>
    </w:p>
    <w:p w14:paraId="64EC43A6" w14:textId="2DEF58F8" w:rsidR="00BA33AB" w:rsidRPr="000767E2" w:rsidRDefault="00000000">
      <w:pPr>
        <w:rPr>
          <w:lang w:val="sv-SE"/>
        </w:rPr>
      </w:pPr>
      <w:r w:rsidRPr="000767E2">
        <w:rPr>
          <w:lang w:val="sv-SE"/>
        </w:rPr>
        <w:t>[[@</w:t>
      </w:r>
      <w:r w:rsidR="0096445B" w:rsidRPr="000767E2">
        <w:rPr>
          <w:lang w:val="sv-SE"/>
        </w:rPr>
        <w:t>BibleBIBEL82</w:t>
      </w:r>
      <w:r w:rsidRPr="000767E2">
        <w:rPr>
          <w:lang w:val="sv-SE"/>
        </w:rPr>
        <w:t>:John 15:9]]</w:t>
      </w:r>
      <w:r w:rsidRPr="000767E2">
        <w:rPr>
          <w:vertAlign w:val="superscript"/>
          <w:lang w:val="sv-SE"/>
        </w:rPr>
        <w:t>9</w:t>
      </w:r>
      <w:r w:rsidRPr="000767E2">
        <w:rPr>
          <w:lang w:val="sv-SE"/>
        </w:rPr>
        <w:t xml:space="preserve"> {{field-on:bible}}Så som Fadern har älskat mig, har också jag älskat er. Var kvar i min kärlek.{{field-off:bible}} [[@</w:t>
      </w:r>
      <w:r w:rsidR="0096445B" w:rsidRPr="000767E2">
        <w:rPr>
          <w:lang w:val="sv-SE"/>
        </w:rPr>
        <w:t>BibleBIBEL82</w:t>
      </w:r>
      <w:r w:rsidRPr="000767E2">
        <w:rPr>
          <w:lang w:val="sv-SE"/>
        </w:rPr>
        <w:t>:John 15:10]]</w:t>
      </w:r>
      <w:r w:rsidRPr="000767E2">
        <w:rPr>
          <w:vertAlign w:val="superscript"/>
          <w:lang w:val="sv-SE"/>
        </w:rPr>
        <w:t>10</w:t>
      </w:r>
      <w:r w:rsidRPr="000767E2">
        <w:rPr>
          <w:lang w:val="sv-SE"/>
        </w:rPr>
        <w:t xml:space="preserve"> {{field-on:bible}}Om ni håller fast vid mina bud ska ni vara kvar i min kärlek, liksom jag har hållit fast vid min Fars bud och är kvar i hans kärlek.{{field-off:bible}} [[@</w:t>
      </w:r>
      <w:r w:rsidR="0096445B" w:rsidRPr="000767E2">
        <w:rPr>
          <w:lang w:val="sv-SE"/>
        </w:rPr>
        <w:t>BibleBIBEL82</w:t>
      </w:r>
      <w:r w:rsidRPr="000767E2">
        <w:rPr>
          <w:lang w:val="sv-SE"/>
        </w:rPr>
        <w:t>:John 15:11]]</w:t>
      </w:r>
      <w:r w:rsidRPr="000767E2">
        <w:rPr>
          <w:vertAlign w:val="superscript"/>
          <w:lang w:val="sv-SE"/>
        </w:rPr>
        <w:t>11</w:t>
      </w:r>
      <w:r w:rsidRPr="000767E2">
        <w:rPr>
          <w:lang w:val="sv-SE"/>
        </w:rPr>
        <w:t xml:space="preserve"> {{field-on:bible}}Detta har jag talat till er för att min glädje ska vara i er, och er glädje bli uppfylld.{{field-off:bible}}</w:t>
      </w:r>
    </w:p>
    <w:p w14:paraId="56EC2A05" w14:textId="4C5C02E1" w:rsidR="00BA33AB" w:rsidRPr="000767E2" w:rsidRDefault="00000000">
      <w:pPr>
        <w:rPr>
          <w:lang w:val="sv-SE"/>
        </w:rPr>
      </w:pPr>
      <w:r w:rsidRPr="000767E2">
        <w:rPr>
          <w:lang w:val="sv-SE"/>
        </w:rPr>
        <w:t>[[@</w:t>
      </w:r>
      <w:r w:rsidR="0096445B" w:rsidRPr="000767E2">
        <w:rPr>
          <w:lang w:val="sv-SE"/>
        </w:rPr>
        <w:t>BibleBIBEL82</w:t>
      </w:r>
      <w:r w:rsidRPr="000767E2">
        <w:rPr>
          <w:lang w:val="sv-SE"/>
        </w:rPr>
        <w:t>:John 15:12]]</w:t>
      </w:r>
      <w:r w:rsidRPr="000767E2">
        <w:rPr>
          <w:vertAlign w:val="superscript"/>
          <w:lang w:val="sv-SE"/>
        </w:rPr>
        <w:t>12</w:t>
      </w:r>
      <w:r w:rsidRPr="000767E2">
        <w:rPr>
          <w:lang w:val="sv-SE"/>
        </w:rPr>
        <w:t xml:space="preserve"> {{field-on:bible}}Detta är mitt bud: att ni ska älska varandra så som jag har älskat er.{{field-off:bible}} [[@</w:t>
      </w:r>
      <w:r w:rsidR="0096445B" w:rsidRPr="000767E2">
        <w:rPr>
          <w:lang w:val="sv-SE"/>
        </w:rPr>
        <w:t>BibleBIBEL82</w:t>
      </w:r>
      <w:r w:rsidRPr="000767E2">
        <w:rPr>
          <w:lang w:val="sv-SE"/>
        </w:rPr>
        <w:t>:John 15:13]]</w:t>
      </w:r>
      <w:r w:rsidRPr="000767E2">
        <w:rPr>
          <w:vertAlign w:val="superscript"/>
          <w:lang w:val="sv-SE"/>
        </w:rPr>
        <w:t>13</w:t>
      </w:r>
      <w:r w:rsidRPr="000767E2">
        <w:rPr>
          <w:lang w:val="sv-SE"/>
        </w:rPr>
        <w:t xml:space="preserve"> {{field-on:bible}}Större kärlek än denna har ingen, att man lägger </w:t>
      </w:r>
      <w:r w:rsidRPr="000767E2">
        <w:rPr>
          <w:i/>
          <w:lang w:val="sv-SE"/>
        </w:rPr>
        <w:t>ner</w:t>
      </w:r>
      <w:r w:rsidRPr="000767E2">
        <w:rPr>
          <w:lang w:val="sv-SE"/>
        </w:rPr>
        <w:t xml:space="preserve"> sin själ för sina vänner.{{field-off:bible}} [[@</w:t>
      </w:r>
      <w:r w:rsidR="0096445B" w:rsidRPr="000767E2">
        <w:rPr>
          <w:lang w:val="sv-SE"/>
        </w:rPr>
        <w:t>BibleBIBEL82</w:t>
      </w:r>
      <w:r w:rsidRPr="000767E2">
        <w:rPr>
          <w:lang w:val="sv-SE"/>
        </w:rPr>
        <w:t>:John 15:14]]</w:t>
      </w:r>
      <w:r w:rsidRPr="000767E2">
        <w:rPr>
          <w:vertAlign w:val="superscript"/>
          <w:lang w:val="sv-SE"/>
        </w:rPr>
        <w:t>14</w:t>
      </w:r>
      <w:r w:rsidRPr="000767E2">
        <w:rPr>
          <w:lang w:val="sv-SE"/>
        </w:rPr>
        <w:t xml:space="preserve"> {{field-on:bible}}Ni är mina vänner, om ni gör det jag påbjuder er.{{field-off:bible}} [[@</w:t>
      </w:r>
      <w:r w:rsidR="0096445B" w:rsidRPr="000767E2">
        <w:rPr>
          <w:lang w:val="sv-SE"/>
        </w:rPr>
        <w:t>BibleBIBEL82</w:t>
      </w:r>
      <w:r w:rsidRPr="000767E2">
        <w:rPr>
          <w:lang w:val="sv-SE"/>
        </w:rPr>
        <w:t>:John 15:15]]</w:t>
      </w:r>
      <w:r w:rsidRPr="000767E2">
        <w:rPr>
          <w:vertAlign w:val="superscript"/>
          <w:lang w:val="sv-SE"/>
        </w:rPr>
        <w:t>15</w:t>
      </w:r>
      <w:r w:rsidRPr="000767E2">
        <w:rPr>
          <w:lang w:val="sv-SE"/>
        </w:rPr>
        <w:t xml:space="preserve"> {{field-on:bible}}Jag kallar er inte längre fasttjänare, för fasttjänaren vet inte vad hans Herre gör. Men er har jag kallat vänner. För allt som jag hört från min Far har jag kungjort för er.{{field-off:bible}} [[@</w:t>
      </w:r>
      <w:r w:rsidR="0096445B" w:rsidRPr="000767E2">
        <w:rPr>
          <w:lang w:val="sv-SE"/>
        </w:rPr>
        <w:t>BibleBIBEL82</w:t>
      </w:r>
      <w:r w:rsidRPr="000767E2">
        <w:rPr>
          <w:lang w:val="sv-SE"/>
        </w:rPr>
        <w:t>:John 15:16]]</w:t>
      </w:r>
      <w:r w:rsidRPr="000767E2">
        <w:rPr>
          <w:vertAlign w:val="superscript"/>
          <w:lang w:val="sv-SE"/>
        </w:rPr>
        <w:t>16</w:t>
      </w:r>
      <w:r w:rsidRPr="000767E2">
        <w:rPr>
          <w:lang w:val="sv-SE"/>
        </w:rPr>
        <w:t xml:space="preserve"> {{field-on:bible}}Ni har inte utvalt mig. Nej, jag har utvalt er och satt er för att ni ska bege er och bära frukt och er frukt bestå, så att vad ni än ber Fadern om i mitt namn ska han ge er.{{field-off:bible}} [[@</w:t>
      </w:r>
      <w:r w:rsidR="0096445B" w:rsidRPr="000767E2">
        <w:rPr>
          <w:lang w:val="sv-SE"/>
        </w:rPr>
        <w:t>BibleBIBEL82</w:t>
      </w:r>
      <w:r w:rsidRPr="000767E2">
        <w:rPr>
          <w:lang w:val="sv-SE"/>
        </w:rPr>
        <w:t>:John 15:17]]</w:t>
      </w:r>
      <w:r w:rsidRPr="000767E2">
        <w:rPr>
          <w:vertAlign w:val="superscript"/>
          <w:lang w:val="sv-SE"/>
        </w:rPr>
        <w:t>17</w:t>
      </w:r>
      <w:r w:rsidRPr="000767E2">
        <w:rPr>
          <w:lang w:val="sv-SE"/>
        </w:rPr>
        <w:t xml:space="preserve"> {{field-on:bible}}Detta påbjuder jag er: att ni ska älska varandra.{{field-off:bible}}</w:t>
      </w:r>
    </w:p>
    <w:p w14:paraId="3D14DF2D" w14:textId="77777777" w:rsidR="00BA33AB" w:rsidRPr="000767E2" w:rsidRDefault="00000000">
      <w:pPr>
        <w:pStyle w:val="Rubrik3"/>
        <w:rPr>
          <w:lang w:val="sv-SE"/>
        </w:rPr>
      </w:pPr>
      <w:r w:rsidRPr="000767E2">
        <w:rPr>
          <w:lang w:val="sv-SE"/>
        </w:rPr>
        <w:t>Hatade av världen</w:t>
      </w:r>
    </w:p>
    <w:p w14:paraId="64C2A79F" w14:textId="280E7C9F" w:rsidR="00BA33AB" w:rsidRPr="000767E2" w:rsidRDefault="00000000">
      <w:pPr>
        <w:rPr>
          <w:lang w:val="sv-SE"/>
        </w:rPr>
      </w:pPr>
      <w:r w:rsidRPr="000767E2">
        <w:rPr>
          <w:lang w:val="sv-SE"/>
        </w:rPr>
        <w:t>[[@</w:t>
      </w:r>
      <w:r w:rsidR="0096445B" w:rsidRPr="000767E2">
        <w:rPr>
          <w:lang w:val="sv-SE"/>
        </w:rPr>
        <w:t>BibleBIBEL82</w:t>
      </w:r>
      <w:r w:rsidRPr="000767E2">
        <w:rPr>
          <w:lang w:val="sv-SE"/>
        </w:rPr>
        <w:t>:John 15:18]]</w:t>
      </w:r>
      <w:r w:rsidRPr="000767E2">
        <w:rPr>
          <w:vertAlign w:val="superscript"/>
          <w:lang w:val="sv-SE"/>
        </w:rPr>
        <w:t>18</w:t>
      </w:r>
      <w:r w:rsidRPr="000767E2">
        <w:rPr>
          <w:lang w:val="sv-SE"/>
        </w:rPr>
        <w:t xml:space="preserve"> {{field-on:bible}}Om världen hatar er, ska ni veta att den har hatat mig före er.{{field-off:bible}} [[@</w:t>
      </w:r>
      <w:r w:rsidR="0096445B" w:rsidRPr="000767E2">
        <w:rPr>
          <w:lang w:val="sv-SE"/>
        </w:rPr>
        <w:t>BibleBIBEL82</w:t>
      </w:r>
      <w:r w:rsidRPr="000767E2">
        <w:rPr>
          <w:lang w:val="sv-SE"/>
        </w:rPr>
        <w:t>:John 15:19]]</w:t>
      </w:r>
      <w:r w:rsidRPr="000767E2">
        <w:rPr>
          <w:vertAlign w:val="superscript"/>
          <w:lang w:val="sv-SE"/>
        </w:rPr>
        <w:t>19</w:t>
      </w:r>
      <w:r w:rsidRPr="000767E2">
        <w:rPr>
          <w:lang w:val="sv-SE"/>
        </w:rPr>
        <w:t xml:space="preserve"> {{field-on:bible}}Om ni var av världen, hade världen haft </w:t>
      </w:r>
      <w:r w:rsidRPr="000767E2">
        <w:rPr>
          <w:i/>
          <w:lang w:val="sv-SE"/>
        </w:rPr>
        <w:t>sitt</w:t>
      </w:r>
      <w:r w:rsidRPr="000767E2">
        <w:rPr>
          <w:lang w:val="sv-SE"/>
        </w:rPr>
        <w:t xml:space="preserve"> eget kärt. Men eftersom ni inte är av världen, utan jag har utvalt er från världen, därför hatar världen er.{{field-off:bible}} [[@</w:t>
      </w:r>
      <w:r w:rsidR="0096445B" w:rsidRPr="000767E2">
        <w:rPr>
          <w:lang w:val="sv-SE"/>
        </w:rPr>
        <w:t>BibleBIBEL82</w:t>
      </w:r>
      <w:r w:rsidRPr="000767E2">
        <w:rPr>
          <w:lang w:val="sv-SE"/>
        </w:rPr>
        <w:t>:John 15:20]]</w:t>
      </w:r>
      <w:r w:rsidRPr="000767E2">
        <w:rPr>
          <w:vertAlign w:val="superscript"/>
          <w:lang w:val="sv-SE"/>
        </w:rPr>
        <w:t>20</w:t>
      </w:r>
      <w:r w:rsidRPr="000767E2">
        <w:rPr>
          <w:lang w:val="sv-SE"/>
        </w:rPr>
        <w:t xml:space="preserve"> {{field-on:bible}}Minns det ord som jag sagt er: en fasttjänare är inte större än sin Herre. Om de har förföljt mig, ska de också förfölja er. Om de har hållit fast vid mitt ord, ska de också hålla fast vid ert.{{field-off:bible}} [[@</w:t>
      </w:r>
      <w:r w:rsidR="0096445B" w:rsidRPr="000767E2">
        <w:rPr>
          <w:lang w:val="sv-SE"/>
        </w:rPr>
        <w:t>BibleBIBEL82</w:t>
      </w:r>
      <w:r w:rsidRPr="000767E2">
        <w:rPr>
          <w:lang w:val="sv-SE"/>
        </w:rPr>
        <w:t>:John 15:21]]</w:t>
      </w:r>
      <w:r w:rsidRPr="000767E2">
        <w:rPr>
          <w:vertAlign w:val="superscript"/>
          <w:lang w:val="sv-SE"/>
        </w:rPr>
        <w:t>21</w:t>
      </w:r>
      <w:r w:rsidRPr="000767E2">
        <w:rPr>
          <w:lang w:val="sv-SE"/>
        </w:rPr>
        <w:t xml:space="preserve"> {{field-on:bible}}Men allt detta kommer de att göra mot er för mitt namns skull, eftersom de inte känner honom som har skickat mig.{{field-off:bible}}</w:t>
      </w:r>
    </w:p>
    <w:p w14:paraId="1AA57CA5" w14:textId="271BEF45" w:rsidR="00BA33AB" w:rsidRPr="000767E2" w:rsidRDefault="00000000">
      <w:pPr>
        <w:rPr>
          <w:lang w:val="sv-SE"/>
        </w:rPr>
      </w:pPr>
      <w:r w:rsidRPr="000767E2">
        <w:rPr>
          <w:lang w:val="sv-SE"/>
        </w:rPr>
        <w:t>[[@</w:t>
      </w:r>
      <w:r w:rsidR="0096445B" w:rsidRPr="000767E2">
        <w:rPr>
          <w:lang w:val="sv-SE"/>
        </w:rPr>
        <w:t>BibleBIBEL82</w:t>
      </w:r>
      <w:r w:rsidRPr="000767E2">
        <w:rPr>
          <w:lang w:val="sv-SE"/>
        </w:rPr>
        <w:t>:John 15:22]]</w:t>
      </w:r>
      <w:r w:rsidRPr="000767E2">
        <w:rPr>
          <w:vertAlign w:val="superscript"/>
          <w:lang w:val="sv-SE"/>
        </w:rPr>
        <w:t>22</w:t>
      </w:r>
      <w:r w:rsidRPr="000767E2">
        <w:rPr>
          <w:lang w:val="sv-SE"/>
        </w:rPr>
        <w:t xml:space="preserve"> {{field-on:bible}}Om jag inte hade kommit och talat till dem, hade de inte haft synd. Men nu har de ingen förevändning för sin synd.{{field-off:bible}} [[@</w:t>
      </w:r>
      <w:r w:rsidR="0096445B" w:rsidRPr="000767E2">
        <w:rPr>
          <w:lang w:val="sv-SE"/>
        </w:rPr>
        <w:t>BibleBIBEL82</w:t>
      </w:r>
      <w:r w:rsidRPr="000767E2">
        <w:rPr>
          <w:lang w:val="sv-SE"/>
        </w:rPr>
        <w:t>:John 15:23]]</w:t>
      </w:r>
      <w:r w:rsidRPr="000767E2">
        <w:rPr>
          <w:vertAlign w:val="superscript"/>
          <w:lang w:val="sv-SE"/>
        </w:rPr>
        <w:t>23</w:t>
      </w:r>
      <w:r w:rsidRPr="000767E2">
        <w:rPr>
          <w:lang w:val="sv-SE"/>
        </w:rPr>
        <w:t xml:space="preserve"> {{field-on:bible}}Den som hatar mig hatar också min Far.{{field-off:bible}} [[@</w:t>
      </w:r>
      <w:r w:rsidR="0096445B" w:rsidRPr="000767E2">
        <w:rPr>
          <w:lang w:val="sv-SE"/>
        </w:rPr>
        <w:t>BibleBIBEL82</w:t>
      </w:r>
      <w:r w:rsidRPr="000767E2">
        <w:rPr>
          <w:lang w:val="sv-SE"/>
        </w:rPr>
        <w:t>:John 15:24]]</w:t>
      </w:r>
      <w:r w:rsidRPr="000767E2">
        <w:rPr>
          <w:vertAlign w:val="superscript"/>
          <w:lang w:val="sv-SE"/>
        </w:rPr>
        <w:t>24</w:t>
      </w:r>
      <w:r w:rsidRPr="000767E2">
        <w:rPr>
          <w:lang w:val="sv-SE"/>
        </w:rPr>
        <w:t xml:space="preserve"> {{field-on:bible}}Om jag inte hade </w:t>
      </w:r>
      <w:r w:rsidRPr="000767E2">
        <w:rPr>
          <w:lang w:val="sv-SE"/>
        </w:rPr>
        <w:lastRenderedPageBreak/>
        <w:t>gjort gärningarna bland dem som ingen annan har gjort, hade de inte haft synd. Men nu har de både sett och hatat, både mig och min Far.{{field-off:bible}} [[@</w:t>
      </w:r>
      <w:r w:rsidR="0096445B" w:rsidRPr="000767E2">
        <w:rPr>
          <w:lang w:val="sv-SE"/>
        </w:rPr>
        <w:t>BibleBIBEL82</w:t>
      </w:r>
      <w:r w:rsidRPr="000767E2">
        <w:rPr>
          <w:lang w:val="sv-SE"/>
        </w:rPr>
        <w:t>:John 15:25]]</w:t>
      </w:r>
      <w:r w:rsidRPr="000767E2">
        <w:rPr>
          <w:vertAlign w:val="superscript"/>
          <w:lang w:val="sv-SE"/>
        </w:rPr>
        <w:t>25</w:t>
      </w:r>
      <w:r w:rsidRPr="000767E2">
        <w:rPr>
          <w:lang w:val="sv-SE"/>
        </w:rPr>
        <w:t xml:space="preserve"> {{field-on:bible}}Men </w:t>
      </w:r>
      <w:r w:rsidRPr="000767E2">
        <w:rPr>
          <w:i/>
          <w:lang w:val="sv-SE"/>
        </w:rPr>
        <w:t>det är</w:t>
      </w:r>
      <w:r w:rsidRPr="000767E2">
        <w:rPr>
          <w:lang w:val="sv-SE"/>
        </w:rPr>
        <w:t xml:space="preserve"> för att ordet ska uppfyllas som är skrivet i deras lag, att: De har hatat mig utan orsak.{{field-off:bible}}</w:t>
      </w:r>
    </w:p>
    <w:p w14:paraId="59AB7F69" w14:textId="65F40BC6" w:rsidR="00BA33AB" w:rsidRPr="000767E2" w:rsidRDefault="00000000">
      <w:pPr>
        <w:rPr>
          <w:lang w:val="sv-SE"/>
        </w:rPr>
      </w:pPr>
      <w:r w:rsidRPr="000767E2">
        <w:rPr>
          <w:lang w:val="sv-SE"/>
        </w:rPr>
        <w:t>[[@</w:t>
      </w:r>
      <w:r w:rsidR="0096445B" w:rsidRPr="000767E2">
        <w:rPr>
          <w:lang w:val="sv-SE"/>
        </w:rPr>
        <w:t>BibleBIBEL82</w:t>
      </w:r>
      <w:r w:rsidRPr="000767E2">
        <w:rPr>
          <w:lang w:val="sv-SE"/>
        </w:rPr>
        <w:t>:John 15:26]]</w:t>
      </w:r>
      <w:r w:rsidRPr="000767E2">
        <w:rPr>
          <w:vertAlign w:val="superscript"/>
          <w:lang w:val="sv-SE"/>
        </w:rPr>
        <w:t>26</w:t>
      </w:r>
      <w:r w:rsidRPr="000767E2">
        <w:rPr>
          <w:lang w:val="sv-SE"/>
        </w:rPr>
        <w:t xml:space="preserve"> {{field-on:bible}}När Förespråkaren kommer, som jag ska skicka er från Fadern – sanningens Ande som utgår från Fadern – ska denne vittna om mig.{{field-off:bible}} [[@</w:t>
      </w:r>
      <w:r w:rsidR="0096445B" w:rsidRPr="000767E2">
        <w:rPr>
          <w:lang w:val="sv-SE"/>
        </w:rPr>
        <w:t>BibleBIBEL82</w:t>
      </w:r>
      <w:r w:rsidRPr="000767E2">
        <w:rPr>
          <w:lang w:val="sv-SE"/>
        </w:rPr>
        <w:t>:John 15:27]]</w:t>
      </w:r>
      <w:r w:rsidRPr="000767E2">
        <w:rPr>
          <w:vertAlign w:val="superscript"/>
          <w:lang w:val="sv-SE"/>
        </w:rPr>
        <w:t>27</w:t>
      </w:r>
      <w:r w:rsidRPr="000767E2">
        <w:rPr>
          <w:lang w:val="sv-SE"/>
        </w:rPr>
        <w:t xml:space="preserve"> {{field-on:bible}}Och även ni vittnar, eftersom ni från begynnelsen är med mig.{{field-off:bible}}</w:t>
      </w:r>
    </w:p>
    <w:p w14:paraId="2343C533" w14:textId="3A9CE2A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16]]Kapitel 16</w:t>
      </w:r>
    </w:p>
    <w:p w14:paraId="79F0F823" w14:textId="234BA576" w:rsidR="00BA33AB" w:rsidRPr="000767E2" w:rsidRDefault="00000000">
      <w:pPr>
        <w:rPr>
          <w:lang w:val="sv-SE"/>
        </w:rPr>
      </w:pPr>
      <w:r w:rsidRPr="000767E2">
        <w:rPr>
          <w:lang w:val="sv-SE"/>
        </w:rPr>
        <w:t>[[@</w:t>
      </w:r>
      <w:r w:rsidR="0096445B" w:rsidRPr="000767E2">
        <w:rPr>
          <w:lang w:val="sv-SE"/>
        </w:rPr>
        <w:t>BibleBIBEL82</w:t>
      </w:r>
      <w:r w:rsidRPr="000767E2">
        <w:rPr>
          <w:lang w:val="sv-SE"/>
        </w:rPr>
        <w:t>:John 16:1]]</w:t>
      </w:r>
      <w:r w:rsidRPr="000767E2">
        <w:rPr>
          <w:vertAlign w:val="superscript"/>
          <w:lang w:val="sv-SE"/>
        </w:rPr>
        <w:t>1</w:t>
      </w:r>
      <w:r w:rsidRPr="000767E2">
        <w:rPr>
          <w:lang w:val="sv-SE"/>
        </w:rPr>
        <w:t xml:space="preserve"> {{field-on:bible}}Detta har jag talat till er för att ni inte ska bli skandaliserade.{{field-off:bible}} [[@</w:t>
      </w:r>
      <w:r w:rsidR="0096445B" w:rsidRPr="000767E2">
        <w:rPr>
          <w:lang w:val="sv-SE"/>
        </w:rPr>
        <w:t>BibleBIBEL82</w:t>
      </w:r>
      <w:r w:rsidRPr="000767E2">
        <w:rPr>
          <w:lang w:val="sv-SE"/>
        </w:rPr>
        <w:t>:John 16:2]]</w:t>
      </w:r>
      <w:r w:rsidRPr="000767E2">
        <w:rPr>
          <w:vertAlign w:val="superscript"/>
          <w:lang w:val="sv-SE"/>
        </w:rPr>
        <w:t>2</w:t>
      </w:r>
      <w:r w:rsidRPr="000767E2">
        <w:rPr>
          <w:lang w:val="sv-SE"/>
        </w:rPr>
        <w:t xml:space="preserve"> {{field-on:bible}}De kommer att göra er avsynagogade. Men det kommer en stund, att var och en som dödar er ska tycka sig frambära gudstjänst åt Gud.{{field-off:bible}} [[@</w:t>
      </w:r>
      <w:r w:rsidR="0096445B" w:rsidRPr="000767E2">
        <w:rPr>
          <w:lang w:val="sv-SE"/>
        </w:rPr>
        <w:t>BibleBIBEL82</w:t>
      </w:r>
      <w:r w:rsidRPr="000767E2">
        <w:rPr>
          <w:lang w:val="sv-SE"/>
        </w:rPr>
        <w:t>:John 16:3]]</w:t>
      </w:r>
      <w:r w:rsidRPr="000767E2">
        <w:rPr>
          <w:vertAlign w:val="superscript"/>
          <w:lang w:val="sv-SE"/>
        </w:rPr>
        <w:t>3</w:t>
      </w:r>
      <w:r w:rsidRPr="000767E2">
        <w:rPr>
          <w:lang w:val="sv-SE"/>
        </w:rPr>
        <w:t xml:space="preserve"> {{field-on:bible}}Och detta kommer de att göra eftersom de inte har lärt känna Fadern eller mig.{{field-off:bible}} [[@</w:t>
      </w:r>
      <w:r w:rsidR="0096445B" w:rsidRPr="000767E2">
        <w:rPr>
          <w:lang w:val="sv-SE"/>
        </w:rPr>
        <w:t>BibleBIBEL82</w:t>
      </w:r>
      <w:r w:rsidRPr="000767E2">
        <w:rPr>
          <w:lang w:val="sv-SE"/>
        </w:rPr>
        <w:t>:John 16:4]]</w:t>
      </w:r>
      <w:r w:rsidRPr="000767E2">
        <w:rPr>
          <w:vertAlign w:val="superscript"/>
          <w:lang w:val="sv-SE"/>
        </w:rPr>
        <w:t>4</w:t>
      </w:r>
      <w:r w:rsidRPr="000767E2">
        <w:rPr>
          <w:lang w:val="sv-SE"/>
        </w:rPr>
        <w:t xml:space="preserve"> {{field-on:bible}}Men detta har jag talat till er för att ni, när deras stund kommer, ska minnas det: att jag har sagt er </w:t>
      </w:r>
      <w:r w:rsidRPr="000767E2">
        <w:rPr>
          <w:i/>
          <w:lang w:val="sv-SE"/>
        </w:rPr>
        <w:t>det</w:t>
      </w:r>
      <w:r w:rsidRPr="000767E2">
        <w:rPr>
          <w:lang w:val="sv-SE"/>
        </w:rPr>
        <w:t>. Och detta sade jag er inte från begynnelsen, eftersom jag var med er.{{field-off:bible}}</w:t>
      </w:r>
    </w:p>
    <w:p w14:paraId="2C6C42EA" w14:textId="77777777" w:rsidR="00BA33AB" w:rsidRPr="000767E2" w:rsidRDefault="00000000">
      <w:pPr>
        <w:pStyle w:val="Rubrik3"/>
        <w:rPr>
          <w:lang w:val="sv-SE"/>
        </w:rPr>
      </w:pPr>
      <w:r w:rsidRPr="000767E2">
        <w:rPr>
          <w:lang w:val="sv-SE"/>
        </w:rPr>
        <w:t>Sanningens Ande</w:t>
      </w:r>
    </w:p>
    <w:p w14:paraId="504FC993" w14:textId="114FEDA9" w:rsidR="00BA33AB" w:rsidRPr="000767E2" w:rsidRDefault="00000000">
      <w:pPr>
        <w:rPr>
          <w:lang w:val="sv-SE"/>
        </w:rPr>
      </w:pPr>
      <w:r w:rsidRPr="000767E2">
        <w:rPr>
          <w:lang w:val="sv-SE"/>
        </w:rPr>
        <w:t>[[@</w:t>
      </w:r>
      <w:r w:rsidR="0096445B" w:rsidRPr="000767E2">
        <w:rPr>
          <w:lang w:val="sv-SE"/>
        </w:rPr>
        <w:t>BibleBIBEL82</w:t>
      </w:r>
      <w:r w:rsidRPr="000767E2">
        <w:rPr>
          <w:lang w:val="sv-SE"/>
        </w:rPr>
        <w:t>:John 16:5]]</w:t>
      </w:r>
      <w:r w:rsidRPr="000767E2">
        <w:rPr>
          <w:vertAlign w:val="superscript"/>
          <w:lang w:val="sv-SE"/>
        </w:rPr>
        <w:t>5</w:t>
      </w:r>
      <w:r w:rsidRPr="000767E2">
        <w:rPr>
          <w:lang w:val="sv-SE"/>
        </w:rPr>
        <w:t xml:space="preserve"> {{field-on:bible}}Men nu beger jag mig till honom som har skickat mig. Och ingen av er frågar mig: Vart beger du dig?{{field-off:bible}} [[@</w:t>
      </w:r>
      <w:r w:rsidR="0096445B" w:rsidRPr="000767E2">
        <w:rPr>
          <w:lang w:val="sv-SE"/>
        </w:rPr>
        <w:t>BibleBIBEL82</w:t>
      </w:r>
      <w:r w:rsidRPr="000767E2">
        <w:rPr>
          <w:lang w:val="sv-SE"/>
        </w:rPr>
        <w:t>:John 16:6]]</w:t>
      </w:r>
      <w:r w:rsidRPr="000767E2">
        <w:rPr>
          <w:vertAlign w:val="superscript"/>
          <w:lang w:val="sv-SE"/>
        </w:rPr>
        <w:t>6</w:t>
      </w:r>
      <w:r w:rsidRPr="000767E2">
        <w:rPr>
          <w:lang w:val="sv-SE"/>
        </w:rPr>
        <w:t xml:space="preserve"> {{field-on:bible}}Nej, eftersom jag talat detta till er har bedrövelsen uppfyllt ert hjärta.{{field-off:bible}} [[@</w:t>
      </w:r>
      <w:r w:rsidR="0096445B" w:rsidRPr="000767E2">
        <w:rPr>
          <w:lang w:val="sv-SE"/>
        </w:rPr>
        <w:t>BibleBIBEL82</w:t>
      </w:r>
      <w:r w:rsidRPr="000767E2">
        <w:rPr>
          <w:lang w:val="sv-SE"/>
        </w:rPr>
        <w:t>:John 16:7]]</w:t>
      </w:r>
      <w:r w:rsidRPr="000767E2">
        <w:rPr>
          <w:vertAlign w:val="superscript"/>
          <w:lang w:val="sv-SE"/>
        </w:rPr>
        <w:t>7</w:t>
      </w:r>
      <w:r w:rsidRPr="000767E2">
        <w:rPr>
          <w:lang w:val="sv-SE"/>
        </w:rPr>
        <w:t xml:space="preserve"> {{field-on:bible}}Men jag säger er sanningen: Det gagnar er att jag går bort. För om jag inte går bort, kommer inte Förespråkaren att komma till er. Men om jag går, ska jag skicka honom till er.{{field-off:bible}}</w:t>
      </w:r>
    </w:p>
    <w:p w14:paraId="1FF4D995" w14:textId="6982D37F" w:rsidR="00BA33AB" w:rsidRPr="000767E2" w:rsidRDefault="00000000">
      <w:pPr>
        <w:rPr>
          <w:lang w:val="sv-SE"/>
        </w:rPr>
      </w:pPr>
      <w:r w:rsidRPr="000767E2">
        <w:rPr>
          <w:lang w:val="sv-SE"/>
        </w:rPr>
        <w:t>[[@</w:t>
      </w:r>
      <w:r w:rsidR="0096445B" w:rsidRPr="000767E2">
        <w:rPr>
          <w:lang w:val="sv-SE"/>
        </w:rPr>
        <w:t>BibleBIBEL82</w:t>
      </w:r>
      <w:r w:rsidRPr="000767E2">
        <w:rPr>
          <w:lang w:val="sv-SE"/>
        </w:rPr>
        <w:t>:John 16:8]]</w:t>
      </w:r>
      <w:r w:rsidRPr="000767E2">
        <w:rPr>
          <w:vertAlign w:val="superscript"/>
          <w:lang w:val="sv-SE"/>
        </w:rPr>
        <w:t>8</w:t>
      </w:r>
      <w:r w:rsidRPr="000767E2">
        <w:rPr>
          <w:lang w:val="sv-SE"/>
        </w:rPr>
        <w:t xml:space="preserve"> {{field-on:bible}}Och när denne kommer ska han tillrättavisa världen om synd, och om rättfärdighet, och om dom.{{field-off:bible}} [[@</w:t>
      </w:r>
      <w:r w:rsidR="0096445B" w:rsidRPr="000767E2">
        <w:rPr>
          <w:lang w:val="sv-SE"/>
        </w:rPr>
        <w:t>BibleBIBEL82</w:t>
      </w:r>
      <w:r w:rsidRPr="000767E2">
        <w:rPr>
          <w:lang w:val="sv-SE"/>
        </w:rPr>
        <w:t>:John 16:9]]</w:t>
      </w:r>
      <w:r w:rsidRPr="000767E2">
        <w:rPr>
          <w:vertAlign w:val="superscript"/>
          <w:lang w:val="sv-SE"/>
        </w:rPr>
        <w:t>9</w:t>
      </w:r>
      <w:r w:rsidRPr="000767E2">
        <w:rPr>
          <w:lang w:val="sv-SE"/>
        </w:rPr>
        <w:t xml:space="preserve"> {{field-on:bible}}Om synd: att de inte tror på mig.{{field-off:bible}} [[@</w:t>
      </w:r>
      <w:r w:rsidR="0096445B" w:rsidRPr="000767E2">
        <w:rPr>
          <w:lang w:val="sv-SE"/>
        </w:rPr>
        <w:t>BibleBIBEL82</w:t>
      </w:r>
      <w:r w:rsidRPr="000767E2">
        <w:rPr>
          <w:lang w:val="sv-SE"/>
        </w:rPr>
        <w:t>:John 16:10]]</w:t>
      </w:r>
      <w:r w:rsidRPr="000767E2">
        <w:rPr>
          <w:vertAlign w:val="superscript"/>
          <w:lang w:val="sv-SE"/>
        </w:rPr>
        <w:t>10</w:t>
      </w:r>
      <w:r w:rsidRPr="000767E2">
        <w:rPr>
          <w:lang w:val="sv-SE"/>
        </w:rPr>
        <w:t xml:space="preserve"> {{field-on:bible}}Och om rättfärdighet: att jag beger mig till Fadern och ni inte längre skådar mig.{{field-off:bible}} [[@</w:t>
      </w:r>
      <w:r w:rsidR="0096445B" w:rsidRPr="000767E2">
        <w:rPr>
          <w:lang w:val="sv-SE"/>
        </w:rPr>
        <w:t>BibleBIBEL82</w:t>
      </w:r>
      <w:r w:rsidRPr="000767E2">
        <w:rPr>
          <w:lang w:val="sv-SE"/>
        </w:rPr>
        <w:t>:John 16:11]]</w:t>
      </w:r>
      <w:r w:rsidRPr="000767E2">
        <w:rPr>
          <w:vertAlign w:val="superscript"/>
          <w:lang w:val="sv-SE"/>
        </w:rPr>
        <w:t>11</w:t>
      </w:r>
      <w:r w:rsidRPr="000767E2">
        <w:rPr>
          <w:lang w:val="sv-SE"/>
        </w:rPr>
        <w:t xml:space="preserve"> {{field-on:bible}}Och om dom: att denna världs furste är dömd.{{field-off:bible}}</w:t>
      </w:r>
    </w:p>
    <w:p w14:paraId="0F4BE00E" w14:textId="6CC51AA7" w:rsidR="00BA33AB" w:rsidRPr="000767E2" w:rsidRDefault="00000000">
      <w:pPr>
        <w:rPr>
          <w:lang w:val="sv-SE"/>
        </w:rPr>
      </w:pPr>
      <w:r w:rsidRPr="000767E2">
        <w:rPr>
          <w:lang w:val="sv-SE"/>
        </w:rPr>
        <w:t>[[@</w:t>
      </w:r>
      <w:r w:rsidR="0096445B" w:rsidRPr="000767E2">
        <w:rPr>
          <w:lang w:val="sv-SE"/>
        </w:rPr>
        <w:t>BibleBIBEL82</w:t>
      </w:r>
      <w:r w:rsidRPr="000767E2">
        <w:rPr>
          <w:lang w:val="sv-SE"/>
        </w:rPr>
        <w:t>:John 16:12]]</w:t>
      </w:r>
      <w:r w:rsidRPr="000767E2">
        <w:rPr>
          <w:vertAlign w:val="superscript"/>
          <w:lang w:val="sv-SE"/>
        </w:rPr>
        <w:t>12</w:t>
      </w:r>
      <w:r w:rsidRPr="000767E2">
        <w:rPr>
          <w:lang w:val="sv-SE"/>
        </w:rPr>
        <w:t xml:space="preserve"> {{field-on:bible}}Mycket mer har jag att säga er. Men ni kan inte bära </w:t>
      </w:r>
      <w:r w:rsidRPr="000767E2">
        <w:rPr>
          <w:i/>
          <w:lang w:val="sv-SE"/>
        </w:rPr>
        <w:t>det</w:t>
      </w:r>
      <w:r w:rsidRPr="000767E2">
        <w:rPr>
          <w:lang w:val="sv-SE"/>
        </w:rPr>
        <w:t xml:space="preserve"> nu.{{field-off:bible}} [[@</w:t>
      </w:r>
      <w:r w:rsidR="0096445B" w:rsidRPr="000767E2">
        <w:rPr>
          <w:lang w:val="sv-SE"/>
        </w:rPr>
        <w:t>BibleBIBEL82</w:t>
      </w:r>
      <w:r w:rsidRPr="000767E2">
        <w:rPr>
          <w:lang w:val="sv-SE"/>
        </w:rPr>
        <w:t>:John 16:13]]</w:t>
      </w:r>
      <w:r w:rsidRPr="000767E2">
        <w:rPr>
          <w:vertAlign w:val="superscript"/>
          <w:lang w:val="sv-SE"/>
        </w:rPr>
        <w:t>13</w:t>
      </w:r>
      <w:r w:rsidRPr="000767E2">
        <w:rPr>
          <w:lang w:val="sv-SE"/>
        </w:rPr>
        <w:t xml:space="preserve"> {{field-on:bible}}Men när denne kommer, sanningens Ande, ska han vägleda er i hela sanningen. För han ska inte tala av sig själv. Nej, vad han hör ska han tala, och det kommande ska han delge för er.{{field-off:bible}} [[@</w:t>
      </w:r>
      <w:r w:rsidR="0096445B" w:rsidRPr="000767E2">
        <w:rPr>
          <w:lang w:val="sv-SE"/>
        </w:rPr>
        <w:t>BibleBIBEL82</w:t>
      </w:r>
      <w:r w:rsidRPr="000767E2">
        <w:rPr>
          <w:lang w:val="sv-SE"/>
        </w:rPr>
        <w:t>:John 16:14]]</w:t>
      </w:r>
      <w:r w:rsidRPr="000767E2">
        <w:rPr>
          <w:vertAlign w:val="superscript"/>
          <w:lang w:val="sv-SE"/>
        </w:rPr>
        <w:t>14</w:t>
      </w:r>
      <w:r w:rsidRPr="000767E2">
        <w:rPr>
          <w:lang w:val="sv-SE"/>
        </w:rPr>
        <w:t xml:space="preserve"> {{field-on:bible}}Denne ska förhärliga mig. För av mitt ska han ta och delge för er.{{field-off:bible}} [[@</w:t>
      </w:r>
      <w:r w:rsidR="0096445B" w:rsidRPr="000767E2">
        <w:rPr>
          <w:lang w:val="sv-SE"/>
        </w:rPr>
        <w:t>BibleBIBEL82</w:t>
      </w:r>
      <w:r w:rsidRPr="000767E2">
        <w:rPr>
          <w:lang w:val="sv-SE"/>
        </w:rPr>
        <w:t>:John 16:15]]</w:t>
      </w:r>
      <w:r w:rsidRPr="000767E2">
        <w:rPr>
          <w:vertAlign w:val="superscript"/>
          <w:lang w:val="sv-SE"/>
        </w:rPr>
        <w:t>15</w:t>
      </w:r>
      <w:r w:rsidRPr="000767E2">
        <w:rPr>
          <w:lang w:val="sv-SE"/>
        </w:rPr>
        <w:t xml:space="preserve"> {{field-on:bible}}Allt vad Fadern har är mitt. Därför sade jag att </w:t>
      </w:r>
      <w:r w:rsidRPr="000767E2">
        <w:rPr>
          <w:i/>
          <w:lang w:val="sv-SE"/>
        </w:rPr>
        <w:t>det är</w:t>
      </w:r>
      <w:r w:rsidRPr="000767E2">
        <w:rPr>
          <w:lang w:val="sv-SE"/>
        </w:rPr>
        <w:t xml:space="preserve"> av mitt han tar och ska delge för er.{{field-off:bible}}</w:t>
      </w:r>
    </w:p>
    <w:p w14:paraId="6CDF3207" w14:textId="77777777" w:rsidR="00BA33AB" w:rsidRPr="000767E2" w:rsidRDefault="00000000">
      <w:pPr>
        <w:pStyle w:val="Rubrik3"/>
        <w:rPr>
          <w:lang w:val="sv-SE"/>
        </w:rPr>
      </w:pPr>
      <w:r w:rsidRPr="000767E2">
        <w:rPr>
          <w:lang w:val="sv-SE"/>
        </w:rPr>
        <w:lastRenderedPageBreak/>
        <w:t>Sorg och glädje</w:t>
      </w:r>
    </w:p>
    <w:p w14:paraId="498F388B" w14:textId="5BFB3F36" w:rsidR="00BA33AB" w:rsidRPr="000767E2" w:rsidRDefault="00000000">
      <w:pPr>
        <w:rPr>
          <w:lang w:val="sv-SE"/>
        </w:rPr>
      </w:pPr>
      <w:r w:rsidRPr="000767E2">
        <w:rPr>
          <w:lang w:val="sv-SE"/>
        </w:rPr>
        <w:t>[[@</w:t>
      </w:r>
      <w:r w:rsidR="0096445B" w:rsidRPr="000767E2">
        <w:rPr>
          <w:lang w:val="sv-SE"/>
        </w:rPr>
        <w:t>BibleBIBEL82</w:t>
      </w:r>
      <w:r w:rsidRPr="000767E2">
        <w:rPr>
          <w:lang w:val="sv-SE"/>
        </w:rPr>
        <w:t>:John 16:16]]</w:t>
      </w:r>
      <w:r w:rsidRPr="000767E2">
        <w:rPr>
          <w:vertAlign w:val="superscript"/>
          <w:lang w:val="sv-SE"/>
        </w:rPr>
        <w:t>16</w:t>
      </w:r>
      <w:r w:rsidRPr="000767E2">
        <w:rPr>
          <w:lang w:val="sv-SE"/>
        </w:rPr>
        <w:t xml:space="preserve"> {{field-on:bible}}Lite och ni skådar mig inte mer, och åter lite och ni ska se mig.”{{field-off:bible}} [[@</w:t>
      </w:r>
      <w:r w:rsidR="0096445B" w:rsidRPr="000767E2">
        <w:rPr>
          <w:lang w:val="sv-SE"/>
        </w:rPr>
        <w:t>BibleBIBEL82</w:t>
      </w:r>
      <w:r w:rsidRPr="000767E2">
        <w:rPr>
          <w:lang w:val="sv-SE"/>
        </w:rPr>
        <w:t>:John 16:17]]</w:t>
      </w:r>
      <w:r w:rsidRPr="000767E2">
        <w:rPr>
          <w:vertAlign w:val="superscript"/>
          <w:lang w:val="sv-SE"/>
        </w:rPr>
        <w:t>17</w:t>
      </w:r>
      <w:r w:rsidRPr="000767E2">
        <w:rPr>
          <w:lang w:val="sv-SE"/>
        </w:rPr>
        <w:t xml:space="preserve"> {{field-on:bible}}Då sade </w:t>
      </w:r>
      <w:r w:rsidRPr="000767E2">
        <w:rPr>
          <w:i/>
          <w:lang w:val="sv-SE"/>
        </w:rPr>
        <w:t>några</w:t>
      </w:r>
      <w:r w:rsidRPr="000767E2">
        <w:rPr>
          <w:lang w:val="sv-SE"/>
        </w:rPr>
        <w:t xml:space="preserve"> av hans lärjungar till varandra: ”Vad är detta som han säger till oss: Lite och ni skådar mig inte, och åter lite och ni ska se mig? Och att: Jag beger mig till Fadern?”{{field-off:bible}} [[@</w:t>
      </w:r>
      <w:r w:rsidR="0096445B" w:rsidRPr="000767E2">
        <w:rPr>
          <w:lang w:val="sv-SE"/>
        </w:rPr>
        <w:t>BibleBIBEL82</w:t>
      </w:r>
      <w:r w:rsidRPr="000767E2">
        <w:rPr>
          <w:lang w:val="sv-SE"/>
        </w:rPr>
        <w:t>:John 16:18]]</w:t>
      </w:r>
      <w:r w:rsidRPr="000767E2">
        <w:rPr>
          <w:vertAlign w:val="superscript"/>
          <w:lang w:val="sv-SE"/>
        </w:rPr>
        <w:t>18</w:t>
      </w:r>
      <w:r w:rsidRPr="000767E2">
        <w:rPr>
          <w:lang w:val="sv-SE"/>
        </w:rPr>
        <w:t xml:space="preserve"> {{field-on:bible}}De sade nu: ”Vad är detta [som han säger], lite? Vi förstår inte vad han talar </w:t>
      </w:r>
      <w:r w:rsidRPr="000767E2">
        <w:rPr>
          <w:i/>
          <w:lang w:val="sv-SE"/>
        </w:rPr>
        <w:t>om</w:t>
      </w:r>
      <w:r w:rsidRPr="000767E2">
        <w:rPr>
          <w:lang w:val="sv-SE"/>
        </w:rPr>
        <w:t>.”{{field-off:bible}}</w:t>
      </w:r>
    </w:p>
    <w:p w14:paraId="16790C08" w14:textId="5648D429" w:rsidR="00BA33AB" w:rsidRPr="000767E2" w:rsidRDefault="00000000">
      <w:pPr>
        <w:rPr>
          <w:lang w:val="sv-SE"/>
        </w:rPr>
      </w:pPr>
      <w:r w:rsidRPr="000767E2">
        <w:rPr>
          <w:lang w:val="sv-SE"/>
        </w:rPr>
        <w:t>[[@</w:t>
      </w:r>
      <w:r w:rsidR="0096445B" w:rsidRPr="000767E2">
        <w:rPr>
          <w:lang w:val="sv-SE"/>
        </w:rPr>
        <w:t>BibleBIBEL82</w:t>
      </w:r>
      <w:r w:rsidRPr="000767E2">
        <w:rPr>
          <w:lang w:val="sv-SE"/>
        </w:rPr>
        <w:t>:John 16:19]]</w:t>
      </w:r>
      <w:r w:rsidRPr="000767E2">
        <w:rPr>
          <w:vertAlign w:val="superscript"/>
          <w:lang w:val="sv-SE"/>
        </w:rPr>
        <w:t>19</w:t>
      </w:r>
      <w:r w:rsidRPr="000767E2">
        <w:rPr>
          <w:lang w:val="sv-SE"/>
        </w:rPr>
        <w:t xml:space="preserve"> {{field-on:bible}}Jesus förstod att de ville fråga honom, och sade till dem: ”Kring detta söker ni med varandra, att jag sade: Lite och ni skådar mig inte, och åter lite och ni ska se mig.{{field-off:bible}} [[@</w:t>
      </w:r>
      <w:r w:rsidR="0096445B" w:rsidRPr="000767E2">
        <w:rPr>
          <w:lang w:val="sv-SE"/>
        </w:rPr>
        <w:t>BibleBIBEL82</w:t>
      </w:r>
      <w:r w:rsidRPr="000767E2">
        <w:rPr>
          <w:lang w:val="sv-SE"/>
        </w:rPr>
        <w:t>:John 16:20]]</w:t>
      </w:r>
      <w:r w:rsidRPr="000767E2">
        <w:rPr>
          <w:vertAlign w:val="superscript"/>
          <w:lang w:val="sv-SE"/>
        </w:rPr>
        <w:t>20</w:t>
      </w:r>
      <w:r w:rsidRPr="000767E2">
        <w:rPr>
          <w:lang w:val="sv-SE"/>
        </w:rPr>
        <w:t xml:space="preserve"> {{field-on:bible}}Amen, amen, jag säger er att ni kommer att gråta och jämra er, men världen ska glädjas. Ni kommer att bli bedrövade, men er bedrövelse ska bli till glädje.{{field-off:bible}} [[@</w:t>
      </w:r>
      <w:r w:rsidR="0096445B" w:rsidRPr="000767E2">
        <w:rPr>
          <w:lang w:val="sv-SE"/>
        </w:rPr>
        <w:t>BibleBIBEL82</w:t>
      </w:r>
      <w:r w:rsidRPr="000767E2">
        <w:rPr>
          <w:lang w:val="sv-SE"/>
        </w:rPr>
        <w:t>:John 16:21]]</w:t>
      </w:r>
      <w:r w:rsidRPr="000767E2">
        <w:rPr>
          <w:vertAlign w:val="superscript"/>
          <w:lang w:val="sv-SE"/>
        </w:rPr>
        <w:t>21</w:t>
      </w:r>
      <w:r w:rsidRPr="000767E2">
        <w:rPr>
          <w:lang w:val="sv-SE"/>
        </w:rPr>
        <w:t xml:space="preserve"> {{field-on:bible}}Kvinnan, när hon föder, har bedrövelse eftersom hennes stund har kommit. Men när hon har fött barnet, minns hon inte längre nöden av glädjen att en människa fötts till världen.{{field-off:bible}} [[@</w:t>
      </w:r>
      <w:r w:rsidR="0096445B" w:rsidRPr="000767E2">
        <w:rPr>
          <w:lang w:val="sv-SE"/>
        </w:rPr>
        <w:t>BibleBIBEL82</w:t>
      </w:r>
      <w:r w:rsidRPr="000767E2">
        <w:rPr>
          <w:lang w:val="sv-SE"/>
        </w:rPr>
        <w:t>:John 16:22]]</w:t>
      </w:r>
      <w:r w:rsidRPr="000767E2">
        <w:rPr>
          <w:vertAlign w:val="superscript"/>
          <w:lang w:val="sv-SE"/>
        </w:rPr>
        <w:t>22</w:t>
      </w:r>
      <w:r w:rsidRPr="000767E2">
        <w:rPr>
          <w:lang w:val="sv-SE"/>
        </w:rPr>
        <w:t xml:space="preserve"> {{field-on:bible}}Och ni har alltså nu bedrövelse. Men åter ska jag se er, och ert hjärta ska glädjas. Och er glädje tar ingen ifrån er.{{field-off:bible}}</w:t>
      </w:r>
    </w:p>
    <w:p w14:paraId="3CCF5916" w14:textId="77777777" w:rsidR="00BA33AB" w:rsidRPr="000767E2" w:rsidRDefault="00000000">
      <w:pPr>
        <w:pStyle w:val="Rubrik3"/>
        <w:rPr>
          <w:lang w:val="sv-SE"/>
        </w:rPr>
      </w:pPr>
      <w:r w:rsidRPr="000767E2">
        <w:rPr>
          <w:lang w:val="sv-SE"/>
        </w:rPr>
        <w:t>Bön i Jesu namn</w:t>
      </w:r>
    </w:p>
    <w:p w14:paraId="79997416" w14:textId="687C6CA5" w:rsidR="00BA33AB" w:rsidRPr="000767E2" w:rsidRDefault="00000000">
      <w:pPr>
        <w:rPr>
          <w:lang w:val="sv-SE"/>
        </w:rPr>
      </w:pPr>
      <w:r w:rsidRPr="000767E2">
        <w:rPr>
          <w:lang w:val="sv-SE"/>
        </w:rPr>
        <w:t>[[@</w:t>
      </w:r>
      <w:r w:rsidR="0096445B" w:rsidRPr="000767E2">
        <w:rPr>
          <w:lang w:val="sv-SE"/>
        </w:rPr>
        <w:t>BibleBIBEL82</w:t>
      </w:r>
      <w:r w:rsidRPr="000767E2">
        <w:rPr>
          <w:lang w:val="sv-SE"/>
        </w:rPr>
        <w:t>:John 16:23]]</w:t>
      </w:r>
      <w:r w:rsidRPr="000767E2">
        <w:rPr>
          <w:vertAlign w:val="superscript"/>
          <w:lang w:val="sv-SE"/>
        </w:rPr>
        <w:t>23</w:t>
      </w:r>
      <w:r w:rsidRPr="000767E2">
        <w:rPr>
          <w:lang w:val="sv-SE"/>
        </w:rPr>
        <w:t xml:space="preserve"> {{field-on:bible}}Och på den dagen kommer ni inte att fråga mig </w:t>
      </w:r>
      <w:r w:rsidRPr="000767E2">
        <w:rPr>
          <w:i/>
          <w:lang w:val="sv-SE"/>
        </w:rPr>
        <w:t>om</w:t>
      </w:r>
      <w:r w:rsidRPr="000767E2">
        <w:rPr>
          <w:lang w:val="sv-SE"/>
        </w:rPr>
        <w:t xml:space="preserve"> något. Amen, amen, jag säger er: Vad ni än ber Fadern om i mitt namn ska han ge er.{{field-off:bible}} [[@</w:t>
      </w:r>
      <w:r w:rsidR="0096445B" w:rsidRPr="000767E2">
        <w:rPr>
          <w:lang w:val="sv-SE"/>
        </w:rPr>
        <w:t>BibleBIBEL82</w:t>
      </w:r>
      <w:r w:rsidRPr="000767E2">
        <w:rPr>
          <w:lang w:val="sv-SE"/>
        </w:rPr>
        <w:t>:John 16:24]]</w:t>
      </w:r>
      <w:r w:rsidRPr="000767E2">
        <w:rPr>
          <w:vertAlign w:val="superscript"/>
          <w:lang w:val="sv-SE"/>
        </w:rPr>
        <w:t>24</w:t>
      </w:r>
      <w:r w:rsidRPr="000767E2">
        <w:rPr>
          <w:lang w:val="sv-SE"/>
        </w:rPr>
        <w:t xml:space="preserve"> {{field-on:bible}}Fram till nu har ni inte bett om något i mitt namn. Be och ni ska få, så att er glädje blir uppfylld.{{field-off:bible}}</w:t>
      </w:r>
    </w:p>
    <w:p w14:paraId="0F075AB2" w14:textId="536E7521" w:rsidR="00BA33AB" w:rsidRPr="000767E2" w:rsidRDefault="00000000">
      <w:pPr>
        <w:rPr>
          <w:lang w:val="sv-SE"/>
        </w:rPr>
      </w:pPr>
      <w:r w:rsidRPr="000767E2">
        <w:rPr>
          <w:lang w:val="sv-SE"/>
        </w:rPr>
        <w:t>[[@</w:t>
      </w:r>
      <w:r w:rsidR="0096445B" w:rsidRPr="000767E2">
        <w:rPr>
          <w:lang w:val="sv-SE"/>
        </w:rPr>
        <w:t>BibleBIBEL82</w:t>
      </w:r>
      <w:r w:rsidRPr="000767E2">
        <w:rPr>
          <w:lang w:val="sv-SE"/>
        </w:rPr>
        <w:t>:John 16:25]]</w:t>
      </w:r>
      <w:r w:rsidRPr="000767E2">
        <w:rPr>
          <w:vertAlign w:val="superscript"/>
          <w:lang w:val="sv-SE"/>
        </w:rPr>
        <w:t>25</w:t>
      </w:r>
      <w:r w:rsidRPr="000767E2">
        <w:rPr>
          <w:lang w:val="sv-SE"/>
        </w:rPr>
        <w:t xml:space="preserve"> {{field-on:bible}}Detta har jag talat till er i jämförelser. Det kommer en stund när </w:t>
      </w:r>
      <w:r w:rsidRPr="000767E2">
        <w:rPr>
          <w:i/>
          <w:lang w:val="sv-SE"/>
        </w:rPr>
        <w:t>det</w:t>
      </w:r>
      <w:r w:rsidRPr="000767E2">
        <w:rPr>
          <w:lang w:val="sv-SE"/>
        </w:rPr>
        <w:t xml:space="preserve"> inte längre </w:t>
      </w:r>
      <w:r w:rsidRPr="000767E2">
        <w:rPr>
          <w:i/>
          <w:lang w:val="sv-SE"/>
        </w:rPr>
        <w:t>är</w:t>
      </w:r>
      <w:r w:rsidRPr="000767E2">
        <w:rPr>
          <w:lang w:val="sv-SE"/>
        </w:rPr>
        <w:t xml:space="preserve"> i jämförelser jag ska tala till er, utan öppet berätta om Fadern för er.{{field-off:bible}} [[@</w:t>
      </w:r>
      <w:r w:rsidR="0096445B" w:rsidRPr="000767E2">
        <w:rPr>
          <w:lang w:val="sv-SE"/>
        </w:rPr>
        <w:t>BibleBIBEL82</w:t>
      </w:r>
      <w:r w:rsidRPr="000767E2">
        <w:rPr>
          <w:lang w:val="sv-SE"/>
        </w:rPr>
        <w:t>:John 16:26]]</w:t>
      </w:r>
      <w:r w:rsidRPr="000767E2">
        <w:rPr>
          <w:vertAlign w:val="superscript"/>
          <w:lang w:val="sv-SE"/>
        </w:rPr>
        <w:t>26</w:t>
      </w:r>
      <w:r w:rsidRPr="000767E2">
        <w:rPr>
          <w:lang w:val="sv-SE"/>
        </w:rPr>
        <w:t xml:space="preserve"> {{field-on:bible}}På den dagen ska ni be i mitt namn. Och jag säger er inte att jag ska fråga Fadern för er.{{field-off:bible}} [[@</w:t>
      </w:r>
      <w:r w:rsidR="0096445B" w:rsidRPr="000767E2">
        <w:rPr>
          <w:lang w:val="sv-SE"/>
        </w:rPr>
        <w:t>BibleBIBEL82</w:t>
      </w:r>
      <w:r w:rsidRPr="000767E2">
        <w:rPr>
          <w:lang w:val="sv-SE"/>
        </w:rPr>
        <w:t>:John 16:27]]</w:t>
      </w:r>
      <w:r w:rsidRPr="000767E2">
        <w:rPr>
          <w:vertAlign w:val="superscript"/>
          <w:lang w:val="sv-SE"/>
        </w:rPr>
        <w:t>27</w:t>
      </w:r>
      <w:r w:rsidRPr="000767E2">
        <w:rPr>
          <w:lang w:val="sv-SE"/>
        </w:rPr>
        <w:t xml:space="preserve"> {{field-on:bible}}För Fadern själv har er kära, eftersom ni har haft mig kär och trott att jag utgått från Gud.{{field-off:bible}} [[@</w:t>
      </w:r>
      <w:r w:rsidR="0096445B" w:rsidRPr="000767E2">
        <w:rPr>
          <w:lang w:val="sv-SE"/>
        </w:rPr>
        <w:t>BibleBIBEL82</w:t>
      </w:r>
      <w:r w:rsidRPr="000767E2">
        <w:rPr>
          <w:lang w:val="sv-SE"/>
        </w:rPr>
        <w:t>:John 16:28]]</w:t>
      </w:r>
      <w:r w:rsidRPr="000767E2">
        <w:rPr>
          <w:vertAlign w:val="superscript"/>
          <w:lang w:val="sv-SE"/>
        </w:rPr>
        <w:t>28</w:t>
      </w:r>
      <w:r w:rsidRPr="000767E2">
        <w:rPr>
          <w:lang w:val="sv-SE"/>
        </w:rPr>
        <w:t xml:space="preserve"> {{field-on:bible}}Jag har utgått från Fadern och kommit till världen. Åter lämnar jag världen och går till Fadern.”{{field-off:bible}}</w:t>
      </w:r>
    </w:p>
    <w:p w14:paraId="282F04F4" w14:textId="776CE357" w:rsidR="00BA33AB" w:rsidRPr="000767E2" w:rsidRDefault="00000000">
      <w:pPr>
        <w:rPr>
          <w:lang w:val="sv-SE"/>
        </w:rPr>
      </w:pPr>
      <w:r w:rsidRPr="000767E2">
        <w:rPr>
          <w:lang w:val="sv-SE"/>
        </w:rPr>
        <w:t>[[@</w:t>
      </w:r>
      <w:r w:rsidR="0096445B" w:rsidRPr="000767E2">
        <w:rPr>
          <w:lang w:val="sv-SE"/>
        </w:rPr>
        <w:t>BibleBIBEL82</w:t>
      </w:r>
      <w:r w:rsidRPr="000767E2">
        <w:rPr>
          <w:lang w:val="sv-SE"/>
        </w:rPr>
        <w:t>:John 16:29]]</w:t>
      </w:r>
      <w:r w:rsidRPr="000767E2">
        <w:rPr>
          <w:vertAlign w:val="superscript"/>
          <w:lang w:val="sv-SE"/>
        </w:rPr>
        <w:t>29</w:t>
      </w:r>
      <w:r w:rsidRPr="000767E2">
        <w:rPr>
          <w:lang w:val="sv-SE"/>
        </w:rPr>
        <w:t xml:space="preserve"> {{field-on:bible}}Hans lärjungar säger: ”Se, nu </w:t>
      </w:r>
      <w:r w:rsidRPr="000767E2">
        <w:rPr>
          <w:i/>
          <w:lang w:val="sv-SE"/>
        </w:rPr>
        <w:t>är det</w:t>
      </w:r>
      <w:r w:rsidRPr="000767E2">
        <w:rPr>
          <w:lang w:val="sv-SE"/>
        </w:rPr>
        <w:t xml:space="preserve"> i öppenhet du talar, och ingen jämförelse du säger.{{field-off:bible}} [[@</w:t>
      </w:r>
      <w:r w:rsidR="0096445B" w:rsidRPr="000767E2">
        <w:rPr>
          <w:lang w:val="sv-SE"/>
        </w:rPr>
        <w:t>BibleBIBEL82</w:t>
      </w:r>
      <w:r w:rsidRPr="000767E2">
        <w:rPr>
          <w:lang w:val="sv-SE"/>
        </w:rPr>
        <w:t>:John 16:30]]</w:t>
      </w:r>
      <w:r w:rsidRPr="000767E2">
        <w:rPr>
          <w:vertAlign w:val="superscript"/>
          <w:lang w:val="sv-SE"/>
        </w:rPr>
        <w:t>30</w:t>
      </w:r>
      <w:r w:rsidRPr="000767E2">
        <w:rPr>
          <w:lang w:val="sv-SE"/>
        </w:rPr>
        <w:t xml:space="preserve"> {{field-on:bible}}Nu vet vi att du vet allt och inte har behov av att någon frågar dig. Genom detta tror vi att du har utgått från Gud.”{{field-off:bible}} [[@</w:t>
      </w:r>
      <w:r w:rsidR="0096445B" w:rsidRPr="000767E2">
        <w:rPr>
          <w:lang w:val="sv-SE"/>
        </w:rPr>
        <w:t>BibleBIBEL82</w:t>
      </w:r>
      <w:r w:rsidRPr="000767E2">
        <w:rPr>
          <w:lang w:val="sv-SE"/>
        </w:rPr>
        <w:t>:John 16:31]]</w:t>
      </w:r>
      <w:r w:rsidRPr="000767E2">
        <w:rPr>
          <w:vertAlign w:val="superscript"/>
          <w:lang w:val="sv-SE"/>
        </w:rPr>
        <w:t>31</w:t>
      </w:r>
      <w:r w:rsidRPr="000767E2">
        <w:rPr>
          <w:lang w:val="sv-SE"/>
        </w:rPr>
        <w:t xml:space="preserve"> {{field-on:bible}}Jesus svarade dem: ”Nu tror ni.{{field-off:bible}} [[@</w:t>
      </w:r>
      <w:r w:rsidR="0096445B" w:rsidRPr="000767E2">
        <w:rPr>
          <w:lang w:val="sv-SE"/>
        </w:rPr>
        <w:t>BibleBIBEL82</w:t>
      </w:r>
      <w:r w:rsidRPr="000767E2">
        <w:rPr>
          <w:lang w:val="sv-SE"/>
        </w:rPr>
        <w:t>:John 16:32]]</w:t>
      </w:r>
      <w:r w:rsidRPr="000767E2">
        <w:rPr>
          <w:vertAlign w:val="superscript"/>
          <w:lang w:val="sv-SE"/>
        </w:rPr>
        <w:t>32</w:t>
      </w:r>
      <w:r w:rsidRPr="000767E2">
        <w:rPr>
          <w:lang w:val="sv-SE"/>
        </w:rPr>
        <w:t xml:space="preserve"> {{field-on:bible}}Se: det kommer en stund, och den har kommit, att ni ska skingras var och en till sitt och lämna mig ensam. Och jag är inte ensam, eftersom Fadern är med mig.{{field-off:bible}} [[@</w:t>
      </w:r>
      <w:r w:rsidR="0096445B" w:rsidRPr="000767E2">
        <w:rPr>
          <w:lang w:val="sv-SE"/>
        </w:rPr>
        <w:t>BibleBIBEL82</w:t>
      </w:r>
      <w:r w:rsidRPr="000767E2">
        <w:rPr>
          <w:lang w:val="sv-SE"/>
        </w:rPr>
        <w:t>:John 16:33]]</w:t>
      </w:r>
      <w:r w:rsidRPr="000767E2">
        <w:rPr>
          <w:vertAlign w:val="superscript"/>
          <w:lang w:val="sv-SE"/>
        </w:rPr>
        <w:t>33</w:t>
      </w:r>
      <w:r w:rsidRPr="000767E2">
        <w:rPr>
          <w:lang w:val="sv-SE"/>
        </w:rPr>
        <w:t xml:space="preserve"> {{field-on:bible}}Detta har jag talat till er för att ni i mig ska ha frid. I världen har ni nöd, men fatta mod: jag har besegrat världen.”{{field-off:bible}}</w:t>
      </w:r>
    </w:p>
    <w:p w14:paraId="2EDDD783" w14:textId="52941EFB"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:John 17]]Kapitel 17</w:t>
      </w:r>
    </w:p>
    <w:p w14:paraId="0FA19263" w14:textId="77777777" w:rsidR="00BA33AB" w:rsidRPr="000767E2" w:rsidRDefault="00000000">
      <w:pPr>
        <w:pStyle w:val="Rubrik3"/>
        <w:rPr>
          <w:lang w:val="sv-SE"/>
        </w:rPr>
      </w:pPr>
      <w:r w:rsidRPr="000767E2">
        <w:rPr>
          <w:lang w:val="sv-SE"/>
        </w:rPr>
        <w:t>Jesu översteprästerliga förbön</w:t>
      </w:r>
    </w:p>
    <w:p w14:paraId="4479929E" w14:textId="7188E356" w:rsidR="00BA33AB" w:rsidRPr="000767E2" w:rsidRDefault="00000000">
      <w:pPr>
        <w:rPr>
          <w:lang w:val="sv-SE"/>
        </w:rPr>
      </w:pPr>
      <w:r w:rsidRPr="000767E2">
        <w:rPr>
          <w:lang w:val="sv-SE"/>
        </w:rPr>
        <w:t>[[@</w:t>
      </w:r>
      <w:r w:rsidR="0096445B" w:rsidRPr="000767E2">
        <w:rPr>
          <w:lang w:val="sv-SE"/>
        </w:rPr>
        <w:t>BibleBIBEL82</w:t>
      </w:r>
      <w:r w:rsidRPr="000767E2">
        <w:rPr>
          <w:lang w:val="sv-SE"/>
        </w:rPr>
        <w:t>:John 17:1]]</w:t>
      </w:r>
      <w:r w:rsidRPr="000767E2">
        <w:rPr>
          <w:vertAlign w:val="superscript"/>
          <w:lang w:val="sv-SE"/>
        </w:rPr>
        <w:t>1</w:t>
      </w:r>
      <w:r w:rsidRPr="000767E2">
        <w:rPr>
          <w:lang w:val="sv-SE"/>
        </w:rPr>
        <w:t xml:space="preserve"> {{field-on:bible}}Detta talade Jesus, och han lyfte sina ögon till himlen och sade: ”Far, stunden har kommit. Förhärliga din Son så att Sonen förhärligar dig,{{field-off:bible}} [[@</w:t>
      </w:r>
      <w:r w:rsidR="0096445B" w:rsidRPr="000767E2">
        <w:rPr>
          <w:lang w:val="sv-SE"/>
        </w:rPr>
        <w:t>BibleBIBEL82</w:t>
      </w:r>
      <w:r w:rsidRPr="000767E2">
        <w:rPr>
          <w:lang w:val="sv-SE"/>
        </w:rPr>
        <w:t>:John 17:2]]</w:t>
      </w:r>
      <w:r w:rsidRPr="000767E2">
        <w:rPr>
          <w:vertAlign w:val="superscript"/>
          <w:lang w:val="sv-SE"/>
        </w:rPr>
        <w:t>2</w:t>
      </w:r>
      <w:r w:rsidRPr="000767E2">
        <w:rPr>
          <w:lang w:val="sv-SE"/>
        </w:rPr>
        <w:t xml:space="preserve"> {{field-on:bible}}så som du gett honom auktoritet över allt kött, för att allt som du gett honom, åt dem ska han ge eoniskt liv.{{field-off:bible}} [[@</w:t>
      </w:r>
      <w:r w:rsidR="0096445B" w:rsidRPr="000767E2">
        <w:rPr>
          <w:lang w:val="sv-SE"/>
        </w:rPr>
        <w:t>BibleBIBEL82</w:t>
      </w:r>
      <w:r w:rsidRPr="000767E2">
        <w:rPr>
          <w:lang w:val="sv-SE"/>
        </w:rPr>
        <w:t>:John 17:3]]</w:t>
      </w:r>
      <w:r w:rsidRPr="000767E2">
        <w:rPr>
          <w:vertAlign w:val="superscript"/>
          <w:lang w:val="sv-SE"/>
        </w:rPr>
        <w:t>3</w:t>
      </w:r>
      <w:r w:rsidRPr="000767E2">
        <w:rPr>
          <w:lang w:val="sv-SE"/>
        </w:rPr>
        <w:t xml:space="preserve"> {{field-on:bible}}Och detta är det eoniska livet: att de känner dig, den ende sannfärdige Guden, och honom som du har sänt, Jesus Kristus.{{field-off:bible}} [[@</w:t>
      </w:r>
      <w:r w:rsidR="0096445B" w:rsidRPr="000767E2">
        <w:rPr>
          <w:lang w:val="sv-SE"/>
        </w:rPr>
        <w:t>BibleBIBEL82</w:t>
      </w:r>
      <w:r w:rsidRPr="000767E2">
        <w:rPr>
          <w:lang w:val="sv-SE"/>
        </w:rPr>
        <w:t>:John 17:4]]</w:t>
      </w:r>
      <w:r w:rsidRPr="000767E2">
        <w:rPr>
          <w:vertAlign w:val="superscript"/>
          <w:lang w:val="sv-SE"/>
        </w:rPr>
        <w:t>4</w:t>
      </w:r>
      <w:r w:rsidRPr="000767E2">
        <w:rPr>
          <w:lang w:val="sv-SE"/>
        </w:rPr>
        <w:t xml:space="preserve"> {{field-on:bible}}Jag har förhärligat dig på jorden och fullkomnat det verk som du gett mig att göra.{{field-off:bible}} [[@</w:t>
      </w:r>
      <w:r w:rsidR="0096445B" w:rsidRPr="000767E2">
        <w:rPr>
          <w:lang w:val="sv-SE"/>
        </w:rPr>
        <w:t>BibleBIBEL82</w:t>
      </w:r>
      <w:r w:rsidRPr="000767E2">
        <w:rPr>
          <w:lang w:val="sv-SE"/>
        </w:rPr>
        <w:t>:John 17:5]]</w:t>
      </w:r>
      <w:r w:rsidRPr="000767E2">
        <w:rPr>
          <w:vertAlign w:val="superscript"/>
          <w:lang w:val="sv-SE"/>
        </w:rPr>
        <w:t>5</w:t>
      </w:r>
      <w:r w:rsidRPr="000767E2">
        <w:rPr>
          <w:lang w:val="sv-SE"/>
        </w:rPr>
        <w:t xml:space="preserve"> {{field-on:bible}}Och nu: förhärliga mig du, Far, hos dig själv med den härlighet som jag hade före det att världen fanns hos dig.{{field-off:bible}}</w:t>
      </w:r>
    </w:p>
    <w:p w14:paraId="06FA8926" w14:textId="7A00BD96" w:rsidR="00BA33AB" w:rsidRPr="000767E2" w:rsidRDefault="00000000">
      <w:pPr>
        <w:rPr>
          <w:lang w:val="sv-SE"/>
        </w:rPr>
      </w:pPr>
      <w:r w:rsidRPr="000767E2">
        <w:rPr>
          <w:lang w:val="sv-SE"/>
        </w:rPr>
        <w:t>[[@</w:t>
      </w:r>
      <w:r w:rsidR="0096445B" w:rsidRPr="000767E2">
        <w:rPr>
          <w:lang w:val="sv-SE"/>
        </w:rPr>
        <w:t>BibleBIBEL82</w:t>
      </w:r>
      <w:r w:rsidRPr="000767E2">
        <w:rPr>
          <w:lang w:val="sv-SE"/>
        </w:rPr>
        <w:t>:John 17:6]]</w:t>
      </w:r>
      <w:r w:rsidRPr="000767E2">
        <w:rPr>
          <w:vertAlign w:val="superscript"/>
          <w:lang w:val="sv-SE"/>
        </w:rPr>
        <w:t>6</w:t>
      </w:r>
      <w:r w:rsidRPr="000767E2">
        <w:rPr>
          <w:lang w:val="sv-SE"/>
        </w:rPr>
        <w:t xml:space="preserve"> {{field-on:bible}}Jag har visat ditt namn för människorna som du har gett mig från världen. Dina var de, och till mig har du gett dem, och ditt ord har de hållit fast vid.{{field-off:bible}} [[@</w:t>
      </w:r>
      <w:r w:rsidR="0096445B" w:rsidRPr="000767E2">
        <w:rPr>
          <w:lang w:val="sv-SE"/>
        </w:rPr>
        <w:t>BibleBIBEL82</w:t>
      </w:r>
      <w:r w:rsidRPr="000767E2">
        <w:rPr>
          <w:lang w:val="sv-SE"/>
        </w:rPr>
        <w:t>:John 17:7]]</w:t>
      </w:r>
      <w:r w:rsidRPr="000767E2">
        <w:rPr>
          <w:vertAlign w:val="superscript"/>
          <w:lang w:val="sv-SE"/>
        </w:rPr>
        <w:t>7</w:t>
      </w:r>
      <w:r w:rsidRPr="000767E2">
        <w:rPr>
          <w:lang w:val="sv-SE"/>
        </w:rPr>
        <w:t xml:space="preserve"> {{field-on:bible}}Nu har de förstått att allt vad du har gett mig är från dig.{{field-off:bible}} [[@</w:t>
      </w:r>
      <w:r w:rsidR="0096445B" w:rsidRPr="000767E2">
        <w:rPr>
          <w:lang w:val="sv-SE"/>
        </w:rPr>
        <w:t>BibleBIBEL82</w:t>
      </w:r>
      <w:r w:rsidRPr="000767E2">
        <w:rPr>
          <w:lang w:val="sv-SE"/>
        </w:rPr>
        <w:t>:John 17:8]]</w:t>
      </w:r>
      <w:r w:rsidRPr="000767E2">
        <w:rPr>
          <w:vertAlign w:val="superscript"/>
          <w:lang w:val="sv-SE"/>
        </w:rPr>
        <w:t>8</w:t>
      </w:r>
      <w:r w:rsidRPr="000767E2">
        <w:rPr>
          <w:lang w:val="sv-SE"/>
        </w:rPr>
        <w:t xml:space="preserve"> {{field-on:bible}}För de ord som du har gett mig har jag gett till dem. Och de har tagit </w:t>
      </w:r>
      <w:r w:rsidRPr="000767E2">
        <w:rPr>
          <w:i/>
          <w:lang w:val="sv-SE"/>
        </w:rPr>
        <w:t>emot</w:t>
      </w:r>
      <w:r w:rsidRPr="000767E2">
        <w:rPr>
          <w:lang w:val="sv-SE"/>
        </w:rPr>
        <w:t xml:space="preserve"> och sannerligen förstått att jag utgått från dig. Och de har trott att du har sänt mig.{{field-off:bible}}</w:t>
      </w:r>
    </w:p>
    <w:p w14:paraId="546C30CC" w14:textId="5631E177" w:rsidR="00BA33AB" w:rsidRPr="000767E2" w:rsidRDefault="00000000">
      <w:pPr>
        <w:rPr>
          <w:lang w:val="sv-SE"/>
        </w:rPr>
      </w:pPr>
      <w:r w:rsidRPr="000767E2">
        <w:rPr>
          <w:lang w:val="sv-SE"/>
        </w:rPr>
        <w:t>[[@</w:t>
      </w:r>
      <w:r w:rsidR="0096445B" w:rsidRPr="000767E2">
        <w:rPr>
          <w:lang w:val="sv-SE"/>
        </w:rPr>
        <w:t>BibleBIBEL82</w:t>
      </w:r>
      <w:r w:rsidRPr="000767E2">
        <w:rPr>
          <w:lang w:val="sv-SE"/>
        </w:rPr>
        <w:t>:John 17:9]]</w:t>
      </w:r>
      <w:r w:rsidRPr="000767E2">
        <w:rPr>
          <w:vertAlign w:val="superscript"/>
          <w:lang w:val="sv-SE"/>
        </w:rPr>
        <w:t>9</w:t>
      </w:r>
      <w:r w:rsidRPr="000767E2">
        <w:rPr>
          <w:lang w:val="sv-SE"/>
        </w:rPr>
        <w:t xml:space="preserve"> {{field-on:bible}}Jag frågar för dem. </w:t>
      </w:r>
      <w:r w:rsidRPr="000767E2">
        <w:rPr>
          <w:i/>
          <w:lang w:val="sv-SE"/>
        </w:rPr>
        <w:t>Det är</w:t>
      </w:r>
      <w:r w:rsidRPr="000767E2">
        <w:rPr>
          <w:lang w:val="sv-SE"/>
        </w:rPr>
        <w:t xml:space="preserve"> inte för världen jag frågar, utan för dem du har gett mig. För de är dina.{{field-off:bible}} [[@</w:t>
      </w:r>
      <w:r w:rsidR="0096445B" w:rsidRPr="000767E2">
        <w:rPr>
          <w:lang w:val="sv-SE"/>
        </w:rPr>
        <w:t>BibleBIBEL82</w:t>
      </w:r>
      <w:r w:rsidRPr="000767E2">
        <w:rPr>
          <w:lang w:val="sv-SE"/>
        </w:rPr>
        <w:t>:John 17:10]]</w:t>
      </w:r>
      <w:r w:rsidRPr="000767E2">
        <w:rPr>
          <w:vertAlign w:val="superscript"/>
          <w:lang w:val="sv-SE"/>
        </w:rPr>
        <w:t>10</w:t>
      </w:r>
      <w:r w:rsidRPr="000767E2">
        <w:rPr>
          <w:lang w:val="sv-SE"/>
        </w:rPr>
        <w:t xml:space="preserve"> {{field-on:bible}}Och allt mitt är ditt, och ditt </w:t>
      </w:r>
      <w:r w:rsidRPr="000767E2">
        <w:rPr>
          <w:i/>
          <w:lang w:val="sv-SE"/>
        </w:rPr>
        <w:t>är</w:t>
      </w:r>
      <w:r w:rsidRPr="000767E2">
        <w:rPr>
          <w:lang w:val="sv-SE"/>
        </w:rPr>
        <w:t xml:space="preserve"> mitt, och jag är förhärligad i dem.{{field-off:bible}} [[@</w:t>
      </w:r>
      <w:r w:rsidR="0096445B" w:rsidRPr="000767E2">
        <w:rPr>
          <w:lang w:val="sv-SE"/>
        </w:rPr>
        <w:t>BibleBIBEL82</w:t>
      </w:r>
      <w:r w:rsidRPr="000767E2">
        <w:rPr>
          <w:lang w:val="sv-SE"/>
        </w:rPr>
        <w:t>:John 17:11]]</w:t>
      </w:r>
      <w:r w:rsidRPr="000767E2">
        <w:rPr>
          <w:vertAlign w:val="superscript"/>
          <w:lang w:val="sv-SE"/>
        </w:rPr>
        <w:t>11</w:t>
      </w:r>
      <w:r w:rsidRPr="000767E2">
        <w:rPr>
          <w:lang w:val="sv-SE"/>
        </w:rPr>
        <w:t xml:space="preserve"> {{field-on:bible}}Och jag är inte längre i världen, och de är i världen och jag kommer till dig. Helige Far, bevara dem i ditt namn som du har gett mig, så att de är ett liksom vi.{{field-off:bible}} [[@</w:t>
      </w:r>
      <w:r w:rsidR="0096445B" w:rsidRPr="000767E2">
        <w:rPr>
          <w:lang w:val="sv-SE"/>
        </w:rPr>
        <w:t>BibleBIBEL82</w:t>
      </w:r>
      <w:r w:rsidRPr="000767E2">
        <w:rPr>
          <w:lang w:val="sv-SE"/>
        </w:rPr>
        <w:t>:John 17:12]]</w:t>
      </w:r>
      <w:r w:rsidRPr="000767E2">
        <w:rPr>
          <w:vertAlign w:val="superscript"/>
          <w:lang w:val="sv-SE"/>
        </w:rPr>
        <w:t>12</w:t>
      </w:r>
      <w:r w:rsidRPr="000767E2">
        <w:rPr>
          <w:lang w:val="sv-SE"/>
        </w:rPr>
        <w:t xml:space="preserve"> {{field-on:bible}}När jag var hos dem, bevarade jag dem i ditt namn som du har gett mig. Och jag beskyddade, och ingen av dem gick förlorad utom fördärvets son, för att Skriften skulle uppfyllas.{{field-off:bible}}</w:t>
      </w:r>
    </w:p>
    <w:p w14:paraId="5598F293" w14:textId="17F98BF0" w:rsidR="00BA33AB" w:rsidRPr="000767E2" w:rsidRDefault="00000000">
      <w:pPr>
        <w:rPr>
          <w:lang w:val="sv-SE"/>
        </w:rPr>
      </w:pPr>
      <w:r w:rsidRPr="000767E2">
        <w:rPr>
          <w:lang w:val="sv-SE"/>
        </w:rPr>
        <w:t>[[@</w:t>
      </w:r>
      <w:r w:rsidR="0096445B" w:rsidRPr="000767E2">
        <w:rPr>
          <w:lang w:val="sv-SE"/>
        </w:rPr>
        <w:t>BibleBIBEL82</w:t>
      </w:r>
      <w:r w:rsidRPr="000767E2">
        <w:rPr>
          <w:lang w:val="sv-SE"/>
        </w:rPr>
        <w:t>:John 17:13]]</w:t>
      </w:r>
      <w:r w:rsidRPr="000767E2">
        <w:rPr>
          <w:vertAlign w:val="superscript"/>
          <w:lang w:val="sv-SE"/>
        </w:rPr>
        <w:t>13</w:t>
      </w:r>
      <w:r w:rsidRPr="000767E2">
        <w:rPr>
          <w:lang w:val="sv-SE"/>
        </w:rPr>
        <w:t xml:space="preserve"> {{field-on:bible}}Men nu kommer jag till dig. Och detta talar jag i världen, för att de ska ha min glädje uppfylld inom sig.{{field-off:bible}} [[@</w:t>
      </w:r>
      <w:r w:rsidR="0096445B" w:rsidRPr="000767E2">
        <w:rPr>
          <w:lang w:val="sv-SE"/>
        </w:rPr>
        <w:t>BibleBIBEL82</w:t>
      </w:r>
      <w:r w:rsidRPr="000767E2">
        <w:rPr>
          <w:lang w:val="sv-SE"/>
        </w:rPr>
        <w:t>:John 17:14]]</w:t>
      </w:r>
      <w:r w:rsidRPr="000767E2">
        <w:rPr>
          <w:vertAlign w:val="superscript"/>
          <w:lang w:val="sv-SE"/>
        </w:rPr>
        <w:t>14</w:t>
      </w:r>
      <w:r w:rsidRPr="000767E2">
        <w:rPr>
          <w:lang w:val="sv-SE"/>
        </w:rPr>
        <w:t xml:space="preserve"> {{field-on:bible}}Jag har gett dem ditt ord. Och världen har hatat dem, eftersom de inte är av världen, liksom jag inte är av världen.{{field-off:bible}} [[@</w:t>
      </w:r>
      <w:r w:rsidR="0096445B" w:rsidRPr="000767E2">
        <w:rPr>
          <w:lang w:val="sv-SE"/>
        </w:rPr>
        <w:t>BibleBIBEL82</w:t>
      </w:r>
      <w:r w:rsidRPr="000767E2">
        <w:rPr>
          <w:lang w:val="sv-SE"/>
        </w:rPr>
        <w:t>:John 17:15]]</w:t>
      </w:r>
      <w:r w:rsidRPr="000767E2">
        <w:rPr>
          <w:vertAlign w:val="superscript"/>
          <w:lang w:val="sv-SE"/>
        </w:rPr>
        <w:t>15</w:t>
      </w:r>
      <w:r w:rsidRPr="000767E2">
        <w:rPr>
          <w:lang w:val="sv-SE"/>
        </w:rPr>
        <w:t xml:space="preserve"> {{field-on:bible}}Jag efterfrågar inte att du ska ta upp dem ur världen, utan att du ska bevara dem från det onda.{{field-off:bible}} [[@</w:t>
      </w:r>
      <w:r w:rsidR="0096445B" w:rsidRPr="000767E2">
        <w:rPr>
          <w:lang w:val="sv-SE"/>
        </w:rPr>
        <w:t>BibleBIBEL82</w:t>
      </w:r>
      <w:r w:rsidRPr="000767E2">
        <w:rPr>
          <w:lang w:val="sv-SE"/>
        </w:rPr>
        <w:t>:John 17:16]]</w:t>
      </w:r>
      <w:r w:rsidRPr="000767E2">
        <w:rPr>
          <w:vertAlign w:val="superscript"/>
          <w:lang w:val="sv-SE"/>
        </w:rPr>
        <w:t>16</w:t>
      </w:r>
      <w:r w:rsidRPr="000767E2">
        <w:rPr>
          <w:lang w:val="sv-SE"/>
        </w:rPr>
        <w:t xml:space="preserve"> {{field-on:bible}}</w:t>
      </w:r>
      <w:r w:rsidRPr="000767E2">
        <w:rPr>
          <w:i/>
          <w:lang w:val="sv-SE"/>
        </w:rPr>
        <w:t>Det är</w:t>
      </w:r>
      <w:r w:rsidRPr="000767E2">
        <w:rPr>
          <w:lang w:val="sv-SE"/>
        </w:rPr>
        <w:t xml:space="preserve"> inte av världen de är, liksom jag inte är av världen.{{field-off:bible}} [[@</w:t>
      </w:r>
      <w:r w:rsidR="0096445B" w:rsidRPr="000767E2">
        <w:rPr>
          <w:lang w:val="sv-SE"/>
        </w:rPr>
        <w:t>BibleBIBEL82</w:t>
      </w:r>
      <w:r w:rsidRPr="000767E2">
        <w:rPr>
          <w:lang w:val="sv-SE"/>
        </w:rPr>
        <w:t>:John 17:17]]</w:t>
      </w:r>
      <w:r w:rsidRPr="000767E2">
        <w:rPr>
          <w:vertAlign w:val="superscript"/>
          <w:lang w:val="sv-SE"/>
        </w:rPr>
        <w:t>17</w:t>
      </w:r>
      <w:r w:rsidRPr="000767E2">
        <w:rPr>
          <w:lang w:val="sv-SE"/>
        </w:rPr>
        <w:t xml:space="preserve"> {{field-on:bible}}Helga dem i sanningen. Ditt ord är sanning.{{field-off:bible}} [[@</w:t>
      </w:r>
      <w:r w:rsidR="0096445B" w:rsidRPr="000767E2">
        <w:rPr>
          <w:lang w:val="sv-SE"/>
        </w:rPr>
        <w:t>BibleBIBEL82</w:t>
      </w:r>
      <w:r w:rsidRPr="000767E2">
        <w:rPr>
          <w:lang w:val="sv-SE"/>
        </w:rPr>
        <w:t>:John 17:18]]</w:t>
      </w:r>
      <w:r w:rsidRPr="000767E2">
        <w:rPr>
          <w:vertAlign w:val="superscript"/>
          <w:lang w:val="sv-SE"/>
        </w:rPr>
        <w:t>18</w:t>
      </w:r>
      <w:r w:rsidRPr="000767E2">
        <w:rPr>
          <w:lang w:val="sv-SE"/>
        </w:rPr>
        <w:t xml:space="preserve"> {{field-on:bible}}Så som du har sänt mig till världen, har också jag sänt dem till världen.{{field-off:bible}} [[@</w:t>
      </w:r>
      <w:r w:rsidR="0096445B" w:rsidRPr="000767E2">
        <w:rPr>
          <w:lang w:val="sv-SE"/>
        </w:rPr>
        <w:t>BibleBIBEL82</w:t>
      </w:r>
      <w:r w:rsidRPr="000767E2">
        <w:rPr>
          <w:lang w:val="sv-SE"/>
        </w:rPr>
        <w:t>:John 17:19]]</w:t>
      </w:r>
      <w:r w:rsidRPr="000767E2">
        <w:rPr>
          <w:vertAlign w:val="superscript"/>
          <w:lang w:val="sv-SE"/>
        </w:rPr>
        <w:t>19</w:t>
      </w:r>
      <w:r w:rsidRPr="000767E2">
        <w:rPr>
          <w:lang w:val="sv-SE"/>
        </w:rPr>
        <w:t xml:space="preserve"> {{field-on:bible}}Och för dem helgar jag mig, för att också de ska vara helgade i sanning.{{field-off:bible}}</w:t>
      </w:r>
    </w:p>
    <w:p w14:paraId="679EE3E4" w14:textId="22D9B8CA"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17:20]]</w:t>
      </w:r>
      <w:r w:rsidRPr="000767E2">
        <w:rPr>
          <w:vertAlign w:val="superscript"/>
          <w:lang w:val="sv-SE"/>
        </w:rPr>
        <w:t>20</w:t>
      </w:r>
      <w:r w:rsidRPr="000767E2">
        <w:rPr>
          <w:lang w:val="sv-SE"/>
        </w:rPr>
        <w:t xml:space="preserve"> {{field-on:bible}}Men </w:t>
      </w:r>
      <w:r w:rsidRPr="000767E2">
        <w:rPr>
          <w:i/>
          <w:lang w:val="sv-SE"/>
        </w:rPr>
        <w:t>det är</w:t>
      </w:r>
      <w:r w:rsidRPr="000767E2">
        <w:rPr>
          <w:lang w:val="sv-SE"/>
        </w:rPr>
        <w:t xml:space="preserve"> inte bara för dessa jag frågar, utan också för dem som tror genom deras ord på mig:{{field-off:bible}} [[@</w:t>
      </w:r>
      <w:r w:rsidR="0096445B" w:rsidRPr="000767E2">
        <w:rPr>
          <w:lang w:val="sv-SE"/>
        </w:rPr>
        <w:t>BibleBIBEL82</w:t>
      </w:r>
      <w:r w:rsidRPr="000767E2">
        <w:rPr>
          <w:lang w:val="sv-SE"/>
        </w:rPr>
        <w:t>:John 17:21]]</w:t>
      </w:r>
      <w:r w:rsidRPr="000767E2">
        <w:rPr>
          <w:vertAlign w:val="superscript"/>
          <w:lang w:val="sv-SE"/>
        </w:rPr>
        <w:t>21</w:t>
      </w:r>
      <w:r w:rsidRPr="000767E2">
        <w:rPr>
          <w:lang w:val="sv-SE"/>
        </w:rPr>
        <w:t xml:space="preserve"> {{field-on:bible}}att alla ska vara ett. Så som du, Far, </w:t>
      </w:r>
      <w:r w:rsidRPr="000767E2">
        <w:rPr>
          <w:i/>
          <w:lang w:val="sv-SE"/>
        </w:rPr>
        <w:t>är</w:t>
      </w:r>
      <w:r w:rsidRPr="000767E2">
        <w:rPr>
          <w:lang w:val="sv-SE"/>
        </w:rPr>
        <w:t xml:space="preserve"> i mig och jag i dig, att också de ska vara i oss, för att världen ska tro att du har sänt mig.{{field-off:bible}} [[@</w:t>
      </w:r>
      <w:r w:rsidR="0096445B" w:rsidRPr="000767E2">
        <w:rPr>
          <w:lang w:val="sv-SE"/>
        </w:rPr>
        <w:t>BibleBIBEL82</w:t>
      </w:r>
      <w:r w:rsidRPr="000767E2">
        <w:rPr>
          <w:lang w:val="sv-SE"/>
        </w:rPr>
        <w:t>:John 17:22]]</w:t>
      </w:r>
      <w:r w:rsidRPr="000767E2">
        <w:rPr>
          <w:vertAlign w:val="superscript"/>
          <w:lang w:val="sv-SE"/>
        </w:rPr>
        <w:t>22</w:t>
      </w:r>
      <w:r w:rsidRPr="000767E2">
        <w:rPr>
          <w:lang w:val="sv-SE"/>
        </w:rPr>
        <w:t xml:space="preserve"> {{field-on:bible}}Och den härlighet som du har gett till mig har jag gett till dem, för att de ska vara ett liksom vi </w:t>
      </w:r>
      <w:r w:rsidRPr="000767E2">
        <w:rPr>
          <w:i/>
          <w:lang w:val="sv-SE"/>
        </w:rPr>
        <w:t>är</w:t>
      </w:r>
      <w:r w:rsidRPr="000767E2">
        <w:rPr>
          <w:lang w:val="sv-SE"/>
        </w:rPr>
        <w:t xml:space="preserve"> ett:{{field-off:bible}} [[@</w:t>
      </w:r>
      <w:r w:rsidR="0096445B" w:rsidRPr="000767E2">
        <w:rPr>
          <w:lang w:val="sv-SE"/>
        </w:rPr>
        <w:t>BibleBIBEL82</w:t>
      </w:r>
      <w:r w:rsidRPr="000767E2">
        <w:rPr>
          <w:lang w:val="sv-SE"/>
        </w:rPr>
        <w:t>:John 17:23]]</w:t>
      </w:r>
      <w:r w:rsidRPr="000767E2">
        <w:rPr>
          <w:vertAlign w:val="superscript"/>
          <w:lang w:val="sv-SE"/>
        </w:rPr>
        <w:t>23</w:t>
      </w:r>
      <w:r w:rsidRPr="000767E2">
        <w:rPr>
          <w:lang w:val="sv-SE"/>
        </w:rPr>
        <w:t xml:space="preserve"> {{field-on:bible}}jag i dem och du i mig, så att de är fullkomnade till ett, så att världen förstår att du har sänt mig och älskat dem så som du har älskat mig.{{field-off:bible}}</w:t>
      </w:r>
    </w:p>
    <w:p w14:paraId="559990A5" w14:textId="456EEE73" w:rsidR="00BA33AB" w:rsidRPr="000767E2" w:rsidRDefault="00000000">
      <w:pPr>
        <w:rPr>
          <w:lang w:val="sv-SE"/>
        </w:rPr>
      </w:pPr>
      <w:r w:rsidRPr="000767E2">
        <w:rPr>
          <w:lang w:val="sv-SE"/>
        </w:rPr>
        <w:t>[[@</w:t>
      </w:r>
      <w:r w:rsidR="0096445B" w:rsidRPr="000767E2">
        <w:rPr>
          <w:lang w:val="sv-SE"/>
        </w:rPr>
        <w:t>BibleBIBEL82</w:t>
      </w:r>
      <w:r w:rsidRPr="000767E2">
        <w:rPr>
          <w:lang w:val="sv-SE"/>
        </w:rPr>
        <w:t>:John 17:24]]</w:t>
      </w:r>
      <w:r w:rsidRPr="000767E2">
        <w:rPr>
          <w:vertAlign w:val="superscript"/>
          <w:lang w:val="sv-SE"/>
        </w:rPr>
        <w:t>24</w:t>
      </w:r>
      <w:r w:rsidRPr="000767E2">
        <w:rPr>
          <w:lang w:val="sv-SE"/>
        </w:rPr>
        <w:t xml:space="preserve"> {{field-on:bible}}Far, det du har gett mig: jag vill att där jag är ska också dessa vara med mig, för att skåda min härlighet som du har gett mig. För du har älskat mig före världens grundläggning.{{field-off:bible}} [[@</w:t>
      </w:r>
      <w:r w:rsidR="0096445B" w:rsidRPr="000767E2">
        <w:rPr>
          <w:lang w:val="sv-SE"/>
        </w:rPr>
        <w:t>BibleBIBEL82</w:t>
      </w:r>
      <w:r w:rsidRPr="000767E2">
        <w:rPr>
          <w:lang w:val="sv-SE"/>
        </w:rPr>
        <w:t>:John 17:25]]</w:t>
      </w:r>
      <w:r w:rsidRPr="000767E2">
        <w:rPr>
          <w:vertAlign w:val="superscript"/>
          <w:lang w:val="sv-SE"/>
        </w:rPr>
        <w:t>25</w:t>
      </w:r>
      <w:r w:rsidRPr="000767E2">
        <w:rPr>
          <w:lang w:val="sv-SE"/>
        </w:rPr>
        <w:t xml:space="preserve"> {{field-on:bible}}Rättfärdige Far, och världen har inte förstått dig, men jag har förstått dig. Och dessa har förstått att du har sänt mig.{{field-off:bible}} [[@</w:t>
      </w:r>
      <w:r w:rsidR="0096445B" w:rsidRPr="000767E2">
        <w:rPr>
          <w:lang w:val="sv-SE"/>
        </w:rPr>
        <w:t>BibleBIBEL82</w:t>
      </w:r>
      <w:r w:rsidRPr="000767E2">
        <w:rPr>
          <w:lang w:val="sv-SE"/>
        </w:rPr>
        <w:t>:John 17:26]]</w:t>
      </w:r>
      <w:r w:rsidRPr="000767E2">
        <w:rPr>
          <w:vertAlign w:val="superscript"/>
          <w:lang w:val="sv-SE"/>
        </w:rPr>
        <w:t>26</w:t>
      </w:r>
      <w:r w:rsidRPr="000767E2">
        <w:rPr>
          <w:lang w:val="sv-SE"/>
        </w:rPr>
        <w:t xml:space="preserve"> {{field-on:bible}}Och jag har kungjort för dem ditt namn. Och jag ska kungöra, för att kärleken som du älskat mig </w:t>
      </w:r>
      <w:r w:rsidRPr="000767E2">
        <w:rPr>
          <w:i/>
          <w:lang w:val="sv-SE"/>
        </w:rPr>
        <w:t>med</w:t>
      </w:r>
      <w:r w:rsidRPr="000767E2">
        <w:rPr>
          <w:lang w:val="sv-SE"/>
        </w:rPr>
        <w:t xml:space="preserve"> ska vara i dem, och jag i dem.”{{field-off:bible}}</w:t>
      </w:r>
    </w:p>
    <w:p w14:paraId="7F4EFC94" w14:textId="6A40CF8A"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18]]Kapitel 18</w:t>
      </w:r>
    </w:p>
    <w:p w14:paraId="143CB686" w14:textId="77777777" w:rsidR="00BA33AB" w:rsidRPr="000767E2" w:rsidRDefault="00000000">
      <w:pPr>
        <w:pStyle w:val="Rubrik3"/>
        <w:rPr>
          <w:lang w:val="sv-SE"/>
        </w:rPr>
      </w:pPr>
      <w:r w:rsidRPr="000767E2">
        <w:rPr>
          <w:lang w:val="sv-SE"/>
        </w:rPr>
        <w:t>Jesus utlämnas och grips</w:t>
      </w:r>
    </w:p>
    <w:p w14:paraId="7832F6C9" w14:textId="2833A7B7" w:rsidR="00BA33AB" w:rsidRPr="000767E2" w:rsidRDefault="00000000">
      <w:pPr>
        <w:rPr>
          <w:lang w:val="sv-SE"/>
        </w:rPr>
      </w:pPr>
      <w:r w:rsidRPr="000767E2">
        <w:rPr>
          <w:lang w:val="sv-SE"/>
        </w:rPr>
        <w:t>[[@</w:t>
      </w:r>
      <w:r w:rsidR="0096445B" w:rsidRPr="000767E2">
        <w:rPr>
          <w:lang w:val="sv-SE"/>
        </w:rPr>
        <w:t>BibleBIBEL82</w:t>
      </w:r>
      <w:r w:rsidRPr="000767E2">
        <w:rPr>
          <w:lang w:val="sv-SE"/>
        </w:rPr>
        <w:t>:John 18:1]]</w:t>
      </w:r>
      <w:r w:rsidRPr="000767E2">
        <w:rPr>
          <w:vertAlign w:val="superscript"/>
          <w:lang w:val="sv-SE"/>
        </w:rPr>
        <w:t>1</w:t>
      </w:r>
      <w:r w:rsidRPr="000767E2">
        <w:rPr>
          <w:lang w:val="sv-SE"/>
        </w:rPr>
        <w:t xml:space="preserve"> {{field-on:bible}}Sedan Jesus sagt detta, gick han ut med sina lärjungar till andra sidan av Kidrons bäckravin, där det fanns en trädgård. I den gick han in, även hans lärjungar.{{field-off:bible}}</w:t>
      </w:r>
    </w:p>
    <w:p w14:paraId="5632817E" w14:textId="795D008A" w:rsidR="00BA33AB" w:rsidRPr="000767E2" w:rsidRDefault="00000000">
      <w:pPr>
        <w:rPr>
          <w:lang w:val="sv-SE"/>
        </w:rPr>
      </w:pPr>
      <w:r w:rsidRPr="000767E2">
        <w:rPr>
          <w:lang w:val="sv-SE"/>
        </w:rPr>
        <w:t>[[@</w:t>
      </w:r>
      <w:r w:rsidR="0096445B" w:rsidRPr="000767E2">
        <w:rPr>
          <w:lang w:val="sv-SE"/>
        </w:rPr>
        <w:t>BibleBIBEL82</w:t>
      </w:r>
      <w:r w:rsidRPr="000767E2">
        <w:rPr>
          <w:lang w:val="sv-SE"/>
        </w:rPr>
        <w:t>:John 18:2]]</w:t>
      </w:r>
      <w:r w:rsidRPr="000767E2">
        <w:rPr>
          <w:vertAlign w:val="superscript"/>
          <w:lang w:val="sv-SE"/>
        </w:rPr>
        <w:t>2</w:t>
      </w:r>
      <w:r w:rsidRPr="000767E2">
        <w:rPr>
          <w:lang w:val="sv-SE"/>
        </w:rPr>
        <w:t xml:space="preserve"> {{field-on:bible}}Men även Judas, som utlämnade honom, kände till platsen. För Jesus hade många gånger samlats där med sina lärjungar.{{field-off:bible}} [[@</w:t>
      </w:r>
      <w:r w:rsidR="0096445B" w:rsidRPr="000767E2">
        <w:rPr>
          <w:lang w:val="sv-SE"/>
        </w:rPr>
        <w:t>BibleBIBEL82</w:t>
      </w:r>
      <w:r w:rsidRPr="000767E2">
        <w:rPr>
          <w:lang w:val="sv-SE"/>
        </w:rPr>
        <w:t>:John 18:3]]</w:t>
      </w:r>
      <w:r w:rsidRPr="000767E2">
        <w:rPr>
          <w:vertAlign w:val="superscript"/>
          <w:lang w:val="sv-SE"/>
        </w:rPr>
        <w:t>3</w:t>
      </w:r>
      <w:r w:rsidRPr="000767E2">
        <w:rPr>
          <w:lang w:val="sv-SE"/>
        </w:rPr>
        <w:t xml:space="preserve"> {{field-on:bible}}Judas tog då kohorten, och från översteprästerna och från fariseerna undertjänare, och kommer dit med lyktor och facklor och vapen.{{field-off:bible}}</w:t>
      </w:r>
    </w:p>
    <w:p w14:paraId="6A9E9E01" w14:textId="0D44565A" w:rsidR="00BA33AB" w:rsidRPr="000767E2" w:rsidRDefault="00000000">
      <w:pPr>
        <w:rPr>
          <w:lang w:val="sv-SE"/>
        </w:rPr>
      </w:pPr>
      <w:r w:rsidRPr="000767E2">
        <w:rPr>
          <w:lang w:val="sv-SE"/>
        </w:rPr>
        <w:t>[[@</w:t>
      </w:r>
      <w:r w:rsidR="0096445B" w:rsidRPr="000767E2">
        <w:rPr>
          <w:lang w:val="sv-SE"/>
        </w:rPr>
        <w:t>BibleBIBEL82</w:t>
      </w:r>
      <w:r w:rsidRPr="000767E2">
        <w:rPr>
          <w:lang w:val="sv-SE"/>
        </w:rPr>
        <w:t>:John 18:4]]</w:t>
      </w:r>
      <w:r w:rsidRPr="000767E2">
        <w:rPr>
          <w:vertAlign w:val="superscript"/>
          <w:lang w:val="sv-SE"/>
        </w:rPr>
        <w:t>4</w:t>
      </w:r>
      <w:r w:rsidRPr="000767E2">
        <w:rPr>
          <w:lang w:val="sv-SE"/>
        </w:rPr>
        <w:t xml:space="preserve"> {{field-on:bible}}Jesus, som visste om allt som kommer över honom, gick nu ut och säger till dem: ”Vem söker ni?”{{field-off:bible}} [[@</w:t>
      </w:r>
      <w:r w:rsidR="0096445B" w:rsidRPr="000767E2">
        <w:rPr>
          <w:lang w:val="sv-SE"/>
        </w:rPr>
        <w:t>BibleBIBEL82</w:t>
      </w:r>
      <w:r w:rsidRPr="000767E2">
        <w:rPr>
          <w:lang w:val="sv-SE"/>
        </w:rPr>
        <w:t>:John 18:5]]</w:t>
      </w:r>
      <w:r w:rsidRPr="000767E2">
        <w:rPr>
          <w:vertAlign w:val="superscript"/>
          <w:lang w:val="sv-SE"/>
        </w:rPr>
        <w:t>5</w:t>
      </w:r>
      <w:r w:rsidRPr="000767E2">
        <w:rPr>
          <w:lang w:val="sv-SE"/>
        </w:rPr>
        <w:t xml:space="preserve"> {{field-on:bible}}De svarade honom: ”Jesus nazorén.” Han säger till dem: ”Jag Är.” Och </w:t>
      </w:r>
      <w:r w:rsidRPr="000767E2">
        <w:rPr>
          <w:i/>
          <w:lang w:val="sv-SE"/>
        </w:rPr>
        <w:t>där</w:t>
      </w:r>
      <w:r w:rsidRPr="000767E2">
        <w:rPr>
          <w:lang w:val="sv-SE"/>
        </w:rPr>
        <w:t xml:space="preserve"> stod även Judas som utlämnade honom med dem.{{field-off:bible}} [[@</w:t>
      </w:r>
      <w:r w:rsidR="0096445B" w:rsidRPr="000767E2">
        <w:rPr>
          <w:lang w:val="sv-SE"/>
        </w:rPr>
        <w:t>BibleBIBEL82</w:t>
      </w:r>
      <w:r w:rsidRPr="000767E2">
        <w:rPr>
          <w:lang w:val="sv-SE"/>
        </w:rPr>
        <w:t>:John 18:6]]</w:t>
      </w:r>
      <w:r w:rsidRPr="000767E2">
        <w:rPr>
          <w:vertAlign w:val="superscript"/>
          <w:lang w:val="sv-SE"/>
        </w:rPr>
        <w:t>6</w:t>
      </w:r>
      <w:r w:rsidRPr="000767E2">
        <w:rPr>
          <w:lang w:val="sv-SE"/>
        </w:rPr>
        <w:t xml:space="preserve"> {{field-on:bible}}När han nu sade till dem: Jag Är, gick de bort bakåt och föll till marken.{{field-off:bible}} [[@</w:t>
      </w:r>
      <w:r w:rsidR="0096445B" w:rsidRPr="000767E2">
        <w:rPr>
          <w:lang w:val="sv-SE"/>
        </w:rPr>
        <w:t>BibleBIBEL82</w:t>
      </w:r>
      <w:r w:rsidRPr="000767E2">
        <w:rPr>
          <w:lang w:val="sv-SE"/>
        </w:rPr>
        <w:t>:John 18:7]]</w:t>
      </w:r>
      <w:r w:rsidRPr="000767E2">
        <w:rPr>
          <w:vertAlign w:val="superscript"/>
          <w:lang w:val="sv-SE"/>
        </w:rPr>
        <w:t>7</w:t>
      </w:r>
      <w:r w:rsidRPr="000767E2">
        <w:rPr>
          <w:lang w:val="sv-SE"/>
        </w:rPr>
        <w:t xml:space="preserve"> {{field-on:bible}}Åter frågade han dem nu: ”Vem söker ni?” Och de sade: ”Jesus nazorén.”{{field-off:bible}} [[@</w:t>
      </w:r>
      <w:r w:rsidR="0096445B" w:rsidRPr="000767E2">
        <w:rPr>
          <w:lang w:val="sv-SE"/>
        </w:rPr>
        <w:t>BibleBIBEL82</w:t>
      </w:r>
      <w:r w:rsidRPr="000767E2">
        <w:rPr>
          <w:lang w:val="sv-SE"/>
        </w:rPr>
        <w:t>:John 18:8]]</w:t>
      </w:r>
      <w:r w:rsidRPr="000767E2">
        <w:rPr>
          <w:vertAlign w:val="superscript"/>
          <w:lang w:val="sv-SE"/>
        </w:rPr>
        <w:t>8</w:t>
      </w:r>
      <w:r w:rsidRPr="000767E2">
        <w:rPr>
          <w:lang w:val="sv-SE"/>
        </w:rPr>
        <w:t xml:space="preserve"> {{field-on:bible}}Jesus svarade: ”Jag har sagt er att Jag Är. Om </w:t>
      </w:r>
      <w:r w:rsidRPr="000767E2">
        <w:rPr>
          <w:i/>
          <w:lang w:val="sv-SE"/>
        </w:rPr>
        <w:t>det</w:t>
      </w:r>
      <w:r w:rsidRPr="000767E2">
        <w:rPr>
          <w:lang w:val="sv-SE"/>
        </w:rPr>
        <w:t xml:space="preserve"> nu </w:t>
      </w:r>
      <w:r w:rsidRPr="000767E2">
        <w:rPr>
          <w:i/>
          <w:lang w:val="sv-SE"/>
        </w:rPr>
        <w:t>är</w:t>
      </w:r>
      <w:r w:rsidRPr="000767E2">
        <w:rPr>
          <w:lang w:val="sv-SE"/>
        </w:rPr>
        <w:t xml:space="preserve"> mig ni söker, låt dessa bege sig.”{{field-off:bible}} [[@</w:t>
      </w:r>
      <w:r w:rsidR="0096445B" w:rsidRPr="000767E2">
        <w:rPr>
          <w:lang w:val="sv-SE"/>
        </w:rPr>
        <w:t>BibleBIBEL82</w:t>
      </w:r>
      <w:r w:rsidRPr="000767E2">
        <w:rPr>
          <w:lang w:val="sv-SE"/>
        </w:rPr>
        <w:t>:John 18:9]]</w:t>
      </w:r>
      <w:r w:rsidRPr="000767E2">
        <w:rPr>
          <w:vertAlign w:val="superscript"/>
          <w:lang w:val="sv-SE"/>
        </w:rPr>
        <w:t>9</w:t>
      </w:r>
      <w:r w:rsidRPr="000767E2">
        <w:rPr>
          <w:lang w:val="sv-SE"/>
        </w:rPr>
        <w:t xml:space="preserve"> {{field-on:bible}}</w:t>
      </w:r>
      <w:r w:rsidRPr="000767E2">
        <w:rPr>
          <w:i/>
          <w:lang w:val="sv-SE"/>
        </w:rPr>
        <w:t>Det var</w:t>
      </w:r>
      <w:r w:rsidRPr="000767E2">
        <w:rPr>
          <w:lang w:val="sv-SE"/>
        </w:rPr>
        <w:t xml:space="preserve"> för att ordet skulle uppfyllas som han hade sagt, att: ”Av dem som du gett mig har jag inte förlorat någon.”{{field-off:bible}}</w:t>
      </w:r>
    </w:p>
    <w:p w14:paraId="62208765" w14:textId="270E3A5A" w:rsidR="00BA33AB" w:rsidRPr="000767E2" w:rsidRDefault="00000000">
      <w:pPr>
        <w:rPr>
          <w:lang w:val="sv-SE"/>
        </w:rPr>
      </w:pPr>
      <w:r w:rsidRPr="000767E2">
        <w:rPr>
          <w:lang w:val="sv-SE"/>
        </w:rPr>
        <w:t>[[@</w:t>
      </w:r>
      <w:r w:rsidR="0096445B" w:rsidRPr="000767E2">
        <w:rPr>
          <w:lang w:val="sv-SE"/>
        </w:rPr>
        <w:t>BibleBIBEL82</w:t>
      </w:r>
      <w:r w:rsidRPr="000767E2">
        <w:rPr>
          <w:lang w:val="sv-SE"/>
        </w:rPr>
        <w:t>:John 18:10]]</w:t>
      </w:r>
      <w:r w:rsidRPr="000767E2">
        <w:rPr>
          <w:vertAlign w:val="superscript"/>
          <w:lang w:val="sv-SE"/>
        </w:rPr>
        <w:t>10</w:t>
      </w:r>
      <w:r w:rsidRPr="000767E2">
        <w:rPr>
          <w:lang w:val="sv-SE"/>
        </w:rPr>
        <w:t xml:space="preserve"> {{field-on:bible}}Simon Petrus, som hade ett svärd, drog det nu och högg till översteprästens fasttjänare och högg av hans högra öra. Och namnet på </w:t>
      </w:r>
      <w:r w:rsidRPr="000767E2">
        <w:rPr>
          <w:lang w:val="sv-SE"/>
        </w:rPr>
        <w:lastRenderedPageBreak/>
        <w:t>fasttjänaren var Malchos.{{field-off:bible}} [[@</w:t>
      </w:r>
      <w:r w:rsidR="0096445B" w:rsidRPr="000767E2">
        <w:rPr>
          <w:lang w:val="sv-SE"/>
        </w:rPr>
        <w:t>BibleBIBEL82</w:t>
      </w:r>
      <w:r w:rsidRPr="000767E2">
        <w:rPr>
          <w:lang w:val="sv-SE"/>
        </w:rPr>
        <w:t>:John 18:11]]</w:t>
      </w:r>
      <w:r w:rsidRPr="000767E2">
        <w:rPr>
          <w:vertAlign w:val="superscript"/>
          <w:lang w:val="sv-SE"/>
        </w:rPr>
        <w:t>11</w:t>
      </w:r>
      <w:r w:rsidRPr="000767E2">
        <w:rPr>
          <w:lang w:val="sv-SE"/>
        </w:rPr>
        <w:t xml:space="preserve"> {{field-on:bible}}Då sade Jesus till Petrus: ”Sätt svärdet i skidan! Bägaren som Fadern har gett mig, ska jag alls inte dricka den?”{{field-off:bible}}</w:t>
      </w:r>
    </w:p>
    <w:p w14:paraId="14F71146" w14:textId="39B74D38" w:rsidR="00BA33AB" w:rsidRPr="000767E2" w:rsidRDefault="00000000">
      <w:pPr>
        <w:rPr>
          <w:lang w:val="sv-SE"/>
        </w:rPr>
      </w:pPr>
      <w:r w:rsidRPr="000767E2">
        <w:rPr>
          <w:lang w:val="sv-SE"/>
        </w:rPr>
        <w:t>[[@</w:t>
      </w:r>
      <w:r w:rsidR="0096445B" w:rsidRPr="000767E2">
        <w:rPr>
          <w:lang w:val="sv-SE"/>
        </w:rPr>
        <w:t>BibleBIBEL82</w:t>
      </w:r>
      <w:r w:rsidRPr="000767E2">
        <w:rPr>
          <w:lang w:val="sv-SE"/>
        </w:rPr>
        <w:t>:John 18:12]]</w:t>
      </w:r>
      <w:r w:rsidRPr="000767E2">
        <w:rPr>
          <w:vertAlign w:val="superscript"/>
          <w:lang w:val="sv-SE"/>
        </w:rPr>
        <w:t>12</w:t>
      </w:r>
      <w:r w:rsidRPr="000767E2">
        <w:rPr>
          <w:lang w:val="sv-SE"/>
        </w:rPr>
        <w:t xml:space="preserve"> {{field-on:bible}}Kohorten och befälhavaren och judarnas undertjänare tog nu fast Jesus och band honom,{{field-off:bible}} [[@</w:t>
      </w:r>
      <w:r w:rsidR="0096445B" w:rsidRPr="000767E2">
        <w:rPr>
          <w:lang w:val="sv-SE"/>
        </w:rPr>
        <w:t>BibleBIBEL82</w:t>
      </w:r>
      <w:r w:rsidRPr="000767E2">
        <w:rPr>
          <w:lang w:val="sv-SE"/>
        </w:rPr>
        <w:t>:John 18:13]]</w:t>
      </w:r>
      <w:r w:rsidRPr="000767E2">
        <w:rPr>
          <w:vertAlign w:val="superscript"/>
          <w:lang w:val="sv-SE"/>
        </w:rPr>
        <w:t>13</w:t>
      </w:r>
      <w:r w:rsidRPr="000767E2">
        <w:rPr>
          <w:lang w:val="sv-SE"/>
        </w:rPr>
        <w:t xml:space="preserve"> {{field-on:bible}}och förde till Hannas först. Han var nämligen svärfar till Kaiafas som var överstepräst det året.{{field-off:bible}} [[@</w:t>
      </w:r>
      <w:r w:rsidR="0096445B" w:rsidRPr="000767E2">
        <w:rPr>
          <w:lang w:val="sv-SE"/>
        </w:rPr>
        <w:t>BibleBIBEL82</w:t>
      </w:r>
      <w:r w:rsidRPr="000767E2">
        <w:rPr>
          <w:lang w:val="sv-SE"/>
        </w:rPr>
        <w:t>:John 18:14]]</w:t>
      </w:r>
      <w:r w:rsidRPr="000767E2">
        <w:rPr>
          <w:vertAlign w:val="superscript"/>
          <w:lang w:val="sv-SE"/>
        </w:rPr>
        <w:t>14</w:t>
      </w:r>
      <w:r w:rsidRPr="000767E2">
        <w:rPr>
          <w:lang w:val="sv-SE"/>
        </w:rPr>
        <w:t xml:space="preserve"> {{field-on:bible}}Och det var Kaiafas som hade samrått judarna att det gagnar att en människa dör för folket.{{field-off:bible}}</w:t>
      </w:r>
    </w:p>
    <w:p w14:paraId="655E6D44" w14:textId="77777777" w:rsidR="00BA33AB" w:rsidRPr="000767E2" w:rsidRDefault="00000000">
      <w:pPr>
        <w:pStyle w:val="Rubrik3"/>
        <w:rPr>
          <w:lang w:val="sv-SE"/>
        </w:rPr>
      </w:pPr>
      <w:r w:rsidRPr="000767E2">
        <w:rPr>
          <w:lang w:val="sv-SE"/>
        </w:rPr>
        <w:t>Petrus förnekar Jesus</w:t>
      </w:r>
    </w:p>
    <w:p w14:paraId="7292A470" w14:textId="4381355C" w:rsidR="00BA33AB" w:rsidRPr="000767E2" w:rsidRDefault="00000000">
      <w:pPr>
        <w:rPr>
          <w:lang w:val="sv-SE"/>
        </w:rPr>
      </w:pPr>
      <w:r w:rsidRPr="000767E2">
        <w:rPr>
          <w:lang w:val="sv-SE"/>
        </w:rPr>
        <w:t>[[@</w:t>
      </w:r>
      <w:r w:rsidR="0096445B" w:rsidRPr="000767E2">
        <w:rPr>
          <w:lang w:val="sv-SE"/>
        </w:rPr>
        <w:t>BibleBIBEL82</w:t>
      </w:r>
      <w:r w:rsidRPr="000767E2">
        <w:rPr>
          <w:lang w:val="sv-SE"/>
        </w:rPr>
        <w:t>:John 18:15]]</w:t>
      </w:r>
      <w:r w:rsidRPr="000767E2">
        <w:rPr>
          <w:vertAlign w:val="superscript"/>
          <w:lang w:val="sv-SE"/>
        </w:rPr>
        <w:t>15</w:t>
      </w:r>
      <w:r w:rsidRPr="000767E2">
        <w:rPr>
          <w:lang w:val="sv-SE"/>
        </w:rPr>
        <w:t xml:space="preserve"> {{field-on:bible}}Men </w:t>
      </w:r>
      <w:r w:rsidRPr="000767E2">
        <w:rPr>
          <w:i/>
          <w:lang w:val="sv-SE"/>
        </w:rPr>
        <w:t>efter</w:t>
      </w:r>
      <w:r w:rsidRPr="000767E2">
        <w:rPr>
          <w:lang w:val="sv-SE"/>
        </w:rPr>
        <w:t xml:space="preserve"> Jesus följde Simon Petrus och en annan lärjunge. Och den lärjungen var bekant för översteprästen och kom in med Jesus till översteprästens innergård.{{field-off:bible}} [[@</w:t>
      </w:r>
      <w:r w:rsidR="0096445B" w:rsidRPr="000767E2">
        <w:rPr>
          <w:lang w:val="sv-SE"/>
        </w:rPr>
        <w:t>BibleBIBEL82</w:t>
      </w:r>
      <w:r w:rsidRPr="000767E2">
        <w:rPr>
          <w:lang w:val="sv-SE"/>
        </w:rPr>
        <w:t>:John 18:16]]</w:t>
      </w:r>
      <w:r w:rsidRPr="000767E2">
        <w:rPr>
          <w:vertAlign w:val="superscript"/>
          <w:lang w:val="sv-SE"/>
        </w:rPr>
        <w:t>16</w:t>
      </w:r>
      <w:r w:rsidRPr="000767E2">
        <w:rPr>
          <w:lang w:val="sv-SE"/>
        </w:rPr>
        <w:t xml:space="preserve"> {{field-on:bible}}Men Petrus stod vid dörren utanför. Då gick den andre lärjungen, som </w:t>
      </w:r>
      <w:r w:rsidRPr="000767E2">
        <w:rPr>
          <w:i/>
          <w:lang w:val="sv-SE"/>
        </w:rPr>
        <w:t>var</w:t>
      </w:r>
      <w:r w:rsidRPr="000767E2">
        <w:rPr>
          <w:lang w:val="sv-SE"/>
        </w:rPr>
        <w:t xml:space="preserve"> bekant med översteprästen, ut och sade till dörrvakterskan och förde in Petrus.{{field-off:bible}} [[@</w:t>
      </w:r>
      <w:r w:rsidR="0096445B" w:rsidRPr="000767E2">
        <w:rPr>
          <w:lang w:val="sv-SE"/>
        </w:rPr>
        <w:t>BibleBIBEL82</w:t>
      </w:r>
      <w:r w:rsidRPr="000767E2">
        <w:rPr>
          <w:lang w:val="sv-SE"/>
        </w:rPr>
        <w:t>:John 18:17]]</w:t>
      </w:r>
      <w:r w:rsidRPr="000767E2">
        <w:rPr>
          <w:vertAlign w:val="superscript"/>
          <w:lang w:val="sv-SE"/>
        </w:rPr>
        <w:t>17</w:t>
      </w:r>
      <w:r w:rsidRPr="000767E2">
        <w:rPr>
          <w:lang w:val="sv-SE"/>
        </w:rPr>
        <w:t xml:space="preserve"> {{field-on:bible}}Till Petrus säger då dörrvaktarflickan: ”Inte är </w:t>
      </w:r>
      <w:r w:rsidRPr="000767E2">
        <w:rPr>
          <w:i/>
          <w:lang w:val="sv-SE"/>
        </w:rPr>
        <w:t>väl</w:t>
      </w:r>
      <w:r w:rsidRPr="000767E2">
        <w:rPr>
          <w:lang w:val="sv-SE"/>
        </w:rPr>
        <w:t xml:space="preserve"> också du </w:t>
      </w:r>
      <w:r w:rsidRPr="000767E2">
        <w:rPr>
          <w:i/>
          <w:lang w:val="sv-SE"/>
        </w:rPr>
        <w:t>en</w:t>
      </w:r>
      <w:r w:rsidRPr="000767E2">
        <w:rPr>
          <w:lang w:val="sv-SE"/>
        </w:rPr>
        <w:t xml:space="preserve"> av lärjungarna till den där människan?” Denne säger: ”</w:t>
      </w:r>
      <w:r w:rsidRPr="000767E2">
        <w:rPr>
          <w:i/>
          <w:lang w:val="sv-SE"/>
        </w:rPr>
        <w:t>Det</w:t>
      </w:r>
      <w:r w:rsidRPr="000767E2">
        <w:rPr>
          <w:lang w:val="sv-SE"/>
        </w:rPr>
        <w:t xml:space="preserve"> är jag inte.”{{field-off:bible}}</w:t>
      </w:r>
    </w:p>
    <w:p w14:paraId="7EBB5B9D" w14:textId="561120F4" w:rsidR="00BA33AB" w:rsidRPr="000767E2" w:rsidRDefault="00000000">
      <w:pPr>
        <w:rPr>
          <w:lang w:val="sv-SE"/>
        </w:rPr>
      </w:pPr>
      <w:r w:rsidRPr="000767E2">
        <w:rPr>
          <w:lang w:val="sv-SE"/>
        </w:rPr>
        <w:t>[[@</w:t>
      </w:r>
      <w:r w:rsidR="0096445B" w:rsidRPr="000767E2">
        <w:rPr>
          <w:lang w:val="sv-SE"/>
        </w:rPr>
        <w:t>BibleBIBEL82</w:t>
      </w:r>
      <w:r w:rsidRPr="000767E2">
        <w:rPr>
          <w:lang w:val="sv-SE"/>
        </w:rPr>
        <w:t>:John 18:18]]</w:t>
      </w:r>
      <w:r w:rsidRPr="000767E2">
        <w:rPr>
          <w:vertAlign w:val="superscript"/>
          <w:lang w:val="sv-SE"/>
        </w:rPr>
        <w:t>18</w:t>
      </w:r>
      <w:r w:rsidRPr="000767E2">
        <w:rPr>
          <w:lang w:val="sv-SE"/>
        </w:rPr>
        <w:t xml:space="preserve"> {{field-on:bible}}Men </w:t>
      </w:r>
      <w:r w:rsidRPr="000767E2">
        <w:rPr>
          <w:i/>
          <w:lang w:val="sv-SE"/>
        </w:rPr>
        <w:t>där</w:t>
      </w:r>
      <w:r w:rsidRPr="000767E2">
        <w:rPr>
          <w:lang w:val="sv-SE"/>
        </w:rPr>
        <w:t xml:space="preserve"> stod fasttjänarna och undertjänarna och hade gjort en koleld, eftersom det var kyla, och värmde sig. Och även Petrus var med dem och stod och värmde sig.{{field-off:bible}}</w:t>
      </w:r>
    </w:p>
    <w:p w14:paraId="74B68AD8" w14:textId="77777777" w:rsidR="00BA33AB" w:rsidRPr="000767E2" w:rsidRDefault="00000000">
      <w:pPr>
        <w:pStyle w:val="Rubrik3"/>
        <w:rPr>
          <w:lang w:val="sv-SE"/>
        </w:rPr>
      </w:pPr>
      <w:r w:rsidRPr="000767E2">
        <w:rPr>
          <w:lang w:val="sv-SE"/>
        </w:rPr>
        <w:t>Jesus inför översteprästen</w:t>
      </w:r>
    </w:p>
    <w:p w14:paraId="19F98791" w14:textId="24F616FA" w:rsidR="00BA33AB" w:rsidRPr="000767E2" w:rsidRDefault="00000000">
      <w:pPr>
        <w:rPr>
          <w:lang w:val="sv-SE"/>
        </w:rPr>
      </w:pPr>
      <w:r w:rsidRPr="000767E2">
        <w:rPr>
          <w:lang w:val="sv-SE"/>
        </w:rPr>
        <w:t>[[@</w:t>
      </w:r>
      <w:r w:rsidR="0096445B" w:rsidRPr="000767E2">
        <w:rPr>
          <w:lang w:val="sv-SE"/>
        </w:rPr>
        <w:t>BibleBIBEL82</w:t>
      </w:r>
      <w:r w:rsidRPr="000767E2">
        <w:rPr>
          <w:lang w:val="sv-SE"/>
        </w:rPr>
        <w:t>:John 18:19]]</w:t>
      </w:r>
      <w:r w:rsidRPr="000767E2">
        <w:rPr>
          <w:vertAlign w:val="superscript"/>
          <w:lang w:val="sv-SE"/>
        </w:rPr>
        <w:t>19</w:t>
      </w:r>
      <w:r w:rsidRPr="000767E2">
        <w:rPr>
          <w:lang w:val="sv-SE"/>
        </w:rPr>
        <w:t xml:space="preserve"> {{field-on:bible}}Översteprästen frågade nu Jesus om hans lärjungar och om hans undervisning.{{field-off:bible}} [[@</w:t>
      </w:r>
      <w:r w:rsidR="0096445B" w:rsidRPr="000767E2">
        <w:rPr>
          <w:lang w:val="sv-SE"/>
        </w:rPr>
        <w:t>BibleBIBEL82</w:t>
      </w:r>
      <w:r w:rsidRPr="000767E2">
        <w:rPr>
          <w:lang w:val="sv-SE"/>
        </w:rPr>
        <w:t>:John 18:20]]</w:t>
      </w:r>
      <w:r w:rsidRPr="000767E2">
        <w:rPr>
          <w:vertAlign w:val="superscript"/>
          <w:lang w:val="sv-SE"/>
        </w:rPr>
        <w:t>20</w:t>
      </w:r>
      <w:r w:rsidRPr="000767E2">
        <w:rPr>
          <w:lang w:val="sv-SE"/>
        </w:rPr>
        <w:t xml:space="preserve"> {{field-on:bible}}</w:t>
      </w:r>
      <w:r w:rsidRPr="000767E2">
        <w:rPr>
          <w:i/>
          <w:lang w:val="sv-SE"/>
        </w:rPr>
        <w:t>Då</w:t>
      </w:r>
      <w:r w:rsidRPr="000767E2">
        <w:rPr>
          <w:lang w:val="sv-SE"/>
        </w:rPr>
        <w:t xml:space="preserve"> svarade honom Jesus: ”Jag har öppet talat till världen. Jag har alltid undervisat i synagogan och i templet där alla judarna kommer samman. Och i </w:t>
      </w:r>
      <w:r w:rsidRPr="000767E2">
        <w:rPr>
          <w:i/>
          <w:lang w:val="sv-SE"/>
        </w:rPr>
        <w:t>det</w:t>
      </w:r>
      <w:r w:rsidRPr="000767E2">
        <w:rPr>
          <w:lang w:val="sv-SE"/>
        </w:rPr>
        <w:t xml:space="preserve"> fördolda har jag inte talat något.{{field-off:bible}} [[@</w:t>
      </w:r>
      <w:r w:rsidR="0096445B" w:rsidRPr="000767E2">
        <w:rPr>
          <w:lang w:val="sv-SE"/>
        </w:rPr>
        <w:t>BibleBIBEL82</w:t>
      </w:r>
      <w:r w:rsidRPr="000767E2">
        <w:rPr>
          <w:lang w:val="sv-SE"/>
        </w:rPr>
        <w:t>:John 18:21]]</w:t>
      </w:r>
      <w:r w:rsidRPr="000767E2">
        <w:rPr>
          <w:vertAlign w:val="superscript"/>
          <w:lang w:val="sv-SE"/>
        </w:rPr>
        <w:t>21</w:t>
      </w:r>
      <w:r w:rsidRPr="000767E2">
        <w:rPr>
          <w:lang w:val="sv-SE"/>
        </w:rPr>
        <w:t xml:space="preserve"> {{field-on:bible}}Varför frågar du mig? Fråga dem som har hört vad jag talat till dem. Se, dessa vet vad jag har sagt.”{{field-off:bible}}</w:t>
      </w:r>
    </w:p>
    <w:p w14:paraId="14D28C56" w14:textId="600860F6" w:rsidR="00BA33AB" w:rsidRPr="000767E2" w:rsidRDefault="00000000">
      <w:pPr>
        <w:rPr>
          <w:lang w:val="sv-SE"/>
        </w:rPr>
      </w:pPr>
      <w:r w:rsidRPr="000767E2">
        <w:rPr>
          <w:lang w:val="sv-SE"/>
        </w:rPr>
        <w:t>[[@</w:t>
      </w:r>
      <w:r w:rsidR="0096445B" w:rsidRPr="000767E2">
        <w:rPr>
          <w:lang w:val="sv-SE"/>
        </w:rPr>
        <w:t>BibleBIBEL82</w:t>
      </w:r>
      <w:r w:rsidRPr="000767E2">
        <w:rPr>
          <w:lang w:val="sv-SE"/>
        </w:rPr>
        <w:t>:John 18:22]]</w:t>
      </w:r>
      <w:r w:rsidRPr="000767E2">
        <w:rPr>
          <w:vertAlign w:val="superscript"/>
          <w:lang w:val="sv-SE"/>
        </w:rPr>
        <w:t>22</w:t>
      </w:r>
      <w:r w:rsidRPr="000767E2">
        <w:rPr>
          <w:lang w:val="sv-SE"/>
        </w:rPr>
        <w:t xml:space="preserve"> {{field-on:bible}}Men när han sade detta, gav en av undertjänarna som stod där en örfil till Jesus och sade: ”</w:t>
      </w:r>
      <w:r w:rsidRPr="000767E2">
        <w:rPr>
          <w:i/>
          <w:lang w:val="sv-SE"/>
        </w:rPr>
        <w:t>Är det</w:t>
      </w:r>
      <w:r w:rsidRPr="000767E2">
        <w:rPr>
          <w:lang w:val="sv-SE"/>
        </w:rPr>
        <w:t xml:space="preserve"> så du svarar översteprästen?”{{field-off:bible}} [[@</w:t>
      </w:r>
      <w:r w:rsidR="0096445B" w:rsidRPr="000767E2">
        <w:rPr>
          <w:lang w:val="sv-SE"/>
        </w:rPr>
        <w:t>BibleBIBEL82</w:t>
      </w:r>
      <w:r w:rsidRPr="000767E2">
        <w:rPr>
          <w:lang w:val="sv-SE"/>
        </w:rPr>
        <w:t>:John 18:23]]</w:t>
      </w:r>
      <w:r w:rsidRPr="000767E2">
        <w:rPr>
          <w:vertAlign w:val="superscript"/>
          <w:lang w:val="sv-SE"/>
        </w:rPr>
        <w:t>23</w:t>
      </w:r>
      <w:r w:rsidRPr="000767E2">
        <w:rPr>
          <w:lang w:val="sv-SE"/>
        </w:rPr>
        <w:t xml:space="preserve"> {{field-on:bible}}Jesus svarade honom: ”Om jag har talat illa, vittna om det onda. Men om med rätta, varför pryglar du mig?”{{field-off:bible}} [[@</w:t>
      </w:r>
      <w:r w:rsidR="0096445B" w:rsidRPr="000767E2">
        <w:rPr>
          <w:lang w:val="sv-SE"/>
        </w:rPr>
        <w:t>BibleBIBEL82</w:t>
      </w:r>
      <w:r w:rsidRPr="000767E2">
        <w:rPr>
          <w:lang w:val="sv-SE"/>
        </w:rPr>
        <w:t>:John 18:24]]</w:t>
      </w:r>
      <w:r w:rsidRPr="000767E2">
        <w:rPr>
          <w:vertAlign w:val="superscript"/>
          <w:lang w:val="sv-SE"/>
        </w:rPr>
        <w:t>24</w:t>
      </w:r>
      <w:r w:rsidRPr="000767E2">
        <w:rPr>
          <w:lang w:val="sv-SE"/>
        </w:rPr>
        <w:t xml:space="preserve"> {{field-on:bible}}Då sände Hannas honom bunden till översteprästen Kaiafas.{{field-off:bible}}</w:t>
      </w:r>
    </w:p>
    <w:p w14:paraId="6C5E7DBB" w14:textId="77777777" w:rsidR="00BA33AB" w:rsidRPr="000767E2" w:rsidRDefault="00000000">
      <w:pPr>
        <w:pStyle w:val="Rubrik3"/>
        <w:rPr>
          <w:lang w:val="sv-SE"/>
        </w:rPr>
      </w:pPr>
      <w:r w:rsidRPr="000767E2">
        <w:rPr>
          <w:lang w:val="sv-SE"/>
        </w:rPr>
        <w:t>Petrus förnekar Jesus igen</w:t>
      </w:r>
    </w:p>
    <w:p w14:paraId="000A5B82" w14:textId="2C99309A" w:rsidR="00BA33AB" w:rsidRPr="000767E2" w:rsidRDefault="00000000">
      <w:pPr>
        <w:rPr>
          <w:lang w:val="sv-SE"/>
        </w:rPr>
      </w:pPr>
      <w:r w:rsidRPr="000767E2">
        <w:rPr>
          <w:lang w:val="sv-SE"/>
        </w:rPr>
        <w:t>[[@</w:t>
      </w:r>
      <w:r w:rsidR="0096445B" w:rsidRPr="000767E2">
        <w:rPr>
          <w:lang w:val="sv-SE"/>
        </w:rPr>
        <w:t>BibleBIBEL82</w:t>
      </w:r>
      <w:r w:rsidRPr="000767E2">
        <w:rPr>
          <w:lang w:val="sv-SE"/>
        </w:rPr>
        <w:t>:John 18:25]]</w:t>
      </w:r>
      <w:r w:rsidRPr="000767E2">
        <w:rPr>
          <w:vertAlign w:val="superscript"/>
          <w:lang w:val="sv-SE"/>
        </w:rPr>
        <w:t>25</w:t>
      </w:r>
      <w:r w:rsidRPr="000767E2">
        <w:rPr>
          <w:lang w:val="sv-SE"/>
        </w:rPr>
        <w:t xml:space="preserve"> {{field-on:bible}}Men Simon Petrus var och stod och värmde sig. Då sade de till honom: ”Inte är </w:t>
      </w:r>
      <w:r w:rsidRPr="000767E2">
        <w:rPr>
          <w:i/>
          <w:lang w:val="sv-SE"/>
        </w:rPr>
        <w:t>väl</w:t>
      </w:r>
      <w:r w:rsidRPr="000767E2">
        <w:rPr>
          <w:lang w:val="sv-SE"/>
        </w:rPr>
        <w:t xml:space="preserve"> också du </w:t>
      </w:r>
      <w:r w:rsidRPr="000767E2">
        <w:rPr>
          <w:i/>
          <w:lang w:val="sv-SE"/>
        </w:rPr>
        <w:t>en</w:t>
      </w:r>
      <w:r w:rsidRPr="000767E2">
        <w:rPr>
          <w:lang w:val="sv-SE"/>
        </w:rPr>
        <w:t xml:space="preserve"> av hans lärjungar?” Denne nekade och sade: ”</w:t>
      </w:r>
      <w:r w:rsidRPr="000767E2">
        <w:rPr>
          <w:i/>
          <w:lang w:val="sv-SE"/>
        </w:rPr>
        <w:t>Det</w:t>
      </w:r>
      <w:r w:rsidRPr="000767E2">
        <w:rPr>
          <w:lang w:val="sv-SE"/>
        </w:rPr>
        <w:t xml:space="preserve"> är jag inte.”{{field-off:bible}} [[@</w:t>
      </w:r>
      <w:r w:rsidR="0096445B" w:rsidRPr="000767E2">
        <w:rPr>
          <w:lang w:val="sv-SE"/>
        </w:rPr>
        <w:t>BibleBIBEL82</w:t>
      </w:r>
      <w:r w:rsidRPr="000767E2">
        <w:rPr>
          <w:lang w:val="sv-SE"/>
        </w:rPr>
        <w:t>:John 18:26]]</w:t>
      </w:r>
      <w:r w:rsidRPr="000767E2">
        <w:rPr>
          <w:vertAlign w:val="superscript"/>
          <w:lang w:val="sv-SE"/>
        </w:rPr>
        <w:t>26</w:t>
      </w:r>
      <w:r w:rsidRPr="000767E2">
        <w:rPr>
          <w:lang w:val="sv-SE"/>
        </w:rPr>
        <w:t xml:space="preserve"> {{field-on:bible}}</w:t>
      </w:r>
      <w:r w:rsidRPr="000767E2">
        <w:rPr>
          <w:i/>
          <w:lang w:val="sv-SE"/>
        </w:rPr>
        <w:t>Då</w:t>
      </w:r>
      <w:r w:rsidRPr="000767E2">
        <w:rPr>
          <w:lang w:val="sv-SE"/>
        </w:rPr>
        <w:t xml:space="preserve"> </w:t>
      </w:r>
      <w:r w:rsidRPr="000767E2">
        <w:rPr>
          <w:lang w:val="sv-SE"/>
        </w:rPr>
        <w:lastRenderedPageBreak/>
        <w:t>säger en av översteprästens fasttjänare, som var släkting till den från vilken Petrus högg av örat: ”Såg inte jag dig i trädgården med honom?”{{field-off:bible}} [[@</w:t>
      </w:r>
      <w:r w:rsidR="0096445B" w:rsidRPr="000767E2">
        <w:rPr>
          <w:lang w:val="sv-SE"/>
        </w:rPr>
        <w:t>BibleBIBEL82</w:t>
      </w:r>
      <w:r w:rsidRPr="000767E2">
        <w:rPr>
          <w:lang w:val="sv-SE"/>
        </w:rPr>
        <w:t>:John 18:27]]</w:t>
      </w:r>
      <w:r w:rsidRPr="000767E2">
        <w:rPr>
          <w:vertAlign w:val="superscript"/>
          <w:lang w:val="sv-SE"/>
        </w:rPr>
        <w:t>27</w:t>
      </w:r>
      <w:r w:rsidRPr="000767E2">
        <w:rPr>
          <w:lang w:val="sv-SE"/>
        </w:rPr>
        <w:t xml:space="preserve"> {{field-on:bible}}Åter nekade då Petrus – och direkt gol en tupp.{{field-off:bible}}</w:t>
      </w:r>
    </w:p>
    <w:p w14:paraId="28654559" w14:textId="77777777" w:rsidR="00BA33AB" w:rsidRPr="000767E2" w:rsidRDefault="00000000">
      <w:pPr>
        <w:pStyle w:val="Rubrik3"/>
        <w:rPr>
          <w:lang w:val="sv-SE"/>
        </w:rPr>
      </w:pPr>
      <w:r w:rsidRPr="000767E2">
        <w:rPr>
          <w:lang w:val="sv-SE"/>
        </w:rPr>
        <w:t>Jesus inför Pilatus</w:t>
      </w:r>
    </w:p>
    <w:p w14:paraId="502226DF" w14:textId="0A2C39AE" w:rsidR="00BA33AB" w:rsidRPr="000767E2" w:rsidRDefault="00000000">
      <w:pPr>
        <w:rPr>
          <w:lang w:val="sv-SE"/>
        </w:rPr>
      </w:pPr>
      <w:r w:rsidRPr="000767E2">
        <w:rPr>
          <w:lang w:val="sv-SE"/>
        </w:rPr>
        <w:t>[[@</w:t>
      </w:r>
      <w:r w:rsidR="0096445B" w:rsidRPr="000767E2">
        <w:rPr>
          <w:lang w:val="sv-SE"/>
        </w:rPr>
        <w:t>BibleBIBEL82</w:t>
      </w:r>
      <w:r w:rsidRPr="000767E2">
        <w:rPr>
          <w:lang w:val="sv-SE"/>
        </w:rPr>
        <w:t>:John 18:28]]</w:t>
      </w:r>
      <w:r w:rsidRPr="000767E2">
        <w:rPr>
          <w:vertAlign w:val="superscript"/>
          <w:lang w:val="sv-SE"/>
        </w:rPr>
        <w:t>28</w:t>
      </w:r>
      <w:r w:rsidRPr="000767E2">
        <w:rPr>
          <w:lang w:val="sv-SE"/>
        </w:rPr>
        <w:t xml:space="preserve"> {{field-on:bible}}De för nu Jesus från Kaiafas till pretoriet. Och det var morgon. Och själva gick de inte in i pretoriet, för att inte bli befläckade utan få äta påsken.{{field-off:bible}} [[@</w:t>
      </w:r>
      <w:r w:rsidR="0096445B" w:rsidRPr="000767E2">
        <w:rPr>
          <w:lang w:val="sv-SE"/>
        </w:rPr>
        <w:t>BibleBIBEL82</w:t>
      </w:r>
      <w:r w:rsidRPr="000767E2">
        <w:rPr>
          <w:lang w:val="sv-SE"/>
        </w:rPr>
        <w:t>:John 18:29]]</w:t>
      </w:r>
      <w:r w:rsidRPr="000767E2">
        <w:rPr>
          <w:vertAlign w:val="superscript"/>
          <w:lang w:val="sv-SE"/>
        </w:rPr>
        <w:t>29</w:t>
      </w:r>
      <w:r w:rsidRPr="000767E2">
        <w:rPr>
          <w:lang w:val="sv-SE"/>
        </w:rPr>
        <w:t xml:space="preserve"> {{field-on:bible}}Då kom Pilatus ut utanför till dem och säger: ”Vilken anklagelse anför ni mot denna människa?”{{field-off:bible}} [[@</w:t>
      </w:r>
      <w:r w:rsidR="0096445B" w:rsidRPr="000767E2">
        <w:rPr>
          <w:lang w:val="sv-SE"/>
        </w:rPr>
        <w:t>BibleBIBEL82</w:t>
      </w:r>
      <w:r w:rsidRPr="000767E2">
        <w:rPr>
          <w:lang w:val="sv-SE"/>
        </w:rPr>
        <w:t>:John 18:30]]</w:t>
      </w:r>
      <w:r w:rsidRPr="000767E2">
        <w:rPr>
          <w:vertAlign w:val="superscript"/>
          <w:lang w:val="sv-SE"/>
        </w:rPr>
        <w:t>30</w:t>
      </w:r>
      <w:r w:rsidRPr="000767E2">
        <w:rPr>
          <w:lang w:val="sv-SE"/>
        </w:rPr>
        <w:t xml:space="preserve"> {{field-on:bible}}De svarade och sade till honom: ”Om inte den där var en som gör </w:t>
      </w:r>
      <w:r w:rsidRPr="000767E2">
        <w:rPr>
          <w:i/>
          <w:lang w:val="sv-SE"/>
        </w:rPr>
        <w:t>det</w:t>
      </w:r>
      <w:r w:rsidRPr="000767E2">
        <w:rPr>
          <w:lang w:val="sv-SE"/>
        </w:rPr>
        <w:t xml:space="preserve"> onda, hade vi inte överlämnat honom till dig.”{{field-off:bible}} [[@</w:t>
      </w:r>
      <w:r w:rsidR="0096445B" w:rsidRPr="000767E2">
        <w:rPr>
          <w:lang w:val="sv-SE"/>
        </w:rPr>
        <w:t>BibleBIBEL82</w:t>
      </w:r>
      <w:r w:rsidRPr="000767E2">
        <w:rPr>
          <w:lang w:val="sv-SE"/>
        </w:rPr>
        <w:t>:John 18:31]]</w:t>
      </w:r>
      <w:r w:rsidRPr="000767E2">
        <w:rPr>
          <w:vertAlign w:val="superscript"/>
          <w:lang w:val="sv-SE"/>
        </w:rPr>
        <w:t>31</w:t>
      </w:r>
      <w:r w:rsidRPr="000767E2">
        <w:rPr>
          <w:lang w:val="sv-SE"/>
        </w:rPr>
        <w:t xml:space="preserve"> {{field-on:bible}}Då sade Pilatus till dem: ”Ta honom ni och döm honom efter er lag.” Judarna sade till honom: ”För oss är det inte tillåtet att döda någon.”{{field-off:bible}} [[@</w:t>
      </w:r>
      <w:r w:rsidR="0096445B" w:rsidRPr="000767E2">
        <w:rPr>
          <w:lang w:val="sv-SE"/>
        </w:rPr>
        <w:t>BibleBIBEL82</w:t>
      </w:r>
      <w:r w:rsidRPr="000767E2">
        <w:rPr>
          <w:lang w:val="sv-SE"/>
        </w:rPr>
        <w:t>:John 18:32]]</w:t>
      </w:r>
      <w:r w:rsidRPr="000767E2">
        <w:rPr>
          <w:vertAlign w:val="superscript"/>
          <w:lang w:val="sv-SE"/>
        </w:rPr>
        <w:t>32</w:t>
      </w:r>
      <w:r w:rsidRPr="000767E2">
        <w:rPr>
          <w:lang w:val="sv-SE"/>
        </w:rPr>
        <w:t xml:space="preserve"> {{field-on:bible}}</w:t>
      </w:r>
      <w:r w:rsidRPr="000767E2">
        <w:rPr>
          <w:i/>
          <w:lang w:val="sv-SE"/>
        </w:rPr>
        <w:t>Det var</w:t>
      </w:r>
      <w:r w:rsidRPr="000767E2">
        <w:rPr>
          <w:lang w:val="sv-SE"/>
        </w:rPr>
        <w:t xml:space="preserve"> för att Jesu ord skulle uppfyllas, det han sade när han angav med vilken död han skulle dö.{{field-off:bible}}</w:t>
      </w:r>
    </w:p>
    <w:p w14:paraId="493A21B0" w14:textId="1AB7C309" w:rsidR="00BA33AB" w:rsidRPr="000767E2" w:rsidRDefault="00000000">
      <w:pPr>
        <w:rPr>
          <w:lang w:val="sv-SE"/>
        </w:rPr>
      </w:pPr>
      <w:r w:rsidRPr="000767E2">
        <w:rPr>
          <w:lang w:val="sv-SE"/>
        </w:rPr>
        <w:t>[[@</w:t>
      </w:r>
      <w:r w:rsidR="0096445B" w:rsidRPr="000767E2">
        <w:rPr>
          <w:lang w:val="sv-SE"/>
        </w:rPr>
        <w:t>BibleBIBEL82</w:t>
      </w:r>
      <w:r w:rsidRPr="000767E2">
        <w:rPr>
          <w:lang w:val="sv-SE"/>
        </w:rPr>
        <w:t>:John 18:33]]</w:t>
      </w:r>
      <w:r w:rsidRPr="000767E2">
        <w:rPr>
          <w:vertAlign w:val="superscript"/>
          <w:lang w:val="sv-SE"/>
        </w:rPr>
        <w:t>33</w:t>
      </w:r>
      <w:r w:rsidRPr="000767E2">
        <w:rPr>
          <w:lang w:val="sv-SE"/>
        </w:rPr>
        <w:t xml:space="preserve"> {{field-on:bible}}Då gick åter Pilatus in i pretoriet, och han ropade dit Jesus och sade till honom: ”Du är judarnas kung?”{{field-off:bible}} [[@</w:t>
      </w:r>
      <w:r w:rsidR="0096445B" w:rsidRPr="000767E2">
        <w:rPr>
          <w:lang w:val="sv-SE"/>
        </w:rPr>
        <w:t>BibleBIBEL82</w:t>
      </w:r>
      <w:r w:rsidRPr="000767E2">
        <w:rPr>
          <w:lang w:val="sv-SE"/>
        </w:rPr>
        <w:t>:John 18:34]]</w:t>
      </w:r>
      <w:r w:rsidRPr="000767E2">
        <w:rPr>
          <w:vertAlign w:val="superscript"/>
          <w:lang w:val="sv-SE"/>
        </w:rPr>
        <w:t>34</w:t>
      </w:r>
      <w:r w:rsidRPr="000767E2">
        <w:rPr>
          <w:lang w:val="sv-SE"/>
        </w:rPr>
        <w:t xml:space="preserve"> {{field-on:bible}}Jesus svarade: ”</w:t>
      </w:r>
      <w:r w:rsidRPr="000767E2">
        <w:rPr>
          <w:i/>
          <w:lang w:val="sv-SE"/>
        </w:rPr>
        <w:t>Är det</w:t>
      </w:r>
      <w:r w:rsidRPr="000767E2">
        <w:rPr>
          <w:lang w:val="sv-SE"/>
        </w:rPr>
        <w:t xml:space="preserve"> av dig själv du säger detta? Eller har andra sagt dig </w:t>
      </w:r>
      <w:r w:rsidRPr="000767E2">
        <w:rPr>
          <w:i/>
          <w:lang w:val="sv-SE"/>
        </w:rPr>
        <w:t>det</w:t>
      </w:r>
      <w:r w:rsidRPr="000767E2">
        <w:rPr>
          <w:lang w:val="sv-SE"/>
        </w:rPr>
        <w:t xml:space="preserve"> om mig?”{{field-off:bible}} [[@</w:t>
      </w:r>
      <w:r w:rsidR="0096445B" w:rsidRPr="000767E2">
        <w:rPr>
          <w:lang w:val="sv-SE"/>
        </w:rPr>
        <w:t>BibleBIBEL82</w:t>
      </w:r>
      <w:r w:rsidRPr="000767E2">
        <w:rPr>
          <w:lang w:val="sv-SE"/>
        </w:rPr>
        <w:t>:John 18:35]]</w:t>
      </w:r>
      <w:r w:rsidRPr="000767E2">
        <w:rPr>
          <w:vertAlign w:val="superscript"/>
          <w:lang w:val="sv-SE"/>
        </w:rPr>
        <w:t>35</w:t>
      </w:r>
      <w:r w:rsidRPr="000767E2">
        <w:rPr>
          <w:lang w:val="sv-SE"/>
        </w:rPr>
        <w:t xml:space="preserve"> {{field-on:bible}}Pilatus svarade: ”Inte är väl jag jude? Ditt folkslag och översteprästerna har överlämnat dig till mig. Vad har du gjort?”{{field-off:bible}}</w:t>
      </w:r>
    </w:p>
    <w:p w14:paraId="562B2D42" w14:textId="4D832138" w:rsidR="00BA33AB" w:rsidRPr="000767E2" w:rsidRDefault="00000000">
      <w:pPr>
        <w:rPr>
          <w:lang w:val="sv-SE"/>
        </w:rPr>
      </w:pPr>
      <w:r w:rsidRPr="000767E2">
        <w:rPr>
          <w:lang w:val="sv-SE"/>
        </w:rPr>
        <w:t>[[@</w:t>
      </w:r>
      <w:r w:rsidR="0096445B" w:rsidRPr="000767E2">
        <w:rPr>
          <w:lang w:val="sv-SE"/>
        </w:rPr>
        <w:t>BibleBIBEL82</w:t>
      </w:r>
      <w:r w:rsidRPr="000767E2">
        <w:rPr>
          <w:lang w:val="sv-SE"/>
        </w:rPr>
        <w:t>:John 18:36]]</w:t>
      </w:r>
      <w:r w:rsidRPr="000767E2">
        <w:rPr>
          <w:vertAlign w:val="superscript"/>
          <w:lang w:val="sv-SE"/>
        </w:rPr>
        <w:t>36</w:t>
      </w:r>
      <w:r w:rsidRPr="000767E2">
        <w:rPr>
          <w:lang w:val="sv-SE"/>
        </w:rPr>
        <w:t xml:space="preserve"> {{field-on:bible}}Jesus svarade: ”Mitt rike är inte av denna värld. Om det var av denna värld, mitt rike, hade mina undertjänare kämpat för att jag inte skulle utlämnas åt judarna. Men nu är mitt rike inte härifrån.”{{field-off:bible}} [[@</w:t>
      </w:r>
      <w:r w:rsidR="0096445B" w:rsidRPr="000767E2">
        <w:rPr>
          <w:lang w:val="sv-SE"/>
        </w:rPr>
        <w:t>BibleBIBEL82</w:t>
      </w:r>
      <w:r w:rsidRPr="000767E2">
        <w:rPr>
          <w:lang w:val="sv-SE"/>
        </w:rPr>
        <w:t>:John 18:37]]</w:t>
      </w:r>
      <w:r w:rsidRPr="000767E2">
        <w:rPr>
          <w:vertAlign w:val="superscript"/>
          <w:lang w:val="sv-SE"/>
        </w:rPr>
        <w:t>37</w:t>
      </w:r>
      <w:r w:rsidRPr="000767E2">
        <w:rPr>
          <w:lang w:val="sv-SE"/>
        </w:rPr>
        <w:t xml:space="preserve"> {{field-on:bible}}Då sade Pilatus till honom: ”Du är alltså kung?” Jesus svarade: ”Du säger att jag är kung. För detta är jag född och för detta har jag kommit till världen, för att vittna för sanningen. Var och en som är av sanningen lyssnar till min röst.”{{field-off:bible}} [[@</w:t>
      </w:r>
      <w:r w:rsidR="0096445B" w:rsidRPr="000767E2">
        <w:rPr>
          <w:lang w:val="sv-SE"/>
        </w:rPr>
        <w:t>BibleBIBEL82</w:t>
      </w:r>
      <w:r w:rsidRPr="000767E2">
        <w:rPr>
          <w:lang w:val="sv-SE"/>
        </w:rPr>
        <w:t>:John 18:38]]</w:t>
      </w:r>
      <w:r w:rsidRPr="000767E2">
        <w:rPr>
          <w:vertAlign w:val="superscript"/>
          <w:lang w:val="sv-SE"/>
        </w:rPr>
        <w:t>38</w:t>
      </w:r>
      <w:r w:rsidRPr="000767E2">
        <w:rPr>
          <w:lang w:val="sv-SE"/>
        </w:rPr>
        <w:t xml:space="preserve"> {{field-on:bible}}Pilatus säger till honom: ”Vad är sanning?”{{field-off:bible}}</w:t>
      </w:r>
    </w:p>
    <w:p w14:paraId="51743263" w14:textId="77777777" w:rsidR="00BA33AB" w:rsidRPr="000767E2" w:rsidRDefault="00000000">
      <w:pPr>
        <w:pStyle w:val="Rubrik3"/>
        <w:rPr>
          <w:lang w:val="sv-SE"/>
        </w:rPr>
      </w:pPr>
      <w:r w:rsidRPr="000767E2">
        <w:rPr>
          <w:lang w:val="sv-SE"/>
        </w:rPr>
        <w:t>Jesus döms till döden</w:t>
      </w:r>
    </w:p>
    <w:p w14:paraId="71BDF201" w14:textId="58A0080D" w:rsidR="00BA33AB" w:rsidRPr="000767E2" w:rsidRDefault="00000000">
      <w:pPr>
        <w:rPr>
          <w:lang w:val="sv-SE"/>
        </w:rPr>
      </w:pPr>
      <w:r w:rsidRPr="000767E2">
        <w:rPr>
          <w:lang w:val="sv-SE"/>
        </w:rPr>
        <w:t>{{field-on:bible}}Och sedan han sagt detta, gick han åter ut till judarna och säger till dem: ”Jag finner inte mot honom någon sak.{{field-off:bible}} [[@</w:t>
      </w:r>
      <w:r w:rsidR="0096445B" w:rsidRPr="000767E2">
        <w:rPr>
          <w:lang w:val="sv-SE"/>
        </w:rPr>
        <w:t>BibleBIBEL82</w:t>
      </w:r>
      <w:r w:rsidRPr="000767E2">
        <w:rPr>
          <w:lang w:val="sv-SE"/>
        </w:rPr>
        <w:t>:John 18:39]]</w:t>
      </w:r>
      <w:r w:rsidRPr="000767E2">
        <w:rPr>
          <w:vertAlign w:val="superscript"/>
          <w:lang w:val="sv-SE"/>
        </w:rPr>
        <w:t>39</w:t>
      </w:r>
      <w:r w:rsidRPr="000767E2">
        <w:rPr>
          <w:lang w:val="sv-SE"/>
        </w:rPr>
        <w:t xml:space="preserve"> {{field-on:bible}}Men det finns en sedvänja hos er, att jag friger en åt er vid påsken. Önskar ni då jag ska frige åt er judarnas kung?”{{field-off:bible}} [[@</w:t>
      </w:r>
      <w:r w:rsidR="0096445B" w:rsidRPr="000767E2">
        <w:rPr>
          <w:lang w:val="sv-SE"/>
        </w:rPr>
        <w:t>BibleBIBEL82</w:t>
      </w:r>
      <w:r w:rsidRPr="000767E2">
        <w:rPr>
          <w:lang w:val="sv-SE"/>
        </w:rPr>
        <w:t>:John 18:40]]</w:t>
      </w:r>
      <w:r w:rsidRPr="000767E2">
        <w:rPr>
          <w:vertAlign w:val="superscript"/>
          <w:lang w:val="sv-SE"/>
        </w:rPr>
        <w:t>40</w:t>
      </w:r>
      <w:r w:rsidRPr="000767E2">
        <w:rPr>
          <w:lang w:val="sv-SE"/>
        </w:rPr>
        <w:t xml:space="preserve"> {{field-on:bible}}Då vrålade de åter och sade: ”Inte den där! Utan Barabbas!” Men Barabbas var en rövare.{{field-off:bible}}</w:t>
      </w:r>
    </w:p>
    <w:p w14:paraId="1EF9FBBD" w14:textId="57E82C7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19]]Kapitel 19</w:t>
      </w:r>
    </w:p>
    <w:p w14:paraId="773B405F" w14:textId="25476C9C" w:rsidR="00BA33AB" w:rsidRPr="000767E2" w:rsidRDefault="00000000">
      <w:pPr>
        <w:rPr>
          <w:lang w:val="sv-SE"/>
        </w:rPr>
      </w:pPr>
      <w:r w:rsidRPr="000767E2">
        <w:rPr>
          <w:lang w:val="sv-SE"/>
        </w:rPr>
        <w:t>[[@</w:t>
      </w:r>
      <w:r w:rsidR="0096445B" w:rsidRPr="000767E2">
        <w:rPr>
          <w:lang w:val="sv-SE"/>
        </w:rPr>
        <w:t>BibleBIBEL82</w:t>
      </w:r>
      <w:r w:rsidRPr="000767E2">
        <w:rPr>
          <w:lang w:val="sv-SE"/>
        </w:rPr>
        <w:t>:John 19:1]]</w:t>
      </w:r>
      <w:r w:rsidRPr="000767E2">
        <w:rPr>
          <w:vertAlign w:val="superscript"/>
          <w:lang w:val="sv-SE"/>
        </w:rPr>
        <w:t>1</w:t>
      </w:r>
      <w:r w:rsidRPr="000767E2">
        <w:rPr>
          <w:lang w:val="sv-SE"/>
        </w:rPr>
        <w:t xml:space="preserve"> {{field-on:bible}}Då tog nu Pilatus Jesus och piskade.{{field-off:bible}} [[@</w:t>
      </w:r>
      <w:r w:rsidR="0096445B" w:rsidRPr="000767E2">
        <w:rPr>
          <w:lang w:val="sv-SE"/>
        </w:rPr>
        <w:t>BibleBIBEL82</w:t>
      </w:r>
      <w:r w:rsidRPr="000767E2">
        <w:rPr>
          <w:lang w:val="sv-SE"/>
        </w:rPr>
        <w:t>:John 19:2]]</w:t>
      </w:r>
      <w:r w:rsidRPr="000767E2">
        <w:rPr>
          <w:vertAlign w:val="superscript"/>
          <w:lang w:val="sv-SE"/>
        </w:rPr>
        <w:t>2</w:t>
      </w:r>
      <w:r w:rsidRPr="000767E2">
        <w:rPr>
          <w:lang w:val="sv-SE"/>
        </w:rPr>
        <w:t xml:space="preserve"> {{field-on:bible}}Och soldaterna flätade en krans av törnen och satte på hans huvud. Och i purpurmantel klädde de honom,{{field-off:bible}} </w:t>
      </w:r>
      <w:r w:rsidRPr="000767E2">
        <w:rPr>
          <w:lang w:val="sv-SE"/>
        </w:rPr>
        <w:lastRenderedPageBreak/>
        <w:t>[[@</w:t>
      </w:r>
      <w:r w:rsidR="0096445B" w:rsidRPr="000767E2">
        <w:rPr>
          <w:lang w:val="sv-SE"/>
        </w:rPr>
        <w:t>BibleBIBEL82</w:t>
      </w:r>
      <w:r w:rsidRPr="000767E2">
        <w:rPr>
          <w:lang w:val="sv-SE"/>
        </w:rPr>
        <w:t>:John 19:3]]</w:t>
      </w:r>
      <w:r w:rsidRPr="000767E2">
        <w:rPr>
          <w:vertAlign w:val="superscript"/>
          <w:lang w:val="sv-SE"/>
        </w:rPr>
        <w:t>3</w:t>
      </w:r>
      <w:r w:rsidRPr="000767E2">
        <w:rPr>
          <w:lang w:val="sv-SE"/>
        </w:rPr>
        <w:t xml:space="preserve"> {{field-on:bible}}och de kom till honom och sade: ”Gläd dig, judarnas kung!” och gav honom örfilar.{{field-off:bible}}</w:t>
      </w:r>
    </w:p>
    <w:p w14:paraId="37217DFD" w14:textId="2823A36D" w:rsidR="00BA33AB" w:rsidRPr="000767E2" w:rsidRDefault="00000000">
      <w:pPr>
        <w:rPr>
          <w:lang w:val="sv-SE"/>
        </w:rPr>
      </w:pPr>
      <w:r w:rsidRPr="000767E2">
        <w:rPr>
          <w:lang w:val="sv-SE"/>
        </w:rPr>
        <w:t>[[@</w:t>
      </w:r>
      <w:r w:rsidR="0096445B" w:rsidRPr="000767E2">
        <w:rPr>
          <w:lang w:val="sv-SE"/>
        </w:rPr>
        <w:t>BibleBIBEL82</w:t>
      </w:r>
      <w:r w:rsidRPr="000767E2">
        <w:rPr>
          <w:lang w:val="sv-SE"/>
        </w:rPr>
        <w:t>:John 19:4]]</w:t>
      </w:r>
      <w:r w:rsidRPr="000767E2">
        <w:rPr>
          <w:vertAlign w:val="superscript"/>
          <w:lang w:val="sv-SE"/>
        </w:rPr>
        <w:t>4</w:t>
      </w:r>
      <w:r w:rsidRPr="000767E2">
        <w:rPr>
          <w:lang w:val="sv-SE"/>
        </w:rPr>
        <w:t xml:space="preserve"> {{field-on:bible}}Och ut kom åter Pilatus utanför och säger till dem: ”Se: jag för honom till er utanför, så att ni förstår att jag ingen sak finner mot honom.”{{field-off:bible}} [[@</w:t>
      </w:r>
      <w:r w:rsidR="0096445B" w:rsidRPr="000767E2">
        <w:rPr>
          <w:lang w:val="sv-SE"/>
        </w:rPr>
        <w:t>BibleBIBEL82</w:t>
      </w:r>
      <w:r w:rsidRPr="000767E2">
        <w:rPr>
          <w:lang w:val="sv-SE"/>
        </w:rPr>
        <w:t>:John 19:5]]</w:t>
      </w:r>
      <w:r w:rsidRPr="000767E2">
        <w:rPr>
          <w:vertAlign w:val="superscript"/>
          <w:lang w:val="sv-SE"/>
        </w:rPr>
        <w:t>5</w:t>
      </w:r>
      <w:r w:rsidRPr="000767E2">
        <w:rPr>
          <w:lang w:val="sv-SE"/>
        </w:rPr>
        <w:t xml:space="preserve"> {{field-on:bible}}Då kom Jesus ut utanför, bärande törnekransen och purpurmanteln. Och han säger till dem: ”Se människan!”{{field-off:bible}}</w:t>
      </w:r>
    </w:p>
    <w:p w14:paraId="1AEB27F5" w14:textId="1D30C709" w:rsidR="00BA33AB" w:rsidRPr="000767E2" w:rsidRDefault="00000000">
      <w:pPr>
        <w:rPr>
          <w:lang w:val="sv-SE"/>
        </w:rPr>
      </w:pPr>
      <w:r w:rsidRPr="000767E2">
        <w:rPr>
          <w:lang w:val="sv-SE"/>
        </w:rPr>
        <w:t>[[@</w:t>
      </w:r>
      <w:r w:rsidR="0096445B" w:rsidRPr="000767E2">
        <w:rPr>
          <w:lang w:val="sv-SE"/>
        </w:rPr>
        <w:t>BibleBIBEL82</w:t>
      </w:r>
      <w:r w:rsidRPr="000767E2">
        <w:rPr>
          <w:lang w:val="sv-SE"/>
        </w:rPr>
        <w:t>:John 19:6]]</w:t>
      </w:r>
      <w:r w:rsidRPr="000767E2">
        <w:rPr>
          <w:vertAlign w:val="superscript"/>
          <w:lang w:val="sv-SE"/>
        </w:rPr>
        <w:t>6</w:t>
      </w:r>
      <w:r w:rsidRPr="000767E2">
        <w:rPr>
          <w:lang w:val="sv-SE"/>
        </w:rPr>
        <w:t xml:space="preserve"> {{field-on:bible}}När de nu såg honom, översteprästerna och undertjänarna, vrålade de och sade: ”Korsfäst! Korsfäst!” Pilatus säger till dem: ”Ta honom ni och korsfäst! För jag finner inte mot honom </w:t>
      </w:r>
      <w:r w:rsidRPr="000767E2">
        <w:rPr>
          <w:i/>
          <w:lang w:val="sv-SE"/>
        </w:rPr>
        <w:t>någon</w:t>
      </w:r>
      <w:r w:rsidRPr="000767E2">
        <w:rPr>
          <w:lang w:val="sv-SE"/>
        </w:rPr>
        <w:t xml:space="preserve"> sak.”{{field-off:bible}} [[@</w:t>
      </w:r>
      <w:r w:rsidR="0096445B" w:rsidRPr="000767E2">
        <w:rPr>
          <w:lang w:val="sv-SE"/>
        </w:rPr>
        <w:t>BibleBIBEL82</w:t>
      </w:r>
      <w:r w:rsidRPr="000767E2">
        <w:rPr>
          <w:lang w:val="sv-SE"/>
        </w:rPr>
        <w:t>:John 19:7]]</w:t>
      </w:r>
      <w:r w:rsidRPr="000767E2">
        <w:rPr>
          <w:vertAlign w:val="superscript"/>
          <w:lang w:val="sv-SE"/>
        </w:rPr>
        <w:t>7</w:t>
      </w:r>
      <w:r w:rsidRPr="000767E2">
        <w:rPr>
          <w:lang w:val="sv-SE"/>
        </w:rPr>
        <w:t xml:space="preserve"> {{field-on:bible}}Då svarade honom judarna: ”Vi har en lag, och enligt lagen är han skyldig att dö. För han har gjort sig själv till Guds Son.”{{field-off:bible}}</w:t>
      </w:r>
    </w:p>
    <w:p w14:paraId="4A689BB3" w14:textId="0EB6CDEB" w:rsidR="00BA33AB" w:rsidRPr="000767E2" w:rsidRDefault="00000000">
      <w:pPr>
        <w:rPr>
          <w:lang w:val="sv-SE"/>
        </w:rPr>
      </w:pPr>
      <w:r w:rsidRPr="000767E2">
        <w:rPr>
          <w:lang w:val="sv-SE"/>
        </w:rPr>
        <w:t>[[@</w:t>
      </w:r>
      <w:r w:rsidR="0096445B" w:rsidRPr="000767E2">
        <w:rPr>
          <w:lang w:val="sv-SE"/>
        </w:rPr>
        <w:t>BibleBIBEL82</w:t>
      </w:r>
      <w:r w:rsidRPr="000767E2">
        <w:rPr>
          <w:lang w:val="sv-SE"/>
        </w:rPr>
        <w:t>:John 19:8]]</w:t>
      </w:r>
      <w:r w:rsidRPr="000767E2">
        <w:rPr>
          <w:vertAlign w:val="superscript"/>
          <w:lang w:val="sv-SE"/>
        </w:rPr>
        <w:t>8</w:t>
      </w:r>
      <w:r w:rsidRPr="000767E2">
        <w:rPr>
          <w:lang w:val="sv-SE"/>
        </w:rPr>
        <w:t xml:space="preserve"> {{field-on:bible}}När nu Pilatus hörde detta ord, fruktade han </w:t>
      </w:r>
      <w:r w:rsidRPr="000767E2">
        <w:rPr>
          <w:i/>
          <w:lang w:val="sv-SE"/>
        </w:rPr>
        <w:t>desto</w:t>
      </w:r>
      <w:r w:rsidRPr="000767E2">
        <w:rPr>
          <w:lang w:val="sv-SE"/>
        </w:rPr>
        <w:t xml:space="preserve"> mer.{{field-off:bible}} [[@</w:t>
      </w:r>
      <w:r w:rsidR="0096445B" w:rsidRPr="000767E2">
        <w:rPr>
          <w:lang w:val="sv-SE"/>
        </w:rPr>
        <w:t>BibleBIBEL82</w:t>
      </w:r>
      <w:r w:rsidRPr="000767E2">
        <w:rPr>
          <w:lang w:val="sv-SE"/>
        </w:rPr>
        <w:t>:John 19:9]]</w:t>
      </w:r>
      <w:r w:rsidRPr="000767E2">
        <w:rPr>
          <w:vertAlign w:val="superscript"/>
          <w:lang w:val="sv-SE"/>
        </w:rPr>
        <w:t>9</w:t>
      </w:r>
      <w:r w:rsidRPr="000767E2">
        <w:rPr>
          <w:lang w:val="sv-SE"/>
        </w:rPr>
        <w:t xml:space="preserve"> {{field-on:bible}}Och han gick in i pretoriet igen, och säger till Jesus: ”Varifrån är du?” Men Jesus gav honom inget svar.{{field-off:bible}} [[@</w:t>
      </w:r>
      <w:r w:rsidR="0096445B" w:rsidRPr="000767E2">
        <w:rPr>
          <w:lang w:val="sv-SE"/>
        </w:rPr>
        <w:t>BibleBIBEL82</w:t>
      </w:r>
      <w:r w:rsidRPr="000767E2">
        <w:rPr>
          <w:lang w:val="sv-SE"/>
        </w:rPr>
        <w:t>:John 19:10]]</w:t>
      </w:r>
      <w:r w:rsidRPr="000767E2">
        <w:rPr>
          <w:vertAlign w:val="superscript"/>
          <w:lang w:val="sv-SE"/>
        </w:rPr>
        <w:t>10</w:t>
      </w:r>
      <w:r w:rsidRPr="000767E2">
        <w:rPr>
          <w:lang w:val="sv-SE"/>
        </w:rPr>
        <w:t xml:space="preserve"> {{field-on:bible}}Då säger Pilatus till honom: ”Talar du inte med mig? Vet du inte att jag har auktoritet att frige dig, och har auktoritet att korsfästa dig?”{{field-off:bible}} [[@</w:t>
      </w:r>
      <w:r w:rsidR="0096445B" w:rsidRPr="000767E2">
        <w:rPr>
          <w:lang w:val="sv-SE"/>
        </w:rPr>
        <w:t>BibleBIBEL82</w:t>
      </w:r>
      <w:r w:rsidRPr="000767E2">
        <w:rPr>
          <w:lang w:val="sv-SE"/>
        </w:rPr>
        <w:t>:John 19:11]]</w:t>
      </w:r>
      <w:r w:rsidRPr="000767E2">
        <w:rPr>
          <w:vertAlign w:val="superscript"/>
          <w:lang w:val="sv-SE"/>
        </w:rPr>
        <w:t>11</w:t>
      </w:r>
      <w:r w:rsidRPr="000767E2">
        <w:rPr>
          <w:lang w:val="sv-SE"/>
        </w:rPr>
        <w:t xml:space="preserve"> {{field-on:bible}}Jesus svarade [honom]: ”Du hade ingen auktoritet mot mig om inte den var dig given från ovan. Därför har den som har utlämnat mig åt dig större synd.”{{field-off:bible}} [[@</w:t>
      </w:r>
      <w:r w:rsidR="0096445B" w:rsidRPr="000767E2">
        <w:rPr>
          <w:lang w:val="sv-SE"/>
        </w:rPr>
        <w:t>BibleBIBEL82</w:t>
      </w:r>
      <w:r w:rsidRPr="000767E2">
        <w:rPr>
          <w:lang w:val="sv-SE"/>
        </w:rPr>
        <w:t>:John 19:12]]</w:t>
      </w:r>
      <w:r w:rsidRPr="000767E2">
        <w:rPr>
          <w:vertAlign w:val="superscript"/>
          <w:lang w:val="sv-SE"/>
        </w:rPr>
        <w:t>12</w:t>
      </w:r>
      <w:r w:rsidRPr="000767E2">
        <w:rPr>
          <w:lang w:val="sv-SE"/>
        </w:rPr>
        <w:t xml:space="preserve"> {{field-on:bible}}Efter detta sökte Pilatus frige honom. Men judarna vrålade och sade: ”Om du friger den där, är du inte kejsarens vän! Var och en som gör sig själv till kung säger emot kejsaren.”{{field-off:bible}}</w:t>
      </w:r>
    </w:p>
    <w:p w14:paraId="2A29F69F" w14:textId="7698459B" w:rsidR="00BA33AB" w:rsidRPr="000767E2" w:rsidRDefault="00000000">
      <w:pPr>
        <w:rPr>
          <w:lang w:val="sv-SE"/>
        </w:rPr>
      </w:pPr>
      <w:r w:rsidRPr="000767E2">
        <w:rPr>
          <w:lang w:val="sv-SE"/>
        </w:rPr>
        <w:t>[[@</w:t>
      </w:r>
      <w:r w:rsidR="0096445B" w:rsidRPr="000767E2">
        <w:rPr>
          <w:lang w:val="sv-SE"/>
        </w:rPr>
        <w:t>BibleBIBEL82</w:t>
      </w:r>
      <w:r w:rsidRPr="000767E2">
        <w:rPr>
          <w:lang w:val="sv-SE"/>
        </w:rPr>
        <w:t>:John 19:13]]</w:t>
      </w:r>
      <w:r w:rsidRPr="000767E2">
        <w:rPr>
          <w:vertAlign w:val="superscript"/>
          <w:lang w:val="sv-SE"/>
        </w:rPr>
        <w:t>13</w:t>
      </w:r>
      <w:r w:rsidRPr="000767E2">
        <w:rPr>
          <w:lang w:val="sv-SE"/>
        </w:rPr>
        <w:t xml:space="preserve"> {{field-on:bible}}När Pilatus nu hörde dessa ord, förde han ut Jesus och satte sig på ett domarsäte vid en plats som kallas Stenläggningen, och på hebreiska Gabbatha.{{field-off:bible}} [[@</w:t>
      </w:r>
      <w:r w:rsidR="0096445B" w:rsidRPr="000767E2">
        <w:rPr>
          <w:lang w:val="sv-SE"/>
        </w:rPr>
        <w:t>BibleBIBEL82</w:t>
      </w:r>
      <w:r w:rsidRPr="000767E2">
        <w:rPr>
          <w:lang w:val="sv-SE"/>
        </w:rPr>
        <w:t>:John 19:14]]</w:t>
      </w:r>
      <w:r w:rsidRPr="000767E2">
        <w:rPr>
          <w:vertAlign w:val="superscript"/>
          <w:lang w:val="sv-SE"/>
        </w:rPr>
        <w:t>14</w:t>
      </w:r>
      <w:r w:rsidRPr="000767E2">
        <w:rPr>
          <w:lang w:val="sv-SE"/>
        </w:rPr>
        <w:t xml:space="preserve"> {{field-on:bible}}Och det var förberedelsedag inför påsken. Timmen var ungefär sjätte. Och han säger till judarna: ”Se: er kung!”{{field-off:bible}} [[@</w:t>
      </w:r>
      <w:r w:rsidR="0096445B" w:rsidRPr="000767E2">
        <w:rPr>
          <w:lang w:val="sv-SE"/>
        </w:rPr>
        <w:t>BibleBIBEL82</w:t>
      </w:r>
      <w:r w:rsidRPr="000767E2">
        <w:rPr>
          <w:lang w:val="sv-SE"/>
        </w:rPr>
        <w:t>:John 19:15]]</w:t>
      </w:r>
      <w:r w:rsidRPr="000767E2">
        <w:rPr>
          <w:vertAlign w:val="superscript"/>
          <w:lang w:val="sv-SE"/>
        </w:rPr>
        <w:t>15</w:t>
      </w:r>
      <w:r w:rsidRPr="000767E2">
        <w:rPr>
          <w:lang w:val="sv-SE"/>
        </w:rPr>
        <w:t xml:space="preserve"> {{field-on:bible}}Då vrålade dessa: ”Ta bort! Ta bort! Korsfäst honom!” Pilatus säger till dem: ”Ska jag korsfästa er kung?” Översteprästerna svarade: ”Vi har ingen kung utom kejsaren.”{{field-off:bible}} [[@</w:t>
      </w:r>
      <w:r w:rsidR="0096445B" w:rsidRPr="000767E2">
        <w:rPr>
          <w:lang w:val="sv-SE"/>
        </w:rPr>
        <w:t>BibleBIBEL82</w:t>
      </w:r>
      <w:r w:rsidRPr="000767E2">
        <w:rPr>
          <w:lang w:val="sv-SE"/>
        </w:rPr>
        <w:t>:John 19:16]]</w:t>
      </w:r>
      <w:r w:rsidRPr="000767E2">
        <w:rPr>
          <w:vertAlign w:val="superscript"/>
          <w:lang w:val="sv-SE"/>
        </w:rPr>
        <w:t>16</w:t>
      </w:r>
      <w:r w:rsidRPr="000767E2">
        <w:rPr>
          <w:lang w:val="sv-SE"/>
        </w:rPr>
        <w:t xml:space="preserve"> {{field-on:bible}}Då utlämnade han nu honom åt dem för att korsfästas.{{field-off:bible}}</w:t>
      </w:r>
    </w:p>
    <w:p w14:paraId="26E70E60" w14:textId="77777777" w:rsidR="00BA33AB" w:rsidRPr="000767E2" w:rsidRDefault="00000000">
      <w:pPr>
        <w:pStyle w:val="Rubrik3"/>
        <w:rPr>
          <w:lang w:val="sv-SE"/>
        </w:rPr>
      </w:pPr>
      <w:r w:rsidRPr="000767E2">
        <w:rPr>
          <w:lang w:val="sv-SE"/>
        </w:rPr>
        <w:t>Jesus blir korsfäst</w:t>
      </w:r>
    </w:p>
    <w:p w14:paraId="091F3FD6" w14:textId="5D5849B4" w:rsidR="00BA33AB" w:rsidRPr="000767E2" w:rsidRDefault="00000000">
      <w:pPr>
        <w:rPr>
          <w:lang w:val="sv-SE"/>
        </w:rPr>
      </w:pPr>
      <w:r w:rsidRPr="000767E2">
        <w:rPr>
          <w:lang w:val="sv-SE"/>
        </w:rPr>
        <w:t>{{field-on:bible}}De tog nu med Jesus,{{field-off:bible}} [[@</w:t>
      </w:r>
      <w:r w:rsidR="0096445B" w:rsidRPr="000767E2">
        <w:rPr>
          <w:lang w:val="sv-SE"/>
        </w:rPr>
        <w:t>BibleBIBEL82</w:t>
      </w:r>
      <w:r w:rsidRPr="000767E2">
        <w:rPr>
          <w:lang w:val="sv-SE"/>
        </w:rPr>
        <w:t>:John 19:17]]</w:t>
      </w:r>
      <w:r w:rsidRPr="000767E2">
        <w:rPr>
          <w:vertAlign w:val="superscript"/>
          <w:lang w:val="sv-SE"/>
        </w:rPr>
        <w:t>17</w:t>
      </w:r>
      <w:r w:rsidRPr="000767E2">
        <w:rPr>
          <w:lang w:val="sv-SE"/>
        </w:rPr>
        <w:t xml:space="preserve"> {{field-on:bible}}och bärande korset åt sig själv kom han ut till den </w:t>
      </w:r>
      <w:r w:rsidRPr="000767E2">
        <w:rPr>
          <w:i/>
          <w:lang w:val="sv-SE"/>
        </w:rPr>
        <w:t>så</w:t>
      </w:r>
      <w:r w:rsidRPr="000767E2">
        <w:rPr>
          <w:lang w:val="sv-SE"/>
        </w:rPr>
        <w:t xml:space="preserve"> kallade Kranieplatsen, som kallas på hebreiska Golgotha.{{field-off:bible}} [[@</w:t>
      </w:r>
      <w:r w:rsidR="0096445B" w:rsidRPr="000767E2">
        <w:rPr>
          <w:lang w:val="sv-SE"/>
        </w:rPr>
        <w:t>BibleBIBEL82</w:t>
      </w:r>
      <w:r w:rsidRPr="000767E2">
        <w:rPr>
          <w:lang w:val="sv-SE"/>
        </w:rPr>
        <w:t>:John 19:18]]</w:t>
      </w:r>
      <w:r w:rsidRPr="000767E2">
        <w:rPr>
          <w:vertAlign w:val="superscript"/>
          <w:lang w:val="sv-SE"/>
        </w:rPr>
        <w:t>18</w:t>
      </w:r>
      <w:r w:rsidRPr="000767E2">
        <w:rPr>
          <w:lang w:val="sv-SE"/>
        </w:rPr>
        <w:t xml:space="preserve"> {{field-on:bible}}Där korsfäste de honom. Och med honom två andra, härifrån och härifrån, och i mitten Jesus.{{field-off:bible}}</w:t>
      </w:r>
    </w:p>
    <w:p w14:paraId="0EE0A8BF" w14:textId="2158BFA7"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:John 19:19]]</w:t>
      </w:r>
      <w:r w:rsidRPr="000767E2">
        <w:rPr>
          <w:vertAlign w:val="superscript"/>
          <w:lang w:val="sv-SE"/>
        </w:rPr>
        <w:t>19</w:t>
      </w:r>
      <w:r w:rsidRPr="000767E2">
        <w:rPr>
          <w:lang w:val="sv-SE"/>
        </w:rPr>
        <w:t xml:space="preserve"> {{field-on:bible}}Och Pilatus skrev också ett anslag och satte på korset, och det var skrivet: ”Jesus nazorén, judarnas kung.”{{field-off:bible}} [[@</w:t>
      </w:r>
      <w:r w:rsidR="0096445B" w:rsidRPr="000767E2">
        <w:rPr>
          <w:lang w:val="sv-SE"/>
        </w:rPr>
        <w:t>BibleBIBEL82</w:t>
      </w:r>
      <w:r w:rsidRPr="000767E2">
        <w:rPr>
          <w:lang w:val="sv-SE"/>
        </w:rPr>
        <w:t>:John 19:20]]</w:t>
      </w:r>
      <w:r w:rsidRPr="000767E2">
        <w:rPr>
          <w:vertAlign w:val="superscript"/>
          <w:lang w:val="sv-SE"/>
        </w:rPr>
        <w:t>20</w:t>
      </w:r>
      <w:r w:rsidRPr="000767E2">
        <w:rPr>
          <w:lang w:val="sv-SE"/>
        </w:rPr>
        <w:t xml:space="preserve"> {{field-on:bible}}Detta anslag läste nu många av judarna, eftersom platsen var nära staden där Jesus blev korsfäst och det var skrivet på hebreiska, på latin, på grekiska.{{field-off:bible}} [[@</w:t>
      </w:r>
      <w:r w:rsidR="0096445B" w:rsidRPr="000767E2">
        <w:rPr>
          <w:lang w:val="sv-SE"/>
        </w:rPr>
        <w:t>BibleBIBEL82</w:t>
      </w:r>
      <w:r w:rsidRPr="000767E2">
        <w:rPr>
          <w:lang w:val="sv-SE"/>
        </w:rPr>
        <w:t>:John 19:21]]</w:t>
      </w:r>
      <w:r w:rsidRPr="000767E2">
        <w:rPr>
          <w:vertAlign w:val="superscript"/>
          <w:lang w:val="sv-SE"/>
        </w:rPr>
        <w:t>21</w:t>
      </w:r>
      <w:r w:rsidRPr="000767E2">
        <w:rPr>
          <w:lang w:val="sv-SE"/>
        </w:rPr>
        <w:t xml:space="preserve"> {{field-on:bible}}Till Pilatus sade då judarnas överstepräster: ”Skriv inte: Judarnas kung, utan att: Denne sade: Jag är judarnas kung.”{{field-off:bible}} [[@</w:t>
      </w:r>
      <w:r w:rsidR="0096445B" w:rsidRPr="000767E2">
        <w:rPr>
          <w:lang w:val="sv-SE"/>
        </w:rPr>
        <w:t>BibleBIBEL82</w:t>
      </w:r>
      <w:r w:rsidRPr="000767E2">
        <w:rPr>
          <w:lang w:val="sv-SE"/>
        </w:rPr>
        <w:t>:John 19:22]]</w:t>
      </w:r>
      <w:r w:rsidRPr="000767E2">
        <w:rPr>
          <w:vertAlign w:val="superscript"/>
          <w:lang w:val="sv-SE"/>
        </w:rPr>
        <w:t>22</w:t>
      </w:r>
      <w:r w:rsidRPr="000767E2">
        <w:rPr>
          <w:lang w:val="sv-SE"/>
        </w:rPr>
        <w:t xml:space="preserve"> {{field-on:bible}}Pilatus svarade: ”Det jag skrivit, har jag skrivit.”{{field-off:bible}}</w:t>
      </w:r>
    </w:p>
    <w:p w14:paraId="5BB65D1C" w14:textId="7902C7F5" w:rsidR="00BA33AB" w:rsidRPr="000767E2" w:rsidRDefault="00000000">
      <w:pPr>
        <w:rPr>
          <w:lang w:val="sv-SE"/>
        </w:rPr>
      </w:pPr>
      <w:r w:rsidRPr="000767E2">
        <w:rPr>
          <w:lang w:val="sv-SE"/>
        </w:rPr>
        <w:t>[[@</w:t>
      </w:r>
      <w:r w:rsidR="0096445B" w:rsidRPr="000767E2">
        <w:rPr>
          <w:lang w:val="sv-SE"/>
        </w:rPr>
        <w:t>BibleBIBEL82</w:t>
      </w:r>
      <w:r w:rsidRPr="000767E2">
        <w:rPr>
          <w:lang w:val="sv-SE"/>
        </w:rPr>
        <w:t>:John 19:23]]</w:t>
      </w:r>
      <w:r w:rsidRPr="000767E2">
        <w:rPr>
          <w:vertAlign w:val="superscript"/>
          <w:lang w:val="sv-SE"/>
        </w:rPr>
        <w:t>23</w:t>
      </w:r>
      <w:r w:rsidRPr="000767E2">
        <w:rPr>
          <w:lang w:val="sv-SE"/>
        </w:rPr>
        <w:t xml:space="preserve"> {{field-on:bible}}Soldaterna, när de nu hade korsfäst Jesus, tog hans kläder och gjorde fyra delar, åt varje soldat en del, samt tunikan. Men tunikan var sömlös, vävd från ovan genom hela.{{field-off:bible}} [[@</w:t>
      </w:r>
      <w:r w:rsidR="0096445B" w:rsidRPr="000767E2">
        <w:rPr>
          <w:lang w:val="sv-SE"/>
        </w:rPr>
        <w:t>BibleBIBEL82</w:t>
      </w:r>
      <w:r w:rsidRPr="000767E2">
        <w:rPr>
          <w:lang w:val="sv-SE"/>
        </w:rPr>
        <w:t>:John 19:24]]</w:t>
      </w:r>
      <w:r w:rsidRPr="000767E2">
        <w:rPr>
          <w:vertAlign w:val="superscript"/>
          <w:lang w:val="sv-SE"/>
        </w:rPr>
        <w:t>24</w:t>
      </w:r>
      <w:r w:rsidRPr="000767E2">
        <w:rPr>
          <w:lang w:val="sv-SE"/>
        </w:rPr>
        <w:t xml:space="preserve"> {{field-on:bible}}De sade då till varandra: ”Låt oss inte riva den. Nej, låt oss kasta lott om dem, vems den ska bli.” </w:t>
      </w:r>
      <w:r w:rsidRPr="000767E2">
        <w:rPr>
          <w:i/>
          <w:lang w:val="sv-SE"/>
        </w:rPr>
        <w:t>Det var</w:t>
      </w:r>
      <w:r w:rsidRPr="000767E2">
        <w:rPr>
          <w:lang w:val="sv-SE"/>
        </w:rPr>
        <w:t xml:space="preserve"> för att Skriften skulle uppfyllas [som säger]: De delade upp mina kläder åt sig själva, och om min klädnad kastade de lott. Soldaterna gjorde nu detta.{{field-off:bible}}</w:t>
      </w:r>
    </w:p>
    <w:p w14:paraId="7E1EDE13" w14:textId="56903A20" w:rsidR="00BA33AB" w:rsidRPr="000767E2" w:rsidRDefault="00000000">
      <w:pPr>
        <w:rPr>
          <w:lang w:val="sv-SE"/>
        </w:rPr>
      </w:pPr>
      <w:r w:rsidRPr="000767E2">
        <w:rPr>
          <w:lang w:val="sv-SE"/>
        </w:rPr>
        <w:t>[[@</w:t>
      </w:r>
      <w:r w:rsidR="0096445B" w:rsidRPr="000767E2">
        <w:rPr>
          <w:lang w:val="sv-SE"/>
        </w:rPr>
        <w:t>BibleBIBEL82</w:t>
      </w:r>
      <w:r w:rsidRPr="000767E2">
        <w:rPr>
          <w:lang w:val="sv-SE"/>
        </w:rPr>
        <w:t>:John 19:25]]</w:t>
      </w:r>
      <w:r w:rsidRPr="000767E2">
        <w:rPr>
          <w:vertAlign w:val="superscript"/>
          <w:lang w:val="sv-SE"/>
        </w:rPr>
        <w:t>25</w:t>
      </w:r>
      <w:r w:rsidRPr="000767E2">
        <w:rPr>
          <w:lang w:val="sv-SE"/>
        </w:rPr>
        <w:t xml:space="preserve"> {{field-on:bible}}Men </w:t>
      </w:r>
      <w:r w:rsidRPr="000767E2">
        <w:rPr>
          <w:i/>
          <w:lang w:val="sv-SE"/>
        </w:rPr>
        <w:t>där</w:t>
      </w:r>
      <w:r w:rsidRPr="000767E2">
        <w:rPr>
          <w:lang w:val="sv-SE"/>
        </w:rPr>
        <w:t xml:space="preserve"> stod vid Jesu kors hans mor och systern till hans mor, Maria Klopas </w:t>
      </w:r>
      <w:r w:rsidRPr="000767E2">
        <w:rPr>
          <w:i/>
          <w:lang w:val="sv-SE"/>
        </w:rPr>
        <w:t>hustru</w:t>
      </w:r>
      <w:r w:rsidRPr="000767E2">
        <w:rPr>
          <w:lang w:val="sv-SE"/>
        </w:rPr>
        <w:t xml:space="preserve"> och Maria Magdalén.{{field-off:bible}} [[@</w:t>
      </w:r>
      <w:r w:rsidR="0096445B" w:rsidRPr="000767E2">
        <w:rPr>
          <w:lang w:val="sv-SE"/>
        </w:rPr>
        <w:t>BibleBIBEL82</w:t>
      </w:r>
      <w:r w:rsidRPr="000767E2">
        <w:rPr>
          <w:lang w:val="sv-SE"/>
        </w:rPr>
        <w:t>:John 19:26]]</w:t>
      </w:r>
      <w:r w:rsidRPr="000767E2">
        <w:rPr>
          <w:vertAlign w:val="superscript"/>
          <w:lang w:val="sv-SE"/>
        </w:rPr>
        <w:t>26</w:t>
      </w:r>
      <w:r w:rsidRPr="000767E2">
        <w:rPr>
          <w:lang w:val="sv-SE"/>
        </w:rPr>
        <w:t xml:space="preserve"> {{field-on:bible}}Jesus såg nu modern och lärjungen stå där, den han älskade, och han säger till modern: ”Kvinna, se: din son.”{{field-off:bible}} [[@</w:t>
      </w:r>
      <w:r w:rsidR="0096445B" w:rsidRPr="000767E2">
        <w:rPr>
          <w:lang w:val="sv-SE"/>
        </w:rPr>
        <w:t>BibleBIBEL82</w:t>
      </w:r>
      <w:r w:rsidRPr="000767E2">
        <w:rPr>
          <w:lang w:val="sv-SE"/>
        </w:rPr>
        <w:t>:John 19:27]]</w:t>
      </w:r>
      <w:r w:rsidRPr="000767E2">
        <w:rPr>
          <w:vertAlign w:val="superscript"/>
          <w:lang w:val="sv-SE"/>
        </w:rPr>
        <w:t>27</w:t>
      </w:r>
      <w:r w:rsidRPr="000767E2">
        <w:rPr>
          <w:lang w:val="sv-SE"/>
        </w:rPr>
        <w:t xml:space="preserve"> {{field-on:bible}}Sedan säger han till lärjungen: ”Se: din mor.” Och från den stunden tog lärjungen henne till det egna.{{field-off:bible}}</w:t>
      </w:r>
    </w:p>
    <w:p w14:paraId="013A761E" w14:textId="77777777" w:rsidR="00BA33AB" w:rsidRPr="000767E2" w:rsidRDefault="00000000">
      <w:pPr>
        <w:pStyle w:val="Rubrik3"/>
        <w:rPr>
          <w:lang w:val="sv-SE"/>
        </w:rPr>
      </w:pPr>
      <w:r w:rsidRPr="000767E2">
        <w:rPr>
          <w:lang w:val="sv-SE"/>
        </w:rPr>
        <w:t>Jesus dör</w:t>
      </w:r>
    </w:p>
    <w:p w14:paraId="3AD21013" w14:textId="2BE046D6" w:rsidR="00BA33AB" w:rsidRPr="000767E2" w:rsidRDefault="00000000">
      <w:pPr>
        <w:rPr>
          <w:lang w:val="sv-SE"/>
        </w:rPr>
      </w:pPr>
      <w:r w:rsidRPr="000767E2">
        <w:rPr>
          <w:lang w:val="sv-SE"/>
        </w:rPr>
        <w:t>[[@</w:t>
      </w:r>
      <w:r w:rsidR="0096445B" w:rsidRPr="000767E2">
        <w:rPr>
          <w:lang w:val="sv-SE"/>
        </w:rPr>
        <w:t>BibleBIBEL82</w:t>
      </w:r>
      <w:r w:rsidRPr="000767E2">
        <w:rPr>
          <w:lang w:val="sv-SE"/>
        </w:rPr>
        <w:t>:John 19:28]]</w:t>
      </w:r>
      <w:r w:rsidRPr="000767E2">
        <w:rPr>
          <w:vertAlign w:val="superscript"/>
          <w:lang w:val="sv-SE"/>
        </w:rPr>
        <w:t>28</w:t>
      </w:r>
      <w:r w:rsidRPr="000767E2">
        <w:rPr>
          <w:lang w:val="sv-SE"/>
        </w:rPr>
        <w:t xml:space="preserve"> {{field-on:bible}}Efter detta visste Jesus att allt redan var fullbordat, och för att Skriften skulle fullkomnas säger han: ”Jag törstar.”{{field-off:bible}} [[@</w:t>
      </w:r>
      <w:r w:rsidR="0096445B" w:rsidRPr="000767E2">
        <w:rPr>
          <w:lang w:val="sv-SE"/>
        </w:rPr>
        <w:t>BibleBIBEL82</w:t>
      </w:r>
      <w:r w:rsidRPr="000767E2">
        <w:rPr>
          <w:lang w:val="sv-SE"/>
        </w:rPr>
        <w:t>:John 19:29]]</w:t>
      </w:r>
      <w:r w:rsidRPr="000767E2">
        <w:rPr>
          <w:vertAlign w:val="superscript"/>
          <w:lang w:val="sv-SE"/>
        </w:rPr>
        <w:t>29</w:t>
      </w:r>
      <w:r w:rsidRPr="000767E2">
        <w:rPr>
          <w:lang w:val="sv-SE"/>
        </w:rPr>
        <w:t xml:space="preserve"> {{field-on:bible}}Ett kärl var satt </w:t>
      </w:r>
      <w:r w:rsidRPr="000767E2">
        <w:rPr>
          <w:i/>
          <w:lang w:val="sv-SE"/>
        </w:rPr>
        <w:t>där</w:t>
      </w:r>
      <w:r w:rsidRPr="000767E2">
        <w:rPr>
          <w:lang w:val="sv-SE"/>
        </w:rPr>
        <w:t>, fullt med surt vin. En tvättsvamp full med det sura vinet satte de då runt en isop och bar fram till hans mun.{{field-off:bible}} [[@</w:t>
      </w:r>
      <w:r w:rsidR="0096445B" w:rsidRPr="000767E2">
        <w:rPr>
          <w:lang w:val="sv-SE"/>
        </w:rPr>
        <w:t>BibleBIBEL82</w:t>
      </w:r>
      <w:r w:rsidRPr="000767E2">
        <w:rPr>
          <w:lang w:val="sv-SE"/>
        </w:rPr>
        <w:t>:John 19:30]]</w:t>
      </w:r>
      <w:r w:rsidRPr="000767E2">
        <w:rPr>
          <w:vertAlign w:val="superscript"/>
          <w:lang w:val="sv-SE"/>
        </w:rPr>
        <w:t>30</w:t>
      </w:r>
      <w:r w:rsidRPr="000767E2">
        <w:rPr>
          <w:lang w:val="sv-SE"/>
        </w:rPr>
        <w:t xml:space="preserve"> {{field-on:bible}}När han nu hade fått det sura vinet, sade Jesus: ”Det är fullbordat.” Och han böjde huvudet och överlämnade anden.{{field-off:bible}}</w:t>
      </w:r>
    </w:p>
    <w:p w14:paraId="27BF8511" w14:textId="1D04DEA5" w:rsidR="00BA33AB" w:rsidRPr="000767E2" w:rsidRDefault="00000000">
      <w:pPr>
        <w:rPr>
          <w:lang w:val="sv-SE"/>
        </w:rPr>
      </w:pPr>
      <w:r w:rsidRPr="000767E2">
        <w:rPr>
          <w:lang w:val="sv-SE"/>
        </w:rPr>
        <w:t>[[@</w:t>
      </w:r>
      <w:r w:rsidR="0096445B" w:rsidRPr="000767E2">
        <w:rPr>
          <w:lang w:val="sv-SE"/>
        </w:rPr>
        <w:t>BibleBIBEL82</w:t>
      </w:r>
      <w:r w:rsidRPr="000767E2">
        <w:rPr>
          <w:lang w:val="sv-SE"/>
        </w:rPr>
        <w:t>:John 19:31]]</w:t>
      </w:r>
      <w:r w:rsidRPr="000767E2">
        <w:rPr>
          <w:vertAlign w:val="superscript"/>
          <w:lang w:val="sv-SE"/>
        </w:rPr>
        <w:t>31</w:t>
      </w:r>
      <w:r w:rsidRPr="000767E2">
        <w:rPr>
          <w:lang w:val="sv-SE"/>
        </w:rPr>
        <w:t xml:space="preserve"> {{field-on:bible}}Judarna – då det var förberedelsedag, för att inte kropparna skulle bli kvar på korset under sabbaten, för den sabbatens dag var stor – frågade </w:t>
      </w:r>
      <w:r w:rsidRPr="000767E2">
        <w:rPr>
          <w:i/>
          <w:lang w:val="sv-SE"/>
        </w:rPr>
        <w:t>nu</w:t>
      </w:r>
      <w:r w:rsidRPr="000767E2">
        <w:rPr>
          <w:lang w:val="sv-SE"/>
        </w:rPr>
        <w:t xml:space="preserve"> Pilatus </w:t>
      </w:r>
      <w:r w:rsidRPr="000767E2">
        <w:rPr>
          <w:i/>
          <w:lang w:val="sv-SE"/>
        </w:rPr>
        <w:t>om</w:t>
      </w:r>
      <w:r w:rsidRPr="000767E2">
        <w:rPr>
          <w:lang w:val="sv-SE"/>
        </w:rPr>
        <w:t xml:space="preserve"> deras ben kunde krossas och de tas bort.{{field-off:bible}} [[@</w:t>
      </w:r>
      <w:r w:rsidR="0096445B" w:rsidRPr="000767E2">
        <w:rPr>
          <w:lang w:val="sv-SE"/>
        </w:rPr>
        <w:t>BibleBIBEL82</w:t>
      </w:r>
      <w:r w:rsidRPr="000767E2">
        <w:rPr>
          <w:lang w:val="sv-SE"/>
        </w:rPr>
        <w:t>:John 19:32]]</w:t>
      </w:r>
      <w:r w:rsidRPr="000767E2">
        <w:rPr>
          <w:vertAlign w:val="superscript"/>
          <w:lang w:val="sv-SE"/>
        </w:rPr>
        <w:t>32</w:t>
      </w:r>
      <w:r w:rsidRPr="000767E2">
        <w:rPr>
          <w:lang w:val="sv-SE"/>
        </w:rPr>
        <w:t xml:space="preserve"> {{field-on:bible}}Då kom soldaterna. Och på den förste krossade de benen, och på den andre </w:t>
      </w:r>
      <w:r w:rsidRPr="000767E2">
        <w:rPr>
          <w:i/>
          <w:lang w:val="sv-SE"/>
        </w:rPr>
        <w:t>som var</w:t>
      </w:r>
      <w:r w:rsidRPr="000767E2">
        <w:rPr>
          <w:lang w:val="sv-SE"/>
        </w:rPr>
        <w:t xml:space="preserve"> korsfäst med honom.{{field-off:bible}}</w:t>
      </w:r>
    </w:p>
    <w:p w14:paraId="7960AC26" w14:textId="08683EE7" w:rsidR="00BA33AB" w:rsidRPr="000767E2" w:rsidRDefault="00000000">
      <w:pPr>
        <w:rPr>
          <w:lang w:val="sv-SE"/>
        </w:rPr>
      </w:pPr>
      <w:r w:rsidRPr="000767E2">
        <w:rPr>
          <w:lang w:val="sv-SE"/>
        </w:rPr>
        <w:t>[[@</w:t>
      </w:r>
      <w:r w:rsidR="0096445B" w:rsidRPr="000767E2">
        <w:rPr>
          <w:lang w:val="sv-SE"/>
        </w:rPr>
        <w:t>BibleBIBEL82</w:t>
      </w:r>
      <w:r w:rsidRPr="000767E2">
        <w:rPr>
          <w:lang w:val="sv-SE"/>
        </w:rPr>
        <w:t>:John 19:33]]</w:t>
      </w:r>
      <w:r w:rsidRPr="000767E2">
        <w:rPr>
          <w:vertAlign w:val="superscript"/>
          <w:lang w:val="sv-SE"/>
        </w:rPr>
        <w:t>33</w:t>
      </w:r>
      <w:r w:rsidRPr="000767E2">
        <w:rPr>
          <w:lang w:val="sv-SE"/>
        </w:rPr>
        <w:t xml:space="preserve"> {{field-on:bible}}Men då de kom till Jesus, när de såg </w:t>
      </w:r>
      <w:r w:rsidRPr="000767E2">
        <w:rPr>
          <w:i/>
          <w:lang w:val="sv-SE"/>
        </w:rPr>
        <w:t>att</w:t>
      </w:r>
      <w:r w:rsidRPr="000767E2">
        <w:rPr>
          <w:lang w:val="sv-SE"/>
        </w:rPr>
        <w:t xml:space="preserve"> han redan hade dött, krossade de inte hans ben,{{field-off:bible}} [[@</w:t>
      </w:r>
      <w:r w:rsidR="0096445B" w:rsidRPr="000767E2">
        <w:rPr>
          <w:lang w:val="sv-SE"/>
        </w:rPr>
        <w:t>BibleBIBEL82</w:t>
      </w:r>
      <w:r w:rsidRPr="000767E2">
        <w:rPr>
          <w:lang w:val="sv-SE"/>
        </w:rPr>
        <w:t>:John 19:34]]</w:t>
      </w:r>
      <w:r w:rsidRPr="000767E2">
        <w:rPr>
          <w:vertAlign w:val="superscript"/>
          <w:lang w:val="sv-SE"/>
        </w:rPr>
        <w:t>34</w:t>
      </w:r>
      <w:r w:rsidRPr="000767E2">
        <w:rPr>
          <w:lang w:val="sv-SE"/>
        </w:rPr>
        <w:t xml:space="preserve"> {{field-on:bible}}utan en av soldaterna stack med spjut hans sida. Och ut kom direkt blod och vatten.{{field-off:bible}} [[@</w:t>
      </w:r>
      <w:r w:rsidR="0096445B" w:rsidRPr="000767E2">
        <w:rPr>
          <w:lang w:val="sv-SE"/>
        </w:rPr>
        <w:t>BibleBIBEL82</w:t>
      </w:r>
      <w:r w:rsidRPr="000767E2">
        <w:rPr>
          <w:lang w:val="sv-SE"/>
        </w:rPr>
        <w:t>:John 19:35]]</w:t>
      </w:r>
      <w:r w:rsidRPr="000767E2">
        <w:rPr>
          <w:vertAlign w:val="superscript"/>
          <w:lang w:val="sv-SE"/>
        </w:rPr>
        <w:t>35</w:t>
      </w:r>
      <w:r w:rsidRPr="000767E2">
        <w:rPr>
          <w:lang w:val="sv-SE"/>
        </w:rPr>
        <w:t xml:space="preserve"> {{field-on:bible}}Och den som har sett </w:t>
      </w:r>
      <w:r w:rsidRPr="000767E2">
        <w:rPr>
          <w:i/>
          <w:lang w:val="sv-SE"/>
        </w:rPr>
        <w:t>det</w:t>
      </w:r>
      <w:r w:rsidRPr="000767E2">
        <w:rPr>
          <w:lang w:val="sv-SE"/>
        </w:rPr>
        <w:t xml:space="preserve"> har vittnat, och sannfärdigt är hans vittnesbörd och denne vet att han talar sant, för att också ni ska tro.{{field-off:bible}} [[@</w:t>
      </w:r>
      <w:r w:rsidR="0096445B" w:rsidRPr="000767E2">
        <w:rPr>
          <w:lang w:val="sv-SE"/>
        </w:rPr>
        <w:t>BibleBIBEL82</w:t>
      </w:r>
      <w:r w:rsidRPr="000767E2">
        <w:rPr>
          <w:lang w:val="sv-SE"/>
        </w:rPr>
        <w:t>:John 19:36]]</w:t>
      </w:r>
      <w:r w:rsidRPr="000767E2">
        <w:rPr>
          <w:vertAlign w:val="superscript"/>
          <w:lang w:val="sv-SE"/>
        </w:rPr>
        <w:t>36</w:t>
      </w:r>
      <w:r w:rsidRPr="000767E2">
        <w:rPr>
          <w:lang w:val="sv-SE"/>
        </w:rPr>
        <w:t xml:space="preserve"> {{field-on:bible}}För detta hände för att Skriften skulle uppfyllas: Knota ska inte knäckas hos honom.{{field-off:bible}} </w:t>
      </w:r>
      <w:r w:rsidRPr="000767E2">
        <w:rPr>
          <w:lang w:val="sv-SE"/>
        </w:rPr>
        <w:lastRenderedPageBreak/>
        <w:t>[[@</w:t>
      </w:r>
      <w:r w:rsidR="0096445B" w:rsidRPr="000767E2">
        <w:rPr>
          <w:lang w:val="sv-SE"/>
        </w:rPr>
        <w:t>BibleBIBEL82</w:t>
      </w:r>
      <w:r w:rsidRPr="000767E2">
        <w:rPr>
          <w:lang w:val="sv-SE"/>
        </w:rPr>
        <w:t>:John 19:37]]</w:t>
      </w:r>
      <w:r w:rsidRPr="000767E2">
        <w:rPr>
          <w:vertAlign w:val="superscript"/>
          <w:lang w:val="sv-SE"/>
        </w:rPr>
        <w:t>37</w:t>
      </w:r>
      <w:r w:rsidRPr="000767E2">
        <w:rPr>
          <w:lang w:val="sv-SE"/>
        </w:rPr>
        <w:t xml:space="preserve"> {{field-on:bible}}Och åter en annan Skrift säger: De ska se till honom som de genomborrat.{{field-off:bible}}</w:t>
      </w:r>
    </w:p>
    <w:p w14:paraId="0CB918E1" w14:textId="77777777" w:rsidR="00BA33AB" w:rsidRPr="000767E2" w:rsidRDefault="00000000">
      <w:pPr>
        <w:pStyle w:val="Rubrik3"/>
        <w:rPr>
          <w:lang w:val="sv-SE"/>
        </w:rPr>
      </w:pPr>
      <w:r w:rsidRPr="000767E2">
        <w:rPr>
          <w:lang w:val="sv-SE"/>
        </w:rPr>
        <w:t>Jesus begravs</w:t>
      </w:r>
    </w:p>
    <w:p w14:paraId="33FC38F2" w14:textId="4610C206" w:rsidR="00BA33AB" w:rsidRPr="000767E2" w:rsidRDefault="00000000">
      <w:pPr>
        <w:rPr>
          <w:lang w:val="sv-SE"/>
        </w:rPr>
      </w:pPr>
      <w:r w:rsidRPr="000767E2">
        <w:rPr>
          <w:lang w:val="sv-SE"/>
        </w:rPr>
        <w:t>[[@</w:t>
      </w:r>
      <w:r w:rsidR="0096445B" w:rsidRPr="000767E2">
        <w:rPr>
          <w:lang w:val="sv-SE"/>
        </w:rPr>
        <w:t>BibleBIBEL82</w:t>
      </w:r>
      <w:r w:rsidRPr="000767E2">
        <w:rPr>
          <w:lang w:val="sv-SE"/>
        </w:rPr>
        <w:t>:John 19:38]]</w:t>
      </w:r>
      <w:r w:rsidRPr="000767E2">
        <w:rPr>
          <w:vertAlign w:val="superscript"/>
          <w:lang w:val="sv-SE"/>
        </w:rPr>
        <w:t>38</w:t>
      </w:r>
      <w:r w:rsidRPr="000767E2">
        <w:rPr>
          <w:lang w:val="sv-SE"/>
        </w:rPr>
        <w:t xml:space="preserve"> {{field-on:bible}}Men efter detta frågade Josef från Arimathaia, som var lärjunge till Jesus men fördold av fruktan för judarna, Pilatus </w:t>
      </w:r>
      <w:r w:rsidRPr="000767E2">
        <w:rPr>
          <w:i/>
          <w:lang w:val="sv-SE"/>
        </w:rPr>
        <w:t>om</w:t>
      </w:r>
      <w:r w:rsidRPr="000767E2">
        <w:rPr>
          <w:lang w:val="sv-SE"/>
        </w:rPr>
        <w:t xml:space="preserve"> han kunde </w:t>
      </w:r>
      <w:r w:rsidRPr="000767E2">
        <w:rPr>
          <w:i/>
          <w:lang w:val="sv-SE"/>
        </w:rPr>
        <w:t>få</w:t>
      </w:r>
      <w:r w:rsidRPr="000767E2">
        <w:rPr>
          <w:lang w:val="sv-SE"/>
        </w:rPr>
        <w:t xml:space="preserve"> ta Jesu kropp. Och Pilatus tillät. Han gick då och tog hans kropp.{{field-off:bible}} [[@</w:t>
      </w:r>
      <w:r w:rsidR="0096445B" w:rsidRPr="000767E2">
        <w:rPr>
          <w:lang w:val="sv-SE"/>
        </w:rPr>
        <w:t>BibleBIBEL82</w:t>
      </w:r>
      <w:r w:rsidRPr="000767E2">
        <w:rPr>
          <w:lang w:val="sv-SE"/>
        </w:rPr>
        <w:t>:John 19:39]]</w:t>
      </w:r>
      <w:r w:rsidRPr="000767E2">
        <w:rPr>
          <w:vertAlign w:val="superscript"/>
          <w:lang w:val="sv-SE"/>
        </w:rPr>
        <w:t>39</w:t>
      </w:r>
      <w:r w:rsidRPr="000767E2">
        <w:rPr>
          <w:lang w:val="sv-SE"/>
        </w:rPr>
        <w:t xml:space="preserve"> {{field-on:bible}}Och </w:t>
      </w:r>
      <w:r w:rsidRPr="000767E2">
        <w:rPr>
          <w:i/>
          <w:lang w:val="sv-SE"/>
        </w:rPr>
        <w:t>sedan</w:t>
      </w:r>
      <w:r w:rsidRPr="000767E2">
        <w:rPr>
          <w:lang w:val="sv-SE"/>
        </w:rPr>
        <w:t xml:space="preserve"> kom även Nikodemos, som hade kommit till honom på natten först, bärande en blandning av myrra och aloe, ungefär hundra litra.{{field-off:bible}} [[@</w:t>
      </w:r>
      <w:r w:rsidR="0096445B" w:rsidRPr="000767E2">
        <w:rPr>
          <w:lang w:val="sv-SE"/>
        </w:rPr>
        <w:t>BibleBIBEL82</w:t>
      </w:r>
      <w:r w:rsidRPr="000767E2">
        <w:rPr>
          <w:lang w:val="sv-SE"/>
        </w:rPr>
        <w:t>:John 19:40]]</w:t>
      </w:r>
      <w:r w:rsidRPr="000767E2">
        <w:rPr>
          <w:vertAlign w:val="superscript"/>
          <w:lang w:val="sv-SE"/>
        </w:rPr>
        <w:t>40</w:t>
      </w:r>
      <w:r w:rsidRPr="000767E2">
        <w:rPr>
          <w:lang w:val="sv-SE"/>
        </w:rPr>
        <w:t xml:space="preserve"> {{field-on:bible}}De tog nu Jesu kropp och band </w:t>
      </w:r>
      <w:r w:rsidRPr="000767E2">
        <w:rPr>
          <w:i/>
          <w:lang w:val="sv-SE"/>
        </w:rPr>
        <w:t>om</w:t>
      </w:r>
      <w:r w:rsidRPr="000767E2">
        <w:rPr>
          <w:lang w:val="sv-SE"/>
        </w:rPr>
        <w:t xml:space="preserve"> den i linnebindlar med doftkryddorna, så som det är sed hos judarna att gravlägga.{{field-off:bible}} [[@</w:t>
      </w:r>
      <w:r w:rsidR="0096445B" w:rsidRPr="000767E2">
        <w:rPr>
          <w:lang w:val="sv-SE"/>
        </w:rPr>
        <w:t>BibleBIBEL82</w:t>
      </w:r>
      <w:r w:rsidRPr="000767E2">
        <w:rPr>
          <w:lang w:val="sv-SE"/>
        </w:rPr>
        <w:t>:John 19:41]]</w:t>
      </w:r>
      <w:r w:rsidRPr="000767E2">
        <w:rPr>
          <w:vertAlign w:val="superscript"/>
          <w:lang w:val="sv-SE"/>
        </w:rPr>
        <w:t>41</w:t>
      </w:r>
      <w:r w:rsidRPr="000767E2">
        <w:rPr>
          <w:lang w:val="sv-SE"/>
        </w:rPr>
        <w:t xml:space="preserve"> {{field-on:bible}}Och det fanns på platsen där han blev korsfäst en trädgård, och i trädgården en ny grav i vilken ännu ingen var lagd.{{field-off:bible}} [[@</w:t>
      </w:r>
      <w:r w:rsidR="0096445B" w:rsidRPr="000767E2">
        <w:rPr>
          <w:lang w:val="sv-SE"/>
        </w:rPr>
        <w:t>BibleBIBEL82</w:t>
      </w:r>
      <w:r w:rsidRPr="000767E2">
        <w:rPr>
          <w:lang w:val="sv-SE"/>
        </w:rPr>
        <w:t>:John 19:42]]</w:t>
      </w:r>
      <w:r w:rsidRPr="000767E2">
        <w:rPr>
          <w:vertAlign w:val="superscript"/>
          <w:lang w:val="sv-SE"/>
        </w:rPr>
        <w:t>42</w:t>
      </w:r>
      <w:r w:rsidRPr="000767E2">
        <w:rPr>
          <w:lang w:val="sv-SE"/>
        </w:rPr>
        <w:t xml:space="preserve"> {{field-on:bible}}Där, på grund av judarnas förberedelsedag eftersom graven var nära, lade de nu Jesus.{{field-off:bible}}</w:t>
      </w:r>
    </w:p>
    <w:p w14:paraId="6E216125" w14:textId="1C026B9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20]]Kapitel 20</w:t>
      </w:r>
    </w:p>
    <w:p w14:paraId="1198C25A" w14:textId="77777777" w:rsidR="00BA33AB" w:rsidRPr="000767E2" w:rsidRDefault="00000000">
      <w:pPr>
        <w:pStyle w:val="Rubrik3"/>
        <w:rPr>
          <w:lang w:val="sv-SE"/>
        </w:rPr>
      </w:pPr>
      <w:r w:rsidRPr="000767E2">
        <w:rPr>
          <w:lang w:val="sv-SE"/>
        </w:rPr>
        <w:t>Den tomma graven</w:t>
      </w:r>
    </w:p>
    <w:p w14:paraId="2C64BE8E" w14:textId="5BA9B153" w:rsidR="00BA33AB" w:rsidRPr="000767E2" w:rsidRDefault="00000000">
      <w:pPr>
        <w:rPr>
          <w:lang w:val="sv-SE"/>
        </w:rPr>
      </w:pPr>
      <w:r w:rsidRPr="000767E2">
        <w:rPr>
          <w:lang w:val="sv-SE"/>
        </w:rPr>
        <w:t>[[@</w:t>
      </w:r>
      <w:r w:rsidR="0096445B" w:rsidRPr="000767E2">
        <w:rPr>
          <w:lang w:val="sv-SE"/>
        </w:rPr>
        <w:t>BibleBIBEL82</w:t>
      </w:r>
      <w:r w:rsidRPr="000767E2">
        <w:rPr>
          <w:lang w:val="sv-SE"/>
        </w:rPr>
        <w:t>:John 20:1]]</w:t>
      </w:r>
      <w:r w:rsidRPr="000767E2">
        <w:rPr>
          <w:vertAlign w:val="superscript"/>
          <w:lang w:val="sv-SE"/>
        </w:rPr>
        <w:t>1</w:t>
      </w:r>
      <w:r w:rsidRPr="000767E2">
        <w:rPr>
          <w:lang w:val="sv-SE"/>
        </w:rPr>
        <w:t xml:space="preserve"> {{field-on:bible}}Men den första </w:t>
      </w:r>
      <w:r w:rsidRPr="000767E2">
        <w:rPr>
          <w:i/>
          <w:lang w:val="sv-SE"/>
        </w:rPr>
        <w:t>dagen</w:t>
      </w:r>
      <w:r w:rsidRPr="000767E2">
        <w:rPr>
          <w:lang w:val="sv-SE"/>
        </w:rPr>
        <w:t xml:space="preserve"> i veckan kommer Maria Magdalén på morgonen, medan det ännu är mörker, till graven. Och hon ser stenen borttagen från graven.{{field-off:bible}} [[@</w:t>
      </w:r>
      <w:r w:rsidR="0096445B" w:rsidRPr="000767E2">
        <w:rPr>
          <w:lang w:val="sv-SE"/>
        </w:rPr>
        <w:t>BibleBIBEL82</w:t>
      </w:r>
      <w:r w:rsidRPr="000767E2">
        <w:rPr>
          <w:lang w:val="sv-SE"/>
        </w:rPr>
        <w:t>:John 20:2]]</w:t>
      </w:r>
      <w:r w:rsidRPr="000767E2">
        <w:rPr>
          <w:vertAlign w:val="superscript"/>
          <w:lang w:val="sv-SE"/>
        </w:rPr>
        <w:t>2</w:t>
      </w:r>
      <w:r w:rsidRPr="000767E2">
        <w:rPr>
          <w:lang w:val="sv-SE"/>
        </w:rPr>
        <w:t xml:space="preserve"> {{field-on:bible}}Hon springer då och kommer till Simon Petrus och till den andre lärjungen som Jesus hade kär, och säger till dem: ”De har tagit Herren från graven! Och vi vet inte var de har lagt honom.”{{field-off:bible}}</w:t>
      </w:r>
    </w:p>
    <w:p w14:paraId="2FEF087B" w14:textId="58E61783" w:rsidR="00BA33AB" w:rsidRPr="000767E2" w:rsidRDefault="00000000">
      <w:pPr>
        <w:rPr>
          <w:lang w:val="sv-SE"/>
        </w:rPr>
      </w:pPr>
      <w:r w:rsidRPr="000767E2">
        <w:rPr>
          <w:lang w:val="sv-SE"/>
        </w:rPr>
        <w:t>[[@</w:t>
      </w:r>
      <w:r w:rsidR="0096445B" w:rsidRPr="000767E2">
        <w:rPr>
          <w:lang w:val="sv-SE"/>
        </w:rPr>
        <w:t>BibleBIBEL82</w:t>
      </w:r>
      <w:r w:rsidRPr="000767E2">
        <w:rPr>
          <w:lang w:val="sv-SE"/>
        </w:rPr>
        <w:t>:John 20:3]]</w:t>
      </w:r>
      <w:r w:rsidRPr="000767E2">
        <w:rPr>
          <w:vertAlign w:val="superscript"/>
          <w:lang w:val="sv-SE"/>
        </w:rPr>
        <w:t>3</w:t>
      </w:r>
      <w:r w:rsidRPr="000767E2">
        <w:rPr>
          <w:lang w:val="sv-SE"/>
        </w:rPr>
        <w:t xml:space="preserve"> {{field-on:bible}}Då kom Petrus och den andre lärjungen ut, och de kom mot graven.{{field-off:bible}} [[@</w:t>
      </w:r>
      <w:r w:rsidR="0096445B" w:rsidRPr="000767E2">
        <w:rPr>
          <w:lang w:val="sv-SE"/>
        </w:rPr>
        <w:t>BibleBIBEL82</w:t>
      </w:r>
      <w:r w:rsidRPr="000767E2">
        <w:rPr>
          <w:lang w:val="sv-SE"/>
        </w:rPr>
        <w:t>:John 20:4]]</w:t>
      </w:r>
      <w:r w:rsidRPr="000767E2">
        <w:rPr>
          <w:vertAlign w:val="superscript"/>
          <w:lang w:val="sv-SE"/>
        </w:rPr>
        <w:t>4</w:t>
      </w:r>
      <w:r w:rsidRPr="000767E2">
        <w:rPr>
          <w:lang w:val="sv-SE"/>
        </w:rPr>
        <w:t xml:space="preserve"> {{field-on:bible}}Och de två sprang tillsammans, och den andre lärjungen sprang före fortare än Petrus och kom först till graven.{{field-off:bible}} [[@</w:t>
      </w:r>
      <w:r w:rsidR="0096445B" w:rsidRPr="000767E2">
        <w:rPr>
          <w:lang w:val="sv-SE"/>
        </w:rPr>
        <w:t>BibleBIBEL82</w:t>
      </w:r>
      <w:r w:rsidRPr="000767E2">
        <w:rPr>
          <w:lang w:val="sv-SE"/>
        </w:rPr>
        <w:t>:John 20:5]]</w:t>
      </w:r>
      <w:r w:rsidRPr="000767E2">
        <w:rPr>
          <w:vertAlign w:val="superscript"/>
          <w:lang w:val="sv-SE"/>
        </w:rPr>
        <w:t>5</w:t>
      </w:r>
      <w:r w:rsidRPr="000767E2">
        <w:rPr>
          <w:lang w:val="sv-SE"/>
        </w:rPr>
        <w:t xml:space="preserve"> {{field-on:bible}}Och han blickar in och ser linnebindlarna ligga </w:t>
      </w:r>
      <w:r w:rsidRPr="000767E2">
        <w:rPr>
          <w:i/>
          <w:lang w:val="sv-SE"/>
        </w:rPr>
        <w:t>där</w:t>
      </w:r>
      <w:r w:rsidRPr="000767E2">
        <w:rPr>
          <w:lang w:val="sv-SE"/>
        </w:rPr>
        <w:t>. Dock gick han inte in.{{field-off:bible}} [[@</w:t>
      </w:r>
      <w:r w:rsidR="0096445B" w:rsidRPr="000767E2">
        <w:rPr>
          <w:lang w:val="sv-SE"/>
        </w:rPr>
        <w:t>BibleBIBEL82</w:t>
      </w:r>
      <w:r w:rsidRPr="000767E2">
        <w:rPr>
          <w:lang w:val="sv-SE"/>
        </w:rPr>
        <w:t>:John 20:6]]</w:t>
      </w:r>
      <w:r w:rsidRPr="000767E2">
        <w:rPr>
          <w:vertAlign w:val="superscript"/>
          <w:lang w:val="sv-SE"/>
        </w:rPr>
        <w:t>6</w:t>
      </w:r>
      <w:r w:rsidRPr="000767E2">
        <w:rPr>
          <w:lang w:val="sv-SE"/>
        </w:rPr>
        <w:t xml:space="preserve"> {{field-on:bible}}Nu kommer även Simon Petrus som följde honom, och han gick in i graven. Och han skådar linnebindlarna ligga </w:t>
      </w:r>
      <w:r w:rsidRPr="000767E2">
        <w:rPr>
          <w:i/>
          <w:lang w:val="sv-SE"/>
        </w:rPr>
        <w:t>där</w:t>
      </w:r>
      <w:r w:rsidRPr="000767E2">
        <w:rPr>
          <w:lang w:val="sv-SE"/>
        </w:rPr>
        <w:t>,{{field-off:bible}} [[@</w:t>
      </w:r>
      <w:r w:rsidR="0096445B" w:rsidRPr="000767E2">
        <w:rPr>
          <w:lang w:val="sv-SE"/>
        </w:rPr>
        <w:t>BibleBIBEL82</w:t>
      </w:r>
      <w:r w:rsidRPr="000767E2">
        <w:rPr>
          <w:lang w:val="sv-SE"/>
        </w:rPr>
        <w:t>:John 20:7]]</w:t>
      </w:r>
      <w:r w:rsidRPr="000767E2">
        <w:rPr>
          <w:vertAlign w:val="superscript"/>
          <w:lang w:val="sv-SE"/>
        </w:rPr>
        <w:t>7</w:t>
      </w:r>
      <w:r w:rsidRPr="000767E2">
        <w:rPr>
          <w:lang w:val="sv-SE"/>
        </w:rPr>
        <w:t xml:space="preserve"> {{field-on:bible}}även duken som var över hans huvud, inte liggande med linnebindlarna utan särskilt, invikt på en </w:t>
      </w:r>
      <w:r w:rsidRPr="000767E2">
        <w:rPr>
          <w:i/>
          <w:lang w:val="sv-SE"/>
        </w:rPr>
        <w:t>enda</w:t>
      </w:r>
      <w:r w:rsidRPr="000767E2">
        <w:rPr>
          <w:lang w:val="sv-SE"/>
        </w:rPr>
        <w:t xml:space="preserve"> plats.{{field-off:bible}}</w:t>
      </w:r>
    </w:p>
    <w:p w14:paraId="002527AF" w14:textId="64BE1D5F" w:rsidR="00BA33AB" w:rsidRPr="000767E2" w:rsidRDefault="00000000">
      <w:pPr>
        <w:rPr>
          <w:lang w:val="sv-SE"/>
        </w:rPr>
      </w:pPr>
      <w:r w:rsidRPr="000767E2">
        <w:rPr>
          <w:lang w:val="sv-SE"/>
        </w:rPr>
        <w:t>[[@</w:t>
      </w:r>
      <w:r w:rsidR="0096445B" w:rsidRPr="000767E2">
        <w:rPr>
          <w:lang w:val="sv-SE"/>
        </w:rPr>
        <w:t>BibleBIBEL82</w:t>
      </w:r>
      <w:r w:rsidRPr="000767E2">
        <w:rPr>
          <w:lang w:val="sv-SE"/>
        </w:rPr>
        <w:t>:John 20:8]]</w:t>
      </w:r>
      <w:r w:rsidRPr="000767E2">
        <w:rPr>
          <w:vertAlign w:val="superscript"/>
          <w:lang w:val="sv-SE"/>
        </w:rPr>
        <w:t>8</w:t>
      </w:r>
      <w:r w:rsidRPr="000767E2">
        <w:rPr>
          <w:lang w:val="sv-SE"/>
        </w:rPr>
        <w:t xml:space="preserve"> {{field-on:bible}}Då gick nu även den andre lärjungen in, han som kom först till graven. Och han såg och trodde.{{field-off:bible}} [[@</w:t>
      </w:r>
      <w:r w:rsidR="0096445B" w:rsidRPr="000767E2">
        <w:rPr>
          <w:lang w:val="sv-SE"/>
        </w:rPr>
        <w:t>BibleBIBEL82</w:t>
      </w:r>
      <w:r w:rsidRPr="000767E2">
        <w:rPr>
          <w:lang w:val="sv-SE"/>
        </w:rPr>
        <w:t>:John 20:9]]</w:t>
      </w:r>
      <w:r w:rsidRPr="000767E2">
        <w:rPr>
          <w:vertAlign w:val="superscript"/>
          <w:lang w:val="sv-SE"/>
        </w:rPr>
        <w:t>9</w:t>
      </w:r>
      <w:r w:rsidRPr="000767E2">
        <w:rPr>
          <w:lang w:val="sv-SE"/>
        </w:rPr>
        <w:t xml:space="preserve"> {{field-on:bible}}För ännu hade de inte förstått Skriften, att han måste uppstå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:John 20:10]]</w:t>
      </w:r>
      <w:r w:rsidRPr="000767E2">
        <w:rPr>
          <w:vertAlign w:val="superscript"/>
          <w:lang w:val="sv-SE"/>
        </w:rPr>
        <w:t>10</w:t>
      </w:r>
      <w:r w:rsidRPr="000767E2">
        <w:rPr>
          <w:lang w:val="sv-SE"/>
        </w:rPr>
        <w:t xml:space="preserve"> {{field-on:bible}}Nu gick åter lärjungarna bort till sig.{{field-off:bible}}</w:t>
      </w:r>
    </w:p>
    <w:p w14:paraId="2C70259D" w14:textId="77777777" w:rsidR="00BA33AB" w:rsidRPr="000767E2" w:rsidRDefault="00000000">
      <w:pPr>
        <w:pStyle w:val="Rubrik3"/>
        <w:rPr>
          <w:lang w:val="sv-SE"/>
        </w:rPr>
      </w:pPr>
      <w:r w:rsidRPr="000767E2">
        <w:rPr>
          <w:lang w:val="sv-SE"/>
        </w:rPr>
        <w:t>Jesus visar sig för Maria Magdalén</w:t>
      </w:r>
    </w:p>
    <w:p w14:paraId="655FC4FC" w14:textId="70A02081" w:rsidR="00BA33AB" w:rsidRPr="000767E2" w:rsidRDefault="00000000">
      <w:pPr>
        <w:rPr>
          <w:lang w:val="sv-SE"/>
        </w:rPr>
      </w:pPr>
      <w:r w:rsidRPr="000767E2">
        <w:rPr>
          <w:lang w:val="sv-SE"/>
        </w:rPr>
        <w:t>[[@</w:t>
      </w:r>
      <w:r w:rsidR="0096445B" w:rsidRPr="000767E2">
        <w:rPr>
          <w:lang w:val="sv-SE"/>
        </w:rPr>
        <w:t>BibleBIBEL82</w:t>
      </w:r>
      <w:r w:rsidRPr="000767E2">
        <w:rPr>
          <w:lang w:val="sv-SE"/>
        </w:rPr>
        <w:t>:John 20:11]]</w:t>
      </w:r>
      <w:r w:rsidRPr="000767E2">
        <w:rPr>
          <w:vertAlign w:val="superscript"/>
          <w:lang w:val="sv-SE"/>
        </w:rPr>
        <w:t>11</w:t>
      </w:r>
      <w:r w:rsidRPr="000767E2">
        <w:rPr>
          <w:lang w:val="sv-SE"/>
        </w:rPr>
        <w:t xml:space="preserve"> {{field-on:bible}}Men Maria stod vid graven utanför, gråtande. Medan hon nu grät, blickade hon in i graven{{field-off:bible}} [[@</w:t>
      </w:r>
      <w:r w:rsidR="0096445B" w:rsidRPr="000767E2">
        <w:rPr>
          <w:lang w:val="sv-SE"/>
        </w:rPr>
        <w:t>BibleBIBEL82</w:t>
      </w:r>
      <w:r w:rsidRPr="000767E2">
        <w:rPr>
          <w:lang w:val="sv-SE"/>
        </w:rPr>
        <w:t>:John 20:12]]</w:t>
      </w:r>
      <w:r w:rsidRPr="000767E2">
        <w:rPr>
          <w:vertAlign w:val="superscript"/>
          <w:lang w:val="sv-SE"/>
        </w:rPr>
        <w:t>12</w:t>
      </w:r>
      <w:r w:rsidRPr="000767E2">
        <w:rPr>
          <w:lang w:val="sv-SE"/>
        </w:rPr>
        <w:t xml:space="preserve"> {{field-on:bible}}och skådar två änglar i vitt, sittande en vid </w:t>
      </w:r>
      <w:r w:rsidRPr="000767E2">
        <w:rPr>
          <w:lang w:val="sv-SE"/>
        </w:rPr>
        <w:lastRenderedPageBreak/>
        <w:t>huvudet och en vid fötterna där Jesu kropp hade legat.{{field-off:bible}} [[@</w:t>
      </w:r>
      <w:r w:rsidR="0096445B" w:rsidRPr="000767E2">
        <w:rPr>
          <w:lang w:val="sv-SE"/>
        </w:rPr>
        <w:t>BibleBIBEL82</w:t>
      </w:r>
      <w:r w:rsidRPr="000767E2">
        <w:rPr>
          <w:lang w:val="sv-SE"/>
        </w:rPr>
        <w:t>:John 20:13]]</w:t>
      </w:r>
      <w:r w:rsidRPr="000767E2">
        <w:rPr>
          <w:vertAlign w:val="superscript"/>
          <w:lang w:val="sv-SE"/>
        </w:rPr>
        <w:t>13</w:t>
      </w:r>
      <w:r w:rsidRPr="000767E2">
        <w:rPr>
          <w:lang w:val="sv-SE"/>
        </w:rPr>
        <w:t xml:space="preserve"> {{field-on:bible}}Och dessa säger till henne: ”Kvinna, varför gråter du?” Hon säger till dem att: ”De har tagit min Herre. Och jag vet inte var de lagt honom.”{{field-off:bible}}</w:t>
      </w:r>
    </w:p>
    <w:p w14:paraId="2614F4AE" w14:textId="01BE02E2" w:rsidR="00BA33AB" w:rsidRPr="000767E2" w:rsidRDefault="00000000">
      <w:pPr>
        <w:rPr>
          <w:lang w:val="sv-SE"/>
        </w:rPr>
      </w:pPr>
      <w:r w:rsidRPr="000767E2">
        <w:rPr>
          <w:lang w:val="sv-SE"/>
        </w:rPr>
        <w:t>[[@</w:t>
      </w:r>
      <w:r w:rsidR="0096445B" w:rsidRPr="000767E2">
        <w:rPr>
          <w:lang w:val="sv-SE"/>
        </w:rPr>
        <w:t>BibleBIBEL82</w:t>
      </w:r>
      <w:r w:rsidRPr="000767E2">
        <w:rPr>
          <w:lang w:val="sv-SE"/>
        </w:rPr>
        <w:t>:John 20:14]]</w:t>
      </w:r>
      <w:r w:rsidRPr="000767E2">
        <w:rPr>
          <w:vertAlign w:val="superscript"/>
          <w:lang w:val="sv-SE"/>
        </w:rPr>
        <w:t>14</w:t>
      </w:r>
      <w:r w:rsidRPr="000767E2">
        <w:rPr>
          <w:lang w:val="sv-SE"/>
        </w:rPr>
        <w:t xml:space="preserve"> {{field-on:bible}}När hon sagt detta, vände hon sig bakåt och skådar Jesus stående </w:t>
      </w:r>
      <w:r w:rsidRPr="000767E2">
        <w:rPr>
          <w:i/>
          <w:lang w:val="sv-SE"/>
        </w:rPr>
        <w:t>där</w:t>
      </w:r>
      <w:r w:rsidRPr="000767E2">
        <w:rPr>
          <w:lang w:val="sv-SE"/>
        </w:rPr>
        <w:t>. Och hon visste inte att det är Jesus.{{field-off:bible}} [[@</w:t>
      </w:r>
      <w:r w:rsidR="0096445B" w:rsidRPr="000767E2">
        <w:rPr>
          <w:lang w:val="sv-SE"/>
        </w:rPr>
        <w:t>BibleBIBEL82</w:t>
      </w:r>
      <w:r w:rsidRPr="000767E2">
        <w:rPr>
          <w:lang w:val="sv-SE"/>
        </w:rPr>
        <w:t>:John 20:15]]</w:t>
      </w:r>
      <w:r w:rsidRPr="000767E2">
        <w:rPr>
          <w:vertAlign w:val="superscript"/>
          <w:lang w:val="sv-SE"/>
        </w:rPr>
        <w:t>15</w:t>
      </w:r>
      <w:r w:rsidRPr="000767E2">
        <w:rPr>
          <w:lang w:val="sv-SE"/>
        </w:rPr>
        <w:t xml:space="preserve"> {{field-on:bible}}Jesus säger till henne: ”Kvinna, varför gråter du? Vem söker du?” Hon tänker sig att det är trädgårdsmästaren och säger till honom: ”Herre, om du har burit </w:t>
      </w:r>
      <w:r w:rsidRPr="000767E2">
        <w:rPr>
          <w:i/>
          <w:lang w:val="sv-SE"/>
        </w:rPr>
        <w:t>bort</w:t>
      </w:r>
      <w:r w:rsidRPr="000767E2">
        <w:rPr>
          <w:lang w:val="sv-SE"/>
        </w:rPr>
        <w:t xml:space="preserve"> honom, säg mig var du lagt honom och jag ska ta honom.”{{field-off:bible}}</w:t>
      </w:r>
    </w:p>
    <w:p w14:paraId="0CFB77BA" w14:textId="1C5E7D48" w:rsidR="00BA33AB" w:rsidRPr="000767E2" w:rsidRDefault="00000000">
      <w:pPr>
        <w:rPr>
          <w:lang w:val="sv-SE"/>
        </w:rPr>
      </w:pPr>
      <w:r w:rsidRPr="000767E2">
        <w:rPr>
          <w:lang w:val="sv-SE"/>
        </w:rPr>
        <w:t>[[@</w:t>
      </w:r>
      <w:r w:rsidR="0096445B" w:rsidRPr="000767E2">
        <w:rPr>
          <w:lang w:val="sv-SE"/>
        </w:rPr>
        <w:t>BibleBIBEL82</w:t>
      </w:r>
      <w:r w:rsidRPr="000767E2">
        <w:rPr>
          <w:lang w:val="sv-SE"/>
        </w:rPr>
        <w:t>:John 20:16]]</w:t>
      </w:r>
      <w:r w:rsidRPr="000767E2">
        <w:rPr>
          <w:vertAlign w:val="superscript"/>
          <w:lang w:val="sv-SE"/>
        </w:rPr>
        <w:t>16</w:t>
      </w:r>
      <w:r w:rsidRPr="000767E2">
        <w:rPr>
          <w:lang w:val="sv-SE"/>
        </w:rPr>
        <w:t xml:space="preserve"> {{field-on:bible}}Jesus säger till henne: ”Mariam.” Hon vänder sig och säger till honom på hebreiska: ”Rabbouni!”, vilket utsägs Lärare.{{field-off:bible}} [[@</w:t>
      </w:r>
      <w:r w:rsidR="0096445B" w:rsidRPr="000767E2">
        <w:rPr>
          <w:lang w:val="sv-SE"/>
        </w:rPr>
        <w:t>BibleBIBEL82</w:t>
      </w:r>
      <w:r w:rsidRPr="000767E2">
        <w:rPr>
          <w:lang w:val="sv-SE"/>
        </w:rPr>
        <w:t>:John 20:17]]</w:t>
      </w:r>
      <w:r w:rsidRPr="000767E2">
        <w:rPr>
          <w:vertAlign w:val="superscript"/>
          <w:lang w:val="sv-SE"/>
        </w:rPr>
        <w:t>17</w:t>
      </w:r>
      <w:r w:rsidRPr="000767E2">
        <w:rPr>
          <w:lang w:val="sv-SE"/>
        </w:rPr>
        <w:t xml:space="preserve"> {{field-on:bible}}Jesus säger till henne: ”</w:t>
      </w:r>
      <w:r w:rsidRPr="000767E2">
        <w:rPr>
          <w:i/>
          <w:lang w:val="sv-SE"/>
        </w:rPr>
        <w:t>Börja</w:t>
      </w:r>
      <w:r w:rsidRPr="000767E2">
        <w:rPr>
          <w:lang w:val="sv-SE"/>
        </w:rPr>
        <w:t xml:space="preserve"> inte röra mig. För ännu har jag inte stigit upp till Fadern. Men gå till mina bröder och säg till dem: Jag stiger upp till min Far och er Far, och min Gud och er Gud.”{{field-off:bible}} [[@</w:t>
      </w:r>
      <w:r w:rsidR="0096445B" w:rsidRPr="000767E2">
        <w:rPr>
          <w:lang w:val="sv-SE"/>
        </w:rPr>
        <w:t>BibleBIBEL82</w:t>
      </w:r>
      <w:r w:rsidRPr="000767E2">
        <w:rPr>
          <w:lang w:val="sv-SE"/>
        </w:rPr>
        <w:t>:John 20:18]]</w:t>
      </w:r>
      <w:r w:rsidRPr="000767E2">
        <w:rPr>
          <w:vertAlign w:val="superscript"/>
          <w:lang w:val="sv-SE"/>
        </w:rPr>
        <w:t>18</w:t>
      </w:r>
      <w:r w:rsidRPr="000767E2">
        <w:rPr>
          <w:lang w:val="sv-SE"/>
        </w:rPr>
        <w:t xml:space="preserve"> {{field-on:bible}}</w:t>
      </w:r>
      <w:r w:rsidRPr="000767E2">
        <w:rPr>
          <w:i/>
          <w:lang w:val="sv-SE"/>
        </w:rPr>
        <w:t>Då</w:t>
      </w:r>
      <w:r w:rsidRPr="000767E2">
        <w:rPr>
          <w:lang w:val="sv-SE"/>
        </w:rPr>
        <w:t xml:space="preserve"> går Mariam Magdalén och berättar för lärjungarna att: ”Jag har sett Herren!” och </w:t>
      </w:r>
      <w:r w:rsidRPr="000767E2">
        <w:rPr>
          <w:i/>
          <w:lang w:val="sv-SE"/>
        </w:rPr>
        <w:t>att</w:t>
      </w:r>
      <w:r w:rsidRPr="000767E2">
        <w:rPr>
          <w:lang w:val="sv-SE"/>
        </w:rPr>
        <w:t xml:space="preserve"> han sagt detta till henne.{{field-off:bible}}</w:t>
      </w:r>
    </w:p>
    <w:p w14:paraId="262CDD1C" w14:textId="77777777" w:rsidR="00BA33AB" w:rsidRPr="000767E2" w:rsidRDefault="00000000">
      <w:pPr>
        <w:pStyle w:val="Rubrik3"/>
        <w:rPr>
          <w:lang w:val="sv-SE"/>
        </w:rPr>
      </w:pPr>
      <w:r w:rsidRPr="000767E2">
        <w:rPr>
          <w:lang w:val="sv-SE"/>
        </w:rPr>
        <w:t>Jesus visar sig för lärjungarna</w:t>
      </w:r>
    </w:p>
    <w:p w14:paraId="222B3A0A" w14:textId="74CE10DB" w:rsidR="00BA33AB" w:rsidRPr="000767E2" w:rsidRDefault="00000000">
      <w:pPr>
        <w:rPr>
          <w:lang w:val="sv-SE"/>
        </w:rPr>
      </w:pPr>
      <w:r w:rsidRPr="000767E2">
        <w:rPr>
          <w:lang w:val="sv-SE"/>
        </w:rPr>
        <w:t>[[@</w:t>
      </w:r>
      <w:r w:rsidR="0096445B" w:rsidRPr="000767E2">
        <w:rPr>
          <w:lang w:val="sv-SE"/>
        </w:rPr>
        <w:t>BibleBIBEL82</w:t>
      </w:r>
      <w:r w:rsidRPr="000767E2">
        <w:rPr>
          <w:lang w:val="sv-SE"/>
        </w:rPr>
        <w:t>:John 20:19]]</w:t>
      </w:r>
      <w:r w:rsidRPr="000767E2">
        <w:rPr>
          <w:vertAlign w:val="superscript"/>
          <w:lang w:val="sv-SE"/>
        </w:rPr>
        <w:t>19</w:t>
      </w:r>
      <w:r w:rsidRPr="000767E2">
        <w:rPr>
          <w:lang w:val="sv-SE"/>
        </w:rPr>
        <w:t xml:space="preserve"> {{field-on:bible}}När det nu var kväll den dagen, den första i veckan, och dörrarna var stängda där lärjungarna var av fruktan för judarna, kom Jesus och stod i mitten och säger till dem: ”Frid åt er!”{{field-off:bible}} [[@</w:t>
      </w:r>
      <w:r w:rsidR="0096445B" w:rsidRPr="000767E2">
        <w:rPr>
          <w:lang w:val="sv-SE"/>
        </w:rPr>
        <w:t>BibleBIBEL82</w:t>
      </w:r>
      <w:r w:rsidRPr="000767E2">
        <w:rPr>
          <w:lang w:val="sv-SE"/>
        </w:rPr>
        <w:t>:John 20:20]]</w:t>
      </w:r>
      <w:r w:rsidRPr="000767E2">
        <w:rPr>
          <w:vertAlign w:val="superscript"/>
          <w:lang w:val="sv-SE"/>
        </w:rPr>
        <w:t>20</w:t>
      </w:r>
      <w:r w:rsidRPr="000767E2">
        <w:rPr>
          <w:lang w:val="sv-SE"/>
        </w:rPr>
        <w:t xml:space="preserve"> {{field-on:bible}}Och sedan han sagt detta, visade han händerna och sidan för dem. Då gladde sig lärjungarna, när de såg Herren.{{field-off:bible}}</w:t>
      </w:r>
    </w:p>
    <w:p w14:paraId="6F5E5451" w14:textId="1E4EAB96" w:rsidR="00BA33AB" w:rsidRPr="000767E2" w:rsidRDefault="00000000">
      <w:pPr>
        <w:rPr>
          <w:lang w:val="sv-SE"/>
        </w:rPr>
      </w:pPr>
      <w:r w:rsidRPr="000767E2">
        <w:rPr>
          <w:lang w:val="sv-SE"/>
        </w:rPr>
        <w:t>[[@</w:t>
      </w:r>
      <w:r w:rsidR="0096445B" w:rsidRPr="000767E2">
        <w:rPr>
          <w:lang w:val="sv-SE"/>
        </w:rPr>
        <w:t>BibleBIBEL82</w:t>
      </w:r>
      <w:r w:rsidRPr="000767E2">
        <w:rPr>
          <w:lang w:val="sv-SE"/>
        </w:rPr>
        <w:t>:John 20:21]]</w:t>
      </w:r>
      <w:r w:rsidRPr="000767E2">
        <w:rPr>
          <w:vertAlign w:val="superscript"/>
          <w:lang w:val="sv-SE"/>
        </w:rPr>
        <w:t>21</w:t>
      </w:r>
      <w:r w:rsidRPr="000767E2">
        <w:rPr>
          <w:lang w:val="sv-SE"/>
        </w:rPr>
        <w:t xml:space="preserve"> {{field-on:bible}}Då sade [Jesus] till dem igen: ”Frid åt er! Så som Fadern har sänt mig, skickar också jag er.”{{field-off:bible}} [[@</w:t>
      </w:r>
      <w:r w:rsidR="0096445B" w:rsidRPr="000767E2">
        <w:rPr>
          <w:lang w:val="sv-SE"/>
        </w:rPr>
        <w:t>BibleBIBEL82</w:t>
      </w:r>
      <w:r w:rsidRPr="000767E2">
        <w:rPr>
          <w:lang w:val="sv-SE"/>
        </w:rPr>
        <w:t>:John 20:22]]</w:t>
      </w:r>
      <w:r w:rsidRPr="000767E2">
        <w:rPr>
          <w:vertAlign w:val="superscript"/>
          <w:lang w:val="sv-SE"/>
        </w:rPr>
        <w:t>22</w:t>
      </w:r>
      <w:r w:rsidRPr="000767E2">
        <w:rPr>
          <w:lang w:val="sv-SE"/>
        </w:rPr>
        <w:t xml:space="preserve"> {{field-on:bible}}Och sedan han sagt detta, blåste han in och säger till dem: ”Ta </w:t>
      </w:r>
      <w:r w:rsidRPr="000767E2">
        <w:rPr>
          <w:i/>
          <w:lang w:val="sv-SE"/>
        </w:rPr>
        <w:t>emot</w:t>
      </w:r>
      <w:r w:rsidRPr="000767E2">
        <w:rPr>
          <w:lang w:val="sv-SE"/>
        </w:rPr>
        <w:t xml:space="preserve"> helig Ande.{{field-off:bible}} [[@</w:t>
      </w:r>
      <w:r w:rsidR="0096445B" w:rsidRPr="000767E2">
        <w:rPr>
          <w:lang w:val="sv-SE"/>
        </w:rPr>
        <w:t>BibleBIBEL82</w:t>
      </w:r>
      <w:r w:rsidRPr="000767E2">
        <w:rPr>
          <w:lang w:val="sv-SE"/>
        </w:rPr>
        <w:t>:John 20:23]]</w:t>
      </w:r>
      <w:r w:rsidRPr="000767E2">
        <w:rPr>
          <w:vertAlign w:val="superscript"/>
          <w:lang w:val="sv-SE"/>
        </w:rPr>
        <w:t>23</w:t>
      </w:r>
      <w:r w:rsidRPr="000767E2">
        <w:rPr>
          <w:lang w:val="sv-SE"/>
        </w:rPr>
        <w:t xml:space="preserve"> {{field-on:bible}}De vilkas synder ni förlåter, för dem är de förlåtna. De vilkas ni kvarhåller är kvarhållna.”{{field-off:bible}}</w:t>
      </w:r>
    </w:p>
    <w:p w14:paraId="10D59A98" w14:textId="77777777" w:rsidR="00BA33AB" w:rsidRPr="000767E2" w:rsidRDefault="00000000">
      <w:pPr>
        <w:pStyle w:val="Rubrik3"/>
        <w:rPr>
          <w:lang w:val="sv-SE"/>
        </w:rPr>
      </w:pPr>
      <w:r w:rsidRPr="000767E2">
        <w:rPr>
          <w:lang w:val="sv-SE"/>
        </w:rPr>
        <w:t>Jesus och Thomas</w:t>
      </w:r>
    </w:p>
    <w:p w14:paraId="6D9873BC" w14:textId="15A4738B" w:rsidR="00BA33AB" w:rsidRPr="000767E2" w:rsidRDefault="00000000">
      <w:pPr>
        <w:rPr>
          <w:lang w:val="sv-SE"/>
        </w:rPr>
      </w:pPr>
      <w:r w:rsidRPr="000767E2">
        <w:rPr>
          <w:lang w:val="sv-SE"/>
        </w:rPr>
        <w:t>[[@</w:t>
      </w:r>
      <w:r w:rsidR="0096445B" w:rsidRPr="000767E2">
        <w:rPr>
          <w:lang w:val="sv-SE"/>
        </w:rPr>
        <w:t>BibleBIBEL82</w:t>
      </w:r>
      <w:r w:rsidRPr="000767E2">
        <w:rPr>
          <w:lang w:val="sv-SE"/>
        </w:rPr>
        <w:t>:John 20:24]]</w:t>
      </w:r>
      <w:r w:rsidRPr="000767E2">
        <w:rPr>
          <w:vertAlign w:val="superscript"/>
          <w:lang w:val="sv-SE"/>
        </w:rPr>
        <w:t>24</w:t>
      </w:r>
      <w:r w:rsidRPr="000767E2">
        <w:rPr>
          <w:lang w:val="sv-SE"/>
        </w:rPr>
        <w:t xml:space="preserve"> {{field-on:bible}}Men Thomas, en av de tolv som kallades Tvillingen, var inte med dem när Jesus kom.{{field-off:bible}} [[@</w:t>
      </w:r>
      <w:r w:rsidR="0096445B" w:rsidRPr="000767E2">
        <w:rPr>
          <w:lang w:val="sv-SE"/>
        </w:rPr>
        <w:t>BibleBIBEL82</w:t>
      </w:r>
      <w:r w:rsidRPr="000767E2">
        <w:rPr>
          <w:lang w:val="sv-SE"/>
        </w:rPr>
        <w:t>:John 20:25]]</w:t>
      </w:r>
      <w:r w:rsidRPr="000767E2">
        <w:rPr>
          <w:vertAlign w:val="superscript"/>
          <w:lang w:val="sv-SE"/>
        </w:rPr>
        <w:t>25</w:t>
      </w:r>
      <w:r w:rsidRPr="000767E2">
        <w:rPr>
          <w:lang w:val="sv-SE"/>
        </w:rPr>
        <w:t xml:space="preserve"> {{field-on:bible}}Nu sade honom de andra lärjungarna: ”Vi har sett Herren!” Men han sade till dem: ”Om jag inte får se i hans händer avtrycket från spikarna, och sätta mitt finger i avtrycket från spikarna och sätta min hand i hans sida, kommer jag aldrig att tro.”{{field-off:bible}}</w:t>
      </w:r>
    </w:p>
    <w:p w14:paraId="0C9CEE2F" w14:textId="14DA0293" w:rsidR="00BA33AB" w:rsidRPr="000767E2" w:rsidRDefault="00000000">
      <w:pPr>
        <w:rPr>
          <w:lang w:val="sv-SE"/>
        </w:rPr>
      </w:pPr>
      <w:r w:rsidRPr="000767E2">
        <w:rPr>
          <w:lang w:val="sv-SE"/>
        </w:rPr>
        <w:t>[[@</w:t>
      </w:r>
      <w:r w:rsidR="0096445B" w:rsidRPr="000767E2">
        <w:rPr>
          <w:lang w:val="sv-SE"/>
        </w:rPr>
        <w:t>BibleBIBEL82</w:t>
      </w:r>
      <w:r w:rsidRPr="000767E2">
        <w:rPr>
          <w:lang w:val="sv-SE"/>
        </w:rPr>
        <w:t>:John 20:26]]</w:t>
      </w:r>
      <w:r w:rsidRPr="000767E2">
        <w:rPr>
          <w:vertAlign w:val="superscript"/>
          <w:lang w:val="sv-SE"/>
        </w:rPr>
        <w:t>26</w:t>
      </w:r>
      <w:r w:rsidRPr="000767E2">
        <w:rPr>
          <w:lang w:val="sv-SE"/>
        </w:rPr>
        <w:t xml:space="preserve"> {{field-on:bible}}Och efter åtta dagar var åter hans lärjungar därinne, och Thomas </w:t>
      </w:r>
      <w:r w:rsidRPr="000767E2">
        <w:rPr>
          <w:i/>
          <w:lang w:val="sv-SE"/>
        </w:rPr>
        <w:t>var</w:t>
      </w:r>
      <w:r w:rsidRPr="000767E2">
        <w:rPr>
          <w:lang w:val="sv-SE"/>
        </w:rPr>
        <w:t xml:space="preserve"> med dem. Jesus kommer, medan dörrarna är stängda, och han stod i mitten och sade: ”Frid åt er!”{{field-off:bible}} [[@</w:t>
      </w:r>
      <w:r w:rsidR="0096445B" w:rsidRPr="000767E2">
        <w:rPr>
          <w:lang w:val="sv-SE"/>
        </w:rPr>
        <w:t>BibleBIBEL82</w:t>
      </w:r>
      <w:r w:rsidRPr="000767E2">
        <w:rPr>
          <w:lang w:val="sv-SE"/>
        </w:rPr>
        <w:t>:John 20:27]]</w:t>
      </w:r>
      <w:r w:rsidRPr="000767E2">
        <w:rPr>
          <w:vertAlign w:val="superscript"/>
          <w:lang w:val="sv-SE"/>
        </w:rPr>
        <w:t>27</w:t>
      </w:r>
      <w:r w:rsidRPr="000767E2">
        <w:rPr>
          <w:lang w:val="sv-SE"/>
        </w:rPr>
        <w:t xml:space="preserve"> {{field-on:bible}}Sedan säger han till Thomas: ”Hämta ditt finger hit och se mina händer. Och hämta din hand och sätt i min sida. Och var inte otroende, utan troende.”{{field-off:bible}} [[@</w:t>
      </w:r>
      <w:r w:rsidR="0096445B" w:rsidRPr="000767E2">
        <w:rPr>
          <w:lang w:val="sv-SE"/>
        </w:rPr>
        <w:t>BibleBIBEL82</w:t>
      </w:r>
      <w:r w:rsidRPr="000767E2">
        <w:rPr>
          <w:lang w:val="sv-SE"/>
        </w:rPr>
        <w:t>:John 20:28]]</w:t>
      </w:r>
      <w:r w:rsidRPr="000767E2">
        <w:rPr>
          <w:vertAlign w:val="superscript"/>
          <w:lang w:val="sv-SE"/>
        </w:rPr>
        <w:t>28</w:t>
      </w:r>
      <w:r w:rsidRPr="000767E2">
        <w:rPr>
          <w:lang w:val="sv-SE"/>
        </w:rPr>
        <w:t xml:space="preserve"> {{field-on:bible}}Thomas svarade och sade till honom: ”Min Herre och min Gud!”{{field-off:bible}} [[@</w:t>
      </w:r>
      <w:r w:rsidR="0096445B" w:rsidRPr="000767E2">
        <w:rPr>
          <w:lang w:val="sv-SE"/>
        </w:rPr>
        <w:t>BibleBIBEL82</w:t>
      </w:r>
      <w:r w:rsidRPr="000767E2">
        <w:rPr>
          <w:lang w:val="sv-SE"/>
        </w:rPr>
        <w:t>:John 20:29]]</w:t>
      </w:r>
      <w:r w:rsidRPr="000767E2">
        <w:rPr>
          <w:vertAlign w:val="superscript"/>
          <w:lang w:val="sv-SE"/>
        </w:rPr>
        <w:t>29</w:t>
      </w:r>
      <w:r w:rsidRPr="000767E2">
        <w:rPr>
          <w:lang w:val="sv-SE"/>
        </w:rPr>
        <w:t xml:space="preserve"> {{field-</w:t>
      </w:r>
      <w:r w:rsidRPr="000767E2">
        <w:rPr>
          <w:lang w:val="sv-SE"/>
        </w:rPr>
        <w:lastRenderedPageBreak/>
        <w:t xml:space="preserve">on:bible}}Jesus säger till honom: ”Eftersom du sett mig har du kommit till tro. Saliga de som inte har sett och </w:t>
      </w:r>
      <w:r w:rsidRPr="000767E2">
        <w:rPr>
          <w:i/>
          <w:lang w:val="sv-SE"/>
        </w:rPr>
        <w:t>ändå</w:t>
      </w:r>
      <w:r w:rsidRPr="000767E2">
        <w:rPr>
          <w:lang w:val="sv-SE"/>
        </w:rPr>
        <w:t xml:space="preserve"> trott.”{{field-off:bible}}</w:t>
      </w:r>
    </w:p>
    <w:p w14:paraId="7B6A305A" w14:textId="02E60B43" w:rsidR="00BA33AB" w:rsidRPr="000767E2" w:rsidRDefault="00000000">
      <w:pPr>
        <w:rPr>
          <w:lang w:val="sv-SE"/>
        </w:rPr>
      </w:pPr>
      <w:r w:rsidRPr="000767E2">
        <w:rPr>
          <w:lang w:val="sv-SE"/>
        </w:rPr>
        <w:t>[[@</w:t>
      </w:r>
      <w:r w:rsidR="0096445B" w:rsidRPr="000767E2">
        <w:rPr>
          <w:lang w:val="sv-SE"/>
        </w:rPr>
        <w:t>BibleBIBEL82</w:t>
      </w:r>
      <w:r w:rsidRPr="000767E2">
        <w:rPr>
          <w:lang w:val="sv-SE"/>
        </w:rPr>
        <w:t>:John 20:30]]</w:t>
      </w:r>
      <w:r w:rsidRPr="000767E2">
        <w:rPr>
          <w:vertAlign w:val="superscript"/>
          <w:lang w:val="sv-SE"/>
        </w:rPr>
        <w:t>30</w:t>
      </w:r>
      <w:r w:rsidRPr="000767E2">
        <w:rPr>
          <w:lang w:val="sv-SE"/>
        </w:rPr>
        <w:t xml:space="preserve"> {{field-on:bible}}Även många andra tecken gjorde så Jesus inför [sina] lärjungar, som inte är skrivna i denna bokrulle.{{field-off:bible}} [[@</w:t>
      </w:r>
      <w:r w:rsidR="0096445B" w:rsidRPr="000767E2">
        <w:rPr>
          <w:lang w:val="sv-SE"/>
        </w:rPr>
        <w:t>BibleBIBEL82</w:t>
      </w:r>
      <w:r w:rsidRPr="000767E2">
        <w:rPr>
          <w:lang w:val="sv-SE"/>
        </w:rPr>
        <w:t>:John 20:31]]</w:t>
      </w:r>
      <w:r w:rsidRPr="000767E2">
        <w:rPr>
          <w:vertAlign w:val="superscript"/>
          <w:lang w:val="sv-SE"/>
        </w:rPr>
        <w:t>31</w:t>
      </w:r>
      <w:r w:rsidRPr="000767E2">
        <w:rPr>
          <w:lang w:val="sv-SE"/>
        </w:rPr>
        <w:t xml:space="preserve"> {{field-on:bible}}Men dessa har skrivits för att ni ska tro att Jesus är Kristus, Guds Son, och för att ni </w:t>
      </w:r>
      <w:r w:rsidRPr="000767E2">
        <w:rPr>
          <w:i/>
          <w:lang w:val="sv-SE"/>
        </w:rPr>
        <w:t>genom att</w:t>
      </w:r>
      <w:r w:rsidRPr="000767E2">
        <w:rPr>
          <w:lang w:val="sv-SE"/>
        </w:rPr>
        <w:t xml:space="preserve"> tro ska ha liv i hans namn.{{field-off:bible}}</w:t>
      </w:r>
    </w:p>
    <w:p w14:paraId="33CDDE23" w14:textId="2545C39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:John 21]]Kapitel 21</w:t>
      </w:r>
    </w:p>
    <w:p w14:paraId="7BCFBEDA" w14:textId="77777777" w:rsidR="00BA33AB" w:rsidRPr="000767E2" w:rsidRDefault="00000000">
      <w:pPr>
        <w:pStyle w:val="Rubrik3"/>
        <w:rPr>
          <w:lang w:val="sv-SE"/>
        </w:rPr>
      </w:pPr>
      <w:r w:rsidRPr="000767E2">
        <w:rPr>
          <w:lang w:val="sv-SE"/>
        </w:rPr>
        <w:t>Jesus vid Tiberiashavet</w:t>
      </w:r>
    </w:p>
    <w:p w14:paraId="6BD99EBD" w14:textId="373F80F3" w:rsidR="00BA33AB" w:rsidRPr="000767E2" w:rsidRDefault="00000000">
      <w:pPr>
        <w:rPr>
          <w:lang w:val="sv-SE"/>
        </w:rPr>
      </w:pPr>
      <w:r w:rsidRPr="000767E2">
        <w:rPr>
          <w:lang w:val="sv-SE"/>
        </w:rPr>
        <w:t>[[@</w:t>
      </w:r>
      <w:r w:rsidR="0096445B" w:rsidRPr="000767E2">
        <w:rPr>
          <w:lang w:val="sv-SE"/>
        </w:rPr>
        <w:t>BibleBIBEL82</w:t>
      </w:r>
      <w:r w:rsidRPr="000767E2">
        <w:rPr>
          <w:lang w:val="sv-SE"/>
        </w:rPr>
        <w:t>:John 21:1]]</w:t>
      </w:r>
      <w:r w:rsidRPr="000767E2">
        <w:rPr>
          <w:vertAlign w:val="superscript"/>
          <w:lang w:val="sv-SE"/>
        </w:rPr>
        <w:t>1</w:t>
      </w:r>
      <w:r w:rsidRPr="000767E2">
        <w:rPr>
          <w:lang w:val="sv-SE"/>
        </w:rPr>
        <w:t xml:space="preserve"> {{field-on:bible}}Efter detta visade sig åter Jesus för lärjungarna vid Tiberiashavet. Och han visade </w:t>
      </w:r>
      <w:r w:rsidRPr="000767E2">
        <w:rPr>
          <w:i/>
          <w:lang w:val="sv-SE"/>
        </w:rPr>
        <w:t>sig</w:t>
      </w:r>
      <w:r w:rsidRPr="000767E2">
        <w:rPr>
          <w:lang w:val="sv-SE"/>
        </w:rPr>
        <w:t xml:space="preserve"> så:{{field-off:bible}} [[@</w:t>
      </w:r>
      <w:r w:rsidR="0096445B" w:rsidRPr="000767E2">
        <w:rPr>
          <w:lang w:val="sv-SE"/>
        </w:rPr>
        <w:t>BibleBIBEL82</w:t>
      </w:r>
      <w:r w:rsidRPr="000767E2">
        <w:rPr>
          <w:lang w:val="sv-SE"/>
        </w:rPr>
        <w:t>:John 21:2]]</w:t>
      </w:r>
      <w:r w:rsidRPr="000767E2">
        <w:rPr>
          <w:vertAlign w:val="superscript"/>
          <w:lang w:val="sv-SE"/>
        </w:rPr>
        <w:t>2</w:t>
      </w:r>
      <w:r w:rsidRPr="000767E2">
        <w:rPr>
          <w:lang w:val="sv-SE"/>
        </w:rPr>
        <w:t xml:space="preserve"> {{field-on:bible}}De var tillsammans, Simon Petrus och Thomas som kallades Tvillingen och Nathanael från Kana i Galileen och de av Zebedaios och två andra av hans lärjungar.{{field-off:bible}} [[@</w:t>
      </w:r>
      <w:r w:rsidR="0096445B" w:rsidRPr="000767E2">
        <w:rPr>
          <w:lang w:val="sv-SE"/>
        </w:rPr>
        <w:t>BibleBIBEL82</w:t>
      </w:r>
      <w:r w:rsidRPr="000767E2">
        <w:rPr>
          <w:lang w:val="sv-SE"/>
        </w:rPr>
        <w:t>:John 21:3]]</w:t>
      </w:r>
      <w:r w:rsidRPr="000767E2">
        <w:rPr>
          <w:vertAlign w:val="superscript"/>
          <w:lang w:val="sv-SE"/>
        </w:rPr>
        <w:t>3</w:t>
      </w:r>
      <w:r w:rsidRPr="000767E2">
        <w:rPr>
          <w:lang w:val="sv-SE"/>
        </w:rPr>
        <w:t xml:space="preserve"> {{field-on:bible}}Till dem säger Simon Petrus: ”Jag beger mig </w:t>
      </w:r>
      <w:r w:rsidRPr="000767E2">
        <w:rPr>
          <w:i/>
          <w:lang w:val="sv-SE"/>
        </w:rPr>
        <w:t>ut</w:t>
      </w:r>
      <w:r w:rsidRPr="000767E2">
        <w:rPr>
          <w:lang w:val="sv-SE"/>
        </w:rPr>
        <w:t xml:space="preserve"> att fiska.” De säger till honom: ”Även vi kommer med dig.” De gick ut och steg i båten, och under den natten fångade de ingenting.{{field-off:bible}}</w:t>
      </w:r>
    </w:p>
    <w:p w14:paraId="16ABA815" w14:textId="79B09605" w:rsidR="00BA33AB" w:rsidRPr="000767E2" w:rsidRDefault="00000000">
      <w:pPr>
        <w:rPr>
          <w:lang w:val="sv-SE"/>
        </w:rPr>
      </w:pPr>
      <w:r w:rsidRPr="000767E2">
        <w:rPr>
          <w:lang w:val="sv-SE"/>
        </w:rPr>
        <w:t>[[@</w:t>
      </w:r>
      <w:r w:rsidR="0096445B" w:rsidRPr="000767E2">
        <w:rPr>
          <w:lang w:val="sv-SE"/>
        </w:rPr>
        <w:t>BibleBIBEL82</w:t>
      </w:r>
      <w:r w:rsidRPr="000767E2">
        <w:rPr>
          <w:lang w:val="sv-SE"/>
        </w:rPr>
        <w:t>:John 21:4]]</w:t>
      </w:r>
      <w:r w:rsidRPr="000767E2">
        <w:rPr>
          <w:vertAlign w:val="superscript"/>
          <w:lang w:val="sv-SE"/>
        </w:rPr>
        <w:t>4</w:t>
      </w:r>
      <w:r w:rsidRPr="000767E2">
        <w:rPr>
          <w:lang w:val="sv-SE"/>
        </w:rPr>
        <w:t xml:space="preserve"> {{field-on:bible}}Men när det redan blivit morgon, stod Jesus på stranden. Dock förstod inte lärjungarna att det är Jesus.{{field-off:bible}} [[@</w:t>
      </w:r>
      <w:r w:rsidR="0096445B" w:rsidRPr="000767E2">
        <w:rPr>
          <w:lang w:val="sv-SE"/>
        </w:rPr>
        <w:t>BibleBIBEL82</w:t>
      </w:r>
      <w:r w:rsidRPr="000767E2">
        <w:rPr>
          <w:lang w:val="sv-SE"/>
        </w:rPr>
        <w:t>:John 21:5]]</w:t>
      </w:r>
      <w:r w:rsidRPr="000767E2">
        <w:rPr>
          <w:vertAlign w:val="superscript"/>
          <w:lang w:val="sv-SE"/>
        </w:rPr>
        <w:t>5</w:t>
      </w:r>
      <w:r w:rsidRPr="000767E2">
        <w:rPr>
          <w:lang w:val="sv-SE"/>
        </w:rPr>
        <w:t xml:space="preserve"> {{field-on:bible}}Nu säger Jesus till dem: ”Barn, har ni inget sovel?” De svarade honom: ”Nej.”{{field-off:bible}} [[@</w:t>
      </w:r>
      <w:r w:rsidR="0096445B" w:rsidRPr="000767E2">
        <w:rPr>
          <w:lang w:val="sv-SE"/>
        </w:rPr>
        <w:t>BibleBIBEL82</w:t>
      </w:r>
      <w:r w:rsidRPr="000767E2">
        <w:rPr>
          <w:lang w:val="sv-SE"/>
        </w:rPr>
        <w:t>:John 21:6]]</w:t>
      </w:r>
      <w:r w:rsidRPr="000767E2">
        <w:rPr>
          <w:vertAlign w:val="superscript"/>
          <w:lang w:val="sv-SE"/>
        </w:rPr>
        <w:t>6</w:t>
      </w:r>
      <w:r w:rsidRPr="000767E2">
        <w:rPr>
          <w:lang w:val="sv-SE"/>
        </w:rPr>
        <w:t xml:space="preserve"> {{field-on:bible}}Och han sade till dem: ”Kasta mot högra delarna från båten </w:t>
      </w:r>
      <w:r w:rsidRPr="000767E2">
        <w:rPr>
          <w:i/>
          <w:lang w:val="sv-SE"/>
        </w:rPr>
        <w:t>med</w:t>
      </w:r>
      <w:r w:rsidRPr="000767E2">
        <w:rPr>
          <w:lang w:val="sv-SE"/>
        </w:rPr>
        <w:t xml:space="preserve"> nätet och ni ska finna.” De kastade då, och mäktade inte längre att dra </w:t>
      </w:r>
      <w:r w:rsidRPr="000767E2">
        <w:rPr>
          <w:i/>
          <w:lang w:val="sv-SE"/>
        </w:rPr>
        <w:t>in</w:t>
      </w:r>
      <w:r w:rsidRPr="000767E2">
        <w:rPr>
          <w:lang w:val="sv-SE"/>
        </w:rPr>
        <w:t xml:space="preserve"> det för fiskarnas mängd.{{field-off:bible}}</w:t>
      </w:r>
    </w:p>
    <w:p w14:paraId="525BE500" w14:textId="6313FA66" w:rsidR="00BA33AB" w:rsidRPr="000767E2" w:rsidRDefault="00000000">
      <w:pPr>
        <w:rPr>
          <w:lang w:val="sv-SE"/>
        </w:rPr>
      </w:pPr>
      <w:r w:rsidRPr="000767E2">
        <w:rPr>
          <w:lang w:val="sv-SE"/>
        </w:rPr>
        <w:t>[[@</w:t>
      </w:r>
      <w:r w:rsidR="0096445B" w:rsidRPr="000767E2">
        <w:rPr>
          <w:lang w:val="sv-SE"/>
        </w:rPr>
        <w:t>BibleBIBEL82</w:t>
      </w:r>
      <w:r w:rsidRPr="000767E2">
        <w:rPr>
          <w:lang w:val="sv-SE"/>
        </w:rPr>
        <w:t>:John 21:7]]</w:t>
      </w:r>
      <w:r w:rsidRPr="000767E2">
        <w:rPr>
          <w:vertAlign w:val="superscript"/>
          <w:lang w:val="sv-SE"/>
        </w:rPr>
        <w:t>7</w:t>
      </w:r>
      <w:r w:rsidRPr="000767E2">
        <w:rPr>
          <w:lang w:val="sv-SE"/>
        </w:rPr>
        <w:t xml:space="preserve"> {{field-on:bible}}Då säger den lärjungen som Jesus älskade till Petrus: ”Det är Herren!” När Simon Petrus nu hörde att det är Herren knöt han ytterplagget om sig, för han var naken, och kastade sig i havet.{{field-off:bible}} [[@</w:t>
      </w:r>
      <w:r w:rsidR="0096445B" w:rsidRPr="000767E2">
        <w:rPr>
          <w:lang w:val="sv-SE"/>
        </w:rPr>
        <w:t>BibleBIBEL82</w:t>
      </w:r>
      <w:r w:rsidRPr="000767E2">
        <w:rPr>
          <w:lang w:val="sv-SE"/>
        </w:rPr>
        <w:t>:John 21:8]]</w:t>
      </w:r>
      <w:r w:rsidRPr="000767E2">
        <w:rPr>
          <w:vertAlign w:val="superscript"/>
          <w:lang w:val="sv-SE"/>
        </w:rPr>
        <w:t>8</w:t>
      </w:r>
      <w:r w:rsidRPr="000767E2">
        <w:rPr>
          <w:lang w:val="sv-SE"/>
        </w:rPr>
        <w:t xml:space="preserve"> {{field-on:bible}}Men de andra lärjungarna kom med småbåten, för de var inte långt från land utan ungefär tvåhundra alnar bort, släpande nätet med fiskarna.{{field-off:bible}}</w:t>
      </w:r>
    </w:p>
    <w:p w14:paraId="2A6D13C2" w14:textId="6D2FAA28" w:rsidR="00BA33AB" w:rsidRPr="000767E2" w:rsidRDefault="00000000">
      <w:pPr>
        <w:rPr>
          <w:lang w:val="sv-SE"/>
        </w:rPr>
      </w:pPr>
      <w:r w:rsidRPr="000767E2">
        <w:rPr>
          <w:lang w:val="sv-SE"/>
        </w:rPr>
        <w:t>[[@</w:t>
      </w:r>
      <w:r w:rsidR="0096445B" w:rsidRPr="000767E2">
        <w:rPr>
          <w:lang w:val="sv-SE"/>
        </w:rPr>
        <w:t>BibleBIBEL82</w:t>
      </w:r>
      <w:r w:rsidRPr="000767E2">
        <w:rPr>
          <w:lang w:val="sv-SE"/>
        </w:rPr>
        <w:t>:John 21:9]]</w:t>
      </w:r>
      <w:r w:rsidRPr="000767E2">
        <w:rPr>
          <w:vertAlign w:val="superscript"/>
          <w:lang w:val="sv-SE"/>
        </w:rPr>
        <w:t>9</w:t>
      </w:r>
      <w:r w:rsidRPr="000767E2">
        <w:rPr>
          <w:lang w:val="sv-SE"/>
        </w:rPr>
        <w:t xml:space="preserve"> {{field-on:bible}}När de nu steg ur i land, ser de en koleld ligga och matfisk ligga på och bröd.{{field-off:bible}} [[@</w:t>
      </w:r>
      <w:r w:rsidR="0096445B" w:rsidRPr="000767E2">
        <w:rPr>
          <w:lang w:val="sv-SE"/>
        </w:rPr>
        <w:t>BibleBIBEL82</w:t>
      </w:r>
      <w:r w:rsidRPr="000767E2">
        <w:rPr>
          <w:lang w:val="sv-SE"/>
        </w:rPr>
        <w:t>:John 21:10]]</w:t>
      </w:r>
      <w:r w:rsidRPr="000767E2">
        <w:rPr>
          <w:vertAlign w:val="superscript"/>
          <w:lang w:val="sv-SE"/>
        </w:rPr>
        <w:t>10</w:t>
      </w:r>
      <w:r w:rsidRPr="000767E2">
        <w:rPr>
          <w:lang w:val="sv-SE"/>
        </w:rPr>
        <w:t xml:space="preserve"> {{field-on:bible}}Jesus säger till dem: ”Hämta av matfiskarna som ni fångade nu.”{{field-off:bible}} [[@</w:t>
      </w:r>
      <w:r w:rsidR="0096445B" w:rsidRPr="000767E2">
        <w:rPr>
          <w:lang w:val="sv-SE"/>
        </w:rPr>
        <w:t>BibleBIBEL82</w:t>
      </w:r>
      <w:r w:rsidRPr="000767E2">
        <w:rPr>
          <w:lang w:val="sv-SE"/>
        </w:rPr>
        <w:t>:John 21:11]]</w:t>
      </w:r>
      <w:r w:rsidRPr="000767E2">
        <w:rPr>
          <w:vertAlign w:val="superscript"/>
          <w:lang w:val="sv-SE"/>
        </w:rPr>
        <w:t>11</w:t>
      </w:r>
      <w:r w:rsidRPr="000767E2">
        <w:rPr>
          <w:lang w:val="sv-SE"/>
        </w:rPr>
        <w:t xml:space="preserve"> {{field-on:bible}}Då steg Simon Petrus upp och drog nätet </w:t>
      </w:r>
      <w:r w:rsidRPr="000767E2">
        <w:rPr>
          <w:i/>
          <w:lang w:val="sv-SE"/>
        </w:rPr>
        <w:t>upp</w:t>
      </w:r>
      <w:r w:rsidRPr="000767E2">
        <w:rPr>
          <w:lang w:val="sv-SE"/>
        </w:rPr>
        <w:t xml:space="preserve"> på land, fullt av stora fiskar, hundrafemtiotre. Och </w:t>
      </w:r>
      <w:r w:rsidRPr="000767E2">
        <w:rPr>
          <w:i/>
          <w:lang w:val="sv-SE"/>
        </w:rPr>
        <w:t>fast</w:t>
      </w:r>
      <w:r w:rsidRPr="000767E2">
        <w:rPr>
          <w:lang w:val="sv-SE"/>
        </w:rPr>
        <w:t xml:space="preserve"> de var så många, revs inte nätet itu.{{field-off:bible}} [[@</w:t>
      </w:r>
      <w:r w:rsidR="0096445B" w:rsidRPr="000767E2">
        <w:rPr>
          <w:lang w:val="sv-SE"/>
        </w:rPr>
        <w:t>BibleBIBEL82</w:t>
      </w:r>
      <w:r w:rsidRPr="000767E2">
        <w:rPr>
          <w:lang w:val="sv-SE"/>
        </w:rPr>
        <w:t>:John 21:12]]</w:t>
      </w:r>
      <w:r w:rsidRPr="000767E2">
        <w:rPr>
          <w:vertAlign w:val="superscript"/>
          <w:lang w:val="sv-SE"/>
        </w:rPr>
        <w:t>12</w:t>
      </w:r>
      <w:r w:rsidRPr="000767E2">
        <w:rPr>
          <w:lang w:val="sv-SE"/>
        </w:rPr>
        <w:t xml:space="preserve"> {{field-on:bible}}Jesus säger till dem: ”Kom. Ät frukost.” Och ingen vågade av lärjungarna höra sig för hos honom: ”Vem är du?”, då de visste att det är Herren.{{field-off:bible}} [[@</w:t>
      </w:r>
      <w:r w:rsidR="0096445B" w:rsidRPr="000767E2">
        <w:rPr>
          <w:lang w:val="sv-SE"/>
        </w:rPr>
        <w:t>BibleBIBEL82</w:t>
      </w:r>
      <w:r w:rsidRPr="000767E2">
        <w:rPr>
          <w:lang w:val="sv-SE"/>
        </w:rPr>
        <w:t>:John 21:13]]</w:t>
      </w:r>
      <w:r w:rsidRPr="000767E2">
        <w:rPr>
          <w:vertAlign w:val="superscript"/>
          <w:lang w:val="sv-SE"/>
        </w:rPr>
        <w:t>13</w:t>
      </w:r>
      <w:r w:rsidRPr="000767E2">
        <w:rPr>
          <w:lang w:val="sv-SE"/>
        </w:rPr>
        <w:t xml:space="preserve"> {{field-on:bible}}Jesus kommer och tar brödet och ger till dem, och matfisken likaså.{{field-off:bible}} [[@</w:t>
      </w:r>
      <w:r w:rsidR="0096445B" w:rsidRPr="000767E2">
        <w:rPr>
          <w:lang w:val="sv-SE"/>
        </w:rPr>
        <w:t>BibleBIBEL82</w:t>
      </w:r>
      <w:r w:rsidRPr="000767E2">
        <w:rPr>
          <w:lang w:val="sv-SE"/>
        </w:rPr>
        <w:t>:John 21:14]]</w:t>
      </w:r>
      <w:r w:rsidRPr="000767E2">
        <w:rPr>
          <w:vertAlign w:val="superscript"/>
          <w:lang w:val="sv-SE"/>
        </w:rPr>
        <w:t>14</w:t>
      </w:r>
      <w:r w:rsidRPr="000767E2">
        <w:rPr>
          <w:lang w:val="sv-SE"/>
        </w:rPr>
        <w:t xml:space="preserve"> {{field-on:bible}}Detta </w:t>
      </w:r>
      <w:r w:rsidRPr="000767E2">
        <w:rPr>
          <w:i/>
          <w:lang w:val="sv-SE"/>
        </w:rPr>
        <w:t>var</w:t>
      </w:r>
      <w:r w:rsidRPr="000767E2">
        <w:rPr>
          <w:lang w:val="sv-SE"/>
        </w:rPr>
        <w:t xml:space="preserve"> redan tredje </w:t>
      </w:r>
      <w:r w:rsidRPr="000767E2">
        <w:rPr>
          <w:i/>
          <w:lang w:val="sv-SE"/>
        </w:rPr>
        <w:t>gången</w:t>
      </w:r>
      <w:r w:rsidRPr="000767E2">
        <w:rPr>
          <w:lang w:val="sv-SE"/>
        </w:rPr>
        <w:t xml:space="preserve"> Jesus visade sig för lärjungarna uppväckt från </w:t>
      </w:r>
      <w:r w:rsidRPr="000767E2">
        <w:rPr>
          <w:i/>
          <w:lang w:val="sv-SE"/>
        </w:rPr>
        <w:t>de</w:t>
      </w:r>
      <w:r w:rsidRPr="000767E2">
        <w:rPr>
          <w:lang w:val="sv-SE"/>
        </w:rPr>
        <w:t xml:space="preserve"> döda.{{field-off:bible}}</w:t>
      </w:r>
    </w:p>
    <w:p w14:paraId="359BBC63" w14:textId="77777777" w:rsidR="00BA33AB" w:rsidRPr="000767E2" w:rsidRDefault="00000000">
      <w:pPr>
        <w:pStyle w:val="Rubrik3"/>
        <w:rPr>
          <w:lang w:val="sv-SE"/>
        </w:rPr>
      </w:pPr>
      <w:r w:rsidRPr="000767E2">
        <w:rPr>
          <w:lang w:val="sv-SE"/>
        </w:rPr>
        <w:lastRenderedPageBreak/>
        <w:t>Jesus upprättar Petrus</w:t>
      </w:r>
    </w:p>
    <w:p w14:paraId="329703AC" w14:textId="0F93AD66" w:rsidR="00BA33AB" w:rsidRPr="000767E2" w:rsidRDefault="00000000">
      <w:pPr>
        <w:rPr>
          <w:lang w:val="sv-SE"/>
        </w:rPr>
      </w:pPr>
      <w:r w:rsidRPr="000767E2">
        <w:rPr>
          <w:lang w:val="sv-SE"/>
        </w:rPr>
        <w:t>[[@</w:t>
      </w:r>
      <w:r w:rsidR="0096445B" w:rsidRPr="000767E2">
        <w:rPr>
          <w:lang w:val="sv-SE"/>
        </w:rPr>
        <w:t>BibleBIBEL82</w:t>
      </w:r>
      <w:r w:rsidRPr="000767E2">
        <w:rPr>
          <w:lang w:val="sv-SE"/>
        </w:rPr>
        <w:t>:John 21:15]]</w:t>
      </w:r>
      <w:r w:rsidRPr="000767E2">
        <w:rPr>
          <w:vertAlign w:val="superscript"/>
          <w:lang w:val="sv-SE"/>
        </w:rPr>
        <w:t>15</w:t>
      </w:r>
      <w:r w:rsidRPr="000767E2">
        <w:rPr>
          <w:lang w:val="sv-SE"/>
        </w:rPr>
        <w:t xml:space="preserve"> {{field-on:bible}}När de nu hade ätit frukost, säger Jesus till Simon Petrus: ”Simon, Johannes </w:t>
      </w:r>
      <w:r w:rsidRPr="000767E2">
        <w:rPr>
          <w:i/>
          <w:lang w:val="sv-SE"/>
        </w:rPr>
        <w:t>son</w:t>
      </w:r>
      <w:r w:rsidRPr="000767E2">
        <w:rPr>
          <w:lang w:val="sv-SE"/>
        </w:rPr>
        <w:t>. Älskar du mig mer än dessa?” Han säger till honom: ”Ja, Herre. Du vet att jag har dig kär.” Han säger till honom: ”Valla mina lamm.”{{field-off:bible}} [[@</w:t>
      </w:r>
      <w:r w:rsidR="0096445B" w:rsidRPr="000767E2">
        <w:rPr>
          <w:lang w:val="sv-SE"/>
        </w:rPr>
        <w:t>BibleBIBEL82</w:t>
      </w:r>
      <w:r w:rsidRPr="000767E2">
        <w:rPr>
          <w:lang w:val="sv-SE"/>
        </w:rPr>
        <w:t>:John 21:16]]</w:t>
      </w:r>
      <w:r w:rsidRPr="000767E2">
        <w:rPr>
          <w:vertAlign w:val="superscript"/>
          <w:lang w:val="sv-SE"/>
        </w:rPr>
        <w:t>16</w:t>
      </w:r>
      <w:r w:rsidRPr="000767E2">
        <w:rPr>
          <w:lang w:val="sv-SE"/>
        </w:rPr>
        <w:t xml:space="preserve"> {{field-on:bible}}Han säger till honom igen, en andra </w:t>
      </w:r>
      <w:r w:rsidRPr="000767E2">
        <w:rPr>
          <w:i/>
          <w:lang w:val="sv-SE"/>
        </w:rPr>
        <w:t>gång</w:t>
      </w:r>
      <w:r w:rsidRPr="000767E2">
        <w:rPr>
          <w:lang w:val="sv-SE"/>
        </w:rPr>
        <w:t xml:space="preserve">: ”Simon, Johannes </w:t>
      </w:r>
      <w:r w:rsidRPr="000767E2">
        <w:rPr>
          <w:i/>
          <w:lang w:val="sv-SE"/>
        </w:rPr>
        <w:t>son</w:t>
      </w:r>
      <w:r w:rsidRPr="000767E2">
        <w:rPr>
          <w:lang w:val="sv-SE"/>
        </w:rPr>
        <w:t>. Älskar du mig?” Han säger till honom: ”Ja, Herre. Du vet att jag har dig kär.” Han säger till honom: ”Var herde för mina får.”{{field-off:bible}}</w:t>
      </w:r>
    </w:p>
    <w:p w14:paraId="6674B1ED" w14:textId="31B36C19" w:rsidR="00BA33AB" w:rsidRPr="000767E2" w:rsidRDefault="00000000">
      <w:pPr>
        <w:rPr>
          <w:lang w:val="sv-SE"/>
        </w:rPr>
      </w:pPr>
      <w:r w:rsidRPr="000767E2">
        <w:rPr>
          <w:lang w:val="sv-SE"/>
        </w:rPr>
        <w:t>[[@</w:t>
      </w:r>
      <w:r w:rsidR="0096445B" w:rsidRPr="000767E2">
        <w:rPr>
          <w:lang w:val="sv-SE"/>
        </w:rPr>
        <w:t>BibleBIBEL82</w:t>
      </w:r>
      <w:r w:rsidRPr="000767E2">
        <w:rPr>
          <w:lang w:val="sv-SE"/>
        </w:rPr>
        <w:t>:John 21:17]]</w:t>
      </w:r>
      <w:r w:rsidRPr="000767E2">
        <w:rPr>
          <w:vertAlign w:val="superscript"/>
          <w:lang w:val="sv-SE"/>
        </w:rPr>
        <w:t>17</w:t>
      </w:r>
      <w:r w:rsidRPr="000767E2">
        <w:rPr>
          <w:lang w:val="sv-SE"/>
        </w:rPr>
        <w:t xml:space="preserve"> {{field-on:bible}}Han säger till honom den tredje </w:t>
      </w:r>
      <w:r w:rsidRPr="000767E2">
        <w:rPr>
          <w:i/>
          <w:lang w:val="sv-SE"/>
        </w:rPr>
        <w:t>gången</w:t>
      </w:r>
      <w:r w:rsidRPr="000767E2">
        <w:rPr>
          <w:lang w:val="sv-SE"/>
        </w:rPr>
        <w:t xml:space="preserve">: ”Simon, Johannes </w:t>
      </w:r>
      <w:r w:rsidRPr="000767E2">
        <w:rPr>
          <w:i/>
          <w:lang w:val="sv-SE"/>
        </w:rPr>
        <w:t>son</w:t>
      </w:r>
      <w:r w:rsidRPr="000767E2">
        <w:rPr>
          <w:lang w:val="sv-SE"/>
        </w:rPr>
        <w:t xml:space="preserve">. Har du mig kär?” Petrus blev bedrövad att han sade till honom den tredje </w:t>
      </w:r>
      <w:r w:rsidRPr="000767E2">
        <w:rPr>
          <w:i/>
          <w:lang w:val="sv-SE"/>
        </w:rPr>
        <w:t>gången</w:t>
      </w:r>
      <w:r w:rsidRPr="000767E2">
        <w:rPr>
          <w:lang w:val="sv-SE"/>
        </w:rPr>
        <w:t>: ”Har du mig kär?”, och han säger till honom: ”Herre, allt vet du. Du förstår att jag har dig kär.” [Jesus] säger till honom: ”Valla mina får.{{field-off:bible}} [[@</w:t>
      </w:r>
      <w:r w:rsidR="0096445B" w:rsidRPr="000767E2">
        <w:rPr>
          <w:lang w:val="sv-SE"/>
        </w:rPr>
        <w:t>BibleBIBEL82</w:t>
      </w:r>
      <w:r w:rsidRPr="000767E2">
        <w:rPr>
          <w:lang w:val="sv-SE"/>
        </w:rPr>
        <w:t>:John 21:18]]</w:t>
      </w:r>
      <w:r w:rsidRPr="000767E2">
        <w:rPr>
          <w:vertAlign w:val="superscript"/>
          <w:lang w:val="sv-SE"/>
        </w:rPr>
        <w:t>18</w:t>
      </w:r>
      <w:r w:rsidRPr="000767E2">
        <w:rPr>
          <w:lang w:val="sv-SE"/>
        </w:rPr>
        <w:t xml:space="preserve"> {{field-on:bible}}Amen, amen, jag säger dig: När du var yngre, bältade du dig själv och vandrade vart du ville. Men när du blir gammal ska du räcka ut dina händer, och en annan ska bälta och föra dig dit du inte vill.”{{field-off:bible}} [[@</w:t>
      </w:r>
      <w:r w:rsidR="0096445B" w:rsidRPr="000767E2">
        <w:rPr>
          <w:lang w:val="sv-SE"/>
        </w:rPr>
        <w:t>BibleBIBEL82</w:t>
      </w:r>
      <w:r w:rsidRPr="000767E2">
        <w:rPr>
          <w:lang w:val="sv-SE"/>
        </w:rPr>
        <w:t>:John 21:19]]</w:t>
      </w:r>
      <w:r w:rsidRPr="000767E2">
        <w:rPr>
          <w:vertAlign w:val="superscript"/>
          <w:lang w:val="sv-SE"/>
        </w:rPr>
        <w:t>19</w:t>
      </w:r>
      <w:r w:rsidRPr="000767E2">
        <w:rPr>
          <w:lang w:val="sv-SE"/>
        </w:rPr>
        <w:t xml:space="preserve"> {{field-on:bible}}Och detta sade han angivande med vilken död han kommer att ära Gud. Och sedan han sagt detta, säger han till honom: ”Följ mig.”{{field-off:bible}}</w:t>
      </w:r>
    </w:p>
    <w:p w14:paraId="25DAC623" w14:textId="6F03437E" w:rsidR="00BA33AB" w:rsidRPr="000767E2" w:rsidRDefault="00000000">
      <w:pPr>
        <w:rPr>
          <w:lang w:val="sv-SE"/>
        </w:rPr>
      </w:pPr>
      <w:r w:rsidRPr="000767E2">
        <w:rPr>
          <w:lang w:val="sv-SE"/>
        </w:rPr>
        <w:t>[[@</w:t>
      </w:r>
      <w:r w:rsidR="0096445B" w:rsidRPr="000767E2">
        <w:rPr>
          <w:lang w:val="sv-SE"/>
        </w:rPr>
        <w:t>BibleBIBEL82</w:t>
      </w:r>
      <w:r w:rsidRPr="000767E2">
        <w:rPr>
          <w:lang w:val="sv-SE"/>
        </w:rPr>
        <w:t>:John 21:20]]</w:t>
      </w:r>
      <w:r w:rsidRPr="000767E2">
        <w:rPr>
          <w:vertAlign w:val="superscript"/>
          <w:lang w:val="sv-SE"/>
        </w:rPr>
        <w:t>20</w:t>
      </w:r>
      <w:r w:rsidRPr="000767E2">
        <w:rPr>
          <w:lang w:val="sv-SE"/>
        </w:rPr>
        <w:t xml:space="preserve"> {{field-on:bible}}Petrus vänder om och ser lärjungen som Jesus älskade följa efter, han som också hade legat vid måltiden på hans bröstkorg och sagt: ”Herre, vem är den som utlämnar dig?”{{field-off:bible}} [[@</w:t>
      </w:r>
      <w:r w:rsidR="0096445B" w:rsidRPr="000767E2">
        <w:rPr>
          <w:lang w:val="sv-SE"/>
        </w:rPr>
        <w:t>BibleBIBEL82</w:t>
      </w:r>
      <w:r w:rsidRPr="000767E2">
        <w:rPr>
          <w:lang w:val="sv-SE"/>
        </w:rPr>
        <w:t>:John 21:21]]</w:t>
      </w:r>
      <w:r w:rsidRPr="000767E2">
        <w:rPr>
          <w:vertAlign w:val="superscript"/>
          <w:lang w:val="sv-SE"/>
        </w:rPr>
        <w:t>21</w:t>
      </w:r>
      <w:r w:rsidRPr="000767E2">
        <w:rPr>
          <w:lang w:val="sv-SE"/>
        </w:rPr>
        <w:t xml:space="preserve"> {{field-on:bible}}Honom ser Petrus nu och säger till Jesus: ”Herre, men han då?”{{field-off:bible}} [[@</w:t>
      </w:r>
      <w:r w:rsidR="0096445B" w:rsidRPr="000767E2">
        <w:rPr>
          <w:lang w:val="sv-SE"/>
        </w:rPr>
        <w:t>BibleBIBEL82</w:t>
      </w:r>
      <w:r w:rsidRPr="000767E2">
        <w:rPr>
          <w:lang w:val="sv-SE"/>
        </w:rPr>
        <w:t>:John 21:22]]</w:t>
      </w:r>
      <w:r w:rsidRPr="000767E2">
        <w:rPr>
          <w:vertAlign w:val="superscript"/>
          <w:lang w:val="sv-SE"/>
        </w:rPr>
        <w:t>22</w:t>
      </w:r>
      <w:r w:rsidRPr="000767E2">
        <w:rPr>
          <w:lang w:val="sv-SE"/>
        </w:rPr>
        <w:t xml:space="preserve"> {{field-on:bible}}Jesus säger till honom: ”Om jag vill att han är kvar tills jag kommer, vad </w:t>
      </w:r>
      <w:r w:rsidRPr="000767E2">
        <w:rPr>
          <w:i/>
          <w:lang w:val="sv-SE"/>
        </w:rPr>
        <w:t>är det</w:t>
      </w:r>
      <w:r w:rsidRPr="000767E2">
        <w:rPr>
          <w:lang w:val="sv-SE"/>
        </w:rPr>
        <w:t xml:space="preserve"> för dig? Följ du mig.”{{field-off:bible}}</w:t>
      </w:r>
    </w:p>
    <w:p w14:paraId="54EFFBEA" w14:textId="3F6A699F" w:rsidR="00BA33AB" w:rsidRPr="000767E2" w:rsidRDefault="00000000">
      <w:pPr>
        <w:rPr>
          <w:lang w:val="sv-SE"/>
        </w:rPr>
      </w:pPr>
      <w:r w:rsidRPr="000767E2">
        <w:rPr>
          <w:lang w:val="sv-SE"/>
        </w:rPr>
        <w:t>[[@</w:t>
      </w:r>
      <w:r w:rsidR="0096445B" w:rsidRPr="000767E2">
        <w:rPr>
          <w:lang w:val="sv-SE"/>
        </w:rPr>
        <w:t>BibleBIBEL82</w:t>
      </w:r>
      <w:r w:rsidRPr="000767E2">
        <w:rPr>
          <w:lang w:val="sv-SE"/>
        </w:rPr>
        <w:t>:John 21:23]]</w:t>
      </w:r>
      <w:r w:rsidRPr="000767E2">
        <w:rPr>
          <w:vertAlign w:val="superscript"/>
          <w:lang w:val="sv-SE"/>
        </w:rPr>
        <w:t>23</w:t>
      </w:r>
      <w:r w:rsidRPr="000767E2">
        <w:rPr>
          <w:lang w:val="sv-SE"/>
        </w:rPr>
        <w:t xml:space="preserve"> {{field-on:bible}}Då gick detta ord ut till syskonen att den lärjungen inte dör. Men Jesus sade inte till honom att han inte dör, utan: ”Om jag vill att han är kvar tills jag kommer [– vad </w:t>
      </w:r>
      <w:r w:rsidRPr="000767E2">
        <w:rPr>
          <w:i/>
          <w:lang w:val="sv-SE"/>
        </w:rPr>
        <w:t>är</w:t>
      </w:r>
      <w:r w:rsidRPr="000767E2">
        <w:rPr>
          <w:lang w:val="sv-SE"/>
        </w:rPr>
        <w:t xml:space="preserve"> det för dig]?”{{field-off:bible}}</w:t>
      </w:r>
    </w:p>
    <w:p w14:paraId="15A019A0" w14:textId="77777777" w:rsidR="00BA33AB" w:rsidRPr="000767E2" w:rsidRDefault="00000000">
      <w:pPr>
        <w:pStyle w:val="Rubrik3"/>
        <w:rPr>
          <w:lang w:val="sv-SE"/>
        </w:rPr>
      </w:pPr>
      <w:r w:rsidRPr="000767E2">
        <w:rPr>
          <w:lang w:val="sv-SE"/>
        </w:rPr>
        <w:t>Slutord</w:t>
      </w:r>
    </w:p>
    <w:p w14:paraId="3A03CBE4" w14:textId="00782893" w:rsidR="00BA33AB" w:rsidRPr="000767E2" w:rsidRDefault="00000000">
      <w:pPr>
        <w:rPr>
          <w:lang w:val="sv-SE"/>
        </w:rPr>
      </w:pPr>
      <w:r w:rsidRPr="000767E2">
        <w:rPr>
          <w:lang w:val="sv-SE"/>
        </w:rPr>
        <w:t>[[@</w:t>
      </w:r>
      <w:r w:rsidR="0096445B" w:rsidRPr="000767E2">
        <w:rPr>
          <w:lang w:val="sv-SE"/>
        </w:rPr>
        <w:t>BibleBIBEL82</w:t>
      </w:r>
      <w:r w:rsidRPr="000767E2">
        <w:rPr>
          <w:lang w:val="sv-SE"/>
        </w:rPr>
        <w:t>:John 21:24]]</w:t>
      </w:r>
      <w:r w:rsidRPr="000767E2">
        <w:rPr>
          <w:vertAlign w:val="superscript"/>
          <w:lang w:val="sv-SE"/>
        </w:rPr>
        <w:t>24</w:t>
      </w:r>
      <w:r w:rsidRPr="000767E2">
        <w:rPr>
          <w:lang w:val="sv-SE"/>
        </w:rPr>
        <w:t xml:space="preserve"> {{field-on:bible}}</w:t>
      </w:r>
      <w:r w:rsidRPr="000767E2">
        <w:rPr>
          <w:i/>
          <w:lang w:val="sv-SE"/>
        </w:rPr>
        <w:t>Det</w:t>
      </w:r>
      <w:r w:rsidRPr="000767E2">
        <w:rPr>
          <w:lang w:val="sv-SE"/>
        </w:rPr>
        <w:t xml:space="preserve"> är den lärjungen som vittnar om detta och som har skrivit detta. Och vi vet att sant är hans vittnesbörd.{{field-off:bible}} [[@</w:t>
      </w:r>
      <w:r w:rsidR="0096445B" w:rsidRPr="000767E2">
        <w:rPr>
          <w:lang w:val="sv-SE"/>
        </w:rPr>
        <w:t>BibleBIBEL82</w:t>
      </w:r>
      <w:r w:rsidRPr="000767E2">
        <w:rPr>
          <w:lang w:val="sv-SE"/>
        </w:rPr>
        <w:t>:John 21:25]]</w:t>
      </w:r>
      <w:r w:rsidRPr="000767E2">
        <w:rPr>
          <w:vertAlign w:val="superscript"/>
          <w:lang w:val="sv-SE"/>
        </w:rPr>
        <w:t>25</w:t>
      </w:r>
      <w:r w:rsidRPr="000767E2">
        <w:rPr>
          <w:lang w:val="sv-SE"/>
        </w:rPr>
        <w:t xml:space="preserve"> {{field-on:bible}}Men det finns också många andra </w:t>
      </w:r>
      <w:r w:rsidRPr="000767E2">
        <w:rPr>
          <w:i/>
          <w:lang w:val="sv-SE"/>
        </w:rPr>
        <w:t>saker</w:t>
      </w:r>
      <w:r w:rsidRPr="000767E2">
        <w:rPr>
          <w:lang w:val="sv-SE"/>
        </w:rPr>
        <w:t xml:space="preserve"> som Jesus gjorde. Om de skulle skrivas </w:t>
      </w:r>
      <w:r w:rsidRPr="000767E2">
        <w:rPr>
          <w:i/>
          <w:lang w:val="sv-SE"/>
        </w:rPr>
        <w:t>en</w:t>
      </w:r>
      <w:r w:rsidRPr="000767E2">
        <w:rPr>
          <w:lang w:val="sv-SE"/>
        </w:rPr>
        <w:t xml:space="preserve"> efter en, föreställer jag mig inte ens själva världen skulle ha rum för de bokrullar som </w:t>
      </w:r>
      <w:r w:rsidRPr="000767E2">
        <w:rPr>
          <w:i/>
          <w:lang w:val="sv-SE"/>
        </w:rPr>
        <w:t>då</w:t>
      </w:r>
      <w:r w:rsidRPr="000767E2">
        <w:rPr>
          <w:lang w:val="sv-SE"/>
        </w:rPr>
        <w:t xml:space="preserve"> skrivs.{{field-off:bible}}</w:t>
      </w:r>
    </w:p>
    <w:p w14:paraId="3EB1CF95" w14:textId="0B10BA5D"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:Acts]]Apostlagärningarna</w:t>
      </w:r>
    </w:p>
    <w:p w14:paraId="4675543B" w14:textId="36157C56"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1]]Kapitel 1</w:t>
      </w:r>
    </w:p>
    <w:p w14:paraId="1E2D31C1" w14:textId="77777777" w:rsidR="00BA33AB" w:rsidRPr="000767E2" w:rsidRDefault="00000000">
      <w:pPr>
        <w:pStyle w:val="Rubrik3"/>
        <w:rPr>
          <w:lang w:val="sv-SE"/>
        </w:rPr>
      </w:pPr>
      <w:r w:rsidRPr="000767E2">
        <w:rPr>
          <w:lang w:val="sv-SE"/>
        </w:rPr>
        <w:t>Löftet om Anden</w:t>
      </w:r>
    </w:p>
    <w:p w14:paraId="46DA762E" w14:textId="69051933" w:rsidR="00BA33AB" w:rsidRPr="000767E2" w:rsidRDefault="00000000">
      <w:pPr>
        <w:rPr>
          <w:lang w:val="sv-SE"/>
        </w:rPr>
      </w:pPr>
      <w:r w:rsidRPr="000767E2">
        <w:rPr>
          <w:lang w:val="sv-SE"/>
        </w:rPr>
        <w:t>[[@</w:t>
      </w:r>
      <w:r w:rsidR="0096445B" w:rsidRPr="000767E2">
        <w:rPr>
          <w:lang w:val="sv-SE"/>
        </w:rPr>
        <w:t>BibleBIBEL82</w:t>
      </w:r>
      <w:r w:rsidRPr="000767E2">
        <w:rPr>
          <w:lang w:val="sv-SE"/>
        </w:rPr>
        <w:t>:Acts 1:1]]</w:t>
      </w:r>
      <w:r w:rsidRPr="000767E2">
        <w:rPr>
          <w:vertAlign w:val="superscript"/>
          <w:lang w:val="sv-SE"/>
        </w:rPr>
        <w:t>1</w:t>
      </w:r>
      <w:r w:rsidRPr="000767E2">
        <w:rPr>
          <w:lang w:val="sv-SE"/>
        </w:rPr>
        <w:t xml:space="preserve"> {{field-on:bible}}Den första redogörelsen gjorde jag om allt, o Theofilos, som Jesus började göra och lära,{{field-off:bible}} [[@</w:t>
      </w:r>
      <w:r w:rsidR="0096445B" w:rsidRPr="000767E2">
        <w:rPr>
          <w:lang w:val="sv-SE"/>
        </w:rPr>
        <w:t>BibleBIBEL82</w:t>
      </w:r>
      <w:r w:rsidRPr="000767E2">
        <w:rPr>
          <w:lang w:val="sv-SE"/>
        </w:rPr>
        <w:t>:Acts 1:2]]</w:t>
      </w:r>
      <w:r w:rsidRPr="000767E2">
        <w:rPr>
          <w:vertAlign w:val="superscript"/>
          <w:lang w:val="sv-SE"/>
        </w:rPr>
        <w:t>2</w:t>
      </w:r>
      <w:r w:rsidRPr="000767E2">
        <w:rPr>
          <w:lang w:val="sv-SE"/>
        </w:rPr>
        <w:t xml:space="preserve"> </w:t>
      </w:r>
      <w:r w:rsidRPr="000767E2">
        <w:rPr>
          <w:lang w:val="sv-SE"/>
        </w:rPr>
        <w:lastRenderedPageBreak/>
        <w:t>{{field-on:bible}}fram till den dag han genom helig Ande hade påbjudit apostlarna som han utvalt och togs upp.{{field-off:bible}} [[@</w:t>
      </w:r>
      <w:r w:rsidR="0096445B" w:rsidRPr="000767E2">
        <w:rPr>
          <w:lang w:val="sv-SE"/>
        </w:rPr>
        <w:t>BibleBIBEL82</w:t>
      </w:r>
      <w:r w:rsidRPr="000767E2">
        <w:rPr>
          <w:lang w:val="sv-SE"/>
        </w:rPr>
        <w:t>:Acts 1:3]]</w:t>
      </w:r>
      <w:r w:rsidRPr="000767E2">
        <w:rPr>
          <w:vertAlign w:val="superscript"/>
          <w:lang w:val="sv-SE"/>
        </w:rPr>
        <w:t>3</w:t>
      </w:r>
      <w:r w:rsidRPr="000767E2">
        <w:rPr>
          <w:lang w:val="sv-SE"/>
        </w:rPr>
        <w:t xml:space="preserve"> {{field-on:bible}}För dessa framställde han sig också levande efter att han lidit, med många belägg, när han under fyrtio dagar visade sig för dem och talade </w:t>
      </w:r>
      <w:r w:rsidRPr="000767E2">
        <w:rPr>
          <w:i/>
          <w:lang w:val="sv-SE"/>
        </w:rPr>
        <w:t>om</w:t>
      </w:r>
      <w:r w:rsidRPr="000767E2">
        <w:rPr>
          <w:lang w:val="sv-SE"/>
        </w:rPr>
        <w:t xml:space="preserve"> det som rör Guds rike.{{field-off:bible}}</w:t>
      </w:r>
    </w:p>
    <w:p w14:paraId="45F49DF9" w14:textId="610C510A" w:rsidR="00BA33AB" w:rsidRPr="000767E2" w:rsidRDefault="00000000">
      <w:pPr>
        <w:rPr>
          <w:lang w:val="sv-SE"/>
        </w:rPr>
      </w:pPr>
      <w:r w:rsidRPr="000767E2">
        <w:rPr>
          <w:lang w:val="sv-SE"/>
        </w:rPr>
        <w:t>[[@</w:t>
      </w:r>
      <w:r w:rsidR="0096445B" w:rsidRPr="000767E2">
        <w:rPr>
          <w:lang w:val="sv-SE"/>
        </w:rPr>
        <w:t>BibleBIBEL82</w:t>
      </w:r>
      <w:r w:rsidRPr="000767E2">
        <w:rPr>
          <w:lang w:val="sv-SE"/>
        </w:rPr>
        <w:t>:Acts 1:4]]</w:t>
      </w:r>
      <w:r w:rsidRPr="000767E2">
        <w:rPr>
          <w:vertAlign w:val="superscript"/>
          <w:lang w:val="sv-SE"/>
        </w:rPr>
        <w:t>4</w:t>
      </w:r>
      <w:r w:rsidRPr="000767E2">
        <w:rPr>
          <w:lang w:val="sv-SE"/>
        </w:rPr>
        <w:t xml:space="preserve"> {{field-on:bible}}Och medan han samlades med </w:t>
      </w:r>
      <w:r w:rsidRPr="000767E2">
        <w:rPr>
          <w:i/>
          <w:lang w:val="sv-SE"/>
        </w:rPr>
        <w:t>dem</w:t>
      </w:r>
      <w:r w:rsidRPr="000767E2">
        <w:rPr>
          <w:lang w:val="sv-SE"/>
        </w:rPr>
        <w:t xml:space="preserve"> instruerade han dem att inte skiljas från Jerusalem, utan: ”Invänta Faderns löfte som ni har hört från mig.{{field-off:bible}} [[@</w:t>
      </w:r>
      <w:r w:rsidR="0096445B" w:rsidRPr="000767E2">
        <w:rPr>
          <w:lang w:val="sv-SE"/>
        </w:rPr>
        <w:t>BibleBIBEL82</w:t>
      </w:r>
      <w:r w:rsidRPr="000767E2">
        <w:rPr>
          <w:lang w:val="sv-SE"/>
        </w:rPr>
        <w:t>:Acts 1:5]]</w:t>
      </w:r>
      <w:r w:rsidRPr="000767E2">
        <w:rPr>
          <w:vertAlign w:val="superscript"/>
          <w:lang w:val="sv-SE"/>
        </w:rPr>
        <w:t>5</w:t>
      </w:r>
      <w:r w:rsidRPr="000767E2">
        <w:rPr>
          <w:lang w:val="sv-SE"/>
        </w:rPr>
        <w:t xml:space="preserve"> {{field-on:bible}}För Johannes döpte med vatten, men ni ska bli döpta i helig Ande efter inte många </w:t>
      </w:r>
      <w:r w:rsidRPr="000767E2">
        <w:rPr>
          <w:i/>
          <w:lang w:val="sv-SE"/>
        </w:rPr>
        <w:t>av</w:t>
      </w:r>
      <w:r w:rsidRPr="000767E2">
        <w:rPr>
          <w:lang w:val="sv-SE"/>
        </w:rPr>
        <w:t xml:space="preserve"> dessa dagar.”{{field-off:bible}}</w:t>
      </w:r>
    </w:p>
    <w:p w14:paraId="545D3C70" w14:textId="77777777" w:rsidR="00BA33AB" w:rsidRPr="000767E2" w:rsidRDefault="00000000">
      <w:pPr>
        <w:pStyle w:val="Rubrik3"/>
        <w:rPr>
          <w:lang w:val="sv-SE"/>
        </w:rPr>
      </w:pPr>
      <w:r w:rsidRPr="000767E2">
        <w:rPr>
          <w:lang w:val="sv-SE"/>
        </w:rPr>
        <w:t>Jesu himmelsfärd</w:t>
      </w:r>
    </w:p>
    <w:p w14:paraId="17E46C82" w14:textId="3E5CFD5A" w:rsidR="00BA33AB" w:rsidRPr="000767E2" w:rsidRDefault="00000000">
      <w:pPr>
        <w:rPr>
          <w:lang w:val="sv-SE"/>
        </w:rPr>
      </w:pPr>
      <w:r w:rsidRPr="000767E2">
        <w:rPr>
          <w:lang w:val="sv-SE"/>
        </w:rPr>
        <w:t>[[@</w:t>
      </w:r>
      <w:r w:rsidR="0096445B" w:rsidRPr="000767E2">
        <w:rPr>
          <w:lang w:val="sv-SE"/>
        </w:rPr>
        <w:t>BibleBIBEL82</w:t>
      </w:r>
      <w:r w:rsidRPr="000767E2">
        <w:rPr>
          <w:lang w:val="sv-SE"/>
        </w:rPr>
        <w:t>:Acts 1:6]]</w:t>
      </w:r>
      <w:r w:rsidRPr="000767E2">
        <w:rPr>
          <w:vertAlign w:val="superscript"/>
          <w:lang w:val="sv-SE"/>
        </w:rPr>
        <w:t>6</w:t>
      </w:r>
      <w:r w:rsidRPr="000767E2">
        <w:rPr>
          <w:lang w:val="sv-SE"/>
        </w:rPr>
        <w:t xml:space="preserve"> {{field-on:bible}}Sammankomna frågade de honom nu och sade: ”Herre, om du vid denna tid återställer riket åt Israel?”{{field-off:bible}} [[@</w:t>
      </w:r>
      <w:r w:rsidR="0096445B" w:rsidRPr="000767E2">
        <w:rPr>
          <w:lang w:val="sv-SE"/>
        </w:rPr>
        <w:t>BibleBIBEL82</w:t>
      </w:r>
      <w:r w:rsidRPr="000767E2">
        <w:rPr>
          <w:lang w:val="sv-SE"/>
        </w:rPr>
        <w:t>:Acts 1:7]]</w:t>
      </w:r>
      <w:r w:rsidRPr="000767E2">
        <w:rPr>
          <w:vertAlign w:val="superscript"/>
          <w:lang w:val="sv-SE"/>
        </w:rPr>
        <w:t>7</w:t>
      </w:r>
      <w:r w:rsidRPr="000767E2">
        <w:rPr>
          <w:lang w:val="sv-SE"/>
        </w:rPr>
        <w:t xml:space="preserve"> {{field-on:bible}}Men han sade till dem: ”Det är inte ert att veta tider eller stunder som Fadern har satt i </w:t>
      </w:r>
      <w:r w:rsidRPr="000767E2">
        <w:rPr>
          <w:i/>
          <w:lang w:val="sv-SE"/>
        </w:rPr>
        <w:t>sin</w:t>
      </w:r>
      <w:r w:rsidRPr="000767E2">
        <w:rPr>
          <w:lang w:val="sv-SE"/>
        </w:rPr>
        <w:t xml:space="preserve"> egen auktoritet.{{field-off:bible}} [[@</w:t>
      </w:r>
      <w:r w:rsidR="0096445B" w:rsidRPr="000767E2">
        <w:rPr>
          <w:lang w:val="sv-SE"/>
        </w:rPr>
        <w:t>BibleBIBEL82</w:t>
      </w:r>
      <w:r w:rsidRPr="000767E2">
        <w:rPr>
          <w:lang w:val="sv-SE"/>
        </w:rPr>
        <w:t>:Acts 1:8]]</w:t>
      </w:r>
      <w:r w:rsidRPr="000767E2">
        <w:rPr>
          <w:vertAlign w:val="superscript"/>
          <w:lang w:val="sv-SE"/>
        </w:rPr>
        <w:t>8</w:t>
      </w:r>
      <w:r w:rsidRPr="000767E2">
        <w:rPr>
          <w:lang w:val="sv-SE"/>
        </w:rPr>
        <w:t xml:space="preserve"> {{field-on:bible}}Men ni ska få kraft när den heliga Anden kommer över er, och ni ska vara mina vittnen i Jerusalem och i hela Judeen och Samarien och ända till </w:t>
      </w:r>
      <w:r w:rsidRPr="000767E2">
        <w:rPr>
          <w:i/>
          <w:lang w:val="sv-SE"/>
        </w:rPr>
        <w:t>det</w:t>
      </w:r>
      <w:r w:rsidRPr="000767E2">
        <w:rPr>
          <w:lang w:val="sv-SE"/>
        </w:rPr>
        <w:t xml:space="preserve"> sista av jorden.”{{field-off:bible}}</w:t>
      </w:r>
    </w:p>
    <w:p w14:paraId="31236635" w14:textId="226679DB" w:rsidR="00BA33AB" w:rsidRPr="000767E2" w:rsidRDefault="00000000">
      <w:pPr>
        <w:rPr>
          <w:lang w:val="sv-SE"/>
        </w:rPr>
      </w:pPr>
      <w:r w:rsidRPr="000767E2">
        <w:rPr>
          <w:lang w:val="sv-SE"/>
        </w:rPr>
        <w:t>[[@</w:t>
      </w:r>
      <w:r w:rsidR="0096445B" w:rsidRPr="000767E2">
        <w:rPr>
          <w:lang w:val="sv-SE"/>
        </w:rPr>
        <w:t>BibleBIBEL82</w:t>
      </w:r>
      <w:r w:rsidRPr="000767E2">
        <w:rPr>
          <w:lang w:val="sv-SE"/>
        </w:rPr>
        <w:t>:Acts 1:9]]</w:t>
      </w:r>
      <w:r w:rsidRPr="000767E2">
        <w:rPr>
          <w:vertAlign w:val="superscript"/>
          <w:lang w:val="sv-SE"/>
        </w:rPr>
        <w:t>9</w:t>
      </w:r>
      <w:r w:rsidRPr="000767E2">
        <w:rPr>
          <w:lang w:val="sv-SE"/>
        </w:rPr>
        <w:t xml:space="preserve"> {{field-on:bible}}Och sedan han sagt detta, medan de såg, lyftes han upp. Och ett moln tog emot honom undertill från deras ögon.{{field-off:bible}} [[@</w:t>
      </w:r>
      <w:r w:rsidR="0096445B" w:rsidRPr="000767E2">
        <w:rPr>
          <w:lang w:val="sv-SE"/>
        </w:rPr>
        <w:t>BibleBIBEL82</w:t>
      </w:r>
      <w:r w:rsidRPr="000767E2">
        <w:rPr>
          <w:lang w:val="sv-SE"/>
        </w:rPr>
        <w:t>:Acts 1:10]]</w:t>
      </w:r>
      <w:r w:rsidRPr="000767E2">
        <w:rPr>
          <w:vertAlign w:val="superscript"/>
          <w:lang w:val="sv-SE"/>
        </w:rPr>
        <w:t>10</w:t>
      </w:r>
      <w:r w:rsidRPr="000767E2">
        <w:rPr>
          <w:lang w:val="sv-SE"/>
        </w:rPr>
        <w:t xml:space="preserve"> {{field-on:bible}}Och när de var blickande mot himlen medan han färdades, och se: två män stod där hos dem i vit skrud,{{field-off:bible}} [[@</w:t>
      </w:r>
      <w:r w:rsidR="0096445B" w:rsidRPr="000767E2">
        <w:rPr>
          <w:lang w:val="sv-SE"/>
        </w:rPr>
        <w:t>BibleBIBEL82</w:t>
      </w:r>
      <w:r w:rsidRPr="000767E2">
        <w:rPr>
          <w:lang w:val="sv-SE"/>
        </w:rPr>
        <w:t>:Acts 1:11]]</w:t>
      </w:r>
      <w:r w:rsidRPr="000767E2">
        <w:rPr>
          <w:vertAlign w:val="superscript"/>
          <w:lang w:val="sv-SE"/>
        </w:rPr>
        <w:t>11</w:t>
      </w:r>
      <w:r w:rsidRPr="000767E2">
        <w:rPr>
          <w:lang w:val="sv-SE"/>
        </w:rPr>
        <w:t xml:space="preserve"> {{field-on:bible}}och de sade: ”Män, galileer! Varför står ni och ser mot himlen? Denne Jesus som har tagits upp från er till himlen, han ska så komma på samma sätt som ni skådade honom fara till himlen.”{{field-off:bible}}</w:t>
      </w:r>
    </w:p>
    <w:p w14:paraId="3614D4D3" w14:textId="77777777" w:rsidR="00BA33AB" w:rsidRPr="000767E2" w:rsidRDefault="00000000">
      <w:pPr>
        <w:pStyle w:val="Rubrik3"/>
        <w:rPr>
          <w:lang w:val="sv-SE"/>
        </w:rPr>
      </w:pPr>
      <w:r w:rsidRPr="000767E2">
        <w:rPr>
          <w:lang w:val="sv-SE"/>
        </w:rPr>
        <w:t>En ersättare för Judas</w:t>
      </w:r>
    </w:p>
    <w:p w14:paraId="583566C3" w14:textId="46CB1B9C" w:rsidR="00BA33AB" w:rsidRPr="000767E2" w:rsidRDefault="00000000">
      <w:pPr>
        <w:rPr>
          <w:lang w:val="sv-SE"/>
        </w:rPr>
      </w:pPr>
      <w:r w:rsidRPr="000767E2">
        <w:rPr>
          <w:lang w:val="sv-SE"/>
        </w:rPr>
        <w:t>[[@</w:t>
      </w:r>
      <w:r w:rsidR="0096445B" w:rsidRPr="000767E2">
        <w:rPr>
          <w:lang w:val="sv-SE"/>
        </w:rPr>
        <w:t>BibleBIBEL82</w:t>
      </w:r>
      <w:r w:rsidRPr="000767E2">
        <w:rPr>
          <w:lang w:val="sv-SE"/>
        </w:rPr>
        <w:t>:Acts 1:12]]</w:t>
      </w:r>
      <w:r w:rsidRPr="000767E2">
        <w:rPr>
          <w:vertAlign w:val="superscript"/>
          <w:lang w:val="sv-SE"/>
        </w:rPr>
        <w:t>12</w:t>
      </w:r>
      <w:r w:rsidRPr="000767E2">
        <w:rPr>
          <w:lang w:val="sv-SE"/>
        </w:rPr>
        <w:t xml:space="preserve"> {{field-on:bible}}Då återvände de till Jerusalem från berget som kallas Olivlunden, som är nära Jerusalem och har </w:t>
      </w:r>
      <w:r w:rsidRPr="000767E2">
        <w:rPr>
          <w:i/>
          <w:lang w:val="sv-SE"/>
        </w:rPr>
        <w:t>som avstånd</w:t>
      </w:r>
      <w:r w:rsidRPr="000767E2">
        <w:rPr>
          <w:lang w:val="sv-SE"/>
        </w:rPr>
        <w:t xml:space="preserve"> en sabbatsväg.{{field-off:bible}} [[@</w:t>
      </w:r>
      <w:r w:rsidR="0096445B" w:rsidRPr="000767E2">
        <w:rPr>
          <w:lang w:val="sv-SE"/>
        </w:rPr>
        <w:t>BibleBIBEL82</w:t>
      </w:r>
      <w:r w:rsidRPr="000767E2">
        <w:rPr>
          <w:lang w:val="sv-SE"/>
        </w:rPr>
        <w:t>:Acts 1:13]]</w:t>
      </w:r>
      <w:r w:rsidRPr="000767E2">
        <w:rPr>
          <w:vertAlign w:val="superscript"/>
          <w:lang w:val="sv-SE"/>
        </w:rPr>
        <w:t>13</w:t>
      </w:r>
      <w:r w:rsidRPr="000767E2">
        <w:rPr>
          <w:lang w:val="sv-SE"/>
        </w:rPr>
        <w:t xml:space="preserve"> {{field-on:bible}}Och när de kom in, gick de upp till den övervåning där de var och höll till: Petrus och Johannes och Jakob och Andreas, Filippos och Thomas, Bartholomaios och Mattheus, Jakob Alfaios </w:t>
      </w:r>
      <w:r w:rsidRPr="000767E2">
        <w:rPr>
          <w:i/>
          <w:lang w:val="sv-SE"/>
        </w:rPr>
        <w:t>son</w:t>
      </w:r>
      <w:r w:rsidRPr="000767E2">
        <w:rPr>
          <w:lang w:val="sv-SE"/>
        </w:rPr>
        <w:t xml:space="preserve"> och Simon zeloten och Judas Jakobs </w:t>
      </w:r>
      <w:r w:rsidRPr="000767E2">
        <w:rPr>
          <w:i/>
          <w:lang w:val="sv-SE"/>
        </w:rPr>
        <w:t>son</w:t>
      </w:r>
      <w:r w:rsidRPr="000767E2">
        <w:rPr>
          <w:lang w:val="sv-SE"/>
        </w:rPr>
        <w:t>.{{field-off:bible}} [[@</w:t>
      </w:r>
      <w:r w:rsidR="0096445B" w:rsidRPr="000767E2">
        <w:rPr>
          <w:lang w:val="sv-SE"/>
        </w:rPr>
        <w:t>BibleBIBEL82</w:t>
      </w:r>
      <w:r w:rsidRPr="000767E2">
        <w:rPr>
          <w:lang w:val="sv-SE"/>
        </w:rPr>
        <w:t>:Acts 1:14]]</w:t>
      </w:r>
      <w:r w:rsidRPr="000767E2">
        <w:rPr>
          <w:vertAlign w:val="superscript"/>
          <w:lang w:val="sv-SE"/>
        </w:rPr>
        <w:t>14</w:t>
      </w:r>
      <w:r w:rsidRPr="000767E2">
        <w:rPr>
          <w:lang w:val="sv-SE"/>
        </w:rPr>
        <w:t xml:space="preserve"> {{field-on:bible}}Alla dessa var ständigt förenade i bönen, med kvinnor och Mariam Jesu mor och hans bröder.{{field-off:bible}}</w:t>
      </w:r>
    </w:p>
    <w:p w14:paraId="13B424F4" w14:textId="13A808FE" w:rsidR="00BA33AB" w:rsidRPr="000767E2" w:rsidRDefault="00000000">
      <w:pPr>
        <w:rPr>
          <w:lang w:val="sv-SE"/>
        </w:rPr>
      </w:pPr>
      <w:r w:rsidRPr="000767E2">
        <w:rPr>
          <w:lang w:val="sv-SE"/>
        </w:rPr>
        <w:t>[[@</w:t>
      </w:r>
      <w:r w:rsidR="0096445B" w:rsidRPr="000767E2">
        <w:rPr>
          <w:lang w:val="sv-SE"/>
        </w:rPr>
        <w:t>BibleBIBEL82</w:t>
      </w:r>
      <w:r w:rsidRPr="000767E2">
        <w:rPr>
          <w:lang w:val="sv-SE"/>
        </w:rPr>
        <w:t>:Acts 1:15]]</w:t>
      </w:r>
      <w:r w:rsidRPr="000767E2">
        <w:rPr>
          <w:vertAlign w:val="superscript"/>
          <w:lang w:val="sv-SE"/>
        </w:rPr>
        <w:t>15</w:t>
      </w:r>
      <w:r w:rsidRPr="000767E2">
        <w:rPr>
          <w:lang w:val="sv-SE"/>
        </w:rPr>
        <w:t xml:space="preserve"> {{field-on:bible}}Och under dessa dagar stod Petrus upp mitt bland syskonen och sade, och det var en skara av namn tillsammans, ungefär hundratjugo:{{field-off:bible}} [[@</w:t>
      </w:r>
      <w:r w:rsidR="0096445B" w:rsidRPr="000767E2">
        <w:rPr>
          <w:lang w:val="sv-SE"/>
        </w:rPr>
        <w:t>BibleBIBEL82</w:t>
      </w:r>
      <w:r w:rsidRPr="000767E2">
        <w:rPr>
          <w:lang w:val="sv-SE"/>
        </w:rPr>
        <w:t>:Acts 1:16]]</w:t>
      </w:r>
      <w:r w:rsidRPr="000767E2">
        <w:rPr>
          <w:vertAlign w:val="superscript"/>
          <w:lang w:val="sv-SE"/>
        </w:rPr>
        <w:t>16</w:t>
      </w:r>
      <w:r w:rsidRPr="000767E2">
        <w:rPr>
          <w:lang w:val="sv-SE"/>
        </w:rPr>
        <w:t xml:space="preserve"> {{field-on:bible}}”Män, bröder! Skriften måste uppfyllas som den heliga Anden har förutsagt genom Davids mun om Judas, som blev vägledare åt dem som tog fast Jesus.{{field-off:bible}} [[@</w:t>
      </w:r>
      <w:r w:rsidR="0096445B" w:rsidRPr="000767E2">
        <w:rPr>
          <w:lang w:val="sv-SE"/>
        </w:rPr>
        <w:t>BibleBIBEL82</w:t>
      </w:r>
      <w:r w:rsidRPr="000767E2">
        <w:rPr>
          <w:lang w:val="sv-SE"/>
        </w:rPr>
        <w:t>:Acts 1:17]]</w:t>
      </w:r>
      <w:r w:rsidRPr="000767E2">
        <w:rPr>
          <w:vertAlign w:val="superscript"/>
          <w:lang w:val="sv-SE"/>
        </w:rPr>
        <w:t>17</w:t>
      </w:r>
      <w:r w:rsidRPr="000767E2">
        <w:rPr>
          <w:lang w:val="sv-SE"/>
        </w:rPr>
        <w:t xml:space="preserve"> {{field-on:bible}}För han var inräknad bland oss och hade fått lotten med denna tjänst.”{{field-off:bible}} [[@</w:t>
      </w:r>
      <w:r w:rsidR="0096445B" w:rsidRPr="000767E2">
        <w:rPr>
          <w:lang w:val="sv-SE"/>
        </w:rPr>
        <w:t>BibleBIBEL82</w:t>
      </w:r>
      <w:r w:rsidRPr="000767E2">
        <w:rPr>
          <w:lang w:val="sv-SE"/>
        </w:rPr>
        <w:t>:Acts 1:18]]</w:t>
      </w:r>
      <w:r w:rsidRPr="000767E2">
        <w:rPr>
          <w:vertAlign w:val="superscript"/>
          <w:lang w:val="sv-SE"/>
        </w:rPr>
        <w:t>18</w:t>
      </w:r>
      <w:r w:rsidRPr="000767E2">
        <w:rPr>
          <w:lang w:val="sv-SE"/>
        </w:rPr>
        <w:t xml:space="preserve"> {{field-on:bible}}Denne förvärvade så en marklott för orättens lön, och han blev framstupa och sprack på mitten och alla hans inälvor utgöts.{{field-off:bible}} [[@</w:t>
      </w:r>
      <w:r w:rsidR="0096445B" w:rsidRPr="000767E2">
        <w:rPr>
          <w:lang w:val="sv-SE"/>
        </w:rPr>
        <w:t>BibleBIBEL82</w:t>
      </w:r>
      <w:r w:rsidRPr="000767E2">
        <w:rPr>
          <w:lang w:val="sv-SE"/>
        </w:rPr>
        <w:t>:Acts 1:19]]</w:t>
      </w:r>
      <w:r w:rsidRPr="000767E2">
        <w:rPr>
          <w:vertAlign w:val="superscript"/>
          <w:lang w:val="sv-SE"/>
        </w:rPr>
        <w:t>19</w:t>
      </w:r>
      <w:r w:rsidRPr="000767E2">
        <w:rPr>
          <w:lang w:val="sv-SE"/>
        </w:rPr>
        <w:t xml:space="preserve"> {{field-on:bible}}Och det blev känt för alla som bor </w:t>
      </w:r>
      <w:r w:rsidRPr="000767E2">
        <w:rPr>
          <w:lang w:val="sv-SE"/>
        </w:rPr>
        <w:lastRenderedPageBreak/>
        <w:t xml:space="preserve">i Jerusalem, så att den marklotten på deras eget språk kallas Hakeldamach, det </w:t>
      </w:r>
      <w:r w:rsidRPr="000767E2">
        <w:rPr>
          <w:i/>
          <w:lang w:val="sv-SE"/>
        </w:rPr>
        <w:t>vill säga</w:t>
      </w:r>
      <w:r w:rsidRPr="000767E2">
        <w:rPr>
          <w:lang w:val="sv-SE"/>
        </w:rPr>
        <w:t xml:space="preserve"> marklott av blod.{{field-off:bible}}</w:t>
      </w:r>
    </w:p>
    <w:p w14:paraId="00FA5D84" w14:textId="0AF25F6A" w:rsidR="00BA33AB" w:rsidRPr="000767E2" w:rsidRDefault="00000000">
      <w:pPr>
        <w:rPr>
          <w:lang w:val="sv-SE"/>
        </w:rPr>
      </w:pPr>
      <w:r w:rsidRPr="000767E2">
        <w:rPr>
          <w:lang w:val="sv-SE"/>
        </w:rPr>
        <w:t>[[@</w:t>
      </w:r>
      <w:r w:rsidR="0096445B" w:rsidRPr="000767E2">
        <w:rPr>
          <w:lang w:val="sv-SE"/>
        </w:rPr>
        <w:t>BibleBIBEL82</w:t>
      </w:r>
      <w:r w:rsidRPr="000767E2">
        <w:rPr>
          <w:lang w:val="sv-SE"/>
        </w:rPr>
        <w:t>:Acts 1:20]]</w:t>
      </w:r>
      <w:r w:rsidRPr="000767E2">
        <w:rPr>
          <w:vertAlign w:val="superscript"/>
          <w:lang w:val="sv-SE"/>
        </w:rPr>
        <w:t>20</w:t>
      </w:r>
      <w:r w:rsidRPr="000767E2">
        <w:rPr>
          <w:lang w:val="sv-SE"/>
        </w:rPr>
        <w:t xml:space="preserve"> {{field-on:bible}}”För det är skrivet i psalmernas bok: Må hans lantgård bli öde, och må ingen finnas som bor i den. Och: Hans tillsyn må en annan ta.{{field-off:bible}} [[@</w:t>
      </w:r>
      <w:r w:rsidR="0096445B" w:rsidRPr="000767E2">
        <w:rPr>
          <w:lang w:val="sv-SE"/>
        </w:rPr>
        <w:t>BibleBIBEL82</w:t>
      </w:r>
      <w:r w:rsidRPr="000767E2">
        <w:rPr>
          <w:lang w:val="sv-SE"/>
        </w:rPr>
        <w:t>:Acts 1:21]]</w:t>
      </w:r>
      <w:r w:rsidRPr="000767E2">
        <w:rPr>
          <w:vertAlign w:val="superscript"/>
          <w:lang w:val="sv-SE"/>
        </w:rPr>
        <w:t>21</w:t>
      </w:r>
      <w:r w:rsidRPr="000767E2">
        <w:rPr>
          <w:lang w:val="sv-SE"/>
        </w:rPr>
        <w:t xml:space="preserve"> {{field-on:bible}}Därför måste </w:t>
      </w:r>
      <w:r w:rsidRPr="000767E2">
        <w:rPr>
          <w:i/>
          <w:lang w:val="sv-SE"/>
        </w:rPr>
        <w:t>en</w:t>
      </w:r>
      <w:r w:rsidRPr="000767E2">
        <w:rPr>
          <w:lang w:val="sv-SE"/>
        </w:rPr>
        <w:t xml:space="preserve"> av de män som har kommit samman med oss under all </w:t>
      </w:r>
      <w:r w:rsidRPr="000767E2">
        <w:rPr>
          <w:i/>
          <w:lang w:val="sv-SE"/>
        </w:rPr>
        <w:t>den</w:t>
      </w:r>
      <w:r w:rsidRPr="000767E2">
        <w:rPr>
          <w:lang w:val="sv-SE"/>
        </w:rPr>
        <w:t xml:space="preserve"> tid som Herren Jesus gick in och gick ut hos oss,{{field-off:bible}} [[@</w:t>
      </w:r>
      <w:r w:rsidR="0096445B" w:rsidRPr="000767E2">
        <w:rPr>
          <w:lang w:val="sv-SE"/>
        </w:rPr>
        <w:t>BibleBIBEL82</w:t>
      </w:r>
      <w:r w:rsidRPr="000767E2">
        <w:rPr>
          <w:lang w:val="sv-SE"/>
        </w:rPr>
        <w:t>:Acts 1:22]]</w:t>
      </w:r>
      <w:r w:rsidRPr="000767E2">
        <w:rPr>
          <w:vertAlign w:val="superscript"/>
          <w:lang w:val="sv-SE"/>
        </w:rPr>
        <w:t>22</w:t>
      </w:r>
      <w:r w:rsidRPr="000767E2">
        <w:rPr>
          <w:lang w:val="sv-SE"/>
        </w:rPr>
        <w:t xml:space="preserve"> {{field-on:bible}}börjande från Johannes dop fram till den dag som han togs upp från oss – en av dessa </w:t>
      </w:r>
      <w:r w:rsidRPr="000767E2">
        <w:rPr>
          <w:i/>
          <w:lang w:val="sv-SE"/>
        </w:rPr>
        <w:t>måste</w:t>
      </w:r>
      <w:r w:rsidRPr="000767E2">
        <w:rPr>
          <w:lang w:val="sv-SE"/>
        </w:rPr>
        <w:t xml:space="preserve"> bli ett vittne om hans uppståndelse med oss.”{{field-off:bible}}</w:t>
      </w:r>
    </w:p>
    <w:p w14:paraId="1FE23F43" w14:textId="418589C7" w:rsidR="00BA33AB" w:rsidRPr="000767E2" w:rsidRDefault="00000000">
      <w:pPr>
        <w:rPr>
          <w:lang w:val="sv-SE"/>
        </w:rPr>
      </w:pPr>
      <w:r w:rsidRPr="000767E2">
        <w:rPr>
          <w:lang w:val="sv-SE"/>
        </w:rPr>
        <w:t>[[@</w:t>
      </w:r>
      <w:r w:rsidR="0096445B" w:rsidRPr="000767E2">
        <w:rPr>
          <w:lang w:val="sv-SE"/>
        </w:rPr>
        <w:t>BibleBIBEL82</w:t>
      </w:r>
      <w:r w:rsidRPr="000767E2">
        <w:rPr>
          <w:lang w:val="sv-SE"/>
        </w:rPr>
        <w:t>:Acts 1:23]]</w:t>
      </w:r>
      <w:r w:rsidRPr="000767E2">
        <w:rPr>
          <w:vertAlign w:val="superscript"/>
          <w:lang w:val="sv-SE"/>
        </w:rPr>
        <w:t>23</w:t>
      </w:r>
      <w:r w:rsidRPr="000767E2">
        <w:rPr>
          <w:lang w:val="sv-SE"/>
        </w:rPr>
        <w:t xml:space="preserve"> {{field-on:bible}}Och man ställde </w:t>
      </w:r>
      <w:r w:rsidRPr="000767E2">
        <w:rPr>
          <w:i/>
          <w:lang w:val="sv-SE"/>
        </w:rPr>
        <w:t>fram</w:t>
      </w:r>
      <w:r w:rsidRPr="000767E2">
        <w:rPr>
          <w:lang w:val="sv-SE"/>
        </w:rPr>
        <w:t xml:space="preserve"> två: Josef kallad Barsabbas som även kallades Justus, och Matthias.{{field-off:bible}} [[@</w:t>
      </w:r>
      <w:r w:rsidR="0096445B" w:rsidRPr="000767E2">
        <w:rPr>
          <w:lang w:val="sv-SE"/>
        </w:rPr>
        <w:t>BibleBIBEL82</w:t>
      </w:r>
      <w:r w:rsidRPr="000767E2">
        <w:rPr>
          <w:lang w:val="sv-SE"/>
        </w:rPr>
        <w:t>:Acts 1:24]]</w:t>
      </w:r>
      <w:r w:rsidRPr="000767E2">
        <w:rPr>
          <w:vertAlign w:val="superscript"/>
          <w:lang w:val="sv-SE"/>
        </w:rPr>
        <w:t>24</w:t>
      </w:r>
      <w:r w:rsidRPr="000767E2">
        <w:rPr>
          <w:lang w:val="sv-SE"/>
        </w:rPr>
        <w:t xml:space="preserve"> {{field-on:bible}}Och de bad och sade: ”Du Herre, allas hjärtekännare, utpeka den du har utvalt av dessa två, en{{field-off:bible}} [[@</w:t>
      </w:r>
      <w:r w:rsidR="0096445B" w:rsidRPr="000767E2">
        <w:rPr>
          <w:lang w:val="sv-SE"/>
        </w:rPr>
        <w:t>BibleBIBEL82</w:t>
      </w:r>
      <w:r w:rsidRPr="000767E2">
        <w:rPr>
          <w:lang w:val="sv-SE"/>
        </w:rPr>
        <w:t>:Acts 1:25]]</w:t>
      </w:r>
      <w:r w:rsidRPr="000767E2">
        <w:rPr>
          <w:vertAlign w:val="superscript"/>
          <w:lang w:val="sv-SE"/>
        </w:rPr>
        <w:t>25</w:t>
      </w:r>
      <w:r w:rsidRPr="000767E2">
        <w:rPr>
          <w:lang w:val="sv-SE"/>
        </w:rPr>
        <w:t xml:space="preserve"> {{field-on:bible}}</w:t>
      </w:r>
      <w:r w:rsidRPr="000767E2">
        <w:rPr>
          <w:i/>
          <w:lang w:val="sv-SE"/>
        </w:rPr>
        <w:t>till</w:t>
      </w:r>
      <w:r w:rsidRPr="000767E2">
        <w:rPr>
          <w:lang w:val="sv-SE"/>
        </w:rPr>
        <w:t xml:space="preserve"> att få platsen med denna tjänst och </w:t>
      </w:r>
      <w:r w:rsidRPr="000767E2">
        <w:rPr>
          <w:i/>
          <w:lang w:val="sv-SE"/>
        </w:rPr>
        <w:t>det</w:t>
      </w:r>
      <w:r w:rsidRPr="000767E2">
        <w:rPr>
          <w:lang w:val="sv-SE"/>
        </w:rPr>
        <w:t xml:space="preserve"> apostolat från vilket Judas överträdde </w:t>
      </w:r>
      <w:r w:rsidRPr="000767E2">
        <w:rPr>
          <w:i/>
          <w:lang w:val="sv-SE"/>
        </w:rPr>
        <w:t>för</w:t>
      </w:r>
      <w:r w:rsidRPr="000767E2">
        <w:rPr>
          <w:lang w:val="sv-SE"/>
        </w:rPr>
        <w:t xml:space="preserve"> att gå till den plats </w:t>
      </w:r>
      <w:r w:rsidRPr="000767E2">
        <w:rPr>
          <w:i/>
          <w:lang w:val="sv-SE"/>
        </w:rPr>
        <w:t>som var hans</w:t>
      </w:r>
      <w:r w:rsidRPr="000767E2">
        <w:rPr>
          <w:lang w:val="sv-SE"/>
        </w:rPr>
        <w:t xml:space="preserve"> egen.”{{field-off:bible}} [[@</w:t>
      </w:r>
      <w:r w:rsidR="0096445B" w:rsidRPr="000767E2">
        <w:rPr>
          <w:lang w:val="sv-SE"/>
        </w:rPr>
        <w:t>BibleBIBEL82</w:t>
      </w:r>
      <w:r w:rsidRPr="000767E2">
        <w:rPr>
          <w:lang w:val="sv-SE"/>
        </w:rPr>
        <w:t>:Acts 1:26]]</w:t>
      </w:r>
      <w:r w:rsidRPr="000767E2">
        <w:rPr>
          <w:vertAlign w:val="superscript"/>
          <w:lang w:val="sv-SE"/>
        </w:rPr>
        <w:t>26</w:t>
      </w:r>
      <w:r w:rsidRPr="000767E2">
        <w:rPr>
          <w:lang w:val="sv-SE"/>
        </w:rPr>
        <w:t xml:space="preserve"> {{field-on:bible}}Och man satte lotter för dem. Och lotten föll på Matthias, och han inräknades med de elva apostlarna.{{field-off:bible}}</w:t>
      </w:r>
    </w:p>
    <w:p w14:paraId="45A1AA8F" w14:textId="0D0CA30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2]]Kapitel 2</w:t>
      </w:r>
    </w:p>
    <w:p w14:paraId="6618FE49" w14:textId="77777777" w:rsidR="00BA33AB" w:rsidRPr="000767E2" w:rsidRDefault="00000000">
      <w:pPr>
        <w:pStyle w:val="Rubrik3"/>
        <w:rPr>
          <w:lang w:val="sv-SE"/>
        </w:rPr>
      </w:pPr>
      <w:r w:rsidRPr="000767E2">
        <w:rPr>
          <w:lang w:val="sv-SE"/>
        </w:rPr>
        <w:t>Anden utgjuts på pingstdagen</w:t>
      </w:r>
    </w:p>
    <w:p w14:paraId="67E01FDE" w14:textId="4B157A37" w:rsidR="00BA33AB" w:rsidRPr="000767E2" w:rsidRDefault="00000000">
      <w:pPr>
        <w:rPr>
          <w:lang w:val="sv-SE"/>
        </w:rPr>
      </w:pPr>
      <w:r w:rsidRPr="000767E2">
        <w:rPr>
          <w:lang w:val="sv-SE"/>
        </w:rPr>
        <w:t>[[@</w:t>
      </w:r>
      <w:r w:rsidR="0096445B" w:rsidRPr="000767E2">
        <w:rPr>
          <w:lang w:val="sv-SE"/>
        </w:rPr>
        <w:t>BibleBIBEL82</w:t>
      </w:r>
      <w:r w:rsidRPr="000767E2">
        <w:rPr>
          <w:lang w:val="sv-SE"/>
        </w:rPr>
        <w:t>:Acts 2:1]]</w:t>
      </w:r>
      <w:r w:rsidRPr="000767E2">
        <w:rPr>
          <w:vertAlign w:val="superscript"/>
          <w:lang w:val="sv-SE"/>
        </w:rPr>
        <w:t>1</w:t>
      </w:r>
      <w:r w:rsidRPr="000767E2">
        <w:rPr>
          <w:lang w:val="sv-SE"/>
        </w:rPr>
        <w:t xml:space="preserve"> {{field-on:bible}}Och vid det att pingstens dag helt uppfylldes var de alla ihop tillsammans.{{field-off:bible}} [[@</w:t>
      </w:r>
      <w:r w:rsidR="0096445B" w:rsidRPr="000767E2">
        <w:rPr>
          <w:lang w:val="sv-SE"/>
        </w:rPr>
        <w:t>BibleBIBEL82</w:t>
      </w:r>
      <w:r w:rsidRPr="000767E2">
        <w:rPr>
          <w:lang w:val="sv-SE"/>
        </w:rPr>
        <w:t>:Acts 2:2]]</w:t>
      </w:r>
      <w:r w:rsidRPr="000767E2">
        <w:rPr>
          <w:vertAlign w:val="superscript"/>
          <w:lang w:val="sv-SE"/>
        </w:rPr>
        <w:t>2</w:t>
      </w:r>
      <w:r w:rsidRPr="000767E2">
        <w:rPr>
          <w:lang w:val="sv-SE"/>
        </w:rPr>
        <w:t xml:space="preserve"> {{field-on:bible}}Och tvärt kom från himlen ett dån, såsom av en buren våldsam blåst, och det uppfyllde hela huset där de var och satt.{{field-off:bible}} [[@</w:t>
      </w:r>
      <w:r w:rsidR="0096445B" w:rsidRPr="000767E2">
        <w:rPr>
          <w:lang w:val="sv-SE"/>
        </w:rPr>
        <w:t>BibleBIBEL82</w:t>
      </w:r>
      <w:r w:rsidRPr="000767E2">
        <w:rPr>
          <w:lang w:val="sv-SE"/>
        </w:rPr>
        <w:t>:Acts 2:3]]</w:t>
      </w:r>
      <w:r w:rsidRPr="000767E2">
        <w:rPr>
          <w:vertAlign w:val="superscript"/>
          <w:lang w:val="sv-SE"/>
        </w:rPr>
        <w:t>3</w:t>
      </w:r>
      <w:r w:rsidRPr="000767E2">
        <w:rPr>
          <w:lang w:val="sv-SE"/>
        </w:rPr>
        <w:t xml:space="preserve"> {{field-on:bible}}Och </w:t>
      </w:r>
      <w:r w:rsidRPr="000767E2">
        <w:rPr>
          <w:i/>
          <w:lang w:val="sv-SE"/>
        </w:rPr>
        <w:t>det</w:t>
      </w:r>
      <w:r w:rsidRPr="000767E2">
        <w:rPr>
          <w:lang w:val="sv-SE"/>
        </w:rPr>
        <w:t xml:space="preserve"> visade sig för dem uppdelande tungor som av eld och satte sig på var och en av dem.{{field-off:bible}} [[@</w:t>
      </w:r>
      <w:r w:rsidR="0096445B" w:rsidRPr="000767E2">
        <w:rPr>
          <w:lang w:val="sv-SE"/>
        </w:rPr>
        <w:t>BibleBIBEL82</w:t>
      </w:r>
      <w:r w:rsidRPr="000767E2">
        <w:rPr>
          <w:lang w:val="sv-SE"/>
        </w:rPr>
        <w:t>:Acts 2:4]]</w:t>
      </w:r>
      <w:r w:rsidRPr="000767E2">
        <w:rPr>
          <w:vertAlign w:val="superscript"/>
          <w:lang w:val="sv-SE"/>
        </w:rPr>
        <w:t>4</w:t>
      </w:r>
      <w:r w:rsidRPr="000767E2">
        <w:rPr>
          <w:lang w:val="sv-SE"/>
        </w:rPr>
        <w:t xml:space="preserve"> {{field-on:bible}}Och de fylldes alla av helig Ande och började tala med andra tungor, så som Anden gav dem att uttrycka.{{field-off:bible}}</w:t>
      </w:r>
    </w:p>
    <w:p w14:paraId="1C337053" w14:textId="2911672B" w:rsidR="00BA33AB" w:rsidRPr="000767E2" w:rsidRDefault="00000000">
      <w:pPr>
        <w:rPr>
          <w:lang w:val="sv-SE"/>
        </w:rPr>
      </w:pPr>
      <w:r w:rsidRPr="000767E2">
        <w:rPr>
          <w:lang w:val="sv-SE"/>
        </w:rPr>
        <w:t>[[@</w:t>
      </w:r>
      <w:r w:rsidR="0096445B" w:rsidRPr="000767E2">
        <w:rPr>
          <w:lang w:val="sv-SE"/>
        </w:rPr>
        <w:t>BibleBIBEL82</w:t>
      </w:r>
      <w:r w:rsidRPr="000767E2">
        <w:rPr>
          <w:lang w:val="sv-SE"/>
        </w:rPr>
        <w:t>:Acts 2:5]]</w:t>
      </w:r>
      <w:r w:rsidRPr="000767E2">
        <w:rPr>
          <w:vertAlign w:val="superscript"/>
          <w:lang w:val="sv-SE"/>
        </w:rPr>
        <w:t>5</w:t>
      </w:r>
      <w:r w:rsidRPr="000767E2">
        <w:rPr>
          <w:lang w:val="sv-SE"/>
        </w:rPr>
        <w:t xml:space="preserve"> {{field-on:bible}}Men det fanns i Jerusalem boende judar, vördsamma män från varje folkslag under himlen.{{field-off:bible}} [[@</w:t>
      </w:r>
      <w:r w:rsidR="0096445B" w:rsidRPr="000767E2">
        <w:rPr>
          <w:lang w:val="sv-SE"/>
        </w:rPr>
        <w:t>BibleBIBEL82</w:t>
      </w:r>
      <w:r w:rsidRPr="000767E2">
        <w:rPr>
          <w:lang w:val="sv-SE"/>
        </w:rPr>
        <w:t>:Acts 2:6]]</w:t>
      </w:r>
      <w:r w:rsidRPr="000767E2">
        <w:rPr>
          <w:vertAlign w:val="superscript"/>
          <w:lang w:val="sv-SE"/>
        </w:rPr>
        <w:t>6</w:t>
      </w:r>
      <w:r w:rsidRPr="000767E2">
        <w:rPr>
          <w:lang w:val="sv-SE"/>
        </w:rPr>
        <w:t xml:space="preserve"> {{field-on:bible}}Och när det blev detta ljud kom mängden samman och var i förvirring, för var och en hörde på </w:t>
      </w:r>
      <w:r w:rsidRPr="000767E2">
        <w:rPr>
          <w:i/>
          <w:lang w:val="sv-SE"/>
        </w:rPr>
        <w:t>sitt</w:t>
      </w:r>
      <w:r w:rsidRPr="000767E2">
        <w:rPr>
          <w:lang w:val="sv-SE"/>
        </w:rPr>
        <w:t xml:space="preserve"> eget språk när de talade.{{field-off:bible}} [[@</w:t>
      </w:r>
      <w:r w:rsidR="0096445B" w:rsidRPr="000767E2">
        <w:rPr>
          <w:lang w:val="sv-SE"/>
        </w:rPr>
        <w:t>BibleBIBEL82</w:t>
      </w:r>
      <w:r w:rsidRPr="000767E2">
        <w:rPr>
          <w:lang w:val="sv-SE"/>
        </w:rPr>
        <w:t>:Acts 2:7]]</w:t>
      </w:r>
      <w:r w:rsidRPr="000767E2">
        <w:rPr>
          <w:vertAlign w:val="superscript"/>
          <w:lang w:val="sv-SE"/>
        </w:rPr>
        <w:t>7</w:t>
      </w:r>
      <w:r w:rsidRPr="000767E2">
        <w:rPr>
          <w:lang w:val="sv-SE"/>
        </w:rPr>
        <w:t xml:space="preserve"> {{field-on:bible}}Och de var utom sig och förundrade och sade: ”Se: är inte alla dessa som talar galileer?{{field-off:bible}} [[@</w:t>
      </w:r>
      <w:r w:rsidR="0096445B" w:rsidRPr="000767E2">
        <w:rPr>
          <w:lang w:val="sv-SE"/>
        </w:rPr>
        <w:t>BibleBIBEL82</w:t>
      </w:r>
      <w:r w:rsidRPr="000767E2">
        <w:rPr>
          <w:lang w:val="sv-SE"/>
        </w:rPr>
        <w:t>:Acts 2:8]]</w:t>
      </w:r>
      <w:r w:rsidRPr="000767E2">
        <w:rPr>
          <w:vertAlign w:val="superscript"/>
          <w:lang w:val="sv-SE"/>
        </w:rPr>
        <w:t>8</w:t>
      </w:r>
      <w:r w:rsidRPr="000767E2">
        <w:rPr>
          <w:lang w:val="sv-SE"/>
        </w:rPr>
        <w:t xml:space="preserve"> {{field-on:bible}}Och hur hör </w:t>
      </w:r>
      <w:r w:rsidRPr="000767E2">
        <w:rPr>
          <w:i/>
          <w:lang w:val="sv-SE"/>
        </w:rPr>
        <w:t>då</w:t>
      </w:r>
      <w:r w:rsidRPr="000767E2">
        <w:rPr>
          <w:lang w:val="sv-SE"/>
        </w:rPr>
        <w:t xml:space="preserve"> vi var och en på vårt eget språk i vilket vi fötts?{{field-off:bible}} [[@</w:t>
      </w:r>
      <w:r w:rsidR="0096445B" w:rsidRPr="000767E2">
        <w:rPr>
          <w:lang w:val="sv-SE"/>
        </w:rPr>
        <w:t>BibleBIBEL82</w:t>
      </w:r>
      <w:r w:rsidRPr="000767E2">
        <w:rPr>
          <w:lang w:val="sv-SE"/>
        </w:rPr>
        <w:t>:Acts 2:9]]</w:t>
      </w:r>
      <w:r w:rsidRPr="000767E2">
        <w:rPr>
          <w:vertAlign w:val="superscript"/>
          <w:lang w:val="sv-SE"/>
        </w:rPr>
        <w:t>9</w:t>
      </w:r>
      <w:r w:rsidRPr="000767E2">
        <w:rPr>
          <w:lang w:val="sv-SE"/>
        </w:rPr>
        <w:t xml:space="preserve"> {{field-on:bible}}Parther och meder och elamiter, och de boende i Mesopotamien och Judeen och Kappadokien, Pontos och Asien,{{field-off:bible}} [[@</w:t>
      </w:r>
      <w:r w:rsidR="0096445B" w:rsidRPr="000767E2">
        <w:rPr>
          <w:lang w:val="sv-SE"/>
        </w:rPr>
        <w:t>BibleBIBEL82</w:t>
      </w:r>
      <w:r w:rsidRPr="000767E2">
        <w:rPr>
          <w:lang w:val="sv-SE"/>
        </w:rPr>
        <w:t>:Acts 2:10]]</w:t>
      </w:r>
      <w:r w:rsidRPr="000767E2">
        <w:rPr>
          <w:vertAlign w:val="superscript"/>
          <w:lang w:val="sv-SE"/>
        </w:rPr>
        <w:t>10</w:t>
      </w:r>
      <w:r w:rsidRPr="000767E2">
        <w:rPr>
          <w:lang w:val="sv-SE"/>
        </w:rPr>
        <w:t xml:space="preserve"> {{field-on:bible}}Frygien och Pamfylien, Egypten och Libyens bygder mot Kyrene, och de bevistande romarna,{{field-off:bible}} [[@</w:t>
      </w:r>
      <w:r w:rsidR="0096445B" w:rsidRPr="000767E2">
        <w:rPr>
          <w:lang w:val="sv-SE"/>
        </w:rPr>
        <w:t>BibleBIBEL82</w:t>
      </w:r>
      <w:r w:rsidRPr="000767E2">
        <w:rPr>
          <w:lang w:val="sv-SE"/>
        </w:rPr>
        <w:t>:Acts 2:11]]</w:t>
      </w:r>
      <w:r w:rsidRPr="000767E2">
        <w:rPr>
          <w:vertAlign w:val="superscript"/>
          <w:lang w:val="sv-SE"/>
        </w:rPr>
        <w:t>11</w:t>
      </w:r>
      <w:r w:rsidRPr="000767E2">
        <w:rPr>
          <w:lang w:val="sv-SE"/>
        </w:rPr>
        <w:t xml:space="preserve"> {{field-on:bible}}både judar och proselyter, kretensare och araber: vi hör dem tala på våra tungor </w:t>
      </w:r>
      <w:r w:rsidRPr="000767E2">
        <w:rPr>
          <w:i/>
          <w:lang w:val="sv-SE"/>
        </w:rPr>
        <w:t>om</w:t>
      </w:r>
      <w:r w:rsidRPr="000767E2">
        <w:rPr>
          <w:lang w:val="sv-SE"/>
        </w:rPr>
        <w:t xml:space="preserve"> Guds storartade </w:t>
      </w:r>
      <w:r w:rsidRPr="000767E2">
        <w:rPr>
          <w:i/>
          <w:lang w:val="sv-SE"/>
        </w:rPr>
        <w:lastRenderedPageBreak/>
        <w:t>ting</w:t>
      </w:r>
      <w:r w:rsidRPr="000767E2">
        <w:rPr>
          <w:lang w:val="sv-SE"/>
        </w:rPr>
        <w:t>!”{{field-off:bible}} [[@</w:t>
      </w:r>
      <w:r w:rsidR="0096445B" w:rsidRPr="000767E2">
        <w:rPr>
          <w:lang w:val="sv-SE"/>
        </w:rPr>
        <w:t>BibleBIBEL82</w:t>
      </w:r>
      <w:r w:rsidRPr="000767E2">
        <w:rPr>
          <w:lang w:val="sv-SE"/>
        </w:rPr>
        <w:t>:Acts 2:12]]</w:t>
      </w:r>
      <w:r w:rsidRPr="000767E2">
        <w:rPr>
          <w:vertAlign w:val="superscript"/>
          <w:lang w:val="sv-SE"/>
        </w:rPr>
        <w:t>12</w:t>
      </w:r>
      <w:r w:rsidRPr="000767E2">
        <w:rPr>
          <w:lang w:val="sv-SE"/>
        </w:rPr>
        <w:t xml:space="preserve"> {{field-on:bible}}Och alla var utom sig och djupt villrådiga, och en sade till en annan: ”Vad vill detta vara?”{{field-off:bible}}</w:t>
      </w:r>
    </w:p>
    <w:p w14:paraId="7C68F079" w14:textId="3A8848A0" w:rsidR="00BA33AB" w:rsidRPr="000767E2" w:rsidRDefault="00000000">
      <w:pPr>
        <w:rPr>
          <w:lang w:val="sv-SE"/>
        </w:rPr>
      </w:pPr>
      <w:r w:rsidRPr="000767E2">
        <w:rPr>
          <w:lang w:val="sv-SE"/>
        </w:rPr>
        <w:t>[[@</w:t>
      </w:r>
      <w:r w:rsidR="0096445B" w:rsidRPr="000767E2">
        <w:rPr>
          <w:lang w:val="sv-SE"/>
        </w:rPr>
        <w:t>BibleBIBEL82</w:t>
      </w:r>
      <w:r w:rsidRPr="000767E2">
        <w:rPr>
          <w:lang w:val="sv-SE"/>
        </w:rPr>
        <w:t>:Acts 2:13]]</w:t>
      </w:r>
      <w:r w:rsidRPr="000767E2">
        <w:rPr>
          <w:vertAlign w:val="superscript"/>
          <w:lang w:val="sv-SE"/>
        </w:rPr>
        <w:t>13</w:t>
      </w:r>
      <w:r w:rsidRPr="000767E2">
        <w:rPr>
          <w:lang w:val="sv-SE"/>
        </w:rPr>
        <w:t xml:space="preserve"> {{field-on:bible}}Men andra sade raljerande att: ”Av sött </w:t>
      </w:r>
      <w:r w:rsidRPr="000767E2">
        <w:rPr>
          <w:i/>
          <w:lang w:val="sv-SE"/>
        </w:rPr>
        <w:t>vin</w:t>
      </w:r>
      <w:r w:rsidRPr="000767E2">
        <w:rPr>
          <w:lang w:val="sv-SE"/>
        </w:rPr>
        <w:t xml:space="preserve"> är de fulla.”{{field-off:bible}}</w:t>
      </w:r>
    </w:p>
    <w:p w14:paraId="60DE475E" w14:textId="77777777" w:rsidR="00BA33AB" w:rsidRPr="000767E2" w:rsidRDefault="00000000">
      <w:pPr>
        <w:pStyle w:val="Rubrik3"/>
        <w:rPr>
          <w:lang w:val="sv-SE"/>
        </w:rPr>
      </w:pPr>
      <w:r w:rsidRPr="000767E2">
        <w:rPr>
          <w:lang w:val="sv-SE"/>
        </w:rPr>
        <w:t>Petrus pingstpredikan</w:t>
      </w:r>
    </w:p>
    <w:p w14:paraId="4A64D344" w14:textId="425B2DE1" w:rsidR="00BA33AB" w:rsidRPr="000767E2" w:rsidRDefault="00000000">
      <w:pPr>
        <w:rPr>
          <w:lang w:val="sv-SE"/>
        </w:rPr>
      </w:pPr>
      <w:r w:rsidRPr="000767E2">
        <w:rPr>
          <w:lang w:val="sv-SE"/>
        </w:rPr>
        <w:t>[[@</w:t>
      </w:r>
      <w:r w:rsidR="0096445B" w:rsidRPr="000767E2">
        <w:rPr>
          <w:lang w:val="sv-SE"/>
        </w:rPr>
        <w:t>BibleBIBEL82</w:t>
      </w:r>
      <w:r w:rsidRPr="000767E2">
        <w:rPr>
          <w:lang w:val="sv-SE"/>
        </w:rPr>
        <w:t>:Acts 2:14]]</w:t>
      </w:r>
      <w:r w:rsidRPr="000767E2">
        <w:rPr>
          <w:vertAlign w:val="superscript"/>
          <w:lang w:val="sv-SE"/>
        </w:rPr>
        <w:t>14</w:t>
      </w:r>
      <w:r w:rsidRPr="000767E2">
        <w:rPr>
          <w:lang w:val="sv-SE"/>
        </w:rPr>
        <w:t xml:space="preserve"> {{field-on:bible}}Men </w:t>
      </w:r>
      <w:r w:rsidRPr="000767E2">
        <w:rPr>
          <w:i/>
          <w:lang w:val="sv-SE"/>
        </w:rPr>
        <w:t>då</w:t>
      </w:r>
      <w:r w:rsidRPr="000767E2">
        <w:rPr>
          <w:lang w:val="sv-SE"/>
        </w:rPr>
        <w:t xml:space="preserve"> stod Petrus med de elva och höjde sin röst och uttryckte för dem: ”Män, judar och </w:t>
      </w:r>
      <w:r w:rsidRPr="000767E2">
        <w:rPr>
          <w:i/>
          <w:lang w:val="sv-SE"/>
        </w:rPr>
        <w:t>ni</w:t>
      </w:r>
      <w:r w:rsidRPr="000767E2">
        <w:rPr>
          <w:lang w:val="sv-SE"/>
        </w:rPr>
        <w:t xml:space="preserve"> som bor i Jerusalem alla! Detta ska för er vara känt, och lystra till mina ord.{{field-off:bible}} [[@</w:t>
      </w:r>
      <w:r w:rsidR="0096445B" w:rsidRPr="000767E2">
        <w:rPr>
          <w:lang w:val="sv-SE"/>
        </w:rPr>
        <w:t>BibleBIBEL82</w:t>
      </w:r>
      <w:r w:rsidRPr="000767E2">
        <w:rPr>
          <w:lang w:val="sv-SE"/>
        </w:rPr>
        <w:t>:Acts 2:15]]</w:t>
      </w:r>
      <w:r w:rsidRPr="000767E2">
        <w:rPr>
          <w:vertAlign w:val="superscript"/>
          <w:lang w:val="sv-SE"/>
        </w:rPr>
        <w:t>15</w:t>
      </w:r>
      <w:r w:rsidRPr="000767E2">
        <w:rPr>
          <w:lang w:val="sv-SE"/>
        </w:rPr>
        <w:t xml:space="preserve"> {{field-on:bible}}För </w:t>
      </w:r>
      <w:r w:rsidRPr="000767E2">
        <w:rPr>
          <w:i/>
          <w:lang w:val="sv-SE"/>
        </w:rPr>
        <w:t>det är</w:t>
      </w:r>
      <w:r w:rsidRPr="000767E2">
        <w:rPr>
          <w:lang w:val="sv-SE"/>
        </w:rPr>
        <w:t xml:space="preserve"> inte som ni antar, </w:t>
      </w:r>
      <w:r w:rsidRPr="000767E2">
        <w:rPr>
          <w:i/>
          <w:lang w:val="sv-SE"/>
        </w:rPr>
        <w:t>att</w:t>
      </w:r>
      <w:r w:rsidRPr="000767E2">
        <w:rPr>
          <w:lang w:val="sv-SE"/>
        </w:rPr>
        <w:t xml:space="preserve"> dessa är berusade. Det är ju tredje timmen på dagen.{{field-off:bible}} [[@</w:t>
      </w:r>
      <w:r w:rsidR="0096445B" w:rsidRPr="000767E2">
        <w:rPr>
          <w:lang w:val="sv-SE"/>
        </w:rPr>
        <w:t>BibleBIBEL82</w:t>
      </w:r>
      <w:r w:rsidRPr="000767E2">
        <w:rPr>
          <w:lang w:val="sv-SE"/>
        </w:rPr>
        <w:t>:Acts 2:16]]</w:t>
      </w:r>
      <w:r w:rsidRPr="000767E2">
        <w:rPr>
          <w:vertAlign w:val="superscript"/>
          <w:lang w:val="sv-SE"/>
        </w:rPr>
        <w:t>16</w:t>
      </w:r>
      <w:r w:rsidRPr="000767E2">
        <w:rPr>
          <w:lang w:val="sv-SE"/>
        </w:rPr>
        <w:t xml:space="preserve"> {{field-on:bible}}Nej, detta är det </w:t>
      </w:r>
      <w:r w:rsidRPr="000767E2">
        <w:rPr>
          <w:i/>
          <w:lang w:val="sv-SE"/>
        </w:rPr>
        <w:t>som är</w:t>
      </w:r>
      <w:r w:rsidRPr="000767E2">
        <w:rPr>
          <w:lang w:val="sv-SE"/>
        </w:rPr>
        <w:t xml:space="preserve"> sagt genom profeten Joel:{{field-off:bible}}</w:t>
      </w:r>
    </w:p>
    <w:p w14:paraId="1909A3AF" w14:textId="3A2B17CB" w:rsidR="00BA33AB" w:rsidRPr="000767E2" w:rsidRDefault="00000000">
      <w:pPr>
        <w:rPr>
          <w:lang w:val="sv-SE"/>
        </w:rPr>
      </w:pPr>
      <w:r w:rsidRPr="000767E2">
        <w:rPr>
          <w:lang w:val="sv-SE"/>
        </w:rPr>
        <w:t>[[@</w:t>
      </w:r>
      <w:r w:rsidR="0096445B" w:rsidRPr="000767E2">
        <w:rPr>
          <w:lang w:val="sv-SE"/>
        </w:rPr>
        <w:t>BibleBIBEL82</w:t>
      </w:r>
      <w:r w:rsidRPr="000767E2">
        <w:rPr>
          <w:lang w:val="sv-SE"/>
        </w:rPr>
        <w:t>:Acts 2:17]]</w:t>
      </w:r>
      <w:r w:rsidRPr="000767E2">
        <w:rPr>
          <w:vertAlign w:val="superscript"/>
          <w:lang w:val="sv-SE"/>
        </w:rPr>
        <w:t>17</w:t>
      </w:r>
      <w:r w:rsidRPr="000767E2">
        <w:rPr>
          <w:lang w:val="sv-SE"/>
        </w:rPr>
        <w:t xml:space="preserve"> {{field-on:bible}}Och det ska ske i de sista dagarna, säger Gud:</w:t>
      </w:r>
      <w:r w:rsidRPr="000767E2">
        <w:rPr>
          <w:lang w:val="sv-SE"/>
        </w:rPr>
        <w:br/>
        <w:t>Jag ska utgjuta av min Ande över allt kött.</w:t>
      </w:r>
      <w:r w:rsidRPr="000767E2">
        <w:rPr>
          <w:lang w:val="sv-SE"/>
        </w:rPr>
        <w:br/>
        <w:t>Och profetera ska era söner och era döttrar,</w:t>
      </w:r>
      <w:r w:rsidRPr="000767E2">
        <w:rPr>
          <w:lang w:val="sv-SE"/>
        </w:rPr>
        <w:br/>
        <w:t>och era ynglingar ska se syner</w:t>
      </w:r>
      <w:r w:rsidRPr="000767E2">
        <w:rPr>
          <w:lang w:val="sv-SE"/>
        </w:rPr>
        <w:br/>
        <w:t>och era gamla ska drömma drömmar.{{field-off:bible}}</w:t>
      </w:r>
      <w:r w:rsidRPr="000767E2">
        <w:rPr>
          <w:lang w:val="sv-SE"/>
        </w:rPr>
        <w:br/>
        <w:t>[[@</w:t>
      </w:r>
      <w:r w:rsidR="0096445B" w:rsidRPr="000767E2">
        <w:rPr>
          <w:lang w:val="sv-SE"/>
        </w:rPr>
        <w:t>BibleBIBEL82</w:t>
      </w:r>
      <w:r w:rsidRPr="000767E2">
        <w:rPr>
          <w:lang w:val="sv-SE"/>
        </w:rPr>
        <w:t>:Acts 2:18]]</w:t>
      </w:r>
      <w:r w:rsidRPr="000767E2">
        <w:rPr>
          <w:vertAlign w:val="superscript"/>
          <w:lang w:val="sv-SE"/>
        </w:rPr>
        <w:t>18</w:t>
      </w:r>
      <w:r w:rsidRPr="000767E2">
        <w:rPr>
          <w:lang w:val="sv-SE"/>
        </w:rPr>
        <w:t xml:space="preserve"> {{field-on:bible}}Ja, även över mina fasttjänare och över mina fasttjänarinnor</w:t>
      </w:r>
      <w:r w:rsidRPr="000767E2">
        <w:rPr>
          <w:lang w:val="sv-SE"/>
        </w:rPr>
        <w:br/>
        <w:t>ska jag i de dagarna utgjuta av min Ande,</w:t>
      </w:r>
      <w:r w:rsidRPr="000767E2">
        <w:rPr>
          <w:lang w:val="sv-SE"/>
        </w:rPr>
        <w:br/>
        <w:t>och de ska profetera.{{field-off:bible}}</w:t>
      </w:r>
      <w:r w:rsidRPr="000767E2">
        <w:rPr>
          <w:lang w:val="sv-SE"/>
        </w:rPr>
        <w:br/>
        <w:t>[[@</w:t>
      </w:r>
      <w:r w:rsidR="0096445B" w:rsidRPr="000767E2">
        <w:rPr>
          <w:lang w:val="sv-SE"/>
        </w:rPr>
        <w:t>BibleBIBEL82</w:t>
      </w:r>
      <w:r w:rsidRPr="000767E2">
        <w:rPr>
          <w:lang w:val="sv-SE"/>
        </w:rPr>
        <w:t>:Acts 2:19]]</w:t>
      </w:r>
      <w:r w:rsidRPr="000767E2">
        <w:rPr>
          <w:vertAlign w:val="superscript"/>
          <w:lang w:val="sv-SE"/>
        </w:rPr>
        <w:t>19</w:t>
      </w:r>
      <w:r w:rsidRPr="000767E2">
        <w:rPr>
          <w:lang w:val="sv-SE"/>
        </w:rPr>
        <w:t xml:space="preserve"> {{field-on:bible}}Och jag ska ge under i himlen </w:t>
      </w:r>
      <w:r w:rsidRPr="000767E2">
        <w:rPr>
          <w:i/>
          <w:lang w:val="sv-SE"/>
        </w:rPr>
        <w:t>där</w:t>
      </w:r>
      <w:r w:rsidRPr="000767E2">
        <w:rPr>
          <w:lang w:val="sv-SE"/>
        </w:rPr>
        <w:t xml:space="preserve"> ovan</w:t>
      </w:r>
      <w:r w:rsidRPr="000767E2">
        <w:rPr>
          <w:lang w:val="sv-SE"/>
        </w:rPr>
        <w:br/>
        <w:t xml:space="preserve">och tecken på jorden </w:t>
      </w:r>
      <w:r w:rsidRPr="000767E2">
        <w:rPr>
          <w:i/>
          <w:lang w:val="sv-SE"/>
        </w:rPr>
        <w:t>där</w:t>
      </w:r>
      <w:r w:rsidRPr="000767E2">
        <w:rPr>
          <w:lang w:val="sv-SE"/>
        </w:rPr>
        <w:t xml:space="preserve"> nere,</w:t>
      </w:r>
      <w:r w:rsidRPr="000767E2">
        <w:rPr>
          <w:lang w:val="sv-SE"/>
        </w:rPr>
        <w:br/>
        <w:t>blod och eld och ånga av rök.{{field-off:bible}}</w:t>
      </w:r>
      <w:r w:rsidRPr="000767E2">
        <w:rPr>
          <w:lang w:val="sv-SE"/>
        </w:rPr>
        <w:br/>
        <w:t>[[@</w:t>
      </w:r>
      <w:r w:rsidR="0096445B" w:rsidRPr="000767E2">
        <w:rPr>
          <w:lang w:val="sv-SE"/>
        </w:rPr>
        <w:t>BibleBIBEL82</w:t>
      </w:r>
      <w:r w:rsidRPr="000767E2">
        <w:rPr>
          <w:lang w:val="sv-SE"/>
        </w:rPr>
        <w:t>:Acts 2:20]]</w:t>
      </w:r>
      <w:r w:rsidRPr="000767E2">
        <w:rPr>
          <w:vertAlign w:val="superscript"/>
          <w:lang w:val="sv-SE"/>
        </w:rPr>
        <w:t>20</w:t>
      </w:r>
      <w:r w:rsidRPr="000767E2">
        <w:rPr>
          <w:lang w:val="sv-SE"/>
        </w:rPr>
        <w:t xml:space="preserve"> {{field-on:bible}}Solen ska förvändas i mörker och månen i blod</w:t>
      </w:r>
      <w:r w:rsidRPr="000767E2">
        <w:rPr>
          <w:lang w:val="sv-SE"/>
        </w:rPr>
        <w:br/>
        <w:t>innan Herrens dag kommer,</w:t>
      </w:r>
      <w:r w:rsidRPr="000767E2">
        <w:rPr>
          <w:lang w:val="sv-SE"/>
        </w:rPr>
        <w:br/>
        <w:t>den stora och framträdande.{{field-off:bible}}</w:t>
      </w:r>
      <w:r w:rsidRPr="000767E2">
        <w:rPr>
          <w:lang w:val="sv-SE"/>
        </w:rPr>
        <w:br/>
        <w:t>[[@</w:t>
      </w:r>
      <w:r w:rsidR="0096445B" w:rsidRPr="000767E2">
        <w:rPr>
          <w:lang w:val="sv-SE"/>
        </w:rPr>
        <w:t>BibleBIBEL82</w:t>
      </w:r>
      <w:r w:rsidRPr="000767E2">
        <w:rPr>
          <w:lang w:val="sv-SE"/>
        </w:rPr>
        <w:t>:Acts 2:21]]</w:t>
      </w:r>
      <w:r w:rsidRPr="000767E2">
        <w:rPr>
          <w:vertAlign w:val="superscript"/>
          <w:lang w:val="sv-SE"/>
        </w:rPr>
        <w:t>21</w:t>
      </w:r>
      <w:r w:rsidRPr="000767E2">
        <w:rPr>
          <w:lang w:val="sv-SE"/>
        </w:rPr>
        <w:t xml:space="preserve"> {{field-on:bible}}Och det ska ske </w:t>
      </w:r>
      <w:r w:rsidRPr="000767E2">
        <w:rPr>
          <w:i/>
          <w:lang w:val="sv-SE"/>
        </w:rPr>
        <w:t>att</w:t>
      </w:r>
      <w:r w:rsidRPr="000767E2">
        <w:rPr>
          <w:lang w:val="sv-SE"/>
        </w:rPr>
        <w:t xml:space="preserve"> var och en som åkallar</w:t>
      </w:r>
      <w:r w:rsidRPr="000767E2">
        <w:rPr>
          <w:lang w:val="sv-SE"/>
        </w:rPr>
        <w:br/>
        <w:t>Herrens namn ska bli frälst.{{field-off:bible}}</w:t>
      </w:r>
    </w:p>
    <w:p w14:paraId="21D92B18" w14:textId="7033F153" w:rsidR="00BA33AB" w:rsidRPr="000767E2" w:rsidRDefault="00000000">
      <w:pPr>
        <w:rPr>
          <w:lang w:val="sv-SE"/>
        </w:rPr>
      </w:pPr>
      <w:r w:rsidRPr="000767E2">
        <w:rPr>
          <w:lang w:val="sv-SE"/>
        </w:rPr>
        <w:t>[[@</w:t>
      </w:r>
      <w:r w:rsidR="0096445B" w:rsidRPr="000767E2">
        <w:rPr>
          <w:lang w:val="sv-SE"/>
        </w:rPr>
        <w:t>BibleBIBEL82</w:t>
      </w:r>
      <w:r w:rsidRPr="000767E2">
        <w:rPr>
          <w:lang w:val="sv-SE"/>
        </w:rPr>
        <w:t>:Acts 2:22]]</w:t>
      </w:r>
      <w:r w:rsidRPr="000767E2">
        <w:rPr>
          <w:vertAlign w:val="superscript"/>
          <w:lang w:val="sv-SE"/>
        </w:rPr>
        <w:t>22</w:t>
      </w:r>
      <w:r w:rsidRPr="000767E2">
        <w:rPr>
          <w:lang w:val="sv-SE"/>
        </w:rPr>
        <w:t xml:space="preserve"> {{field-on:bible}}Män, israeliter! Hör dessa ord: Jesus nazorén, en man utpekad av Gud för er med kraftgärningar och under och tecken, som Gud gjorde genom honom mitt ibland er så som ni själva vet,{{field-off:bible}} [[@</w:t>
      </w:r>
      <w:r w:rsidR="0096445B" w:rsidRPr="000767E2">
        <w:rPr>
          <w:lang w:val="sv-SE"/>
        </w:rPr>
        <w:t>BibleBIBEL82</w:t>
      </w:r>
      <w:r w:rsidRPr="000767E2">
        <w:rPr>
          <w:lang w:val="sv-SE"/>
        </w:rPr>
        <w:t>:Acts 2:23]]</w:t>
      </w:r>
      <w:r w:rsidRPr="000767E2">
        <w:rPr>
          <w:vertAlign w:val="superscript"/>
          <w:lang w:val="sv-SE"/>
        </w:rPr>
        <w:t>23</w:t>
      </w:r>
      <w:r w:rsidRPr="000767E2">
        <w:rPr>
          <w:lang w:val="sv-SE"/>
        </w:rPr>
        <w:t xml:space="preserve"> {{field-on:bible}}denne har ni efter Guds bestämda plan och förutvetande, utgiven genom laglösas händer, naglat fast och avrättat.{{field-off:bible}} [[@</w:t>
      </w:r>
      <w:r w:rsidR="0096445B" w:rsidRPr="000767E2">
        <w:rPr>
          <w:lang w:val="sv-SE"/>
        </w:rPr>
        <w:t>BibleBIBEL82</w:t>
      </w:r>
      <w:r w:rsidRPr="000767E2">
        <w:rPr>
          <w:lang w:val="sv-SE"/>
        </w:rPr>
        <w:t>:Acts 2:24]]</w:t>
      </w:r>
      <w:r w:rsidRPr="000767E2">
        <w:rPr>
          <w:vertAlign w:val="superscript"/>
          <w:lang w:val="sv-SE"/>
        </w:rPr>
        <w:t>24</w:t>
      </w:r>
      <w:r w:rsidRPr="000767E2">
        <w:rPr>
          <w:lang w:val="sv-SE"/>
        </w:rPr>
        <w:t xml:space="preserve"> {{field-on:bible}}Honom har Gud låtit uppstå och lossat dödens födslovärkar, eftersom det inte var möjligt att han </w:t>
      </w:r>
      <w:r w:rsidRPr="000767E2">
        <w:rPr>
          <w:i/>
          <w:lang w:val="sv-SE"/>
        </w:rPr>
        <w:t>skulle</w:t>
      </w:r>
      <w:r w:rsidRPr="000767E2">
        <w:rPr>
          <w:lang w:val="sv-SE"/>
        </w:rPr>
        <w:t xml:space="preserve"> kvarhållas av den.{{field-off:bible}} [[@</w:t>
      </w:r>
      <w:r w:rsidR="0096445B" w:rsidRPr="000767E2">
        <w:rPr>
          <w:lang w:val="sv-SE"/>
        </w:rPr>
        <w:t>BibleBIBEL82</w:t>
      </w:r>
      <w:r w:rsidRPr="000767E2">
        <w:rPr>
          <w:lang w:val="sv-SE"/>
        </w:rPr>
        <w:t>:Acts 2:25]]</w:t>
      </w:r>
      <w:r w:rsidRPr="000767E2">
        <w:rPr>
          <w:vertAlign w:val="superscript"/>
          <w:lang w:val="sv-SE"/>
        </w:rPr>
        <w:t>25</w:t>
      </w:r>
      <w:r w:rsidRPr="000767E2">
        <w:rPr>
          <w:lang w:val="sv-SE"/>
        </w:rPr>
        <w:t xml:space="preserve"> {{field-on:bible}}För David säger om honom:{{field-off:bible}}</w:t>
      </w:r>
    </w:p>
    <w:p w14:paraId="23570C3D" w14:textId="75DBA1F4" w:rsidR="00BA33AB" w:rsidRPr="000767E2" w:rsidRDefault="00000000">
      <w:pPr>
        <w:rPr>
          <w:lang w:val="sv-SE"/>
        </w:rPr>
      </w:pPr>
      <w:r w:rsidRPr="000767E2">
        <w:rPr>
          <w:lang w:val="sv-SE"/>
        </w:rPr>
        <w:t>{{field-on:bible}}Jag förutsåg Herren framför mig ständigt,</w:t>
      </w:r>
      <w:r w:rsidRPr="000767E2">
        <w:rPr>
          <w:lang w:val="sv-SE"/>
        </w:rPr>
        <w:br/>
        <w:t xml:space="preserve">för vid min högra </w:t>
      </w:r>
      <w:r w:rsidRPr="000767E2">
        <w:rPr>
          <w:i/>
          <w:lang w:val="sv-SE"/>
        </w:rPr>
        <w:t>sida</w:t>
      </w:r>
      <w:r w:rsidRPr="000767E2">
        <w:rPr>
          <w:lang w:val="sv-SE"/>
        </w:rPr>
        <w:t xml:space="preserve"> är han så att jag inte skakas.{{field-off:bible}}</w:t>
      </w:r>
      <w:r w:rsidRPr="000767E2">
        <w:rPr>
          <w:lang w:val="sv-SE"/>
        </w:rPr>
        <w:br/>
        <w:t>[[@</w:t>
      </w:r>
      <w:r w:rsidR="0096445B" w:rsidRPr="000767E2">
        <w:rPr>
          <w:lang w:val="sv-SE"/>
        </w:rPr>
        <w:t>BibleBIBEL82</w:t>
      </w:r>
      <w:r w:rsidRPr="000767E2">
        <w:rPr>
          <w:lang w:val="sv-SE"/>
        </w:rPr>
        <w:t>:Acts 2:26]]</w:t>
      </w:r>
      <w:r w:rsidRPr="000767E2">
        <w:rPr>
          <w:vertAlign w:val="superscript"/>
          <w:lang w:val="sv-SE"/>
        </w:rPr>
        <w:t>26</w:t>
      </w:r>
      <w:r w:rsidRPr="000767E2">
        <w:rPr>
          <w:lang w:val="sv-SE"/>
        </w:rPr>
        <w:t xml:space="preserve"> {{field-on:bible}}Därför fröjdades mitt hjärta och jublade min </w:t>
      </w:r>
      <w:r w:rsidRPr="000767E2">
        <w:rPr>
          <w:lang w:val="sv-SE"/>
        </w:rPr>
        <w:lastRenderedPageBreak/>
        <w:t>tunga,</w:t>
      </w:r>
      <w:r w:rsidRPr="000767E2">
        <w:rPr>
          <w:lang w:val="sv-SE"/>
        </w:rPr>
        <w:br/>
        <w:t>och dessutom ska även mitt kött sätta bo i hopp.{{field-off:bible}}</w:t>
      </w:r>
      <w:r w:rsidRPr="000767E2">
        <w:rPr>
          <w:lang w:val="sv-SE"/>
        </w:rPr>
        <w:br/>
        <w:t>[[@</w:t>
      </w:r>
      <w:r w:rsidR="0096445B" w:rsidRPr="000767E2">
        <w:rPr>
          <w:lang w:val="sv-SE"/>
        </w:rPr>
        <w:t>BibleBIBEL82</w:t>
      </w:r>
      <w:r w:rsidRPr="000767E2">
        <w:rPr>
          <w:lang w:val="sv-SE"/>
        </w:rPr>
        <w:t>:Acts 2:27]]</w:t>
      </w:r>
      <w:r w:rsidRPr="000767E2">
        <w:rPr>
          <w:vertAlign w:val="superscript"/>
          <w:lang w:val="sv-SE"/>
        </w:rPr>
        <w:t>27</w:t>
      </w:r>
      <w:r w:rsidRPr="000767E2">
        <w:rPr>
          <w:lang w:val="sv-SE"/>
        </w:rPr>
        <w:t xml:space="preserve"> {{field-on:bible}}För du ska inte överge min själ till Hades</w:t>
      </w:r>
      <w:r w:rsidRPr="000767E2">
        <w:rPr>
          <w:lang w:val="sv-SE"/>
        </w:rPr>
        <w:br/>
        <w:t>eller låta din Gudlige se förgängelse.{{field-off:bible}}</w:t>
      </w:r>
      <w:r w:rsidRPr="000767E2">
        <w:rPr>
          <w:lang w:val="sv-SE"/>
        </w:rPr>
        <w:br/>
        <w:t>[[@</w:t>
      </w:r>
      <w:r w:rsidR="0096445B" w:rsidRPr="000767E2">
        <w:rPr>
          <w:lang w:val="sv-SE"/>
        </w:rPr>
        <w:t>BibleBIBEL82</w:t>
      </w:r>
      <w:r w:rsidRPr="000767E2">
        <w:rPr>
          <w:lang w:val="sv-SE"/>
        </w:rPr>
        <w:t>:Acts 2:28]]</w:t>
      </w:r>
      <w:r w:rsidRPr="000767E2">
        <w:rPr>
          <w:vertAlign w:val="superscript"/>
          <w:lang w:val="sv-SE"/>
        </w:rPr>
        <w:t>28</w:t>
      </w:r>
      <w:r w:rsidRPr="000767E2">
        <w:rPr>
          <w:lang w:val="sv-SE"/>
        </w:rPr>
        <w:t xml:space="preserve"> {{field-on:bible}}Du har kungjort för mig livets vägar.</w:t>
      </w:r>
      <w:r w:rsidRPr="000767E2">
        <w:rPr>
          <w:lang w:val="sv-SE"/>
        </w:rPr>
        <w:br/>
        <w:t>Du ska uppfylla mig med fröjd hos ditt ansikte.{{field-off:bible}}</w:t>
      </w:r>
    </w:p>
    <w:p w14:paraId="5D7D55CD" w14:textId="3C96AC18" w:rsidR="00BA33AB" w:rsidRPr="000767E2" w:rsidRDefault="00000000">
      <w:pPr>
        <w:rPr>
          <w:lang w:val="sv-SE"/>
        </w:rPr>
      </w:pPr>
      <w:r>
        <w:t>[[@</w:t>
      </w:r>
      <w:r w:rsidR="0096445B">
        <w:t>BibleBIBEL</w:t>
      </w:r>
      <w:proofErr w:type="gramStart"/>
      <w:r w:rsidR="0096445B">
        <w:t>82</w:t>
      </w:r>
      <w:r>
        <w:t>:Acts</w:t>
      </w:r>
      <w:proofErr w:type="gramEnd"/>
      <w:r>
        <w:t xml:space="preserve"> 2:29]]</w:t>
      </w:r>
      <w:r>
        <w:rPr>
          <w:vertAlign w:val="superscript"/>
        </w:rPr>
        <w:t>29</w:t>
      </w:r>
      <w:r>
        <w:t xml:space="preserve"> {{</w:t>
      </w:r>
      <w:proofErr w:type="spellStart"/>
      <w:r>
        <w:t>field-</w:t>
      </w:r>
      <w:proofErr w:type="gramStart"/>
      <w:r>
        <w:t>on:bible</w:t>
      </w:r>
      <w:proofErr w:type="spellEnd"/>
      <w:r>
        <w:t>}}</w:t>
      </w:r>
      <w:proofErr w:type="spellStart"/>
      <w:r>
        <w:t>Män</w:t>
      </w:r>
      <w:proofErr w:type="spellEnd"/>
      <w:proofErr w:type="gramEnd"/>
      <w:r>
        <w:t xml:space="preserve">, </w:t>
      </w:r>
      <w:proofErr w:type="spellStart"/>
      <w:r>
        <w:t>bröder</w:t>
      </w:r>
      <w:proofErr w:type="spellEnd"/>
      <w:r>
        <w:t xml:space="preserve">! </w:t>
      </w:r>
      <w:r w:rsidRPr="000767E2">
        <w:rPr>
          <w:i/>
          <w:lang w:val="sv-SE"/>
        </w:rPr>
        <w:t>Det är</w:t>
      </w:r>
      <w:r w:rsidRPr="000767E2">
        <w:rPr>
          <w:lang w:val="sv-SE"/>
        </w:rPr>
        <w:t xml:space="preserve"> tillåtet att säga med frimodighet till er om patriarken David att han både avlidit och blivit begravd, och hans grav finns bland oss fram till denna dag.{{field-off:bible}} [[@</w:t>
      </w:r>
      <w:r w:rsidR="0096445B" w:rsidRPr="000767E2">
        <w:rPr>
          <w:lang w:val="sv-SE"/>
        </w:rPr>
        <w:t>BibleBIBEL82</w:t>
      </w:r>
      <w:r w:rsidRPr="000767E2">
        <w:rPr>
          <w:lang w:val="sv-SE"/>
        </w:rPr>
        <w:t>:Acts 2:30]]</w:t>
      </w:r>
      <w:r w:rsidRPr="000767E2">
        <w:rPr>
          <w:vertAlign w:val="superscript"/>
          <w:lang w:val="sv-SE"/>
        </w:rPr>
        <w:t>30</w:t>
      </w:r>
      <w:r w:rsidRPr="000767E2">
        <w:rPr>
          <w:lang w:val="sv-SE"/>
        </w:rPr>
        <w:t xml:space="preserve"> {{field-on:bible}}Då han nu var profet och visste att Gud med ed hade svurit till honom att sätta från hans höfts frukt på hans tron,{{field-off:bible}} [[@</w:t>
      </w:r>
      <w:r w:rsidR="0096445B" w:rsidRPr="000767E2">
        <w:rPr>
          <w:lang w:val="sv-SE"/>
        </w:rPr>
        <w:t>BibleBIBEL82</w:t>
      </w:r>
      <w:r w:rsidRPr="000767E2">
        <w:rPr>
          <w:lang w:val="sv-SE"/>
        </w:rPr>
        <w:t>:Acts 2:31]]</w:t>
      </w:r>
      <w:r w:rsidRPr="000767E2">
        <w:rPr>
          <w:vertAlign w:val="superscript"/>
          <w:lang w:val="sv-SE"/>
        </w:rPr>
        <w:t>31</w:t>
      </w:r>
      <w:r w:rsidRPr="000767E2">
        <w:rPr>
          <w:lang w:val="sv-SE"/>
        </w:rPr>
        <w:t xml:space="preserve"> {{field-on:bible}}förutsåg han och talade om Kristi uppståndelse: att han varken övergavs till Hades eller hans kött såg förgängelse.{{field-off:bible}}</w:t>
      </w:r>
    </w:p>
    <w:p w14:paraId="2C518AEA" w14:textId="5CF5E1EC" w:rsidR="00BA33AB" w:rsidRPr="000767E2" w:rsidRDefault="00000000">
      <w:pPr>
        <w:rPr>
          <w:lang w:val="sv-SE"/>
        </w:rPr>
      </w:pPr>
      <w:r w:rsidRPr="000767E2">
        <w:rPr>
          <w:lang w:val="sv-SE"/>
        </w:rPr>
        <w:t>[[@</w:t>
      </w:r>
      <w:r w:rsidR="0096445B" w:rsidRPr="000767E2">
        <w:rPr>
          <w:lang w:val="sv-SE"/>
        </w:rPr>
        <w:t>BibleBIBEL82</w:t>
      </w:r>
      <w:r w:rsidRPr="000767E2">
        <w:rPr>
          <w:lang w:val="sv-SE"/>
        </w:rPr>
        <w:t>:Acts 2:32]]</w:t>
      </w:r>
      <w:r w:rsidRPr="000767E2">
        <w:rPr>
          <w:vertAlign w:val="superscript"/>
          <w:lang w:val="sv-SE"/>
        </w:rPr>
        <w:t>32</w:t>
      </w:r>
      <w:r w:rsidRPr="000767E2">
        <w:rPr>
          <w:lang w:val="sv-SE"/>
        </w:rPr>
        <w:t xml:space="preserve"> {{field-on:bible}}Denne Jesus har Gud låtit uppstå. För honom är vi alla vittnen.{{field-off:bible}} [[@</w:t>
      </w:r>
      <w:r w:rsidR="0096445B" w:rsidRPr="000767E2">
        <w:rPr>
          <w:lang w:val="sv-SE"/>
        </w:rPr>
        <w:t>BibleBIBEL82</w:t>
      </w:r>
      <w:r w:rsidRPr="000767E2">
        <w:rPr>
          <w:lang w:val="sv-SE"/>
        </w:rPr>
        <w:t>:Acts 2:33]]</w:t>
      </w:r>
      <w:r w:rsidRPr="000767E2">
        <w:rPr>
          <w:vertAlign w:val="superscript"/>
          <w:lang w:val="sv-SE"/>
        </w:rPr>
        <w:t>33</w:t>
      </w:r>
      <w:r w:rsidRPr="000767E2">
        <w:rPr>
          <w:lang w:val="sv-SE"/>
        </w:rPr>
        <w:t xml:space="preserve"> {{field-on:bible}}Till Guds högra </w:t>
      </w:r>
      <w:r w:rsidRPr="000767E2">
        <w:rPr>
          <w:i/>
          <w:lang w:val="sv-SE"/>
        </w:rPr>
        <w:t>hand</w:t>
      </w:r>
      <w:r w:rsidRPr="000767E2">
        <w:rPr>
          <w:lang w:val="sv-SE"/>
        </w:rPr>
        <w:t xml:space="preserve"> upphöjd har han alltså fått den heliga Andens löfte från Fadern och utgjutit detta som ni ser och hör.{{field-off:bible}} [[@</w:t>
      </w:r>
      <w:r w:rsidR="0096445B" w:rsidRPr="000767E2">
        <w:rPr>
          <w:lang w:val="sv-SE"/>
        </w:rPr>
        <w:t>BibleBIBEL82</w:t>
      </w:r>
      <w:r w:rsidRPr="000767E2">
        <w:rPr>
          <w:lang w:val="sv-SE"/>
        </w:rPr>
        <w:t>:Acts 2:34]]</w:t>
      </w:r>
      <w:r w:rsidRPr="000767E2">
        <w:rPr>
          <w:vertAlign w:val="superscript"/>
          <w:lang w:val="sv-SE"/>
        </w:rPr>
        <w:t>34</w:t>
      </w:r>
      <w:r w:rsidRPr="000767E2">
        <w:rPr>
          <w:lang w:val="sv-SE"/>
        </w:rPr>
        <w:t xml:space="preserve"> {{field-on:bible}}För David har inte stigit upp till himlarna. Men han säger själv:{{field-off:bible}}</w:t>
      </w:r>
    </w:p>
    <w:p w14:paraId="4F4B0CFF" w14:textId="0B178DBF" w:rsidR="00BA33AB" w:rsidRPr="000767E2" w:rsidRDefault="00000000">
      <w:pPr>
        <w:rPr>
          <w:lang w:val="sv-SE"/>
        </w:rPr>
      </w:pPr>
      <w:r w:rsidRPr="000767E2">
        <w:rPr>
          <w:lang w:val="sv-SE"/>
        </w:rPr>
        <w:t xml:space="preserve">{{field-on:bible}}Herren sade till min Herre: Sitt vid min högra </w:t>
      </w:r>
      <w:r w:rsidRPr="000767E2">
        <w:rPr>
          <w:i/>
          <w:lang w:val="sv-SE"/>
        </w:rPr>
        <w:t>sida</w:t>
      </w:r>
      <w:r w:rsidRPr="000767E2">
        <w:rPr>
          <w:lang w:val="sv-SE"/>
        </w:rPr>
        <w:t>{{field-off:bible}}</w:t>
      </w:r>
      <w:r w:rsidRPr="000767E2">
        <w:rPr>
          <w:lang w:val="sv-SE"/>
        </w:rPr>
        <w:br/>
        <w:t>[[@</w:t>
      </w:r>
      <w:r w:rsidR="0096445B" w:rsidRPr="000767E2">
        <w:rPr>
          <w:lang w:val="sv-SE"/>
        </w:rPr>
        <w:t>BibleBIBEL82</w:t>
      </w:r>
      <w:r w:rsidRPr="000767E2">
        <w:rPr>
          <w:lang w:val="sv-SE"/>
        </w:rPr>
        <w:t>:Acts 2:35]]</w:t>
      </w:r>
      <w:r w:rsidRPr="000767E2">
        <w:rPr>
          <w:vertAlign w:val="superscript"/>
          <w:lang w:val="sv-SE"/>
        </w:rPr>
        <w:t>35</w:t>
      </w:r>
      <w:r w:rsidRPr="000767E2">
        <w:rPr>
          <w:lang w:val="sv-SE"/>
        </w:rPr>
        <w:t xml:space="preserve"> {{field-on:bible}}tills jag lagt dina fiender </w:t>
      </w:r>
      <w:r w:rsidRPr="000767E2">
        <w:rPr>
          <w:i/>
          <w:lang w:val="sv-SE"/>
        </w:rPr>
        <w:t>som</w:t>
      </w:r>
      <w:r w:rsidRPr="000767E2">
        <w:rPr>
          <w:lang w:val="sv-SE"/>
        </w:rPr>
        <w:t xml:space="preserve"> en fotpall för dina fötter.{{field-off:bible}}</w:t>
      </w:r>
    </w:p>
    <w:p w14:paraId="0D3E7240" w14:textId="651084AF" w:rsidR="00BA33AB" w:rsidRPr="000767E2" w:rsidRDefault="00000000">
      <w:pPr>
        <w:rPr>
          <w:lang w:val="sv-SE"/>
        </w:rPr>
      </w:pPr>
      <w:r w:rsidRPr="000767E2">
        <w:rPr>
          <w:lang w:val="sv-SE"/>
        </w:rPr>
        <w:t>[[@</w:t>
      </w:r>
      <w:r w:rsidR="0096445B" w:rsidRPr="000767E2">
        <w:rPr>
          <w:lang w:val="sv-SE"/>
        </w:rPr>
        <w:t>BibleBIBEL82</w:t>
      </w:r>
      <w:r w:rsidRPr="000767E2">
        <w:rPr>
          <w:lang w:val="sv-SE"/>
        </w:rPr>
        <w:t>:Acts 2:36]]</w:t>
      </w:r>
      <w:r w:rsidRPr="000767E2">
        <w:rPr>
          <w:vertAlign w:val="superscript"/>
          <w:lang w:val="sv-SE"/>
        </w:rPr>
        <w:t>36</w:t>
      </w:r>
      <w:r w:rsidRPr="000767E2">
        <w:rPr>
          <w:lang w:val="sv-SE"/>
        </w:rPr>
        <w:t xml:space="preserve"> {{field-on:bible}}Alltså ska hela Israels hus säkert veta att honom har Gud gjort </w:t>
      </w:r>
      <w:r w:rsidRPr="000767E2">
        <w:rPr>
          <w:i/>
          <w:lang w:val="sv-SE"/>
        </w:rPr>
        <w:t>till</w:t>
      </w:r>
      <w:r w:rsidRPr="000767E2">
        <w:rPr>
          <w:lang w:val="sv-SE"/>
        </w:rPr>
        <w:t xml:space="preserve"> både Herre och Kristus, denne Jesus som ni har korsfäst.”{{field-off:bible}}</w:t>
      </w:r>
    </w:p>
    <w:p w14:paraId="2FB1AC09" w14:textId="43EA1E32" w:rsidR="00BA33AB" w:rsidRPr="000767E2" w:rsidRDefault="00000000">
      <w:pPr>
        <w:rPr>
          <w:lang w:val="sv-SE"/>
        </w:rPr>
      </w:pPr>
      <w:r w:rsidRPr="000767E2">
        <w:rPr>
          <w:lang w:val="sv-SE"/>
        </w:rPr>
        <w:t>[[@</w:t>
      </w:r>
      <w:r w:rsidR="0096445B" w:rsidRPr="000767E2">
        <w:rPr>
          <w:lang w:val="sv-SE"/>
        </w:rPr>
        <w:t>BibleBIBEL82</w:t>
      </w:r>
      <w:r w:rsidRPr="000767E2">
        <w:rPr>
          <w:lang w:val="sv-SE"/>
        </w:rPr>
        <w:t>:Acts 2:37]]</w:t>
      </w:r>
      <w:r w:rsidRPr="000767E2">
        <w:rPr>
          <w:vertAlign w:val="superscript"/>
          <w:lang w:val="sv-SE"/>
        </w:rPr>
        <w:t>37</w:t>
      </w:r>
      <w:r w:rsidRPr="000767E2">
        <w:rPr>
          <w:lang w:val="sv-SE"/>
        </w:rPr>
        <w:t xml:space="preserve"> {{field-on:bible}}Och när de hörde </w:t>
      </w:r>
      <w:r w:rsidRPr="000767E2">
        <w:rPr>
          <w:i/>
          <w:lang w:val="sv-SE"/>
        </w:rPr>
        <w:t>det</w:t>
      </w:r>
      <w:r w:rsidRPr="000767E2">
        <w:rPr>
          <w:lang w:val="sv-SE"/>
        </w:rPr>
        <w:t xml:space="preserve"> blev de stungna i hjärtat, och de sade till Petrus och de övriga apostlarna: ”Vad ska vi göra, män, bröder?”{{field-off:bible}} [[@</w:t>
      </w:r>
      <w:r w:rsidR="0096445B" w:rsidRPr="000767E2">
        <w:rPr>
          <w:lang w:val="sv-SE"/>
        </w:rPr>
        <w:t>BibleBIBEL82</w:t>
      </w:r>
      <w:r w:rsidRPr="000767E2">
        <w:rPr>
          <w:lang w:val="sv-SE"/>
        </w:rPr>
        <w:t>:Acts 2:38]]</w:t>
      </w:r>
      <w:r w:rsidRPr="000767E2">
        <w:rPr>
          <w:vertAlign w:val="superscript"/>
          <w:lang w:val="sv-SE"/>
        </w:rPr>
        <w:t>38</w:t>
      </w:r>
      <w:r w:rsidRPr="000767E2">
        <w:rPr>
          <w:lang w:val="sv-SE"/>
        </w:rPr>
        <w:t xml:space="preserve"> {{field-on:bible}}Och Petrus till dem: ”Ändra sinne”, säger han, ”och döpas ska var och en av er i Jesu Kristi namn till förlåtelse för era synder, och ni ska få den heliga Andens fria gåva.{{field-off:bible}} [[@</w:t>
      </w:r>
      <w:r w:rsidR="0096445B" w:rsidRPr="000767E2">
        <w:rPr>
          <w:lang w:val="sv-SE"/>
        </w:rPr>
        <w:t>BibleBIBEL82</w:t>
      </w:r>
      <w:r w:rsidRPr="000767E2">
        <w:rPr>
          <w:lang w:val="sv-SE"/>
        </w:rPr>
        <w:t>:Acts 2:39]]</w:t>
      </w:r>
      <w:r w:rsidRPr="000767E2">
        <w:rPr>
          <w:vertAlign w:val="superscript"/>
          <w:lang w:val="sv-SE"/>
        </w:rPr>
        <w:t>39</w:t>
      </w:r>
      <w:r w:rsidRPr="000767E2">
        <w:rPr>
          <w:lang w:val="sv-SE"/>
        </w:rPr>
        <w:t xml:space="preserve"> {{field-on:bible}}För till er är löftet, och till era barn och till alla långt bort, </w:t>
      </w:r>
      <w:r w:rsidRPr="000767E2">
        <w:rPr>
          <w:i/>
          <w:lang w:val="sv-SE"/>
        </w:rPr>
        <w:t>alla</w:t>
      </w:r>
      <w:r w:rsidRPr="000767E2">
        <w:rPr>
          <w:lang w:val="sv-SE"/>
        </w:rPr>
        <w:t xml:space="preserve"> som Herren vår Gud kallar till sig.”{{field-off:bible}}</w:t>
      </w:r>
    </w:p>
    <w:p w14:paraId="4E21A43E" w14:textId="40B36A36" w:rsidR="00BA33AB" w:rsidRPr="000767E2" w:rsidRDefault="00000000">
      <w:pPr>
        <w:rPr>
          <w:lang w:val="sv-SE"/>
        </w:rPr>
      </w:pPr>
      <w:r w:rsidRPr="000767E2">
        <w:rPr>
          <w:lang w:val="sv-SE"/>
        </w:rPr>
        <w:t>[[@</w:t>
      </w:r>
      <w:r w:rsidR="0096445B" w:rsidRPr="000767E2">
        <w:rPr>
          <w:lang w:val="sv-SE"/>
        </w:rPr>
        <w:t>BibleBIBEL82</w:t>
      </w:r>
      <w:r w:rsidRPr="000767E2">
        <w:rPr>
          <w:lang w:val="sv-SE"/>
        </w:rPr>
        <w:t>:Acts 2:40]]</w:t>
      </w:r>
      <w:r w:rsidRPr="000767E2">
        <w:rPr>
          <w:vertAlign w:val="superscript"/>
          <w:lang w:val="sv-SE"/>
        </w:rPr>
        <w:t>40</w:t>
      </w:r>
      <w:r w:rsidRPr="000767E2">
        <w:rPr>
          <w:lang w:val="sv-SE"/>
        </w:rPr>
        <w:t xml:space="preserve"> {{field-on:bible}}Och med fler andra ord vittnade han och vädjade till dem och sade: ”Bli frälsta från detta krokiga släkte!”{{field-off:bible}} [[@</w:t>
      </w:r>
      <w:r w:rsidR="0096445B" w:rsidRPr="000767E2">
        <w:rPr>
          <w:lang w:val="sv-SE"/>
        </w:rPr>
        <w:t>BibleBIBEL82</w:t>
      </w:r>
      <w:r w:rsidRPr="000767E2">
        <w:rPr>
          <w:lang w:val="sv-SE"/>
        </w:rPr>
        <w:t>:Acts 2:41]]</w:t>
      </w:r>
      <w:r w:rsidRPr="000767E2">
        <w:rPr>
          <w:vertAlign w:val="superscript"/>
          <w:lang w:val="sv-SE"/>
        </w:rPr>
        <w:t>41</w:t>
      </w:r>
      <w:r w:rsidRPr="000767E2">
        <w:rPr>
          <w:lang w:val="sv-SE"/>
        </w:rPr>
        <w:t xml:space="preserve"> {{field-on:bible}}De som nu välkomnade hans ord döptes, och det tillfördes på den dagen ungefär tretusen själar.{{field-off:bible}}</w:t>
      </w:r>
    </w:p>
    <w:p w14:paraId="7BA6C998" w14:textId="77777777" w:rsidR="00BA33AB" w:rsidRPr="000767E2" w:rsidRDefault="00000000">
      <w:pPr>
        <w:pStyle w:val="Rubrik3"/>
        <w:rPr>
          <w:lang w:val="sv-SE"/>
        </w:rPr>
      </w:pPr>
      <w:r w:rsidRPr="000767E2">
        <w:rPr>
          <w:lang w:val="sv-SE"/>
        </w:rPr>
        <w:t>De troendes gemenskap</w:t>
      </w:r>
    </w:p>
    <w:p w14:paraId="4890BBB6" w14:textId="1C42ABAB" w:rsidR="00BA33AB" w:rsidRPr="000767E2" w:rsidRDefault="00000000">
      <w:pPr>
        <w:rPr>
          <w:lang w:val="sv-SE"/>
        </w:rPr>
      </w:pPr>
      <w:r w:rsidRPr="000767E2">
        <w:rPr>
          <w:lang w:val="sv-SE"/>
        </w:rPr>
        <w:t>[[@</w:t>
      </w:r>
      <w:r w:rsidR="0096445B" w:rsidRPr="000767E2">
        <w:rPr>
          <w:lang w:val="sv-SE"/>
        </w:rPr>
        <w:t>BibleBIBEL82</w:t>
      </w:r>
      <w:r w:rsidRPr="000767E2">
        <w:rPr>
          <w:lang w:val="sv-SE"/>
        </w:rPr>
        <w:t>:Acts 2:42]]</w:t>
      </w:r>
      <w:r w:rsidRPr="000767E2">
        <w:rPr>
          <w:vertAlign w:val="superscript"/>
          <w:lang w:val="sv-SE"/>
        </w:rPr>
        <w:t>42</w:t>
      </w:r>
      <w:r w:rsidRPr="000767E2">
        <w:rPr>
          <w:lang w:val="sv-SE"/>
        </w:rPr>
        <w:t xml:space="preserve"> {{field-on:bible}}Och de var ständigt vid apostlarnas undervisning och gemenskapen, </w:t>
      </w:r>
      <w:r w:rsidRPr="000767E2">
        <w:rPr>
          <w:i/>
          <w:lang w:val="sv-SE"/>
        </w:rPr>
        <w:t>vid</w:t>
      </w:r>
      <w:r w:rsidRPr="000767E2">
        <w:rPr>
          <w:lang w:val="sv-SE"/>
        </w:rPr>
        <w:t xml:space="preserve"> brödsbrytelsen och bönerna.{{field-off:bible}} [[@</w:t>
      </w:r>
      <w:r w:rsidR="0096445B" w:rsidRPr="000767E2">
        <w:rPr>
          <w:lang w:val="sv-SE"/>
        </w:rPr>
        <w:t>BibleBIBEL82</w:t>
      </w:r>
      <w:r w:rsidRPr="000767E2">
        <w:rPr>
          <w:lang w:val="sv-SE"/>
        </w:rPr>
        <w:t>:Acts 2:43]]</w:t>
      </w:r>
      <w:r w:rsidRPr="000767E2">
        <w:rPr>
          <w:vertAlign w:val="superscript"/>
          <w:lang w:val="sv-SE"/>
        </w:rPr>
        <w:t>43</w:t>
      </w:r>
      <w:r w:rsidRPr="000767E2">
        <w:rPr>
          <w:lang w:val="sv-SE"/>
        </w:rPr>
        <w:t xml:space="preserve"> {{field-on:bible}}Och till varje själ kom fruktan, och många </w:t>
      </w:r>
      <w:r w:rsidRPr="000767E2">
        <w:rPr>
          <w:lang w:val="sv-SE"/>
        </w:rPr>
        <w:lastRenderedPageBreak/>
        <w:t>under och tecken kom genom apostlarna.{{field-off:bible}} [[@</w:t>
      </w:r>
      <w:r w:rsidR="0096445B" w:rsidRPr="000767E2">
        <w:rPr>
          <w:lang w:val="sv-SE"/>
        </w:rPr>
        <w:t>BibleBIBEL82</w:t>
      </w:r>
      <w:r w:rsidRPr="000767E2">
        <w:rPr>
          <w:lang w:val="sv-SE"/>
        </w:rPr>
        <w:t>:Acts 2:44]]</w:t>
      </w:r>
      <w:r w:rsidRPr="000767E2">
        <w:rPr>
          <w:vertAlign w:val="superscript"/>
          <w:lang w:val="sv-SE"/>
        </w:rPr>
        <w:t>44</w:t>
      </w:r>
      <w:r w:rsidRPr="000767E2">
        <w:rPr>
          <w:lang w:val="sv-SE"/>
        </w:rPr>
        <w:t xml:space="preserve"> {{field-on:bible}}Och alla de troende var tillsammans och hade alltsammans gemensamt.{{field-off:bible}} [[@</w:t>
      </w:r>
      <w:r w:rsidR="0096445B" w:rsidRPr="000767E2">
        <w:rPr>
          <w:lang w:val="sv-SE"/>
        </w:rPr>
        <w:t>BibleBIBEL82</w:t>
      </w:r>
      <w:r w:rsidRPr="000767E2">
        <w:rPr>
          <w:lang w:val="sv-SE"/>
        </w:rPr>
        <w:t>:Acts 2:45]]</w:t>
      </w:r>
      <w:r w:rsidRPr="000767E2">
        <w:rPr>
          <w:vertAlign w:val="superscript"/>
          <w:lang w:val="sv-SE"/>
        </w:rPr>
        <w:t>45</w:t>
      </w:r>
      <w:r w:rsidRPr="000767E2">
        <w:rPr>
          <w:lang w:val="sv-SE"/>
        </w:rPr>
        <w:t xml:space="preserve"> {{field-on:bible}}Och egendomarna och tillhörigheterna </w:t>
      </w:r>
      <w:r w:rsidRPr="000767E2">
        <w:rPr>
          <w:i/>
          <w:lang w:val="sv-SE"/>
        </w:rPr>
        <w:t>började</w:t>
      </w:r>
      <w:r w:rsidRPr="000767E2">
        <w:rPr>
          <w:lang w:val="sv-SE"/>
        </w:rPr>
        <w:t xml:space="preserve"> de avyttra och dela upp det åt alla, efter </w:t>
      </w:r>
      <w:r w:rsidRPr="000767E2">
        <w:rPr>
          <w:i/>
          <w:lang w:val="sv-SE"/>
        </w:rPr>
        <w:t>hur</w:t>
      </w:r>
      <w:r w:rsidRPr="000767E2">
        <w:rPr>
          <w:lang w:val="sv-SE"/>
        </w:rPr>
        <w:t xml:space="preserve"> någon hade behov.{{field-off:bible}} [[@</w:t>
      </w:r>
      <w:r w:rsidR="0096445B" w:rsidRPr="000767E2">
        <w:rPr>
          <w:lang w:val="sv-SE"/>
        </w:rPr>
        <w:t>BibleBIBEL82</w:t>
      </w:r>
      <w:r w:rsidRPr="000767E2">
        <w:rPr>
          <w:lang w:val="sv-SE"/>
        </w:rPr>
        <w:t>:Acts 2:46]]</w:t>
      </w:r>
      <w:r w:rsidRPr="000767E2">
        <w:rPr>
          <w:vertAlign w:val="superscript"/>
          <w:lang w:val="sv-SE"/>
        </w:rPr>
        <w:t>46</w:t>
      </w:r>
      <w:r w:rsidRPr="000767E2">
        <w:rPr>
          <w:lang w:val="sv-SE"/>
        </w:rPr>
        <w:t xml:space="preserve"> {{field-on:bible}}Och varje dag var de ständigt förenade i templet, och i hemmen bröt de bröd och tog del av föda i jubel och hjärtats enkelhet,{{field-off:bible}} [[@</w:t>
      </w:r>
      <w:r w:rsidR="0096445B" w:rsidRPr="000767E2">
        <w:rPr>
          <w:lang w:val="sv-SE"/>
        </w:rPr>
        <w:t>BibleBIBEL82</w:t>
      </w:r>
      <w:r w:rsidRPr="000767E2">
        <w:rPr>
          <w:lang w:val="sv-SE"/>
        </w:rPr>
        <w:t>:Acts 2:47]]</w:t>
      </w:r>
      <w:r w:rsidRPr="000767E2">
        <w:rPr>
          <w:vertAlign w:val="superscript"/>
          <w:lang w:val="sv-SE"/>
        </w:rPr>
        <w:t>47</w:t>
      </w:r>
      <w:r w:rsidRPr="000767E2">
        <w:rPr>
          <w:lang w:val="sv-SE"/>
        </w:rPr>
        <w:t xml:space="preserve"> {{field-on:bible}}medan de lovprisade Gud och hade nåd hos hela folket. Och Herren tillförde dem som blev frälsta varje dag tillsammans.{{field-off:bible}}</w:t>
      </w:r>
    </w:p>
    <w:p w14:paraId="737E19BE" w14:textId="29B09E7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3]]Kapitel 3</w:t>
      </w:r>
    </w:p>
    <w:p w14:paraId="47AE8C0D" w14:textId="77777777" w:rsidR="00BA33AB" w:rsidRPr="000767E2" w:rsidRDefault="00000000">
      <w:pPr>
        <w:pStyle w:val="Rubrik3"/>
        <w:rPr>
          <w:lang w:val="sv-SE"/>
        </w:rPr>
      </w:pPr>
      <w:r w:rsidRPr="000767E2">
        <w:rPr>
          <w:lang w:val="sv-SE"/>
        </w:rPr>
        <w:t>Petrus botar en förlamad tiggare</w:t>
      </w:r>
    </w:p>
    <w:p w14:paraId="0E3FBCA5" w14:textId="2D6E1A99" w:rsidR="00BA33AB" w:rsidRPr="000767E2" w:rsidRDefault="00000000">
      <w:pPr>
        <w:rPr>
          <w:lang w:val="sv-SE"/>
        </w:rPr>
      </w:pPr>
      <w:r w:rsidRPr="000767E2">
        <w:rPr>
          <w:lang w:val="sv-SE"/>
        </w:rPr>
        <w:t>[[@</w:t>
      </w:r>
      <w:r w:rsidR="0096445B" w:rsidRPr="000767E2">
        <w:rPr>
          <w:lang w:val="sv-SE"/>
        </w:rPr>
        <w:t>BibleBIBEL82</w:t>
      </w:r>
      <w:r w:rsidRPr="000767E2">
        <w:rPr>
          <w:lang w:val="sv-SE"/>
        </w:rPr>
        <w:t>:Acts 3:1]]</w:t>
      </w:r>
      <w:r w:rsidRPr="000767E2">
        <w:rPr>
          <w:vertAlign w:val="superscript"/>
          <w:lang w:val="sv-SE"/>
        </w:rPr>
        <w:t>1</w:t>
      </w:r>
      <w:r w:rsidRPr="000767E2">
        <w:rPr>
          <w:lang w:val="sv-SE"/>
        </w:rPr>
        <w:t xml:space="preserve"> {{field-on:bible}}Men Petrus och Johannes gick upp till templet vid bönens timme, den nionde.{{field-off:bible}} [[@</w:t>
      </w:r>
      <w:r w:rsidR="0096445B" w:rsidRPr="000767E2">
        <w:rPr>
          <w:lang w:val="sv-SE"/>
        </w:rPr>
        <w:t>BibleBIBEL82</w:t>
      </w:r>
      <w:r w:rsidRPr="000767E2">
        <w:rPr>
          <w:lang w:val="sv-SE"/>
        </w:rPr>
        <w:t>:Acts 3:2]]</w:t>
      </w:r>
      <w:r w:rsidRPr="000767E2">
        <w:rPr>
          <w:vertAlign w:val="superscript"/>
          <w:lang w:val="sv-SE"/>
        </w:rPr>
        <w:t>2</w:t>
      </w:r>
      <w:r w:rsidRPr="000767E2">
        <w:rPr>
          <w:lang w:val="sv-SE"/>
        </w:rPr>
        <w:t xml:space="preserve"> {{field-on:bible}}Och en man som var lam från sin mors moderliv bars </w:t>
      </w:r>
      <w:r w:rsidRPr="000767E2">
        <w:rPr>
          <w:i/>
          <w:lang w:val="sv-SE"/>
        </w:rPr>
        <w:t>dit</w:t>
      </w:r>
      <w:r w:rsidRPr="000767E2">
        <w:rPr>
          <w:lang w:val="sv-SE"/>
        </w:rPr>
        <w:t>. Honom satte man varje dag vid den dörr till templet som kallas Sköna, för att be om allmosa från dem som gick in till templet.{{field-off:bible}} [[@</w:t>
      </w:r>
      <w:r w:rsidR="0096445B" w:rsidRPr="000767E2">
        <w:rPr>
          <w:lang w:val="sv-SE"/>
        </w:rPr>
        <w:t>BibleBIBEL82</w:t>
      </w:r>
      <w:r w:rsidRPr="000767E2">
        <w:rPr>
          <w:lang w:val="sv-SE"/>
        </w:rPr>
        <w:t>:Acts 3:3]]</w:t>
      </w:r>
      <w:r w:rsidRPr="000767E2">
        <w:rPr>
          <w:vertAlign w:val="superscript"/>
          <w:lang w:val="sv-SE"/>
        </w:rPr>
        <w:t>3</w:t>
      </w:r>
      <w:r w:rsidRPr="000767E2">
        <w:rPr>
          <w:lang w:val="sv-SE"/>
        </w:rPr>
        <w:t xml:space="preserve"> {{field-on:bible}}När han såg Petrus och Johannes, som skulle gå in till templet, frågade han </w:t>
      </w:r>
      <w:r w:rsidRPr="000767E2">
        <w:rPr>
          <w:i/>
          <w:lang w:val="sv-SE"/>
        </w:rPr>
        <w:t>om</w:t>
      </w:r>
      <w:r w:rsidRPr="000767E2">
        <w:rPr>
          <w:lang w:val="sv-SE"/>
        </w:rPr>
        <w:t xml:space="preserve"> att få en allmosa.{{field-off:bible}}</w:t>
      </w:r>
    </w:p>
    <w:p w14:paraId="3E34CB53" w14:textId="7C98C921" w:rsidR="00BA33AB" w:rsidRPr="000767E2" w:rsidRDefault="00000000">
      <w:pPr>
        <w:rPr>
          <w:lang w:val="sv-SE"/>
        </w:rPr>
      </w:pPr>
      <w:r w:rsidRPr="000767E2">
        <w:rPr>
          <w:lang w:val="sv-SE"/>
        </w:rPr>
        <w:t>[[@</w:t>
      </w:r>
      <w:r w:rsidR="0096445B" w:rsidRPr="000767E2">
        <w:rPr>
          <w:lang w:val="sv-SE"/>
        </w:rPr>
        <w:t>BibleBIBEL82</w:t>
      </w:r>
      <w:r w:rsidRPr="000767E2">
        <w:rPr>
          <w:lang w:val="sv-SE"/>
        </w:rPr>
        <w:t>:Acts 3:4]]</w:t>
      </w:r>
      <w:r w:rsidRPr="000767E2">
        <w:rPr>
          <w:vertAlign w:val="superscript"/>
          <w:lang w:val="sv-SE"/>
        </w:rPr>
        <w:t>4</w:t>
      </w:r>
      <w:r w:rsidRPr="000767E2">
        <w:rPr>
          <w:lang w:val="sv-SE"/>
        </w:rPr>
        <w:t xml:space="preserve"> {{field-on:bible}}Men Petrus blickade på honom med Johannes och sade: ”Se på oss.”{{field-off:bible}} [[@</w:t>
      </w:r>
      <w:r w:rsidR="0096445B" w:rsidRPr="000767E2">
        <w:rPr>
          <w:lang w:val="sv-SE"/>
        </w:rPr>
        <w:t>BibleBIBEL82</w:t>
      </w:r>
      <w:r w:rsidRPr="000767E2">
        <w:rPr>
          <w:lang w:val="sv-SE"/>
        </w:rPr>
        <w:t>:Acts 3:5]]</w:t>
      </w:r>
      <w:r w:rsidRPr="000767E2">
        <w:rPr>
          <w:vertAlign w:val="superscript"/>
          <w:lang w:val="sv-SE"/>
        </w:rPr>
        <w:t>5</w:t>
      </w:r>
      <w:r w:rsidRPr="000767E2">
        <w:rPr>
          <w:lang w:val="sv-SE"/>
        </w:rPr>
        <w:t xml:space="preserve"> {{field-on:bible}}Och han tog fasta på dem och väntade sig något från dem att få.{{field-off:bible}} [[@</w:t>
      </w:r>
      <w:r w:rsidR="0096445B" w:rsidRPr="000767E2">
        <w:rPr>
          <w:lang w:val="sv-SE"/>
        </w:rPr>
        <w:t>BibleBIBEL82</w:t>
      </w:r>
      <w:r w:rsidRPr="000767E2">
        <w:rPr>
          <w:lang w:val="sv-SE"/>
        </w:rPr>
        <w:t>:Acts 3:6]]</w:t>
      </w:r>
      <w:r w:rsidRPr="000767E2">
        <w:rPr>
          <w:vertAlign w:val="superscript"/>
          <w:lang w:val="sv-SE"/>
        </w:rPr>
        <w:t>6</w:t>
      </w:r>
      <w:r w:rsidRPr="000767E2">
        <w:rPr>
          <w:lang w:val="sv-SE"/>
        </w:rPr>
        <w:t xml:space="preserve"> {{field-on:bible}}Men Petrus sade: ”Silver och guld </w:t>
      </w:r>
      <w:r w:rsidRPr="000767E2">
        <w:rPr>
          <w:i/>
          <w:lang w:val="sv-SE"/>
        </w:rPr>
        <w:t>har</w:t>
      </w:r>
      <w:r w:rsidRPr="000767E2">
        <w:rPr>
          <w:lang w:val="sv-SE"/>
        </w:rPr>
        <w:t xml:space="preserve"> jag inte. Men vad jag har, detta ger jag dig. I Jesu Kristi nazoréns namn, [res dig och] vandra!”{{field-off:bible}} [[@</w:t>
      </w:r>
      <w:r w:rsidR="0096445B" w:rsidRPr="000767E2">
        <w:rPr>
          <w:lang w:val="sv-SE"/>
        </w:rPr>
        <w:t>BibleBIBEL82</w:t>
      </w:r>
      <w:r w:rsidRPr="000767E2">
        <w:rPr>
          <w:lang w:val="sv-SE"/>
        </w:rPr>
        <w:t>:Acts 3:7]]</w:t>
      </w:r>
      <w:r w:rsidRPr="000767E2">
        <w:rPr>
          <w:vertAlign w:val="superscript"/>
          <w:lang w:val="sv-SE"/>
        </w:rPr>
        <w:t>7</w:t>
      </w:r>
      <w:r w:rsidRPr="000767E2">
        <w:rPr>
          <w:lang w:val="sv-SE"/>
        </w:rPr>
        <w:t xml:space="preserve"> {{field-on:bible}}Och han fångade honom i högra handen och reste upp honom. Och genast fick hans steg och vrister stadga,{{field-off:bible}} [[@</w:t>
      </w:r>
      <w:r w:rsidR="0096445B" w:rsidRPr="000767E2">
        <w:rPr>
          <w:lang w:val="sv-SE"/>
        </w:rPr>
        <w:t>BibleBIBEL82</w:t>
      </w:r>
      <w:r w:rsidRPr="000767E2">
        <w:rPr>
          <w:lang w:val="sv-SE"/>
        </w:rPr>
        <w:t>:Acts 3:8]]</w:t>
      </w:r>
      <w:r w:rsidRPr="000767E2">
        <w:rPr>
          <w:vertAlign w:val="superscript"/>
          <w:lang w:val="sv-SE"/>
        </w:rPr>
        <w:t>8</w:t>
      </w:r>
      <w:r w:rsidRPr="000767E2">
        <w:rPr>
          <w:lang w:val="sv-SE"/>
        </w:rPr>
        <w:t xml:space="preserve"> {{field-on:bible}}och han spratt upp och stod. Och han </w:t>
      </w:r>
      <w:r w:rsidRPr="000767E2">
        <w:rPr>
          <w:i/>
          <w:lang w:val="sv-SE"/>
        </w:rPr>
        <w:t>började</w:t>
      </w:r>
      <w:r w:rsidRPr="000767E2">
        <w:rPr>
          <w:lang w:val="sv-SE"/>
        </w:rPr>
        <w:t xml:space="preserve"> vandra och gick in med dem till templet, vandrande och sprittande och lovprisande Gud.{{field-off:bible}} [[@</w:t>
      </w:r>
      <w:r w:rsidR="0096445B" w:rsidRPr="000767E2">
        <w:rPr>
          <w:lang w:val="sv-SE"/>
        </w:rPr>
        <w:t>BibleBIBEL82</w:t>
      </w:r>
      <w:r w:rsidRPr="000767E2">
        <w:rPr>
          <w:lang w:val="sv-SE"/>
        </w:rPr>
        <w:t>:Acts 3:9]]</w:t>
      </w:r>
      <w:r w:rsidRPr="000767E2">
        <w:rPr>
          <w:vertAlign w:val="superscript"/>
          <w:lang w:val="sv-SE"/>
        </w:rPr>
        <w:t>9</w:t>
      </w:r>
      <w:r w:rsidRPr="000767E2">
        <w:rPr>
          <w:lang w:val="sv-SE"/>
        </w:rPr>
        <w:t xml:space="preserve"> {{field-on:bible}}Och allt folket såg honom vandra och lovprisa Gud,{{field-off:bible}} [[@</w:t>
      </w:r>
      <w:r w:rsidR="0096445B" w:rsidRPr="000767E2">
        <w:rPr>
          <w:lang w:val="sv-SE"/>
        </w:rPr>
        <w:t>BibleBIBEL82</w:t>
      </w:r>
      <w:r w:rsidRPr="000767E2">
        <w:rPr>
          <w:lang w:val="sv-SE"/>
        </w:rPr>
        <w:t>:Acts 3:10]]</w:t>
      </w:r>
      <w:r w:rsidRPr="000767E2">
        <w:rPr>
          <w:vertAlign w:val="superscript"/>
          <w:lang w:val="sv-SE"/>
        </w:rPr>
        <w:t>10</w:t>
      </w:r>
      <w:r w:rsidRPr="000767E2">
        <w:rPr>
          <w:lang w:val="sv-SE"/>
        </w:rPr>
        <w:t xml:space="preserve"> {{field-on:bible}}och de kände igen honom, att han var den som satt för allmosan vid Sköna porten till templet. Och de fylldes av bestörtning och extas över det som hade inträffat för honom.{{field-off:bible}}</w:t>
      </w:r>
    </w:p>
    <w:p w14:paraId="0A6910A3" w14:textId="77777777" w:rsidR="00BA33AB" w:rsidRPr="000767E2" w:rsidRDefault="00000000">
      <w:pPr>
        <w:pStyle w:val="Rubrik3"/>
        <w:rPr>
          <w:lang w:val="sv-SE"/>
        </w:rPr>
      </w:pPr>
      <w:r w:rsidRPr="000767E2">
        <w:rPr>
          <w:lang w:val="sv-SE"/>
        </w:rPr>
        <w:t>Petrus tal till åskådarna</w:t>
      </w:r>
    </w:p>
    <w:p w14:paraId="7BAFFCC0" w14:textId="02516046" w:rsidR="00BA33AB" w:rsidRPr="000767E2" w:rsidRDefault="00000000">
      <w:pPr>
        <w:rPr>
          <w:lang w:val="sv-SE"/>
        </w:rPr>
      </w:pPr>
      <w:r w:rsidRPr="000767E2">
        <w:rPr>
          <w:lang w:val="sv-SE"/>
        </w:rPr>
        <w:t>[[@</w:t>
      </w:r>
      <w:r w:rsidR="0096445B" w:rsidRPr="000767E2">
        <w:rPr>
          <w:lang w:val="sv-SE"/>
        </w:rPr>
        <w:t>BibleBIBEL82</w:t>
      </w:r>
      <w:r w:rsidRPr="000767E2">
        <w:rPr>
          <w:lang w:val="sv-SE"/>
        </w:rPr>
        <w:t>:Acts 3:11]]</w:t>
      </w:r>
      <w:r w:rsidRPr="000767E2">
        <w:rPr>
          <w:vertAlign w:val="superscript"/>
          <w:lang w:val="sv-SE"/>
        </w:rPr>
        <w:t>11</w:t>
      </w:r>
      <w:r w:rsidRPr="000767E2">
        <w:rPr>
          <w:lang w:val="sv-SE"/>
        </w:rPr>
        <w:t xml:space="preserve"> {{field-on:bible}}Medan han höll fast vid Petrus och Johannes, rusade allt folket samman till dem vid den pelargång som kallas Solomons, helt bestörta.{{field-off:bible}} [[@</w:t>
      </w:r>
      <w:r w:rsidR="0096445B" w:rsidRPr="000767E2">
        <w:rPr>
          <w:lang w:val="sv-SE"/>
        </w:rPr>
        <w:t>BibleBIBEL82</w:t>
      </w:r>
      <w:r w:rsidRPr="000767E2">
        <w:rPr>
          <w:lang w:val="sv-SE"/>
        </w:rPr>
        <w:t>:Acts 3:12]]</w:t>
      </w:r>
      <w:r w:rsidRPr="000767E2">
        <w:rPr>
          <w:vertAlign w:val="superscript"/>
          <w:lang w:val="sv-SE"/>
        </w:rPr>
        <w:t>12</w:t>
      </w:r>
      <w:r w:rsidRPr="000767E2">
        <w:rPr>
          <w:lang w:val="sv-SE"/>
        </w:rPr>
        <w:t xml:space="preserve"> {{field-on:bible}}Men när Petrus såg </w:t>
      </w:r>
      <w:r w:rsidRPr="000767E2">
        <w:rPr>
          <w:i/>
          <w:lang w:val="sv-SE"/>
        </w:rPr>
        <w:t>det</w:t>
      </w:r>
      <w:r w:rsidRPr="000767E2">
        <w:rPr>
          <w:lang w:val="sv-SE"/>
        </w:rPr>
        <w:t xml:space="preserve">, svarade han till folket: ”Män, israeliter! Varför är ni förundrade över detta? Eller varför </w:t>
      </w:r>
      <w:r w:rsidRPr="000767E2">
        <w:rPr>
          <w:i/>
          <w:lang w:val="sv-SE"/>
        </w:rPr>
        <w:t>är det</w:t>
      </w:r>
      <w:r w:rsidRPr="000767E2">
        <w:rPr>
          <w:lang w:val="sv-SE"/>
        </w:rPr>
        <w:t xml:space="preserve"> på oss ni blickar, som att vi med egen kraft eller fromhet har gjort så att han vandrar?{{field-off:bible}}</w:t>
      </w:r>
    </w:p>
    <w:p w14:paraId="29805327" w14:textId="0BD4E1F2" w:rsidR="00BA33AB" w:rsidRPr="000767E2" w:rsidRDefault="00000000">
      <w:pPr>
        <w:rPr>
          <w:lang w:val="sv-SE"/>
        </w:rPr>
      </w:pPr>
      <w:r w:rsidRPr="000767E2">
        <w:rPr>
          <w:lang w:val="sv-SE"/>
        </w:rPr>
        <w:t>[[@</w:t>
      </w:r>
      <w:r w:rsidR="0096445B" w:rsidRPr="000767E2">
        <w:rPr>
          <w:lang w:val="sv-SE"/>
        </w:rPr>
        <w:t>BibleBIBEL82</w:t>
      </w:r>
      <w:r w:rsidRPr="000767E2">
        <w:rPr>
          <w:lang w:val="sv-SE"/>
        </w:rPr>
        <w:t>:Acts 3:13]]</w:t>
      </w:r>
      <w:r w:rsidRPr="000767E2">
        <w:rPr>
          <w:vertAlign w:val="superscript"/>
          <w:lang w:val="sv-SE"/>
        </w:rPr>
        <w:t>13</w:t>
      </w:r>
      <w:r w:rsidRPr="000767E2">
        <w:rPr>
          <w:lang w:val="sv-SE"/>
        </w:rPr>
        <w:t xml:space="preserve"> {{field-on:bible}}Abrahams och Isaaks och Jakobs Gud, våra fäders Gud, har förhärligat sin gosse Jesus. Honom utlämnade ni och förnekade inför ansiktet hos Pilatus, när denne hade bestämt sig </w:t>
      </w:r>
      <w:r w:rsidRPr="000767E2">
        <w:rPr>
          <w:i/>
          <w:lang w:val="sv-SE"/>
        </w:rPr>
        <w:t>för</w:t>
      </w:r>
      <w:r w:rsidRPr="000767E2">
        <w:rPr>
          <w:lang w:val="sv-SE"/>
        </w:rPr>
        <w:t xml:space="preserve"> att frige.{{field-off:bible}} [[@</w:t>
      </w:r>
      <w:r w:rsidR="0096445B" w:rsidRPr="000767E2">
        <w:rPr>
          <w:lang w:val="sv-SE"/>
        </w:rPr>
        <w:t>BibleBIBEL82</w:t>
      </w:r>
      <w:r w:rsidRPr="000767E2">
        <w:rPr>
          <w:lang w:val="sv-SE"/>
        </w:rPr>
        <w:t>:Acts 3:14]]</w:t>
      </w:r>
      <w:r w:rsidRPr="000767E2">
        <w:rPr>
          <w:vertAlign w:val="superscript"/>
          <w:lang w:val="sv-SE"/>
        </w:rPr>
        <w:t>14</w:t>
      </w:r>
      <w:r w:rsidRPr="000767E2">
        <w:rPr>
          <w:lang w:val="sv-SE"/>
        </w:rPr>
        <w:t xml:space="preserve"> {{field-on:bible}}Men ni förnekade den Helige och Rättfärdige och begärde att en </w:t>
      </w:r>
      <w:r w:rsidRPr="000767E2">
        <w:rPr>
          <w:lang w:val="sv-SE"/>
        </w:rPr>
        <w:lastRenderedPageBreak/>
        <w:t xml:space="preserve">mördarman </w:t>
      </w:r>
      <w:r w:rsidRPr="000767E2">
        <w:rPr>
          <w:i/>
          <w:lang w:val="sv-SE"/>
        </w:rPr>
        <w:t>skulle</w:t>
      </w:r>
      <w:r w:rsidRPr="000767E2">
        <w:rPr>
          <w:lang w:val="sv-SE"/>
        </w:rPr>
        <w:t xml:space="preserve"> skänkas åt er,{{field-off:bible}} [[@</w:t>
      </w:r>
      <w:r w:rsidR="0096445B" w:rsidRPr="000767E2">
        <w:rPr>
          <w:lang w:val="sv-SE"/>
        </w:rPr>
        <w:t>BibleBIBEL82</w:t>
      </w:r>
      <w:r w:rsidRPr="000767E2">
        <w:rPr>
          <w:lang w:val="sv-SE"/>
        </w:rPr>
        <w:t>:Acts 3:15]]</w:t>
      </w:r>
      <w:r w:rsidRPr="000767E2">
        <w:rPr>
          <w:vertAlign w:val="superscript"/>
          <w:lang w:val="sv-SE"/>
        </w:rPr>
        <w:t>15</w:t>
      </w:r>
      <w:r w:rsidRPr="000767E2">
        <w:rPr>
          <w:lang w:val="sv-SE"/>
        </w:rPr>
        <w:t xml:space="preserve"> {{field-on:bible}}men livets upphovsman dödade ni. Honom har Gud uppväckt från </w:t>
      </w:r>
      <w:r w:rsidRPr="000767E2">
        <w:rPr>
          <w:i/>
          <w:lang w:val="sv-SE"/>
        </w:rPr>
        <w:t>de</w:t>
      </w:r>
      <w:r w:rsidRPr="000767E2">
        <w:rPr>
          <w:lang w:val="sv-SE"/>
        </w:rPr>
        <w:t xml:space="preserve"> döda. För honom är vi vittnen.{{field-off:bible}} [[@</w:t>
      </w:r>
      <w:r w:rsidR="0096445B" w:rsidRPr="000767E2">
        <w:rPr>
          <w:lang w:val="sv-SE"/>
        </w:rPr>
        <w:t>BibleBIBEL82</w:t>
      </w:r>
      <w:r w:rsidRPr="000767E2">
        <w:rPr>
          <w:lang w:val="sv-SE"/>
        </w:rPr>
        <w:t>:Acts 3:16]]</w:t>
      </w:r>
      <w:r w:rsidRPr="000767E2">
        <w:rPr>
          <w:vertAlign w:val="superscript"/>
          <w:lang w:val="sv-SE"/>
        </w:rPr>
        <w:t>16</w:t>
      </w:r>
      <w:r w:rsidRPr="000767E2">
        <w:rPr>
          <w:lang w:val="sv-SE"/>
        </w:rPr>
        <w:t xml:space="preserve"> {{field-on:bible}}Och vid tron på hans namn har hans namn gett stadga åt denne som ni skådar och känner, och tron genom honom har gett honom denna fullständighet inför er alla.{{field-off:bible}}</w:t>
      </w:r>
    </w:p>
    <w:p w14:paraId="3B02CD52" w14:textId="58D57717" w:rsidR="00BA33AB" w:rsidRPr="000767E2" w:rsidRDefault="00000000">
      <w:pPr>
        <w:rPr>
          <w:lang w:val="sv-SE"/>
        </w:rPr>
      </w:pPr>
      <w:r w:rsidRPr="000767E2">
        <w:rPr>
          <w:lang w:val="sv-SE"/>
        </w:rPr>
        <w:t>[[@</w:t>
      </w:r>
      <w:r w:rsidR="0096445B" w:rsidRPr="000767E2">
        <w:rPr>
          <w:lang w:val="sv-SE"/>
        </w:rPr>
        <w:t>BibleBIBEL82</w:t>
      </w:r>
      <w:r w:rsidRPr="000767E2">
        <w:rPr>
          <w:lang w:val="sv-SE"/>
        </w:rPr>
        <w:t>:Acts 3:17]]</w:t>
      </w:r>
      <w:r w:rsidRPr="000767E2">
        <w:rPr>
          <w:vertAlign w:val="superscript"/>
          <w:lang w:val="sv-SE"/>
        </w:rPr>
        <w:t>17</w:t>
      </w:r>
      <w:r w:rsidRPr="000767E2">
        <w:rPr>
          <w:lang w:val="sv-SE"/>
        </w:rPr>
        <w:t xml:space="preserve"> {{field-on:bible}}Och nu, bröder, vet jag att </w:t>
      </w:r>
      <w:r w:rsidRPr="000767E2">
        <w:rPr>
          <w:i/>
          <w:lang w:val="sv-SE"/>
        </w:rPr>
        <w:t>det är</w:t>
      </w:r>
      <w:r w:rsidRPr="000767E2">
        <w:rPr>
          <w:lang w:val="sv-SE"/>
        </w:rPr>
        <w:t xml:space="preserve"> i okunnighet ni har handlat, såsom även era ledare.{{field-off:bible}} [[@</w:t>
      </w:r>
      <w:r w:rsidR="0096445B" w:rsidRPr="000767E2">
        <w:rPr>
          <w:lang w:val="sv-SE"/>
        </w:rPr>
        <w:t>BibleBIBEL82</w:t>
      </w:r>
      <w:r w:rsidRPr="000767E2">
        <w:rPr>
          <w:lang w:val="sv-SE"/>
        </w:rPr>
        <w:t>:Acts 3:18]]</w:t>
      </w:r>
      <w:r w:rsidRPr="000767E2">
        <w:rPr>
          <w:vertAlign w:val="superscript"/>
          <w:lang w:val="sv-SE"/>
        </w:rPr>
        <w:t>18</w:t>
      </w:r>
      <w:r w:rsidRPr="000767E2">
        <w:rPr>
          <w:lang w:val="sv-SE"/>
        </w:rPr>
        <w:t xml:space="preserve"> {{field-on:bible}}Men det som Gud har förebådat genom alla profeternas mun, att hans Kristus </w:t>
      </w:r>
      <w:r w:rsidRPr="000767E2">
        <w:rPr>
          <w:i/>
          <w:lang w:val="sv-SE"/>
        </w:rPr>
        <w:t>skulle</w:t>
      </w:r>
      <w:r w:rsidRPr="000767E2">
        <w:rPr>
          <w:lang w:val="sv-SE"/>
        </w:rPr>
        <w:t xml:space="preserve"> lida, har han så uppfyllt.{{field-off:bible}} [[@</w:t>
      </w:r>
      <w:r w:rsidR="0096445B" w:rsidRPr="000767E2">
        <w:rPr>
          <w:lang w:val="sv-SE"/>
        </w:rPr>
        <w:t>BibleBIBEL82</w:t>
      </w:r>
      <w:r w:rsidRPr="000767E2">
        <w:rPr>
          <w:lang w:val="sv-SE"/>
        </w:rPr>
        <w:t>:Acts 3:19]]</w:t>
      </w:r>
      <w:r w:rsidRPr="000767E2">
        <w:rPr>
          <w:vertAlign w:val="superscript"/>
          <w:lang w:val="sv-SE"/>
        </w:rPr>
        <w:t>19</w:t>
      </w:r>
      <w:r w:rsidRPr="000767E2">
        <w:rPr>
          <w:lang w:val="sv-SE"/>
        </w:rPr>
        <w:t xml:space="preserve"> {{field-on:bible}}Ändra nu sinne och vänd om, så att era synder blir bortstrukna,{{field-off:bible}} [[@</w:t>
      </w:r>
      <w:r w:rsidR="0096445B" w:rsidRPr="000767E2">
        <w:rPr>
          <w:lang w:val="sv-SE"/>
        </w:rPr>
        <w:t>BibleBIBEL82</w:t>
      </w:r>
      <w:r w:rsidRPr="000767E2">
        <w:rPr>
          <w:lang w:val="sv-SE"/>
        </w:rPr>
        <w:t>:Acts 3:20]]</w:t>
      </w:r>
      <w:r w:rsidRPr="000767E2">
        <w:rPr>
          <w:vertAlign w:val="superscript"/>
          <w:lang w:val="sv-SE"/>
        </w:rPr>
        <w:t>20</w:t>
      </w:r>
      <w:r w:rsidRPr="000767E2">
        <w:rPr>
          <w:lang w:val="sv-SE"/>
        </w:rPr>
        <w:t xml:space="preserve"> {{field-on:bible}}så att det kommer tider av vederkvickelse från Herrens ansikte och han sänder den för er förutvalde Kristus Jesus.{{field-off:bible}} [[@</w:t>
      </w:r>
      <w:r w:rsidR="0096445B" w:rsidRPr="000767E2">
        <w:rPr>
          <w:lang w:val="sv-SE"/>
        </w:rPr>
        <w:t>BibleBIBEL82</w:t>
      </w:r>
      <w:r w:rsidRPr="000767E2">
        <w:rPr>
          <w:lang w:val="sv-SE"/>
        </w:rPr>
        <w:t>:Acts 3:21]]</w:t>
      </w:r>
      <w:r w:rsidRPr="000767E2">
        <w:rPr>
          <w:vertAlign w:val="superscript"/>
          <w:lang w:val="sv-SE"/>
        </w:rPr>
        <w:t>21</w:t>
      </w:r>
      <w:r w:rsidRPr="000767E2">
        <w:rPr>
          <w:lang w:val="sv-SE"/>
        </w:rPr>
        <w:t xml:space="preserve"> {{field-on:bible}}Honom måste himlen motta fram till tider av återställelse av allt som Gud har talat genom sina heliga profeters mun av eon.{{field-off:bible}}</w:t>
      </w:r>
    </w:p>
    <w:p w14:paraId="758B8792" w14:textId="034B2EE2" w:rsidR="00BA33AB" w:rsidRPr="000767E2" w:rsidRDefault="00000000">
      <w:pPr>
        <w:rPr>
          <w:lang w:val="sv-SE"/>
        </w:rPr>
      </w:pPr>
      <w:r w:rsidRPr="000767E2">
        <w:rPr>
          <w:lang w:val="sv-SE"/>
        </w:rPr>
        <w:t>[[@</w:t>
      </w:r>
      <w:r w:rsidR="0096445B" w:rsidRPr="000767E2">
        <w:rPr>
          <w:lang w:val="sv-SE"/>
        </w:rPr>
        <w:t>BibleBIBEL82</w:t>
      </w:r>
      <w:r w:rsidRPr="000767E2">
        <w:rPr>
          <w:lang w:val="sv-SE"/>
        </w:rPr>
        <w:t>:Acts 3:22]]</w:t>
      </w:r>
      <w:r w:rsidRPr="000767E2">
        <w:rPr>
          <w:vertAlign w:val="superscript"/>
          <w:lang w:val="sv-SE"/>
        </w:rPr>
        <w:t>22</w:t>
      </w:r>
      <w:r w:rsidRPr="000767E2">
        <w:rPr>
          <w:lang w:val="sv-SE"/>
        </w:rPr>
        <w:t xml:space="preserve"> {{field-on:bible}}Mose har sagt att: En profet åt er ska Herren er Gud låta uppstå från era bröder, som mig. Honom ska ni lyssna till i allt vad han talar er.{{field-off:bible}} [[@</w:t>
      </w:r>
      <w:r w:rsidR="0096445B" w:rsidRPr="000767E2">
        <w:rPr>
          <w:lang w:val="sv-SE"/>
        </w:rPr>
        <w:t>BibleBIBEL82</w:t>
      </w:r>
      <w:r w:rsidRPr="000767E2">
        <w:rPr>
          <w:lang w:val="sv-SE"/>
        </w:rPr>
        <w:t>:Acts 3:23]]</w:t>
      </w:r>
      <w:r w:rsidRPr="000767E2">
        <w:rPr>
          <w:vertAlign w:val="superscript"/>
          <w:lang w:val="sv-SE"/>
        </w:rPr>
        <w:t>23</w:t>
      </w:r>
      <w:r w:rsidRPr="000767E2">
        <w:rPr>
          <w:lang w:val="sv-SE"/>
        </w:rPr>
        <w:t xml:space="preserve"> {{field-on:bible}}Men det ska ske </w:t>
      </w:r>
      <w:r w:rsidRPr="000767E2">
        <w:rPr>
          <w:i/>
          <w:lang w:val="sv-SE"/>
        </w:rPr>
        <w:t>att</w:t>
      </w:r>
      <w:r w:rsidRPr="000767E2">
        <w:rPr>
          <w:lang w:val="sv-SE"/>
        </w:rPr>
        <w:t xml:space="preserve"> varje själ som inte lyssnar till den profeten ska utrotas ur folket.{{field-off:bible}}</w:t>
      </w:r>
    </w:p>
    <w:p w14:paraId="04DCE281" w14:textId="594BF7B5" w:rsidR="00BA33AB" w:rsidRPr="000767E2" w:rsidRDefault="00000000">
      <w:pPr>
        <w:rPr>
          <w:lang w:val="sv-SE"/>
        </w:rPr>
      </w:pPr>
      <w:r w:rsidRPr="000767E2">
        <w:rPr>
          <w:lang w:val="sv-SE"/>
        </w:rPr>
        <w:t>[[@</w:t>
      </w:r>
      <w:r w:rsidR="0096445B" w:rsidRPr="000767E2">
        <w:rPr>
          <w:lang w:val="sv-SE"/>
        </w:rPr>
        <w:t>BibleBIBEL82</w:t>
      </w:r>
      <w:r w:rsidRPr="000767E2">
        <w:rPr>
          <w:lang w:val="sv-SE"/>
        </w:rPr>
        <w:t>:Acts 3:24]]</w:t>
      </w:r>
      <w:r w:rsidRPr="000767E2">
        <w:rPr>
          <w:vertAlign w:val="superscript"/>
          <w:lang w:val="sv-SE"/>
        </w:rPr>
        <w:t>24</w:t>
      </w:r>
      <w:r w:rsidRPr="000767E2">
        <w:rPr>
          <w:lang w:val="sv-SE"/>
        </w:rPr>
        <w:t xml:space="preserve"> {{field-on:bible}}Och även alla profeterna, från Samuel och de följande som har talat, har också predikat dessa dagar.{{field-off:bible}} [[@</w:t>
      </w:r>
      <w:r w:rsidR="0096445B" w:rsidRPr="000767E2">
        <w:rPr>
          <w:lang w:val="sv-SE"/>
        </w:rPr>
        <w:t>BibleBIBEL82</w:t>
      </w:r>
      <w:r w:rsidRPr="000767E2">
        <w:rPr>
          <w:lang w:val="sv-SE"/>
        </w:rPr>
        <w:t>:Acts 3:25]]</w:t>
      </w:r>
      <w:r w:rsidRPr="000767E2">
        <w:rPr>
          <w:vertAlign w:val="superscript"/>
          <w:lang w:val="sv-SE"/>
        </w:rPr>
        <w:t>25</w:t>
      </w:r>
      <w:r w:rsidRPr="000767E2">
        <w:rPr>
          <w:lang w:val="sv-SE"/>
        </w:rPr>
        <w:t xml:space="preserve"> {{field-on:bible}}Ni är sönerna till profeterna och till förbundet som Gud instiftade för era fäder, när han sade till Abraham: Och i din säd ska de bli välsignade, alla jordens faderssläkter.{{field-off:bible}} [[@</w:t>
      </w:r>
      <w:r w:rsidR="0096445B" w:rsidRPr="000767E2">
        <w:rPr>
          <w:lang w:val="sv-SE"/>
        </w:rPr>
        <w:t>BibleBIBEL82</w:t>
      </w:r>
      <w:r w:rsidRPr="000767E2">
        <w:rPr>
          <w:lang w:val="sv-SE"/>
        </w:rPr>
        <w:t>:Acts 3:26]]</w:t>
      </w:r>
      <w:r w:rsidRPr="000767E2">
        <w:rPr>
          <w:vertAlign w:val="superscript"/>
          <w:lang w:val="sv-SE"/>
        </w:rPr>
        <w:t>26</w:t>
      </w:r>
      <w:r w:rsidRPr="000767E2">
        <w:rPr>
          <w:lang w:val="sv-SE"/>
        </w:rPr>
        <w:t xml:space="preserve"> {{field-on:bible}}För er först har Gud låtit sin gosse uppstå, och han har sänt honom välsignande er genom att vända var och en bort från sina elakheter.”{{field-off:bible}}</w:t>
      </w:r>
    </w:p>
    <w:p w14:paraId="28EA2916" w14:textId="624E808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4]]Kapitel 4</w:t>
      </w:r>
    </w:p>
    <w:p w14:paraId="3A36E9A3" w14:textId="77777777" w:rsidR="00BA33AB" w:rsidRPr="000767E2" w:rsidRDefault="00000000">
      <w:pPr>
        <w:pStyle w:val="Rubrik3"/>
        <w:rPr>
          <w:lang w:val="sv-SE"/>
        </w:rPr>
      </w:pPr>
      <w:r w:rsidRPr="000767E2">
        <w:rPr>
          <w:lang w:val="sv-SE"/>
        </w:rPr>
        <w:t>Petrus inför Sanhedrin</w:t>
      </w:r>
    </w:p>
    <w:p w14:paraId="67ADF857" w14:textId="4B1E10BC" w:rsidR="00BA33AB" w:rsidRPr="000767E2" w:rsidRDefault="00000000">
      <w:pPr>
        <w:rPr>
          <w:lang w:val="sv-SE"/>
        </w:rPr>
      </w:pPr>
      <w:r w:rsidRPr="000767E2">
        <w:rPr>
          <w:lang w:val="sv-SE"/>
        </w:rPr>
        <w:t>[[@</w:t>
      </w:r>
      <w:r w:rsidR="0096445B" w:rsidRPr="000767E2">
        <w:rPr>
          <w:lang w:val="sv-SE"/>
        </w:rPr>
        <w:t>BibleBIBEL82</w:t>
      </w:r>
      <w:r w:rsidRPr="000767E2">
        <w:rPr>
          <w:lang w:val="sv-SE"/>
        </w:rPr>
        <w:t>:Acts 4:1]]</w:t>
      </w:r>
      <w:r w:rsidRPr="000767E2">
        <w:rPr>
          <w:vertAlign w:val="superscript"/>
          <w:lang w:val="sv-SE"/>
        </w:rPr>
        <w:t>1</w:t>
      </w:r>
      <w:r w:rsidRPr="000767E2">
        <w:rPr>
          <w:lang w:val="sv-SE"/>
        </w:rPr>
        <w:t xml:space="preserve"> {{field-on:bible}}Men medan de talade till folket stod </w:t>
      </w:r>
      <w:r w:rsidRPr="000767E2">
        <w:rPr>
          <w:i/>
          <w:lang w:val="sv-SE"/>
        </w:rPr>
        <w:t>där</w:t>
      </w:r>
      <w:r w:rsidRPr="000767E2">
        <w:rPr>
          <w:lang w:val="sv-SE"/>
        </w:rPr>
        <w:t xml:space="preserve"> framför dem prästerna och tempelkommendanten och saddukeerna,{{field-off:bible}} [[@</w:t>
      </w:r>
      <w:r w:rsidR="0096445B" w:rsidRPr="000767E2">
        <w:rPr>
          <w:lang w:val="sv-SE"/>
        </w:rPr>
        <w:t>BibleBIBEL82</w:t>
      </w:r>
      <w:r w:rsidRPr="000767E2">
        <w:rPr>
          <w:lang w:val="sv-SE"/>
        </w:rPr>
        <w:t>:Acts 4:2]]</w:t>
      </w:r>
      <w:r w:rsidRPr="000767E2">
        <w:rPr>
          <w:vertAlign w:val="superscript"/>
          <w:lang w:val="sv-SE"/>
        </w:rPr>
        <w:t>2</w:t>
      </w:r>
      <w:r w:rsidRPr="000767E2">
        <w:rPr>
          <w:lang w:val="sv-SE"/>
        </w:rPr>
        <w:t xml:space="preserve"> {{field-on:bible}}irriterade eftersom de undervisade folket och predikade i Jesus uppståndelsen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:Acts 4:3]]</w:t>
      </w:r>
      <w:r w:rsidRPr="000767E2">
        <w:rPr>
          <w:vertAlign w:val="superscript"/>
          <w:lang w:val="sv-SE"/>
        </w:rPr>
        <w:t>3</w:t>
      </w:r>
      <w:r w:rsidRPr="000767E2">
        <w:rPr>
          <w:lang w:val="sv-SE"/>
        </w:rPr>
        <w:t xml:space="preserve"> {{field-on:bible}}Och de lade på dem händerna och satte i häkte till morgondagen, för det var redan afton.{{field-off:bible}} [[@</w:t>
      </w:r>
      <w:r w:rsidR="0096445B" w:rsidRPr="000767E2">
        <w:rPr>
          <w:lang w:val="sv-SE"/>
        </w:rPr>
        <w:t>BibleBIBEL82</w:t>
      </w:r>
      <w:r w:rsidRPr="000767E2">
        <w:rPr>
          <w:lang w:val="sv-SE"/>
        </w:rPr>
        <w:t>:Acts 4:4]]</w:t>
      </w:r>
      <w:r w:rsidRPr="000767E2">
        <w:rPr>
          <w:vertAlign w:val="superscript"/>
          <w:lang w:val="sv-SE"/>
        </w:rPr>
        <w:t>4</w:t>
      </w:r>
      <w:r w:rsidRPr="000767E2">
        <w:rPr>
          <w:lang w:val="sv-SE"/>
        </w:rPr>
        <w:t xml:space="preserve"> {{field-on:bible}}Men många av dem som hade hört ordet kom till tro, och </w:t>
      </w:r>
      <w:r w:rsidRPr="000767E2">
        <w:rPr>
          <w:i/>
          <w:lang w:val="sv-SE"/>
        </w:rPr>
        <w:t>nu</w:t>
      </w:r>
      <w:r w:rsidRPr="000767E2">
        <w:rPr>
          <w:lang w:val="sv-SE"/>
        </w:rPr>
        <w:t xml:space="preserve"> blev antalet män [ungefär] femtusen.{{field-off:bible}}</w:t>
      </w:r>
    </w:p>
    <w:p w14:paraId="181D118D" w14:textId="38408A89" w:rsidR="00BA33AB" w:rsidRPr="000767E2" w:rsidRDefault="00000000">
      <w:pPr>
        <w:rPr>
          <w:lang w:val="sv-SE"/>
        </w:rPr>
      </w:pPr>
      <w:r w:rsidRPr="000767E2">
        <w:rPr>
          <w:lang w:val="sv-SE"/>
        </w:rPr>
        <w:t>[[@</w:t>
      </w:r>
      <w:r w:rsidR="0096445B" w:rsidRPr="000767E2">
        <w:rPr>
          <w:lang w:val="sv-SE"/>
        </w:rPr>
        <w:t>BibleBIBEL82</w:t>
      </w:r>
      <w:r w:rsidRPr="000767E2">
        <w:rPr>
          <w:lang w:val="sv-SE"/>
        </w:rPr>
        <w:t>:Acts 4:5]]</w:t>
      </w:r>
      <w:r w:rsidRPr="000767E2">
        <w:rPr>
          <w:vertAlign w:val="superscript"/>
          <w:lang w:val="sv-SE"/>
        </w:rPr>
        <w:t>5</w:t>
      </w:r>
      <w:r w:rsidRPr="000767E2">
        <w:rPr>
          <w:lang w:val="sv-SE"/>
        </w:rPr>
        <w:t xml:space="preserve"> {{field-on:bible}}Och det hände sig på morgondagen att </w:t>
      </w:r>
      <w:r w:rsidRPr="000767E2">
        <w:rPr>
          <w:i/>
          <w:lang w:val="sv-SE"/>
        </w:rPr>
        <w:t>där</w:t>
      </w:r>
      <w:r w:rsidRPr="000767E2">
        <w:rPr>
          <w:lang w:val="sv-SE"/>
        </w:rPr>
        <w:t xml:space="preserve"> samlades deras ledare och äldste och skriftlärda i Jerusalem,{{field-off:bible}} [[@</w:t>
      </w:r>
      <w:r w:rsidR="0096445B" w:rsidRPr="000767E2">
        <w:rPr>
          <w:lang w:val="sv-SE"/>
        </w:rPr>
        <w:t>BibleBIBEL82</w:t>
      </w:r>
      <w:r w:rsidRPr="000767E2">
        <w:rPr>
          <w:lang w:val="sv-SE"/>
        </w:rPr>
        <w:t>:Acts 4:6]]</w:t>
      </w:r>
      <w:r w:rsidRPr="000767E2">
        <w:rPr>
          <w:vertAlign w:val="superscript"/>
          <w:lang w:val="sv-SE"/>
        </w:rPr>
        <w:t>6</w:t>
      </w:r>
      <w:r w:rsidRPr="000767E2">
        <w:rPr>
          <w:lang w:val="sv-SE"/>
        </w:rPr>
        <w:t xml:space="preserve"> {{field-on:bible}}även översteprästen Hannas och Kaiafas och Johannes och Alexander och </w:t>
      </w:r>
      <w:r w:rsidRPr="000767E2">
        <w:rPr>
          <w:i/>
          <w:lang w:val="sv-SE"/>
        </w:rPr>
        <w:t>alla</w:t>
      </w:r>
      <w:r w:rsidRPr="000767E2">
        <w:rPr>
          <w:lang w:val="sv-SE"/>
        </w:rPr>
        <w:t xml:space="preserve"> som var av översteprästerlig släkt.{{field-off:bible}} </w:t>
      </w:r>
      <w:r w:rsidRPr="000767E2">
        <w:rPr>
          <w:lang w:val="sv-SE"/>
        </w:rPr>
        <w:lastRenderedPageBreak/>
        <w:t>[[@</w:t>
      </w:r>
      <w:r w:rsidR="0096445B" w:rsidRPr="000767E2">
        <w:rPr>
          <w:lang w:val="sv-SE"/>
        </w:rPr>
        <w:t>BibleBIBEL82</w:t>
      </w:r>
      <w:r w:rsidRPr="000767E2">
        <w:rPr>
          <w:lang w:val="sv-SE"/>
        </w:rPr>
        <w:t>:Acts 4:7]]</w:t>
      </w:r>
      <w:r w:rsidRPr="000767E2">
        <w:rPr>
          <w:vertAlign w:val="superscript"/>
          <w:lang w:val="sv-SE"/>
        </w:rPr>
        <w:t>7</w:t>
      </w:r>
      <w:r w:rsidRPr="000767E2">
        <w:rPr>
          <w:lang w:val="sv-SE"/>
        </w:rPr>
        <w:t xml:space="preserve"> {{field-on:bible}}Och de ställde dem i mitten och efterhörde: ”I vilken kraft eller i vilket namn har ni gjort detta?”{{field-off:bible}}</w:t>
      </w:r>
    </w:p>
    <w:p w14:paraId="2E370FF0" w14:textId="2EBB39E2" w:rsidR="00BA33AB" w:rsidRPr="000767E2" w:rsidRDefault="00000000">
      <w:pPr>
        <w:rPr>
          <w:lang w:val="sv-SE"/>
        </w:rPr>
      </w:pPr>
      <w:r w:rsidRPr="000767E2">
        <w:rPr>
          <w:lang w:val="sv-SE"/>
        </w:rPr>
        <w:t>[[@</w:t>
      </w:r>
      <w:r w:rsidR="0096445B" w:rsidRPr="000767E2">
        <w:rPr>
          <w:lang w:val="sv-SE"/>
        </w:rPr>
        <w:t>BibleBIBEL82</w:t>
      </w:r>
      <w:r w:rsidRPr="000767E2">
        <w:rPr>
          <w:lang w:val="sv-SE"/>
        </w:rPr>
        <w:t>:Acts 4:8]]</w:t>
      </w:r>
      <w:r w:rsidRPr="000767E2">
        <w:rPr>
          <w:vertAlign w:val="superscript"/>
          <w:lang w:val="sv-SE"/>
        </w:rPr>
        <w:t>8</w:t>
      </w:r>
      <w:r w:rsidRPr="000767E2">
        <w:rPr>
          <w:lang w:val="sv-SE"/>
        </w:rPr>
        <w:t xml:space="preserve"> {{field-on:bible}}Då fylldes Petrus av helig Ande och sade till dem: ”Folkets ledare och äldste!{{field-off:bible}} [[@</w:t>
      </w:r>
      <w:r w:rsidR="0096445B" w:rsidRPr="000767E2">
        <w:rPr>
          <w:lang w:val="sv-SE"/>
        </w:rPr>
        <w:t>BibleBIBEL82</w:t>
      </w:r>
      <w:r w:rsidRPr="000767E2">
        <w:rPr>
          <w:lang w:val="sv-SE"/>
        </w:rPr>
        <w:t>:Acts 4:9]]</w:t>
      </w:r>
      <w:r w:rsidRPr="000767E2">
        <w:rPr>
          <w:vertAlign w:val="superscript"/>
          <w:lang w:val="sv-SE"/>
        </w:rPr>
        <w:t>9</w:t>
      </w:r>
      <w:r w:rsidRPr="000767E2">
        <w:rPr>
          <w:lang w:val="sv-SE"/>
        </w:rPr>
        <w:t xml:space="preserve"> {{field-on:bible}}Om vi idag svarar för en välgärning mot en sjuk man, genom vad denne blivit frälst,{{field-off:bible}} [[@</w:t>
      </w:r>
      <w:r w:rsidR="0096445B" w:rsidRPr="000767E2">
        <w:rPr>
          <w:lang w:val="sv-SE"/>
        </w:rPr>
        <w:t>BibleBIBEL82</w:t>
      </w:r>
      <w:r w:rsidRPr="000767E2">
        <w:rPr>
          <w:lang w:val="sv-SE"/>
        </w:rPr>
        <w:t>:Acts 4:10]]</w:t>
      </w:r>
      <w:r w:rsidRPr="000767E2">
        <w:rPr>
          <w:vertAlign w:val="superscript"/>
          <w:lang w:val="sv-SE"/>
        </w:rPr>
        <w:t>10</w:t>
      </w:r>
      <w:r w:rsidRPr="000767E2">
        <w:rPr>
          <w:lang w:val="sv-SE"/>
        </w:rPr>
        <w:t xml:space="preserve"> {{field-on:bible}}ska det vara känt för er alla och för hela Israels folk att </w:t>
      </w:r>
      <w:r w:rsidRPr="000767E2">
        <w:rPr>
          <w:i/>
          <w:lang w:val="sv-SE"/>
        </w:rPr>
        <w:t>det är</w:t>
      </w:r>
      <w:r w:rsidRPr="000767E2">
        <w:rPr>
          <w:lang w:val="sv-SE"/>
        </w:rPr>
        <w:t xml:space="preserve"> i Jesu Kristi nazoréns namn – som ni har korsfäst, som Gud har uppväckt från </w:t>
      </w:r>
      <w:r w:rsidRPr="000767E2">
        <w:rPr>
          <w:i/>
          <w:lang w:val="sv-SE"/>
        </w:rPr>
        <w:t>de</w:t>
      </w:r>
      <w:r w:rsidRPr="000767E2">
        <w:rPr>
          <w:lang w:val="sv-SE"/>
        </w:rPr>
        <w:t xml:space="preserve"> döda – genom honom står denne här inför er frisk.{{field-off:bible}} [[@</w:t>
      </w:r>
      <w:r w:rsidR="0096445B" w:rsidRPr="000767E2">
        <w:rPr>
          <w:lang w:val="sv-SE"/>
        </w:rPr>
        <w:t>BibleBIBEL82</w:t>
      </w:r>
      <w:r w:rsidRPr="000767E2">
        <w:rPr>
          <w:lang w:val="sv-SE"/>
        </w:rPr>
        <w:t>:Acts 4:11]]</w:t>
      </w:r>
      <w:r w:rsidRPr="000767E2">
        <w:rPr>
          <w:vertAlign w:val="superscript"/>
          <w:lang w:val="sv-SE"/>
        </w:rPr>
        <w:t>11</w:t>
      </w:r>
      <w:r w:rsidRPr="000767E2">
        <w:rPr>
          <w:lang w:val="sv-SE"/>
        </w:rPr>
        <w:t xml:space="preserve"> {{field-on:bible}}Han är stenen som föraktades av er husbyggare, som blev till huvudhörn</w:t>
      </w:r>
      <w:r w:rsidRPr="000767E2">
        <w:rPr>
          <w:i/>
          <w:lang w:val="sv-SE"/>
        </w:rPr>
        <w:t>sten</w:t>
      </w:r>
      <w:r w:rsidRPr="000767E2">
        <w:rPr>
          <w:lang w:val="sv-SE"/>
        </w:rPr>
        <w:t>.{{field-off:bible}} [[@</w:t>
      </w:r>
      <w:r w:rsidR="0096445B" w:rsidRPr="000767E2">
        <w:rPr>
          <w:lang w:val="sv-SE"/>
        </w:rPr>
        <w:t>BibleBIBEL82</w:t>
      </w:r>
      <w:r w:rsidRPr="000767E2">
        <w:rPr>
          <w:lang w:val="sv-SE"/>
        </w:rPr>
        <w:t>:Acts 4:12]]</w:t>
      </w:r>
      <w:r w:rsidRPr="000767E2">
        <w:rPr>
          <w:vertAlign w:val="superscript"/>
          <w:lang w:val="sv-SE"/>
        </w:rPr>
        <w:t>12</w:t>
      </w:r>
      <w:r w:rsidRPr="000767E2">
        <w:rPr>
          <w:lang w:val="sv-SE"/>
        </w:rPr>
        <w:t xml:space="preserve"> {{field-on:bible}}Och i ingen annan finns frälsningen, för inte heller finns </w:t>
      </w:r>
      <w:r w:rsidRPr="000767E2">
        <w:rPr>
          <w:i/>
          <w:lang w:val="sv-SE"/>
        </w:rPr>
        <w:t>något</w:t>
      </w:r>
      <w:r w:rsidRPr="000767E2">
        <w:rPr>
          <w:lang w:val="sv-SE"/>
        </w:rPr>
        <w:t xml:space="preserve"> annat namn under himlen, givet bland människor, i vilket vi måste bli frälsta.”{{field-off:bible}}</w:t>
      </w:r>
    </w:p>
    <w:p w14:paraId="116B2921" w14:textId="3A39C304" w:rsidR="00BA33AB" w:rsidRPr="000767E2" w:rsidRDefault="00000000">
      <w:pPr>
        <w:rPr>
          <w:lang w:val="sv-SE"/>
        </w:rPr>
      </w:pPr>
      <w:r w:rsidRPr="000767E2">
        <w:rPr>
          <w:lang w:val="sv-SE"/>
        </w:rPr>
        <w:t>[[@</w:t>
      </w:r>
      <w:r w:rsidR="0096445B" w:rsidRPr="000767E2">
        <w:rPr>
          <w:lang w:val="sv-SE"/>
        </w:rPr>
        <w:t>BibleBIBEL82</w:t>
      </w:r>
      <w:r w:rsidRPr="000767E2">
        <w:rPr>
          <w:lang w:val="sv-SE"/>
        </w:rPr>
        <w:t>:Acts 4:13]]</w:t>
      </w:r>
      <w:r w:rsidRPr="000767E2">
        <w:rPr>
          <w:vertAlign w:val="superscript"/>
          <w:lang w:val="sv-SE"/>
        </w:rPr>
        <w:t>13</w:t>
      </w:r>
      <w:r w:rsidRPr="000767E2">
        <w:rPr>
          <w:lang w:val="sv-SE"/>
        </w:rPr>
        <w:t xml:space="preserve"> {{field-on:bible}}Och när de skådade frimodigheten hos Petrus och Johannes och begrep att de är olärda människor och obildade, var de förundrade. Och de kände igen dem, att de var med Jesus.{{field-off:bible}} [[@</w:t>
      </w:r>
      <w:r w:rsidR="0096445B" w:rsidRPr="000767E2">
        <w:rPr>
          <w:lang w:val="sv-SE"/>
        </w:rPr>
        <w:t>BibleBIBEL82</w:t>
      </w:r>
      <w:r w:rsidRPr="000767E2">
        <w:rPr>
          <w:lang w:val="sv-SE"/>
        </w:rPr>
        <w:t>:Acts 4:14]]</w:t>
      </w:r>
      <w:r w:rsidRPr="000767E2">
        <w:rPr>
          <w:vertAlign w:val="superscript"/>
          <w:lang w:val="sv-SE"/>
        </w:rPr>
        <w:t>14</w:t>
      </w:r>
      <w:r w:rsidRPr="000767E2">
        <w:rPr>
          <w:lang w:val="sv-SE"/>
        </w:rPr>
        <w:t xml:space="preserve"> {{field-on:bible}}Och när de såg mannen stående med dem som blivit botad, hade de inget att säga emot.{{field-off:bible}}</w:t>
      </w:r>
    </w:p>
    <w:p w14:paraId="5715A0A4" w14:textId="55AE6D45" w:rsidR="00BA33AB" w:rsidRPr="000767E2" w:rsidRDefault="00000000">
      <w:pPr>
        <w:rPr>
          <w:lang w:val="sv-SE"/>
        </w:rPr>
      </w:pPr>
      <w:r w:rsidRPr="000767E2">
        <w:rPr>
          <w:lang w:val="sv-SE"/>
        </w:rPr>
        <w:t>[[@</w:t>
      </w:r>
      <w:r w:rsidR="0096445B" w:rsidRPr="000767E2">
        <w:rPr>
          <w:lang w:val="sv-SE"/>
        </w:rPr>
        <w:t>BibleBIBEL82</w:t>
      </w:r>
      <w:r w:rsidRPr="000767E2">
        <w:rPr>
          <w:lang w:val="sv-SE"/>
        </w:rPr>
        <w:t>:Acts 4:15]]</w:t>
      </w:r>
      <w:r w:rsidRPr="000767E2">
        <w:rPr>
          <w:vertAlign w:val="superscript"/>
          <w:lang w:val="sv-SE"/>
        </w:rPr>
        <w:t>15</w:t>
      </w:r>
      <w:r w:rsidRPr="000767E2">
        <w:rPr>
          <w:lang w:val="sv-SE"/>
        </w:rPr>
        <w:t xml:space="preserve"> {{field-on:bible}}Och de befallde dem att gå bort utanför Sanhedrin, och konfererade med varandra{{field-off:bible}} [[@</w:t>
      </w:r>
      <w:r w:rsidR="0096445B" w:rsidRPr="000767E2">
        <w:rPr>
          <w:lang w:val="sv-SE"/>
        </w:rPr>
        <w:t>BibleBIBEL82</w:t>
      </w:r>
      <w:r w:rsidRPr="000767E2">
        <w:rPr>
          <w:lang w:val="sv-SE"/>
        </w:rPr>
        <w:t>:Acts 4:16]]</w:t>
      </w:r>
      <w:r w:rsidRPr="000767E2">
        <w:rPr>
          <w:vertAlign w:val="superscript"/>
          <w:lang w:val="sv-SE"/>
        </w:rPr>
        <w:t>16</w:t>
      </w:r>
      <w:r w:rsidRPr="000767E2">
        <w:rPr>
          <w:lang w:val="sv-SE"/>
        </w:rPr>
        <w:t xml:space="preserve"> {{field-on:bible}}och sade: ”Vad ska vi göra med dessa människor? För att ett känt tecken har skett genom dem </w:t>
      </w:r>
      <w:r w:rsidRPr="000767E2">
        <w:rPr>
          <w:i/>
          <w:lang w:val="sv-SE"/>
        </w:rPr>
        <w:t>är</w:t>
      </w:r>
      <w:r w:rsidRPr="000767E2">
        <w:rPr>
          <w:lang w:val="sv-SE"/>
        </w:rPr>
        <w:t xml:space="preserve"> för alla som bor i Jerusalem uppenbart, och vi kan inte förneka </w:t>
      </w:r>
      <w:r w:rsidRPr="000767E2">
        <w:rPr>
          <w:i/>
          <w:lang w:val="sv-SE"/>
        </w:rPr>
        <w:t>det</w:t>
      </w:r>
      <w:r w:rsidRPr="000767E2">
        <w:rPr>
          <w:lang w:val="sv-SE"/>
        </w:rPr>
        <w:t>.{{field-off:bible}} [[@</w:t>
      </w:r>
      <w:r w:rsidR="0096445B" w:rsidRPr="000767E2">
        <w:rPr>
          <w:lang w:val="sv-SE"/>
        </w:rPr>
        <w:t>BibleBIBEL82</w:t>
      </w:r>
      <w:r w:rsidRPr="000767E2">
        <w:rPr>
          <w:lang w:val="sv-SE"/>
        </w:rPr>
        <w:t>:Acts 4:17]]</w:t>
      </w:r>
      <w:r w:rsidRPr="000767E2">
        <w:rPr>
          <w:vertAlign w:val="superscript"/>
          <w:lang w:val="sv-SE"/>
        </w:rPr>
        <w:t>17</w:t>
      </w:r>
      <w:r w:rsidRPr="000767E2">
        <w:rPr>
          <w:lang w:val="sv-SE"/>
        </w:rPr>
        <w:t xml:space="preserve"> {{field-on:bible}}Men för att det inte ska spridas vidare till folket, låt oss hota dem </w:t>
      </w:r>
      <w:r w:rsidRPr="000767E2">
        <w:rPr>
          <w:i/>
          <w:lang w:val="sv-SE"/>
        </w:rPr>
        <w:t>så</w:t>
      </w:r>
      <w:r w:rsidRPr="000767E2">
        <w:rPr>
          <w:lang w:val="sv-SE"/>
        </w:rPr>
        <w:t xml:space="preserve"> att </w:t>
      </w:r>
      <w:r w:rsidRPr="000767E2">
        <w:rPr>
          <w:i/>
          <w:lang w:val="sv-SE"/>
        </w:rPr>
        <w:t>de</w:t>
      </w:r>
      <w:r w:rsidRPr="000767E2">
        <w:rPr>
          <w:lang w:val="sv-SE"/>
        </w:rPr>
        <w:t xml:space="preserve"> inte mer </w:t>
      </w:r>
      <w:r w:rsidRPr="000767E2">
        <w:rPr>
          <w:i/>
          <w:lang w:val="sv-SE"/>
        </w:rPr>
        <w:t>ska</w:t>
      </w:r>
      <w:r w:rsidRPr="000767E2">
        <w:rPr>
          <w:lang w:val="sv-SE"/>
        </w:rPr>
        <w:t xml:space="preserve"> tala i detta namn till någon bland människor.”{{field-off:bible}}</w:t>
      </w:r>
    </w:p>
    <w:p w14:paraId="73C0A29E" w14:textId="545083C1" w:rsidR="00BA33AB" w:rsidRPr="000767E2" w:rsidRDefault="00000000">
      <w:pPr>
        <w:rPr>
          <w:lang w:val="sv-SE"/>
        </w:rPr>
      </w:pPr>
      <w:r w:rsidRPr="000767E2">
        <w:rPr>
          <w:lang w:val="sv-SE"/>
        </w:rPr>
        <w:t>[[@</w:t>
      </w:r>
      <w:r w:rsidR="0096445B" w:rsidRPr="000767E2">
        <w:rPr>
          <w:lang w:val="sv-SE"/>
        </w:rPr>
        <w:t>BibleBIBEL82</w:t>
      </w:r>
      <w:r w:rsidRPr="000767E2">
        <w:rPr>
          <w:lang w:val="sv-SE"/>
        </w:rPr>
        <w:t>:Acts 4:18]]</w:t>
      </w:r>
      <w:r w:rsidRPr="000767E2">
        <w:rPr>
          <w:vertAlign w:val="superscript"/>
          <w:lang w:val="sv-SE"/>
        </w:rPr>
        <w:t>18</w:t>
      </w:r>
      <w:r w:rsidRPr="000767E2">
        <w:rPr>
          <w:lang w:val="sv-SE"/>
        </w:rPr>
        <w:t xml:space="preserve"> {{field-on:bible}}Och de kallade på dem och instruerade </w:t>
      </w:r>
      <w:r w:rsidRPr="000767E2">
        <w:rPr>
          <w:i/>
          <w:lang w:val="sv-SE"/>
        </w:rPr>
        <w:t>dem</w:t>
      </w:r>
      <w:r w:rsidRPr="000767E2">
        <w:rPr>
          <w:lang w:val="sv-SE"/>
        </w:rPr>
        <w:t xml:space="preserve"> att överhuvudtaget inte yttra sig eller undervisa i Jesu namn.{{field-off:bible}} [[@</w:t>
      </w:r>
      <w:r w:rsidR="0096445B" w:rsidRPr="000767E2">
        <w:rPr>
          <w:lang w:val="sv-SE"/>
        </w:rPr>
        <w:t>BibleBIBEL82</w:t>
      </w:r>
      <w:r w:rsidRPr="000767E2">
        <w:rPr>
          <w:lang w:val="sv-SE"/>
        </w:rPr>
        <w:t>:Acts 4:19]]</w:t>
      </w:r>
      <w:r w:rsidRPr="000767E2">
        <w:rPr>
          <w:vertAlign w:val="superscript"/>
          <w:lang w:val="sv-SE"/>
        </w:rPr>
        <w:t>19</w:t>
      </w:r>
      <w:r w:rsidRPr="000767E2">
        <w:rPr>
          <w:lang w:val="sv-SE"/>
        </w:rPr>
        <w:t xml:space="preserve"> {{field-on:bible}}Men Petrus och Johannes svarade och sade till dem: ”Om det är rättfärdigt inför Gud att lyssna till er mer än till Gud, döm </w:t>
      </w:r>
      <w:r w:rsidRPr="000767E2">
        <w:rPr>
          <w:i/>
          <w:lang w:val="sv-SE"/>
        </w:rPr>
        <w:t>ni</w:t>
      </w:r>
      <w:r w:rsidRPr="000767E2">
        <w:rPr>
          <w:lang w:val="sv-SE"/>
        </w:rPr>
        <w:t>.{{field-off:bible}} [[@</w:t>
      </w:r>
      <w:r w:rsidR="0096445B" w:rsidRPr="000767E2">
        <w:rPr>
          <w:lang w:val="sv-SE"/>
        </w:rPr>
        <w:t>BibleBIBEL82</w:t>
      </w:r>
      <w:r w:rsidRPr="000767E2">
        <w:rPr>
          <w:lang w:val="sv-SE"/>
        </w:rPr>
        <w:t>:Acts 4:20]]</w:t>
      </w:r>
      <w:r w:rsidRPr="000767E2">
        <w:rPr>
          <w:vertAlign w:val="superscript"/>
          <w:lang w:val="sv-SE"/>
        </w:rPr>
        <w:t>20</w:t>
      </w:r>
      <w:r w:rsidRPr="000767E2">
        <w:rPr>
          <w:lang w:val="sv-SE"/>
        </w:rPr>
        <w:t xml:space="preserve"> {{field-on:bible}}För vi kan inte icke tala </w:t>
      </w:r>
      <w:r w:rsidRPr="000767E2">
        <w:rPr>
          <w:i/>
          <w:lang w:val="sv-SE"/>
        </w:rPr>
        <w:t>om</w:t>
      </w:r>
      <w:r w:rsidRPr="000767E2">
        <w:rPr>
          <w:lang w:val="sv-SE"/>
        </w:rPr>
        <w:t xml:space="preserve"> det vi har sett och hört.”{{field-off:bible}} [[@</w:t>
      </w:r>
      <w:r w:rsidR="0096445B" w:rsidRPr="000767E2">
        <w:rPr>
          <w:lang w:val="sv-SE"/>
        </w:rPr>
        <w:t>BibleBIBEL82</w:t>
      </w:r>
      <w:r w:rsidRPr="000767E2">
        <w:rPr>
          <w:lang w:val="sv-SE"/>
        </w:rPr>
        <w:t>:Acts 4:21]]</w:t>
      </w:r>
      <w:r w:rsidRPr="000767E2">
        <w:rPr>
          <w:vertAlign w:val="superscript"/>
          <w:lang w:val="sv-SE"/>
        </w:rPr>
        <w:t>21</w:t>
      </w:r>
      <w:r w:rsidRPr="000767E2">
        <w:rPr>
          <w:lang w:val="sv-SE"/>
        </w:rPr>
        <w:t xml:space="preserve"> {{field-on:bible}}Och de hotade dem mer </w:t>
      </w:r>
      <w:r w:rsidRPr="000767E2">
        <w:rPr>
          <w:i/>
          <w:lang w:val="sv-SE"/>
        </w:rPr>
        <w:t>men</w:t>
      </w:r>
      <w:r w:rsidRPr="000767E2">
        <w:rPr>
          <w:lang w:val="sv-SE"/>
        </w:rPr>
        <w:t xml:space="preserve"> frigav dem, då de inte fann hur de skulle straffa dem på grund av folket, eftersom alla ärade Gud för det som hade skett.{{field-off:bible}} [[@</w:t>
      </w:r>
      <w:r w:rsidR="0096445B" w:rsidRPr="000767E2">
        <w:rPr>
          <w:lang w:val="sv-SE"/>
        </w:rPr>
        <w:t>BibleBIBEL82</w:t>
      </w:r>
      <w:r w:rsidRPr="000767E2">
        <w:rPr>
          <w:lang w:val="sv-SE"/>
        </w:rPr>
        <w:t>:Acts 4:22]]</w:t>
      </w:r>
      <w:r w:rsidRPr="000767E2">
        <w:rPr>
          <w:vertAlign w:val="superscript"/>
          <w:lang w:val="sv-SE"/>
        </w:rPr>
        <w:t>22</w:t>
      </w:r>
      <w:r w:rsidRPr="000767E2">
        <w:rPr>
          <w:lang w:val="sv-SE"/>
        </w:rPr>
        <w:t xml:space="preserve"> {{field-on:bible}}Han var nämligen över fyrtio år, mannen på vilken </w:t>
      </w:r>
      <w:r w:rsidRPr="000767E2">
        <w:rPr>
          <w:i/>
          <w:lang w:val="sv-SE"/>
        </w:rPr>
        <w:t>det</w:t>
      </w:r>
      <w:r w:rsidRPr="000767E2">
        <w:rPr>
          <w:lang w:val="sv-SE"/>
        </w:rPr>
        <w:t xml:space="preserve"> skett detta helandetecken.{{field-off:bible}}</w:t>
      </w:r>
    </w:p>
    <w:p w14:paraId="402B8EF2" w14:textId="77777777" w:rsidR="00BA33AB" w:rsidRPr="000767E2" w:rsidRDefault="00000000">
      <w:pPr>
        <w:pStyle w:val="Rubrik3"/>
        <w:rPr>
          <w:lang w:val="sv-SE"/>
        </w:rPr>
      </w:pPr>
      <w:r w:rsidRPr="000767E2">
        <w:rPr>
          <w:lang w:val="sv-SE"/>
        </w:rPr>
        <w:t>Bön i förföljelsetid</w:t>
      </w:r>
    </w:p>
    <w:p w14:paraId="6217A404" w14:textId="73CC5512" w:rsidR="00BA33AB" w:rsidRPr="000767E2" w:rsidRDefault="00000000">
      <w:pPr>
        <w:rPr>
          <w:lang w:val="sv-SE"/>
        </w:rPr>
      </w:pPr>
      <w:r w:rsidRPr="000767E2">
        <w:rPr>
          <w:lang w:val="sv-SE"/>
        </w:rPr>
        <w:t>[[@</w:t>
      </w:r>
      <w:r w:rsidR="0096445B" w:rsidRPr="000767E2">
        <w:rPr>
          <w:lang w:val="sv-SE"/>
        </w:rPr>
        <w:t>BibleBIBEL82</w:t>
      </w:r>
      <w:r w:rsidRPr="000767E2">
        <w:rPr>
          <w:lang w:val="sv-SE"/>
        </w:rPr>
        <w:t>:Acts 4:23]]</w:t>
      </w:r>
      <w:r w:rsidRPr="000767E2">
        <w:rPr>
          <w:vertAlign w:val="superscript"/>
          <w:lang w:val="sv-SE"/>
        </w:rPr>
        <w:t>23</w:t>
      </w:r>
      <w:r w:rsidRPr="000767E2">
        <w:rPr>
          <w:lang w:val="sv-SE"/>
        </w:rPr>
        <w:t xml:space="preserve"> {{field-on:bible}}Och frigivna gick de till </w:t>
      </w:r>
      <w:r w:rsidRPr="000767E2">
        <w:rPr>
          <w:i/>
          <w:lang w:val="sv-SE"/>
        </w:rPr>
        <w:t>sina</w:t>
      </w:r>
      <w:r w:rsidRPr="000767E2">
        <w:rPr>
          <w:lang w:val="sv-SE"/>
        </w:rPr>
        <w:t xml:space="preserve"> egna och berättade vad översteprästerna och de äldste hade sagt till dem.{{field-off:bible}} [[@</w:t>
      </w:r>
      <w:r w:rsidR="0096445B" w:rsidRPr="000767E2">
        <w:rPr>
          <w:lang w:val="sv-SE"/>
        </w:rPr>
        <w:t>BibleBIBEL82</w:t>
      </w:r>
      <w:r w:rsidRPr="000767E2">
        <w:rPr>
          <w:lang w:val="sv-SE"/>
        </w:rPr>
        <w:t>:Acts 4:24]]</w:t>
      </w:r>
      <w:r w:rsidRPr="000767E2">
        <w:rPr>
          <w:vertAlign w:val="superscript"/>
          <w:lang w:val="sv-SE"/>
        </w:rPr>
        <w:t>24</w:t>
      </w:r>
      <w:r w:rsidRPr="000767E2">
        <w:rPr>
          <w:lang w:val="sv-SE"/>
        </w:rPr>
        <w:t xml:space="preserve"> {{field-on:bible}}Och de lyssnade, och förenade höjde de </w:t>
      </w:r>
      <w:r w:rsidRPr="000767E2">
        <w:rPr>
          <w:i/>
          <w:lang w:val="sv-SE"/>
        </w:rPr>
        <w:t>sin</w:t>
      </w:r>
      <w:r w:rsidRPr="000767E2">
        <w:rPr>
          <w:lang w:val="sv-SE"/>
        </w:rPr>
        <w:t xml:space="preserve"> röst till Gud och sade: ”Härskare, du som har gjort himlen och jorden och havet och allt i </w:t>
      </w:r>
      <w:r w:rsidRPr="000767E2">
        <w:rPr>
          <w:lang w:val="sv-SE"/>
        </w:rPr>
        <w:lastRenderedPageBreak/>
        <w:t>dem,{{field-off:bible}} [[@</w:t>
      </w:r>
      <w:r w:rsidR="0096445B" w:rsidRPr="000767E2">
        <w:rPr>
          <w:lang w:val="sv-SE"/>
        </w:rPr>
        <w:t>BibleBIBEL82</w:t>
      </w:r>
      <w:r w:rsidRPr="000767E2">
        <w:rPr>
          <w:lang w:val="sv-SE"/>
        </w:rPr>
        <w:t>:Acts 4:25]]</w:t>
      </w:r>
      <w:r w:rsidRPr="000767E2">
        <w:rPr>
          <w:vertAlign w:val="superscript"/>
          <w:lang w:val="sv-SE"/>
        </w:rPr>
        <w:t>25</w:t>
      </w:r>
      <w:r w:rsidRPr="000767E2">
        <w:rPr>
          <w:lang w:val="sv-SE"/>
        </w:rPr>
        <w:t xml:space="preserve"> {{field-on:bible}}</w:t>
      </w:r>
      <w:r w:rsidRPr="000767E2">
        <w:rPr>
          <w:i/>
          <w:lang w:val="sv-SE"/>
        </w:rPr>
        <w:t>du</w:t>
      </w:r>
      <w:r w:rsidRPr="000767E2">
        <w:rPr>
          <w:lang w:val="sv-SE"/>
        </w:rPr>
        <w:t xml:space="preserve"> som genom helig Ande har sagt från vår fader Davids mun, din gosses:{{field-off:bible}}</w:t>
      </w:r>
    </w:p>
    <w:p w14:paraId="3FFC1FF2" w14:textId="73848845" w:rsidR="00BA33AB" w:rsidRPr="000767E2" w:rsidRDefault="00000000">
      <w:pPr>
        <w:rPr>
          <w:lang w:val="sv-SE"/>
        </w:rPr>
      </w:pPr>
      <w:r w:rsidRPr="000767E2">
        <w:rPr>
          <w:lang w:val="sv-SE"/>
        </w:rPr>
        <w:t>{{field-on:bible}}Varför frustade folkslagen?</w:t>
      </w:r>
      <w:r w:rsidRPr="000767E2">
        <w:rPr>
          <w:lang w:val="sv-SE"/>
        </w:rPr>
        <w:br/>
        <w:t xml:space="preserve">Och </w:t>
      </w:r>
      <w:r w:rsidRPr="000767E2">
        <w:rPr>
          <w:i/>
          <w:lang w:val="sv-SE"/>
        </w:rPr>
        <w:t>varför</w:t>
      </w:r>
      <w:r w:rsidRPr="000767E2">
        <w:rPr>
          <w:lang w:val="sv-SE"/>
        </w:rPr>
        <w:t xml:space="preserve"> begrundade folken tomma </w:t>
      </w:r>
      <w:r w:rsidRPr="000767E2">
        <w:rPr>
          <w:i/>
          <w:lang w:val="sv-SE"/>
        </w:rPr>
        <w:t>ting</w:t>
      </w:r>
      <w:r w:rsidRPr="000767E2">
        <w:rPr>
          <w:lang w:val="sv-SE"/>
        </w:rPr>
        <w:t>?{{field-off:bible}}</w:t>
      </w:r>
      <w:r w:rsidRPr="000767E2">
        <w:rPr>
          <w:lang w:val="sv-SE"/>
        </w:rPr>
        <w:br/>
        <w:t>[[@</w:t>
      </w:r>
      <w:r w:rsidR="0096445B" w:rsidRPr="000767E2">
        <w:rPr>
          <w:lang w:val="sv-SE"/>
        </w:rPr>
        <w:t>BibleBIBEL82</w:t>
      </w:r>
      <w:r w:rsidRPr="000767E2">
        <w:rPr>
          <w:lang w:val="sv-SE"/>
        </w:rPr>
        <w:t>:Acts 4:26]]</w:t>
      </w:r>
      <w:r w:rsidRPr="000767E2">
        <w:rPr>
          <w:vertAlign w:val="superscript"/>
          <w:lang w:val="sv-SE"/>
        </w:rPr>
        <w:t>26</w:t>
      </w:r>
      <w:r w:rsidRPr="000767E2">
        <w:rPr>
          <w:lang w:val="sv-SE"/>
        </w:rPr>
        <w:t xml:space="preserve"> {{field-on:bible}}Fram stod jordens kungar,</w:t>
      </w:r>
      <w:r w:rsidRPr="000767E2">
        <w:rPr>
          <w:lang w:val="sv-SE"/>
        </w:rPr>
        <w:br/>
        <w:t>och ledarna samlades tillsammans</w:t>
      </w:r>
      <w:r w:rsidRPr="000767E2">
        <w:rPr>
          <w:lang w:val="sv-SE"/>
        </w:rPr>
        <w:br/>
        <w:t>mot Herren och mot hans Kristus.{{field-off:bible}}</w:t>
      </w:r>
    </w:p>
    <w:p w14:paraId="46624F5F" w14:textId="51CB54B6" w:rsidR="00BA33AB" w:rsidRPr="000767E2" w:rsidRDefault="00000000">
      <w:pPr>
        <w:rPr>
          <w:lang w:val="sv-SE"/>
        </w:rPr>
      </w:pPr>
      <w:r w:rsidRPr="000767E2">
        <w:rPr>
          <w:lang w:val="sv-SE"/>
        </w:rPr>
        <w:t>[[@</w:t>
      </w:r>
      <w:r w:rsidR="0096445B" w:rsidRPr="000767E2">
        <w:rPr>
          <w:lang w:val="sv-SE"/>
        </w:rPr>
        <w:t>BibleBIBEL82</w:t>
      </w:r>
      <w:r w:rsidRPr="000767E2">
        <w:rPr>
          <w:lang w:val="sv-SE"/>
        </w:rPr>
        <w:t>:Acts 4:27]]</w:t>
      </w:r>
      <w:r w:rsidRPr="000767E2">
        <w:rPr>
          <w:vertAlign w:val="superscript"/>
          <w:lang w:val="sv-SE"/>
        </w:rPr>
        <w:t>27</w:t>
      </w:r>
      <w:r w:rsidRPr="000767E2">
        <w:rPr>
          <w:lang w:val="sv-SE"/>
        </w:rPr>
        <w:t xml:space="preserve"> {{field-on:bible}}För de samlades i sanning i denna stad mot din helige gosse Jesus som du har smort, både Herodes och Pontius Pilatus med folkslag och Israels folk,{{field-off:bible}} [[@</w:t>
      </w:r>
      <w:r w:rsidR="0096445B" w:rsidRPr="000767E2">
        <w:rPr>
          <w:lang w:val="sv-SE"/>
        </w:rPr>
        <w:t>BibleBIBEL82</w:t>
      </w:r>
      <w:r w:rsidRPr="000767E2">
        <w:rPr>
          <w:lang w:val="sv-SE"/>
        </w:rPr>
        <w:t>:Acts 4:28]]</w:t>
      </w:r>
      <w:r w:rsidRPr="000767E2">
        <w:rPr>
          <w:vertAlign w:val="superscript"/>
          <w:lang w:val="sv-SE"/>
        </w:rPr>
        <w:t>28</w:t>
      </w:r>
      <w:r w:rsidRPr="000767E2">
        <w:rPr>
          <w:lang w:val="sv-SE"/>
        </w:rPr>
        <w:t xml:space="preserve"> {{field-on:bible}}</w:t>
      </w:r>
      <w:r w:rsidRPr="000767E2">
        <w:rPr>
          <w:i/>
          <w:lang w:val="sv-SE"/>
        </w:rPr>
        <w:t>för</w:t>
      </w:r>
      <w:r w:rsidRPr="000767E2">
        <w:rPr>
          <w:lang w:val="sv-SE"/>
        </w:rPr>
        <w:t xml:space="preserve"> att göra vad din hand och [din] plan hade förutbestämt </w:t>
      </w:r>
      <w:r w:rsidRPr="000767E2">
        <w:rPr>
          <w:i/>
          <w:lang w:val="sv-SE"/>
        </w:rPr>
        <w:t>skulle</w:t>
      </w:r>
      <w:r w:rsidRPr="000767E2">
        <w:rPr>
          <w:lang w:val="sv-SE"/>
        </w:rPr>
        <w:t xml:space="preserve"> ske.{{field-off:bible}}</w:t>
      </w:r>
    </w:p>
    <w:p w14:paraId="448BBBCA" w14:textId="7084D6D9" w:rsidR="00BA33AB" w:rsidRPr="000767E2" w:rsidRDefault="00000000">
      <w:pPr>
        <w:rPr>
          <w:lang w:val="sv-SE"/>
        </w:rPr>
      </w:pPr>
      <w:r w:rsidRPr="000767E2">
        <w:rPr>
          <w:lang w:val="sv-SE"/>
        </w:rPr>
        <w:t>[[@</w:t>
      </w:r>
      <w:r w:rsidR="0096445B" w:rsidRPr="000767E2">
        <w:rPr>
          <w:lang w:val="sv-SE"/>
        </w:rPr>
        <w:t>BibleBIBEL82</w:t>
      </w:r>
      <w:r w:rsidRPr="000767E2">
        <w:rPr>
          <w:lang w:val="sv-SE"/>
        </w:rPr>
        <w:t>:Acts 4:29]]</w:t>
      </w:r>
      <w:r w:rsidRPr="000767E2">
        <w:rPr>
          <w:vertAlign w:val="superscript"/>
          <w:lang w:val="sv-SE"/>
        </w:rPr>
        <w:t>29</w:t>
      </w:r>
      <w:r w:rsidRPr="000767E2">
        <w:rPr>
          <w:lang w:val="sv-SE"/>
        </w:rPr>
        <w:t xml:space="preserve"> {{field-on:bible}}Och nu, Herre, se till deras hotelser och ge dina fasttjänare att med all frimodighet tala ditt ord,{{field-off:bible}} [[@</w:t>
      </w:r>
      <w:r w:rsidR="0096445B" w:rsidRPr="000767E2">
        <w:rPr>
          <w:lang w:val="sv-SE"/>
        </w:rPr>
        <w:t>BibleBIBEL82</w:t>
      </w:r>
      <w:r w:rsidRPr="000767E2">
        <w:rPr>
          <w:lang w:val="sv-SE"/>
        </w:rPr>
        <w:t>:Acts 4:30]]</w:t>
      </w:r>
      <w:r w:rsidRPr="000767E2">
        <w:rPr>
          <w:vertAlign w:val="superscript"/>
          <w:lang w:val="sv-SE"/>
        </w:rPr>
        <w:t>30</w:t>
      </w:r>
      <w:r w:rsidRPr="000767E2">
        <w:rPr>
          <w:lang w:val="sv-SE"/>
        </w:rPr>
        <w:t xml:space="preserve"> {{field-on:bible}}i det att du räcker ut [din] hand till helande och tecken och under att ske genom din helige gosse Jesu namn.”{{field-off:bible}}</w:t>
      </w:r>
    </w:p>
    <w:p w14:paraId="3FB00AC7" w14:textId="4FC7EBA4" w:rsidR="00BA33AB" w:rsidRPr="000767E2" w:rsidRDefault="00000000">
      <w:pPr>
        <w:rPr>
          <w:lang w:val="sv-SE"/>
        </w:rPr>
      </w:pPr>
      <w:r w:rsidRPr="000767E2">
        <w:rPr>
          <w:lang w:val="sv-SE"/>
        </w:rPr>
        <w:t>[[@</w:t>
      </w:r>
      <w:r w:rsidR="0096445B" w:rsidRPr="000767E2">
        <w:rPr>
          <w:lang w:val="sv-SE"/>
        </w:rPr>
        <w:t>BibleBIBEL82</w:t>
      </w:r>
      <w:r w:rsidRPr="000767E2">
        <w:rPr>
          <w:lang w:val="sv-SE"/>
        </w:rPr>
        <w:t>:Acts 4:31]]</w:t>
      </w:r>
      <w:r w:rsidRPr="000767E2">
        <w:rPr>
          <w:vertAlign w:val="superscript"/>
          <w:lang w:val="sv-SE"/>
        </w:rPr>
        <w:t>31</w:t>
      </w:r>
      <w:r w:rsidRPr="000767E2">
        <w:rPr>
          <w:lang w:val="sv-SE"/>
        </w:rPr>
        <w:t xml:space="preserve"> {{field-on:bible}}Och när de hade bönfallit, skakades platsen på vilken de var samlade. Och allesammans fylldes av helig Ande och talade Guds ord med frimodighet.{{field-off:bible}}</w:t>
      </w:r>
    </w:p>
    <w:p w14:paraId="5F9A3854" w14:textId="77777777" w:rsidR="00BA33AB" w:rsidRPr="000767E2" w:rsidRDefault="00000000">
      <w:pPr>
        <w:pStyle w:val="Rubrik3"/>
        <w:rPr>
          <w:lang w:val="sv-SE"/>
        </w:rPr>
      </w:pPr>
      <w:r w:rsidRPr="000767E2">
        <w:rPr>
          <w:lang w:val="sv-SE"/>
        </w:rPr>
        <w:t>Ett hjärta och en själ</w:t>
      </w:r>
    </w:p>
    <w:p w14:paraId="3A6FC5A8" w14:textId="0C34065B" w:rsidR="00BA33AB" w:rsidRPr="000767E2" w:rsidRDefault="00000000">
      <w:pPr>
        <w:rPr>
          <w:lang w:val="sv-SE"/>
        </w:rPr>
      </w:pPr>
      <w:r w:rsidRPr="000767E2">
        <w:rPr>
          <w:lang w:val="sv-SE"/>
        </w:rPr>
        <w:t>[[@</w:t>
      </w:r>
      <w:r w:rsidR="0096445B" w:rsidRPr="000767E2">
        <w:rPr>
          <w:lang w:val="sv-SE"/>
        </w:rPr>
        <w:t>BibleBIBEL82</w:t>
      </w:r>
      <w:r w:rsidRPr="000767E2">
        <w:rPr>
          <w:lang w:val="sv-SE"/>
        </w:rPr>
        <w:t>:Acts 4:32]]</w:t>
      </w:r>
      <w:r w:rsidRPr="000767E2">
        <w:rPr>
          <w:vertAlign w:val="superscript"/>
          <w:lang w:val="sv-SE"/>
        </w:rPr>
        <w:t>32</w:t>
      </w:r>
      <w:r w:rsidRPr="000767E2">
        <w:rPr>
          <w:lang w:val="sv-SE"/>
        </w:rPr>
        <w:t xml:space="preserve"> {{field-on:bible}}Och av mängden av dem som hade kommit till tro var det ett hjärta och </w:t>
      </w:r>
      <w:r w:rsidRPr="000767E2">
        <w:rPr>
          <w:i/>
          <w:lang w:val="sv-SE"/>
        </w:rPr>
        <w:t>en</w:t>
      </w:r>
      <w:r w:rsidRPr="000767E2">
        <w:rPr>
          <w:lang w:val="sv-SE"/>
        </w:rPr>
        <w:t xml:space="preserve"> själ, och ingen </w:t>
      </w:r>
      <w:r w:rsidRPr="000767E2">
        <w:rPr>
          <w:i/>
          <w:lang w:val="sv-SE"/>
        </w:rPr>
        <w:t>enda</w:t>
      </w:r>
      <w:r w:rsidRPr="000767E2">
        <w:rPr>
          <w:lang w:val="sv-SE"/>
        </w:rPr>
        <w:t xml:space="preserve"> sade att något av det som var hans var </w:t>
      </w:r>
      <w:r w:rsidRPr="000767E2">
        <w:rPr>
          <w:i/>
          <w:lang w:val="sv-SE"/>
        </w:rPr>
        <w:t>hans</w:t>
      </w:r>
      <w:r w:rsidRPr="000767E2">
        <w:rPr>
          <w:lang w:val="sv-SE"/>
        </w:rPr>
        <w:t xml:space="preserve"> eget, utan alltsammans var deras gemensamt.{{field-off:bible}} [[@</w:t>
      </w:r>
      <w:r w:rsidR="0096445B" w:rsidRPr="000767E2">
        <w:rPr>
          <w:lang w:val="sv-SE"/>
        </w:rPr>
        <w:t>BibleBIBEL82</w:t>
      </w:r>
      <w:r w:rsidRPr="000767E2">
        <w:rPr>
          <w:lang w:val="sv-SE"/>
        </w:rPr>
        <w:t>:Acts 4:33]]</w:t>
      </w:r>
      <w:r w:rsidRPr="000767E2">
        <w:rPr>
          <w:vertAlign w:val="superscript"/>
          <w:lang w:val="sv-SE"/>
        </w:rPr>
        <w:t>33</w:t>
      </w:r>
      <w:r w:rsidRPr="000767E2">
        <w:rPr>
          <w:lang w:val="sv-SE"/>
        </w:rPr>
        <w:t xml:space="preserve"> {{field-on:bible}}Och med stor kraft avgav apostlarna vittnesbördet om Herren Jesu uppståndelse, och stor nåd var över dem alla.{{field-off:bible}}</w:t>
      </w:r>
    </w:p>
    <w:p w14:paraId="6CFEA162" w14:textId="5A6EAE1D" w:rsidR="00BA33AB" w:rsidRPr="000767E2" w:rsidRDefault="00000000">
      <w:pPr>
        <w:rPr>
          <w:lang w:val="sv-SE"/>
        </w:rPr>
      </w:pPr>
      <w:r w:rsidRPr="000767E2">
        <w:rPr>
          <w:lang w:val="sv-SE"/>
        </w:rPr>
        <w:t>[[@</w:t>
      </w:r>
      <w:r w:rsidR="0096445B" w:rsidRPr="000767E2">
        <w:rPr>
          <w:lang w:val="sv-SE"/>
        </w:rPr>
        <w:t>BibleBIBEL82</w:t>
      </w:r>
      <w:r w:rsidRPr="000767E2">
        <w:rPr>
          <w:lang w:val="sv-SE"/>
        </w:rPr>
        <w:t>:Acts 4:34]]</w:t>
      </w:r>
      <w:r w:rsidRPr="000767E2">
        <w:rPr>
          <w:vertAlign w:val="superscript"/>
          <w:lang w:val="sv-SE"/>
        </w:rPr>
        <w:t>34</w:t>
      </w:r>
      <w:r w:rsidRPr="000767E2">
        <w:rPr>
          <w:lang w:val="sv-SE"/>
        </w:rPr>
        <w:t xml:space="preserve"> {{field-on:bible}}För inte heller fanns någon behövande bland dem. För </w:t>
      </w:r>
      <w:r w:rsidRPr="000767E2">
        <w:rPr>
          <w:i/>
          <w:lang w:val="sv-SE"/>
        </w:rPr>
        <w:t>alla</w:t>
      </w:r>
      <w:r w:rsidRPr="000767E2">
        <w:rPr>
          <w:lang w:val="sv-SE"/>
        </w:rPr>
        <w:t xml:space="preserve"> som var ägare till marklotter eller hus </w:t>
      </w:r>
      <w:r w:rsidRPr="000767E2">
        <w:rPr>
          <w:i/>
          <w:lang w:val="sv-SE"/>
        </w:rPr>
        <w:t>började</w:t>
      </w:r>
      <w:r w:rsidRPr="000767E2">
        <w:rPr>
          <w:lang w:val="sv-SE"/>
        </w:rPr>
        <w:t xml:space="preserve"> sälja och bära värdena för det som avyttrats{{field-off:bible}} [[@</w:t>
      </w:r>
      <w:r w:rsidR="0096445B" w:rsidRPr="000767E2">
        <w:rPr>
          <w:lang w:val="sv-SE"/>
        </w:rPr>
        <w:t>BibleBIBEL82</w:t>
      </w:r>
      <w:r w:rsidRPr="000767E2">
        <w:rPr>
          <w:lang w:val="sv-SE"/>
        </w:rPr>
        <w:t>:Acts 4:35]]</w:t>
      </w:r>
      <w:r w:rsidRPr="000767E2">
        <w:rPr>
          <w:vertAlign w:val="superscript"/>
          <w:lang w:val="sv-SE"/>
        </w:rPr>
        <w:t>35</w:t>
      </w:r>
      <w:r w:rsidRPr="000767E2">
        <w:rPr>
          <w:lang w:val="sv-SE"/>
        </w:rPr>
        <w:t xml:space="preserve"> {{field-on:bible}}och lägga vid apostlarnas fötter, och de delade ut åt var och en efter hur någon hade behov.{{field-off:bible}} [[@</w:t>
      </w:r>
      <w:r w:rsidR="0096445B" w:rsidRPr="000767E2">
        <w:rPr>
          <w:lang w:val="sv-SE"/>
        </w:rPr>
        <w:t>BibleBIBEL82</w:t>
      </w:r>
      <w:r w:rsidRPr="000767E2">
        <w:rPr>
          <w:lang w:val="sv-SE"/>
        </w:rPr>
        <w:t>:Acts 4:36]]</w:t>
      </w:r>
      <w:r w:rsidRPr="000767E2">
        <w:rPr>
          <w:vertAlign w:val="superscript"/>
          <w:lang w:val="sv-SE"/>
        </w:rPr>
        <w:t>36</w:t>
      </w:r>
      <w:r w:rsidRPr="000767E2">
        <w:rPr>
          <w:lang w:val="sv-SE"/>
        </w:rPr>
        <w:t xml:space="preserve"> {{field-on:bible}}Och Josef – även kallad Barnabas av apostlarna, vilket är översatt Uppmuntrans son – en levit, cypriot till släktet{{field-off:bible}} [[@</w:t>
      </w:r>
      <w:r w:rsidR="0096445B" w:rsidRPr="000767E2">
        <w:rPr>
          <w:lang w:val="sv-SE"/>
        </w:rPr>
        <w:t>BibleBIBEL82</w:t>
      </w:r>
      <w:r w:rsidRPr="000767E2">
        <w:rPr>
          <w:lang w:val="sv-SE"/>
        </w:rPr>
        <w:t>:Acts 4:37]]</w:t>
      </w:r>
      <w:r w:rsidRPr="000767E2">
        <w:rPr>
          <w:vertAlign w:val="superscript"/>
          <w:lang w:val="sv-SE"/>
        </w:rPr>
        <w:t>37</w:t>
      </w:r>
      <w:r w:rsidRPr="000767E2">
        <w:rPr>
          <w:lang w:val="sv-SE"/>
        </w:rPr>
        <w:t xml:space="preserve"> {{field-on:bible}}som </w:t>
      </w:r>
      <w:r w:rsidRPr="000767E2">
        <w:rPr>
          <w:i/>
          <w:lang w:val="sv-SE"/>
        </w:rPr>
        <w:t>hade</w:t>
      </w:r>
      <w:r w:rsidRPr="000767E2">
        <w:rPr>
          <w:lang w:val="sv-SE"/>
        </w:rPr>
        <w:t xml:space="preserve"> en åker, sålde </w:t>
      </w:r>
      <w:r w:rsidRPr="000767E2">
        <w:rPr>
          <w:i/>
          <w:lang w:val="sv-SE"/>
        </w:rPr>
        <w:t>den</w:t>
      </w:r>
      <w:r w:rsidRPr="000767E2">
        <w:rPr>
          <w:lang w:val="sv-SE"/>
        </w:rPr>
        <w:t xml:space="preserve"> och bar </w:t>
      </w:r>
      <w:r w:rsidRPr="000767E2">
        <w:rPr>
          <w:i/>
          <w:lang w:val="sv-SE"/>
        </w:rPr>
        <w:t>fram</w:t>
      </w:r>
      <w:r w:rsidRPr="000767E2">
        <w:rPr>
          <w:lang w:val="sv-SE"/>
        </w:rPr>
        <w:t xml:space="preserve"> pengarna och lade vid apostlarnas fötter.{{field-off:bible}}</w:t>
      </w:r>
    </w:p>
    <w:p w14:paraId="7F822741" w14:textId="0645A68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5]]Kapitel 5</w:t>
      </w:r>
    </w:p>
    <w:p w14:paraId="3F28F627" w14:textId="77777777" w:rsidR="00BA33AB" w:rsidRPr="000767E2" w:rsidRDefault="00000000">
      <w:pPr>
        <w:pStyle w:val="Rubrik3"/>
        <w:rPr>
          <w:lang w:val="sv-SE"/>
        </w:rPr>
      </w:pPr>
      <w:r w:rsidRPr="000767E2">
        <w:rPr>
          <w:lang w:val="sv-SE"/>
        </w:rPr>
        <w:t>Ananias och Safira</w:t>
      </w:r>
    </w:p>
    <w:p w14:paraId="217814A8" w14:textId="0BF2F63D" w:rsidR="00BA33AB" w:rsidRPr="000767E2" w:rsidRDefault="00000000">
      <w:pPr>
        <w:rPr>
          <w:lang w:val="sv-SE"/>
        </w:rPr>
      </w:pPr>
      <w:r w:rsidRPr="000767E2">
        <w:rPr>
          <w:lang w:val="sv-SE"/>
        </w:rPr>
        <w:t>[[@</w:t>
      </w:r>
      <w:r w:rsidR="0096445B" w:rsidRPr="000767E2">
        <w:rPr>
          <w:lang w:val="sv-SE"/>
        </w:rPr>
        <w:t>BibleBIBEL82</w:t>
      </w:r>
      <w:r w:rsidRPr="000767E2">
        <w:rPr>
          <w:lang w:val="sv-SE"/>
        </w:rPr>
        <w:t>:Acts 5:1]]</w:t>
      </w:r>
      <w:r w:rsidRPr="000767E2">
        <w:rPr>
          <w:vertAlign w:val="superscript"/>
          <w:lang w:val="sv-SE"/>
        </w:rPr>
        <w:t>1</w:t>
      </w:r>
      <w:r w:rsidRPr="000767E2">
        <w:rPr>
          <w:lang w:val="sv-SE"/>
        </w:rPr>
        <w:t xml:space="preserve"> {{field-on:bible}}Men en man vid namn Ananias sålde med sin hustru Safira en egendom{{field-off:bible}} [[@</w:t>
      </w:r>
      <w:r w:rsidR="0096445B" w:rsidRPr="000767E2">
        <w:rPr>
          <w:lang w:val="sv-SE"/>
        </w:rPr>
        <w:t>BibleBIBEL82</w:t>
      </w:r>
      <w:r w:rsidRPr="000767E2">
        <w:rPr>
          <w:lang w:val="sv-SE"/>
        </w:rPr>
        <w:t>:Acts 5:2]]</w:t>
      </w:r>
      <w:r w:rsidRPr="000767E2">
        <w:rPr>
          <w:vertAlign w:val="superscript"/>
          <w:lang w:val="sv-SE"/>
        </w:rPr>
        <w:t>2</w:t>
      </w:r>
      <w:r w:rsidRPr="000767E2">
        <w:rPr>
          <w:lang w:val="sv-SE"/>
        </w:rPr>
        <w:t xml:space="preserve"> {{field-on:bible}}och smusslade undan från värdet, </w:t>
      </w:r>
      <w:r w:rsidRPr="000767E2">
        <w:rPr>
          <w:i/>
          <w:lang w:val="sv-SE"/>
        </w:rPr>
        <w:t>med</w:t>
      </w:r>
      <w:r w:rsidRPr="000767E2">
        <w:rPr>
          <w:lang w:val="sv-SE"/>
        </w:rPr>
        <w:t xml:space="preserve"> även hustrun medveten. Och han bar </w:t>
      </w:r>
      <w:r w:rsidRPr="000767E2">
        <w:rPr>
          <w:i/>
          <w:lang w:val="sv-SE"/>
        </w:rPr>
        <w:t>fram</w:t>
      </w:r>
      <w:r w:rsidRPr="000767E2">
        <w:rPr>
          <w:lang w:val="sv-SE"/>
        </w:rPr>
        <w:t xml:space="preserve"> en del vid apostlarnas fötter och lade.{{field-off:bible}}</w:t>
      </w:r>
    </w:p>
    <w:p w14:paraId="16BD2662" w14:textId="49FC3DAE"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5:3]]</w:t>
      </w:r>
      <w:r w:rsidRPr="000767E2">
        <w:rPr>
          <w:vertAlign w:val="superscript"/>
          <w:lang w:val="sv-SE"/>
        </w:rPr>
        <w:t>3</w:t>
      </w:r>
      <w:r w:rsidRPr="000767E2">
        <w:rPr>
          <w:lang w:val="sv-SE"/>
        </w:rPr>
        <w:t xml:space="preserve"> {{field-on:bible}}Men </w:t>
      </w:r>
      <w:r w:rsidRPr="000767E2">
        <w:rPr>
          <w:i/>
          <w:lang w:val="sv-SE"/>
        </w:rPr>
        <w:t>då</w:t>
      </w:r>
      <w:r w:rsidRPr="000767E2">
        <w:rPr>
          <w:lang w:val="sv-SE"/>
        </w:rPr>
        <w:t xml:space="preserve"> sade Petrus: ”Ananias, varför har Satan uppfyllt ditt hjärta </w:t>
      </w:r>
      <w:r w:rsidRPr="000767E2">
        <w:rPr>
          <w:i/>
          <w:lang w:val="sv-SE"/>
        </w:rPr>
        <w:t>så</w:t>
      </w:r>
      <w:r w:rsidRPr="000767E2">
        <w:rPr>
          <w:lang w:val="sv-SE"/>
        </w:rPr>
        <w:t xml:space="preserve"> att du ljuger för den heliga Anden och smusslar undan från värdet för marklotten?{{field-off:bible}} [[@</w:t>
      </w:r>
      <w:r w:rsidR="0096445B" w:rsidRPr="000767E2">
        <w:rPr>
          <w:lang w:val="sv-SE"/>
        </w:rPr>
        <w:t>BibleBIBEL82</w:t>
      </w:r>
      <w:r w:rsidRPr="000767E2">
        <w:rPr>
          <w:lang w:val="sv-SE"/>
        </w:rPr>
        <w:t>:Acts 5:4]]</w:t>
      </w:r>
      <w:r w:rsidRPr="000767E2">
        <w:rPr>
          <w:vertAlign w:val="superscript"/>
          <w:lang w:val="sv-SE"/>
        </w:rPr>
        <w:t>4</w:t>
      </w:r>
      <w:r w:rsidRPr="000767E2">
        <w:rPr>
          <w:lang w:val="sv-SE"/>
        </w:rPr>
        <w:t xml:space="preserve"> {{field-on:bible}}När den var kvar, var den inte din? Och avyttrad var den under din auktoritet? Varför att du satte i ditt hjärta detta ärende? Du har inte ljugit för människor, utan för Gud.”{{field-off:bible}} [[@</w:t>
      </w:r>
      <w:r w:rsidR="0096445B" w:rsidRPr="000767E2">
        <w:rPr>
          <w:lang w:val="sv-SE"/>
        </w:rPr>
        <w:t>BibleBIBEL82</w:t>
      </w:r>
      <w:r w:rsidRPr="000767E2">
        <w:rPr>
          <w:lang w:val="sv-SE"/>
        </w:rPr>
        <w:t>:Acts 5:5]]</w:t>
      </w:r>
      <w:r w:rsidRPr="000767E2">
        <w:rPr>
          <w:vertAlign w:val="superscript"/>
          <w:lang w:val="sv-SE"/>
        </w:rPr>
        <w:t>5</w:t>
      </w:r>
      <w:r w:rsidRPr="000767E2">
        <w:rPr>
          <w:lang w:val="sv-SE"/>
        </w:rPr>
        <w:t xml:space="preserve"> {{field-on:bible}}Och när Ananias hörde dessa ord, föll han och gav upp själen. Och det kom stor fruktan över alla som hörde.{{field-off:bible}} [[@</w:t>
      </w:r>
      <w:r w:rsidR="0096445B" w:rsidRPr="000767E2">
        <w:rPr>
          <w:lang w:val="sv-SE"/>
        </w:rPr>
        <w:t>BibleBIBEL82</w:t>
      </w:r>
      <w:r w:rsidRPr="000767E2">
        <w:rPr>
          <w:lang w:val="sv-SE"/>
        </w:rPr>
        <w:t>:Acts 5:6]]</w:t>
      </w:r>
      <w:r w:rsidRPr="000767E2">
        <w:rPr>
          <w:vertAlign w:val="superscript"/>
          <w:lang w:val="sv-SE"/>
        </w:rPr>
        <w:t>6</w:t>
      </w:r>
      <w:r w:rsidRPr="000767E2">
        <w:rPr>
          <w:lang w:val="sv-SE"/>
        </w:rPr>
        <w:t xml:space="preserve"> {{field-on:bible}}Och upp stod de yngre och svepte honom och bar ut och begravde.{{field-off:bible}}</w:t>
      </w:r>
    </w:p>
    <w:p w14:paraId="71763DAA" w14:textId="5E77C807" w:rsidR="00BA33AB" w:rsidRPr="000767E2" w:rsidRDefault="00000000">
      <w:pPr>
        <w:rPr>
          <w:lang w:val="sv-SE"/>
        </w:rPr>
      </w:pPr>
      <w:r w:rsidRPr="000767E2">
        <w:rPr>
          <w:lang w:val="sv-SE"/>
        </w:rPr>
        <w:t>[[@</w:t>
      </w:r>
      <w:r w:rsidR="0096445B" w:rsidRPr="000767E2">
        <w:rPr>
          <w:lang w:val="sv-SE"/>
        </w:rPr>
        <w:t>BibleBIBEL82</w:t>
      </w:r>
      <w:r w:rsidRPr="000767E2">
        <w:rPr>
          <w:lang w:val="sv-SE"/>
        </w:rPr>
        <w:t>:Acts 5:7]]</w:t>
      </w:r>
      <w:r w:rsidRPr="000767E2">
        <w:rPr>
          <w:vertAlign w:val="superscript"/>
          <w:lang w:val="sv-SE"/>
        </w:rPr>
        <w:t>7</w:t>
      </w:r>
      <w:r w:rsidRPr="000767E2">
        <w:rPr>
          <w:lang w:val="sv-SE"/>
        </w:rPr>
        <w:t xml:space="preserve"> {{field-on:bible}}Och det blev ungefär tre timmars mellanrum, och hans hustru som inte visste om det som hänt kom in.{{field-off:bible}} [[@</w:t>
      </w:r>
      <w:r w:rsidR="0096445B" w:rsidRPr="000767E2">
        <w:rPr>
          <w:lang w:val="sv-SE"/>
        </w:rPr>
        <w:t>BibleBIBEL82</w:t>
      </w:r>
      <w:r w:rsidRPr="000767E2">
        <w:rPr>
          <w:lang w:val="sv-SE"/>
        </w:rPr>
        <w:t>:Acts 5:8]]</w:t>
      </w:r>
      <w:r w:rsidRPr="000767E2">
        <w:rPr>
          <w:vertAlign w:val="superscript"/>
          <w:lang w:val="sv-SE"/>
        </w:rPr>
        <w:t>8</w:t>
      </w:r>
      <w:r w:rsidRPr="000767E2">
        <w:rPr>
          <w:lang w:val="sv-SE"/>
        </w:rPr>
        <w:t xml:space="preserve"> {{field-on:bible}}Och till henne svarade Petrus: ”Säg mig om </w:t>
      </w:r>
      <w:r w:rsidRPr="000767E2">
        <w:rPr>
          <w:i/>
          <w:lang w:val="sv-SE"/>
        </w:rPr>
        <w:t>det var</w:t>
      </w:r>
      <w:r w:rsidRPr="000767E2">
        <w:rPr>
          <w:lang w:val="sv-SE"/>
        </w:rPr>
        <w:t xml:space="preserve"> för så mycket ni lämnade bort marklotten.” Och hon sade: ”Ja. För så mycket.”{{field-off:bible}} [[@</w:t>
      </w:r>
      <w:r w:rsidR="0096445B" w:rsidRPr="000767E2">
        <w:rPr>
          <w:lang w:val="sv-SE"/>
        </w:rPr>
        <w:t>BibleBIBEL82</w:t>
      </w:r>
      <w:r w:rsidRPr="000767E2">
        <w:rPr>
          <w:lang w:val="sv-SE"/>
        </w:rPr>
        <w:t>:Acts 5:9]]</w:t>
      </w:r>
      <w:r w:rsidRPr="000767E2">
        <w:rPr>
          <w:vertAlign w:val="superscript"/>
          <w:lang w:val="sv-SE"/>
        </w:rPr>
        <w:t>9</w:t>
      </w:r>
      <w:r w:rsidRPr="000767E2">
        <w:rPr>
          <w:lang w:val="sv-SE"/>
        </w:rPr>
        <w:t xml:space="preserve"> {{field-on:bible}}Och Petrus till henne: ”Varför att det var samstämmigt för er att pröva Herrens Ande? Se: fötterna hos dem som har begravt din man </w:t>
      </w:r>
      <w:r w:rsidRPr="000767E2">
        <w:rPr>
          <w:i/>
          <w:lang w:val="sv-SE"/>
        </w:rPr>
        <w:t>är</w:t>
      </w:r>
      <w:r w:rsidRPr="000767E2">
        <w:rPr>
          <w:lang w:val="sv-SE"/>
        </w:rPr>
        <w:t xml:space="preserve"> vid dörren, och de ska bära ut dig.”{{field-off:bible}} [[@</w:t>
      </w:r>
      <w:r w:rsidR="0096445B" w:rsidRPr="000767E2">
        <w:rPr>
          <w:lang w:val="sv-SE"/>
        </w:rPr>
        <w:t>BibleBIBEL82</w:t>
      </w:r>
      <w:r w:rsidRPr="000767E2">
        <w:rPr>
          <w:lang w:val="sv-SE"/>
        </w:rPr>
        <w:t>:Acts 5:10]]</w:t>
      </w:r>
      <w:r w:rsidRPr="000767E2">
        <w:rPr>
          <w:vertAlign w:val="superscript"/>
          <w:lang w:val="sv-SE"/>
        </w:rPr>
        <w:t>10</w:t>
      </w:r>
      <w:r w:rsidRPr="000767E2">
        <w:rPr>
          <w:lang w:val="sv-SE"/>
        </w:rPr>
        <w:t xml:space="preserve"> {{field-on:bible}}Och hon föll plötsligt vid hans fötter och gav upp själen. Och in kom ynglingarna och fann henne död, och de bar ut och begravde hos hennes man.{{field-off:bible}} [[@</w:t>
      </w:r>
      <w:r w:rsidR="0096445B" w:rsidRPr="000767E2">
        <w:rPr>
          <w:lang w:val="sv-SE"/>
        </w:rPr>
        <w:t>BibleBIBEL82</w:t>
      </w:r>
      <w:r w:rsidRPr="000767E2">
        <w:rPr>
          <w:lang w:val="sv-SE"/>
        </w:rPr>
        <w:t>:Acts 5:11]]</w:t>
      </w:r>
      <w:r w:rsidRPr="000767E2">
        <w:rPr>
          <w:vertAlign w:val="superscript"/>
          <w:lang w:val="sv-SE"/>
        </w:rPr>
        <w:t>11</w:t>
      </w:r>
      <w:r w:rsidRPr="000767E2">
        <w:rPr>
          <w:lang w:val="sv-SE"/>
        </w:rPr>
        <w:t xml:space="preserve"> {{field-on:bible}}Och det kom stor fruktan över hela församlingen och över alla som hörde detta.{{field-off:bible}}</w:t>
      </w:r>
    </w:p>
    <w:p w14:paraId="60288836" w14:textId="77777777" w:rsidR="00BA33AB" w:rsidRPr="000767E2" w:rsidRDefault="00000000">
      <w:pPr>
        <w:pStyle w:val="Rubrik3"/>
        <w:rPr>
          <w:lang w:val="sv-SE"/>
        </w:rPr>
      </w:pPr>
      <w:r w:rsidRPr="000767E2">
        <w:rPr>
          <w:lang w:val="sv-SE"/>
        </w:rPr>
        <w:t>Tecken och under genom apostlarna</w:t>
      </w:r>
    </w:p>
    <w:p w14:paraId="0DFE575D" w14:textId="4B03EE5A" w:rsidR="00BA33AB" w:rsidRPr="000767E2" w:rsidRDefault="00000000">
      <w:pPr>
        <w:rPr>
          <w:lang w:val="sv-SE"/>
        </w:rPr>
      </w:pPr>
      <w:r w:rsidRPr="000767E2">
        <w:rPr>
          <w:lang w:val="sv-SE"/>
        </w:rPr>
        <w:t>[[@</w:t>
      </w:r>
      <w:r w:rsidR="0096445B" w:rsidRPr="000767E2">
        <w:rPr>
          <w:lang w:val="sv-SE"/>
        </w:rPr>
        <w:t>BibleBIBEL82</w:t>
      </w:r>
      <w:r w:rsidRPr="000767E2">
        <w:rPr>
          <w:lang w:val="sv-SE"/>
        </w:rPr>
        <w:t>:Acts 5:12]]</w:t>
      </w:r>
      <w:r w:rsidRPr="000767E2">
        <w:rPr>
          <w:vertAlign w:val="superscript"/>
          <w:lang w:val="sv-SE"/>
        </w:rPr>
        <w:t>12</w:t>
      </w:r>
      <w:r w:rsidRPr="000767E2">
        <w:rPr>
          <w:lang w:val="sv-SE"/>
        </w:rPr>
        <w:t xml:space="preserve"> {{field-on:bible}}Och genom apostlarnas händer skedde många tecken och under bland folket, och de var förenade allesammans i Solomons pelargång.{{field-off:bible}} [[@</w:t>
      </w:r>
      <w:r w:rsidR="0096445B" w:rsidRPr="000767E2">
        <w:rPr>
          <w:lang w:val="sv-SE"/>
        </w:rPr>
        <w:t>BibleBIBEL82</w:t>
      </w:r>
      <w:r w:rsidRPr="000767E2">
        <w:rPr>
          <w:lang w:val="sv-SE"/>
        </w:rPr>
        <w:t>:Acts 5:13]]</w:t>
      </w:r>
      <w:r w:rsidRPr="000767E2">
        <w:rPr>
          <w:vertAlign w:val="superscript"/>
          <w:lang w:val="sv-SE"/>
        </w:rPr>
        <w:t>13</w:t>
      </w:r>
      <w:r w:rsidRPr="000767E2">
        <w:rPr>
          <w:lang w:val="sv-SE"/>
        </w:rPr>
        <w:t xml:space="preserve"> {{field-on:bible}}Och av de övriga vågade ingen ansluta sig till dem, men folket gjorde dem stora.{{field-off:bible}}</w:t>
      </w:r>
    </w:p>
    <w:p w14:paraId="716A32CB" w14:textId="1FA53FA9" w:rsidR="00BA33AB" w:rsidRPr="000767E2" w:rsidRDefault="00000000">
      <w:pPr>
        <w:rPr>
          <w:lang w:val="sv-SE"/>
        </w:rPr>
      </w:pPr>
      <w:r w:rsidRPr="000767E2">
        <w:rPr>
          <w:lang w:val="sv-SE"/>
        </w:rPr>
        <w:t>[[@</w:t>
      </w:r>
      <w:r w:rsidR="0096445B" w:rsidRPr="000767E2">
        <w:rPr>
          <w:lang w:val="sv-SE"/>
        </w:rPr>
        <w:t>BibleBIBEL82</w:t>
      </w:r>
      <w:r w:rsidRPr="000767E2">
        <w:rPr>
          <w:lang w:val="sv-SE"/>
        </w:rPr>
        <w:t>:Acts 5:14]]</w:t>
      </w:r>
      <w:r w:rsidRPr="000767E2">
        <w:rPr>
          <w:vertAlign w:val="superscript"/>
          <w:lang w:val="sv-SE"/>
        </w:rPr>
        <w:t>14</w:t>
      </w:r>
      <w:r w:rsidRPr="000767E2">
        <w:rPr>
          <w:lang w:val="sv-SE"/>
        </w:rPr>
        <w:t xml:space="preserve"> {{field-on:bible}}Och fler tillfördes som trodde på Herren, mängder av både män och kvinnor,{{field-off:bible}} [[@</w:t>
      </w:r>
      <w:r w:rsidR="0096445B" w:rsidRPr="000767E2">
        <w:rPr>
          <w:lang w:val="sv-SE"/>
        </w:rPr>
        <w:t>BibleBIBEL82</w:t>
      </w:r>
      <w:r w:rsidRPr="000767E2">
        <w:rPr>
          <w:lang w:val="sv-SE"/>
        </w:rPr>
        <w:t>:Acts 5:15]]</w:t>
      </w:r>
      <w:r w:rsidRPr="000767E2">
        <w:rPr>
          <w:vertAlign w:val="superscript"/>
          <w:lang w:val="sv-SE"/>
        </w:rPr>
        <w:t>15</w:t>
      </w:r>
      <w:r w:rsidRPr="000767E2">
        <w:rPr>
          <w:lang w:val="sv-SE"/>
        </w:rPr>
        <w:t xml:space="preserve"> {{field-on:bible}}så att man </w:t>
      </w:r>
      <w:r w:rsidRPr="000767E2">
        <w:rPr>
          <w:i/>
          <w:lang w:val="sv-SE"/>
        </w:rPr>
        <w:t>till</w:t>
      </w:r>
      <w:r w:rsidRPr="000767E2">
        <w:rPr>
          <w:lang w:val="sv-SE"/>
        </w:rPr>
        <w:t xml:space="preserve"> och </w:t>
      </w:r>
      <w:r w:rsidRPr="000767E2">
        <w:rPr>
          <w:i/>
          <w:lang w:val="sv-SE"/>
        </w:rPr>
        <w:t>med</w:t>
      </w:r>
      <w:r w:rsidRPr="000767E2">
        <w:rPr>
          <w:lang w:val="sv-SE"/>
        </w:rPr>
        <w:t xml:space="preserve"> på gatorna bar ut de sjuka och lade på bäddar och madrasser för att, när Petrus kom, om så </w:t>
      </w:r>
      <w:r w:rsidRPr="000767E2">
        <w:rPr>
          <w:i/>
          <w:lang w:val="sv-SE"/>
        </w:rPr>
        <w:t>bara</w:t>
      </w:r>
      <w:r w:rsidRPr="000767E2">
        <w:rPr>
          <w:lang w:val="sv-SE"/>
        </w:rPr>
        <w:t xml:space="preserve"> skuggan skulle överskugga någon av dem.{{field-off:bible}} [[@</w:t>
      </w:r>
      <w:r w:rsidR="0096445B" w:rsidRPr="000767E2">
        <w:rPr>
          <w:lang w:val="sv-SE"/>
        </w:rPr>
        <w:t>BibleBIBEL82</w:t>
      </w:r>
      <w:r w:rsidRPr="000767E2">
        <w:rPr>
          <w:lang w:val="sv-SE"/>
        </w:rPr>
        <w:t>:Acts 5:16]]</w:t>
      </w:r>
      <w:r w:rsidRPr="000767E2">
        <w:rPr>
          <w:vertAlign w:val="superscript"/>
          <w:lang w:val="sv-SE"/>
        </w:rPr>
        <w:t>16</w:t>
      </w:r>
      <w:r w:rsidRPr="000767E2">
        <w:rPr>
          <w:lang w:val="sv-SE"/>
        </w:rPr>
        <w:t xml:space="preserve"> {{field-on:bible}}Och samman kom även mängden från städerna omkring Jerusalem och förde </w:t>
      </w:r>
      <w:r w:rsidRPr="000767E2">
        <w:rPr>
          <w:i/>
          <w:lang w:val="sv-SE"/>
        </w:rPr>
        <w:t>dit dem som var</w:t>
      </w:r>
      <w:r w:rsidRPr="000767E2">
        <w:rPr>
          <w:lang w:val="sv-SE"/>
        </w:rPr>
        <w:t xml:space="preserve"> sjuka och anfäktade av orena andar, </w:t>
      </w:r>
      <w:r w:rsidRPr="000767E2">
        <w:rPr>
          <w:i/>
          <w:lang w:val="sv-SE"/>
        </w:rPr>
        <w:t>och</w:t>
      </w:r>
      <w:r w:rsidRPr="000767E2">
        <w:rPr>
          <w:lang w:val="sv-SE"/>
        </w:rPr>
        <w:t xml:space="preserve"> de blev botade allesammans.{{field-off:bible}}</w:t>
      </w:r>
    </w:p>
    <w:p w14:paraId="122B95CD" w14:textId="77777777" w:rsidR="00BA33AB" w:rsidRPr="000767E2" w:rsidRDefault="00000000">
      <w:pPr>
        <w:pStyle w:val="Rubrik3"/>
        <w:rPr>
          <w:lang w:val="sv-SE"/>
        </w:rPr>
      </w:pPr>
      <w:r w:rsidRPr="000767E2">
        <w:rPr>
          <w:lang w:val="sv-SE"/>
        </w:rPr>
        <w:t>Apostlarna inför Sanhedrin</w:t>
      </w:r>
    </w:p>
    <w:p w14:paraId="2D1E9D49" w14:textId="132FC49F" w:rsidR="00BA33AB" w:rsidRPr="000767E2" w:rsidRDefault="00000000">
      <w:pPr>
        <w:rPr>
          <w:lang w:val="sv-SE"/>
        </w:rPr>
      </w:pPr>
      <w:r w:rsidRPr="000767E2">
        <w:rPr>
          <w:lang w:val="sv-SE"/>
        </w:rPr>
        <w:t>[[@</w:t>
      </w:r>
      <w:r w:rsidR="0096445B" w:rsidRPr="000767E2">
        <w:rPr>
          <w:lang w:val="sv-SE"/>
        </w:rPr>
        <w:t>BibleBIBEL82</w:t>
      </w:r>
      <w:r w:rsidRPr="000767E2">
        <w:rPr>
          <w:lang w:val="sv-SE"/>
        </w:rPr>
        <w:t>:Acts 5:17]]</w:t>
      </w:r>
      <w:r w:rsidRPr="000767E2">
        <w:rPr>
          <w:vertAlign w:val="superscript"/>
          <w:lang w:val="sv-SE"/>
        </w:rPr>
        <w:t>17</w:t>
      </w:r>
      <w:r w:rsidRPr="000767E2">
        <w:rPr>
          <w:lang w:val="sv-SE"/>
        </w:rPr>
        <w:t xml:space="preserve"> {{field-on:bible}}Men upp stod översteprästen och alla </w:t>
      </w:r>
      <w:r w:rsidRPr="000767E2">
        <w:rPr>
          <w:i/>
          <w:lang w:val="sv-SE"/>
        </w:rPr>
        <w:t>som var</w:t>
      </w:r>
      <w:r w:rsidRPr="000767E2">
        <w:rPr>
          <w:lang w:val="sv-SE"/>
        </w:rPr>
        <w:t xml:space="preserve"> med honom, det som var saddukeernas fraktion, och de fylldes av avundsamhet{{field-off:bible}} [[@</w:t>
      </w:r>
      <w:r w:rsidR="0096445B" w:rsidRPr="000767E2">
        <w:rPr>
          <w:lang w:val="sv-SE"/>
        </w:rPr>
        <w:t>BibleBIBEL82</w:t>
      </w:r>
      <w:r w:rsidRPr="000767E2">
        <w:rPr>
          <w:lang w:val="sv-SE"/>
        </w:rPr>
        <w:t>:Acts 5:18]]</w:t>
      </w:r>
      <w:r w:rsidRPr="000767E2">
        <w:rPr>
          <w:vertAlign w:val="superscript"/>
          <w:lang w:val="sv-SE"/>
        </w:rPr>
        <w:t>18</w:t>
      </w:r>
      <w:r w:rsidRPr="000767E2">
        <w:rPr>
          <w:lang w:val="sv-SE"/>
        </w:rPr>
        <w:t xml:space="preserve"> {{field-on:bible}}och lade händerna på apostlarna och satte dem i offentligt häkte.{{field-off:bible}} [[@</w:t>
      </w:r>
      <w:r w:rsidR="0096445B" w:rsidRPr="000767E2">
        <w:rPr>
          <w:lang w:val="sv-SE"/>
        </w:rPr>
        <w:t>BibleBIBEL82</w:t>
      </w:r>
      <w:r w:rsidRPr="000767E2">
        <w:rPr>
          <w:lang w:val="sv-SE"/>
        </w:rPr>
        <w:t>:Acts 5:19]]</w:t>
      </w:r>
      <w:r w:rsidRPr="000767E2">
        <w:rPr>
          <w:vertAlign w:val="superscript"/>
          <w:lang w:val="sv-SE"/>
        </w:rPr>
        <w:t>19</w:t>
      </w:r>
      <w:r w:rsidRPr="000767E2">
        <w:rPr>
          <w:lang w:val="sv-SE"/>
        </w:rPr>
        <w:t xml:space="preserve"> {{field-on:bible}}Men en Herrens ängel öppnade under natten fängelsets dörrar och förde ut dem och sade:{{field-off:bible}} [[@</w:t>
      </w:r>
      <w:r w:rsidR="0096445B" w:rsidRPr="000767E2">
        <w:rPr>
          <w:lang w:val="sv-SE"/>
        </w:rPr>
        <w:t>BibleBIBEL82</w:t>
      </w:r>
      <w:r w:rsidRPr="000767E2">
        <w:rPr>
          <w:lang w:val="sv-SE"/>
        </w:rPr>
        <w:t>:Acts 5:20]]</w:t>
      </w:r>
      <w:r w:rsidRPr="000767E2">
        <w:rPr>
          <w:vertAlign w:val="superscript"/>
          <w:lang w:val="sv-SE"/>
        </w:rPr>
        <w:t>20</w:t>
      </w:r>
      <w:r w:rsidRPr="000767E2">
        <w:rPr>
          <w:lang w:val="sv-SE"/>
        </w:rPr>
        <w:t xml:space="preserve"> {{field-on:bible}}”Gå och ställ er och tala i templet till folket alla de ord </w:t>
      </w:r>
      <w:r w:rsidRPr="000767E2">
        <w:rPr>
          <w:i/>
          <w:lang w:val="sv-SE"/>
        </w:rPr>
        <w:t>som hör</w:t>
      </w:r>
      <w:r w:rsidRPr="000767E2">
        <w:rPr>
          <w:lang w:val="sv-SE"/>
        </w:rPr>
        <w:t xml:space="preserve"> till detta liv.”{{field-off:bible}} </w:t>
      </w:r>
      <w:r w:rsidRPr="000767E2">
        <w:rPr>
          <w:lang w:val="sv-SE"/>
        </w:rPr>
        <w:lastRenderedPageBreak/>
        <w:t>[[@</w:t>
      </w:r>
      <w:r w:rsidR="0096445B" w:rsidRPr="000767E2">
        <w:rPr>
          <w:lang w:val="sv-SE"/>
        </w:rPr>
        <w:t>BibleBIBEL82</w:t>
      </w:r>
      <w:r w:rsidRPr="000767E2">
        <w:rPr>
          <w:lang w:val="sv-SE"/>
        </w:rPr>
        <w:t>:Acts 5:21]]</w:t>
      </w:r>
      <w:r w:rsidRPr="000767E2">
        <w:rPr>
          <w:vertAlign w:val="superscript"/>
          <w:lang w:val="sv-SE"/>
        </w:rPr>
        <w:t>21</w:t>
      </w:r>
      <w:r w:rsidRPr="000767E2">
        <w:rPr>
          <w:lang w:val="sv-SE"/>
        </w:rPr>
        <w:t xml:space="preserve"> {{field-on:bible}}Och de lyssnade och gick under gryningen till templet och </w:t>
      </w:r>
      <w:r w:rsidRPr="000767E2">
        <w:rPr>
          <w:i/>
          <w:lang w:val="sv-SE"/>
        </w:rPr>
        <w:t>började</w:t>
      </w:r>
      <w:r w:rsidRPr="000767E2">
        <w:rPr>
          <w:lang w:val="sv-SE"/>
        </w:rPr>
        <w:t xml:space="preserve"> undervisa.{{field-off:bible}}</w:t>
      </w:r>
    </w:p>
    <w:p w14:paraId="0A84BBC2" w14:textId="05FD5006" w:rsidR="00BA33AB" w:rsidRPr="000767E2" w:rsidRDefault="00000000">
      <w:pPr>
        <w:rPr>
          <w:lang w:val="sv-SE"/>
        </w:rPr>
      </w:pPr>
      <w:r w:rsidRPr="000767E2">
        <w:rPr>
          <w:lang w:val="sv-SE"/>
        </w:rPr>
        <w:t xml:space="preserve">{{field-on:bible}}Men när översteprästen och de </w:t>
      </w:r>
      <w:r w:rsidRPr="000767E2">
        <w:rPr>
          <w:i/>
          <w:lang w:val="sv-SE"/>
        </w:rPr>
        <w:t>som var</w:t>
      </w:r>
      <w:r w:rsidRPr="000767E2">
        <w:rPr>
          <w:lang w:val="sv-SE"/>
        </w:rPr>
        <w:t xml:space="preserve"> med honom kom fram, sammankallade de Sanhedrin och hela åldermannarådet för Israels söner och sände </w:t>
      </w:r>
      <w:r w:rsidRPr="000767E2">
        <w:rPr>
          <w:i/>
          <w:lang w:val="sv-SE"/>
        </w:rPr>
        <w:t>bud</w:t>
      </w:r>
      <w:r w:rsidRPr="000767E2">
        <w:rPr>
          <w:lang w:val="sv-SE"/>
        </w:rPr>
        <w:t xml:space="preserve"> till fånghäktet </w:t>
      </w:r>
      <w:r w:rsidRPr="000767E2">
        <w:rPr>
          <w:i/>
          <w:lang w:val="sv-SE"/>
        </w:rPr>
        <w:t>för</w:t>
      </w:r>
      <w:r w:rsidRPr="000767E2">
        <w:rPr>
          <w:lang w:val="sv-SE"/>
        </w:rPr>
        <w:t xml:space="preserve"> att föra </w:t>
      </w:r>
      <w:r w:rsidRPr="000767E2">
        <w:rPr>
          <w:i/>
          <w:lang w:val="sv-SE"/>
        </w:rPr>
        <w:t>ut</w:t>
      </w:r>
      <w:r w:rsidRPr="000767E2">
        <w:rPr>
          <w:lang w:val="sv-SE"/>
        </w:rPr>
        <w:t xml:space="preserve"> dem.{{field-off:bible}} [[@</w:t>
      </w:r>
      <w:r w:rsidR="0096445B" w:rsidRPr="000767E2">
        <w:rPr>
          <w:lang w:val="sv-SE"/>
        </w:rPr>
        <w:t>BibleBIBEL82</w:t>
      </w:r>
      <w:r w:rsidRPr="000767E2">
        <w:rPr>
          <w:lang w:val="sv-SE"/>
        </w:rPr>
        <w:t>:Acts 5:22]]</w:t>
      </w:r>
      <w:r w:rsidRPr="000767E2">
        <w:rPr>
          <w:vertAlign w:val="superscript"/>
          <w:lang w:val="sv-SE"/>
        </w:rPr>
        <w:t>22</w:t>
      </w:r>
      <w:r w:rsidRPr="000767E2">
        <w:rPr>
          <w:lang w:val="sv-SE"/>
        </w:rPr>
        <w:t xml:space="preserve"> {{field-on:bible}}Men när undertjänarna kom fram, fann de dem inte i fängelset. Och de vände åter och meddelade{{field-off:bible}} [[@</w:t>
      </w:r>
      <w:r w:rsidR="0096445B" w:rsidRPr="000767E2">
        <w:rPr>
          <w:lang w:val="sv-SE"/>
        </w:rPr>
        <w:t>BibleBIBEL82</w:t>
      </w:r>
      <w:r w:rsidRPr="000767E2">
        <w:rPr>
          <w:lang w:val="sv-SE"/>
        </w:rPr>
        <w:t>:Acts 5:23]]</w:t>
      </w:r>
      <w:r w:rsidRPr="000767E2">
        <w:rPr>
          <w:vertAlign w:val="superscript"/>
          <w:lang w:val="sv-SE"/>
        </w:rPr>
        <w:t>23</w:t>
      </w:r>
      <w:r w:rsidRPr="000767E2">
        <w:rPr>
          <w:lang w:val="sv-SE"/>
        </w:rPr>
        <w:t xml:space="preserve"> {{field-on:bible}}och sade att: ”Fånghäktet fann vi stängt med all säkerhet, och vakterna stående vid dörrarna. Men när vi öppnade, fann vi ingen därinne.”{{field-off:bible}} [[@</w:t>
      </w:r>
      <w:r w:rsidR="0096445B" w:rsidRPr="000767E2">
        <w:rPr>
          <w:lang w:val="sv-SE"/>
        </w:rPr>
        <w:t>BibleBIBEL82</w:t>
      </w:r>
      <w:r w:rsidRPr="000767E2">
        <w:rPr>
          <w:lang w:val="sv-SE"/>
        </w:rPr>
        <w:t>:Acts 5:24]]</w:t>
      </w:r>
      <w:r w:rsidRPr="000767E2">
        <w:rPr>
          <w:vertAlign w:val="superscript"/>
          <w:lang w:val="sv-SE"/>
        </w:rPr>
        <w:t>24</w:t>
      </w:r>
      <w:r w:rsidRPr="000767E2">
        <w:rPr>
          <w:lang w:val="sv-SE"/>
        </w:rPr>
        <w:t xml:space="preserve"> {{field-on:bible}}Och när de hörde dessa ord var både tempelkommendanten och översteprästerna djupt villrådiga om dem, vad detta kunde vara.{{field-off:bible}} [[@</w:t>
      </w:r>
      <w:r w:rsidR="0096445B" w:rsidRPr="000767E2">
        <w:rPr>
          <w:lang w:val="sv-SE"/>
        </w:rPr>
        <w:t>BibleBIBEL82</w:t>
      </w:r>
      <w:r w:rsidRPr="000767E2">
        <w:rPr>
          <w:lang w:val="sv-SE"/>
        </w:rPr>
        <w:t>:Acts 5:25]]</w:t>
      </w:r>
      <w:r w:rsidRPr="000767E2">
        <w:rPr>
          <w:vertAlign w:val="superscript"/>
          <w:lang w:val="sv-SE"/>
        </w:rPr>
        <w:t>25</w:t>
      </w:r>
      <w:r w:rsidRPr="000767E2">
        <w:rPr>
          <w:lang w:val="sv-SE"/>
        </w:rPr>
        <w:t xml:space="preserve"> {{field-on:bible}}Men någon kom fram och berättade för dem att: ”Se: männen som ni satte i fängelset är i templet, och de står och undervisar folket!”{{field-off:bible}} [[@</w:t>
      </w:r>
      <w:r w:rsidR="0096445B" w:rsidRPr="000767E2">
        <w:rPr>
          <w:lang w:val="sv-SE"/>
        </w:rPr>
        <w:t>BibleBIBEL82</w:t>
      </w:r>
      <w:r w:rsidRPr="000767E2">
        <w:rPr>
          <w:lang w:val="sv-SE"/>
        </w:rPr>
        <w:t>:Acts 5:26]]</w:t>
      </w:r>
      <w:r w:rsidRPr="000767E2">
        <w:rPr>
          <w:vertAlign w:val="superscript"/>
          <w:lang w:val="sv-SE"/>
        </w:rPr>
        <w:t>26</w:t>
      </w:r>
      <w:r w:rsidRPr="000767E2">
        <w:rPr>
          <w:lang w:val="sv-SE"/>
        </w:rPr>
        <w:t xml:space="preserve"> {{field-on:bible}}Då gick kommendanten iväg med undertjänarna och hämtade dem – inte med våld, för de fruktade folket </w:t>
      </w:r>
      <w:r w:rsidRPr="000767E2">
        <w:rPr>
          <w:i/>
          <w:lang w:val="sv-SE"/>
        </w:rPr>
        <w:t>så</w:t>
      </w:r>
      <w:r w:rsidRPr="000767E2">
        <w:rPr>
          <w:lang w:val="sv-SE"/>
        </w:rPr>
        <w:t xml:space="preserve"> att de inte skulle bli stenade.{{field-off:bible}}</w:t>
      </w:r>
    </w:p>
    <w:p w14:paraId="2123CAD5" w14:textId="00BF3788" w:rsidR="00BA33AB" w:rsidRPr="000767E2" w:rsidRDefault="00000000">
      <w:pPr>
        <w:rPr>
          <w:lang w:val="sv-SE"/>
        </w:rPr>
      </w:pPr>
      <w:r w:rsidRPr="000767E2">
        <w:rPr>
          <w:lang w:val="sv-SE"/>
        </w:rPr>
        <w:t>[[@</w:t>
      </w:r>
      <w:r w:rsidR="0096445B" w:rsidRPr="000767E2">
        <w:rPr>
          <w:lang w:val="sv-SE"/>
        </w:rPr>
        <w:t>BibleBIBEL82</w:t>
      </w:r>
      <w:r w:rsidRPr="000767E2">
        <w:rPr>
          <w:lang w:val="sv-SE"/>
        </w:rPr>
        <w:t>:Acts 5:27]]</w:t>
      </w:r>
      <w:r w:rsidRPr="000767E2">
        <w:rPr>
          <w:vertAlign w:val="superscript"/>
          <w:lang w:val="sv-SE"/>
        </w:rPr>
        <w:t>27</w:t>
      </w:r>
      <w:r w:rsidRPr="000767E2">
        <w:rPr>
          <w:lang w:val="sv-SE"/>
        </w:rPr>
        <w:t xml:space="preserve"> {{field-on:bible}}Och de hämtade dem och ställde i Sanhedrin, och översteprästen frågade dem{{field-off:bible}} [[@</w:t>
      </w:r>
      <w:r w:rsidR="0096445B" w:rsidRPr="000767E2">
        <w:rPr>
          <w:lang w:val="sv-SE"/>
        </w:rPr>
        <w:t>BibleBIBEL82</w:t>
      </w:r>
      <w:r w:rsidRPr="000767E2">
        <w:rPr>
          <w:lang w:val="sv-SE"/>
        </w:rPr>
        <w:t>:Acts 5:28]]</w:t>
      </w:r>
      <w:r w:rsidRPr="000767E2">
        <w:rPr>
          <w:vertAlign w:val="superscript"/>
          <w:lang w:val="sv-SE"/>
        </w:rPr>
        <w:t>28</w:t>
      </w:r>
      <w:r w:rsidRPr="000767E2">
        <w:rPr>
          <w:lang w:val="sv-SE"/>
        </w:rPr>
        <w:t xml:space="preserve"> {{field-on:bible}}och sade: ”Har inte vi med instruktion instruerat er att inte undervisa i detta namn? Och se, ni har uppfyllt Jerusalem med er undervisning och önskar dra över oss den där människans blod.”{{field-off:bible}} [[@</w:t>
      </w:r>
      <w:r w:rsidR="0096445B" w:rsidRPr="000767E2">
        <w:rPr>
          <w:lang w:val="sv-SE"/>
        </w:rPr>
        <w:t>BibleBIBEL82</w:t>
      </w:r>
      <w:r w:rsidRPr="000767E2">
        <w:rPr>
          <w:lang w:val="sv-SE"/>
        </w:rPr>
        <w:t>:Acts 5:29]]</w:t>
      </w:r>
      <w:r w:rsidRPr="000767E2">
        <w:rPr>
          <w:vertAlign w:val="superscript"/>
          <w:lang w:val="sv-SE"/>
        </w:rPr>
        <w:t>29</w:t>
      </w:r>
      <w:r w:rsidRPr="000767E2">
        <w:rPr>
          <w:lang w:val="sv-SE"/>
        </w:rPr>
        <w:t xml:space="preserve"> {{field-on:bible}}Men </w:t>
      </w:r>
      <w:r w:rsidRPr="000767E2">
        <w:rPr>
          <w:i/>
          <w:lang w:val="sv-SE"/>
        </w:rPr>
        <w:t>då</w:t>
      </w:r>
      <w:r w:rsidRPr="000767E2">
        <w:rPr>
          <w:lang w:val="sv-SE"/>
        </w:rPr>
        <w:t xml:space="preserve"> svarade Petrus och apostlarna och sade: ”</w:t>
      </w:r>
      <w:r w:rsidRPr="000767E2">
        <w:rPr>
          <w:i/>
          <w:lang w:val="sv-SE"/>
        </w:rPr>
        <w:t>Man</w:t>
      </w:r>
      <w:r w:rsidRPr="000767E2">
        <w:rPr>
          <w:lang w:val="sv-SE"/>
        </w:rPr>
        <w:t xml:space="preserve"> måste lyda Gud mer än människor.{{field-off:bible}} [[@</w:t>
      </w:r>
      <w:r w:rsidR="0096445B" w:rsidRPr="000767E2">
        <w:rPr>
          <w:lang w:val="sv-SE"/>
        </w:rPr>
        <w:t>BibleBIBEL82</w:t>
      </w:r>
      <w:r w:rsidRPr="000767E2">
        <w:rPr>
          <w:lang w:val="sv-SE"/>
        </w:rPr>
        <w:t>:Acts 5:30]]</w:t>
      </w:r>
      <w:r w:rsidRPr="000767E2">
        <w:rPr>
          <w:vertAlign w:val="superscript"/>
          <w:lang w:val="sv-SE"/>
        </w:rPr>
        <w:t>30</w:t>
      </w:r>
      <w:r w:rsidRPr="000767E2">
        <w:rPr>
          <w:lang w:val="sv-SE"/>
        </w:rPr>
        <w:t xml:space="preserve"> {{field-on:bible}}Våra fäders Gud har uppväckt Jesus, som ni expedierade </w:t>
      </w:r>
      <w:r w:rsidRPr="000767E2">
        <w:rPr>
          <w:i/>
          <w:lang w:val="sv-SE"/>
        </w:rPr>
        <w:t>genom att</w:t>
      </w:r>
      <w:r w:rsidRPr="000767E2">
        <w:rPr>
          <w:lang w:val="sv-SE"/>
        </w:rPr>
        <w:t xml:space="preserve"> hänga upp på trä.{{field-off:bible}} [[@</w:t>
      </w:r>
      <w:r w:rsidR="0096445B" w:rsidRPr="000767E2">
        <w:rPr>
          <w:lang w:val="sv-SE"/>
        </w:rPr>
        <w:t>BibleBIBEL82</w:t>
      </w:r>
      <w:r w:rsidRPr="000767E2">
        <w:rPr>
          <w:lang w:val="sv-SE"/>
        </w:rPr>
        <w:t>:Acts 5:31]]</w:t>
      </w:r>
      <w:r w:rsidRPr="000767E2">
        <w:rPr>
          <w:vertAlign w:val="superscript"/>
          <w:lang w:val="sv-SE"/>
        </w:rPr>
        <w:t>31</w:t>
      </w:r>
      <w:r w:rsidRPr="000767E2">
        <w:rPr>
          <w:lang w:val="sv-SE"/>
        </w:rPr>
        <w:t xml:space="preserve"> {{field-on:bible}}Honom har Gud upphöjt </w:t>
      </w:r>
      <w:r w:rsidRPr="000767E2">
        <w:rPr>
          <w:i/>
          <w:lang w:val="sv-SE"/>
        </w:rPr>
        <w:t>som</w:t>
      </w:r>
      <w:r w:rsidRPr="000767E2">
        <w:rPr>
          <w:lang w:val="sv-SE"/>
        </w:rPr>
        <w:t xml:space="preserve"> upphovsman och frälsare till sin högra </w:t>
      </w:r>
      <w:r w:rsidRPr="000767E2">
        <w:rPr>
          <w:i/>
          <w:lang w:val="sv-SE"/>
        </w:rPr>
        <w:t>hand</w:t>
      </w:r>
      <w:r w:rsidRPr="000767E2">
        <w:rPr>
          <w:lang w:val="sv-SE"/>
        </w:rPr>
        <w:t xml:space="preserve">, </w:t>
      </w:r>
      <w:r w:rsidRPr="000767E2">
        <w:rPr>
          <w:i/>
          <w:lang w:val="sv-SE"/>
        </w:rPr>
        <w:t>för</w:t>
      </w:r>
      <w:r w:rsidRPr="000767E2">
        <w:rPr>
          <w:lang w:val="sv-SE"/>
        </w:rPr>
        <w:t xml:space="preserve"> att ge omvändelse till Israel och synders förlåtelse.{{field-off:bible}} [[@</w:t>
      </w:r>
      <w:r w:rsidR="0096445B" w:rsidRPr="000767E2">
        <w:rPr>
          <w:lang w:val="sv-SE"/>
        </w:rPr>
        <w:t>BibleBIBEL82</w:t>
      </w:r>
      <w:r w:rsidRPr="000767E2">
        <w:rPr>
          <w:lang w:val="sv-SE"/>
        </w:rPr>
        <w:t>:Acts 5:32]]</w:t>
      </w:r>
      <w:r w:rsidRPr="000767E2">
        <w:rPr>
          <w:vertAlign w:val="superscript"/>
          <w:lang w:val="sv-SE"/>
        </w:rPr>
        <w:t>32</w:t>
      </w:r>
      <w:r w:rsidRPr="000767E2">
        <w:rPr>
          <w:lang w:val="sv-SE"/>
        </w:rPr>
        <w:t xml:space="preserve"> {{field-on:bible}}Och vi är vittnen till dessa ord, även den heliga Anden som Gud har gett till dem som lyder honom.”{{field-off:bible}}</w:t>
      </w:r>
    </w:p>
    <w:p w14:paraId="7529208C" w14:textId="1A8EBCA4" w:rsidR="00BA33AB" w:rsidRPr="000767E2" w:rsidRDefault="00000000">
      <w:pPr>
        <w:rPr>
          <w:lang w:val="sv-SE"/>
        </w:rPr>
      </w:pPr>
      <w:r w:rsidRPr="000767E2">
        <w:rPr>
          <w:lang w:val="sv-SE"/>
        </w:rPr>
        <w:t>[[@</w:t>
      </w:r>
      <w:r w:rsidR="0096445B" w:rsidRPr="000767E2">
        <w:rPr>
          <w:lang w:val="sv-SE"/>
        </w:rPr>
        <w:t>BibleBIBEL82</w:t>
      </w:r>
      <w:r w:rsidRPr="000767E2">
        <w:rPr>
          <w:lang w:val="sv-SE"/>
        </w:rPr>
        <w:t>:Acts 5:33]]</w:t>
      </w:r>
      <w:r w:rsidRPr="000767E2">
        <w:rPr>
          <w:vertAlign w:val="superscript"/>
          <w:lang w:val="sv-SE"/>
        </w:rPr>
        <w:t>33</w:t>
      </w:r>
      <w:r w:rsidRPr="000767E2">
        <w:rPr>
          <w:lang w:val="sv-SE"/>
        </w:rPr>
        <w:t xml:space="preserve"> {{field-on:bible}}Men när de hörde </w:t>
      </w:r>
      <w:r w:rsidRPr="000767E2">
        <w:rPr>
          <w:i/>
          <w:lang w:val="sv-SE"/>
        </w:rPr>
        <w:t>detta</w:t>
      </w:r>
      <w:r w:rsidRPr="000767E2">
        <w:rPr>
          <w:lang w:val="sv-SE"/>
        </w:rPr>
        <w:t>, var de söndersågade och önskade avrätta dem.{{field-off:bible}} [[@</w:t>
      </w:r>
      <w:r w:rsidR="0096445B" w:rsidRPr="000767E2">
        <w:rPr>
          <w:lang w:val="sv-SE"/>
        </w:rPr>
        <w:t>BibleBIBEL82</w:t>
      </w:r>
      <w:r w:rsidRPr="000767E2">
        <w:rPr>
          <w:lang w:val="sv-SE"/>
        </w:rPr>
        <w:t>:Acts 5:34]]</w:t>
      </w:r>
      <w:r w:rsidRPr="000767E2">
        <w:rPr>
          <w:vertAlign w:val="superscript"/>
          <w:lang w:val="sv-SE"/>
        </w:rPr>
        <w:t>34</w:t>
      </w:r>
      <w:r w:rsidRPr="000767E2">
        <w:rPr>
          <w:lang w:val="sv-SE"/>
        </w:rPr>
        <w:t xml:space="preserve"> {{field-on:bible}}Men upp stod i Sanhedrin en farisé vid namn Gamaliel, en laglärare hedrad av hela folket, och befallde att </w:t>
      </w:r>
      <w:r w:rsidRPr="000767E2">
        <w:rPr>
          <w:i/>
          <w:lang w:val="sv-SE"/>
        </w:rPr>
        <w:t>man</w:t>
      </w:r>
      <w:r w:rsidRPr="000767E2">
        <w:rPr>
          <w:lang w:val="sv-SE"/>
        </w:rPr>
        <w:t xml:space="preserve"> kort </w:t>
      </w:r>
      <w:r w:rsidRPr="000767E2">
        <w:rPr>
          <w:i/>
          <w:lang w:val="sv-SE"/>
        </w:rPr>
        <w:t>skulle</w:t>
      </w:r>
      <w:r w:rsidRPr="000767E2">
        <w:rPr>
          <w:lang w:val="sv-SE"/>
        </w:rPr>
        <w:t xml:space="preserve"> göra </w:t>
      </w:r>
      <w:r w:rsidRPr="000767E2">
        <w:rPr>
          <w:i/>
          <w:lang w:val="sv-SE"/>
        </w:rPr>
        <w:t>så att</w:t>
      </w:r>
      <w:r w:rsidRPr="000767E2">
        <w:rPr>
          <w:lang w:val="sv-SE"/>
        </w:rPr>
        <w:t xml:space="preserve"> människorna </w:t>
      </w:r>
      <w:r w:rsidRPr="000767E2">
        <w:rPr>
          <w:i/>
          <w:lang w:val="sv-SE"/>
        </w:rPr>
        <w:t>var</w:t>
      </w:r>
      <w:r w:rsidRPr="000767E2">
        <w:rPr>
          <w:lang w:val="sv-SE"/>
        </w:rPr>
        <w:t xml:space="preserve"> utanför.{{field-off:bible}} [[@</w:t>
      </w:r>
      <w:r w:rsidR="0096445B" w:rsidRPr="000767E2">
        <w:rPr>
          <w:lang w:val="sv-SE"/>
        </w:rPr>
        <w:t>BibleBIBEL82</w:t>
      </w:r>
      <w:r w:rsidRPr="000767E2">
        <w:rPr>
          <w:lang w:val="sv-SE"/>
        </w:rPr>
        <w:t>:Acts 5:35]]</w:t>
      </w:r>
      <w:r w:rsidRPr="000767E2">
        <w:rPr>
          <w:vertAlign w:val="superscript"/>
          <w:lang w:val="sv-SE"/>
        </w:rPr>
        <w:t>35</w:t>
      </w:r>
      <w:r w:rsidRPr="000767E2">
        <w:rPr>
          <w:lang w:val="sv-SE"/>
        </w:rPr>
        <w:t xml:space="preserve"> {{field-on:bible}}Och han sade till dem: ”Män, israeliter! Akta er med dessa människor, vad ni är på väg att begå.{{field-off:bible}} [[@</w:t>
      </w:r>
      <w:r w:rsidR="0096445B" w:rsidRPr="000767E2">
        <w:rPr>
          <w:lang w:val="sv-SE"/>
        </w:rPr>
        <w:t>BibleBIBEL82</w:t>
      </w:r>
      <w:r w:rsidRPr="000767E2">
        <w:rPr>
          <w:lang w:val="sv-SE"/>
        </w:rPr>
        <w:t>:Acts 5:36]]</w:t>
      </w:r>
      <w:r w:rsidRPr="000767E2">
        <w:rPr>
          <w:vertAlign w:val="superscript"/>
          <w:lang w:val="sv-SE"/>
        </w:rPr>
        <w:t>36</w:t>
      </w:r>
      <w:r w:rsidRPr="000767E2">
        <w:rPr>
          <w:lang w:val="sv-SE"/>
        </w:rPr>
        <w:t xml:space="preserve"> {{field-on:bible}}Före dessa dagar uppstod ju Theudas och sade sig vara någon. Till honom slöt sig ett antal män, ungefär fyrahundra. Han blev avrättad, och alla som förtröstade på honom upplöstes och blev till intet.{{field-off:bible}} [[@</w:t>
      </w:r>
      <w:r w:rsidR="0096445B" w:rsidRPr="000767E2">
        <w:rPr>
          <w:lang w:val="sv-SE"/>
        </w:rPr>
        <w:t>BibleBIBEL82</w:t>
      </w:r>
      <w:r w:rsidRPr="000767E2">
        <w:rPr>
          <w:lang w:val="sv-SE"/>
        </w:rPr>
        <w:t>:Acts 5:37]]</w:t>
      </w:r>
      <w:r w:rsidRPr="000767E2">
        <w:rPr>
          <w:vertAlign w:val="superscript"/>
          <w:lang w:val="sv-SE"/>
        </w:rPr>
        <w:t>37</w:t>
      </w:r>
      <w:r w:rsidRPr="000767E2">
        <w:rPr>
          <w:lang w:val="sv-SE"/>
        </w:rPr>
        <w:t xml:space="preserve"> {{field-on:bible}}Efter denne uppstod Judas galilén, under dagarna för uppteckningen, och avlägsnade ett folk efter sig. Även denne förgjordes, och alla som förtröstade på honom skingrades.{{field-off:bible}} [[@</w:t>
      </w:r>
      <w:r w:rsidR="0096445B" w:rsidRPr="000767E2">
        <w:rPr>
          <w:lang w:val="sv-SE"/>
        </w:rPr>
        <w:t>BibleBIBEL82</w:t>
      </w:r>
      <w:r w:rsidRPr="000767E2">
        <w:rPr>
          <w:lang w:val="sv-SE"/>
        </w:rPr>
        <w:t>:Acts 5:38]]</w:t>
      </w:r>
      <w:r w:rsidRPr="000767E2">
        <w:rPr>
          <w:vertAlign w:val="superscript"/>
          <w:lang w:val="sv-SE"/>
        </w:rPr>
        <w:t>38</w:t>
      </w:r>
      <w:r w:rsidRPr="000767E2">
        <w:rPr>
          <w:lang w:val="sv-SE"/>
        </w:rPr>
        <w:t xml:space="preserve"> {{field-on:bible}}Och nu säger jag er: Avlägsna er från dessa människor och låt dem </w:t>
      </w:r>
      <w:r w:rsidRPr="000767E2">
        <w:rPr>
          <w:i/>
          <w:lang w:val="sv-SE"/>
        </w:rPr>
        <w:t>vara</w:t>
      </w:r>
      <w:r w:rsidRPr="000767E2">
        <w:rPr>
          <w:lang w:val="sv-SE"/>
        </w:rPr>
        <w:t xml:space="preserve">. För om det är från människor </w:t>
      </w:r>
      <w:r w:rsidRPr="000767E2">
        <w:rPr>
          <w:i/>
          <w:lang w:val="sv-SE"/>
        </w:rPr>
        <w:t>med</w:t>
      </w:r>
      <w:r w:rsidRPr="000767E2">
        <w:rPr>
          <w:lang w:val="sv-SE"/>
        </w:rPr>
        <w:t xml:space="preserve"> denna plan eller detta verk, kommer det att upplösas.{{field-off:bible}} [[@</w:t>
      </w:r>
      <w:r w:rsidR="0096445B" w:rsidRPr="000767E2">
        <w:rPr>
          <w:lang w:val="sv-SE"/>
        </w:rPr>
        <w:t>BibleBIBEL82</w:t>
      </w:r>
      <w:r w:rsidRPr="000767E2">
        <w:rPr>
          <w:lang w:val="sv-SE"/>
        </w:rPr>
        <w:t>:Acts 5:39]]</w:t>
      </w:r>
      <w:r w:rsidRPr="000767E2">
        <w:rPr>
          <w:vertAlign w:val="superscript"/>
          <w:lang w:val="sv-SE"/>
        </w:rPr>
        <w:t>39</w:t>
      </w:r>
      <w:r w:rsidRPr="000767E2">
        <w:rPr>
          <w:lang w:val="sv-SE"/>
        </w:rPr>
        <w:t xml:space="preserve"> {{field-</w:t>
      </w:r>
      <w:r w:rsidRPr="000767E2">
        <w:rPr>
          <w:lang w:val="sv-SE"/>
        </w:rPr>
        <w:lastRenderedPageBreak/>
        <w:t>on:bible}}Men om det är av Gud kommer ni inte att kunna upplösa dem. Så att ni inte också befinns strida mot Gud.”{{field-off:bible}}</w:t>
      </w:r>
    </w:p>
    <w:p w14:paraId="45D28C87" w14:textId="46E61C65" w:rsidR="00BA33AB" w:rsidRPr="000767E2" w:rsidRDefault="00000000">
      <w:pPr>
        <w:rPr>
          <w:lang w:val="sv-SE"/>
        </w:rPr>
      </w:pPr>
      <w:r w:rsidRPr="000767E2">
        <w:rPr>
          <w:lang w:val="sv-SE"/>
        </w:rPr>
        <w:t xml:space="preserve">{{field-on:bible}}Och de </w:t>
      </w:r>
      <w:r w:rsidRPr="000767E2">
        <w:rPr>
          <w:i/>
          <w:lang w:val="sv-SE"/>
        </w:rPr>
        <w:t>lät sig</w:t>
      </w:r>
      <w:r w:rsidRPr="000767E2">
        <w:rPr>
          <w:lang w:val="sv-SE"/>
        </w:rPr>
        <w:t xml:space="preserve"> övertygas av honom,{{field-off:bible}} [[@</w:t>
      </w:r>
      <w:r w:rsidR="0096445B" w:rsidRPr="000767E2">
        <w:rPr>
          <w:lang w:val="sv-SE"/>
        </w:rPr>
        <w:t>BibleBIBEL82</w:t>
      </w:r>
      <w:r w:rsidRPr="000767E2">
        <w:rPr>
          <w:lang w:val="sv-SE"/>
        </w:rPr>
        <w:t>:Acts 5:40]]</w:t>
      </w:r>
      <w:r w:rsidRPr="000767E2">
        <w:rPr>
          <w:vertAlign w:val="superscript"/>
          <w:lang w:val="sv-SE"/>
        </w:rPr>
        <w:t>40</w:t>
      </w:r>
      <w:r w:rsidRPr="000767E2">
        <w:rPr>
          <w:lang w:val="sv-SE"/>
        </w:rPr>
        <w:t xml:space="preserve"> {{field-on:bible}}och de kallade till sig apostlarna </w:t>
      </w:r>
      <w:r w:rsidRPr="000767E2">
        <w:rPr>
          <w:i/>
          <w:lang w:val="sv-SE"/>
        </w:rPr>
        <w:t>och</w:t>
      </w:r>
      <w:r w:rsidRPr="000767E2">
        <w:rPr>
          <w:lang w:val="sv-SE"/>
        </w:rPr>
        <w:t xml:space="preserve"> pryglade och instruerade att inte tala i Jesu namn, och frigav </w:t>
      </w:r>
      <w:r w:rsidRPr="000767E2">
        <w:rPr>
          <w:i/>
          <w:lang w:val="sv-SE"/>
        </w:rPr>
        <w:t>dem</w:t>
      </w:r>
      <w:r w:rsidRPr="000767E2">
        <w:rPr>
          <w:lang w:val="sv-SE"/>
        </w:rPr>
        <w:t>.{{field-off:bible}} [[@</w:t>
      </w:r>
      <w:r w:rsidR="0096445B" w:rsidRPr="000767E2">
        <w:rPr>
          <w:lang w:val="sv-SE"/>
        </w:rPr>
        <w:t>BibleBIBEL82</w:t>
      </w:r>
      <w:r w:rsidRPr="000767E2">
        <w:rPr>
          <w:lang w:val="sv-SE"/>
        </w:rPr>
        <w:t>:Acts 5:41]]</w:t>
      </w:r>
      <w:r w:rsidRPr="000767E2">
        <w:rPr>
          <w:vertAlign w:val="superscript"/>
          <w:lang w:val="sv-SE"/>
        </w:rPr>
        <w:t>41</w:t>
      </w:r>
      <w:r w:rsidRPr="000767E2">
        <w:rPr>
          <w:lang w:val="sv-SE"/>
        </w:rPr>
        <w:t xml:space="preserve"> {{field-on:bible}}De gick då glada från Sanhedrins ansikte, för att de räknats värdiga att för Namnets skull bli vanhedrade.{{field-off:bible}} [[@</w:t>
      </w:r>
      <w:r w:rsidR="0096445B" w:rsidRPr="000767E2">
        <w:rPr>
          <w:lang w:val="sv-SE"/>
        </w:rPr>
        <w:t>BibleBIBEL82</w:t>
      </w:r>
      <w:r w:rsidRPr="000767E2">
        <w:rPr>
          <w:lang w:val="sv-SE"/>
        </w:rPr>
        <w:t>:Acts 5:42]]</w:t>
      </w:r>
      <w:r w:rsidRPr="000767E2">
        <w:rPr>
          <w:vertAlign w:val="superscript"/>
          <w:lang w:val="sv-SE"/>
        </w:rPr>
        <w:t>42</w:t>
      </w:r>
      <w:r w:rsidRPr="000767E2">
        <w:rPr>
          <w:lang w:val="sv-SE"/>
        </w:rPr>
        <w:t xml:space="preserve"> {{field-on:bible}}Och varje dag i templet och i hemmen slutade de inte att undervisa och evangelisera </w:t>
      </w:r>
      <w:r w:rsidRPr="000767E2">
        <w:rPr>
          <w:i/>
          <w:lang w:val="sv-SE"/>
        </w:rPr>
        <w:t>att</w:t>
      </w:r>
      <w:r w:rsidRPr="000767E2">
        <w:rPr>
          <w:lang w:val="sv-SE"/>
        </w:rPr>
        <w:t xml:space="preserve"> Kristus </w:t>
      </w:r>
      <w:r w:rsidRPr="000767E2">
        <w:rPr>
          <w:i/>
          <w:lang w:val="sv-SE"/>
        </w:rPr>
        <w:t>är</w:t>
      </w:r>
      <w:r w:rsidRPr="000767E2">
        <w:rPr>
          <w:lang w:val="sv-SE"/>
        </w:rPr>
        <w:t xml:space="preserve"> Jesus.{{field-off:bible}}</w:t>
      </w:r>
    </w:p>
    <w:p w14:paraId="3965DFA6" w14:textId="0F789F26"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6]]Kapitel 6</w:t>
      </w:r>
    </w:p>
    <w:p w14:paraId="1441BD85" w14:textId="77777777" w:rsidR="00BA33AB" w:rsidRPr="000767E2" w:rsidRDefault="00000000">
      <w:pPr>
        <w:pStyle w:val="Rubrik3"/>
        <w:rPr>
          <w:lang w:val="sv-SE"/>
        </w:rPr>
      </w:pPr>
      <w:r w:rsidRPr="000767E2">
        <w:rPr>
          <w:lang w:val="sv-SE"/>
        </w:rPr>
        <w:t>Sju församlingstjänare utses</w:t>
      </w:r>
    </w:p>
    <w:p w14:paraId="39106578" w14:textId="799C3D23" w:rsidR="00BA33AB" w:rsidRPr="000767E2" w:rsidRDefault="00000000">
      <w:pPr>
        <w:rPr>
          <w:lang w:val="sv-SE"/>
        </w:rPr>
      </w:pPr>
      <w:r w:rsidRPr="000767E2">
        <w:rPr>
          <w:lang w:val="sv-SE"/>
        </w:rPr>
        <w:t>[[@</w:t>
      </w:r>
      <w:r w:rsidR="0096445B" w:rsidRPr="000767E2">
        <w:rPr>
          <w:lang w:val="sv-SE"/>
        </w:rPr>
        <w:t>BibleBIBEL82</w:t>
      </w:r>
      <w:r w:rsidRPr="000767E2">
        <w:rPr>
          <w:lang w:val="sv-SE"/>
        </w:rPr>
        <w:t>:Acts 6:1]]</w:t>
      </w:r>
      <w:r w:rsidRPr="000767E2">
        <w:rPr>
          <w:vertAlign w:val="superscript"/>
          <w:lang w:val="sv-SE"/>
        </w:rPr>
        <w:t>1</w:t>
      </w:r>
      <w:r w:rsidRPr="000767E2">
        <w:rPr>
          <w:lang w:val="sv-SE"/>
        </w:rPr>
        <w:t xml:space="preserve"> {{field-on:bible}}Men under dessa dagar, när lärjungarna förökades, blev det ett muttrande hos de grekisktalande mot de hebreiska: att deras änkor blev förbisedda vid den dagliga betjäningen.{{field-off:bible}} [[@</w:t>
      </w:r>
      <w:r w:rsidR="0096445B" w:rsidRPr="000767E2">
        <w:rPr>
          <w:lang w:val="sv-SE"/>
        </w:rPr>
        <w:t>BibleBIBEL82</w:t>
      </w:r>
      <w:r w:rsidRPr="000767E2">
        <w:rPr>
          <w:lang w:val="sv-SE"/>
        </w:rPr>
        <w:t>:Acts 6:2]]</w:t>
      </w:r>
      <w:r w:rsidRPr="000767E2">
        <w:rPr>
          <w:vertAlign w:val="superscript"/>
          <w:lang w:val="sv-SE"/>
        </w:rPr>
        <w:t>2</w:t>
      </w:r>
      <w:r w:rsidRPr="000767E2">
        <w:rPr>
          <w:lang w:val="sv-SE"/>
        </w:rPr>
        <w:t xml:space="preserve"> {{field-on:bible}}Och de tolv kallade till sig mängden av lärjungarna och sade: ”Det är inte till behag att vi lämnar Guds ord </w:t>
      </w:r>
      <w:r w:rsidRPr="000767E2">
        <w:rPr>
          <w:i/>
          <w:lang w:val="sv-SE"/>
        </w:rPr>
        <w:t>för</w:t>
      </w:r>
      <w:r w:rsidRPr="000767E2">
        <w:rPr>
          <w:lang w:val="sv-SE"/>
        </w:rPr>
        <w:t xml:space="preserve"> att betjäna </w:t>
      </w:r>
      <w:r w:rsidRPr="000767E2">
        <w:rPr>
          <w:i/>
          <w:lang w:val="sv-SE"/>
        </w:rPr>
        <w:t>vid</w:t>
      </w:r>
      <w:r w:rsidRPr="000767E2">
        <w:rPr>
          <w:lang w:val="sv-SE"/>
        </w:rPr>
        <w:t xml:space="preserve"> bord.{{field-off:bible}} [[@</w:t>
      </w:r>
      <w:r w:rsidR="0096445B" w:rsidRPr="000767E2">
        <w:rPr>
          <w:lang w:val="sv-SE"/>
        </w:rPr>
        <w:t>BibleBIBEL82</w:t>
      </w:r>
      <w:r w:rsidRPr="000767E2">
        <w:rPr>
          <w:lang w:val="sv-SE"/>
        </w:rPr>
        <w:t>:Acts 6:3]]</w:t>
      </w:r>
      <w:r w:rsidRPr="000767E2">
        <w:rPr>
          <w:vertAlign w:val="superscript"/>
          <w:lang w:val="sv-SE"/>
        </w:rPr>
        <w:t>3</w:t>
      </w:r>
      <w:r w:rsidRPr="000767E2">
        <w:rPr>
          <w:lang w:val="sv-SE"/>
        </w:rPr>
        <w:t xml:space="preserve"> {{field-on:bible}}Men tillse, syskon, män från er </w:t>
      </w:r>
      <w:r w:rsidRPr="000767E2">
        <w:rPr>
          <w:i/>
          <w:lang w:val="sv-SE"/>
        </w:rPr>
        <w:t>som är</w:t>
      </w:r>
      <w:r w:rsidRPr="000767E2">
        <w:rPr>
          <w:lang w:val="sv-SE"/>
        </w:rPr>
        <w:t xml:space="preserve"> omvittnade, sju fulla av Ande och vishet som vi ska insätta över detta behov.{{field-off:bible}} [[@</w:t>
      </w:r>
      <w:r w:rsidR="0096445B" w:rsidRPr="000767E2">
        <w:rPr>
          <w:lang w:val="sv-SE"/>
        </w:rPr>
        <w:t>BibleBIBEL82</w:t>
      </w:r>
      <w:r w:rsidRPr="000767E2">
        <w:rPr>
          <w:lang w:val="sv-SE"/>
        </w:rPr>
        <w:t>:Acts 6:4]]</w:t>
      </w:r>
      <w:r w:rsidRPr="000767E2">
        <w:rPr>
          <w:vertAlign w:val="superscript"/>
          <w:lang w:val="sv-SE"/>
        </w:rPr>
        <w:t>4</w:t>
      </w:r>
      <w:r w:rsidRPr="000767E2">
        <w:rPr>
          <w:lang w:val="sv-SE"/>
        </w:rPr>
        <w:t xml:space="preserve"> {{field-on:bible}}Men vi ska ständigt vara i bönen och i ordets tjänst.”{{field-off:bible}}</w:t>
      </w:r>
    </w:p>
    <w:p w14:paraId="45117161" w14:textId="04D73202" w:rsidR="00BA33AB" w:rsidRPr="000767E2" w:rsidRDefault="00000000">
      <w:pPr>
        <w:rPr>
          <w:lang w:val="sv-SE"/>
        </w:rPr>
      </w:pPr>
      <w:r w:rsidRPr="000767E2">
        <w:rPr>
          <w:lang w:val="sv-SE"/>
        </w:rPr>
        <w:t>[[@</w:t>
      </w:r>
      <w:r w:rsidR="0096445B" w:rsidRPr="000767E2">
        <w:rPr>
          <w:lang w:val="sv-SE"/>
        </w:rPr>
        <w:t>BibleBIBEL82</w:t>
      </w:r>
      <w:r w:rsidRPr="000767E2">
        <w:rPr>
          <w:lang w:val="sv-SE"/>
        </w:rPr>
        <w:t>:Acts 6:5]]</w:t>
      </w:r>
      <w:r w:rsidRPr="000767E2">
        <w:rPr>
          <w:vertAlign w:val="superscript"/>
          <w:lang w:val="sv-SE"/>
        </w:rPr>
        <w:t>5</w:t>
      </w:r>
      <w:r w:rsidRPr="000767E2">
        <w:rPr>
          <w:lang w:val="sv-SE"/>
        </w:rPr>
        <w:t xml:space="preserve"> {{field-on:bible}}Och ordet var till behag inför hela mängden, och de utvalde Stefanos, en man full av tro och helig Ande, och Filippos och Prochoros och Nikanor och Timon och Parmenas och Nikolaos, en antiochensk proselyt.{{field-off:bible}} [[@</w:t>
      </w:r>
      <w:r w:rsidR="0096445B" w:rsidRPr="000767E2">
        <w:rPr>
          <w:lang w:val="sv-SE"/>
        </w:rPr>
        <w:t>BibleBIBEL82</w:t>
      </w:r>
      <w:r w:rsidRPr="000767E2">
        <w:rPr>
          <w:lang w:val="sv-SE"/>
        </w:rPr>
        <w:t>:Acts 6:6]]</w:t>
      </w:r>
      <w:r w:rsidRPr="000767E2">
        <w:rPr>
          <w:vertAlign w:val="superscript"/>
          <w:lang w:val="sv-SE"/>
        </w:rPr>
        <w:t>6</w:t>
      </w:r>
      <w:r w:rsidRPr="000767E2">
        <w:rPr>
          <w:lang w:val="sv-SE"/>
        </w:rPr>
        <w:t xml:space="preserve"> {{field-on:bible}}Dessa ställde de inför apostlarna, och de bad och lade på dem händerna.{{field-off:bible}}</w:t>
      </w:r>
    </w:p>
    <w:p w14:paraId="49376656" w14:textId="56C50909" w:rsidR="00BA33AB" w:rsidRPr="000767E2" w:rsidRDefault="00000000">
      <w:pPr>
        <w:rPr>
          <w:lang w:val="sv-SE"/>
        </w:rPr>
      </w:pPr>
      <w:r w:rsidRPr="000767E2">
        <w:rPr>
          <w:lang w:val="sv-SE"/>
        </w:rPr>
        <w:t>[[@</w:t>
      </w:r>
      <w:r w:rsidR="0096445B" w:rsidRPr="000767E2">
        <w:rPr>
          <w:lang w:val="sv-SE"/>
        </w:rPr>
        <w:t>BibleBIBEL82</w:t>
      </w:r>
      <w:r w:rsidRPr="000767E2">
        <w:rPr>
          <w:lang w:val="sv-SE"/>
        </w:rPr>
        <w:t>:Acts 6:7]]</w:t>
      </w:r>
      <w:r w:rsidRPr="000767E2">
        <w:rPr>
          <w:vertAlign w:val="superscript"/>
          <w:lang w:val="sv-SE"/>
        </w:rPr>
        <w:t>7</w:t>
      </w:r>
      <w:r w:rsidRPr="000767E2">
        <w:rPr>
          <w:lang w:val="sv-SE"/>
        </w:rPr>
        <w:t xml:space="preserve"> {{field-on:bible}}Och Guds ord växte, och lärjungarnas antal i Jerusalem förökades mycket. Och en stor skara av prästerna </w:t>
      </w:r>
      <w:r w:rsidRPr="000767E2">
        <w:rPr>
          <w:i/>
          <w:lang w:val="sv-SE"/>
        </w:rPr>
        <w:t>började</w:t>
      </w:r>
      <w:r w:rsidRPr="000767E2">
        <w:rPr>
          <w:lang w:val="sv-SE"/>
        </w:rPr>
        <w:t xml:space="preserve"> hörsamma tron.{{field-off:bible}}</w:t>
      </w:r>
    </w:p>
    <w:p w14:paraId="6D5DD1BF" w14:textId="77777777" w:rsidR="00BA33AB" w:rsidRPr="000767E2" w:rsidRDefault="00000000">
      <w:pPr>
        <w:pStyle w:val="Rubrik3"/>
        <w:rPr>
          <w:lang w:val="sv-SE"/>
        </w:rPr>
      </w:pPr>
      <w:r w:rsidRPr="000767E2">
        <w:rPr>
          <w:lang w:val="sv-SE"/>
        </w:rPr>
        <w:t>Stefanos grips</w:t>
      </w:r>
    </w:p>
    <w:p w14:paraId="43448ACA" w14:textId="42A1F8E6" w:rsidR="00BA33AB" w:rsidRPr="000767E2" w:rsidRDefault="00000000">
      <w:pPr>
        <w:rPr>
          <w:lang w:val="sv-SE"/>
        </w:rPr>
      </w:pPr>
      <w:r w:rsidRPr="000767E2">
        <w:rPr>
          <w:lang w:val="sv-SE"/>
        </w:rPr>
        <w:t>[[@</w:t>
      </w:r>
      <w:r w:rsidR="0096445B" w:rsidRPr="000767E2">
        <w:rPr>
          <w:lang w:val="sv-SE"/>
        </w:rPr>
        <w:t>BibleBIBEL82</w:t>
      </w:r>
      <w:r w:rsidRPr="000767E2">
        <w:rPr>
          <w:lang w:val="sv-SE"/>
        </w:rPr>
        <w:t>:Acts 6:8]]</w:t>
      </w:r>
      <w:r w:rsidRPr="000767E2">
        <w:rPr>
          <w:vertAlign w:val="superscript"/>
          <w:lang w:val="sv-SE"/>
        </w:rPr>
        <w:t>8</w:t>
      </w:r>
      <w:r w:rsidRPr="000767E2">
        <w:rPr>
          <w:lang w:val="sv-SE"/>
        </w:rPr>
        <w:t xml:space="preserve"> {{field-on:bible}}Och Stefanos, full av nåd och kraft, gjorde stora under och tecken bland folket.{{field-off:bible}} [[@</w:t>
      </w:r>
      <w:r w:rsidR="0096445B" w:rsidRPr="000767E2">
        <w:rPr>
          <w:lang w:val="sv-SE"/>
        </w:rPr>
        <w:t>BibleBIBEL82</w:t>
      </w:r>
      <w:r w:rsidRPr="000767E2">
        <w:rPr>
          <w:lang w:val="sv-SE"/>
        </w:rPr>
        <w:t>:Acts 6:9]]</w:t>
      </w:r>
      <w:r w:rsidRPr="000767E2">
        <w:rPr>
          <w:vertAlign w:val="superscript"/>
          <w:lang w:val="sv-SE"/>
        </w:rPr>
        <w:t>9</w:t>
      </w:r>
      <w:r w:rsidRPr="000767E2">
        <w:rPr>
          <w:lang w:val="sv-SE"/>
        </w:rPr>
        <w:t xml:space="preserve"> {{field-on:bible}}Men upp stod några av dem från synagogan som kallades libertiners och kyreneers och alexandriners och av dem från Kilikien och Asien och diskuterade med Stefanos.{{field-off:bible}} [[@</w:t>
      </w:r>
      <w:r w:rsidR="0096445B" w:rsidRPr="000767E2">
        <w:rPr>
          <w:lang w:val="sv-SE"/>
        </w:rPr>
        <w:t>BibleBIBEL82</w:t>
      </w:r>
      <w:r w:rsidRPr="000767E2">
        <w:rPr>
          <w:lang w:val="sv-SE"/>
        </w:rPr>
        <w:t>:Acts 6:10]]</w:t>
      </w:r>
      <w:r w:rsidRPr="000767E2">
        <w:rPr>
          <w:vertAlign w:val="superscript"/>
          <w:lang w:val="sv-SE"/>
        </w:rPr>
        <w:t>10</w:t>
      </w:r>
      <w:r w:rsidRPr="000767E2">
        <w:rPr>
          <w:lang w:val="sv-SE"/>
        </w:rPr>
        <w:t xml:space="preserve"> {{field-on:bible}}Och de mäktade inte att stå emot visheten och Anden med vilken han talade.{{field-off:bible}}</w:t>
      </w:r>
    </w:p>
    <w:p w14:paraId="378D51B5" w14:textId="1759485D" w:rsidR="00BA33AB" w:rsidRPr="000767E2" w:rsidRDefault="00000000">
      <w:pPr>
        <w:rPr>
          <w:lang w:val="sv-SE"/>
        </w:rPr>
      </w:pPr>
      <w:r w:rsidRPr="000767E2">
        <w:rPr>
          <w:lang w:val="sv-SE"/>
        </w:rPr>
        <w:t>[[@</w:t>
      </w:r>
      <w:r w:rsidR="0096445B" w:rsidRPr="000767E2">
        <w:rPr>
          <w:lang w:val="sv-SE"/>
        </w:rPr>
        <w:t>BibleBIBEL82</w:t>
      </w:r>
      <w:r w:rsidRPr="000767E2">
        <w:rPr>
          <w:lang w:val="sv-SE"/>
        </w:rPr>
        <w:t>:Acts 6:11]]</w:t>
      </w:r>
      <w:r w:rsidRPr="000767E2">
        <w:rPr>
          <w:vertAlign w:val="superscript"/>
          <w:lang w:val="sv-SE"/>
        </w:rPr>
        <w:t>11</w:t>
      </w:r>
      <w:r w:rsidRPr="000767E2">
        <w:rPr>
          <w:lang w:val="sv-SE"/>
        </w:rPr>
        <w:t xml:space="preserve"> {{field-on:bible}}Då intalade de män som sade att: ”Vi har hört honom tala hädiska ord mot Mose och Gud.”{{field-off:bible}} [[@</w:t>
      </w:r>
      <w:r w:rsidR="0096445B" w:rsidRPr="000767E2">
        <w:rPr>
          <w:lang w:val="sv-SE"/>
        </w:rPr>
        <w:t>BibleBIBEL82</w:t>
      </w:r>
      <w:r w:rsidRPr="000767E2">
        <w:rPr>
          <w:lang w:val="sv-SE"/>
        </w:rPr>
        <w:t>:Acts 6:12]]</w:t>
      </w:r>
      <w:r w:rsidRPr="000767E2">
        <w:rPr>
          <w:vertAlign w:val="superscript"/>
          <w:lang w:val="sv-SE"/>
        </w:rPr>
        <w:t>12</w:t>
      </w:r>
      <w:r w:rsidRPr="000767E2">
        <w:rPr>
          <w:lang w:val="sv-SE"/>
        </w:rPr>
        <w:t xml:space="preserve"> {{field-on:bible}}Och de rörde upp folket och de äldste och de skriftlärda, och de stod där och ryckte med sig honom och förde till Sanhedrin.{{field-off:bible}} [[@</w:t>
      </w:r>
      <w:r w:rsidR="0096445B" w:rsidRPr="000767E2">
        <w:rPr>
          <w:lang w:val="sv-SE"/>
        </w:rPr>
        <w:t>BibleBIBEL82</w:t>
      </w:r>
      <w:r w:rsidRPr="000767E2">
        <w:rPr>
          <w:lang w:val="sv-SE"/>
        </w:rPr>
        <w:t xml:space="preserve">:Acts </w:t>
      </w:r>
      <w:r w:rsidRPr="000767E2">
        <w:rPr>
          <w:lang w:val="sv-SE"/>
        </w:rPr>
        <w:lastRenderedPageBreak/>
        <w:t>6:13]]</w:t>
      </w:r>
      <w:r w:rsidRPr="000767E2">
        <w:rPr>
          <w:vertAlign w:val="superscript"/>
          <w:lang w:val="sv-SE"/>
        </w:rPr>
        <w:t>13</w:t>
      </w:r>
      <w:r w:rsidRPr="000767E2">
        <w:rPr>
          <w:lang w:val="sv-SE"/>
        </w:rPr>
        <w:t xml:space="preserve"> {{field-on:bible}}Och de ställde </w:t>
      </w:r>
      <w:r w:rsidRPr="000767E2">
        <w:rPr>
          <w:i/>
          <w:lang w:val="sv-SE"/>
        </w:rPr>
        <w:t>fram</w:t>
      </w:r>
      <w:r w:rsidRPr="000767E2">
        <w:rPr>
          <w:lang w:val="sv-SE"/>
        </w:rPr>
        <w:t xml:space="preserve"> lögnaktiga vittnen som sade: ”Den där människan slutar inte att tala ord mot denna heliga plats och lagen.{{field-off:bible}} [[@</w:t>
      </w:r>
      <w:r w:rsidR="0096445B" w:rsidRPr="000767E2">
        <w:rPr>
          <w:lang w:val="sv-SE"/>
        </w:rPr>
        <w:t>BibleBIBEL82</w:t>
      </w:r>
      <w:r w:rsidRPr="000767E2">
        <w:rPr>
          <w:lang w:val="sv-SE"/>
        </w:rPr>
        <w:t>:Acts 6:14]]</w:t>
      </w:r>
      <w:r w:rsidRPr="000767E2">
        <w:rPr>
          <w:vertAlign w:val="superscript"/>
          <w:lang w:val="sv-SE"/>
        </w:rPr>
        <w:t>14</w:t>
      </w:r>
      <w:r w:rsidRPr="000767E2">
        <w:rPr>
          <w:lang w:val="sv-SE"/>
        </w:rPr>
        <w:t xml:space="preserve"> {{field-on:bible}}För vi har hört honom säga att den där Jesus nazorén ska riva ner denna plats och ändra på sederna som Mose har överlämnat åt oss.”{{field-off:bible}} [[@</w:t>
      </w:r>
      <w:r w:rsidR="0096445B" w:rsidRPr="000767E2">
        <w:rPr>
          <w:lang w:val="sv-SE"/>
        </w:rPr>
        <w:t>BibleBIBEL82</w:t>
      </w:r>
      <w:r w:rsidRPr="000767E2">
        <w:rPr>
          <w:lang w:val="sv-SE"/>
        </w:rPr>
        <w:t>:Acts 6:15]]</w:t>
      </w:r>
      <w:r w:rsidRPr="000767E2">
        <w:rPr>
          <w:vertAlign w:val="superscript"/>
          <w:lang w:val="sv-SE"/>
        </w:rPr>
        <w:t>15</w:t>
      </w:r>
      <w:r w:rsidRPr="000767E2">
        <w:rPr>
          <w:lang w:val="sv-SE"/>
        </w:rPr>
        <w:t xml:space="preserve"> {{field-on:bible}}Och </w:t>
      </w:r>
      <w:r w:rsidRPr="000767E2">
        <w:rPr>
          <w:i/>
          <w:lang w:val="sv-SE"/>
        </w:rPr>
        <w:t>då</w:t>
      </w:r>
      <w:r w:rsidRPr="000767E2">
        <w:rPr>
          <w:lang w:val="sv-SE"/>
        </w:rPr>
        <w:t xml:space="preserve"> blickade på honom alla som satt i Sanhedrin, och de såg hans ansikte som en ängels ansikte.{{field-off:bible}}</w:t>
      </w:r>
    </w:p>
    <w:p w14:paraId="43845CED" w14:textId="5F2EFB66"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7]]Kapitel 7</w:t>
      </w:r>
    </w:p>
    <w:p w14:paraId="47EDD793" w14:textId="77777777" w:rsidR="00BA33AB" w:rsidRPr="000767E2" w:rsidRDefault="00000000">
      <w:pPr>
        <w:pStyle w:val="Rubrik3"/>
        <w:rPr>
          <w:lang w:val="sv-SE"/>
        </w:rPr>
      </w:pPr>
      <w:r w:rsidRPr="000767E2">
        <w:rPr>
          <w:lang w:val="sv-SE"/>
        </w:rPr>
        <w:t>Stefanos tal</w:t>
      </w:r>
    </w:p>
    <w:p w14:paraId="0A73F653" w14:textId="60798D50" w:rsidR="00BA33AB" w:rsidRPr="000767E2" w:rsidRDefault="00000000">
      <w:pPr>
        <w:rPr>
          <w:lang w:val="sv-SE"/>
        </w:rPr>
      </w:pPr>
      <w:r w:rsidRPr="000767E2">
        <w:rPr>
          <w:lang w:val="sv-SE"/>
        </w:rPr>
        <w:t>[[@</w:t>
      </w:r>
      <w:r w:rsidR="0096445B" w:rsidRPr="000767E2">
        <w:rPr>
          <w:lang w:val="sv-SE"/>
        </w:rPr>
        <w:t>BibleBIBEL82</w:t>
      </w:r>
      <w:r w:rsidRPr="000767E2">
        <w:rPr>
          <w:lang w:val="sv-SE"/>
        </w:rPr>
        <w:t>:Acts 7:1]]</w:t>
      </w:r>
      <w:r w:rsidRPr="000767E2">
        <w:rPr>
          <w:vertAlign w:val="superscript"/>
          <w:lang w:val="sv-SE"/>
        </w:rPr>
        <w:t>1</w:t>
      </w:r>
      <w:r w:rsidRPr="000767E2">
        <w:rPr>
          <w:lang w:val="sv-SE"/>
        </w:rPr>
        <w:t xml:space="preserve"> {{field-on:bible}}Och översteprästen </w:t>
      </w:r>
      <w:r w:rsidRPr="000767E2">
        <w:rPr>
          <w:i/>
          <w:lang w:val="sv-SE"/>
        </w:rPr>
        <w:t>frågade</w:t>
      </w:r>
      <w:r w:rsidRPr="000767E2">
        <w:rPr>
          <w:lang w:val="sv-SE"/>
        </w:rPr>
        <w:t>: ”Om detta förhåller sig så?”{{field-off:bible}} [[@</w:t>
      </w:r>
      <w:r w:rsidR="0096445B" w:rsidRPr="000767E2">
        <w:rPr>
          <w:lang w:val="sv-SE"/>
        </w:rPr>
        <w:t>BibleBIBEL82</w:t>
      </w:r>
      <w:r w:rsidRPr="000767E2">
        <w:rPr>
          <w:lang w:val="sv-SE"/>
        </w:rPr>
        <w:t>:Acts 7:2]]</w:t>
      </w:r>
      <w:r w:rsidRPr="000767E2">
        <w:rPr>
          <w:vertAlign w:val="superscript"/>
          <w:lang w:val="sv-SE"/>
        </w:rPr>
        <w:t>2</w:t>
      </w:r>
      <w:r w:rsidRPr="000767E2">
        <w:rPr>
          <w:lang w:val="sv-SE"/>
        </w:rPr>
        <w:t xml:space="preserve"> {{field-on:bible}}Och han sade: ”Män, bröder och fäder! Lyssna:{{field-off:bible}}</w:t>
      </w:r>
    </w:p>
    <w:p w14:paraId="1DBD926A" w14:textId="77777777" w:rsidR="00BA33AB" w:rsidRPr="000767E2" w:rsidRDefault="00000000">
      <w:pPr>
        <w:pStyle w:val="Rubrik3"/>
        <w:rPr>
          <w:lang w:val="sv-SE"/>
        </w:rPr>
      </w:pPr>
      <w:r w:rsidRPr="000767E2">
        <w:rPr>
          <w:lang w:val="sv-SE"/>
        </w:rPr>
        <w:t>Abraham</w:t>
      </w:r>
    </w:p>
    <w:p w14:paraId="0CA6B232" w14:textId="4393F6F7" w:rsidR="00BA33AB" w:rsidRPr="000767E2" w:rsidRDefault="00000000">
      <w:pPr>
        <w:rPr>
          <w:lang w:val="sv-SE"/>
        </w:rPr>
      </w:pPr>
      <w:r w:rsidRPr="000767E2">
        <w:rPr>
          <w:lang w:val="sv-SE"/>
        </w:rPr>
        <w:t>{{field-on:bible}}Härlighetens Gud visade sig för vår fader Abraham när han var i Mesopotamien, innan han bosatte sig i Harran.{{field-off:bible}} [[@</w:t>
      </w:r>
      <w:r w:rsidR="0096445B" w:rsidRPr="000767E2">
        <w:rPr>
          <w:lang w:val="sv-SE"/>
        </w:rPr>
        <w:t>BibleBIBEL82</w:t>
      </w:r>
      <w:r w:rsidRPr="000767E2">
        <w:rPr>
          <w:lang w:val="sv-SE"/>
        </w:rPr>
        <w:t>:Acts 7:3]]</w:t>
      </w:r>
      <w:r w:rsidRPr="000767E2">
        <w:rPr>
          <w:vertAlign w:val="superscript"/>
          <w:lang w:val="sv-SE"/>
        </w:rPr>
        <w:t>3</w:t>
      </w:r>
      <w:r w:rsidRPr="000767E2">
        <w:rPr>
          <w:lang w:val="sv-SE"/>
        </w:rPr>
        <w:t xml:space="preserve"> {{field-on:bible}}Och han sade till honom: Gå ut från ditt land och från din släkt och kom till det land som jag ska visa dig.{{field-off:bible}} [[@</w:t>
      </w:r>
      <w:r w:rsidR="0096445B" w:rsidRPr="000767E2">
        <w:rPr>
          <w:lang w:val="sv-SE"/>
        </w:rPr>
        <w:t>BibleBIBEL82</w:t>
      </w:r>
      <w:r w:rsidRPr="000767E2">
        <w:rPr>
          <w:lang w:val="sv-SE"/>
        </w:rPr>
        <w:t>:Acts 7:4]]</w:t>
      </w:r>
      <w:r w:rsidRPr="000767E2">
        <w:rPr>
          <w:vertAlign w:val="superscript"/>
          <w:lang w:val="sv-SE"/>
        </w:rPr>
        <w:t>4</w:t>
      </w:r>
      <w:r w:rsidRPr="000767E2">
        <w:rPr>
          <w:lang w:val="sv-SE"/>
        </w:rPr>
        <w:t xml:space="preserve"> {{field-on:bible}}Då gick han ut från kaldeernas land och bosatte sig i Harran. Och därifrån, efter att hans far hade dött, förflyttade han honom till detta land i vilket ni nu bor.{{field-off:bible}}</w:t>
      </w:r>
    </w:p>
    <w:p w14:paraId="720ED8CA" w14:textId="4DF9E80E" w:rsidR="00BA33AB" w:rsidRPr="000767E2" w:rsidRDefault="00000000">
      <w:pPr>
        <w:rPr>
          <w:lang w:val="sv-SE"/>
        </w:rPr>
      </w:pPr>
      <w:r w:rsidRPr="000767E2">
        <w:rPr>
          <w:lang w:val="sv-SE"/>
        </w:rPr>
        <w:t>[[@</w:t>
      </w:r>
      <w:r w:rsidR="0096445B" w:rsidRPr="000767E2">
        <w:rPr>
          <w:lang w:val="sv-SE"/>
        </w:rPr>
        <w:t>BibleBIBEL82</w:t>
      </w:r>
      <w:r w:rsidRPr="000767E2">
        <w:rPr>
          <w:lang w:val="sv-SE"/>
        </w:rPr>
        <w:t>:Acts 7:5]]</w:t>
      </w:r>
      <w:r w:rsidRPr="000767E2">
        <w:rPr>
          <w:vertAlign w:val="superscript"/>
          <w:lang w:val="sv-SE"/>
        </w:rPr>
        <w:t>5</w:t>
      </w:r>
      <w:r w:rsidRPr="000767E2">
        <w:rPr>
          <w:lang w:val="sv-SE"/>
        </w:rPr>
        <w:t xml:space="preserve"> {{field-on:bible}}Och han gav honom inget arv i det, inte ens ett fotsäte. Och han lovade att ge honom det för behållning, och till hans säd med honom, </w:t>
      </w:r>
      <w:r w:rsidRPr="000767E2">
        <w:rPr>
          <w:i/>
          <w:lang w:val="sv-SE"/>
        </w:rPr>
        <w:t>fastän</w:t>
      </w:r>
      <w:r w:rsidRPr="000767E2">
        <w:rPr>
          <w:lang w:val="sv-SE"/>
        </w:rPr>
        <w:t xml:space="preserve"> han inte hade barn.{{field-off:bible}} [[@</w:t>
      </w:r>
      <w:r w:rsidR="0096445B" w:rsidRPr="000767E2">
        <w:rPr>
          <w:lang w:val="sv-SE"/>
        </w:rPr>
        <w:t>BibleBIBEL82</w:t>
      </w:r>
      <w:r w:rsidRPr="000767E2">
        <w:rPr>
          <w:lang w:val="sv-SE"/>
        </w:rPr>
        <w:t>:Acts 7:6]]</w:t>
      </w:r>
      <w:r w:rsidRPr="000767E2">
        <w:rPr>
          <w:vertAlign w:val="superscript"/>
          <w:lang w:val="sv-SE"/>
        </w:rPr>
        <w:t>6</w:t>
      </w:r>
      <w:r w:rsidRPr="000767E2">
        <w:rPr>
          <w:lang w:val="sv-SE"/>
        </w:rPr>
        <w:t xml:space="preserve"> {{field-on:bible}}Och så talade Gud, att: Hans säd ska vara utböling i ett främmande land, och man ska förslava den och göra illa </w:t>
      </w:r>
      <w:r w:rsidRPr="000767E2">
        <w:rPr>
          <w:i/>
          <w:lang w:val="sv-SE"/>
        </w:rPr>
        <w:t>i</w:t>
      </w:r>
      <w:r w:rsidRPr="000767E2">
        <w:rPr>
          <w:lang w:val="sv-SE"/>
        </w:rPr>
        <w:t xml:space="preserve"> fyrahundra år.{{field-off:bible}} [[@</w:t>
      </w:r>
      <w:r w:rsidR="0096445B" w:rsidRPr="000767E2">
        <w:rPr>
          <w:lang w:val="sv-SE"/>
        </w:rPr>
        <w:t>BibleBIBEL82</w:t>
      </w:r>
      <w:r w:rsidRPr="000767E2">
        <w:rPr>
          <w:lang w:val="sv-SE"/>
        </w:rPr>
        <w:t>:Acts 7:7]]</w:t>
      </w:r>
      <w:r w:rsidRPr="000767E2">
        <w:rPr>
          <w:vertAlign w:val="superscript"/>
          <w:lang w:val="sv-SE"/>
        </w:rPr>
        <w:t>7</w:t>
      </w:r>
      <w:r w:rsidRPr="000767E2">
        <w:rPr>
          <w:lang w:val="sv-SE"/>
        </w:rPr>
        <w:t xml:space="preserve"> {{field-on:bible}}Och folkslaget som de fasttjänar ska jag döma, sade Gud. Och efter detta ska de gå ut och dyrka mig på denna plats.{{field-off:bible}} [[@</w:t>
      </w:r>
      <w:r w:rsidR="0096445B" w:rsidRPr="000767E2">
        <w:rPr>
          <w:lang w:val="sv-SE"/>
        </w:rPr>
        <w:t>BibleBIBEL82</w:t>
      </w:r>
      <w:r w:rsidRPr="000767E2">
        <w:rPr>
          <w:lang w:val="sv-SE"/>
        </w:rPr>
        <w:t>:Acts 7:8]]</w:t>
      </w:r>
      <w:r w:rsidRPr="000767E2">
        <w:rPr>
          <w:vertAlign w:val="superscript"/>
          <w:lang w:val="sv-SE"/>
        </w:rPr>
        <w:t>8</w:t>
      </w:r>
      <w:r w:rsidRPr="000767E2">
        <w:rPr>
          <w:lang w:val="sv-SE"/>
        </w:rPr>
        <w:t xml:space="preserve"> {{field-on:bible}}Och han gav honom omskärelsens förbund. Och så avlade han Isaak och omskar honom den åttonde dagen, och Isaak Jakob, och Jakob de tolv patriarkerna.{{field-off:bible}}</w:t>
      </w:r>
    </w:p>
    <w:p w14:paraId="3E9FB92A" w14:textId="77777777" w:rsidR="00BA33AB" w:rsidRPr="000767E2" w:rsidRDefault="00000000">
      <w:pPr>
        <w:pStyle w:val="Rubrik3"/>
        <w:rPr>
          <w:lang w:val="sv-SE"/>
        </w:rPr>
      </w:pPr>
      <w:r w:rsidRPr="000767E2">
        <w:rPr>
          <w:lang w:val="sv-SE"/>
        </w:rPr>
        <w:t>Josef</w:t>
      </w:r>
    </w:p>
    <w:p w14:paraId="108F5CCC" w14:textId="20507A29" w:rsidR="00BA33AB" w:rsidRPr="000767E2" w:rsidRDefault="00000000">
      <w:pPr>
        <w:rPr>
          <w:lang w:val="sv-SE"/>
        </w:rPr>
      </w:pPr>
      <w:r w:rsidRPr="000767E2">
        <w:rPr>
          <w:lang w:val="sv-SE"/>
        </w:rPr>
        <w:t>[[@</w:t>
      </w:r>
      <w:r w:rsidR="0096445B" w:rsidRPr="000767E2">
        <w:rPr>
          <w:lang w:val="sv-SE"/>
        </w:rPr>
        <w:t>BibleBIBEL82</w:t>
      </w:r>
      <w:r w:rsidRPr="000767E2">
        <w:rPr>
          <w:lang w:val="sv-SE"/>
        </w:rPr>
        <w:t>:Acts 7:9]]</w:t>
      </w:r>
      <w:r w:rsidRPr="000767E2">
        <w:rPr>
          <w:vertAlign w:val="superscript"/>
          <w:lang w:val="sv-SE"/>
        </w:rPr>
        <w:t>9</w:t>
      </w:r>
      <w:r w:rsidRPr="000767E2">
        <w:rPr>
          <w:lang w:val="sv-SE"/>
        </w:rPr>
        <w:t xml:space="preserve"> {{field-on:bible}}Och patriarkerna blev avundsamma och lämnade bort Josef till Egypten. Och Gud var med honom{{field-off:bible}} [[@</w:t>
      </w:r>
      <w:r w:rsidR="0096445B" w:rsidRPr="000767E2">
        <w:rPr>
          <w:lang w:val="sv-SE"/>
        </w:rPr>
        <w:t>BibleBIBEL82</w:t>
      </w:r>
      <w:r w:rsidRPr="000767E2">
        <w:rPr>
          <w:lang w:val="sv-SE"/>
        </w:rPr>
        <w:t>:Acts 7:10]]</w:t>
      </w:r>
      <w:r w:rsidRPr="000767E2">
        <w:rPr>
          <w:vertAlign w:val="superscript"/>
          <w:lang w:val="sv-SE"/>
        </w:rPr>
        <w:t>10</w:t>
      </w:r>
      <w:r w:rsidRPr="000767E2">
        <w:rPr>
          <w:lang w:val="sv-SE"/>
        </w:rPr>
        <w:t xml:space="preserve"> {{field-on:bible}}och tog honom ut ur alla hans vedermödor och gav honom nåd och vishet inför farao, kung av Egypten. Och han insatte honom </w:t>
      </w:r>
      <w:r w:rsidRPr="000767E2">
        <w:rPr>
          <w:i/>
          <w:lang w:val="sv-SE"/>
        </w:rPr>
        <w:t>som</w:t>
      </w:r>
      <w:r w:rsidRPr="000767E2">
        <w:rPr>
          <w:lang w:val="sv-SE"/>
        </w:rPr>
        <w:t xml:space="preserve"> styresman över Egypten och [över] hela sitt hus.{{field-off:bible}}</w:t>
      </w:r>
    </w:p>
    <w:p w14:paraId="66E7BE19" w14:textId="42E191B9" w:rsidR="00BA33AB" w:rsidRPr="000767E2" w:rsidRDefault="00000000">
      <w:pPr>
        <w:rPr>
          <w:lang w:val="sv-SE"/>
        </w:rPr>
      </w:pPr>
      <w:r w:rsidRPr="000767E2">
        <w:rPr>
          <w:lang w:val="sv-SE"/>
        </w:rPr>
        <w:t>[[@</w:t>
      </w:r>
      <w:r w:rsidR="0096445B" w:rsidRPr="000767E2">
        <w:rPr>
          <w:lang w:val="sv-SE"/>
        </w:rPr>
        <w:t>BibleBIBEL82</w:t>
      </w:r>
      <w:r w:rsidRPr="000767E2">
        <w:rPr>
          <w:lang w:val="sv-SE"/>
        </w:rPr>
        <w:t>:Acts 7:11]]</w:t>
      </w:r>
      <w:r w:rsidRPr="000767E2">
        <w:rPr>
          <w:vertAlign w:val="superscript"/>
          <w:lang w:val="sv-SE"/>
        </w:rPr>
        <w:t>11</w:t>
      </w:r>
      <w:r w:rsidRPr="000767E2">
        <w:rPr>
          <w:lang w:val="sv-SE"/>
        </w:rPr>
        <w:t xml:space="preserve"> {{field-on:bible}}Men </w:t>
      </w:r>
      <w:r w:rsidRPr="000767E2">
        <w:rPr>
          <w:i/>
          <w:lang w:val="sv-SE"/>
        </w:rPr>
        <w:t>det</w:t>
      </w:r>
      <w:r w:rsidRPr="000767E2">
        <w:rPr>
          <w:lang w:val="sv-SE"/>
        </w:rPr>
        <w:t xml:space="preserve"> kom svält över hela Egypten och Kanaan och stor nöd, och inget foder fann våra fäder.{{field-off:bible}} [[@</w:t>
      </w:r>
      <w:r w:rsidR="0096445B" w:rsidRPr="000767E2">
        <w:rPr>
          <w:lang w:val="sv-SE"/>
        </w:rPr>
        <w:t>BibleBIBEL82</w:t>
      </w:r>
      <w:r w:rsidRPr="000767E2">
        <w:rPr>
          <w:lang w:val="sv-SE"/>
        </w:rPr>
        <w:t>:Acts 7:12]]</w:t>
      </w:r>
      <w:r w:rsidRPr="000767E2">
        <w:rPr>
          <w:vertAlign w:val="superscript"/>
          <w:lang w:val="sv-SE"/>
        </w:rPr>
        <w:t>12</w:t>
      </w:r>
      <w:r w:rsidRPr="000767E2">
        <w:rPr>
          <w:lang w:val="sv-SE"/>
        </w:rPr>
        <w:t xml:space="preserve"> {{field-on:bible}}Men när Jakob hörde att det fanns brödsäd i Egypten, sände han ut våra fäder </w:t>
      </w:r>
      <w:r w:rsidRPr="000767E2">
        <w:rPr>
          <w:i/>
          <w:lang w:val="sv-SE"/>
        </w:rPr>
        <w:t>en</w:t>
      </w:r>
      <w:r w:rsidRPr="000767E2">
        <w:rPr>
          <w:lang w:val="sv-SE"/>
        </w:rPr>
        <w:t xml:space="preserve"> första </w:t>
      </w:r>
      <w:r w:rsidRPr="000767E2">
        <w:rPr>
          <w:i/>
          <w:lang w:val="sv-SE"/>
        </w:rPr>
        <w:t>gång</w:t>
      </w:r>
      <w:r w:rsidRPr="000767E2">
        <w:rPr>
          <w:lang w:val="sv-SE"/>
        </w:rPr>
        <w:t>.{{field-off:bible}} [[@</w:t>
      </w:r>
      <w:r w:rsidR="0096445B" w:rsidRPr="000767E2">
        <w:rPr>
          <w:lang w:val="sv-SE"/>
        </w:rPr>
        <w:t>BibleBIBEL82</w:t>
      </w:r>
      <w:r w:rsidRPr="000767E2">
        <w:rPr>
          <w:lang w:val="sv-SE"/>
        </w:rPr>
        <w:t>:Acts 7:13]]</w:t>
      </w:r>
      <w:r w:rsidRPr="000767E2">
        <w:rPr>
          <w:vertAlign w:val="superscript"/>
          <w:lang w:val="sv-SE"/>
        </w:rPr>
        <w:t>13</w:t>
      </w:r>
      <w:r w:rsidRPr="000767E2">
        <w:rPr>
          <w:lang w:val="sv-SE"/>
        </w:rPr>
        <w:t xml:space="preserve"> {{field-on:bible}}Och vid den andra </w:t>
      </w:r>
      <w:r w:rsidRPr="000767E2">
        <w:rPr>
          <w:i/>
          <w:lang w:val="sv-SE"/>
        </w:rPr>
        <w:t>gången</w:t>
      </w:r>
      <w:r w:rsidRPr="000767E2">
        <w:rPr>
          <w:lang w:val="sv-SE"/>
        </w:rPr>
        <w:t xml:space="preserve"> gav sig åter Josef till känna för sina bröder, och det blev uppenbart för farao </w:t>
      </w:r>
      <w:r w:rsidRPr="000767E2">
        <w:rPr>
          <w:i/>
          <w:lang w:val="sv-SE"/>
        </w:rPr>
        <w:t>om</w:t>
      </w:r>
      <w:r w:rsidRPr="000767E2">
        <w:rPr>
          <w:lang w:val="sv-SE"/>
        </w:rPr>
        <w:t xml:space="preserve"> Josefs släkte.{{field-off:bible}} [[@</w:t>
      </w:r>
      <w:r w:rsidR="0096445B" w:rsidRPr="000767E2">
        <w:rPr>
          <w:lang w:val="sv-SE"/>
        </w:rPr>
        <w:t>BibleBIBEL82</w:t>
      </w:r>
      <w:r w:rsidRPr="000767E2">
        <w:rPr>
          <w:lang w:val="sv-SE"/>
        </w:rPr>
        <w:t>:Acts 7:14]]</w:t>
      </w:r>
      <w:r w:rsidRPr="000767E2">
        <w:rPr>
          <w:vertAlign w:val="superscript"/>
          <w:lang w:val="sv-SE"/>
        </w:rPr>
        <w:t>14</w:t>
      </w:r>
      <w:r w:rsidRPr="000767E2">
        <w:rPr>
          <w:lang w:val="sv-SE"/>
        </w:rPr>
        <w:t xml:space="preserve"> {{field-</w:t>
      </w:r>
      <w:r w:rsidRPr="000767E2">
        <w:rPr>
          <w:lang w:val="sv-SE"/>
        </w:rPr>
        <w:lastRenderedPageBreak/>
        <w:t xml:space="preserve">on:bible}}Och Josef sände </w:t>
      </w:r>
      <w:r w:rsidRPr="000767E2">
        <w:rPr>
          <w:i/>
          <w:lang w:val="sv-SE"/>
        </w:rPr>
        <w:t>bud</w:t>
      </w:r>
      <w:r w:rsidRPr="000767E2">
        <w:rPr>
          <w:lang w:val="sv-SE"/>
        </w:rPr>
        <w:t xml:space="preserve"> och kallade dit Jakob sin far och hela släkten med sjuttiofem själar.{{field-off:bible}} [[@</w:t>
      </w:r>
      <w:r w:rsidR="0096445B" w:rsidRPr="000767E2">
        <w:rPr>
          <w:lang w:val="sv-SE"/>
        </w:rPr>
        <w:t>BibleBIBEL82</w:t>
      </w:r>
      <w:r w:rsidRPr="000767E2">
        <w:rPr>
          <w:lang w:val="sv-SE"/>
        </w:rPr>
        <w:t>:Acts 7:15]]</w:t>
      </w:r>
      <w:r w:rsidRPr="000767E2">
        <w:rPr>
          <w:vertAlign w:val="superscript"/>
          <w:lang w:val="sv-SE"/>
        </w:rPr>
        <w:t>15</w:t>
      </w:r>
      <w:r w:rsidRPr="000767E2">
        <w:rPr>
          <w:lang w:val="sv-SE"/>
        </w:rPr>
        <w:t xml:space="preserve"> {{field-on:bible}}Och Jakob gick ner till Egypten och avled, han och våra fäder.{{field-off:bible}} [[@</w:t>
      </w:r>
      <w:r w:rsidR="0096445B" w:rsidRPr="000767E2">
        <w:rPr>
          <w:lang w:val="sv-SE"/>
        </w:rPr>
        <w:t>BibleBIBEL82</w:t>
      </w:r>
      <w:r w:rsidRPr="000767E2">
        <w:rPr>
          <w:lang w:val="sv-SE"/>
        </w:rPr>
        <w:t>:Acts 7:16]]</w:t>
      </w:r>
      <w:r w:rsidRPr="000767E2">
        <w:rPr>
          <w:vertAlign w:val="superscript"/>
          <w:lang w:val="sv-SE"/>
        </w:rPr>
        <w:t>16</w:t>
      </w:r>
      <w:r w:rsidRPr="000767E2">
        <w:rPr>
          <w:lang w:val="sv-SE"/>
        </w:rPr>
        <w:t xml:space="preserve"> {{field-on:bible}}Och de förflyttades till Sychem och lades i den grav som Abraham hade anskaffat för ett värde i silver från Emmors söner i Sykem.{{field-off:bible}}</w:t>
      </w:r>
    </w:p>
    <w:p w14:paraId="6374A391" w14:textId="139D0406" w:rsidR="00BA33AB" w:rsidRPr="000767E2" w:rsidRDefault="00000000">
      <w:pPr>
        <w:rPr>
          <w:lang w:val="sv-SE"/>
        </w:rPr>
      </w:pPr>
      <w:r w:rsidRPr="000767E2">
        <w:rPr>
          <w:lang w:val="sv-SE"/>
        </w:rPr>
        <w:t>[[@</w:t>
      </w:r>
      <w:r w:rsidR="0096445B" w:rsidRPr="000767E2">
        <w:rPr>
          <w:lang w:val="sv-SE"/>
        </w:rPr>
        <w:t>BibleBIBEL82</w:t>
      </w:r>
      <w:r w:rsidRPr="000767E2">
        <w:rPr>
          <w:lang w:val="sv-SE"/>
        </w:rPr>
        <w:t>:Acts 7:17]]</w:t>
      </w:r>
      <w:r w:rsidRPr="000767E2">
        <w:rPr>
          <w:vertAlign w:val="superscript"/>
          <w:lang w:val="sv-SE"/>
        </w:rPr>
        <w:t>17</w:t>
      </w:r>
      <w:r w:rsidRPr="000767E2">
        <w:rPr>
          <w:lang w:val="sv-SE"/>
        </w:rPr>
        <w:t xml:space="preserve"> {{field-on:bible}}Men medan tiden närmade sig för löftet som Gud hade bekänt för Abraham växte folket och förökades i Egypten,{{field-off:bible}} [[@</w:t>
      </w:r>
      <w:r w:rsidR="0096445B" w:rsidRPr="000767E2">
        <w:rPr>
          <w:lang w:val="sv-SE"/>
        </w:rPr>
        <w:t>BibleBIBEL82</w:t>
      </w:r>
      <w:r w:rsidRPr="000767E2">
        <w:rPr>
          <w:lang w:val="sv-SE"/>
        </w:rPr>
        <w:t>:Acts 7:18]]</w:t>
      </w:r>
      <w:r w:rsidRPr="000767E2">
        <w:rPr>
          <w:vertAlign w:val="superscript"/>
          <w:lang w:val="sv-SE"/>
        </w:rPr>
        <w:t>18</w:t>
      </w:r>
      <w:r w:rsidRPr="000767E2">
        <w:rPr>
          <w:lang w:val="sv-SE"/>
        </w:rPr>
        <w:t xml:space="preserve"> {{field-on:bible}}ända tills </w:t>
      </w:r>
      <w:r w:rsidRPr="000767E2">
        <w:rPr>
          <w:i/>
          <w:lang w:val="sv-SE"/>
        </w:rPr>
        <w:t>det</w:t>
      </w:r>
      <w:r w:rsidRPr="000767E2">
        <w:rPr>
          <w:lang w:val="sv-SE"/>
        </w:rPr>
        <w:t xml:space="preserve"> uppstod en annan kung [över Egypten] som inte kände Josef.{{field-off:bible}} [[@</w:t>
      </w:r>
      <w:r w:rsidR="0096445B" w:rsidRPr="000767E2">
        <w:rPr>
          <w:lang w:val="sv-SE"/>
        </w:rPr>
        <w:t>BibleBIBEL82</w:t>
      </w:r>
      <w:r w:rsidRPr="000767E2">
        <w:rPr>
          <w:lang w:val="sv-SE"/>
        </w:rPr>
        <w:t>:Acts 7:19]]</w:t>
      </w:r>
      <w:r w:rsidRPr="000767E2">
        <w:rPr>
          <w:vertAlign w:val="superscript"/>
          <w:lang w:val="sv-SE"/>
        </w:rPr>
        <w:t>19</w:t>
      </w:r>
      <w:r w:rsidRPr="000767E2">
        <w:rPr>
          <w:lang w:val="sv-SE"/>
        </w:rPr>
        <w:t xml:space="preserve"> {{field-on:bible}}Denne överlistade vårt släkte och gjorde [våra] fäder illa, så att han gjorde deras spädbarn utsatta för att inte bevaras vid liv.{{field-off:bible}}</w:t>
      </w:r>
    </w:p>
    <w:p w14:paraId="0CB3CD64" w14:textId="77777777" w:rsidR="00BA33AB" w:rsidRPr="000767E2" w:rsidRDefault="00000000">
      <w:pPr>
        <w:pStyle w:val="Rubrik3"/>
        <w:rPr>
          <w:lang w:val="sv-SE"/>
        </w:rPr>
      </w:pPr>
      <w:r w:rsidRPr="000767E2">
        <w:rPr>
          <w:lang w:val="sv-SE"/>
        </w:rPr>
        <w:t>Mose</w:t>
      </w:r>
    </w:p>
    <w:p w14:paraId="68DB3564" w14:textId="5699DBA7" w:rsidR="00BA33AB" w:rsidRPr="000767E2" w:rsidRDefault="00000000">
      <w:pPr>
        <w:rPr>
          <w:lang w:val="sv-SE"/>
        </w:rPr>
      </w:pPr>
      <w:r w:rsidRPr="000767E2">
        <w:rPr>
          <w:lang w:val="sv-SE"/>
        </w:rPr>
        <w:t>[[@</w:t>
      </w:r>
      <w:r w:rsidR="0096445B" w:rsidRPr="000767E2">
        <w:rPr>
          <w:lang w:val="sv-SE"/>
        </w:rPr>
        <w:t>BibleBIBEL82</w:t>
      </w:r>
      <w:r w:rsidRPr="000767E2">
        <w:rPr>
          <w:lang w:val="sv-SE"/>
        </w:rPr>
        <w:t>:Acts 7:20]]</w:t>
      </w:r>
      <w:r w:rsidRPr="000767E2">
        <w:rPr>
          <w:vertAlign w:val="superscript"/>
          <w:lang w:val="sv-SE"/>
        </w:rPr>
        <w:t>20</w:t>
      </w:r>
      <w:r w:rsidRPr="000767E2">
        <w:rPr>
          <w:lang w:val="sv-SE"/>
        </w:rPr>
        <w:t xml:space="preserve"> {{field-on:bible}}Vid den tiden föddes Mose, och han var stilig inför Gud. Han föddes upp tre månader i faderns hus,{{field-off:bible}} [[@</w:t>
      </w:r>
      <w:r w:rsidR="0096445B" w:rsidRPr="000767E2">
        <w:rPr>
          <w:lang w:val="sv-SE"/>
        </w:rPr>
        <w:t>BibleBIBEL82</w:t>
      </w:r>
      <w:r w:rsidRPr="000767E2">
        <w:rPr>
          <w:lang w:val="sv-SE"/>
        </w:rPr>
        <w:t>:Acts 7:21]]</w:t>
      </w:r>
      <w:r w:rsidRPr="000767E2">
        <w:rPr>
          <w:vertAlign w:val="superscript"/>
          <w:lang w:val="sv-SE"/>
        </w:rPr>
        <w:t>21</w:t>
      </w:r>
      <w:r w:rsidRPr="000767E2">
        <w:rPr>
          <w:lang w:val="sv-SE"/>
        </w:rPr>
        <w:t xml:space="preserve"> {{field-on:bible}}och när han sattes ut, tog faraos dotter upp honom och födde upp honom åt sig själv till son.{{field-off:bible}} [[@</w:t>
      </w:r>
      <w:r w:rsidR="0096445B" w:rsidRPr="000767E2">
        <w:rPr>
          <w:lang w:val="sv-SE"/>
        </w:rPr>
        <w:t>BibleBIBEL82</w:t>
      </w:r>
      <w:r w:rsidRPr="000767E2">
        <w:rPr>
          <w:lang w:val="sv-SE"/>
        </w:rPr>
        <w:t>:Acts 7:22]]</w:t>
      </w:r>
      <w:r w:rsidRPr="000767E2">
        <w:rPr>
          <w:vertAlign w:val="superscript"/>
          <w:lang w:val="sv-SE"/>
        </w:rPr>
        <w:t>22</w:t>
      </w:r>
      <w:r w:rsidRPr="000767E2">
        <w:rPr>
          <w:lang w:val="sv-SE"/>
        </w:rPr>
        <w:t xml:space="preserve"> {{field-on:bible}}Och Mose fostrades i all egyptiernas vishet och var mäktig i sina ord och gärningar.{{field-off:bible}}</w:t>
      </w:r>
    </w:p>
    <w:p w14:paraId="3C9C22C8" w14:textId="73AD63CF" w:rsidR="00BA33AB" w:rsidRPr="000767E2" w:rsidRDefault="00000000">
      <w:pPr>
        <w:rPr>
          <w:lang w:val="sv-SE"/>
        </w:rPr>
      </w:pPr>
      <w:r w:rsidRPr="000767E2">
        <w:rPr>
          <w:lang w:val="sv-SE"/>
        </w:rPr>
        <w:t>[[@</w:t>
      </w:r>
      <w:r w:rsidR="0096445B" w:rsidRPr="000767E2">
        <w:rPr>
          <w:lang w:val="sv-SE"/>
        </w:rPr>
        <w:t>BibleBIBEL82</w:t>
      </w:r>
      <w:r w:rsidRPr="000767E2">
        <w:rPr>
          <w:lang w:val="sv-SE"/>
        </w:rPr>
        <w:t>:Acts 7:23]]</w:t>
      </w:r>
      <w:r w:rsidRPr="000767E2">
        <w:rPr>
          <w:vertAlign w:val="superscript"/>
          <w:lang w:val="sv-SE"/>
        </w:rPr>
        <w:t>23</w:t>
      </w:r>
      <w:r w:rsidRPr="000767E2">
        <w:rPr>
          <w:lang w:val="sv-SE"/>
        </w:rPr>
        <w:t xml:space="preserve"> {{field-on:bible}}Men när det hade uppfyllts för honom en fyrtioårig tid, kom </w:t>
      </w:r>
      <w:r w:rsidRPr="000767E2">
        <w:rPr>
          <w:i/>
          <w:lang w:val="sv-SE"/>
        </w:rPr>
        <w:t>det</w:t>
      </w:r>
      <w:r w:rsidRPr="000767E2">
        <w:rPr>
          <w:lang w:val="sv-SE"/>
        </w:rPr>
        <w:t xml:space="preserve"> upp på hans hjärta att besöka sina bröder, Israels söner.{{field-off:bible}} [[@</w:t>
      </w:r>
      <w:r w:rsidR="0096445B" w:rsidRPr="000767E2">
        <w:rPr>
          <w:lang w:val="sv-SE"/>
        </w:rPr>
        <w:t>BibleBIBEL82</w:t>
      </w:r>
      <w:r w:rsidRPr="000767E2">
        <w:rPr>
          <w:lang w:val="sv-SE"/>
        </w:rPr>
        <w:t>:Acts 7:24]]</w:t>
      </w:r>
      <w:r w:rsidRPr="000767E2">
        <w:rPr>
          <w:vertAlign w:val="superscript"/>
          <w:lang w:val="sv-SE"/>
        </w:rPr>
        <w:t>24</w:t>
      </w:r>
      <w:r w:rsidRPr="000767E2">
        <w:rPr>
          <w:lang w:val="sv-SE"/>
        </w:rPr>
        <w:t xml:space="preserve"> {{field-on:bible}}Och när han såg en lida orätt, värnade han och gjorde rättskipning mot nedtryckaren och slog egyptiern.{{field-off:bible}} [[@</w:t>
      </w:r>
      <w:r w:rsidR="0096445B" w:rsidRPr="000767E2">
        <w:rPr>
          <w:lang w:val="sv-SE"/>
        </w:rPr>
        <w:t>BibleBIBEL82</w:t>
      </w:r>
      <w:r w:rsidRPr="000767E2">
        <w:rPr>
          <w:lang w:val="sv-SE"/>
        </w:rPr>
        <w:t>:Acts 7:25]]</w:t>
      </w:r>
      <w:r w:rsidRPr="000767E2">
        <w:rPr>
          <w:vertAlign w:val="superscript"/>
          <w:lang w:val="sv-SE"/>
        </w:rPr>
        <w:t>25</w:t>
      </w:r>
      <w:r w:rsidRPr="000767E2">
        <w:rPr>
          <w:lang w:val="sv-SE"/>
        </w:rPr>
        <w:t xml:space="preserve"> {{field-on:bible}}Och han antog att [hans] bröder </w:t>
      </w:r>
      <w:r w:rsidRPr="000767E2">
        <w:rPr>
          <w:i/>
          <w:lang w:val="sv-SE"/>
        </w:rPr>
        <w:t>skulle</w:t>
      </w:r>
      <w:r w:rsidRPr="000767E2">
        <w:rPr>
          <w:lang w:val="sv-SE"/>
        </w:rPr>
        <w:t xml:space="preserve"> förstå att Gud genom hans hand ger frälsning åt dem. Men de förstod inte.{{field-off:bible}} [[@</w:t>
      </w:r>
      <w:r w:rsidR="0096445B" w:rsidRPr="000767E2">
        <w:rPr>
          <w:lang w:val="sv-SE"/>
        </w:rPr>
        <w:t>BibleBIBEL82</w:t>
      </w:r>
      <w:r w:rsidRPr="000767E2">
        <w:rPr>
          <w:lang w:val="sv-SE"/>
        </w:rPr>
        <w:t>:Acts 7:26]]</w:t>
      </w:r>
      <w:r w:rsidRPr="000767E2">
        <w:rPr>
          <w:vertAlign w:val="superscript"/>
          <w:lang w:val="sv-SE"/>
        </w:rPr>
        <w:t>26</w:t>
      </w:r>
      <w:r w:rsidRPr="000767E2">
        <w:rPr>
          <w:lang w:val="sv-SE"/>
        </w:rPr>
        <w:t xml:space="preserve"> {{field-on:bible}}Och den påföljande dagen visade han sig för dem medan de bråkade, och han </w:t>
      </w:r>
      <w:r w:rsidRPr="000767E2">
        <w:rPr>
          <w:i/>
          <w:lang w:val="sv-SE"/>
        </w:rPr>
        <w:t>började</w:t>
      </w:r>
      <w:r w:rsidRPr="000767E2">
        <w:rPr>
          <w:lang w:val="sv-SE"/>
        </w:rPr>
        <w:t xml:space="preserve"> försona ihop dem till frid och sade: Män, bröder är ni! Varför gör ni orätt mot varandra?{{field-off:bible}} [[@</w:t>
      </w:r>
      <w:r w:rsidR="0096445B" w:rsidRPr="000767E2">
        <w:rPr>
          <w:lang w:val="sv-SE"/>
        </w:rPr>
        <w:t>BibleBIBEL82</w:t>
      </w:r>
      <w:r w:rsidRPr="000767E2">
        <w:rPr>
          <w:lang w:val="sv-SE"/>
        </w:rPr>
        <w:t>:Acts 7:27]]</w:t>
      </w:r>
      <w:r w:rsidRPr="000767E2">
        <w:rPr>
          <w:vertAlign w:val="superscript"/>
          <w:lang w:val="sv-SE"/>
        </w:rPr>
        <w:t>27</w:t>
      </w:r>
      <w:r w:rsidRPr="000767E2">
        <w:rPr>
          <w:lang w:val="sv-SE"/>
        </w:rPr>
        <w:t xml:space="preserve"> {{field-on:bible}}Men den som gjorde orätt mot </w:t>
      </w:r>
      <w:r w:rsidRPr="000767E2">
        <w:rPr>
          <w:i/>
          <w:lang w:val="sv-SE"/>
        </w:rPr>
        <w:t>sin</w:t>
      </w:r>
      <w:r w:rsidRPr="000767E2">
        <w:rPr>
          <w:lang w:val="sv-SE"/>
        </w:rPr>
        <w:t xml:space="preserve"> nästa stötte ifrån sig honom och sade: Vem har insatt dig som ledare och rättsdomare över oss?{{field-off:bible}} [[@</w:t>
      </w:r>
      <w:r w:rsidR="0096445B" w:rsidRPr="000767E2">
        <w:rPr>
          <w:lang w:val="sv-SE"/>
        </w:rPr>
        <w:t>BibleBIBEL82</w:t>
      </w:r>
      <w:r w:rsidRPr="000767E2">
        <w:rPr>
          <w:lang w:val="sv-SE"/>
        </w:rPr>
        <w:t>:Acts 7:28]]</w:t>
      </w:r>
      <w:r w:rsidRPr="000767E2">
        <w:rPr>
          <w:vertAlign w:val="superscript"/>
          <w:lang w:val="sv-SE"/>
        </w:rPr>
        <w:t>28</w:t>
      </w:r>
      <w:r w:rsidRPr="000767E2">
        <w:rPr>
          <w:lang w:val="sv-SE"/>
        </w:rPr>
        <w:t xml:space="preserve"> {{field-on:bible}}Inte vill du avrätta mig på samma sätt som du avrättade egyptiern?{{field-off:bible}} [[@</w:t>
      </w:r>
      <w:r w:rsidR="0096445B" w:rsidRPr="000767E2">
        <w:rPr>
          <w:lang w:val="sv-SE"/>
        </w:rPr>
        <w:t>BibleBIBEL82</w:t>
      </w:r>
      <w:r w:rsidRPr="000767E2">
        <w:rPr>
          <w:lang w:val="sv-SE"/>
        </w:rPr>
        <w:t>:Acts 7:29]]</w:t>
      </w:r>
      <w:r w:rsidRPr="000767E2">
        <w:rPr>
          <w:vertAlign w:val="superscript"/>
          <w:lang w:val="sv-SE"/>
        </w:rPr>
        <w:t>29</w:t>
      </w:r>
      <w:r w:rsidRPr="000767E2">
        <w:rPr>
          <w:lang w:val="sv-SE"/>
        </w:rPr>
        <w:t xml:space="preserve"> {{field-on:bible}}Och Mose flydde vid det ordet, och han blev en utböling i Madiams land där han avlade två söner.{{field-off:bible}}</w:t>
      </w:r>
    </w:p>
    <w:p w14:paraId="4CEF2A3F" w14:textId="4632705E" w:rsidR="00BA33AB" w:rsidRPr="000767E2" w:rsidRDefault="00000000">
      <w:pPr>
        <w:rPr>
          <w:lang w:val="sv-SE"/>
        </w:rPr>
      </w:pPr>
      <w:r w:rsidRPr="000767E2">
        <w:rPr>
          <w:lang w:val="sv-SE"/>
        </w:rPr>
        <w:t>[[@</w:t>
      </w:r>
      <w:r w:rsidR="0096445B" w:rsidRPr="000767E2">
        <w:rPr>
          <w:lang w:val="sv-SE"/>
        </w:rPr>
        <w:t>BibleBIBEL82</w:t>
      </w:r>
      <w:r w:rsidRPr="000767E2">
        <w:rPr>
          <w:lang w:val="sv-SE"/>
        </w:rPr>
        <w:t>:Acts 7:30]]</w:t>
      </w:r>
      <w:r w:rsidRPr="000767E2">
        <w:rPr>
          <w:vertAlign w:val="superscript"/>
          <w:lang w:val="sv-SE"/>
        </w:rPr>
        <w:t>30</w:t>
      </w:r>
      <w:r w:rsidRPr="000767E2">
        <w:rPr>
          <w:lang w:val="sv-SE"/>
        </w:rPr>
        <w:t xml:space="preserve"> {{field-on:bible}}Och när fyrtio år hade uppfyllts, visade sig för honom i ödemarken vid berget Sinai en ängel i en låga av eld från en törnbuske.{{field-off:bible}} [[@</w:t>
      </w:r>
      <w:r w:rsidR="0096445B" w:rsidRPr="000767E2">
        <w:rPr>
          <w:lang w:val="sv-SE"/>
        </w:rPr>
        <w:t>BibleBIBEL82</w:t>
      </w:r>
      <w:r w:rsidRPr="000767E2">
        <w:rPr>
          <w:lang w:val="sv-SE"/>
        </w:rPr>
        <w:t>:Acts 7:31]]</w:t>
      </w:r>
      <w:r w:rsidRPr="000767E2">
        <w:rPr>
          <w:vertAlign w:val="superscript"/>
          <w:lang w:val="sv-SE"/>
        </w:rPr>
        <w:t>31</w:t>
      </w:r>
      <w:r w:rsidRPr="000767E2">
        <w:rPr>
          <w:lang w:val="sv-SE"/>
        </w:rPr>
        <w:t xml:space="preserve"> {{field-on:bible}}Och Mose såg och var förundrad över synen, och när han gick fram </w:t>
      </w:r>
      <w:r w:rsidRPr="000767E2">
        <w:rPr>
          <w:i/>
          <w:lang w:val="sv-SE"/>
        </w:rPr>
        <w:t>för</w:t>
      </w:r>
      <w:r w:rsidRPr="000767E2">
        <w:rPr>
          <w:lang w:val="sv-SE"/>
        </w:rPr>
        <w:t xml:space="preserve"> att beakta kom Herrens röst:{{field-off:bible}} [[@</w:t>
      </w:r>
      <w:r w:rsidR="0096445B" w:rsidRPr="000767E2">
        <w:rPr>
          <w:lang w:val="sv-SE"/>
        </w:rPr>
        <w:t>BibleBIBEL82</w:t>
      </w:r>
      <w:r w:rsidRPr="000767E2">
        <w:rPr>
          <w:lang w:val="sv-SE"/>
        </w:rPr>
        <w:t>:Acts 7:32]]</w:t>
      </w:r>
      <w:r w:rsidRPr="000767E2">
        <w:rPr>
          <w:vertAlign w:val="superscript"/>
          <w:lang w:val="sv-SE"/>
        </w:rPr>
        <w:t>32</w:t>
      </w:r>
      <w:r w:rsidRPr="000767E2">
        <w:rPr>
          <w:lang w:val="sv-SE"/>
        </w:rPr>
        <w:t xml:space="preserve"> {{field-on:bible}}Jag </w:t>
      </w:r>
      <w:r w:rsidRPr="000767E2">
        <w:rPr>
          <w:i/>
          <w:lang w:val="sv-SE"/>
        </w:rPr>
        <w:t>är</w:t>
      </w:r>
      <w:r w:rsidRPr="000767E2">
        <w:rPr>
          <w:lang w:val="sv-SE"/>
        </w:rPr>
        <w:t xml:space="preserve"> dina fäders Gud, Abrahams och Isaaks och Jakobs Gud. Och Mose blev darrande och vågade inte beakta.{{field-off:bible}} [[@</w:t>
      </w:r>
      <w:r w:rsidR="0096445B" w:rsidRPr="000767E2">
        <w:rPr>
          <w:lang w:val="sv-SE"/>
        </w:rPr>
        <w:t>BibleBIBEL82</w:t>
      </w:r>
      <w:r w:rsidRPr="000767E2">
        <w:rPr>
          <w:lang w:val="sv-SE"/>
        </w:rPr>
        <w:t>:Acts 7:33]]</w:t>
      </w:r>
      <w:r w:rsidRPr="000767E2">
        <w:rPr>
          <w:vertAlign w:val="superscript"/>
          <w:lang w:val="sv-SE"/>
        </w:rPr>
        <w:t>33</w:t>
      </w:r>
      <w:r w:rsidRPr="000767E2">
        <w:rPr>
          <w:lang w:val="sv-SE"/>
        </w:rPr>
        <w:t xml:space="preserve"> {{field-on:bible}}Men Herren sade till honom: Lossa sandalen från dina fötter. För platsen på vilken du står är helig jord.{{field-off:bible}} [[@</w:t>
      </w:r>
      <w:r w:rsidR="0096445B" w:rsidRPr="000767E2">
        <w:rPr>
          <w:lang w:val="sv-SE"/>
        </w:rPr>
        <w:t>BibleBIBEL82</w:t>
      </w:r>
      <w:r w:rsidRPr="000767E2">
        <w:rPr>
          <w:lang w:val="sv-SE"/>
        </w:rPr>
        <w:t>:Acts 7:34]]</w:t>
      </w:r>
      <w:r w:rsidRPr="000767E2">
        <w:rPr>
          <w:vertAlign w:val="superscript"/>
          <w:lang w:val="sv-SE"/>
        </w:rPr>
        <w:t>34</w:t>
      </w:r>
      <w:r w:rsidRPr="000767E2">
        <w:rPr>
          <w:lang w:val="sv-SE"/>
        </w:rPr>
        <w:t xml:space="preserve"> {{field-on:bible}}Jag har seende sett illabehandlingen av mitt </w:t>
      </w:r>
      <w:r w:rsidRPr="000767E2">
        <w:rPr>
          <w:lang w:val="sv-SE"/>
        </w:rPr>
        <w:lastRenderedPageBreak/>
        <w:t xml:space="preserve">folk i Egypten, och deras suckan har jag hört, och jag har stigit ner </w:t>
      </w:r>
      <w:r w:rsidRPr="000767E2">
        <w:rPr>
          <w:i/>
          <w:lang w:val="sv-SE"/>
        </w:rPr>
        <w:t>för</w:t>
      </w:r>
      <w:r w:rsidRPr="000767E2">
        <w:rPr>
          <w:lang w:val="sv-SE"/>
        </w:rPr>
        <w:t xml:space="preserve"> att ta ut dem. Och nu, kom: jag ska sända dig till Egypten.{{field-off:bible}}</w:t>
      </w:r>
    </w:p>
    <w:p w14:paraId="0E3499B1" w14:textId="5C63B85D" w:rsidR="00BA33AB" w:rsidRPr="000767E2" w:rsidRDefault="00000000">
      <w:pPr>
        <w:rPr>
          <w:lang w:val="sv-SE"/>
        </w:rPr>
      </w:pPr>
      <w:r w:rsidRPr="000767E2">
        <w:rPr>
          <w:lang w:val="sv-SE"/>
        </w:rPr>
        <w:t>[[@</w:t>
      </w:r>
      <w:r w:rsidR="0096445B" w:rsidRPr="000767E2">
        <w:rPr>
          <w:lang w:val="sv-SE"/>
        </w:rPr>
        <w:t>BibleBIBEL82</w:t>
      </w:r>
      <w:r w:rsidRPr="000767E2">
        <w:rPr>
          <w:lang w:val="sv-SE"/>
        </w:rPr>
        <w:t>:Acts 7:35]]</w:t>
      </w:r>
      <w:r w:rsidRPr="000767E2">
        <w:rPr>
          <w:vertAlign w:val="superscript"/>
          <w:lang w:val="sv-SE"/>
        </w:rPr>
        <w:t>35</w:t>
      </w:r>
      <w:r w:rsidRPr="000767E2">
        <w:rPr>
          <w:lang w:val="sv-SE"/>
        </w:rPr>
        <w:t xml:space="preserve"> {{field-on:bible}}Denne Mose som de förnekade när de sade: Vem har insatt dig </w:t>
      </w:r>
      <w:r w:rsidRPr="000767E2">
        <w:rPr>
          <w:i/>
          <w:lang w:val="sv-SE"/>
        </w:rPr>
        <w:t>som</w:t>
      </w:r>
      <w:r w:rsidRPr="000767E2">
        <w:rPr>
          <w:lang w:val="sv-SE"/>
        </w:rPr>
        <w:t xml:space="preserve"> ledare och rättsdomare?, denne har Gud sänt </w:t>
      </w:r>
      <w:r w:rsidRPr="000767E2">
        <w:rPr>
          <w:i/>
          <w:lang w:val="sv-SE"/>
        </w:rPr>
        <w:t>som</w:t>
      </w:r>
      <w:r w:rsidRPr="000767E2">
        <w:rPr>
          <w:lang w:val="sv-SE"/>
        </w:rPr>
        <w:t xml:space="preserve"> [både] ledare och återlösare med handen från ängeln som visade sig för honom i törnbusken.{{field-off:bible}} [[@</w:t>
      </w:r>
      <w:r w:rsidR="0096445B" w:rsidRPr="000767E2">
        <w:rPr>
          <w:lang w:val="sv-SE"/>
        </w:rPr>
        <w:t>BibleBIBEL82</w:t>
      </w:r>
      <w:r w:rsidRPr="000767E2">
        <w:rPr>
          <w:lang w:val="sv-SE"/>
        </w:rPr>
        <w:t>:Acts 7:36]]</w:t>
      </w:r>
      <w:r w:rsidRPr="000767E2">
        <w:rPr>
          <w:vertAlign w:val="superscript"/>
          <w:lang w:val="sv-SE"/>
        </w:rPr>
        <w:t>36</w:t>
      </w:r>
      <w:r w:rsidRPr="000767E2">
        <w:rPr>
          <w:lang w:val="sv-SE"/>
        </w:rPr>
        <w:t xml:space="preserve"> {{field-on:bible}}Denne förde ut dem och gjorde under och tecken i Egyptens land och i Röda havet och i ödemarken fyrtio år.{{field-off:bible}} [[@</w:t>
      </w:r>
      <w:r w:rsidR="0096445B" w:rsidRPr="000767E2">
        <w:rPr>
          <w:lang w:val="sv-SE"/>
        </w:rPr>
        <w:t>BibleBIBEL82</w:t>
      </w:r>
      <w:r w:rsidRPr="000767E2">
        <w:rPr>
          <w:lang w:val="sv-SE"/>
        </w:rPr>
        <w:t>:Acts 7:37]]</w:t>
      </w:r>
      <w:r w:rsidRPr="000767E2">
        <w:rPr>
          <w:vertAlign w:val="superscript"/>
          <w:lang w:val="sv-SE"/>
        </w:rPr>
        <w:t>37</w:t>
      </w:r>
      <w:r w:rsidRPr="000767E2">
        <w:rPr>
          <w:lang w:val="sv-SE"/>
        </w:rPr>
        <w:t xml:space="preserve"> {{field-on:bible}}Det är denne Mose som sade till Israels söner: En profet åt er ska Gud låta uppstå från era bröder, som mig.{{field-off:bible}} [[@</w:t>
      </w:r>
      <w:r w:rsidR="0096445B" w:rsidRPr="000767E2">
        <w:rPr>
          <w:lang w:val="sv-SE"/>
        </w:rPr>
        <w:t>BibleBIBEL82</w:t>
      </w:r>
      <w:r w:rsidRPr="000767E2">
        <w:rPr>
          <w:lang w:val="sv-SE"/>
        </w:rPr>
        <w:t>:Acts 7:38]]</w:t>
      </w:r>
      <w:r w:rsidRPr="000767E2">
        <w:rPr>
          <w:vertAlign w:val="superscript"/>
          <w:lang w:val="sv-SE"/>
        </w:rPr>
        <w:t>38</w:t>
      </w:r>
      <w:r w:rsidRPr="000767E2">
        <w:rPr>
          <w:lang w:val="sv-SE"/>
        </w:rPr>
        <w:t xml:space="preserve"> {{field-on:bible}}Det är denne som var i församlingen i ödemarken, med ängeln som talade till honom på berget Sinai och </w:t>
      </w:r>
      <w:r w:rsidRPr="000767E2">
        <w:rPr>
          <w:i/>
          <w:lang w:val="sv-SE"/>
        </w:rPr>
        <w:t>med</w:t>
      </w:r>
      <w:r w:rsidRPr="000767E2">
        <w:rPr>
          <w:lang w:val="sv-SE"/>
        </w:rPr>
        <w:t xml:space="preserve"> våra fäder, </w:t>
      </w:r>
      <w:r w:rsidRPr="000767E2">
        <w:rPr>
          <w:i/>
          <w:lang w:val="sv-SE"/>
        </w:rPr>
        <w:t>och</w:t>
      </w:r>
      <w:r w:rsidRPr="000767E2">
        <w:rPr>
          <w:lang w:val="sv-SE"/>
        </w:rPr>
        <w:t xml:space="preserve"> som mottog levande utsagor att ge till oss.{{field-off:bible}}</w:t>
      </w:r>
    </w:p>
    <w:p w14:paraId="12F8D6DF" w14:textId="595FEBF6" w:rsidR="00BA33AB" w:rsidRPr="000767E2" w:rsidRDefault="00000000">
      <w:pPr>
        <w:rPr>
          <w:lang w:val="sv-SE"/>
        </w:rPr>
      </w:pPr>
      <w:r w:rsidRPr="000767E2">
        <w:rPr>
          <w:lang w:val="sv-SE"/>
        </w:rPr>
        <w:t>[[@</w:t>
      </w:r>
      <w:r w:rsidR="0096445B" w:rsidRPr="000767E2">
        <w:rPr>
          <w:lang w:val="sv-SE"/>
        </w:rPr>
        <w:t>BibleBIBEL82</w:t>
      </w:r>
      <w:r w:rsidRPr="000767E2">
        <w:rPr>
          <w:lang w:val="sv-SE"/>
        </w:rPr>
        <w:t>:Acts 7:39]]</w:t>
      </w:r>
      <w:r w:rsidRPr="000767E2">
        <w:rPr>
          <w:vertAlign w:val="superscript"/>
          <w:lang w:val="sv-SE"/>
        </w:rPr>
        <w:t>39</w:t>
      </w:r>
      <w:r w:rsidRPr="000767E2">
        <w:rPr>
          <w:lang w:val="sv-SE"/>
        </w:rPr>
        <w:t xml:space="preserve"> {{field-on:bible}}Honom ville inte våra fäder vara hörsamma, utan de stötte ifrån sig och vände sig i sina hjärtan till Egypten{{field-off:bible}} [[@</w:t>
      </w:r>
      <w:r w:rsidR="0096445B" w:rsidRPr="000767E2">
        <w:rPr>
          <w:lang w:val="sv-SE"/>
        </w:rPr>
        <w:t>BibleBIBEL82</w:t>
      </w:r>
      <w:r w:rsidRPr="000767E2">
        <w:rPr>
          <w:lang w:val="sv-SE"/>
        </w:rPr>
        <w:t>:Acts 7:40]]</w:t>
      </w:r>
      <w:r w:rsidRPr="000767E2">
        <w:rPr>
          <w:vertAlign w:val="superscript"/>
          <w:lang w:val="sv-SE"/>
        </w:rPr>
        <w:t>40</w:t>
      </w:r>
      <w:r w:rsidRPr="000767E2">
        <w:rPr>
          <w:lang w:val="sv-SE"/>
        </w:rPr>
        <w:t xml:space="preserve"> {{field-on:bible}}och sade till Aaron: Gör oss gudar som ska gå före oss! För den där Mose som förde oss ut ur Egyptens land, vi vet inte vad </w:t>
      </w:r>
      <w:r w:rsidRPr="000767E2">
        <w:rPr>
          <w:i/>
          <w:lang w:val="sv-SE"/>
        </w:rPr>
        <w:t>som</w:t>
      </w:r>
      <w:r w:rsidRPr="000767E2">
        <w:rPr>
          <w:lang w:val="sv-SE"/>
        </w:rPr>
        <w:t xml:space="preserve"> hänt honom.{{field-off:bible}} [[@</w:t>
      </w:r>
      <w:r w:rsidR="0096445B" w:rsidRPr="000767E2">
        <w:rPr>
          <w:lang w:val="sv-SE"/>
        </w:rPr>
        <w:t>BibleBIBEL82</w:t>
      </w:r>
      <w:r w:rsidRPr="000767E2">
        <w:rPr>
          <w:lang w:val="sv-SE"/>
        </w:rPr>
        <w:t>:Acts 7:41]]</w:t>
      </w:r>
      <w:r w:rsidRPr="000767E2">
        <w:rPr>
          <w:vertAlign w:val="superscript"/>
          <w:lang w:val="sv-SE"/>
        </w:rPr>
        <w:t>41</w:t>
      </w:r>
      <w:r w:rsidRPr="000767E2">
        <w:rPr>
          <w:lang w:val="sv-SE"/>
        </w:rPr>
        <w:t xml:space="preserve"> {{field-on:bible}}Och de gjorde en kalv under de dagarna, och bar upp offer åt avguden och fröjdade sig över sina händers verk.{{field-off:bible}} [[@</w:t>
      </w:r>
      <w:r w:rsidR="0096445B" w:rsidRPr="000767E2">
        <w:rPr>
          <w:lang w:val="sv-SE"/>
        </w:rPr>
        <w:t>BibleBIBEL82</w:t>
      </w:r>
      <w:r w:rsidRPr="000767E2">
        <w:rPr>
          <w:lang w:val="sv-SE"/>
        </w:rPr>
        <w:t>:Acts 7:42]]</w:t>
      </w:r>
      <w:r w:rsidRPr="000767E2">
        <w:rPr>
          <w:vertAlign w:val="superscript"/>
          <w:lang w:val="sv-SE"/>
        </w:rPr>
        <w:t>42</w:t>
      </w:r>
      <w:r w:rsidRPr="000767E2">
        <w:rPr>
          <w:lang w:val="sv-SE"/>
        </w:rPr>
        <w:t xml:space="preserve"> {{field-on:bible}}Men Gud vände sig </w:t>
      </w:r>
      <w:r w:rsidRPr="000767E2">
        <w:rPr>
          <w:i/>
          <w:lang w:val="sv-SE"/>
        </w:rPr>
        <w:t>bort</w:t>
      </w:r>
      <w:r w:rsidRPr="000767E2">
        <w:rPr>
          <w:lang w:val="sv-SE"/>
        </w:rPr>
        <w:t xml:space="preserve"> och utlämnade dem </w:t>
      </w:r>
      <w:r w:rsidRPr="000767E2">
        <w:rPr>
          <w:i/>
          <w:lang w:val="sv-SE"/>
        </w:rPr>
        <w:t>till</w:t>
      </w:r>
      <w:r w:rsidRPr="000767E2">
        <w:rPr>
          <w:lang w:val="sv-SE"/>
        </w:rPr>
        <w:t xml:space="preserve"> att dyrka himlens här, så som det är skrivet i profeternas bok:{{field-off:bible}}</w:t>
      </w:r>
    </w:p>
    <w:p w14:paraId="6F57EBFF" w14:textId="334FD08F" w:rsidR="00BA33AB" w:rsidRPr="000767E2" w:rsidRDefault="00000000">
      <w:pPr>
        <w:rPr>
          <w:lang w:val="sv-SE"/>
        </w:rPr>
      </w:pPr>
      <w:r w:rsidRPr="000767E2">
        <w:rPr>
          <w:lang w:val="sv-SE"/>
        </w:rPr>
        <w:t>{{field-on:bible}}Inte frambar ni slaktoffer och offer åt mig</w:t>
      </w:r>
      <w:r w:rsidRPr="000767E2">
        <w:rPr>
          <w:lang w:val="sv-SE"/>
        </w:rPr>
        <w:br/>
        <w:t>fyrtio år i ödemarken, Israels hus?{{field-off:bible}}</w:t>
      </w:r>
      <w:r w:rsidRPr="000767E2">
        <w:rPr>
          <w:lang w:val="sv-SE"/>
        </w:rPr>
        <w:br/>
        <w:t>[[@</w:t>
      </w:r>
      <w:r w:rsidR="0096445B" w:rsidRPr="000767E2">
        <w:rPr>
          <w:lang w:val="sv-SE"/>
        </w:rPr>
        <w:t>BibleBIBEL82</w:t>
      </w:r>
      <w:r w:rsidRPr="000767E2">
        <w:rPr>
          <w:lang w:val="sv-SE"/>
        </w:rPr>
        <w:t>:Acts 7:43]]</w:t>
      </w:r>
      <w:r w:rsidRPr="000767E2">
        <w:rPr>
          <w:vertAlign w:val="superscript"/>
          <w:lang w:val="sv-SE"/>
        </w:rPr>
        <w:t>43</w:t>
      </w:r>
      <w:r w:rsidRPr="000767E2">
        <w:rPr>
          <w:lang w:val="sv-SE"/>
        </w:rPr>
        <w:t xml:space="preserve"> {{field-on:bible}}Och ni tog upp Moloks tabernakel och [er] gud Refans stjärna,</w:t>
      </w:r>
      <w:r w:rsidRPr="000767E2">
        <w:rPr>
          <w:lang w:val="sv-SE"/>
        </w:rPr>
        <w:br/>
        <w:t xml:space="preserve">förebilderna som ni gjort </w:t>
      </w:r>
      <w:r w:rsidRPr="000767E2">
        <w:rPr>
          <w:i/>
          <w:lang w:val="sv-SE"/>
        </w:rPr>
        <w:t>för</w:t>
      </w:r>
      <w:r w:rsidRPr="000767E2">
        <w:rPr>
          <w:lang w:val="sv-SE"/>
        </w:rPr>
        <w:t xml:space="preserve"> att tillbe dem.</w:t>
      </w:r>
      <w:r w:rsidRPr="000767E2">
        <w:rPr>
          <w:lang w:val="sv-SE"/>
        </w:rPr>
        <w:br/>
        <w:t>Och jag ska förflytta er bortom Babylon.{{field-off:bible}}</w:t>
      </w:r>
    </w:p>
    <w:p w14:paraId="1B057E50" w14:textId="345935E1" w:rsidR="00BA33AB" w:rsidRPr="000767E2" w:rsidRDefault="00000000">
      <w:pPr>
        <w:rPr>
          <w:lang w:val="sv-SE"/>
        </w:rPr>
      </w:pPr>
      <w:r w:rsidRPr="000767E2">
        <w:rPr>
          <w:lang w:val="sv-SE"/>
        </w:rPr>
        <w:t>[[@</w:t>
      </w:r>
      <w:r w:rsidR="0096445B" w:rsidRPr="000767E2">
        <w:rPr>
          <w:lang w:val="sv-SE"/>
        </w:rPr>
        <w:t>BibleBIBEL82</w:t>
      </w:r>
      <w:r w:rsidRPr="000767E2">
        <w:rPr>
          <w:lang w:val="sv-SE"/>
        </w:rPr>
        <w:t>:Acts 7:44]]</w:t>
      </w:r>
      <w:r w:rsidRPr="000767E2">
        <w:rPr>
          <w:vertAlign w:val="superscript"/>
          <w:lang w:val="sv-SE"/>
        </w:rPr>
        <w:t>44</w:t>
      </w:r>
      <w:r w:rsidRPr="000767E2">
        <w:rPr>
          <w:lang w:val="sv-SE"/>
        </w:rPr>
        <w:t xml:space="preserve"> {{field-on:bible}}Vittnesbördets tabernakel </w:t>
      </w:r>
      <w:r w:rsidRPr="000767E2">
        <w:rPr>
          <w:i/>
          <w:lang w:val="sv-SE"/>
        </w:rPr>
        <w:t>hade</w:t>
      </w:r>
      <w:r w:rsidRPr="000767E2">
        <w:rPr>
          <w:lang w:val="sv-SE"/>
        </w:rPr>
        <w:t xml:space="preserve"> våra fäder i ödemarken, så som han som talade till Mose hade förordnat att göra det, efter förebilden som han sett.{{field-off:bible}} [[@</w:t>
      </w:r>
      <w:r w:rsidR="0096445B" w:rsidRPr="000767E2">
        <w:rPr>
          <w:lang w:val="sv-SE"/>
        </w:rPr>
        <w:t>BibleBIBEL82</w:t>
      </w:r>
      <w:r w:rsidRPr="000767E2">
        <w:rPr>
          <w:lang w:val="sv-SE"/>
        </w:rPr>
        <w:t>:Acts 7:45]]</w:t>
      </w:r>
      <w:r w:rsidRPr="000767E2">
        <w:rPr>
          <w:vertAlign w:val="superscript"/>
          <w:lang w:val="sv-SE"/>
        </w:rPr>
        <w:t>45</w:t>
      </w:r>
      <w:r w:rsidRPr="000767E2">
        <w:rPr>
          <w:lang w:val="sv-SE"/>
        </w:rPr>
        <w:t xml:space="preserve"> {{field-on:bible}}Detta förde också våra fäder in när de övertog </w:t>
      </w:r>
      <w:r w:rsidRPr="000767E2">
        <w:rPr>
          <w:i/>
          <w:lang w:val="sv-SE"/>
        </w:rPr>
        <w:t>tillsammans</w:t>
      </w:r>
      <w:r w:rsidRPr="000767E2">
        <w:rPr>
          <w:lang w:val="sv-SE"/>
        </w:rPr>
        <w:t xml:space="preserve"> med Jesus, vid behållningen efter folken som Gud stötte bort från våra fäders ansikte, fram till Davids dagar.{{field-off:bible}} [[@</w:t>
      </w:r>
      <w:r w:rsidR="0096445B" w:rsidRPr="000767E2">
        <w:rPr>
          <w:lang w:val="sv-SE"/>
        </w:rPr>
        <w:t>BibleBIBEL82</w:t>
      </w:r>
      <w:r w:rsidRPr="000767E2">
        <w:rPr>
          <w:lang w:val="sv-SE"/>
        </w:rPr>
        <w:t>:Acts 7:46]]</w:t>
      </w:r>
      <w:r w:rsidRPr="000767E2">
        <w:rPr>
          <w:vertAlign w:val="superscript"/>
          <w:lang w:val="sv-SE"/>
        </w:rPr>
        <w:t>46</w:t>
      </w:r>
      <w:r w:rsidRPr="000767E2">
        <w:rPr>
          <w:lang w:val="sv-SE"/>
        </w:rPr>
        <w:t xml:space="preserve"> {{field-on:bible}}Han fann nåd inför Gud och bad om att </w:t>
      </w:r>
      <w:r w:rsidRPr="000767E2">
        <w:rPr>
          <w:i/>
          <w:lang w:val="sv-SE"/>
        </w:rPr>
        <w:t>få</w:t>
      </w:r>
      <w:r w:rsidRPr="000767E2">
        <w:rPr>
          <w:lang w:val="sv-SE"/>
        </w:rPr>
        <w:t xml:space="preserve"> finna en hydda för Jakobs hus,{{field-off:bible}} [[@</w:t>
      </w:r>
      <w:r w:rsidR="0096445B" w:rsidRPr="000767E2">
        <w:rPr>
          <w:lang w:val="sv-SE"/>
        </w:rPr>
        <w:t>BibleBIBEL82</w:t>
      </w:r>
      <w:r w:rsidRPr="000767E2">
        <w:rPr>
          <w:lang w:val="sv-SE"/>
        </w:rPr>
        <w:t>:Acts 7:47]]</w:t>
      </w:r>
      <w:r w:rsidRPr="000767E2">
        <w:rPr>
          <w:vertAlign w:val="superscript"/>
          <w:lang w:val="sv-SE"/>
        </w:rPr>
        <w:t>47</w:t>
      </w:r>
      <w:r w:rsidRPr="000767E2">
        <w:rPr>
          <w:lang w:val="sv-SE"/>
        </w:rPr>
        <w:t xml:space="preserve"> {{field-on:bible}}men </w:t>
      </w:r>
      <w:r w:rsidRPr="000767E2">
        <w:rPr>
          <w:i/>
          <w:lang w:val="sv-SE"/>
        </w:rPr>
        <w:t>det blev</w:t>
      </w:r>
      <w:r w:rsidRPr="000767E2">
        <w:rPr>
          <w:lang w:val="sv-SE"/>
        </w:rPr>
        <w:t xml:space="preserve"> Solomon </w:t>
      </w:r>
      <w:r w:rsidRPr="000767E2">
        <w:rPr>
          <w:i/>
          <w:lang w:val="sv-SE"/>
        </w:rPr>
        <w:t>som</w:t>
      </w:r>
      <w:r w:rsidRPr="000767E2">
        <w:rPr>
          <w:lang w:val="sv-SE"/>
        </w:rPr>
        <w:t xml:space="preserve"> byggde för honom ett hus.{{field-off:bible}}</w:t>
      </w:r>
    </w:p>
    <w:p w14:paraId="3CCB9376" w14:textId="630A889A" w:rsidR="00BA33AB" w:rsidRPr="000767E2" w:rsidRDefault="00000000">
      <w:pPr>
        <w:rPr>
          <w:lang w:val="sv-SE"/>
        </w:rPr>
      </w:pPr>
      <w:r w:rsidRPr="000767E2">
        <w:rPr>
          <w:lang w:val="sv-SE"/>
        </w:rPr>
        <w:t>[[@</w:t>
      </w:r>
      <w:r w:rsidR="0096445B" w:rsidRPr="000767E2">
        <w:rPr>
          <w:lang w:val="sv-SE"/>
        </w:rPr>
        <w:t>BibleBIBEL82</w:t>
      </w:r>
      <w:r w:rsidRPr="000767E2">
        <w:rPr>
          <w:lang w:val="sv-SE"/>
        </w:rPr>
        <w:t>:Acts 7:48]]</w:t>
      </w:r>
      <w:r w:rsidRPr="000767E2">
        <w:rPr>
          <w:vertAlign w:val="superscript"/>
          <w:lang w:val="sv-SE"/>
        </w:rPr>
        <w:t>48</w:t>
      </w:r>
      <w:r w:rsidRPr="000767E2">
        <w:rPr>
          <w:lang w:val="sv-SE"/>
        </w:rPr>
        <w:t xml:space="preserve"> {{field-on:bible}}Men den Högste bor inte i </w:t>
      </w:r>
      <w:r w:rsidRPr="000767E2">
        <w:rPr>
          <w:i/>
          <w:lang w:val="sv-SE"/>
        </w:rPr>
        <w:t>något</w:t>
      </w:r>
      <w:r w:rsidRPr="000767E2">
        <w:rPr>
          <w:lang w:val="sv-SE"/>
        </w:rPr>
        <w:t xml:space="preserve"> handgjort, så som profeten säger:{{field-off:bible}}</w:t>
      </w:r>
    </w:p>
    <w:p w14:paraId="68E4EBE2" w14:textId="397A9B92" w:rsidR="00BA33AB" w:rsidRPr="000767E2" w:rsidRDefault="00000000">
      <w:pPr>
        <w:rPr>
          <w:lang w:val="sv-SE"/>
        </w:rPr>
      </w:pPr>
      <w:r w:rsidRPr="000767E2">
        <w:rPr>
          <w:lang w:val="sv-SE"/>
        </w:rPr>
        <w:t>[[@</w:t>
      </w:r>
      <w:r w:rsidR="0096445B" w:rsidRPr="000767E2">
        <w:rPr>
          <w:lang w:val="sv-SE"/>
        </w:rPr>
        <w:t>BibleBIBEL82</w:t>
      </w:r>
      <w:r w:rsidRPr="000767E2">
        <w:rPr>
          <w:lang w:val="sv-SE"/>
        </w:rPr>
        <w:t>:Acts 7:49]]</w:t>
      </w:r>
      <w:r w:rsidRPr="000767E2">
        <w:rPr>
          <w:vertAlign w:val="superscript"/>
          <w:lang w:val="sv-SE"/>
        </w:rPr>
        <w:t>49</w:t>
      </w:r>
      <w:r w:rsidRPr="000767E2">
        <w:rPr>
          <w:lang w:val="sv-SE"/>
        </w:rPr>
        <w:t xml:space="preserve"> {{field-on:bible}}Himlen </w:t>
      </w:r>
      <w:r w:rsidRPr="000767E2">
        <w:rPr>
          <w:i/>
          <w:lang w:val="sv-SE"/>
        </w:rPr>
        <w:t>är</w:t>
      </w:r>
      <w:r w:rsidRPr="000767E2">
        <w:rPr>
          <w:lang w:val="sv-SE"/>
        </w:rPr>
        <w:t xml:space="preserve"> mig en tron, och jorden en fotpall för mina fötter.</w:t>
      </w:r>
      <w:r w:rsidRPr="000767E2">
        <w:rPr>
          <w:lang w:val="sv-SE"/>
        </w:rPr>
        <w:br/>
        <w:t>Vilket hus ska ni bygga för mig, säger Herren,</w:t>
      </w:r>
      <w:r w:rsidRPr="000767E2">
        <w:rPr>
          <w:lang w:val="sv-SE"/>
        </w:rPr>
        <w:br/>
      </w:r>
      <w:r w:rsidRPr="000767E2">
        <w:rPr>
          <w:lang w:val="sv-SE"/>
        </w:rPr>
        <w:lastRenderedPageBreak/>
        <w:t xml:space="preserve">eller vad </w:t>
      </w:r>
      <w:r w:rsidRPr="000767E2">
        <w:rPr>
          <w:i/>
          <w:lang w:val="sv-SE"/>
        </w:rPr>
        <w:t>för</w:t>
      </w:r>
      <w:r w:rsidRPr="000767E2">
        <w:rPr>
          <w:lang w:val="sv-SE"/>
        </w:rPr>
        <w:t xml:space="preserve"> plats för min vila?{{field-off:bible}}</w:t>
      </w:r>
      <w:r w:rsidRPr="000767E2">
        <w:rPr>
          <w:lang w:val="sv-SE"/>
        </w:rPr>
        <w:br/>
        <w:t>[[@</w:t>
      </w:r>
      <w:r w:rsidR="0096445B" w:rsidRPr="000767E2">
        <w:rPr>
          <w:lang w:val="sv-SE"/>
        </w:rPr>
        <w:t>BibleBIBEL82</w:t>
      </w:r>
      <w:r w:rsidRPr="000767E2">
        <w:rPr>
          <w:lang w:val="sv-SE"/>
        </w:rPr>
        <w:t>:Acts 7:50]]</w:t>
      </w:r>
      <w:r w:rsidRPr="000767E2">
        <w:rPr>
          <w:vertAlign w:val="superscript"/>
          <w:lang w:val="sv-SE"/>
        </w:rPr>
        <w:t>50</w:t>
      </w:r>
      <w:r w:rsidRPr="000767E2">
        <w:rPr>
          <w:lang w:val="sv-SE"/>
        </w:rPr>
        <w:t xml:space="preserve"> {{field-on:bible}}Har inte min hand gjort allt detta?{{field-off:bible}}</w:t>
      </w:r>
    </w:p>
    <w:p w14:paraId="313A2B06" w14:textId="77777777" w:rsidR="00BA33AB" w:rsidRPr="000767E2" w:rsidRDefault="00000000">
      <w:pPr>
        <w:pStyle w:val="Rubrik3"/>
        <w:rPr>
          <w:lang w:val="sv-SE"/>
        </w:rPr>
      </w:pPr>
      <w:r w:rsidRPr="000767E2">
        <w:rPr>
          <w:lang w:val="sv-SE"/>
        </w:rPr>
        <w:t>Avslutande anklagelse</w:t>
      </w:r>
    </w:p>
    <w:p w14:paraId="1F914A91" w14:textId="562A1126" w:rsidR="00BA33AB" w:rsidRPr="000767E2" w:rsidRDefault="00000000">
      <w:pPr>
        <w:rPr>
          <w:lang w:val="sv-SE"/>
        </w:rPr>
      </w:pPr>
      <w:r w:rsidRPr="000767E2">
        <w:rPr>
          <w:lang w:val="sv-SE"/>
        </w:rPr>
        <w:t>[[@</w:t>
      </w:r>
      <w:r w:rsidR="0096445B" w:rsidRPr="000767E2">
        <w:rPr>
          <w:lang w:val="sv-SE"/>
        </w:rPr>
        <w:t>BibleBIBEL82</w:t>
      </w:r>
      <w:r w:rsidRPr="000767E2">
        <w:rPr>
          <w:lang w:val="sv-SE"/>
        </w:rPr>
        <w:t>:Acts 7:51]]</w:t>
      </w:r>
      <w:r w:rsidRPr="000767E2">
        <w:rPr>
          <w:vertAlign w:val="superscript"/>
          <w:lang w:val="sv-SE"/>
        </w:rPr>
        <w:t>51</w:t>
      </w:r>
      <w:r w:rsidRPr="000767E2">
        <w:rPr>
          <w:lang w:val="sv-SE"/>
        </w:rPr>
        <w:t xml:space="preserve"> {{field-on:bible}}Hårdnackade och oomskurna till hjärtan och öronen faller ni ständigt emot den heliga Anden: såsom era fäder, också ni.{{field-off:bible}} [[@</w:t>
      </w:r>
      <w:r w:rsidR="0096445B" w:rsidRPr="000767E2">
        <w:rPr>
          <w:lang w:val="sv-SE"/>
        </w:rPr>
        <w:t>BibleBIBEL82</w:t>
      </w:r>
      <w:r w:rsidRPr="000767E2">
        <w:rPr>
          <w:lang w:val="sv-SE"/>
        </w:rPr>
        <w:t>:Acts 7:52]]</w:t>
      </w:r>
      <w:r w:rsidRPr="000767E2">
        <w:rPr>
          <w:vertAlign w:val="superscript"/>
          <w:lang w:val="sv-SE"/>
        </w:rPr>
        <w:t>52</w:t>
      </w:r>
      <w:r w:rsidRPr="000767E2">
        <w:rPr>
          <w:lang w:val="sv-SE"/>
        </w:rPr>
        <w:t xml:space="preserve"> {{field-on:bible}}Vem av profeterna har inte era fäder förföljt? Och de dödade dem som förebådade om den Rättfärdiges ankomst, </w:t>
      </w:r>
      <w:r w:rsidRPr="000767E2">
        <w:rPr>
          <w:i/>
          <w:lang w:val="sv-SE"/>
        </w:rPr>
        <w:t>och</w:t>
      </w:r>
      <w:r w:rsidRPr="000767E2">
        <w:rPr>
          <w:lang w:val="sv-SE"/>
        </w:rPr>
        <w:t xml:space="preserve"> nu har ni blivit hans förrädare och mördare,{{field-off:bible}} [[@</w:t>
      </w:r>
      <w:r w:rsidR="0096445B" w:rsidRPr="000767E2">
        <w:rPr>
          <w:lang w:val="sv-SE"/>
        </w:rPr>
        <w:t>BibleBIBEL82</w:t>
      </w:r>
      <w:r w:rsidRPr="000767E2">
        <w:rPr>
          <w:lang w:val="sv-SE"/>
        </w:rPr>
        <w:t>:Acts 7:53]]</w:t>
      </w:r>
      <w:r w:rsidRPr="000767E2">
        <w:rPr>
          <w:vertAlign w:val="superscript"/>
          <w:lang w:val="sv-SE"/>
        </w:rPr>
        <w:t>53</w:t>
      </w:r>
      <w:r w:rsidRPr="000767E2">
        <w:rPr>
          <w:lang w:val="sv-SE"/>
        </w:rPr>
        <w:t xml:space="preserve"> {{field-on:bible}}</w:t>
      </w:r>
      <w:r w:rsidRPr="000767E2">
        <w:rPr>
          <w:i/>
          <w:lang w:val="sv-SE"/>
        </w:rPr>
        <w:t>ni</w:t>
      </w:r>
      <w:r w:rsidRPr="000767E2">
        <w:rPr>
          <w:lang w:val="sv-SE"/>
        </w:rPr>
        <w:t xml:space="preserve"> som har fått lagen genom änglars förordningar och inte iakttagit.”{{field-off:bible}}</w:t>
      </w:r>
    </w:p>
    <w:p w14:paraId="23E657CC" w14:textId="77777777" w:rsidR="00BA33AB" w:rsidRPr="000767E2" w:rsidRDefault="00000000">
      <w:pPr>
        <w:pStyle w:val="Rubrik3"/>
        <w:rPr>
          <w:lang w:val="sv-SE"/>
        </w:rPr>
      </w:pPr>
      <w:r w:rsidRPr="000767E2">
        <w:rPr>
          <w:lang w:val="sv-SE"/>
        </w:rPr>
        <w:t>Stefanos stenas</w:t>
      </w:r>
    </w:p>
    <w:p w14:paraId="56C2ECA6" w14:textId="3C801D5D" w:rsidR="00BA33AB" w:rsidRPr="000767E2" w:rsidRDefault="00000000">
      <w:pPr>
        <w:rPr>
          <w:lang w:val="sv-SE"/>
        </w:rPr>
      </w:pPr>
      <w:r w:rsidRPr="000767E2">
        <w:rPr>
          <w:lang w:val="sv-SE"/>
        </w:rPr>
        <w:t>[[@</w:t>
      </w:r>
      <w:r w:rsidR="0096445B" w:rsidRPr="000767E2">
        <w:rPr>
          <w:lang w:val="sv-SE"/>
        </w:rPr>
        <w:t>BibleBIBEL82</w:t>
      </w:r>
      <w:r w:rsidRPr="000767E2">
        <w:rPr>
          <w:lang w:val="sv-SE"/>
        </w:rPr>
        <w:t>:Acts 7:54]]</w:t>
      </w:r>
      <w:r w:rsidRPr="000767E2">
        <w:rPr>
          <w:vertAlign w:val="superscript"/>
          <w:lang w:val="sv-SE"/>
        </w:rPr>
        <w:t>54</w:t>
      </w:r>
      <w:r w:rsidRPr="000767E2">
        <w:rPr>
          <w:lang w:val="sv-SE"/>
        </w:rPr>
        <w:t xml:space="preserve"> {{field-on:bible}}Men när de hörde detta, var de söndersågade i sina hjärtan och gnisslade tänderna mot honom.{{field-off:bible}} [[@</w:t>
      </w:r>
      <w:r w:rsidR="0096445B" w:rsidRPr="000767E2">
        <w:rPr>
          <w:lang w:val="sv-SE"/>
        </w:rPr>
        <w:t>BibleBIBEL82</w:t>
      </w:r>
      <w:r w:rsidRPr="000767E2">
        <w:rPr>
          <w:lang w:val="sv-SE"/>
        </w:rPr>
        <w:t>:Acts 7:55]]</w:t>
      </w:r>
      <w:r w:rsidRPr="000767E2">
        <w:rPr>
          <w:vertAlign w:val="superscript"/>
          <w:lang w:val="sv-SE"/>
        </w:rPr>
        <w:t>55</w:t>
      </w:r>
      <w:r w:rsidRPr="000767E2">
        <w:rPr>
          <w:lang w:val="sv-SE"/>
        </w:rPr>
        <w:t xml:space="preserve"> {{field-on:bible}}Men han var full av helig Ande </w:t>
      </w:r>
      <w:r w:rsidRPr="000767E2">
        <w:rPr>
          <w:i/>
          <w:lang w:val="sv-SE"/>
        </w:rPr>
        <w:t>och</w:t>
      </w:r>
      <w:r w:rsidRPr="000767E2">
        <w:rPr>
          <w:lang w:val="sv-SE"/>
        </w:rPr>
        <w:t xml:space="preserve"> blickade mot himlen, och han såg Guds härlighet och Jesus stående vid Guds högra </w:t>
      </w:r>
      <w:r w:rsidRPr="000767E2">
        <w:rPr>
          <w:i/>
          <w:lang w:val="sv-SE"/>
        </w:rPr>
        <w:t>sida</w:t>
      </w:r>
      <w:r w:rsidRPr="000767E2">
        <w:rPr>
          <w:lang w:val="sv-SE"/>
        </w:rPr>
        <w:t>.{{field-off:bible}} [[@</w:t>
      </w:r>
      <w:r w:rsidR="0096445B" w:rsidRPr="000767E2">
        <w:rPr>
          <w:lang w:val="sv-SE"/>
        </w:rPr>
        <w:t>BibleBIBEL82</w:t>
      </w:r>
      <w:r w:rsidRPr="000767E2">
        <w:rPr>
          <w:lang w:val="sv-SE"/>
        </w:rPr>
        <w:t>:Acts 7:56]]</w:t>
      </w:r>
      <w:r w:rsidRPr="000767E2">
        <w:rPr>
          <w:vertAlign w:val="superscript"/>
          <w:lang w:val="sv-SE"/>
        </w:rPr>
        <w:t>56</w:t>
      </w:r>
      <w:r w:rsidRPr="000767E2">
        <w:rPr>
          <w:lang w:val="sv-SE"/>
        </w:rPr>
        <w:t xml:space="preserve"> {{field-on:bible}}Och han sade: ”Se: jag skådar himlarna uppöppnade och Människosonen stående vid Guds högra </w:t>
      </w:r>
      <w:r w:rsidRPr="000767E2">
        <w:rPr>
          <w:i/>
          <w:lang w:val="sv-SE"/>
        </w:rPr>
        <w:t>sida</w:t>
      </w:r>
      <w:r w:rsidRPr="000767E2">
        <w:rPr>
          <w:lang w:val="sv-SE"/>
        </w:rPr>
        <w:t>.”{{field-off:bible}}</w:t>
      </w:r>
    </w:p>
    <w:p w14:paraId="0EFD7759" w14:textId="7FECB972" w:rsidR="00BA33AB" w:rsidRPr="000767E2" w:rsidRDefault="00000000">
      <w:pPr>
        <w:rPr>
          <w:lang w:val="sv-SE"/>
        </w:rPr>
      </w:pPr>
      <w:r w:rsidRPr="000767E2">
        <w:rPr>
          <w:lang w:val="sv-SE"/>
        </w:rPr>
        <w:t>[[@</w:t>
      </w:r>
      <w:r w:rsidR="0096445B" w:rsidRPr="000767E2">
        <w:rPr>
          <w:lang w:val="sv-SE"/>
        </w:rPr>
        <w:t>BibleBIBEL82</w:t>
      </w:r>
      <w:r w:rsidRPr="000767E2">
        <w:rPr>
          <w:lang w:val="sv-SE"/>
        </w:rPr>
        <w:t>:Acts 7:57]]</w:t>
      </w:r>
      <w:r w:rsidRPr="000767E2">
        <w:rPr>
          <w:vertAlign w:val="superscript"/>
          <w:lang w:val="sv-SE"/>
        </w:rPr>
        <w:t>57</w:t>
      </w:r>
      <w:r w:rsidRPr="000767E2">
        <w:rPr>
          <w:lang w:val="sv-SE"/>
        </w:rPr>
        <w:t xml:space="preserve"> {{field-on:bible}}Men skrikande med väldig röst höll de ihop sina öron och stormade förenade mot honom,{{field-off:bible}} [[@</w:t>
      </w:r>
      <w:r w:rsidR="0096445B" w:rsidRPr="000767E2">
        <w:rPr>
          <w:lang w:val="sv-SE"/>
        </w:rPr>
        <w:t>BibleBIBEL82</w:t>
      </w:r>
      <w:r w:rsidRPr="000767E2">
        <w:rPr>
          <w:lang w:val="sv-SE"/>
        </w:rPr>
        <w:t>:Acts 7:58]]</w:t>
      </w:r>
      <w:r w:rsidRPr="000767E2">
        <w:rPr>
          <w:vertAlign w:val="superscript"/>
          <w:lang w:val="sv-SE"/>
        </w:rPr>
        <w:t>58</w:t>
      </w:r>
      <w:r w:rsidRPr="000767E2">
        <w:rPr>
          <w:lang w:val="sv-SE"/>
        </w:rPr>
        <w:t xml:space="preserve"> {{field-on:bible}}och de drev ut </w:t>
      </w:r>
      <w:r w:rsidRPr="000767E2">
        <w:rPr>
          <w:i/>
          <w:lang w:val="sv-SE"/>
        </w:rPr>
        <w:t>honom</w:t>
      </w:r>
      <w:r w:rsidRPr="000767E2">
        <w:rPr>
          <w:lang w:val="sv-SE"/>
        </w:rPr>
        <w:t xml:space="preserve"> utanför staden och </w:t>
      </w:r>
      <w:r w:rsidRPr="000767E2">
        <w:rPr>
          <w:i/>
          <w:lang w:val="sv-SE"/>
        </w:rPr>
        <w:t>började</w:t>
      </w:r>
      <w:r w:rsidRPr="000767E2">
        <w:rPr>
          <w:lang w:val="sv-SE"/>
        </w:rPr>
        <w:t xml:space="preserve"> stena. Och vittnena lade bort sina mantlar vid fötterna hos en ung man kallad Saul.{{field-off:bible}} [[@</w:t>
      </w:r>
      <w:r w:rsidR="0096445B" w:rsidRPr="000767E2">
        <w:rPr>
          <w:lang w:val="sv-SE"/>
        </w:rPr>
        <w:t>BibleBIBEL82</w:t>
      </w:r>
      <w:r w:rsidRPr="000767E2">
        <w:rPr>
          <w:lang w:val="sv-SE"/>
        </w:rPr>
        <w:t>:Acts 7:59]]</w:t>
      </w:r>
      <w:r w:rsidRPr="000767E2">
        <w:rPr>
          <w:vertAlign w:val="superscript"/>
          <w:lang w:val="sv-SE"/>
        </w:rPr>
        <w:t>59</w:t>
      </w:r>
      <w:r w:rsidRPr="000767E2">
        <w:rPr>
          <w:lang w:val="sv-SE"/>
        </w:rPr>
        <w:t xml:space="preserve"> {{field-on:bible}}Och de stenade Stefanos, medan han åkallade och sade: ”Herre Jesus, motta min ande.”{{field-off:bible}} [[@</w:t>
      </w:r>
      <w:r w:rsidR="0096445B" w:rsidRPr="000767E2">
        <w:rPr>
          <w:lang w:val="sv-SE"/>
        </w:rPr>
        <w:t>BibleBIBEL82</w:t>
      </w:r>
      <w:r w:rsidRPr="000767E2">
        <w:rPr>
          <w:lang w:val="sv-SE"/>
        </w:rPr>
        <w:t>:Acts 7:60]]</w:t>
      </w:r>
      <w:r w:rsidRPr="000767E2">
        <w:rPr>
          <w:vertAlign w:val="superscript"/>
          <w:lang w:val="sv-SE"/>
        </w:rPr>
        <w:t>60</w:t>
      </w:r>
      <w:r w:rsidRPr="000767E2">
        <w:rPr>
          <w:lang w:val="sv-SE"/>
        </w:rPr>
        <w:t xml:space="preserve"> {{field-on:bible}}Och han satte </w:t>
      </w:r>
      <w:r w:rsidRPr="000767E2">
        <w:rPr>
          <w:i/>
          <w:lang w:val="sv-SE"/>
        </w:rPr>
        <w:t>ner</w:t>
      </w:r>
      <w:r w:rsidRPr="000767E2">
        <w:rPr>
          <w:lang w:val="sv-SE"/>
        </w:rPr>
        <w:t xml:space="preserve"> knäna och skrek med väldig röst: ”Herre, ställ inte mot dem denna synd!” Och sedan han sagt detta, insomnade han.{{field-off:bible}}</w:t>
      </w:r>
    </w:p>
    <w:p w14:paraId="2CD8390C" w14:textId="26F8F44A" w:rsidR="00BA33AB" w:rsidRPr="000767E2" w:rsidRDefault="00000000">
      <w:pPr>
        <w:rPr>
          <w:lang w:val="sv-SE"/>
        </w:rPr>
      </w:pPr>
      <w:r w:rsidRPr="000767E2">
        <w:rPr>
          <w:lang w:val="sv-SE"/>
        </w:rPr>
        <w:t>[[@</w:t>
      </w:r>
      <w:r w:rsidR="0096445B" w:rsidRPr="000767E2">
        <w:rPr>
          <w:lang w:val="sv-SE"/>
        </w:rPr>
        <w:t>BibleBIBEL82</w:t>
      </w:r>
      <w:r w:rsidRPr="000767E2">
        <w:rPr>
          <w:lang w:val="sv-SE"/>
        </w:rPr>
        <w:t>:Acts 7:1]]</w:t>
      </w:r>
      <w:r w:rsidRPr="000767E2">
        <w:rPr>
          <w:vertAlign w:val="superscript"/>
          <w:lang w:val="sv-SE"/>
        </w:rPr>
        <w:t>1</w:t>
      </w:r>
      <w:r w:rsidRPr="000767E2">
        <w:rPr>
          <w:lang w:val="sv-SE"/>
        </w:rPr>
        <w:t xml:space="preserve"> {{field-on:bible}}Och Saul var samtyckande till hans avrättning.{{field-off:bible}}</w:t>
      </w:r>
    </w:p>
    <w:p w14:paraId="7E113F2C" w14:textId="6CBB2C9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8]]Kapitel 8</w:t>
      </w:r>
    </w:p>
    <w:p w14:paraId="76B17590" w14:textId="77777777" w:rsidR="00BA33AB" w:rsidRPr="000767E2" w:rsidRDefault="00000000">
      <w:pPr>
        <w:pStyle w:val="Rubrik3"/>
        <w:rPr>
          <w:lang w:val="sv-SE"/>
        </w:rPr>
      </w:pPr>
      <w:r w:rsidRPr="000767E2">
        <w:rPr>
          <w:lang w:val="sv-SE"/>
        </w:rPr>
        <w:t>Församlingen förföljs och sprids ut</w:t>
      </w:r>
    </w:p>
    <w:p w14:paraId="10F81BD0" w14:textId="7C6A3A7E" w:rsidR="00BA33AB" w:rsidRPr="000767E2" w:rsidRDefault="00000000">
      <w:pPr>
        <w:rPr>
          <w:lang w:val="sv-SE"/>
        </w:rPr>
      </w:pPr>
      <w:r w:rsidRPr="000767E2">
        <w:rPr>
          <w:lang w:val="sv-SE"/>
        </w:rPr>
        <w:t>Och det kom på den dagen en stor förföljelse över församlingen i Jerusalem, och alla spreds ut över Judeens och Samariens trakter utom apostlarna. [[@</w:t>
      </w:r>
      <w:r w:rsidR="0096445B" w:rsidRPr="000767E2">
        <w:rPr>
          <w:lang w:val="sv-SE"/>
        </w:rPr>
        <w:t>BibleBIBEL82</w:t>
      </w:r>
      <w:r w:rsidRPr="000767E2">
        <w:rPr>
          <w:lang w:val="sv-SE"/>
        </w:rPr>
        <w:t>:Acts 8:2]]</w:t>
      </w:r>
      <w:r w:rsidRPr="000767E2">
        <w:rPr>
          <w:vertAlign w:val="superscript"/>
          <w:lang w:val="sv-SE"/>
        </w:rPr>
        <w:t>2</w:t>
      </w:r>
      <w:r w:rsidRPr="000767E2">
        <w:rPr>
          <w:lang w:val="sv-SE"/>
        </w:rPr>
        <w:t xml:space="preserve"> {{field-on:bible}}Och vördsamma män bar bort Stefanos och gjorde stor sorgeyttring över honom.{{field-off:bible}}</w:t>
      </w:r>
    </w:p>
    <w:p w14:paraId="194FAFD7" w14:textId="1010D60E" w:rsidR="00BA33AB" w:rsidRPr="000767E2" w:rsidRDefault="00000000">
      <w:pPr>
        <w:rPr>
          <w:lang w:val="sv-SE"/>
        </w:rPr>
      </w:pPr>
      <w:r w:rsidRPr="000767E2">
        <w:rPr>
          <w:lang w:val="sv-SE"/>
        </w:rPr>
        <w:t>[[@</w:t>
      </w:r>
      <w:r w:rsidR="0096445B" w:rsidRPr="000767E2">
        <w:rPr>
          <w:lang w:val="sv-SE"/>
        </w:rPr>
        <w:t>BibleBIBEL82</w:t>
      </w:r>
      <w:r w:rsidRPr="000767E2">
        <w:rPr>
          <w:lang w:val="sv-SE"/>
        </w:rPr>
        <w:t>:Acts 8:3]]</w:t>
      </w:r>
      <w:r w:rsidRPr="000767E2">
        <w:rPr>
          <w:vertAlign w:val="superscript"/>
          <w:lang w:val="sv-SE"/>
        </w:rPr>
        <w:t>3</w:t>
      </w:r>
      <w:r w:rsidRPr="000767E2">
        <w:rPr>
          <w:lang w:val="sv-SE"/>
        </w:rPr>
        <w:t xml:space="preserve"> {{field-on:bible}}Men Saul härjade församlingen och gick in i husen, och han släpade </w:t>
      </w:r>
      <w:r w:rsidRPr="000767E2">
        <w:rPr>
          <w:i/>
          <w:lang w:val="sv-SE"/>
        </w:rPr>
        <w:t>fram</w:t>
      </w:r>
      <w:r w:rsidRPr="000767E2">
        <w:rPr>
          <w:lang w:val="sv-SE"/>
        </w:rPr>
        <w:t xml:space="preserve"> män och kvinnor och överlämnade till fängelse.{{field-off:bible}}</w:t>
      </w:r>
    </w:p>
    <w:p w14:paraId="21198434" w14:textId="77777777" w:rsidR="00BA33AB" w:rsidRPr="000767E2" w:rsidRDefault="00000000">
      <w:pPr>
        <w:pStyle w:val="Rubrik3"/>
        <w:rPr>
          <w:lang w:val="sv-SE"/>
        </w:rPr>
      </w:pPr>
      <w:r w:rsidRPr="000767E2">
        <w:rPr>
          <w:lang w:val="sv-SE"/>
        </w:rPr>
        <w:lastRenderedPageBreak/>
        <w:t>Filippos i Samarien</w:t>
      </w:r>
    </w:p>
    <w:p w14:paraId="6AF18219" w14:textId="3A90CC31" w:rsidR="00BA33AB" w:rsidRPr="000767E2" w:rsidRDefault="00000000">
      <w:pPr>
        <w:rPr>
          <w:lang w:val="sv-SE"/>
        </w:rPr>
      </w:pPr>
      <w:r w:rsidRPr="000767E2">
        <w:rPr>
          <w:lang w:val="sv-SE"/>
        </w:rPr>
        <w:t>[[@</w:t>
      </w:r>
      <w:r w:rsidR="0096445B" w:rsidRPr="000767E2">
        <w:rPr>
          <w:lang w:val="sv-SE"/>
        </w:rPr>
        <w:t>BibleBIBEL82</w:t>
      </w:r>
      <w:r w:rsidRPr="000767E2">
        <w:rPr>
          <w:lang w:val="sv-SE"/>
        </w:rPr>
        <w:t>:Acts 8:4]]</w:t>
      </w:r>
      <w:r w:rsidRPr="000767E2">
        <w:rPr>
          <w:vertAlign w:val="superscript"/>
          <w:lang w:val="sv-SE"/>
        </w:rPr>
        <w:t>4</w:t>
      </w:r>
      <w:r w:rsidRPr="000767E2">
        <w:rPr>
          <w:lang w:val="sv-SE"/>
        </w:rPr>
        <w:t xml:space="preserve"> {{field-on:bible}}De utspridda gick nu omkring och evangeliserade </w:t>
      </w:r>
      <w:r w:rsidRPr="000767E2">
        <w:rPr>
          <w:i/>
          <w:lang w:val="sv-SE"/>
        </w:rPr>
        <w:t>om</w:t>
      </w:r>
      <w:r w:rsidRPr="000767E2">
        <w:rPr>
          <w:lang w:val="sv-SE"/>
        </w:rPr>
        <w:t xml:space="preserve"> ordet.{{field-off:bible}} [[@</w:t>
      </w:r>
      <w:r w:rsidR="0096445B" w:rsidRPr="000767E2">
        <w:rPr>
          <w:lang w:val="sv-SE"/>
        </w:rPr>
        <w:t>BibleBIBEL82</w:t>
      </w:r>
      <w:r w:rsidRPr="000767E2">
        <w:rPr>
          <w:lang w:val="sv-SE"/>
        </w:rPr>
        <w:t>:Acts 8:5]]</w:t>
      </w:r>
      <w:r w:rsidRPr="000767E2">
        <w:rPr>
          <w:vertAlign w:val="superscript"/>
          <w:lang w:val="sv-SE"/>
        </w:rPr>
        <w:t>5</w:t>
      </w:r>
      <w:r w:rsidRPr="000767E2">
        <w:rPr>
          <w:lang w:val="sv-SE"/>
        </w:rPr>
        <w:t xml:space="preserve"> {{field-on:bible}}Och Filippos kom ner till Samarias stad och förkunnade för dem Kristus.{{field-off:bible}} [[@</w:t>
      </w:r>
      <w:r w:rsidR="0096445B" w:rsidRPr="000767E2">
        <w:rPr>
          <w:lang w:val="sv-SE"/>
        </w:rPr>
        <w:t>BibleBIBEL82</w:t>
      </w:r>
      <w:r w:rsidRPr="000767E2">
        <w:rPr>
          <w:lang w:val="sv-SE"/>
        </w:rPr>
        <w:t>:Acts 8:6]]</w:t>
      </w:r>
      <w:r w:rsidRPr="000767E2">
        <w:rPr>
          <w:vertAlign w:val="superscript"/>
          <w:lang w:val="sv-SE"/>
        </w:rPr>
        <w:t>6</w:t>
      </w:r>
      <w:r w:rsidRPr="000767E2">
        <w:rPr>
          <w:lang w:val="sv-SE"/>
        </w:rPr>
        <w:t xml:space="preserve"> {{field-on:bible}}Och skarorna aktade förenade på det som sades av Filippos, under det att de hörde och såg tecknen som han gjorde.{{field-off:bible}} [[@</w:t>
      </w:r>
      <w:r w:rsidR="0096445B" w:rsidRPr="000767E2">
        <w:rPr>
          <w:lang w:val="sv-SE"/>
        </w:rPr>
        <w:t>BibleBIBEL82</w:t>
      </w:r>
      <w:r w:rsidRPr="000767E2">
        <w:rPr>
          <w:lang w:val="sv-SE"/>
        </w:rPr>
        <w:t>:Acts 8:7]]</w:t>
      </w:r>
      <w:r w:rsidRPr="000767E2">
        <w:rPr>
          <w:vertAlign w:val="superscript"/>
          <w:lang w:val="sv-SE"/>
        </w:rPr>
        <w:t>7</w:t>
      </w:r>
      <w:r w:rsidRPr="000767E2">
        <w:rPr>
          <w:lang w:val="sv-SE"/>
        </w:rPr>
        <w:t xml:space="preserve"> {{field-on:bible}}För </w:t>
      </w:r>
      <w:r w:rsidRPr="000767E2">
        <w:rPr>
          <w:i/>
          <w:lang w:val="sv-SE"/>
        </w:rPr>
        <w:t>från</w:t>
      </w:r>
      <w:r w:rsidRPr="000767E2">
        <w:rPr>
          <w:lang w:val="sv-SE"/>
        </w:rPr>
        <w:t xml:space="preserve"> många av dem som hade orena andar kom de ut, ropande med väldig röst, och många förlamade och halta blev botade.{{field-off:bible}} [[@</w:t>
      </w:r>
      <w:r w:rsidR="0096445B" w:rsidRPr="000767E2">
        <w:rPr>
          <w:lang w:val="sv-SE"/>
        </w:rPr>
        <w:t>BibleBIBEL82</w:t>
      </w:r>
      <w:r w:rsidRPr="000767E2">
        <w:rPr>
          <w:lang w:val="sv-SE"/>
        </w:rPr>
        <w:t>:Acts 8:8]]</w:t>
      </w:r>
      <w:r w:rsidRPr="000767E2">
        <w:rPr>
          <w:vertAlign w:val="superscript"/>
          <w:lang w:val="sv-SE"/>
        </w:rPr>
        <w:t>8</w:t>
      </w:r>
      <w:r w:rsidRPr="000767E2">
        <w:rPr>
          <w:lang w:val="sv-SE"/>
        </w:rPr>
        <w:t xml:space="preserve"> {{field-on:bible}}Och det blev stor glädje i den staden.{{field-off:bible}}</w:t>
      </w:r>
    </w:p>
    <w:p w14:paraId="4E18F6A9" w14:textId="7327D1AF" w:rsidR="00BA33AB" w:rsidRPr="000767E2" w:rsidRDefault="00000000">
      <w:pPr>
        <w:rPr>
          <w:lang w:val="sv-SE"/>
        </w:rPr>
      </w:pPr>
      <w:r w:rsidRPr="000767E2">
        <w:rPr>
          <w:lang w:val="sv-SE"/>
        </w:rPr>
        <w:t>[[@</w:t>
      </w:r>
      <w:r w:rsidR="0096445B" w:rsidRPr="000767E2">
        <w:rPr>
          <w:lang w:val="sv-SE"/>
        </w:rPr>
        <w:t>BibleBIBEL82</w:t>
      </w:r>
      <w:r w:rsidRPr="000767E2">
        <w:rPr>
          <w:lang w:val="sv-SE"/>
        </w:rPr>
        <w:t>:Acts 8:9]]</w:t>
      </w:r>
      <w:r w:rsidRPr="000767E2">
        <w:rPr>
          <w:vertAlign w:val="superscript"/>
          <w:lang w:val="sv-SE"/>
        </w:rPr>
        <w:t>9</w:t>
      </w:r>
      <w:r w:rsidRPr="000767E2">
        <w:rPr>
          <w:lang w:val="sv-SE"/>
        </w:rPr>
        <w:t xml:space="preserve"> {{field-on:bible}}Men en man vid namn Simon fanns </w:t>
      </w:r>
      <w:r w:rsidRPr="000767E2">
        <w:rPr>
          <w:i/>
          <w:lang w:val="sv-SE"/>
        </w:rPr>
        <w:t>sedan</w:t>
      </w:r>
      <w:r w:rsidRPr="000767E2">
        <w:rPr>
          <w:lang w:val="sv-SE"/>
        </w:rPr>
        <w:t xml:space="preserve"> tidigare i staden, och han utövade magi och mystifierade folkslaget i Samarien </w:t>
      </w:r>
      <w:r w:rsidRPr="000767E2">
        <w:rPr>
          <w:i/>
          <w:lang w:val="sv-SE"/>
        </w:rPr>
        <w:t>och</w:t>
      </w:r>
      <w:r w:rsidRPr="000767E2">
        <w:rPr>
          <w:lang w:val="sv-SE"/>
        </w:rPr>
        <w:t xml:space="preserve"> sade sig själv vara en stor </w:t>
      </w:r>
      <w:r w:rsidRPr="000767E2">
        <w:rPr>
          <w:i/>
          <w:lang w:val="sv-SE"/>
        </w:rPr>
        <w:t>man</w:t>
      </w:r>
      <w:r w:rsidRPr="000767E2">
        <w:rPr>
          <w:lang w:val="sv-SE"/>
        </w:rPr>
        <w:t>.{{field-off:bible}} [[@</w:t>
      </w:r>
      <w:r w:rsidR="0096445B" w:rsidRPr="000767E2">
        <w:rPr>
          <w:lang w:val="sv-SE"/>
        </w:rPr>
        <w:t>BibleBIBEL82</w:t>
      </w:r>
      <w:r w:rsidRPr="000767E2">
        <w:rPr>
          <w:lang w:val="sv-SE"/>
        </w:rPr>
        <w:t>:Acts 8:10]]</w:t>
      </w:r>
      <w:r w:rsidRPr="000767E2">
        <w:rPr>
          <w:vertAlign w:val="superscript"/>
          <w:lang w:val="sv-SE"/>
        </w:rPr>
        <w:t>10</w:t>
      </w:r>
      <w:r w:rsidRPr="000767E2">
        <w:rPr>
          <w:lang w:val="sv-SE"/>
        </w:rPr>
        <w:t xml:space="preserve"> {{field-on:bible}}På honom aktade alla, från liten till stor, och sade: ”Denne är Guds kraft, den som kallas stor.”{{field-off:bible}} [[@</w:t>
      </w:r>
      <w:r w:rsidR="0096445B" w:rsidRPr="000767E2">
        <w:rPr>
          <w:lang w:val="sv-SE"/>
        </w:rPr>
        <w:t>BibleBIBEL82</w:t>
      </w:r>
      <w:r w:rsidRPr="000767E2">
        <w:rPr>
          <w:lang w:val="sv-SE"/>
        </w:rPr>
        <w:t>:Acts 8:11]]</w:t>
      </w:r>
      <w:r w:rsidRPr="000767E2">
        <w:rPr>
          <w:vertAlign w:val="superscript"/>
          <w:lang w:val="sv-SE"/>
        </w:rPr>
        <w:t>11</w:t>
      </w:r>
      <w:r w:rsidRPr="000767E2">
        <w:rPr>
          <w:lang w:val="sv-SE"/>
        </w:rPr>
        <w:t xml:space="preserve"> {{field-on:bible}}Och de aktade på honom, eftersom han en avsevärd tid med magierna hade mystifierat dem.{{field-off:bible}} [[@</w:t>
      </w:r>
      <w:r w:rsidR="0096445B" w:rsidRPr="000767E2">
        <w:rPr>
          <w:lang w:val="sv-SE"/>
        </w:rPr>
        <w:t>BibleBIBEL82</w:t>
      </w:r>
      <w:r w:rsidRPr="000767E2">
        <w:rPr>
          <w:lang w:val="sv-SE"/>
        </w:rPr>
        <w:t>:Acts 8:12]]</w:t>
      </w:r>
      <w:r w:rsidRPr="000767E2">
        <w:rPr>
          <w:vertAlign w:val="superscript"/>
          <w:lang w:val="sv-SE"/>
        </w:rPr>
        <w:t>12</w:t>
      </w:r>
      <w:r w:rsidRPr="000767E2">
        <w:rPr>
          <w:lang w:val="sv-SE"/>
        </w:rPr>
        <w:t xml:space="preserve"> {{field-on:bible}}Men när de trodde på Filippos, som evangeliserade om Guds rike och Jesu Kristi namn, döptes både män och kvinnor.{{field-off:bible}} [[@</w:t>
      </w:r>
      <w:r w:rsidR="0096445B" w:rsidRPr="000767E2">
        <w:rPr>
          <w:lang w:val="sv-SE"/>
        </w:rPr>
        <w:t>BibleBIBEL82</w:t>
      </w:r>
      <w:r w:rsidRPr="000767E2">
        <w:rPr>
          <w:lang w:val="sv-SE"/>
        </w:rPr>
        <w:t>:Acts 8:13]]</w:t>
      </w:r>
      <w:r w:rsidRPr="000767E2">
        <w:rPr>
          <w:vertAlign w:val="superscript"/>
          <w:lang w:val="sv-SE"/>
        </w:rPr>
        <w:t>13</w:t>
      </w:r>
      <w:r w:rsidRPr="000767E2">
        <w:rPr>
          <w:lang w:val="sv-SE"/>
        </w:rPr>
        <w:t xml:space="preserve"> {{field-on:bible}}Och Simon kom också själv till tro, och </w:t>
      </w:r>
      <w:r w:rsidRPr="000767E2">
        <w:rPr>
          <w:i/>
          <w:lang w:val="sv-SE"/>
        </w:rPr>
        <w:t>väl</w:t>
      </w:r>
      <w:r w:rsidRPr="000767E2">
        <w:rPr>
          <w:lang w:val="sv-SE"/>
        </w:rPr>
        <w:t xml:space="preserve"> döpt var han ständigt hos Filippos. Och när han skådade tecken och stora kraftgärningar som skedde var han utom sig.{{field-off:bible}}</w:t>
      </w:r>
    </w:p>
    <w:p w14:paraId="2EBB9BB8" w14:textId="77777777" w:rsidR="00BA33AB" w:rsidRPr="000767E2" w:rsidRDefault="00000000">
      <w:pPr>
        <w:pStyle w:val="Rubrik3"/>
        <w:rPr>
          <w:lang w:val="sv-SE"/>
        </w:rPr>
      </w:pPr>
      <w:r w:rsidRPr="000767E2">
        <w:rPr>
          <w:lang w:val="sv-SE"/>
        </w:rPr>
        <w:t>Apostlabesök i Samarien</w:t>
      </w:r>
    </w:p>
    <w:p w14:paraId="6E51B204" w14:textId="5940078D" w:rsidR="00BA33AB" w:rsidRPr="000767E2" w:rsidRDefault="00000000">
      <w:pPr>
        <w:rPr>
          <w:lang w:val="sv-SE"/>
        </w:rPr>
      </w:pPr>
      <w:r w:rsidRPr="000767E2">
        <w:rPr>
          <w:lang w:val="sv-SE"/>
        </w:rPr>
        <w:t>[[@</w:t>
      </w:r>
      <w:r w:rsidR="0096445B" w:rsidRPr="000767E2">
        <w:rPr>
          <w:lang w:val="sv-SE"/>
        </w:rPr>
        <w:t>BibleBIBEL82</w:t>
      </w:r>
      <w:r w:rsidRPr="000767E2">
        <w:rPr>
          <w:lang w:val="sv-SE"/>
        </w:rPr>
        <w:t>:Acts 8:14]]</w:t>
      </w:r>
      <w:r w:rsidRPr="000767E2">
        <w:rPr>
          <w:vertAlign w:val="superscript"/>
          <w:lang w:val="sv-SE"/>
        </w:rPr>
        <w:t>14</w:t>
      </w:r>
      <w:r w:rsidRPr="000767E2">
        <w:rPr>
          <w:lang w:val="sv-SE"/>
        </w:rPr>
        <w:t xml:space="preserve"> {{field-on:bible}}Men apostlarna i Jerusalem hörde att Samarien hade välkomnat Guds ord, och de sände till dem Petrus och Johannes.{{field-off:bible}} [[@</w:t>
      </w:r>
      <w:r w:rsidR="0096445B" w:rsidRPr="000767E2">
        <w:rPr>
          <w:lang w:val="sv-SE"/>
        </w:rPr>
        <w:t>BibleBIBEL82</w:t>
      </w:r>
      <w:r w:rsidRPr="000767E2">
        <w:rPr>
          <w:lang w:val="sv-SE"/>
        </w:rPr>
        <w:t>:Acts 8:15]]</w:t>
      </w:r>
      <w:r w:rsidRPr="000767E2">
        <w:rPr>
          <w:vertAlign w:val="superscript"/>
          <w:lang w:val="sv-SE"/>
        </w:rPr>
        <w:t>15</w:t>
      </w:r>
      <w:r w:rsidRPr="000767E2">
        <w:rPr>
          <w:lang w:val="sv-SE"/>
        </w:rPr>
        <w:t xml:space="preserve"> {{field-on:bible}}Dessa kom ner och bad för dem, att de skulle </w:t>
      </w:r>
      <w:r w:rsidRPr="000767E2">
        <w:rPr>
          <w:i/>
          <w:lang w:val="sv-SE"/>
        </w:rPr>
        <w:t>få</w:t>
      </w:r>
      <w:r w:rsidRPr="000767E2">
        <w:rPr>
          <w:lang w:val="sv-SE"/>
        </w:rPr>
        <w:t xml:space="preserve"> ta </w:t>
      </w:r>
      <w:r w:rsidRPr="000767E2">
        <w:rPr>
          <w:i/>
          <w:lang w:val="sv-SE"/>
        </w:rPr>
        <w:t>emot</w:t>
      </w:r>
      <w:r w:rsidRPr="000767E2">
        <w:rPr>
          <w:lang w:val="sv-SE"/>
        </w:rPr>
        <w:t xml:space="preserve"> helig Ande.{{field-off:bible}} [[@</w:t>
      </w:r>
      <w:r w:rsidR="0096445B" w:rsidRPr="000767E2">
        <w:rPr>
          <w:lang w:val="sv-SE"/>
        </w:rPr>
        <w:t>BibleBIBEL82</w:t>
      </w:r>
      <w:r w:rsidRPr="000767E2">
        <w:rPr>
          <w:lang w:val="sv-SE"/>
        </w:rPr>
        <w:t>:Acts 8:16]]</w:t>
      </w:r>
      <w:r w:rsidRPr="000767E2">
        <w:rPr>
          <w:vertAlign w:val="superscript"/>
          <w:lang w:val="sv-SE"/>
        </w:rPr>
        <w:t>16</w:t>
      </w:r>
      <w:r w:rsidRPr="000767E2">
        <w:rPr>
          <w:lang w:val="sv-SE"/>
        </w:rPr>
        <w:t xml:space="preserve"> {{field-on:bible}}För ännu var den inte fallen över någon av dem, utan de var bara döpta in i Herren Jesu namn.{{field-off:bible}} [[@</w:t>
      </w:r>
      <w:r w:rsidR="0096445B" w:rsidRPr="000767E2">
        <w:rPr>
          <w:lang w:val="sv-SE"/>
        </w:rPr>
        <w:t>BibleBIBEL82</w:t>
      </w:r>
      <w:r w:rsidRPr="000767E2">
        <w:rPr>
          <w:lang w:val="sv-SE"/>
        </w:rPr>
        <w:t>:Acts 8:17]]</w:t>
      </w:r>
      <w:r w:rsidRPr="000767E2">
        <w:rPr>
          <w:vertAlign w:val="superscript"/>
          <w:lang w:val="sv-SE"/>
        </w:rPr>
        <w:t>17</w:t>
      </w:r>
      <w:r w:rsidRPr="000767E2">
        <w:rPr>
          <w:lang w:val="sv-SE"/>
        </w:rPr>
        <w:t xml:space="preserve"> {{field-on:bible}}Då lade de händerna på dem, och de </w:t>
      </w:r>
      <w:r w:rsidRPr="000767E2">
        <w:rPr>
          <w:i/>
          <w:lang w:val="sv-SE"/>
        </w:rPr>
        <w:t>fick</w:t>
      </w:r>
      <w:r w:rsidRPr="000767E2">
        <w:rPr>
          <w:lang w:val="sv-SE"/>
        </w:rPr>
        <w:t xml:space="preserve"> ta </w:t>
      </w:r>
      <w:r w:rsidRPr="000767E2">
        <w:rPr>
          <w:i/>
          <w:lang w:val="sv-SE"/>
        </w:rPr>
        <w:t>emot</w:t>
      </w:r>
      <w:r w:rsidRPr="000767E2">
        <w:rPr>
          <w:lang w:val="sv-SE"/>
        </w:rPr>
        <w:t xml:space="preserve"> helig Ande.{{field-off:bible}}</w:t>
      </w:r>
    </w:p>
    <w:p w14:paraId="4F272AEE" w14:textId="4DBEC8DA" w:rsidR="00BA33AB" w:rsidRPr="000767E2" w:rsidRDefault="00000000">
      <w:pPr>
        <w:rPr>
          <w:lang w:val="sv-SE"/>
        </w:rPr>
      </w:pPr>
      <w:r w:rsidRPr="000767E2">
        <w:rPr>
          <w:lang w:val="sv-SE"/>
        </w:rPr>
        <w:t>[[@</w:t>
      </w:r>
      <w:r w:rsidR="0096445B" w:rsidRPr="000767E2">
        <w:rPr>
          <w:lang w:val="sv-SE"/>
        </w:rPr>
        <w:t>BibleBIBEL82</w:t>
      </w:r>
      <w:r w:rsidRPr="000767E2">
        <w:rPr>
          <w:lang w:val="sv-SE"/>
        </w:rPr>
        <w:t>:Acts 8:18]]</w:t>
      </w:r>
      <w:r w:rsidRPr="000767E2">
        <w:rPr>
          <w:vertAlign w:val="superscript"/>
          <w:lang w:val="sv-SE"/>
        </w:rPr>
        <w:t>18</w:t>
      </w:r>
      <w:r w:rsidRPr="000767E2">
        <w:rPr>
          <w:lang w:val="sv-SE"/>
        </w:rPr>
        <w:t xml:space="preserve"> {{field-on:bible}}Men när Simon såg att </w:t>
      </w:r>
      <w:r w:rsidRPr="000767E2">
        <w:rPr>
          <w:i/>
          <w:lang w:val="sv-SE"/>
        </w:rPr>
        <w:t>det är</w:t>
      </w:r>
      <w:r w:rsidRPr="000767E2">
        <w:rPr>
          <w:lang w:val="sv-SE"/>
        </w:rPr>
        <w:t xml:space="preserve"> genom apostlarnas handpåläggning Anden ges, frambar han åt dem pengar{{field-off:bible}} [[@</w:t>
      </w:r>
      <w:r w:rsidR="0096445B" w:rsidRPr="000767E2">
        <w:rPr>
          <w:lang w:val="sv-SE"/>
        </w:rPr>
        <w:t>BibleBIBEL82</w:t>
      </w:r>
      <w:r w:rsidRPr="000767E2">
        <w:rPr>
          <w:lang w:val="sv-SE"/>
        </w:rPr>
        <w:t>:Acts 8:19]]</w:t>
      </w:r>
      <w:r w:rsidRPr="000767E2">
        <w:rPr>
          <w:vertAlign w:val="superscript"/>
          <w:lang w:val="sv-SE"/>
        </w:rPr>
        <w:t>19</w:t>
      </w:r>
      <w:r w:rsidRPr="000767E2">
        <w:rPr>
          <w:lang w:val="sv-SE"/>
        </w:rPr>
        <w:t xml:space="preserve"> {{field-on:bible}}och sade: ”Ge även mig denna auktoritet, så att den på vilken jag lägger händerna </w:t>
      </w:r>
      <w:r w:rsidRPr="000767E2">
        <w:rPr>
          <w:i/>
          <w:lang w:val="sv-SE"/>
        </w:rPr>
        <w:t>får</w:t>
      </w:r>
      <w:r w:rsidRPr="000767E2">
        <w:rPr>
          <w:lang w:val="sv-SE"/>
        </w:rPr>
        <w:t xml:space="preserve"> ta </w:t>
      </w:r>
      <w:r w:rsidRPr="000767E2">
        <w:rPr>
          <w:i/>
          <w:lang w:val="sv-SE"/>
        </w:rPr>
        <w:t>emot</w:t>
      </w:r>
      <w:r w:rsidRPr="000767E2">
        <w:rPr>
          <w:lang w:val="sv-SE"/>
        </w:rPr>
        <w:t xml:space="preserve"> helig Ande.”{{field-off:bible}} [[@</w:t>
      </w:r>
      <w:r w:rsidR="0096445B" w:rsidRPr="000767E2">
        <w:rPr>
          <w:lang w:val="sv-SE"/>
        </w:rPr>
        <w:t>BibleBIBEL82</w:t>
      </w:r>
      <w:r w:rsidRPr="000767E2">
        <w:rPr>
          <w:lang w:val="sv-SE"/>
        </w:rPr>
        <w:t>:Acts 8:20]]</w:t>
      </w:r>
      <w:r w:rsidRPr="000767E2">
        <w:rPr>
          <w:vertAlign w:val="superscript"/>
          <w:lang w:val="sv-SE"/>
        </w:rPr>
        <w:t>20</w:t>
      </w:r>
      <w:r w:rsidRPr="000767E2">
        <w:rPr>
          <w:lang w:val="sv-SE"/>
        </w:rPr>
        <w:t xml:space="preserve"> {{field-on:bible}}Men Petrus sade till honom: ”Ditt silver må med dig vara till fördärv</w:t>
      </w:r>
      <w:r w:rsidRPr="000767E2">
        <w:rPr>
          <w:i/>
          <w:lang w:val="sv-SE"/>
        </w:rPr>
        <w:t>et</w:t>
      </w:r>
      <w:r w:rsidRPr="000767E2">
        <w:rPr>
          <w:lang w:val="sv-SE"/>
        </w:rPr>
        <w:t>! För Guds fria gåva antog du förvärvas med pengar.{{field-off:bible}} [[@</w:t>
      </w:r>
      <w:r w:rsidR="0096445B" w:rsidRPr="000767E2">
        <w:rPr>
          <w:lang w:val="sv-SE"/>
        </w:rPr>
        <w:t>BibleBIBEL82</w:t>
      </w:r>
      <w:r w:rsidRPr="000767E2">
        <w:rPr>
          <w:lang w:val="sv-SE"/>
        </w:rPr>
        <w:t>:Acts 8:21]]</w:t>
      </w:r>
      <w:r w:rsidRPr="000767E2">
        <w:rPr>
          <w:vertAlign w:val="superscript"/>
          <w:lang w:val="sv-SE"/>
        </w:rPr>
        <w:t>21</w:t>
      </w:r>
      <w:r w:rsidRPr="000767E2">
        <w:rPr>
          <w:lang w:val="sv-SE"/>
        </w:rPr>
        <w:t xml:space="preserve"> {{field-on:bible}}Du </w:t>
      </w:r>
      <w:r w:rsidRPr="000767E2">
        <w:rPr>
          <w:i/>
          <w:lang w:val="sv-SE"/>
        </w:rPr>
        <w:t>har</w:t>
      </w:r>
      <w:r w:rsidRPr="000767E2">
        <w:rPr>
          <w:lang w:val="sv-SE"/>
        </w:rPr>
        <w:t xml:space="preserve"> ingen del eller lott i detta ord. För ditt hjärta är inte rakt inför Gud.{{field-off:bible}} [[@</w:t>
      </w:r>
      <w:r w:rsidR="0096445B" w:rsidRPr="000767E2">
        <w:rPr>
          <w:lang w:val="sv-SE"/>
        </w:rPr>
        <w:t>BibleBIBEL82</w:t>
      </w:r>
      <w:r w:rsidRPr="000767E2">
        <w:rPr>
          <w:lang w:val="sv-SE"/>
        </w:rPr>
        <w:t>:Acts 8:22]]</w:t>
      </w:r>
      <w:r w:rsidRPr="000767E2">
        <w:rPr>
          <w:vertAlign w:val="superscript"/>
          <w:lang w:val="sv-SE"/>
        </w:rPr>
        <w:t>22</w:t>
      </w:r>
      <w:r w:rsidRPr="000767E2">
        <w:rPr>
          <w:lang w:val="sv-SE"/>
        </w:rPr>
        <w:t xml:space="preserve"> {{field-on:bible}}Ändra nu sinne från denna din ondska och bönfall Herren, om då ditt hjärtas tanke ska förlåtas dig.{{field-off:bible}} [[@</w:t>
      </w:r>
      <w:r w:rsidR="0096445B" w:rsidRPr="000767E2">
        <w:rPr>
          <w:lang w:val="sv-SE"/>
        </w:rPr>
        <w:t>BibleBIBEL82</w:t>
      </w:r>
      <w:r w:rsidRPr="000767E2">
        <w:rPr>
          <w:lang w:val="sv-SE"/>
        </w:rPr>
        <w:t>:Acts 8:23]]</w:t>
      </w:r>
      <w:r w:rsidRPr="000767E2">
        <w:rPr>
          <w:vertAlign w:val="superscript"/>
          <w:lang w:val="sv-SE"/>
        </w:rPr>
        <w:t>23</w:t>
      </w:r>
      <w:r w:rsidRPr="000767E2">
        <w:rPr>
          <w:lang w:val="sv-SE"/>
        </w:rPr>
        <w:t xml:space="preserve"> {{field-on:bible}}För i bitterhets galla och orätts band ser jag att du är.”{{field-off:bible}} [[@</w:t>
      </w:r>
      <w:r w:rsidR="0096445B" w:rsidRPr="000767E2">
        <w:rPr>
          <w:lang w:val="sv-SE"/>
        </w:rPr>
        <w:t>BibleBIBEL82</w:t>
      </w:r>
      <w:r w:rsidRPr="000767E2">
        <w:rPr>
          <w:lang w:val="sv-SE"/>
        </w:rPr>
        <w:t>:Acts 8:24]]</w:t>
      </w:r>
      <w:r w:rsidRPr="000767E2">
        <w:rPr>
          <w:vertAlign w:val="superscript"/>
          <w:lang w:val="sv-SE"/>
        </w:rPr>
        <w:t>24</w:t>
      </w:r>
      <w:r w:rsidRPr="000767E2">
        <w:rPr>
          <w:lang w:val="sv-SE"/>
        </w:rPr>
        <w:t xml:space="preserve"> {{field-on:bible}}Och Simon svarade och sade: ”Bönfall ni för mig till Herren, så att inget kommer över mig av det ni sagt.”{{field-off:bible}}</w:t>
      </w:r>
    </w:p>
    <w:p w14:paraId="2CA6C075" w14:textId="5AE20BC2"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8:25]]</w:t>
      </w:r>
      <w:r w:rsidRPr="000767E2">
        <w:rPr>
          <w:vertAlign w:val="superscript"/>
          <w:lang w:val="sv-SE"/>
        </w:rPr>
        <w:t>25</w:t>
      </w:r>
      <w:r w:rsidRPr="000767E2">
        <w:rPr>
          <w:lang w:val="sv-SE"/>
        </w:rPr>
        <w:t xml:space="preserve"> {{field-on:bible}}Sedan de nu vittnat och talat Herrens ord återvände de mot Jerusalem, och många </w:t>
      </w:r>
      <w:r w:rsidRPr="000767E2">
        <w:rPr>
          <w:i/>
          <w:lang w:val="sv-SE"/>
        </w:rPr>
        <w:t>av</w:t>
      </w:r>
      <w:r w:rsidRPr="000767E2">
        <w:rPr>
          <w:lang w:val="sv-SE"/>
        </w:rPr>
        <w:t xml:space="preserve"> samariernas byar evangeliserade de.{{field-off:bible}}</w:t>
      </w:r>
    </w:p>
    <w:p w14:paraId="143213BC" w14:textId="77777777" w:rsidR="00BA33AB" w:rsidRPr="000767E2" w:rsidRDefault="00000000">
      <w:pPr>
        <w:pStyle w:val="Rubrik3"/>
        <w:rPr>
          <w:lang w:val="sv-SE"/>
        </w:rPr>
      </w:pPr>
      <w:r w:rsidRPr="000767E2">
        <w:rPr>
          <w:lang w:val="sv-SE"/>
        </w:rPr>
        <w:t>Den etiopiske hovmannen</w:t>
      </w:r>
    </w:p>
    <w:p w14:paraId="602BD4DC" w14:textId="0E2521D8" w:rsidR="00BA33AB" w:rsidRPr="000767E2" w:rsidRDefault="00000000">
      <w:pPr>
        <w:rPr>
          <w:lang w:val="sv-SE"/>
        </w:rPr>
      </w:pPr>
      <w:r w:rsidRPr="000767E2">
        <w:rPr>
          <w:lang w:val="sv-SE"/>
        </w:rPr>
        <w:t>[[@</w:t>
      </w:r>
      <w:r w:rsidR="0096445B" w:rsidRPr="000767E2">
        <w:rPr>
          <w:lang w:val="sv-SE"/>
        </w:rPr>
        <w:t>BibleBIBEL82</w:t>
      </w:r>
      <w:r w:rsidRPr="000767E2">
        <w:rPr>
          <w:lang w:val="sv-SE"/>
        </w:rPr>
        <w:t>:Acts 8:26]]</w:t>
      </w:r>
      <w:r w:rsidRPr="000767E2">
        <w:rPr>
          <w:vertAlign w:val="superscript"/>
          <w:lang w:val="sv-SE"/>
        </w:rPr>
        <w:t>26</w:t>
      </w:r>
      <w:r w:rsidRPr="000767E2">
        <w:rPr>
          <w:lang w:val="sv-SE"/>
        </w:rPr>
        <w:t xml:space="preserve"> {{field-on:bible}}Men en Herrens ängel talade till Filippos och sade: ”Stå upp och vandra vid middagstid på vägen som går ner från Jerusalem till Gaza. Den är öde.”{{field-off:bible}} [[@</w:t>
      </w:r>
      <w:r w:rsidR="0096445B" w:rsidRPr="000767E2">
        <w:rPr>
          <w:lang w:val="sv-SE"/>
        </w:rPr>
        <w:t>BibleBIBEL82</w:t>
      </w:r>
      <w:r w:rsidRPr="000767E2">
        <w:rPr>
          <w:lang w:val="sv-SE"/>
        </w:rPr>
        <w:t>:Acts 8:27]]</w:t>
      </w:r>
      <w:r w:rsidRPr="000767E2">
        <w:rPr>
          <w:vertAlign w:val="superscript"/>
          <w:lang w:val="sv-SE"/>
        </w:rPr>
        <w:t>27</w:t>
      </w:r>
      <w:r w:rsidRPr="000767E2">
        <w:rPr>
          <w:lang w:val="sv-SE"/>
        </w:rPr>
        <w:t xml:space="preserve"> {{field-on:bible}}Och han stod upp och gick.{{field-off:bible}}</w:t>
      </w:r>
    </w:p>
    <w:p w14:paraId="0C91D34B" w14:textId="696B572C" w:rsidR="00BA33AB" w:rsidRPr="000767E2" w:rsidRDefault="00000000">
      <w:pPr>
        <w:rPr>
          <w:lang w:val="sv-SE"/>
        </w:rPr>
      </w:pPr>
      <w:r w:rsidRPr="000767E2">
        <w:rPr>
          <w:lang w:val="sv-SE"/>
        </w:rPr>
        <w:t xml:space="preserve">{{field-on:bible}}Och se: en etiopisk man, eunuck </w:t>
      </w:r>
      <w:r w:rsidRPr="000767E2">
        <w:rPr>
          <w:i/>
          <w:lang w:val="sv-SE"/>
        </w:rPr>
        <w:t>och</w:t>
      </w:r>
      <w:r w:rsidRPr="000767E2">
        <w:rPr>
          <w:lang w:val="sv-SE"/>
        </w:rPr>
        <w:t xml:space="preserve"> makthavare hos Kandake, etiopiers drottning, som var över hela hennes skattförråd. Han hade kommit och tillbett i Jerusalem{{field-off:bible}} [[@</w:t>
      </w:r>
      <w:r w:rsidR="0096445B" w:rsidRPr="000767E2">
        <w:rPr>
          <w:lang w:val="sv-SE"/>
        </w:rPr>
        <w:t>BibleBIBEL82</w:t>
      </w:r>
      <w:r w:rsidRPr="000767E2">
        <w:rPr>
          <w:lang w:val="sv-SE"/>
        </w:rPr>
        <w:t>:Acts 8:28]]</w:t>
      </w:r>
      <w:r w:rsidRPr="000767E2">
        <w:rPr>
          <w:vertAlign w:val="superscript"/>
          <w:lang w:val="sv-SE"/>
        </w:rPr>
        <w:t>28</w:t>
      </w:r>
      <w:r w:rsidRPr="000767E2">
        <w:rPr>
          <w:lang w:val="sv-SE"/>
        </w:rPr>
        <w:t xml:space="preserve"> {{field-on:bible}}och var </w:t>
      </w:r>
      <w:r w:rsidRPr="000767E2">
        <w:rPr>
          <w:i/>
          <w:lang w:val="sv-SE"/>
        </w:rPr>
        <w:t>nu</w:t>
      </w:r>
      <w:r w:rsidRPr="000767E2">
        <w:rPr>
          <w:lang w:val="sv-SE"/>
        </w:rPr>
        <w:t xml:space="preserve"> återvändande och satt på sin kärra och läste profeten Esaias.{{field-off:bible}} [[@</w:t>
      </w:r>
      <w:r w:rsidR="0096445B" w:rsidRPr="000767E2">
        <w:rPr>
          <w:lang w:val="sv-SE"/>
        </w:rPr>
        <w:t>BibleBIBEL82</w:t>
      </w:r>
      <w:r w:rsidRPr="000767E2">
        <w:rPr>
          <w:lang w:val="sv-SE"/>
        </w:rPr>
        <w:t>:Acts 8:29]]</w:t>
      </w:r>
      <w:r w:rsidRPr="000767E2">
        <w:rPr>
          <w:vertAlign w:val="superscript"/>
          <w:lang w:val="sv-SE"/>
        </w:rPr>
        <w:t>29</w:t>
      </w:r>
      <w:r w:rsidRPr="000767E2">
        <w:rPr>
          <w:lang w:val="sv-SE"/>
        </w:rPr>
        <w:t xml:space="preserve"> {{field-on:bible}}Och Anden sade till Filippos: ”Gå fram och anslut dig till den där kärran.”{{field-off:bible}}</w:t>
      </w:r>
    </w:p>
    <w:p w14:paraId="51638FC7" w14:textId="2752B5DC" w:rsidR="00BA33AB" w:rsidRPr="000767E2" w:rsidRDefault="00000000">
      <w:pPr>
        <w:rPr>
          <w:lang w:val="sv-SE"/>
        </w:rPr>
      </w:pPr>
      <w:r w:rsidRPr="000767E2">
        <w:rPr>
          <w:lang w:val="sv-SE"/>
        </w:rPr>
        <w:t>[[@</w:t>
      </w:r>
      <w:r w:rsidR="0096445B" w:rsidRPr="000767E2">
        <w:rPr>
          <w:lang w:val="sv-SE"/>
        </w:rPr>
        <w:t>BibleBIBEL82</w:t>
      </w:r>
      <w:r w:rsidRPr="000767E2">
        <w:rPr>
          <w:lang w:val="sv-SE"/>
        </w:rPr>
        <w:t>:Acts 8:30]]</w:t>
      </w:r>
      <w:r w:rsidRPr="000767E2">
        <w:rPr>
          <w:vertAlign w:val="superscript"/>
          <w:lang w:val="sv-SE"/>
        </w:rPr>
        <w:t>30</w:t>
      </w:r>
      <w:r w:rsidRPr="000767E2">
        <w:rPr>
          <w:lang w:val="sv-SE"/>
        </w:rPr>
        <w:t xml:space="preserve"> {{field-on:bible}}Och Filippos sprang fram och hörde honom läsa profeten Esaias, och han sade: ”Förstår du alltså det du läser?”{{field-off:bible}} [[@</w:t>
      </w:r>
      <w:r w:rsidR="0096445B" w:rsidRPr="000767E2">
        <w:rPr>
          <w:lang w:val="sv-SE"/>
        </w:rPr>
        <w:t>BibleBIBEL82</w:t>
      </w:r>
      <w:r w:rsidRPr="000767E2">
        <w:rPr>
          <w:lang w:val="sv-SE"/>
        </w:rPr>
        <w:t>:Acts 8:31]]</w:t>
      </w:r>
      <w:r w:rsidRPr="000767E2">
        <w:rPr>
          <w:vertAlign w:val="superscript"/>
          <w:lang w:val="sv-SE"/>
        </w:rPr>
        <w:t>31</w:t>
      </w:r>
      <w:r w:rsidRPr="000767E2">
        <w:rPr>
          <w:lang w:val="sv-SE"/>
        </w:rPr>
        <w:t xml:space="preserve"> {{field-on:bible}}Och han sade: ”Hur skulle jag då kunna </w:t>
      </w:r>
      <w:r w:rsidRPr="000767E2">
        <w:rPr>
          <w:i/>
          <w:lang w:val="sv-SE"/>
        </w:rPr>
        <w:t>det</w:t>
      </w:r>
      <w:r w:rsidRPr="000767E2">
        <w:rPr>
          <w:lang w:val="sv-SE"/>
        </w:rPr>
        <w:t>, om ingen vägleder mig?” Och han uppmanade Filippos att stiga upp och sätta sig med honom.{{field-off:bible}} [[@</w:t>
      </w:r>
      <w:r w:rsidR="0096445B" w:rsidRPr="000767E2">
        <w:rPr>
          <w:lang w:val="sv-SE"/>
        </w:rPr>
        <w:t>BibleBIBEL82</w:t>
      </w:r>
      <w:r w:rsidRPr="000767E2">
        <w:rPr>
          <w:lang w:val="sv-SE"/>
        </w:rPr>
        <w:t>:Acts 8:32]]</w:t>
      </w:r>
      <w:r w:rsidRPr="000767E2">
        <w:rPr>
          <w:vertAlign w:val="superscript"/>
          <w:lang w:val="sv-SE"/>
        </w:rPr>
        <w:t>32</w:t>
      </w:r>
      <w:r w:rsidRPr="000767E2">
        <w:rPr>
          <w:lang w:val="sv-SE"/>
        </w:rPr>
        <w:t xml:space="preserve"> {{field-on:bible}}Och avsnittet i Skriften som han var och läste var detta:{{field-off:bible}}</w:t>
      </w:r>
    </w:p>
    <w:p w14:paraId="738FB396" w14:textId="3DF3C7BA" w:rsidR="00BA33AB" w:rsidRPr="000767E2" w:rsidRDefault="00000000">
      <w:pPr>
        <w:rPr>
          <w:lang w:val="sv-SE"/>
        </w:rPr>
      </w:pPr>
      <w:r w:rsidRPr="000767E2">
        <w:rPr>
          <w:lang w:val="sv-SE"/>
        </w:rPr>
        <w:t>{{field-on:bible}}Som ett får fördes till slakt,</w:t>
      </w:r>
      <w:r w:rsidRPr="000767E2">
        <w:rPr>
          <w:lang w:val="sv-SE"/>
        </w:rPr>
        <w:br/>
        <w:t xml:space="preserve">och som ett </w:t>
      </w:r>
      <w:r w:rsidRPr="000767E2">
        <w:rPr>
          <w:i/>
          <w:lang w:val="sv-SE"/>
        </w:rPr>
        <w:t>offer</w:t>
      </w:r>
      <w:r w:rsidRPr="000767E2">
        <w:rPr>
          <w:lang w:val="sv-SE"/>
        </w:rPr>
        <w:t xml:space="preserve">lamm inför den som klipper det </w:t>
      </w:r>
      <w:r w:rsidRPr="000767E2">
        <w:rPr>
          <w:i/>
          <w:lang w:val="sv-SE"/>
        </w:rPr>
        <w:t>är</w:t>
      </w:r>
      <w:r w:rsidRPr="000767E2">
        <w:rPr>
          <w:lang w:val="sv-SE"/>
        </w:rPr>
        <w:t xml:space="preserve"> ljudlöst,</w:t>
      </w:r>
      <w:r w:rsidRPr="000767E2">
        <w:rPr>
          <w:lang w:val="sv-SE"/>
        </w:rPr>
        <w:br/>
        <w:t>så öppnar han inte sin mun.{{field-off:bible}}</w:t>
      </w:r>
      <w:r w:rsidRPr="000767E2">
        <w:rPr>
          <w:lang w:val="sv-SE"/>
        </w:rPr>
        <w:br/>
        <w:t>[[@</w:t>
      </w:r>
      <w:r w:rsidR="0096445B" w:rsidRPr="000767E2">
        <w:rPr>
          <w:lang w:val="sv-SE"/>
        </w:rPr>
        <w:t>BibleBIBEL82</w:t>
      </w:r>
      <w:r w:rsidRPr="000767E2">
        <w:rPr>
          <w:lang w:val="sv-SE"/>
        </w:rPr>
        <w:t>:Acts 8:33]]</w:t>
      </w:r>
      <w:r w:rsidRPr="000767E2">
        <w:rPr>
          <w:vertAlign w:val="superscript"/>
          <w:lang w:val="sv-SE"/>
        </w:rPr>
        <w:t>33</w:t>
      </w:r>
      <w:r w:rsidRPr="000767E2">
        <w:rPr>
          <w:lang w:val="sv-SE"/>
        </w:rPr>
        <w:t xml:space="preserve"> {{field-on:bible}}I [hans] låghet blev hans dom borttagen.</w:t>
      </w:r>
      <w:r w:rsidRPr="000767E2">
        <w:rPr>
          <w:lang w:val="sv-SE"/>
        </w:rPr>
        <w:br/>
        <w:t xml:space="preserve">Hans släkte, vem ska skildra </w:t>
      </w:r>
      <w:r w:rsidRPr="000767E2">
        <w:rPr>
          <w:i/>
          <w:lang w:val="sv-SE"/>
        </w:rPr>
        <w:t>det</w:t>
      </w:r>
      <w:r w:rsidRPr="000767E2">
        <w:rPr>
          <w:lang w:val="sv-SE"/>
        </w:rPr>
        <w:t>?</w:t>
      </w:r>
      <w:r w:rsidRPr="000767E2">
        <w:rPr>
          <w:lang w:val="sv-SE"/>
        </w:rPr>
        <w:br/>
        <w:t>För hans liv tas bort från jorden.{{field-off:bible}}</w:t>
      </w:r>
    </w:p>
    <w:p w14:paraId="6AE969B7" w14:textId="57508895" w:rsidR="00BA33AB" w:rsidRPr="000767E2" w:rsidRDefault="00000000">
      <w:pPr>
        <w:rPr>
          <w:lang w:val="sv-SE"/>
        </w:rPr>
      </w:pPr>
      <w:r w:rsidRPr="000767E2">
        <w:rPr>
          <w:lang w:val="sv-SE"/>
        </w:rPr>
        <w:t>[[@</w:t>
      </w:r>
      <w:r w:rsidR="0096445B" w:rsidRPr="000767E2">
        <w:rPr>
          <w:lang w:val="sv-SE"/>
        </w:rPr>
        <w:t>BibleBIBEL82</w:t>
      </w:r>
      <w:r w:rsidRPr="000767E2">
        <w:rPr>
          <w:lang w:val="sv-SE"/>
        </w:rPr>
        <w:t>:Acts 8:34]]</w:t>
      </w:r>
      <w:r w:rsidRPr="000767E2">
        <w:rPr>
          <w:vertAlign w:val="superscript"/>
          <w:lang w:val="sv-SE"/>
        </w:rPr>
        <w:t>34</w:t>
      </w:r>
      <w:r w:rsidRPr="000767E2">
        <w:rPr>
          <w:lang w:val="sv-SE"/>
        </w:rPr>
        <w:t xml:space="preserve"> {{field-on:bible}}Och eunucken svarade Filippos och sade: ”Jag bönfaller dig: om vem säger profeten detta? Om sig själv eller om någon annan?”{{field-off:bible}} [[@</w:t>
      </w:r>
      <w:r w:rsidR="0096445B" w:rsidRPr="000767E2">
        <w:rPr>
          <w:lang w:val="sv-SE"/>
        </w:rPr>
        <w:t>BibleBIBEL82</w:t>
      </w:r>
      <w:r w:rsidRPr="000767E2">
        <w:rPr>
          <w:lang w:val="sv-SE"/>
        </w:rPr>
        <w:t>:Acts 8:35]]</w:t>
      </w:r>
      <w:r w:rsidRPr="000767E2">
        <w:rPr>
          <w:vertAlign w:val="superscript"/>
          <w:lang w:val="sv-SE"/>
        </w:rPr>
        <w:t>35</w:t>
      </w:r>
      <w:r w:rsidRPr="000767E2">
        <w:rPr>
          <w:lang w:val="sv-SE"/>
        </w:rPr>
        <w:t xml:space="preserve"> {{field-on:bible}}Och </w:t>
      </w:r>
      <w:r w:rsidRPr="000767E2">
        <w:rPr>
          <w:i/>
          <w:lang w:val="sv-SE"/>
        </w:rPr>
        <w:t>då</w:t>
      </w:r>
      <w:r w:rsidRPr="000767E2">
        <w:rPr>
          <w:lang w:val="sv-SE"/>
        </w:rPr>
        <w:t xml:space="preserve"> öppnade Filippos sin mun och började från denna Skrift och evangeliserade för honom </w:t>
      </w:r>
      <w:r w:rsidRPr="000767E2">
        <w:rPr>
          <w:i/>
          <w:lang w:val="sv-SE"/>
        </w:rPr>
        <w:t>om</w:t>
      </w:r>
      <w:r w:rsidRPr="000767E2">
        <w:rPr>
          <w:lang w:val="sv-SE"/>
        </w:rPr>
        <w:t xml:space="preserve"> Jesus.{{field-off:bible}}</w:t>
      </w:r>
    </w:p>
    <w:p w14:paraId="178984CC" w14:textId="177488E6" w:rsidR="00BA33AB" w:rsidRPr="000767E2" w:rsidRDefault="00000000">
      <w:pPr>
        <w:rPr>
          <w:lang w:val="sv-SE"/>
        </w:rPr>
      </w:pPr>
      <w:r w:rsidRPr="000767E2">
        <w:rPr>
          <w:lang w:val="sv-SE"/>
        </w:rPr>
        <w:t>[[@</w:t>
      </w:r>
      <w:r w:rsidR="0096445B" w:rsidRPr="000767E2">
        <w:rPr>
          <w:lang w:val="sv-SE"/>
        </w:rPr>
        <w:t>BibleBIBEL82</w:t>
      </w:r>
      <w:r w:rsidRPr="000767E2">
        <w:rPr>
          <w:lang w:val="sv-SE"/>
        </w:rPr>
        <w:t>:Acts 8:36]]</w:t>
      </w:r>
      <w:r w:rsidRPr="000767E2">
        <w:rPr>
          <w:vertAlign w:val="superscript"/>
          <w:lang w:val="sv-SE"/>
        </w:rPr>
        <w:t>36</w:t>
      </w:r>
      <w:r w:rsidRPr="000767E2">
        <w:rPr>
          <w:lang w:val="sv-SE"/>
        </w:rPr>
        <w:t xml:space="preserve"> {{field-on:bible}}Och när de for längs vägen kom de till lite vatten, och eunucken säger: ”Se: vatten! Vad hindrar att jag blir döpt?”{{field-off:bible}} [[@</w:t>
      </w:r>
      <w:r w:rsidR="0096445B" w:rsidRPr="000767E2">
        <w:rPr>
          <w:lang w:val="sv-SE"/>
        </w:rPr>
        <w:t>BibleBIBEL82</w:t>
      </w:r>
      <w:r w:rsidRPr="000767E2">
        <w:rPr>
          <w:lang w:val="sv-SE"/>
        </w:rPr>
        <w:t>:Acts 8:38]]</w:t>
      </w:r>
      <w:r w:rsidRPr="000767E2">
        <w:rPr>
          <w:vertAlign w:val="superscript"/>
          <w:lang w:val="sv-SE"/>
        </w:rPr>
        <w:t>38</w:t>
      </w:r>
      <w:r w:rsidRPr="000767E2">
        <w:rPr>
          <w:lang w:val="sv-SE"/>
        </w:rPr>
        <w:t xml:space="preserve"> {{field-on:bible}}Och han befallde att kärran </w:t>
      </w:r>
      <w:r w:rsidRPr="000767E2">
        <w:rPr>
          <w:i/>
          <w:lang w:val="sv-SE"/>
        </w:rPr>
        <w:t>skulle</w:t>
      </w:r>
      <w:r w:rsidRPr="000767E2">
        <w:rPr>
          <w:lang w:val="sv-SE"/>
        </w:rPr>
        <w:t xml:space="preserve"> stå. Och båda steg ner i vattnet, både Filippos och eunucken, och han döpte honom.{{field-off:bible}} [[@</w:t>
      </w:r>
      <w:r w:rsidR="0096445B" w:rsidRPr="000767E2">
        <w:rPr>
          <w:lang w:val="sv-SE"/>
        </w:rPr>
        <w:t>BibleBIBEL82</w:t>
      </w:r>
      <w:r w:rsidRPr="000767E2">
        <w:rPr>
          <w:lang w:val="sv-SE"/>
        </w:rPr>
        <w:t>:Acts 8:39]]</w:t>
      </w:r>
      <w:r w:rsidRPr="000767E2">
        <w:rPr>
          <w:vertAlign w:val="superscript"/>
          <w:lang w:val="sv-SE"/>
        </w:rPr>
        <w:t>39</w:t>
      </w:r>
      <w:r w:rsidRPr="000767E2">
        <w:rPr>
          <w:lang w:val="sv-SE"/>
        </w:rPr>
        <w:t xml:space="preserve"> {{field-on:bible}}Men när de steg upp ur vattnet, ryckte Herrens Ande Filippos. Och eunucken såg honom inte mer, för han for sin väg glad.{{field-off:bible}}</w:t>
      </w:r>
    </w:p>
    <w:p w14:paraId="11B84E91" w14:textId="68A152BF" w:rsidR="00BA33AB" w:rsidRPr="000767E2" w:rsidRDefault="00000000">
      <w:pPr>
        <w:rPr>
          <w:lang w:val="sv-SE"/>
        </w:rPr>
      </w:pPr>
      <w:r w:rsidRPr="000767E2">
        <w:rPr>
          <w:lang w:val="sv-SE"/>
        </w:rPr>
        <w:t>[[@</w:t>
      </w:r>
      <w:r w:rsidR="0096445B" w:rsidRPr="000767E2">
        <w:rPr>
          <w:lang w:val="sv-SE"/>
        </w:rPr>
        <w:t>BibleBIBEL82</w:t>
      </w:r>
      <w:r w:rsidRPr="000767E2">
        <w:rPr>
          <w:lang w:val="sv-SE"/>
        </w:rPr>
        <w:t>:Acts 8:40]]</w:t>
      </w:r>
      <w:r w:rsidRPr="000767E2">
        <w:rPr>
          <w:vertAlign w:val="superscript"/>
          <w:lang w:val="sv-SE"/>
        </w:rPr>
        <w:t>40</w:t>
      </w:r>
      <w:r w:rsidRPr="000767E2">
        <w:rPr>
          <w:lang w:val="sv-SE"/>
        </w:rPr>
        <w:t xml:space="preserve"> {{field-on:bible}}Men Filippos befann sig i Azotos, och han gick omkring och evangeliserade alla städerna tills han kom till Caesarea.{{field-off:bible}}</w:t>
      </w:r>
    </w:p>
    <w:p w14:paraId="66AADCF3" w14:textId="116C416F"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:Acts 9]]Kapitel 9</w:t>
      </w:r>
    </w:p>
    <w:p w14:paraId="43EB5308" w14:textId="77777777" w:rsidR="00BA33AB" w:rsidRPr="000767E2" w:rsidRDefault="00000000">
      <w:pPr>
        <w:pStyle w:val="Rubrik3"/>
        <w:rPr>
          <w:lang w:val="sv-SE"/>
        </w:rPr>
      </w:pPr>
      <w:r w:rsidRPr="000767E2">
        <w:rPr>
          <w:lang w:val="sv-SE"/>
        </w:rPr>
        <w:t>Sauls omvändelse</w:t>
      </w:r>
    </w:p>
    <w:p w14:paraId="35DD444E" w14:textId="26ADF794" w:rsidR="00BA33AB" w:rsidRPr="000767E2" w:rsidRDefault="00000000">
      <w:pPr>
        <w:rPr>
          <w:lang w:val="sv-SE"/>
        </w:rPr>
      </w:pPr>
      <w:r w:rsidRPr="000767E2">
        <w:rPr>
          <w:lang w:val="sv-SE"/>
        </w:rPr>
        <w:t>[[@</w:t>
      </w:r>
      <w:r w:rsidR="0096445B" w:rsidRPr="000767E2">
        <w:rPr>
          <w:lang w:val="sv-SE"/>
        </w:rPr>
        <w:t>BibleBIBEL82</w:t>
      </w:r>
      <w:r w:rsidRPr="000767E2">
        <w:rPr>
          <w:lang w:val="sv-SE"/>
        </w:rPr>
        <w:t>:Acts 9:1]]</w:t>
      </w:r>
      <w:r w:rsidRPr="000767E2">
        <w:rPr>
          <w:vertAlign w:val="superscript"/>
          <w:lang w:val="sv-SE"/>
        </w:rPr>
        <w:t>1</w:t>
      </w:r>
      <w:r w:rsidRPr="000767E2">
        <w:rPr>
          <w:lang w:val="sv-SE"/>
        </w:rPr>
        <w:t xml:space="preserve"> {{field-on:bible}}Men Saul, som fortfarande andades av hot och mord mot Herrens lärjungar, gick till översteprästen{{field-off:bible}} [[@</w:t>
      </w:r>
      <w:r w:rsidR="0096445B" w:rsidRPr="000767E2">
        <w:rPr>
          <w:lang w:val="sv-SE"/>
        </w:rPr>
        <w:t>BibleBIBEL82</w:t>
      </w:r>
      <w:r w:rsidRPr="000767E2">
        <w:rPr>
          <w:lang w:val="sv-SE"/>
        </w:rPr>
        <w:t>:Acts 9:2]]</w:t>
      </w:r>
      <w:r w:rsidRPr="000767E2">
        <w:rPr>
          <w:vertAlign w:val="superscript"/>
          <w:lang w:val="sv-SE"/>
        </w:rPr>
        <w:t>2</w:t>
      </w:r>
      <w:r w:rsidRPr="000767E2">
        <w:rPr>
          <w:lang w:val="sv-SE"/>
        </w:rPr>
        <w:t xml:space="preserve"> {{field-on:bible}}och begärde från honom brev till Damaskus för synagogorna: att om han fann några som var av Vägen, både män och kvinnor, skulle han föra </w:t>
      </w:r>
      <w:r w:rsidRPr="000767E2">
        <w:rPr>
          <w:i/>
          <w:lang w:val="sv-SE"/>
        </w:rPr>
        <w:t>dem</w:t>
      </w:r>
      <w:r w:rsidRPr="000767E2">
        <w:rPr>
          <w:lang w:val="sv-SE"/>
        </w:rPr>
        <w:t xml:space="preserve"> bundna till Jerusalem.{{field-off:bible}}</w:t>
      </w:r>
    </w:p>
    <w:p w14:paraId="04923B7B" w14:textId="10C0356F" w:rsidR="00BA33AB" w:rsidRPr="000767E2" w:rsidRDefault="00000000">
      <w:pPr>
        <w:rPr>
          <w:lang w:val="sv-SE"/>
        </w:rPr>
      </w:pPr>
      <w:r w:rsidRPr="000767E2">
        <w:rPr>
          <w:lang w:val="sv-SE"/>
        </w:rPr>
        <w:t>[[@</w:t>
      </w:r>
      <w:r w:rsidR="0096445B" w:rsidRPr="000767E2">
        <w:rPr>
          <w:lang w:val="sv-SE"/>
        </w:rPr>
        <w:t>BibleBIBEL82</w:t>
      </w:r>
      <w:r w:rsidRPr="000767E2">
        <w:rPr>
          <w:lang w:val="sv-SE"/>
        </w:rPr>
        <w:t>:Acts 9:3]]</w:t>
      </w:r>
      <w:r w:rsidRPr="000767E2">
        <w:rPr>
          <w:vertAlign w:val="superscript"/>
          <w:lang w:val="sv-SE"/>
        </w:rPr>
        <w:t>3</w:t>
      </w:r>
      <w:r w:rsidRPr="000767E2">
        <w:rPr>
          <w:lang w:val="sv-SE"/>
        </w:rPr>
        <w:t xml:space="preserve"> {{field-on:bible}}Men under det att han for hände det att han närmade sig Damaskus, och plötsligt blixtrade omkring honom ett ljus från himlen.{{field-off:bible}} [[@</w:t>
      </w:r>
      <w:r w:rsidR="0096445B" w:rsidRPr="000767E2">
        <w:rPr>
          <w:lang w:val="sv-SE"/>
        </w:rPr>
        <w:t>BibleBIBEL82</w:t>
      </w:r>
      <w:r w:rsidRPr="000767E2">
        <w:rPr>
          <w:lang w:val="sv-SE"/>
        </w:rPr>
        <w:t>:Acts 9:4]]</w:t>
      </w:r>
      <w:r w:rsidRPr="000767E2">
        <w:rPr>
          <w:vertAlign w:val="superscript"/>
          <w:lang w:val="sv-SE"/>
        </w:rPr>
        <w:t>4</w:t>
      </w:r>
      <w:r w:rsidRPr="000767E2">
        <w:rPr>
          <w:lang w:val="sv-SE"/>
        </w:rPr>
        <w:t xml:space="preserve"> {{field-on:bible}}Och han föll till jorden, och hörde en röst som sade till honom: ”Saul, Saul! Varför förföljer du mig?”{{field-off:bible}} [[@</w:t>
      </w:r>
      <w:r w:rsidR="0096445B" w:rsidRPr="000767E2">
        <w:rPr>
          <w:lang w:val="sv-SE"/>
        </w:rPr>
        <w:t>BibleBIBEL82</w:t>
      </w:r>
      <w:r w:rsidRPr="000767E2">
        <w:rPr>
          <w:lang w:val="sv-SE"/>
        </w:rPr>
        <w:t>:Acts 9:5]]</w:t>
      </w:r>
      <w:r w:rsidRPr="000767E2">
        <w:rPr>
          <w:vertAlign w:val="superscript"/>
          <w:lang w:val="sv-SE"/>
        </w:rPr>
        <w:t>5</w:t>
      </w:r>
      <w:r w:rsidRPr="000767E2">
        <w:rPr>
          <w:lang w:val="sv-SE"/>
        </w:rPr>
        <w:t xml:space="preserve"> {{field-on:bible}}Och han sade: ”Vem är du, Herre?” Och han: ”Jag är Jesus. Den du förföljer.{{field-off:bible}} [[@</w:t>
      </w:r>
      <w:r w:rsidR="0096445B" w:rsidRPr="000767E2">
        <w:rPr>
          <w:lang w:val="sv-SE"/>
        </w:rPr>
        <w:t>BibleBIBEL82</w:t>
      </w:r>
      <w:r w:rsidRPr="000767E2">
        <w:rPr>
          <w:lang w:val="sv-SE"/>
        </w:rPr>
        <w:t>:Acts 9:6]]</w:t>
      </w:r>
      <w:r w:rsidRPr="000767E2">
        <w:rPr>
          <w:vertAlign w:val="superscript"/>
          <w:lang w:val="sv-SE"/>
        </w:rPr>
        <w:t>6</w:t>
      </w:r>
      <w:r w:rsidRPr="000767E2">
        <w:rPr>
          <w:lang w:val="sv-SE"/>
        </w:rPr>
        <w:t xml:space="preserve"> {{field-on:bible}}Men stå upp och gå in i staden, och det ska talas till dig vad du måste göra.”{{field-off:bible}} [[@</w:t>
      </w:r>
      <w:r w:rsidR="0096445B" w:rsidRPr="000767E2">
        <w:rPr>
          <w:lang w:val="sv-SE"/>
        </w:rPr>
        <w:t>BibleBIBEL82</w:t>
      </w:r>
      <w:r w:rsidRPr="000767E2">
        <w:rPr>
          <w:lang w:val="sv-SE"/>
        </w:rPr>
        <w:t>:Acts 9:7]]</w:t>
      </w:r>
      <w:r w:rsidRPr="000767E2">
        <w:rPr>
          <w:vertAlign w:val="superscript"/>
          <w:lang w:val="sv-SE"/>
        </w:rPr>
        <w:t>7</w:t>
      </w:r>
      <w:r w:rsidRPr="000767E2">
        <w:rPr>
          <w:lang w:val="sv-SE"/>
        </w:rPr>
        <w:t xml:space="preserve"> {{field-on:bible}}Och männen som reste med honom stod mållösa, då de hörde rösten men inte skådade någon.{{field-off:bible}}</w:t>
      </w:r>
    </w:p>
    <w:p w14:paraId="79009AAC" w14:textId="5FF877A1" w:rsidR="00BA33AB" w:rsidRPr="000767E2" w:rsidRDefault="00000000">
      <w:pPr>
        <w:rPr>
          <w:lang w:val="sv-SE"/>
        </w:rPr>
      </w:pPr>
      <w:r w:rsidRPr="000767E2">
        <w:rPr>
          <w:lang w:val="sv-SE"/>
        </w:rPr>
        <w:t>[[@</w:t>
      </w:r>
      <w:r w:rsidR="0096445B" w:rsidRPr="000767E2">
        <w:rPr>
          <w:lang w:val="sv-SE"/>
        </w:rPr>
        <w:t>BibleBIBEL82</w:t>
      </w:r>
      <w:r w:rsidRPr="000767E2">
        <w:rPr>
          <w:lang w:val="sv-SE"/>
        </w:rPr>
        <w:t>:Acts 9:8]]</w:t>
      </w:r>
      <w:r w:rsidRPr="000767E2">
        <w:rPr>
          <w:vertAlign w:val="superscript"/>
          <w:lang w:val="sv-SE"/>
        </w:rPr>
        <w:t>8</w:t>
      </w:r>
      <w:r w:rsidRPr="000767E2">
        <w:rPr>
          <w:lang w:val="sv-SE"/>
        </w:rPr>
        <w:t xml:space="preserve"> {{field-on:bible}}Och Saul reste sig från jorden, men </w:t>
      </w:r>
      <w:r w:rsidRPr="000767E2">
        <w:rPr>
          <w:i/>
          <w:lang w:val="sv-SE"/>
        </w:rPr>
        <w:t>fast</w:t>
      </w:r>
      <w:r w:rsidRPr="000767E2">
        <w:rPr>
          <w:lang w:val="sv-SE"/>
        </w:rPr>
        <w:t xml:space="preserve"> hans ögon var öppnade såg han ingen. Och de ledde honom vid handen och förde in i Damaskus.{{field-off:bible}} [[@</w:t>
      </w:r>
      <w:r w:rsidR="0096445B" w:rsidRPr="000767E2">
        <w:rPr>
          <w:lang w:val="sv-SE"/>
        </w:rPr>
        <w:t>BibleBIBEL82</w:t>
      </w:r>
      <w:r w:rsidRPr="000767E2">
        <w:rPr>
          <w:lang w:val="sv-SE"/>
        </w:rPr>
        <w:t>:Acts 9:9]]</w:t>
      </w:r>
      <w:r w:rsidRPr="000767E2">
        <w:rPr>
          <w:vertAlign w:val="superscript"/>
          <w:lang w:val="sv-SE"/>
        </w:rPr>
        <w:t>9</w:t>
      </w:r>
      <w:r w:rsidRPr="000767E2">
        <w:rPr>
          <w:lang w:val="sv-SE"/>
        </w:rPr>
        <w:t xml:space="preserve"> {{field-on:bible}}Och han var tre dagar utan att se, och han åt inte eller drack.{{field-off:bible}}</w:t>
      </w:r>
    </w:p>
    <w:p w14:paraId="273AB325" w14:textId="34ACAB9A" w:rsidR="00BA33AB" w:rsidRPr="000767E2" w:rsidRDefault="00000000">
      <w:pPr>
        <w:rPr>
          <w:lang w:val="sv-SE"/>
        </w:rPr>
      </w:pPr>
      <w:r w:rsidRPr="000767E2">
        <w:rPr>
          <w:lang w:val="sv-SE"/>
        </w:rPr>
        <w:t>[[@</w:t>
      </w:r>
      <w:r w:rsidR="0096445B" w:rsidRPr="000767E2">
        <w:rPr>
          <w:lang w:val="sv-SE"/>
        </w:rPr>
        <w:t>BibleBIBEL82</w:t>
      </w:r>
      <w:r w:rsidRPr="000767E2">
        <w:rPr>
          <w:lang w:val="sv-SE"/>
        </w:rPr>
        <w:t>:Acts 9:10]]</w:t>
      </w:r>
      <w:r w:rsidRPr="000767E2">
        <w:rPr>
          <w:vertAlign w:val="superscript"/>
          <w:lang w:val="sv-SE"/>
        </w:rPr>
        <w:t>10</w:t>
      </w:r>
      <w:r w:rsidRPr="000767E2">
        <w:rPr>
          <w:lang w:val="sv-SE"/>
        </w:rPr>
        <w:t xml:space="preserve"> {{field-on:bible}}Men det fanns en lärjunge i Damaskus vid namn Ananias. Och till honom sade Herren i en syn: ”Ananias!” Och han sade: ”Se: </w:t>
      </w:r>
      <w:r w:rsidRPr="000767E2">
        <w:rPr>
          <w:i/>
          <w:lang w:val="sv-SE"/>
        </w:rPr>
        <w:t>här är</w:t>
      </w:r>
      <w:r w:rsidRPr="000767E2">
        <w:rPr>
          <w:lang w:val="sv-SE"/>
        </w:rPr>
        <w:t xml:space="preserve"> jag, Herre.”{{field-off:bible}} [[@</w:t>
      </w:r>
      <w:r w:rsidR="0096445B" w:rsidRPr="000767E2">
        <w:rPr>
          <w:lang w:val="sv-SE"/>
        </w:rPr>
        <w:t>BibleBIBEL82</w:t>
      </w:r>
      <w:r w:rsidRPr="000767E2">
        <w:rPr>
          <w:lang w:val="sv-SE"/>
        </w:rPr>
        <w:t>:Acts 9:11]]</w:t>
      </w:r>
      <w:r w:rsidRPr="000767E2">
        <w:rPr>
          <w:vertAlign w:val="superscript"/>
          <w:lang w:val="sv-SE"/>
        </w:rPr>
        <w:t>11</w:t>
      </w:r>
      <w:r w:rsidRPr="000767E2">
        <w:rPr>
          <w:lang w:val="sv-SE"/>
        </w:rPr>
        <w:t xml:space="preserve"> {{field-on:bible}}Och Herren till honom: ”Stå upp och gå till det gatustråk som kallas Raka och sök i Judas hus </w:t>
      </w:r>
      <w:r w:rsidRPr="000767E2">
        <w:rPr>
          <w:i/>
          <w:lang w:val="sv-SE"/>
        </w:rPr>
        <w:t>en</w:t>
      </w:r>
      <w:r w:rsidRPr="000767E2">
        <w:rPr>
          <w:lang w:val="sv-SE"/>
        </w:rPr>
        <w:t xml:space="preserve"> vid namn Saul från Tarsos. För se: han ber,{{field-off:bible}} [[@</w:t>
      </w:r>
      <w:r w:rsidR="0096445B" w:rsidRPr="000767E2">
        <w:rPr>
          <w:lang w:val="sv-SE"/>
        </w:rPr>
        <w:t>BibleBIBEL82</w:t>
      </w:r>
      <w:r w:rsidRPr="000767E2">
        <w:rPr>
          <w:lang w:val="sv-SE"/>
        </w:rPr>
        <w:t>:Acts 9:12]]</w:t>
      </w:r>
      <w:r w:rsidRPr="000767E2">
        <w:rPr>
          <w:vertAlign w:val="superscript"/>
          <w:lang w:val="sv-SE"/>
        </w:rPr>
        <w:t>12</w:t>
      </w:r>
      <w:r w:rsidRPr="000767E2">
        <w:rPr>
          <w:lang w:val="sv-SE"/>
        </w:rPr>
        <w:t xml:space="preserve"> {{field-on:bible}}och han har sett en man vid namn Ananias komma in och lägga på honom händer så att han ser igen.”{{field-off:bible}}</w:t>
      </w:r>
    </w:p>
    <w:p w14:paraId="11F75342" w14:textId="01584CCC" w:rsidR="00BA33AB" w:rsidRPr="000767E2" w:rsidRDefault="00000000">
      <w:pPr>
        <w:rPr>
          <w:lang w:val="sv-SE"/>
        </w:rPr>
      </w:pPr>
      <w:r w:rsidRPr="000767E2">
        <w:rPr>
          <w:lang w:val="sv-SE"/>
        </w:rPr>
        <w:t>[[@</w:t>
      </w:r>
      <w:r w:rsidR="0096445B" w:rsidRPr="000767E2">
        <w:rPr>
          <w:lang w:val="sv-SE"/>
        </w:rPr>
        <w:t>BibleBIBEL82</w:t>
      </w:r>
      <w:r w:rsidRPr="000767E2">
        <w:rPr>
          <w:lang w:val="sv-SE"/>
        </w:rPr>
        <w:t>:Acts 9:13]]</w:t>
      </w:r>
      <w:r w:rsidRPr="000767E2">
        <w:rPr>
          <w:vertAlign w:val="superscript"/>
          <w:lang w:val="sv-SE"/>
        </w:rPr>
        <w:t>13</w:t>
      </w:r>
      <w:r w:rsidRPr="000767E2">
        <w:rPr>
          <w:lang w:val="sv-SE"/>
        </w:rPr>
        <w:t xml:space="preserve"> {{field-on:bible}}Men </w:t>
      </w:r>
      <w:r w:rsidRPr="000767E2">
        <w:rPr>
          <w:i/>
          <w:lang w:val="sv-SE"/>
        </w:rPr>
        <w:t>då</w:t>
      </w:r>
      <w:r w:rsidRPr="000767E2">
        <w:rPr>
          <w:lang w:val="sv-SE"/>
        </w:rPr>
        <w:t xml:space="preserve"> svarade Ananias: ”Herre, jag har hört av många om denne man, hur mycket ont mot dina heliga han har gjort i Jerusalem.{{field-off:bible}} [[@</w:t>
      </w:r>
      <w:r w:rsidR="0096445B" w:rsidRPr="000767E2">
        <w:rPr>
          <w:lang w:val="sv-SE"/>
        </w:rPr>
        <w:t>BibleBIBEL82</w:t>
      </w:r>
      <w:r w:rsidRPr="000767E2">
        <w:rPr>
          <w:lang w:val="sv-SE"/>
        </w:rPr>
        <w:t>:Acts 9:14]]</w:t>
      </w:r>
      <w:r w:rsidRPr="000767E2">
        <w:rPr>
          <w:vertAlign w:val="superscript"/>
          <w:lang w:val="sv-SE"/>
        </w:rPr>
        <w:t>14</w:t>
      </w:r>
      <w:r w:rsidRPr="000767E2">
        <w:rPr>
          <w:lang w:val="sv-SE"/>
        </w:rPr>
        <w:t xml:space="preserve"> {{field-on:bible}}Och här har han auktoritet från översteprästerna att fängsla alla som åkallar ditt namn.”{{field-off:bible}} [[@</w:t>
      </w:r>
      <w:r w:rsidR="0096445B" w:rsidRPr="000767E2">
        <w:rPr>
          <w:lang w:val="sv-SE"/>
        </w:rPr>
        <w:t>BibleBIBEL82</w:t>
      </w:r>
      <w:r w:rsidRPr="000767E2">
        <w:rPr>
          <w:lang w:val="sv-SE"/>
        </w:rPr>
        <w:t>:Acts 9:15]]</w:t>
      </w:r>
      <w:r w:rsidRPr="000767E2">
        <w:rPr>
          <w:vertAlign w:val="superscript"/>
          <w:lang w:val="sv-SE"/>
        </w:rPr>
        <w:t>15</w:t>
      </w:r>
      <w:r w:rsidRPr="000767E2">
        <w:rPr>
          <w:lang w:val="sv-SE"/>
        </w:rPr>
        <w:t xml:space="preserve"> {{field-on:bible}}Men Herren sade till honom: ”Gå. För ett utvaldhetens kärl är mig denne, för att bära mitt namn inför folkslag och kungar och Israels söner.{{field-off:bible}} [[@</w:t>
      </w:r>
      <w:r w:rsidR="0096445B" w:rsidRPr="000767E2">
        <w:rPr>
          <w:lang w:val="sv-SE"/>
        </w:rPr>
        <w:t>BibleBIBEL82</w:t>
      </w:r>
      <w:r w:rsidRPr="000767E2">
        <w:rPr>
          <w:lang w:val="sv-SE"/>
        </w:rPr>
        <w:t>:Acts 9:16]]</w:t>
      </w:r>
      <w:r w:rsidRPr="000767E2">
        <w:rPr>
          <w:vertAlign w:val="superscript"/>
          <w:lang w:val="sv-SE"/>
        </w:rPr>
        <w:t>16</w:t>
      </w:r>
      <w:r w:rsidRPr="000767E2">
        <w:rPr>
          <w:lang w:val="sv-SE"/>
        </w:rPr>
        <w:t xml:space="preserve"> {{field-on:bible}}För jag ska visa honom hur mycket han för mitt namn måste lida.”{{field-off:bible}}</w:t>
      </w:r>
    </w:p>
    <w:p w14:paraId="5841C306" w14:textId="7BE2640D" w:rsidR="00BA33AB" w:rsidRPr="000767E2" w:rsidRDefault="00000000">
      <w:pPr>
        <w:rPr>
          <w:lang w:val="sv-SE"/>
        </w:rPr>
      </w:pPr>
      <w:r w:rsidRPr="000767E2">
        <w:rPr>
          <w:lang w:val="sv-SE"/>
        </w:rPr>
        <w:t>[[@</w:t>
      </w:r>
      <w:r w:rsidR="0096445B" w:rsidRPr="000767E2">
        <w:rPr>
          <w:lang w:val="sv-SE"/>
        </w:rPr>
        <w:t>BibleBIBEL82</w:t>
      </w:r>
      <w:r w:rsidRPr="000767E2">
        <w:rPr>
          <w:lang w:val="sv-SE"/>
        </w:rPr>
        <w:t>:Acts 9:17]]</w:t>
      </w:r>
      <w:r w:rsidRPr="000767E2">
        <w:rPr>
          <w:vertAlign w:val="superscript"/>
          <w:lang w:val="sv-SE"/>
        </w:rPr>
        <w:t>17</w:t>
      </w:r>
      <w:r w:rsidRPr="000767E2">
        <w:rPr>
          <w:lang w:val="sv-SE"/>
        </w:rPr>
        <w:t xml:space="preserve"> {{field-on:bible}}Och Ananias gick iväg och kom in i huset, och han lade på honom händerna och sade: ”Saul, broder! Herren har sänt mig, Jesus som visade sig för dig på vägen som du gick, för att du ska se igen och bli fylld av helig Ande.”{{field-off:bible}} [[@</w:t>
      </w:r>
      <w:r w:rsidR="0096445B" w:rsidRPr="000767E2">
        <w:rPr>
          <w:lang w:val="sv-SE"/>
        </w:rPr>
        <w:t>BibleBIBEL82</w:t>
      </w:r>
      <w:r w:rsidRPr="000767E2">
        <w:rPr>
          <w:lang w:val="sv-SE"/>
        </w:rPr>
        <w:t>:Acts 9:18]]</w:t>
      </w:r>
      <w:r w:rsidRPr="000767E2">
        <w:rPr>
          <w:vertAlign w:val="superscript"/>
          <w:lang w:val="sv-SE"/>
        </w:rPr>
        <w:t>18</w:t>
      </w:r>
      <w:r w:rsidRPr="000767E2">
        <w:rPr>
          <w:lang w:val="sv-SE"/>
        </w:rPr>
        <w:t xml:space="preserve"> {{field-on:bible}}Och direkt föll </w:t>
      </w:r>
      <w:r w:rsidRPr="000767E2">
        <w:rPr>
          <w:i/>
          <w:lang w:val="sv-SE"/>
        </w:rPr>
        <w:t>det</w:t>
      </w:r>
      <w:r w:rsidRPr="000767E2">
        <w:rPr>
          <w:lang w:val="sv-SE"/>
        </w:rPr>
        <w:t xml:space="preserve"> av från hans </w:t>
      </w:r>
      <w:r w:rsidRPr="000767E2">
        <w:rPr>
          <w:lang w:val="sv-SE"/>
        </w:rPr>
        <w:lastRenderedPageBreak/>
        <w:t>ögon som fjäll, och han såg igen och stod upp och blev döpt.{{field-off:bible}} [[@</w:t>
      </w:r>
      <w:r w:rsidR="0096445B" w:rsidRPr="000767E2">
        <w:rPr>
          <w:lang w:val="sv-SE"/>
        </w:rPr>
        <w:t>BibleBIBEL82</w:t>
      </w:r>
      <w:r w:rsidRPr="000767E2">
        <w:rPr>
          <w:lang w:val="sv-SE"/>
        </w:rPr>
        <w:t>:Acts 9:19]]</w:t>
      </w:r>
      <w:r w:rsidRPr="000767E2">
        <w:rPr>
          <w:vertAlign w:val="superscript"/>
          <w:lang w:val="sv-SE"/>
        </w:rPr>
        <w:t>19</w:t>
      </w:r>
      <w:r w:rsidRPr="000767E2">
        <w:rPr>
          <w:lang w:val="sv-SE"/>
        </w:rPr>
        <w:t xml:space="preserve"> {{field-on:bible}}Och sedan han tagit föda blev han styrkt.{{field-off:bible}}</w:t>
      </w:r>
    </w:p>
    <w:p w14:paraId="6DE391EC" w14:textId="77777777" w:rsidR="00BA33AB" w:rsidRPr="000767E2" w:rsidRDefault="00000000">
      <w:pPr>
        <w:pStyle w:val="Rubrik3"/>
        <w:rPr>
          <w:lang w:val="sv-SE"/>
        </w:rPr>
      </w:pPr>
      <w:r w:rsidRPr="000767E2">
        <w:rPr>
          <w:lang w:val="sv-SE"/>
        </w:rPr>
        <w:t>Saul predikar Jesus</w:t>
      </w:r>
    </w:p>
    <w:p w14:paraId="4E61F548" w14:textId="6640511B" w:rsidR="00BA33AB" w:rsidRPr="000767E2" w:rsidRDefault="00000000">
      <w:pPr>
        <w:rPr>
          <w:lang w:val="sv-SE"/>
        </w:rPr>
      </w:pPr>
      <w:r w:rsidRPr="000767E2">
        <w:rPr>
          <w:lang w:val="sv-SE"/>
        </w:rPr>
        <w:t>{{field-on:bible}}Och han blev hos lärjungarna i Damaskus några dagar,{{field-off:bible}} [[@</w:t>
      </w:r>
      <w:r w:rsidR="0096445B" w:rsidRPr="000767E2">
        <w:rPr>
          <w:lang w:val="sv-SE"/>
        </w:rPr>
        <w:t>BibleBIBEL82</w:t>
      </w:r>
      <w:r w:rsidRPr="000767E2">
        <w:rPr>
          <w:lang w:val="sv-SE"/>
        </w:rPr>
        <w:t>:Acts 9:20]]</w:t>
      </w:r>
      <w:r w:rsidRPr="000767E2">
        <w:rPr>
          <w:vertAlign w:val="superscript"/>
          <w:lang w:val="sv-SE"/>
        </w:rPr>
        <w:t>20</w:t>
      </w:r>
      <w:r w:rsidRPr="000767E2">
        <w:rPr>
          <w:lang w:val="sv-SE"/>
        </w:rPr>
        <w:t xml:space="preserve"> {{field-on:bible}}och direkt i synagogorna </w:t>
      </w:r>
      <w:r w:rsidRPr="000767E2">
        <w:rPr>
          <w:i/>
          <w:lang w:val="sv-SE"/>
        </w:rPr>
        <w:t>började</w:t>
      </w:r>
      <w:r w:rsidRPr="000767E2">
        <w:rPr>
          <w:lang w:val="sv-SE"/>
        </w:rPr>
        <w:t xml:space="preserve"> han förkunna Jesus, att denne är Guds Son.{{field-off:bible}} [[@</w:t>
      </w:r>
      <w:r w:rsidR="0096445B" w:rsidRPr="000767E2">
        <w:rPr>
          <w:lang w:val="sv-SE"/>
        </w:rPr>
        <w:t>BibleBIBEL82</w:t>
      </w:r>
      <w:r w:rsidRPr="000767E2">
        <w:rPr>
          <w:lang w:val="sv-SE"/>
        </w:rPr>
        <w:t>:Acts 9:21]]</w:t>
      </w:r>
      <w:r w:rsidRPr="000767E2">
        <w:rPr>
          <w:vertAlign w:val="superscript"/>
          <w:lang w:val="sv-SE"/>
        </w:rPr>
        <w:t>21</w:t>
      </w:r>
      <w:r w:rsidRPr="000767E2">
        <w:rPr>
          <w:lang w:val="sv-SE"/>
        </w:rPr>
        <w:t xml:space="preserve"> {{field-on:bible}}Och alla som hörde blev utom sig och sade: ”Är det inte denne som i Jerusalem utplånade dem som åkallar detta namn? Och hit har han kommit för detta, för att föra dem bundna till översteprästerna.”{{field-off:bible}} [[@</w:t>
      </w:r>
      <w:r w:rsidR="0096445B" w:rsidRPr="000767E2">
        <w:rPr>
          <w:lang w:val="sv-SE"/>
        </w:rPr>
        <w:t>BibleBIBEL82</w:t>
      </w:r>
      <w:r w:rsidRPr="000767E2">
        <w:rPr>
          <w:lang w:val="sv-SE"/>
        </w:rPr>
        <w:t>:Acts 9:22]]</w:t>
      </w:r>
      <w:r w:rsidRPr="000767E2">
        <w:rPr>
          <w:vertAlign w:val="superscript"/>
          <w:lang w:val="sv-SE"/>
        </w:rPr>
        <w:t>22</w:t>
      </w:r>
      <w:r w:rsidRPr="000767E2">
        <w:rPr>
          <w:lang w:val="sv-SE"/>
        </w:rPr>
        <w:t xml:space="preserve"> {{field-on:bible}}Men Saul fick mer kraft, och han fick judarna som bodde i Damaskus i förvirring när han lade ihop </w:t>
      </w:r>
      <w:r w:rsidRPr="000767E2">
        <w:rPr>
          <w:i/>
          <w:lang w:val="sv-SE"/>
        </w:rPr>
        <w:t>det</w:t>
      </w:r>
      <w:r w:rsidRPr="000767E2">
        <w:rPr>
          <w:lang w:val="sv-SE"/>
        </w:rPr>
        <w:t xml:space="preserve"> att denne är Kristus.{{field-off:bible}}</w:t>
      </w:r>
    </w:p>
    <w:p w14:paraId="1F0BB063" w14:textId="2C106311" w:rsidR="00BA33AB" w:rsidRPr="000767E2" w:rsidRDefault="00000000">
      <w:pPr>
        <w:rPr>
          <w:lang w:val="sv-SE"/>
        </w:rPr>
      </w:pPr>
      <w:r w:rsidRPr="000767E2">
        <w:rPr>
          <w:lang w:val="sv-SE"/>
        </w:rPr>
        <w:t>[[@</w:t>
      </w:r>
      <w:r w:rsidR="0096445B" w:rsidRPr="000767E2">
        <w:rPr>
          <w:lang w:val="sv-SE"/>
        </w:rPr>
        <w:t>BibleBIBEL82</w:t>
      </w:r>
      <w:r w:rsidRPr="000767E2">
        <w:rPr>
          <w:lang w:val="sv-SE"/>
        </w:rPr>
        <w:t>:Acts 9:23]]</w:t>
      </w:r>
      <w:r w:rsidRPr="000767E2">
        <w:rPr>
          <w:vertAlign w:val="superscript"/>
          <w:lang w:val="sv-SE"/>
        </w:rPr>
        <w:t>23</w:t>
      </w:r>
      <w:r w:rsidRPr="000767E2">
        <w:rPr>
          <w:lang w:val="sv-SE"/>
        </w:rPr>
        <w:t xml:space="preserve"> {{field-on:bible}}Men när det hade uppfyllts åtskilliga dagar, samrådde judarna </w:t>
      </w:r>
      <w:r w:rsidRPr="000767E2">
        <w:rPr>
          <w:i/>
          <w:lang w:val="sv-SE"/>
        </w:rPr>
        <w:t>om</w:t>
      </w:r>
      <w:r w:rsidRPr="000767E2">
        <w:rPr>
          <w:lang w:val="sv-SE"/>
        </w:rPr>
        <w:t xml:space="preserve"> att röja bort honom.{{field-off:bible}} [[@</w:t>
      </w:r>
      <w:r w:rsidR="0096445B" w:rsidRPr="000767E2">
        <w:rPr>
          <w:lang w:val="sv-SE"/>
        </w:rPr>
        <w:t>BibleBIBEL82</w:t>
      </w:r>
      <w:r w:rsidRPr="000767E2">
        <w:rPr>
          <w:lang w:val="sv-SE"/>
        </w:rPr>
        <w:t>:Acts 9:24]]</w:t>
      </w:r>
      <w:r w:rsidRPr="000767E2">
        <w:rPr>
          <w:vertAlign w:val="superscript"/>
          <w:lang w:val="sv-SE"/>
        </w:rPr>
        <w:t>24</w:t>
      </w:r>
      <w:r w:rsidRPr="000767E2">
        <w:rPr>
          <w:lang w:val="sv-SE"/>
        </w:rPr>
        <w:t xml:space="preserve"> {{field-on:bible}}Dock blev det känt för Saul </w:t>
      </w:r>
      <w:r w:rsidRPr="000767E2">
        <w:rPr>
          <w:i/>
          <w:lang w:val="sv-SE"/>
        </w:rPr>
        <w:t>om</w:t>
      </w:r>
      <w:r w:rsidRPr="000767E2">
        <w:rPr>
          <w:lang w:val="sv-SE"/>
        </w:rPr>
        <w:t xml:space="preserve"> deras komplott. Och noga vaktade de också portarna både dag och natt för att röja bort honom,{{field-off:bible}} [[@</w:t>
      </w:r>
      <w:r w:rsidR="0096445B" w:rsidRPr="000767E2">
        <w:rPr>
          <w:lang w:val="sv-SE"/>
        </w:rPr>
        <w:t>BibleBIBEL82</w:t>
      </w:r>
      <w:r w:rsidRPr="000767E2">
        <w:rPr>
          <w:lang w:val="sv-SE"/>
        </w:rPr>
        <w:t>:Acts 9:25]]</w:t>
      </w:r>
      <w:r w:rsidRPr="000767E2">
        <w:rPr>
          <w:vertAlign w:val="superscript"/>
          <w:lang w:val="sv-SE"/>
        </w:rPr>
        <w:t>25</w:t>
      </w:r>
      <w:r w:rsidRPr="000767E2">
        <w:rPr>
          <w:lang w:val="sv-SE"/>
        </w:rPr>
        <w:t xml:space="preserve"> {{field-on:bible}}men hans lärjungar tog om natten och sänkte ner honom genom muren och firade ner i en korg.{{field-off:bible}}</w:t>
      </w:r>
    </w:p>
    <w:p w14:paraId="1E7A88A7" w14:textId="65507DCE" w:rsidR="00BA33AB" w:rsidRPr="000767E2" w:rsidRDefault="00000000">
      <w:pPr>
        <w:rPr>
          <w:lang w:val="sv-SE"/>
        </w:rPr>
      </w:pPr>
      <w:r w:rsidRPr="000767E2">
        <w:rPr>
          <w:lang w:val="sv-SE"/>
        </w:rPr>
        <w:t>[[@</w:t>
      </w:r>
      <w:r w:rsidR="0096445B" w:rsidRPr="000767E2">
        <w:rPr>
          <w:lang w:val="sv-SE"/>
        </w:rPr>
        <w:t>BibleBIBEL82</w:t>
      </w:r>
      <w:r w:rsidRPr="000767E2">
        <w:rPr>
          <w:lang w:val="sv-SE"/>
        </w:rPr>
        <w:t>:Acts 9:26]]</w:t>
      </w:r>
      <w:r w:rsidRPr="000767E2">
        <w:rPr>
          <w:vertAlign w:val="superscript"/>
          <w:lang w:val="sv-SE"/>
        </w:rPr>
        <w:t>26</w:t>
      </w:r>
      <w:r w:rsidRPr="000767E2">
        <w:rPr>
          <w:lang w:val="sv-SE"/>
        </w:rPr>
        <w:t xml:space="preserve"> {{field-on:bible}}Och framkommen till Jerusalem försökte han ansluta sig till lärjungarna. Och alla fruktade honom och trodde inte att han är en lärjunge.{{field-off:bible}} [[@</w:t>
      </w:r>
      <w:r w:rsidR="0096445B" w:rsidRPr="000767E2">
        <w:rPr>
          <w:lang w:val="sv-SE"/>
        </w:rPr>
        <w:t>BibleBIBEL82</w:t>
      </w:r>
      <w:r w:rsidRPr="000767E2">
        <w:rPr>
          <w:lang w:val="sv-SE"/>
        </w:rPr>
        <w:t>:Acts 9:27]]</w:t>
      </w:r>
      <w:r w:rsidRPr="000767E2">
        <w:rPr>
          <w:vertAlign w:val="superscript"/>
          <w:lang w:val="sv-SE"/>
        </w:rPr>
        <w:t>27</w:t>
      </w:r>
      <w:r w:rsidRPr="000767E2">
        <w:rPr>
          <w:lang w:val="sv-SE"/>
        </w:rPr>
        <w:t xml:space="preserve"> {{field-on:bible}}Men Barnabas tog tag och förde honom till apostlarna. Och han skildrade för dem hur han på vägen hade sett Herren, och att han hade talat till honom, och hur han i Damaskus hade varit frimodig i Jesu namn.{{field-off:bible}} [[@</w:t>
      </w:r>
      <w:r w:rsidR="0096445B" w:rsidRPr="000767E2">
        <w:rPr>
          <w:lang w:val="sv-SE"/>
        </w:rPr>
        <w:t>BibleBIBEL82</w:t>
      </w:r>
      <w:r w:rsidRPr="000767E2">
        <w:rPr>
          <w:lang w:val="sv-SE"/>
        </w:rPr>
        <w:t>:Acts 9:28]]</w:t>
      </w:r>
      <w:r w:rsidRPr="000767E2">
        <w:rPr>
          <w:vertAlign w:val="superscript"/>
          <w:lang w:val="sv-SE"/>
        </w:rPr>
        <w:t>28</w:t>
      </w:r>
      <w:r w:rsidRPr="000767E2">
        <w:rPr>
          <w:lang w:val="sv-SE"/>
        </w:rPr>
        <w:t xml:space="preserve"> {{field-on:bible}}Och </w:t>
      </w:r>
      <w:r w:rsidRPr="000767E2">
        <w:rPr>
          <w:i/>
          <w:lang w:val="sv-SE"/>
        </w:rPr>
        <w:t>sedan</w:t>
      </w:r>
      <w:r w:rsidRPr="000767E2">
        <w:rPr>
          <w:lang w:val="sv-SE"/>
        </w:rPr>
        <w:t xml:space="preserve"> var han hos dem och gick in och gick ut i Jerusalem, frimodig i Herrens namn.{{field-off:bible}} [[@</w:t>
      </w:r>
      <w:r w:rsidR="0096445B" w:rsidRPr="000767E2">
        <w:rPr>
          <w:lang w:val="sv-SE"/>
        </w:rPr>
        <w:t>BibleBIBEL82</w:t>
      </w:r>
      <w:r w:rsidRPr="000767E2">
        <w:rPr>
          <w:lang w:val="sv-SE"/>
        </w:rPr>
        <w:t>:Acts 9:29]]</w:t>
      </w:r>
      <w:r w:rsidRPr="000767E2">
        <w:rPr>
          <w:vertAlign w:val="superscript"/>
          <w:lang w:val="sv-SE"/>
        </w:rPr>
        <w:t>29</w:t>
      </w:r>
      <w:r w:rsidRPr="000767E2">
        <w:rPr>
          <w:lang w:val="sv-SE"/>
        </w:rPr>
        <w:t xml:space="preserve"> {{field-on:bible}}Och han talade och diskuterade med de grekisktalande, men de tog sig för att röja bort honom.{{field-off:bible}} [[@</w:t>
      </w:r>
      <w:r w:rsidR="0096445B" w:rsidRPr="000767E2">
        <w:rPr>
          <w:lang w:val="sv-SE"/>
        </w:rPr>
        <w:t>BibleBIBEL82</w:t>
      </w:r>
      <w:r w:rsidRPr="000767E2">
        <w:rPr>
          <w:lang w:val="sv-SE"/>
        </w:rPr>
        <w:t>:Acts 9:30]]</w:t>
      </w:r>
      <w:r w:rsidRPr="000767E2">
        <w:rPr>
          <w:vertAlign w:val="superscript"/>
          <w:lang w:val="sv-SE"/>
        </w:rPr>
        <w:t>30</w:t>
      </w:r>
      <w:r w:rsidRPr="000767E2">
        <w:rPr>
          <w:lang w:val="sv-SE"/>
        </w:rPr>
        <w:t xml:space="preserve"> {{field-on:bible}}Och när syskonen insåg </w:t>
      </w:r>
      <w:r w:rsidRPr="000767E2">
        <w:rPr>
          <w:i/>
          <w:lang w:val="sv-SE"/>
        </w:rPr>
        <w:t>det</w:t>
      </w:r>
      <w:r w:rsidRPr="000767E2">
        <w:rPr>
          <w:lang w:val="sv-SE"/>
        </w:rPr>
        <w:t>, förde de ner honom till Caesarea och sände iväg honom till Tarsos.{{field-off:bible}}</w:t>
      </w:r>
    </w:p>
    <w:p w14:paraId="5DD93B78" w14:textId="381D9E9C" w:rsidR="00BA33AB" w:rsidRPr="000767E2" w:rsidRDefault="00000000">
      <w:pPr>
        <w:rPr>
          <w:lang w:val="sv-SE"/>
        </w:rPr>
      </w:pPr>
      <w:r w:rsidRPr="000767E2">
        <w:rPr>
          <w:lang w:val="sv-SE"/>
        </w:rPr>
        <w:t>[[@</w:t>
      </w:r>
      <w:r w:rsidR="0096445B" w:rsidRPr="000767E2">
        <w:rPr>
          <w:lang w:val="sv-SE"/>
        </w:rPr>
        <w:t>BibleBIBEL82</w:t>
      </w:r>
      <w:r w:rsidRPr="000767E2">
        <w:rPr>
          <w:lang w:val="sv-SE"/>
        </w:rPr>
        <w:t>:Acts 9:31]]</w:t>
      </w:r>
      <w:r w:rsidRPr="000767E2">
        <w:rPr>
          <w:vertAlign w:val="superscript"/>
          <w:lang w:val="sv-SE"/>
        </w:rPr>
        <w:t>31</w:t>
      </w:r>
      <w:r w:rsidRPr="000767E2">
        <w:rPr>
          <w:lang w:val="sv-SE"/>
        </w:rPr>
        <w:t xml:space="preserve"> {{field-on:bible}}Församlingen över hela Judeen och Galileen och Samarien hade nu frid, uppbyggd och vandrande i fruktan för Herren, och förökades genom den heliga Andens uppmuntran.{{field-off:bible}}</w:t>
      </w:r>
    </w:p>
    <w:p w14:paraId="71CB4B66" w14:textId="77777777" w:rsidR="00BA33AB" w:rsidRPr="000767E2" w:rsidRDefault="00000000">
      <w:pPr>
        <w:pStyle w:val="Rubrik3"/>
        <w:rPr>
          <w:lang w:val="sv-SE"/>
        </w:rPr>
      </w:pPr>
      <w:r w:rsidRPr="000767E2">
        <w:rPr>
          <w:lang w:val="sv-SE"/>
        </w:rPr>
        <w:t>Petrus i Lydda och Joppe</w:t>
      </w:r>
    </w:p>
    <w:p w14:paraId="1F187BF9" w14:textId="07CF2A5E" w:rsidR="00BA33AB" w:rsidRPr="000767E2" w:rsidRDefault="00000000">
      <w:pPr>
        <w:rPr>
          <w:lang w:val="sv-SE"/>
        </w:rPr>
      </w:pPr>
      <w:r w:rsidRPr="000767E2">
        <w:rPr>
          <w:lang w:val="sv-SE"/>
        </w:rPr>
        <w:t>[[@</w:t>
      </w:r>
      <w:r w:rsidR="0096445B" w:rsidRPr="000767E2">
        <w:rPr>
          <w:lang w:val="sv-SE"/>
        </w:rPr>
        <w:t>BibleBIBEL82</w:t>
      </w:r>
      <w:r w:rsidRPr="000767E2">
        <w:rPr>
          <w:lang w:val="sv-SE"/>
        </w:rPr>
        <w:t>:Acts 9:32]]</w:t>
      </w:r>
      <w:r w:rsidRPr="000767E2">
        <w:rPr>
          <w:vertAlign w:val="superscript"/>
          <w:lang w:val="sv-SE"/>
        </w:rPr>
        <w:t>32</w:t>
      </w:r>
      <w:r w:rsidRPr="000767E2">
        <w:rPr>
          <w:lang w:val="sv-SE"/>
        </w:rPr>
        <w:t xml:space="preserve"> {{field-on:bible}}Och det hände sig att Petrus, som gick omkring bland alla, kom ner även till de heliga som bodde i Lydda.{{field-off:bible}} [[@</w:t>
      </w:r>
      <w:r w:rsidR="0096445B" w:rsidRPr="000767E2">
        <w:rPr>
          <w:lang w:val="sv-SE"/>
        </w:rPr>
        <w:t>BibleBIBEL82</w:t>
      </w:r>
      <w:r w:rsidRPr="000767E2">
        <w:rPr>
          <w:lang w:val="sv-SE"/>
        </w:rPr>
        <w:t>:Acts 9:33]]</w:t>
      </w:r>
      <w:r w:rsidRPr="000767E2">
        <w:rPr>
          <w:vertAlign w:val="superscript"/>
          <w:lang w:val="sv-SE"/>
        </w:rPr>
        <w:t>33</w:t>
      </w:r>
      <w:r w:rsidRPr="000767E2">
        <w:rPr>
          <w:lang w:val="sv-SE"/>
        </w:rPr>
        <w:t xml:space="preserve"> {{field-on:bible}}Och han fann där en man vid namn Aeneas, sedan åtta år liggande på en madrass. Han var förlamad.{{field-off:bible}} [[@</w:t>
      </w:r>
      <w:r w:rsidR="0096445B" w:rsidRPr="000767E2">
        <w:rPr>
          <w:lang w:val="sv-SE"/>
        </w:rPr>
        <w:t>BibleBIBEL82</w:t>
      </w:r>
      <w:r w:rsidRPr="000767E2">
        <w:rPr>
          <w:lang w:val="sv-SE"/>
        </w:rPr>
        <w:t>:Acts 9:34]]</w:t>
      </w:r>
      <w:r w:rsidRPr="000767E2">
        <w:rPr>
          <w:vertAlign w:val="superscript"/>
          <w:lang w:val="sv-SE"/>
        </w:rPr>
        <w:t>34</w:t>
      </w:r>
      <w:r w:rsidRPr="000767E2">
        <w:rPr>
          <w:lang w:val="sv-SE"/>
        </w:rPr>
        <w:t xml:space="preserve"> {{field-on:bible}}Och till honom sade Petrus: ”Aeneas, Jesus Kristus helar dig. Stå upp och bred ut </w:t>
      </w:r>
      <w:r w:rsidRPr="000767E2">
        <w:rPr>
          <w:i/>
          <w:lang w:val="sv-SE"/>
        </w:rPr>
        <w:t>täcket</w:t>
      </w:r>
      <w:r w:rsidRPr="000767E2">
        <w:rPr>
          <w:lang w:val="sv-SE"/>
        </w:rPr>
        <w:t xml:space="preserve"> för dig själv.” Och direkt stod han upp.{{field-</w:t>
      </w:r>
      <w:r w:rsidRPr="000767E2">
        <w:rPr>
          <w:lang w:val="sv-SE"/>
        </w:rPr>
        <w:lastRenderedPageBreak/>
        <w:t>off:bible}} [[@</w:t>
      </w:r>
      <w:r w:rsidR="0096445B" w:rsidRPr="000767E2">
        <w:rPr>
          <w:lang w:val="sv-SE"/>
        </w:rPr>
        <w:t>BibleBIBEL82</w:t>
      </w:r>
      <w:r w:rsidRPr="000767E2">
        <w:rPr>
          <w:lang w:val="sv-SE"/>
        </w:rPr>
        <w:t>:Acts 9:35]]</w:t>
      </w:r>
      <w:r w:rsidRPr="000767E2">
        <w:rPr>
          <w:vertAlign w:val="superscript"/>
          <w:lang w:val="sv-SE"/>
        </w:rPr>
        <w:t>35</w:t>
      </w:r>
      <w:r w:rsidRPr="000767E2">
        <w:rPr>
          <w:lang w:val="sv-SE"/>
        </w:rPr>
        <w:t xml:space="preserve"> {{field-on:bible}}Och alla som bodde i Lydda och Saron såg honom, </w:t>
      </w:r>
      <w:r w:rsidRPr="000767E2">
        <w:rPr>
          <w:i/>
          <w:lang w:val="sv-SE"/>
        </w:rPr>
        <w:t>och</w:t>
      </w:r>
      <w:r w:rsidRPr="000767E2">
        <w:rPr>
          <w:lang w:val="sv-SE"/>
        </w:rPr>
        <w:t xml:space="preserve"> de vände om till Herren.{{field-off:bible}}</w:t>
      </w:r>
    </w:p>
    <w:p w14:paraId="0958B2F0" w14:textId="2B4CE685" w:rsidR="00BA33AB" w:rsidRPr="000767E2" w:rsidRDefault="00000000">
      <w:pPr>
        <w:rPr>
          <w:lang w:val="sv-SE"/>
        </w:rPr>
      </w:pPr>
      <w:r w:rsidRPr="000767E2">
        <w:rPr>
          <w:lang w:val="sv-SE"/>
        </w:rPr>
        <w:t>[[@</w:t>
      </w:r>
      <w:r w:rsidR="0096445B" w:rsidRPr="000767E2">
        <w:rPr>
          <w:lang w:val="sv-SE"/>
        </w:rPr>
        <w:t>BibleBIBEL82</w:t>
      </w:r>
      <w:r w:rsidRPr="000767E2">
        <w:rPr>
          <w:lang w:val="sv-SE"/>
        </w:rPr>
        <w:t>:Acts 9:36]]</w:t>
      </w:r>
      <w:r w:rsidRPr="000767E2">
        <w:rPr>
          <w:vertAlign w:val="superscript"/>
          <w:lang w:val="sv-SE"/>
        </w:rPr>
        <w:t>36</w:t>
      </w:r>
      <w:r w:rsidRPr="000767E2">
        <w:rPr>
          <w:lang w:val="sv-SE"/>
        </w:rPr>
        <w:t xml:space="preserve"> {{field-on:bible}}Men i Joppe fanns en lärjunginna vid namn Tabitha, som uttolkad kallas Dorkas. Hon var full av goda gärningar och allmosor som hon gjorde.{{field-off:bible}} [[@</w:t>
      </w:r>
      <w:r w:rsidR="0096445B" w:rsidRPr="000767E2">
        <w:rPr>
          <w:lang w:val="sv-SE"/>
        </w:rPr>
        <w:t>BibleBIBEL82</w:t>
      </w:r>
      <w:r w:rsidRPr="000767E2">
        <w:rPr>
          <w:lang w:val="sv-SE"/>
        </w:rPr>
        <w:t>:Acts 9:37]]</w:t>
      </w:r>
      <w:r w:rsidRPr="000767E2">
        <w:rPr>
          <w:vertAlign w:val="superscript"/>
          <w:lang w:val="sv-SE"/>
        </w:rPr>
        <w:t>37</w:t>
      </w:r>
      <w:r w:rsidRPr="000767E2">
        <w:rPr>
          <w:lang w:val="sv-SE"/>
        </w:rPr>
        <w:t xml:space="preserve"> {{field-on:bible}}Men det hände sig under de dagarna att hon blev sjuk och dog, och man badade och lade henne på övervåningen.{{field-off:bible}} [[@</w:t>
      </w:r>
      <w:r w:rsidR="0096445B" w:rsidRPr="000767E2">
        <w:rPr>
          <w:lang w:val="sv-SE"/>
        </w:rPr>
        <w:t>BibleBIBEL82</w:t>
      </w:r>
      <w:r w:rsidRPr="000767E2">
        <w:rPr>
          <w:lang w:val="sv-SE"/>
        </w:rPr>
        <w:t>:Acts 9:38]]</w:t>
      </w:r>
      <w:r w:rsidRPr="000767E2">
        <w:rPr>
          <w:vertAlign w:val="superscript"/>
          <w:lang w:val="sv-SE"/>
        </w:rPr>
        <w:t>38</w:t>
      </w:r>
      <w:r w:rsidRPr="000767E2">
        <w:rPr>
          <w:lang w:val="sv-SE"/>
        </w:rPr>
        <w:t xml:space="preserve"> {{field-on:bible}}Men då Lydda är nära Joppe </w:t>
      </w:r>
      <w:r w:rsidRPr="000767E2">
        <w:rPr>
          <w:i/>
          <w:lang w:val="sv-SE"/>
        </w:rPr>
        <w:t>och</w:t>
      </w:r>
      <w:r w:rsidRPr="000767E2">
        <w:rPr>
          <w:lang w:val="sv-SE"/>
        </w:rPr>
        <w:t xml:space="preserve"> lärjungarna hade hört att Petrus är i </w:t>
      </w:r>
      <w:r w:rsidRPr="000767E2">
        <w:rPr>
          <w:i/>
          <w:lang w:val="sv-SE"/>
        </w:rPr>
        <w:t>staden</w:t>
      </w:r>
      <w:r w:rsidRPr="000767E2">
        <w:rPr>
          <w:lang w:val="sv-SE"/>
        </w:rPr>
        <w:t>, sände de två män till honom och vädjade: ”Tveka inte att komma över till oss.”{{field-off:bible}}</w:t>
      </w:r>
    </w:p>
    <w:p w14:paraId="2AD54C7F" w14:textId="2304EB9A" w:rsidR="00BA33AB" w:rsidRPr="000767E2" w:rsidRDefault="00000000">
      <w:pPr>
        <w:rPr>
          <w:lang w:val="sv-SE"/>
        </w:rPr>
      </w:pPr>
      <w:r w:rsidRPr="000767E2">
        <w:rPr>
          <w:lang w:val="sv-SE"/>
        </w:rPr>
        <w:t>[[@</w:t>
      </w:r>
      <w:r w:rsidR="0096445B" w:rsidRPr="000767E2">
        <w:rPr>
          <w:lang w:val="sv-SE"/>
        </w:rPr>
        <w:t>BibleBIBEL82</w:t>
      </w:r>
      <w:r w:rsidRPr="000767E2">
        <w:rPr>
          <w:lang w:val="sv-SE"/>
        </w:rPr>
        <w:t>:Acts 9:39]]</w:t>
      </w:r>
      <w:r w:rsidRPr="000767E2">
        <w:rPr>
          <w:vertAlign w:val="superscript"/>
          <w:lang w:val="sv-SE"/>
        </w:rPr>
        <w:t>39</w:t>
      </w:r>
      <w:r w:rsidRPr="000767E2">
        <w:rPr>
          <w:lang w:val="sv-SE"/>
        </w:rPr>
        <w:t xml:space="preserve"> {{field-on:bible}}Och Petrus stod upp och gick med dem. När han kom fram, förde de upp honom till övervåningen. Och framför honom stod alla änkorna och grät och visade tunikor och mantlar som hon hade gjort medan hon var hos dem, Dorkas.{{field-off:bible}} [[@</w:t>
      </w:r>
      <w:r w:rsidR="0096445B" w:rsidRPr="000767E2">
        <w:rPr>
          <w:lang w:val="sv-SE"/>
        </w:rPr>
        <w:t>BibleBIBEL82</w:t>
      </w:r>
      <w:r w:rsidRPr="000767E2">
        <w:rPr>
          <w:lang w:val="sv-SE"/>
        </w:rPr>
        <w:t>:Acts 9:40]]</w:t>
      </w:r>
      <w:r w:rsidRPr="000767E2">
        <w:rPr>
          <w:vertAlign w:val="superscript"/>
          <w:lang w:val="sv-SE"/>
        </w:rPr>
        <w:t>40</w:t>
      </w:r>
      <w:r w:rsidRPr="000767E2">
        <w:rPr>
          <w:lang w:val="sv-SE"/>
        </w:rPr>
        <w:t xml:space="preserve"> {{field-on:bible}}Men Petrus drev ut alla utanför och satte </w:t>
      </w:r>
      <w:r w:rsidRPr="000767E2">
        <w:rPr>
          <w:i/>
          <w:lang w:val="sv-SE"/>
        </w:rPr>
        <w:t>ner</w:t>
      </w:r>
      <w:r w:rsidRPr="000767E2">
        <w:rPr>
          <w:lang w:val="sv-SE"/>
        </w:rPr>
        <w:t xml:space="preserve"> knäna och bad. Och han vände om mot kroppen och sade: ”Tabitha, stå upp!” Och hon öppnade sina ögon, och när hon såg Petrus satte hon sig upp.{{field-off:bible}} [[@</w:t>
      </w:r>
      <w:r w:rsidR="0096445B" w:rsidRPr="000767E2">
        <w:rPr>
          <w:lang w:val="sv-SE"/>
        </w:rPr>
        <w:t>BibleBIBEL82</w:t>
      </w:r>
      <w:r w:rsidRPr="000767E2">
        <w:rPr>
          <w:lang w:val="sv-SE"/>
        </w:rPr>
        <w:t>:Acts 9:41]]</w:t>
      </w:r>
      <w:r w:rsidRPr="000767E2">
        <w:rPr>
          <w:vertAlign w:val="superscript"/>
          <w:lang w:val="sv-SE"/>
        </w:rPr>
        <w:t>41</w:t>
      </w:r>
      <w:r w:rsidRPr="000767E2">
        <w:rPr>
          <w:lang w:val="sv-SE"/>
        </w:rPr>
        <w:t xml:space="preserve"> {{field-on:bible}}Och han gav henne en hand och lät henne stå upp, och han ropade på de heliga och änkorna och ställde fram henne levande.{{field-off:bible}} [[@</w:t>
      </w:r>
      <w:r w:rsidR="0096445B" w:rsidRPr="000767E2">
        <w:rPr>
          <w:lang w:val="sv-SE"/>
        </w:rPr>
        <w:t>BibleBIBEL82</w:t>
      </w:r>
      <w:r w:rsidRPr="000767E2">
        <w:rPr>
          <w:lang w:val="sv-SE"/>
        </w:rPr>
        <w:t>:Acts 9:42]]</w:t>
      </w:r>
      <w:r w:rsidRPr="000767E2">
        <w:rPr>
          <w:vertAlign w:val="superscript"/>
          <w:lang w:val="sv-SE"/>
        </w:rPr>
        <w:t>42</w:t>
      </w:r>
      <w:r w:rsidRPr="000767E2">
        <w:rPr>
          <w:lang w:val="sv-SE"/>
        </w:rPr>
        <w:t xml:space="preserve"> {{field-on:bible}}Och det blev känt över hela Joppe, och många kom till tro på Herren.{{field-off:bible}}</w:t>
      </w:r>
    </w:p>
    <w:p w14:paraId="53E47D86" w14:textId="3CBF865F" w:rsidR="00BA33AB" w:rsidRPr="000767E2" w:rsidRDefault="00000000">
      <w:pPr>
        <w:rPr>
          <w:lang w:val="sv-SE"/>
        </w:rPr>
      </w:pPr>
      <w:r w:rsidRPr="000767E2">
        <w:rPr>
          <w:lang w:val="sv-SE"/>
        </w:rPr>
        <w:t>[[@</w:t>
      </w:r>
      <w:r w:rsidR="0096445B" w:rsidRPr="000767E2">
        <w:rPr>
          <w:lang w:val="sv-SE"/>
        </w:rPr>
        <w:t>BibleBIBEL82</w:t>
      </w:r>
      <w:r w:rsidRPr="000767E2">
        <w:rPr>
          <w:lang w:val="sv-SE"/>
        </w:rPr>
        <w:t>:Acts 9:43]]</w:t>
      </w:r>
      <w:r w:rsidRPr="000767E2">
        <w:rPr>
          <w:vertAlign w:val="superscript"/>
          <w:lang w:val="sv-SE"/>
        </w:rPr>
        <w:t>43</w:t>
      </w:r>
      <w:r w:rsidRPr="000767E2">
        <w:rPr>
          <w:lang w:val="sv-SE"/>
        </w:rPr>
        <w:t xml:space="preserve"> {{field-on:bible}}Och det hände sig att han åtskilliga dagar blev kvar i Joppe hos en Simon garvaren.{{field-off:bible}}</w:t>
      </w:r>
    </w:p>
    <w:p w14:paraId="7FB07244" w14:textId="0AEE0918"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10]]Kapitel 10</w:t>
      </w:r>
    </w:p>
    <w:p w14:paraId="2F1C8CD2" w14:textId="77777777" w:rsidR="00BA33AB" w:rsidRPr="000767E2" w:rsidRDefault="00000000">
      <w:pPr>
        <w:pStyle w:val="Rubrik3"/>
        <w:rPr>
          <w:lang w:val="sv-SE"/>
        </w:rPr>
      </w:pPr>
      <w:r w:rsidRPr="000767E2">
        <w:rPr>
          <w:lang w:val="sv-SE"/>
        </w:rPr>
        <w:t>Cornelius ser en syn</w:t>
      </w:r>
    </w:p>
    <w:p w14:paraId="75532057" w14:textId="2A62EECA" w:rsidR="00BA33AB" w:rsidRPr="000767E2" w:rsidRDefault="00000000">
      <w:pPr>
        <w:rPr>
          <w:lang w:val="sv-SE"/>
        </w:rPr>
      </w:pPr>
      <w:r w:rsidRPr="000767E2">
        <w:rPr>
          <w:lang w:val="sv-SE"/>
        </w:rPr>
        <w:t>[[@</w:t>
      </w:r>
      <w:r w:rsidR="0096445B" w:rsidRPr="000767E2">
        <w:rPr>
          <w:lang w:val="sv-SE"/>
        </w:rPr>
        <w:t>BibleBIBEL82</w:t>
      </w:r>
      <w:r w:rsidRPr="000767E2">
        <w:rPr>
          <w:lang w:val="sv-SE"/>
        </w:rPr>
        <w:t>:Acts 10:1]]</w:t>
      </w:r>
      <w:r w:rsidRPr="000767E2">
        <w:rPr>
          <w:vertAlign w:val="superscript"/>
          <w:lang w:val="sv-SE"/>
        </w:rPr>
        <w:t>1</w:t>
      </w:r>
      <w:r w:rsidRPr="000767E2">
        <w:rPr>
          <w:lang w:val="sv-SE"/>
        </w:rPr>
        <w:t xml:space="preserve"> {{field-on:bible}}Men en man i Caesarea vid namn Cornelius, en centurion från kohorten som kallades </w:t>
      </w:r>
      <w:r w:rsidRPr="000767E2">
        <w:rPr>
          <w:i/>
          <w:lang w:val="sv-SE"/>
        </w:rPr>
        <w:t>den</w:t>
      </w:r>
      <w:r w:rsidRPr="000767E2">
        <w:rPr>
          <w:lang w:val="sv-SE"/>
        </w:rPr>
        <w:t xml:space="preserve"> italiska,{{field-off:bible}} [[@</w:t>
      </w:r>
      <w:r w:rsidR="0096445B" w:rsidRPr="000767E2">
        <w:rPr>
          <w:lang w:val="sv-SE"/>
        </w:rPr>
        <w:t>BibleBIBEL82</w:t>
      </w:r>
      <w:r w:rsidRPr="000767E2">
        <w:rPr>
          <w:lang w:val="sv-SE"/>
        </w:rPr>
        <w:t>:Acts 10:2]]</w:t>
      </w:r>
      <w:r w:rsidRPr="000767E2">
        <w:rPr>
          <w:vertAlign w:val="superscript"/>
          <w:lang w:val="sv-SE"/>
        </w:rPr>
        <w:t>2</w:t>
      </w:r>
      <w:r w:rsidRPr="000767E2">
        <w:rPr>
          <w:lang w:val="sv-SE"/>
        </w:rPr>
        <w:t xml:space="preserve"> {{field-on:bible}}</w:t>
      </w:r>
      <w:r w:rsidRPr="000767E2">
        <w:rPr>
          <w:i/>
          <w:lang w:val="sv-SE"/>
        </w:rPr>
        <w:t>som var</w:t>
      </w:r>
      <w:r w:rsidRPr="000767E2">
        <w:rPr>
          <w:lang w:val="sv-SE"/>
        </w:rPr>
        <w:t xml:space="preserve"> from och fruktade Gud med hela sitt hus </w:t>
      </w:r>
      <w:r w:rsidRPr="000767E2">
        <w:rPr>
          <w:i/>
          <w:lang w:val="sv-SE"/>
        </w:rPr>
        <w:t>och</w:t>
      </w:r>
      <w:r w:rsidRPr="000767E2">
        <w:rPr>
          <w:lang w:val="sv-SE"/>
        </w:rPr>
        <w:t xml:space="preserve"> gjorde många allmosor till folket och ständigt bönföll Gud,{{field-off:bible}} [[@</w:t>
      </w:r>
      <w:r w:rsidR="0096445B" w:rsidRPr="000767E2">
        <w:rPr>
          <w:lang w:val="sv-SE"/>
        </w:rPr>
        <w:t>BibleBIBEL82</w:t>
      </w:r>
      <w:r w:rsidRPr="000767E2">
        <w:rPr>
          <w:lang w:val="sv-SE"/>
        </w:rPr>
        <w:t>:Acts 10:3]]</w:t>
      </w:r>
      <w:r w:rsidRPr="000767E2">
        <w:rPr>
          <w:vertAlign w:val="superscript"/>
          <w:lang w:val="sv-SE"/>
        </w:rPr>
        <w:t>3</w:t>
      </w:r>
      <w:r w:rsidRPr="000767E2">
        <w:rPr>
          <w:lang w:val="sv-SE"/>
        </w:rPr>
        <w:t xml:space="preserve"> {{field-on:bible}}såg i en syn uppenbart ungefär runt dagens nionde timme en Guds ängel, som kom in till honom och sade till honom: ”Cornelius!”{{field-off:bible}}</w:t>
      </w:r>
    </w:p>
    <w:p w14:paraId="110C9176" w14:textId="4DB748DB" w:rsidR="00BA33AB" w:rsidRPr="000767E2" w:rsidRDefault="00000000">
      <w:pPr>
        <w:rPr>
          <w:lang w:val="sv-SE"/>
        </w:rPr>
      </w:pPr>
      <w:r w:rsidRPr="000767E2">
        <w:rPr>
          <w:lang w:val="sv-SE"/>
        </w:rPr>
        <w:t>[[@</w:t>
      </w:r>
      <w:r w:rsidR="0096445B" w:rsidRPr="000767E2">
        <w:rPr>
          <w:lang w:val="sv-SE"/>
        </w:rPr>
        <w:t>BibleBIBEL82</w:t>
      </w:r>
      <w:r w:rsidRPr="000767E2">
        <w:rPr>
          <w:lang w:val="sv-SE"/>
        </w:rPr>
        <w:t>:Acts 10:4]]</w:t>
      </w:r>
      <w:r w:rsidRPr="000767E2">
        <w:rPr>
          <w:vertAlign w:val="superscript"/>
          <w:lang w:val="sv-SE"/>
        </w:rPr>
        <w:t>4</w:t>
      </w:r>
      <w:r w:rsidRPr="000767E2">
        <w:rPr>
          <w:lang w:val="sv-SE"/>
        </w:rPr>
        <w:t xml:space="preserve"> {{field-on:bible}}Och han blickade på honom och blev förskräckt, och sade: ”Vad är det, Herre?” Och han sade till honom: ”Dina böner och dina allmosor har stigit upp till minne inför Gud.{{field-off:bible}} [[@</w:t>
      </w:r>
      <w:r w:rsidR="0096445B" w:rsidRPr="000767E2">
        <w:rPr>
          <w:lang w:val="sv-SE"/>
        </w:rPr>
        <w:t>BibleBIBEL82</w:t>
      </w:r>
      <w:r w:rsidRPr="000767E2">
        <w:rPr>
          <w:lang w:val="sv-SE"/>
        </w:rPr>
        <w:t>:Acts 10:5]]</w:t>
      </w:r>
      <w:r w:rsidRPr="000767E2">
        <w:rPr>
          <w:vertAlign w:val="superscript"/>
          <w:lang w:val="sv-SE"/>
        </w:rPr>
        <w:t>5</w:t>
      </w:r>
      <w:r w:rsidRPr="000767E2">
        <w:rPr>
          <w:lang w:val="sv-SE"/>
        </w:rPr>
        <w:t xml:space="preserve"> {{field-on:bible}}Och nu: skicka män till Joppe och skicka efter en Simon som även kallas Petrus.{{field-off:bible}} [[@</w:t>
      </w:r>
      <w:r w:rsidR="0096445B" w:rsidRPr="000767E2">
        <w:rPr>
          <w:lang w:val="sv-SE"/>
        </w:rPr>
        <w:t>BibleBIBEL82</w:t>
      </w:r>
      <w:r w:rsidRPr="000767E2">
        <w:rPr>
          <w:lang w:val="sv-SE"/>
        </w:rPr>
        <w:t>:Acts 10:6]]</w:t>
      </w:r>
      <w:r w:rsidRPr="000767E2">
        <w:rPr>
          <w:vertAlign w:val="superscript"/>
          <w:lang w:val="sv-SE"/>
        </w:rPr>
        <w:t>6</w:t>
      </w:r>
      <w:r w:rsidRPr="000767E2">
        <w:rPr>
          <w:lang w:val="sv-SE"/>
        </w:rPr>
        <w:t xml:space="preserve"> {{field-on:bible}}Denne är gäst hos en Simon garvaren, som </w:t>
      </w:r>
      <w:r w:rsidRPr="000767E2">
        <w:rPr>
          <w:i/>
          <w:lang w:val="sv-SE"/>
        </w:rPr>
        <w:t>har</w:t>
      </w:r>
      <w:r w:rsidRPr="000767E2">
        <w:rPr>
          <w:lang w:val="sv-SE"/>
        </w:rPr>
        <w:t xml:space="preserve"> ett hus vid havet.”{{field-off:bible}}</w:t>
      </w:r>
    </w:p>
    <w:p w14:paraId="2A35060E" w14:textId="0BC68951" w:rsidR="00BA33AB" w:rsidRPr="000767E2" w:rsidRDefault="00000000">
      <w:pPr>
        <w:rPr>
          <w:lang w:val="sv-SE"/>
        </w:rPr>
      </w:pPr>
      <w:r w:rsidRPr="000767E2">
        <w:rPr>
          <w:lang w:val="sv-SE"/>
        </w:rPr>
        <w:t>[[@</w:t>
      </w:r>
      <w:r w:rsidR="0096445B" w:rsidRPr="000767E2">
        <w:rPr>
          <w:lang w:val="sv-SE"/>
        </w:rPr>
        <w:t>BibleBIBEL82</w:t>
      </w:r>
      <w:r w:rsidRPr="000767E2">
        <w:rPr>
          <w:lang w:val="sv-SE"/>
        </w:rPr>
        <w:t>:Acts 10:7]]</w:t>
      </w:r>
      <w:r w:rsidRPr="000767E2">
        <w:rPr>
          <w:vertAlign w:val="superscript"/>
          <w:lang w:val="sv-SE"/>
        </w:rPr>
        <w:t>7</w:t>
      </w:r>
      <w:r w:rsidRPr="000767E2">
        <w:rPr>
          <w:lang w:val="sv-SE"/>
        </w:rPr>
        <w:t xml:space="preserve"> {{field-on:bible}}Och när ängeln som talade med honom hade gått bort, ropade han på två av hustjänarna och en from soldat från dem som ständigt var hos honom,{{field-off:bible}} [[@</w:t>
      </w:r>
      <w:r w:rsidR="0096445B" w:rsidRPr="000767E2">
        <w:rPr>
          <w:lang w:val="sv-SE"/>
        </w:rPr>
        <w:t>BibleBIBEL82</w:t>
      </w:r>
      <w:r w:rsidRPr="000767E2">
        <w:rPr>
          <w:lang w:val="sv-SE"/>
        </w:rPr>
        <w:t>:Acts 10:8]]</w:t>
      </w:r>
      <w:r w:rsidRPr="000767E2">
        <w:rPr>
          <w:vertAlign w:val="superscript"/>
          <w:lang w:val="sv-SE"/>
        </w:rPr>
        <w:t>8</w:t>
      </w:r>
      <w:r w:rsidRPr="000767E2">
        <w:rPr>
          <w:lang w:val="sv-SE"/>
        </w:rPr>
        <w:t xml:space="preserve"> {{field-on:bible}}och han utlade alltsammans för dem och sände dem till Joppe.{{field-off:bible}}</w:t>
      </w:r>
    </w:p>
    <w:p w14:paraId="4F3604AD" w14:textId="77777777" w:rsidR="00BA33AB" w:rsidRPr="000767E2" w:rsidRDefault="00000000">
      <w:pPr>
        <w:pStyle w:val="Rubrik3"/>
        <w:rPr>
          <w:lang w:val="sv-SE"/>
        </w:rPr>
      </w:pPr>
      <w:r w:rsidRPr="000767E2">
        <w:rPr>
          <w:lang w:val="sv-SE"/>
        </w:rPr>
        <w:lastRenderedPageBreak/>
        <w:t>Petrus ser en syn</w:t>
      </w:r>
    </w:p>
    <w:p w14:paraId="665E4686" w14:textId="5FA34C28" w:rsidR="00BA33AB" w:rsidRPr="000767E2" w:rsidRDefault="00000000">
      <w:pPr>
        <w:rPr>
          <w:lang w:val="sv-SE"/>
        </w:rPr>
      </w:pPr>
      <w:r w:rsidRPr="000767E2">
        <w:rPr>
          <w:lang w:val="sv-SE"/>
        </w:rPr>
        <w:t>[[@</w:t>
      </w:r>
      <w:r w:rsidR="0096445B" w:rsidRPr="000767E2">
        <w:rPr>
          <w:lang w:val="sv-SE"/>
        </w:rPr>
        <w:t>BibleBIBEL82</w:t>
      </w:r>
      <w:r w:rsidRPr="000767E2">
        <w:rPr>
          <w:lang w:val="sv-SE"/>
        </w:rPr>
        <w:t>:Acts 10:9]]</w:t>
      </w:r>
      <w:r w:rsidRPr="000767E2">
        <w:rPr>
          <w:vertAlign w:val="superscript"/>
          <w:lang w:val="sv-SE"/>
        </w:rPr>
        <w:t>9</w:t>
      </w:r>
      <w:r w:rsidRPr="000767E2">
        <w:rPr>
          <w:lang w:val="sv-SE"/>
        </w:rPr>
        <w:t xml:space="preserve"> {{field-on:bible}}Och dagen därpå, medan de var på väg och närmade sig staden, steg Petrus upp på hustaket </w:t>
      </w:r>
      <w:r w:rsidRPr="000767E2">
        <w:rPr>
          <w:i/>
          <w:lang w:val="sv-SE"/>
        </w:rPr>
        <w:t>för</w:t>
      </w:r>
      <w:r w:rsidRPr="000767E2">
        <w:rPr>
          <w:lang w:val="sv-SE"/>
        </w:rPr>
        <w:t xml:space="preserve"> att be runt sjätte timmen.{{field-off:bible}} [[@</w:t>
      </w:r>
      <w:r w:rsidR="0096445B" w:rsidRPr="000767E2">
        <w:rPr>
          <w:lang w:val="sv-SE"/>
        </w:rPr>
        <w:t>BibleBIBEL82</w:t>
      </w:r>
      <w:r w:rsidRPr="000767E2">
        <w:rPr>
          <w:lang w:val="sv-SE"/>
        </w:rPr>
        <w:t>:Acts 10:10]]</w:t>
      </w:r>
      <w:r w:rsidRPr="000767E2">
        <w:rPr>
          <w:vertAlign w:val="superscript"/>
          <w:lang w:val="sv-SE"/>
        </w:rPr>
        <w:t>10</w:t>
      </w:r>
      <w:r w:rsidRPr="000767E2">
        <w:rPr>
          <w:lang w:val="sv-SE"/>
        </w:rPr>
        <w:t xml:space="preserve"> {{field-on:bible}}Och han blev hungrig och ville smaka </w:t>
      </w:r>
      <w:r w:rsidRPr="000767E2">
        <w:rPr>
          <w:i/>
          <w:lang w:val="sv-SE"/>
        </w:rPr>
        <w:t>något</w:t>
      </w:r>
      <w:r w:rsidRPr="000767E2">
        <w:rPr>
          <w:lang w:val="sv-SE"/>
        </w:rPr>
        <w:t xml:space="preserve">. Men medan man förberedde, kom </w:t>
      </w:r>
      <w:r w:rsidRPr="000767E2">
        <w:rPr>
          <w:i/>
          <w:lang w:val="sv-SE"/>
        </w:rPr>
        <w:t>det</w:t>
      </w:r>
      <w:r w:rsidRPr="000767E2">
        <w:rPr>
          <w:lang w:val="sv-SE"/>
        </w:rPr>
        <w:t xml:space="preserve"> över honom en extas.{{field-off:bible}} [[@</w:t>
      </w:r>
      <w:r w:rsidR="0096445B" w:rsidRPr="000767E2">
        <w:rPr>
          <w:lang w:val="sv-SE"/>
        </w:rPr>
        <w:t>BibleBIBEL82</w:t>
      </w:r>
      <w:r w:rsidRPr="000767E2">
        <w:rPr>
          <w:lang w:val="sv-SE"/>
        </w:rPr>
        <w:t>:Acts 10:11]]</w:t>
      </w:r>
      <w:r w:rsidRPr="000767E2">
        <w:rPr>
          <w:vertAlign w:val="superscript"/>
          <w:lang w:val="sv-SE"/>
        </w:rPr>
        <w:t>11</w:t>
      </w:r>
      <w:r w:rsidRPr="000767E2">
        <w:rPr>
          <w:lang w:val="sv-SE"/>
        </w:rPr>
        <w:t xml:space="preserve"> {{field-on:bible}}Och han skådar himlen öppnad och ett nedkommande kärl som en stor linneduk, som i fyra hörn sänks ner på jorden.{{field-off:bible}} [[@</w:t>
      </w:r>
      <w:r w:rsidR="0096445B" w:rsidRPr="000767E2">
        <w:rPr>
          <w:lang w:val="sv-SE"/>
        </w:rPr>
        <w:t>BibleBIBEL82</w:t>
      </w:r>
      <w:r w:rsidRPr="000767E2">
        <w:rPr>
          <w:lang w:val="sv-SE"/>
        </w:rPr>
        <w:t>:Acts 10:12]]</w:t>
      </w:r>
      <w:r w:rsidRPr="000767E2">
        <w:rPr>
          <w:vertAlign w:val="superscript"/>
          <w:lang w:val="sv-SE"/>
        </w:rPr>
        <w:t>12</w:t>
      </w:r>
      <w:r w:rsidRPr="000767E2">
        <w:rPr>
          <w:lang w:val="sv-SE"/>
        </w:rPr>
        <w:t xml:space="preserve"> {{field-on:bible}}I det fanns alla jordens fyrfotadjur och kräldjur och himlens fåglar.{{field-off:bible}} [[@</w:t>
      </w:r>
      <w:r w:rsidR="0096445B" w:rsidRPr="000767E2">
        <w:rPr>
          <w:lang w:val="sv-SE"/>
        </w:rPr>
        <w:t>BibleBIBEL82</w:t>
      </w:r>
      <w:r w:rsidRPr="000767E2">
        <w:rPr>
          <w:lang w:val="sv-SE"/>
        </w:rPr>
        <w:t>:Acts 10:13]]</w:t>
      </w:r>
      <w:r w:rsidRPr="000767E2">
        <w:rPr>
          <w:vertAlign w:val="superscript"/>
          <w:lang w:val="sv-SE"/>
        </w:rPr>
        <w:t>13</w:t>
      </w:r>
      <w:r w:rsidRPr="000767E2">
        <w:rPr>
          <w:lang w:val="sv-SE"/>
        </w:rPr>
        <w:t xml:space="preserve"> {{field-on:bible}}Och det kom en röst till honom: ”Stå upp, Petrus! Slaktoffra och ät.”{{field-off:bible}} [[@</w:t>
      </w:r>
      <w:r w:rsidR="0096445B" w:rsidRPr="000767E2">
        <w:rPr>
          <w:lang w:val="sv-SE"/>
        </w:rPr>
        <w:t>BibleBIBEL82</w:t>
      </w:r>
      <w:r w:rsidRPr="000767E2">
        <w:rPr>
          <w:lang w:val="sv-SE"/>
        </w:rPr>
        <w:t>:Acts 10:14]]</w:t>
      </w:r>
      <w:r w:rsidRPr="000767E2">
        <w:rPr>
          <w:vertAlign w:val="superscript"/>
          <w:lang w:val="sv-SE"/>
        </w:rPr>
        <w:t>14</w:t>
      </w:r>
      <w:r w:rsidRPr="000767E2">
        <w:rPr>
          <w:lang w:val="sv-SE"/>
        </w:rPr>
        <w:t xml:space="preserve"> {{field-on:bible}}Men Petrus svarade: ”Alls inte, Herre! För aldrig har jag ätit något oheligt och orent.”{{field-off:bible}} [[@</w:t>
      </w:r>
      <w:r w:rsidR="0096445B" w:rsidRPr="000767E2">
        <w:rPr>
          <w:lang w:val="sv-SE"/>
        </w:rPr>
        <w:t>BibleBIBEL82</w:t>
      </w:r>
      <w:r w:rsidRPr="000767E2">
        <w:rPr>
          <w:lang w:val="sv-SE"/>
        </w:rPr>
        <w:t>:Acts 10:15]]</w:t>
      </w:r>
      <w:r w:rsidRPr="000767E2">
        <w:rPr>
          <w:vertAlign w:val="superscript"/>
          <w:lang w:val="sv-SE"/>
        </w:rPr>
        <w:t>15</w:t>
      </w:r>
      <w:r w:rsidRPr="000767E2">
        <w:rPr>
          <w:lang w:val="sv-SE"/>
        </w:rPr>
        <w:t xml:space="preserve"> {{field-on:bible}}Och en röst </w:t>
      </w:r>
      <w:r w:rsidRPr="000767E2">
        <w:rPr>
          <w:i/>
          <w:lang w:val="sv-SE"/>
        </w:rPr>
        <w:t>kom</w:t>
      </w:r>
      <w:r w:rsidRPr="000767E2">
        <w:rPr>
          <w:lang w:val="sv-SE"/>
        </w:rPr>
        <w:t xml:space="preserve"> åter för andra </w:t>
      </w:r>
      <w:r w:rsidRPr="000767E2">
        <w:rPr>
          <w:i/>
          <w:lang w:val="sv-SE"/>
        </w:rPr>
        <w:t>gången</w:t>
      </w:r>
      <w:r w:rsidRPr="000767E2">
        <w:rPr>
          <w:lang w:val="sv-SE"/>
        </w:rPr>
        <w:t xml:space="preserve"> till honom: ”Det Gud har renat ska inte du vanhelga.”{{field-off:bible}} [[@</w:t>
      </w:r>
      <w:r w:rsidR="0096445B" w:rsidRPr="000767E2">
        <w:rPr>
          <w:lang w:val="sv-SE"/>
        </w:rPr>
        <w:t>BibleBIBEL82</w:t>
      </w:r>
      <w:r w:rsidRPr="000767E2">
        <w:rPr>
          <w:lang w:val="sv-SE"/>
        </w:rPr>
        <w:t>:Acts 10:16]]</w:t>
      </w:r>
      <w:r w:rsidRPr="000767E2">
        <w:rPr>
          <w:vertAlign w:val="superscript"/>
          <w:lang w:val="sv-SE"/>
        </w:rPr>
        <w:t>16</w:t>
      </w:r>
      <w:r w:rsidRPr="000767E2">
        <w:rPr>
          <w:lang w:val="sv-SE"/>
        </w:rPr>
        <w:t xml:space="preserve"> {{field-on:bible}}Och detta hände tre gånger, och direkt lyftes kärlet upp till himlen.{{field-off:bible}}</w:t>
      </w:r>
    </w:p>
    <w:p w14:paraId="49C46F2D" w14:textId="3CBE824D" w:rsidR="00BA33AB" w:rsidRPr="000767E2" w:rsidRDefault="00000000">
      <w:pPr>
        <w:rPr>
          <w:lang w:val="sv-SE"/>
        </w:rPr>
      </w:pPr>
      <w:r w:rsidRPr="000767E2">
        <w:rPr>
          <w:lang w:val="sv-SE"/>
        </w:rPr>
        <w:t>[[@</w:t>
      </w:r>
      <w:r w:rsidR="0096445B" w:rsidRPr="000767E2">
        <w:rPr>
          <w:lang w:val="sv-SE"/>
        </w:rPr>
        <w:t>BibleBIBEL82</w:t>
      </w:r>
      <w:r w:rsidRPr="000767E2">
        <w:rPr>
          <w:lang w:val="sv-SE"/>
        </w:rPr>
        <w:t>:Acts 10:17]]</w:t>
      </w:r>
      <w:r w:rsidRPr="000767E2">
        <w:rPr>
          <w:vertAlign w:val="superscript"/>
          <w:lang w:val="sv-SE"/>
        </w:rPr>
        <w:t>17</w:t>
      </w:r>
      <w:r w:rsidRPr="000767E2">
        <w:rPr>
          <w:lang w:val="sv-SE"/>
        </w:rPr>
        <w:t xml:space="preserve"> {{field-on:bible}}Och medan Petrus inom sig var djupt villrådig vad synen kunde vara som han hade sett, se: männen </w:t>
      </w:r>
      <w:r w:rsidRPr="000767E2">
        <w:rPr>
          <w:i/>
          <w:lang w:val="sv-SE"/>
        </w:rPr>
        <w:t>som var</w:t>
      </w:r>
      <w:r w:rsidRPr="000767E2">
        <w:rPr>
          <w:lang w:val="sv-SE"/>
        </w:rPr>
        <w:t xml:space="preserve"> utsända av Cornelius hade frågat sig fram till Simons hus och stod vid porthuset,{{field-off:bible}} [[@</w:t>
      </w:r>
      <w:r w:rsidR="0096445B" w:rsidRPr="000767E2">
        <w:rPr>
          <w:lang w:val="sv-SE"/>
        </w:rPr>
        <w:t>BibleBIBEL82</w:t>
      </w:r>
      <w:r w:rsidRPr="000767E2">
        <w:rPr>
          <w:lang w:val="sv-SE"/>
        </w:rPr>
        <w:t>:Acts 10:18]]</w:t>
      </w:r>
      <w:r w:rsidRPr="000767E2">
        <w:rPr>
          <w:vertAlign w:val="superscript"/>
          <w:lang w:val="sv-SE"/>
        </w:rPr>
        <w:t>18</w:t>
      </w:r>
      <w:r w:rsidRPr="000767E2">
        <w:rPr>
          <w:lang w:val="sv-SE"/>
        </w:rPr>
        <w:t xml:space="preserve"> {{field-on:bible}}och de ropade och efterhörde om Simon som även kallas Petrus här är gäst.{{field-off:bible}} [[@</w:t>
      </w:r>
      <w:r w:rsidR="0096445B" w:rsidRPr="000767E2">
        <w:rPr>
          <w:lang w:val="sv-SE"/>
        </w:rPr>
        <w:t>BibleBIBEL82</w:t>
      </w:r>
      <w:r w:rsidRPr="000767E2">
        <w:rPr>
          <w:lang w:val="sv-SE"/>
        </w:rPr>
        <w:t>:Acts 10:19]]</w:t>
      </w:r>
      <w:r w:rsidRPr="000767E2">
        <w:rPr>
          <w:vertAlign w:val="superscript"/>
          <w:lang w:val="sv-SE"/>
        </w:rPr>
        <w:t>19</w:t>
      </w:r>
      <w:r w:rsidRPr="000767E2">
        <w:rPr>
          <w:lang w:val="sv-SE"/>
        </w:rPr>
        <w:t xml:space="preserve"> {{field-on:bible}}Och medan Petrus reflekterade noga kring synen, sade honom Anden: ”Se: tre män som söker dig.{{field-off:bible}} [[@</w:t>
      </w:r>
      <w:r w:rsidR="0096445B" w:rsidRPr="000767E2">
        <w:rPr>
          <w:lang w:val="sv-SE"/>
        </w:rPr>
        <w:t>BibleBIBEL82</w:t>
      </w:r>
      <w:r w:rsidRPr="000767E2">
        <w:rPr>
          <w:lang w:val="sv-SE"/>
        </w:rPr>
        <w:t>:Acts 10:20]]</w:t>
      </w:r>
      <w:r w:rsidRPr="000767E2">
        <w:rPr>
          <w:vertAlign w:val="superscript"/>
          <w:lang w:val="sv-SE"/>
        </w:rPr>
        <w:t>20</w:t>
      </w:r>
      <w:r w:rsidRPr="000767E2">
        <w:rPr>
          <w:lang w:val="sv-SE"/>
        </w:rPr>
        <w:t xml:space="preserve"> {{field-on:bible}}Men stå upp och kom ner och gå med dem utan att dividera. För jag har sänt dem.”{{field-off:bible}}</w:t>
      </w:r>
    </w:p>
    <w:p w14:paraId="0FE9EBCA" w14:textId="3B6F7742" w:rsidR="00BA33AB" w:rsidRPr="000767E2" w:rsidRDefault="00000000">
      <w:pPr>
        <w:rPr>
          <w:lang w:val="sv-SE"/>
        </w:rPr>
      </w:pPr>
      <w:r w:rsidRPr="000767E2">
        <w:rPr>
          <w:lang w:val="sv-SE"/>
        </w:rPr>
        <w:t>[[@</w:t>
      </w:r>
      <w:r w:rsidR="0096445B" w:rsidRPr="000767E2">
        <w:rPr>
          <w:lang w:val="sv-SE"/>
        </w:rPr>
        <w:t>BibleBIBEL82</w:t>
      </w:r>
      <w:r w:rsidRPr="000767E2">
        <w:rPr>
          <w:lang w:val="sv-SE"/>
        </w:rPr>
        <w:t>:Acts 10:21]]</w:t>
      </w:r>
      <w:r w:rsidRPr="000767E2">
        <w:rPr>
          <w:vertAlign w:val="superscript"/>
          <w:lang w:val="sv-SE"/>
        </w:rPr>
        <w:t>21</w:t>
      </w:r>
      <w:r w:rsidRPr="000767E2">
        <w:rPr>
          <w:lang w:val="sv-SE"/>
        </w:rPr>
        <w:t xml:space="preserve"> {{field-on:bible}}Och Petrus kom ner till männen och sade: ”Se: jag är den ni söker. Vad </w:t>
      </w:r>
      <w:r w:rsidRPr="000767E2">
        <w:rPr>
          <w:i/>
          <w:lang w:val="sv-SE"/>
        </w:rPr>
        <w:t>är</w:t>
      </w:r>
      <w:r w:rsidRPr="000767E2">
        <w:rPr>
          <w:lang w:val="sv-SE"/>
        </w:rPr>
        <w:t xml:space="preserve"> orsaken för vilken ni är här?”{{field-off:bible}} [[@</w:t>
      </w:r>
      <w:r w:rsidR="0096445B" w:rsidRPr="000767E2">
        <w:rPr>
          <w:lang w:val="sv-SE"/>
        </w:rPr>
        <w:t>BibleBIBEL82</w:t>
      </w:r>
      <w:r w:rsidRPr="000767E2">
        <w:rPr>
          <w:lang w:val="sv-SE"/>
        </w:rPr>
        <w:t>:Acts 10:22]]</w:t>
      </w:r>
      <w:r w:rsidRPr="000767E2">
        <w:rPr>
          <w:vertAlign w:val="superscript"/>
          <w:lang w:val="sv-SE"/>
        </w:rPr>
        <w:t>22</w:t>
      </w:r>
      <w:r w:rsidRPr="000767E2">
        <w:rPr>
          <w:lang w:val="sv-SE"/>
        </w:rPr>
        <w:t xml:space="preserve"> {{field-on:bible}}Och de sade: ”Centurionen Cornelius, en man </w:t>
      </w:r>
      <w:r w:rsidRPr="000767E2">
        <w:rPr>
          <w:i/>
          <w:lang w:val="sv-SE"/>
        </w:rPr>
        <w:t>som är</w:t>
      </w:r>
      <w:r w:rsidRPr="000767E2">
        <w:rPr>
          <w:lang w:val="sv-SE"/>
        </w:rPr>
        <w:t xml:space="preserve"> rättfärdig och fruktar Gud och </w:t>
      </w:r>
      <w:r w:rsidRPr="000767E2">
        <w:rPr>
          <w:i/>
          <w:lang w:val="sv-SE"/>
        </w:rPr>
        <w:t>är</w:t>
      </w:r>
      <w:r w:rsidRPr="000767E2">
        <w:rPr>
          <w:lang w:val="sv-SE"/>
        </w:rPr>
        <w:t xml:space="preserve"> omvittnad av hela judarnas folkslag, har fått uppenbarelse av en helig ängel att skicka efter dig till hans hus och höra ord från dig.”{{field-off:bible}} [[@</w:t>
      </w:r>
      <w:r w:rsidR="0096445B" w:rsidRPr="000767E2">
        <w:rPr>
          <w:lang w:val="sv-SE"/>
        </w:rPr>
        <w:t>BibleBIBEL82</w:t>
      </w:r>
      <w:r w:rsidRPr="000767E2">
        <w:rPr>
          <w:lang w:val="sv-SE"/>
        </w:rPr>
        <w:t>:Acts 10:23]]</w:t>
      </w:r>
      <w:r w:rsidRPr="000767E2">
        <w:rPr>
          <w:vertAlign w:val="superscript"/>
          <w:lang w:val="sv-SE"/>
        </w:rPr>
        <w:t>23</w:t>
      </w:r>
      <w:r w:rsidRPr="000767E2">
        <w:rPr>
          <w:lang w:val="sv-SE"/>
        </w:rPr>
        <w:t xml:space="preserve"> {{field-on:bible}}Han bjöd då in dem och hade </w:t>
      </w:r>
      <w:r w:rsidRPr="000767E2">
        <w:rPr>
          <w:i/>
          <w:lang w:val="sv-SE"/>
        </w:rPr>
        <w:t>dem</w:t>
      </w:r>
      <w:r w:rsidRPr="000767E2">
        <w:rPr>
          <w:lang w:val="sv-SE"/>
        </w:rPr>
        <w:t xml:space="preserve"> som gäster.{{field-off:bible}}</w:t>
      </w:r>
    </w:p>
    <w:p w14:paraId="1C076114" w14:textId="77777777" w:rsidR="00BA33AB" w:rsidRPr="000767E2" w:rsidRDefault="00000000">
      <w:pPr>
        <w:pStyle w:val="Rubrik3"/>
        <w:rPr>
          <w:lang w:val="sv-SE"/>
        </w:rPr>
      </w:pPr>
      <w:r w:rsidRPr="000767E2">
        <w:rPr>
          <w:lang w:val="sv-SE"/>
        </w:rPr>
        <w:t>Petrus möter Cornelius</w:t>
      </w:r>
    </w:p>
    <w:p w14:paraId="6223F4AF" w14:textId="304604DB" w:rsidR="00BA33AB" w:rsidRPr="000767E2" w:rsidRDefault="00000000">
      <w:pPr>
        <w:rPr>
          <w:lang w:val="sv-SE"/>
        </w:rPr>
      </w:pPr>
      <w:r w:rsidRPr="000767E2">
        <w:rPr>
          <w:lang w:val="sv-SE"/>
        </w:rPr>
        <w:t>{{field-on:bible}}Men dagen därpå stod han upp och gick ut med dem, och några av syskonen från Joppe gick med honom.{{field-off:bible}} [[@</w:t>
      </w:r>
      <w:r w:rsidR="0096445B" w:rsidRPr="000767E2">
        <w:rPr>
          <w:lang w:val="sv-SE"/>
        </w:rPr>
        <w:t>BibleBIBEL82</w:t>
      </w:r>
      <w:r w:rsidRPr="000767E2">
        <w:rPr>
          <w:lang w:val="sv-SE"/>
        </w:rPr>
        <w:t>:Acts 10:24]]</w:t>
      </w:r>
      <w:r w:rsidRPr="000767E2">
        <w:rPr>
          <w:vertAlign w:val="superscript"/>
          <w:lang w:val="sv-SE"/>
        </w:rPr>
        <w:t>24</w:t>
      </w:r>
      <w:r w:rsidRPr="000767E2">
        <w:rPr>
          <w:lang w:val="sv-SE"/>
        </w:rPr>
        <w:t xml:space="preserve"> {{field-on:bible}}Och dagen därpå kom de till Caesarea. Och Cornelius var i förväntan på dem och hade sammankallat sina släktingar och de nödvändiga vännerna.{{field-off:bible}} [[@</w:t>
      </w:r>
      <w:r w:rsidR="0096445B" w:rsidRPr="000767E2">
        <w:rPr>
          <w:lang w:val="sv-SE"/>
        </w:rPr>
        <w:t>BibleBIBEL82</w:t>
      </w:r>
      <w:r w:rsidRPr="000767E2">
        <w:rPr>
          <w:lang w:val="sv-SE"/>
        </w:rPr>
        <w:t>:Acts 10:25]]</w:t>
      </w:r>
      <w:r w:rsidRPr="000767E2">
        <w:rPr>
          <w:vertAlign w:val="superscript"/>
          <w:lang w:val="sv-SE"/>
        </w:rPr>
        <w:t>25</w:t>
      </w:r>
      <w:r w:rsidRPr="000767E2">
        <w:rPr>
          <w:lang w:val="sv-SE"/>
        </w:rPr>
        <w:t xml:space="preserve"> {{field-on:bible}}Och när det hände sig att Petrus gick in, mötte honom Cornelius och föll </w:t>
      </w:r>
      <w:r w:rsidRPr="000767E2">
        <w:rPr>
          <w:i/>
          <w:lang w:val="sv-SE"/>
        </w:rPr>
        <w:t>ner</w:t>
      </w:r>
      <w:r w:rsidRPr="000767E2">
        <w:rPr>
          <w:lang w:val="sv-SE"/>
        </w:rPr>
        <w:t xml:space="preserve"> vid fötterna och tillbad.{{field-off:bible}} [[@</w:t>
      </w:r>
      <w:r w:rsidR="0096445B" w:rsidRPr="000767E2">
        <w:rPr>
          <w:lang w:val="sv-SE"/>
        </w:rPr>
        <w:t>BibleBIBEL82</w:t>
      </w:r>
      <w:r w:rsidRPr="000767E2">
        <w:rPr>
          <w:lang w:val="sv-SE"/>
        </w:rPr>
        <w:t>:Acts 10:26]]</w:t>
      </w:r>
      <w:r w:rsidRPr="000767E2">
        <w:rPr>
          <w:vertAlign w:val="superscript"/>
          <w:lang w:val="sv-SE"/>
        </w:rPr>
        <w:t>26</w:t>
      </w:r>
      <w:r w:rsidRPr="000767E2">
        <w:rPr>
          <w:lang w:val="sv-SE"/>
        </w:rPr>
        <w:t xml:space="preserve"> {{field-on:bible}}Men Petrus reste upp honom och sade: ”Stå upp. Även jag själv är en människa.”{{field-off:bible}}</w:t>
      </w:r>
    </w:p>
    <w:p w14:paraId="186ED52A" w14:textId="57F6A2FB" w:rsidR="00BA33AB" w:rsidRPr="000767E2" w:rsidRDefault="00000000">
      <w:pPr>
        <w:rPr>
          <w:lang w:val="sv-SE"/>
        </w:rPr>
      </w:pPr>
      <w:r w:rsidRPr="000767E2">
        <w:rPr>
          <w:lang w:val="sv-SE"/>
        </w:rPr>
        <w:t>[[@</w:t>
      </w:r>
      <w:r w:rsidR="0096445B" w:rsidRPr="000767E2">
        <w:rPr>
          <w:lang w:val="sv-SE"/>
        </w:rPr>
        <w:t>BibleBIBEL82</w:t>
      </w:r>
      <w:r w:rsidRPr="000767E2">
        <w:rPr>
          <w:lang w:val="sv-SE"/>
        </w:rPr>
        <w:t>:Acts 10:27]]</w:t>
      </w:r>
      <w:r w:rsidRPr="000767E2">
        <w:rPr>
          <w:vertAlign w:val="superscript"/>
          <w:lang w:val="sv-SE"/>
        </w:rPr>
        <w:t>27</w:t>
      </w:r>
      <w:r w:rsidRPr="000767E2">
        <w:rPr>
          <w:lang w:val="sv-SE"/>
        </w:rPr>
        <w:t xml:space="preserve"> {{field-on:bible}}Och sampratande med honom gick han in och finner många sammankomna.{{field-off:bible}} [[@</w:t>
      </w:r>
      <w:r w:rsidR="0096445B" w:rsidRPr="000767E2">
        <w:rPr>
          <w:lang w:val="sv-SE"/>
        </w:rPr>
        <w:t>BibleBIBEL82</w:t>
      </w:r>
      <w:r w:rsidRPr="000767E2">
        <w:rPr>
          <w:lang w:val="sv-SE"/>
        </w:rPr>
        <w:t>:Acts 10:28]]</w:t>
      </w:r>
      <w:r w:rsidRPr="000767E2">
        <w:rPr>
          <w:vertAlign w:val="superscript"/>
          <w:lang w:val="sv-SE"/>
        </w:rPr>
        <w:t>28</w:t>
      </w:r>
      <w:r w:rsidRPr="000767E2">
        <w:rPr>
          <w:lang w:val="sv-SE"/>
        </w:rPr>
        <w:t xml:space="preserve"> {{field-</w:t>
      </w:r>
      <w:r w:rsidRPr="000767E2">
        <w:rPr>
          <w:lang w:val="sv-SE"/>
        </w:rPr>
        <w:lastRenderedPageBreak/>
        <w:t xml:space="preserve">on:bible}}Och han sade till dem: ”Ni vet hur det är olagligt för en judisk man att ansluta sig eller komma till en utbörding. Och mig har Gud visat att ingen människa </w:t>
      </w:r>
      <w:r w:rsidRPr="000767E2">
        <w:rPr>
          <w:i/>
          <w:lang w:val="sv-SE"/>
        </w:rPr>
        <w:t>ska man</w:t>
      </w:r>
      <w:r w:rsidRPr="000767E2">
        <w:rPr>
          <w:lang w:val="sv-SE"/>
        </w:rPr>
        <w:t xml:space="preserve"> kalla ohelig eller oren.{{field-off:bible}} [[@</w:t>
      </w:r>
      <w:r w:rsidR="0096445B" w:rsidRPr="000767E2">
        <w:rPr>
          <w:lang w:val="sv-SE"/>
        </w:rPr>
        <w:t>BibleBIBEL82</w:t>
      </w:r>
      <w:r w:rsidRPr="000767E2">
        <w:rPr>
          <w:lang w:val="sv-SE"/>
        </w:rPr>
        <w:t>:Acts 10:29]]</w:t>
      </w:r>
      <w:r w:rsidRPr="000767E2">
        <w:rPr>
          <w:vertAlign w:val="superscript"/>
          <w:lang w:val="sv-SE"/>
        </w:rPr>
        <w:t>29</w:t>
      </w:r>
      <w:r w:rsidRPr="000767E2">
        <w:rPr>
          <w:lang w:val="sv-SE"/>
        </w:rPr>
        <w:t xml:space="preserve"> {{field-on:bible}}Därför kom jag också ovedersägligt när man skickade efter mig. Jag efterhör nu: Av vilken anledning har ni skickat efter mig?”{{field-off:bible}}</w:t>
      </w:r>
    </w:p>
    <w:p w14:paraId="6EF45BD6" w14:textId="421FA501" w:rsidR="00BA33AB" w:rsidRPr="000767E2" w:rsidRDefault="00000000">
      <w:pPr>
        <w:rPr>
          <w:lang w:val="sv-SE"/>
        </w:rPr>
      </w:pPr>
      <w:r w:rsidRPr="000767E2">
        <w:rPr>
          <w:lang w:val="sv-SE"/>
        </w:rPr>
        <w:t>[[@</w:t>
      </w:r>
      <w:r w:rsidR="0096445B" w:rsidRPr="000767E2">
        <w:rPr>
          <w:lang w:val="sv-SE"/>
        </w:rPr>
        <w:t>BibleBIBEL82</w:t>
      </w:r>
      <w:r w:rsidRPr="000767E2">
        <w:rPr>
          <w:lang w:val="sv-SE"/>
        </w:rPr>
        <w:t>:Acts 10:30]]</w:t>
      </w:r>
      <w:r w:rsidRPr="000767E2">
        <w:rPr>
          <w:vertAlign w:val="superscript"/>
          <w:lang w:val="sv-SE"/>
        </w:rPr>
        <w:t>30</w:t>
      </w:r>
      <w:r w:rsidRPr="000767E2">
        <w:rPr>
          <w:lang w:val="sv-SE"/>
        </w:rPr>
        <w:t xml:space="preserve"> {{field-on:bible}}Och Cornelius sade: ”För fyra dagar sedan var jag fram till denna timme, den nionde, och bad i mitt hus. Och se, en man stod inför mig i glansfull skrud{{field-off:bible}} [[@</w:t>
      </w:r>
      <w:r w:rsidR="0096445B" w:rsidRPr="000767E2">
        <w:rPr>
          <w:lang w:val="sv-SE"/>
        </w:rPr>
        <w:t>BibleBIBEL82</w:t>
      </w:r>
      <w:r w:rsidRPr="000767E2">
        <w:rPr>
          <w:lang w:val="sv-SE"/>
        </w:rPr>
        <w:t>:Acts 10:31]]</w:t>
      </w:r>
      <w:r w:rsidRPr="000767E2">
        <w:rPr>
          <w:vertAlign w:val="superscript"/>
          <w:lang w:val="sv-SE"/>
        </w:rPr>
        <w:t>31</w:t>
      </w:r>
      <w:r w:rsidRPr="000767E2">
        <w:rPr>
          <w:lang w:val="sv-SE"/>
        </w:rPr>
        <w:t xml:space="preserve"> {{field-on:bible}}och säger: Cornelius, din bön har blivit hörd och dina allmosor ihågkomna inför Gud.{{field-off:bible}} [[@</w:t>
      </w:r>
      <w:r w:rsidR="0096445B" w:rsidRPr="000767E2">
        <w:rPr>
          <w:lang w:val="sv-SE"/>
        </w:rPr>
        <w:t>BibleBIBEL82</w:t>
      </w:r>
      <w:r w:rsidRPr="000767E2">
        <w:rPr>
          <w:lang w:val="sv-SE"/>
        </w:rPr>
        <w:t>:Acts 10:32]]</w:t>
      </w:r>
      <w:r w:rsidRPr="000767E2">
        <w:rPr>
          <w:vertAlign w:val="superscript"/>
          <w:lang w:val="sv-SE"/>
        </w:rPr>
        <w:t>32</w:t>
      </w:r>
      <w:r w:rsidRPr="000767E2">
        <w:rPr>
          <w:lang w:val="sv-SE"/>
        </w:rPr>
        <w:t xml:space="preserve"> {{field-on:bible}}Skicka nu </w:t>
      </w:r>
      <w:r w:rsidRPr="000767E2">
        <w:rPr>
          <w:i/>
          <w:lang w:val="sv-SE"/>
        </w:rPr>
        <w:t>bud</w:t>
      </w:r>
      <w:r w:rsidRPr="000767E2">
        <w:rPr>
          <w:lang w:val="sv-SE"/>
        </w:rPr>
        <w:t xml:space="preserve"> till Joppe och kalla hit Simon som även kallas Petrus. Denne är gäst i garvaren Simons hus vid havet.{{field-off:bible}} [[@</w:t>
      </w:r>
      <w:r w:rsidR="0096445B" w:rsidRPr="000767E2">
        <w:rPr>
          <w:lang w:val="sv-SE"/>
        </w:rPr>
        <w:t>BibleBIBEL82</w:t>
      </w:r>
      <w:r w:rsidRPr="000767E2">
        <w:rPr>
          <w:lang w:val="sv-SE"/>
        </w:rPr>
        <w:t>:Acts 10:33]]</w:t>
      </w:r>
      <w:r w:rsidRPr="000767E2">
        <w:rPr>
          <w:vertAlign w:val="superscript"/>
          <w:lang w:val="sv-SE"/>
        </w:rPr>
        <w:t>33</w:t>
      </w:r>
      <w:r w:rsidRPr="000767E2">
        <w:rPr>
          <w:lang w:val="sv-SE"/>
        </w:rPr>
        <w:t xml:space="preserve"> {{field-on:bible}}Med detsamma skickade jag då </w:t>
      </w:r>
      <w:r w:rsidRPr="000767E2">
        <w:rPr>
          <w:i/>
          <w:lang w:val="sv-SE"/>
        </w:rPr>
        <w:t>bud</w:t>
      </w:r>
      <w:r w:rsidRPr="000767E2">
        <w:rPr>
          <w:lang w:val="sv-SE"/>
        </w:rPr>
        <w:t xml:space="preserve"> till dig, och du gjorde väl som kom hit. Nu är vi alltså alla här inför Gud </w:t>
      </w:r>
      <w:r w:rsidRPr="000767E2">
        <w:rPr>
          <w:i/>
          <w:lang w:val="sv-SE"/>
        </w:rPr>
        <w:t>för</w:t>
      </w:r>
      <w:r w:rsidRPr="000767E2">
        <w:rPr>
          <w:lang w:val="sv-SE"/>
        </w:rPr>
        <w:t xml:space="preserve"> att höra allt som förordnats dig av Herren.”{{field-off:bible}}</w:t>
      </w:r>
    </w:p>
    <w:p w14:paraId="2F7407B2" w14:textId="77777777" w:rsidR="00BA33AB" w:rsidRPr="000767E2" w:rsidRDefault="00000000">
      <w:pPr>
        <w:pStyle w:val="Rubrik3"/>
        <w:rPr>
          <w:lang w:val="sv-SE"/>
        </w:rPr>
      </w:pPr>
      <w:r w:rsidRPr="000767E2">
        <w:rPr>
          <w:lang w:val="sv-SE"/>
        </w:rPr>
        <w:t>Petrus tal i Cornelius hus</w:t>
      </w:r>
    </w:p>
    <w:p w14:paraId="11580152" w14:textId="31837C0F" w:rsidR="00BA33AB" w:rsidRPr="000767E2" w:rsidRDefault="00000000">
      <w:pPr>
        <w:rPr>
          <w:lang w:val="sv-SE"/>
        </w:rPr>
      </w:pPr>
      <w:r w:rsidRPr="000767E2">
        <w:rPr>
          <w:lang w:val="sv-SE"/>
        </w:rPr>
        <w:t>[[@</w:t>
      </w:r>
      <w:r w:rsidR="0096445B" w:rsidRPr="000767E2">
        <w:rPr>
          <w:lang w:val="sv-SE"/>
        </w:rPr>
        <w:t>BibleBIBEL82</w:t>
      </w:r>
      <w:r w:rsidRPr="000767E2">
        <w:rPr>
          <w:lang w:val="sv-SE"/>
        </w:rPr>
        <w:t>:Acts 10:34]]</w:t>
      </w:r>
      <w:r w:rsidRPr="000767E2">
        <w:rPr>
          <w:vertAlign w:val="superscript"/>
          <w:lang w:val="sv-SE"/>
        </w:rPr>
        <w:t>34</w:t>
      </w:r>
      <w:r w:rsidRPr="000767E2">
        <w:rPr>
          <w:lang w:val="sv-SE"/>
        </w:rPr>
        <w:t xml:space="preserve"> {{field-on:bible}}Och Petrus öppnade munnen och sade: ”I sanning begriper jag att Gud inte är partisk.{{field-off:bible}} [[@</w:t>
      </w:r>
      <w:r w:rsidR="0096445B" w:rsidRPr="000767E2">
        <w:rPr>
          <w:lang w:val="sv-SE"/>
        </w:rPr>
        <w:t>BibleBIBEL82</w:t>
      </w:r>
      <w:r w:rsidRPr="000767E2">
        <w:rPr>
          <w:lang w:val="sv-SE"/>
        </w:rPr>
        <w:t>:Acts 10:35]]</w:t>
      </w:r>
      <w:r w:rsidRPr="000767E2">
        <w:rPr>
          <w:vertAlign w:val="superscript"/>
          <w:lang w:val="sv-SE"/>
        </w:rPr>
        <w:t>35</w:t>
      </w:r>
      <w:r w:rsidRPr="000767E2">
        <w:rPr>
          <w:lang w:val="sv-SE"/>
        </w:rPr>
        <w:t xml:space="preserve"> {{field-on:bible}}Nej, i varje folkslag är den som fruktar honom och utför rättfärdighet välkommen hos honom.{{field-off:bible}} [[@</w:t>
      </w:r>
      <w:r w:rsidR="0096445B" w:rsidRPr="000767E2">
        <w:rPr>
          <w:lang w:val="sv-SE"/>
        </w:rPr>
        <w:t>BibleBIBEL82</w:t>
      </w:r>
      <w:r w:rsidRPr="000767E2">
        <w:rPr>
          <w:lang w:val="sv-SE"/>
        </w:rPr>
        <w:t>:Acts 10:36]]</w:t>
      </w:r>
      <w:r w:rsidRPr="000767E2">
        <w:rPr>
          <w:vertAlign w:val="superscript"/>
          <w:lang w:val="sv-SE"/>
        </w:rPr>
        <w:t>36</w:t>
      </w:r>
      <w:r w:rsidRPr="000767E2">
        <w:rPr>
          <w:lang w:val="sv-SE"/>
        </w:rPr>
        <w:t xml:space="preserve"> {{field-on:bible}}Ordet [som] han sände till Israels söner när han evangeliserade </w:t>
      </w:r>
      <w:r w:rsidRPr="000767E2">
        <w:rPr>
          <w:i/>
          <w:lang w:val="sv-SE"/>
        </w:rPr>
        <w:t>om</w:t>
      </w:r>
      <w:r w:rsidRPr="000767E2">
        <w:rPr>
          <w:lang w:val="sv-SE"/>
        </w:rPr>
        <w:t xml:space="preserve"> frid genom Jesus Kristus – han är allas Herre –{{field-off:bible}} [[@</w:t>
      </w:r>
      <w:r w:rsidR="0096445B" w:rsidRPr="000767E2">
        <w:rPr>
          <w:lang w:val="sv-SE"/>
        </w:rPr>
        <w:t>BibleBIBEL82</w:t>
      </w:r>
      <w:r w:rsidRPr="000767E2">
        <w:rPr>
          <w:lang w:val="sv-SE"/>
        </w:rPr>
        <w:t>:Acts 10:37]]</w:t>
      </w:r>
      <w:r w:rsidRPr="000767E2">
        <w:rPr>
          <w:vertAlign w:val="superscript"/>
          <w:lang w:val="sv-SE"/>
        </w:rPr>
        <w:t>37</w:t>
      </w:r>
      <w:r w:rsidRPr="000767E2">
        <w:rPr>
          <w:lang w:val="sv-SE"/>
        </w:rPr>
        <w:t xml:space="preserve"> {{field-on:bible}}</w:t>
      </w:r>
      <w:r w:rsidRPr="000767E2">
        <w:rPr>
          <w:i/>
          <w:lang w:val="sv-SE"/>
        </w:rPr>
        <w:t>det</w:t>
      </w:r>
      <w:r w:rsidRPr="000767E2">
        <w:rPr>
          <w:lang w:val="sv-SE"/>
        </w:rPr>
        <w:t xml:space="preserve"> vet ni om, det ord som har hänt över hela Judeen, börjande från Galileen efter det dop som Johannes förkunnade:{{field-off:bible}} [[@</w:t>
      </w:r>
      <w:r w:rsidR="0096445B" w:rsidRPr="000767E2">
        <w:rPr>
          <w:lang w:val="sv-SE"/>
        </w:rPr>
        <w:t>BibleBIBEL82</w:t>
      </w:r>
      <w:r w:rsidRPr="000767E2">
        <w:rPr>
          <w:lang w:val="sv-SE"/>
        </w:rPr>
        <w:t>:Acts 10:38]]</w:t>
      </w:r>
      <w:r w:rsidRPr="000767E2">
        <w:rPr>
          <w:vertAlign w:val="superscript"/>
          <w:lang w:val="sv-SE"/>
        </w:rPr>
        <w:t>38</w:t>
      </w:r>
      <w:r w:rsidRPr="000767E2">
        <w:rPr>
          <w:lang w:val="sv-SE"/>
        </w:rPr>
        <w:t xml:space="preserve"> {{field-on:bible}}Jesus från Nazareth, hur Gud smorde honom med helig Ande och kraft. Han gick omkring och gjorde väl och helade alla </w:t>
      </w:r>
      <w:r w:rsidRPr="000767E2">
        <w:rPr>
          <w:i/>
          <w:lang w:val="sv-SE"/>
        </w:rPr>
        <w:t>som var</w:t>
      </w:r>
      <w:r w:rsidRPr="000767E2">
        <w:rPr>
          <w:lang w:val="sv-SE"/>
        </w:rPr>
        <w:t xml:space="preserve"> förtryckta av djävulen, för Gud var med honom.{{field-off:bible}} [[@</w:t>
      </w:r>
      <w:r w:rsidR="0096445B" w:rsidRPr="000767E2">
        <w:rPr>
          <w:lang w:val="sv-SE"/>
        </w:rPr>
        <w:t>BibleBIBEL82</w:t>
      </w:r>
      <w:r w:rsidRPr="000767E2">
        <w:rPr>
          <w:lang w:val="sv-SE"/>
        </w:rPr>
        <w:t>:Acts 10:39]]</w:t>
      </w:r>
      <w:r w:rsidRPr="000767E2">
        <w:rPr>
          <w:vertAlign w:val="superscript"/>
          <w:lang w:val="sv-SE"/>
        </w:rPr>
        <w:t>39</w:t>
      </w:r>
      <w:r w:rsidRPr="000767E2">
        <w:rPr>
          <w:lang w:val="sv-SE"/>
        </w:rPr>
        <w:t xml:space="preserve"> {{field-on:bible}}Och vi </w:t>
      </w:r>
      <w:r w:rsidRPr="000767E2">
        <w:rPr>
          <w:i/>
          <w:lang w:val="sv-SE"/>
        </w:rPr>
        <w:t>är</w:t>
      </w:r>
      <w:r w:rsidRPr="000767E2">
        <w:rPr>
          <w:lang w:val="sv-SE"/>
        </w:rPr>
        <w:t xml:space="preserve"> vittnen till allt som han gjorde, både i judarnas trakt och [i] Jerusalem.{{field-off:bible}}</w:t>
      </w:r>
    </w:p>
    <w:p w14:paraId="78376F77" w14:textId="4D6E5BD6" w:rsidR="00BA33AB" w:rsidRPr="000767E2" w:rsidRDefault="00000000">
      <w:pPr>
        <w:rPr>
          <w:lang w:val="sv-SE"/>
        </w:rPr>
      </w:pPr>
      <w:r w:rsidRPr="000767E2">
        <w:rPr>
          <w:lang w:val="sv-SE"/>
        </w:rPr>
        <w:t xml:space="preserve">{{field-on:bible}}Honom som de </w:t>
      </w:r>
      <w:r w:rsidRPr="000767E2">
        <w:rPr>
          <w:i/>
          <w:lang w:val="sv-SE"/>
        </w:rPr>
        <w:t>till</w:t>
      </w:r>
      <w:r w:rsidRPr="000767E2">
        <w:rPr>
          <w:lang w:val="sv-SE"/>
        </w:rPr>
        <w:t xml:space="preserve"> och </w:t>
      </w:r>
      <w:r w:rsidRPr="000767E2">
        <w:rPr>
          <w:i/>
          <w:lang w:val="sv-SE"/>
        </w:rPr>
        <w:t>med</w:t>
      </w:r>
      <w:r w:rsidRPr="000767E2">
        <w:rPr>
          <w:lang w:val="sv-SE"/>
        </w:rPr>
        <w:t xml:space="preserve"> avrättade </w:t>
      </w:r>
      <w:r w:rsidRPr="000767E2">
        <w:rPr>
          <w:i/>
          <w:lang w:val="sv-SE"/>
        </w:rPr>
        <w:t>genom att</w:t>
      </w:r>
      <w:r w:rsidRPr="000767E2">
        <w:rPr>
          <w:lang w:val="sv-SE"/>
        </w:rPr>
        <w:t xml:space="preserve"> hänga upp på trä,{{field-off:bible}} [[@</w:t>
      </w:r>
      <w:r w:rsidR="0096445B" w:rsidRPr="000767E2">
        <w:rPr>
          <w:lang w:val="sv-SE"/>
        </w:rPr>
        <w:t>BibleBIBEL82</w:t>
      </w:r>
      <w:r w:rsidRPr="000767E2">
        <w:rPr>
          <w:lang w:val="sv-SE"/>
        </w:rPr>
        <w:t>:Acts 10:40]]</w:t>
      </w:r>
      <w:r w:rsidRPr="000767E2">
        <w:rPr>
          <w:vertAlign w:val="superscript"/>
          <w:lang w:val="sv-SE"/>
        </w:rPr>
        <w:t>40</w:t>
      </w:r>
      <w:r w:rsidRPr="000767E2">
        <w:rPr>
          <w:lang w:val="sv-SE"/>
        </w:rPr>
        <w:t xml:space="preserve"> {{field-on:bible}}denne har Gud uppväckt den tredje dagen och låtit honom bli uppenbar –{{field-off:bible}} [[@</w:t>
      </w:r>
      <w:r w:rsidR="0096445B" w:rsidRPr="000767E2">
        <w:rPr>
          <w:lang w:val="sv-SE"/>
        </w:rPr>
        <w:t>BibleBIBEL82</w:t>
      </w:r>
      <w:r w:rsidRPr="000767E2">
        <w:rPr>
          <w:lang w:val="sv-SE"/>
        </w:rPr>
        <w:t>:Acts 10:41]]</w:t>
      </w:r>
      <w:r w:rsidRPr="000767E2">
        <w:rPr>
          <w:vertAlign w:val="superscript"/>
          <w:lang w:val="sv-SE"/>
        </w:rPr>
        <w:t>41</w:t>
      </w:r>
      <w:r w:rsidRPr="000767E2">
        <w:rPr>
          <w:lang w:val="sv-SE"/>
        </w:rPr>
        <w:t xml:space="preserve"> {{field-on:bible}}inte för hela folket, utan för vittnen i förväg handvalda av Gud, för oss som åt och drack med honom efter att han uppstått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:Acts 10:42]]</w:t>
      </w:r>
      <w:r w:rsidRPr="000767E2">
        <w:rPr>
          <w:vertAlign w:val="superscript"/>
          <w:lang w:val="sv-SE"/>
        </w:rPr>
        <w:t>42</w:t>
      </w:r>
      <w:r w:rsidRPr="000767E2">
        <w:rPr>
          <w:lang w:val="sv-SE"/>
        </w:rPr>
        <w:t xml:space="preserve"> {{field-on:bible}}Och han instruerade oss att förkunna för folket och vittna att denne är den </w:t>
      </w:r>
      <w:r w:rsidRPr="000767E2">
        <w:rPr>
          <w:i/>
          <w:lang w:val="sv-SE"/>
        </w:rPr>
        <w:t>som är</w:t>
      </w:r>
      <w:r w:rsidRPr="000767E2">
        <w:rPr>
          <w:lang w:val="sv-SE"/>
        </w:rPr>
        <w:t xml:space="preserve"> bestämd av Gud </w:t>
      </w:r>
      <w:r w:rsidRPr="000767E2">
        <w:rPr>
          <w:i/>
          <w:lang w:val="sv-SE"/>
        </w:rPr>
        <w:t>som</w:t>
      </w:r>
      <w:r w:rsidRPr="000767E2">
        <w:rPr>
          <w:lang w:val="sv-SE"/>
        </w:rPr>
        <w:t xml:space="preserve"> domare för levande och döda.{{field-off:bible}} [[@</w:t>
      </w:r>
      <w:r w:rsidR="0096445B" w:rsidRPr="000767E2">
        <w:rPr>
          <w:lang w:val="sv-SE"/>
        </w:rPr>
        <w:t>BibleBIBEL82</w:t>
      </w:r>
      <w:r w:rsidRPr="000767E2">
        <w:rPr>
          <w:lang w:val="sv-SE"/>
        </w:rPr>
        <w:t>:Acts 10:43]]</w:t>
      </w:r>
      <w:r w:rsidRPr="000767E2">
        <w:rPr>
          <w:vertAlign w:val="superscript"/>
          <w:lang w:val="sv-SE"/>
        </w:rPr>
        <w:t>43</w:t>
      </w:r>
      <w:r w:rsidRPr="000767E2">
        <w:rPr>
          <w:lang w:val="sv-SE"/>
        </w:rPr>
        <w:t xml:space="preserve"> {{field-on:bible}}Om denne vittnar alla profeterna att synders förlåtelse genom hans namn får var och en som tror på honom.”{{field-off:bible}}</w:t>
      </w:r>
    </w:p>
    <w:p w14:paraId="01BC2FC8" w14:textId="77777777" w:rsidR="00BA33AB" w:rsidRPr="000767E2" w:rsidRDefault="00000000">
      <w:pPr>
        <w:pStyle w:val="Rubrik3"/>
        <w:rPr>
          <w:lang w:val="sv-SE"/>
        </w:rPr>
      </w:pPr>
      <w:r w:rsidRPr="000767E2">
        <w:rPr>
          <w:lang w:val="sv-SE"/>
        </w:rPr>
        <w:t>Anden utgjuten över folkslagen</w:t>
      </w:r>
    </w:p>
    <w:p w14:paraId="2B81AF66" w14:textId="5DEB82AC" w:rsidR="00BA33AB" w:rsidRPr="000767E2" w:rsidRDefault="00000000">
      <w:pPr>
        <w:rPr>
          <w:lang w:val="sv-SE"/>
        </w:rPr>
      </w:pPr>
      <w:r w:rsidRPr="000767E2">
        <w:rPr>
          <w:lang w:val="sv-SE"/>
        </w:rPr>
        <w:t>[[@</w:t>
      </w:r>
      <w:r w:rsidR="0096445B" w:rsidRPr="000767E2">
        <w:rPr>
          <w:lang w:val="sv-SE"/>
        </w:rPr>
        <w:t>BibleBIBEL82</w:t>
      </w:r>
      <w:r w:rsidRPr="000767E2">
        <w:rPr>
          <w:lang w:val="sv-SE"/>
        </w:rPr>
        <w:t>:Acts 10:44]]</w:t>
      </w:r>
      <w:r w:rsidRPr="000767E2">
        <w:rPr>
          <w:vertAlign w:val="superscript"/>
          <w:lang w:val="sv-SE"/>
        </w:rPr>
        <w:t>44</w:t>
      </w:r>
      <w:r w:rsidRPr="000767E2">
        <w:rPr>
          <w:lang w:val="sv-SE"/>
        </w:rPr>
        <w:t xml:space="preserve"> {{field-on:bible}}Medan Petrus ännu talade dessa ord, föll den heliga Anden över alla som hörde ordet.{{field-off:bible}} [[@</w:t>
      </w:r>
      <w:r w:rsidR="0096445B" w:rsidRPr="000767E2">
        <w:rPr>
          <w:lang w:val="sv-SE"/>
        </w:rPr>
        <w:t>BibleBIBEL82</w:t>
      </w:r>
      <w:r w:rsidRPr="000767E2">
        <w:rPr>
          <w:lang w:val="sv-SE"/>
        </w:rPr>
        <w:t>:Acts 10:45]]</w:t>
      </w:r>
      <w:r w:rsidRPr="000767E2">
        <w:rPr>
          <w:vertAlign w:val="superscript"/>
          <w:lang w:val="sv-SE"/>
        </w:rPr>
        <w:t>45</w:t>
      </w:r>
      <w:r w:rsidRPr="000767E2">
        <w:rPr>
          <w:lang w:val="sv-SE"/>
        </w:rPr>
        <w:t xml:space="preserve"> {{field-on:bible}}Och de troende av omskärelsen som hade kommit med Petrus blev utom sig, att </w:t>
      </w:r>
      <w:r w:rsidRPr="000767E2">
        <w:rPr>
          <w:lang w:val="sv-SE"/>
        </w:rPr>
        <w:lastRenderedPageBreak/>
        <w:t>även över folkslagen hade den heliga Andens fria gåva blivit utgjuten.{{field-off:bible}} [[@</w:t>
      </w:r>
      <w:r w:rsidR="0096445B" w:rsidRPr="000767E2">
        <w:rPr>
          <w:lang w:val="sv-SE"/>
        </w:rPr>
        <w:t>BibleBIBEL82</w:t>
      </w:r>
      <w:r w:rsidRPr="000767E2">
        <w:rPr>
          <w:lang w:val="sv-SE"/>
        </w:rPr>
        <w:t>:Acts 10:46]]</w:t>
      </w:r>
      <w:r w:rsidRPr="000767E2">
        <w:rPr>
          <w:vertAlign w:val="superscript"/>
          <w:lang w:val="sv-SE"/>
        </w:rPr>
        <w:t>46</w:t>
      </w:r>
      <w:r w:rsidRPr="000767E2">
        <w:rPr>
          <w:lang w:val="sv-SE"/>
        </w:rPr>
        <w:t xml:space="preserve"> {{field-on:bible}}För de hörde dem tala med tungor och göra Gud stor.{{field-off:bible}}</w:t>
      </w:r>
    </w:p>
    <w:p w14:paraId="2932A830" w14:textId="0CC61C13" w:rsidR="00BA33AB" w:rsidRPr="000767E2" w:rsidRDefault="00000000">
      <w:pPr>
        <w:rPr>
          <w:lang w:val="sv-SE"/>
        </w:rPr>
      </w:pPr>
      <w:r w:rsidRPr="000767E2">
        <w:rPr>
          <w:lang w:val="sv-SE"/>
        </w:rPr>
        <w:t>{{field-on:bible}}Då svarade Petrus:{{field-off:bible}} [[@</w:t>
      </w:r>
      <w:r w:rsidR="0096445B" w:rsidRPr="000767E2">
        <w:rPr>
          <w:lang w:val="sv-SE"/>
        </w:rPr>
        <w:t>BibleBIBEL82</w:t>
      </w:r>
      <w:r w:rsidRPr="000767E2">
        <w:rPr>
          <w:lang w:val="sv-SE"/>
        </w:rPr>
        <w:t>:Acts 10:47]]</w:t>
      </w:r>
      <w:r w:rsidRPr="000767E2">
        <w:rPr>
          <w:vertAlign w:val="superscript"/>
          <w:lang w:val="sv-SE"/>
        </w:rPr>
        <w:t>47</w:t>
      </w:r>
      <w:r w:rsidRPr="000767E2">
        <w:rPr>
          <w:lang w:val="sv-SE"/>
        </w:rPr>
        <w:t xml:space="preserve"> {{field-on:bible}}”Inte kan väl någon hindra vattnet, att dessa inte döps? De har </w:t>
      </w:r>
      <w:r w:rsidRPr="000767E2">
        <w:rPr>
          <w:i/>
          <w:lang w:val="sv-SE"/>
        </w:rPr>
        <w:t>fått</w:t>
      </w:r>
      <w:r w:rsidRPr="000767E2">
        <w:rPr>
          <w:lang w:val="sv-SE"/>
        </w:rPr>
        <w:t xml:space="preserve"> ta </w:t>
      </w:r>
      <w:r w:rsidRPr="000767E2">
        <w:rPr>
          <w:i/>
          <w:lang w:val="sv-SE"/>
        </w:rPr>
        <w:t>emot</w:t>
      </w:r>
      <w:r w:rsidRPr="000767E2">
        <w:rPr>
          <w:lang w:val="sv-SE"/>
        </w:rPr>
        <w:t xml:space="preserve"> den heliga Anden såsom också vi.”{{field-off:bible}} [[@</w:t>
      </w:r>
      <w:r w:rsidR="0096445B" w:rsidRPr="000767E2">
        <w:rPr>
          <w:lang w:val="sv-SE"/>
        </w:rPr>
        <w:t>BibleBIBEL82</w:t>
      </w:r>
      <w:r w:rsidRPr="000767E2">
        <w:rPr>
          <w:lang w:val="sv-SE"/>
        </w:rPr>
        <w:t>:Acts 10:48]]</w:t>
      </w:r>
      <w:r w:rsidRPr="000767E2">
        <w:rPr>
          <w:vertAlign w:val="superscript"/>
          <w:lang w:val="sv-SE"/>
        </w:rPr>
        <w:t>48</w:t>
      </w:r>
      <w:r w:rsidRPr="000767E2">
        <w:rPr>
          <w:lang w:val="sv-SE"/>
        </w:rPr>
        <w:t xml:space="preserve"> {{field-on:bible}}Och han förordnade att de </w:t>
      </w:r>
      <w:r w:rsidRPr="000767E2">
        <w:rPr>
          <w:i/>
          <w:lang w:val="sv-SE"/>
        </w:rPr>
        <w:t>skulle</w:t>
      </w:r>
      <w:r w:rsidRPr="000767E2">
        <w:rPr>
          <w:lang w:val="sv-SE"/>
        </w:rPr>
        <w:t xml:space="preserve"> döpas i Jesu Kristi namn. Sedan frågade de honom </w:t>
      </w:r>
      <w:r w:rsidRPr="000767E2">
        <w:rPr>
          <w:i/>
          <w:lang w:val="sv-SE"/>
        </w:rPr>
        <w:t>om</w:t>
      </w:r>
      <w:r w:rsidRPr="000767E2">
        <w:rPr>
          <w:lang w:val="sv-SE"/>
        </w:rPr>
        <w:t xml:space="preserve"> att bli kvar några dagar.{{field-off:bible}}</w:t>
      </w:r>
    </w:p>
    <w:p w14:paraId="176AF289" w14:textId="6AECA7F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11]]Kapitel 11</w:t>
      </w:r>
    </w:p>
    <w:p w14:paraId="7CE734FA" w14:textId="77777777" w:rsidR="00BA33AB" w:rsidRPr="000767E2" w:rsidRDefault="00000000">
      <w:pPr>
        <w:pStyle w:val="Rubrik3"/>
        <w:rPr>
          <w:lang w:val="sv-SE"/>
        </w:rPr>
      </w:pPr>
      <w:r w:rsidRPr="000767E2">
        <w:rPr>
          <w:lang w:val="sv-SE"/>
        </w:rPr>
        <w:t>Petrus rapport om folkslagen</w:t>
      </w:r>
    </w:p>
    <w:p w14:paraId="4CE85866" w14:textId="4689B081" w:rsidR="00BA33AB" w:rsidRPr="000767E2" w:rsidRDefault="00000000">
      <w:pPr>
        <w:rPr>
          <w:lang w:val="sv-SE"/>
        </w:rPr>
      </w:pPr>
      <w:r w:rsidRPr="000767E2">
        <w:rPr>
          <w:lang w:val="sv-SE"/>
        </w:rPr>
        <w:t>[[@</w:t>
      </w:r>
      <w:r w:rsidR="0096445B" w:rsidRPr="000767E2">
        <w:rPr>
          <w:lang w:val="sv-SE"/>
        </w:rPr>
        <w:t>BibleBIBEL82</w:t>
      </w:r>
      <w:r w:rsidRPr="000767E2">
        <w:rPr>
          <w:lang w:val="sv-SE"/>
        </w:rPr>
        <w:t>:Acts 11:1]]</w:t>
      </w:r>
      <w:r w:rsidRPr="000767E2">
        <w:rPr>
          <w:vertAlign w:val="superscript"/>
          <w:lang w:val="sv-SE"/>
        </w:rPr>
        <w:t>1</w:t>
      </w:r>
      <w:r w:rsidRPr="000767E2">
        <w:rPr>
          <w:lang w:val="sv-SE"/>
        </w:rPr>
        <w:t xml:space="preserve"> {{field-on:bible}}Och apostlarna och syskonen som var i Judeen hörde att även folkslagen hade välkomnat Guds ord.{{field-off:bible}} [[@</w:t>
      </w:r>
      <w:r w:rsidR="0096445B" w:rsidRPr="000767E2">
        <w:rPr>
          <w:lang w:val="sv-SE"/>
        </w:rPr>
        <w:t>BibleBIBEL82</w:t>
      </w:r>
      <w:r w:rsidRPr="000767E2">
        <w:rPr>
          <w:lang w:val="sv-SE"/>
        </w:rPr>
        <w:t>:Acts 11:2]]</w:t>
      </w:r>
      <w:r w:rsidRPr="000767E2">
        <w:rPr>
          <w:vertAlign w:val="superscript"/>
          <w:lang w:val="sv-SE"/>
        </w:rPr>
        <w:t>2</w:t>
      </w:r>
      <w:r w:rsidRPr="000767E2">
        <w:rPr>
          <w:lang w:val="sv-SE"/>
        </w:rPr>
        <w:t xml:space="preserve"> {{field-on:bible}}Men när Petrus gick upp till Jerusalem, dividerade de av omskärelsen med honom{{field-off:bible}} [[@</w:t>
      </w:r>
      <w:r w:rsidR="0096445B" w:rsidRPr="000767E2">
        <w:rPr>
          <w:lang w:val="sv-SE"/>
        </w:rPr>
        <w:t>BibleBIBEL82</w:t>
      </w:r>
      <w:r w:rsidRPr="000767E2">
        <w:rPr>
          <w:lang w:val="sv-SE"/>
        </w:rPr>
        <w:t>:Acts 11:3]]</w:t>
      </w:r>
      <w:r w:rsidRPr="000767E2">
        <w:rPr>
          <w:vertAlign w:val="superscript"/>
          <w:lang w:val="sv-SE"/>
        </w:rPr>
        <w:t>3</w:t>
      </w:r>
      <w:r w:rsidRPr="000767E2">
        <w:rPr>
          <w:lang w:val="sv-SE"/>
        </w:rPr>
        <w:t xml:space="preserve"> {{field-on:bible}}och sade att: ”Du har gått in till män som har förhud och ätit med dem!”{{field-off:bible}}</w:t>
      </w:r>
    </w:p>
    <w:p w14:paraId="08942B62" w14:textId="45615CA3" w:rsidR="00BA33AB" w:rsidRPr="000767E2" w:rsidRDefault="00000000">
      <w:pPr>
        <w:rPr>
          <w:lang w:val="sv-SE"/>
        </w:rPr>
      </w:pPr>
      <w:r w:rsidRPr="000767E2">
        <w:rPr>
          <w:lang w:val="sv-SE"/>
        </w:rPr>
        <w:t>[[@</w:t>
      </w:r>
      <w:r w:rsidR="0096445B" w:rsidRPr="000767E2">
        <w:rPr>
          <w:lang w:val="sv-SE"/>
        </w:rPr>
        <w:t>BibleBIBEL82</w:t>
      </w:r>
      <w:r w:rsidRPr="000767E2">
        <w:rPr>
          <w:lang w:val="sv-SE"/>
        </w:rPr>
        <w:t>:Acts 11:4]]</w:t>
      </w:r>
      <w:r w:rsidRPr="000767E2">
        <w:rPr>
          <w:vertAlign w:val="superscript"/>
          <w:lang w:val="sv-SE"/>
        </w:rPr>
        <w:t>4</w:t>
      </w:r>
      <w:r w:rsidRPr="000767E2">
        <w:rPr>
          <w:lang w:val="sv-SE"/>
        </w:rPr>
        <w:t xml:space="preserve"> {{field-on:bible}}Och Petrus började och lade ut för dem i följd och sade:{{field-off:bible}} [[@</w:t>
      </w:r>
      <w:r w:rsidR="0096445B" w:rsidRPr="000767E2">
        <w:rPr>
          <w:lang w:val="sv-SE"/>
        </w:rPr>
        <w:t>BibleBIBEL82</w:t>
      </w:r>
      <w:r w:rsidRPr="000767E2">
        <w:rPr>
          <w:lang w:val="sv-SE"/>
        </w:rPr>
        <w:t>:Acts 11:5]]</w:t>
      </w:r>
      <w:r w:rsidRPr="000767E2">
        <w:rPr>
          <w:vertAlign w:val="superscript"/>
          <w:lang w:val="sv-SE"/>
        </w:rPr>
        <w:t>5</w:t>
      </w:r>
      <w:r w:rsidRPr="000767E2">
        <w:rPr>
          <w:lang w:val="sv-SE"/>
        </w:rPr>
        <w:t xml:space="preserve"> {{field-on:bible}}”Jag var i staden Joppe och bad. Och jag såg i extas en syn, </w:t>
      </w:r>
      <w:r w:rsidRPr="000767E2">
        <w:rPr>
          <w:i/>
          <w:lang w:val="sv-SE"/>
        </w:rPr>
        <w:t>där</w:t>
      </w:r>
      <w:r w:rsidRPr="000767E2">
        <w:rPr>
          <w:lang w:val="sv-SE"/>
        </w:rPr>
        <w:t xml:space="preserve"> det kom ner ett kärl som en stor linneduk, som i fyra hörn sänktes ner från himlen och kom ända till mig.{{field-off:bible}} [[@</w:t>
      </w:r>
      <w:r w:rsidR="0096445B" w:rsidRPr="000767E2">
        <w:rPr>
          <w:lang w:val="sv-SE"/>
        </w:rPr>
        <w:t>BibleBIBEL82</w:t>
      </w:r>
      <w:r w:rsidRPr="000767E2">
        <w:rPr>
          <w:lang w:val="sv-SE"/>
        </w:rPr>
        <w:t>:Acts 11:6]]</w:t>
      </w:r>
      <w:r w:rsidRPr="000767E2">
        <w:rPr>
          <w:vertAlign w:val="superscript"/>
          <w:lang w:val="sv-SE"/>
        </w:rPr>
        <w:t>6</w:t>
      </w:r>
      <w:r w:rsidRPr="000767E2">
        <w:rPr>
          <w:lang w:val="sv-SE"/>
        </w:rPr>
        <w:t xml:space="preserve"> {{field-on:bible}}In i den blickade jag och beaktade, och såg jordens fyrfotadjur och vilddjur och kräldjur och himlens fåglar.{{field-off:bible}} [[@</w:t>
      </w:r>
      <w:r w:rsidR="0096445B" w:rsidRPr="000767E2">
        <w:rPr>
          <w:lang w:val="sv-SE"/>
        </w:rPr>
        <w:t>BibleBIBEL82</w:t>
      </w:r>
      <w:r w:rsidRPr="000767E2">
        <w:rPr>
          <w:lang w:val="sv-SE"/>
        </w:rPr>
        <w:t>:Acts 11:7]]</w:t>
      </w:r>
      <w:r w:rsidRPr="000767E2">
        <w:rPr>
          <w:vertAlign w:val="superscript"/>
          <w:lang w:val="sv-SE"/>
        </w:rPr>
        <w:t>7</w:t>
      </w:r>
      <w:r w:rsidRPr="000767E2">
        <w:rPr>
          <w:lang w:val="sv-SE"/>
        </w:rPr>
        <w:t xml:space="preserve"> {{field-on:bible}}Och jag hörde också en röst som sade till mig: Stå upp, Petrus! Slaktoffra och ät.{{field-off:bible}} [[@</w:t>
      </w:r>
      <w:r w:rsidR="0096445B" w:rsidRPr="000767E2">
        <w:rPr>
          <w:lang w:val="sv-SE"/>
        </w:rPr>
        <w:t>BibleBIBEL82</w:t>
      </w:r>
      <w:r w:rsidRPr="000767E2">
        <w:rPr>
          <w:lang w:val="sv-SE"/>
        </w:rPr>
        <w:t>:Acts 11:8]]</w:t>
      </w:r>
      <w:r w:rsidRPr="000767E2">
        <w:rPr>
          <w:vertAlign w:val="superscript"/>
          <w:lang w:val="sv-SE"/>
        </w:rPr>
        <w:t>8</w:t>
      </w:r>
      <w:r w:rsidRPr="000767E2">
        <w:rPr>
          <w:lang w:val="sv-SE"/>
        </w:rPr>
        <w:t xml:space="preserve"> {{field-on:bible}}Och jag sade: Alls inte, Herre! För </w:t>
      </w:r>
      <w:r w:rsidRPr="000767E2">
        <w:rPr>
          <w:i/>
          <w:lang w:val="sv-SE"/>
        </w:rPr>
        <w:t>något</w:t>
      </w:r>
      <w:r w:rsidRPr="000767E2">
        <w:rPr>
          <w:lang w:val="sv-SE"/>
        </w:rPr>
        <w:t xml:space="preserve"> oheligt eller orent har aldrig gått in i min mun.{{field-off:bible}} [[@</w:t>
      </w:r>
      <w:r w:rsidR="0096445B" w:rsidRPr="000767E2">
        <w:rPr>
          <w:lang w:val="sv-SE"/>
        </w:rPr>
        <w:t>BibleBIBEL82</w:t>
      </w:r>
      <w:r w:rsidRPr="000767E2">
        <w:rPr>
          <w:lang w:val="sv-SE"/>
        </w:rPr>
        <w:t>:Acts 11:9]]</w:t>
      </w:r>
      <w:r w:rsidRPr="000767E2">
        <w:rPr>
          <w:vertAlign w:val="superscript"/>
          <w:lang w:val="sv-SE"/>
        </w:rPr>
        <w:t>9</w:t>
      </w:r>
      <w:r w:rsidRPr="000767E2">
        <w:rPr>
          <w:lang w:val="sv-SE"/>
        </w:rPr>
        <w:t xml:space="preserve"> {{field-on:bible}}Men </w:t>
      </w:r>
      <w:r w:rsidRPr="000767E2">
        <w:rPr>
          <w:i/>
          <w:lang w:val="sv-SE"/>
        </w:rPr>
        <w:t>det</w:t>
      </w:r>
      <w:r w:rsidRPr="000767E2">
        <w:rPr>
          <w:lang w:val="sv-SE"/>
        </w:rPr>
        <w:t xml:space="preserve"> svarade en röst för andra </w:t>
      </w:r>
      <w:r w:rsidRPr="000767E2">
        <w:rPr>
          <w:i/>
          <w:lang w:val="sv-SE"/>
        </w:rPr>
        <w:t>gången</w:t>
      </w:r>
      <w:r w:rsidRPr="000767E2">
        <w:rPr>
          <w:lang w:val="sv-SE"/>
        </w:rPr>
        <w:t xml:space="preserve"> från himlen: Det Gud har renat ska inte du vanhelga.{{field-off:bible}} [[@</w:t>
      </w:r>
      <w:r w:rsidR="0096445B" w:rsidRPr="000767E2">
        <w:rPr>
          <w:lang w:val="sv-SE"/>
        </w:rPr>
        <w:t>BibleBIBEL82</w:t>
      </w:r>
      <w:r w:rsidRPr="000767E2">
        <w:rPr>
          <w:lang w:val="sv-SE"/>
        </w:rPr>
        <w:t>:Acts 11:10]]</w:t>
      </w:r>
      <w:r w:rsidRPr="000767E2">
        <w:rPr>
          <w:vertAlign w:val="superscript"/>
          <w:lang w:val="sv-SE"/>
        </w:rPr>
        <w:t>10</w:t>
      </w:r>
      <w:r w:rsidRPr="000767E2">
        <w:rPr>
          <w:lang w:val="sv-SE"/>
        </w:rPr>
        <w:t xml:space="preserve"> {{field-on:bible}}Och detta hände tre gånger, och åter drogs alltsammans upp till himlen.{{field-off:bible}}</w:t>
      </w:r>
    </w:p>
    <w:p w14:paraId="3750F86A" w14:textId="5D7FD381" w:rsidR="00BA33AB" w:rsidRPr="000767E2" w:rsidRDefault="00000000">
      <w:pPr>
        <w:rPr>
          <w:lang w:val="sv-SE"/>
        </w:rPr>
      </w:pPr>
      <w:r w:rsidRPr="000767E2">
        <w:rPr>
          <w:lang w:val="sv-SE"/>
        </w:rPr>
        <w:t>[[@</w:t>
      </w:r>
      <w:r w:rsidR="0096445B" w:rsidRPr="000767E2">
        <w:rPr>
          <w:lang w:val="sv-SE"/>
        </w:rPr>
        <w:t>BibleBIBEL82</w:t>
      </w:r>
      <w:r w:rsidRPr="000767E2">
        <w:rPr>
          <w:lang w:val="sv-SE"/>
        </w:rPr>
        <w:t>:Acts 11:11]]</w:t>
      </w:r>
      <w:r w:rsidRPr="000767E2">
        <w:rPr>
          <w:vertAlign w:val="superscript"/>
          <w:lang w:val="sv-SE"/>
        </w:rPr>
        <w:t>11</w:t>
      </w:r>
      <w:r w:rsidRPr="000767E2">
        <w:rPr>
          <w:lang w:val="sv-SE"/>
        </w:rPr>
        <w:t xml:space="preserve"> {{field-on:bible}}Och se: med detsamma stod tre män vid huset i vilket vi var, utsända från Caesarea till mig.{{field-off:bible}} [[@</w:t>
      </w:r>
      <w:r w:rsidR="0096445B" w:rsidRPr="000767E2">
        <w:rPr>
          <w:lang w:val="sv-SE"/>
        </w:rPr>
        <w:t>BibleBIBEL82</w:t>
      </w:r>
      <w:r w:rsidRPr="000767E2">
        <w:rPr>
          <w:lang w:val="sv-SE"/>
        </w:rPr>
        <w:t>:Acts 11:12]]</w:t>
      </w:r>
      <w:r w:rsidRPr="000767E2">
        <w:rPr>
          <w:vertAlign w:val="superscript"/>
          <w:lang w:val="sv-SE"/>
        </w:rPr>
        <w:t>12</w:t>
      </w:r>
      <w:r w:rsidRPr="000767E2">
        <w:rPr>
          <w:lang w:val="sv-SE"/>
        </w:rPr>
        <w:t xml:space="preserve"> {{field-on:bible}}Och Anden sade till mig att gå med dem utan att dividera. Och med mig kom även dessa sex bröder, och vi gick in i mannens hus.{{field-off:bible}} [[@</w:t>
      </w:r>
      <w:r w:rsidR="0096445B" w:rsidRPr="000767E2">
        <w:rPr>
          <w:lang w:val="sv-SE"/>
        </w:rPr>
        <w:t>BibleBIBEL82</w:t>
      </w:r>
      <w:r w:rsidRPr="000767E2">
        <w:rPr>
          <w:lang w:val="sv-SE"/>
        </w:rPr>
        <w:t>:Acts 11:13]]</w:t>
      </w:r>
      <w:r w:rsidRPr="000767E2">
        <w:rPr>
          <w:vertAlign w:val="superscript"/>
          <w:lang w:val="sv-SE"/>
        </w:rPr>
        <w:t>13</w:t>
      </w:r>
      <w:r w:rsidRPr="000767E2">
        <w:rPr>
          <w:lang w:val="sv-SE"/>
        </w:rPr>
        <w:t xml:space="preserve"> {{field-on:bible}}Och han berättade för oss hur han hade sett ängeln i hans hus stå och säga: Sänd </w:t>
      </w:r>
      <w:r w:rsidRPr="000767E2">
        <w:rPr>
          <w:i/>
          <w:lang w:val="sv-SE"/>
        </w:rPr>
        <w:t>bud</w:t>
      </w:r>
      <w:r w:rsidRPr="000767E2">
        <w:rPr>
          <w:lang w:val="sv-SE"/>
        </w:rPr>
        <w:t xml:space="preserve"> till Joppe och skicka efter Simon som även kallas Petrus.{{field-off:bible}} [[@</w:t>
      </w:r>
      <w:r w:rsidR="0096445B" w:rsidRPr="000767E2">
        <w:rPr>
          <w:lang w:val="sv-SE"/>
        </w:rPr>
        <w:t>BibleBIBEL82</w:t>
      </w:r>
      <w:r w:rsidRPr="000767E2">
        <w:rPr>
          <w:lang w:val="sv-SE"/>
        </w:rPr>
        <w:t>:Acts 11:14]]</w:t>
      </w:r>
      <w:r w:rsidRPr="000767E2">
        <w:rPr>
          <w:vertAlign w:val="superscript"/>
          <w:lang w:val="sv-SE"/>
        </w:rPr>
        <w:t>14</w:t>
      </w:r>
      <w:r w:rsidRPr="000767E2">
        <w:rPr>
          <w:lang w:val="sv-SE"/>
        </w:rPr>
        <w:t xml:space="preserve"> {{field-on:bible}}Han ska tala ord till dig genom vilka du ska bli frälst, du och hela ditt hus.{{field-off:bible}}</w:t>
      </w:r>
    </w:p>
    <w:p w14:paraId="3856BB9F" w14:textId="481AB1C1" w:rsidR="00BA33AB" w:rsidRPr="000767E2" w:rsidRDefault="00000000">
      <w:pPr>
        <w:rPr>
          <w:lang w:val="sv-SE"/>
        </w:rPr>
      </w:pPr>
      <w:r w:rsidRPr="000767E2">
        <w:rPr>
          <w:lang w:val="sv-SE"/>
        </w:rPr>
        <w:t>[[@</w:t>
      </w:r>
      <w:r w:rsidR="0096445B" w:rsidRPr="000767E2">
        <w:rPr>
          <w:lang w:val="sv-SE"/>
        </w:rPr>
        <w:t>BibleBIBEL82</w:t>
      </w:r>
      <w:r w:rsidRPr="000767E2">
        <w:rPr>
          <w:lang w:val="sv-SE"/>
        </w:rPr>
        <w:t>:Acts 11:15]]</w:t>
      </w:r>
      <w:r w:rsidRPr="000767E2">
        <w:rPr>
          <w:vertAlign w:val="superscript"/>
          <w:lang w:val="sv-SE"/>
        </w:rPr>
        <w:t>15</w:t>
      </w:r>
      <w:r w:rsidRPr="000767E2">
        <w:rPr>
          <w:lang w:val="sv-SE"/>
        </w:rPr>
        <w:t xml:space="preserve"> {{field-on:bible}}Och under det att jag började tala föll den heliga Anden över dem, såsom också över oss i begynnelsen.{{field-off:bible}} [[@</w:t>
      </w:r>
      <w:r w:rsidR="0096445B" w:rsidRPr="000767E2">
        <w:rPr>
          <w:lang w:val="sv-SE"/>
        </w:rPr>
        <w:t>BibleBIBEL82</w:t>
      </w:r>
      <w:r w:rsidRPr="000767E2">
        <w:rPr>
          <w:lang w:val="sv-SE"/>
        </w:rPr>
        <w:t>:Acts 11:16]]</w:t>
      </w:r>
      <w:r w:rsidRPr="000767E2">
        <w:rPr>
          <w:vertAlign w:val="superscript"/>
          <w:lang w:val="sv-SE"/>
        </w:rPr>
        <w:t>16</w:t>
      </w:r>
      <w:r w:rsidRPr="000767E2">
        <w:rPr>
          <w:lang w:val="sv-SE"/>
        </w:rPr>
        <w:t xml:space="preserve"> {{field-on:bible}}Och jag kom ihåg Herrens ord, hur han sade: </w:t>
      </w:r>
      <w:r w:rsidRPr="000767E2">
        <w:rPr>
          <w:lang w:val="sv-SE"/>
        </w:rPr>
        <w:lastRenderedPageBreak/>
        <w:t>Johannes döpte med vatten, men ni ska bli döpta i helig Ande.{{field-off:bible}} [[@</w:t>
      </w:r>
      <w:r w:rsidR="0096445B" w:rsidRPr="000767E2">
        <w:rPr>
          <w:lang w:val="sv-SE"/>
        </w:rPr>
        <w:t>BibleBIBEL82</w:t>
      </w:r>
      <w:r w:rsidRPr="000767E2">
        <w:rPr>
          <w:lang w:val="sv-SE"/>
        </w:rPr>
        <w:t>:Acts 11:17]]</w:t>
      </w:r>
      <w:r w:rsidRPr="000767E2">
        <w:rPr>
          <w:vertAlign w:val="superscript"/>
          <w:lang w:val="sv-SE"/>
        </w:rPr>
        <w:t>17</w:t>
      </w:r>
      <w:r w:rsidRPr="000767E2">
        <w:rPr>
          <w:lang w:val="sv-SE"/>
        </w:rPr>
        <w:t xml:space="preserve"> {{field-on:bible}}Om nu Gud gav likadan fri gåva till dem som även till oss, när vi kom till tro på Herren Jesus Kristus, vem var jag, mäktig att hindra Gud?”{{field-off:bible}}</w:t>
      </w:r>
    </w:p>
    <w:p w14:paraId="726896AE" w14:textId="0CB6D265" w:rsidR="00BA33AB" w:rsidRPr="000767E2" w:rsidRDefault="00000000">
      <w:pPr>
        <w:rPr>
          <w:lang w:val="sv-SE"/>
        </w:rPr>
      </w:pPr>
      <w:r w:rsidRPr="000767E2">
        <w:rPr>
          <w:lang w:val="sv-SE"/>
        </w:rPr>
        <w:t>[[@</w:t>
      </w:r>
      <w:r w:rsidR="0096445B" w:rsidRPr="000767E2">
        <w:rPr>
          <w:lang w:val="sv-SE"/>
        </w:rPr>
        <w:t>BibleBIBEL82</w:t>
      </w:r>
      <w:r w:rsidRPr="000767E2">
        <w:rPr>
          <w:lang w:val="sv-SE"/>
        </w:rPr>
        <w:t>:Acts 11:18]]</w:t>
      </w:r>
      <w:r w:rsidRPr="000767E2">
        <w:rPr>
          <w:vertAlign w:val="superscript"/>
          <w:lang w:val="sv-SE"/>
        </w:rPr>
        <w:t>18</w:t>
      </w:r>
      <w:r w:rsidRPr="000767E2">
        <w:rPr>
          <w:lang w:val="sv-SE"/>
        </w:rPr>
        <w:t xml:space="preserve"> {{field-on:bible}}Och när de hörde detta, höll de sig stilla och ärade Gud och sade: ”Även åt folkslagen har alltså Gud gett sinnesändringen till liv.”{{field-off:bible}}</w:t>
      </w:r>
    </w:p>
    <w:p w14:paraId="31697BD6" w14:textId="77777777" w:rsidR="00BA33AB" w:rsidRPr="000767E2" w:rsidRDefault="00000000">
      <w:pPr>
        <w:pStyle w:val="Rubrik3"/>
        <w:rPr>
          <w:lang w:val="sv-SE"/>
        </w:rPr>
      </w:pPr>
      <w:r w:rsidRPr="000767E2">
        <w:rPr>
          <w:lang w:val="sv-SE"/>
        </w:rPr>
        <w:t>Evangeliet når Antiochia</w:t>
      </w:r>
    </w:p>
    <w:p w14:paraId="36C08680" w14:textId="25B4480A" w:rsidR="00BA33AB" w:rsidRPr="000767E2" w:rsidRDefault="00000000">
      <w:pPr>
        <w:rPr>
          <w:lang w:val="sv-SE"/>
        </w:rPr>
      </w:pPr>
      <w:r w:rsidRPr="000767E2">
        <w:rPr>
          <w:lang w:val="sv-SE"/>
        </w:rPr>
        <w:t>[[@</w:t>
      </w:r>
      <w:r w:rsidR="0096445B" w:rsidRPr="000767E2">
        <w:rPr>
          <w:lang w:val="sv-SE"/>
        </w:rPr>
        <w:t>BibleBIBEL82</w:t>
      </w:r>
      <w:r w:rsidRPr="000767E2">
        <w:rPr>
          <w:lang w:val="sv-SE"/>
        </w:rPr>
        <w:t>:Acts 11:19]]</w:t>
      </w:r>
      <w:r w:rsidRPr="000767E2">
        <w:rPr>
          <w:vertAlign w:val="superscript"/>
          <w:lang w:val="sv-SE"/>
        </w:rPr>
        <w:t>19</w:t>
      </w:r>
      <w:r w:rsidRPr="000767E2">
        <w:rPr>
          <w:lang w:val="sv-SE"/>
        </w:rPr>
        <w:t xml:space="preserve"> {{field-on:bible}}De som nu var utspridda av nöden som kom vid Stefanos gick omkring ända till Fenicien och Cypern och Antiochia, och de talade inte ordet till någon utom bara judar.{{field-off:bible}} [[@</w:t>
      </w:r>
      <w:r w:rsidR="0096445B" w:rsidRPr="000767E2">
        <w:rPr>
          <w:lang w:val="sv-SE"/>
        </w:rPr>
        <w:t>BibleBIBEL82</w:t>
      </w:r>
      <w:r w:rsidRPr="000767E2">
        <w:rPr>
          <w:lang w:val="sv-SE"/>
        </w:rPr>
        <w:t>:Acts 11:20]]</w:t>
      </w:r>
      <w:r w:rsidRPr="000767E2">
        <w:rPr>
          <w:vertAlign w:val="superscript"/>
          <w:lang w:val="sv-SE"/>
        </w:rPr>
        <w:t>20</w:t>
      </w:r>
      <w:r w:rsidRPr="000767E2">
        <w:rPr>
          <w:lang w:val="sv-SE"/>
        </w:rPr>
        <w:t xml:space="preserve"> {{field-on:bible}}Men det fanns några av dem, cypriotiska och kyreneiska män, som kom till Antiochia och talade även till de grekisktalande och evangeliserade </w:t>
      </w:r>
      <w:r w:rsidRPr="000767E2">
        <w:rPr>
          <w:i/>
          <w:lang w:val="sv-SE"/>
        </w:rPr>
        <w:t>om</w:t>
      </w:r>
      <w:r w:rsidRPr="000767E2">
        <w:rPr>
          <w:lang w:val="sv-SE"/>
        </w:rPr>
        <w:t xml:space="preserve"> Herren Jesus.{{field-off:bible}} [[@</w:t>
      </w:r>
      <w:r w:rsidR="0096445B" w:rsidRPr="000767E2">
        <w:rPr>
          <w:lang w:val="sv-SE"/>
        </w:rPr>
        <w:t>BibleBIBEL82</w:t>
      </w:r>
      <w:r w:rsidRPr="000767E2">
        <w:rPr>
          <w:lang w:val="sv-SE"/>
        </w:rPr>
        <w:t>:Acts 11:21]]</w:t>
      </w:r>
      <w:r w:rsidRPr="000767E2">
        <w:rPr>
          <w:vertAlign w:val="superscript"/>
          <w:lang w:val="sv-SE"/>
        </w:rPr>
        <w:t>21</w:t>
      </w:r>
      <w:r w:rsidRPr="000767E2">
        <w:rPr>
          <w:lang w:val="sv-SE"/>
        </w:rPr>
        <w:t xml:space="preserve"> {{field-on:bible}}Och Herrens hand var med dem, och ett stort antal som kom till tro vände om till Herren.{{field-off:bible}}</w:t>
      </w:r>
    </w:p>
    <w:p w14:paraId="12F4BA77" w14:textId="3C7E9786" w:rsidR="00BA33AB" w:rsidRPr="000767E2" w:rsidRDefault="00000000">
      <w:pPr>
        <w:rPr>
          <w:lang w:val="sv-SE"/>
        </w:rPr>
      </w:pPr>
      <w:r w:rsidRPr="000767E2">
        <w:rPr>
          <w:lang w:val="sv-SE"/>
        </w:rPr>
        <w:t>[[@</w:t>
      </w:r>
      <w:r w:rsidR="0096445B" w:rsidRPr="000767E2">
        <w:rPr>
          <w:lang w:val="sv-SE"/>
        </w:rPr>
        <w:t>BibleBIBEL82</w:t>
      </w:r>
      <w:r w:rsidRPr="000767E2">
        <w:rPr>
          <w:lang w:val="sv-SE"/>
        </w:rPr>
        <w:t>:Acts 11:22]]</w:t>
      </w:r>
      <w:r w:rsidRPr="000767E2">
        <w:rPr>
          <w:vertAlign w:val="superscript"/>
          <w:lang w:val="sv-SE"/>
        </w:rPr>
        <w:t>22</w:t>
      </w:r>
      <w:r w:rsidRPr="000767E2">
        <w:rPr>
          <w:lang w:val="sv-SE"/>
        </w:rPr>
        <w:t xml:space="preserve"> {{field-on:bible}}Och ordet hördes i öronen hos församlingen som var i Jerusalem om dem, och de sände iväg Barnabas ända till Antiochia.{{field-off:bible}} [[@</w:t>
      </w:r>
      <w:r w:rsidR="0096445B" w:rsidRPr="000767E2">
        <w:rPr>
          <w:lang w:val="sv-SE"/>
        </w:rPr>
        <w:t>BibleBIBEL82</w:t>
      </w:r>
      <w:r w:rsidRPr="000767E2">
        <w:rPr>
          <w:lang w:val="sv-SE"/>
        </w:rPr>
        <w:t>:Acts 11:23]]</w:t>
      </w:r>
      <w:r w:rsidRPr="000767E2">
        <w:rPr>
          <w:vertAlign w:val="superscript"/>
          <w:lang w:val="sv-SE"/>
        </w:rPr>
        <w:t>23</w:t>
      </w:r>
      <w:r w:rsidRPr="000767E2">
        <w:rPr>
          <w:lang w:val="sv-SE"/>
        </w:rPr>
        <w:t xml:space="preserve"> {{field-on:bible}}När han kom fram och såg nåden från Gud, gladde han sig och uppmanade alla till hjärtats föresats att vara kvar vid Herren.{{field-off:bible}} [[@</w:t>
      </w:r>
      <w:r w:rsidR="0096445B" w:rsidRPr="000767E2">
        <w:rPr>
          <w:lang w:val="sv-SE"/>
        </w:rPr>
        <w:t>BibleBIBEL82</w:t>
      </w:r>
      <w:r w:rsidRPr="000767E2">
        <w:rPr>
          <w:lang w:val="sv-SE"/>
        </w:rPr>
        <w:t>:Acts 11:24]]</w:t>
      </w:r>
      <w:r w:rsidRPr="000767E2">
        <w:rPr>
          <w:vertAlign w:val="superscript"/>
          <w:lang w:val="sv-SE"/>
        </w:rPr>
        <w:t>24</w:t>
      </w:r>
      <w:r w:rsidRPr="000767E2">
        <w:rPr>
          <w:lang w:val="sv-SE"/>
        </w:rPr>
        <w:t xml:space="preserve"> {{field-on:bible}}För han var en god man, och full av helig Ande och tro. Och en avsevärd skara tillfördes Herren.{{field-off:bible}}</w:t>
      </w:r>
    </w:p>
    <w:p w14:paraId="51A2122A" w14:textId="6C3F277E" w:rsidR="00BA33AB" w:rsidRPr="000767E2" w:rsidRDefault="00000000">
      <w:pPr>
        <w:rPr>
          <w:lang w:val="sv-SE"/>
        </w:rPr>
      </w:pPr>
      <w:r w:rsidRPr="000767E2">
        <w:rPr>
          <w:lang w:val="sv-SE"/>
        </w:rPr>
        <w:t>[[@</w:t>
      </w:r>
      <w:r w:rsidR="0096445B" w:rsidRPr="000767E2">
        <w:rPr>
          <w:lang w:val="sv-SE"/>
        </w:rPr>
        <w:t>BibleBIBEL82</w:t>
      </w:r>
      <w:r w:rsidRPr="000767E2">
        <w:rPr>
          <w:lang w:val="sv-SE"/>
        </w:rPr>
        <w:t>:Acts 11:25]]</w:t>
      </w:r>
      <w:r w:rsidRPr="000767E2">
        <w:rPr>
          <w:vertAlign w:val="superscript"/>
          <w:lang w:val="sv-SE"/>
        </w:rPr>
        <w:t>25</w:t>
      </w:r>
      <w:r w:rsidRPr="000767E2">
        <w:rPr>
          <w:lang w:val="sv-SE"/>
        </w:rPr>
        <w:t xml:space="preserve"> {{field-on:bible}}Och han gick ut till Tarsos </w:t>
      </w:r>
      <w:r w:rsidRPr="000767E2">
        <w:rPr>
          <w:i/>
          <w:lang w:val="sv-SE"/>
        </w:rPr>
        <w:t>för</w:t>
      </w:r>
      <w:r w:rsidRPr="000767E2">
        <w:rPr>
          <w:lang w:val="sv-SE"/>
        </w:rPr>
        <w:t xml:space="preserve"> att söka upp Saul,{{field-off:bible}} [[@</w:t>
      </w:r>
      <w:r w:rsidR="0096445B" w:rsidRPr="000767E2">
        <w:rPr>
          <w:lang w:val="sv-SE"/>
        </w:rPr>
        <w:t>BibleBIBEL82</w:t>
      </w:r>
      <w:r w:rsidRPr="000767E2">
        <w:rPr>
          <w:lang w:val="sv-SE"/>
        </w:rPr>
        <w:t>:Acts 11:26]]</w:t>
      </w:r>
      <w:r w:rsidRPr="000767E2">
        <w:rPr>
          <w:vertAlign w:val="superscript"/>
          <w:lang w:val="sv-SE"/>
        </w:rPr>
        <w:t>26</w:t>
      </w:r>
      <w:r w:rsidRPr="000767E2">
        <w:rPr>
          <w:lang w:val="sv-SE"/>
        </w:rPr>
        <w:t xml:space="preserve"> {{field-on:bible}}och han fann och förde till Antiochia. Och det hände sig för dem att de också ett helt år samlades i församlingen och undervisade en avsevärd skara, och att </w:t>
      </w:r>
      <w:r w:rsidRPr="000767E2">
        <w:rPr>
          <w:i/>
          <w:lang w:val="sv-SE"/>
        </w:rPr>
        <w:t>det</w:t>
      </w:r>
      <w:r w:rsidRPr="000767E2">
        <w:rPr>
          <w:lang w:val="sv-SE"/>
        </w:rPr>
        <w:t xml:space="preserve"> först </w:t>
      </w:r>
      <w:r w:rsidRPr="000767E2">
        <w:rPr>
          <w:i/>
          <w:lang w:val="sv-SE"/>
        </w:rPr>
        <w:t>var</w:t>
      </w:r>
      <w:r w:rsidRPr="000767E2">
        <w:rPr>
          <w:lang w:val="sv-SE"/>
        </w:rPr>
        <w:t xml:space="preserve"> i Antiochia lärjungarna betitlades kristna.{{field-off:bible}}</w:t>
      </w:r>
    </w:p>
    <w:p w14:paraId="519FB22B" w14:textId="67079ED2" w:rsidR="00BA33AB" w:rsidRPr="000767E2" w:rsidRDefault="00000000">
      <w:pPr>
        <w:rPr>
          <w:lang w:val="sv-SE"/>
        </w:rPr>
      </w:pPr>
      <w:r w:rsidRPr="000767E2">
        <w:rPr>
          <w:lang w:val="sv-SE"/>
        </w:rPr>
        <w:t>[[@</w:t>
      </w:r>
      <w:r w:rsidR="0096445B" w:rsidRPr="000767E2">
        <w:rPr>
          <w:lang w:val="sv-SE"/>
        </w:rPr>
        <w:t>BibleBIBEL82</w:t>
      </w:r>
      <w:r w:rsidRPr="000767E2">
        <w:rPr>
          <w:lang w:val="sv-SE"/>
        </w:rPr>
        <w:t>:Acts 11:27]]</w:t>
      </w:r>
      <w:r w:rsidRPr="000767E2">
        <w:rPr>
          <w:vertAlign w:val="superscript"/>
          <w:lang w:val="sv-SE"/>
        </w:rPr>
        <w:t>27</w:t>
      </w:r>
      <w:r w:rsidRPr="000767E2">
        <w:rPr>
          <w:lang w:val="sv-SE"/>
        </w:rPr>
        <w:t xml:space="preserve"> {{field-on:bible}}Men i dessa dagar kom </w:t>
      </w:r>
      <w:r w:rsidRPr="000767E2">
        <w:rPr>
          <w:i/>
          <w:lang w:val="sv-SE"/>
        </w:rPr>
        <w:t>det</w:t>
      </w:r>
      <w:r w:rsidRPr="000767E2">
        <w:rPr>
          <w:lang w:val="sv-SE"/>
        </w:rPr>
        <w:t xml:space="preserve"> från Jerusalem ner profeter till Antiochia.{{field-off:bible}} [[@</w:t>
      </w:r>
      <w:r w:rsidR="0096445B" w:rsidRPr="000767E2">
        <w:rPr>
          <w:lang w:val="sv-SE"/>
        </w:rPr>
        <w:t>BibleBIBEL82</w:t>
      </w:r>
      <w:r w:rsidRPr="000767E2">
        <w:rPr>
          <w:lang w:val="sv-SE"/>
        </w:rPr>
        <w:t>:Acts 11:28]]</w:t>
      </w:r>
      <w:r w:rsidRPr="000767E2">
        <w:rPr>
          <w:vertAlign w:val="superscript"/>
          <w:lang w:val="sv-SE"/>
        </w:rPr>
        <w:t>28</w:t>
      </w:r>
      <w:r w:rsidRPr="000767E2">
        <w:rPr>
          <w:lang w:val="sv-SE"/>
        </w:rPr>
        <w:t xml:space="preserve"> {{field-on:bible}}Och upp stod en av dem, vid namn Agabos, och angav genom Anden att </w:t>
      </w:r>
      <w:r w:rsidRPr="000767E2">
        <w:rPr>
          <w:i/>
          <w:lang w:val="sv-SE"/>
        </w:rPr>
        <w:t>det</w:t>
      </w:r>
      <w:r w:rsidRPr="000767E2">
        <w:rPr>
          <w:lang w:val="sv-SE"/>
        </w:rPr>
        <w:t xml:space="preserve"> skulle bli en väldig svält över hela den bebodda </w:t>
      </w:r>
      <w:r w:rsidRPr="000767E2">
        <w:rPr>
          <w:i/>
          <w:lang w:val="sv-SE"/>
        </w:rPr>
        <w:t>världen</w:t>
      </w:r>
      <w:r w:rsidRPr="000767E2">
        <w:rPr>
          <w:lang w:val="sv-SE"/>
        </w:rPr>
        <w:t>. Den kom under Claudius.{{field-off:bible}} [[@</w:t>
      </w:r>
      <w:r w:rsidR="0096445B" w:rsidRPr="000767E2">
        <w:rPr>
          <w:lang w:val="sv-SE"/>
        </w:rPr>
        <w:t>BibleBIBEL82</w:t>
      </w:r>
      <w:r w:rsidRPr="000767E2">
        <w:rPr>
          <w:lang w:val="sv-SE"/>
        </w:rPr>
        <w:t>:Acts 11:29]]</w:t>
      </w:r>
      <w:r w:rsidRPr="000767E2">
        <w:rPr>
          <w:vertAlign w:val="superscript"/>
          <w:lang w:val="sv-SE"/>
        </w:rPr>
        <w:t>29</w:t>
      </w:r>
      <w:r w:rsidRPr="000767E2">
        <w:rPr>
          <w:lang w:val="sv-SE"/>
        </w:rPr>
        <w:t xml:space="preserve"> {{field-on:bible}}Och från lärjungarna, så som man hade välstånd, bestämde de att var och en av dem </w:t>
      </w:r>
      <w:r w:rsidRPr="000767E2">
        <w:rPr>
          <w:i/>
          <w:lang w:val="sv-SE"/>
        </w:rPr>
        <w:t>skulle</w:t>
      </w:r>
      <w:r w:rsidRPr="000767E2">
        <w:rPr>
          <w:lang w:val="sv-SE"/>
        </w:rPr>
        <w:t xml:space="preserve"> skicka till betjäning för syskonen som bodde i Judeen.{{field-off:bible}} [[@</w:t>
      </w:r>
      <w:r w:rsidR="0096445B" w:rsidRPr="000767E2">
        <w:rPr>
          <w:lang w:val="sv-SE"/>
        </w:rPr>
        <w:t>BibleBIBEL82</w:t>
      </w:r>
      <w:r w:rsidRPr="000767E2">
        <w:rPr>
          <w:lang w:val="sv-SE"/>
        </w:rPr>
        <w:t>:Acts 11:30]]</w:t>
      </w:r>
      <w:r w:rsidRPr="000767E2">
        <w:rPr>
          <w:vertAlign w:val="superscript"/>
          <w:lang w:val="sv-SE"/>
        </w:rPr>
        <w:t>30</w:t>
      </w:r>
      <w:r w:rsidRPr="000767E2">
        <w:rPr>
          <w:lang w:val="sv-SE"/>
        </w:rPr>
        <w:t xml:space="preserve"> {{field-on:bible}}Det gjorde de också, och sände till de äldste genom Barnabas och Sauls hand.{{field-off:bible}}</w:t>
      </w:r>
    </w:p>
    <w:p w14:paraId="7682FE73" w14:textId="79230BA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12]]Kapitel 12</w:t>
      </w:r>
    </w:p>
    <w:p w14:paraId="1A687206" w14:textId="77777777" w:rsidR="00BA33AB" w:rsidRPr="000767E2" w:rsidRDefault="00000000">
      <w:pPr>
        <w:pStyle w:val="Rubrik3"/>
        <w:rPr>
          <w:lang w:val="sv-SE"/>
        </w:rPr>
      </w:pPr>
      <w:r w:rsidRPr="000767E2">
        <w:rPr>
          <w:lang w:val="sv-SE"/>
        </w:rPr>
        <w:t>Petrus fängslas och räddas</w:t>
      </w:r>
    </w:p>
    <w:p w14:paraId="33EB078E" w14:textId="09B33C58" w:rsidR="00BA33AB" w:rsidRPr="000767E2" w:rsidRDefault="00000000">
      <w:pPr>
        <w:rPr>
          <w:lang w:val="sv-SE"/>
        </w:rPr>
      </w:pPr>
      <w:r w:rsidRPr="000767E2">
        <w:rPr>
          <w:lang w:val="sv-SE"/>
        </w:rPr>
        <w:t>[[@</w:t>
      </w:r>
      <w:r w:rsidR="0096445B" w:rsidRPr="000767E2">
        <w:rPr>
          <w:lang w:val="sv-SE"/>
        </w:rPr>
        <w:t>BibleBIBEL82</w:t>
      </w:r>
      <w:r w:rsidRPr="000767E2">
        <w:rPr>
          <w:lang w:val="sv-SE"/>
        </w:rPr>
        <w:t>:Acts 12:1]]</w:t>
      </w:r>
      <w:r w:rsidRPr="000767E2">
        <w:rPr>
          <w:vertAlign w:val="superscript"/>
          <w:lang w:val="sv-SE"/>
        </w:rPr>
        <w:t>1</w:t>
      </w:r>
      <w:r w:rsidRPr="000767E2">
        <w:rPr>
          <w:lang w:val="sv-SE"/>
        </w:rPr>
        <w:t xml:space="preserve"> {{field-on:bible}}Men vid den tiden lade kung Herodes på händerna </w:t>
      </w:r>
      <w:r w:rsidRPr="000767E2">
        <w:rPr>
          <w:i/>
          <w:lang w:val="sv-SE"/>
        </w:rPr>
        <w:t>för</w:t>
      </w:r>
      <w:r w:rsidRPr="000767E2">
        <w:rPr>
          <w:lang w:val="sv-SE"/>
        </w:rPr>
        <w:t xml:space="preserve"> att göra illa mot några av dem från församlingen.{{field-off:bible}} </w:t>
      </w:r>
      <w:r w:rsidRPr="000767E2">
        <w:rPr>
          <w:lang w:val="sv-SE"/>
        </w:rPr>
        <w:lastRenderedPageBreak/>
        <w:t>[[@</w:t>
      </w:r>
      <w:r w:rsidR="0096445B" w:rsidRPr="000767E2">
        <w:rPr>
          <w:lang w:val="sv-SE"/>
        </w:rPr>
        <w:t>BibleBIBEL82</w:t>
      </w:r>
      <w:r w:rsidRPr="000767E2">
        <w:rPr>
          <w:lang w:val="sv-SE"/>
        </w:rPr>
        <w:t>:Acts 12:2]]</w:t>
      </w:r>
      <w:r w:rsidRPr="000767E2">
        <w:rPr>
          <w:vertAlign w:val="superscript"/>
          <w:lang w:val="sv-SE"/>
        </w:rPr>
        <w:t>2</w:t>
      </w:r>
      <w:r w:rsidRPr="000767E2">
        <w:rPr>
          <w:lang w:val="sv-SE"/>
        </w:rPr>
        <w:t xml:space="preserve"> {{field-on:bible}}Och han avrättade Jakob, Johannes bror, med svärd.{{field-off:bible}} [[@</w:t>
      </w:r>
      <w:r w:rsidR="0096445B" w:rsidRPr="000767E2">
        <w:rPr>
          <w:lang w:val="sv-SE"/>
        </w:rPr>
        <w:t>BibleBIBEL82</w:t>
      </w:r>
      <w:r w:rsidRPr="000767E2">
        <w:rPr>
          <w:lang w:val="sv-SE"/>
        </w:rPr>
        <w:t>:Acts 12:3]]</w:t>
      </w:r>
      <w:r w:rsidRPr="000767E2">
        <w:rPr>
          <w:vertAlign w:val="superscript"/>
          <w:lang w:val="sv-SE"/>
        </w:rPr>
        <w:t>3</w:t>
      </w:r>
      <w:r w:rsidRPr="000767E2">
        <w:rPr>
          <w:lang w:val="sv-SE"/>
        </w:rPr>
        <w:t xml:space="preserve"> {{field-on:bible}}Och när han såg att det är till behag för judarna, tillade han att ta fast även Petrus. Och det var dagarna för det osyrade </w:t>
      </w:r>
      <w:r w:rsidRPr="000767E2">
        <w:rPr>
          <w:i/>
          <w:lang w:val="sv-SE"/>
        </w:rPr>
        <w:t>brödets högtid</w:t>
      </w:r>
      <w:r w:rsidRPr="000767E2">
        <w:rPr>
          <w:lang w:val="sv-SE"/>
        </w:rPr>
        <w:t>.{{field-off:bible}} [[@</w:t>
      </w:r>
      <w:r w:rsidR="0096445B" w:rsidRPr="000767E2">
        <w:rPr>
          <w:lang w:val="sv-SE"/>
        </w:rPr>
        <w:t>BibleBIBEL82</w:t>
      </w:r>
      <w:r w:rsidRPr="000767E2">
        <w:rPr>
          <w:lang w:val="sv-SE"/>
        </w:rPr>
        <w:t>:Acts 12:4]]</w:t>
      </w:r>
      <w:r w:rsidRPr="000767E2">
        <w:rPr>
          <w:vertAlign w:val="superscript"/>
          <w:lang w:val="sv-SE"/>
        </w:rPr>
        <w:t>4</w:t>
      </w:r>
      <w:r w:rsidRPr="000767E2">
        <w:rPr>
          <w:lang w:val="sv-SE"/>
        </w:rPr>
        <w:t xml:space="preserve"> {{field-on:bible}}När han även hade fångat honom, satte han i fängelse och överlämnade åt fyra fyrmannagrupper av soldater att vakta honom, </w:t>
      </w:r>
      <w:r w:rsidRPr="000767E2">
        <w:rPr>
          <w:i/>
          <w:lang w:val="sv-SE"/>
        </w:rPr>
        <w:t>och</w:t>
      </w:r>
      <w:r w:rsidRPr="000767E2">
        <w:rPr>
          <w:lang w:val="sv-SE"/>
        </w:rPr>
        <w:t xml:space="preserve"> önskade efter påsken föra upp honom inför folket.{{field-off:bible}} [[@</w:t>
      </w:r>
      <w:r w:rsidR="0096445B" w:rsidRPr="000767E2">
        <w:rPr>
          <w:lang w:val="sv-SE"/>
        </w:rPr>
        <w:t>BibleBIBEL82</w:t>
      </w:r>
      <w:r w:rsidRPr="000767E2">
        <w:rPr>
          <w:lang w:val="sv-SE"/>
        </w:rPr>
        <w:t>:Acts 12:5]]</w:t>
      </w:r>
      <w:r w:rsidRPr="000767E2">
        <w:rPr>
          <w:vertAlign w:val="superscript"/>
          <w:lang w:val="sv-SE"/>
        </w:rPr>
        <w:t>5</w:t>
      </w:r>
      <w:r w:rsidRPr="000767E2">
        <w:rPr>
          <w:lang w:val="sv-SE"/>
        </w:rPr>
        <w:t xml:space="preserve"> {{field-on:bible}}Petrus bevakades nu i fängelset. Men bön hölls ihärdigt av församlingen till Gud för honom.{{field-off:bible}}</w:t>
      </w:r>
    </w:p>
    <w:p w14:paraId="5A8D8EFA" w14:textId="6860F752" w:rsidR="00BA33AB" w:rsidRPr="000767E2" w:rsidRDefault="00000000">
      <w:pPr>
        <w:rPr>
          <w:lang w:val="sv-SE"/>
        </w:rPr>
      </w:pPr>
      <w:r w:rsidRPr="000767E2">
        <w:rPr>
          <w:lang w:val="sv-SE"/>
        </w:rPr>
        <w:t>[[@</w:t>
      </w:r>
      <w:r w:rsidR="0096445B" w:rsidRPr="000767E2">
        <w:rPr>
          <w:lang w:val="sv-SE"/>
        </w:rPr>
        <w:t>BibleBIBEL82</w:t>
      </w:r>
      <w:r w:rsidRPr="000767E2">
        <w:rPr>
          <w:lang w:val="sv-SE"/>
        </w:rPr>
        <w:t>:Acts 12:6]]</w:t>
      </w:r>
      <w:r w:rsidRPr="000767E2">
        <w:rPr>
          <w:vertAlign w:val="superscript"/>
          <w:lang w:val="sv-SE"/>
        </w:rPr>
        <w:t>6</w:t>
      </w:r>
      <w:r w:rsidRPr="000767E2">
        <w:rPr>
          <w:lang w:val="sv-SE"/>
        </w:rPr>
        <w:t xml:space="preserve"> {{field-on:bible}}Och när Herodes skulle föra fram honom, den natten var Petrus sovande mellan två soldater, bunden med två kedjor. Och vakter för dörren bevakade fängelset.{{field-off:bible}} [[@</w:t>
      </w:r>
      <w:r w:rsidR="0096445B" w:rsidRPr="000767E2">
        <w:rPr>
          <w:lang w:val="sv-SE"/>
        </w:rPr>
        <w:t>BibleBIBEL82</w:t>
      </w:r>
      <w:r w:rsidRPr="000767E2">
        <w:rPr>
          <w:lang w:val="sv-SE"/>
        </w:rPr>
        <w:t>:Acts 12:7]]</w:t>
      </w:r>
      <w:r w:rsidRPr="000767E2">
        <w:rPr>
          <w:vertAlign w:val="superscript"/>
          <w:lang w:val="sv-SE"/>
        </w:rPr>
        <w:t>7</w:t>
      </w:r>
      <w:r w:rsidRPr="000767E2">
        <w:rPr>
          <w:lang w:val="sv-SE"/>
        </w:rPr>
        <w:t xml:space="preserve"> {{field-on:bible}}Och se: en Herrens ängel stod där, och ett ljus sken i rummet. Och han slog Petrus sida och väckte honom och sade: ”Stå upp med hast!” Och kedjorna föll av honom från händerna.{{field-off:bible}} [[@</w:t>
      </w:r>
      <w:r w:rsidR="0096445B" w:rsidRPr="000767E2">
        <w:rPr>
          <w:lang w:val="sv-SE"/>
        </w:rPr>
        <w:t>BibleBIBEL82</w:t>
      </w:r>
      <w:r w:rsidRPr="000767E2">
        <w:rPr>
          <w:lang w:val="sv-SE"/>
        </w:rPr>
        <w:t>:Acts 12:8]]</w:t>
      </w:r>
      <w:r w:rsidRPr="000767E2">
        <w:rPr>
          <w:vertAlign w:val="superscript"/>
          <w:lang w:val="sv-SE"/>
        </w:rPr>
        <w:t>8</w:t>
      </w:r>
      <w:r w:rsidRPr="000767E2">
        <w:rPr>
          <w:lang w:val="sv-SE"/>
        </w:rPr>
        <w:t xml:space="preserve"> {{field-on:bible}}Och ängeln sade till honom: ”Bälta dig och sko dig </w:t>
      </w:r>
      <w:r w:rsidRPr="000767E2">
        <w:rPr>
          <w:i/>
          <w:lang w:val="sv-SE"/>
        </w:rPr>
        <w:t>med</w:t>
      </w:r>
      <w:r w:rsidRPr="000767E2">
        <w:rPr>
          <w:lang w:val="sv-SE"/>
        </w:rPr>
        <w:t xml:space="preserve"> dina sandaler.” Och han gjorde så. Och han säger till honom: ”Klä dig i din mantel och följ mig.”{{field-off:bible}} [[@</w:t>
      </w:r>
      <w:r w:rsidR="0096445B" w:rsidRPr="000767E2">
        <w:rPr>
          <w:lang w:val="sv-SE"/>
        </w:rPr>
        <w:t>BibleBIBEL82</w:t>
      </w:r>
      <w:r w:rsidRPr="000767E2">
        <w:rPr>
          <w:lang w:val="sv-SE"/>
        </w:rPr>
        <w:t>:Acts 12:9]]</w:t>
      </w:r>
      <w:r w:rsidRPr="000767E2">
        <w:rPr>
          <w:vertAlign w:val="superscript"/>
          <w:lang w:val="sv-SE"/>
        </w:rPr>
        <w:t>9</w:t>
      </w:r>
      <w:r w:rsidRPr="000767E2">
        <w:rPr>
          <w:lang w:val="sv-SE"/>
        </w:rPr>
        <w:t xml:space="preserve"> {{field-on:bible}}Och han gick ut och följde, och han förstod inte att det är sant som sker genom ängeln, utan tänkte sig se en syn.{{field-off:bible}}</w:t>
      </w:r>
    </w:p>
    <w:p w14:paraId="03B2F619" w14:textId="5329878C" w:rsidR="00BA33AB" w:rsidRPr="000767E2" w:rsidRDefault="00000000">
      <w:pPr>
        <w:rPr>
          <w:lang w:val="sv-SE"/>
        </w:rPr>
      </w:pPr>
      <w:r w:rsidRPr="000767E2">
        <w:rPr>
          <w:lang w:val="sv-SE"/>
        </w:rPr>
        <w:t>[[@</w:t>
      </w:r>
      <w:r w:rsidR="0096445B" w:rsidRPr="000767E2">
        <w:rPr>
          <w:lang w:val="sv-SE"/>
        </w:rPr>
        <w:t>BibleBIBEL82</w:t>
      </w:r>
      <w:r w:rsidRPr="000767E2">
        <w:rPr>
          <w:lang w:val="sv-SE"/>
        </w:rPr>
        <w:t>:Acts 12:10]]</w:t>
      </w:r>
      <w:r w:rsidRPr="000767E2">
        <w:rPr>
          <w:vertAlign w:val="superscript"/>
          <w:lang w:val="sv-SE"/>
        </w:rPr>
        <w:t>10</w:t>
      </w:r>
      <w:r w:rsidRPr="000767E2">
        <w:rPr>
          <w:lang w:val="sv-SE"/>
        </w:rPr>
        <w:t xml:space="preserve"> {{field-on:bible}}Och de gick genom första vaktposten, och andra, och kom till järnporten som förde in i staden. Av sig själv öppnades den för dem, och de kom ut och gick fram </w:t>
      </w:r>
      <w:r w:rsidRPr="000767E2">
        <w:rPr>
          <w:i/>
          <w:lang w:val="sv-SE"/>
        </w:rPr>
        <w:t>längs</w:t>
      </w:r>
      <w:r w:rsidRPr="000767E2">
        <w:rPr>
          <w:lang w:val="sv-SE"/>
        </w:rPr>
        <w:t xml:space="preserve"> ett stråk. Och direkt avlägsnade sig ängeln från honom.{{field-off:bible}} [[@</w:t>
      </w:r>
      <w:r w:rsidR="0096445B" w:rsidRPr="000767E2">
        <w:rPr>
          <w:lang w:val="sv-SE"/>
        </w:rPr>
        <w:t>BibleBIBEL82</w:t>
      </w:r>
      <w:r w:rsidRPr="000767E2">
        <w:rPr>
          <w:lang w:val="sv-SE"/>
        </w:rPr>
        <w:t>:Acts 12:11]]</w:t>
      </w:r>
      <w:r w:rsidRPr="000767E2">
        <w:rPr>
          <w:vertAlign w:val="superscript"/>
          <w:lang w:val="sv-SE"/>
        </w:rPr>
        <w:t>11</w:t>
      </w:r>
      <w:r w:rsidRPr="000767E2">
        <w:rPr>
          <w:lang w:val="sv-SE"/>
        </w:rPr>
        <w:t xml:space="preserve"> {{field-on:bible}}Och Petrus kom till sig själv och sade: ”Nu vet jag sannerligen att Herren har sänt ut sin ängel och tagit mig ut från Herodes hand, och </w:t>
      </w:r>
      <w:r w:rsidRPr="000767E2">
        <w:rPr>
          <w:i/>
          <w:lang w:val="sv-SE"/>
        </w:rPr>
        <w:t>från</w:t>
      </w:r>
      <w:r w:rsidRPr="000767E2">
        <w:rPr>
          <w:lang w:val="sv-SE"/>
        </w:rPr>
        <w:t xml:space="preserve"> all förväntan hos judarnas folk.”{{field-off:bible}}</w:t>
      </w:r>
    </w:p>
    <w:p w14:paraId="0397D86E" w14:textId="35E0D492" w:rsidR="00BA33AB" w:rsidRPr="000767E2" w:rsidRDefault="00000000">
      <w:pPr>
        <w:rPr>
          <w:lang w:val="sv-SE"/>
        </w:rPr>
      </w:pPr>
      <w:r w:rsidRPr="000767E2">
        <w:rPr>
          <w:lang w:val="sv-SE"/>
        </w:rPr>
        <w:t>[[@</w:t>
      </w:r>
      <w:r w:rsidR="0096445B" w:rsidRPr="000767E2">
        <w:rPr>
          <w:lang w:val="sv-SE"/>
        </w:rPr>
        <w:t>BibleBIBEL82</w:t>
      </w:r>
      <w:r w:rsidRPr="000767E2">
        <w:rPr>
          <w:lang w:val="sv-SE"/>
        </w:rPr>
        <w:t>:Acts 12:12]]</w:t>
      </w:r>
      <w:r w:rsidRPr="000767E2">
        <w:rPr>
          <w:vertAlign w:val="superscript"/>
          <w:lang w:val="sv-SE"/>
        </w:rPr>
        <w:t>12</w:t>
      </w:r>
      <w:r w:rsidRPr="000767E2">
        <w:rPr>
          <w:lang w:val="sv-SE"/>
        </w:rPr>
        <w:t xml:space="preserve"> {{field-on:bible}}Och när han insåg </w:t>
      </w:r>
      <w:r w:rsidRPr="000767E2">
        <w:rPr>
          <w:i/>
          <w:lang w:val="sv-SE"/>
        </w:rPr>
        <w:t>detta</w:t>
      </w:r>
      <w:r w:rsidRPr="000767E2">
        <w:rPr>
          <w:lang w:val="sv-SE"/>
        </w:rPr>
        <w:t xml:space="preserve"> gick han till huset hos Maria, mor till Johannes som även kallades Markus, där </w:t>
      </w:r>
      <w:r w:rsidRPr="000767E2">
        <w:rPr>
          <w:i/>
          <w:lang w:val="sv-SE"/>
        </w:rPr>
        <w:t>det</w:t>
      </w:r>
      <w:r w:rsidRPr="000767E2">
        <w:rPr>
          <w:lang w:val="sv-SE"/>
        </w:rPr>
        <w:t xml:space="preserve"> fanns åtskilliga sammanfylkade och bedjande.{{field-off:bible}} [[@</w:t>
      </w:r>
      <w:r w:rsidR="0096445B" w:rsidRPr="000767E2">
        <w:rPr>
          <w:lang w:val="sv-SE"/>
        </w:rPr>
        <w:t>BibleBIBEL82</w:t>
      </w:r>
      <w:r w:rsidRPr="000767E2">
        <w:rPr>
          <w:lang w:val="sv-SE"/>
        </w:rPr>
        <w:t>:Acts 12:13]]</w:t>
      </w:r>
      <w:r w:rsidRPr="000767E2">
        <w:rPr>
          <w:vertAlign w:val="superscript"/>
          <w:lang w:val="sv-SE"/>
        </w:rPr>
        <w:t>13</w:t>
      </w:r>
      <w:r w:rsidRPr="000767E2">
        <w:rPr>
          <w:lang w:val="sv-SE"/>
        </w:rPr>
        <w:t xml:space="preserve"> {{field-on:bible}}Och när han bultade på porthusets dörr, kom </w:t>
      </w:r>
      <w:r w:rsidRPr="000767E2">
        <w:rPr>
          <w:i/>
          <w:lang w:val="sv-SE"/>
        </w:rPr>
        <w:t>det</w:t>
      </w:r>
      <w:r w:rsidRPr="000767E2">
        <w:rPr>
          <w:lang w:val="sv-SE"/>
        </w:rPr>
        <w:t xml:space="preserve"> fram en tjänsteflicka </w:t>
      </w:r>
      <w:r w:rsidRPr="000767E2">
        <w:rPr>
          <w:i/>
          <w:lang w:val="sv-SE"/>
        </w:rPr>
        <w:t>för</w:t>
      </w:r>
      <w:r w:rsidRPr="000767E2">
        <w:rPr>
          <w:lang w:val="sv-SE"/>
        </w:rPr>
        <w:t xml:space="preserve"> att hörsamma vid namn Rhode.{{field-off:bible}} [[@</w:t>
      </w:r>
      <w:r w:rsidR="0096445B" w:rsidRPr="000767E2">
        <w:rPr>
          <w:lang w:val="sv-SE"/>
        </w:rPr>
        <w:t>BibleBIBEL82</w:t>
      </w:r>
      <w:r w:rsidRPr="000767E2">
        <w:rPr>
          <w:lang w:val="sv-SE"/>
        </w:rPr>
        <w:t>:Acts 12:14]]</w:t>
      </w:r>
      <w:r w:rsidRPr="000767E2">
        <w:rPr>
          <w:vertAlign w:val="superscript"/>
          <w:lang w:val="sv-SE"/>
        </w:rPr>
        <w:t>14</w:t>
      </w:r>
      <w:r w:rsidRPr="000767E2">
        <w:rPr>
          <w:lang w:val="sv-SE"/>
        </w:rPr>
        <w:t xml:space="preserve"> {{field-on:bible}}Och när hon kände igen Petrus röst, öppnade hon av glädjen inte porthuset utan sprang in och berättade att Petrus står framför porthuset.{{field-off:bible}} [[@</w:t>
      </w:r>
      <w:r w:rsidR="0096445B" w:rsidRPr="000767E2">
        <w:rPr>
          <w:lang w:val="sv-SE"/>
        </w:rPr>
        <w:t>BibleBIBEL82</w:t>
      </w:r>
      <w:r w:rsidRPr="000767E2">
        <w:rPr>
          <w:lang w:val="sv-SE"/>
        </w:rPr>
        <w:t>:Acts 12:15]]</w:t>
      </w:r>
      <w:r w:rsidRPr="000767E2">
        <w:rPr>
          <w:vertAlign w:val="superscript"/>
          <w:lang w:val="sv-SE"/>
        </w:rPr>
        <w:t>15</w:t>
      </w:r>
      <w:r w:rsidRPr="000767E2">
        <w:rPr>
          <w:lang w:val="sv-SE"/>
        </w:rPr>
        <w:t xml:space="preserve"> {{field-on:bible}}Och de sade till henne: ”Du är galen!” Men hon insisterade att det förhöll sig så, och </w:t>
      </w:r>
      <w:r w:rsidRPr="000767E2">
        <w:rPr>
          <w:i/>
          <w:lang w:val="sv-SE"/>
        </w:rPr>
        <w:t>då</w:t>
      </w:r>
      <w:r w:rsidRPr="000767E2">
        <w:rPr>
          <w:lang w:val="sv-SE"/>
        </w:rPr>
        <w:t xml:space="preserve"> sade de: ”Hans ängel är det.”{{field-off:bible}}</w:t>
      </w:r>
    </w:p>
    <w:p w14:paraId="7356A20A" w14:textId="23A10065" w:rsidR="00BA33AB" w:rsidRPr="000767E2" w:rsidRDefault="00000000">
      <w:pPr>
        <w:rPr>
          <w:lang w:val="sv-SE"/>
        </w:rPr>
      </w:pPr>
      <w:r w:rsidRPr="000767E2">
        <w:rPr>
          <w:lang w:val="sv-SE"/>
        </w:rPr>
        <w:t>[[@</w:t>
      </w:r>
      <w:r w:rsidR="0096445B" w:rsidRPr="000767E2">
        <w:rPr>
          <w:lang w:val="sv-SE"/>
        </w:rPr>
        <w:t>BibleBIBEL82</w:t>
      </w:r>
      <w:r w:rsidRPr="000767E2">
        <w:rPr>
          <w:lang w:val="sv-SE"/>
        </w:rPr>
        <w:t>:Acts 12:16]]</w:t>
      </w:r>
      <w:r w:rsidRPr="000767E2">
        <w:rPr>
          <w:vertAlign w:val="superscript"/>
          <w:lang w:val="sv-SE"/>
        </w:rPr>
        <w:t>16</w:t>
      </w:r>
      <w:r w:rsidRPr="000767E2">
        <w:rPr>
          <w:lang w:val="sv-SE"/>
        </w:rPr>
        <w:t xml:space="preserve"> {{field-on:bible}}Men Petrus fortsatte bulta, och när de öppnade såg de honom och blev utom sig.{{field-off:bible}} [[@</w:t>
      </w:r>
      <w:r w:rsidR="0096445B" w:rsidRPr="000767E2">
        <w:rPr>
          <w:lang w:val="sv-SE"/>
        </w:rPr>
        <w:t>BibleBIBEL82</w:t>
      </w:r>
      <w:r w:rsidRPr="000767E2">
        <w:rPr>
          <w:lang w:val="sv-SE"/>
        </w:rPr>
        <w:t>:Acts 12:17]]</w:t>
      </w:r>
      <w:r w:rsidRPr="000767E2">
        <w:rPr>
          <w:vertAlign w:val="superscript"/>
          <w:lang w:val="sv-SE"/>
        </w:rPr>
        <w:t>17</w:t>
      </w:r>
      <w:r w:rsidRPr="000767E2">
        <w:rPr>
          <w:lang w:val="sv-SE"/>
        </w:rPr>
        <w:t xml:space="preserve"> {{field-on:bible}}Men han vinkade [åt dem] med handen att tiga, och skildrade för dem hur Herren hade fört ut honom ur fängelset. Och han sade: ”Berätta detta för Jakob och syskonen.” Och han gick ut och vandrade till en annan plats.{{field-off:bible}}</w:t>
      </w:r>
    </w:p>
    <w:p w14:paraId="5D934EAB" w14:textId="3F49A62A" w:rsidR="00BA33AB" w:rsidRPr="000767E2" w:rsidRDefault="00000000">
      <w:pPr>
        <w:rPr>
          <w:lang w:val="sv-SE"/>
        </w:rPr>
      </w:pPr>
      <w:r w:rsidRPr="000767E2">
        <w:rPr>
          <w:lang w:val="sv-SE"/>
        </w:rPr>
        <w:t>[[@</w:t>
      </w:r>
      <w:r w:rsidR="0096445B" w:rsidRPr="000767E2">
        <w:rPr>
          <w:lang w:val="sv-SE"/>
        </w:rPr>
        <w:t>BibleBIBEL82</w:t>
      </w:r>
      <w:r w:rsidRPr="000767E2">
        <w:rPr>
          <w:lang w:val="sv-SE"/>
        </w:rPr>
        <w:t>:Acts 12:18]]</w:t>
      </w:r>
      <w:r w:rsidRPr="000767E2">
        <w:rPr>
          <w:vertAlign w:val="superscript"/>
          <w:lang w:val="sv-SE"/>
        </w:rPr>
        <w:t>18</w:t>
      </w:r>
      <w:r w:rsidRPr="000767E2">
        <w:rPr>
          <w:lang w:val="sv-SE"/>
        </w:rPr>
        <w:t xml:space="preserve"> {{field-on:bible}}Men när det blev dag, var </w:t>
      </w:r>
      <w:r w:rsidRPr="000767E2">
        <w:rPr>
          <w:i/>
          <w:lang w:val="sv-SE"/>
        </w:rPr>
        <w:t>det</w:t>
      </w:r>
      <w:r w:rsidRPr="000767E2">
        <w:rPr>
          <w:lang w:val="sv-SE"/>
        </w:rPr>
        <w:t xml:space="preserve"> inte lite upprördhet bland soldaterna. Vad hade </w:t>
      </w:r>
      <w:r w:rsidRPr="000767E2">
        <w:rPr>
          <w:i/>
          <w:lang w:val="sv-SE"/>
        </w:rPr>
        <w:t>det</w:t>
      </w:r>
      <w:r w:rsidRPr="000767E2">
        <w:rPr>
          <w:lang w:val="sv-SE"/>
        </w:rPr>
        <w:t xml:space="preserve"> då blivit </w:t>
      </w:r>
      <w:r w:rsidRPr="000767E2">
        <w:rPr>
          <w:i/>
          <w:lang w:val="sv-SE"/>
        </w:rPr>
        <w:t>av</w:t>
      </w:r>
      <w:r w:rsidRPr="000767E2">
        <w:rPr>
          <w:lang w:val="sv-SE"/>
        </w:rPr>
        <w:t xml:space="preserve"> Petrus?{{field-off:bible}} [[@</w:t>
      </w:r>
      <w:r w:rsidR="0096445B" w:rsidRPr="000767E2">
        <w:rPr>
          <w:lang w:val="sv-SE"/>
        </w:rPr>
        <w:t>BibleBIBEL82</w:t>
      </w:r>
      <w:r w:rsidRPr="000767E2">
        <w:rPr>
          <w:lang w:val="sv-SE"/>
        </w:rPr>
        <w:t>:Acts 12:19]]</w:t>
      </w:r>
      <w:r w:rsidRPr="000767E2">
        <w:rPr>
          <w:vertAlign w:val="superscript"/>
          <w:lang w:val="sv-SE"/>
        </w:rPr>
        <w:t>19</w:t>
      </w:r>
      <w:r w:rsidRPr="000767E2">
        <w:rPr>
          <w:lang w:val="sv-SE"/>
        </w:rPr>
        <w:t xml:space="preserve"> {{field-on:bible}}Och sedan Herodes sökt efter honom och </w:t>
      </w:r>
      <w:r w:rsidRPr="000767E2">
        <w:rPr>
          <w:lang w:val="sv-SE"/>
        </w:rPr>
        <w:lastRenderedPageBreak/>
        <w:t xml:space="preserve">inte funnit, förhörde han vakterna och befallde att </w:t>
      </w:r>
      <w:r w:rsidRPr="000767E2">
        <w:rPr>
          <w:i/>
          <w:lang w:val="sv-SE"/>
        </w:rPr>
        <w:t>de skulle</w:t>
      </w:r>
      <w:r w:rsidRPr="000767E2">
        <w:rPr>
          <w:lang w:val="sv-SE"/>
        </w:rPr>
        <w:t xml:space="preserve"> föras bort. Och han for ner från Judeen till Caesarea och stannade.{{field-off:bible}}</w:t>
      </w:r>
    </w:p>
    <w:p w14:paraId="773DEBD5" w14:textId="77777777" w:rsidR="00BA33AB" w:rsidRPr="000767E2" w:rsidRDefault="00000000">
      <w:pPr>
        <w:pStyle w:val="Rubrik3"/>
        <w:rPr>
          <w:lang w:val="sv-SE"/>
        </w:rPr>
      </w:pPr>
      <w:r w:rsidRPr="000767E2">
        <w:rPr>
          <w:lang w:val="sv-SE"/>
        </w:rPr>
        <w:t>Herodes död</w:t>
      </w:r>
    </w:p>
    <w:p w14:paraId="1D8D31EF" w14:textId="33D2ED05" w:rsidR="00BA33AB" w:rsidRPr="000767E2" w:rsidRDefault="00000000">
      <w:pPr>
        <w:rPr>
          <w:lang w:val="sv-SE"/>
        </w:rPr>
      </w:pPr>
      <w:r w:rsidRPr="000767E2">
        <w:rPr>
          <w:lang w:val="sv-SE"/>
        </w:rPr>
        <w:t>[[@</w:t>
      </w:r>
      <w:r w:rsidR="0096445B" w:rsidRPr="000767E2">
        <w:rPr>
          <w:lang w:val="sv-SE"/>
        </w:rPr>
        <w:t>BibleBIBEL82</w:t>
      </w:r>
      <w:r w:rsidRPr="000767E2">
        <w:rPr>
          <w:lang w:val="sv-SE"/>
        </w:rPr>
        <w:t>:Acts 12:20]]</w:t>
      </w:r>
      <w:r w:rsidRPr="000767E2">
        <w:rPr>
          <w:vertAlign w:val="superscript"/>
          <w:lang w:val="sv-SE"/>
        </w:rPr>
        <w:t>20</w:t>
      </w:r>
      <w:r w:rsidRPr="000767E2">
        <w:rPr>
          <w:lang w:val="sv-SE"/>
        </w:rPr>
        <w:t xml:space="preserve"> {{field-on:bible}}Men han var ilsket stridande mot tyrier och sidonier. Och förenade var de där hos honom, och sedan de övertygat Blastos som </w:t>
      </w:r>
      <w:r w:rsidRPr="000767E2">
        <w:rPr>
          <w:i/>
          <w:lang w:val="sv-SE"/>
        </w:rPr>
        <w:t>var</w:t>
      </w:r>
      <w:r w:rsidRPr="000767E2">
        <w:rPr>
          <w:lang w:val="sv-SE"/>
        </w:rPr>
        <w:t xml:space="preserve"> över kungens sängkammare bad de om fred, eftersom deras trakt fick näring av den kungliga.{{field-off:bible}}</w:t>
      </w:r>
    </w:p>
    <w:p w14:paraId="4CC15280" w14:textId="05EB6614" w:rsidR="00BA33AB" w:rsidRPr="000767E2" w:rsidRDefault="00000000">
      <w:pPr>
        <w:rPr>
          <w:lang w:val="sv-SE"/>
        </w:rPr>
      </w:pPr>
      <w:r w:rsidRPr="000767E2">
        <w:rPr>
          <w:lang w:val="sv-SE"/>
        </w:rPr>
        <w:t>[[@</w:t>
      </w:r>
      <w:r w:rsidR="0096445B" w:rsidRPr="000767E2">
        <w:rPr>
          <w:lang w:val="sv-SE"/>
        </w:rPr>
        <w:t>BibleBIBEL82</w:t>
      </w:r>
      <w:r w:rsidRPr="000767E2">
        <w:rPr>
          <w:lang w:val="sv-SE"/>
        </w:rPr>
        <w:t>:Acts 12:21]]</w:t>
      </w:r>
      <w:r w:rsidRPr="000767E2">
        <w:rPr>
          <w:vertAlign w:val="superscript"/>
          <w:lang w:val="sv-SE"/>
        </w:rPr>
        <w:t>21</w:t>
      </w:r>
      <w:r w:rsidRPr="000767E2">
        <w:rPr>
          <w:lang w:val="sv-SE"/>
        </w:rPr>
        <w:t xml:space="preserve"> {{field-on:bible}}Och på förordnad dag iklädde sig Herodes kunglig skrud och satte sig på domarsätet och höll tal till dem.{{field-off:bible}} [[@</w:t>
      </w:r>
      <w:r w:rsidR="0096445B" w:rsidRPr="000767E2">
        <w:rPr>
          <w:lang w:val="sv-SE"/>
        </w:rPr>
        <w:t>BibleBIBEL82</w:t>
      </w:r>
      <w:r w:rsidRPr="000767E2">
        <w:rPr>
          <w:lang w:val="sv-SE"/>
        </w:rPr>
        <w:t>:Acts 12:22]]</w:t>
      </w:r>
      <w:r w:rsidRPr="000767E2">
        <w:rPr>
          <w:vertAlign w:val="superscript"/>
          <w:lang w:val="sv-SE"/>
        </w:rPr>
        <w:t>22</w:t>
      </w:r>
      <w:r w:rsidRPr="000767E2">
        <w:rPr>
          <w:lang w:val="sv-SE"/>
        </w:rPr>
        <w:t xml:space="preserve"> {{field-on:bible}}Och folksamlingen utropade: ”Guds röst och inte en människas!”{{field-off:bible}} [[@</w:t>
      </w:r>
      <w:r w:rsidR="0096445B" w:rsidRPr="000767E2">
        <w:rPr>
          <w:lang w:val="sv-SE"/>
        </w:rPr>
        <w:t>BibleBIBEL82</w:t>
      </w:r>
      <w:r w:rsidRPr="000767E2">
        <w:rPr>
          <w:lang w:val="sv-SE"/>
        </w:rPr>
        <w:t>:Acts 12:23]]</w:t>
      </w:r>
      <w:r w:rsidRPr="000767E2">
        <w:rPr>
          <w:vertAlign w:val="superscript"/>
          <w:lang w:val="sv-SE"/>
        </w:rPr>
        <w:t>23</w:t>
      </w:r>
      <w:r w:rsidRPr="000767E2">
        <w:rPr>
          <w:lang w:val="sv-SE"/>
        </w:rPr>
        <w:t xml:space="preserve"> {{field-on:bible}}Men genast slog honom en Herrens ängel, därför att han inte gav äran till Gud. Och han blev maskäten och gav upp själen.{{field-off:bible}}</w:t>
      </w:r>
    </w:p>
    <w:p w14:paraId="2F86C694" w14:textId="77777777" w:rsidR="00BA33AB" w:rsidRPr="000767E2" w:rsidRDefault="00000000">
      <w:pPr>
        <w:pStyle w:val="Rubrik3"/>
        <w:rPr>
          <w:lang w:val="sv-SE"/>
        </w:rPr>
      </w:pPr>
      <w:r w:rsidRPr="000767E2">
        <w:rPr>
          <w:lang w:val="sv-SE"/>
        </w:rPr>
        <w:t>PAULUS FÖRSTA MISSIONSRESA (Kap 13:4–14:28)</w:t>
      </w:r>
    </w:p>
    <w:p w14:paraId="607CD994" w14:textId="77777777" w:rsidR="00BA33AB" w:rsidRPr="000767E2" w:rsidRDefault="00000000">
      <w:pPr>
        <w:pStyle w:val="Rubrik3"/>
        <w:rPr>
          <w:lang w:val="sv-SE"/>
        </w:rPr>
      </w:pPr>
      <w:r w:rsidRPr="000767E2">
        <w:rPr>
          <w:lang w:val="sv-SE"/>
        </w:rPr>
        <w:t>Barnabas och Saul avskilda</w:t>
      </w:r>
    </w:p>
    <w:p w14:paraId="30B3FD59" w14:textId="1674DE4D" w:rsidR="00BA33AB" w:rsidRPr="000767E2" w:rsidRDefault="00000000">
      <w:pPr>
        <w:rPr>
          <w:lang w:val="sv-SE"/>
        </w:rPr>
      </w:pPr>
      <w:r w:rsidRPr="000767E2">
        <w:rPr>
          <w:lang w:val="sv-SE"/>
        </w:rPr>
        <w:t>[[@</w:t>
      </w:r>
      <w:r w:rsidR="0096445B" w:rsidRPr="000767E2">
        <w:rPr>
          <w:lang w:val="sv-SE"/>
        </w:rPr>
        <w:t>BibleBIBEL82</w:t>
      </w:r>
      <w:r w:rsidRPr="000767E2">
        <w:rPr>
          <w:lang w:val="sv-SE"/>
        </w:rPr>
        <w:t>:Acts 12:24]]</w:t>
      </w:r>
      <w:r w:rsidRPr="000767E2">
        <w:rPr>
          <w:vertAlign w:val="superscript"/>
          <w:lang w:val="sv-SE"/>
        </w:rPr>
        <w:t>24</w:t>
      </w:r>
      <w:r w:rsidRPr="000767E2">
        <w:rPr>
          <w:lang w:val="sv-SE"/>
        </w:rPr>
        <w:t xml:space="preserve"> {{field-on:bible}}Men Guds ord växte och förökades.{{field-off:bible}} [[@</w:t>
      </w:r>
      <w:r w:rsidR="0096445B" w:rsidRPr="000767E2">
        <w:rPr>
          <w:lang w:val="sv-SE"/>
        </w:rPr>
        <w:t>BibleBIBEL82</w:t>
      </w:r>
      <w:r w:rsidRPr="000767E2">
        <w:rPr>
          <w:lang w:val="sv-SE"/>
        </w:rPr>
        <w:t>:Acts 12:25]]</w:t>
      </w:r>
      <w:r w:rsidRPr="000767E2">
        <w:rPr>
          <w:vertAlign w:val="superscript"/>
          <w:lang w:val="sv-SE"/>
        </w:rPr>
        <w:t>25</w:t>
      </w:r>
      <w:r w:rsidRPr="000767E2">
        <w:rPr>
          <w:lang w:val="sv-SE"/>
        </w:rPr>
        <w:t xml:space="preserve"> {{field-on:bible}}Och Barnabas och Saul återvände sedan de i Jerusalem hade uppfyllt tjänsten, </w:t>
      </w:r>
      <w:r w:rsidRPr="000767E2">
        <w:rPr>
          <w:i/>
          <w:lang w:val="sv-SE"/>
        </w:rPr>
        <w:t>och</w:t>
      </w:r>
      <w:r w:rsidRPr="000767E2">
        <w:rPr>
          <w:lang w:val="sv-SE"/>
        </w:rPr>
        <w:t xml:space="preserve"> tog med sig Johannes som även kallades Markus.{{field-off:bible}}</w:t>
      </w:r>
    </w:p>
    <w:p w14:paraId="040B1F78" w14:textId="18299E60"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13]]Kapitel 13</w:t>
      </w:r>
    </w:p>
    <w:p w14:paraId="39C2F3CB" w14:textId="63141239" w:rsidR="00BA33AB" w:rsidRPr="000767E2" w:rsidRDefault="00000000">
      <w:pPr>
        <w:rPr>
          <w:lang w:val="sv-SE"/>
        </w:rPr>
      </w:pPr>
      <w:r w:rsidRPr="000767E2">
        <w:rPr>
          <w:lang w:val="sv-SE"/>
        </w:rPr>
        <w:t>[[@</w:t>
      </w:r>
      <w:r w:rsidR="0096445B" w:rsidRPr="000767E2">
        <w:rPr>
          <w:lang w:val="sv-SE"/>
        </w:rPr>
        <w:t>BibleBIBEL82</w:t>
      </w:r>
      <w:r w:rsidRPr="000767E2">
        <w:rPr>
          <w:lang w:val="sv-SE"/>
        </w:rPr>
        <w:t>:Acts 13:1]]</w:t>
      </w:r>
      <w:r w:rsidRPr="000767E2">
        <w:rPr>
          <w:vertAlign w:val="superscript"/>
          <w:lang w:val="sv-SE"/>
        </w:rPr>
        <w:t>1</w:t>
      </w:r>
      <w:r w:rsidRPr="000767E2">
        <w:rPr>
          <w:lang w:val="sv-SE"/>
        </w:rPr>
        <w:t xml:space="preserve"> {{field-on:bible}}Men det fanns i Antiochia i församlingen som var </w:t>
      </w:r>
      <w:r w:rsidRPr="000767E2">
        <w:rPr>
          <w:i/>
          <w:lang w:val="sv-SE"/>
        </w:rPr>
        <w:t>där</w:t>
      </w:r>
      <w:r w:rsidRPr="000767E2">
        <w:rPr>
          <w:lang w:val="sv-SE"/>
        </w:rPr>
        <w:t xml:space="preserve"> profeter och lärare: Barnabas, och Symeon som kallades Niger, och Lucius kyrenén, och Manaen </w:t>
      </w:r>
      <w:r w:rsidRPr="000767E2">
        <w:rPr>
          <w:i/>
          <w:lang w:val="sv-SE"/>
        </w:rPr>
        <w:t>som var</w:t>
      </w:r>
      <w:r w:rsidRPr="000767E2">
        <w:rPr>
          <w:lang w:val="sv-SE"/>
        </w:rPr>
        <w:t xml:space="preserve"> Herodes tetrarkens fosterbror, och Saul.{{field-off:bible}} [[@</w:t>
      </w:r>
      <w:r w:rsidR="0096445B" w:rsidRPr="000767E2">
        <w:rPr>
          <w:lang w:val="sv-SE"/>
        </w:rPr>
        <w:t>BibleBIBEL82</w:t>
      </w:r>
      <w:r w:rsidRPr="000767E2">
        <w:rPr>
          <w:lang w:val="sv-SE"/>
        </w:rPr>
        <w:t>:Acts 13:2]]</w:t>
      </w:r>
      <w:r w:rsidRPr="000767E2">
        <w:rPr>
          <w:vertAlign w:val="superscript"/>
          <w:lang w:val="sv-SE"/>
        </w:rPr>
        <w:t>2</w:t>
      </w:r>
      <w:r w:rsidRPr="000767E2">
        <w:rPr>
          <w:lang w:val="sv-SE"/>
        </w:rPr>
        <w:t xml:space="preserve"> {{field-on:bible}}Och när de tjänstgjorde inför Herren och fastade, sade den heliga Anden: ”Avskilj nu åt mig Barnabas och Saul för det verk till vilket jag kallat dem.”{{field-off:bible}} [[@</w:t>
      </w:r>
      <w:r w:rsidR="0096445B" w:rsidRPr="000767E2">
        <w:rPr>
          <w:lang w:val="sv-SE"/>
        </w:rPr>
        <w:t>BibleBIBEL82</w:t>
      </w:r>
      <w:r w:rsidRPr="000767E2">
        <w:rPr>
          <w:lang w:val="sv-SE"/>
        </w:rPr>
        <w:t>:Acts 13:3]]</w:t>
      </w:r>
      <w:r w:rsidRPr="000767E2">
        <w:rPr>
          <w:vertAlign w:val="superscript"/>
          <w:lang w:val="sv-SE"/>
        </w:rPr>
        <w:t>3</w:t>
      </w:r>
      <w:r w:rsidRPr="000767E2">
        <w:rPr>
          <w:lang w:val="sv-SE"/>
        </w:rPr>
        <w:t xml:space="preserve"> {{field-on:bible}}Då fastade de och bad och lade händerna på dem, och släppte iväg dem.{{field-off:bible}}</w:t>
      </w:r>
    </w:p>
    <w:p w14:paraId="070F8B3D" w14:textId="77777777" w:rsidR="00BA33AB" w:rsidRPr="000767E2" w:rsidRDefault="00000000">
      <w:pPr>
        <w:pStyle w:val="Rubrik3"/>
        <w:rPr>
          <w:lang w:val="sv-SE"/>
        </w:rPr>
      </w:pPr>
      <w:r w:rsidRPr="000767E2">
        <w:rPr>
          <w:lang w:val="sv-SE"/>
        </w:rPr>
        <w:t>På Cypern</w:t>
      </w:r>
    </w:p>
    <w:p w14:paraId="7A5D6A7D" w14:textId="2569B9E3" w:rsidR="00BA33AB" w:rsidRPr="000767E2" w:rsidRDefault="00000000">
      <w:pPr>
        <w:rPr>
          <w:lang w:val="sv-SE"/>
        </w:rPr>
      </w:pPr>
      <w:r w:rsidRPr="000767E2">
        <w:rPr>
          <w:lang w:val="sv-SE"/>
        </w:rPr>
        <w:t>[[@</w:t>
      </w:r>
      <w:r w:rsidR="0096445B" w:rsidRPr="000767E2">
        <w:rPr>
          <w:lang w:val="sv-SE"/>
        </w:rPr>
        <w:t>BibleBIBEL82</w:t>
      </w:r>
      <w:r w:rsidRPr="000767E2">
        <w:rPr>
          <w:lang w:val="sv-SE"/>
        </w:rPr>
        <w:t>:Acts 13:4]]</w:t>
      </w:r>
      <w:r w:rsidRPr="000767E2">
        <w:rPr>
          <w:vertAlign w:val="superscript"/>
          <w:lang w:val="sv-SE"/>
        </w:rPr>
        <w:t>4</w:t>
      </w:r>
      <w:r w:rsidRPr="000767E2">
        <w:rPr>
          <w:lang w:val="sv-SE"/>
        </w:rPr>
        <w:t xml:space="preserve"> {{field-on:bible}}Utskickade av den heliga Anden gick de nu ner till Seleukia, och därifrån avseglade de till Cypern.{{field-off:bible}} [[@</w:t>
      </w:r>
      <w:r w:rsidR="0096445B" w:rsidRPr="000767E2">
        <w:rPr>
          <w:lang w:val="sv-SE"/>
        </w:rPr>
        <w:t>BibleBIBEL82</w:t>
      </w:r>
      <w:r w:rsidRPr="000767E2">
        <w:rPr>
          <w:lang w:val="sv-SE"/>
        </w:rPr>
        <w:t>:Acts 13:5]]</w:t>
      </w:r>
      <w:r w:rsidRPr="000767E2">
        <w:rPr>
          <w:vertAlign w:val="superscript"/>
          <w:lang w:val="sv-SE"/>
        </w:rPr>
        <w:t>5</w:t>
      </w:r>
      <w:r w:rsidRPr="000767E2">
        <w:rPr>
          <w:lang w:val="sv-SE"/>
        </w:rPr>
        <w:t xml:space="preserve"> {{field-on:bible}}Och komna till Salamis predikade de Guds ord i judarnas synagogor. Och de hade även Johannes </w:t>
      </w:r>
      <w:r w:rsidRPr="000767E2">
        <w:rPr>
          <w:i/>
          <w:lang w:val="sv-SE"/>
        </w:rPr>
        <w:t>som</w:t>
      </w:r>
      <w:r w:rsidRPr="000767E2">
        <w:rPr>
          <w:lang w:val="sv-SE"/>
        </w:rPr>
        <w:t xml:space="preserve"> undertjänare.{{field-off:bible}}</w:t>
      </w:r>
    </w:p>
    <w:p w14:paraId="6CCB3A9D" w14:textId="6E17E640" w:rsidR="00BA33AB" w:rsidRPr="000767E2" w:rsidRDefault="00000000">
      <w:pPr>
        <w:rPr>
          <w:lang w:val="sv-SE"/>
        </w:rPr>
      </w:pPr>
      <w:r w:rsidRPr="000767E2">
        <w:rPr>
          <w:lang w:val="sv-SE"/>
        </w:rPr>
        <w:t>[[@</w:t>
      </w:r>
      <w:r w:rsidR="0096445B" w:rsidRPr="000767E2">
        <w:rPr>
          <w:lang w:val="sv-SE"/>
        </w:rPr>
        <w:t>BibleBIBEL82</w:t>
      </w:r>
      <w:r w:rsidRPr="000767E2">
        <w:rPr>
          <w:lang w:val="sv-SE"/>
        </w:rPr>
        <w:t>:Acts 13:6]]</w:t>
      </w:r>
      <w:r w:rsidRPr="000767E2">
        <w:rPr>
          <w:vertAlign w:val="superscript"/>
          <w:lang w:val="sv-SE"/>
        </w:rPr>
        <w:t>6</w:t>
      </w:r>
      <w:r w:rsidRPr="000767E2">
        <w:rPr>
          <w:lang w:val="sv-SE"/>
        </w:rPr>
        <w:t xml:space="preserve"> {{field-on:bible}}Och de gick genom hela ön ända till Pafos och fann en man </w:t>
      </w:r>
      <w:r w:rsidRPr="000767E2">
        <w:rPr>
          <w:i/>
          <w:lang w:val="sv-SE"/>
        </w:rPr>
        <w:t>som var</w:t>
      </w:r>
      <w:r w:rsidRPr="000767E2">
        <w:rPr>
          <w:lang w:val="sv-SE"/>
        </w:rPr>
        <w:t xml:space="preserve"> magiker, en judisk falsk profet vars namn </w:t>
      </w:r>
      <w:r w:rsidRPr="000767E2">
        <w:rPr>
          <w:i/>
          <w:lang w:val="sv-SE"/>
        </w:rPr>
        <w:t>var</w:t>
      </w:r>
      <w:r w:rsidRPr="000767E2">
        <w:rPr>
          <w:lang w:val="sv-SE"/>
        </w:rPr>
        <w:t xml:space="preserve"> Barjesus.{{field-off:bible}} [[@</w:t>
      </w:r>
      <w:r w:rsidR="0096445B" w:rsidRPr="000767E2">
        <w:rPr>
          <w:lang w:val="sv-SE"/>
        </w:rPr>
        <w:t>BibleBIBEL82</w:t>
      </w:r>
      <w:r w:rsidRPr="000767E2">
        <w:rPr>
          <w:lang w:val="sv-SE"/>
        </w:rPr>
        <w:t>:Acts 13:7]]</w:t>
      </w:r>
      <w:r w:rsidRPr="000767E2">
        <w:rPr>
          <w:vertAlign w:val="superscript"/>
          <w:lang w:val="sv-SE"/>
        </w:rPr>
        <w:t>7</w:t>
      </w:r>
      <w:r w:rsidRPr="000767E2">
        <w:rPr>
          <w:lang w:val="sv-SE"/>
        </w:rPr>
        <w:t xml:space="preserve"> {{field-on:bible}}Han var med prokonsuln Sergius Paulus, en förståndig man. Denne kallade till sig Barnabas och Saul och sökte </w:t>
      </w:r>
      <w:r w:rsidRPr="000767E2">
        <w:rPr>
          <w:i/>
          <w:lang w:val="sv-SE"/>
        </w:rPr>
        <w:t>få</w:t>
      </w:r>
      <w:r w:rsidRPr="000767E2">
        <w:rPr>
          <w:lang w:val="sv-SE"/>
        </w:rPr>
        <w:t xml:space="preserve"> höra Guds ord.{{field-off:bible}} [[@</w:t>
      </w:r>
      <w:r w:rsidR="0096445B" w:rsidRPr="000767E2">
        <w:rPr>
          <w:lang w:val="sv-SE"/>
        </w:rPr>
        <w:t>BibleBIBEL82</w:t>
      </w:r>
      <w:r w:rsidRPr="000767E2">
        <w:rPr>
          <w:lang w:val="sv-SE"/>
        </w:rPr>
        <w:t>:Acts 13:8]]</w:t>
      </w:r>
      <w:r w:rsidRPr="000767E2">
        <w:rPr>
          <w:vertAlign w:val="superscript"/>
          <w:lang w:val="sv-SE"/>
        </w:rPr>
        <w:t>8</w:t>
      </w:r>
      <w:r w:rsidRPr="000767E2">
        <w:rPr>
          <w:lang w:val="sv-SE"/>
        </w:rPr>
        <w:t xml:space="preserve"> {{field-on:bible}}Men emot dem ställde sig Elymas </w:t>
      </w:r>
      <w:r w:rsidRPr="000767E2">
        <w:rPr>
          <w:lang w:val="sv-SE"/>
        </w:rPr>
        <w:lastRenderedPageBreak/>
        <w:t>magikern – för så översätts hans namn – och sökte förvrida prokonsuln från tron.{{field-off:bible}}</w:t>
      </w:r>
    </w:p>
    <w:p w14:paraId="4B9486F4" w14:textId="7D89F963" w:rsidR="00BA33AB" w:rsidRPr="000767E2" w:rsidRDefault="00000000">
      <w:pPr>
        <w:rPr>
          <w:lang w:val="sv-SE"/>
        </w:rPr>
      </w:pPr>
      <w:r w:rsidRPr="000767E2">
        <w:rPr>
          <w:lang w:val="sv-SE"/>
        </w:rPr>
        <w:t>[[@</w:t>
      </w:r>
      <w:r w:rsidR="0096445B" w:rsidRPr="000767E2">
        <w:rPr>
          <w:lang w:val="sv-SE"/>
        </w:rPr>
        <w:t>BibleBIBEL82</w:t>
      </w:r>
      <w:r w:rsidRPr="000767E2">
        <w:rPr>
          <w:lang w:val="sv-SE"/>
        </w:rPr>
        <w:t>:Acts 13:9]]</w:t>
      </w:r>
      <w:r w:rsidRPr="000767E2">
        <w:rPr>
          <w:vertAlign w:val="superscript"/>
          <w:lang w:val="sv-SE"/>
        </w:rPr>
        <w:t>9</w:t>
      </w:r>
      <w:r w:rsidRPr="000767E2">
        <w:rPr>
          <w:lang w:val="sv-SE"/>
        </w:rPr>
        <w:t xml:space="preserve"> {{field-on:bible}}Men Saul, som även </w:t>
      </w:r>
      <w:r w:rsidRPr="000767E2">
        <w:rPr>
          <w:i/>
          <w:lang w:val="sv-SE"/>
        </w:rPr>
        <w:t>kallades</w:t>
      </w:r>
      <w:r w:rsidRPr="000767E2">
        <w:rPr>
          <w:lang w:val="sv-SE"/>
        </w:rPr>
        <w:t xml:space="preserve"> Paulus, fylldes av helig Ande </w:t>
      </w:r>
      <w:r w:rsidRPr="000767E2">
        <w:rPr>
          <w:i/>
          <w:lang w:val="sv-SE"/>
        </w:rPr>
        <w:t>och</w:t>
      </w:r>
      <w:r w:rsidRPr="000767E2">
        <w:rPr>
          <w:lang w:val="sv-SE"/>
        </w:rPr>
        <w:t xml:space="preserve"> blickade på honom{{field-off:bible}} [[@</w:t>
      </w:r>
      <w:r w:rsidR="0096445B" w:rsidRPr="000767E2">
        <w:rPr>
          <w:lang w:val="sv-SE"/>
        </w:rPr>
        <w:t>BibleBIBEL82</w:t>
      </w:r>
      <w:r w:rsidRPr="000767E2">
        <w:rPr>
          <w:lang w:val="sv-SE"/>
        </w:rPr>
        <w:t>:Acts 13:10]]</w:t>
      </w:r>
      <w:r w:rsidRPr="000767E2">
        <w:rPr>
          <w:vertAlign w:val="superscript"/>
          <w:lang w:val="sv-SE"/>
        </w:rPr>
        <w:t>10</w:t>
      </w:r>
      <w:r w:rsidRPr="000767E2">
        <w:rPr>
          <w:lang w:val="sv-SE"/>
        </w:rPr>
        <w:t xml:space="preserve"> {{field-on:bible}}och sade: ”O </w:t>
      </w:r>
      <w:r w:rsidRPr="000767E2">
        <w:rPr>
          <w:i/>
          <w:lang w:val="sv-SE"/>
        </w:rPr>
        <w:t>du som är</w:t>
      </w:r>
      <w:r w:rsidRPr="000767E2">
        <w:rPr>
          <w:lang w:val="sv-SE"/>
        </w:rPr>
        <w:t xml:space="preserve"> full av allt svek och allt fiffel, djävulens son, fiende till all rättfärdighet! Ska du inte sluta att förvrida Herrens raka vägar?{{field-off:bible}} [[@</w:t>
      </w:r>
      <w:r w:rsidR="0096445B" w:rsidRPr="000767E2">
        <w:rPr>
          <w:lang w:val="sv-SE"/>
        </w:rPr>
        <w:t>BibleBIBEL82</w:t>
      </w:r>
      <w:r w:rsidRPr="000767E2">
        <w:rPr>
          <w:lang w:val="sv-SE"/>
        </w:rPr>
        <w:t>:Acts 13:11]]</w:t>
      </w:r>
      <w:r w:rsidRPr="000767E2">
        <w:rPr>
          <w:vertAlign w:val="superscript"/>
          <w:lang w:val="sv-SE"/>
        </w:rPr>
        <w:t>11</w:t>
      </w:r>
      <w:r w:rsidRPr="000767E2">
        <w:rPr>
          <w:lang w:val="sv-SE"/>
        </w:rPr>
        <w:t xml:space="preserve"> {{field-on:bible}}Och nu, se: Herrens hand </w:t>
      </w:r>
      <w:r w:rsidRPr="000767E2">
        <w:rPr>
          <w:i/>
          <w:lang w:val="sv-SE"/>
        </w:rPr>
        <w:t>är</w:t>
      </w:r>
      <w:r w:rsidRPr="000767E2">
        <w:rPr>
          <w:lang w:val="sv-SE"/>
        </w:rPr>
        <w:t xml:space="preserve"> över dig, och du ska bli blind och inte se solen fram till en </w:t>
      </w:r>
      <w:r w:rsidRPr="000767E2">
        <w:rPr>
          <w:i/>
          <w:lang w:val="sv-SE"/>
        </w:rPr>
        <w:t>bestämd</w:t>
      </w:r>
      <w:r w:rsidRPr="000767E2">
        <w:rPr>
          <w:lang w:val="sv-SE"/>
        </w:rPr>
        <w:t xml:space="preserve"> tid.” Och genast föll över honom töcken och mörker, och han drog omkring och sökte handledare.{{field-off:bible}} [[@</w:t>
      </w:r>
      <w:r w:rsidR="0096445B" w:rsidRPr="000767E2">
        <w:rPr>
          <w:lang w:val="sv-SE"/>
        </w:rPr>
        <w:t>BibleBIBEL82</w:t>
      </w:r>
      <w:r w:rsidRPr="000767E2">
        <w:rPr>
          <w:lang w:val="sv-SE"/>
        </w:rPr>
        <w:t>:Acts 13:12]]</w:t>
      </w:r>
      <w:r w:rsidRPr="000767E2">
        <w:rPr>
          <w:vertAlign w:val="superscript"/>
          <w:lang w:val="sv-SE"/>
        </w:rPr>
        <w:t>12</w:t>
      </w:r>
      <w:r w:rsidRPr="000767E2">
        <w:rPr>
          <w:lang w:val="sv-SE"/>
        </w:rPr>
        <w:t xml:space="preserve"> {{field-on:bible}}Då, när prokonsuln såg det som hänt, kom han till tro, överväldigad inför Herrens lära.{{field-off:bible}}</w:t>
      </w:r>
    </w:p>
    <w:p w14:paraId="1C0A2A77" w14:textId="77777777" w:rsidR="00BA33AB" w:rsidRPr="000767E2" w:rsidRDefault="00000000">
      <w:pPr>
        <w:pStyle w:val="Rubrik3"/>
        <w:rPr>
          <w:lang w:val="sv-SE"/>
        </w:rPr>
      </w:pPr>
      <w:r w:rsidRPr="000767E2">
        <w:rPr>
          <w:lang w:val="sv-SE"/>
        </w:rPr>
        <w:t>I Antiochia i Pisidien</w:t>
      </w:r>
    </w:p>
    <w:p w14:paraId="4D0BD951" w14:textId="377ACF23" w:rsidR="00BA33AB" w:rsidRPr="000767E2" w:rsidRDefault="00000000">
      <w:pPr>
        <w:rPr>
          <w:lang w:val="sv-SE"/>
        </w:rPr>
      </w:pPr>
      <w:r w:rsidRPr="000767E2">
        <w:rPr>
          <w:lang w:val="sv-SE"/>
        </w:rPr>
        <w:t>[[@</w:t>
      </w:r>
      <w:r w:rsidR="0096445B" w:rsidRPr="000767E2">
        <w:rPr>
          <w:lang w:val="sv-SE"/>
        </w:rPr>
        <w:t>BibleBIBEL82</w:t>
      </w:r>
      <w:r w:rsidRPr="000767E2">
        <w:rPr>
          <w:lang w:val="sv-SE"/>
        </w:rPr>
        <w:t>:Acts 13:13]]</w:t>
      </w:r>
      <w:r w:rsidRPr="000767E2">
        <w:rPr>
          <w:vertAlign w:val="superscript"/>
          <w:lang w:val="sv-SE"/>
        </w:rPr>
        <w:t>13</w:t>
      </w:r>
      <w:r w:rsidRPr="000767E2">
        <w:rPr>
          <w:lang w:val="sv-SE"/>
        </w:rPr>
        <w:t xml:space="preserve"> {{field-on:bible}}Och de kring Paulus lade ut från Pafos och kom till Perge i Pamfylien. Men Johannes drog bort från dem och återvände till Jerusalem.{{field-off:bible}} [[@</w:t>
      </w:r>
      <w:r w:rsidR="0096445B" w:rsidRPr="000767E2">
        <w:rPr>
          <w:lang w:val="sv-SE"/>
        </w:rPr>
        <w:t>BibleBIBEL82</w:t>
      </w:r>
      <w:r w:rsidRPr="000767E2">
        <w:rPr>
          <w:lang w:val="sv-SE"/>
        </w:rPr>
        <w:t>:Acts 13:14]]</w:t>
      </w:r>
      <w:r w:rsidRPr="000767E2">
        <w:rPr>
          <w:vertAlign w:val="superscript"/>
          <w:lang w:val="sv-SE"/>
        </w:rPr>
        <w:t>14</w:t>
      </w:r>
      <w:r w:rsidRPr="000767E2">
        <w:rPr>
          <w:lang w:val="sv-SE"/>
        </w:rPr>
        <w:t xml:space="preserve"> {{field-on:bible}}Men själva gick de igenom från Perge och kom fram till Antiochia </w:t>
      </w:r>
      <w:r w:rsidRPr="000767E2">
        <w:rPr>
          <w:i/>
          <w:lang w:val="sv-SE"/>
        </w:rPr>
        <w:t>i</w:t>
      </w:r>
      <w:r w:rsidRPr="000767E2">
        <w:rPr>
          <w:lang w:val="sv-SE"/>
        </w:rPr>
        <w:t xml:space="preserve"> Pisidien, och de gick in i synagogan på sabbatsdagen och satte sig.{{field-off:bible}} [[@</w:t>
      </w:r>
      <w:r w:rsidR="0096445B" w:rsidRPr="000767E2">
        <w:rPr>
          <w:lang w:val="sv-SE"/>
        </w:rPr>
        <w:t>BibleBIBEL82</w:t>
      </w:r>
      <w:r w:rsidRPr="000767E2">
        <w:rPr>
          <w:lang w:val="sv-SE"/>
        </w:rPr>
        <w:t>:Acts 13:15]]</w:t>
      </w:r>
      <w:r w:rsidRPr="000767E2">
        <w:rPr>
          <w:vertAlign w:val="superscript"/>
          <w:lang w:val="sv-SE"/>
        </w:rPr>
        <w:t>15</w:t>
      </w:r>
      <w:r w:rsidRPr="000767E2">
        <w:rPr>
          <w:lang w:val="sv-SE"/>
        </w:rPr>
        <w:t xml:space="preserve"> {{field-on:bible}}Och efter läsningen av lagen och profeterna sände synagogföreståndarna </w:t>
      </w:r>
      <w:r w:rsidRPr="000767E2">
        <w:rPr>
          <w:i/>
          <w:lang w:val="sv-SE"/>
        </w:rPr>
        <w:t>bud</w:t>
      </w:r>
      <w:r w:rsidRPr="000767E2">
        <w:rPr>
          <w:lang w:val="sv-SE"/>
        </w:rPr>
        <w:t xml:space="preserve"> till dem och sade: ”Män, bröder! Om det finns hos er något ord av uppmuntran till folket, säg </w:t>
      </w:r>
      <w:r w:rsidRPr="000767E2">
        <w:rPr>
          <w:i/>
          <w:lang w:val="sv-SE"/>
        </w:rPr>
        <w:t>det</w:t>
      </w:r>
      <w:r w:rsidRPr="000767E2">
        <w:rPr>
          <w:lang w:val="sv-SE"/>
        </w:rPr>
        <w:t>.”{{field-off:bible}}</w:t>
      </w:r>
    </w:p>
    <w:p w14:paraId="5A9CDA35" w14:textId="46043083" w:rsidR="00BA33AB" w:rsidRPr="000767E2" w:rsidRDefault="00000000">
      <w:pPr>
        <w:rPr>
          <w:lang w:val="sv-SE"/>
        </w:rPr>
      </w:pPr>
      <w:r w:rsidRPr="000767E2">
        <w:rPr>
          <w:lang w:val="sv-SE"/>
        </w:rPr>
        <w:t>[[@</w:t>
      </w:r>
      <w:r w:rsidR="0096445B" w:rsidRPr="000767E2">
        <w:rPr>
          <w:lang w:val="sv-SE"/>
        </w:rPr>
        <w:t>BibleBIBEL82</w:t>
      </w:r>
      <w:r w:rsidRPr="000767E2">
        <w:rPr>
          <w:lang w:val="sv-SE"/>
        </w:rPr>
        <w:t>:Acts 13:16]]</w:t>
      </w:r>
      <w:r w:rsidRPr="000767E2">
        <w:rPr>
          <w:vertAlign w:val="superscript"/>
          <w:lang w:val="sv-SE"/>
        </w:rPr>
        <w:t>16</w:t>
      </w:r>
      <w:r w:rsidRPr="000767E2">
        <w:rPr>
          <w:lang w:val="sv-SE"/>
        </w:rPr>
        <w:t xml:space="preserve"> {{field-on:bible}}Och Paulus stod upp och vinkade med handen och sade: ”Män, israeliter och </w:t>
      </w:r>
      <w:r w:rsidRPr="000767E2">
        <w:rPr>
          <w:i/>
          <w:lang w:val="sv-SE"/>
        </w:rPr>
        <w:t>ni</w:t>
      </w:r>
      <w:r w:rsidRPr="000767E2">
        <w:rPr>
          <w:lang w:val="sv-SE"/>
        </w:rPr>
        <w:t xml:space="preserve"> som fruktar Gud! Hör:{{field-off:bible}} [[@</w:t>
      </w:r>
      <w:r w:rsidR="0096445B" w:rsidRPr="000767E2">
        <w:rPr>
          <w:lang w:val="sv-SE"/>
        </w:rPr>
        <w:t>BibleBIBEL82</w:t>
      </w:r>
      <w:r w:rsidRPr="000767E2">
        <w:rPr>
          <w:lang w:val="sv-SE"/>
        </w:rPr>
        <w:t>:Acts 13:17]]</w:t>
      </w:r>
      <w:r w:rsidRPr="000767E2">
        <w:rPr>
          <w:vertAlign w:val="superscript"/>
          <w:lang w:val="sv-SE"/>
        </w:rPr>
        <w:t>17</w:t>
      </w:r>
      <w:r w:rsidRPr="000767E2">
        <w:rPr>
          <w:lang w:val="sv-SE"/>
        </w:rPr>
        <w:t xml:space="preserve"> {{field-on:bible}}Detta Israels folks Gud utvalde våra fäder, och folket upphöjde han under vistelsen i Egyptens land. Och med hög arm förde han dem ut ur det,{{field-off:bible}} [[@</w:t>
      </w:r>
      <w:r w:rsidR="0096445B" w:rsidRPr="000767E2">
        <w:rPr>
          <w:lang w:val="sv-SE"/>
        </w:rPr>
        <w:t>BibleBIBEL82</w:t>
      </w:r>
      <w:r w:rsidRPr="000767E2">
        <w:rPr>
          <w:lang w:val="sv-SE"/>
        </w:rPr>
        <w:t>:Acts 13:18]]</w:t>
      </w:r>
      <w:r w:rsidRPr="000767E2">
        <w:rPr>
          <w:vertAlign w:val="superscript"/>
          <w:lang w:val="sv-SE"/>
        </w:rPr>
        <w:t>18</w:t>
      </w:r>
      <w:r w:rsidRPr="000767E2">
        <w:rPr>
          <w:lang w:val="sv-SE"/>
        </w:rPr>
        <w:t xml:space="preserve"> {{field-on:bible}}och ungefär en fyrtioårig tid bar han deras sätt i ödemarken.{{field-off:bible}} [[@</w:t>
      </w:r>
      <w:r w:rsidR="0096445B" w:rsidRPr="000767E2">
        <w:rPr>
          <w:lang w:val="sv-SE"/>
        </w:rPr>
        <w:t>BibleBIBEL82</w:t>
      </w:r>
      <w:r w:rsidRPr="000767E2">
        <w:rPr>
          <w:lang w:val="sv-SE"/>
        </w:rPr>
        <w:t>:Acts 13:19]]</w:t>
      </w:r>
      <w:r w:rsidRPr="000767E2">
        <w:rPr>
          <w:vertAlign w:val="superscript"/>
          <w:lang w:val="sv-SE"/>
        </w:rPr>
        <w:t>19</w:t>
      </w:r>
      <w:r w:rsidRPr="000767E2">
        <w:rPr>
          <w:lang w:val="sv-SE"/>
        </w:rPr>
        <w:t xml:space="preserve"> {{field-on:bible}}Och han tog ner sju folkslag i Kanaans land och gav deras land som arv,{{field-off:bible}} [[@</w:t>
      </w:r>
      <w:r w:rsidR="0096445B" w:rsidRPr="000767E2">
        <w:rPr>
          <w:lang w:val="sv-SE"/>
        </w:rPr>
        <w:t>BibleBIBEL82</w:t>
      </w:r>
      <w:r w:rsidRPr="000767E2">
        <w:rPr>
          <w:lang w:val="sv-SE"/>
        </w:rPr>
        <w:t>:Acts 13:20]]</w:t>
      </w:r>
      <w:r w:rsidRPr="000767E2">
        <w:rPr>
          <w:vertAlign w:val="superscript"/>
          <w:lang w:val="sv-SE"/>
        </w:rPr>
        <w:t>20</w:t>
      </w:r>
      <w:r w:rsidRPr="000767E2">
        <w:rPr>
          <w:lang w:val="sv-SE"/>
        </w:rPr>
        <w:t xml:space="preserve"> {{field-on:bible}}ungefär fyrahundra och femtio år.{{field-off:bible}}</w:t>
      </w:r>
    </w:p>
    <w:p w14:paraId="4E6BFEAA" w14:textId="0527ED45" w:rsidR="00BA33AB" w:rsidRPr="000767E2" w:rsidRDefault="00000000">
      <w:pPr>
        <w:rPr>
          <w:lang w:val="sv-SE"/>
        </w:rPr>
      </w:pPr>
      <w:r w:rsidRPr="000767E2">
        <w:rPr>
          <w:lang w:val="sv-SE"/>
        </w:rPr>
        <w:t>{{field-on:bible}}Och efter detta gav han domare fram till profeten Samuel.{{field-off:bible}} [[@</w:t>
      </w:r>
      <w:r w:rsidR="0096445B" w:rsidRPr="000767E2">
        <w:rPr>
          <w:lang w:val="sv-SE"/>
        </w:rPr>
        <w:t>BibleBIBEL82</w:t>
      </w:r>
      <w:r w:rsidRPr="000767E2">
        <w:rPr>
          <w:lang w:val="sv-SE"/>
        </w:rPr>
        <w:t>:Acts 13:21]]</w:t>
      </w:r>
      <w:r w:rsidRPr="000767E2">
        <w:rPr>
          <w:vertAlign w:val="superscript"/>
          <w:lang w:val="sv-SE"/>
        </w:rPr>
        <w:t>21</w:t>
      </w:r>
      <w:r w:rsidRPr="000767E2">
        <w:rPr>
          <w:lang w:val="sv-SE"/>
        </w:rPr>
        <w:t xml:space="preserve"> {{field-on:bible}}Och därifrån begärde de en kung, och Gud gav dem Saul, son till Kis, en man av Benjamins stam, </w:t>
      </w:r>
      <w:r w:rsidRPr="000767E2">
        <w:rPr>
          <w:i/>
          <w:lang w:val="sv-SE"/>
        </w:rPr>
        <w:t>i</w:t>
      </w:r>
      <w:r w:rsidRPr="000767E2">
        <w:rPr>
          <w:lang w:val="sv-SE"/>
        </w:rPr>
        <w:t xml:space="preserve"> fyrtio år.{{field-off:bible}} [[@</w:t>
      </w:r>
      <w:r w:rsidR="0096445B" w:rsidRPr="000767E2">
        <w:rPr>
          <w:lang w:val="sv-SE"/>
        </w:rPr>
        <w:t>BibleBIBEL82</w:t>
      </w:r>
      <w:r w:rsidRPr="000767E2">
        <w:rPr>
          <w:lang w:val="sv-SE"/>
        </w:rPr>
        <w:t>:Acts 13:22]]</w:t>
      </w:r>
      <w:r w:rsidRPr="000767E2">
        <w:rPr>
          <w:vertAlign w:val="superscript"/>
          <w:lang w:val="sv-SE"/>
        </w:rPr>
        <w:t>22</w:t>
      </w:r>
      <w:r w:rsidRPr="000767E2">
        <w:rPr>
          <w:lang w:val="sv-SE"/>
        </w:rPr>
        <w:t xml:space="preserve"> {{field-on:bible}}Och han flyttade på honom och reste upp David för dem till kung. Om honom har han också sagt och vittnat: Jag har funnit David, Jessais </w:t>
      </w:r>
      <w:r w:rsidRPr="000767E2">
        <w:rPr>
          <w:i/>
          <w:lang w:val="sv-SE"/>
        </w:rPr>
        <w:t>son</w:t>
      </w:r>
      <w:r w:rsidRPr="000767E2">
        <w:rPr>
          <w:lang w:val="sv-SE"/>
        </w:rPr>
        <w:t>, en man efter mitt hjärta. Han ska göra alla mina viljor.{{field-off:bible}}</w:t>
      </w:r>
    </w:p>
    <w:p w14:paraId="2015B0AD" w14:textId="27D5255B" w:rsidR="00BA33AB" w:rsidRPr="000767E2" w:rsidRDefault="00000000">
      <w:pPr>
        <w:rPr>
          <w:lang w:val="sv-SE"/>
        </w:rPr>
      </w:pPr>
      <w:r w:rsidRPr="000767E2">
        <w:rPr>
          <w:lang w:val="sv-SE"/>
        </w:rPr>
        <w:t>[[@</w:t>
      </w:r>
      <w:r w:rsidR="0096445B" w:rsidRPr="000767E2">
        <w:rPr>
          <w:lang w:val="sv-SE"/>
        </w:rPr>
        <w:t>BibleBIBEL82</w:t>
      </w:r>
      <w:r w:rsidRPr="000767E2">
        <w:rPr>
          <w:lang w:val="sv-SE"/>
        </w:rPr>
        <w:t>:Acts 13:23]]</w:t>
      </w:r>
      <w:r w:rsidRPr="000767E2">
        <w:rPr>
          <w:vertAlign w:val="superscript"/>
          <w:lang w:val="sv-SE"/>
        </w:rPr>
        <w:t>23</w:t>
      </w:r>
      <w:r w:rsidRPr="000767E2">
        <w:rPr>
          <w:lang w:val="sv-SE"/>
        </w:rPr>
        <w:t xml:space="preserve"> {{field-on:bible}}Från dennes säd har Gud efter löfte fört </w:t>
      </w:r>
      <w:r w:rsidRPr="000767E2">
        <w:rPr>
          <w:i/>
          <w:lang w:val="sv-SE"/>
        </w:rPr>
        <w:t>fram</w:t>
      </w:r>
      <w:r w:rsidRPr="000767E2">
        <w:rPr>
          <w:lang w:val="sv-SE"/>
        </w:rPr>
        <w:t xml:space="preserve"> för Israel en Frälsare: Jesus,{{field-off:bible}} [[@</w:t>
      </w:r>
      <w:r w:rsidR="0096445B" w:rsidRPr="000767E2">
        <w:rPr>
          <w:lang w:val="sv-SE"/>
        </w:rPr>
        <w:t>BibleBIBEL82</w:t>
      </w:r>
      <w:r w:rsidRPr="000767E2">
        <w:rPr>
          <w:lang w:val="sv-SE"/>
        </w:rPr>
        <w:t>:Acts 13:24]]</w:t>
      </w:r>
      <w:r w:rsidRPr="000767E2">
        <w:rPr>
          <w:vertAlign w:val="superscript"/>
          <w:lang w:val="sv-SE"/>
        </w:rPr>
        <w:t>24</w:t>
      </w:r>
      <w:r w:rsidRPr="000767E2">
        <w:rPr>
          <w:lang w:val="sv-SE"/>
        </w:rPr>
        <w:t xml:space="preserve"> {{field-on:bible}}sedan Johannes i förväg förkunnat framför ansiktet för hans ingång ett dop av sinnesändring för hela Israels folk.{{field-off:bible}} [[@</w:t>
      </w:r>
      <w:r w:rsidR="0096445B" w:rsidRPr="000767E2">
        <w:rPr>
          <w:lang w:val="sv-SE"/>
        </w:rPr>
        <w:t>BibleBIBEL82</w:t>
      </w:r>
      <w:r w:rsidRPr="000767E2">
        <w:rPr>
          <w:lang w:val="sv-SE"/>
        </w:rPr>
        <w:t>:Acts 13:25]]</w:t>
      </w:r>
      <w:r w:rsidRPr="000767E2">
        <w:rPr>
          <w:vertAlign w:val="superscript"/>
          <w:lang w:val="sv-SE"/>
        </w:rPr>
        <w:t>25</w:t>
      </w:r>
      <w:r w:rsidRPr="000767E2">
        <w:rPr>
          <w:lang w:val="sv-SE"/>
        </w:rPr>
        <w:t xml:space="preserve"> {{field-on:bible}}Och när Johannes </w:t>
      </w:r>
      <w:r w:rsidRPr="000767E2">
        <w:rPr>
          <w:i/>
          <w:lang w:val="sv-SE"/>
        </w:rPr>
        <w:t>skulle</w:t>
      </w:r>
      <w:r w:rsidRPr="000767E2">
        <w:rPr>
          <w:lang w:val="sv-SE"/>
        </w:rPr>
        <w:t xml:space="preserve"> uppfylla loppet, sade han: Vad förmodar ni att jag är? </w:t>
      </w:r>
      <w:r w:rsidRPr="000767E2">
        <w:rPr>
          <w:i/>
          <w:lang w:val="sv-SE"/>
        </w:rPr>
        <w:t>Det</w:t>
      </w:r>
      <w:r w:rsidRPr="000767E2">
        <w:rPr>
          <w:lang w:val="sv-SE"/>
        </w:rPr>
        <w:t xml:space="preserve"> är </w:t>
      </w:r>
      <w:r w:rsidRPr="000767E2">
        <w:rPr>
          <w:lang w:val="sv-SE"/>
        </w:rPr>
        <w:lastRenderedPageBreak/>
        <w:t xml:space="preserve">inte jag, utan se: </w:t>
      </w:r>
      <w:r w:rsidRPr="000767E2">
        <w:rPr>
          <w:i/>
          <w:lang w:val="sv-SE"/>
        </w:rPr>
        <w:t>en</w:t>
      </w:r>
      <w:r w:rsidRPr="000767E2">
        <w:rPr>
          <w:lang w:val="sv-SE"/>
        </w:rPr>
        <w:t xml:space="preserve"> kommer efter mig, </w:t>
      </w:r>
      <w:r w:rsidRPr="000767E2">
        <w:rPr>
          <w:i/>
          <w:lang w:val="sv-SE"/>
        </w:rPr>
        <w:t>och</w:t>
      </w:r>
      <w:r w:rsidRPr="000767E2">
        <w:rPr>
          <w:lang w:val="sv-SE"/>
        </w:rPr>
        <w:t xml:space="preserve"> jag är inte värdig att lossa hans sandal från fötterna.{{field-off:bible}}</w:t>
      </w:r>
    </w:p>
    <w:p w14:paraId="7B27AC6B" w14:textId="33872836" w:rsidR="00BA33AB" w:rsidRPr="000767E2" w:rsidRDefault="00000000">
      <w:pPr>
        <w:rPr>
          <w:lang w:val="sv-SE"/>
        </w:rPr>
      </w:pPr>
      <w:r w:rsidRPr="000767E2">
        <w:rPr>
          <w:lang w:val="sv-SE"/>
        </w:rPr>
        <w:t>[[@</w:t>
      </w:r>
      <w:r w:rsidR="0096445B" w:rsidRPr="000767E2">
        <w:rPr>
          <w:lang w:val="sv-SE"/>
        </w:rPr>
        <w:t>BibleBIBEL82</w:t>
      </w:r>
      <w:r w:rsidRPr="000767E2">
        <w:rPr>
          <w:lang w:val="sv-SE"/>
        </w:rPr>
        <w:t>:Acts 13:26]]</w:t>
      </w:r>
      <w:r w:rsidRPr="000767E2">
        <w:rPr>
          <w:vertAlign w:val="superscript"/>
          <w:lang w:val="sv-SE"/>
        </w:rPr>
        <w:t>26</w:t>
      </w:r>
      <w:r w:rsidRPr="000767E2">
        <w:rPr>
          <w:lang w:val="sv-SE"/>
        </w:rPr>
        <w:t xml:space="preserve"> {{field-on:bible}}Män, bröder, söner av Abrahams släkte och de bland er som fruktar Gud! Till oss har ordet om denna frälsning sänts ut.{{field-off:bible}} [[@</w:t>
      </w:r>
      <w:r w:rsidR="0096445B" w:rsidRPr="000767E2">
        <w:rPr>
          <w:lang w:val="sv-SE"/>
        </w:rPr>
        <w:t>BibleBIBEL82</w:t>
      </w:r>
      <w:r w:rsidRPr="000767E2">
        <w:rPr>
          <w:lang w:val="sv-SE"/>
        </w:rPr>
        <w:t>:Acts 13:27]]</w:t>
      </w:r>
      <w:r w:rsidRPr="000767E2">
        <w:rPr>
          <w:vertAlign w:val="superscript"/>
          <w:lang w:val="sv-SE"/>
        </w:rPr>
        <w:t>27</w:t>
      </w:r>
      <w:r w:rsidRPr="000767E2">
        <w:rPr>
          <w:lang w:val="sv-SE"/>
        </w:rPr>
        <w:t xml:space="preserve"> {{field-on:bible}}För de som bor i Jerusalem och deras ledare förstod honom inte, och profeternas röster som vid varje sabbat läses uppfyllde de när de dömde </w:t>
      </w:r>
      <w:r w:rsidRPr="000767E2">
        <w:rPr>
          <w:i/>
          <w:lang w:val="sv-SE"/>
        </w:rPr>
        <w:t>honom</w:t>
      </w:r>
      <w:r w:rsidRPr="000767E2">
        <w:rPr>
          <w:lang w:val="sv-SE"/>
        </w:rPr>
        <w:t>.{{field-off:bible}} [[@</w:t>
      </w:r>
      <w:r w:rsidR="0096445B" w:rsidRPr="000767E2">
        <w:rPr>
          <w:lang w:val="sv-SE"/>
        </w:rPr>
        <w:t>BibleBIBEL82</w:t>
      </w:r>
      <w:r w:rsidRPr="000767E2">
        <w:rPr>
          <w:lang w:val="sv-SE"/>
        </w:rPr>
        <w:t>:Acts 13:28]]</w:t>
      </w:r>
      <w:r w:rsidRPr="000767E2">
        <w:rPr>
          <w:vertAlign w:val="superscript"/>
          <w:lang w:val="sv-SE"/>
        </w:rPr>
        <w:t>28</w:t>
      </w:r>
      <w:r w:rsidRPr="000767E2">
        <w:rPr>
          <w:lang w:val="sv-SE"/>
        </w:rPr>
        <w:t xml:space="preserve"> {{field-on:bible}}Och </w:t>
      </w:r>
      <w:r w:rsidRPr="000767E2">
        <w:rPr>
          <w:i/>
          <w:lang w:val="sv-SE"/>
        </w:rPr>
        <w:t>fast</w:t>
      </w:r>
      <w:r w:rsidRPr="000767E2">
        <w:rPr>
          <w:lang w:val="sv-SE"/>
        </w:rPr>
        <w:t xml:space="preserve"> de ingen orsak </w:t>
      </w:r>
      <w:r w:rsidRPr="000767E2">
        <w:rPr>
          <w:i/>
          <w:lang w:val="sv-SE"/>
        </w:rPr>
        <w:t>värd</w:t>
      </w:r>
      <w:r w:rsidRPr="000767E2">
        <w:rPr>
          <w:lang w:val="sv-SE"/>
        </w:rPr>
        <w:t xml:space="preserve"> döden fann, begärde de att Pilatus </w:t>
      </w:r>
      <w:r w:rsidRPr="000767E2">
        <w:rPr>
          <w:i/>
          <w:lang w:val="sv-SE"/>
        </w:rPr>
        <w:t>skulle</w:t>
      </w:r>
      <w:r w:rsidRPr="000767E2">
        <w:rPr>
          <w:lang w:val="sv-SE"/>
        </w:rPr>
        <w:t xml:space="preserve"> avrätta honom.{{field-off:bible}} [[@</w:t>
      </w:r>
      <w:r w:rsidR="0096445B" w:rsidRPr="000767E2">
        <w:rPr>
          <w:lang w:val="sv-SE"/>
        </w:rPr>
        <w:t>BibleBIBEL82</w:t>
      </w:r>
      <w:r w:rsidRPr="000767E2">
        <w:rPr>
          <w:lang w:val="sv-SE"/>
        </w:rPr>
        <w:t>:Acts 13:29]]</w:t>
      </w:r>
      <w:r w:rsidRPr="000767E2">
        <w:rPr>
          <w:vertAlign w:val="superscript"/>
          <w:lang w:val="sv-SE"/>
        </w:rPr>
        <w:t>29</w:t>
      </w:r>
      <w:r w:rsidRPr="000767E2">
        <w:rPr>
          <w:lang w:val="sv-SE"/>
        </w:rPr>
        <w:t xml:space="preserve"> {{field-on:bible}}Och när de hade fullbordat allt </w:t>
      </w:r>
      <w:r w:rsidRPr="000767E2">
        <w:rPr>
          <w:i/>
          <w:lang w:val="sv-SE"/>
        </w:rPr>
        <w:t>som</w:t>
      </w:r>
      <w:r w:rsidRPr="000767E2">
        <w:rPr>
          <w:lang w:val="sv-SE"/>
        </w:rPr>
        <w:t xml:space="preserve"> om honom </w:t>
      </w:r>
      <w:r w:rsidRPr="000767E2">
        <w:rPr>
          <w:i/>
          <w:lang w:val="sv-SE"/>
        </w:rPr>
        <w:t>var</w:t>
      </w:r>
      <w:r w:rsidRPr="000767E2">
        <w:rPr>
          <w:lang w:val="sv-SE"/>
        </w:rPr>
        <w:t xml:space="preserve"> skrivet, tog de ner </w:t>
      </w:r>
      <w:r w:rsidRPr="000767E2">
        <w:rPr>
          <w:i/>
          <w:lang w:val="sv-SE"/>
        </w:rPr>
        <w:t>honom</w:t>
      </w:r>
      <w:r w:rsidRPr="000767E2">
        <w:rPr>
          <w:lang w:val="sv-SE"/>
        </w:rPr>
        <w:t xml:space="preserve"> från träet och lade i en grav.{{field-off:bible}} [[@</w:t>
      </w:r>
      <w:r w:rsidR="0096445B" w:rsidRPr="000767E2">
        <w:rPr>
          <w:lang w:val="sv-SE"/>
        </w:rPr>
        <w:t>BibleBIBEL82</w:t>
      </w:r>
      <w:r w:rsidRPr="000767E2">
        <w:rPr>
          <w:lang w:val="sv-SE"/>
        </w:rPr>
        <w:t>:Acts 13:30]]</w:t>
      </w:r>
      <w:r w:rsidRPr="000767E2">
        <w:rPr>
          <w:vertAlign w:val="superscript"/>
          <w:lang w:val="sv-SE"/>
        </w:rPr>
        <w:t>30</w:t>
      </w:r>
      <w:r w:rsidRPr="000767E2">
        <w:rPr>
          <w:lang w:val="sv-SE"/>
        </w:rPr>
        <w:t xml:space="preserve"> {{field-on:bible}}Men Gud uppväckte honom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:Acts 13:31]]</w:t>
      </w:r>
      <w:r w:rsidRPr="000767E2">
        <w:rPr>
          <w:vertAlign w:val="superscript"/>
          <w:lang w:val="sv-SE"/>
        </w:rPr>
        <w:t>31</w:t>
      </w:r>
      <w:r w:rsidRPr="000767E2">
        <w:rPr>
          <w:lang w:val="sv-SE"/>
        </w:rPr>
        <w:t xml:space="preserve"> {{field-on:bible}}Han visade sig under många dagar för dem som hade gått upp med honom från Galileen till Jerusalem, de som [nu] är hans vittnen inför folket.{{field-off:bible}}</w:t>
      </w:r>
    </w:p>
    <w:p w14:paraId="3C0E8154" w14:textId="4B074487" w:rsidR="00BA33AB" w:rsidRPr="000767E2" w:rsidRDefault="00000000">
      <w:pPr>
        <w:rPr>
          <w:lang w:val="sv-SE"/>
        </w:rPr>
      </w:pPr>
      <w:r w:rsidRPr="000767E2">
        <w:rPr>
          <w:lang w:val="sv-SE"/>
        </w:rPr>
        <w:t>[[@</w:t>
      </w:r>
      <w:r w:rsidR="0096445B" w:rsidRPr="000767E2">
        <w:rPr>
          <w:lang w:val="sv-SE"/>
        </w:rPr>
        <w:t>BibleBIBEL82</w:t>
      </w:r>
      <w:r w:rsidRPr="000767E2">
        <w:rPr>
          <w:lang w:val="sv-SE"/>
        </w:rPr>
        <w:t>:Acts 13:32]]</w:t>
      </w:r>
      <w:r w:rsidRPr="000767E2">
        <w:rPr>
          <w:vertAlign w:val="superscript"/>
          <w:lang w:val="sv-SE"/>
        </w:rPr>
        <w:t>32</w:t>
      </w:r>
      <w:r w:rsidRPr="000767E2">
        <w:rPr>
          <w:lang w:val="sv-SE"/>
        </w:rPr>
        <w:t xml:space="preserve"> {{field-on:bible}}Och vi evangeliserar </w:t>
      </w:r>
      <w:r w:rsidRPr="000767E2">
        <w:rPr>
          <w:i/>
          <w:lang w:val="sv-SE"/>
        </w:rPr>
        <w:t>för</w:t>
      </w:r>
      <w:r w:rsidRPr="000767E2">
        <w:rPr>
          <w:lang w:val="sv-SE"/>
        </w:rPr>
        <w:t xml:space="preserve"> er </w:t>
      </w:r>
      <w:r w:rsidRPr="000767E2">
        <w:rPr>
          <w:i/>
          <w:lang w:val="sv-SE"/>
        </w:rPr>
        <w:t>om</w:t>
      </w:r>
      <w:r w:rsidRPr="000767E2">
        <w:rPr>
          <w:lang w:val="sv-SE"/>
        </w:rPr>
        <w:t xml:space="preserve"> det löfte som kom till fäderna.{{field-off:bible}} [[@</w:t>
      </w:r>
      <w:r w:rsidR="0096445B" w:rsidRPr="000767E2">
        <w:rPr>
          <w:lang w:val="sv-SE"/>
        </w:rPr>
        <w:t>BibleBIBEL82</w:t>
      </w:r>
      <w:r w:rsidRPr="000767E2">
        <w:rPr>
          <w:lang w:val="sv-SE"/>
        </w:rPr>
        <w:t>:Acts 13:33]]</w:t>
      </w:r>
      <w:r w:rsidRPr="000767E2">
        <w:rPr>
          <w:vertAlign w:val="superscript"/>
          <w:lang w:val="sv-SE"/>
        </w:rPr>
        <w:t>33</w:t>
      </w:r>
      <w:r w:rsidRPr="000767E2">
        <w:rPr>
          <w:lang w:val="sv-SE"/>
        </w:rPr>
        <w:t xml:space="preserve"> {{field-on:bible}}Detta </w:t>
      </w:r>
      <w:r w:rsidRPr="000767E2">
        <w:rPr>
          <w:i/>
          <w:lang w:val="sv-SE"/>
        </w:rPr>
        <w:t>löfte</w:t>
      </w:r>
      <w:r w:rsidRPr="000767E2">
        <w:rPr>
          <w:lang w:val="sv-SE"/>
        </w:rPr>
        <w:t xml:space="preserve"> har Gud nämligen uppfyllt för barnen, för oss när han lät Jesus uppstå, som det också är skrivet i den andra psalmen:{{field-off:bible}}</w:t>
      </w:r>
    </w:p>
    <w:p w14:paraId="1384421E" w14:textId="77777777" w:rsidR="00BA33AB" w:rsidRPr="000767E2" w:rsidRDefault="00000000">
      <w:pPr>
        <w:rPr>
          <w:lang w:val="sv-SE"/>
        </w:rPr>
      </w:pPr>
      <w:r w:rsidRPr="000767E2">
        <w:rPr>
          <w:lang w:val="sv-SE"/>
        </w:rPr>
        <w:t>{{field-on:bible}}Min Son är du, jag har idag fött dig.{{field-off:bible}}</w:t>
      </w:r>
    </w:p>
    <w:p w14:paraId="53E94121" w14:textId="175B65C6" w:rsidR="00BA33AB" w:rsidRPr="000767E2" w:rsidRDefault="00000000">
      <w:pPr>
        <w:rPr>
          <w:lang w:val="sv-SE"/>
        </w:rPr>
      </w:pPr>
      <w:r w:rsidRPr="000767E2">
        <w:rPr>
          <w:lang w:val="sv-SE"/>
        </w:rPr>
        <w:t>[[@</w:t>
      </w:r>
      <w:r w:rsidR="0096445B" w:rsidRPr="000767E2">
        <w:rPr>
          <w:lang w:val="sv-SE"/>
        </w:rPr>
        <w:t>BibleBIBEL82</w:t>
      </w:r>
      <w:r w:rsidRPr="000767E2">
        <w:rPr>
          <w:lang w:val="sv-SE"/>
        </w:rPr>
        <w:t>:Acts 13:34]]</w:t>
      </w:r>
      <w:r w:rsidRPr="000767E2">
        <w:rPr>
          <w:vertAlign w:val="superscript"/>
          <w:lang w:val="sv-SE"/>
        </w:rPr>
        <w:t>34</w:t>
      </w:r>
      <w:r w:rsidRPr="000767E2">
        <w:rPr>
          <w:lang w:val="sv-SE"/>
        </w:rPr>
        <w:t xml:space="preserve"> {{field-on:bible}}Och att han låtit honom uppstå från </w:t>
      </w:r>
      <w:r w:rsidRPr="000767E2">
        <w:rPr>
          <w:i/>
          <w:lang w:val="sv-SE"/>
        </w:rPr>
        <w:t>de</w:t>
      </w:r>
      <w:r w:rsidRPr="000767E2">
        <w:rPr>
          <w:lang w:val="sv-SE"/>
        </w:rPr>
        <w:t xml:space="preserve"> döda, </w:t>
      </w:r>
      <w:r w:rsidRPr="000767E2">
        <w:rPr>
          <w:i/>
          <w:lang w:val="sv-SE"/>
        </w:rPr>
        <w:t>så att</w:t>
      </w:r>
      <w:r w:rsidRPr="000767E2">
        <w:rPr>
          <w:lang w:val="sv-SE"/>
        </w:rPr>
        <w:t xml:space="preserve"> han aldrig mer kommer att återvända till förgängelsen, har han så sagt att: Jag ska ge er det gudliga från David, det trofasta.{{field-off:bible}} [[@</w:t>
      </w:r>
      <w:r w:rsidR="0096445B" w:rsidRPr="000767E2">
        <w:rPr>
          <w:lang w:val="sv-SE"/>
        </w:rPr>
        <w:t>BibleBIBEL82</w:t>
      </w:r>
      <w:r w:rsidRPr="000767E2">
        <w:rPr>
          <w:lang w:val="sv-SE"/>
        </w:rPr>
        <w:t>:Acts 13:35]]</w:t>
      </w:r>
      <w:r w:rsidRPr="000767E2">
        <w:rPr>
          <w:vertAlign w:val="superscript"/>
          <w:lang w:val="sv-SE"/>
        </w:rPr>
        <w:t>35</w:t>
      </w:r>
      <w:r w:rsidRPr="000767E2">
        <w:rPr>
          <w:lang w:val="sv-SE"/>
        </w:rPr>
        <w:t xml:space="preserve"> {{field-on:bible}}Därför säger han också på ett annat </w:t>
      </w:r>
      <w:r w:rsidRPr="000767E2">
        <w:rPr>
          <w:i/>
          <w:lang w:val="sv-SE"/>
        </w:rPr>
        <w:t>ställe</w:t>
      </w:r>
      <w:r w:rsidRPr="000767E2">
        <w:rPr>
          <w:lang w:val="sv-SE"/>
        </w:rPr>
        <w:t>: Du ska inte låta din Gudlige se förgängelsen.{{field-off:bible}} [[@</w:t>
      </w:r>
      <w:r w:rsidR="0096445B" w:rsidRPr="000767E2">
        <w:rPr>
          <w:lang w:val="sv-SE"/>
        </w:rPr>
        <w:t>BibleBIBEL82</w:t>
      </w:r>
      <w:r w:rsidRPr="000767E2">
        <w:rPr>
          <w:lang w:val="sv-SE"/>
        </w:rPr>
        <w:t>:Acts 13:36]]</w:t>
      </w:r>
      <w:r w:rsidRPr="000767E2">
        <w:rPr>
          <w:vertAlign w:val="superscript"/>
          <w:lang w:val="sv-SE"/>
        </w:rPr>
        <w:t>36</w:t>
      </w:r>
      <w:r w:rsidRPr="000767E2">
        <w:rPr>
          <w:lang w:val="sv-SE"/>
        </w:rPr>
        <w:t xml:space="preserve"> {{field-on:bible}}För David, när han i </w:t>
      </w:r>
      <w:r w:rsidRPr="000767E2">
        <w:rPr>
          <w:i/>
          <w:lang w:val="sv-SE"/>
        </w:rPr>
        <w:t>sitt</w:t>
      </w:r>
      <w:r w:rsidRPr="000767E2">
        <w:rPr>
          <w:lang w:val="sv-SE"/>
        </w:rPr>
        <w:t xml:space="preserve"> eget släkte hade undertjänat Guds plan, insomnade och lades till sina fäder och såg förgängelsen.{{field-off:bible}} [[@</w:t>
      </w:r>
      <w:r w:rsidR="0096445B" w:rsidRPr="000767E2">
        <w:rPr>
          <w:lang w:val="sv-SE"/>
        </w:rPr>
        <w:t>BibleBIBEL82</w:t>
      </w:r>
      <w:r w:rsidRPr="000767E2">
        <w:rPr>
          <w:lang w:val="sv-SE"/>
        </w:rPr>
        <w:t>:Acts 13:37]]</w:t>
      </w:r>
      <w:r w:rsidRPr="000767E2">
        <w:rPr>
          <w:vertAlign w:val="superscript"/>
          <w:lang w:val="sv-SE"/>
        </w:rPr>
        <w:t>37</w:t>
      </w:r>
      <w:r w:rsidRPr="000767E2">
        <w:rPr>
          <w:lang w:val="sv-SE"/>
        </w:rPr>
        <w:t xml:space="preserve"> {{field-on:bible}}Men den som Gud har uppväckt har inte sett förgängelsen.{{field-off:bible}}</w:t>
      </w:r>
    </w:p>
    <w:p w14:paraId="36746CB9" w14:textId="3867F1ED" w:rsidR="00BA33AB" w:rsidRPr="000767E2" w:rsidRDefault="00000000">
      <w:pPr>
        <w:rPr>
          <w:lang w:val="sv-SE"/>
        </w:rPr>
      </w:pPr>
      <w:r w:rsidRPr="000767E2">
        <w:rPr>
          <w:lang w:val="sv-SE"/>
        </w:rPr>
        <w:t>[[@</w:t>
      </w:r>
      <w:r w:rsidR="0096445B" w:rsidRPr="000767E2">
        <w:rPr>
          <w:lang w:val="sv-SE"/>
        </w:rPr>
        <w:t>BibleBIBEL82</w:t>
      </w:r>
      <w:r w:rsidRPr="000767E2">
        <w:rPr>
          <w:lang w:val="sv-SE"/>
        </w:rPr>
        <w:t>:Acts 13:38]]</w:t>
      </w:r>
      <w:r w:rsidRPr="000767E2">
        <w:rPr>
          <w:vertAlign w:val="superscript"/>
          <w:lang w:val="sv-SE"/>
        </w:rPr>
        <w:t>38</w:t>
      </w:r>
      <w:r w:rsidRPr="000767E2">
        <w:rPr>
          <w:lang w:val="sv-SE"/>
        </w:rPr>
        <w:t xml:space="preserve"> {{field-on:bible}}Det ska nu vara känt för er, män, bröder, att genom denne predikas för er synders förlåtelse. [Och] från allt som ni inte genom Mose lag har kunnat förklaras rättfärdiga från{{field-off:bible}} [[@</w:t>
      </w:r>
      <w:r w:rsidR="0096445B" w:rsidRPr="000767E2">
        <w:rPr>
          <w:lang w:val="sv-SE"/>
        </w:rPr>
        <w:t>BibleBIBEL82</w:t>
      </w:r>
      <w:r w:rsidRPr="000767E2">
        <w:rPr>
          <w:lang w:val="sv-SE"/>
        </w:rPr>
        <w:t>:Acts 13:39]]</w:t>
      </w:r>
      <w:r w:rsidRPr="000767E2">
        <w:rPr>
          <w:vertAlign w:val="superscript"/>
          <w:lang w:val="sv-SE"/>
        </w:rPr>
        <w:t>39</w:t>
      </w:r>
      <w:r w:rsidRPr="000767E2">
        <w:rPr>
          <w:lang w:val="sv-SE"/>
        </w:rPr>
        <w:t xml:space="preserve"> {{field-on:bible}}blir i denne var och en som tror förklarad rättfärdig.{{field-off:bible}} [[@</w:t>
      </w:r>
      <w:r w:rsidR="0096445B" w:rsidRPr="000767E2">
        <w:rPr>
          <w:lang w:val="sv-SE"/>
        </w:rPr>
        <w:t>BibleBIBEL82</w:t>
      </w:r>
      <w:r w:rsidRPr="000767E2">
        <w:rPr>
          <w:lang w:val="sv-SE"/>
        </w:rPr>
        <w:t>:Acts 13:40]]</w:t>
      </w:r>
      <w:r w:rsidRPr="000767E2">
        <w:rPr>
          <w:vertAlign w:val="superscript"/>
          <w:lang w:val="sv-SE"/>
        </w:rPr>
        <w:t>40</w:t>
      </w:r>
      <w:r w:rsidRPr="000767E2">
        <w:rPr>
          <w:lang w:val="sv-SE"/>
        </w:rPr>
        <w:t xml:space="preserve"> {{field-on:bible}}Se nu till att det inte kommer över </w:t>
      </w:r>
      <w:r w:rsidRPr="000767E2">
        <w:rPr>
          <w:i/>
          <w:lang w:val="sv-SE"/>
        </w:rPr>
        <w:t>er</w:t>
      </w:r>
      <w:r w:rsidRPr="000767E2">
        <w:rPr>
          <w:lang w:val="sv-SE"/>
        </w:rPr>
        <w:t xml:space="preserve"> som är sagt hos profeterna:{{field-off:bible}}</w:t>
      </w:r>
    </w:p>
    <w:p w14:paraId="2B7BD7F7" w14:textId="7D36E095" w:rsidR="00BA33AB" w:rsidRPr="000767E2" w:rsidRDefault="00000000">
      <w:pPr>
        <w:rPr>
          <w:lang w:val="sv-SE"/>
        </w:rPr>
      </w:pPr>
      <w:r w:rsidRPr="000767E2">
        <w:rPr>
          <w:lang w:val="sv-SE"/>
        </w:rPr>
        <w:t>[[@</w:t>
      </w:r>
      <w:r w:rsidR="0096445B" w:rsidRPr="000767E2">
        <w:rPr>
          <w:lang w:val="sv-SE"/>
        </w:rPr>
        <w:t>BibleBIBEL82</w:t>
      </w:r>
      <w:r w:rsidRPr="000767E2">
        <w:rPr>
          <w:lang w:val="sv-SE"/>
        </w:rPr>
        <w:t>:Acts 13:41]]</w:t>
      </w:r>
      <w:r w:rsidRPr="000767E2">
        <w:rPr>
          <w:vertAlign w:val="superscript"/>
          <w:lang w:val="sv-SE"/>
        </w:rPr>
        <w:t>41</w:t>
      </w:r>
      <w:r w:rsidRPr="000767E2">
        <w:rPr>
          <w:lang w:val="sv-SE"/>
        </w:rPr>
        <w:t xml:space="preserve"> {{field-on:bible}}Se, </w:t>
      </w:r>
      <w:r w:rsidRPr="000767E2">
        <w:rPr>
          <w:i/>
          <w:lang w:val="sv-SE"/>
        </w:rPr>
        <w:t>ni</w:t>
      </w:r>
      <w:r w:rsidRPr="000767E2">
        <w:rPr>
          <w:lang w:val="sv-SE"/>
        </w:rPr>
        <w:t xml:space="preserve"> ringaktare, och förundras och försvinn.</w:t>
      </w:r>
      <w:r w:rsidRPr="000767E2">
        <w:rPr>
          <w:lang w:val="sv-SE"/>
        </w:rPr>
        <w:br/>
        <w:t>För en gärning utför jag i era dagar,</w:t>
      </w:r>
      <w:r w:rsidRPr="000767E2">
        <w:rPr>
          <w:lang w:val="sv-SE"/>
        </w:rPr>
        <w:br/>
        <w:t>en gärning som ni aldrig kommer att tro</w:t>
      </w:r>
      <w:r w:rsidRPr="000767E2">
        <w:rPr>
          <w:lang w:val="sv-SE"/>
        </w:rPr>
        <w:br/>
        <w:t xml:space="preserve">om någon skildrar </w:t>
      </w:r>
      <w:r w:rsidRPr="000767E2">
        <w:rPr>
          <w:i/>
          <w:lang w:val="sv-SE"/>
        </w:rPr>
        <w:t>den</w:t>
      </w:r>
      <w:r w:rsidRPr="000767E2">
        <w:rPr>
          <w:lang w:val="sv-SE"/>
        </w:rPr>
        <w:t xml:space="preserve"> för er.”{{field-off:bible}}</w:t>
      </w:r>
    </w:p>
    <w:p w14:paraId="4918E1A4" w14:textId="6D6036CC"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13:42]]</w:t>
      </w:r>
      <w:r w:rsidRPr="000767E2">
        <w:rPr>
          <w:vertAlign w:val="superscript"/>
          <w:lang w:val="sv-SE"/>
        </w:rPr>
        <w:t>42</w:t>
      </w:r>
      <w:r w:rsidRPr="000767E2">
        <w:rPr>
          <w:lang w:val="sv-SE"/>
        </w:rPr>
        <w:t xml:space="preserve"> {{field-on:bible}}Och när de gick iväg, uppmanade man till den följande sabbaten att det </w:t>
      </w:r>
      <w:r w:rsidRPr="000767E2">
        <w:rPr>
          <w:i/>
          <w:lang w:val="sv-SE"/>
        </w:rPr>
        <w:t>skulle</w:t>
      </w:r>
      <w:r w:rsidRPr="000767E2">
        <w:rPr>
          <w:lang w:val="sv-SE"/>
        </w:rPr>
        <w:t xml:space="preserve"> talas till dem dessa ord.{{field-off:bible}} [[@</w:t>
      </w:r>
      <w:r w:rsidR="0096445B" w:rsidRPr="000767E2">
        <w:rPr>
          <w:lang w:val="sv-SE"/>
        </w:rPr>
        <w:t>BibleBIBEL82</w:t>
      </w:r>
      <w:r w:rsidRPr="000767E2">
        <w:rPr>
          <w:lang w:val="sv-SE"/>
        </w:rPr>
        <w:t>:Acts 13:43]]</w:t>
      </w:r>
      <w:r w:rsidRPr="000767E2">
        <w:rPr>
          <w:vertAlign w:val="superscript"/>
          <w:lang w:val="sv-SE"/>
        </w:rPr>
        <w:t>43</w:t>
      </w:r>
      <w:r w:rsidRPr="000767E2">
        <w:rPr>
          <w:lang w:val="sv-SE"/>
        </w:rPr>
        <w:t xml:space="preserve"> {{field-on:bible}}Och när synagogan upplöstes, följde många av judarna och de vördande proselyterna Paulus och Barnabas, som talade till dem och </w:t>
      </w:r>
      <w:r w:rsidRPr="000767E2">
        <w:rPr>
          <w:i/>
          <w:lang w:val="sv-SE"/>
        </w:rPr>
        <w:t>började</w:t>
      </w:r>
      <w:r w:rsidRPr="000767E2">
        <w:rPr>
          <w:lang w:val="sv-SE"/>
        </w:rPr>
        <w:t xml:space="preserve"> övertyga dem att vara kvar vid Guds nåd.{{field-off:bible}}</w:t>
      </w:r>
    </w:p>
    <w:p w14:paraId="5A953249" w14:textId="25DD8728" w:rsidR="00BA33AB" w:rsidRPr="000767E2" w:rsidRDefault="00000000">
      <w:pPr>
        <w:rPr>
          <w:lang w:val="sv-SE"/>
        </w:rPr>
      </w:pPr>
      <w:r w:rsidRPr="000767E2">
        <w:rPr>
          <w:lang w:val="sv-SE"/>
        </w:rPr>
        <w:t>[[@</w:t>
      </w:r>
      <w:r w:rsidR="0096445B" w:rsidRPr="000767E2">
        <w:rPr>
          <w:lang w:val="sv-SE"/>
        </w:rPr>
        <w:t>BibleBIBEL82</w:t>
      </w:r>
      <w:r w:rsidRPr="000767E2">
        <w:rPr>
          <w:lang w:val="sv-SE"/>
        </w:rPr>
        <w:t>:Acts 13:44]]</w:t>
      </w:r>
      <w:r w:rsidRPr="000767E2">
        <w:rPr>
          <w:vertAlign w:val="superscript"/>
          <w:lang w:val="sv-SE"/>
        </w:rPr>
        <w:t>44</w:t>
      </w:r>
      <w:r w:rsidRPr="000767E2">
        <w:rPr>
          <w:lang w:val="sv-SE"/>
        </w:rPr>
        <w:t xml:space="preserve"> {{field-on:bible}}Den kommande sabbaten samlades nästan hela staden </w:t>
      </w:r>
      <w:r w:rsidRPr="000767E2">
        <w:rPr>
          <w:i/>
          <w:lang w:val="sv-SE"/>
        </w:rPr>
        <w:t>för</w:t>
      </w:r>
      <w:r w:rsidRPr="000767E2">
        <w:rPr>
          <w:lang w:val="sv-SE"/>
        </w:rPr>
        <w:t xml:space="preserve"> att höra Herrens ord.{{field-off:bible}} [[@</w:t>
      </w:r>
      <w:r w:rsidR="0096445B" w:rsidRPr="000767E2">
        <w:rPr>
          <w:lang w:val="sv-SE"/>
        </w:rPr>
        <w:t>BibleBIBEL82</w:t>
      </w:r>
      <w:r w:rsidRPr="000767E2">
        <w:rPr>
          <w:lang w:val="sv-SE"/>
        </w:rPr>
        <w:t>:Acts 13:45]]</w:t>
      </w:r>
      <w:r w:rsidRPr="000767E2">
        <w:rPr>
          <w:vertAlign w:val="superscript"/>
          <w:lang w:val="sv-SE"/>
        </w:rPr>
        <w:t>45</w:t>
      </w:r>
      <w:r w:rsidRPr="000767E2">
        <w:rPr>
          <w:lang w:val="sv-SE"/>
        </w:rPr>
        <w:t xml:space="preserve"> {{field-on:bible}}Men när judarna såg skarorna, fylldes de av avundsamhet och </w:t>
      </w:r>
      <w:r w:rsidRPr="000767E2">
        <w:rPr>
          <w:i/>
          <w:lang w:val="sv-SE"/>
        </w:rPr>
        <w:t>började</w:t>
      </w:r>
      <w:r w:rsidRPr="000767E2">
        <w:rPr>
          <w:lang w:val="sv-SE"/>
        </w:rPr>
        <w:t xml:space="preserve"> säga emot det som talades av Paulus och smädade.{{field-off:bible}}</w:t>
      </w:r>
    </w:p>
    <w:p w14:paraId="28B6EEF7" w14:textId="13FD9103" w:rsidR="00BA33AB" w:rsidRPr="000767E2" w:rsidRDefault="00000000">
      <w:pPr>
        <w:rPr>
          <w:lang w:val="sv-SE"/>
        </w:rPr>
      </w:pPr>
      <w:r w:rsidRPr="000767E2">
        <w:rPr>
          <w:lang w:val="sv-SE"/>
        </w:rPr>
        <w:t>[[@</w:t>
      </w:r>
      <w:r w:rsidR="0096445B" w:rsidRPr="000767E2">
        <w:rPr>
          <w:lang w:val="sv-SE"/>
        </w:rPr>
        <w:t>BibleBIBEL82</w:t>
      </w:r>
      <w:r w:rsidRPr="000767E2">
        <w:rPr>
          <w:lang w:val="sv-SE"/>
        </w:rPr>
        <w:t>:Acts 13:46]]</w:t>
      </w:r>
      <w:r w:rsidRPr="000767E2">
        <w:rPr>
          <w:vertAlign w:val="superscript"/>
          <w:lang w:val="sv-SE"/>
        </w:rPr>
        <w:t>46</w:t>
      </w:r>
      <w:r w:rsidRPr="000767E2">
        <w:rPr>
          <w:lang w:val="sv-SE"/>
        </w:rPr>
        <w:t xml:space="preserve"> {{field-on:bible}}Och frimodiga sade Paulus och Barnabas: ”Till er var det nödvändigt att först tala Guds ord. Då ni nu stöter det ifrån er och inte bedömer er själva värdiga det eoniska livet, se: vi vänder oss till folkslagen.{{field-off:bible}} [[@</w:t>
      </w:r>
      <w:r w:rsidR="0096445B" w:rsidRPr="000767E2">
        <w:rPr>
          <w:lang w:val="sv-SE"/>
        </w:rPr>
        <w:t>BibleBIBEL82</w:t>
      </w:r>
      <w:r w:rsidRPr="000767E2">
        <w:rPr>
          <w:lang w:val="sv-SE"/>
        </w:rPr>
        <w:t>:Acts 13:47]]</w:t>
      </w:r>
      <w:r w:rsidRPr="000767E2">
        <w:rPr>
          <w:vertAlign w:val="superscript"/>
          <w:lang w:val="sv-SE"/>
        </w:rPr>
        <w:t>47</w:t>
      </w:r>
      <w:r w:rsidRPr="000767E2">
        <w:rPr>
          <w:lang w:val="sv-SE"/>
        </w:rPr>
        <w:t xml:space="preserve"> {{field-on:bible}}För så påbjöd oss Herren:{{field-off:bible}}</w:t>
      </w:r>
    </w:p>
    <w:p w14:paraId="0CFA4869" w14:textId="77777777" w:rsidR="00BA33AB" w:rsidRPr="000767E2" w:rsidRDefault="00000000">
      <w:pPr>
        <w:rPr>
          <w:lang w:val="sv-SE"/>
        </w:rPr>
      </w:pPr>
      <w:r w:rsidRPr="000767E2">
        <w:rPr>
          <w:lang w:val="sv-SE"/>
        </w:rPr>
        <w:t>{{field-on:bible}}Jag har satt dig till ett ljus för folkslagen,</w:t>
      </w:r>
      <w:r w:rsidRPr="000767E2">
        <w:rPr>
          <w:lang w:val="sv-SE"/>
        </w:rPr>
        <w:br/>
        <w:t xml:space="preserve">för att du ska vara till frälsning ända till </w:t>
      </w:r>
      <w:r w:rsidRPr="000767E2">
        <w:rPr>
          <w:i/>
          <w:lang w:val="sv-SE"/>
        </w:rPr>
        <w:t>det</w:t>
      </w:r>
      <w:r w:rsidRPr="000767E2">
        <w:rPr>
          <w:lang w:val="sv-SE"/>
        </w:rPr>
        <w:t xml:space="preserve"> sista av jorden.”{{field-off:bible}}</w:t>
      </w:r>
    </w:p>
    <w:p w14:paraId="78B88CFA" w14:textId="76F0C095" w:rsidR="00BA33AB" w:rsidRPr="000767E2" w:rsidRDefault="00000000">
      <w:pPr>
        <w:rPr>
          <w:lang w:val="sv-SE"/>
        </w:rPr>
      </w:pPr>
      <w:r w:rsidRPr="000767E2">
        <w:rPr>
          <w:lang w:val="sv-SE"/>
        </w:rPr>
        <w:t>[[@</w:t>
      </w:r>
      <w:r w:rsidR="0096445B" w:rsidRPr="000767E2">
        <w:rPr>
          <w:lang w:val="sv-SE"/>
        </w:rPr>
        <w:t>BibleBIBEL82</w:t>
      </w:r>
      <w:r w:rsidRPr="000767E2">
        <w:rPr>
          <w:lang w:val="sv-SE"/>
        </w:rPr>
        <w:t>:Acts 13:48]]</w:t>
      </w:r>
      <w:r w:rsidRPr="000767E2">
        <w:rPr>
          <w:vertAlign w:val="superscript"/>
          <w:lang w:val="sv-SE"/>
        </w:rPr>
        <w:t>48</w:t>
      </w:r>
      <w:r w:rsidRPr="000767E2">
        <w:rPr>
          <w:lang w:val="sv-SE"/>
        </w:rPr>
        <w:t xml:space="preserve"> {{field-on:bible}}Och när folkslagen hörde </w:t>
      </w:r>
      <w:r w:rsidRPr="000767E2">
        <w:rPr>
          <w:i/>
          <w:lang w:val="sv-SE"/>
        </w:rPr>
        <w:t>det</w:t>
      </w:r>
      <w:r w:rsidRPr="000767E2">
        <w:rPr>
          <w:lang w:val="sv-SE"/>
        </w:rPr>
        <w:t xml:space="preserve">, gladde de sig och ärade Herrens ord och kom till tro, </w:t>
      </w:r>
      <w:r w:rsidRPr="000767E2">
        <w:rPr>
          <w:i/>
          <w:lang w:val="sv-SE"/>
        </w:rPr>
        <w:t>alla</w:t>
      </w:r>
      <w:r w:rsidRPr="000767E2">
        <w:rPr>
          <w:lang w:val="sv-SE"/>
        </w:rPr>
        <w:t xml:space="preserve"> som var inordnade till eoniskt liv.{{field-off:bible}} [[@</w:t>
      </w:r>
      <w:r w:rsidR="0096445B" w:rsidRPr="000767E2">
        <w:rPr>
          <w:lang w:val="sv-SE"/>
        </w:rPr>
        <w:t>BibleBIBEL82</w:t>
      </w:r>
      <w:r w:rsidRPr="000767E2">
        <w:rPr>
          <w:lang w:val="sv-SE"/>
        </w:rPr>
        <w:t>:Acts 13:49]]</w:t>
      </w:r>
      <w:r w:rsidRPr="000767E2">
        <w:rPr>
          <w:vertAlign w:val="superscript"/>
          <w:lang w:val="sv-SE"/>
        </w:rPr>
        <w:t>49</w:t>
      </w:r>
      <w:r w:rsidRPr="000767E2">
        <w:rPr>
          <w:lang w:val="sv-SE"/>
        </w:rPr>
        <w:t xml:space="preserve"> {{field-on:bible}}Och Herrens ord bars genom hela trakten.{{field-off:bible}}</w:t>
      </w:r>
    </w:p>
    <w:p w14:paraId="5B0552CC" w14:textId="0C47ABDB" w:rsidR="00BA33AB" w:rsidRPr="000767E2" w:rsidRDefault="00000000">
      <w:pPr>
        <w:rPr>
          <w:lang w:val="sv-SE"/>
        </w:rPr>
      </w:pPr>
      <w:r w:rsidRPr="000767E2">
        <w:rPr>
          <w:lang w:val="sv-SE"/>
        </w:rPr>
        <w:t>[[@</w:t>
      </w:r>
      <w:r w:rsidR="0096445B" w:rsidRPr="000767E2">
        <w:rPr>
          <w:lang w:val="sv-SE"/>
        </w:rPr>
        <w:t>BibleBIBEL82</w:t>
      </w:r>
      <w:r w:rsidRPr="000767E2">
        <w:rPr>
          <w:lang w:val="sv-SE"/>
        </w:rPr>
        <w:t>:Acts 13:50]]</w:t>
      </w:r>
      <w:r w:rsidRPr="000767E2">
        <w:rPr>
          <w:vertAlign w:val="superscript"/>
          <w:lang w:val="sv-SE"/>
        </w:rPr>
        <w:t>50</w:t>
      </w:r>
      <w:r w:rsidRPr="000767E2">
        <w:rPr>
          <w:lang w:val="sv-SE"/>
        </w:rPr>
        <w:t xml:space="preserve"> {{field-on:bible}}Men judarna viglade upp de vördande anständiga kvinnorna och de främsta i staden, och de hetsade upp en förföljelse mot Paulus och Barnabas och drev ut dem från sitt område.{{field-off:bible}} [[@</w:t>
      </w:r>
      <w:r w:rsidR="0096445B" w:rsidRPr="000767E2">
        <w:rPr>
          <w:lang w:val="sv-SE"/>
        </w:rPr>
        <w:t>BibleBIBEL82</w:t>
      </w:r>
      <w:r w:rsidRPr="000767E2">
        <w:rPr>
          <w:lang w:val="sv-SE"/>
        </w:rPr>
        <w:t>:Acts 13:51]]</w:t>
      </w:r>
      <w:r w:rsidRPr="000767E2">
        <w:rPr>
          <w:vertAlign w:val="superscript"/>
          <w:lang w:val="sv-SE"/>
        </w:rPr>
        <w:t>51</w:t>
      </w:r>
      <w:r w:rsidRPr="000767E2">
        <w:rPr>
          <w:lang w:val="sv-SE"/>
        </w:rPr>
        <w:t xml:space="preserve"> {{field-on:bible}}Men de skakade ut dammet från fötterna mot dem och gick till Ikonion.{{field-off:bible}} [[@</w:t>
      </w:r>
      <w:r w:rsidR="0096445B" w:rsidRPr="000767E2">
        <w:rPr>
          <w:lang w:val="sv-SE"/>
        </w:rPr>
        <w:t>BibleBIBEL82</w:t>
      </w:r>
      <w:r w:rsidRPr="000767E2">
        <w:rPr>
          <w:lang w:val="sv-SE"/>
        </w:rPr>
        <w:t>:Acts 13:52]]</w:t>
      </w:r>
      <w:r w:rsidRPr="000767E2">
        <w:rPr>
          <w:vertAlign w:val="superscript"/>
          <w:lang w:val="sv-SE"/>
        </w:rPr>
        <w:t>52</w:t>
      </w:r>
      <w:r w:rsidRPr="000767E2">
        <w:rPr>
          <w:lang w:val="sv-SE"/>
        </w:rPr>
        <w:t xml:space="preserve"> {{field-on:bible}}Och lärjungarna uppfylldes av glädje och helig Ande.{{field-off:bible}}</w:t>
      </w:r>
    </w:p>
    <w:p w14:paraId="76463F3D" w14:textId="60F346C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14]]Kapitel 14</w:t>
      </w:r>
    </w:p>
    <w:p w14:paraId="7FF4ECE9" w14:textId="77777777" w:rsidR="00BA33AB" w:rsidRPr="000767E2" w:rsidRDefault="00000000">
      <w:pPr>
        <w:pStyle w:val="Rubrik3"/>
        <w:rPr>
          <w:lang w:val="sv-SE"/>
        </w:rPr>
      </w:pPr>
      <w:r w:rsidRPr="000767E2">
        <w:rPr>
          <w:lang w:val="sv-SE"/>
        </w:rPr>
        <w:t>I Ikonion</w:t>
      </w:r>
    </w:p>
    <w:p w14:paraId="72319A42" w14:textId="125409F8" w:rsidR="00BA33AB" w:rsidRPr="000767E2" w:rsidRDefault="00000000">
      <w:pPr>
        <w:rPr>
          <w:lang w:val="sv-SE"/>
        </w:rPr>
      </w:pPr>
      <w:r w:rsidRPr="000767E2">
        <w:rPr>
          <w:lang w:val="sv-SE"/>
        </w:rPr>
        <w:t>[[@</w:t>
      </w:r>
      <w:r w:rsidR="0096445B" w:rsidRPr="000767E2">
        <w:rPr>
          <w:lang w:val="sv-SE"/>
        </w:rPr>
        <w:t>BibleBIBEL82</w:t>
      </w:r>
      <w:r w:rsidRPr="000767E2">
        <w:rPr>
          <w:lang w:val="sv-SE"/>
        </w:rPr>
        <w:t>:Acts 14:1]]</w:t>
      </w:r>
      <w:r w:rsidRPr="000767E2">
        <w:rPr>
          <w:vertAlign w:val="superscript"/>
          <w:lang w:val="sv-SE"/>
        </w:rPr>
        <w:t>1</w:t>
      </w:r>
      <w:r w:rsidRPr="000767E2">
        <w:rPr>
          <w:lang w:val="sv-SE"/>
        </w:rPr>
        <w:t xml:space="preserve"> {{field-on:bible}}Och det hände i Ikonion på samma </w:t>
      </w:r>
      <w:r w:rsidRPr="000767E2">
        <w:rPr>
          <w:i/>
          <w:lang w:val="sv-SE"/>
        </w:rPr>
        <w:t>sätt</w:t>
      </w:r>
      <w:r w:rsidRPr="000767E2">
        <w:rPr>
          <w:lang w:val="sv-SE"/>
        </w:rPr>
        <w:t xml:space="preserve">, att de gick till judarnas synagoga och talade så att </w:t>
      </w:r>
      <w:r w:rsidRPr="000767E2">
        <w:rPr>
          <w:i/>
          <w:lang w:val="sv-SE"/>
        </w:rPr>
        <w:t>det</w:t>
      </w:r>
      <w:r w:rsidRPr="000767E2">
        <w:rPr>
          <w:lang w:val="sv-SE"/>
        </w:rPr>
        <w:t xml:space="preserve"> av både judar och greker kom till tro en stor mängd.{{field-off:bible}} [[@</w:t>
      </w:r>
      <w:r w:rsidR="0096445B" w:rsidRPr="000767E2">
        <w:rPr>
          <w:lang w:val="sv-SE"/>
        </w:rPr>
        <w:t>BibleBIBEL82</w:t>
      </w:r>
      <w:r w:rsidRPr="000767E2">
        <w:rPr>
          <w:lang w:val="sv-SE"/>
        </w:rPr>
        <w:t>:Acts 14:2]]</w:t>
      </w:r>
      <w:r w:rsidRPr="000767E2">
        <w:rPr>
          <w:vertAlign w:val="superscript"/>
          <w:lang w:val="sv-SE"/>
        </w:rPr>
        <w:t>2</w:t>
      </w:r>
      <w:r w:rsidRPr="000767E2">
        <w:rPr>
          <w:lang w:val="sv-SE"/>
        </w:rPr>
        <w:t xml:space="preserve"> {{field-on:bible}}Men de judar </w:t>
      </w:r>
      <w:r w:rsidRPr="000767E2">
        <w:rPr>
          <w:i/>
          <w:lang w:val="sv-SE"/>
        </w:rPr>
        <w:t>som var</w:t>
      </w:r>
      <w:r w:rsidRPr="000767E2">
        <w:rPr>
          <w:lang w:val="sv-SE"/>
        </w:rPr>
        <w:t xml:space="preserve"> ohörsamma hetsade upp och gjorde illa </w:t>
      </w:r>
      <w:r w:rsidRPr="000767E2">
        <w:rPr>
          <w:i/>
          <w:lang w:val="sv-SE"/>
        </w:rPr>
        <w:t>i</w:t>
      </w:r>
      <w:r w:rsidRPr="000767E2">
        <w:rPr>
          <w:lang w:val="sv-SE"/>
        </w:rPr>
        <w:t xml:space="preserve"> folkslagens själar mot syskonen.{{field-off:bible}} [[@</w:t>
      </w:r>
      <w:r w:rsidR="0096445B" w:rsidRPr="000767E2">
        <w:rPr>
          <w:lang w:val="sv-SE"/>
        </w:rPr>
        <w:t>BibleBIBEL82</w:t>
      </w:r>
      <w:r w:rsidRPr="000767E2">
        <w:rPr>
          <w:lang w:val="sv-SE"/>
        </w:rPr>
        <w:t>:Acts 14:3]]</w:t>
      </w:r>
      <w:r w:rsidRPr="000767E2">
        <w:rPr>
          <w:vertAlign w:val="superscript"/>
          <w:lang w:val="sv-SE"/>
        </w:rPr>
        <w:t>3</w:t>
      </w:r>
      <w:r w:rsidRPr="000767E2">
        <w:rPr>
          <w:lang w:val="sv-SE"/>
        </w:rPr>
        <w:t xml:space="preserve"> {{field-on:bible}}En avsevärd tid stannade de nu och var frimodiga för Herren, som vittnade om sin nåds ord </w:t>
      </w:r>
      <w:r w:rsidRPr="000767E2">
        <w:rPr>
          <w:i/>
          <w:lang w:val="sv-SE"/>
        </w:rPr>
        <w:t>genom att</w:t>
      </w:r>
      <w:r w:rsidRPr="000767E2">
        <w:rPr>
          <w:lang w:val="sv-SE"/>
        </w:rPr>
        <w:t xml:space="preserve"> låta tecken och under ske genom deras händer.{{field-off:bible}}</w:t>
      </w:r>
    </w:p>
    <w:p w14:paraId="73F7BA4D" w14:textId="01B51DB4" w:rsidR="00BA33AB" w:rsidRPr="000767E2" w:rsidRDefault="00000000">
      <w:pPr>
        <w:rPr>
          <w:lang w:val="sv-SE"/>
        </w:rPr>
      </w:pPr>
      <w:r w:rsidRPr="000767E2">
        <w:rPr>
          <w:lang w:val="sv-SE"/>
        </w:rPr>
        <w:t>[[@</w:t>
      </w:r>
      <w:r w:rsidR="0096445B" w:rsidRPr="000767E2">
        <w:rPr>
          <w:lang w:val="sv-SE"/>
        </w:rPr>
        <w:t>BibleBIBEL82</w:t>
      </w:r>
      <w:r w:rsidRPr="000767E2">
        <w:rPr>
          <w:lang w:val="sv-SE"/>
        </w:rPr>
        <w:t>:Acts 14:4]]</w:t>
      </w:r>
      <w:r w:rsidRPr="000767E2">
        <w:rPr>
          <w:vertAlign w:val="superscript"/>
          <w:lang w:val="sv-SE"/>
        </w:rPr>
        <w:t>4</w:t>
      </w:r>
      <w:r w:rsidRPr="000767E2">
        <w:rPr>
          <w:lang w:val="sv-SE"/>
        </w:rPr>
        <w:t xml:space="preserve"> {{field-on:bible}}Men mängden i staden splittrades, och några var med judarna och andra med apostlarna.{{field-off:bible}} [[@</w:t>
      </w:r>
      <w:r w:rsidR="0096445B" w:rsidRPr="000767E2">
        <w:rPr>
          <w:lang w:val="sv-SE"/>
        </w:rPr>
        <w:t>BibleBIBEL82</w:t>
      </w:r>
      <w:r w:rsidRPr="000767E2">
        <w:rPr>
          <w:lang w:val="sv-SE"/>
        </w:rPr>
        <w:t>:Acts 14:5]]</w:t>
      </w:r>
      <w:r w:rsidRPr="000767E2">
        <w:rPr>
          <w:vertAlign w:val="superscript"/>
          <w:lang w:val="sv-SE"/>
        </w:rPr>
        <w:t>5</w:t>
      </w:r>
      <w:r w:rsidRPr="000767E2">
        <w:rPr>
          <w:lang w:val="sv-SE"/>
        </w:rPr>
        <w:t xml:space="preserve"> {{field-on:bible}}Och när det kom en impuls hos både folkslagen och judarna med deras ledare att skymfa och stena dem,{{field-off:bible}} [[@</w:t>
      </w:r>
      <w:r w:rsidR="0096445B" w:rsidRPr="000767E2">
        <w:rPr>
          <w:lang w:val="sv-SE"/>
        </w:rPr>
        <w:t>BibleBIBEL82</w:t>
      </w:r>
      <w:r w:rsidRPr="000767E2">
        <w:rPr>
          <w:lang w:val="sv-SE"/>
        </w:rPr>
        <w:t>:Acts 14:6]]</w:t>
      </w:r>
      <w:r w:rsidRPr="000767E2">
        <w:rPr>
          <w:vertAlign w:val="superscript"/>
          <w:lang w:val="sv-SE"/>
        </w:rPr>
        <w:t>6</w:t>
      </w:r>
      <w:r w:rsidRPr="000767E2">
        <w:rPr>
          <w:lang w:val="sv-SE"/>
        </w:rPr>
        <w:t xml:space="preserve"> {{field-</w:t>
      </w:r>
      <w:r w:rsidRPr="000767E2">
        <w:rPr>
          <w:lang w:val="sv-SE"/>
        </w:rPr>
        <w:lastRenderedPageBreak/>
        <w:t>on:bible}}insåg de och tog sin tillflykt till Lykaoniens städer Lystra och Derbe och trakten däromkring.{{field-off:bible}} [[@</w:t>
      </w:r>
      <w:r w:rsidR="0096445B" w:rsidRPr="000767E2">
        <w:rPr>
          <w:lang w:val="sv-SE"/>
        </w:rPr>
        <w:t>BibleBIBEL82</w:t>
      </w:r>
      <w:r w:rsidRPr="000767E2">
        <w:rPr>
          <w:lang w:val="sv-SE"/>
        </w:rPr>
        <w:t>:Acts 14:7]]</w:t>
      </w:r>
      <w:r w:rsidRPr="000767E2">
        <w:rPr>
          <w:vertAlign w:val="superscript"/>
          <w:lang w:val="sv-SE"/>
        </w:rPr>
        <w:t>7</w:t>
      </w:r>
      <w:r w:rsidRPr="000767E2">
        <w:rPr>
          <w:lang w:val="sv-SE"/>
        </w:rPr>
        <w:t xml:space="preserve"> {{field-on:bible}}Och där var de och evangeliserade.{{field-off:bible}}</w:t>
      </w:r>
    </w:p>
    <w:p w14:paraId="01B32492" w14:textId="77777777" w:rsidR="00BA33AB" w:rsidRPr="000767E2" w:rsidRDefault="00000000">
      <w:pPr>
        <w:pStyle w:val="Rubrik3"/>
        <w:rPr>
          <w:lang w:val="sv-SE"/>
        </w:rPr>
      </w:pPr>
      <w:r w:rsidRPr="000767E2">
        <w:rPr>
          <w:lang w:val="sv-SE"/>
        </w:rPr>
        <w:t>I Lystra</w:t>
      </w:r>
    </w:p>
    <w:p w14:paraId="508EAD9C" w14:textId="03F78A48" w:rsidR="00BA33AB" w:rsidRPr="000767E2" w:rsidRDefault="00000000">
      <w:pPr>
        <w:rPr>
          <w:lang w:val="sv-SE"/>
        </w:rPr>
      </w:pPr>
      <w:r w:rsidRPr="000767E2">
        <w:rPr>
          <w:lang w:val="sv-SE"/>
        </w:rPr>
        <w:t>[[@</w:t>
      </w:r>
      <w:r w:rsidR="0096445B" w:rsidRPr="000767E2">
        <w:rPr>
          <w:lang w:val="sv-SE"/>
        </w:rPr>
        <w:t>BibleBIBEL82</w:t>
      </w:r>
      <w:r w:rsidRPr="000767E2">
        <w:rPr>
          <w:lang w:val="sv-SE"/>
        </w:rPr>
        <w:t>:Acts 14:8]]</w:t>
      </w:r>
      <w:r w:rsidRPr="000767E2">
        <w:rPr>
          <w:vertAlign w:val="superscript"/>
          <w:lang w:val="sv-SE"/>
        </w:rPr>
        <w:t>8</w:t>
      </w:r>
      <w:r w:rsidRPr="000767E2">
        <w:rPr>
          <w:lang w:val="sv-SE"/>
        </w:rPr>
        <w:t xml:space="preserve"> {{field-on:bible}}Och en man i Lystra satt maktlös i fötterna, lam från sin mors moderliv. Han hade aldrig vandrat.{{field-off:bible}} [[@</w:t>
      </w:r>
      <w:r w:rsidR="0096445B" w:rsidRPr="000767E2">
        <w:rPr>
          <w:lang w:val="sv-SE"/>
        </w:rPr>
        <w:t>BibleBIBEL82</w:t>
      </w:r>
      <w:r w:rsidRPr="000767E2">
        <w:rPr>
          <w:lang w:val="sv-SE"/>
        </w:rPr>
        <w:t>:Acts 14:9]]</w:t>
      </w:r>
      <w:r w:rsidRPr="000767E2">
        <w:rPr>
          <w:vertAlign w:val="superscript"/>
          <w:lang w:val="sv-SE"/>
        </w:rPr>
        <w:t>9</w:t>
      </w:r>
      <w:r w:rsidRPr="000767E2">
        <w:rPr>
          <w:lang w:val="sv-SE"/>
        </w:rPr>
        <w:t xml:space="preserve"> {{field-on:bible}}Denne lyssnade när Paulus talade. Han blickade på honom och såg att han har tro för att bli frälst,{{field-off:bible}} [[@</w:t>
      </w:r>
      <w:r w:rsidR="0096445B" w:rsidRPr="000767E2">
        <w:rPr>
          <w:lang w:val="sv-SE"/>
        </w:rPr>
        <w:t>BibleBIBEL82</w:t>
      </w:r>
      <w:r w:rsidRPr="000767E2">
        <w:rPr>
          <w:lang w:val="sv-SE"/>
        </w:rPr>
        <w:t>:Acts 14:10]]</w:t>
      </w:r>
      <w:r w:rsidRPr="000767E2">
        <w:rPr>
          <w:vertAlign w:val="superscript"/>
          <w:lang w:val="sv-SE"/>
        </w:rPr>
        <w:t>10</w:t>
      </w:r>
      <w:r w:rsidRPr="000767E2">
        <w:rPr>
          <w:lang w:val="sv-SE"/>
        </w:rPr>
        <w:t xml:space="preserve"> {{field-on:bible}}och sade med rösten väldig: ”Stå upp på dina fötter rak!” Och han spratt upp och </w:t>
      </w:r>
      <w:r w:rsidRPr="000767E2">
        <w:rPr>
          <w:i/>
          <w:lang w:val="sv-SE"/>
        </w:rPr>
        <w:t>började</w:t>
      </w:r>
      <w:r w:rsidRPr="000767E2">
        <w:rPr>
          <w:lang w:val="sv-SE"/>
        </w:rPr>
        <w:t xml:space="preserve"> vandra.{{field-off:bible}}</w:t>
      </w:r>
    </w:p>
    <w:p w14:paraId="0CA718D6" w14:textId="5565FED1" w:rsidR="00BA33AB" w:rsidRPr="000767E2" w:rsidRDefault="00000000">
      <w:pPr>
        <w:rPr>
          <w:lang w:val="sv-SE"/>
        </w:rPr>
      </w:pPr>
      <w:r w:rsidRPr="000767E2">
        <w:rPr>
          <w:lang w:val="sv-SE"/>
        </w:rPr>
        <w:t>[[@</w:t>
      </w:r>
      <w:r w:rsidR="0096445B" w:rsidRPr="000767E2">
        <w:rPr>
          <w:lang w:val="sv-SE"/>
        </w:rPr>
        <w:t>BibleBIBEL82</w:t>
      </w:r>
      <w:r w:rsidRPr="000767E2">
        <w:rPr>
          <w:lang w:val="sv-SE"/>
        </w:rPr>
        <w:t>:Acts 14:11]]</w:t>
      </w:r>
      <w:r w:rsidRPr="000767E2">
        <w:rPr>
          <w:vertAlign w:val="superscript"/>
          <w:lang w:val="sv-SE"/>
        </w:rPr>
        <w:t>11</w:t>
      </w:r>
      <w:r w:rsidRPr="000767E2">
        <w:rPr>
          <w:lang w:val="sv-SE"/>
        </w:rPr>
        <w:t xml:space="preserve"> {{field-on:bible}}Och skarorna såg det som Paulus hade gjort, och de höjde sin röst på lykaoniska och sade: ”Gudarna har blivit lika människor och stigit ner till oss!”{{field-off:bible}} [[@</w:t>
      </w:r>
      <w:r w:rsidR="0096445B" w:rsidRPr="000767E2">
        <w:rPr>
          <w:lang w:val="sv-SE"/>
        </w:rPr>
        <w:t>BibleBIBEL82</w:t>
      </w:r>
      <w:r w:rsidRPr="000767E2">
        <w:rPr>
          <w:lang w:val="sv-SE"/>
        </w:rPr>
        <w:t>:Acts 14:12]]</w:t>
      </w:r>
      <w:r w:rsidRPr="000767E2">
        <w:rPr>
          <w:vertAlign w:val="superscript"/>
          <w:lang w:val="sv-SE"/>
        </w:rPr>
        <w:t>12</w:t>
      </w:r>
      <w:r w:rsidRPr="000767E2">
        <w:rPr>
          <w:lang w:val="sv-SE"/>
        </w:rPr>
        <w:t xml:space="preserve"> {{field-on:bible}}Och de kallade Barnabas för Zeus och Paulus för Hermes, då nu han var den som styrde med ordet.{{field-off:bible}} [[@</w:t>
      </w:r>
      <w:r w:rsidR="0096445B" w:rsidRPr="000767E2">
        <w:rPr>
          <w:lang w:val="sv-SE"/>
        </w:rPr>
        <w:t>BibleBIBEL82</w:t>
      </w:r>
      <w:r w:rsidRPr="000767E2">
        <w:rPr>
          <w:lang w:val="sv-SE"/>
        </w:rPr>
        <w:t>:Acts 14:13]]</w:t>
      </w:r>
      <w:r w:rsidRPr="000767E2">
        <w:rPr>
          <w:vertAlign w:val="superscript"/>
          <w:lang w:val="sv-SE"/>
        </w:rPr>
        <w:t>13</w:t>
      </w:r>
      <w:r w:rsidRPr="000767E2">
        <w:rPr>
          <w:lang w:val="sv-SE"/>
        </w:rPr>
        <w:t xml:space="preserve"> {{field-on:bible}}Och Zeusprästen, som var framför staden, förde </w:t>
      </w:r>
      <w:r w:rsidRPr="000767E2">
        <w:rPr>
          <w:i/>
          <w:lang w:val="sv-SE"/>
        </w:rPr>
        <w:t>fram</w:t>
      </w:r>
      <w:r w:rsidRPr="000767E2">
        <w:rPr>
          <w:lang w:val="sv-SE"/>
        </w:rPr>
        <w:t xml:space="preserve"> tjurar och blomsterkransar till portarna med skarorna och ville slaktoffra.{{field-off:bible}}</w:t>
      </w:r>
    </w:p>
    <w:p w14:paraId="01708816" w14:textId="0F6D5D60" w:rsidR="00BA33AB" w:rsidRPr="000767E2" w:rsidRDefault="00000000">
      <w:pPr>
        <w:rPr>
          <w:lang w:val="sv-SE"/>
        </w:rPr>
      </w:pPr>
      <w:r w:rsidRPr="000767E2">
        <w:rPr>
          <w:lang w:val="sv-SE"/>
        </w:rPr>
        <w:t>[[@</w:t>
      </w:r>
      <w:r w:rsidR="0096445B" w:rsidRPr="000767E2">
        <w:rPr>
          <w:lang w:val="sv-SE"/>
        </w:rPr>
        <w:t>BibleBIBEL82</w:t>
      </w:r>
      <w:r w:rsidRPr="000767E2">
        <w:rPr>
          <w:lang w:val="sv-SE"/>
        </w:rPr>
        <w:t>:Acts 14:14]]</w:t>
      </w:r>
      <w:r w:rsidRPr="000767E2">
        <w:rPr>
          <w:vertAlign w:val="superscript"/>
          <w:lang w:val="sv-SE"/>
        </w:rPr>
        <w:t>14</w:t>
      </w:r>
      <w:r w:rsidRPr="000767E2">
        <w:rPr>
          <w:lang w:val="sv-SE"/>
        </w:rPr>
        <w:t xml:space="preserve"> {{field-on:bible}}Men när apostlarna Barnabas och Paulus hörde </w:t>
      </w:r>
      <w:r w:rsidRPr="000767E2">
        <w:rPr>
          <w:i/>
          <w:lang w:val="sv-SE"/>
        </w:rPr>
        <w:t>det</w:t>
      </w:r>
      <w:r w:rsidRPr="000767E2">
        <w:rPr>
          <w:lang w:val="sv-SE"/>
        </w:rPr>
        <w:t>, rev de sönder sina kläder och störtade ut i skaran och skrek{{field-off:bible}} [[@</w:t>
      </w:r>
      <w:r w:rsidR="0096445B" w:rsidRPr="000767E2">
        <w:rPr>
          <w:lang w:val="sv-SE"/>
        </w:rPr>
        <w:t>BibleBIBEL82</w:t>
      </w:r>
      <w:r w:rsidRPr="000767E2">
        <w:rPr>
          <w:lang w:val="sv-SE"/>
        </w:rPr>
        <w:t>:Acts 14:15]]</w:t>
      </w:r>
      <w:r w:rsidRPr="000767E2">
        <w:rPr>
          <w:vertAlign w:val="superscript"/>
          <w:lang w:val="sv-SE"/>
        </w:rPr>
        <w:t>15</w:t>
      </w:r>
      <w:r w:rsidRPr="000767E2">
        <w:rPr>
          <w:lang w:val="sv-SE"/>
        </w:rPr>
        <w:t xml:space="preserve"> {{field-on:bible}}och sade: ”Män! Vad </w:t>
      </w:r>
      <w:r w:rsidRPr="000767E2">
        <w:rPr>
          <w:i/>
          <w:lang w:val="sv-SE"/>
        </w:rPr>
        <w:t>är</w:t>
      </w:r>
      <w:r w:rsidRPr="000767E2">
        <w:rPr>
          <w:lang w:val="sv-SE"/>
        </w:rPr>
        <w:t xml:space="preserve"> detta ni gör? Även vi är människor med samma natur som ni, och vi evangeliserar </w:t>
      </w:r>
      <w:r w:rsidRPr="000767E2">
        <w:rPr>
          <w:i/>
          <w:lang w:val="sv-SE"/>
        </w:rPr>
        <w:t>för</w:t>
      </w:r>
      <w:r w:rsidRPr="000767E2">
        <w:rPr>
          <w:lang w:val="sv-SE"/>
        </w:rPr>
        <w:t xml:space="preserve"> er att från dessa fåfängliga </w:t>
      </w:r>
      <w:r w:rsidRPr="000767E2">
        <w:rPr>
          <w:i/>
          <w:lang w:val="sv-SE"/>
        </w:rPr>
        <w:t>ting</w:t>
      </w:r>
      <w:r w:rsidRPr="000767E2">
        <w:rPr>
          <w:lang w:val="sv-SE"/>
        </w:rPr>
        <w:t xml:space="preserve"> vända om till levande Gud, som har gjort himlen och jorden och havet och allt i dem.{{field-off:bible}} [[@</w:t>
      </w:r>
      <w:r w:rsidR="0096445B" w:rsidRPr="000767E2">
        <w:rPr>
          <w:lang w:val="sv-SE"/>
        </w:rPr>
        <w:t>BibleBIBEL82</w:t>
      </w:r>
      <w:r w:rsidRPr="000767E2">
        <w:rPr>
          <w:lang w:val="sv-SE"/>
        </w:rPr>
        <w:t>:Acts 14:16]]</w:t>
      </w:r>
      <w:r w:rsidRPr="000767E2">
        <w:rPr>
          <w:vertAlign w:val="superscript"/>
          <w:lang w:val="sv-SE"/>
        </w:rPr>
        <w:t>16</w:t>
      </w:r>
      <w:r w:rsidRPr="000767E2">
        <w:rPr>
          <w:lang w:val="sv-SE"/>
        </w:rPr>
        <w:t xml:space="preserve"> {{field-on:bible}}I de gångna släktena lät han alla folkslagen gå sina vägar.{{field-off:bible}} [[@</w:t>
      </w:r>
      <w:r w:rsidR="0096445B" w:rsidRPr="000767E2">
        <w:rPr>
          <w:lang w:val="sv-SE"/>
        </w:rPr>
        <w:t>BibleBIBEL82</w:t>
      </w:r>
      <w:r w:rsidRPr="000767E2">
        <w:rPr>
          <w:lang w:val="sv-SE"/>
        </w:rPr>
        <w:t>:Acts 14:17]]</w:t>
      </w:r>
      <w:r w:rsidRPr="000767E2">
        <w:rPr>
          <w:vertAlign w:val="superscript"/>
          <w:lang w:val="sv-SE"/>
        </w:rPr>
        <w:t>17</w:t>
      </w:r>
      <w:r w:rsidRPr="000767E2">
        <w:rPr>
          <w:lang w:val="sv-SE"/>
        </w:rPr>
        <w:t xml:space="preserve"> {{field-on:bible}}Ändå har han inte lämnat sig utan vittne, då han frambringar gott </w:t>
      </w:r>
      <w:r w:rsidRPr="000767E2">
        <w:rPr>
          <w:i/>
          <w:lang w:val="sv-SE"/>
        </w:rPr>
        <w:t>och</w:t>
      </w:r>
      <w:r w:rsidRPr="000767E2">
        <w:rPr>
          <w:lang w:val="sv-SE"/>
        </w:rPr>
        <w:t xml:space="preserve"> från himlen ger er regn och fruktbärande tider </w:t>
      </w:r>
      <w:r w:rsidRPr="000767E2">
        <w:rPr>
          <w:i/>
          <w:lang w:val="sv-SE"/>
        </w:rPr>
        <w:t>och</w:t>
      </w:r>
      <w:r w:rsidRPr="000767E2">
        <w:rPr>
          <w:lang w:val="sv-SE"/>
        </w:rPr>
        <w:t xml:space="preserve"> med föda och fröjd mättar era hjärtan.”{{field-off:bible}} [[@</w:t>
      </w:r>
      <w:r w:rsidR="0096445B" w:rsidRPr="000767E2">
        <w:rPr>
          <w:lang w:val="sv-SE"/>
        </w:rPr>
        <w:t>BibleBIBEL82</w:t>
      </w:r>
      <w:r w:rsidRPr="000767E2">
        <w:rPr>
          <w:lang w:val="sv-SE"/>
        </w:rPr>
        <w:t>:Acts 14:18]]</w:t>
      </w:r>
      <w:r w:rsidRPr="000767E2">
        <w:rPr>
          <w:vertAlign w:val="superscript"/>
          <w:lang w:val="sv-SE"/>
        </w:rPr>
        <w:t>18</w:t>
      </w:r>
      <w:r w:rsidRPr="000767E2">
        <w:rPr>
          <w:lang w:val="sv-SE"/>
        </w:rPr>
        <w:t xml:space="preserve"> {{field-on:bible}}Och </w:t>
      </w:r>
      <w:r w:rsidRPr="000767E2">
        <w:rPr>
          <w:i/>
          <w:lang w:val="sv-SE"/>
        </w:rPr>
        <w:t>fastän</w:t>
      </w:r>
      <w:r w:rsidRPr="000767E2">
        <w:rPr>
          <w:lang w:val="sv-SE"/>
        </w:rPr>
        <w:t xml:space="preserve"> de sade detta, </w:t>
      </w:r>
      <w:r w:rsidRPr="000767E2">
        <w:rPr>
          <w:i/>
          <w:lang w:val="sv-SE"/>
        </w:rPr>
        <w:t>var det</w:t>
      </w:r>
      <w:r w:rsidRPr="000767E2">
        <w:rPr>
          <w:lang w:val="sv-SE"/>
        </w:rPr>
        <w:t xml:space="preserve"> knappt </w:t>
      </w:r>
      <w:r w:rsidRPr="000767E2">
        <w:rPr>
          <w:i/>
          <w:lang w:val="sv-SE"/>
        </w:rPr>
        <w:t>att</w:t>
      </w:r>
      <w:r w:rsidRPr="000767E2">
        <w:rPr>
          <w:lang w:val="sv-SE"/>
        </w:rPr>
        <w:t xml:space="preserve"> de lugnade ner skarorna till att inte slaktoffra åt dem.{{field-off:bible}}</w:t>
      </w:r>
    </w:p>
    <w:p w14:paraId="55216C43" w14:textId="51FB5612" w:rsidR="00BA33AB" w:rsidRPr="000767E2" w:rsidRDefault="00000000">
      <w:pPr>
        <w:rPr>
          <w:lang w:val="sv-SE"/>
        </w:rPr>
      </w:pPr>
      <w:r w:rsidRPr="000767E2">
        <w:rPr>
          <w:lang w:val="sv-SE"/>
        </w:rPr>
        <w:t>[[@</w:t>
      </w:r>
      <w:r w:rsidR="0096445B" w:rsidRPr="000767E2">
        <w:rPr>
          <w:lang w:val="sv-SE"/>
        </w:rPr>
        <w:t>BibleBIBEL82</w:t>
      </w:r>
      <w:r w:rsidRPr="000767E2">
        <w:rPr>
          <w:lang w:val="sv-SE"/>
        </w:rPr>
        <w:t>:Acts 14:19]]</w:t>
      </w:r>
      <w:r w:rsidRPr="000767E2">
        <w:rPr>
          <w:vertAlign w:val="superscript"/>
          <w:lang w:val="sv-SE"/>
        </w:rPr>
        <w:t>19</w:t>
      </w:r>
      <w:r w:rsidRPr="000767E2">
        <w:rPr>
          <w:lang w:val="sv-SE"/>
        </w:rPr>
        <w:t xml:space="preserve"> {{field-on:bible}}Men från Antiochia och Ikonion kom </w:t>
      </w:r>
      <w:r w:rsidRPr="000767E2">
        <w:rPr>
          <w:i/>
          <w:lang w:val="sv-SE"/>
        </w:rPr>
        <w:t>det</w:t>
      </w:r>
      <w:r w:rsidRPr="000767E2">
        <w:rPr>
          <w:lang w:val="sv-SE"/>
        </w:rPr>
        <w:t xml:space="preserve"> över judar, och de övertygade skarorna och stenade Paulus och släpade utanför staden, och antog att han hade dött.{{field-off:bible}} [[@</w:t>
      </w:r>
      <w:r w:rsidR="0096445B" w:rsidRPr="000767E2">
        <w:rPr>
          <w:lang w:val="sv-SE"/>
        </w:rPr>
        <w:t>BibleBIBEL82</w:t>
      </w:r>
      <w:r w:rsidRPr="000767E2">
        <w:rPr>
          <w:lang w:val="sv-SE"/>
        </w:rPr>
        <w:t>:Acts 14:20]]</w:t>
      </w:r>
      <w:r w:rsidRPr="000767E2">
        <w:rPr>
          <w:vertAlign w:val="superscript"/>
          <w:lang w:val="sv-SE"/>
        </w:rPr>
        <w:t>20</w:t>
      </w:r>
      <w:r w:rsidRPr="000767E2">
        <w:rPr>
          <w:lang w:val="sv-SE"/>
        </w:rPr>
        <w:t xml:space="preserve"> {{field-on:bible}}Men när lärjungarna omringade honom, stod han upp och gick in i staden.{{field-off:bible}}</w:t>
      </w:r>
    </w:p>
    <w:p w14:paraId="7E432FFD" w14:textId="77777777" w:rsidR="00BA33AB" w:rsidRPr="000767E2" w:rsidRDefault="00000000">
      <w:pPr>
        <w:pStyle w:val="Rubrik3"/>
        <w:rPr>
          <w:lang w:val="sv-SE"/>
        </w:rPr>
      </w:pPr>
      <w:r w:rsidRPr="000767E2">
        <w:rPr>
          <w:lang w:val="sv-SE"/>
        </w:rPr>
        <w:t>Tillbaka till Antiochia i Syrien</w:t>
      </w:r>
    </w:p>
    <w:p w14:paraId="7294E68E" w14:textId="220C1D8C" w:rsidR="00BA33AB" w:rsidRPr="000767E2" w:rsidRDefault="00000000">
      <w:pPr>
        <w:rPr>
          <w:lang w:val="sv-SE"/>
        </w:rPr>
      </w:pPr>
      <w:r w:rsidRPr="000767E2">
        <w:rPr>
          <w:lang w:val="sv-SE"/>
        </w:rPr>
        <w:t>{{field-on:bible}}Och dagen därpå gick han ut med Barnabas till Derbe.{{field-off:bible}} [[@</w:t>
      </w:r>
      <w:r w:rsidR="0096445B" w:rsidRPr="000767E2">
        <w:rPr>
          <w:lang w:val="sv-SE"/>
        </w:rPr>
        <w:t>BibleBIBEL82</w:t>
      </w:r>
      <w:r w:rsidRPr="000767E2">
        <w:rPr>
          <w:lang w:val="sv-SE"/>
        </w:rPr>
        <w:t>:Acts 14:21]]</w:t>
      </w:r>
      <w:r w:rsidRPr="000767E2">
        <w:rPr>
          <w:vertAlign w:val="superscript"/>
          <w:lang w:val="sv-SE"/>
        </w:rPr>
        <w:t>21</w:t>
      </w:r>
      <w:r w:rsidRPr="000767E2">
        <w:rPr>
          <w:lang w:val="sv-SE"/>
        </w:rPr>
        <w:t xml:space="preserve"> {{field-on:bible}}Och när de hade evangeliserat den staden och gjort åtskilliga till lärjungar, återvände de till Lystra och till Ikonion och till Antiochia,{{field-off:bible}} [[@</w:t>
      </w:r>
      <w:r w:rsidR="0096445B" w:rsidRPr="000767E2">
        <w:rPr>
          <w:lang w:val="sv-SE"/>
        </w:rPr>
        <w:t>BibleBIBEL82</w:t>
      </w:r>
      <w:r w:rsidRPr="000767E2">
        <w:rPr>
          <w:lang w:val="sv-SE"/>
        </w:rPr>
        <w:t>:Acts 14:22]]</w:t>
      </w:r>
      <w:r w:rsidRPr="000767E2">
        <w:rPr>
          <w:vertAlign w:val="superscript"/>
          <w:lang w:val="sv-SE"/>
        </w:rPr>
        <w:t>22</w:t>
      </w:r>
      <w:r w:rsidRPr="000767E2">
        <w:rPr>
          <w:lang w:val="sv-SE"/>
        </w:rPr>
        <w:t xml:space="preserve"> {{field-on:bible}}medan de stärkte upp lärjungarnas själar </w:t>
      </w:r>
      <w:r w:rsidRPr="000767E2">
        <w:rPr>
          <w:i/>
          <w:lang w:val="sv-SE"/>
        </w:rPr>
        <w:t>och</w:t>
      </w:r>
      <w:r w:rsidRPr="000767E2">
        <w:rPr>
          <w:lang w:val="sv-SE"/>
        </w:rPr>
        <w:t xml:space="preserve"> uppmanade dem att bli kvar i tron och </w:t>
      </w:r>
      <w:r w:rsidRPr="000767E2">
        <w:rPr>
          <w:i/>
          <w:lang w:val="sv-SE"/>
        </w:rPr>
        <w:t>sade</w:t>
      </w:r>
      <w:r w:rsidRPr="000767E2">
        <w:rPr>
          <w:lang w:val="sv-SE"/>
        </w:rPr>
        <w:t xml:space="preserve"> att: ”Genom många vedermödor måste vi gå in i Guds rike.”{{field-off:bible}} [[@</w:t>
      </w:r>
      <w:r w:rsidR="0096445B" w:rsidRPr="000767E2">
        <w:rPr>
          <w:lang w:val="sv-SE"/>
        </w:rPr>
        <w:t>BibleBIBEL82</w:t>
      </w:r>
      <w:r w:rsidRPr="000767E2">
        <w:rPr>
          <w:lang w:val="sv-SE"/>
        </w:rPr>
        <w:t xml:space="preserve">:Acts </w:t>
      </w:r>
      <w:r w:rsidRPr="000767E2">
        <w:rPr>
          <w:lang w:val="sv-SE"/>
        </w:rPr>
        <w:lastRenderedPageBreak/>
        <w:t>14:23]]</w:t>
      </w:r>
      <w:r w:rsidRPr="000767E2">
        <w:rPr>
          <w:vertAlign w:val="superscript"/>
          <w:lang w:val="sv-SE"/>
        </w:rPr>
        <w:t>23</w:t>
      </w:r>
      <w:r w:rsidRPr="000767E2">
        <w:rPr>
          <w:lang w:val="sv-SE"/>
        </w:rPr>
        <w:t xml:space="preserve"> {{field-on:bible}}Och sedan de handvalt åt dem i </w:t>
      </w:r>
      <w:r w:rsidRPr="000767E2">
        <w:rPr>
          <w:i/>
          <w:lang w:val="sv-SE"/>
        </w:rPr>
        <w:t>varje</w:t>
      </w:r>
      <w:r w:rsidRPr="000767E2">
        <w:rPr>
          <w:lang w:val="sv-SE"/>
        </w:rPr>
        <w:t xml:space="preserve"> församling äldste, bad de med fastor och överbringade dem åt Herren på vilken de kommit till tro.{{field-off:bible}}</w:t>
      </w:r>
    </w:p>
    <w:p w14:paraId="555DDA48" w14:textId="4374FCF0" w:rsidR="00BA33AB" w:rsidRPr="000767E2" w:rsidRDefault="00000000">
      <w:pPr>
        <w:rPr>
          <w:lang w:val="sv-SE"/>
        </w:rPr>
      </w:pPr>
      <w:r w:rsidRPr="000767E2">
        <w:rPr>
          <w:lang w:val="sv-SE"/>
        </w:rPr>
        <w:t>[[@</w:t>
      </w:r>
      <w:r w:rsidR="0096445B" w:rsidRPr="000767E2">
        <w:rPr>
          <w:lang w:val="sv-SE"/>
        </w:rPr>
        <w:t>BibleBIBEL82</w:t>
      </w:r>
      <w:r w:rsidRPr="000767E2">
        <w:rPr>
          <w:lang w:val="sv-SE"/>
        </w:rPr>
        <w:t>:Acts 14:24]]</w:t>
      </w:r>
      <w:r w:rsidRPr="000767E2">
        <w:rPr>
          <w:vertAlign w:val="superscript"/>
          <w:lang w:val="sv-SE"/>
        </w:rPr>
        <w:t>24</w:t>
      </w:r>
      <w:r w:rsidRPr="000767E2">
        <w:rPr>
          <w:lang w:val="sv-SE"/>
        </w:rPr>
        <w:t xml:space="preserve"> {{field-on:bible}}Och de gick genom Pisidien och kom till Pamfylien,{{field-off:bible}} [[@</w:t>
      </w:r>
      <w:r w:rsidR="0096445B" w:rsidRPr="000767E2">
        <w:rPr>
          <w:lang w:val="sv-SE"/>
        </w:rPr>
        <w:t>BibleBIBEL82</w:t>
      </w:r>
      <w:r w:rsidRPr="000767E2">
        <w:rPr>
          <w:lang w:val="sv-SE"/>
        </w:rPr>
        <w:t>:Acts 14:25]]</w:t>
      </w:r>
      <w:r w:rsidRPr="000767E2">
        <w:rPr>
          <w:vertAlign w:val="superscript"/>
          <w:lang w:val="sv-SE"/>
        </w:rPr>
        <w:t>25</w:t>
      </w:r>
      <w:r w:rsidRPr="000767E2">
        <w:rPr>
          <w:lang w:val="sv-SE"/>
        </w:rPr>
        <w:t xml:space="preserve"> {{field-on:bible}}och sedan de talat ordet i Perge gick de ner till Attaleia.{{field-off:bible}} [[@</w:t>
      </w:r>
      <w:r w:rsidR="0096445B" w:rsidRPr="000767E2">
        <w:rPr>
          <w:lang w:val="sv-SE"/>
        </w:rPr>
        <w:t>BibleBIBEL82</w:t>
      </w:r>
      <w:r w:rsidRPr="000767E2">
        <w:rPr>
          <w:lang w:val="sv-SE"/>
        </w:rPr>
        <w:t>:Acts 14:26]]</w:t>
      </w:r>
      <w:r w:rsidRPr="000767E2">
        <w:rPr>
          <w:vertAlign w:val="superscript"/>
          <w:lang w:val="sv-SE"/>
        </w:rPr>
        <w:t>26</w:t>
      </w:r>
      <w:r w:rsidRPr="000767E2">
        <w:rPr>
          <w:lang w:val="sv-SE"/>
        </w:rPr>
        <w:t xml:space="preserve"> {{field-on:bible}}Och därifrån avseglade de till Antiochia, varifrån de var överlämnade åt Guds nåd för det verk som de </w:t>
      </w:r>
      <w:r w:rsidRPr="000767E2">
        <w:rPr>
          <w:i/>
          <w:lang w:val="sv-SE"/>
        </w:rPr>
        <w:t>nu</w:t>
      </w:r>
      <w:r w:rsidRPr="000767E2">
        <w:rPr>
          <w:lang w:val="sv-SE"/>
        </w:rPr>
        <w:t xml:space="preserve"> hade uppfyllt.{{field-off:bible}} [[@</w:t>
      </w:r>
      <w:r w:rsidR="0096445B" w:rsidRPr="000767E2">
        <w:rPr>
          <w:lang w:val="sv-SE"/>
        </w:rPr>
        <w:t>BibleBIBEL82</w:t>
      </w:r>
      <w:r w:rsidRPr="000767E2">
        <w:rPr>
          <w:lang w:val="sv-SE"/>
        </w:rPr>
        <w:t>:Acts 14:27]]</w:t>
      </w:r>
      <w:r w:rsidRPr="000767E2">
        <w:rPr>
          <w:vertAlign w:val="superscript"/>
          <w:lang w:val="sv-SE"/>
        </w:rPr>
        <w:t>27</w:t>
      </w:r>
      <w:r w:rsidRPr="000767E2">
        <w:rPr>
          <w:lang w:val="sv-SE"/>
        </w:rPr>
        <w:t xml:space="preserve"> {{field-on:bible}}Och när de kommit fram och samlat församlingen delgav de vad Gud hade gjort </w:t>
      </w:r>
      <w:r w:rsidRPr="000767E2">
        <w:rPr>
          <w:i/>
          <w:lang w:val="sv-SE"/>
        </w:rPr>
        <w:t>tillsammans</w:t>
      </w:r>
      <w:r w:rsidRPr="000767E2">
        <w:rPr>
          <w:lang w:val="sv-SE"/>
        </w:rPr>
        <w:t xml:space="preserve"> med dem, och att han för folkslagen hade öppnat trons dörr.{{field-off:bible}} [[@</w:t>
      </w:r>
      <w:r w:rsidR="0096445B" w:rsidRPr="000767E2">
        <w:rPr>
          <w:lang w:val="sv-SE"/>
        </w:rPr>
        <w:t>BibleBIBEL82</w:t>
      </w:r>
      <w:r w:rsidRPr="000767E2">
        <w:rPr>
          <w:lang w:val="sv-SE"/>
        </w:rPr>
        <w:t>:Acts 14:28]]</w:t>
      </w:r>
      <w:r w:rsidRPr="000767E2">
        <w:rPr>
          <w:vertAlign w:val="superscript"/>
          <w:lang w:val="sv-SE"/>
        </w:rPr>
        <w:t>28</w:t>
      </w:r>
      <w:r w:rsidRPr="000767E2">
        <w:rPr>
          <w:lang w:val="sv-SE"/>
        </w:rPr>
        <w:t xml:space="preserve"> {{field-on:bible}}Och de stannade en inte liten tid med lärjungarna.{{field-off:bible}}</w:t>
      </w:r>
    </w:p>
    <w:p w14:paraId="0C8BF060" w14:textId="113A63C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15]]Kapitel 15</w:t>
      </w:r>
    </w:p>
    <w:p w14:paraId="6F913BC9" w14:textId="77777777" w:rsidR="00BA33AB" w:rsidRPr="000767E2" w:rsidRDefault="00000000">
      <w:pPr>
        <w:pStyle w:val="Rubrik3"/>
        <w:rPr>
          <w:lang w:val="sv-SE"/>
        </w:rPr>
      </w:pPr>
      <w:r w:rsidRPr="000767E2">
        <w:rPr>
          <w:lang w:val="sv-SE"/>
        </w:rPr>
        <w:t>Mötet i Jerusalem</w:t>
      </w:r>
    </w:p>
    <w:p w14:paraId="31AF6E9A" w14:textId="0102F2E3" w:rsidR="00BA33AB" w:rsidRPr="000767E2" w:rsidRDefault="00000000">
      <w:pPr>
        <w:rPr>
          <w:lang w:val="sv-SE"/>
        </w:rPr>
      </w:pPr>
      <w:r w:rsidRPr="000767E2">
        <w:rPr>
          <w:lang w:val="sv-SE"/>
        </w:rPr>
        <w:t>[[@</w:t>
      </w:r>
      <w:r w:rsidR="0096445B" w:rsidRPr="000767E2">
        <w:rPr>
          <w:lang w:val="sv-SE"/>
        </w:rPr>
        <w:t>BibleBIBEL82</w:t>
      </w:r>
      <w:r w:rsidRPr="000767E2">
        <w:rPr>
          <w:lang w:val="sv-SE"/>
        </w:rPr>
        <w:t>:Acts 15:1]]</w:t>
      </w:r>
      <w:r w:rsidRPr="000767E2">
        <w:rPr>
          <w:vertAlign w:val="superscript"/>
          <w:lang w:val="sv-SE"/>
        </w:rPr>
        <w:t>1</w:t>
      </w:r>
      <w:r w:rsidRPr="000767E2">
        <w:rPr>
          <w:lang w:val="sv-SE"/>
        </w:rPr>
        <w:t xml:space="preserve"> {{field-on:bible}}Och några som kommit ner från Judeen </w:t>
      </w:r>
      <w:r w:rsidRPr="000767E2">
        <w:rPr>
          <w:i/>
          <w:lang w:val="sv-SE"/>
        </w:rPr>
        <w:t>började</w:t>
      </w:r>
      <w:r w:rsidRPr="000767E2">
        <w:rPr>
          <w:lang w:val="sv-SE"/>
        </w:rPr>
        <w:t xml:space="preserve"> lära syskonen att: ”Om ni inte blir omskurna enligt seden från Mose, kan ni inte bli frälsta.”{{field-off:bible}} [[@</w:t>
      </w:r>
      <w:r w:rsidR="0096445B" w:rsidRPr="000767E2">
        <w:rPr>
          <w:lang w:val="sv-SE"/>
        </w:rPr>
        <w:t>BibleBIBEL82</w:t>
      </w:r>
      <w:r w:rsidRPr="000767E2">
        <w:rPr>
          <w:lang w:val="sv-SE"/>
        </w:rPr>
        <w:t>:Acts 15:2]]</w:t>
      </w:r>
      <w:r w:rsidRPr="000767E2">
        <w:rPr>
          <w:vertAlign w:val="superscript"/>
          <w:lang w:val="sv-SE"/>
        </w:rPr>
        <w:t>2</w:t>
      </w:r>
      <w:r w:rsidRPr="000767E2">
        <w:rPr>
          <w:lang w:val="sv-SE"/>
        </w:rPr>
        <w:t xml:space="preserve"> {{field-on:bible}}Och när det blev uppror och en inte liten diskussion för Paulus och Barnabas mot dem, ordnade man </w:t>
      </w:r>
      <w:r w:rsidRPr="000767E2">
        <w:rPr>
          <w:i/>
          <w:lang w:val="sv-SE"/>
        </w:rPr>
        <w:t>så</w:t>
      </w:r>
      <w:r w:rsidRPr="000767E2">
        <w:rPr>
          <w:lang w:val="sv-SE"/>
        </w:rPr>
        <w:t xml:space="preserve"> att Paulus och Barnabas och några andra från dem </w:t>
      </w:r>
      <w:r w:rsidRPr="000767E2">
        <w:rPr>
          <w:i/>
          <w:lang w:val="sv-SE"/>
        </w:rPr>
        <w:t>skulle</w:t>
      </w:r>
      <w:r w:rsidRPr="000767E2">
        <w:rPr>
          <w:lang w:val="sv-SE"/>
        </w:rPr>
        <w:t xml:space="preserve"> gå upp till apostlarna och </w:t>
      </w:r>
      <w:r w:rsidRPr="000767E2">
        <w:rPr>
          <w:i/>
          <w:lang w:val="sv-SE"/>
        </w:rPr>
        <w:t>de</w:t>
      </w:r>
      <w:r w:rsidRPr="000767E2">
        <w:rPr>
          <w:lang w:val="sv-SE"/>
        </w:rPr>
        <w:t xml:space="preserve"> äldste i Jerusalem om denna tvistefråga.{{field-off:bible}} [[@</w:t>
      </w:r>
      <w:r w:rsidR="0096445B" w:rsidRPr="000767E2">
        <w:rPr>
          <w:lang w:val="sv-SE"/>
        </w:rPr>
        <w:t>BibleBIBEL82</w:t>
      </w:r>
      <w:r w:rsidRPr="000767E2">
        <w:rPr>
          <w:lang w:val="sv-SE"/>
        </w:rPr>
        <w:t>:Acts 15:3]]</w:t>
      </w:r>
      <w:r w:rsidRPr="000767E2">
        <w:rPr>
          <w:vertAlign w:val="superscript"/>
          <w:lang w:val="sv-SE"/>
        </w:rPr>
        <w:t>3</w:t>
      </w:r>
      <w:r w:rsidRPr="000767E2">
        <w:rPr>
          <w:lang w:val="sv-SE"/>
        </w:rPr>
        <w:t xml:space="preserve"> {{field-on:bible}}De blev nu hjälpta iväg av församlingen, och gick genom både Fenicien och Samarien medan de utförligt skildrade folkslagens omvändelse, och de gjorde stor glädje för alla syskonen.{{field-off:bible}}</w:t>
      </w:r>
    </w:p>
    <w:p w14:paraId="3232E908" w14:textId="491F667E" w:rsidR="00BA33AB" w:rsidRPr="000767E2" w:rsidRDefault="00000000">
      <w:pPr>
        <w:rPr>
          <w:lang w:val="sv-SE"/>
        </w:rPr>
      </w:pPr>
      <w:r w:rsidRPr="000767E2">
        <w:rPr>
          <w:lang w:val="sv-SE"/>
        </w:rPr>
        <w:t>[[@</w:t>
      </w:r>
      <w:r w:rsidR="0096445B" w:rsidRPr="000767E2">
        <w:rPr>
          <w:lang w:val="sv-SE"/>
        </w:rPr>
        <w:t>BibleBIBEL82</w:t>
      </w:r>
      <w:r w:rsidRPr="000767E2">
        <w:rPr>
          <w:lang w:val="sv-SE"/>
        </w:rPr>
        <w:t>:Acts 15:4]]</w:t>
      </w:r>
      <w:r w:rsidRPr="000767E2">
        <w:rPr>
          <w:vertAlign w:val="superscript"/>
          <w:lang w:val="sv-SE"/>
        </w:rPr>
        <w:t>4</w:t>
      </w:r>
      <w:r w:rsidRPr="000767E2">
        <w:rPr>
          <w:lang w:val="sv-SE"/>
        </w:rPr>
        <w:t xml:space="preserve"> {{field-on:bible}}Och framkomna till Jerusalem blev de godtagna av församlingen och apostlarna och de äldste, och de delgav vad Gud hade gjort </w:t>
      </w:r>
      <w:r w:rsidRPr="000767E2">
        <w:rPr>
          <w:i/>
          <w:lang w:val="sv-SE"/>
        </w:rPr>
        <w:t>tillsammans</w:t>
      </w:r>
      <w:r w:rsidRPr="000767E2">
        <w:rPr>
          <w:lang w:val="sv-SE"/>
        </w:rPr>
        <w:t xml:space="preserve"> med dem.{{field-off:bible}} [[@</w:t>
      </w:r>
      <w:r w:rsidR="0096445B" w:rsidRPr="000767E2">
        <w:rPr>
          <w:lang w:val="sv-SE"/>
        </w:rPr>
        <w:t>BibleBIBEL82</w:t>
      </w:r>
      <w:r w:rsidRPr="000767E2">
        <w:rPr>
          <w:lang w:val="sv-SE"/>
        </w:rPr>
        <w:t>:Acts 15:5]]</w:t>
      </w:r>
      <w:r w:rsidRPr="000767E2">
        <w:rPr>
          <w:vertAlign w:val="superscript"/>
          <w:lang w:val="sv-SE"/>
        </w:rPr>
        <w:t>5</w:t>
      </w:r>
      <w:r w:rsidRPr="000767E2">
        <w:rPr>
          <w:lang w:val="sv-SE"/>
        </w:rPr>
        <w:t xml:space="preserve"> {{field-on:bible}}Men fram </w:t>
      </w:r>
      <w:r w:rsidRPr="000767E2">
        <w:rPr>
          <w:i/>
          <w:lang w:val="sv-SE"/>
        </w:rPr>
        <w:t>och</w:t>
      </w:r>
      <w:r w:rsidRPr="000767E2">
        <w:rPr>
          <w:lang w:val="sv-SE"/>
        </w:rPr>
        <w:t xml:space="preserve"> upp stod några av dem från fariseernas fraktion som hade kommit till tro, och sade att man måste omskära dem och instruera att hålla fast vid Mose lag.{{field-off:bible}} [[@</w:t>
      </w:r>
      <w:r w:rsidR="0096445B" w:rsidRPr="000767E2">
        <w:rPr>
          <w:lang w:val="sv-SE"/>
        </w:rPr>
        <w:t>BibleBIBEL82</w:t>
      </w:r>
      <w:r w:rsidRPr="000767E2">
        <w:rPr>
          <w:lang w:val="sv-SE"/>
        </w:rPr>
        <w:t>:Acts 15:6]]</w:t>
      </w:r>
      <w:r w:rsidRPr="000767E2">
        <w:rPr>
          <w:vertAlign w:val="superscript"/>
          <w:lang w:val="sv-SE"/>
        </w:rPr>
        <w:t>6</w:t>
      </w:r>
      <w:r w:rsidRPr="000767E2">
        <w:rPr>
          <w:lang w:val="sv-SE"/>
        </w:rPr>
        <w:t xml:space="preserve"> {{field-on:bible}}Och </w:t>
      </w:r>
      <w:r w:rsidRPr="000767E2">
        <w:rPr>
          <w:i/>
          <w:lang w:val="sv-SE"/>
        </w:rPr>
        <w:t>då</w:t>
      </w:r>
      <w:r w:rsidRPr="000767E2">
        <w:rPr>
          <w:lang w:val="sv-SE"/>
        </w:rPr>
        <w:t xml:space="preserve"> samlades apostlarna och de äldste </w:t>
      </w:r>
      <w:r w:rsidRPr="000767E2">
        <w:rPr>
          <w:i/>
          <w:lang w:val="sv-SE"/>
        </w:rPr>
        <w:t>för</w:t>
      </w:r>
      <w:r w:rsidRPr="000767E2">
        <w:rPr>
          <w:lang w:val="sv-SE"/>
        </w:rPr>
        <w:t xml:space="preserve"> att se </w:t>
      </w:r>
      <w:r w:rsidRPr="000767E2">
        <w:rPr>
          <w:i/>
          <w:lang w:val="sv-SE"/>
        </w:rPr>
        <w:t>över</w:t>
      </w:r>
      <w:r w:rsidRPr="000767E2">
        <w:rPr>
          <w:lang w:val="sv-SE"/>
        </w:rPr>
        <w:t xml:space="preserve"> kring detta ord.{{field-off:bible}}</w:t>
      </w:r>
    </w:p>
    <w:p w14:paraId="66229EA3" w14:textId="2AB4D258" w:rsidR="00BA33AB" w:rsidRPr="000767E2" w:rsidRDefault="00000000">
      <w:pPr>
        <w:rPr>
          <w:lang w:val="sv-SE"/>
        </w:rPr>
      </w:pPr>
      <w:r w:rsidRPr="000767E2">
        <w:rPr>
          <w:lang w:val="sv-SE"/>
        </w:rPr>
        <w:t>[[@</w:t>
      </w:r>
      <w:r w:rsidR="0096445B" w:rsidRPr="000767E2">
        <w:rPr>
          <w:lang w:val="sv-SE"/>
        </w:rPr>
        <w:t>BibleBIBEL82</w:t>
      </w:r>
      <w:r w:rsidRPr="000767E2">
        <w:rPr>
          <w:lang w:val="sv-SE"/>
        </w:rPr>
        <w:t>:Acts 15:7]]</w:t>
      </w:r>
      <w:r w:rsidRPr="000767E2">
        <w:rPr>
          <w:vertAlign w:val="superscript"/>
          <w:lang w:val="sv-SE"/>
        </w:rPr>
        <w:t>7</w:t>
      </w:r>
      <w:r w:rsidRPr="000767E2">
        <w:rPr>
          <w:lang w:val="sv-SE"/>
        </w:rPr>
        <w:t xml:space="preserve"> {{field-on:bible}}Och när det hade blivit mycket diskussion, stod Petrus upp och sade till dem: ”Män, bröder! Ni vet att från urtida dagar har Gud bland er utvalt att genom min mun </w:t>
      </w:r>
      <w:r w:rsidRPr="000767E2">
        <w:rPr>
          <w:i/>
          <w:lang w:val="sv-SE"/>
        </w:rPr>
        <w:t>skulle</w:t>
      </w:r>
      <w:r w:rsidRPr="000767E2">
        <w:rPr>
          <w:lang w:val="sv-SE"/>
        </w:rPr>
        <w:t xml:space="preserve"> folkslagen </w:t>
      </w:r>
      <w:r w:rsidRPr="000767E2">
        <w:rPr>
          <w:i/>
          <w:lang w:val="sv-SE"/>
        </w:rPr>
        <w:t>få</w:t>
      </w:r>
      <w:r w:rsidRPr="000767E2">
        <w:rPr>
          <w:lang w:val="sv-SE"/>
        </w:rPr>
        <w:t xml:space="preserve"> höra evangeliets ord och komma till tro.{{field-off:bible}} [[@</w:t>
      </w:r>
      <w:r w:rsidR="0096445B" w:rsidRPr="000767E2">
        <w:rPr>
          <w:lang w:val="sv-SE"/>
        </w:rPr>
        <w:t>BibleBIBEL82</w:t>
      </w:r>
      <w:r w:rsidRPr="000767E2">
        <w:rPr>
          <w:lang w:val="sv-SE"/>
        </w:rPr>
        <w:t>:Acts 15:8]]</w:t>
      </w:r>
      <w:r w:rsidRPr="000767E2">
        <w:rPr>
          <w:vertAlign w:val="superscript"/>
          <w:lang w:val="sv-SE"/>
        </w:rPr>
        <w:t>8</w:t>
      </w:r>
      <w:r w:rsidRPr="000767E2">
        <w:rPr>
          <w:lang w:val="sv-SE"/>
        </w:rPr>
        <w:t xml:space="preserve"> {{field-on:bible}}Och hjärtekännaren Gud har vittnat för dem </w:t>
      </w:r>
      <w:r w:rsidRPr="000767E2">
        <w:rPr>
          <w:i/>
          <w:lang w:val="sv-SE"/>
        </w:rPr>
        <w:t>genom att</w:t>
      </w:r>
      <w:r w:rsidRPr="000767E2">
        <w:rPr>
          <w:lang w:val="sv-SE"/>
        </w:rPr>
        <w:t xml:space="preserve"> ge den heliga Anden, liksom även till oss.{{field-off:bible}} [[@</w:t>
      </w:r>
      <w:r w:rsidR="0096445B" w:rsidRPr="000767E2">
        <w:rPr>
          <w:lang w:val="sv-SE"/>
        </w:rPr>
        <w:t>BibleBIBEL82</w:t>
      </w:r>
      <w:r w:rsidRPr="000767E2">
        <w:rPr>
          <w:lang w:val="sv-SE"/>
        </w:rPr>
        <w:t>:Acts 15:9]]</w:t>
      </w:r>
      <w:r w:rsidRPr="000767E2">
        <w:rPr>
          <w:vertAlign w:val="superscript"/>
          <w:lang w:val="sv-SE"/>
        </w:rPr>
        <w:t>9</w:t>
      </w:r>
      <w:r w:rsidRPr="000767E2">
        <w:rPr>
          <w:lang w:val="sv-SE"/>
        </w:rPr>
        <w:t xml:space="preserve"> {{field-on:bible}}Och ingen åtskillnad har han gjort mellan oss och dem, när han genom tron renat deras hjärtan.{{field-off:bible}} [[@</w:t>
      </w:r>
      <w:r w:rsidR="0096445B" w:rsidRPr="000767E2">
        <w:rPr>
          <w:lang w:val="sv-SE"/>
        </w:rPr>
        <w:t>BibleBIBEL82</w:t>
      </w:r>
      <w:r w:rsidRPr="000767E2">
        <w:rPr>
          <w:lang w:val="sv-SE"/>
        </w:rPr>
        <w:t>:Acts 15:10]]</w:t>
      </w:r>
      <w:r w:rsidRPr="000767E2">
        <w:rPr>
          <w:vertAlign w:val="superscript"/>
          <w:lang w:val="sv-SE"/>
        </w:rPr>
        <w:t>10</w:t>
      </w:r>
      <w:r w:rsidRPr="000767E2">
        <w:rPr>
          <w:lang w:val="sv-SE"/>
        </w:rPr>
        <w:t xml:space="preserve"> {{field-on:bible}}Så nu, varför prövar ni Gud </w:t>
      </w:r>
      <w:r w:rsidRPr="000767E2">
        <w:rPr>
          <w:i/>
          <w:lang w:val="sv-SE"/>
        </w:rPr>
        <w:t>genom</w:t>
      </w:r>
      <w:r w:rsidRPr="000767E2">
        <w:rPr>
          <w:lang w:val="sv-SE"/>
        </w:rPr>
        <w:t xml:space="preserve"> att lägga ett ok på lärjungarnas hals som varken våra fäder eller vi har mäktat bära?{{field-off:bible}} [[@</w:t>
      </w:r>
      <w:r w:rsidR="0096445B" w:rsidRPr="000767E2">
        <w:rPr>
          <w:lang w:val="sv-SE"/>
        </w:rPr>
        <w:t>BibleBIBEL82</w:t>
      </w:r>
      <w:r w:rsidRPr="000767E2">
        <w:rPr>
          <w:lang w:val="sv-SE"/>
        </w:rPr>
        <w:t>:Acts 15:11]]</w:t>
      </w:r>
      <w:r w:rsidRPr="000767E2">
        <w:rPr>
          <w:vertAlign w:val="superscript"/>
          <w:lang w:val="sv-SE"/>
        </w:rPr>
        <w:t>11</w:t>
      </w:r>
      <w:r w:rsidRPr="000767E2">
        <w:rPr>
          <w:lang w:val="sv-SE"/>
        </w:rPr>
        <w:t xml:space="preserve"> {{field-on:bible}}Nej, genom Herren Jesu nåd tror vi </w:t>
      </w:r>
      <w:r w:rsidRPr="000767E2">
        <w:rPr>
          <w:i/>
          <w:lang w:val="sv-SE"/>
        </w:rPr>
        <w:t>för</w:t>
      </w:r>
      <w:r w:rsidRPr="000767E2">
        <w:rPr>
          <w:lang w:val="sv-SE"/>
        </w:rPr>
        <w:t xml:space="preserve"> att bli frälsta, på samma sätt som också dessa.”{{field-off:bible}}</w:t>
      </w:r>
    </w:p>
    <w:p w14:paraId="592CBF09" w14:textId="7284D95D"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15:12]]</w:t>
      </w:r>
      <w:r w:rsidRPr="000767E2">
        <w:rPr>
          <w:vertAlign w:val="superscript"/>
          <w:lang w:val="sv-SE"/>
        </w:rPr>
        <w:t>12</w:t>
      </w:r>
      <w:r w:rsidRPr="000767E2">
        <w:rPr>
          <w:lang w:val="sv-SE"/>
        </w:rPr>
        <w:t xml:space="preserve"> {{field-on:bible}}Och hela mängden teg. Och de lyssnade på Barnabas och Paulus, som utlade vad Gud hade gjort </w:t>
      </w:r>
      <w:r w:rsidRPr="000767E2">
        <w:rPr>
          <w:i/>
          <w:lang w:val="sv-SE"/>
        </w:rPr>
        <w:t>av</w:t>
      </w:r>
      <w:r w:rsidRPr="000767E2">
        <w:rPr>
          <w:lang w:val="sv-SE"/>
        </w:rPr>
        <w:t xml:space="preserve"> tecken och under bland folkslagen genom dem.{{field-off:bible}} [[@</w:t>
      </w:r>
      <w:r w:rsidR="0096445B" w:rsidRPr="000767E2">
        <w:rPr>
          <w:lang w:val="sv-SE"/>
        </w:rPr>
        <w:t>BibleBIBEL82</w:t>
      </w:r>
      <w:r w:rsidRPr="000767E2">
        <w:rPr>
          <w:lang w:val="sv-SE"/>
        </w:rPr>
        <w:t>:Acts 15:13]]</w:t>
      </w:r>
      <w:r w:rsidRPr="000767E2">
        <w:rPr>
          <w:vertAlign w:val="superscript"/>
          <w:lang w:val="sv-SE"/>
        </w:rPr>
        <w:t>13</w:t>
      </w:r>
      <w:r w:rsidRPr="000767E2">
        <w:rPr>
          <w:lang w:val="sv-SE"/>
        </w:rPr>
        <w:t xml:space="preserve"> {{field-on:bible}}Och efter att de tigit, svarade Jakob och sade: ”Män, bröder! Hör på mig:{{field-off:bible}} [[@</w:t>
      </w:r>
      <w:r w:rsidR="0096445B" w:rsidRPr="000767E2">
        <w:rPr>
          <w:lang w:val="sv-SE"/>
        </w:rPr>
        <w:t>BibleBIBEL82</w:t>
      </w:r>
      <w:r w:rsidRPr="000767E2">
        <w:rPr>
          <w:lang w:val="sv-SE"/>
        </w:rPr>
        <w:t>:Acts 15:14]]</w:t>
      </w:r>
      <w:r w:rsidRPr="000767E2">
        <w:rPr>
          <w:vertAlign w:val="superscript"/>
          <w:lang w:val="sv-SE"/>
        </w:rPr>
        <w:t>14</w:t>
      </w:r>
      <w:r w:rsidRPr="000767E2">
        <w:rPr>
          <w:lang w:val="sv-SE"/>
        </w:rPr>
        <w:t xml:space="preserve"> {{field-on:bible}}Symeon har utlagt så som Gud först besökte </w:t>
      </w:r>
      <w:r w:rsidRPr="000767E2">
        <w:rPr>
          <w:i/>
          <w:lang w:val="sv-SE"/>
        </w:rPr>
        <w:t>för</w:t>
      </w:r>
      <w:r w:rsidRPr="000767E2">
        <w:rPr>
          <w:lang w:val="sv-SE"/>
        </w:rPr>
        <w:t xml:space="preserve"> att ta ur folkslagen ett folk åt sitt namn.{{field-off:bible}} [[@</w:t>
      </w:r>
      <w:r w:rsidR="0096445B" w:rsidRPr="000767E2">
        <w:rPr>
          <w:lang w:val="sv-SE"/>
        </w:rPr>
        <w:t>BibleBIBEL82</w:t>
      </w:r>
      <w:r w:rsidRPr="000767E2">
        <w:rPr>
          <w:lang w:val="sv-SE"/>
        </w:rPr>
        <w:t>:Acts 15:15]]</w:t>
      </w:r>
      <w:r w:rsidRPr="000767E2">
        <w:rPr>
          <w:vertAlign w:val="superscript"/>
          <w:lang w:val="sv-SE"/>
        </w:rPr>
        <w:t>15</w:t>
      </w:r>
      <w:r w:rsidRPr="000767E2">
        <w:rPr>
          <w:lang w:val="sv-SE"/>
        </w:rPr>
        <w:t xml:space="preserve"> {{field-on:bible}}Och med detta stämmer profeternas ord, så som det är skrivet:{{field-off:bible}}</w:t>
      </w:r>
    </w:p>
    <w:p w14:paraId="24A9A4B9" w14:textId="6033C9BD" w:rsidR="00BA33AB" w:rsidRPr="000767E2" w:rsidRDefault="00000000">
      <w:pPr>
        <w:rPr>
          <w:lang w:val="sv-SE"/>
        </w:rPr>
      </w:pPr>
      <w:r w:rsidRPr="000767E2">
        <w:rPr>
          <w:lang w:val="sv-SE"/>
        </w:rPr>
        <w:t>[[@</w:t>
      </w:r>
      <w:r w:rsidR="0096445B" w:rsidRPr="000767E2">
        <w:rPr>
          <w:lang w:val="sv-SE"/>
        </w:rPr>
        <w:t>BibleBIBEL82</w:t>
      </w:r>
      <w:r w:rsidRPr="000767E2">
        <w:rPr>
          <w:lang w:val="sv-SE"/>
        </w:rPr>
        <w:t>:Acts 15:16]]</w:t>
      </w:r>
      <w:r w:rsidRPr="000767E2">
        <w:rPr>
          <w:vertAlign w:val="superscript"/>
          <w:lang w:val="sv-SE"/>
        </w:rPr>
        <w:t>16</w:t>
      </w:r>
      <w:r w:rsidRPr="000767E2">
        <w:rPr>
          <w:lang w:val="sv-SE"/>
        </w:rPr>
        <w:t xml:space="preserve"> {{field-on:bible}}Efter detta ska jag vända åter</w:t>
      </w:r>
      <w:r w:rsidRPr="000767E2">
        <w:rPr>
          <w:lang w:val="sv-SE"/>
        </w:rPr>
        <w:br/>
        <w:t>och återuppbygga Davids fallna hydda.</w:t>
      </w:r>
      <w:r w:rsidRPr="000767E2">
        <w:rPr>
          <w:lang w:val="sv-SE"/>
        </w:rPr>
        <w:br/>
        <w:t>Och det raserade i den ska jag återuppbygga och åter räta upp den,{{field-off:bible}}</w:t>
      </w:r>
      <w:r w:rsidRPr="000767E2">
        <w:rPr>
          <w:lang w:val="sv-SE"/>
        </w:rPr>
        <w:br/>
        <w:t>[[@</w:t>
      </w:r>
      <w:r w:rsidR="0096445B" w:rsidRPr="000767E2">
        <w:rPr>
          <w:lang w:val="sv-SE"/>
        </w:rPr>
        <w:t>BibleBIBEL82</w:t>
      </w:r>
      <w:r w:rsidRPr="000767E2">
        <w:rPr>
          <w:lang w:val="sv-SE"/>
        </w:rPr>
        <w:t>:Acts 15:17]]</w:t>
      </w:r>
      <w:r w:rsidRPr="000767E2">
        <w:rPr>
          <w:vertAlign w:val="superscript"/>
          <w:lang w:val="sv-SE"/>
        </w:rPr>
        <w:t>17</w:t>
      </w:r>
      <w:r w:rsidRPr="000767E2">
        <w:rPr>
          <w:lang w:val="sv-SE"/>
        </w:rPr>
        <w:t xml:space="preserve"> {{field-on:bible}}för att de återstående av människorna ska söka Herren,</w:t>
      </w:r>
      <w:r w:rsidRPr="000767E2">
        <w:rPr>
          <w:lang w:val="sv-SE"/>
        </w:rPr>
        <w:br/>
        <w:t>och alla folkslagen över vilka mitt namn har åkallats över dem,</w:t>
      </w:r>
      <w:r w:rsidRPr="000767E2">
        <w:rPr>
          <w:lang w:val="sv-SE"/>
        </w:rPr>
        <w:br/>
        <w:t>säger Herren som gör detta,{{field-off:bible}} [[@</w:t>
      </w:r>
      <w:r w:rsidR="0096445B" w:rsidRPr="000767E2">
        <w:rPr>
          <w:lang w:val="sv-SE"/>
        </w:rPr>
        <w:t>BibleBIBEL82</w:t>
      </w:r>
      <w:r w:rsidRPr="000767E2">
        <w:rPr>
          <w:lang w:val="sv-SE"/>
        </w:rPr>
        <w:t>:Acts 15:18]]</w:t>
      </w:r>
      <w:r w:rsidRPr="000767E2">
        <w:rPr>
          <w:vertAlign w:val="superscript"/>
          <w:lang w:val="sv-SE"/>
        </w:rPr>
        <w:t>18</w:t>
      </w:r>
      <w:r w:rsidRPr="000767E2">
        <w:rPr>
          <w:lang w:val="sv-SE"/>
        </w:rPr>
        <w:t xml:space="preserve"> {{field-on:bible}}känt sedan eon.{{field-off:bible}}</w:t>
      </w:r>
    </w:p>
    <w:p w14:paraId="1B2108A1" w14:textId="750F30E6" w:rsidR="00BA33AB" w:rsidRPr="000767E2" w:rsidRDefault="00000000">
      <w:pPr>
        <w:rPr>
          <w:lang w:val="sv-SE"/>
        </w:rPr>
      </w:pPr>
      <w:r w:rsidRPr="000767E2">
        <w:rPr>
          <w:lang w:val="sv-SE"/>
        </w:rPr>
        <w:t>[[@</w:t>
      </w:r>
      <w:r w:rsidR="0096445B" w:rsidRPr="000767E2">
        <w:rPr>
          <w:lang w:val="sv-SE"/>
        </w:rPr>
        <w:t>BibleBIBEL82</w:t>
      </w:r>
      <w:r w:rsidRPr="000767E2">
        <w:rPr>
          <w:lang w:val="sv-SE"/>
        </w:rPr>
        <w:t>:Acts 15:19]]</w:t>
      </w:r>
      <w:r w:rsidRPr="000767E2">
        <w:rPr>
          <w:vertAlign w:val="superscript"/>
          <w:lang w:val="sv-SE"/>
        </w:rPr>
        <w:t>19</w:t>
      </w:r>
      <w:r w:rsidRPr="000767E2">
        <w:rPr>
          <w:lang w:val="sv-SE"/>
        </w:rPr>
        <w:t xml:space="preserve"> {{field-on:bible}}Därför bedömer jag att </w:t>
      </w:r>
      <w:r w:rsidRPr="000767E2">
        <w:rPr>
          <w:i/>
          <w:lang w:val="sv-SE"/>
        </w:rPr>
        <w:t>man</w:t>
      </w:r>
      <w:r w:rsidRPr="000767E2">
        <w:rPr>
          <w:lang w:val="sv-SE"/>
        </w:rPr>
        <w:t xml:space="preserve"> inte </w:t>
      </w:r>
      <w:r w:rsidRPr="000767E2">
        <w:rPr>
          <w:i/>
          <w:lang w:val="sv-SE"/>
        </w:rPr>
        <w:t>ska</w:t>
      </w:r>
      <w:r w:rsidRPr="000767E2">
        <w:rPr>
          <w:lang w:val="sv-SE"/>
        </w:rPr>
        <w:t xml:space="preserve"> anfäkta dem som från folkslagen vänder om till Gud,{{field-off:bible}} [[@</w:t>
      </w:r>
      <w:r w:rsidR="0096445B" w:rsidRPr="000767E2">
        <w:rPr>
          <w:lang w:val="sv-SE"/>
        </w:rPr>
        <w:t>BibleBIBEL82</w:t>
      </w:r>
      <w:r w:rsidRPr="000767E2">
        <w:rPr>
          <w:lang w:val="sv-SE"/>
        </w:rPr>
        <w:t>:Acts 15:20]]</w:t>
      </w:r>
      <w:r w:rsidRPr="000767E2">
        <w:rPr>
          <w:vertAlign w:val="superscript"/>
          <w:lang w:val="sv-SE"/>
        </w:rPr>
        <w:t>20</w:t>
      </w:r>
      <w:r w:rsidRPr="000767E2">
        <w:rPr>
          <w:lang w:val="sv-SE"/>
        </w:rPr>
        <w:t xml:space="preserve"> {{field-on:bible}}utan tillskriva dem att avhålla sig från besmittelserna av avgudarna och från otukten och från det kvävda och från blodet.{{field-off:bible}} [[@</w:t>
      </w:r>
      <w:r w:rsidR="0096445B" w:rsidRPr="000767E2">
        <w:rPr>
          <w:lang w:val="sv-SE"/>
        </w:rPr>
        <w:t>BibleBIBEL82</w:t>
      </w:r>
      <w:r w:rsidRPr="000767E2">
        <w:rPr>
          <w:lang w:val="sv-SE"/>
        </w:rPr>
        <w:t>:Acts 15:21]]</w:t>
      </w:r>
      <w:r w:rsidRPr="000767E2">
        <w:rPr>
          <w:vertAlign w:val="superscript"/>
          <w:lang w:val="sv-SE"/>
        </w:rPr>
        <w:t>21</w:t>
      </w:r>
      <w:r w:rsidRPr="000767E2">
        <w:rPr>
          <w:lang w:val="sv-SE"/>
        </w:rPr>
        <w:t xml:space="preserve"> {{field-on:bible}}För Mose har sedan urtida släkten i </w:t>
      </w:r>
      <w:r w:rsidRPr="000767E2">
        <w:rPr>
          <w:i/>
          <w:lang w:val="sv-SE"/>
        </w:rPr>
        <w:t>varje</w:t>
      </w:r>
      <w:r w:rsidRPr="000767E2">
        <w:rPr>
          <w:lang w:val="sv-SE"/>
        </w:rPr>
        <w:t xml:space="preserve"> stad dem som förkunnar honom, då han i synagogorna vid varje sabbat läses.”{{field-off:bible}}</w:t>
      </w:r>
    </w:p>
    <w:p w14:paraId="5D54BD89" w14:textId="77777777" w:rsidR="00BA33AB" w:rsidRPr="000767E2" w:rsidRDefault="00000000">
      <w:pPr>
        <w:pStyle w:val="Rubrik3"/>
        <w:rPr>
          <w:lang w:val="sv-SE"/>
        </w:rPr>
      </w:pPr>
      <w:r w:rsidRPr="000767E2">
        <w:rPr>
          <w:lang w:val="sv-SE"/>
        </w:rPr>
        <w:t>Brevet från församlingen i Jerusalem</w:t>
      </w:r>
    </w:p>
    <w:p w14:paraId="16F821B0" w14:textId="6EEAF504" w:rsidR="00BA33AB" w:rsidRPr="000767E2" w:rsidRDefault="00000000">
      <w:pPr>
        <w:rPr>
          <w:lang w:val="sv-SE"/>
        </w:rPr>
      </w:pPr>
      <w:r w:rsidRPr="000767E2">
        <w:rPr>
          <w:lang w:val="sv-SE"/>
        </w:rPr>
        <w:t>[[@</w:t>
      </w:r>
      <w:r w:rsidR="0096445B" w:rsidRPr="000767E2">
        <w:rPr>
          <w:lang w:val="sv-SE"/>
        </w:rPr>
        <w:t>BibleBIBEL82</w:t>
      </w:r>
      <w:r w:rsidRPr="000767E2">
        <w:rPr>
          <w:lang w:val="sv-SE"/>
        </w:rPr>
        <w:t>:Acts 15:22]]</w:t>
      </w:r>
      <w:r w:rsidRPr="000767E2">
        <w:rPr>
          <w:vertAlign w:val="superscript"/>
          <w:lang w:val="sv-SE"/>
        </w:rPr>
        <w:t>22</w:t>
      </w:r>
      <w:r w:rsidRPr="000767E2">
        <w:rPr>
          <w:lang w:val="sv-SE"/>
        </w:rPr>
        <w:t xml:space="preserve"> {{field-on:bible}}Då tycktes det </w:t>
      </w:r>
      <w:r w:rsidRPr="000767E2">
        <w:rPr>
          <w:i/>
          <w:lang w:val="sv-SE"/>
        </w:rPr>
        <w:t>gott</w:t>
      </w:r>
      <w:r w:rsidRPr="000767E2">
        <w:rPr>
          <w:lang w:val="sv-SE"/>
        </w:rPr>
        <w:t xml:space="preserve"> för apostlarna och de äldste, med hela församlingen, att skicka utvalda män från dem till Antiochia med Paulus och Barnabas: Judas som kallades Barsabbas och Silas, styrande män bland syskonen,{{field-off:bible}} [[@</w:t>
      </w:r>
      <w:r w:rsidR="0096445B" w:rsidRPr="000767E2">
        <w:rPr>
          <w:lang w:val="sv-SE"/>
        </w:rPr>
        <w:t>BibleBIBEL82</w:t>
      </w:r>
      <w:r w:rsidRPr="000767E2">
        <w:rPr>
          <w:lang w:val="sv-SE"/>
        </w:rPr>
        <w:t>:Acts 15:23]]</w:t>
      </w:r>
      <w:r w:rsidRPr="000767E2">
        <w:rPr>
          <w:vertAlign w:val="superscript"/>
          <w:lang w:val="sv-SE"/>
        </w:rPr>
        <w:t>23</w:t>
      </w:r>
      <w:r w:rsidRPr="000767E2">
        <w:rPr>
          <w:lang w:val="sv-SE"/>
        </w:rPr>
        <w:t xml:space="preserve"> {{field-on:bible}}och skriva genom deras hand:{{field-off:bible}}</w:t>
      </w:r>
    </w:p>
    <w:p w14:paraId="48312C83" w14:textId="16F702B1" w:rsidR="00BA33AB" w:rsidRPr="000767E2" w:rsidRDefault="00000000">
      <w:pPr>
        <w:rPr>
          <w:lang w:val="sv-SE"/>
        </w:rPr>
      </w:pPr>
      <w:r w:rsidRPr="000767E2">
        <w:rPr>
          <w:lang w:val="sv-SE"/>
        </w:rPr>
        <w:t>{{field-on:bible}}”</w:t>
      </w:r>
      <w:r w:rsidRPr="000767E2">
        <w:rPr>
          <w:i/>
          <w:lang w:val="sv-SE"/>
        </w:rPr>
        <w:t>Från</w:t>
      </w:r>
      <w:r w:rsidRPr="000767E2">
        <w:rPr>
          <w:lang w:val="sv-SE"/>
        </w:rPr>
        <w:t xml:space="preserve"> apostlarna och äldstebröderna. Till dem i Antiochia och Syrien och Kilikien, syskonen från folkslagen: hälsningar.{{field-off:bible}} [[@</w:t>
      </w:r>
      <w:r w:rsidR="0096445B" w:rsidRPr="000767E2">
        <w:rPr>
          <w:lang w:val="sv-SE"/>
        </w:rPr>
        <w:t>BibleBIBEL82</w:t>
      </w:r>
      <w:r w:rsidRPr="000767E2">
        <w:rPr>
          <w:lang w:val="sv-SE"/>
        </w:rPr>
        <w:t>:Acts 15:24]]</w:t>
      </w:r>
      <w:r w:rsidRPr="000767E2">
        <w:rPr>
          <w:vertAlign w:val="superscript"/>
          <w:lang w:val="sv-SE"/>
        </w:rPr>
        <w:t>24</w:t>
      </w:r>
      <w:r w:rsidRPr="000767E2">
        <w:rPr>
          <w:lang w:val="sv-SE"/>
        </w:rPr>
        <w:t xml:space="preserve"> {{field-on:bible}}Då vi nu har hört att några från oss har gått ut och oroat er med ord och skövlat era själar, </w:t>
      </w:r>
      <w:r w:rsidRPr="000767E2">
        <w:rPr>
          <w:i/>
          <w:lang w:val="sv-SE"/>
        </w:rPr>
        <w:t>några</w:t>
      </w:r>
      <w:r w:rsidRPr="000767E2">
        <w:rPr>
          <w:lang w:val="sv-SE"/>
        </w:rPr>
        <w:t xml:space="preserve"> som vi inte har kommenderat,{{field-off:bible}} [[@</w:t>
      </w:r>
      <w:r w:rsidR="0096445B" w:rsidRPr="000767E2">
        <w:rPr>
          <w:lang w:val="sv-SE"/>
        </w:rPr>
        <w:t>BibleBIBEL82</w:t>
      </w:r>
      <w:r w:rsidRPr="000767E2">
        <w:rPr>
          <w:lang w:val="sv-SE"/>
        </w:rPr>
        <w:t>:Acts 15:25]]</w:t>
      </w:r>
      <w:r w:rsidRPr="000767E2">
        <w:rPr>
          <w:vertAlign w:val="superscript"/>
          <w:lang w:val="sv-SE"/>
        </w:rPr>
        <w:t>25</w:t>
      </w:r>
      <w:r w:rsidRPr="000767E2">
        <w:rPr>
          <w:lang w:val="sv-SE"/>
        </w:rPr>
        <w:t xml:space="preserve"> {{field-on:bible}}tycktes det </w:t>
      </w:r>
      <w:r w:rsidRPr="000767E2">
        <w:rPr>
          <w:i/>
          <w:lang w:val="sv-SE"/>
        </w:rPr>
        <w:t>gott</w:t>
      </w:r>
      <w:r w:rsidRPr="000767E2">
        <w:rPr>
          <w:lang w:val="sv-SE"/>
        </w:rPr>
        <w:t xml:space="preserve"> för oss att bli förenade </w:t>
      </w:r>
      <w:r w:rsidRPr="000767E2">
        <w:rPr>
          <w:i/>
          <w:lang w:val="sv-SE"/>
        </w:rPr>
        <w:t>och</w:t>
      </w:r>
      <w:r w:rsidRPr="000767E2">
        <w:rPr>
          <w:lang w:val="sv-SE"/>
        </w:rPr>
        <w:t xml:space="preserve"> utvälja män att skicka till er med våra älskade Barnabas och Paulus,{{field-off:bible}} [[@</w:t>
      </w:r>
      <w:r w:rsidR="0096445B" w:rsidRPr="000767E2">
        <w:rPr>
          <w:lang w:val="sv-SE"/>
        </w:rPr>
        <w:t>BibleBIBEL82</w:t>
      </w:r>
      <w:r w:rsidRPr="000767E2">
        <w:rPr>
          <w:lang w:val="sv-SE"/>
        </w:rPr>
        <w:t>:Acts 15:26]]</w:t>
      </w:r>
      <w:r w:rsidRPr="000767E2">
        <w:rPr>
          <w:vertAlign w:val="superscript"/>
          <w:lang w:val="sv-SE"/>
        </w:rPr>
        <w:t>26</w:t>
      </w:r>
      <w:r w:rsidRPr="000767E2">
        <w:rPr>
          <w:lang w:val="sv-SE"/>
        </w:rPr>
        <w:t xml:space="preserve"> {{field-on:bible}}människor som har överlämnat sina själar för vår Herre Jesu Kristi namn.{{field-off:bible}} [[@</w:t>
      </w:r>
      <w:r w:rsidR="0096445B" w:rsidRPr="000767E2">
        <w:rPr>
          <w:lang w:val="sv-SE"/>
        </w:rPr>
        <w:t>BibleBIBEL82</w:t>
      </w:r>
      <w:r w:rsidRPr="000767E2">
        <w:rPr>
          <w:lang w:val="sv-SE"/>
        </w:rPr>
        <w:t>:Acts 15:27]]</w:t>
      </w:r>
      <w:r w:rsidRPr="000767E2">
        <w:rPr>
          <w:vertAlign w:val="superscript"/>
          <w:lang w:val="sv-SE"/>
        </w:rPr>
        <w:t>27</w:t>
      </w:r>
      <w:r w:rsidRPr="000767E2">
        <w:rPr>
          <w:lang w:val="sv-SE"/>
        </w:rPr>
        <w:t xml:space="preserve"> {{field-on:bible}}Vi har nu sänt Judas och Silas, som också själva med ord meddelar detsamma.{{field-off:bible}}</w:t>
      </w:r>
    </w:p>
    <w:p w14:paraId="218573AF" w14:textId="443B9484" w:rsidR="00BA33AB" w:rsidRPr="000767E2" w:rsidRDefault="00000000">
      <w:pPr>
        <w:rPr>
          <w:lang w:val="sv-SE"/>
        </w:rPr>
      </w:pPr>
      <w:r w:rsidRPr="000767E2">
        <w:rPr>
          <w:lang w:val="sv-SE"/>
        </w:rPr>
        <w:t>[[@</w:t>
      </w:r>
      <w:r w:rsidR="0096445B" w:rsidRPr="000767E2">
        <w:rPr>
          <w:lang w:val="sv-SE"/>
        </w:rPr>
        <w:t>BibleBIBEL82</w:t>
      </w:r>
      <w:r w:rsidRPr="000767E2">
        <w:rPr>
          <w:lang w:val="sv-SE"/>
        </w:rPr>
        <w:t>:Acts 15:28]]</w:t>
      </w:r>
      <w:r w:rsidRPr="000767E2">
        <w:rPr>
          <w:vertAlign w:val="superscript"/>
          <w:lang w:val="sv-SE"/>
        </w:rPr>
        <w:t>28</w:t>
      </w:r>
      <w:r w:rsidRPr="000767E2">
        <w:rPr>
          <w:lang w:val="sv-SE"/>
        </w:rPr>
        <w:t xml:space="preserve"> {{field-on:bible}}Det tycktes nämligen </w:t>
      </w:r>
      <w:r w:rsidRPr="000767E2">
        <w:rPr>
          <w:i/>
          <w:lang w:val="sv-SE"/>
        </w:rPr>
        <w:t>gott</w:t>
      </w:r>
      <w:r w:rsidRPr="000767E2">
        <w:rPr>
          <w:lang w:val="sv-SE"/>
        </w:rPr>
        <w:t xml:space="preserve"> för den heliga Anden och oss att inte lägga på er någon mer tyngd utom detta nödtvungna:{{field-off:bible}} </w:t>
      </w:r>
      <w:r w:rsidRPr="000767E2">
        <w:rPr>
          <w:lang w:val="sv-SE"/>
        </w:rPr>
        <w:lastRenderedPageBreak/>
        <w:t>[[@</w:t>
      </w:r>
      <w:r w:rsidR="0096445B" w:rsidRPr="000767E2">
        <w:rPr>
          <w:lang w:val="sv-SE"/>
        </w:rPr>
        <w:t>BibleBIBEL82</w:t>
      </w:r>
      <w:r w:rsidRPr="000767E2">
        <w:rPr>
          <w:lang w:val="sv-SE"/>
        </w:rPr>
        <w:t>:Acts 15:29]]</w:t>
      </w:r>
      <w:r w:rsidRPr="000767E2">
        <w:rPr>
          <w:vertAlign w:val="superscript"/>
          <w:lang w:val="sv-SE"/>
        </w:rPr>
        <w:t>29</w:t>
      </w:r>
      <w:r w:rsidRPr="000767E2">
        <w:rPr>
          <w:lang w:val="sv-SE"/>
        </w:rPr>
        <w:t xml:space="preserve"> {{field-on:bible}}att avhålla sig från avgudaoffrat och blod och kvävt och otukt. Från detta gör ni väl i att bevara er noga. Var starka!”{{field-off:bible}}</w:t>
      </w:r>
    </w:p>
    <w:p w14:paraId="17B3CF1A" w14:textId="2670BB81" w:rsidR="00BA33AB" w:rsidRPr="000767E2" w:rsidRDefault="00000000">
      <w:pPr>
        <w:rPr>
          <w:lang w:val="sv-SE"/>
        </w:rPr>
      </w:pPr>
      <w:r w:rsidRPr="000767E2">
        <w:rPr>
          <w:lang w:val="sv-SE"/>
        </w:rPr>
        <w:t>[[@</w:t>
      </w:r>
      <w:r w:rsidR="0096445B" w:rsidRPr="000767E2">
        <w:rPr>
          <w:lang w:val="sv-SE"/>
        </w:rPr>
        <w:t>BibleBIBEL82</w:t>
      </w:r>
      <w:r w:rsidRPr="000767E2">
        <w:rPr>
          <w:lang w:val="sv-SE"/>
        </w:rPr>
        <w:t>:Acts 15:30]]</w:t>
      </w:r>
      <w:r w:rsidRPr="000767E2">
        <w:rPr>
          <w:vertAlign w:val="superscript"/>
          <w:lang w:val="sv-SE"/>
        </w:rPr>
        <w:t>30</w:t>
      </w:r>
      <w:r w:rsidRPr="000767E2">
        <w:rPr>
          <w:lang w:val="sv-SE"/>
        </w:rPr>
        <w:t xml:space="preserve"> {{field-on:bible}}De släpptes nu i väg och kom ner till Antiochia, och sedan de samlat mängden gav de </w:t>
      </w:r>
      <w:r w:rsidRPr="000767E2">
        <w:rPr>
          <w:i/>
          <w:lang w:val="sv-SE"/>
        </w:rPr>
        <w:t>dem</w:t>
      </w:r>
      <w:r w:rsidRPr="000767E2">
        <w:rPr>
          <w:lang w:val="sv-SE"/>
        </w:rPr>
        <w:t xml:space="preserve"> brevet.{{field-off:bible}} [[@</w:t>
      </w:r>
      <w:r w:rsidR="0096445B" w:rsidRPr="000767E2">
        <w:rPr>
          <w:lang w:val="sv-SE"/>
        </w:rPr>
        <w:t>BibleBIBEL82</w:t>
      </w:r>
      <w:r w:rsidRPr="000767E2">
        <w:rPr>
          <w:lang w:val="sv-SE"/>
        </w:rPr>
        <w:t>:Acts 15:31]]</w:t>
      </w:r>
      <w:r w:rsidRPr="000767E2">
        <w:rPr>
          <w:vertAlign w:val="superscript"/>
          <w:lang w:val="sv-SE"/>
        </w:rPr>
        <w:t>31</w:t>
      </w:r>
      <w:r w:rsidRPr="000767E2">
        <w:rPr>
          <w:lang w:val="sv-SE"/>
        </w:rPr>
        <w:t xml:space="preserve"> {{field-on:bible}}Och de läste och gladde sig över </w:t>
      </w:r>
      <w:r w:rsidRPr="000767E2">
        <w:rPr>
          <w:i/>
          <w:lang w:val="sv-SE"/>
        </w:rPr>
        <w:t>denna</w:t>
      </w:r>
      <w:r w:rsidRPr="000767E2">
        <w:rPr>
          <w:lang w:val="sv-SE"/>
        </w:rPr>
        <w:t xml:space="preserve"> uppmuntran.{{field-off:bible}} [[@</w:t>
      </w:r>
      <w:r w:rsidR="0096445B" w:rsidRPr="000767E2">
        <w:rPr>
          <w:lang w:val="sv-SE"/>
        </w:rPr>
        <w:t>BibleBIBEL82</w:t>
      </w:r>
      <w:r w:rsidRPr="000767E2">
        <w:rPr>
          <w:lang w:val="sv-SE"/>
        </w:rPr>
        <w:t>:Acts 15:32]]</w:t>
      </w:r>
      <w:r w:rsidRPr="000767E2">
        <w:rPr>
          <w:vertAlign w:val="superscript"/>
          <w:lang w:val="sv-SE"/>
        </w:rPr>
        <w:t>32</w:t>
      </w:r>
      <w:r w:rsidRPr="000767E2">
        <w:rPr>
          <w:lang w:val="sv-SE"/>
        </w:rPr>
        <w:t xml:space="preserve"> {{field-on:bible}}Både Judas och Silas, som också själva var profeter, uppmuntrade med många ord syskonen och stärkte upp.{{field-off:bible}} [[@</w:t>
      </w:r>
      <w:r w:rsidR="0096445B" w:rsidRPr="000767E2">
        <w:rPr>
          <w:lang w:val="sv-SE"/>
        </w:rPr>
        <w:t>BibleBIBEL82</w:t>
      </w:r>
      <w:r w:rsidRPr="000767E2">
        <w:rPr>
          <w:lang w:val="sv-SE"/>
        </w:rPr>
        <w:t>:Acts 15:33]]</w:t>
      </w:r>
      <w:r w:rsidRPr="000767E2">
        <w:rPr>
          <w:vertAlign w:val="superscript"/>
          <w:lang w:val="sv-SE"/>
        </w:rPr>
        <w:t>33</w:t>
      </w:r>
      <w:r w:rsidRPr="000767E2">
        <w:rPr>
          <w:lang w:val="sv-SE"/>
        </w:rPr>
        <w:t xml:space="preserve"> {{field-on:bible}}Och sedan de gjort en tid, släpptes de iväg med frid från syskonen till dem som hade sänt ut dem.{{field-off:bible}} [[@</w:t>
      </w:r>
      <w:r w:rsidR="0096445B" w:rsidRPr="000767E2">
        <w:rPr>
          <w:lang w:val="sv-SE"/>
        </w:rPr>
        <w:t>BibleBIBEL82</w:t>
      </w:r>
      <w:r w:rsidRPr="000767E2">
        <w:rPr>
          <w:lang w:val="sv-SE"/>
        </w:rPr>
        <w:t>:Acts 15:35]]</w:t>
      </w:r>
      <w:r w:rsidRPr="000767E2">
        <w:rPr>
          <w:vertAlign w:val="superscript"/>
          <w:lang w:val="sv-SE"/>
        </w:rPr>
        <w:t>35</w:t>
      </w:r>
      <w:r w:rsidRPr="000767E2">
        <w:rPr>
          <w:lang w:val="sv-SE"/>
        </w:rPr>
        <w:t xml:space="preserve"> {{field-on:bible}}Men Paulus och Barnabas stannade i Antiochia och undervisade och evangeliserade med även många andra </w:t>
      </w:r>
      <w:r w:rsidRPr="000767E2">
        <w:rPr>
          <w:i/>
          <w:lang w:val="sv-SE"/>
        </w:rPr>
        <w:t>om</w:t>
      </w:r>
      <w:r w:rsidRPr="000767E2">
        <w:rPr>
          <w:lang w:val="sv-SE"/>
        </w:rPr>
        <w:t xml:space="preserve"> Herrens ord.{{field-off:bible}}</w:t>
      </w:r>
    </w:p>
    <w:p w14:paraId="681CD9B5" w14:textId="77777777" w:rsidR="00BA33AB" w:rsidRPr="000767E2" w:rsidRDefault="00000000">
      <w:pPr>
        <w:pStyle w:val="Rubrik3"/>
        <w:rPr>
          <w:lang w:val="sv-SE"/>
        </w:rPr>
      </w:pPr>
      <w:r w:rsidRPr="000767E2">
        <w:rPr>
          <w:lang w:val="sv-SE"/>
        </w:rPr>
        <w:t>PAULUS ANDRA MISSIONSRESA (15:36–18:22)</w:t>
      </w:r>
    </w:p>
    <w:p w14:paraId="35D8D69C" w14:textId="77777777" w:rsidR="00BA33AB" w:rsidRPr="000767E2" w:rsidRDefault="00000000">
      <w:pPr>
        <w:pStyle w:val="Rubrik3"/>
        <w:rPr>
          <w:lang w:val="sv-SE"/>
        </w:rPr>
      </w:pPr>
      <w:r w:rsidRPr="000767E2">
        <w:rPr>
          <w:lang w:val="sv-SE"/>
        </w:rPr>
        <w:t>Paulus reser ut med Silas</w:t>
      </w:r>
    </w:p>
    <w:p w14:paraId="5AAE010D" w14:textId="72AFC260" w:rsidR="00BA33AB" w:rsidRPr="000767E2" w:rsidRDefault="00000000">
      <w:pPr>
        <w:rPr>
          <w:lang w:val="sv-SE"/>
        </w:rPr>
      </w:pPr>
      <w:r w:rsidRPr="000767E2">
        <w:rPr>
          <w:lang w:val="sv-SE"/>
        </w:rPr>
        <w:t>[[@</w:t>
      </w:r>
      <w:r w:rsidR="0096445B" w:rsidRPr="000767E2">
        <w:rPr>
          <w:lang w:val="sv-SE"/>
        </w:rPr>
        <w:t>BibleBIBEL82</w:t>
      </w:r>
      <w:r w:rsidRPr="000767E2">
        <w:rPr>
          <w:lang w:val="sv-SE"/>
        </w:rPr>
        <w:t>:Acts 15:36]]</w:t>
      </w:r>
      <w:r w:rsidRPr="000767E2">
        <w:rPr>
          <w:vertAlign w:val="superscript"/>
          <w:lang w:val="sv-SE"/>
        </w:rPr>
        <w:t>36</w:t>
      </w:r>
      <w:r w:rsidRPr="000767E2">
        <w:rPr>
          <w:lang w:val="sv-SE"/>
        </w:rPr>
        <w:t xml:space="preserve"> {{field-on:bible}}Men efter några dagar sade Paulus till Barnabas: ”Låt oss nu vända om och besöka syskonen i varje stad i vilka vi predikat Herrens ord, hur de har </w:t>
      </w:r>
      <w:r w:rsidRPr="000767E2">
        <w:rPr>
          <w:i/>
          <w:lang w:val="sv-SE"/>
        </w:rPr>
        <w:t>det</w:t>
      </w:r>
      <w:r w:rsidRPr="000767E2">
        <w:rPr>
          <w:lang w:val="sv-SE"/>
        </w:rPr>
        <w:t>.”{{field-off:bible}} [[@</w:t>
      </w:r>
      <w:r w:rsidR="0096445B" w:rsidRPr="000767E2">
        <w:rPr>
          <w:lang w:val="sv-SE"/>
        </w:rPr>
        <w:t>BibleBIBEL82</w:t>
      </w:r>
      <w:r w:rsidRPr="000767E2">
        <w:rPr>
          <w:lang w:val="sv-SE"/>
        </w:rPr>
        <w:t>:Acts 15:37]]</w:t>
      </w:r>
      <w:r w:rsidRPr="000767E2">
        <w:rPr>
          <w:vertAlign w:val="superscript"/>
          <w:lang w:val="sv-SE"/>
        </w:rPr>
        <w:t>37</w:t>
      </w:r>
      <w:r w:rsidRPr="000767E2">
        <w:rPr>
          <w:lang w:val="sv-SE"/>
        </w:rPr>
        <w:t xml:space="preserve"> {{field-on:bible}}Men Barnabas önskade ta med sig även Johannes som kallades Markus.{{field-off:bible}} [[@</w:t>
      </w:r>
      <w:r w:rsidR="0096445B" w:rsidRPr="000767E2">
        <w:rPr>
          <w:lang w:val="sv-SE"/>
        </w:rPr>
        <w:t>BibleBIBEL82</w:t>
      </w:r>
      <w:r w:rsidRPr="000767E2">
        <w:rPr>
          <w:lang w:val="sv-SE"/>
        </w:rPr>
        <w:t>:Acts 15:38]]</w:t>
      </w:r>
      <w:r w:rsidRPr="000767E2">
        <w:rPr>
          <w:vertAlign w:val="superscript"/>
          <w:lang w:val="sv-SE"/>
        </w:rPr>
        <w:t>38</w:t>
      </w:r>
      <w:r w:rsidRPr="000767E2">
        <w:rPr>
          <w:lang w:val="sv-SE"/>
        </w:rPr>
        <w:t xml:space="preserve"> {{field-on:bible}}Men Paulus ansåg </w:t>
      </w:r>
      <w:r w:rsidRPr="000767E2">
        <w:rPr>
          <w:i/>
          <w:lang w:val="sv-SE"/>
        </w:rPr>
        <w:t>att</w:t>
      </w:r>
      <w:r w:rsidRPr="000767E2">
        <w:rPr>
          <w:lang w:val="sv-SE"/>
        </w:rPr>
        <w:t xml:space="preserve"> den som hade avlägsnat sig från dem från Pamfylien och inte gått med dem till verket, denne </w:t>
      </w:r>
      <w:r w:rsidRPr="000767E2">
        <w:rPr>
          <w:i/>
          <w:lang w:val="sv-SE"/>
        </w:rPr>
        <w:t>var det</w:t>
      </w:r>
      <w:r w:rsidRPr="000767E2">
        <w:rPr>
          <w:lang w:val="sv-SE"/>
        </w:rPr>
        <w:t xml:space="preserve"> inte värt att ta med sig.{{field-off:bible}} [[@</w:t>
      </w:r>
      <w:r w:rsidR="0096445B" w:rsidRPr="000767E2">
        <w:rPr>
          <w:lang w:val="sv-SE"/>
        </w:rPr>
        <w:t>BibleBIBEL82</w:t>
      </w:r>
      <w:r w:rsidRPr="000767E2">
        <w:rPr>
          <w:lang w:val="sv-SE"/>
        </w:rPr>
        <w:t>:Acts 15:39]]</w:t>
      </w:r>
      <w:r w:rsidRPr="000767E2">
        <w:rPr>
          <w:vertAlign w:val="superscript"/>
          <w:lang w:val="sv-SE"/>
        </w:rPr>
        <w:t>39</w:t>
      </w:r>
      <w:r w:rsidRPr="000767E2">
        <w:rPr>
          <w:lang w:val="sv-SE"/>
        </w:rPr>
        <w:t xml:space="preserve"> {{field-on:bible}}Och det blev ett uppeggande så att de skildes åt från varandra, och Barnabas tog med Markus </w:t>
      </w:r>
      <w:r w:rsidRPr="000767E2">
        <w:rPr>
          <w:i/>
          <w:lang w:val="sv-SE"/>
        </w:rPr>
        <w:t>för</w:t>
      </w:r>
      <w:r w:rsidRPr="000767E2">
        <w:rPr>
          <w:lang w:val="sv-SE"/>
        </w:rPr>
        <w:t xml:space="preserve"> att avsegla till Cypern.{{field-off:bible}} [[@</w:t>
      </w:r>
      <w:r w:rsidR="0096445B" w:rsidRPr="000767E2">
        <w:rPr>
          <w:lang w:val="sv-SE"/>
        </w:rPr>
        <w:t>BibleBIBEL82</w:t>
      </w:r>
      <w:r w:rsidRPr="000767E2">
        <w:rPr>
          <w:lang w:val="sv-SE"/>
        </w:rPr>
        <w:t>:Acts 15:40]]</w:t>
      </w:r>
      <w:r w:rsidRPr="000767E2">
        <w:rPr>
          <w:vertAlign w:val="superscript"/>
          <w:lang w:val="sv-SE"/>
        </w:rPr>
        <w:t>40</w:t>
      </w:r>
      <w:r w:rsidRPr="000767E2">
        <w:rPr>
          <w:lang w:val="sv-SE"/>
        </w:rPr>
        <w:t xml:space="preserve"> {{field-on:bible}}Men Paulus utvalde Silas och gick ut, överlämnad åt Herrens nåd av syskonen.{{field-off:bible}} [[@</w:t>
      </w:r>
      <w:r w:rsidR="0096445B" w:rsidRPr="000767E2">
        <w:rPr>
          <w:lang w:val="sv-SE"/>
        </w:rPr>
        <w:t>BibleBIBEL82</w:t>
      </w:r>
      <w:r w:rsidRPr="000767E2">
        <w:rPr>
          <w:lang w:val="sv-SE"/>
        </w:rPr>
        <w:t>:Acts 15:41]]</w:t>
      </w:r>
      <w:r w:rsidRPr="000767E2">
        <w:rPr>
          <w:vertAlign w:val="superscript"/>
          <w:lang w:val="sv-SE"/>
        </w:rPr>
        <w:t>41</w:t>
      </w:r>
      <w:r w:rsidRPr="000767E2">
        <w:rPr>
          <w:lang w:val="sv-SE"/>
        </w:rPr>
        <w:t xml:space="preserve"> {{field-on:bible}}Och han gick genom Syrien och Kilikien och stärkte upp församlingarna.{{field-off:bible}}</w:t>
      </w:r>
    </w:p>
    <w:p w14:paraId="606B3C84" w14:textId="0DE31CF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16]]Kapitel 16</w:t>
      </w:r>
    </w:p>
    <w:p w14:paraId="0CFD8A45" w14:textId="77777777" w:rsidR="00BA33AB" w:rsidRPr="000767E2" w:rsidRDefault="00000000">
      <w:pPr>
        <w:pStyle w:val="Rubrik3"/>
        <w:rPr>
          <w:lang w:val="sv-SE"/>
        </w:rPr>
      </w:pPr>
      <w:r w:rsidRPr="000767E2">
        <w:rPr>
          <w:lang w:val="sv-SE"/>
        </w:rPr>
        <w:t>Paulus tar med Timotheos</w:t>
      </w:r>
    </w:p>
    <w:p w14:paraId="75AE2545" w14:textId="2D636DE3" w:rsidR="00BA33AB" w:rsidRPr="000767E2" w:rsidRDefault="00000000">
      <w:pPr>
        <w:rPr>
          <w:lang w:val="sv-SE"/>
        </w:rPr>
      </w:pPr>
      <w:r w:rsidRPr="000767E2">
        <w:rPr>
          <w:lang w:val="sv-SE"/>
        </w:rPr>
        <w:t>[[@</w:t>
      </w:r>
      <w:r w:rsidR="0096445B" w:rsidRPr="000767E2">
        <w:rPr>
          <w:lang w:val="sv-SE"/>
        </w:rPr>
        <w:t>BibleBIBEL82</w:t>
      </w:r>
      <w:r w:rsidRPr="000767E2">
        <w:rPr>
          <w:lang w:val="sv-SE"/>
        </w:rPr>
        <w:t>:Acts 16:1]]</w:t>
      </w:r>
      <w:r w:rsidRPr="000767E2">
        <w:rPr>
          <w:vertAlign w:val="superscript"/>
          <w:lang w:val="sv-SE"/>
        </w:rPr>
        <w:t>1</w:t>
      </w:r>
      <w:r w:rsidRPr="000767E2">
        <w:rPr>
          <w:lang w:val="sv-SE"/>
        </w:rPr>
        <w:t xml:space="preserve"> {{field-on:bible}}Och han nådde [också] fram till Derbe och till Lystra. Och se: en lärjunge fanns där vid namn Timotheos, son till en judisk troende kvinna men till en grekisk far.{{field-off:bible}} [[@</w:t>
      </w:r>
      <w:r w:rsidR="0096445B" w:rsidRPr="000767E2">
        <w:rPr>
          <w:lang w:val="sv-SE"/>
        </w:rPr>
        <w:t>BibleBIBEL82</w:t>
      </w:r>
      <w:r w:rsidRPr="000767E2">
        <w:rPr>
          <w:lang w:val="sv-SE"/>
        </w:rPr>
        <w:t>:Acts 16:2]]</w:t>
      </w:r>
      <w:r w:rsidRPr="000767E2">
        <w:rPr>
          <w:vertAlign w:val="superscript"/>
          <w:lang w:val="sv-SE"/>
        </w:rPr>
        <w:t>2</w:t>
      </w:r>
      <w:r w:rsidRPr="000767E2">
        <w:rPr>
          <w:lang w:val="sv-SE"/>
        </w:rPr>
        <w:t xml:space="preserve"> {{field-on:bible}}Han var omvittnad av syskonen i Lystra och Ikonion.{{field-off:bible}} [[@</w:t>
      </w:r>
      <w:r w:rsidR="0096445B" w:rsidRPr="000767E2">
        <w:rPr>
          <w:lang w:val="sv-SE"/>
        </w:rPr>
        <w:t>BibleBIBEL82</w:t>
      </w:r>
      <w:r w:rsidRPr="000767E2">
        <w:rPr>
          <w:lang w:val="sv-SE"/>
        </w:rPr>
        <w:t>:Acts 16:3]]</w:t>
      </w:r>
      <w:r w:rsidRPr="000767E2">
        <w:rPr>
          <w:vertAlign w:val="superscript"/>
          <w:lang w:val="sv-SE"/>
        </w:rPr>
        <w:t>3</w:t>
      </w:r>
      <w:r w:rsidRPr="000767E2">
        <w:rPr>
          <w:lang w:val="sv-SE"/>
        </w:rPr>
        <w:t xml:space="preserve"> {{field-on:bible}}Denne ville Paulus </w:t>
      </w:r>
      <w:r w:rsidRPr="000767E2">
        <w:rPr>
          <w:i/>
          <w:lang w:val="sv-SE"/>
        </w:rPr>
        <w:t>ha</w:t>
      </w:r>
      <w:r w:rsidRPr="000767E2">
        <w:rPr>
          <w:lang w:val="sv-SE"/>
        </w:rPr>
        <w:t xml:space="preserve"> att gå ut med honom. Och han tog och omskar honom, på grund av judarna som var på dessa platser, för allesammans visste att hans far var grek.{{field-off:bible}}</w:t>
      </w:r>
    </w:p>
    <w:p w14:paraId="34D8CEB7" w14:textId="664D2E42" w:rsidR="00BA33AB" w:rsidRPr="000767E2" w:rsidRDefault="00000000">
      <w:pPr>
        <w:rPr>
          <w:lang w:val="sv-SE"/>
        </w:rPr>
      </w:pPr>
      <w:r w:rsidRPr="000767E2">
        <w:rPr>
          <w:lang w:val="sv-SE"/>
        </w:rPr>
        <w:t>[[@</w:t>
      </w:r>
      <w:r w:rsidR="0096445B" w:rsidRPr="000767E2">
        <w:rPr>
          <w:lang w:val="sv-SE"/>
        </w:rPr>
        <w:t>BibleBIBEL82</w:t>
      </w:r>
      <w:r w:rsidRPr="000767E2">
        <w:rPr>
          <w:lang w:val="sv-SE"/>
        </w:rPr>
        <w:t>:Acts 16:4]]</w:t>
      </w:r>
      <w:r w:rsidRPr="000767E2">
        <w:rPr>
          <w:vertAlign w:val="superscript"/>
          <w:lang w:val="sv-SE"/>
        </w:rPr>
        <w:t>4</w:t>
      </w:r>
      <w:r w:rsidRPr="000767E2">
        <w:rPr>
          <w:lang w:val="sv-SE"/>
        </w:rPr>
        <w:t xml:space="preserve"> {{field-on:bible}}Och medan de gick genom städerna, överlämnade de åt dem att iaktta edikten </w:t>
      </w:r>
      <w:r w:rsidRPr="000767E2">
        <w:rPr>
          <w:i/>
          <w:lang w:val="sv-SE"/>
        </w:rPr>
        <w:t>som var</w:t>
      </w:r>
      <w:r w:rsidRPr="000767E2">
        <w:rPr>
          <w:lang w:val="sv-SE"/>
        </w:rPr>
        <w:t xml:space="preserve"> bestämda av apostlarna och </w:t>
      </w:r>
      <w:r w:rsidRPr="000767E2">
        <w:rPr>
          <w:i/>
          <w:lang w:val="sv-SE"/>
        </w:rPr>
        <w:t>de</w:t>
      </w:r>
      <w:r w:rsidRPr="000767E2">
        <w:rPr>
          <w:lang w:val="sv-SE"/>
        </w:rPr>
        <w:t xml:space="preserve"> äldste i Jerusalem.{{field-off:bible}} [[@</w:t>
      </w:r>
      <w:r w:rsidR="0096445B" w:rsidRPr="000767E2">
        <w:rPr>
          <w:lang w:val="sv-SE"/>
        </w:rPr>
        <w:t>BibleBIBEL82</w:t>
      </w:r>
      <w:r w:rsidRPr="000767E2">
        <w:rPr>
          <w:lang w:val="sv-SE"/>
        </w:rPr>
        <w:t>:Acts 16:5]]</w:t>
      </w:r>
      <w:r w:rsidRPr="000767E2">
        <w:rPr>
          <w:vertAlign w:val="superscript"/>
          <w:lang w:val="sv-SE"/>
        </w:rPr>
        <w:t>5</w:t>
      </w:r>
      <w:r w:rsidRPr="000767E2">
        <w:rPr>
          <w:lang w:val="sv-SE"/>
        </w:rPr>
        <w:t xml:space="preserve"> {{field-on:bible}}Församlingarna fick nu stadga i tron och överflödade till antalet varje dag.{{field-off:bible}}</w:t>
      </w:r>
    </w:p>
    <w:p w14:paraId="7C7F05B0" w14:textId="77777777" w:rsidR="00BA33AB" w:rsidRPr="000767E2" w:rsidRDefault="00000000">
      <w:pPr>
        <w:pStyle w:val="Rubrik3"/>
        <w:rPr>
          <w:lang w:val="sv-SE"/>
        </w:rPr>
      </w:pPr>
      <w:r w:rsidRPr="000767E2">
        <w:rPr>
          <w:lang w:val="sv-SE"/>
        </w:rPr>
        <w:lastRenderedPageBreak/>
        <w:t>Under Andens ledning</w:t>
      </w:r>
    </w:p>
    <w:p w14:paraId="300A2E85" w14:textId="1C425627" w:rsidR="00BA33AB" w:rsidRPr="000767E2" w:rsidRDefault="00000000">
      <w:pPr>
        <w:rPr>
          <w:lang w:val="sv-SE"/>
        </w:rPr>
      </w:pPr>
      <w:r w:rsidRPr="000767E2">
        <w:rPr>
          <w:lang w:val="sv-SE"/>
        </w:rPr>
        <w:t>[[@</w:t>
      </w:r>
      <w:r w:rsidR="0096445B" w:rsidRPr="000767E2">
        <w:rPr>
          <w:lang w:val="sv-SE"/>
        </w:rPr>
        <w:t>BibleBIBEL82</w:t>
      </w:r>
      <w:r w:rsidRPr="000767E2">
        <w:rPr>
          <w:lang w:val="sv-SE"/>
        </w:rPr>
        <w:t>:Acts 16:6]]</w:t>
      </w:r>
      <w:r w:rsidRPr="000767E2">
        <w:rPr>
          <w:vertAlign w:val="superscript"/>
          <w:lang w:val="sv-SE"/>
        </w:rPr>
        <w:t>6</w:t>
      </w:r>
      <w:r w:rsidRPr="000767E2">
        <w:rPr>
          <w:lang w:val="sv-SE"/>
        </w:rPr>
        <w:t xml:space="preserve"> {{field-on:bible}}Och de gick genom Frygien och </w:t>
      </w:r>
      <w:r w:rsidRPr="000767E2">
        <w:rPr>
          <w:i/>
          <w:lang w:val="sv-SE"/>
        </w:rPr>
        <w:t>den</w:t>
      </w:r>
      <w:r w:rsidRPr="000767E2">
        <w:rPr>
          <w:lang w:val="sv-SE"/>
        </w:rPr>
        <w:t xml:space="preserve"> galatiska trakten, då de hindrats av den heliga Anden </w:t>
      </w:r>
      <w:r w:rsidRPr="000767E2">
        <w:rPr>
          <w:i/>
          <w:lang w:val="sv-SE"/>
        </w:rPr>
        <w:t>från</w:t>
      </w:r>
      <w:r w:rsidRPr="000767E2">
        <w:rPr>
          <w:lang w:val="sv-SE"/>
        </w:rPr>
        <w:t xml:space="preserve"> att tala ordet i Asien.{{field-off:bible}} [[@</w:t>
      </w:r>
      <w:r w:rsidR="0096445B" w:rsidRPr="000767E2">
        <w:rPr>
          <w:lang w:val="sv-SE"/>
        </w:rPr>
        <w:t>BibleBIBEL82</w:t>
      </w:r>
      <w:r w:rsidRPr="000767E2">
        <w:rPr>
          <w:lang w:val="sv-SE"/>
        </w:rPr>
        <w:t>:Acts 16:7]]</w:t>
      </w:r>
      <w:r w:rsidRPr="000767E2">
        <w:rPr>
          <w:vertAlign w:val="superscript"/>
          <w:lang w:val="sv-SE"/>
        </w:rPr>
        <w:t>7</w:t>
      </w:r>
      <w:r w:rsidRPr="000767E2">
        <w:rPr>
          <w:lang w:val="sv-SE"/>
        </w:rPr>
        <w:t xml:space="preserve"> {{field-on:bible}}Och när de kom mot Mysien försökte de gå till Bithynien, och </w:t>
      </w:r>
      <w:r w:rsidRPr="000767E2">
        <w:rPr>
          <w:i/>
          <w:lang w:val="sv-SE"/>
        </w:rPr>
        <w:t>det</w:t>
      </w:r>
      <w:r w:rsidRPr="000767E2">
        <w:rPr>
          <w:lang w:val="sv-SE"/>
        </w:rPr>
        <w:t xml:space="preserve"> lät dem inte Jesu Ande.{{field-off:bible}} [[@</w:t>
      </w:r>
      <w:r w:rsidR="0096445B" w:rsidRPr="000767E2">
        <w:rPr>
          <w:lang w:val="sv-SE"/>
        </w:rPr>
        <w:t>BibleBIBEL82</w:t>
      </w:r>
      <w:r w:rsidRPr="000767E2">
        <w:rPr>
          <w:lang w:val="sv-SE"/>
        </w:rPr>
        <w:t>:Acts 16:8]]</w:t>
      </w:r>
      <w:r w:rsidRPr="000767E2">
        <w:rPr>
          <w:vertAlign w:val="superscript"/>
          <w:lang w:val="sv-SE"/>
        </w:rPr>
        <w:t>8</w:t>
      </w:r>
      <w:r w:rsidRPr="000767E2">
        <w:rPr>
          <w:lang w:val="sv-SE"/>
        </w:rPr>
        <w:t xml:space="preserve"> {{field-on:bible}}Och komna förbi Mysien gick de ner till Troas.{{field-off:bible}}</w:t>
      </w:r>
    </w:p>
    <w:p w14:paraId="11A76848" w14:textId="036C406B" w:rsidR="00BA33AB" w:rsidRPr="000767E2" w:rsidRDefault="00000000">
      <w:pPr>
        <w:rPr>
          <w:lang w:val="sv-SE"/>
        </w:rPr>
      </w:pPr>
      <w:r w:rsidRPr="000767E2">
        <w:rPr>
          <w:lang w:val="sv-SE"/>
        </w:rPr>
        <w:t>[[@</w:t>
      </w:r>
      <w:r w:rsidR="0096445B" w:rsidRPr="000767E2">
        <w:rPr>
          <w:lang w:val="sv-SE"/>
        </w:rPr>
        <w:t>BibleBIBEL82</w:t>
      </w:r>
      <w:r w:rsidRPr="000767E2">
        <w:rPr>
          <w:lang w:val="sv-SE"/>
        </w:rPr>
        <w:t>:Acts 16:9]]</w:t>
      </w:r>
      <w:r w:rsidRPr="000767E2">
        <w:rPr>
          <w:vertAlign w:val="superscript"/>
          <w:lang w:val="sv-SE"/>
        </w:rPr>
        <w:t>9</w:t>
      </w:r>
      <w:r w:rsidRPr="000767E2">
        <w:rPr>
          <w:lang w:val="sv-SE"/>
        </w:rPr>
        <w:t xml:space="preserve"> {{field-on:bible}}Och en syn under natten visades för Paulus. </w:t>
      </w:r>
      <w:r w:rsidRPr="000767E2">
        <w:rPr>
          <w:i/>
          <w:lang w:val="sv-SE"/>
        </w:rPr>
        <w:t>Det</w:t>
      </w:r>
      <w:r w:rsidRPr="000767E2">
        <w:rPr>
          <w:lang w:val="sv-SE"/>
        </w:rPr>
        <w:t xml:space="preserve"> var en makedonsk man, som stod och vädjade till honom och sade: ”Gå över till Makedonien och hjälp oss!”{{field-off:bible}} [[@</w:t>
      </w:r>
      <w:r w:rsidR="0096445B" w:rsidRPr="000767E2">
        <w:rPr>
          <w:lang w:val="sv-SE"/>
        </w:rPr>
        <w:t>BibleBIBEL82</w:t>
      </w:r>
      <w:r w:rsidRPr="000767E2">
        <w:rPr>
          <w:lang w:val="sv-SE"/>
        </w:rPr>
        <w:t>:Acts 16:10]]</w:t>
      </w:r>
      <w:r w:rsidRPr="000767E2">
        <w:rPr>
          <w:vertAlign w:val="superscript"/>
          <w:lang w:val="sv-SE"/>
        </w:rPr>
        <w:t>10</w:t>
      </w:r>
      <w:r w:rsidRPr="000767E2">
        <w:rPr>
          <w:lang w:val="sv-SE"/>
        </w:rPr>
        <w:t xml:space="preserve"> {{field-on:bible}}Och när han hade sett synen sökte vi direkt komma ut till Makedonien, då vi lade ihop </w:t>
      </w:r>
      <w:r w:rsidRPr="000767E2">
        <w:rPr>
          <w:i/>
          <w:lang w:val="sv-SE"/>
        </w:rPr>
        <w:t>det</w:t>
      </w:r>
      <w:r w:rsidRPr="000767E2">
        <w:rPr>
          <w:lang w:val="sv-SE"/>
        </w:rPr>
        <w:t xml:space="preserve"> att Gud hade kallat oss till att evangelisera dem.{{field-off:bible}}</w:t>
      </w:r>
    </w:p>
    <w:p w14:paraId="5E583BF7" w14:textId="77777777" w:rsidR="00BA33AB" w:rsidRPr="000767E2" w:rsidRDefault="00000000">
      <w:pPr>
        <w:pStyle w:val="Rubrik3"/>
        <w:rPr>
          <w:lang w:val="sv-SE"/>
        </w:rPr>
      </w:pPr>
      <w:r w:rsidRPr="000767E2">
        <w:rPr>
          <w:lang w:val="sv-SE"/>
        </w:rPr>
        <w:t>I Filippi</w:t>
      </w:r>
    </w:p>
    <w:p w14:paraId="7A015A34" w14:textId="06FAC0F9" w:rsidR="00BA33AB" w:rsidRPr="000767E2" w:rsidRDefault="00000000">
      <w:pPr>
        <w:rPr>
          <w:lang w:val="sv-SE"/>
        </w:rPr>
      </w:pPr>
      <w:r w:rsidRPr="000767E2">
        <w:rPr>
          <w:lang w:val="sv-SE"/>
        </w:rPr>
        <w:t>[[@</w:t>
      </w:r>
      <w:r w:rsidR="0096445B" w:rsidRPr="000767E2">
        <w:rPr>
          <w:lang w:val="sv-SE"/>
        </w:rPr>
        <w:t>BibleBIBEL82</w:t>
      </w:r>
      <w:r w:rsidRPr="000767E2">
        <w:rPr>
          <w:lang w:val="sv-SE"/>
        </w:rPr>
        <w:t>:Acts 16:11]]</w:t>
      </w:r>
      <w:r w:rsidRPr="000767E2">
        <w:rPr>
          <w:vertAlign w:val="superscript"/>
          <w:lang w:val="sv-SE"/>
        </w:rPr>
        <w:t>11</w:t>
      </w:r>
      <w:r w:rsidRPr="000767E2">
        <w:rPr>
          <w:lang w:val="sv-SE"/>
        </w:rPr>
        <w:t xml:space="preserve"> {{field-on:bible}}Vi lade nu ut från Troas och löpte rakt till Samothrake, och påföljande </w:t>
      </w:r>
      <w:r w:rsidRPr="000767E2">
        <w:rPr>
          <w:i/>
          <w:lang w:val="sv-SE"/>
        </w:rPr>
        <w:t>dag</w:t>
      </w:r>
      <w:r w:rsidRPr="000767E2">
        <w:rPr>
          <w:lang w:val="sv-SE"/>
        </w:rPr>
        <w:t xml:space="preserve"> till Neapolis{{field-off:bible}} [[@</w:t>
      </w:r>
      <w:r w:rsidR="0096445B" w:rsidRPr="000767E2">
        <w:rPr>
          <w:lang w:val="sv-SE"/>
        </w:rPr>
        <w:t>BibleBIBEL82</w:t>
      </w:r>
      <w:r w:rsidRPr="000767E2">
        <w:rPr>
          <w:lang w:val="sv-SE"/>
        </w:rPr>
        <w:t>:Acts 16:12]]</w:t>
      </w:r>
      <w:r w:rsidRPr="000767E2">
        <w:rPr>
          <w:vertAlign w:val="superscript"/>
          <w:lang w:val="sv-SE"/>
        </w:rPr>
        <w:t>12</w:t>
      </w:r>
      <w:r w:rsidRPr="000767E2">
        <w:rPr>
          <w:lang w:val="sv-SE"/>
        </w:rPr>
        <w:t xml:space="preserve"> {{field-on:bible}}och därifrån till Filippi, som är främsta stad i </w:t>
      </w:r>
      <w:r w:rsidRPr="000767E2">
        <w:rPr>
          <w:i/>
          <w:lang w:val="sv-SE"/>
        </w:rPr>
        <w:t>den</w:t>
      </w:r>
      <w:r w:rsidRPr="000767E2">
        <w:rPr>
          <w:lang w:val="sv-SE"/>
        </w:rPr>
        <w:t xml:space="preserve"> delen av Makedonien, en koloni. Och vi var i den staden och stannade några dagar.{{field-off:bible}}</w:t>
      </w:r>
    </w:p>
    <w:p w14:paraId="20EE772D" w14:textId="650C9747" w:rsidR="00BA33AB" w:rsidRPr="000767E2" w:rsidRDefault="00000000">
      <w:pPr>
        <w:rPr>
          <w:lang w:val="sv-SE"/>
        </w:rPr>
      </w:pPr>
      <w:r w:rsidRPr="000767E2">
        <w:rPr>
          <w:lang w:val="sv-SE"/>
        </w:rPr>
        <w:t>[[@</w:t>
      </w:r>
      <w:r w:rsidR="0096445B" w:rsidRPr="000767E2">
        <w:rPr>
          <w:lang w:val="sv-SE"/>
        </w:rPr>
        <w:t>BibleBIBEL82</w:t>
      </w:r>
      <w:r w:rsidRPr="000767E2">
        <w:rPr>
          <w:lang w:val="sv-SE"/>
        </w:rPr>
        <w:t>:Acts 16:13]]</w:t>
      </w:r>
      <w:r w:rsidRPr="000767E2">
        <w:rPr>
          <w:vertAlign w:val="superscript"/>
          <w:lang w:val="sv-SE"/>
        </w:rPr>
        <w:t>13</w:t>
      </w:r>
      <w:r w:rsidRPr="000767E2">
        <w:rPr>
          <w:lang w:val="sv-SE"/>
        </w:rPr>
        <w:t xml:space="preserve"> {{field-on:bible}}Och på sabbatsdagen gick vi ut utanför porten längs en flod, där det antogs finnas en </w:t>
      </w:r>
      <w:r w:rsidRPr="000767E2">
        <w:rPr>
          <w:i/>
          <w:lang w:val="sv-SE"/>
        </w:rPr>
        <w:t>plats för</w:t>
      </w:r>
      <w:r w:rsidRPr="000767E2">
        <w:rPr>
          <w:lang w:val="sv-SE"/>
        </w:rPr>
        <w:t xml:space="preserve"> bön. Och vi satte oss och </w:t>
      </w:r>
      <w:r w:rsidRPr="000767E2">
        <w:rPr>
          <w:i/>
          <w:lang w:val="sv-SE"/>
        </w:rPr>
        <w:t>började</w:t>
      </w:r>
      <w:r w:rsidRPr="000767E2">
        <w:rPr>
          <w:lang w:val="sv-SE"/>
        </w:rPr>
        <w:t xml:space="preserve"> tala till kvinnorna som kommit samman.{{field-off:bible}} [[@</w:t>
      </w:r>
      <w:r w:rsidR="0096445B" w:rsidRPr="000767E2">
        <w:rPr>
          <w:lang w:val="sv-SE"/>
        </w:rPr>
        <w:t>BibleBIBEL82</w:t>
      </w:r>
      <w:r w:rsidRPr="000767E2">
        <w:rPr>
          <w:lang w:val="sv-SE"/>
        </w:rPr>
        <w:t>:Acts 16:14]]</w:t>
      </w:r>
      <w:r w:rsidRPr="000767E2">
        <w:rPr>
          <w:vertAlign w:val="superscript"/>
          <w:lang w:val="sv-SE"/>
        </w:rPr>
        <w:t>14</w:t>
      </w:r>
      <w:r w:rsidRPr="000767E2">
        <w:rPr>
          <w:lang w:val="sv-SE"/>
        </w:rPr>
        <w:t xml:space="preserve"> {{field-on:bible}}Och en kvinna vid namn Lydia, en purpurhandlerska från staden Thyatira som vördade Gud, lyssnade. Herren öppnade upp hennes hjärta </w:t>
      </w:r>
      <w:r w:rsidRPr="000767E2">
        <w:rPr>
          <w:i/>
          <w:lang w:val="sv-SE"/>
        </w:rPr>
        <w:t>till</w:t>
      </w:r>
      <w:r w:rsidRPr="000767E2">
        <w:rPr>
          <w:lang w:val="sv-SE"/>
        </w:rPr>
        <w:t xml:space="preserve"> att akta på det som talades av Paulus.{{field-off:bible}} [[@</w:t>
      </w:r>
      <w:r w:rsidR="0096445B" w:rsidRPr="000767E2">
        <w:rPr>
          <w:lang w:val="sv-SE"/>
        </w:rPr>
        <w:t>BibleBIBEL82</w:t>
      </w:r>
      <w:r w:rsidRPr="000767E2">
        <w:rPr>
          <w:lang w:val="sv-SE"/>
        </w:rPr>
        <w:t>:Acts 16:15]]</w:t>
      </w:r>
      <w:r w:rsidRPr="000767E2">
        <w:rPr>
          <w:vertAlign w:val="superscript"/>
          <w:lang w:val="sv-SE"/>
        </w:rPr>
        <w:t>15</w:t>
      </w:r>
      <w:r w:rsidRPr="000767E2">
        <w:rPr>
          <w:lang w:val="sv-SE"/>
        </w:rPr>
        <w:t xml:space="preserve"> {{field-on:bible}}Och när hon hade blivit döpt, även hennes hus, vädjade hon och sade: ”Om ni har bedömt att jag är troende på Herren, kom in till mitt hus och bli kvar.” Och hon tvingade oss.{{field-off:bible}}</w:t>
      </w:r>
    </w:p>
    <w:p w14:paraId="775EBD9B" w14:textId="77777777" w:rsidR="00BA33AB" w:rsidRPr="000767E2" w:rsidRDefault="00000000">
      <w:pPr>
        <w:pStyle w:val="Rubrik3"/>
        <w:rPr>
          <w:lang w:val="sv-SE"/>
        </w:rPr>
      </w:pPr>
      <w:r w:rsidRPr="000767E2">
        <w:rPr>
          <w:lang w:val="sv-SE"/>
        </w:rPr>
        <w:t>Paulus och Silas i fängelse</w:t>
      </w:r>
    </w:p>
    <w:p w14:paraId="089CCF5C" w14:textId="73824632" w:rsidR="00BA33AB" w:rsidRPr="000767E2" w:rsidRDefault="00000000">
      <w:pPr>
        <w:rPr>
          <w:lang w:val="sv-SE"/>
        </w:rPr>
      </w:pPr>
      <w:r w:rsidRPr="000767E2">
        <w:rPr>
          <w:lang w:val="sv-SE"/>
        </w:rPr>
        <w:t>[[@</w:t>
      </w:r>
      <w:r w:rsidR="0096445B" w:rsidRPr="000767E2">
        <w:rPr>
          <w:lang w:val="sv-SE"/>
        </w:rPr>
        <w:t>BibleBIBEL82</w:t>
      </w:r>
      <w:r w:rsidRPr="000767E2">
        <w:rPr>
          <w:lang w:val="sv-SE"/>
        </w:rPr>
        <w:t>:Acts 16:16]]</w:t>
      </w:r>
      <w:r w:rsidRPr="000767E2">
        <w:rPr>
          <w:vertAlign w:val="superscript"/>
          <w:lang w:val="sv-SE"/>
        </w:rPr>
        <w:t>16</w:t>
      </w:r>
      <w:r w:rsidRPr="000767E2">
        <w:rPr>
          <w:lang w:val="sv-SE"/>
        </w:rPr>
        <w:t xml:space="preserve"> {{field-on:bible}}Och det hände sig, när vi gick till </w:t>
      </w:r>
      <w:r w:rsidRPr="000767E2">
        <w:rPr>
          <w:i/>
          <w:lang w:val="sv-SE"/>
        </w:rPr>
        <w:t>platsen för</w:t>
      </w:r>
      <w:r w:rsidRPr="000767E2">
        <w:rPr>
          <w:lang w:val="sv-SE"/>
        </w:rPr>
        <w:t xml:space="preserve"> bönen, att en tjänsteflicka som hade en spådomsande mötte oss. Hon skaffade stor inkomst åt sina herrar </w:t>
      </w:r>
      <w:r w:rsidRPr="000767E2">
        <w:rPr>
          <w:i/>
          <w:lang w:val="sv-SE"/>
        </w:rPr>
        <w:t>genom att</w:t>
      </w:r>
      <w:r w:rsidRPr="000767E2">
        <w:rPr>
          <w:lang w:val="sv-SE"/>
        </w:rPr>
        <w:t xml:space="preserve"> spå.{{field-off:bible}} [[@</w:t>
      </w:r>
      <w:r w:rsidR="0096445B" w:rsidRPr="000767E2">
        <w:rPr>
          <w:lang w:val="sv-SE"/>
        </w:rPr>
        <w:t>BibleBIBEL82</w:t>
      </w:r>
      <w:r w:rsidRPr="000767E2">
        <w:rPr>
          <w:lang w:val="sv-SE"/>
        </w:rPr>
        <w:t>:Acts 16:17]]</w:t>
      </w:r>
      <w:r w:rsidRPr="000767E2">
        <w:rPr>
          <w:vertAlign w:val="superscript"/>
          <w:lang w:val="sv-SE"/>
        </w:rPr>
        <w:t>17</w:t>
      </w:r>
      <w:r w:rsidRPr="000767E2">
        <w:rPr>
          <w:lang w:val="sv-SE"/>
        </w:rPr>
        <w:t xml:space="preserve"> {{field-on:bible}}Hon följde efter Paulus och oss och skrek och sade: ”Dessa människor är fasttjänare åt Gud den Högste! De predikar för er en väg till frälsning!”{{field-off:bible}} [[@</w:t>
      </w:r>
      <w:r w:rsidR="0096445B" w:rsidRPr="000767E2">
        <w:rPr>
          <w:lang w:val="sv-SE"/>
        </w:rPr>
        <w:t>BibleBIBEL82</w:t>
      </w:r>
      <w:r w:rsidRPr="000767E2">
        <w:rPr>
          <w:lang w:val="sv-SE"/>
        </w:rPr>
        <w:t>:Acts 16:18]]</w:t>
      </w:r>
      <w:r w:rsidRPr="000767E2">
        <w:rPr>
          <w:vertAlign w:val="superscript"/>
          <w:lang w:val="sv-SE"/>
        </w:rPr>
        <w:t>18</w:t>
      </w:r>
      <w:r w:rsidRPr="000767E2">
        <w:rPr>
          <w:lang w:val="sv-SE"/>
        </w:rPr>
        <w:t xml:space="preserve"> {{field-on:bible}}Och detta gjorde hon i många dagar. Men Paulus blev irriterad och vände om till anden och sade: ”Jag instruerar dig i Jesu Kristi namn att komma ut från henne!” Och den kom ut i samma stund.{{field-off:bible}}</w:t>
      </w:r>
    </w:p>
    <w:p w14:paraId="02CBAD34" w14:textId="7E933BA5" w:rsidR="00BA33AB" w:rsidRPr="000767E2" w:rsidRDefault="00000000">
      <w:pPr>
        <w:rPr>
          <w:lang w:val="sv-SE"/>
        </w:rPr>
      </w:pPr>
      <w:r w:rsidRPr="000767E2">
        <w:rPr>
          <w:lang w:val="sv-SE"/>
        </w:rPr>
        <w:t>[[@</w:t>
      </w:r>
      <w:r w:rsidR="0096445B" w:rsidRPr="000767E2">
        <w:rPr>
          <w:lang w:val="sv-SE"/>
        </w:rPr>
        <w:t>BibleBIBEL82</w:t>
      </w:r>
      <w:r w:rsidRPr="000767E2">
        <w:rPr>
          <w:lang w:val="sv-SE"/>
        </w:rPr>
        <w:t>:Acts 16:19]]</w:t>
      </w:r>
      <w:r w:rsidRPr="000767E2">
        <w:rPr>
          <w:vertAlign w:val="superscript"/>
          <w:lang w:val="sv-SE"/>
        </w:rPr>
        <w:t>19</w:t>
      </w:r>
      <w:r w:rsidRPr="000767E2">
        <w:rPr>
          <w:lang w:val="sv-SE"/>
        </w:rPr>
        <w:t xml:space="preserve"> {{field-on:bible}}Men när hennes herrar såg att deras hopp om inkomsten hade gått ut, tog de tag i Paulus och Silas och drog </w:t>
      </w:r>
      <w:r w:rsidRPr="000767E2">
        <w:rPr>
          <w:i/>
          <w:lang w:val="sv-SE"/>
        </w:rPr>
        <w:t>dem</w:t>
      </w:r>
      <w:r w:rsidRPr="000767E2">
        <w:rPr>
          <w:lang w:val="sv-SE"/>
        </w:rPr>
        <w:t xml:space="preserve"> till torget inför ledarna.{{field-off:bible}} [[@</w:t>
      </w:r>
      <w:r w:rsidR="0096445B" w:rsidRPr="000767E2">
        <w:rPr>
          <w:lang w:val="sv-SE"/>
        </w:rPr>
        <w:t>BibleBIBEL82</w:t>
      </w:r>
      <w:r w:rsidRPr="000767E2">
        <w:rPr>
          <w:lang w:val="sv-SE"/>
        </w:rPr>
        <w:t>:Acts 16:20]]</w:t>
      </w:r>
      <w:r w:rsidRPr="000767E2">
        <w:rPr>
          <w:vertAlign w:val="superscript"/>
          <w:lang w:val="sv-SE"/>
        </w:rPr>
        <w:t>20</w:t>
      </w:r>
      <w:r w:rsidRPr="000767E2">
        <w:rPr>
          <w:lang w:val="sv-SE"/>
        </w:rPr>
        <w:t xml:space="preserve"> {{field-on:bible}}Och de förde fram dem till kommendanterna och sade: ”Dessa människor upprör vår stad, de är judar,{{field-off:bible}} [[@</w:t>
      </w:r>
      <w:r w:rsidR="0096445B" w:rsidRPr="000767E2">
        <w:rPr>
          <w:lang w:val="sv-SE"/>
        </w:rPr>
        <w:t>BibleBIBEL82</w:t>
      </w:r>
      <w:r w:rsidRPr="000767E2">
        <w:rPr>
          <w:lang w:val="sv-SE"/>
        </w:rPr>
        <w:t>:Acts 16:21]]</w:t>
      </w:r>
      <w:r w:rsidRPr="000767E2">
        <w:rPr>
          <w:vertAlign w:val="superscript"/>
          <w:lang w:val="sv-SE"/>
        </w:rPr>
        <w:t>21</w:t>
      </w:r>
      <w:r w:rsidRPr="000767E2">
        <w:rPr>
          <w:lang w:val="sv-SE"/>
        </w:rPr>
        <w:t xml:space="preserve"> {{field-on:bible}}och de predikar seder som det inte är tillåtet för oss att godta eller göra som är romare.”{{field-off:bible}} [[@</w:t>
      </w:r>
      <w:r w:rsidR="0096445B" w:rsidRPr="000767E2">
        <w:rPr>
          <w:lang w:val="sv-SE"/>
        </w:rPr>
        <w:t>BibleBIBEL82</w:t>
      </w:r>
      <w:r w:rsidRPr="000767E2">
        <w:rPr>
          <w:lang w:val="sv-SE"/>
        </w:rPr>
        <w:t>:Acts 16:22]]</w:t>
      </w:r>
      <w:r w:rsidRPr="000767E2">
        <w:rPr>
          <w:vertAlign w:val="superscript"/>
          <w:lang w:val="sv-SE"/>
        </w:rPr>
        <w:t>22</w:t>
      </w:r>
      <w:r w:rsidRPr="000767E2">
        <w:rPr>
          <w:lang w:val="sv-SE"/>
        </w:rPr>
        <w:t xml:space="preserve"> {{field-on:bible}}Och skaran kom med emot dem, och kommendanterna slet av dem kläderna </w:t>
      </w:r>
      <w:r w:rsidRPr="000767E2">
        <w:rPr>
          <w:lang w:val="sv-SE"/>
        </w:rPr>
        <w:lastRenderedPageBreak/>
        <w:t>och befallde att spöa.{{field-off:bible}} [[@</w:t>
      </w:r>
      <w:r w:rsidR="0096445B" w:rsidRPr="000767E2">
        <w:rPr>
          <w:lang w:val="sv-SE"/>
        </w:rPr>
        <w:t>BibleBIBEL82</w:t>
      </w:r>
      <w:r w:rsidRPr="000767E2">
        <w:rPr>
          <w:lang w:val="sv-SE"/>
        </w:rPr>
        <w:t>:Acts 16:23]]</w:t>
      </w:r>
      <w:r w:rsidRPr="000767E2">
        <w:rPr>
          <w:vertAlign w:val="superscript"/>
          <w:lang w:val="sv-SE"/>
        </w:rPr>
        <w:t>23</w:t>
      </w:r>
      <w:r w:rsidRPr="000767E2">
        <w:rPr>
          <w:lang w:val="sv-SE"/>
        </w:rPr>
        <w:t xml:space="preserve"> {{field-on:bible}}Och man lade på dem många slag, och kastade i fängelse och instruerade fångvaktaren att säkert förvara dem.{{field-off:bible}} [[@</w:t>
      </w:r>
      <w:r w:rsidR="0096445B" w:rsidRPr="000767E2">
        <w:rPr>
          <w:lang w:val="sv-SE"/>
        </w:rPr>
        <w:t>BibleBIBEL82</w:t>
      </w:r>
      <w:r w:rsidRPr="000767E2">
        <w:rPr>
          <w:lang w:val="sv-SE"/>
        </w:rPr>
        <w:t>:Acts 16:24]]</w:t>
      </w:r>
      <w:r w:rsidRPr="000767E2">
        <w:rPr>
          <w:vertAlign w:val="superscript"/>
          <w:lang w:val="sv-SE"/>
        </w:rPr>
        <w:t>24</w:t>
      </w:r>
      <w:r w:rsidRPr="000767E2">
        <w:rPr>
          <w:lang w:val="sv-SE"/>
        </w:rPr>
        <w:t xml:space="preserve"> {{field-on:bible}}När han fick en sådan instruktion satte han dem i det inre fängelset, och deras fötter säkrade han i träet.{{field-off:bible}}</w:t>
      </w:r>
    </w:p>
    <w:p w14:paraId="5AC060E2" w14:textId="691383F7" w:rsidR="00BA33AB" w:rsidRPr="000767E2" w:rsidRDefault="00000000">
      <w:pPr>
        <w:rPr>
          <w:lang w:val="sv-SE"/>
        </w:rPr>
      </w:pPr>
      <w:r w:rsidRPr="000767E2">
        <w:rPr>
          <w:lang w:val="sv-SE"/>
        </w:rPr>
        <w:t>[[@</w:t>
      </w:r>
      <w:r w:rsidR="0096445B" w:rsidRPr="000767E2">
        <w:rPr>
          <w:lang w:val="sv-SE"/>
        </w:rPr>
        <w:t>BibleBIBEL82</w:t>
      </w:r>
      <w:r w:rsidRPr="000767E2">
        <w:rPr>
          <w:lang w:val="sv-SE"/>
        </w:rPr>
        <w:t>:Acts 16:25]]</w:t>
      </w:r>
      <w:r w:rsidRPr="000767E2">
        <w:rPr>
          <w:vertAlign w:val="superscript"/>
          <w:lang w:val="sv-SE"/>
        </w:rPr>
        <w:t>25</w:t>
      </w:r>
      <w:r w:rsidRPr="000767E2">
        <w:rPr>
          <w:lang w:val="sv-SE"/>
        </w:rPr>
        <w:t xml:space="preserve"> {{field-on:bible}}Men vid midnatt bad Paulus och Silas och sjöng hymn till Gud, och fångarna åhörde dem.{{field-off:bible}} [[@</w:t>
      </w:r>
      <w:r w:rsidR="0096445B" w:rsidRPr="000767E2">
        <w:rPr>
          <w:lang w:val="sv-SE"/>
        </w:rPr>
        <w:t>BibleBIBEL82</w:t>
      </w:r>
      <w:r w:rsidRPr="000767E2">
        <w:rPr>
          <w:lang w:val="sv-SE"/>
        </w:rPr>
        <w:t>:Acts 16:26]]</w:t>
      </w:r>
      <w:r w:rsidRPr="000767E2">
        <w:rPr>
          <w:vertAlign w:val="superscript"/>
          <w:lang w:val="sv-SE"/>
        </w:rPr>
        <w:t>26</w:t>
      </w:r>
      <w:r w:rsidRPr="000767E2">
        <w:rPr>
          <w:lang w:val="sv-SE"/>
        </w:rPr>
        <w:t xml:space="preserve"> {{field-on:bible}}Och tvärt kom en väldig jordbävning så att fånghäktets grundvalar skakades, och genast öppnades alla dörrarna och allas bojor släppte.{{field-off:bible}}</w:t>
      </w:r>
    </w:p>
    <w:p w14:paraId="21519267" w14:textId="2B3E8AB5" w:rsidR="00BA33AB" w:rsidRPr="000767E2" w:rsidRDefault="00000000">
      <w:pPr>
        <w:rPr>
          <w:lang w:val="sv-SE"/>
        </w:rPr>
      </w:pPr>
      <w:r w:rsidRPr="000767E2">
        <w:rPr>
          <w:lang w:val="sv-SE"/>
        </w:rPr>
        <w:t>[[@</w:t>
      </w:r>
      <w:r w:rsidR="0096445B" w:rsidRPr="000767E2">
        <w:rPr>
          <w:lang w:val="sv-SE"/>
        </w:rPr>
        <w:t>BibleBIBEL82</w:t>
      </w:r>
      <w:r w:rsidRPr="000767E2">
        <w:rPr>
          <w:lang w:val="sv-SE"/>
        </w:rPr>
        <w:t>:Acts 16:27]]</w:t>
      </w:r>
      <w:r w:rsidRPr="000767E2">
        <w:rPr>
          <w:vertAlign w:val="superscript"/>
          <w:lang w:val="sv-SE"/>
        </w:rPr>
        <w:t>27</w:t>
      </w:r>
      <w:r w:rsidRPr="000767E2">
        <w:rPr>
          <w:lang w:val="sv-SE"/>
        </w:rPr>
        <w:t xml:space="preserve"> {{field-on:bible}}Och när fångvaktaren blev väckt ur sömnen och såg fängelsets dörrar öppnade, drog han svärd och skulle avrätta sig själv, då han antog att fångarna hade undkommit.{{field-off:bible}} [[@</w:t>
      </w:r>
      <w:r w:rsidR="0096445B" w:rsidRPr="000767E2">
        <w:rPr>
          <w:lang w:val="sv-SE"/>
        </w:rPr>
        <w:t>BibleBIBEL82</w:t>
      </w:r>
      <w:r w:rsidRPr="000767E2">
        <w:rPr>
          <w:lang w:val="sv-SE"/>
        </w:rPr>
        <w:t>:Acts 16:28]]</w:t>
      </w:r>
      <w:r w:rsidRPr="000767E2">
        <w:rPr>
          <w:vertAlign w:val="superscript"/>
          <w:lang w:val="sv-SE"/>
        </w:rPr>
        <w:t>28</w:t>
      </w:r>
      <w:r w:rsidRPr="000767E2">
        <w:rPr>
          <w:lang w:val="sv-SE"/>
        </w:rPr>
        <w:t xml:space="preserve"> {{field-on:bible}}Men med väldig röst ropade Paulus och sade: ”Begå inget ont mot dig själv! För allesammans är vi här.”{{field-off:bible}} [[@</w:t>
      </w:r>
      <w:r w:rsidR="0096445B" w:rsidRPr="000767E2">
        <w:rPr>
          <w:lang w:val="sv-SE"/>
        </w:rPr>
        <w:t>BibleBIBEL82</w:t>
      </w:r>
      <w:r w:rsidRPr="000767E2">
        <w:rPr>
          <w:lang w:val="sv-SE"/>
        </w:rPr>
        <w:t>:Acts 16:29]]</w:t>
      </w:r>
      <w:r w:rsidRPr="000767E2">
        <w:rPr>
          <w:vertAlign w:val="superscript"/>
          <w:lang w:val="sv-SE"/>
        </w:rPr>
        <w:t>29</w:t>
      </w:r>
      <w:r w:rsidRPr="000767E2">
        <w:rPr>
          <w:lang w:val="sv-SE"/>
        </w:rPr>
        <w:t xml:space="preserve"> {{field-on:bible}}Och han bad om ljus och störtade in, och han blev darrande och föll ner för Paulus och Silas.{{field-off:bible}} [[@</w:t>
      </w:r>
      <w:r w:rsidR="0096445B" w:rsidRPr="000767E2">
        <w:rPr>
          <w:lang w:val="sv-SE"/>
        </w:rPr>
        <w:t>BibleBIBEL82</w:t>
      </w:r>
      <w:r w:rsidRPr="000767E2">
        <w:rPr>
          <w:lang w:val="sv-SE"/>
        </w:rPr>
        <w:t>:Acts 16:30]]</w:t>
      </w:r>
      <w:r w:rsidRPr="000767E2">
        <w:rPr>
          <w:vertAlign w:val="superscript"/>
          <w:lang w:val="sv-SE"/>
        </w:rPr>
        <w:t>30</w:t>
      </w:r>
      <w:r w:rsidRPr="000767E2">
        <w:rPr>
          <w:lang w:val="sv-SE"/>
        </w:rPr>
        <w:t xml:space="preserve"> {{field-on:bible}}Och han förde fram dem utanför och sade: ”Herrar, vad måste jag göra för att bli frälst?”{{field-off:bible}} [[@</w:t>
      </w:r>
      <w:r w:rsidR="0096445B" w:rsidRPr="000767E2">
        <w:rPr>
          <w:lang w:val="sv-SE"/>
        </w:rPr>
        <w:t>BibleBIBEL82</w:t>
      </w:r>
      <w:r w:rsidRPr="000767E2">
        <w:rPr>
          <w:lang w:val="sv-SE"/>
        </w:rPr>
        <w:t>:Acts 16:31]]</w:t>
      </w:r>
      <w:r w:rsidRPr="000767E2">
        <w:rPr>
          <w:vertAlign w:val="superscript"/>
          <w:lang w:val="sv-SE"/>
        </w:rPr>
        <w:t>31</w:t>
      </w:r>
      <w:r w:rsidRPr="000767E2">
        <w:rPr>
          <w:lang w:val="sv-SE"/>
        </w:rPr>
        <w:t xml:space="preserve"> {{field-on:bible}}Och de sade: ”Tro på Herren Jesus och du blir frälst. Du och ditt hus.”{{field-off:bible}} [[@</w:t>
      </w:r>
      <w:r w:rsidR="0096445B" w:rsidRPr="000767E2">
        <w:rPr>
          <w:lang w:val="sv-SE"/>
        </w:rPr>
        <w:t>BibleBIBEL82</w:t>
      </w:r>
      <w:r w:rsidRPr="000767E2">
        <w:rPr>
          <w:lang w:val="sv-SE"/>
        </w:rPr>
        <w:t>:Acts 16:32]]</w:t>
      </w:r>
      <w:r w:rsidRPr="000767E2">
        <w:rPr>
          <w:vertAlign w:val="superscript"/>
          <w:lang w:val="sv-SE"/>
        </w:rPr>
        <w:t>32</w:t>
      </w:r>
      <w:r w:rsidRPr="000767E2">
        <w:rPr>
          <w:lang w:val="sv-SE"/>
        </w:rPr>
        <w:t xml:space="preserve"> {{field-on:bible}}Och de talade till honom Herrens ord, med alla i hans hus.{{field-off:bible}}</w:t>
      </w:r>
    </w:p>
    <w:p w14:paraId="516A2ACC" w14:textId="4F23D843" w:rsidR="00BA33AB" w:rsidRPr="000767E2" w:rsidRDefault="00000000">
      <w:pPr>
        <w:rPr>
          <w:lang w:val="sv-SE"/>
        </w:rPr>
      </w:pPr>
      <w:r w:rsidRPr="000767E2">
        <w:rPr>
          <w:lang w:val="sv-SE"/>
        </w:rPr>
        <w:t>[[@</w:t>
      </w:r>
      <w:r w:rsidR="0096445B" w:rsidRPr="000767E2">
        <w:rPr>
          <w:lang w:val="sv-SE"/>
        </w:rPr>
        <w:t>BibleBIBEL82</w:t>
      </w:r>
      <w:r w:rsidRPr="000767E2">
        <w:rPr>
          <w:lang w:val="sv-SE"/>
        </w:rPr>
        <w:t>:Acts 16:33]]</w:t>
      </w:r>
      <w:r w:rsidRPr="000767E2">
        <w:rPr>
          <w:vertAlign w:val="superscript"/>
          <w:lang w:val="sv-SE"/>
        </w:rPr>
        <w:t>33</w:t>
      </w:r>
      <w:r w:rsidRPr="000767E2">
        <w:rPr>
          <w:lang w:val="sv-SE"/>
        </w:rPr>
        <w:t xml:space="preserve"> {{field-on:bible}}Och han tog med dem vid den timmen i natten och badade </w:t>
      </w:r>
      <w:r w:rsidRPr="000767E2">
        <w:rPr>
          <w:i/>
          <w:lang w:val="sv-SE"/>
        </w:rPr>
        <w:t>dem</w:t>
      </w:r>
      <w:r w:rsidRPr="000767E2">
        <w:rPr>
          <w:lang w:val="sv-SE"/>
        </w:rPr>
        <w:t xml:space="preserve"> från såren, och </w:t>
      </w:r>
      <w:r w:rsidRPr="000767E2">
        <w:rPr>
          <w:i/>
          <w:lang w:val="sv-SE"/>
        </w:rPr>
        <w:t>sedan</w:t>
      </w:r>
      <w:r w:rsidRPr="000767E2">
        <w:rPr>
          <w:lang w:val="sv-SE"/>
        </w:rPr>
        <w:t xml:space="preserve"> döptes han själv och alla </w:t>
      </w:r>
      <w:r w:rsidRPr="000767E2">
        <w:rPr>
          <w:i/>
          <w:lang w:val="sv-SE"/>
        </w:rPr>
        <w:t>som var</w:t>
      </w:r>
      <w:r w:rsidRPr="000767E2">
        <w:rPr>
          <w:lang w:val="sv-SE"/>
        </w:rPr>
        <w:t xml:space="preserve"> hans genast.{{field-off:bible}} [[@</w:t>
      </w:r>
      <w:r w:rsidR="0096445B" w:rsidRPr="000767E2">
        <w:rPr>
          <w:lang w:val="sv-SE"/>
        </w:rPr>
        <w:t>BibleBIBEL82</w:t>
      </w:r>
      <w:r w:rsidRPr="000767E2">
        <w:rPr>
          <w:lang w:val="sv-SE"/>
        </w:rPr>
        <w:t>:Acts 16:34]]</w:t>
      </w:r>
      <w:r w:rsidRPr="000767E2">
        <w:rPr>
          <w:vertAlign w:val="superscript"/>
          <w:lang w:val="sv-SE"/>
        </w:rPr>
        <w:t>34</w:t>
      </w:r>
      <w:r w:rsidRPr="000767E2">
        <w:rPr>
          <w:lang w:val="sv-SE"/>
        </w:rPr>
        <w:t xml:space="preserve"> {{field-on:bible}}Och han förde dem upp till huset och satte fram ett bord, och jublade att han med hela sitt hus hade kommit till tro på Gud.{{field-off:bible}}</w:t>
      </w:r>
    </w:p>
    <w:p w14:paraId="70F8A27B" w14:textId="366C16AC" w:rsidR="00BA33AB" w:rsidRPr="000767E2" w:rsidRDefault="00000000">
      <w:pPr>
        <w:rPr>
          <w:lang w:val="sv-SE"/>
        </w:rPr>
      </w:pPr>
      <w:r w:rsidRPr="000767E2">
        <w:rPr>
          <w:lang w:val="sv-SE"/>
        </w:rPr>
        <w:t>[[@</w:t>
      </w:r>
      <w:r w:rsidR="0096445B" w:rsidRPr="000767E2">
        <w:rPr>
          <w:lang w:val="sv-SE"/>
        </w:rPr>
        <w:t>BibleBIBEL82</w:t>
      </w:r>
      <w:r w:rsidRPr="000767E2">
        <w:rPr>
          <w:lang w:val="sv-SE"/>
        </w:rPr>
        <w:t>:Acts 16:35]]</w:t>
      </w:r>
      <w:r w:rsidRPr="000767E2">
        <w:rPr>
          <w:vertAlign w:val="superscript"/>
          <w:lang w:val="sv-SE"/>
        </w:rPr>
        <w:t>35</w:t>
      </w:r>
      <w:r w:rsidRPr="000767E2">
        <w:rPr>
          <w:lang w:val="sv-SE"/>
        </w:rPr>
        <w:t xml:space="preserve"> {{field-on:bible}}Och när det blev dag, sände kommendanterna spöbärarna och sade: ”Frige dessa människor.”{{field-off:bible}} [[@</w:t>
      </w:r>
      <w:r w:rsidR="0096445B" w:rsidRPr="000767E2">
        <w:rPr>
          <w:lang w:val="sv-SE"/>
        </w:rPr>
        <w:t>BibleBIBEL82</w:t>
      </w:r>
      <w:r w:rsidRPr="000767E2">
        <w:rPr>
          <w:lang w:val="sv-SE"/>
        </w:rPr>
        <w:t>:Acts 16:36]]</w:t>
      </w:r>
      <w:r w:rsidRPr="000767E2">
        <w:rPr>
          <w:vertAlign w:val="superscript"/>
          <w:lang w:val="sv-SE"/>
        </w:rPr>
        <w:t>36</w:t>
      </w:r>
      <w:r w:rsidRPr="000767E2">
        <w:rPr>
          <w:lang w:val="sv-SE"/>
        </w:rPr>
        <w:t xml:space="preserve"> {{field-on:bible}}Och fångvaktaren meddelade dessa ord till Paulus, att: ”Kommendanterna har sänt </w:t>
      </w:r>
      <w:r w:rsidRPr="000767E2">
        <w:rPr>
          <w:i/>
          <w:lang w:val="sv-SE"/>
        </w:rPr>
        <w:t>bud</w:t>
      </w:r>
      <w:r w:rsidRPr="000767E2">
        <w:rPr>
          <w:lang w:val="sv-SE"/>
        </w:rPr>
        <w:t xml:space="preserve"> att ni ska friges. Så nu, kom ut och gå i frid!”{{field-off:bible}} [[@</w:t>
      </w:r>
      <w:r w:rsidR="0096445B" w:rsidRPr="000767E2">
        <w:rPr>
          <w:lang w:val="sv-SE"/>
        </w:rPr>
        <w:t>BibleBIBEL82</w:t>
      </w:r>
      <w:r w:rsidRPr="000767E2">
        <w:rPr>
          <w:lang w:val="sv-SE"/>
        </w:rPr>
        <w:t>:Acts 16:37]]</w:t>
      </w:r>
      <w:r w:rsidRPr="000767E2">
        <w:rPr>
          <w:vertAlign w:val="superscript"/>
          <w:lang w:val="sv-SE"/>
        </w:rPr>
        <w:t>37</w:t>
      </w:r>
      <w:r w:rsidRPr="000767E2">
        <w:rPr>
          <w:lang w:val="sv-SE"/>
        </w:rPr>
        <w:t xml:space="preserve"> {{field-on:bible}}Men Paulus sade till dem: ”De har pryglat oss offentligt, odömda, </w:t>
      </w:r>
      <w:r w:rsidRPr="000767E2">
        <w:rPr>
          <w:i/>
          <w:lang w:val="sv-SE"/>
        </w:rPr>
        <w:t>fastän</w:t>
      </w:r>
      <w:r w:rsidRPr="000767E2">
        <w:rPr>
          <w:lang w:val="sv-SE"/>
        </w:rPr>
        <w:t xml:space="preserve"> vi är romerska män, och kastat i fängelse. Och nu driver de i hemlighet ut oss? Nej då, utan de får komma själva och föra ut oss.”{{field-off:bible}}</w:t>
      </w:r>
    </w:p>
    <w:p w14:paraId="0D7E48BD" w14:textId="66FF1A94" w:rsidR="00BA33AB" w:rsidRPr="000767E2" w:rsidRDefault="00000000">
      <w:pPr>
        <w:rPr>
          <w:lang w:val="sv-SE"/>
        </w:rPr>
      </w:pPr>
      <w:r w:rsidRPr="000767E2">
        <w:rPr>
          <w:lang w:val="sv-SE"/>
        </w:rPr>
        <w:t>[[@</w:t>
      </w:r>
      <w:r w:rsidR="0096445B" w:rsidRPr="000767E2">
        <w:rPr>
          <w:lang w:val="sv-SE"/>
        </w:rPr>
        <w:t>BibleBIBEL82</w:t>
      </w:r>
      <w:r w:rsidRPr="000767E2">
        <w:rPr>
          <w:lang w:val="sv-SE"/>
        </w:rPr>
        <w:t>:Acts 16:38]]</w:t>
      </w:r>
      <w:r w:rsidRPr="000767E2">
        <w:rPr>
          <w:vertAlign w:val="superscript"/>
          <w:lang w:val="sv-SE"/>
        </w:rPr>
        <w:t>38</w:t>
      </w:r>
      <w:r w:rsidRPr="000767E2">
        <w:rPr>
          <w:lang w:val="sv-SE"/>
        </w:rPr>
        <w:t xml:space="preserve"> {{field-on:bible}}Och till kommendanterna meddelade spöbärarna dessa ord, och de fruktade när de </w:t>
      </w:r>
      <w:r w:rsidRPr="000767E2">
        <w:rPr>
          <w:i/>
          <w:lang w:val="sv-SE"/>
        </w:rPr>
        <w:t>fick</w:t>
      </w:r>
      <w:r w:rsidRPr="000767E2">
        <w:rPr>
          <w:lang w:val="sv-SE"/>
        </w:rPr>
        <w:t xml:space="preserve"> höra att de är romare.{{field-off:bible}} [[@</w:t>
      </w:r>
      <w:r w:rsidR="0096445B" w:rsidRPr="000767E2">
        <w:rPr>
          <w:lang w:val="sv-SE"/>
        </w:rPr>
        <w:t>BibleBIBEL82</w:t>
      </w:r>
      <w:r w:rsidRPr="000767E2">
        <w:rPr>
          <w:lang w:val="sv-SE"/>
        </w:rPr>
        <w:t>:Acts 16:39]]</w:t>
      </w:r>
      <w:r w:rsidRPr="000767E2">
        <w:rPr>
          <w:vertAlign w:val="superscript"/>
          <w:lang w:val="sv-SE"/>
        </w:rPr>
        <w:t>39</w:t>
      </w:r>
      <w:r w:rsidRPr="000767E2">
        <w:rPr>
          <w:lang w:val="sv-SE"/>
        </w:rPr>
        <w:t xml:space="preserve"> {{field-on:bible}}Och de kom och vädjade till dem, och förde ut </w:t>
      </w:r>
      <w:r w:rsidRPr="000767E2">
        <w:rPr>
          <w:i/>
          <w:lang w:val="sv-SE"/>
        </w:rPr>
        <w:t>dem</w:t>
      </w:r>
      <w:r w:rsidRPr="000767E2">
        <w:rPr>
          <w:lang w:val="sv-SE"/>
        </w:rPr>
        <w:t xml:space="preserve"> och frågade </w:t>
      </w:r>
      <w:r w:rsidRPr="000767E2">
        <w:rPr>
          <w:i/>
          <w:lang w:val="sv-SE"/>
        </w:rPr>
        <w:t>om de kunde</w:t>
      </w:r>
      <w:r w:rsidRPr="000767E2">
        <w:rPr>
          <w:lang w:val="sv-SE"/>
        </w:rPr>
        <w:t xml:space="preserve"> gå bort från staden.{{field-off:bible}} [[@</w:t>
      </w:r>
      <w:r w:rsidR="0096445B" w:rsidRPr="000767E2">
        <w:rPr>
          <w:lang w:val="sv-SE"/>
        </w:rPr>
        <w:t>BibleBIBEL82</w:t>
      </w:r>
      <w:r w:rsidRPr="000767E2">
        <w:rPr>
          <w:lang w:val="sv-SE"/>
        </w:rPr>
        <w:t>:Acts 16:40]]</w:t>
      </w:r>
      <w:r w:rsidRPr="000767E2">
        <w:rPr>
          <w:vertAlign w:val="superscript"/>
          <w:lang w:val="sv-SE"/>
        </w:rPr>
        <w:t>40</w:t>
      </w:r>
      <w:r w:rsidRPr="000767E2">
        <w:rPr>
          <w:lang w:val="sv-SE"/>
        </w:rPr>
        <w:t xml:space="preserve"> {{field-on:bible}}Men utkomna från fängelset gick de in hos Lydia och såg och uppmuntrade syskonen, och gick </w:t>
      </w:r>
      <w:r w:rsidRPr="000767E2">
        <w:rPr>
          <w:i/>
          <w:lang w:val="sv-SE"/>
        </w:rPr>
        <w:t>sedan</w:t>
      </w:r>
      <w:r w:rsidRPr="000767E2">
        <w:rPr>
          <w:lang w:val="sv-SE"/>
        </w:rPr>
        <w:t xml:space="preserve"> ut.{{field-off:bible}}</w:t>
      </w:r>
    </w:p>
    <w:p w14:paraId="40B93E78" w14:textId="46536ABC"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:Acts 17]]Kapitel 17</w:t>
      </w:r>
    </w:p>
    <w:p w14:paraId="1D9E6A32" w14:textId="77777777" w:rsidR="00BA33AB" w:rsidRPr="000767E2" w:rsidRDefault="00000000">
      <w:pPr>
        <w:pStyle w:val="Rubrik3"/>
        <w:rPr>
          <w:lang w:val="sv-SE"/>
        </w:rPr>
      </w:pPr>
      <w:r w:rsidRPr="000767E2">
        <w:rPr>
          <w:lang w:val="sv-SE"/>
        </w:rPr>
        <w:t>I Thessalonike och Berea</w:t>
      </w:r>
    </w:p>
    <w:p w14:paraId="615CC984" w14:textId="3B9046C7" w:rsidR="00BA33AB" w:rsidRPr="000767E2" w:rsidRDefault="00000000">
      <w:pPr>
        <w:rPr>
          <w:lang w:val="sv-SE"/>
        </w:rPr>
      </w:pPr>
      <w:r w:rsidRPr="000767E2">
        <w:rPr>
          <w:lang w:val="sv-SE"/>
        </w:rPr>
        <w:t>[[@</w:t>
      </w:r>
      <w:r w:rsidR="0096445B" w:rsidRPr="000767E2">
        <w:rPr>
          <w:lang w:val="sv-SE"/>
        </w:rPr>
        <w:t>BibleBIBEL82</w:t>
      </w:r>
      <w:r w:rsidRPr="000767E2">
        <w:rPr>
          <w:lang w:val="sv-SE"/>
        </w:rPr>
        <w:t>:Acts 17:1]]</w:t>
      </w:r>
      <w:r w:rsidRPr="000767E2">
        <w:rPr>
          <w:vertAlign w:val="superscript"/>
          <w:lang w:val="sv-SE"/>
        </w:rPr>
        <w:t>1</w:t>
      </w:r>
      <w:r w:rsidRPr="000767E2">
        <w:rPr>
          <w:lang w:val="sv-SE"/>
        </w:rPr>
        <w:t xml:space="preserve"> {{field-on:bible}}Och de reste genom Amfipolis och Apollonia och kom till Thessalonike, där det fanns en judarnas synagoga.{{field-off:bible}} [[@</w:t>
      </w:r>
      <w:r w:rsidR="0096445B" w:rsidRPr="000767E2">
        <w:rPr>
          <w:lang w:val="sv-SE"/>
        </w:rPr>
        <w:t>BibleBIBEL82</w:t>
      </w:r>
      <w:r w:rsidRPr="000767E2">
        <w:rPr>
          <w:lang w:val="sv-SE"/>
        </w:rPr>
        <w:t>:Acts 17:2]]</w:t>
      </w:r>
      <w:r w:rsidRPr="000767E2">
        <w:rPr>
          <w:vertAlign w:val="superscript"/>
          <w:lang w:val="sv-SE"/>
        </w:rPr>
        <w:t>2</w:t>
      </w:r>
      <w:r w:rsidRPr="000767E2">
        <w:rPr>
          <w:lang w:val="sv-SE"/>
        </w:rPr>
        <w:t xml:space="preserve"> {{field-on:bible}}Och efter Paulus sed gick han in hos dem. Och under tre sabbater resonerade han med dem utifrån Skrifterna,{{field-off:bible}} [[@</w:t>
      </w:r>
      <w:r w:rsidR="0096445B" w:rsidRPr="000767E2">
        <w:rPr>
          <w:lang w:val="sv-SE"/>
        </w:rPr>
        <w:t>BibleBIBEL82</w:t>
      </w:r>
      <w:r w:rsidRPr="000767E2">
        <w:rPr>
          <w:lang w:val="sv-SE"/>
        </w:rPr>
        <w:t>:Acts 17:3]]</w:t>
      </w:r>
      <w:r w:rsidRPr="000767E2">
        <w:rPr>
          <w:vertAlign w:val="superscript"/>
          <w:lang w:val="sv-SE"/>
        </w:rPr>
        <w:t>3</w:t>
      </w:r>
      <w:r w:rsidRPr="000767E2">
        <w:rPr>
          <w:lang w:val="sv-SE"/>
        </w:rPr>
        <w:t xml:space="preserve"> {{field-on:bible}}medan han öppnade upp och lade fram att Kristus måste lida och uppstå från </w:t>
      </w:r>
      <w:r w:rsidRPr="000767E2">
        <w:rPr>
          <w:i/>
          <w:lang w:val="sv-SE"/>
        </w:rPr>
        <w:t>de</w:t>
      </w:r>
      <w:r w:rsidRPr="000767E2">
        <w:rPr>
          <w:lang w:val="sv-SE"/>
        </w:rPr>
        <w:t xml:space="preserve"> döda, och </w:t>
      </w:r>
      <w:r w:rsidRPr="000767E2">
        <w:rPr>
          <w:i/>
          <w:lang w:val="sv-SE"/>
        </w:rPr>
        <w:t>sade</w:t>
      </w:r>
      <w:r w:rsidRPr="000767E2">
        <w:rPr>
          <w:lang w:val="sv-SE"/>
        </w:rPr>
        <w:t xml:space="preserve"> att: ”Denne är Kristus: Jesus som jag predikar för er.”{{field-off:bible}} [[@</w:t>
      </w:r>
      <w:r w:rsidR="0096445B" w:rsidRPr="000767E2">
        <w:rPr>
          <w:lang w:val="sv-SE"/>
        </w:rPr>
        <w:t>BibleBIBEL82</w:t>
      </w:r>
      <w:r w:rsidRPr="000767E2">
        <w:rPr>
          <w:lang w:val="sv-SE"/>
        </w:rPr>
        <w:t>:Acts 17:4]]</w:t>
      </w:r>
      <w:r w:rsidRPr="000767E2">
        <w:rPr>
          <w:vertAlign w:val="superscript"/>
          <w:lang w:val="sv-SE"/>
        </w:rPr>
        <w:t>4</w:t>
      </w:r>
      <w:r w:rsidRPr="000767E2">
        <w:rPr>
          <w:lang w:val="sv-SE"/>
        </w:rPr>
        <w:t xml:space="preserve"> {{field-on:bible}}Och några av dem blev övertygade och fick sin lott hos Paulus och Silas, både av de vördande grekerna en stor mängd och av de främsta kvinnorna inte </w:t>
      </w:r>
      <w:r w:rsidRPr="000767E2">
        <w:rPr>
          <w:i/>
          <w:lang w:val="sv-SE"/>
        </w:rPr>
        <w:t>så</w:t>
      </w:r>
      <w:r w:rsidRPr="000767E2">
        <w:rPr>
          <w:lang w:val="sv-SE"/>
        </w:rPr>
        <w:t xml:space="preserve"> få.{{field-off:bible}}</w:t>
      </w:r>
    </w:p>
    <w:p w14:paraId="3FABC67D" w14:textId="1A0AC9EB" w:rsidR="00BA33AB" w:rsidRPr="000767E2" w:rsidRDefault="00000000">
      <w:pPr>
        <w:rPr>
          <w:lang w:val="sv-SE"/>
        </w:rPr>
      </w:pPr>
      <w:r w:rsidRPr="000767E2">
        <w:rPr>
          <w:lang w:val="sv-SE"/>
        </w:rPr>
        <w:t>[[@</w:t>
      </w:r>
      <w:r w:rsidR="0096445B" w:rsidRPr="000767E2">
        <w:rPr>
          <w:lang w:val="sv-SE"/>
        </w:rPr>
        <w:t>BibleBIBEL82</w:t>
      </w:r>
      <w:r w:rsidRPr="000767E2">
        <w:rPr>
          <w:lang w:val="sv-SE"/>
        </w:rPr>
        <w:t>:Acts 17:5]]</w:t>
      </w:r>
      <w:r w:rsidRPr="000767E2">
        <w:rPr>
          <w:vertAlign w:val="superscript"/>
          <w:lang w:val="sv-SE"/>
        </w:rPr>
        <w:t>5</w:t>
      </w:r>
      <w:r w:rsidRPr="000767E2">
        <w:rPr>
          <w:lang w:val="sv-SE"/>
        </w:rPr>
        <w:t xml:space="preserve"> {{field-on:bible}}Men judarna blev avundsamma, och tog med från </w:t>
      </w:r>
      <w:r w:rsidRPr="000767E2">
        <w:rPr>
          <w:i/>
          <w:lang w:val="sv-SE"/>
        </w:rPr>
        <w:t>folket</w:t>
      </w:r>
      <w:r w:rsidRPr="000767E2">
        <w:rPr>
          <w:lang w:val="sv-SE"/>
        </w:rPr>
        <w:t xml:space="preserve"> på torget några onda män och samlade en skara och väsnades i staden. Och de stod vid Jasons hus och sökte dem </w:t>
      </w:r>
      <w:r w:rsidRPr="000767E2">
        <w:rPr>
          <w:i/>
          <w:lang w:val="sv-SE"/>
        </w:rPr>
        <w:t>för</w:t>
      </w:r>
      <w:r w:rsidRPr="000767E2">
        <w:rPr>
          <w:lang w:val="sv-SE"/>
        </w:rPr>
        <w:t xml:space="preserve"> att föra fram till folksamlingen.{{field-off:bible}} [[@</w:t>
      </w:r>
      <w:r w:rsidR="0096445B" w:rsidRPr="000767E2">
        <w:rPr>
          <w:lang w:val="sv-SE"/>
        </w:rPr>
        <w:t>BibleBIBEL82</w:t>
      </w:r>
      <w:r w:rsidRPr="000767E2">
        <w:rPr>
          <w:lang w:val="sv-SE"/>
        </w:rPr>
        <w:t>:Acts 17:6]]</w:t>
      </w:r>
      <w:r w:rsidRPr="000767E2">
        <w:rPr>
          <w:vertAlign w:val="superscript"/>
          <w:lang w:val="sv-SE"/>
        </w:rPr>
        <w:t>6</w:t>
      </w:r>
      <w:r w:rsidRPr="000767E2">
        <w:rPr>
          <w:lang w:val="sv-SE"/>
        </w:rPr>
        <w:t xml:space="preserve"> {{field-on:bible}}Men när de inte fann dem, släpade de Jason och några syskon inför politarkerna och ropade att: ”De som har väckt uppror </w:t>
      </w:r>
      <w:r w:rsidRPr="000767E2">
        <w:rPr>
          <w:i/>
          <w:lang w:val="sv-SE"/>
        </w:rPr>
        <w:t>över</w:t>
      </w:r>
      <w:r w:rsidRPr="000767E2">
        <w:rPr>
          <w:lang w:val="sv-SE"/>
        </w:rPr>
        <w:t xml:space="preserve"> den bebodda </w:t>
      </w:r>
      <w:r w:rsidRPr="000767E2">
        <w:rPr>
          <w:i/>
          <w:lang w:val="sv-SE"/>
        </w:rPr>
        <w:t>världen</w:t>
      </w:r>
      <w:r w:rsidRPr="000767E2">
        <w:rPr>
          <w:lang w:val="sv-SE"/>
        </w:rPr>
        <w:t>, dessa är också här!{{field-off:bible}} [[@</w:t>
      </w:r>
      <w:r w:rsidR="0096445B" w:rsidRPr="000767E2">
        <w:rPr>
          <w:lang w:val="sv-SE"/>
        </w:rPr>
        <w:t>BibleBIBEL82</w:t>
      </w:r>
      <w:r w:rsidRPr="000767E2">
        <w:rPr>
          <w:lang w:val="sv-SE"/>
        </w:rPr>
        <w:t>:Acts 17:7]]</w:t>
      </w:r>
      <w:r w:rsidRPr="000767E2">
        <w:rPr>
          <w:vertAlign w:val="superscript"/>
          <w:lang w:val="sv-SE"/>
        </w:rPr>
        <w:t>7</w:t>
      </w:r>
      <w:r w:rsidRPr="000767E2">
        <w:rPr>
          <w:lang w:val="sv-SE"/>
        </w:rPr>
        <w:t xml:space="preserve"> {{field-on:bible}}Dem har Jason välkomnat hos sig. Och alla dessa handlar tvärtemot kejsarens edikt och säger att en annan är kung: Jesus.”{{field-off:bible}} [[@</w:t>
      </w:r>
      <w:r w:rsidR="0096445B" w:rsidRPr="000767E2">
        <w:rPr>
          <w:lang w:val="sv-SE"/>
        </w:rPr>
        <w:t>BibleBIBEL82</w:t>
      </w:r>
      <w:r w:rsidRPr="000767E2">
        <w:rPr>
          <w:lang w:val="sv-SE"/>
        </w:rPr>
        <w:t>:Acts 17:8]]</w:t>
      </w:r>
      <w:r w:rsidRPr="000767E2">
        <w:rPr>
          <w:vertAlign w:val="superscript"/>
          <w:lang w:val="sv-SE"/>
        </w:rPr>
        <w:t>8</w:t>
      </w:r>
      <w:r w:rsidRPr="000767E2">
        <w:rPr>
          <w:lang w:val="sv-SE"/>
        </w:rPr>
        <w:t xml:space="preserve"> {{field-on:bible}}Och de oroade skaran och politarkerna som hörde detta,{{field-off:bible}} [[@</w:t>
      </w:r>
      <w:r w:rsidR="0096445B" w:rsidRPr="000767E2">
        <w:rPr>
          <w:lang w:val="sv-SE"/>
        </w:rPr>
        <w:t>BibleBIBEL82</w:t>
      </w:r>
      <w:r w:rsidRPr="000767E2">
        <w:rPr>
          <w:lang w:val="sv-SE"/>
        </w:rPr>
        <w:t>:Acts 17:9]]</w:t>
      </w:r>
      <w:r w:rsidRPr="000767E2">
        <w:rPr>
          <w:vertAlign w:val="superscript"/>
          <w:lang w:val="sv-SE"/>
        </w:rPr>
        <w:t>9</w:t>
      </w:r>
      <w:r w:rsidRPr="000767E2">
        <w:rPr>
          <w:lang w:val="sv-SE"/>
        </w:rPr>
        <w:t xml:space="preserve"> {{field-on:bible}}och man tog den </w:t>
      </w:r>
      <w:r w:rsidRPr="000767E2">
        <w:rPr>
          <w:i/>
          <w:lang w:val="sv-SE"/>
        </w:rPr>
        <w:t>borgen</w:t>
      </w:r>
      <w:r w:rsidRPr="000767E2">
        <w:rPr>
          <w:lang w:val="sv-SE"/>
        </w:rPr>
        <w:t xml:space="preserve"> </w:t>
      </w:r>
      <w:r w:rsidRPr="000767E2">
        <w:rPr>
          <w:i/>
          <w:lang w:val="sv-SE"/>
        </w:rPr>
        <w:t>som var</w:t>
      </w:r>
      <w:r w:rsidRPr="000767E2">
        <w:rPr>
          <w:lang w:val="sv-SE"/>
        </w:rPr>
        <w:t xml:space="preserve"> nog från Jason och de övriga och släppte iväg dem.{{field-off:bible}}</w:t>
      </w:r>
    </w:p>
    <w:p w14:paraId="3BEA74B7" w14:textId="4322A2FB" w:rsidR="00BA33AB" w:rsidRPr="000767E2" w:rsidRDefault="00000000">
      <w:pPr>
        <w:rPr>
          <w:lang w:val="sv-SE"/>
        </w:rPr>
      </w:pPr>
      <w:r w:rsidRPr="000767E2">
        <w:rPr>
          <w:lang w:val="sv-SE"/>
        </w:rPr>
        <w:t>[[@</w:t>
      </w:r>
      <w:r w:rsidR="0096445B" w:rsidRPr="000767E2">
        <w:rPr>
          <w:lang w:val="sv-SE"/>
        </w:rPr>
        <w:t>BibleBIBEL82</w:t>
      </w:r>
      <w:r w:rsidRPr="000767E2">
        <w:rPr>
          <w:lang w:val="sv-SE"/>
        </w:rPr>
        <w:t>:Acts 17:10]]</w:t>
      </w:r>
      <w:r w:rsidRPr="000767E2">
        <w:rPr>
          <w:vertAlign w:val="superscript"/>
          <w:lang w:val="sv-SE"/>
        </w:rPr>
        <w:t>10</w:t>
      </w:r>
      <w:r w:rsidRPr="000767E2">
        <w:rPr>
          <w:lang w:val="sv-SE"/>
        </w:rPr>
        <w:t xml:space="preserve"> {{field-on:bible}}Men syskonen skickade direkt under natten ut Paulus och Silas till Berea, och komna dit gick de bort till judarnas synagoga.{{field-off:bible}} [[@</w:t>
      </w:r>
      <w:r w:rsidR="0096445B" w:rsidRPr="000767E2">
        <w:rPr>
          <w:lang w:val="sv-SE"/>
        </w:rPr>
        <w:t>BibleBIBEL82</w:t>
      </w:r>
      <w:r w:rsidRPr="000767E2">
        <w:rPr>
          <w:lang w:val="sv-SE"/>
        </w:rPr>
        <w:t>:Acts 17:11]]</w:t>
      </w:r>
      <w:r w:rsidRPr="000767E2">
        <w:rPr>
          <w:vertAlign w:val="superscript"/>
          <w:lang w:val="sv-SE"/>
        </w:rPr>
        <w:t>11</w:t>
      </w:r>
      <w:r w:rsidRPr="000767E2">
        <w:rPr>
          <w:lang w:val="sv-SE"/>
        </w:rPr>
        <w:t xml:space="preserve"> {{field-on:bible}}Och dessa var förnämare än de i Thessalonike. De välkomnade ordet med all villighet, och varje dag undersökte de Skrifterna, om detta kunde förhålla sig så.{{field-off:bible}} [[@</w:t>
      </w:r>
      <w:r w:rsidR="0096445B" w:rsidRPr="000767E2">
        <w:rPr>
          <w:lang w:val="sv-SE"/>
        </w:rPr>
        <w:t>BibleBIBEL82</w:t>
      </w:r>
      <w:r w:rsidRPr="000767E2">
        <w:rPr>
          <w:lang w:val="sv-SE"/>
        </w:rPr>
        <w:t>:Acts 17:12]]</w:t>
      </w:r>
      <w:r w:rsidRPr="000767E2">
        <w:rPr>
          <w:vertAlign w:val="superscript"/>
          <w:lang w:val="sv-SE"/>
        </w:rPr>
        <w:t>12</w:t>
      </w:r>
      <w:r w:rsidRPr="000767E2">
        <w:rPr>
          <w:lang w:val="sv-SE"/>
        </w:rPr>
        <w:t xml:space="preserve"> {{field-on:bible}}Många av dem kom nu till tro, både av de anständiga grekiska kvinnorna och av män inte </w:t>
      </w:r>
      <w:r w:rsidRPr="000767E2">
        <w:rPr>
          <w:i/>
          <w:lang w:val="sv-SE"/>
        </w:rPr>
        <w:t>så</w:t>
      </w:r>
      <w:r w:rsidRPr="000767E2">
        <w:rPr>
          <w:lang w:val="sv-SE"/>
        </w:rPr>
        <w:t xml:space="preserve"> få.{{field-off:bible}}</w:t>
      </w:r>
    </w:p>
    <w:p w14:paraId="2C8C5903" w14:textId="513F9B6D" w:rsidR="00BA33AB" w:rsidRPr="000767E2" w:rsidRDefault="00000000">
      <w:pPr>
        <w:rPr>
          <w:lang w:val="sv-SE"/>
        </w:rPr>
      </w:pPr>
      <w:r w:rsidRPr="000767E2">
        <w:rPr>
          <w:lang w:val="sv-SE"/>
        </w:rPr>
        <w:t>[[@</w:t>
      </w:r>
      <w:r w:rsidR="0096445B" w:rsidRPr="000767E2">
        <w:rPr>
          <w:lang w:val="sv-SE"/>
        </w:rPr>
        <w:t>BibleBIBEL82</w:t>
      </w:r>
      <w:r w:rsidRPr="000767E2">
        <w:rPr>
          <w:lang w:val="sv-SE"/>
        </w:rPr>
        <w:t>:Acts 17:13]]</w:t>
      </w:r>
      <w:r w:rsidRPr="000767E2">
        <w:rPr>
          <w:vertAlign w:val="superscript"/>
          <w:lang w:val="sv-SE"/>
        </w:rPr>
        <w:t>13</w:t>
      </w:r>
      <w:r w:rsidRPr="000767E2">
        <w:rPr>
          <w:lang w:val="sv-SE"/>
        </w:rPr>
        <w:t xml:space="preserve"> {{field-on:bible}}Men när judarna från Thessalonike </w:t>
      </w:r>
      <w:r w:rsidRPr="000767E2">
        <w:rPr>
          <w:i/>
          <w:lang w:val="sv-SE"/>
        </w:rPr>
        <w:t>fick</w:t>
      </w:r>
      <w:r w:rsidRPr="000767E2">
        <w:rPr>
          <w:lang w:val="sv-SE"/>
        </w:rPr>
        <w:t xml:space="preserve"> veta att </w:t>
      </w:r>
      <w:r w:rsidRPr="000767E2">
        <w:rPr>
          <w:i/>
          <w:lang w:val="sv-SE"/>
        </w:rPr>
        <w:t>det</w:t>
      </w:r>
      <w:r w:rsidRPr="000767E2">
        <w:rPr>
          <w:lang w:val="sv-SE"/>
        </w:rPr>
        <w:t xml:space="preserve"> även i Berea predikades av Paulus Guds ord, kom också de dit och skakade och oroade skarorna.{{field-off:bible}} [[@</w:t>
      </w:r>
      <w:r w:rsidR="0096445B" w:rsidRPr="000767E2">
        <w:rPr>
          <w:lang w:val="sv-SE"/>
        </w:rPr>
        <w:t>BibleBIBEL82</w:t>
      </w:r>
      <w:r w:rsidRPr="000767E2">
        <w:rPr>
          <w:lang w:val="sv-SE"/>
        </w:rPr>
        <w:t>:Acts 17:14]]</w:t>
      </w:r>
      <w:r w:rsidRPr="000767E2">
        <w:rPr>
          <w:vertAlign w:val="superscript"/>
          <w:lang w:val="sv-SE"/>
        </w:rPr>
        <w:t>14</w:t>
      </w:r>
      <w:r w:rsidRPr="000767E2">
        <w:rPr>
          <w:lang w:val="sv-SE"/>
        </w:rPr>
        <w:t xml:space="preserve"> {{field-on:bible}}Och direkt sände då syskonen iväg Paulus att fara ända till havet. Och Silas och Timotheos höll sig kvar där.{{field-off:bible}}</w:t>
      </w:r>
    </w:p>
    <w:p w14:paraId="1F3F9B56" w14:textId="77777777" w:rsidR="00BA33AB" w:rsidRPr="000767E2" w:rsidRDefault="00000000">
      <w:pPr>
        <w:pStyle w:val="Rubrik3"/>
        <w:rPr>
          <w:lang w:val="sv-SE"/>
        </w:rPr>
      </w:pPr>
      <w:r w:rsidRPr="000767E2">
        <w:rPr>
          <w:lang w:val="sv-SE"/>
        </w:rPr>
        <w:t>Paulus i Athen</w:t>
      </w:r>
    </w:p>
    <w:p w14:paraId="66370483" w14:textId="30A0EE62" w:rsidR="00BA33AB" w:rsidRPr="000767E2" w:rsidRDefault="00000000">
      <w:pPr>
        <w:rPr>
          <w:lang w:val="sv-SE"/>
        </w:rPr>
      </w:pPr>
      <w:r w:rsidRPr="000767E2">
        <w:rPr>
          <w:lang w:val="sv-SE"/>
        </w:rPr>
        <w:t>[[@</w:t>
      </w:r>
      <w:r w:rsidR="0096445B" w:rsidRPr="000767E2">
        <w:rPr>
          <w:lang w:val="sv-SE"/>
        </w:rPr>
        <w:t>BibleBIBEL82</w:t>
      </w:r>
      <w:r w:rsidRPr="000767E2">
        <w:rPr>
          <w:lang w:val="sv-SE"/>
        </w:rPr>
        <w:t>:Acts 17:15]]</w:t>
      </w:r>
      <w:r w:rsidRPr="000767E2">
        <w:rPr>
          <w:vertAlign w:val="superscript"/>
          <w:lang w:val="sv-SE"/>
        </w:rPr>
        <w:t>15</w:t>
      </w:r>
      <w:r w:rsidRPr="000767E2">
        <w:rPr>
          <w:lang w:val="sv-SE"/>
        </w:rPr>
        <w:t xml:space="preserve"> {{field-on:bible}}Men de som ledsagade Paulus förde </w:t>
      </w:r>
      <w:r w:rsidRPr="000767E2">
        <w:rPr>
          <w:i/>
          <w:lang w:val="sv-SE"/>
        </w:rPr>
        <w:t>honom</w:t>
      </w:r>
      <w:r w:rsidRPr="000767E2">
        <w:rPr>
          <w:lang w:val="sv-SE"/>
        </w:rPr>
        <w:t xml:space="preserve"> fram till Athen. Och de tog bud till Silas och Timotheos, att de såsom fortast </w:t>
      </w:r>
      <w:r w:rsidRPr="000767E2">
        <w:rPr>
          <w:i/>
          <w:lang w:val="sv-SE"/>
        </w:rPr>
        <w:t>möjligt</w:t>
      </w:r>
      <w:r w:rsidRPr="000767E2">
        <w:rPr>
          <w:lang w:val="sv-SE"/>
        </w:rPr>
        <w:t xml:space="preserve"> skulle komma till honom, och gick iväg.{{field-off:bible}}</w:t>
      </w:r>
    </w:p>
    <w:p w14:paraId="67B5005C" w14:textId="254400E8"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17:16]]</w:t>
      </w:r>
      <w:r w:rsidRPr="000767E2">
        <w:rPr>
          <w:vertAlign w:val="superscript"/>
          <w:lang w:val="sv-SE"/>
        </w:rPr>
        <w:t>16</w:t>
      </w:r>
      <w:r w:rsidRPr="000767E2">
        <w:rPr>
          <w:lang w:val="sv-SE"/>
        </w:rPr>
        <w:t xml:space="preserve"> {{field-on:bible}}Men i Athen, medan Paulus väntade på dem, blev hans ande uppeggad i honom när han skådade </w:t>
      </w:r>
      <w:r w:rsidRPr="000767E2">
        <w:rPr>
          <w:i/>
          <w:lang w:val="sv-SE"/>
        </w:rPr>
        <w:t>hur</w:t>
      </w:r>
      <w:r w:rsidRPr="000767E2">
        <w:rPr>
          <w:lang w:val="sv-SE"/>
        </w:rPr>
        <w:t xml:space="preserve"> full av avgudar staden var.{{field-off:bible}} [[@</w:t>
      </w:r>
      <w:r w:rsidR="0096445B" w:rsidRPr="000767E2">
        <w:rPr>
          <w:lang w:val="sv-SE"/>
        </w:rPr>
        <w:t>BibleBIBEL82</w:t>
      </w:r>
      <w:r w:rsidRPr="000767E2">
        <w:rPr>
          <w:lang w:val="sv-SE"/>
        </w:rPr>
        <w:t>:Acts 17:17]]</w:t>
      </w:r>
      <w:r w:rsidRPr="000767E2">
        <w:rPr>
          <w:vertAlign w:val="superscript"/>
          <w:lang w:val="sv-SE"/>
        </w:rPr>
        <w:t>17</w:t>
      </w:r>
      <w:r w:rsidRPr="000767E2">
        <w:rPr>
          <w:lang w:val="sv-SE"/>
        </w:rPr>
        <w:t xml:space="preserve"> {{field-on:bible}}Han resonerade då i synagogan med judarna och dem som vördade, och på torget varje dag med dem som råkade vara där.{{field-off:bible}} [[@</w:t>
      </w:r>
      <w:r w:rsidR="0096445B" w:rsidRPr="000767E2">
        <w:rPr>
          <w:lang w:val="sv-SE"/>
        </w:rPr>
        <w:t>BibleBIBEL82</w:t>
      </w:r>
      <w:r w:rsidRPr="000767E2">
        <w:rPr>
          <w:lang w:val="sv-SE"/>
        </w:rPr>
        <w:t>:Acts 17:18]]</w:t>
      </w:r>
      <w:r w:rsidRPr="000767E2">
        <w:rPr>
          <w:vertAlign w:val="superscript"/>
          <w:lang w:val="sv-SE"/>
        </w:rPr>
        <w:t>18</w:t>
      </w:r>
      <w:r w:rsidRPr="000767E2">
        <w:rPr>
          <w:lang w:val="sv-SE"/>
        </w:rPr>
        <w:t xml:space="preserve"> {{field-on:bible}}Och även några av de epikureiska och stoiska filosoferna konfererade med honom, och några sade: ”Vad kan denne frösamlare vilja säga?” Och andra: ”En främmande demoners utropare tycks han vara”, eftersom han evangeliserade </w:t>
      </w:r>
      <w:r w:rsidRPr="000767E2">
        <w:rPr>
          <w:i/>
          <w:lang w:val="sv-SE"/>
        </w:rPr>
        <w:t>om</w:t>
      </w:r>
      <w:r w:rsidRPr="000767E2">
        <w:rPr>
          <w:lang w:val="sv-SE"/>
        </w:rPr>
        <w:t xml:space="preserve"> Jesus och uppståndelsen.{{field-off:bible}}</w:t>
      </w:r>
    </w:p>
    <w:p w14:paraId="25DBC368" w14:textId="442013EA" w:rsidR="00BA33AB" w:rsidRPr="000767E2" w:rsidRDefault="00000000">
      <w:pPr>
        <w:rPr>
          <w:lang w:val="sv-SE"/>
        </w:rPr>
      </w:pPr>
      <w:r w:rsidRPr="000767E2">
        <w:rPr>
          <w:lang w:val="sv-SE"/>
        </w:rPr>
        <w:t>[[@</w:t>
      </w:r>
      <w:r w:rsidR="0096445B" w:rsidRPr="000767E2">
        <w:rPr>
          <w:lang w:val="sv-SE"/>
        </w:rPr>
        <w:t>BibleBIBEL82</w:t>
      </w:r>
      <w:r w:rsidRPr="000767E2">
        <w:rPr>
          <w:lang w:val="sv-SE"/>
        </w:rPr>
        <w:t>:Acts 17:19]]</w:t>
      </w:r>
      <w:r w:rsidRPr="000767E2">
        <w:rPr>
          <w:vertAlign w:val="superscript"/>
          <w:lang w:val="sv-SE"/>
        </w:rPr>
        <w:t>19</w:t>
      </w:r>
      <w:r w:rsidRPr="000767E2">
        <w:rPr>
          <w:lang w:val="sv-SE"/>
        </w:rPr>
        <w:t xml:space="preserve"> {{field-on:bible}}Och de tog med honom upp på Areopagen och förde </w:t>
      </w:r>
      <w:r w:rsidRPr="000767E2">
        <w:rPr>
          <w:i/>
          <w:lang w:val="sv-SE"/>
        </w:rPr>
        <w:t>fram</w:t>
      </w:r>
      <w:r w:rsidRPr="000767E2">
        <w:rPr>
          <w:lang w:val="sv-SE"/>
        </w:rPr>
        <w:t xml:space="preserve"> och sade: ”Kan vi </w:t>
      </w:r>
      <w:r w:rsidRPr="000767E2">
        <w:rPr>
          <w:i/>
          <w:lang w:val="sv-SE"/>
        </w:rPr>
        <w:t>få</w:t>
      </w:r>
      <w:r w:rsidRPr="000767E2">
        <w:rPr>
          <w:lang w:val="sv-SE"/>
        </w:rPr>
        <w:t xml:space="preserve"> veta vad denna nya undervisning </w:t>
      </w:r>
      <w:r w:rsidRPr="000767E2">
        <w:rPr>
          <w:i/>
          <w:lang w:val="sv-SE"/>
        </w:rPr>
        <w:t>är</w:t>
      </w:r>
      <w:r w:rsidRPr="000767E2">
        <w:rPr>
          <w:lang w:val="sv-SE"/>
        </w:rPr>
        <w:t xml:space="preserve"> som av dig talas?{{field-off:bible}} [[@</w:t>
      </w:r>
      <w:r w:rsidR="0096445B" w:rsidRPr="000767E2">
        <w:rPr>
          <w:lang w:val="sv-SE"/>
        </w:rPr>
        <w:t>BibleBIBEL82</w:t>
      </w:r>
      <w:r w:rsidRPr="000767E2">
        <w:rPr>
          <w:lang w:val="sv-SE"/>
        </w:rPr>
        <w:t>:Acts 17:20]]</w:t>
      </w:r>
      <w:r w:rsidRPr="000767E2">
        <w:rPr>
          <w:vertAlign w:val="superscript"/>
          <w:lang w:val="sv-SE"/>
        </w:rPr>
        <w:t>20</w:t>
      </w:r>
      <w:r w:rsidRPr="000767E2">
        <w:rPr>
          <w:lang w:val="sv-SE"/>
        </w:rPr>
        <w:t xml:space="preserve"> {{field-on:bible}}För </w:t>
      </w:r>
      <w:r w:rsidRPr="000767E2">
        <w:rPr>
          <w:i/>
          <w:lang w:val="sv-SE"/>
        </w:rPr>
        <w:t>det är</w:t>
      </w:r>
      <w:r w:rsidRPr="000767E2">
        <w:rPr>
          <w:lang w:val="sv-SE"/>
        </w:rPr>
        <w:t xml:space="preserve"> något förbluffande du för in i våra öron. Vi önskar nu </w:t>
      </w:r>
      <w:r w:rsidRPr="000767E2">
        <w:rPr>
          <w:i/>
          <w:lang w:val="sv-SE"/>
        </w:rPr>
        <w:t>få</w:t>
      </w:r>
      <w:r w:rsidRPr="000767E2">
        <w:rPr>
          <w:lang w:val="sv-SE"/>
        </w:rPr>
        <w:t xml:space="preserve"> veta vad detta vill vara.”{{field-off:bible}} [[@</w:t>
      </w:r>
      <w:r w:rsidR="0096445B" w:rsidRPr="000767E2">
        <w:rPr>
          <w:lang w:val="sv-SE"/>
        </w:rPr>
        <w:t>BibleBIBEL82</w:t>
      </w:r>
      <w:r w:rsidRPr="000767E2">
        <w:rPr>
          <w:lang w:val="sv-SE"/>
        </w:rPr>
        <w:t>:Acts 17:21]]</w:t>
      </w:r>
      <w:r w:rsidRPr="000767E2">
        <w:rPr>
          <w:vertAlign w:val="superscript"/>
          <w:lang w:val="sv-SE"/>
        </w:rPr>
        <w:t>21</w:t>
      </w:r>
      <w:r w:rsidRPr="000767E2">
        <w:rPr>
          <w:lang w:val="sv-SE"/>
        </w:rPr>
        <w:t xml:space="preserve"> {{field-on:bible}}Och alla athenare och de bevistande främlingarna hade inte tid för något annat än att säga något eller höra något nyare.{{field-off:bible}}</w:t>
      </w:r>
    </w:p>
    <w:p w14:paraId="7AE43B87" w14:textId="77777777" w:rsidR="00BA33AB" w:rsidRPr="000767E2" w:rsidRDefault="00000000">
      <w:pPr>
        <w:pStyle w:val="Rubrik3"/>
        <w:rPr>
          <w:lang w:val="sv-SE"/>
        </w:rPr>
      </w:pPr>
      <w:r w:rsidRPr="000767E2">
        <w:rPr>
          <w:lang w:val="sv-SE"/>
        </w:rPr>
        <w:t>Paulus tal på Areopagen</w:t>
      </w:r>
    </w:p>
    <w:p w14:paraId="20CCA693" w14:textId="7E428E5E" w:rsidR="00BA33AB" w:rsidRPr="000767E2" w:rsidRDefault="00000000">
      <w:pPr>
        <w:rPr>
          <w:lang w:val="sv-SE"/>
        </w:rPr>
      </w:pPr>
      <w:r w:rsidRPr="000767E2">
        <w:rPr>
          <w:lang w:val="sv-SE"/>
        </w:rPr>
        <w:t>[[@</w:t>
      </w:r>
      <w:r w:rsidR="0096445B" w:rsidRPr="000767E2">
        <w:rPr>
          <w:lang w:val="sv-SE"/>
        </w:rPr>
        <w:t>BibleBIBEL82</w:t>
      </w:r>
      <w:r w:rsidRPr="000767E2">
        <w:rPr>
          <w:lang w:val="sv-SE"/>
        </w:rPr>
        <w:t>:Acts 17:22]]</w:t>
      </w:r>
      <w:r w:rsidRPr="000767E2">
        <w:rPr>
          <w:vertAlign w:val="superscript"/>
          <w:lang w:val="sv-SE"/>
        </w:rPr>
        <w:t>22</w:t>
      </w:r>
      <w:r w:rsidRPr="000767E2">
        <w:rPr>
          <w:lang w:val="sv-SE"/>
        </w:rPr>
        <w:t xml:space="preserve"> {{field-on:bible}}Och Paulus ställde sig i mitten av Areopagen och sade: ”Män, athenare! I allt </w:t>
      </w:r>
      <w:r w:rsidRPr="000767E2">
        <w:rPr>
          <w:i/>
          <w:lang w:val="sv-SE"/>
        </w:rPr>
        <w:t>är det</w:t>
      </w:r>
      <w:r w:rsidRPr="000767E2">
        <w:rPr>
          <w:lang w:val="sv-SE"/>
        </w:rPr>
        <w:t xml:space="preserve"> som mer religiösa jag skådar er.{{field-off:bible}} [[@</w:t>
      </w:r>
      <w:r w:rsidR="0096445B" w:rsidRPr="000767E2">
        <w:rPr>
          <w:lang w:val="sv-SE"/>
        </w:rPr>
        <w:t>BibleBIBEL82</w:t>
      </w:r>
      <w:r w:rsidRPr="000767E2">
        <w:rPr>
          <w:lang w:val="sv-SE"/>
        </w:rPr>
        <w:t>:Acts 17:23]]</w:t>
      </w:r>
      <w:r w:rsidRPr="000767E2">
        <w:rPr>
          <w:vertAlign w:val="superscript"/>
          <w:lang w:val="sv-SE"/>
        </w:rPr>
        <w:t>23</w:t>
      </w:r>
      <w:r w:rsidRPr="000767E2">
        <w:rPr>
          <w:lang w:val="sv-SE"/>
        </w:rPr>
        <w:t xml:space="preserve"> {{field-on:bible}}För när jag gick omkring och skärskådade era vördnadsföremål, fann jag också en altarsockel på vilken det var skrivet: Till en okänd Gud. Det ni nu inte förstår </w:t>
      </w:r>
      <w:r w:rsidRPr="000767E2">
        <w:rPr>
          <w:i/>
          <w:lang w:val="sv-SE"/>
        </w:rPr>
        <w:t>men</w:t>
      </w:r>
      <w:r w:rsidRPr="000767E2">
        <w:rPr>
          <w:lang w:val="sv-SE"/>
        </w:rPr>
        <w:t xml:space="preserve"> visar fromhet mot, detta predikar jag för er.{{field-off:bible}}</w:t>
      </w:r>
    </w:p>
    <w:p w14:paraId="661F2B0B" w14:textId="329ADE57" w:rsidR="00BA33AB" w:rsidRPr="000767E2" w:rsidRDefault="00000000">
      <w:pPr>
        <w:rPr>
          <w:lang w:val="sv-SE"/>
        </w:rPr>
      </w:pPr>
      <w:r w:rsidRPr="000767E2">
        <w:rPr>
          <w:lang w:val="sv-SE"/>
        </w:rPr>
        <w:t>[[@</w:t>
      </w:r>
      <w:r w:rsidR="0096445B" w:rsidRPr="000767E2">
        <w:rPr>
          <w:lang w:val="sv-SE"/>
        </w:rPr>
        <w:t>BibleBIBEL82</w:t>
      </w:r>
      <w:r w:rsidRPr="000767E2">
        <w:rPr>
          <w:lang w:val="sv-SE"/>
        </w:rPr>
        <w:t>:Acts 17:24]]</w:t>
      </w:r>
      <w:r w:rsidRPr="000767E2">
        <w:rPr>
          <w:vertAlign w:val="superscript"/>
          <w:lang w:val="sv-SE"/>
        </w:rPr>
        <w:t>24</w:t>
      </w:r>
      <w:r w:rsidRPr="000767E2">
        <w:rPr>
          <w:lang w:val="sv-SE"/>
        </w:rPr>
        <w:t xml:space="preserve"> {{field-on:bible}}Gud som har gjort världen och allt i den, denne som är himmels och jords Herre, bor inte i handgjorda tempelbyggnader.{{field-off:bible}} [[@</w:t>
      </w:r>
      <w:r w:rsidR="0096445B" w:rsidRPr="000767E2">
        <w:rPr>
          <w:lang w:val="sv-SE"/>
        </w:rPr>
        <w:t>BibleBIBEL82</w:t>
      </w:r>
      <w:r w:rsidRPr="000767E2">
        <w:rPr>
          <w:lang w:val="sv-SE"/>
        </w:rPr>
        <w:t>:Acts 17:25]]</w:t>
      </w:r>
      <w:r w:rsidRPr="000767E2">
        <w:rPr>
          <w:vertAlign w:val="superscript"/>
          <w:lang w:val="sv-SE"/>
        </w:rPr>
        <w:t>25</w:t>
      </w:r>
      <w:r w:rsidRPr="000767E2">
        <w:rPr>
          <w:lang w:val="sv-SE"/>
        </w:rPr>
        <w:t xml:space="preserve"> {{field-on:bible}}Inte heller betjänas han av mänskliga händer eller behöver något mer, han som själv ger alla liv och andning och allt.{{field-off:bible}}</w:t>
      </w:r>
    </w:p>
    <w:p w14:paraId="54C33670" w14:textId="71B1239B" w:rsidR="00BA33AB" w:rsidRPr="000767E2" w:rsidRDefault="00000000">
      <w:pPr>
        <w:rPr>
          <w:lang w:val="sv-SE"/>
        </w:rPr>
      </w:pPr>
      <w:r w:rsidRPr="000767E2">
        <w:rPr>
          <w:lang w:val="sv-SE"/>
        </w:rPr>
        <w:t>[[@</w:t>
      </w:r>
      <w:r w:rsidR="0096445B" w:rsidRPr="000767E2">
        <w:rPr>
          <w:lang w:val="sv-SE"/>
        </w:rPr>
        <w:t>BibleBIBEL82</w:t>
      </w:r>
      <w:r w:rsidRPr="000767E2">
        <w:rPr>
          <w:lang w:val="sv-SE"/>
        </w:rPr>
        <w:t>:Acts 17:26]]</w:t>
      </w:r>
      <w:r w:rsidRPr="000767E2">
        <w:rPr>
          <w:vertAlign w:val="superscript"/>
          <w:lang w:val="sv-SE"/>
        </w:rPr>
        <w:t>26</w:t>
      </w:r>
      <w:r w:rsidRPr="000767E2">
        <w:rPr>
          <w:lang w:val="sv-SE"/>
        </w:rPr>
        <w:t xml:space="preserve"> {{field-on:bible}}Och han har av en </w:t>
      </w:r>
      <w:r w:rsidRPr="000767E2">
        <w:rPr>
          <w:i/>
          <w:lang w:val="sv-SE"/>
        </w:rPr>
        <w:t>enda</w:t>
      </w:r>
      <w:r w:rsidRPr="000767E2">
        <w:rPr>
          <w:lang w:val="sv-SE"/>
        </w:rPr>
        <w:t xml:space="preserve"> gjort varje folkslag av människor </w:t>
      </w:r>
      <w:r w:rsidRPr="000767E2">
        <w:rPr>
          <w:i/>
          <w:lang w:val="sv-SE"/>
        </w:rPr>
        <w:t>till</w:t>
      </w:r>
      <w:r w:rsidRPr="000767E2">
        <w:rPr>
          <w:lang w:val="sv-SE"/>
        </w:rPr>
        <w:t xml:space="preserve"> att bo över hela jordens ansikte, och bestämt förordnade tider och gränssättningarna för deras bosättningar{{field-off:bible}} [[@</w:t>
      </w:r>
      <w:r w:rsidR="0096445B" w:rsidRPr="000767E2">
        <w:rPr>
          <w:lang w:val="sv-SE"/>
        </w:rPr>
        <w:t>BibleBIBEL82</w:t>
      </w:r>
      <w:r w:rsidRPr="000767E2">
        <w:rPr>
          <w:lang w:val="sv-SE"/>
        </w:rPr>
        <w:t>:Acts 17:27]]</w:t>
      </w:r>
      <w:r w:rsidRPr="000767E2">
        <w:rPr>
          <w:vertAlign w:val="superscript"/>
          <w:lang w:val="sv-SE"/>
        </w:rPr>
        <w:t>27</w:t>
      </w:r>
      <w:r w:rsidRPr="000767E2">
        <w:rPr>
          <w:lang w:val="sv-SE"/>
        </w:rPr>
        <w:t xml:space="preserve"> {{field-on:bible}}</w:t>
      </w:r>
      <w:r w:rsidRPr="000767E2">
        <w:rPr>
          <w:i/>
          <w:lang w:val="sv-SE"/>
        </w:rPr>
        <w:t>för</w:t>
      </w:r>
      <w:r w:rsidRPr="000767E2">
        <w:rPr>
          <w:lang w:val="sv-SE"/>
        </w:rPr>
        <w:t xml:space="preserve"> att </w:t>
      </w:r>
      <w:r w:rsidRPr="000767E2">
        <w:rPr>
          <w:i/>
          <w:lang w:val="sv-SE"/>
        </w:rPr>
        <w:t>de ska</w:t>
      </w:r>
      <w:r w:rsidRPr="000767E2">
        <w:rPr>
          <w:lang w:val="sv-SE"/>
        </w:rPr>
        <w:t xml:space="preserve"> söka Gud, om de nu alltså kunde känna sig fram till honom och finna, även </w:t>
      </w:r>
      <w:r w:rsidRPr="000767E2">
        <w:rPr>
          <w:i/>
          <w:lang w:val="sv-SE"/>
        </w:rPr>
        <w:t>om</w:t>
      </w:r>
      <w:r w:rsidRPr="000767E2">
        <w:rPr>
          <w:lang w:val="sv-SE"/>
        </w:rPr>
        <w:t xml:space="preserve"> han inte är långt borta från var och en av oss.{{field-off:bible}} [[@</w:t>
      </w:r>
      <w:r w:rsidR="0096445B" w:rsidRPr="000767E2">
        <w:rPr>
          <w:lang w:val="sv-SE"/>
        </w:rPr>
        <w:t>BibleBIBEL82</w:t>
      </w:r>
      <w:r w:rsidRPr="000767E2">
        <w:rPr>
          <w:lang w:val="sv-SE"/>
        </w:rPr>
        <w:t>:Acts 17:28]]</w:t>
      </w:r>
      <w:r w:rsidRPr="000767E2">
        <w:rPr>
          <w:vertAlign w:val="superscript"/>
          <w:lang w:val="sv-SE"/>
        </w:rPr>
        <w:t>28</w:t>
      </w:r>
      <w:r w:rsidRPr="000767E2">
        <w:rPr>
          <w:lang w:val="sv-SE"/>
        </w:rPr>
        <w:t xml:space="preserve"> {{field-on:bible}}För i honom </w:t>
      </w:r>
      <w:r w:rsidRPr="000767E2">
        <w:rPr>
          <w:i/>
          <w:lang w:val="sv-SE"/>
        </w:rPr>
        <w:t>är det</w:t>
      </w:r>
      <w:r w:rsidRPr="000767E2">
        <w:rPr>
          <w:lang w:val="sv-SE"/>
        </w:rPr>
        <w:t xml:space="preserve"> vi lever och rör oss och är </w:t>
      </w:r>
      <w:r w:rsidRPr="000767E2">
        <w:rPr>
          <w:i/>
          <w:lang w:val="sv-SE"/>
        </w:rPr>
        <w:t>till</w:t>
      </w:r>
      <w:r w:rsidRPr="000767E2">
        <w:rPr>
          <w:lang w:val="sv-SE"/>
        </w:rPr>
        <w:t>, som även några av poeterna hos er har sagt: För hans släkte är vi också.{{field-off:bible}}</w:t>
      </w:r>
    </w:p>
    <w:p w14:paraId="600C40AD" w14:textId="7B8CBC82" w:rsidR="00BA33AB" w:rsidRPr="000767E2" w:rsidRDefault="00000000">
      <w:pPr>
        <w:rPr>
          <w:lang w:val="sv-SE"/>
        </w:rPr>
      </w:pPr>
      <w:r w:rsidRPr="000767E2">
        <w:rPr>
          <w:lang w:val="sv-SE"/>
        </w:rPr>
        <w:t>[[@</w:t>
      </w:r>
      <w:r w:rsidR="0096445B" w:rsidRPr="000767E2">
        <w:rPr>
          <w:lang w:val="sv-SE"/>
        </w:rPr>
        <w:t>BibleBIBEL82</w:t>
      </w:r>
      <w:r w:rsidRPr="000767E2">
        <w:rPr>
          <w:lang w:val="sv-SE"/>
        </w:rPr>
        <w:t>:Acts 17:29]]</w:t>
      </w:r>
      <w:r w:rsidRPr="000767E2">
        <w:rPr>
          <w:vertAlign w:val="superscript"/>
          <w:lang w:val="sv-SE"/>
        </w:rPr>
        <w:t>29</w:t>
      </w:r>
      <w:r w:rsidRPr="000767E2">
        <w:rPr>
          <w:lang w:val="sv-SE"/>
        </w:rPr>
        <w:t xml:space="preserve"> {{field-on:bible}}Är vi nu Guds släkte, bör vi inte anta att </w:t>
      </w:r>
      <w:r w:rsidRPr="000767E2">
        <w:rPr>
          <w:i/>
          <w:lang w:val="sv-SE"/>
        </w:rPr>
        <w:t>det är</w:t>
      </w:r>
      <w:r w:rsidRPr="000767E2">
        <w:rPr>
          <w:lang w:val="sv-SE"/>
        </w:rPr>
        <w:t xml:space="preserve"> guld eller silver eller sten, en prägling av en människas hantverk och reflektion, </w:t>
      </w:r>
      <w:r w:rsidRPr="000767E2">
        <w:rPr>
          <w:i/>
          <w:lang w:val="sv-SE"/>
        </w:rPr>
        <w:t>som</w:t>
      </w:r>
      <w:r w:rsidRPr="000767E2">
        <w:rPr>
          <w:lang w:val="sv-SE"/>
        </w:rPr>
        <w:t xml:space="preserve"> det gudomliga är likt.{{field-off:bible}} [[@</w:t>
      </w:r>
      <w:r w:rsidR="0096445B" w:rsidRPr="000767E2">
        <w:rPr>
          <w:lang w:val="sv-SE"/>
        </w:rPr>
        <w:t>BibleBIBEL82</w:t>
      </w:r>
      <w:r w:rsidRPr="000767E2">
        <w:rPr>
          <w:lang w:val="sv-SE"/>
        </w:rPr>
        <w:t>:Acts 17:30]]</w:t>
      </w:r>
      <w:r w:rsidRPr="000767E2">
        <w:rPr>
          <w:vertAlign w:val="superscript"/>
          <w:lang w:val="sv-SE"/>
        </w:rPr>
        <w:t>30</w:t>
      </w:r>
      <w:r w:rsidRPr="000767E2">
        <w:rPr>
          <w:lang w:val="sv-SE"/>
        </w:rPr>
        <w:t xml:space="preserve"> {{field-on:bible}}Okunnighetens tider har alltså Gud haft överseende med, </w:t>
      </w:r>
      <w:r w:rsidRPr="000767E2">
        <w:rPr>
          <w:i/>
          <w:lang w:val="sv-SE"/>
        </w:rPr>
        <w:t>men</w:t>
      </w:r>
      <w:r w:rsidRPr="000767E2">
        <w:rPr>
          <w:lang w:val="sv-SE"/>
        </w:rPr>
        <w:t xml:space="preserve"> nu instruerar han människorna att alla överallt ändra sinne,{{field-off:bible}} [[@</w:t>
      </w:r>
      <w:r w:rsidR="0096445B" w:rsidRPr="000767E2">
        <w:rPr>
          <w:lang w:val="sv-SE"/>
        </w:rPr>
        <w:t>BibleBIBEL82</w:t>
      </w:r>
      <w:r w:rsidRPr="000767E2">
        <w:rPr>
          <w:lang w:val="sv-SE"/>
        </w:rPr>
        <w:t>:Acts 17:31]]</w:t>
      </w:r>
      <w:r w:rsidRPr="000767E2">
        <w:rPr>
          <w:vertAlign w:val="superscript"/>
          <w:lang w:val="sv-SE"/>
        </w:rPr>
        <w:t>31</w:t>
      </w:r>
      <w:r w:rsidRPr="000767E2">
        <w:rPr>
          <w:lang w:val="sv-SE"/>
        </w:rPr>
        <w:t xml:space="preserve"> {{field-on:bible}}eftersom han har fastställt en dag på vilken han kommer att döma den bebodda </w:t>
      </w:r>
      <w:r w:rsidRPr="000767E2">
        <w:rPr>
          <w:i/>
          <w:lang w:val="sv-SE"/>
        </w:rPr>
        <w:lastRenderedPageBreak/>
        <w:t>världen</w:t>
      </w:r>
      <w:r w:rsidRPr="000767E2">
        <w:rPr>
          <w:lang w:val="sv-SE"/>
        </w:rPr>
        <w:t xml:space="preserve"> i rättfärdighet, genom en man som han har bestämt, sedan han framhållit tro åt alla </w:t>
      </w:r>
      <w:r w:rsidRPr="000767E2">
        <w:rPr>
          <w:i/>
          <w:lang w:val="sv-SE"/>
        </w:rPr>
        <w:t>genom att</w:t>
      </w:r>
      <w:r w:rsidRPr="000767E2">
        <w:rPr>
          <w:lang w:val="sv-SE"/>
        </w:rPr>
        <w:t xml:space="preserve"> låta honom uppstå från </w:t>
      </w:r>
      <w:r w:rsidRPr="000767E2">
        <w:rPr>
          <w:i/>
          <w:lang w:val="sv-SE"/>
        </w:rPr>
        <w:t>de</w:t>
      </w:r>
      <w:r w:rsidRPr="000767E2">
        <w:rPr>
          <w:lang w:val="sv-SE"/>
        </w:rPr>
        <w:t xml:space="preserve"> döda.”{{field-off:bible}}</w:t>
      </w:r>
    </w:p>
    <w:p w14:paraId="511A0C75" w14:textId="3F0B45CB" w:rsidR="00BA33AB" w:rsidRPr="000767E2" w:rsidRDefault="00000000">
      <w:pPr>
        <w:rPr>
          <w:lang w:val="sv-SE"/>
        </w:rPr>
      </w:pPr>
      <w:r w:rsidRPr="000767E2">
        <w:rPr>
          <w:lang w:val="sv-SE"/>
        </w:rPr>
        <w:t>[[@</w:t>
      </w:r>
      <w:r w:rsidR="0096445B" w:rsidRPr="000767E2">
        <w:rPr>
          <w:lang w:val="sv-SE"/>
        </w:rPr>
        <w:t>BibleBIBEL82</w:t>
      </w:r>
      <w:r w:rsidRPr="000767E2">
        <w:rPr>
          <w:lang w:val="sv-SE"/>
        </w:rPr>
        <w:t>:Acts 17:32]]</w:t>
      </w:r>
      <w:r w:rsidRPr="000767E2">
        <w:rPr>
          <w:vertAlign w:val="superscript"/>
          <w:lang w:val="sv-SE"/>
        </w:rPr>
        <w:t>32</w:t>
      </w:r>
      <w:r w:rsidRPr="000767E2">
        <w:rPr>
          <w:lang w:val="sv-SE"/>
        </w:rPr>
        <w:t xml:space="preserve"> {{field-on:bible}}Men när de hörde </w:t>
      </w:r>
      <w:r w:rsidRPr="000767E2">
        <w:rPr>
          <w:i/>
          <w:lang w:val="sv-SE"/>
        </w:rPr>
        <w:t>om</w:t>
      </w:r>
      <w:r w:rsidRPr="000767E2">
        <w:rPr>
          <w:lang w:val="sv-SE"/>
        </w:rPr>
        <w:t xml:space="preserve"> dödas uppståndelse </w:t>
      </w:r>
      <w:r w:rsidRPr="000767E2">
        <w:rPr>
          <w:i/>
          <w:lang w:val="sv-SE"/>
        </w:rPr>
        <w:t>började</w:t>
      </w:r>
      <w:r w:rsidRPr="000767E2">
        <w:rPr>
          <w:lang w:val="sv-SE"/>
        </w:rPr>
        <w:t xml:space="preserve"> några raljera, men andra sade: ”Vi ska höra dig om detta också igen.”{{field-off:bible}} [[@</w:t>
      </w:r>
      <w:r w:rsidR="0096445B" w:rsidRPr="000767E2">
        <w:rPr>
          <w:lang w:val="sv-SE"/>
        </w:rPr>
        <w:t>BibleBIBEL82</w:t>
      </w:r>
      <w:r w:rsidRPr="000767E2">
        <w:rPr>
          <w:lang w:val="sv-SE"/>
        </w:rPr>
        <w:t>:Acts 17:33]]</w:t>
      </w:r>
      <w:r w:rsidRPr="000767E2">
        <w:rPr>
          <w:vertAlign w:val="superscript"/>
          <w:lang w:val="sv-SE"/>
        </w:rPr>
        <w:t>33</w:t>
      </w:r>
      <w:r w:rsidRPr="000767E2">
        <w:rPr>
          <w:lang w:val="sv-SE"/>
        </w:rPr>
        <w:t xml:space="preserve"> {{field-on:bible}}Så gick Paulus ut från deras mitt.{{field-off:bible}} [[@</w:t>
      </w:r>
      <w:r w:rsidR="0096445B" w:rsidRPr="000767E2">
        <w:rPr>
          <w:lang w:val="sv-SE"/>
        </w:rPr>
        <w:t>BibleBIBEL82</w:t>
      </w:r>
      <w:r w:rsidRPr="000767E2">
        <w:rPr>
          <w:lang w:val="sv-SE"/>
        </w:rPr>
        <w:t>:Acts 17:34]]</w:t>
      </w:r>
      <w:r w:rsidRPr="000767E2">
        <w:rPr>
          <w:vertAlign w:val="superscript"/>
          <w:lang w:val="sv-SE"/>
        </w:rPr>
        <w:t>34</w:t>
      </w:r>
      <w:r w:rsidRPr="000767E2">
        <w:rPr>
          <w:lang w:val="sv-SE"/>
        </w:rPr>
        <w:t xml:space="preserve"> {{field-on:bible}}Men några män anslöt sig till honom och kom till tro, bland dem både Dionysios areopagiten och en kvinna vid namn Damaris och andra med dem.{{field-off:bible}}</w:t>
      </w:r>
    </w:p>
    <w:p w14:paraId="6F5CB5A6" w14:textId="318D798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18]]Kapitel 18</w:t>
      </w:r>
    </w:p>
    <w:p w14:paraId="52B196A4" w14:textId="77777777" w:rsidR="00BA33AB" w:rsidRPr="000767E2" w:rsidRDefault="00000000">
      <w:pPr>
        <w:pStyle w:val="Rubrik3"/>
        <w:rPr>
          <w:lang w:val="sv-SE"/>
        </w:rPr>
      </w:pPr>
      <w:r w:rsidRPr="000767E2">
        <w:rPr>
          <w:lang w:val="sv-SE"/>
        </w:rPr>
        <w:t>Paulus i Korinth</w:t>
      </w:r>
    </w:p>
    <w:p w14:paraId="01ECFCCE" w14:textId="2781D467" w:rsidR="00BA33AB" w:rsidRPr="000767E2" w:rsidRDefault="00000000">
      <w:pPr>
        <w:rPr>
          <w:lang w:val="sv-SE"/>
        </w:rPr>
      </w:pPr>
      <w:r w:rsidRPr="000767E2">
        <w:rPr>
          <w:lang w:val="sv-SE"/>
        </w:rPr>
        <w:t>[[@</w:t>
      </w:r>
      <w:r w:rsidR="0096445B" w:rsidRPr="000767E2">
        <w:rPr>
          <w:lang w:val="sv-SE"/>
        </w:rPr>
        <w:t>BibleBIBEL82</w:t>
      </w:r>
      <w:r w:rsidRPr="000767E2">
        <w:rPr>
          <w:lang w:val="sv-SE"/>
        </w:rPr>
        <w:t>:Acts 18:1]]</w:t>
      </w:r>
      <w:r w:rsidRPr="000767E2">
        <w:rPr>
          <w:vertAlign w:val="superscript"/>
          <w:lang w:val="sv-SE"/>
        </w:rPr>
        <w:t>1</w:t>
      </w:r>
      <w:r w:rsidRPr="000767E2">
        <w:rPr>
          <w:lang w:val="sv-SE"/>
        </w:rPr>
        <w:t xml:space="preserve"> {{field-on:bible}}Efter detta skildes han från Athen och kom till Korinth.{{field-off:bible}}</w:t>
      </w:r>
    </w:p>
    <w:p w14:paraId="7BAB1B89" w14:textId="12749F59" w:rsidR="00BA33AB" w:rsidRPr="000767E2" w:rsidRDefault="00000000">
      <w:pPr>
        <w:rPr>
          <w:lang w:val="sv-SE"/>
        </w:rPr>
      </w:pPr>
      <w:r w:rsidRPr="000767E2">
        <w:rPr>
          <w:lang w:val="sv-SE"/>
        </w:rPr>
        <w:t>[[@</w:t>
      </w:r>
      <w:r w:rsidR="0096445B" w:rsidRPr="000767E2">
        <w:rPr>
          <w:lang w:val="sv-SE"/>
        </w:rPr>
        <w:t>BibleBIBEL82</w:t>
      </w:r>
      <w:r w:rsidRPr="000767E2">
        <w:rPr>
          <w:lang w:val="sv-SE"/>
        </w:rPr>
        <w:t>:Acts 18:2]]</w:t>
      </w:r>
      <w:r w:rsidRPr="000767E2">
        <w:rPr>
          <w:vertAlign w:val="superscript"/>
          <w:lang w:val="sv-SE"/>
        </w:rPr>
        <w:t>2</w:t>
      </w:r>
      <w:r w:rsidRPr="000767E2">
        <w:rPr>
          <w:lang w:val="sv-SE"/>
        </w:rPr>
        <w:t xml:space="preserve"> {{field-on:bible}}Och han fann en jude vid namn Aquila, pontisk till släktet, nyligen kommen från Italien </w:t>
      </w:r>
      <w:r w:rsidRPr="000767E2">
        <w:rPr>
          <w:i/>
          <w:lang w:val="sv-SE"/>
        </w:rPr>
        <w:t>med</w:t>
      </w:r>
      <w:r w:rsidRPr="000767E2">
        <w:rPr>
          <w:lang w:val="sv-SE"/>
        </w:rPr>
        <w:t xml:space="preserve"> sin hustru Priscilla eftersom Claudius hade förordnat att alla judarna </w:t>
      </w:r>
      <w:r w:rsidRPr="000767E2">
        <w:rPr>
          <w:i/>
          <w:lang w:val="sv-SE"/>
        </w:rPr>
        <w:t>skulle</w:t>
      </w:r>
      <w:r w:rsidRPr="000767E2">
        <w:rPr>
          <w:lang w:val="sv-SE"/>
        </w:rPr>
        <w:t xml:space="preserve"> skiljas från Rom, och han kom till dem.{{field-off:bible}} [[@</w:t>
      </w:r>
      <w:r w:rsidR="0096445B" w:rsidRPr="000767E2">
        <w:rPr>
          <w:lang w:val="sv-SE"/>
        </w:rPr>
        <w:t>BibleBIBEL82</w:t>
      </w:r>
      <w:r w:rsidRPr="000767E2">
        <w:rPr>
          <w:lang w:val="sv-SE"/>
        </w:rPr>
        <w:t>:Acts 18:3]]</w:t>
      </w:r>
      <w:r w:rsidRPr="000767E2">
        <w:rPr>
          <w:vertAlign w:val="superscript"/>
          <w:lang w:val="sv-SE"/>
        </w:rPr>
        <w:t>3</w:t>
      </w:r>
      <w:r w:rsidRPr="000767E2">
        <w:rPr>
          <w:lang w:val="sv-SE"/>
        </w:rPr>
        <w:t xml:space="preserve"> {{field-on:bible}}Och eftersom han var i samma yrke, blev han kvar hos dem och arbetade. De var nämligen tältmakare till yrket.{{field-off:bible}} [[@</w:t>
      </w:r>
      <w:r w:rsidR="0096445B" w:rsidRPr="000767E2">
        <w:rPr>
          <w:lang w:val="sv-SE"/>
        </w:rPr>
        <w:t>BibleBIBEL82</w:t>
      </w:r>
      <w:r w:rsidRPr="000767E2">
        <w:rPr>
          <w:lang w:val="sv-SE"/>
        </w:rPr>
        <w:t>:Acts 18:4]]</w:t>
      </w:r>
      <w:r w:rsidRPr="000767E2">
        <w:rPr>
          <w:vertAlign w:val="superscript"/>
          <w:lang w:val="sv-SE"/>
        </w:rPr>
        <w:t>4</w:t>
      </w:r>
      <w:r w:rsidRPr="000767E2">
        <w:rPr>
          <w:lang w:val="sv-SE"/>
        </w:rPr>
        <w:t xml:space="preserve"> {{field-on:bible}}Och han resonerade i synagogan vid varje sabbat och </w:t>
      </w:r>
      <w:r w:rsidRPr="000767E2">
        <w:rPr>
          <w:i/>
          <w:lang w:val="sv-SE"/>
        </w:rPr>
        <w:t>började</w:t>
      </w:r>
      <w:r w:rsidRPr="000767E2">
        <w:rPr>
          <w:lang w:val="sv-SE"/>
        </w:rPr>
        <w:t xml:space="preserve"> övertyga både judar och greker.{{field-off:bible}}</w:t>
      </w:r>
    </w:p>
    <w:p w14:paraId="6E4C5985" w14:textId="31DE1197" w:rsidR="00BA33AB" w:rsidRPr="000767E2" w:rsidRDefault="00000000">
      <w:pPr>
        <w:rPr>
          <w:lang w:val="sv-SE"/>
        </w:rPr>
      </w:pPr>
      <w:r w:rsidRPr="000767E2">
        <w:rPr>
          <w:lang w:val="sv-SE"/>
        </w:rPr>
        <w:t>[[@</w:t>
      </w:r>
      <w:r w:rsidR="0096445B" w:rsidRPr="000767E2">
        <w:rPr>
          <w:lang w:val="sv-SE"/>
        </w:rPr>
        <w:t>BibleBIBEL82</w:t>
      </w:r>
      <w:r w:rsidRPr="000767E2">
        <w:rPr>
          <w:lang w:val="sv-SE"/>
        </w:rPr>
        <w:t>:Acts 18:5]]</w:t>
      </w:r>
      <w:r w:rsidRPr="000767E2">
        <w:rPr>
          <w:vertAlign w:val="superscript"/>
          <w:lang w:val="sv-SE"/>
        </w:rPr>
        <w:t>5</w:t>
      </w:r>
      <w:r w:rsidRPr="000767E2">
        <w:rPr>
          <w:lang w:val="sv-SE"/>
        </w:rPr>
        <w:t xml:space="preserve"> {{field-on:bible}}Och när de kom ner från Makedonien, både Silas och Timotheos, var Paulus upptagen med ordet och vittnade för judarna att Kristus är Jesus.{{field-off:bible}} [[@</w:t>
      </w:r>
      <w:r w:rsidR="0096445B" w:rsidRPr="000767E2">
        <w:rPr>
          <w:lang w:val="sv-SE"/>
        </w:rPr>
        <w:t>BibleBIBEL82</w:t>
      </w:r>
      <w:r w:rsidRPr="000767E2">
        <w:rPr>
          <w:lang w:val="sv-SE"/>
        </w:rPr>
        <w:t>:Acts 18:6]]</w:t>
      </w:r>
      <w:r w:rsidRPr="000767E2">
        <w:rPr>
          <w:vertAlign w:val="superscript"/>
          <w:lang w:val="sv-SE"/>
        </w:rPr>
        <w:t>6</w:t>
      </w:r>
      <w:r w:rsidRPr="000767E2">
        <w:rPr>
          <w:lang w:val="sv-SE"/>
        </w:rPr>
        <w:t xml:space="preserve"> {{field-on:bible}}Men när de gick emot och smädade, skakade han ut kläderna och sade till dem: ”Ert blod över ert huvud! Ren ska jag från nu gå till folkslagen.”{{field-off:bible}} [[@</w:t>
      </w:r>
      <w:r w:rsidR="0096445B" w:rsidRPr="000767E2">
        <w:rPr>
          <w:lang w:val="sv-SE"/>
        </w:rPr>
        <w:t>BibleBIBEL82</w:t>
      </w:r>
      <w:r w:rsidRPr="000767E2">
        <w:rPr>
          <w:lang w:val="sv-SE"/>
        </w:rPr>
        <w:t>:Acts 18:7]]</w:t>
      </w:r>
      <w:r w:rsidRPr="000767E2">
        <w:rPr>
          <w:vertAlign w:val="superscript"/>
          <w:lang w:val="sv-SE"/>
        </w:rPr>
        <w:t>7</w:t>
      </w:r>
      <w:r w:rsidRPr="000767E2">
        <w:rPr>
          <w:lang w:val="sv-SE"/>
        </w:rPr>
        <w:t xml:space="preserve"> {{field-on:bible}}Och han gick vidare därifrån och kom in i huset hos en vid namn Titus Justus, som vördade Gud </w:t>
      </w:r>
      <w:r w:rsidRPr="000767E2">
        <w:rPr>
          <w:i/>
          <w:lang w:val="sv-SE"/>
        </w:rPr>
        <w:t>och</w:t>
      </w:r>
      <w:r w:rsidRPr="000767E2">
        <w:rPr>
          <w:lang w:val="sv-SE"/>
        </w:rPr>
        <w:t xml:space="preserve"> vars hus var angränsade till synagogan.{{field-off:bible}} [[@</w:t>
      </w:r>
      <w:r w:rsidR="0096445B" w:rsidRPr="000767E2">
        <w:rPr>
          <w:lang w:val="sv-SE"/>
        </w:rPr>
        <w:t>BibleBIBEL82</w:t>
      </w:r>
      <w:r w:rsidRPr="000767E2">
        <w:rPr>
          <w:lang w:val="sv-SE"/>
        </w:rPr>
        <w:t>:Acts 18:8]]</w:t>
      </w:r>
      <w:r w:rsidRPr="000767E2">
        <w:rPr>
          <w:vertAlign w:val="superscript"/>
          <w:lang w:val="sv-SE"/>
        </w:rPr>
        <w:t>8</w:t>
      </w:r>
      <w:r w:rsidRPr="000767E2">
        <w:rPr>
          <w:lang w:val="sv-SE"/>
        </w:rPr>
        <w:t xml:space="preserve"> {{field-on:bible}}Och Crispus synagogföreståndaren kom till tro på Herren med hela sitt hus, och många av korinthierna lyssnade och kom till tro och döptes.{{field-off:bible}}</w:t>
      </w:r>
    </w:p>
    <w:p w14:paraId="021332BD" w14:textId="55C77574" w:rsidR="00BA33AB" w:rsidRPr="000767E2" w:rsidRDefault="00000000">
      <w:pPr>
        <w:rPr>
          <w:lang w:val="sv-SE"/>
        </w:rPr>
      </w:pPr>
      <w:r w:rsidRPr="000767E2">
        <w:rPr>
          <w:lang w:val="sv-SE"/>
        </w:rPr>
        <w:t>[[@</w:t>
      </w:r>
      <w:r w:rsidR="0096445B" w:rsidRPr="000767E2">
        <w:rPr>
          <w:lang w:val="sv-SE"/>
        </w:rPr>
        <w:t>BibleBIBEL82</w:t>
      </w:r>
      <w:r w:rsidRPr="000767E2">
        <w:rPr>
          <w:lang w:val="sv-SE"/>
        </w:rPr>
        <w:t>:Acts 18:9]]</w:t>
      </w:r>
      <w:r w:rsidRPr="000767E2">
        <w:rPr>
          <w:vertAlign w:val="superscript"/>
          <w:lang w:val="sv-SE"/>
        </w:rPr>
        <w:t>9</w:t>
      </w:r>
      <w:r w:rsidRPr="000767E2">
        <w:rPr>
          <w:lang w:val="sv-SE"/>
        </w:rPr>
        <w:t xml:space="preserve"> {{field-on:bible}}Och Herren sade i natten genom en syn till Paulus: ”Frukta inte, utan tala och var inte tyst.{{field-off:bible}} [[@</w:t>
      </w:r>
      <w:r w:rsidR="0096445B" w:rsidRPr="000767E2">
        <w:rPr>
          <w:lang w:val="sv-SE"/>
        </w:rPr>
        <w:t>BibleBIBEL82</w:t>
      </w:r>
      <w:r w:rsidRPr="000767E2">
        <w:rPr>
          <w:lang w:val="sv-SE"/>
        </w:rPr>
        <w:t>:Acts 18:10]]</w:t>
      </w:r>
      <w:r w:rsidRPr="000767E2">
        <w:rPr>
          <w:vertAlign w:val="superscript"/>
          <w:lang w:val="sv-SE"/>
        </w:rPr>
        <w:t>10</w:t>
      </w:r>
      <w:r w:rsidRPr="000767E2">
        <w:rPr>
          <w:lang w:val="sv-SE"/>
        </w:rPr>
        <w:t xml:space="preserve"> {{field-on:bible}}För jag är med dig, och ingen ska ge sig på dig för att göra dig illa. För jag </w:t>
      </w:r>
      <w:r w:rsidRPr="000767E2">
        <w:rPr>
          <w:i/>
          <w:lang w:val="sv-SE"/>
        </w:rPr>
        <w:t>har</w:t>
      </w:r>
      <w:r w:rsidRPr="000767E2">
        <w:rPr>
          <w:lang w:val="sv-SE"/>
        </w:rPr>
        <w:t xml:space="preserve"> mycket folk i denna stad.”{{field-off:bible}} [[@</w:t>
      </w:r>
      <w:r w:rsidR="0096445B" w:rsidRPr="000767E2">
        <w:rPr>
          <w:lang w:val="sv-SE"/>
        </w:rPr>
        <w:t>BibleBIBEL82</w:t>
      </w:r>
      <w:r w:rsidRPr="000767E2">
        <w:rPr>
          <w:lang w:val="sv-SE"/>
        </w:rPr>
        <w:t>:Acts 18:11]]</w:t>
      </w:r>
      <w:r w:rsidRPr="000767E2">
        <w:rPr>
          <w:vertAlign w:val="superscript"/>
          <w:lang w:val="sv-SE"/>
        </w:rPr>
        <w:t>11</w:t>
      </w:r>
      <w:r w:rsidRPr="000767E2">
        <w:rPr>
          <w:lang w:val="sv-SE"/>
        </w:rPr>
        <w:t xml:space="preserve"> {{field-on:bible}}Och han satte sig ett år och sex månader och undervisade hos dem </w:t>
      </w:r>
      <w:r w:rsidRPr="000767E2">
        <w:rPr>
          <w:i/>
          <w:lang w:val="sv-SE"/>
        </w:rPr>
        <w:t>i</w:t>
      </w:r>
      <w:r w:rsidRPr="000767E2">
        <w:rPr>
          <w:lang w:val="sv-SE"/>
        </w:rPr>
        <w:t xml:space="preserve"> Guds ord.{{field-off:bible}}</w:t>
      </w:r>
    </w:p>
    <w:p w14:paraId="358E3408" w14:textId="77777777" w:rsidR="00BA33AB" w:rsidRPr="000767E2" w:rsidRDefault="00000000">
      <w:pPr>
        <w:pStyle w:val="Rubrik3"/>
        <w:rPr>
          <w:lang w:val="sv-SE"/>
        </w:rPr>
      </w:pPr>
      <w:r w:rsidRPr="000767E2">
        <w:rPr>
          <w:lang w:val="sv-SE"/>
        </w:rPr>
        <w:t>Paulus inför Gallios domstol</w:t>
      </w:r>
    </w:p>
    <w:p w14:paraId="2B6EF9AA" w14:textId="431FDE7A" w:rsidR="00BA33AB" w:rsidRPr="000767E2" w:rsidRDefault="00000000">
      <w:pPr>
        <w:rPr>
          <w:lang w:val="sv-SE"/>
        </w:rPr>
      </w:pPr>
      <w:r w:rsidRPr="000767E2">
        <w:rPr>
          <w:lang w:val="sv-SE"/>
        </w:rPr>
        <w:t>[[@</w:t>
      </w:r>
      <w:r w:rsidR="0096445B" w:rsidRPr="000767E2">
        <w:rPr>
          <w:lang w:val="sv-SE"/>
        </w:rPr>
        <w:t>BibleBIBEL82</w:t>
      </w:r>
      <w:r w:rsidRPr="000767E2">
        <w:rPr>
          <w:lang w:val="sv-SE"/>
        </w:rPr>
        <w:t>:Acts 18:12]]</w:t>
      </w:r>
      <w:r w:rsidRPr="000767E2">
        <w:rPr>
          <w:vertAlign w:val="superscript"/>
          <w:lang w:val="sv-SE"/>
        </w:rPr>
        <w:t>12</w:t>
      </w:r>
      <w:r w:rsidRPr="000767E2">
        <w:rPr>
          <w:lang w:val="sv-SE"/>
        </w:rPr>
        <w:t xml:space="preserve"> {{field-on:bible}}Men när Gallio var prokonsul i Achaia, kom judarna förenade mot Paulus och förde honom inför domarsätet{{field-off:bible}} </w:t>
      </w:r>
      <w:r w:rsidRPr="000767E2">
        <w:rPr>
          <w:lang w:val="sv-SE"/>
        </w:rPr>
        <w:lastRenderedPageBreak/>
        <w:t>[[@</w:t>
      </w:r>
      <w:r w:rsidR="0096445B" w:rsidRPr="000767E2">
        <w:rPr>
          <w:lang w:val="sv-SE"/>
        </w:rPr>
        <w:t>BibleBIBEL82</w:t>
      </w:r>
      <w:r w:rsidRPr="000767E2">
        <w:rPr>
          <w:lang w:val="sv-SE"/>
        </w:rPr>
        <w:t>:Acts 18:13]]</w:t>
      </w:r>
      <w:r w:rsidRPr="000767E2">
        <w:rPr>
          <w:vertAlign w:val="superscript"/>
          <w:lang w:val="sv-SE"/>
        </w:rPr>
        <w:t>13</w:t>
      </w:r>
      <w:r w:rsidRPr="000767E2">
        <w:rPr>
          <w:lang w:val="sv-SE"/>
        </w:rPr>
        <w:t xml:space="preserve"> {{field-on:bible}}och sade att: ”Emot lagen övertalar denne människorna att vörda Gud.”{{field-off:bible}}</w:t>
      </w:r>
    </w:p>
    <w:p w14:paraId="5B6CC8AC" w14:textId="4C1FF9A5" w:rsidR="00BA33AB" w:rsidRPr="000767E2" w:rsidRDefault="00000000">
      <w:pPr>
        <w:rPr>
          <w:lang w:val="sv-SE"/>
        </w:rPr>
      </w:pPr>
      <w:r w:rsidRPr="000767E2">
        <w:rPr>
          <w:lang w:val="sv-SE"/>
        </w:rPr>
        <w:t>[[@</w:t>
      </w:r>
      <w:r w:rsidR="0096445B" w:rsidRPr="000767E2">
        <w:rPr>
          <w:lang w:val="sv-SE"/>
        </w:rPr>
        <w:t>BibleBIBEL82</w:t>
      </w:r>
      <w:r w:rsidRPr="000767E2">
        <w:rPr>
          <w:lang w:val="sv-SE"/>
        </w:rPr>
        <w:t>:Acts 18:14]]</w:t>
      </w:r>
      <w:r w:rsidRPr="000767E2">
        <w:rPr>
          <w:vertAlign w:val="superscript"/>
          <w:lang w:val="sv-SE"/>
        </w:rPr>
        <w:t>14</w:t>
      </w:r>
      <w:r w:rsidRPr="000767E2">
        <w:rPr>
          <w:lang w:val="sv-SE"/>
        </w:rPr>
        <w:t xml:space="preserve"> {{field-on:bible}}Men när Paulus skulle öppna munnen, sade Gallio till judarna: ”Om det var en orätt eller ett ont fiffel, o judar, hade jag av en anledning stått ut med er.{{field-off:bible}} [[@</w:t>
      </w:r>
      <w:r w:rsidR="0096445B" w:rsidRPr="000767E2">
        <w:rPr>
          <w:lang w:val="sv-SE"/>
        </w:rPr>
        <w:t>BibleBIBEL82</w:t>
      </w:r>
      <w:r w:rsidRPr="000767E2">
        <w:rPr>
          <w:lang w:val="sv-SE"/>
        </w:rPr>
        <w:t>:Acts 18:15]]</w:t>
      </w:r>
      <w:r w:rsidRPr="000767E2">
        <w:rPr>
          <w:vertAlign w:val="superscript"/>
          <w:lang w:val="sv-SE"/>
        </w:rPr>
        <w:t>15</w:t>
      </w:r>
      <w:r w:rsidRPr="000767E2">
        <w:rPr>
          <w:lang w:val="sv-SE"/>
        </w:rPr>
        <w:t xml:space="preserve"> {{field-on:bible}}Men om det är tvistefrågor om ord och namn och lag hos er, ska ni se </w:t>
      </w:r>
      <w:r w:rsidRPr="000767E2">
        <w:rPr>
          <w:i/>
          <w:lang w:val="sv-SE"/>
        </w:rPr>
        <w:t>till det</w:t>
      </w:r>
      <w:r w:rsidRPr="000767E2">
        <w:rPr>
          <w:lang w:val="sv-SE"/>
        </w:rPr>
        <w:t xml:space="preserve"> själva. Domare över detta önskar inte jag vara.”{{field-off:bible}} [[@</w:t>
      </w:r>
      <w:r w:rsidR="0096445B" w:rsidRPr="000767E2">
        <w:rPr>
          <w:lang w:val="sv-SE"/>
        </w:rPr>
        <w:t>BibleBIBEL82</w:t>
      </w:r>
      <w:r w:rsidRPr="000767E2">
        <w:rPr>
          <w:lang w:val="sv-SE"/>
        </w:rPr>
        <w:t>:Acts 18:16]]</w:t>
      </w:r>
      <w:r w:rsidRPr="000767E2">
        <w:rPr>
          <w:vertAlign w:val="superscript"/>
          <w:lang w:val="sv-SE"/>
        </w:rPr>
        <w:t>16</w:t>
      </w:r>
      <w:r w:rsidRPr="000767E2">
        <w:rPr>
          <w:lang w:val="sv-SE"/>
        </w:rPr>
        <w:t xml:space="preserve"> {{field-on:bible}}Och han drev bort dem från domarsätet.{{field-off:bible}}</w:t>
      </w:r>
    </w:p>
    <w:p w14:paraId="775B471F" w14:textId="3250954E" w:rsidR="00BA33AB" w:rsidRPr="000767E2" w:rsidRDefault="00000000">
      <w:pPr>
        <w:rPr>
          <w:lang w:val="sv-SE"/>
        </w:rPr>
      </w:pPr>
      <w:r w:rsidRPr="000767E2">
        <w:rPr>
          <w:lang w:val="sv-SE"/>
        </w:rPr>
        <w:t>[[@</w:t>
      </w:r>
      <w:r w:rsidR="0096445B" w:rsidRPr="000767E2">
        <w:rPr>
          <w:lang w:val="sv-SE"/>
        </w:rPr>
        <w:t>BibleBIBEL82</w:t>
      </w:r>
      <w:r w:rsidRPr="000767E2">
        <w:rPr>
          <w:lang w:val="sv-SE"/>
        </w:rPr>
        <w:t>:Acts 18:17]]</w:t>
      </w:r>
      <w:r w:rsidRPr="000767E2">
        <w:rPr>
          <w:vertAlign w:val="superscript"/>
          <w:lang w:val="sv-SE"/>
        </w:rPr>
        <w:t>17</w:t>
      </w:r>
      <w:r w:rsidRPr="000767E2">
        <w:rPr>
          <w:lang w:val="sv-SE"/>
        </w:rPr>
        <w:t xml:space="preserve"> {{field-on:bible}}Men alla tog tag i Sosthenes synagogföreståndaren och </w:t>
      </w:r>
      <w:r w:rsidRPr="000767E2">
        <w:rPr>
          <w:i/>
          <w:lang w:val="sv-SE"/>
        </w:rPr>
        <w:t>började</w:t>
      </w:r>
      <w:r w:rsidRPr="000767E2">
        <w:rPr>
          <w:lang w:val="sv-SE"/>
        </w:rPr>
        <w:t xml:space="preserve"> slå </w:t>
      </w:r>
      <w:r w:rsidRPr="000767E2">
        <w:rPr>
          <w:i/>
          <w:lang w:val="sv-SE"/>
        </w:rPr>
        <w:t>honom</w:t>
      </w:r>
      <w:r w:rsidRPr="000767E2">
        <w:rPr>
          <w:lang w:val="sv-SE"/>
        </w:rPr>
        <w:t xml:space="preserve"> framför domarsätet. Och inget av detta brydde sig Gallio om.{{field-off:bible}}</w:t>
      </w:r>
    </w:p>
    <w:p w14:paraId="03C46BE6" w14:textId="77777777" w:rsidR="00BA33AB" w:rsidRPr="000767E2" w:rsidRDefault="00000000">
      <w:pPr>
        <w:pStyle w:val="Rubrik3"/>
        <w:rPr>
          <w:lang w:val="sv-SE"/>
        </w:rPr>
      </w:pPr>
      <w:r w:rsidRPr="000767E2">
        <w:rPr>
          <w:lang w:val="sv-SE"/>
        </w:rPr>
        <w:t>Tillbaka till Antiochia igen</w:t>
      </w:r>
    </w:p>
    <w:p w14:paraId="216BFEF1" w14:textId="3EA389D9" w:rsidR="00BA33AB" w:rsidRPr="000767E2" w:rsidRDefault="00000000">
      <w:pPr>
        <w:rPr>
          <w:lang w:val="sv-SE"/>
        </w:rPr>
      </w:pPr>
      <w:r w:rsidRPr="000767E2">
        <w:rPr>
          <w:lang w:val="sv-SE"/>
        </w:rPr>
        <w:t>[[@</w:t>
      </w:r>
      <w:r w:rsidR="0096445B" w:rsidRPr="000767E2">
        <w:rPr>
          <w:lang w:val="sv-SE"/>
        </w:rPr>
        <w:t>BibleBIBEL82</w:t>
      </w:r>
      <w:r w:rsidRPr="000767E2">
        <w:rPr>
          <w:lang w:val="sv-SE"/>
        </w:rPr>
        <w:t>:Acts 18:18]]</w:t>
      </w:r>
      <w:r w:rsidRPr="000767E2">
        <w:rPr>
          <w:vertAlign w:val="superscript"/>
          <w:lang w:val="sv-SE"/>
        </w:rPr>
        <w:t>18</w:t>
      </w:r>
      <w:r w:rsidRPr="000767E2">
        <w:rPr>
          <w:lang w:val="sv-SE"/>
        </w:rPr>
        <w:t xml:space="preserve"> {{field-on:bible}}Men Paulus var ännu kvar åtskilliga dagar hos syskonen, tog </w:t>
      </w:r>
      <w:r w:rsidRPr="000767E2">
        <w:rPr>
          <w:i/>
          <w:lang w:val="sv-SE"/>
        </w:rPr>
        <w:t>därefter</w:t>
      </w:r>
      <w:r w:rsidRPr="000767E2">
        <w:rPr>
          <w:lang w:val="sv-SE"/>
        </w:rPr>
        <w:t xml:space="preserve"> farväl och seglade ut mot Syrien, och med honom Priscilla och Aquila, sedan han i Kenchreai klippt huvudet kort. Han hade nämligen en böneed.{{field-off:bible}}</w:t>
      </w:r>
    </w:p>
    <w:p w14:paraId="472039B8" w14:textId="42696ED1" w:rsidR="00BA33AB" w:rsidRPr="000767E2" w:rsidRDefault="00000000">
      <w:pPr>
        <w:rPr>
          <w:lang w:val="sv-SE"/>
        </w:rPr>
      </w:pPr>
      <w:r w:rsidRPr="000767E2">
        <w:rPr>
          <w:lang w:val="sv-SE"/>
        </w:rPr>
        <w:t>[[@</w:t>
      </w:r>
      <w:r w:rsidR="0096445B" w:rsidRPr="000767E2">
        <w:rPr>
          <w:lang w:val="sv-SE"/>
        </w:rPr>
        <w:t>BibleBIBEL82</w:t>
      </w:r>
      <w:r w:rsidRPr="000767E2">
        <w:rPr>
          <w:lang w:val="sv-SE"/>
        </w:rPr>
        <w:t>:Acts 18:19]]</w:t>
      </w:r>
      <w:r w:rsidRPr="000767E2">
        <w:rPr>
          <w:vertAlign w:val="superscript"/>
          <w:lang w:val="sv-SE"/>
        </w:rPr>
        <w:t>19</w:t>
      </w:r>
      <w:r w:rsidRPr="000767E2">
        <w:rPr>
          <w:lang w:val="sv-SE"/>
        </w:rPr>
        <w:t xml:space="preserve"> {{field-on:bible}}Och de nådde fram till Efesos. Och dessa lämnade han där, men själv gick han in i synagogan och resonerade med judarna.{{field-off:bible}} [[@</w:t>
      </w:r>
      <w:r w:rsidR="0096445B" w:rsidRPr="000767E2">
        <w:rPr>
          <w:lang w:val="sv-SE"/>
        </w:rPr>
        <w:t>BibleBIBEL82</w:t>
      </w:r>
      <w:r w:rsidRPr="000767E2">
        <w:rPr>
          <w:lang w:val="sv-SE"/>
        </w:rPr>
        <w:t>:Acts 18:20]]</w:t>
      </w:r>
      <w:r w:rsidRPr="000767E2">
        <w:rPr>
          <w:vertAlign w:val="superscript"/>
          <w:lang w:val="sv-SE"/>
        </w:rPr>
        <w:t>20</w:t>
      </w:r>
      <w:r w:rsidRPr="000767E2">
        <w:rPr>
          <w:lang w:val="sv-SE"/>
        </w:rPr>
        <w:t xml:space="preserve"> {{field-on:bible}}Men när de frågade honom </w:t>
      </w:r>
      <w:r w:rsidRPr="000767E2">
        <w:rPr>
          <w:i/>
          <w:lang w:val="sv-SE"/>
        </w:rPr>
        <w:t>om han kunde</w:t>
      </w:r>
      <w:r w:rsidRPr="000767E2">
        <w:rPr>
          <w:lang w:val="sv-SE"/>
        </w:rPr>
        <w:t xml:space="preserve"> bli kvar för en längre tid, nickade han inte{{field-off:bible}} [[@</w:t>
      </w:r>
      <w:r w:rsidR="0096445B" w:rsidRPr="000767E2">
        <w:rPr>
          <w:lang w:val="sv-SE"/>
        </w:rPr>
        <w:t>BibleBIBEL82</w:t>
      </w:r>
      <w:r w:rsidRPr="000767E2">
        <w:rPr>
          <w:lang w:val="sv-SE"/>
        </w:rPr>
        <w:t>:Acts 18:21]]</w:t>
      </w:r>
      <w:r w:rsidRPr="000767E2">
        <w:rPr>
          <w:vertAlign w:val="superscript"/>
          <w:lang w:val="sv-SE"/>
        </w:rPr>
        <w:t>21</w:t>
      </w:r>
      <w:r w:rsidRPr="000767E2">
        <w:rPr>
          <w:lang w:val="sv-SE"/>
        </w:rPr>
        <w:t xml:space="preserve"> {{field-on:bible}}utan tog farväl och sade: ”Åter ska jag vända tillbaka till er, </w:t>
      </w:r>
      <w:r w:rsidRPr="000767E2">
        <w:rPr>
          <w:i/>
          <w:lang w:val="sv-SE"/>
        </w:rPr>
        <w:t>om</w:t>
      </w:r>
      <w:r w:rsidRPr="000767E2">
        <w:rPr>
          <w:lang w:val="sv-SE"/>
        </w:rPr>
        <w:t xml:space="preserve"> Gud vill”, och lade ut från Efesos.{{field-off:bible}}</w:t>
      </w:r>
    </w:p>
    <w:p w14:paraId="3A531D56" w14:textId="14E2F5E5" w:rsidR="00BA33AB" w:rsidRPr="000767E2" w:rsidRDefault="00000000">
      <w:pPr>
        <w:rPr>
          <w:lang w:val="sv-SE"/>
        </w:rPr>
      </w:pPr>
      <w:r w:rsidRPr="000767E2">
        <w:rPr>
          <w:lang w:val="sv-SE"/>
        </w:rPr>
        <w:t>[[@</w:t>
      </w:r>
      <w:r w:rsidR="0096445B" w:rsidRPr="000767E2">
        <w:rPr>
          <w:lang w:val="sv-SE"/>
        </w:rPr>
        <w:t>BibleBIBEL82</w:t>
      </w:r>
      <w:r w:rsidRPr="000767E2">
        <w:rPr>
          <w:lang w:val="sv-SE"/>
        </w:rPr>
        <w:t>:Acts 18:22]]</w:t>
      </w:r>
      <w:r w:rsidRPr="000767E2">
        <w:rPr>
          <w:vertAlign w:val="superscript"/>
          <w:lang w:val="sv-SE"/>
        </w:rPr>
        <w:t>22</w:t>
      </w:r>
      <w:r w:rsidRPr="000767E2">
        <w:rPr>
          <w:lang w:val="sv-SE"/>
        </w:rPr>
        <w:t xml:space="preserve"> {{field-on:bible}}Och nedkommen till Caesarea gick han upp och hälsade på församlingen, och gick </w:t>
      </w:r>
      <w:r w:rsidRPr="000767E2">
        <w:rPr>
          <w:i/>
          <w:lang w:val="sv-SE"/>
        </w:rPr>
        <w:t>sedan</w:t>
      </w:r>
      <w:r w:rsidRPr="000767E2">
        <w:rPr>
          <w:lang w:val="sv-SE"/>
        </w:rPr>
        <w:t xml:space="preserve"> ner till Antiochia.{{field-off:bible}}</w:t>
      </w:r>
    </w:p>
    <w:p w14:paraId="21994FC0" w14:textId="77777777" w:rsidR="00BA33AB" w:rsidRPr="000767E2" w:rsidRDefault="00000000">
      <w:pPr>
        <w:pStyle w:val="Rubrik3"/>
        <w:rPr>
          <w:lang w:val="sv-SE"/>
        </w:rPr>
      </w:pPr>
      <w:r w:rsidRPr="000767E2">
        <w:rPr>
          <w:lang w:val="sv-SE"/>
        </w:rPr>
        <w:t>PAULUS TREDJE MISSIONSRESA (18:23–21:16)</w:t>
      </w:r>
    </w:p>
    <w:p w14:paraId="1195349F" w14:textId="77777777" w:rsidR="00BA33AB" w:rsidRPr="000767E2" w:rsidRDefault="00000000">
      <w:pPr>
        <w:pStyle w:val="Rubrik3"/>
        <w:rPr>
          <w:lang w:val="sv-SE"/>
        </w:rPr>
      </w:pPr>
      <w:r w:rsidRPr="000767E2">
        <w:rPr>
          <w:lang w:val="sv-SE"/>
        </w:rPr>
        <w:t>Apollos i Efesos</w:t>
      </w:r>
    </w:p>
    <w:p w14:paraId="24107042" w14:textId="39A097DC" w:rsidR="00BA33AB" w:rsidRPr="000767E2" w:rsidRDefault="00000000">
      <w:pPr>
        <w:rPr>
          <w:lang w:val="sv-SE"/>
        </w:rPr>
      </w:pPr>
      <w:r w:rsidRPr="000767E2">
        <w:rPr>
          <w:lang w:val="sv-SE"/>
        </w:rPr>
        <w:t>[[@</w:t>
      </w:r>
      <w:r w:rsidR="0096445B" w:rsidRPr="000767E2">
        <w:rPr>
          <w:lang w:val="sv-SE"/>
        </w:rPr>
        <w:t>BibleBIBEL82</w:t>
      </w:r>
      <w:r w:rsidRPr="000767E2">
        <w:rPr>
          <w:lang w:val="sv-SE"/>
        </w:rPr>
        <w:t>:Acts 18:23]]</w:t>
      </w:r>
      <w:r w:rsidRPr="000767E2">
        <w:rPr>
          <w:vertAlign w:val="superscript"/>
          <w:lang w:val="sv-SE"/>
        </w:rPr>
        <w:t>23</w:t>
      </w:r>
      <w:r w:rsidRPr="000767E2">
        <w:rPr>
          <w:lang w:val="sv-SE"/>
        </w:rPr>
        <w:t xml:space="preserve"> {{field-on:bible}}Och han gjorde en tid och gick </w:t>
      </w:r>
      <w:r w:rsidRPr="000767E2">
        <w:rPr>
          <w:i/>
          <w:lang w:val="sv-SE"/>
        </w:rPr>
        <w:t>sedan</w:t>
      </w:r>
      <w:r w:rsidRPr="000767E2">
        <w:rPr>
          <w:lang w:val="sv-SE"/>
        </w:rPr>
        <w:t xml:space="preserve"> ut, och gick i följd genom den galatiska trakten och Frygien medan han stärkte upp alla lärjungarna.{{field-off:bible}}</w:t>
      </w:r>
    </w:p>
    <w:p w14:paraId="25AF6C2B" w14:textId="7684ABE7" w:rsidR="00BA33AB" w:rsidRPr="000767E2" w:rsidRDefault="00000000">
      <w:pPr>
        <w:rPr>
          <w:lang w:val="sv-SE"/>
        </w:rPr>
      </w:pPr>
      <w:r w:rsidRPr="000767E2">
        <w:rPr>
          <w:lang w:val="sv-SE"/>
        </w:rPr>
        <w:t>[[@</w:t>
      </w:r>
      <w:r w:rsidR="0096445B" w:rsidRPr="000767E2">
        <w:rPr>
          <w:lang w:val="sv-SE"/>
        </w:rPr>
        <w:t>BibleBIBEL82</w:t>
      </w:r>
      <w:r w:rsidRPr="000767E2">
        <w:rPr>
          <w:lang w:val="sv-SE"/>
        </w:rPr>
        <w:t>:Acts 18:24]]</w:t>
      </w:r>
      <w:r w:rsidRPr="000767E2">
        <w:rPr>
          <w:vertAlign w:val="superscript"/>
          <w:lang w:val="sv-SE"/>
        </w:rPr>
        <w:t>24</w:t>
      </w:r>
      <w:r w:rsidRPr="000767E2">
        <w:rPr>
          <w:lang w:val="sv-SE"/>
        </w:rPr>
        <w:t xml:space="preserve"> {{field-on:bible}}Men en jude vid namn Apollos, alexandrin till släktet, en bildad man, nådde fram till Efesos och var mäktig i Skrifterna.{{field-off:bible}} [[@</w:t>
      </w:r>
      <w:r w:rsidR="0096445B" w:rsidRPr="000767E2">
        <w:rPr>
          <w:lang w:val="sv-SE"/>
        </w:rPr>
        <w:t>BibleBIBEL82</w:t>
      </w:r>
      <w:r w:rsidRPr="000767E2">
        <w:rPr>
          <w:lang w:val="sv-SE"/>
        </w:rPr>
        <w:t>:Acts 18:25]]</w:t>
      </w:r>
      <w:r w:rsidRPr="000767E2">
        <w:rPr>
          <w:vertAlign w:val="superscript"/>
          <w:lang w:val="sv-SE"/>
        </w:rPr>
        <w:t>25</w:t>
      </w:r>
      <w:r w:rsidRPr="000767E2">
        <w:rPr>
          <w:lang w:val="sv-SE"/>
        </w:rPr>
        <w:t xml:space="preserve"> {{field-on:bible}}Denne var underrättad i Herrens väg, och sjudande i anden talade han och undervisade noggrant om det som rör Jesus, </w:t>
      </w:r>
      <w:r w:rsidRPr="000767E2">
        <w:rPr>
          <w:i/>
          <w:lang w:val="sv-SE"/>
        </w:rPr>
        <w:t>men</w:t>
      </w:r>
      <w:r w:rsidRPr="000767E2">
        <w:rPr>
          <w:lang w:val="sv-SE"/>
        </w:rPr>
        <w:t xml:space="preserve"> visste bara om Johannes dop.{{field-off:bible}} [[@</w:t>
      </w:r>
      <w:r w:rsidR="0096445B" w:rsidRPr="000767E2">
        <w:rPr>
          <w:lang w:val="sv-SE"/>
        </w:rPr>
        <w:t>BibleBIBEL82</w:t>
      </w:r>
      <w:r w:rsidRPr="000767E2">
        <w:rPr>
          <w:lang w:val="sv-SE"/>
        </w:rPr>
        <w:t>:Acts 18:26]]</w:t>
      </w:r>
      <w:r w:rsidRPr="000767E2">
        <w:rPr>
          <w:vertAlign w:val="superscript"/>
          <w:lang w:val="sv-SE"/>
        </w:rPr>
        <w:t>26</w:t>
      </w:r>
      <w:r w:rsidRPr="000767E2">
        <w:rPr>
          <w:lang w:val="sv-SE"/>
        </w:rPr>
        <w:t xml:space="preserve"> {{field-on:bible}}Och denne började vara frimodig i synagogan. Men när Priscilla och Aquila hörde honom, tog de sig an honom och utlade noggrannare för honom Guds väg.{{field-off:bible}}</w:t>
      </w:r>
    </w:p>
    <w:p w14:paraId="55D57F71" w14:textId="1A11854B" w:rsidR="00BA33AB" w:rsidRPr="000767E2" w:rsidRDefault="00000000">
      <w:pPr>
        <w:rPr>
          <w:lang w:val="sv-SE"/>
        </w:rPr>
      </w:pPr>
      <w:r w:rsidRPr="000767E2">
        <w:rPr>
          <w:lang w:val="sv-SE"/>
        </w:rPr>
        <w:t>[[@</w:t>
      </w:r>
      <w:r w:rsidR="0096445B" w:rsidRPr="000767E2">
        <w:rPr>
          <w:lang w:val="sv-SE"/>
        </w:rPr>
        <w:t>BibleBIBEL82</w:t>
      </w:r>
      <w:r w:rsidRPr="000767E2">
        <w:rPr>
          <w:lang w:val="sv-SE"/>
        </w:rPr>
        <w:t>:Acts 18:27]]</w:t>
      </w:r>
      <w:r w:rsidRPr="000767E2">
        <w:rPr>
          <w:vertAlign w:val="superscript"/>
          <w:lang w:val="sv-SE"/>
        </w:rPr>
        <w:t>27</w:t>
      </w:r>
      <w:r w:rsidRPr="000767E2">
        <w:rPr>
          <w:lang w:val="sv-SE"/>
        </w:rPr>
        <w:t xml:space="preserve"> {{field-on:bible}}Och när han önskade gå över till Achaia, var syskonen entusiasmerande och skrev till lärjungarna att välkomna honom. Framkommen var han </w:t>
      </w:r>
      <w:r w:rsidRPr="000767E2">
        <w:rPr>
          <w:lang w:val="sv-SE"/>
        </w:rPr>
        <w:lastRenderedPageBreak/>
        <w:t>mycket behjälplig för dem som hade kommit till tro genom nåden,{{field-off:bible}} [[@</w:t>
      </w:r>
      <w:r w:rsidR="0096445B" w:rsidRPr="000767E2">
        <w:rPr>
          <w:lang w:val="sv-SE"/>
        </w:rPr>
        <w:t>BibleBIBEL82</w:t>
      </w:r>
      <w:r w:rsidRPr="000767E2">
        <w:rPr>
          <w:lang w:val="sv-SE"/>
        </w:rPr>
        <w:t>:Acts 18:28]]</w:t>
      </w:r>
      <w:r w:rsidRPr="000767E2">
        <w:rPr>
          <w:vertAlign w:val="superscript"/>
          <w:lang w:val="sv-SE"/>
        </w:rPr>
        <w:t>28</w:t>
      </w:r>
      <w:r w:rsidRPr="000767E2">
        <w:rPr>
          <w:lang w:val="sv-SE"/>
        </w:rPr>
        <w:t xml:space="preserve"> {{field-on:bible}}för intensivt överbevisade han judarna offentligt och visade genom Skrifterna att Kristus är Jesus.{{field-off:bible}}</w:t>
      </w:r>
    </w:p>
    <w:p w14:paraId="7A86F960" w14:textId="22C0842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19]]Kapitel 19</w:t>
      </w:r>
    </w:p>
    <w:p w14:paraId="2719C439" w14:textId="77777777" w:rsidR="00BA33AB" w:rsidRPr="000767E2" w:rsidRDefault="00000000">
      <w:pPr>
        <w:pStyle w:val="Rubrik3"/>
        <w:rPr>
          <w:lang w:val="sv-SE"/>
        </w:rPr>
      </w:pPr>
      <w:r w:rsidRPr="000767E2">
        <w:rPr>
          <w:lang w:val="sv-SE"/>
        </w:rPr>
        <w:t>Paulus i Efesos</w:t>
      </w:r>
    </w:p>
    <w:p w14:paraId="22898B5C" w14:textId="137E8D6A" w:rsidR="00BA33AB" w:rsidRPr="000767E2" w:rsidRDefault="00000000">
      <w:pPr>
        <w:rPr>
          <w:lang w:val="sv-SE"/>
        </w:rPr>
      </w:pPr>
      <w:r w:rsidRPr="000767E2">
        <w:rPr>
          <w:lang w:val="sv-SE"/>
        </w:rPr>
        <w:t>[[@</w:t>
      </w:r>
      <w:r w:rsidR="0096445B" w:rsidRPr="000767E2">
        <w:rPr>
          <w:lang w:val="sv-SE"/>
        </w:rPr>
        <w:t>BibleBIBEL82</w:t>
      </w:r>
      <w:r w:rsidRPr="000767E2">
        <w:rPr>
          <w:lang w:val="sv-SE"/>
        </w:rPr>
        <w:t>:Acts 19:1]]</w:t>
      </w:r>
      <w:r w:rsidRPr="000767E2">
        <w:rPr>
          <w:vertAlign w:val="superscript"/>
          <w:lang w:val="sv-SE"/>
        </w:rPr>
        <w:t>1</w:t>
      </w:r>
      <w:r w:rsidRPr="000767E2">
        <w:rPr>
          <w:lang w:val="sv-SE"/>
        </w:rPr>
        <w:t xml:space="preserve"> {{field-on:bible}}Och det hände sig, under det att Apollos var i Korinth, att Paulus hade gått genom de övre bygderna och kom [ner] till Efesos och fann några lärjungar.{{field-off:bible}} [[@</w:t>
      </w:r>
      <w:r w:rsidR="0096445B" w:rsidRPr="000767E2">
        <w:rPr>
          <w:lang w:val="sv-SE"/>
        </w:rPr>
        <w:t>BibleBIBEL82</w:t>
      </w:r>
      <w:r w:rsidRPr="000767E2">
        <w:rPr>
          <w:lang w:val="sv-SE"/>
        </w:rPr>
        <w:t>:Acts 19:2]]</w:t>
      </w:r>
      <w:r w:rsidRPr="000767E2">
        <w:rPr>
          <w:vertAlign w:val="superscript"/>
          <w:lang w:val="sv-SE"/>
        </w:rPr>
        <w:t>2</w:t>
      </w:r>
      <w:r w:rsidRPr="000767E2">
        <w:rPr>
          <w:lang w:val="sv-SE"/>
        </w:rPr>
        <w:t xml:space="preserve"> {{field-on:bible}}Och han </w:t>
      </w:r>
      <w:r w:rsidRPr="000767E2">
        <w:rPr>
          <w:i/>
          <w:lang w:val="sv-SE"/>
        </w:rPr>
        <w:t>frågade</w:t>
      </w:r>
      <w:r w:rsidRPr="000767E2">
        <w:rPr>
          <w:lang w:val="sv-SE"/>
        </w:rPr>
        <w:t xml:space="preserve"> dem: ”Om ni </w:t>
      </w:r>
      <w:r w:rsidRPr="000767E2">
        <w:rPr>
          <w:i/>
          <w:lang w:val="sv-SE"/>
        </w:rPr>
        <w:t>fick</w:t>
      </w:r>
      <w:r w:rsidRPr="000767E2">
        <w:rPr>
          <w:lang w:val="sv-SE"/>
        </w:rPr>
        <w:t xml:space="preserve"> ta </w:t>
      </w:r>
      <w:r w:rsidRPr="000767E2">
        <w:rPr>
          <w:i/>
          <w:lang w:val="sv-SE"/>
        </w:rPr>
        <w:t>emot</w:t>
      </w:r>
      <w:r w:rsidRPr="000767E2">
        <w:rPr>
          <w:lang w:val="sv-SE"/>
        </w:rPr>
        <w:t xml:space="preserve"> helig Ande när ni kom till tro?” Men de till honom: ”Nej, inte ens om </w:t>
      </w:r>
      <w:r w:rsidRPr="000767E2">
        <w:rPr>
          <w:i/>
          <w:lang w:val="sv-SE"/>
        </w:rPr>
        <w:t>det</w:t>
      </w:r>
      <w:r w:rsidRPr="000767E2">
        <w:rPr>
          <w:lang w:val="sv-SE"/>
        </w:rPr>
        <w:t xml:space="preserve"> finns en helig Ande har vi hört.”{{field-off:bible}} [[@</w:t>
      </w:r>
      <w:r w:rsidR="0096445B" w:rsidRPr="000767E2">
        <w:rPr>
          <w:lang w:val="sv-SE"/>
        </w:rPr>
        <w:t>BibleBIBEL82</w:t>
      </w:r>
      <w:r w:rsidRPr="000767E2">
        <w:rPr>
          <w:lang w:val="sv-SE"/>
        </w:rPr>
        <w:t>:Acts 19:3]]</w:t>
      </w:r>
      <w:r w:rsidRPr="000767E2">
        <w:rPr>
          <w:vertAlign w:val="superscript"/>
          <w:lang w:val="sv-SE"/>
        </w:rPr>
        <w:t>3</w:t>
      </w:r>
      <w:r w:rsidRPr="000767E2">
        <w:rPr>
          <w:lang w:val="sv-SE"/>
        </w:rPr>
        <w:t xml:space="preserve"> {{field-on:bible}}Och han sade: ”In i vad blev ni då döpta?” Och de sade: ”In i Johannes dop.”{{field-off:bible}} [[@</w:t>
      </w:r>
      <w:r w:rsidR="0096445B" w:rsidRPr="000767E2">
        <w:rPr>
          <w:lang w:val="sv-SE"/>
        </w:rPr>
        <w:t>BibleBIBEL82</w:t>
      </w:r>
      <w:r w:rsidRPr="000767E2">
        <w:rPr>
          <w:lang w:val="sv-SE"/>
        </w:rPr>
        <w:t>:Acts 19:4]]</w:t>
      </w:r>
      <w:r w:rsidRPr="000767E2">
        <w:rPr>
          <w:vertAlign w:val="superscript"/>
          <w:lang w:val="sv-SE"/>
        </w:rPr>
        <w:t>4</w:t>
      </w:r>
      <w:r w:rsidRPr="000767E2">
        <w:rPr>
          <w:lang w:val="sv-SE"/>
        </w:rPr>
        <w:t xml:space="preserve"> {{field-on:bible}}Och Paulus sade: ”Johannes döpte </w:t>
      </w:r>
      <w:r w:rsidRPr="000767E2">
        <w:rPr>
          <w:i/>
          <w:lang w:val="sv-SE"/>
        </w:rPr>
        <w:t>med</w:t>
      </w:r>
      <w:r w:rsidRPr="000767E2">
        <w:rPr>
          <w:lang w:val="sv-SE"/>
        </w:rPr>
        <w:t xml:space="preserve"> ett dop av sinnesändring och sade till folket att </w:t>
      </w:r>
      <w:r w:rsidRPr="000767E2">
        <w:rPr>
          <w:i/>
          <w:lang w:val="sv-SE"/>
        </w:rPr>
        <w:t>det var</w:t>
      </w:r>
      <w:r w:rsidRPr="000767E2">
        <w:rPr>
          <w:lang w:val="sv-SE"/>
        </w:rPr>
        <w:t xml:space="preserve"> på den som kom efter honom de skulle tro, det </w:t>
      </w:r>
      <w:r w:rsidRPr="000767E2">
        <w:rPr>
          <w:i/>
          <w:lang w:val="sv-SE"/>
        </w:rPr>
        <w:t>vill säga</w:t>
      </w:r>
      <w:r w:rsidRPr="000767E2">
        <w:rPr>
          <w:lang w:val="sv-SE"/>
        </w:rPr>
        <w:t xml:space="preserve"> på Jesus.”{{field-off:bible}} [[@</w:t>
      </w:r>
      <w:r w:rsidR="0096445B" w:rsidRPr="000767E2">
        <w:rPr>
          <w:lang w:val="sv-SE"/>
        </w:rPr>
        <w:t>BibleBIBEL82</w:t>
      </w:r>
      <w:r w:rsidRPr="000767E2">
        <w:rPr>
          <w:lang w:val="sv-SE"/>
        </w:rPr>
        <w:t>:Acts 19:5]]</w:t>
      </w:r>
      <w:r w:rsidRPr="000767E2">
        <w:rPr>
          <w:vertAlign w:val="superscript"/>
          <w:lang w:val="sv-SE"/>
        </w:rPr>
        <w:t>5</w:t>
      </w:r>
      <w:r w:rsidRPr="000767E2">
        <w:rPr>
          <w:lang w:val="sv-SE"/>
        </w:rPr>
        <w:t xml:space="preserve"> {{field-on:bible}}Och de lyssnade och döptes in i Herren Jesu namn.{{field-off:bible}} [[@</w:t>
      </w:r>
      <w:r w:rsidR="0096445B" w:rsidRPr="000767E2">
        <w:rPr>
          <w:lang w:val="sv-SE"/>
        </w:rPr>
        <w:t>BibleBIBEL82</w:t>
      </w:r>
      <w:r w:rsidRPr="000767E2">
        <w:rPr>
          <w:lang w:val="sv-SE"/>
        </w:rPr>
        <w:t>:Acts 19:6]]</w:t>
      </w:r>
      <w:r w:rsidRPr="000767E2">
        <w:rPr>
          <w:vertAlign w:val="superscript"/>
          <w:lang w:val="sv-SE"/>
        </w:rPr>
        <w:t>6</w:t>
      </w:r>
      <w:r w:rsidRPr="000767E2">
        <w:rPr>
          <w:lang w:val="sv-SE"/>
        </w:rPr>
        <w:t xml:space="preserve"> {{field-on:bible}}Och när Paulus lade på dem händerna kom den heliga Anden över dem, och de talade med tungor och profeterade.{{field-off:bible}} [[@</w:t>
      </w:r>
      <w:r w:rsidR="0096445B" w:rsidRPr="000767E2">
        <w:rPr>
          <w:lang w:val="sv-SE"/>
        </w:rPr>
        <w:t>BibleBIBEL82</w:t>
      </w:r>
      <w:r w:rsidRPr="000767E2">
        <w:rPr>
          <w:lang w:val="sv-SE"/>
        </w:rPr>
        <w:t>:Acts 19:7]]</w:t>
      </w:r>
      <w:r w:rsidRPr="000767E2">
        <w:rPr>
          <w:vertAlign w:val="superscript"/>
          <w:lang w:val="sv-SE"/>
        </w:rPr>
        <w:t>7</w:t>
      </w:r>
      <w:r w:rsidRPr="000767E2">
        <w:rPr>
          <w:lang w:val="sv-SE"/>
        </w:rPr>
        <w:t xml:space="preserve"> {{field-on:bible}}Och de alla var ungefär tolv män.{{field-off:bible}}</w:t>
      </w:r>
    </w:p>
    <w:p w14:paraId="11B41B4C" w14:textId="34EAB1E8" w:rsidR="00BA33AB" w:rsidRPr="000767E2" w:rsidRDefault="00000000">
      <w:pPr>
        <w:rPr>
          <w:lang w:val="sv-SE"/>
        </w:rPr>
      </w:pPr>
      <w:r w:rsidRPr="000767E2">
        <w:rPr>
          <w:lang w:val="sv-SE"/>
        </w:rPr>
        <w:t>[[@</w:t>
      </w:r>
      <w:r w:rsidR="0096445B" w:rsidRPr="000767E2">
        <w:rPr>
          <w:lang w:val="sv-SE"/>
        </w:rPr>
        <w:t>BibleBIBEL82</w:t>
      </w:r>
      <w:r w:rsidRPr="000767E2">
        <w:rPr>
          <w:lang w:val="sv-SE"/>
        </w:rPr>
        <w:t>:Acts 19:8]]</w:t>
      </w:r>
      <w:r w:rsidRPr="000767E2">
        <w:rPr>
          <w:vertAlign w:val="superscript"/>
          <w:lang w:val="sv-SE"/>
        </w:rPr>
        <w:t>8</w:t>
      </w:r>
      <w:r w:rsidRPr="000767E2">
        <w:rPr>
          <w:lang w:val="sv-SE"/>
        </w:rPr>
        <w:t xml:space="preserve"> {{field-on:bible}}Och han gick in i synagogan och var frimodig i tre månader medan han resonerade och övertygade om [det som rör] Guds rike.{{field-off:bible}} [[@</w:t>
      </w:r>
      <w:r w:rsidR="0096445B" w:rsidRPr="000767E2">
        <w:rPr>
          <w:lang w:val="sv-SE"/>
        </w:rPr>
        <w:t>BibleBIBEL82</w:t>
      </w:r>
      <w:r w:rsidRPr="000767E2">
        <w:rPr>
          <w:lang w:val="sv-SE"/>
        </w:rPr>
        <w:t>:Acts 19:9]]</w:t>
      </w:r>
      <w:r w:rsidRPr="000767E2">
        <w:rPr>
          <w:vertAlign w:val="superscript"/>
          <w:lang w:val="sv-SE"/>
        </w:rPr>
        <w:t>9</w:t>
      </w:r>
      <w:r w:rsidRPr="000767E2">
        <w:rPr>
          <w:lang w:val="sv-SE"/>
        </w:rPr>
        <w:t xml:space="preserve"> {{field-on:bible}}Men när några förhärdade sig och var ohörsamma och talade illa om Vägen inför mängden, avlägsnade han sig från dem och avskilde lärjungarna och resonerade varje dag i Tyrannos hörsal.{{field-off:bible}} [[@</w:t>
      </w:r>
      <w:r w:rsidR="0096445B" w:rsidRPr="000767E2">
        <w:rPr>
          <w:lang w:val="sv-SE"/>
        </w:rPr>
        <w:t>BibleBIBEL82</w:t>
      </w:r>
      <w:r w:rsidRPr="000767E2">
        <w:rPr>
          <w:lang w:val="sv-SE"/>
        </w:rPr>
        <w:t>:Acts 19:10]]</w:t>
      </w:r>
      <w:r w:rsidRPr="000767E2">
        <w:rPr>
          <w:vertAlign w:val="superscript"/>
          <w:lang w:val="sv-SE"/>
        </w:rPr>
        <w:t>10</w:t>
      </w:r>
      <w:r w:rsidRPr="000767E2">
        <w:rPr>
          <w:lang w:val="sv-SE"/>
        </w:rPr>
        <w:t xml:space="preserve"> {{field-on:bible}}Och detta hände under två år, så att alla som bodde i Asien </w:t>
      </w:r>
      <w:r w:rsidRPr="000767E2">
        <w:rPr>
          <w:i/>
          <w:lang w:val="sv-SE"/>
        </w:rPr>
        <w:t>fick</w:t>
      </w:r>
      <w:r w:rsidRPr="000767E2">
        <w:rPr>
          <w:lang w:val="sv-SE"/>
        </w:rPr>
        <w:t xml:space="preserve"> höra Herrens ord, både judar och greker.{{field-off:bible}}</w:t>
      </w:r>
    </w:p>
    <w:p w14:paraId="4587E20A" w14:textId="3D5C0AF7" w:rsidR="00BA33AB" w:rsidRPr="000767E2" w:rsidRDefault="00000000">
      <w:pPr>
        <w:rPr>
          <w:lang w:val="sv-SE"/>
        </w:rPr>
      </w:pPr>
      <w:r w:rsidRPr="000767E2">
        <w:rPr>
          <w:lang w:val="sv-SE"/>
        </w:rPr>
        <w:t>[[@</w:t>
      </w:r>
      <w:r w:rsidR="0096445B" w:rsidRPr="000767E2">
        <w:rPr>
          <w:lang w:val="sv-SE"/>
        </w:rPr>
        <w:t>BibleBIBEL82</w:t>
      </w:r>
      <w:r w:rsidRPr="000767E2">
        <w:rPr>
          <w:lang w:val="sv-SE"/>
        </w:rPr>
        <w:t>:Acts 19:11]]</w:t>
      </w:r>
      <w:r w:rsidRPr="000767E2">
        <w:rPr>
          <w:vertAlign w:val="superscript"/>
          <w:lang w:val="sv-SE"/>
        </w:rPr>
        <w:t>11</w:t>
      </w:r>
      <w:r w:rsidRPr="000767E2">
        <w:rPr>
          <w:lang w:val="sv-SE"/>
        </w:rPr>
        <w:t xml:space="preserve"> {{field-on:bible}}Och kraftgärningar </w:t>
      </w:r>
      <w:r w:rsidRPr="000767E2">
        <w:rPr>
          <w:i/>
          <w:lang w:val="sv-SE"/>
        </w:rPr>
        <w:t>som</w:t>
      </w:r>
      <w:r w:rsidRPr="000767E2">
        <w:rPr>
          <w:lang w:val="sv-SE"/>
        </w:rPr>
        <w:t xml:space="preserve"> inte </w:t>
      </w:r>
      <w:r w:rsidRPr="000767E2">
        <w:rPr>
          <w:i/>
          <w:lang w:val="sv-SE"/>
        </w:rPr>
        <w:t>var</w:t>
      </w:r>
      <w:r w:rsidRPr="000767E2">
        <w:rPr>
          <w:lang w:val="sv-SE"/>
        </w:rPr>
        <w:t xml:space="preserve"> de vanliga gjorde Gud genom Paulus händer,{{field-off:bible}} [[@</w:t>
      </w:r>
      <w:r w:rsidR="0096445B" w:rsidRPr="000767E2">
        <w:rPr>
          <w:lang w:val="sv-SE"/>
        </w:rPr>
        <w:t>BibleBIBEL82</w:t>
      </w:r>
      <w:r w:rsidRPr="000767E2">
        <w:rPr>
          <w:lang w:val="sv-SE"/>
        </w:rPr>
        <w:t>:Acts 19:12]]</w:t>
      </w:r>
      <w:r w:rsidRPr="000767E2">
        <w:rPr>
          <w:vertAlign w:val="superscript"/>
          <w:lang w:val="sv-SE"/>
        </w:rPr>
        <w:t>12</w:t>
      </w:r>
      <w:r w:rsidRPr="000767E2">
        <w:rPr>
          <w:lang w:val="sv-SE"/>
        </w:rPr>
        <w:t xml:space="preserve"> {{field-on:bible}}så att </w:t>
      </w:r>
      <w:r w:rsidRPr="000767E2">
        <w:rPr>
          <w:i/>
          <w:lang w:val="sv-SE"/>
        </w:rPr>
        <w:t>det</w:t>
      </w:r>
      <w:r w:rsidRPr="000767E2">
        <w:rPr>
          <w:lang w:val="sv-SE"/>
        </w:rPr>
        <w:t xml:space="preserve"> </w:t>
      </w:r>
      <w:r w:rsidRPr="000767E2">
        <w:rPr>
          <w:i/>
          <w:lang w:val="sv-SE"/>
        </w:rPr>
        <w:t>till</w:t>
      </w:r>
      <w:r w:rsidRPr="000767E2">
        <w:rPr>
          <w:lang w:val="sv-SE"/>
        </w:rPr>
        <w:t xml:space="preserve"> och </w:t>
      </w:r>
      <w:r w:rsidRPr="000767E2">
        <w:rPr>
          <w:i/>
          <w:lang w:val="sv-SE"/>
        </w:rPr>
        <w:t>med</w:t>
      </w:r>
      <w:r w:rsidRPr="000767E2">
        <w:rPr>
          <w:lang w:val="sv-SE"/>
        </w:rPr>
        <w:t xml:space="preserve"> bars iväg från hans hud dukar och förkläden till de sjuka, och åkommorna frigjordes från dem och de onda andarna kom ut.{{field-off:bible}} [[@</w:t>
      </w:r>
      <w:r w:rsidR="0096445B" w:rsidRPr="000767E2">
        <w:rPr>
          <w:lang w:val="sv-SE"/>
        </w:rPr>
        <w:t>BibleBIBEL82</w:t>
      </w:r>
      <w:r w:rsidRPr="000767E2">
        <w:rPr>
          <w:lang w:val="sv-SE"/>
        </w:rPr>
        <w:t>:Acts 19:13]]</w:t>
      </w:r>
      <w:r w:rsidRPr="000767E2">
        <w:rPr>
          <w:vertAlign w:val="superscript"/>
          <w:lang w:val="sv-SE"/>
        </w:rPr>
        <w:t>13</w:t>
      </w:r>
      <w:r w:rsidRPr="000767E2">
        <w:rPr>
          <w:lang w:val="sv-SE"/>
        </w:rPr>
        <w:t xml:space="preserve"> {{field-on:bible}}Men även några av de kringvandrande judiska exorcisterna tog sig för att nämna över dem som hade de onda andarna Herren Jesu namn och säga: ”Jag besvär er vid den Jesus som Paulus förkunnar!”{{field-off:bible}} [[@</w:t>
      </w:r>
      <w:r w:rsidR="0096445B" w:rsidRPr="000767E2">
        <w:rPr>
          <w:lang w:val="sv-SE"/>
        </w:rPr>
        <w:t>BibleBIBEL82</w:t>
      </w:r>
      <w:r w:rsidRPr="000767E2">
        <w:rPr>
          <w:lang w:val="sv-SE"/>
        </w:rPr>
        <w:t>:Acts 19:14]]</w:t>
      </w:r>
      <w:r w:rsidRPr="000767E2">
        <w:rPr>
          <w:vertAlign w:val="superscript"/>
          <w:lang w:val="sv-SE"/>
        </w:rPr>
        <w:t>14</w:t>
      </w:r>
      <w:r w:rsidRPr="000767E2">
        <w:rPr>
          <w:lang w:val="sv-SE"/>
        </w:rPr>
        <w:t xml:space="preserve"> {{field-on:bible}}Och det var några från Skevas, en judisk överstepräst, sju söner som gjorde detta.{{field-off:bible}} [[@</w:t>
      </w:r>
      <w:r w:rsidR="0096445B" w:rsidRPr="000767E2">
        <w:rPr>
          <w:lang w:val="sv-SE"/>
        </w:rPr>
        <w:t>BibleBIBEL82</w:t>
      </w:r>
      <w:r w:rsidRPr="000767E2">
        <w:rPr>
          <w:lang w:val="sv-SE"/>
        </w:rPr>
        <w:t>:Acts 19:15]]</w:t>
      </w:r>
      <w:r w:rsidRPr="000767E2">
        <w:rPr>
          <w:vertAlign w:val="superscript"/>
          <w:lang w:val="sv-SE"/>
        </w:rPr>
        <w:t>15</w:t>
      </w:r>
      <w:r w:rsidRPr="000767E2">
        <w:rPr>
          <w:lang w:val="sv-SE"/>
        </w:rPr>
        <w:t xml:space="preserve"> {{field-on:bible}}Men </w:t>
      </w:r>
      <w:r w:rsidRPr="000767E2">
        <w:rPr>
          <w:i/>
          <w:lang w:val="sv-SE"/>
        </w:rPr>
        <w:t>då</w:t>
      </w:r>
      <w:r w:rsidRPr="000767E2">
        <w:rPr>
          <w:lang w:val="sv-SE"/>
        </w:rPr>
        <w:t xml:space="preserve"> svarade den onda anden och sade till dem: ”Jesus känner jag, och Paulus vet jag </w:t>
      </w:r>
      <w:r w:rsidRPr="000767E2">
        <w:rPr>
          <w:i/>
          <w:lang w:val="sv-SE"/>
        </w:rPr>
        <w:t>om</w:t>
      </w:r>
      <w:r w:rsidRPr="000767E2">
        <w:rPr>
          <w:lang w:val="sv-SE"/>
        </w:rPr>
        <w:t>. Men ni, vilka är ni?”{{field-off:bible}} [[@</w:t>
      </w:r>
      <w:r w:rsidR="0096445B" w:rsidRPr="000767E2">
        <w:rPr>
          <w:lang w:val="sv-SE"/>
        </w:rPr>
        <w:t>BibleBIBEL82</w:t>
      </w:r>
      <w:r w:rsidRPr="000767E2">
        <w:rPr>
          <w:lang w:val="sv-SE"/>
        </w:rPr>
        <w:t>:Acts 19:16]]</w:t>
      </w:r>
      <w:r w:rsidRPr="000767E2">
        <w:rPr>
          <w:vertAlign w:val="superscript"/>
          <w:lang w:val="sv-SE"/>
        </w:rPr>
        <w:t>16</w:t>
      </w:r>
      <w:r w:rsidRPr="000767E2">
        <w:rPr>
          <w:lang w:val="sv-SE"/>
        </w:rPr>
        <w:t xml:space="preserve"> {{field-on:bible}}Och </w:t>
      </w:r>
      <w:r w:rsidRPr="000767E2">
        <w:rPr>
          <w:i/>
          <w:lang w:val="sv-SE"/>
        </w:rPr>
        <w:t>sedan</w:t>
      </w:r>
      <w:r w:rsidRPr="000767E2">
        <w:rPr>
          <w:lang w:val="sv-SE"/>
        </w:rPr>
        <w:t xml:space="preserve"> hoppade mannen på dem, </w:t>
      </w:r>
      <w:r w:rsidRPr="000767E2">
        <w:rPr>
          <w:i/>
          <w:lang w:val="sv-SE"/>
        </w:rPr>
        <w:t>han</w:t>
      </w:r>
      <w:r w:rsidRPr="000767E2">
        <w:rPr>
          <w:lang w:val="sv-SE"/>
        </w:rPr>
        <w:t xml:space="preserve"> i vilken den onda anden fanns, </w:t>
      </w:r>
      <w:r w:rsidRPr="000767E2">
        <w:rPr>
          <w:i/>
          <w:lang w:val="sv-SE"/>
        </w:rPr>
        <w:t>och</w:t>
      </w:r>
      <w:r w:rsidRPr="000767E2">
        <w:rPr>
          <w:lang w:val="sv-SE"/>
        </w:rPr>
        <w:t xml:space="preserve"> dominerade allihop och var stark mot dem så att </w:t>
      </w:r>
      <w:r w:rsidRPr="000767E2">
        <w:rPr>
          <w:i/>
          <w:lang w:val="sv-SE"/>
        </w:rPr>
        <w:t>de</w:t>
      </w:r>
      <w:r w:rsidRPr="000767E2">
        <w:rPr>
          <w:lang w:val="sv-SE"/>
        </w:rPr>
        <w:t xml:space="preserve"> nakna och sargade undkom ur det huset.{{field-off:bible}}</w:t>
      </w:r>
    </w:p>
    <w:p w14:paraId="08F772A7" w14:textId="53AD9D70"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19:17]]</w:t>
      </w:r>
      <w:r w:rsidRPr="000767E2">
        <w:rPr>
          <w:vertAlign w:val="superscript"/>
          <w:lang w:val="sv-SE"/>
        </w:rPr>
        <w:t>17</w:t>
      </w:r>
      <w:r w:rsidRPr="000767E2">
        <w:rPr>
          <w:lang w:val="sv-SE"/>
        </w:rPr>
        <w:t xml:space="preserve"> {{field-on:bible}}Och detta blev känt för alla, både judar och greker som bodde i Efesos. Och fruktan föll över dem alla, och Herren Jesu namn gjordes stort.{{field-off:bible}} [[@</w:t>
      </w:r>
      <w:r w:rsidR="0096445B" w:rsidRPr="000767E2">
        <w:rPr>
          <w:lang w:val="sv-SE"/>
        </w:rPr>
        <w:t>BibleBIBEL82</w:t>
      </w:r>
      <w:r w:rsidRPr="000767E2">
        <w:rPr>
          <w:lang w:val="sv-SE"/>
        </w:rPr>
        <w:t>:Acts 19:18]]</w:t>
      </w:r>
      <w:r w:rsidRPr="000767E2">
        <w:rPr>
          <w:vertAlign w:val="superscript"/>
          <w:lang w:val="sv-SE"/>
        </w:rPr>
        <w:t>18</w:t>
      </w:r>
      <w:r w:rsidRPr="000767E2">
        <w:rPr>
          <w:lang w:val="sv-SE"/>
        </w:rPr>
        <w:t xml:space="preserve"> {{field-on:bible}}Och många av dem som hade kommit till tro kom och erkände och delgav sina handlingar,{{field-off:bible}} [[@</w:t>
      </w:r>
      <w:r w:rsidR="0096445B" w:rsidRPr="000767E2">
        <w:rPr>
          <w:lang w:val="sv-SE"/>
        </w:rPr>
        <w:t>BibleBIBEL82</w:t>
      </w:r>
      <w:r w:rsidRPr="000767E2">
        <w:rPr>
          <w:lang w:val="sv-SE"/>
        </w:rPr>
        <w:t>:Acts 19:19]]</w:t>
      </w:r>
      <w:r w:rsidRPr="000767E2">
        <w:rPr>
          <w:vertAlign w:val="superscript"/>
          <w:lang w:val="sv-SE"/>
        </w:rPr>
        <w:t>19</w:t>
      </w:r>
      <w:r w:rsidRPr="000767E2">
        <w:rPr>
          <w:lang w:val="sv-SE"/>
        </w:rPr>
        <w:t xml:space="preserve"> {{field-on:bible}}och åtskilliga av dem som hade utövat det ockulta sammanförde böckerna och brände upp inför alla. Och man räknade samman deras värden och fann femtiotusen silver</w:t>
      </w:r>
      <w:r w:rsidRPr="000767E2">
        <w:rPr>
          <w:i/>
          <w:lang w:val="sv-SE"/>
        </w:rPr>
        <w:t>drakmer</w:t>
      </w:r>
      <w:r w:rsidRPr="000767E2">
        <w:rPr>
          <w:lang w:val="sv-SE"/>
        </w:rPr>
        <w:t>.{{field-off:bible}} [[@</w:t>
      </w:r>
      <w:r w:rsidR="0096445B" w:rsidRPr="000767E2">
        <w:rPr>
          <w:lang w:val="sv-SE"/>
        </w:rPr>
        <w:t>BibleBIBEL82</w:t>
      </w:r>
      <w:r w:rsidRPr="000767E2">
        <w:rPr>
          <w:lang w:val="sv-SE"/>
        </w:rPr>
        <w:t>:Acts 19:20]]</w:t>
      </w:r>
      <w:r w:rsidRPr="000767E2">
        <w:rPr>
          <w:vertAlign w:val="superscript"/>
          <w:lang w:val="sv-SE"/>
        </w:rPr>
        <w:t>20</w:t>
      </w:r>
      <w:r w:rsidRPr="000767E2">
        <w:rPr>
          <w:lang w:val="sv-SE"/>
        </w:rPr>
        <w:t xml:space="preserve"> {{field-on:bible}}Så, med Herrens väldighet, växte ordet och var starkt.{{field-off:bible}}</w:t>
      </w:r>
    </w:p>
    <w:p w14:paraId="17F61C0E" w14:textId="77777777" w:rsidR="00BA33AB" w:rsidRPr="000767E2" w:rsidRDefault="00000000">
      <w:pPr>
        <w:pStyle w:val="Rubrik3"/>
        <w:rPr>
          <w:lang w:val="sv-SE"/>
        </w:rPr>
      </w:pPr>
      <w:r w:rsidRPr="000767E2">
        <w:rPr>
          <w:lang w:val="sv-SE"/>
        </w:rPr>
        <w:t>Upplopp i Efesos</w:t>
      </w:r>
    </w:p>
    <w:p w14:paraId="579EFF14" w14:textId="218C8E08" w:rsidR="00BA33AB" w:rsidRPr="000767E2" w:rsidRDefault="00000000">
      <w:pPr>
        <w:rPr>
          <w:lang w:val="sv-SE"/>
        </w:rPr>
      </w:pPr>
      <w:r w:rsidRPr="000767E2">
        <w:rPr>
          <w:lang w:val="sv-SE"/>
        </w:rPr>
        <w:t>[[@</w:t>
      </w:r>
      <w:r w:rsidR="0096445B" w:rsidRPr="000767E2">
        <w:rPr>
          <w:lang w:val="sv-SE"/>
        </w:rPr>
        <w:t>BibleBIBEL82</w:t>
      </w:r>
      <w:r w:rsidRPr="000767E2">
        <w:rPr>
          <w:lang w:val="sv-SE"/>
        </w:rPr>
        <w:t>:Acts 19:21]]</w:t>
      </w:r>
      <w:r w:rsidRPr="000767E2">
        <w:rPr>
          <w:vertAlign w:val="superscript"/>
          <w:lang w:val="sv-SE"/>
        </w:rPr>
        <w:t>21</w:t>
      </w:r>
      <w:r w:rsidRPr="000767E2">
        <w:rPr>
          <w:lang w:val="sv-SE"/>
        </w:rPr>
        <w:t xml:space="preserve"> {{field-on:bible}}Men när detta var uppfyllt, satte Paulus i anden att gå genom Makedonien och Achaia och fara till Jerusalem, och sade att: ”Efter att jag varit där, måste jag också se Rom.”{{field-off:bible}} [[@</w:t>
      </w:r>
      <w:r w:rsidR="0096445B" w:rsidRPr="000767E2">
        <w:rPr>
          <w:lang w:val="sv-SE"/>
        </w:rPr>
        <w:t>BibleBIBEL82</w:t>
      </w:r>
      <w:r w:rsidRPr="000767E2">
        <w:rPr>
          <w:lang w:val="sv-SE"/>
        </w:rPr>
        <w:t>:Acts 19:22]]</w:t>
      </w:r>
      <w:r w:rsidRPr="000767E2">
        <w:rPr>
          <w:vertAlign w:val="superscript"/>
          <w:lang w:val="sv-SE"/>
        </w:rPr>
        <w:t>22</w:t>
      </w:r>
      <w:r w:rsidRPr="000767E2">
        <w:rPr>
          <w:lang w:val="sv-SE"/>
        </w:rPr>
        <w:t xml:space="preserve"> {{field-on:bible}}Och han sände till Makedonien två av dem som betjänade honom, Timotheos och Erastos, och höll sig själv en tid i Asien.{{field-off:bible}}</w:t>
      </w:r>
    </w:p>
    <w:p w14:paraId="09AC92BD" w14:textId="4261CA62" w:rsidR="00BA33AB" w:rsidRPr="000767E2" w:rsidRDefault="00000000">
      <w:pPr>
        <w:rPr>
          <w:lang w:val="sv-SE"/>
        </w:rPr>
      </w:pPr>
      <w:r w:rsidRPr="000767E2">
        <w:rPr>
          <w:lang w:val="sv-SE"/>
        </w:rPr>
        <w:t>[[@</w:t>
      </w:r>
      <w:r w:rsidR="0096445B" w:rsidRPr="000767E2">
        <w:rPr>
          <w:lang w:val="sv-SE"/>
        </w:rPr>
        <w:t>BibleBIBEL82</w:t>
      </w:r>
      <w:r w:rsidRPr="000767E2">
        <w:rPr>
          <w:lang w:val="sv-SE"/>
        </w:rPr>
        <w:t>:Acts 19:23]]</w:t>
      </w:r>
      <w:r w:rsidRPr="000767E2">
        <w:rPr>
          <w:vertAlign w:val="superscript"/>
          <w:lang w:val="sv-SE"/>
        </w:rPr>
        <w:t>23</w:t>
      </w:r>
      <w:r w:rsidRPr="000767E2">
        <w:rPr>
          <w:lang w:val="sv-SE"/>
        </w:rPr>
        <w:t xml:space="preserve"> {{field-on:bible}}Och det blev vid den tiden en inte liten upprördhet kring Vägen.{{field-off:bible}} [[@</w:t>
      </w:r>
      <w:r w:rsidR="0096445B" w:rsidRPr="000767E2">
        <w:rPr>
          <w:lang w:val="sv-SE"/>
        </w:rPr>
        <w:t>BibleBIBEL82</w:t>
      </w:r>
      <w:r w:rsidRPr="000767E2">
        <w:rPr>
          <w:lang w:val="sv-SE"/>
        </w:rPr>
        <w:t>:Acts 19:24]]</w:t>
      </w:r>
      <w:r w:rsidRPr="000767E2">
        <w:rPr>
          <w:vertAlign w:val="superscript"/>
          <w:lang w:val="sv-SE"/>
        </w:rPr>
        <w:t>24</w:t>
      </w:r>
      <w:r w:rsidRPr="000767E2">
        <w:rPr>
          <w:lang w:val="sv-SE"/>
        </w:rPr>
        <w:t xml:space="preserve"> {{field-on:bible}}För en vid namn Demetrios, en silversmed som gjorde tempelbyggnader i silver åt Artemis, skaffade hantverkarna inte </w:t>
      </w:r>
      <w:r w:rsidRPr="000767E2">
        <w:rPr>
          <w:i/>
          <w:lang w:val="sv-SE"/>
        </w:rPr>
        <w:t>så</w:t>
      </w:r>
      <w:r w:rsidRPr="000767E2">
        <w:rPr>
          <w:lang w:val="sv-SE"/>
        </w:rPr>
        <w:t xml:space="preserve"> lite inkomst.{{field-off:bible}} [[@</w:t>
      </w:r>
      <w:r w:rsidR="0096445B" w:rsidRPr="000767E2">
        <w:rPr>
          <w:lang w:val="sv-SE"/>
        </w:rPr>
        <w:t>BibleBIBEL82</w:t>
      </w:r>
      <w:r w:rsidRPr="000767E2">
        <w:rPr>
          <w:lang w:val="sv-SE"/>
        </w:rPr>
        <w:t>:Acts 19:25]]</w:t>
      </w:r>
      <w:r w:rsidRPr="000767E2">
        <w:rPr>
          <w:vertAlign w:val="superscript"/>
          <w:lang w:val="sv-SE"/>
        </w:rPr>
        <w:t>25</w:t>
      </w:r>
      <w:r w:rsidRPr="000767E2">
        <w:rPr>
          <w:lang w:val="sv-SE"/>
        </w:rPr>
        <w:t xml:space="preserve"> {{field-on:bible}}Dessa fylkade han samman, även dem </w:t>
      </w:r>
      <w:r w:rsidRPr="000767E2">
        <w:rPr>
          <w:i/>
          <w:lang w:val="sv-SE"/>
        </w:rPr>
        <w:t>som var</w:t>
      </w:r>
      <w:r w:rsidRPr="000767E2">
        <w:rPr>
          <w:lang w:val="sv-SE"/>
        </w:rPr>
        <w:t xml:space="preserve"> arbetare kring sådant, och sade: ”Män! Ni vet att från denna inkomst är vårt välstånd.{{field-off:bible}} [[@</w:t>
      </w:r>
      <w:r w:rsidR="0096445B" w:rsidRPr="000767E2">
        <w:rPr>
          <w:lang w:val="sv-SE"/>
        </w:rPr>
        <w:t>BibleBIBEL82</w:t>
      </w:r>
      <w:r w:rsidRPr="000767E2">
        <w:rPr>
          <w:lang w:val="sv-SE"/>
        </w:rPr>
        <w:t>:Acts 19:26]]</w:t>
      </w:r>
      <w:r w:rsidRPr="000767E2">
        <w:rPr>
          <w:vertAlign w:val="superscript"/>
          <w:lang w:val="sv-SE"/>
        </w:rPr>
        <w:t>26</w:t>
      </w:r>
      <w:r w:rsidRPr="000767E2">
        <w:rPr>
          <w:lang w:val="sv-SE"/>
        </w:rPr>
        <w:t xml:space="preserve"> {{field-on:bible}}Och ni skådar och hör att inte bara från Efesos, utan från nästan hela Asien har denne Paulus övertygat och fått med sig en avsevärd skara och säger att de inte är gudar som kommer genom händer.{{field-off:bible}} [[@</w:t>
      </w:r>
      <w:r w:rsidR="0096445B" w:rsidRPr="000767E2">
        <w:rPr>
          <w:lang w:val="sv-SE"/>
        </w:rPr>
        <w:t>BibleBIBEL82</w:t>
      </w:r>
      <w:r w:rsidRPr="000767E2">
        <w:rPr>
          <w:lang w:val="sv-SE"/>
        </w:rPr>
        <w:t>:Acts 19:27]]</w:t>
      </w:r>
      <w:r w:rsidRPr="000767E2">
        <w:rPr>
          <w:vertAlign w:val="superscript"/>
          <w:lang w:val="sv-SE"/>
        </w:rPr>
        <w:t>27</w:t>
      </w:r>
      <w:r w:rsidRPr="000767E2">
        <w:rPr>
          <w:lang w:val="sv-SE"/>
        </w:rPr>
        <w:t xml:space="preserve"> {{field-on:bible}}Och inte bara är detta fara för oss, att </w:t>
      </w:r>
      <w:r w:rsidRPr="000767E2">
        <w:rPr>
          <w:i/>
          <w:lang w:val="sv-SE"/>
        </w:rPr>
        <w:t>vår</w:t>
      </w:r>
      <w:r w:rsidRPr="000767E2">
        <w:rPr>
          <w:lang w:val="sv-SE"/>
        </w:rPr>
        <w:t xml:space="preserve"> del kommer i klander, utan också att den stora gudinnan Artemis tempel räknas för intet, och även att hon kommer att tas ner från sin storhet som hela Asien och den bebodda </w:t>
      </w:r>
      <w:r w:rsidRPr="000767E2">
        <w:rPr>
          <w:i/>
          <w:lang w:val="sv-SE"/>
        </w:rPr>
        <w:t>världen</w:t>
      </w:r>
      <w:r w:rsidRPr="000767E2">
        <w:rPr>
          <w:lang w:val="sv-SE"/>
        </w:rPr>
        <w:t xml:space="preserve"> vördar.”{{field-off:bible}}</w:t>
      </w:r>
    </w:p>
    <w:p w14:paraId="3C86026D" w14:textId="200E6BBE" w:rsidR="00BA33AB" w:rsidRPr="000767E2" w:rsidRDefault="00000000">
      <w:pPr>
        <w:rPr>
          <w:lang w:val="sv-SE"/>
        </w:rPr>
      </w:pPr>
      <w:r w:rsidRPr="000767E2">
        <w:rPr>
          <w:lang w:val="sv-SE"/>
        </w:rPr>
        <w:t>[[@</w:t>
      </w:r>
      <w:r w:rsidR="0096445B" w:rsidRPr="000767E2">
        <w:rPr>
          <w:lang w:val="sv-SE"/>
        </w:rPr>
        <w:t>BibleBIBEL82</w:t>
      </w:r>
      <w:r w:rsidRPr="000767E2">
        <w:rPr>
          <w:lang w:val="sv-SE"/>
        </w:rPr>
        <w:t>:Acts 19:28]]</w:t>
      </w:r>
      <w:r w:rsidRPr="000767E2">
        <w:rPr>
          <w:vertAlign w:val="superscript"/>
          <w:lang w:val="sv-SE"/>
        </w:rPr>
        <w:t>28</w:t>
      </w:r>
      <w:r w:rsidRPr="000767E2">
        <w:rPr>
          <w:lang w:val="sv-SE"/>
        </w:rPr>
        <w:t xml:space="preserve"> {{field-on:bible}}Och de hörde och blev fulla av raseri, och de </w:t>
      </w:r>
      <w:r w:rsidRPr="000767E2">
        <w:rPr>
          <w:i/>
          <w:lang w:val="sv-SE"/>
        </w:rPr>
        <w:t>började</w:t>
      </w:r>
      <w:r w:rsidRPr="000767E2">
        <w:rPr>
          <w:lang w:val="sv-SE"/>
        </w:rPr>
        <w:t xml:space="preserve"> skrika och säga: ”Stor </w:t>
      </w:r>
      <w:r w:rsidRPr="000767E2">
        <w:rPr>
          <w:i/>
          <w:lang w:val="sv-SE"/>
        </w:rPr>
        <w:t>är</w:t>
      </w:r>
      <w:r w:rsidRPr="000767E2">
        <w:rPr>
          <w:lang w:val="sv-SE"/>
        </w:rPr>
        <w:t xml:space="preserve"> efesiernas Artemis!”{{field-off:bible}} [[@</w:t>
      </w:r>
      <w:r w:rsidR="0096445B" w:rsidRPr="000767E2">
        <w:rPr>
          <w:lang w:val="sv-SE"/>
        </w:rPr>
        <w:t>BibleBIBEL82</w:t>
      </w:r>
      <w:r w:rsidRPr="000767E2">
        <w:rPr>
          <w:lang w:val="sv-SE"/>
        </w:rPr>
        <w:t>:Acts 19:29]]</w:t>
      </w:r>
      <w:r w:rsidRPr="000767E2">
        <w:rPr>
          <w:vertAlign w:val="superscript"/>
          <w:lang w:val="sv-SE"/>
        </w:rPr>
        <w:t>29</w:t>
      </w:r>
      <w:r w:rsidRPr="000767E2">
        <w:rPr>
          <w:lang w:val="sv-SE"/>
        </w:rPr>
        <w:t xml:space="preserve"> {{field-on:bible}}Och staden fylldes av förvirringen, och man stormade förenade till teatern och ryckte med sig Gaius och Aristarchos, makedonier </w:t>
      </w:r>
      <w:r w:rsidRPr="000767E2">
        <w:rPr>
          <w:i/>
          <w:lang w:val="sv-SE"/>
        </w:rPr>
        <w:t>som var</w:t>
      </w:r>
      <w:r w:rsidRPr="000767E2">
        <w:rPr>
          <w:lang w:val="sv-SE"/>
        </w:rPr>
        <w:t xml:space="preserve"> medresenärer till Paulus.{{field-off:bible}} [[@</w:t>
      </w:r>
      <w:r w:rsidR="0096445B" w:rsidRPr="000767E2">
        <w:rPr>
          <w:lang w:val="sv-SE"/>
        </w:rPr>
        <w:t>BibleBIBEL82</w:t>
      </w:r>
      <w:r w:rsidRPr="000767E2">
        <w:rPr>
          <w:lang w:val="sv-SE"/>
        </w:rPr>
        <w:t>:Acts 19:30]]</w:t>
      </w:r>
      <w:r w:rsidRPr="000767E2">
        <w:rPr>
          <w:vertAlign w:val="superscript"/>
          <w:lang w:val="sv-SE"/>
        </w:rPr>
        <w:t>30</w:t>
      </w:r>
      <w:r w:rsidRPr="000767E2">
        <w:rPr>
          <w:lang w:val="sv-SE"/>
        </w:rPr>
        <w:t xml:space="preserve"> {{field-on:bible}}Men när Paulus önskade gå in till folksamlingen, lät honom inte lärjungarna.{{field-off:bible}} [[@</w:t>
      </w:r>
      <w:r w:rsidR="0096445B" w:rsidRPr="000767E2">
        <w:rPr>
          <w:lang w:val="sv-SE"/>
        </w:rPr>
        <w:t>BibleBIBEL82</w:t>
      </w:r>
      <w:r w:rsidRPr="000767E2">
        <w:rPr>
          <w:lang w:val="sv-SE"/>
        </w:rPr>
        <w:t>:Acts 19:31]]</w:t>
      </w:r>
      <w:r w:rsidRPr="000767E2">
        <w:rPr>
          <w:vertAlign w:val="superscript"/>
          <w:lang w:val="sv-SE"/>
        </w:rPr>
        <w:t>31</w:t>
      </w:r>
      <w:r w:rsidRPr="000767E2">
        <w:rPr>
          <w:lang w:val="sv-SE"/>
        </w:rPr>
        <w:t xml:space="preserve"> {{field-on:bible}}Och även några av asiarkerna, som var vänner till honom, skickade </w:t>
      </w:r>
      <w:r w:rsidRPr="000767E2">
        <w:rPr>
          <w:i/>
          <w:lang w:val="sv-SE"/>
        </w:rPr>
        <w:t>bud</w:t>
      </w:r>
      <w:r w:rsidRPr="000767E2">
        <w:rPr>
          <w:lang w:val="sv-SE"/>
        </w:rPr>
        <w:t xml:space="preserve"> till honom och uppmanade att inte ge sig in på teatern.{{field-off:bible}} [[@</w:t>
      </w:r>
      <w:r w:rsidR="0096445B" w:rsidRPr="000767E2">
        <w:rPr>
          <w:lang w:val="sv-SE"/>
        </w:rPr>
        <w:t>BibleBIBEL82</w:t>
      </w:r>
      <w:r w:rsidRPr="000767E2">
        <w:rPr>
          <w:lang w:val="sv-SE"/>
        </w:rPr>
        <w:t>:Acts 19:32]]</w:t>
      </w:r>
      <w:r w:rsidRPr="000767E2">
        <w:rPr>
          <w:vertAlign w:val="superscript"/>
          <w:lang w:val="sv-SE"/>
        </w:rPr>
        <w:t>32</w:t>
      </w:r>
      <w:r w:rsidRPr="000767E2">
        <w:rPr>
          <w:lang w:val="sv-SE"/>
        </w:rPr>
        <w:t xml:space="preserve"> {{field-on:bible}}Andra skrek nu något annat, för församlingen var i förvirring och de flesta visste inte för vad de hade kommit samman.{{field-off:bible}}</w:t>
      </w:r>
    </w:p>
    <w:p w14:paraId="7C17D80D" w14:textId="3A3B4E51" w:rsidR="00BA33AB" w:rsidRPr="000767E2" w:rsidRDefault="00000000">
      <w:pPr>
        <w:rPr>
          <w:lang w:val="sv-SE"/>
        </w:rPr>
      </w:pPr>
      <w:r w:rsidRPr="000767E2">
        <w:rPr>
          <w:lang w:val="sv-SE"/>
        </w:rPr>
        <w:t>[[@</w:t>
      </w:r>
      <w:r w:rsidR="0096445B" w:rsidRPr="000767E2">
        <w:rPr>
          <w:lang w:val="sv-SE"/>
        </w:rPr>
        <w:t>BibleBIBEL82</w:t>
      </w:r>
      <w:r w:rsidRPr="000767E2">
        <w:rPr>
          <w:lang w:val="sv-SE"/>
        </w:rPr>
        <w:t>:Acts 19:33]]</w:t>
      </w:r>
      <w:r w:rsidRPr="000767E2">
        <w:rPr>
          <w:vertAlign w:val="superscript"/>
          <w:lang w:val="sv-SE"/>
        </w:rPr>
        <w:t>33</w:t>
      </w:r>
      <w:r w:rsidRPr="000767E2">
        <w:rPr>
          <w:lang w:val="sv-SE"/>
        </w:rPr>
        <w:t xml:space="preserve"> {{field-on:bible}}Men </w:t>
      </w:r>
      <w:r w:rsidRPr="000767E2">
        <w:rPr>
          <w:i/>
          <w:lang w:val="sv-SE"/>
        </w:rPr>
        <w:t>några</w:t>
      </w:r>
      <w:r w:rsidRPr="000767E2">
        <w:rPr>
          <w:lang w:val="sv-SE"/>
        </w:rPr>
        <w:t xml:space="preserve"> ur skaran lade ihop </w:t>
      </w:r>
      <w:r w:rsidRPr="000767E2">
        <w:rPr>
          <w:i/>
          <w:lang w:val="sv-SE"/>
        </w:rPr>
        <w:t>det</w:t>
      </w:r>
      <w:r w:rsidRPr="000767E2">
        <w:rPr>
          <w:lang w:val="sv-SE"/>
        </w:rPr>
        <w:t xml:space="preserve"> för Alexander, sedan judarna skjutit fram honom. Och Alexander vinkade med handen och ville ge ett försvar inför folksamlingen.{{field-off:bible}} [[@</w:t>
      </w:r>
      <w:r w:rsidR="0096445B" w:rsidRPr="000767E2">
        <w:rPr>
          <w:lang w:val="sv-SE"/>
        </w:rPr>
        <w:t>BibleBIBEL82</w:t>
      </w:r>
      <w:r w:rsidRPr="000767E2">
        <w:rPr>
          <w:lang w:val="sv-SE"/>
        </w:rPr>
        <w:t>:Acts 19:34]]</w:t>
      </w:r>
      <w:r w:rsidRPr="000767E2">
        <w:rPr>
          <w:vertAlign w:val="superscript"/>
          <w:lang w:val="sv-SE"/>
        </w:rPr>
        <w:t>34</w:t>
      </w:r>
      <w:r w:rsidRPr="000767E2">
        <w:rPr>
          <w:lang w:val="sv-SE"/>
        </w:rPr>
        <w:t xml:space="preserve"> {{field-</w:t>
      </w:r>
      <w:r w:rsidRPr="000767E2">
        <w:rPr>
          <w:lang w:val="sv-SE"/>
        </w:rPr>
        <w:lastRenderedPageBreak/>
        <w:t xml:space="preserve">on:bible}}Men när de insåg att han är jude, kom det en </w:t>
      </w:r>
      <w:r w:rsidRPr="000767E2">
        <w:rPr>
          <w:i/>
          <w:lang w:val="sv-SE"/>
        </w:rPr>
        <w:t>enda</w:t>
      </w:r>
      <w:r w:rsidRPr="000767E2">
        <w:rPr>
          <w:lang w:val="sv-SE"/>
        </w:rPr>
        <w:t xml:space="preserve"> röst ur alla medan de i ungefär två timmar skrek: ”Stor </w:t>
      </w:r>
      <w:r w:rsidRPr="000767E2">
        <w:rPr>
          <w:i/>
          <w:lang w:val="sv-SE"/>
        </w:rPr>
        <w:t>är</w:t>
      </w:r>
      <w:r w:rsidRPr="000767E2">
        <w:rPr>
          <w:lang w:val="sv-SE"/>
        </w:rPr>
        <w:t xml:space="preserve"> efesiernas Artemis!”{{field-off:bible}}</w:t>
      </w:r>
    </w:p>
    <w:p w14:paraId="39C85D5D" w14:textId="67797569" w:rsidR="00BA33AB" w:rsidRPr="000767E2" w:rsidRDefault="00000000">
      <w:pPr>
        <w:rPr>
          <w:lang w:val="sv-SE"/>
        </w:rPr>
      </w:pPr>
      <w:r w:rsidRPr="000767E2">
        <w:rPr>
          <w:lang w:val="sv-SE"/>
        </w:rPr>
        <w:t>[[@</w:t>
      </w:r>
      <w:r w:rsidR="0096445B" w:rsidRPr="000767E2">
        <w:rPr>
          <w:lang w:val="sv-SE"/>
        </w:rPr>
        <w:t>BibleBIBEL82</w:t>
      </w:r>
      <w:r w:rsidRPr="000767E2">
        <w:rPr>
          <w:lang w:val="sv-SE"/>
        </w:rPr>
        <w:t>:Acts 19:35]]</w:t>
      </w:r>
      <w:r w:rsidRPr="000767E2">
        <w:rPr>
          <w:vertAlign w:val="superscript"/>
          <w:lang w:val="sv-SE"/>
        </w:rPr>
        <w:t>35</w:t>
      </w:r>
      <w:r w:rsidRPr="000767E2">
        <w:rPr>
          <w:lang w:val="sv-SE"/>
        </w:rPr>
        <w:t xml:space="preserve"> {{field-on:bible}}Men </w:t>
      </w:r>
      <w:r w:rsidRPr="000767E2">
        <w:rPr>
          <w:i/>
          <w:lang w:val="sv-SE"/>
        </w:rPr>
        <w:t>sedan</w:t>
      </w:r>
      <w:r w:rsidRPr="000767E2">
        <w:rPr>
          <w:lang w:val="sv-SE"/>
        </w:rPr>
        <w:t xml:space="preserve"> lugnade </w:t>
      </w:r>
      <w:r w:rsidRPr="000767E2">
        <w:rPr>
          <w:i/>
          <w:lang w:val="sv-SE"/>
        </w:rPr>
        <w:t>stadens</w:t>
      </w:r>
      <w:r w:rsidRPr="000767E2">
        <w:rPr>
          <w:lang w:val="sv-SE"/>
        </w:rPr>
        <w:t xml:space="preserve"> sekreterare skaran, och säger: ”Män, efesier! Vem finns då av människor som inte vet </w:t>
      </w:r>
      <w:r w:rsidRPr="000767E2">
        <w:rPr>
          <w:i/>
          <w:lang w:val="sv-SE"/>
        </w:rPr>
        <w:t>att</w:t>
      </w:r>
      <w:r w:rsidRPr="000767E2">
        <w:rPr>
          <w:lang w:val="sv-SE"/>
        </w:rPr>
        <w:t xml:space="preserve"> efesiernas stad är tempelvårdare för den stora Artemis och den Zeusfallna?{{field-off:bible}} [[@</w:t>
      </w:r>
      <w:r w:rsidR="0096445B" w:rsidRPr="000767E2">
        <w:rPr>
          <w:lang w:val="sv-SE"/>
        </w:rPr>
        <w:t>BibleBIBEL82</w:t>
      </w:r>
      <w:r w:rsidRPr="000767E2">
        <w:rPr>
          <w:lang w:val="sv-SE"/>
        </w:rPr>
        <w:t>:Acts 19:36]]</w:t>
      </w:r>
      <w:r w:rsidRPr="000767E2">
        <w:rPr>
          <w:vertAlign w:val="superscript"/>
          <w:lang w:val="sv-SE"/>
        </w:rPr>
        <w:t>36</w:t>
      </w:r>
      <w:r w:rsidRPr="000767E2">
        <w:rPr>
          <w:lang w:val="sv-SE"/>
        </w:rPr>
        <w:t xml:space="preserve"> {{field-on:bible}}Då detta är ovedersägligt, är det tillbörligt att ni </w:t>
      </w:r>
      <w:r w:rsidRPr="000767E2">
        <w:rPr>
          <w:i/>
          <w:lang w:val="sv-SE"/>
        </w:rPr>
        <w:t>ska</w:t>
      </w:r>
      <w:r w:rsidRPr="000767E2">
        <w:rPr>
          <w:lang w:val="sv-SE"/>
        </w:rPr>
        <w:t xml:space="preserve"> vara lugnade och inte begå något dumdristigt.{{field-off:bible}} [[@</w:t>
      </w:r>
      <w:r w:rsidR="0096445B" w:rsidRPr="000767E2">
        <w:rPr>
          <w:lang w:val="sv-SE"/>
        </w:rPr>
        <w:t>BibleBIBEL82</w:t>
      </w:r>
      <w:r w:rsidRPr="000767E2">
        <w:rPr>
          <w:lang w:val="sv-SE"/>
        </w:rPr>
        <w:t>:Acts 19:37]]</w:t>
      </w:r>
      <w:r w:rsidRPr="000767E2">
        <w:rPr>
          <w:vertAlign w:val="superscript"/>
          <w:lang w:val="sv-SE"/>
        </w:rPr>
        <w:t>37</w:t>
      </w:r>
      <w:r w:rsidRPr="000767E2">
        <w:rPr>
          <w:lang w:val="sv-SE"/>
        </w:rPr>
        <w:t xml:space="preserve"> {{field-on:bible}}För ni har fört </w:t>
      </w:r>
      <w:r w:rsidRPr="000767E2">
        <w:rPr>
          <w:i/>
          <w:lang w:val="sv-SE"/>
        </w:rPr>
        <w:t>hit</w:t>
      </w:r>
      <w:r w:rsidRPr="000767E2">
        <w:rPr>
          <w:lang w:val="sv-SE"/>
        </w:rPr>
        <w:t xml:space="preserve"> dessa män </w:t>
      </w:r>
      <w:r w:rsidRPr="000767E2">
        <w:rPr>
          <w:i/>
          <w:lang w:val="sv-SE"/>
        </w:rPr>
        <w:t>som</w:t>
      </w:r>
      <w:r w:rsidRPr="000767E2">
        <w:rPr>
          <w:lang w:val="sv-SE"/>
        </w:rPr>
        <w:t xml:space="preserve"> varken </w:t>
      </w:r>
      <w:r w:rsidRPr="000767E2">
        <w:rPr>
          <w:i/>
          <w:lang w:val="sv-SE"/>
        </w:rPr>
        <w:t>är</w:t>
      </w:r>
      <w:r w:rsidRPr="000767E2">
        <w:rPr>
          <w:lang w:val="sv-SE"/>
        </w:rPr>
        <w:t xml:space="preserve"> tempelplundrare eller hädar vår gudinna.{{field-off:bible}} [[@</w:t>
      </w:r>
      <w:r w:rsidR="0096445B" w:rsidRPr="000767E2">
        <w:rPr>
          <w:lang w:val="sv-SE"/>
        </w:rPr>
        <w:t>BibleBIBEL82</w:t>
      </w:r>
      <w:r w:rsidRPr="000767E2">
        <w:rPr>
          <w:lang w:val="sv-SE"/>
        </w:rPr>
        <w:t>:Acts 19:38]]</w:t>
      </w:r>
      <w:r w:rsidRPr="000767E2">
        <w:rPr>
          <w:vertAlign w:val="superscript"/>
          <w:lang w:val="sv-SE"/>
        </w:rPr>
        <w:t>38</w:t>
      </w:r>
      <w:r w:rsidRPr="000767E2">
        <w:rPr>
          <w:lang w:val="sv-SE"/>
        </w:rPr>
        <w:t xml:space="preserve"> {{field-on:bible}}Om nu Demetrios och hantverkarna med honom har ett ord mot någon, dras det </w:t>
      </w:r>
      <w:r w:rsidRPr="000767E2">
        <w:rPr>
          <w:i/>
          <w:lang w:val="sv-SE"/>
        </w:rPr>
        <w:t>domstolar</w:t>
      </w:r>
      <w:r w:rsidRPr="000767E2">
        <w:rPr>
          <w:lang w:val="sv-SE"/>
        </w:rPr>
        <w:t xml:space="preserve"> på torget och det finns prokonsuler. De får åklaga varandra.{{field-off:bible}} [[@</w:t>
      </w:r>
      <w:r w:rsidR="0096445B" w:rsidRPr="000767E2">
        <w:rPr>
          <w:lang w:val="sv-SE"/>
        </w:rPr>
        <w:t>BibleBIBEL82</w:t>
      </w:r>
      <w:r w:rsidRPr="000767E2">
        <w:rPr>
          <w:lang w:val="sv-SE"/>
        </w:rPr>
        <w:t>:Acts 19:39]]</w:t>
      </w:r>
      <w:r w:rsidRPr="000767E2">
        <w:rPr>
          <w:vertAlign w:val="superscript"/>
          <w:lang w:val="sv-SE"/>
        </w:rPr>
        <w:t>39</w:t>
      </w:r>
      <w:r w:rsidRPr="000767E2">
        <w:rPr>
          <w:lang w:val="sv-SE"/>
        </w:rPr>
        <w:t xml:space="preserve"> {{field-on:bible}}Och om ni söker något ytterligare, ska det klargöras i den inomlagliga </w:t>
      </w:r>
      <w:r w:rsidRPr="000767E2">
        <w:rPr>
          <w:i/>
          <w:lang w:val="sv-SE"/>
        </w:rPr>
        <w:t>folk</w:t>
      </w:r>
      <w:r w:rsidRPr="000767E2">
        <w:rPr>
          <w:lang w:val="sv-SE"/>
        </w:rPr>
        <w:t>församlingen.{{field-off:bible}} [[@</w:t>
      </w:r>
      <w:r w:rsidR="0096445B" w:rsidRPr="000767E2">
        <w:rPr>
          <w:lang w:val="sv-SE"/>
        </w:rPr>
        <w:t>BibleBIBEL82</w:t>
      </w:r>
      <w:r w:rsidRPr="000767E2">
        <w:rPr>
          <w:lang w:val="sv-SE"/>
        </w:rPr>
        <w:t>:Acts 19:40]]</w:t>
      </w:r>
      <w:r w:rsidRPr="000767E2">
        <w:rPr>
          <w:vertAlign w:val="superscript"/>
          <w:lang w:val="sv-SE"/>
        </w:rPr>
        <w:t>40</w:t>
      </w:r>
      <w:r w:rsidRPr="000767E2">
        <w:rPr>
          <w:lang w:val="sv-SE"/>
        </w:rPr>
        <w:t xml:space="preserve"> {{field-on:bible}}Och vi är nämligen i fara att åklagas för uppror för detta idag, när ingen orsak finns för vilken vi ska kunna avge räkenskap för denna mobb.” Och sedan han sagt detta, släppte han iväg </w:t>
      </w:r>
      <w:r w:rsidRPr="000767E2">
        <w:rPr>
          <w:i/>
          <w:lang w:val="sv-SE"/>
        </w:rPr>
        <w:t>folk</w:t>
      </w:r>
      <w:r w:rsidRPr="000767E2">
        <w:rPr>
          <w:lang w:val="sv-SE"/>
        </w:rPr>
        <w:t>församlingen.{{field-off:bible}}</w:t>
      </w:r>
    </w:p>
    <w:p w14:paraId="56B28F54" w14:textId="684DE94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20]]Kapitel 20</w:t>
      </w:r>
    </w:p>
    <w:p w14:paraId="1B315B7D" w14:textId="77777777" w:rsidR="00BA33AB" w:rsidRPr="000767E2" w:rsidRDefault="00000000">
      <w:pPr>
        <w:pStyle w:val="Rubrik3"/>
        <w:rPr>
          <w:lang w:val="sv-SE"/>
        </w:rPr>
      </w:pPr>
      <w:r w:rsidRPr="000767E2">
        <w:rPr>
          <w:lang w:val="sv-SE"/>
        </w:rPr>
        <w:t>I Makedonien och Grekland</w:t>
      </w:r>
    </w:p>
    <w:p w14:paraId="4F8F994F" w14:textId="3124954F" w:rsidR="00BA33AB" w:rsidRPr="000767E2" w:rsidRDefault="00000000">
      <w:pPr>
        <w:rPr>
          <w:lang w:val="sv-SE"/>
        </w:rPr>
      </w:pPr>
      <w:r w:rsidRPr="000767E2">
        <w:rPr>
          <w:lang w:val="sv-SE"/>
        </w:rPr>
        <w:t>[[@</w:t>
      </w:r>
      <w:r w:rsidR="0096445B" w:rsidRPr="000767E2">
        <w:rPr>
          <w:lang w:val="sv-SE"/>
        </w:rPr>
        <w:t>BibleBIBEL82</w:t>
      </w:r>
      <w:r w:rsidRPr="000767E2">
        <w:rPr>
          <w:lang w:val="sv-SE"/>
        </w:rPr>
        <w:t>:Acts 20:1]]</w:t>
      </w:r>
      <w:r w:rsidRPr="000767E2">
        <w:rPr>
          <w:vertAlign w:val="superscript"/>
          <w:lang w:val="sv-SE"/>
        </w:rPr>
        <w:t>1</w:t>
      </w:r>
      <w:r w:rsidRPr="000767E2">
        <w:rPr>
          <w:lang w:val="sv-SE"/>
        </w:rPr>
        <w:t xml:space="preserve"> {{field-on:bible}}Och efter att tumultet slutat, skickade Paulus efter lärjungarna och uppmuntrade </w:t>
      </w:r>
      <w:r w:rsidRPr="000767E2">
        <w:rPr>
          <w:i/>
          <w:lang w:val="sv-SE"/>
        </w:rPr>
        <w:t>dem</w:t>
      </w:r>
      <w:r w:rsidRPr="000767E2">
        <w:rPr>
          <w:lang w:val="sv-SE"/>
        </w:rPr>
        <w:t xml:space="preserve">, hälsade och gick ut </w:t>
      </w:r>
      <w:r w:rsidRPr="000767E2">
        <w:rPr>
          <w:i/>
          <w:lang w:val="sv-SE"/>
        </w:rPr>
        <w:t>för</w:t>
      </w:r>
      <w:r w:rsidRPr="000767E2">
        <w:rPr>
          <w:lang w:val="sv-SE"/>
        </w:rPr>
        <w:t xml:space="preserve"> att fara till Makedonien.{{field-off:bible}} [[@</w:t>
      </w:r>
      <w:r w:rsidR="0096445B" w:rsidRPr="000767E2">
        <w:rPr>
          <w:lang w:val="sv-SE"/>
        </w:rPr>
        <w:t>BibleBIBEL82</w:t>
      </w:r>
      <w:r w:rsidRPr="000767E2">
        <w:rPr>
          <w:lang w:val="sv-SE"/>
        </w:rPr>
        <w:t>:Acts 20:2]]</w:t>
      </w:r>
      <w:r w:rsidRPr="000767E2">
        <w:rPr>
          <w:vertAlign w:val="superscript"/>
          <w:lang w:val="sv-SE"/>
        </w:rPr>
        <w:t>2</w:t>
      </w:r>
      <w:r w:rsidRPr="000767E2">
        <w:rPr>
          <w:lang w:val="sv-SE"/>
        </w:rPr>
        <w:t xml:space="preserve"> {{field-on:bible}}Och sedan han gått genom de bygderna och uppmuntrat dem med mycket ord, kom han till Grekland.{{field-off:bible}} [[@</w:t>
      </w:r>
      <w:r w:rsidR="0096445B" w:rsidRPr="000767E2">
        <w:rPr>
          <w:lang w:val="sv-SE"/>
        </w:rPr>
        <w:t>BibleBIBEL82</w:t>
      </w:r>
      <w:r w:rsidRPr="000767E2">
        <w:rPr>
          <w:lang w:val="sv-SE"/>
        </w:rPr>
        <w:t>:Acts 20:3]]</w:t>
      </w:r>
      <w:r w:rsidRPr="000767E2">
        <w:rPr>
          <w:vertAlign w:val="superscript"/>
          <w:lang w:val="sv-SE"/>
        </w:rPr>
        <w:t>3</w:t>
      </w:r>
      <w:r w:rsidRPr="000767E2">
        <w:rPr>
          <w:lang w:val="sv-SE"/>
        </w:rPr>
        <w:t xml:space="preserve"> {{field-on:bible}}Och när han hade gjort tre månader </w:t>
      </w:r>
      <w:r w:rsidRPr="000767E2">
        <w:rPr>
          <w:i/>
          <w:lang w:val="sv-SE"/>
        </w:rPr>
        <w:t>och</w:t>
      </w:r>
      <w:r w:rsidRPr="000767E2">
        <w:rPr>
          <w:lang w:val="sv-SE"/>
        </w:rPr>
        <w:t xml:space="preserve"> det kom en komplott mot honom från judarna, medan han skulle lägga ut mot Syrien, blev han av avsikten att återvända genom Makedonien.{{field-off:bible}} [[@</w:t>
      </w:r>
      <w:r w:rsidR="0096445B" w:rsidRPr="000767E2">
        <w:rPr>
          <w:lang w:val="sv-SE"/>
        </w:rPr>
        <w:t>BibleBIBEL82</w:t>
      </w:r>
      <w:r w:rsidRPr="000767E2">
        <w:rPr>
          <w:lang w:val="sv-SE"/>
        </w:rPr>
        <w:t>:Acts 20:4]]</w:t>
      </w:r>
      <w:r w:rsidRPr="000767E2">
        <w:rPr>
          <w:vertAlign w:val="superscript"/>
          <w:lang w:val="sv-SE"/>
        </w:rPr>
        <w:t>4</w:t>
      </w:r>
      <w:r w:rsidRPr="000767E2">
        <w:rPr>
          <w:lang w:val="sv-SE"/>
        </w:rPr>
        <w:t xml:space="preserve"> {{field-on:bible}}Och med honom följde Sopater Pyrrhos son från Berea, och från thessalonikerna Aristarchos och Secundus, och Gaius från Derbe och Timotheos, och från Asien Tychikos och Trofimos.{{field-off:bible}} [[@</w:t>
      </w:r>
      <w:r w:rsidR="0096445B" w:rsidRPr="000767E2">
        <w:rPr>
          <w:lang w:val="sv-SE"/>
        </w:rPr>
        <w:t>BibleBIBEL82</w:t>
      </w:r>
      <w:r w:rsidRPr="000767E2">
        <w:rPr>
          <w:lang w:val="sv-SE"/>
        </w:rPr>
        <w:t>:Acts 20:5]]</w:t>
      </w:r>
      <w:r w:rsidRPr="000767E2">
        <w:rPr>
          <w:vertAlign w:val="superscript"/>
          <w:lang w:val="sv-SE"/>
        </w:rPr>
        <w:t>5</w:t>
      </w:r>
      <w:r w:rsidRPr="000767E2">
        <w:rPr>
          <w:lang w:val="sv-SE"/>
        </w:rPr>
        <w:t xml:space="preserve"> {{field-on:bible}}Och dessa kom fram och väntade oss i Troas,{{field-off:bible}} [[@</w:t>
      </w:r>
      <w:r w:rsidR="0096445B" w:rsidRPr="000767E2">
        <w:rPr>
          <w:lang w:val="sv-SE"/>
        </w:rPr>
        <w:t>BibleBIBEL82</w:t>
      </w:r>
      <w:r w:rsidRPr="000767E2">
        <w:rPr>
          <w:lang w:val="sv-SE"/>
        </w:rPr>
        <w:t>:Acts 20:6]]</w:t>
      </w:r>
      <w:r w:rsidRPr="000767E2">
        <w:rPr>
          <w:vertAlign w:val="superscript"/>
          <w:lang w:val="sv-SE"/>
        </w:rPr>
        <w:t>6</w:t>
      </w:r>
      <w:r w:rsidRPr="000767E2">
        <w:rPr>
          <w:lang w:val="sv-SE"/>
        </w:rPr>
        <w:t xml:space="preserve"> {{field-on:bible}}men vi seglade ut efter dagarna i det osyrade </w:t>
      </w:r>
      <w:r w:rsidRPr="000767E2">
        <w:rPr>
          <w:i/>
          <w:lang w:val="sv-SE"/>
        </w:rPr>
        <w:t>brödets högtid</w:t>
      </w:r>
      <w:r w:rsidRPr="000767E2">
        <w:rPr>
          <w:lang w:val="sv-SE"/>
        </w:rPr>
        <w:t xml:space="preserve"> från Filippi och kom till dem i Troas inom fem dagar. Där stannade vi sju dagar.{{field-off:bible}}</w:t>
      </w:r>
    </w:p>
    <w:p w14:paraId="52F94FCD" w14:textId="77777777" w:rsidR="00BA33AB" w:rsidRPr="000767E2" w:rsidRDefault="00000000">
      <w:pPr>
        <w:pStyle w:val="Rubrik3"/>
        <w:rPr>
          <w:lang w:val="sv-SE"/>
        </w:rPr>
      </w:pPr>
      <w:r w:rsidRPr="000767E2">
        <w:rPr>
          <w:lang w:val="sv-SE"/>
        </w:rPr>
        <w:t>Eutychos uppväcks i Troas</w:t>
      </w:r>
    </w:p>
    <w:p w14:paraId="41775F16" w14:textId="3964F012" w:rsidR="00BA33AB" w:rsidRPr="000767E2" w:rsidRDefault="00000000">
      <w:pPr>
        <w:rPr>
          <w:lang w:val="sv-SE"/>
        </w:rPr>
      </w:pPr>
      <w:r w:rsidRPr="000767E2">
        <w:rPr>
          <w:lang w:val="sv-SE"/>
        </w:rPr>
        <w:t>[[@</w:t>
      </w:r>
      <w:r w:rsidR="0096445B" w:rsidRPr="000767E2">
        <w:rPr>
          <w:lang w:val="sv-SE"/>
        </w:rPr>
        <w:t>BibleBIBEL82</w:t>
      </w:r>
      <w:r w:rsidRPr="000767E2">
        <w:rPr>
          <w:lang w:val="sv-SE"/>
        </w:rPr>
        <w:t>:Acts 20:7]]</w:t>
      </w:r>
      <w:r w:rsidRPr="000767E2">
        <w:rPr>
          <w:vertAlign w:val="superscript"/>
          <w:lang w:val="sv-SE"/>
        </w:rPr>
        <w:t>7</w:t>
      </w:r>
      <w:r w:rsidRPr="000767E2">
        <w:rPr>
          <w:lang w:val="sv-SE"/>
        </w:rPr>
        <w:t xml:space="preserve"> {{field-on:bible}}Men på första </w:t>
      </w:r>
      <w:r w:rsidRPr="000767E2">
        <w:rPr>
          <w:i/>
          <w:lang w:val="sv-SE"/>
        </w:rPr>
        <w:t>dagen</w:t>
      </w:r>
      <w:r w:rsidRPr="000767E2">
        <w:rPr>
          <w:lang w:val="sv-SE"/>
        </w:rPr>
        <w:t xml:space="preserve"> efter sabbaten, när vi var samlade </w:t>
      </w:r>
      <w:r w:rsidRPr="000767E2">
        <w:rPr>
          <w:i/>
          <w:lang w:val="sv-SE"/>
        </w:rPr>
        <w:t>för</w:t>
      </w:r>
      <w:r w:rsidRPr="000767E2">
        <w:rPr>
          <w:lang w:val="sv-SE"/>
        </w:rPr>
        <w:t xml:space="preserve"> att bryta bröd, resonerade Paulus med dem då han skulle gå ut dagen därpå. Och han förlängde ordet fram till midnatt.{{field-off:bible}} [[@</w:t>
      </w:r>
      <w:r w:rsidR="0096445B" w:rsidRPr="000767E2">
        <w:rPr>
          <w:lang w:val="sv-SE"/>
        </w:rPr>
        <w:t>BibleBIBEL82</w:t>
      </w:r>
      <w:r w:rsidRPr="000767E2">
        <w:rPr>
          <w:lang w:val="sv-SE"/>
        </w:rPr>
        <w:t>:Acts 20:8]]</w:t>
      </w:r>
      <w:r w:rsidRPr="000767E2">
        <w:rPr>
          <w:vertAlign w:val="superscript"/>
          <w:lang w:val="sv-SE"/>
        </w:rPr>
        <w:t>8</w:t>
      </w:r>
      <w:r w:rsidRPr="000767E2">
        <w:rPr>
          <w:lang w:val="sv-SE"/>
        </w:rPr>
        <w:t xml:space="preserve"> {{field-on:bible}}Men det fanns åtskilliga lampor på övervåningen där vi var samlade.{{field-off:bible}} [[@</w:t>
      </w:r>
      <w:r w:rsidR="0096445B" w:rsidRPr="000767E2">
        <w:rPr>
          <w:lang w:val="sv-SE"/>
        </w:rPr>
        <w:t>BibleBIBEL82</w:t>
      </w:r>
      <w:r w:rsidRPr="000767E2">
        <w:rPr>
          <w:lang w:val="sv-SE"/>
        </w:rPr>
        <w:t>:Acts 20:9]]</w:t>
      </w:r>
      <w:r w:rsidRPr="000767E2">
        <w:rPr>
          <w:vertAlign w:val="superscript"/>
          <w:lang w:val="sv-SE"/>
        </w:rPr>
        <w:t>9</w:t>
      </w:r>
      <w:r w:rsidRPr="000767E2">
        <w:rPr>
          <w:lang w:val="sv-SE"/>
        </w:rPr>
        <w:t xml:space="preserve"> {{field-on:bible}}Och </w:t>
      </w:r>
      <w:r w:rsidRPr="000767E2">
        <w:rPr>
          <w:i/>
          <w:lang w:val="sv-SE"/>
        </w:rPr>
        <w:t>det</w:t>
      </w:r>
      <w:r w:rsidRPr="000767E2">
        <w:rPr>
          <w:lang w:val="sv-SE"/>
        </w:rPr>
        <w:t xml:space="preserve"> satt en ung man vid namn Eutychos i fönstret, som fördes ner i djup sömn när Paulus resonerade vidare, </w:t>
      </w:r>
      <w:r w:rsidRPr="000767E2">
        <w:rPr>
          <w:i/>
          <w:lang w:val="sv-SE"/>
        </w:rPr>
        <w:t>och</w:t>
      </w:r>
      <w:r w:rsidRPr="000767E2">
        <w:rPr>
          <w:lang w:val="sv-SE"/>
        </w:rPr>
        <w:t xml:space="preserve"> nerförd av sömnen föll han från tredje våningen ner och togs upp död.{{field-off:bible}}</w:t>
      </w:r>
    </w:p>
    <w:p w14:paraId="1B87B340" w14:textId="78B006CD"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20:10]]</w:t>
      </w:r>
      <w:r w:rsidRPr="000767E2">
        <w:rPr>
          <w:vertAlign w:val="superscript"/>
          <w:lang w:val="sv-SE"/>
        </w:rPr>
        <w:t>10</w:t>
      </w:r>
      <w:r w:rsidRPr="000767E2">
        <w:rPr>
          <w:lang w:val="sv-SE"/>
        </w:rPr>
        <w:t xml:space="preserve"> {{field-on:bible}}Men Paulus gick ner och föll över honom och omfamnade och sade: ”Väsnas inte. För hans själ är i honom.”{{field-off:bible}} [[@</w:t>
      </w:r>
      <w:r w:rsidR="0096445B" w:rsidRPr="000767E2">
        <w:rPr>
          <w:lang w:val="sv-SE"/>
        </w:rPr>
        <w:t>BibleBIBEL82</w:t>
      </w:r>
      <w:r w:rsidRPr="000767E2">
        <w:rPr>
          <w:lang w:val="sv-SE"/>
        </w:rPr>
        <w:t>:Acts 20:11]]</w:t>
      </w:r>
      <w:r w:rsidRPr="000767E2">
        <w:rPr>
          <w:vertAlign w:val="superscript"/>
          <w:lang w:val="sv-SE"/>
        </w:rPr>
        <w:t>11</w:t>
      </w:r>
      <w:r w:rsidRPr="000767E2">
        <w:rPr>
          <w:lang w:val="sv-SE"/>
        </w:rPr>
        <w:t xml:space="preserve"> {{field-on:bible}}Och han gick upp och bröt brödet och smakade, </w:t>
      </w:r>
      <w:r w:rsidRPr="000767E2">
        <w:rPr>
          <w:i/>
          <w:lang w:val="sv-SE"/>
        </w:rPr>
        <w:t>och</w:t>
      </w:r>
      <w:r w:rsidRPr="000767E2">
        <w:rPr>
          <w:lang w:val="sv-SE"/>
        </w:rPr>
        <w:t xml:space="preserve"> sedan han pratat avsevärt, ända till ljusningen, gick han så ut.{{field-off:bible}} [[@</w:t>
      </w:r>
      <w:r w:rsidR="0096445B" w:rsidRPr="000767E2">
        <w:rPr>
          <w:lang w:val="sv-SE"/>
        </w:rPr>
        <w:t>BibleBIBEL82</w:t>
      </w:r>
      <w:r w:rsidRPr="000767E2">
        <w:rPr>
          <w:lang w:val="sv-SE"/>
        </w:rPr>
        <w:t>:Acts 20:12]]</w:t>
      </w:r>
      <w:r w:rsidRPr="000767E2">
        <w:rPr>
          <w:vertAlign w:val="superscript"/>
          <w:lang w:val="sv-SE"/>
        </w:rPr>
        <w:t>12</w:t>
      </w:r>
      <w:r w:rsidRPr="000767E2">
        <w:rPr>
          <w:lang w:val="sv-SE"/>
        </w:rPr>
        <w:t xml:space="preserve"> {{field-on:bible}}Och de förde </w:t>
      </w:r>
      <w:r w:rsidRPr="000767E2">
        <w:rPr>
          <w:i/>
          <w:lang w:val="sv-SE"/>
        </w:rPr>
        <w:t>hem</w:t>
      </w:r>
      <w:r w:rsidRPr="000767E2">
        <w:rPr>
          <w:lang w:val="sv-SE"/>
        </w:rPr>
        <w:t xml:space="preserve"> gossen levande och hade blivit omåttligt uppmuntrade.{{field-off:bible}}</w:t>
      </w:r>
    </w:p>
    <w:p w14:paraId="3FF45313" w14:textId="77777777" w:rsidR="00BA33AB" w:rsidRPr="000767E2" w:rsidRDefault="00000000">
      <w:pPr>
        <w:pStyle w:val="Rubrik3"/>
        <w:rPr>
          <w:lang w:val="sv-SE"/>
        </w:rPr>
      </w:pPr>
      <w:r w:rsidRPr="000767E2">
        <w:rPr>
          <w:lang w:val="sv-SE"/>
        </w:rPr>
        <w:t>Till Miletos utanför Efesos</w:t>
      </w:r>
    </w:p>
    <w:p w14:paraId="1B23DBEB" w14:textId="5234E698" w:rsidR="00BA33AB" w:rsidRPr="000767E2" w:rsidRDefault="00000000">
      <w:pPr>
        <w:rPr>
          <w:lang w:val="sv-SE"/>
        </w:rPr>
      </w:pPr>
      <w:r w:rsidRPr="000767E2">
        <w:rPr>
          <w:lang w:val="sv-SE"/>
        </w:rPr>
        <w:t>[[@</w:t>
      </w:r>
      <w:r w:rsidR="0096445B" w:rsidRPr="000767E2">
        <w:rPr>
          <w:lang w:val="sv-SE"/>
        </w:rPr>
        <w:t>BibleBIBEL82</w:t>
      </w:r>
      <w:r w:rsidRPr="000767E2">
        <w:rPr>
          <w:lang w:val="sv-SE"/>
        </w:rPr>
        <w:t>:Acts 20:13]]</w:t>
      </w:r>
      <w:r w:rsidRPr="000767E2">
        <w:rPr>
          <w:vertAlign w:val="superscript"/>
          <w:lang w:val="sv-SE"/>
        </w:rPr>
        <w:t>13</w:t>
      </w:r>
      <w:r w:rsidRPr="000767E2">
        <w:rPr>
          <w:lang w:val="sv-SE"/>
        </w:rPr>
        <w:t xml:space="preserve"> {{field-on:bible}}Men vi gick i förväg på skeppet och lade ut mot Assos, och därifrån skulle vi ta upp Paulus. För så hade han förordnat, då han själv skulle gå till fots.{{field-off:bible}} [[@</w:t>
      </w:r>
      <w:r w:rsidR="0096445B" w:rsidRPr="000767E2">
        <w:rPr>
          <w:lang w:val="sv-SE"/>
        </w:rPr>
        <w:t>BibleBIBEL82</w:t>
      </w:r>
      <w:r w:rsidRPr="000767E2">
        <w:rPr>
          <w:lang w:val="sv-SE"/>
        </w:rPr>
        <w:t>:Acts 20:14]]</w:t>
      </w:r>
      <w:r w:rsidRPr="000767E2">
        <w:rPr>
          <w:vertAlign w:val="superscript"/>
          <w:lang w:val="sv-SE"/>
        </w:rPr>
        <w:t>14</w:t>
      </w:r>
      <w:r w:rsidRPr="000767E2">
        <w:rPr>
          <w:lang w:val="sv-SE"/>
        </w:rPr>
        <w:t xml:space="preserve"> {{field-on:bible}}Och när han mötte oss i Assos, tog vi upp honom och for till Mitylene.{{field-off:bible}} [[@</w:t>
      </w:r>
      <w:r w:rsidR="0096445B" w:rsidRPr="000767E2">
        <w:rPr>
          <w:lang w:val="sv-SE"/>
        </w:rPr>
        <w:t>BibleBIBEL82</w:t>
      </w:r>
      <w:r w:rsidRPr="000767E2">
        <w:rPr>
          <w:lang w:val="sv-SE"/>
        </w:rPr>
        <w:t>:Acts 20:15]]</w:t>
      </w:r>
      <w:r w:rsidRPr="000767E2">
        <w:rPr>
          <w:vertAlign w:val="superscript"/>
          <w:lang w:val="sv-SE"/>
        </w:rPr>
        <w:t>15</w:t>
      </w:r>
      <w:r w:rsidRPr="000767E2">
        <w:rPr>
          <w:lang w:val="sv-SE"/>
        </w:rPr>
        <w:t xml:space="preserve"> {{field-on:bible}}Och därifrån avseglade vi påföljande dag och nådde fram mittemot Chios. Och den andra </w:t>
      </w:r>
      <w:r w:rsidRPr="000767E2">
        <w:rPr>
          <w:i/>
          <w:lang w:val="sv-SE"/>
        </w:rPr>
        <w:t>dagen</w:t>
      </w:r>
      <w:r w:rsidRPr="000767E2">
        <w:rPr>
          <w:lang w:val="sv-SE"/>
        </w:rPr>
        <w:t xml:space="preserve"> sköt vi över till Samos, och nästa kom vi till Miletos.{{field-off:bible}} [[@</w:t>
      </w:r>
      <w:r w:rsidR="0096445B" w:rsidRPr="000767E2">
        <w:rPr>
          <w:lang w:val="sv-SE"/>
        </w:rPr>
        <w:t>BibleBIBEL82</w:t>
      </w:r>
      <w:r w:rsidRPr="000767E2">
        <w:rPr>
          <w:lang w:val="sv-SE"/>
        </w:rPr>
        <w:t>:Acts 20:16]]</w:t>
      </w:r>
      <w:r w:rsidRPr="000767E2">
        <w:rPr>
          <w:vertAlign w:val="superscript"/>
          <w:lang w:val="sv-SE"/>
        </w:rPr>
        <w:t>16</w:t>
      </w:r>
      <w:r w:rsidRPr="000767E2">
        <w:rPr>
          <w:lang w:val="sv-SE"/>
        </w:rPr>
        <w:t xml:space="preserve"> {{field-on:bible}}Paulus hade nämligen bestämt sig för att segla förbi Efesos, så att det inte skulle bli för honom att lägga tid i Asien. För han skyndade sig </w:t>
      </w:r>
      <w:r w:rsidRPr="000767E2">
        <w:rPr>
          <w:i/>
          <w:lang w:val="sv-SE"/>
        </w:rPr>
        <w:t>för</w:t>
      </w:r>
      <w:r w:rsidRPr="000767E2">
        <w:rPr>
          <w:lang w:val="sv-SE"/>
        </w:rPr>
        <w:t xml:space="preserve"> att, om det vore möjligt för honom, vara på pingstdagen i Jerusalem.{{field-off:bible}}</w:t>
      </w:r>
    </w:p>
    <w:p w14:paraId="49B87BF2" w14:textId="77777777" w:rsidR="00BA33AB" w:rsidRPr="000767E2" w:rsidRDefault="00000000">
      <w:pPr>
        <w:pStyle w:val="Rubrik3"/>
        <w:rPr>
          <w:lang w:val="sv-SE"/>
        </w:rPr>
      </w:pPr>
      <w:r w:rsidRPr="000767E2">
        <w:rPr>
          <w:lang w:val="sv-SE"/>
        </w:rPr>
        <w:t>Paulus tal till de äldste från Efesos</w:t>
      </w:r>
    </w:p>
    <w:p w14:paraId="4577C7E2" w14:textId="4A36D797" w:rsidR="00BA33AB" w:rsidRPr="000767E2" w:rsidRDefault="00000000">
      <w:pPr>
        <w:rPr>
          <w:lang w:val="sv-SE"/>
        </w:rPr>
      </w:pPr>
      <w:r w:rsidRPr="000767E2">
        <w:rPr>
          <w:lang w:val="sv-SE"/>
        </w:rPr>
        <w:t>[[@</w:t>
      </w:r>
      <w:r w:rsidR="0096445B" w:rsidRPr="000767E2">
        <w:rPr>
          <w:lang w:val="sv-SE"/>
        </w:rPr>
        <w:t>BibleBIBEL82</w:t>
      </w:r>
      <w:r w:rsidRPr="000767E2">
        <w:rPr>
          <w:lang w:val="sv-SE"/>
        </w:rPr>
        <w:t>:Acts 20:17]]</w:t>
      </w:r>
      <w:r w:rsidRPr="000767E2">
        <w:rPr>
          <w:vertAlign w:val="superscript"/>
          <w:lang w:val="sv-SE"/>
        </w:rPr>
        <w:t>17</w:t>
      </w:r>
      <w:r w:rsidRPr="000767E2">
        <w:rPr>
          <w:lang w:val="sv-SE"/>
        </w:rPr>
        <w:t xml:space="preserve"> {{field-on:bible}}Och från Miletos skickade han </w:t>
      </w:r>
      <w:r w:rsidRPr="000767E2">
        <w:rPr>
          <w:i/>
          <w:lang w:val="sv-SE"/>
        </w:rPr>
        <w:t>bud</w:t>
      </w:r>
      <w:r w:rsidRPr="000767E2">
        <w:rPr>
          <w:lang w:val="sv-SE"/>
        </w:rPr>
        <w:t xml:space="preserve"> till Efesos och kallade dit församlingens äldste.{{field-off:bible}} [[@</w:t>
      </w:r>
      <w:r w:rsidR="0096445B" w:rsidRPr="000767E2">
        <w:rPr>
          <w:lang w:val="sv-SE"/>
        </w:rPr>
        <w:t>BibleBIBEL82</w:t>
      </w:r>
      <w:r w:rsidRPr="000767E2">
        <w:rPr>
          <w:lang w:val="sv-SE"/>
        </w:rPr>
        <w:t>:Acts 20:18]]</w:t>
      </w:r>
      <w:r w:rsidRPr="000767E2">
        <w:rPr>
          <w:vertAlign w:val="superscript"/>
          <w:lang w:val="sv-SE"/>
        </w:rPr>
        <w:t>18</w:t>
      </w:r>
      <w:r w:rsidRPr="000767E2">
        <w:rPr>
          <w:lang w:val="sv-SE"/>
        </w:rPr>
        <w:t xml:space="preserve"> {{field-on:bible}}Och när de kom fram till honom, sade han till dem: ”Ni vet, från första dagen från vilken jag satte fot i Asien, hur jag har varit hos er hela tiden{{field-off:bible}} [[@</w:t>
      </w:r>
      <w:r w:rsidR="0096445B" w:rsidRPr="000767E2">
        <w:rPr>
          <w:lang w:val="sv-SE"/>
        </w:rPr>
        <w:t>BibleBIBEL82</w:t>
      </w:r>
      <w:r w:rsidRPr="000767E2">
        <w:rPr>
          <w:lang w:val="sv-SE"/>
        </w:rPr>
        <w:t>:Acts 20:19]]</w:t>
      </w:r>
      <w:r w:rsidRPr="000767E2">
        <w:rPr>
          <w:vertAlign w:val="superscript"/>
          <w:lang w:val="sv-SE"/>
        </w:rPr>
        <w:t>19</w:t>
      </w:r>
      <w:r w:rsidRPr="000767E2">
        <w:rPr>
          <w:lang w:val="sv-SE"/>
        </w:rPr>
        <w:t xml:space="preserve"> {{field-on:bible}}och fasttjänat Herren med all ödmjukhet, och </w:t>
      </w:r>
      <w:r w:rsidRPr="000767E2">
        <w:rPr>
          <w:i/>
          <w:lang w:val="sv-SE"/>
        </w:rPr>
        <w:t>i</w:t>
      </w:r>
      <w:r w:rsidRPr="000767E2">
        <w:rPr>
          <w:lang w:val="sv-SE"/>
        </w:rPr>
        <w:t xml:space="preserve"> tårar och prövningar som inträffat för mig genom judarnas komplotter.{{field-off:bible}} [[@</w:t>
      </w:r>
      <w:r w:rsidR="0096445B" w:rsidRPr="000767E2">
        <w:rPr>
          <w:lang w:val="sv-SE"/>
        </w:rPr>
        <w:t>BibleBIBEL82</w:t>
      </w:r>
      <w:r w:rsidRPr="000767E2">
        <w:rPr>
          <w:lang w:val="sv-SE"/>
        </w:rPr>
        <w:t>:Acts 20:20]]</w:t>
      </w:r>
      <w:r w:rsidRPr="000767E2">
        <w:rPr>
          <w:vertAlign w:val="superscript"/>
          <w:lang w:val="sv-SE"/>
        </w:rPr>
        <w:t>20</w:t>
      </w:r>
      <w:r w:rsidRPr="000767E2">
        <w:rPr>
          <w:lang w:val="sv-SE"/>
        </w:rPr>
        <w:t xml:space="preserve"> {{field-on:bible}}Hur jag inte har skyggat från något av det som gagnar så att jag inte delgett er och undervisat er, offentligt och i hemmen,{{field-off:bible}} [[@</w:t>
      </w:r>
      <w:r w:rsidR="0096445B" w:rsidRPr="000767E2">
        <w:rPr>
          <w:lang w:val="sv-SE"/>
        </w:rPr>
        <w:t>BibleBIBEL82</w:t>
      </w:r>
      <w:r w:rsidRPr="000767E2">
        <w:rPr>
          <w:lang w:val="sv-SE"/>
        </w:rPr>
        <w:t>:Acts 20:21]]</w:t>
      </w:r>
      <w:r w:rsidRPr="000767E2">
        <w:rPr>
          <w:vertAlign w:val="superscript"/>
          <w:lang w:val="sv-SE"/>
        </w:rPr>
        <w:t>21</w:t>
      </w:r>
      <w:r w:rsidRPr="000767E2">
        <w:rPr>
          <w:lang w:val="sv-SE"/>
        </w:rPr>
        <w:t xml:space="preserve"> {{field-on:bible}}och vittnat för både judar och greker </w:t>
      </w:r>
      <w:r w:rsidRPr="000767E2">
        <w:rPr>
          <w:i/>
          <w:lang w:val="sv-SE"/>
        </w:rPr>
        <w:t>om</w:t>
      </w:r>
      <w:r w:rsidRPr="000767E2">
        <w:rPr>
          <w:lang w:val="sv-SE"/>
        </w:rPr>
        <w:t xml:space="preserve"> sinnesändringen gentemot Gud och tron på vår Herre Jesus Kristus.{{field-off:bible}}</w:t>
      </w:r>
    </w:p>
    <w:p w14:paraId="1F3C0232" w14:textId="7D44EE18" w:rsidR="00BA33AB" w:rsidRPr="000767E2" w:rsidRDefault="00000000">
      <w:pPr>
        <w:rPr>
          <w:lang w:val="sv-SE"/>
        </w:rPr>
      </w:pPr>
      <w:r w:rsidRPr="000767E2">
        <w:rPr>
          <w:lang w:val="sv-SE"/>
        </w:rPr>
        <w:t>[[@</w:t>
      </w:r>
      <w:r w:rsidR="0096445B" w:rsidRPr="000767E2">
        <w:rPr>
          <w:lang w:val="sv-SE"/>
        </w:rPr>
        <w:t>BibleBIBEL82</w:t>
      </w:r>
      <w:r w:rsidRPr="000767E2">
        <w:rPr>
          <w:lang w:val="sv-SE"/>
        </w:rPr>
        <w:t>:Acts 20:22]]</w:t>
      </w:r>
      <w:r w:rsidRPr="000767E2">
        <w:rPr>
          <w:vertAlign w:val="superscript"/>
          <w:lang w:val="sv-SE"/>
        </w:rPr>
        <w:t>22</w:t>
      </w:r>
      <w:r w:rsidRPr="000767E2">
        <w:rPr>
          <w:lang w:val="sv-SE"/>
        </w:rPr>
        <w:t xml:space="preserve"> {{field-on:bible}}Och nu, se: bunden i anden far jag till Jerusalem. Och det som i </w:t>
      </w:r>
      <w:r w:rsidRPr="000767E2">
        <w:rPr>
          <w:i/>
          <w:lang w:val="sv-SE"/>
        </w:rPr>
        <w:t>staden</w:t>
      </w:r>
      <w:r w:rsidRPr="000767E2">
        <w:rPr>
          <w:lang w:val="sv-SE"/>
        </w:rPr>
        <w:t xml:space="preserve"> ska möta mig vet jag inte,{{field-off:bible}} [[@</w:t>
      </w:r>
      <w:r w:rsidR="0096445B" w:rsidRPr="000767E2">
        <w:rPr>
          <w:lang w:val="sv-SE"/>
        </w:rPr>
        <w:t>BibleBIBEL82</w:t>
      </w:r>
      <w:r w:rsidRPr="000767E2">
        <w:rPr>
          <w:lang w:val="sv-SE"/>
        </w:rPr>
        <w:t>:Acts 20:23]]</w:t>
      </w:r>
      <w:r w:rsidRPr="000767E2">
        <w:rPr>
          <w:vertAlign w:val="superscript"/>
          <w:lang w:val="sv-SE"/>
        </w:rPr>
        <w:t>23</w:t>
      </w:r>
      <w:r w:rsidRPr="000767E2">
        <w:rPr>
          <w:lang w:val="sv-SE"/>
        </w:rPr>
        <w:t xml:space="preserve"> {{field-on:bible}}utom att den heliga Anden i </w:t>
      </w:r>
      <w:r w:rsidRPr="000767E2">
        <w:rPr>
          <w:i/>
          <w:lang w:val="sv-SE"/>
        </w:rPr>
        <w:t>varje</w:t>
      </w:r>
      <w:r w:rsidRPr="000767E2">
        <w:rPr>
          <w:lang w:val="sv-SE"/>
        </w:rPr>
        <w:t xml:space="preserve"> stad vittnar för mig och säger att bojor och vedermödor väntar mig.{{field-off:bible}} [[@</w:t>
      </w:r>
      <w:r w:rsidR="0096445B" w:rsidRPr="000767E2">
        <w:rPr>
          <w:lang w:val="sv-SE"/>
        </w:rPr>
        <w:t>BibleBIBEL82</w:t>
      </w:r>
      <w:r w:rsidRPr="000767E2">
        <w:rPr>
          <w:lang w:val="sv-SE"/>
        </w:rPr>
        <w:t>:Acts 20:24]]</w:t>
      </w:r>
      <w:r w:rsidRPr="000767E2">
        <w:rPr>
          <w:vertAlign w:val="superscript"/>
          <w:lang w:val="sv-SE"/>
        </w:rPr>
        <w:t>24</w:t>
      </w:r>
      <w:r w:rsidRPr="000767E2">
        <w:rPr>
          <w:lang w:val="sv-SE"/>
        </w:rPr>
        <w:t xml:space="preserve"> {{field-on:bible}}Men inte av någon anledning gör jag själen dyrbar för mig själv, </w:t>
      </w:r>
      <w:r w:rsidRPr="000767E2">
        <w:rPr>
          <w:i/>
          <w:lang w:val="sv-SE"/>
        </w:rPr>
        <w:t>för</w:t>
      </w:r>
      <w:r w:rsidRPr="000767E2">
        <w:rPr>
          <w:lang w:val="sv-SE"/>
        </w:rPr>
        <w:t xml:space="preserve"> att fullkomna mitt lopp och den tjänst som jag fått från Herren Jesus: att vittna </w:t>
      </w:r>
      <w:r w:rsidRPr="000767E2">
        <w:rPr>
          <w:i/>
          <w:lang w:val="sv-SE"/>
        </w:rPr>
        <w:t>om</w:t>
      </w:r>
      <w:r w:rsidRPr="000767E2">
        <w:rPr>
          <w:lang w:val="sv-SE"/>
        </w:rPr>
        <w:t xml:space="preserve"> Guds nåds evangelium.{{field-off:bible}}</w:t>
      </w:r>
    </w:p>
    <w:p w14:paraId="5C2CEA84" w14:textId="7B842F78" w:rsidR="00BA33AB" w:rsidRPr="000767E2" w:rsidRDefault="00000000">
      <w:pPr>
        <w:rPr>
          <w:lang w:val="sv-SE"/>
        </w:rPr>
      </w:pPr>
      <w:r w:rsidRPr="000767E2">
        <w:rPr>
          <w:lang w:val="sv-SE"/>
        </w:rPr>
        <w:t>[[@</w:t>
      </w:r>
      <w:r w:rsidR="0096445B" w:rsidRPr="000767E2">
        <w:rPr>
          <w:lang w:val="sv-SE"/>
        </w:rPr>
        <w:t>BibleBIBEL82</w:t>
      </w:r>
      <w:r w:rsidRPr="000767E2">
        <w:rPr>
          <w:lang w:val="sv-SE"/>
        </w:rPr>
        <w:t>:Acts 20:25]]</w:t>
      </w:r>
      <w:r w:rsidRPr="000767E2">
        <w:rPr>
          <w:vertAlign w:val="superscript"/>
          <w:lang w:val="sv-SE"/>
        </w:rPr>
        <w:t>25</w:t>
      </w:r>
      <w:r w:rsidRPr="000767E2">
        <w:rPr>
          <w:lang w:val="sv-SE"/>
        </w:rPr>
        <w:t xml:space="preserve"> {{field-on:bible}}Och nu, se: jag vet att ni aldrig mer ska se mitt ansikte, alla ni bland vilka jag har gått omkring och förkunnat riket.{{field-off:bible}} [[@</w:t>
      </w:r>
      <w:r w:rsidR="0096445B" w:rsidRPr="000767E2">
        <w:rPr>
          <w:lang w:val="sv-SE"/>
        </w:rPr>
        <w:t>BibleBIBEL82</w:t>
      </w:r>
      <w:r w:rsidRPr="000767E2">
        <w:rPr>
          <w:lang w:val="sv-SE"/>
        </w:rPr>
        <w:t>:Acts 20:26]]</w:t>
      </w:r>
      <w:r w:rsidRPr="000767E2">
        <w:rPr>
          <w:vertAlign w:val="superscript"/>
          <w:lang w:val="sv-SE"/>
        </w:rPr>
        <w:t>26</w:t>
      </w:r>
      <w:r w:rsidRPr="000767E2">
        <w:rPr>
          <w:lang w:val="sv-SE"/>
        </w:rPr>
        <w:t xml:space="preserve"> {{field-on:bible}}Därför vittnar jag för er på dagen idag att jag är ren från allas blod.{{field-off:bible}} [[@</w:t>
      </w:r>
      <w:r w:rsidR="0096445B" w:rsidRPr="000767E2">
        <w:rPr>
          <w:lang w:val="sv-SE"/>
        </w:rPr>
        <w:t>BibleBIBEL82</w:t>
      </w:r>
      <w:r w:rsidRPr="000767E2">
        <w:rPr>
          <w:lang w:val="sv-SE"/>
        </w:rPr>
        <w:t>:Acts 20:27]]</w:t>
      </w:r>
      <w:r w:rsidRPr="000767E2">
        <w:rPr>
          <w:vertAlign w:val="superscript"/>
          <w:lang w:val="sv-SE"/>
        </w:rPr>
        <w:t>27</w:t>
      </w:r>
      <w:r w:rsidRPr="000767E2">
        <w:rPr>
          <w:lang w:val="sv-SE"/>
        </w:rPr>
        <w:t xml:space="preserve"> {{field-on:bible}}För jag har inte skyggat så att jag inte delgett er hela Guds plan.{{field-off:bible}}</w:t>
      </w:r>
    </w:p>
    <w:p w14:paraId="422DA631" w14:textId="52250404"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20:28]]</w:t>
      </w:r>
      <w:r w:rsidRPr="000767E2">
        <w:rPr>
          <w:vertAlign w:val="superscript"/>
          <w:lang w:val="sv-SE"/>
        </w:rPr>
        <w:t>28</w:t>
      </w:r>
      <w:r w:rsidRPr="000767E2">
        <w:rPr>
          <w:lang w:val="sv-SE"/>
        </w:rPr>
        <w:t xml:space="preserve"> {{field-on:bible}}Akta er själva och hela den hjord i vilken den heliga Anden har satt er </w:t>
      </w:r>
      <w:r w:rsidRPr="000767E2">
        <w:rPr>
          <w:i/>
          <w:lang w:val="sv-SE"/>
        </w:rPr>
        <w:t>som</w:t>
      </w:r>
      <w:r w:rsidRPr="000767E2">
        <w:rPr>
          <w:lang w:val="sv-SE"/>
        </w:rPr>
        <w:t xml:space="preserve"> tillsyningsmän, </w:t>
      </w:r>
      <w:r w:rsidRPr="000767E2">
        <w:rPr>
          <w:i/>
          <w:lang w:val="sv-SE"/>
        </w:rPr>
        <w:t>till</w:t>
      </w:r>
      <w:r w:rsidRPr="000767E2">
        <w:rPr>
          <w:lang w:val="sv-SE"/>
        </w:rPr>
        <w:t xml:space="preserve"> att vara herdar för Guds församling som han har förvärvat genom </w:t>
      </w:r>
      <w:r w:rsidRPr="000767E2">
        <w:rPr>
          <w:i/>
          <w:lang w:val="sv-SE"/>
        </w:rPr>
        <w:t>sitt</w:t>
      </w:r>
      <w:r w:rsidRPr="000767E2">
        <w:rPr>
          <w:lang w:val="sv-SE"/>
        </w:rPr>
        <w:t xml:space="preserve"> eget blod.{{field-off:bible}} [[@</w:t>
      </w:r>
      <w:r w:rsidR="0096445B" w:rsidRPr="000767E2">
        <w:rPr>
          <w:lang w:val="sv-SE"/>
        </w:rPr>
        <w:t>BibleBIBEL82</w:t>
      </w:r>
      <w:r w:rsidRPr="000767E2">
        <w:rPr>
          <w:lang w:val="sv-SE"/>
        </w:rPr>
        <w:t>:Acts 20:29]]</w:t>
      </w:r>
      <w:r w:rsidRPr="000767E2">
        <w:rPr>
          <w:vertAlign w:val="superscript"/>
          <w:lang w:val="sv-SE"/>
        </w:rPr>
        <w:t>29</w:t>
      </w:r>
      <w:r w:rsidRPr="000767E2">
        <w:rPr>
          <w:lang w:val="sv-SE"/>
        </w:rPr>
        <w:t xml:space="preserve"> {{field-on:bible}}Jag vet att </w:t>
      </w:r>
      <w:r w:rsidRPr="000767E2">
        <w:rPr>
          <w:i/>
          <w:lang w:val="sv-SE"/>
        </w:rPr>
        <w:t>det</w:t>
      </w:r>
      <w:r w:rsidRPr="000767E2">
        <w:rPr>
          <w:lang w:val="sv-SE"/>
        </w:rPr>
        <w:t xml:space="preserve"> efter min avfärd ska komma in tunga vargar till er som inte skonar hjorden.{{field-off:bible}} [[@</w:t>
      </w:r>
      <w:r w:rsidR="0096445B" w:rsidRPr="000767E2">
        <w:rPr>
          <w:lang w:val="sv-SE"/>
        </w:rPr>
        <w:t>BibleBIBEL82</w:t>
      </w:r>
      <w:r w:rsidRPr="000767E2">
        <w:rPr>
          <w:lang w:val="sv-SE"/>
        </w:rPr>
        <w:t>:Acts 20:30]]</w:t>
      </w:r>
      <w:r w:rsidRPr="000767E2">
        <w:rPr>
          <w:vertAlign w:val="superscript"/>
          <w:lang w:val="sv-SE"/>
        </w:rPr>
        <w:t>30</w:t>
      </w:r>
      <w:r w:rsidRPr="000767E2">
        <w:rPr>
          <w:lang w:val="sv-SE"/>
        </w:rPr>
        <w:t xml:space="preserve"> {{field-on:bible}}Och från er själva ska det uppstå män som talar förvridna </w:t>
      </w:r>
      <w:r w:rsidRPr="000767E2">
        <w:rPr>
          <w:i/>
          <w:lang w:val="sv-SE"/>
        </w:rPr>
        <w:t>ting</w:t>
      </w:r>
      <w:r w:rsidRPr="000767E2">
        <w:rPr>
          <w:lang w:val="sv-SE"/>
        </w:rPr>
        <w:t xml:space="preserve"> för att dra bort lärjungarna efter dem.{{field-off:bible}} [[@</w:t>
      </w:r>
      <w:r w:rsidR="0096445B" w:rsidRPr="000767E2">
        <w:rPr>
          <w:lang w:val="sv-SE"/>
        </w:rPr>
        <w:t>BibleBIBEL82</w:t>
      </w:r>
      <w:r w:rsidRPr="000767E2">
        <w:rPr>
          <w:lang w:val="sv-SE"/>
        </w:rPr>
        <w:t>:Acts 20:31]]</w:t>
      </w:r>
      <w:r w:rsidRPr="000767E2">
        <w:rPr>
          <w:vertAlign w:val="superscript"/>
          <w:lang w:val="sv-SE"/>
        </w:rPr>
        <w:t>31</w:t>
      </w:r>
      <w:r w:rsidRPr="000767E2">
        <w:rPr>
          <w:lang w:val="sv-SE"/>
        </w:rPr>
        <w:t xml:space="preserve"> {{field-on:bible}}Var därför vakna och minns att i tre år, natt och dag, har jag inte slutat att med tårar förmana var och en.{{field-off:bible}}</w:t>
      </w:r>
    </w:p>
    <w:p w14:paraId="6C4D7047" w14:textId="14DDC7EA" w:rsidR="00BA33AB" w:rsidRPr="000767E2" w:rsidRDefault="00000000">
      <w:pPr>
        <w:rPr>
          <w:lang w:val="sv-SE"/>
        </w:rPr>
      </w:pPr>
      <w:r w:rsidRPr="000767E2">
        <w:rPr>
          <w:lang w:val="sv-SE"/>
        </w:rPr>
        <w:t>[[@</w:t>
      </w:r>
      <w:r w:rsidR="0096445B" w:rsidRPr="000767E2">
        <w:rPr>
          <w:lang w:val="sv-SE"/>
        </w:rPr>
        <w:t>BibleBIBEL82</w:t>
      </w:r>
      <w:r w:rsidRPr="000767E2">
        <w:rPr>
          <w:lang w:val="sv-SE"/>
        </w:rPr>
        <w:t>:Acts 20:32]]</w:t>
      </w:r>
      <w:r w:rsidRPr="000767E2">
        <w:rPr>
          <w:vertAlign w:val="superscript"/>
          <w:lang w:val="sv-SE"/>
        </w:rPr>
        <w:t>32</w:t>
      </w:r>
      <w:r w:rsidRPr="000767E2">
        <w:rPr>
          <w:lang w:val="sv-SE"/>
        </w:rPr>
        <w:t xml:space="preserve"> {{field-on:bible}}Och nu överbringar jag er åt Gud och hans nåds ord, som kan bygga upp och ge arvet bland alla de helgade.{{field-off:bible}} [[@</w:t>
      </w:r>
      <w:r w:rsidR="0096445B" w:rsidRPr="000767E2">
        <w:rPr>
          <w:lang w:val="sv-SE"/>
        </w:rPr>
        <w:t>BibleBIBEL82</w:t>
      </w:r>
      <w:r w:rsidRPr="000767E2">
        <w:rPr>
          <w:lang w:val="sv-SE"/>
        </w:rPr>
        <w:t>:Acts 20:33]]</w:t>
      </w:r>
      <w:r w:rsidRPr="000767E2">
        <w:rPr>
          <w:vertAlign w:val="superscript"/>
          <w:lang w:val="sv-SE"/>
        </w:rPr>
        <w:t>33</w:t>
      </w:r>
      <w:r w:rsidRPr="000767E2">
        <w:rPr>
          <w:lang w:val="sv-SE"/>
        </w:rPr>
        <w:t xml:space="preserve"> {{field-on:bible}}Ingens silver eller guld eller klädnad har jag åtrått.{{field-off:bible}} [[@</w:t>
      </w:r>
      <w:r w:rsidR="0096445B" w:rsidRPr="000767E2">
        <w:rPr>
          <w:lang w:val="sv-SE"/>
        </w:rPr>
        <w:t>BibleBIBEL82</w:t>
      </w:r>
      <w:r w:rsidRPr="000767E2">
        <w:rPr>
          <w:lang w:val="sv-SE"/>
        </w:rPr>
        <w:t>:Acts 20:34]]</w:t>
      </w:r>
      <w:r w:rsidRPr="000767E2">
        <w:rPr>
          <w:vertAlign w:val="superscript"/>
          <w:lang w:val="sv-SE"/>
        </w:rPr>
        <w:t>34</w:t>
      </w:r>
      <w:r w:rsidRPr="000767E2">
        <w:rPr>
          <w:lang w:val="sv-SE"/>
        </w:rPr>
        <w:t xml:space="preserve"> {{field-on:bible}}Själva vet ni att för mina behov, och för dem som var med mig, har dessa händer undertjänat.{{field-off:bible}} [[@</w:t>
      </w:r>
      <w:r w:rsidR="0096445B" w:rsidRPr="000767E2">
        <w:rPr>
          <w:lang w:val="sv-SE"/>
        </w:rPr>
        <w:t>BibleBIBEL82</w:t>
      </w:r>
      <w:r w:rsidRPr="000767E2">
        <w:rPr>
          <w:lang w:val="sv-SE"/>
        </w:rPr>
        <w:t>:Acts 20:35]]</w:t>
      </w:r>
      <w:r w:rsidRPr="000767E2">
        <w:rPr>
          <w:vertAlign w:val="superscript"/>
          <w:lang w:val="sv-SE"/>
        </w:rPr>
        <w:t>35</w:t>
      </w:r>
      <w:r w:rsidRPr="000767E2">
        <w:rPr>
          <w:lang w:val="sv-SE"/>
        </w:rPr>
        <w:t xml:space="preserve"> {{field-on:bible}}</w:t>
      </w:r>
      <w:r w:rsidRPr="000767E2">
        <w:rPr>
          <w:i/>
          <w:lang w:val="sv-SE"/>
        </w:rPr>
        <w:t>I</w:t>
      </w:r>
      <w:r w:rsidRPr="000767E2">
        <w:rPr>
          <w:lang w:val="sv-SE"/>
        </w:rPr>
        <w:t xml:space="preserve"> allt har jag visat er att man slitande så måste ta sig an de svaga och minnas Herren Jesu ord, att han själv har sagt: Saligt är att hellre ge än ta.”{{field-off:bible}}</w:t>
      </w:r>
    </w:p>
    <w:p w14:paraId="71D942C2" w14:textId="26333A75" w:rsidR="00BA33AB" w:rsidRPr="000767E2" w:rsidRDefault="00000000">
      <w:pPr>
        <w:rPr>
          <w:lang w:val="sv-SE"/>
        </w:rPr>
      </w:pPr>
      <w:r w:rsidRPr="000767E2">
        <w:rPr>
          <w:lang w:val="sv-SE"/>
        </w:rPr>
        <w:t>[[@</w:t>
      </w:r>
      <w:r w:rsidR="0096445B" w:rsidRPr="000767E2">
        <w:rPr>
          <w:lang w:val="sv-SE"/>
        </w:rPr>
        <w:t>BibleBIBEL82</w:t>
      </w:r>
      <w:r w:rsidRPr="000767E2">
        <w:rPr>
          <w:lang w:val="sv-SE"/>
        </w:rPr>
        <w:t>:Acts 20:36]]</w:t>
      </w:r>
      <w:r w:rsidRPr="000767E2">
        <w:rPr>
          <w:vertAlign w:val="superscript"/>
          <w:lang w:val="sv-SE"/>
        </w:rPr>
        <w:t>36</w:t>
      </w:r>
      <w:r w:rsidRPr="000767E2">
        <w:rPr>
          <w:lang w:val="sv-SE"/>
        </w:rPr>
        <w:t xml:space="preserve"> {{field-on:bible}}Och sedan han sagt detta, satte han </w:t>
      </w:r>
      <w:r w:rsidRPr="000767E2">
        <w:rPr>
          <w:i/>
          <w:lang w:val="sv-SE"/>
        </w:rPr>
        <w:t>ner</w:t>
      </w:r>
      <w:r w:rsidRPr="000767E2">
        <w:rPr>
          <w:lang w:val="sv-SE"/>
        </w:rPr>
        <w:t xml:space="preserve"> sina knän med dem alla och bad.{{field-off:bible}} [[@</w:t>
      </w:r>
      <w:r w:rsidR="0096445B" w:rsidRPr="000767E2">
        <w:rPr>
          <w:lang w:val="sv-SE"/>
        </w:rPr>
        <w:t>BibleBIBEL82</w:t>
      </w:r>
      <w:r w:rsidRPr="000767E2">
        <w:rPr>
          <w:lang w:val="sv-SE"/>
        </w:rPr>
        <w:t>:Acts 20:37]]</w:t>
      </w:r>
      <w:r w:rsidRPr="000767E2">
        <w:rPr>
          <w:vertAlign w:val="superscript"/>
          <w:lang w:val="sv-SE"/>
        </w:rPr>
        <w:t>37</w:t>
      </w:r>
      <w:r w:rsidRPr="000767E2">
        <w:rPr>
          <w:lang w:val="sv-SE"/>
        </w:rPr>
        <w:t xml:space="preserve"> {{field-on:bible}}Och avsevärd gråt blev det hos alla, och de föll om halsen på Paulus och kysste honom ömt,{{field-off:bible}} [[@</w:t>
      </w:r>
      <w:r w:rsidR="0096445B" w:rsidRPr="000767E2">
        <w:rPr>
          <w:lang w:val="sv-SE"/>
        </w:rPr>
        <w:t>BibleBIBEL82</w:t>
      </w:r>
      <w:r w:rsidRPr="000767E2">
        <w:rPr>
          <w:lang w:val="sv-SE"/>
        </w:rPr>
        <w:t>:Acts 20:38]]</w:t>
      </w:r>
      <w:r w:rsidRPr="000767E2">
        <w:rPr>
          <w:vertAlign w:val="superscript"/>
          <w:lang w:val="sv-SE"/>
        </w:rPr>
        <w:t>38</w:t>
      </w:r>
      <w:r w:rsidRPr="000767E2">
        <w:rPr>
          <w:lang w:val="sv-SE"/>
        </w:rPr>
        <w:t xml:space="preserve"> {{field-on:bible}}medan de våndades särskilt över ordet som han hade sagt: att de aldrig mer kommer att skåda hans ansikte. Och de hjälpte honom iväg till skeppet.{{field-off:bible}}</w:t>
      </w:r>
    </w:p>
    <w:p w14:paraId="36E30D21" w14:textId="0BDFDAF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21]]Kapitel 21</w:t>
      </w:r>
    </w:p>
    <w:p w14:paraId="3F7B802F" w14:textId="77777777" w:rsidR="00BA33AB" w:rsidRPr="000767E2" w:rsidRDefault="00000000">
      <w:pPr>
        <w:pStyle w:val="Rubrik3"/>
        <w:rPr>
          <w:lang w:val="sv-SE"/>
        </w:rPr>
      </w:pPr>
      <w:r w:rsidRPr="000767E2">
        <w:rPr>
          <w:lang w:val="sv-SE"/>
        </w:rPr>
        <w:t>Resan till Jerusalem</w:t>
      </w:r>
    </w:p>
    <w:p w14:paraId="7FF152B4" w14:textId="3FD46C50" w:rsidR="00BA33AB" w:rsidRPr="000767E2" w:rsidRDefault="00000000">
      <w:pPr>
        <w:rPr>
          <w:lang w:val="sv-SE"/>
        </w:rPr>
      </w:pPr>
      <w:r w:rsidRPr="000767E2">
        <w:rPr>
          <w:lang w:val="sv-SE"/>
        </w:rPr>
        <w:t>[[@</w:t>
      </w:r>
      <w:r w:rsidR="0096445B" w:rsidRPr="000767E2">
        <w:rPr>
          <w:lang w:val="sv-SE"/>
        </w:rPr>
        <w:t>BibleBIBEL82</w:t>
      </w:r>
      <w:r w:rsidRPr="000767E2">
        <w:rPr>
          <w:lang w:val="sv-SE"/>
        </w:rPr>
        <w:t>:Acts 21:1]]</w:t>
      </w:r>
      <w:r w:rsidRPr="000767E2">
        <w:rPr>
          <w:vertAlign w:val="superscript"/>
          <w:lang w:val="sv-SE"/>
        </w:rPr>
        <w:t>1</w:t>
      </w:r>
      <w:r w:rsidRPr="000767E2">
        <w:rPr>
          <w:lang w:val="sv-SE"/>
        </w:rPr>
        <w:t xml:space="preserve"> {{field-on:bible}}Och när det hände sig att vi hade lagt ut och dragit bort från dem, löpte vi rakt och kom till Kos, och nästa </w:t>
      </w:r>
      <w:r w:rsidRPr="000767E2">
        <w:rPr>
          <w:i/>
          <w:lang w:val="sv-SE"/>
        </w:rPr>
        <w:t>dag</w:t>
      </w:r>
      <w:r w:rsidRPr="000767E2">
        <w:rPr>
          <w:lang w:val="sv-SE"/>
        </w:rPr>
        <w:t xml:space="preserve"> till Rhodos och därifrån till Patara.{{field-off:bible}} [[@</w:t>
      </w:r>
      <w:r w:rsidR="0096445B" w:rsidRPr="000767E2">
        <w:rPr>
          <w:lang w:val="sv-SE"/>
        </w:rPr>
        <w:t>BibleBIBEL82</w:t>
      </w:r>
      <w:r w:rsidRPr="000767E2">
        <w:rPr>
          <w:lang w:val="sv-SE"/>
        </w:rPr>
        <w:t>:Acts 21:2]]</w:t>
      </w:r>
      <w:r w:rsidRPr="000767E2">
        <w:rPr>
          <w:vertAlign w:val="superscript"/>
          <w:lang w:val="sv-SE"/>
        </w:rPr>
        <w:t>2</w:t>
      </w:r>
      <w:r w:rsidRPr="000767E2">
        <w:rPr>
          <w:lang w:val="sv-SE"/>
        </w:rPr>
        <w:t xml:space="preserve"> {{field-on:bible}}Och vi fann ett skepp som for över till Fenicien, gick på och lade ut.{{field-off:bible}} [[@</w:t>
      </w:r>
      <w:r w:rsidR="0096445B" w:rsidRPr="000767E2">
        <w:rPr>
          <w:lang w:val="sv-SE"/>
        </w:rPr>
        <w:t>BibleBIBEL82</w:t>
      </w:r>
      <w:r w:rsidRPr="000767E2">
        <w:rPr>
          <w:lang w:val="sv-SE"/>
        </w:rPr>
        <w:t>:Acts 21:3]]</w:t>
      </w:r>
      <w:r w:rsidRPr="000767E2">
        <w:rPr>
          <w:vertAlign w:val="superscript"/>
          <w:lang w:val="sv-SE"/>
        </w:rPr>
        <w:t>3</w:t>
      </w:r>
      <w:r w:rsidRPr="000767E2">
        <w:rPr>
          <w:lang w:val="sv-SE"/>
        </w:rPr>
        <w:t xml:space="preserve"> {{field-on:bible}}Och vi skönjde Cypern och lämnade det till vänster, och seglade till Syrien och kom ner till Tyros, för dit </w:t>
      </w:r>
      <w:r w:rsidRPr="000767E2">
        <w:rPr>
          <w:i/>
          <w:lang w:val="sv-SE"/>
        </w:rPr>
        <w:t>skulle</w:t>
      </w:r>
      <w:r w:rsidRPr="000767E2">
        <w:rPr>
          <w:lang w:val="sv-SE"/>
        </w:rPr>
        <w:t xml:space="preserve"> skeppet och lasta av lasten.{{field-off:bible}}</w:t>
      </w:r>
    </w:p>
    <w:p w14:paraId="67FEB61B" w14:textId="31DFE195" w:rsidR="00BA33AB" w:rsidRPr="000767E2" w:rsidRDefault="00000000">
      <w:pPr>
        <w:rPr>
          <w:lang w:val="sv-SE"/>
        </w:rPr>
      </w:pPr>
      <w:r w:rsidRPr="000767E2">
        <w:rPr>
          <w:lang w:val="sv-SE"/>
        </w:rPr>
        <w:t>[[@</w:t>
      </w:r>
      <w:r w:rsidR="0096445B" w:rsidRPr="000767E2">
        <w:rPr>
          <w:lang w:val="sv-SE"/>
        </w:rPr>
        <w:t>BibleBIBEL82</w:t>
      </w:r>
      <w:r w:rsidRPr="000767E2">
        <w:rPr>
          <w:lang w:val="sv-SE"/>
        </w:rPr>
        <w:t>:Acts 21:4]]</w:t>
      </w:r>
      <w:r w:rsidRPr="000767E2">
        <w:rPr>
          <w:vertAlign w:val="superscript"/>
          <w:lang w:val="sv-SE"/>
        </w:rPr>
        <w:t>4</w:t>
      </w:r>
      <w:r w:rsidRPr="000767E2">
        <w:rPr>
          <w:lang w:val="sv-SE"/>
        </w:rPr>
        <w:t xml:space="preserve"> {{field-on:bible}}Och vi sökte upp lärjungarna och var kvar där sju dagar. De sade till Paulus genom Anden att inte gå på till Jerusalem.{{field-off:bible}} [[@</w:t>
      </w:r>
      <w:r w:rsidR="0096445B" w:rsidRPr="000767E2">
        <w:rPr>
          <w:lang w:val="sv-SE"/>
        </w:rPr>
        <w:t>BibleBIBEL82</w:t>
      </w:r>
      <w:r w:rsidRPr="000767E2">
        <w:rPr>
          <w:lang w:val="sv-SE"/>
        </w:rPr>
        <w:t>:Acts 21:5]]</w:t>
      </w:r>
      <w:r w:rsidRPr="000767E2">
        <w:rPr>
          <w:vertAlign w:val="superscript"/>
          <w:lang w:val="sv-SE"/>
        </w:rPr>
        <w:t>5</w:t>
      </w:r>
      <w:r w:rsidRPr="000767E2">
        <w:rPr>
          <w:lang w:val="sv-SE"/>
        </w:rPr>
        <w:t xml:space="preserve"> {{field-on:bible}}Men när det hände sig att vi var fullt färdiga med dagarna, gick vi ut och </w:t>
      </w:r>
      <w:r w:rsidRPr="000767E2">
        <w:rPr>
          <w:i/>
          <w:lang w:val="sv-SE"/>
        </w:rPr>
        <w:t>började</w:t>
      </w:r>
      <w:r w:rsidRPr="000767E2">
        <w:rPr>
          <w:lang w:val="sv-SE"/>
        </w:rPr>
        <w:t xml:space="preserve"> resa medan alla hjälpte oss iväg, med kvinnor och barn, fram till utanför staden. Och vi satte </w:t>
      </w:r>
      <w:r w:rsidRPr="000767E2">
        <w:rPr>
          <w:i/>
          <w:lang w:val="sv-SE"/>
        </w:rPr>
        <w:t>ner</w:t>
      </w:r>
      <w:r w:rsidRPr="000767E2">
        <w:rPr>
          <w:lang w:val="sv-SE"/>
        </w:rPr>
        <w:t xml:space="preserve"> knäna på stranden, bad{{field-off:bible}} [[@</w:t>
      </w:r>
      <w:r w:rsidR="0096445B" w:rsidRPr="000767E2">
        <w:rPr>
          <w:lang w:val="sv-SE"/>
        </w:rPr>
        <w:t>BibleBIBEL82</w:t>
      </w:r>
      <w:r w:rsidRPr="000767E2">
        <w:rPr>
          <w:lang w:val="sv-SE"/>
        </w:rPr>
        <w:t>:Acts 21:6]]</w:t>
      </w:r>
      <w:r w:rsidRPr="000767E2">
        <w:rPr>
          <w:vertAlign w:val="superscript"/>
          <w:lang w:val="sv-SE"/>
        </w:rPr>
        <w:t>6</w:t>
      </w:r>
      <w:r w:rsidRPr="000767E2">
        <w:rPr>
          <w:lang w:val="sv-SE"/>
        </w:rPr>
        <w:t xml:space="preserve"> {{field-on:bible}}och hälsade farväl till varandra. Och vi steg upp i skeppet, och dessa återvände till sitt.{{field-off:bible}}</w:t>
      </w:r>
    </w:p>
    <w:p w14:paraId="319D073F" w14:textId="247BB1C9" w:rsidR="00BA33AB" w:rsidRPr="000767E2" w:rsidRDefault="00000000">
      <w:pPr>
        <w:rPr>
          <w:lang w:val="sv-SE"/>
        </w:rPr>
      </w:pPr>
      <w:r w:rsidRPr="000767E2">
        <w:rPr>
          <w:lang w:val="sv-SE"/>
        </w:rPr>
        <w:t>[[@</w:t>
      </w:r>
      <w:r w:rsidR="0096445B" w:rsidRPr="000767E2">
        <w:rPr>
          <w:lang w:val="sv-SE"/>
        </w:rPr>
        <w:t>BibleBIBEL82</w:t>
      </w:r>
      <w:r w:rsidRPr="000767E2">
        <w:rPr>
          <w:lang w:val="sv-SE"/>
        </w:rPr>
        <w:t>:Acts 21:7]]</w:t>
      </w:r>
      <w:r w:rsidRPr="000767E2">
        <w:rPr>
          <w:vertAlign w:val="superscript"/>
          <w:lang w:val="sv-SE"/>
        </w:rPr>
        <w:t>7</w:t>
      </w:r>
      <w:r w:rsidRPr="000767E2">
        <w:rPr>
          <w:lang w:val="sv-SE"/>
        </w:rPr>
        <w:t xml:space="preserve"> {{field-on:bible}}Men vi slutförde seglingen från Tyros och nådde fram till Ptolemais, och vi hälsade på syskonen och blev kvar en dag hos dem.{{field-</w:t>
      </w:r>
      <w:r w:rsidRPr="000767E2">
        <w:rPr>
          <w:lang w:val="sv-SE"/>
        </w:rPr>
        <w:lastRenderedPageBreak/>
        <w:t>off:bible}} [[@</w:t>
      </w:r>
      <w:r w:rsidR="0096445B" w:rsidRPr="000767E2">
        <w:rPr>
          <w:lang w:val="sv-SE"/>
        </w:rPr>
        <w:t>BibleBIBEL82</w:t>
      </w:r>
      <w:r w:rsidRPr="000767E2">
        <w:rPr>
          <w:lang w:val="sv-SE"/>
        </w:rPr>
        <w:t>:Acts 21:8]]</w:t>
      </w:r>
      <w:r w:rsidRPr="000767E2">
        <w:rPr>
          <w:vertAlign w:val="superscript"/>
          <w:lang w:val="sv-SE"/>
        </w:rPr>
        <w:t>8</w:t>
      </w:r>
      <w:r w:rsidRPr="000767E2">
        <w:rPr>
          <w:lang w:val="sv-SE"/>
        </w:rPr>
        <w:t xml:space="preserve"> {{field-on:bible}}Och dagen därpå gick vi ut och kom till Caesarea. Och vi gick in i huset hos Filippos evangelisten, som var </w:t>
      </w:r>
      <w:r w:rsidRPr="000767E2">
        <w:rPr>
          <w:i/>
          <w:lang w:val="sv-SE"/>
        </w:rPr>
        <w:t>en</w:t>
      </w:r>
      <w:r w:rsidRPr="000767E2">
        <w:rPr>
          <w:lang w:val="sv-SE"/>
        </w:rPr>
        <w:t xml:space="preserve"> av de sju, och blev kvar hos honom.{{field-off:bible}} [[@</w:t>
      </w:r>
      <w:r w:rsidR="0096445B" w:rsidRPr="000767E2">
        <w:rPr>
          <w:lang w:val="sv-SE"/>
        </w:rPr>
        <w:t>BibleBIBEL82</w:t>
      </w:r>
      <w:r w:rsidRPr="000767E2">
        <w:rPr>
          <w:lang w:val="sv-SE"/>
        </w:rPr>
        <w:t>:Acts 21:9]]</w:t>
      </w:r>
      <w:r w:rsidRPr="000767E2">
        <w:rPr>
          <w:vertAlign w:val="superscript"/>
          <w:lang w:val="sv-SE"/>
        </w:rPr>
        <w:t>9</w:t>
      </w:r>
      <w:r w:rsidRPr="000767E2">
        <w:rPr>
          <w:lang w:val="sv-SE"/>
        </w:rPr>
        <w:t xml:space="preserve"> {{field-on:bible}}Och denne </w:t>
      </w:r>
      <w:r w:rsidRPr="000767E2">
        <w:rPr>
          <w:i/>
          <w:lang w:val="sv-SE"/>
        </w:rPr>
        <w:t>hade</w:t>
      </w:r>
      <w:r w:rsidRPr="000767E2">
        <w:rPr>
          <w:lang w:val="sv-SE"/>
        </w:rPr>
        <w:t xml:space="preserve"> fyra döttrar, jungfrur som profeterade.{{field-off:bible}}</w:t>
      </w:r>
    </w:p>
    <w:p w14:paraId="702BC2C4" w14:textId="17860207" w:rsidR="00BA33AB" w:rsidRPr="000767E2" w:rsidRDefault="00000000">
      <w:pPr>
        <w:rPr>
          <w:lang w:val="sv-SE"/>
        </w:rPr>
      </w:pPr>
      <w:r w:rsidRPr="000767E2">
        <w:rPr>
          <w:lang w:val="sv-SE"/>
        </w:rPr>
        <w:t>[[@</w:t>
      </w:r>
      <w:r w:rsidR="0096445B" w:rsidRPr="000767E2">
        <w:rPr>
          <w:lang w:val="sv-SE"/>
        </w:rPr>
        <w:t>BibleBIBEL82</w:t>
      </w:r>
      <w:r w:rsidRPr="000767E2">
        <w:rPr>
          <w:lang w:val="sv-SE"/>
        </w:rPr>
        <w:t>:Acts 21:10]]</w:t>
      </w:r>
      <w:r w:rsidRPr="000767E2">
        <w:rPr>
          <w:vertAlign w:val="superscript"/>
          <w:lang w:val="sv-SE"/>
        </w:rPr>
        <w:t>10</w:t>
      </w:r>
      <w:r w:rsidRPr="000767E2">
        <w:rPr>
          <w:lang w:val="sv-SE"/>
        </w:rPr>
        <w:t xml:space="preserve"> {{field-on:bible}}Men när vi hade varit kvar i flera dagar kom det ner en från Judeen, en profet vid namn Agabos.{{field-off:bible}} [[@</w:t>
      </w:r>
      <w:r w:rsidR="0096445B" w:rsidRPr="000767E2">
        <w:rPr>
          <w:lang w:val="sv-SE"/>
        </w:rPr>
        <w:t>BibleBIBEL82</w:t>
      </w:r>
      <w:r w:rsidRPr="000767E2">
        <w:rPr>
          <w:lang w:val="sv-SE"/>
        </w:rPr>
        <w:t>:Acts 21:11]]</w:t>
      </w:r>
      <w:r w:rsidRPr="000767E2">
        <w:rPr>
          <w:vertAlign w:val="superscript"/>
          <w:lang w:val="sv-SE"/>
        </w:rPr>
        <w:t>11</w:t>
      </w:r>
      <w:r w:rsidRPr="000767E2">
        <w:rPr>
          <w:lang w:val="sv-SE"/>
        </w:rPr>
        <w:t xml:space="preserve"> {{field-on:bible}}Och han kom till oss och tog Paulus bälte, band sina egna fötter och händer och sade: ”Detta säger den heliga Anden: Den man vars bälte detta är ska judarna i Jerusalem så binda och utlämna i folkslags händer.”{{field-off:bible}} [[@</w:t>
      </w:r>
      <w:r w:rsidR="0096445B" w:rsidRPr="000767E2">
        <w:rPr>
          <w:lang w:val="sv-SE"/>
        </w:rPr>
        <w:t>BibleBIBEL82</w:t>
      </w:r>
      <w:r w:rsidRPr="000767E2">
        <w:rPr>
          <w:lang w:val="sv-SE"/>
        </w:rPr>
        <w:t>:Acts 21:12]]</w:t>
      </w:r>
      <w:r w:rsidRPr="000767E2">
        <w:rPr>
          <w:vertAlign w:val="superscript"/>
          <w:lang w:val="sv-SE"/>
        </w:rPr>
        <w:t>12</w:t>
      </w:r>
      <w:r w:rsidRPr="000767E2">
        <w:rPr>
          <w:lang w:val="sv-SE"/>
        </w:rPr>
        <w:t xml:space="preserve"> {{field-on:bible}}Och när vi hörde detta, vädjade både vi och de lokala att han inte </w:t>
      </w:r>
      <w:r w:rsidRPr="000767E2">
        <w:rPr>
          <w:i/>
          <w:lang w:val="sv-SE"/>
        </w:rPr>
        <w:t>skulle</w:t>
      </w:r>
      <w:r w:rsidRPr="000767E2">
        <w:rPr>
          <w:lang w:val="sv-SE"/>
        </w:rPr>
        <w:t xml:space="preserve"> gå upp till Jerusalem.{{field-off:bible}} [[@</w:t>
      </w:r>
      <w:r w:rsidR="0096445B" w:rsidRPr="000767E2">
        <w:rPr>
          <w:lang w:val="sv-SE"/>
        </w:rPr>
        <w:t>BibleBIBEL82</w:t>
      </w:r>
      <w:r w:rsidRPr="000767E2">
        <w:rPr>
          <w:lang w:val="sv-SE"/>
        </w:rPr>
        <w:t>:Acts 21:13]]</w:t>
      </w:r>
      <w:r w:rsidRPr="000767E2">
        <w:rPr>
          <w:vertAlign w:val="superscript"/>
          <w:lang w:val="sv-SE"/>
        </w:rPr>
        <w:t>13</w:t>
      </w:r>
      <w:r w:rsidRPr="000767E2">
        <w:rPr>
          <w:lang w:val="sv-SE"/>
        </w:rPr>
        <w:t xml:space="preserve"> {{field-on:bible}}Då svarade Paulus: ”Vad gör ni, gråter och förkrossar mitt hjärta? För jag har </w:t>
      </w:r>
      <w:r w:rsidRPr="000767E2">
        <w:rPr>
          <w:i/>
          <w:lang w:val="sv-SE"/>
        </w:rPr>
        <w:t>det</w:t>
      </w:r>
      <w:r w:rsidRPr="000767E2">
        <w:rPr>
          <w:lang w:val="sv-SE"/>
        </w:rPr>
        <w:t xml:space="preserve"> berett att inte bara bindas, utan också dö i Jerusalem för Herren Jesu namn.”{{field-off:bible}} [[@</w:t>
      </w:r>
      <w:r w:rsidR="0096445B" w:rsidRPr="000767E2">
        <w:rPr>
          <w:lang w:val="sv-SE"/>
        </w:rPr>
        <w:t>BibleBIBEL82</w:t>
      </w:r>
      <w:r w:rsidRPr="000767E2">
        <w:rPr>
          <w:lang w:val="sv-SE"/>
        </w:rPr>
        <w:t>:Acts 21:14]]</w:t>
      </w:r>
      <w:r w:rsidRPr="000767E2">
        <w:rPr>
          <w:vertAlign w:val="superscript"/>
          <w:lang w:val="sv-SE"/>
        </w:rPr>
        <w:t>14</w:t>
      </w:r>
      <w:r w:rsidRPr="000767E2">
        <w:rPr>
          <w:lang w:val="sv-SE"/>
        </w:rPr>
        <w:t xml:space="preserve"> {{field-on:bible}}Och när han inte </w:t>
      </w:r>
      <w:r w:rsidRPr="000767E2">
        <w:rPr>
          <w:i/>
          <w:lang w:val="sv-SE"/>
        </w:rPr>
        <w:t>lät sig</w:t>
      </w:r>
      <w:r w:rsidRPr="000767E2">
        <w:rPr>
          <w:lang w:val="sv-SE"/>
        </w:rPr>
        <w:t xml:space="preserve"> övertygas, höll vi oss stilla och sade: ”Herrens vilja må ske.”{{field-off:bible}}</w:t>
      </w:r>
    </w:p>
    <w:p w14:paraId="59DBD2F6" w14:textId="49C6D1E7" w:rsidR="00BA33AB" w:rsidRPr="000767E2" w:rsidRDefault="00000000">
      <w:pPr>
        <w:rPr>
          <w:lang w:val="sv-SE"/>
        </w:rPr>
      </w:pPr>
      <w:r w:rsidRPr="000767E2">
        <w:rPr>
          <w:lang w:val="sv-SE"/>
        </w:rPr>
        <w:t>[[@</w:t>
      </w:r>
      <w:r w:rsidR="0096445B" w:rsidRPr="000767E2">
        <w:rPr>
          <w:lang w:val="sv-SE"/>
        </w:rPr>
        <w:t>BibleBIBEL82</w:t>
      </w:r>
      <w:r w:rsidRPr="000767E2">
        <w:rPr>
          <w:lang w:val="sv-SE"/>
        </w:rPr>
        <w:t>:Acts 21:15]]</w:t>
      </w:r>
      <w:r w:rsidRPr="000767E2">
        <w:rPr>
          <w:vertAlign w:val="superscript"/>
          <w:lang w:val="sv-SE"/>
        </w:rPr>
        <w:t>15</w:t>
      </w:r>
      <w:r w:rsidRPr="000767E2">
        <w:rPr>
          <w:lang w:val="sv-SE"/>
        </w:rPr>
        <w:t xml:space="preserve"> {{field-on:bible}}Och efter dessa dagar utrustade vi oss och </w:t>
      </w:r>
      <w:r w:rsidRPr="000767E2">
        <w:rPr>
          <w:i/>
          <w:lang w:val="sv-SE"/>
        </w:rPr>
        <w:t>började</w:t>
      </w:r>
      <w:r w:rsidRPr="000767E2">
        <w:rPr>
          <w:lang w:val="sv-SE"/>
        </w:rPr>
        <w:t xml:space="preserve"> gå upp till Jerusalem.{{field-off:bible}} [[@</w:t>
      </w:r>
      <w:r w:rsidR="0096445B" w:rsidRPr="000767E2">
        <w:rPr>
          <w:lang w:val="sv-SE"/>
        </w:rPr>
        <w:t>BibleBIBEL82</w:t>
      </w:r>
      <w:r w:rsidRPr="000767E2">
        <w:rPr>
          <w:lang w:val="sv-SE"/>
        </w:rPr>
        <w:t>:Acts 21:16]]</w:t>
      </w:r>
      <w:r w:rsidRPr="000767E2">
        <w:rPr>
          <w:vertAlign w:val="superscript"/>
          <w:lang w:val="sv-SE"/>
        </w:rPr>
        <w:t>16</w:t>
      </w:r>
      <w:r w:rsidRPr="000767E2">
        <w:rPr>
          <w:lang w:val="sv-SE"/>
        </w:rPr>
        <w:t xml:space="preserve"> {{field-on:bible}}Och även </w:t>
      </w:r>
      <w:r w:rsidRPr="000767E2">
        <w:rPr>
          <w:i/>
          <w:lang w:val="sv-SE"/>
        </w:rPr>
        <w:t>några</w:t>
      </w:r>
      <w:r w:rsidRPr="000767E2">
        <w:rPr>
          <w:lang w:val="sv-SE"/>
        </w:rPr>
        <w:t xml:space="preserve"> av lärjungarna kom från Caesarea med oss och förde </w:t>
      </w:r>
      <w:r w:rsidRPr="000767E2">
        <w:rPr>
          <w:i/>
          <w:lang w:val="sv-SE"/>
        </w:rPr>
        <w:t>oss</w:t>
      </w:r>
      <w:r w:rsidRPr="000767E2">
        <w:rPr>
          <w:lang w:val="sv-SE"/>
        </w:rPr>
        <w:t xml:space="preserve"> </w:t>
      </w:r>
      <w:r w:rsidRPr="000767E2">
        <w:rPr>
          <w:i/>
          <w:lang w:val="sv-SE"/>
        </w:rPr>
        <w:t>till den</w:t>
      </w:r>
      <w:r w:rsidRPr="000767E2">
        <w:rPr>
          <w:lang w:val="sv-SE"/>
        </w:rPr>
        <w:t xml:space="preserve"> hos vilken vi skulle vara gäster: Mnason, en cypriot, en urtida lärjunge.{{field-off:bible}}</w:t>
      </w:r>
    </w:p>
    <w:p w14:paraId="613907A6" w14:textId="77777777" w:rsidR="00BA33AB" w:rsidRPr="000767E2" w:rsidRDefault="00000000">
      <w:pPr>
        <w:pStyle w:val="Rubrik3"/>
        <w:rPr>
          <w:lang w:val="sv-SE"/>
        </w:rPr>
      </w:pPr>
      <w:r w:rsidRPr="000767E2">
        <w:rPr>
          <w:lang w:val="sv-SE"/>
        </w:rPr>
        <w:t>Paulus i Jerusalem</w:t>
      </w:r>
    </w:p>
    <w:p w14:paraId="63E754CD" w14:textId="01D800C3" w:rsidR="00BA33AB" w:rsidRPr="000767E2" w:rsidRDefault="00000000">
      <w:pPr>
        <w:rPr>
          <w:lang w:val="sv-SE"/>
        </w:rPr>
      </w:pPr>
      <w:r w:rsidRPr="000767E2">
        <w:rPr>
          <w:lang w:val="sv-SE"/>
        </w:rPr>
        <w:t>[[@</w:t>
      </w:r>
      <w:r w:rsidR="0096445B" w:rsidRPr="000767E2">
        <w:rPr>
          <w:lang w:val="sv-SE"/>
        </w:rPr>
        <w:t>BibleBIBEL82</w:t>
      </w:r>
      <w:r w:rsidRPr="000767E2">
        <w:rPr>
          <w:lang w:val="sv-SE"/>
        </w:rPr>
        <w:t>:Acts 21:17]]</w:t>
      </w:r>
      <w:r w:rsidRPr="000767E2">
        <w:rPr>
          <w:vertAlign w:val="superscript"/>
          <w:lang w:val="sv-SE"/>
        </w:rPr>
        <w:t>17</w:t>
      </w:r>
      <w:r w:rsidRPr="000767E2">
        <w:rPr>
          <w:lang w:val="sv-SE"/>
        </w:rPr>
        <w:t xml:space="preserve"> {{field-on:bible}}Och när vi kom till Jerusalem, välkomnade oss syskonen glatt.{{field-off:bible}} [[@</w:t>
      </w:r>
      <w:r w:rsidR="0096445B" w:rsidRPr="000767E2">
        <w:rPr>
          <w:lang w:val="sv-SE"/>
        </w:rPr>
        <w:t>BibleBIBEL82</w:t>
      </w:r>
      <w:r w:rsidRPr="000767E2">
        <w:rPr>
          <w:lang w:val="sv-SE"/>
        </w:rPr>
        <w:t>:Acts 21:18]]</w:t>
      </w:r>
      <w:r w:rsidRPr="000767E2">
        <w:rPr>
          <w:vertAlign w:val="superscript"/>
          <w:lang w:val="sv-SE"/>
        </w:rPr>
        <w:t>18</w:t>
      </w:r>
      <w:r w:rsidRPr="000767E2">
        <w:rPr>
          <w:lang w:val="sv-SE"/>
        </w:rPr>
        <w:t xml:space="preserve"> {{field-on:bible}}Och den påföljande </w:t>
      </w:r>
      <w:r w:rsidRPr="000767E2">
        <w:rPr>
          <w:i/>
          <w:lang w:val="sv-SE"/>
        </w:rPr>
        <w:t>dagen</w:t>
      </w:r>
      <w:r w:rsidRPr="000767E2">
        <w:rPr>
          <w:lang w:val="sv-SE"/>
        </w:rPr>
        <w:t xml:space="preserve"> gick Paulus in med oss hos Jakob, och alla de äldste kom dit.{{field-off:bible}} [[@</w:t>
      </w:r>
      <w:r w:rsidR="0096445B" w:rsidRPr="000767E2">
        <w:rPr>
          <w:lang w:val="sv-SE"/>
        </w:rPr>
        <w:t>BibleBIBEL82</w:t>
      </w:r>
      <w:r w:rsidRPr="000767E2">
        <w:rPr>
          <w:lang w:val="sv-SE"/>
        </w:rPr>
        <w:t>:Acts 21:19]]</w:t>
      </w:r>
      <w:r w:rsidRPr="000767E2">
        <w:rPr>
          <w:vertAlign w:val="superscript"/>
          <w:lang w:val="sv-SE"/>
        </w:rPr>
        <w:t>19</w:t>
      </w:r>
      <w:r w:rsidRPr="000767E2">
        <w:rPr>
          <w:lang w:val="sv-SE"/>
        </w:rPr>
        <w:t xml:space="preserve"> {{field-on:bible}}Och han hälsade dem och utlade var och en av de </w:t>
      </w:r>
      <w:r w:rsidRPr="000767E2">
        <w:rPr>
          <w:i/>
          <w:lang w:val="sv-SE"/>
        </w:rPr>
        <w:t>saker</w:t>
      </w:r>
      <w:r w:rsidRPr="000767E2">
        <w:rPr>
          <w:lang w:val="sv-SE"/>
        </w:rPr>
        <w:t xml:space="preserve"> som Gud hade gjort bland folkslagen genom hans tjänst.{{field-off:bible}}</w:t>
      </w:r>
    </w:p>
    <w:p w14:paraId="3CAD3316" w14:textId="4442B817" w:rsidR="00BA33AB" w:rsidRPr="000767E2" w:rsidRDefault="00000000">
      <w:pPr>
        <w:rPr>
          <w:lang w:val="sv-SE"/>
        </w:rPr>
      </w:pPr>
      <w:r w:rsidRPr="000767E2">
        <w:rPr>
          <w:lang w:val="sv-SE"/>
        </w:rPr>
        <w:t>[[@</w:t>
      </w:r>
      <w:r w:rsidR="0096445B" w:rsidRPr="000767E2">
        <w:rPr>
          <w:lang w:val="sv-SE"/>
        </w:rPr>
        <w:t>BibleBIBEL82</w:t>
      </w:r>
      <w:r w:rsidRPr="000767E2">
        <w:rPr>
          <w:lang w:val="sv-SE"/>
        </w:rPr>
        <w:t>:Acts 21:20]]</w:t>
      </w:r>
      <w:r w:rsidRPr="000767E2">
        <w:rPr>
          <w:vertAlign w:val="superscript"/>
          <w:lang w:val="sv-SE"/>
        </w:rPr>
        <w:t>20</w:t>
      </w:r>
      <w:r w:rsidRPr="000767E2">
        <w:rPr>
          <w:lang w:val="sv-SE"/>
        </w:rPr>
        <w:t xml:space="preserve"> {{field-on:bible}}Och när de hörde </w:t>
      </w:r>
      <w:r w:rsidRPr="000767E2">
        <w:rPr>
          <w:i/>
          <w:lang w:val="sv-SE"/>
        </w:rPr>
        <w:t>det</w:t>
      </w:r>
      <w:r w:rsidRPr="000767E2">
        <w:rPr>
          <w:lang w:val="sv-SE"/>
        </w:rPr>
        <w:t>, ärade de Gud och sade till honom: ”Du skådar, broder, hur många myriader det finns bland judarna av dem som har kommit till tro, och alla är de nitiska för lagen.{{field-off:bible}} [[@</w:t>
      </w:r>
      <w:r w:rsidR="0096445B" w:rsidRPr="000767E2">
        <w:rPr>
          <w:lang w:val="sv-SE"/>
        </w:rPr>
        <w:t>BibleBIBEL82</w:t>
      </w:r>
      <w:r w:rsidRPr="000767E2">
        <w:rPr>
          <w:lang w:val="sv-SE"/>
        </w:rPr>
        <w:t>:Acts 21:21]]</w:t>
      </w:r>
      <w:r w:rsidRPr="000767E2">
        <w:rPr>
          <w:vertAlign w:val="superscript"/>
          <w:lang w:val="sv-SE"/>
        </w:rPr>
        <w:t>21</w:t>
      </w:r>
      <w:r w:rsidRPr="000767E2">
        <w:rPr>
          <w:lang w:val="sv-SE"/>
        </w:rPr>
        <w:t xml:space="preserve"> {{field-on:bible}}Men de har blivit underrättade om dig att </w:t>
      </w:r>
      <w:r w:rsidRPr="000767E2">
        <w:rPr>
          <w:i/>
          <w:lang w:val="sv-SE"/>
        </w:rPr>
        <w:t>det är</w:t>
      </w:r>
      <w:r w:rsidRPr="000767E2">
        <w:rPr>
          <w:lang w:val="sv-SE"/>
        </w:rPr>
        <w:t xml:space="preserve"> avfall från Mose du lär alla judar bland folkslagen, och säger att de inte ska omskära barnen eller vandra efter sederna.{{field-off:bible}} [[@</w:t>
      </w:r>
      <w:r w:rsidR="0096445B" w:rsidRPr="000767E2">
        <w:rPr>
          <w:lang w:val="sv-SE"/>
        </w:rPr>
        <w:t>BibleBIBEL82</w:t>
      </w:r>
      <w:r w:rsidRPr="000767E2">
        <w:rPr>
          <w:lang w:val="sv-SE"/>
        </w:rPr>
        <w:t>:Acts 21:22]]</w:t>
      </w:r>
      <w:r w:rsidRPr="000767E2">
        <w:rPr>
          <w:vertAlign w:val="superscript"/>
          <w:lang w:val="sv-SE"/>
        </w:rPr>
        <w:t>22</w:t>
      </w:r>
      <w:r w:rsidRPr="000767E2">
        <w:rPr>
          <w:lang w:val="sv-SE"/>
        </w:rPr>
        <w:t xml:space="preserve"> {{field-on:bible}}Hur är det då? Visst kommer de att höra att du har kommit.{{field-off:bible}}</w:t>
      </w:r>
    </w:p>
    <w:p w14:paraId="5B8D9B12" w14:textId="2E03F4D6" w:rsidR="00BA33AB" w:rsidRPr="000767E2" w:rsidRDefault="00000000">
      <w:pPr>
        <w:rPr>
          <w:lang w:val="sv-SE"/>
        </w:rPr>
      </w:pPr>
      <w:r w:rsidRPr="000767E2">
        <w:rPr>
          <w:lang w:val="sv-SE"/>
        </w:rPr>
        <w:t>[[@</w:t>
      </w:r>
      <w:r w:rsidR="0096445B" w:rsidRPr="000767E2">
        <w:rPr>
          <w:lang w:val="sv-SE"/>
        </w:rPr>
        <w:t>BibleBIBEL82</w:t>
      </w:r>
      <w:r w:rsidRPr="000767E2">
        <w:rPr>
          <w:lang w:val="sv-SE"/>
        </w:rPr>
        <w:t>:Acts 21:23]]</w:t>
      </w:r>
      <w:r w:rsidRPr="000767E2">
        <w:rPr>
          <w:vertAlign w:val="superscript"/>
          <w:lang w:val="sv-SE"/>
        </w:rPr>
        <w:t>23</w:t>
      </w:r>
      <w:r w:rsidRPr="000767E2">
        <w:rPr>
          <w:lang w:val="sv-SE"/>
        </w:rPr>
        <w:t xml:space="preserve"> {{field-on:bible}}Gör nu detta som vi säger till dig: Vi </w:t>
      </w:r>
      <w:r w:rsidRPr="000767E2">
        <w:rPr>
          <w:i/>
          <w:lang w:val="sv-SE"/>
        </w:rPr>
        <w:t>har</w:t>
      </w:r>
      <w:r w:rsidRPr="000767E2">
        <w:rPr>
          <w:lang w:val="sv-SE"/>
        </w:rPr>
        <w:t xml:space="preserve"> fyra män som har en böneed över sig.{{field-off:bible}} [[@</w:t>
      </w:r>
      <w:r w:rsidR="0096445B" w:rsidRPr="000767E2">
        <w:rPr>
          <w:lang w:val="sv-SE"/>
        </w:rPr>
        <w:t>BibleBIBEL82</w:t>
      </w:r>
      <w:r w:rsidRPr="000767E2">
        <w:rPr>
          <w:lang w:val="sv-SE"/>
        </w:rPr>
        <w:t>:Acts 21:24]]</w:t>
      </w:r>
      <w:r w:rsidRPr="000767E2">
        <w:rPr>
          <w:vertAlign w:val="superscript"/>
          <w:lang w:val="sv-SE"/>
        </w:rPr>
        <w:t>24</w:t>
      </w:r>
      <w:r w:rsidRPr="000767E2">
        <w:rPr>
          <w:lang w:val="sv-SE"/>
        </w:rPr>
        <w:t xml:space="preserve"> {{field-on:bible}}Ta med dessa och rena dig med dem, och spendera för dem så att de kommer att raka huvudet. Och </w:t>
      </w:r>
      <w:r w:rsidRPr="000767E2">
        <w:rPr>
          <w:i/>
          <w:lang w:val="sv-SE"/>
        </w:rPr>
        <w:t>då</w:t>
      </w:r>
      <w:r w:rsidRPr="000767E2">
        <w:rPr>
          <w:lang w:val="sv-SE"/>
        </w:rPr>
        <w:t xml:space="preserve"> ska alla förstå att det de blivit underrättade om dig inte är något, utan </w:t>
      </w:r>
      <w:r w:rsidRPr="000767E2">
        <w:rPr>
          <w:i/>
          <w:lang w:val="sv-SE"/>
        </w:rPr>
        <w:t>att</w:t>
      </w:r>
      <w:r w:rsidRPr="000767E2">
        <w:rPr>
          <w:lang w:val="sv-SE"/>
        </w:rPr>
        <w:t xml:space="preserve"> du är i linje och själv iakttar lagen.{{field-off:bible}} [[@</w:t>
      </w:r>
      <w:r w:rsidR="0096445B" w:rsidRPr="000767E2">
        <w:rPr>
          <w:lang w:val="sv-SE"/>
        </w:rPr>
        <w:t>BibleBIBEL82</w:t>
      </w:r>
      <w:r w:rsidRPr="000767E2">
        <w:rPr>
          <w:lang w:val="sv-SE"/>
        </w:rPr>
        <w:t>:Acts 21:25]]</w:t>
      </w:r>
      <w:r w:rsidRPr="000767E2">
        <w:rPr>
          <w:vertAlign w:val="superscript"/>
          <w:lang w:val="sv-SE"/>
        </w:rPr>
        <w:t>25</w:t>
      </w:r>
      <w:r w:rsidRPr="000767E2">
        <w:rPr>
          <w:lang w:val="sv-SE"/>
        </w:rPr>
        <w:t xml:space="preserve"> {{field-on:bible}}Men om dem som har kommit till tro </w:t>
      </w:r>
      <w:r w:rsidRPr="000767E2">
        <w:rPr>
          <w:i/>
          <w:lang w:val="sv-SE"/>
        </w:rPr>
        <w:t>från</w:t>
      </w:r>
      <w:r w:rsidRPr="000767E2">
        <w:rPr>
          <w:lang w:val="sv-SE"/>
        </w:rPr>
        <w:t xml:space="preserve"> folkslagen har vi tillskrivit och bestämt att de ska iaktta det </w:t>
      </w:r>
      <w:r w:rsidRPr="000767E2">
        <w:rPr>
          <w:i/>
          <w:lang w:val="sv-SE"/>
        </w:rPr>
        <w:t>med</w:t>
      </w:r>
      <w:r w:rsidRPr="000767E2">
        <w:rPr>
          <w:lang w:val="sv-SE"/>
        </w:rPr>
        <w:t xml:space="preserve"> avgudaoffrat och blod och kvävt och otukt.”{{field-off:bible}}</w:t>
      </w:r>
    </w:p>
    <w:p w14:paraId="6282F7B3" w14:textId="3B369417"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21:26]]</w:t>
      </w:r>
      <w:r w:rsidRPr="000767E2">
        <w:rPr>
          <w:vertAlign w:val="superscript"/>
          <w:lang w:val="sv-SE"/>
        </w:rPr>
        <w:t>26</w:t>
      </w:r>
      <w:r w:rsidRPr="000767E2">
        <w:rPr>
          <w:lang w:val="sv-SE"/>
        </w:rPr>
        <w:t xml:space="preserve"> {{field-on:bible}}Då tog Paulus med männen, </w:t>
      </w:r>
      <w:r w:rsidRPr="000767E2">
        <w:rPr>
          <w:i/>
          <w:lang w:val="sv-SE"/>
        </w:rPr>
        <w:t>och</w:t>
      </w:r>
      <w:r w:rsidRPr="000767E2">
        <w:rPr>
          <w:lang w:val="sv-SE"/>
        </w:rPr>
        <w:t xml:space="preserve"> nästa dag blev han renad med dem och gick in i templet och proklamerade uppfyllelsen av dagarna för renandet, förrän vilket frambärandet skulle bäras fram för var och en av dem.{{field-off:bible}}</w:t>
      </w:r>
    </w:p>
    <w:p w14:paraId="55657906" w14:textId="77777777" w:rsidR="00BA33AB" w:rsidRPr="000767E2" w:rsidRDefault="00000000">
      <w:pPr>
        <w:pStyle w:val="Rubrik3"/>
        <w:rPr>
          <w:lang w:val="sv-SE"/>
        </w:rPr>
      </w:pPr>
      <w:r w:rsidRPr="000767E2">
        <w:rPr>
          <w:lang w:val="sv-SE"/>
        </w:rPr>
        <w:t>Paulus grips i templet</w:t>
      </w:r>
    </w:p>
    <w:p w14:paraId="30E0C3B5" w14:textId="10787011" w:rsidR="00BA33AB" w:rsidRPr="000767E2" w:rsidRDefault="00000000">
      <w:pPr>
        <w:rPr>
          <w:lang w:val="sv-SE"/>
        </w:rPr>
      </w:pPr>
      <w:r w:rsidRPr="000767E2">
        <w:rPr>
          <w:lang w:val="sv-SE"/>
        </w:rPr>
        <w:t>[[@</w:t>
      </w:r>
      <w:r w:rsidR="0096445B" w:rsidRPr="000767E2">
        <w:rPr>
          <w:lang w:val="sv-SE"/>
        </w:rPr>
        <w:t>BibleBIBEL82</w:t>
      </w:r>
      <w:r w:rsidRPr="000767E2">
        <w:rPr>
          <w:lang w:val="sv-SE"/>
        </w:rPr>
        <w:t>:Acts 21:27]]</w:t>
      </w:r>
      <w:r w:rsidRPr="000767E2">
        <w:rPr>
          <w:vertAlign w:val="superscript"/>
          <w:lang w:val="sv-SE"/>
        </w:rPr>
        <w:t>27</w:t>
      </w:r>
      <w:r w:rsidRPr="000767E2">
        <w:rPr>
          <w:lang w:val="sv-SE"/>
        </w:rPr>
        <w:t xml:space="preserve"> {{field-on:bible}}Men när de sju dagarna skulle fullbordas, skådade judarna från Asien honom i templet och fick hela skaran i förvirring. Och de lade på honom händerna{{field-off:bible}} [[@</w:t>
      </w:r>
      <w:r w:rsidR="0096445B" w:rsidRPr="000767E2">
        <w:rPr>
          <w:lang w:val="sv-SE"/>
        </w:rPr>
        <w:t>BibleBIBEL82</w:t>
      </w:r>
      <w:r w:rsidRPr="000767E2">
        <w:rPr>
          <w:lang w:val="sv-SE"/>
        </w:rPr>
        <w:t>:Acts 21:28]]</w:t>
      </w:r>
      <w:r w:rsidRPr="000767E2">
        <w:rPr>
          <w:vertAlign w:val="superscript"/>
          <w:lang w:val="sv-SE"/>
        </w:rPr>
        <w:t>28</w:t>
      </w:r>
      <w:r w:rsidRPr="000767E2">
        <w:rPr>
          <w:lang w:val="sv-SE"/>
        </w:rPr>
        <w:t xml:space="preserve"> {{field-on:bible}}och skrek: ”Män, israeliter, hjälp! Den där är människan som undervisar alla överallt emot folket och lagen och denna plats. Och dessutom har han även fört in greker i templet och vanhelgat denna heliga plats.”{{field-off:bible}} [[@</w:t>
      </w:r>
      <w:r w:rsidR="0096445B" w:rsidRPr="000767E2">
        <w:rPr>
          <w:lang w:val="sv-SE"/>
        </w:rPr>
        <w:t>BibleBIBEL82</w:t>
      </w:r>
      <w:r w:rsidRPr="000767E2">
        <w:rPr>
          <w:lang w:val="sv-SE"/>
        </w:rPr>
        <w:t>:Acts 21:29]]</w:t>
      </w:r>
      <w:r w:rsidRPr="000767E2">
        <w:rPr>
          <w:vertAlign w:val="superscript"/>
          <w:lang w:val="sv-SE"/>
        </w:rPr>
        <w:t>29</w:t>
      </w:r>
      <w:r w:rsidRPr="000767E2">
        <w:rPr>
          <w:lang w:val="sv-SE"/>
        </w:rPr>
        <w:t xml:space="preserve"> {{field-on:bible}}De hade nämligen förut sett Trofimos efesiern i staden med honom, </w:t>
      </w:r>
      <w:r w:rsidRPr="000767E2">
        <w:rPr>
          <w:i/>
          <w:lang w:val="sv-SE"/>
        </w:rPr>
        <w:t>och</w:t>
      </w:r>
      <w:r w:rsidRPr="000767E2">
        <w:rPr>
          <w:lang w:val="sv-SE"/>
        </w:rPr>
        <w:t xml:space="preserve"> honom antog de att Paulus hade fört in i templet.{{field-off:bible}} [[@</w:t>
      </w:r>
      <w:r w:rsidR="0096445B" w:rsidRPr="000767E2">
        <w:rPr>
          <w:lang w:val="sv-SE"/>
        </w:rPr>
        <w:t>BibleBIBEL82</w:t>
      </w:r>
      <w:r w:rsidRPr="000767E2">
        <w:rPr>
          <w:lang w:val="sv-SE"/>
        </w:rPr>
        <w:t>:Acts 21:30]]</w:t>
      </w:r>
      <w:r w:rsidRPr="000767E2">
        <w:rPr>
          <w:vertAlign w:val="superscript"/>
          <w:lang w:val="sv-SE"/>
        </w:rPr>
        <w:t>30</w:t>
      </w:r>
      <w:r w:rsidRPr="000767E2">
        <w:rPr>
          <w:lang w:val="sv-SE"/>
        </w:rPr>
        <w:t xml:space="preserve"> {{field-on:bible}}Och hela staden rördes </w:t>
      </w:r>
      <w:r w:rsidRPr="000767E2">
        <w:rPr>
          <w:i/>
          <w:lang w:val="sv-SE"/>
        </w:rPr>
        <w:t>upp</w:t>
      </w:r>
      <w:r w:rsidRPr="000767E2">
        <w:rPr>
          <w:lang w:val="sv-SE"/>
        </w:rPr>
        <w:t xml:space="preserve"> och det blev ett sammanlopp av folket, och de tog tag i Paulus och drog honom utanför templet. Och direkt stängdes dörrarna.{{field-off:bible}}</w:t>
      </w:r>
    </w:p>
    <w:p w14:paraId="39C0B924" w14:textId="7BE87A27" w:rsidR="00BA33AB" w:rsidRPr="000767E2" w:rsidRDefault="00000000">
      <w:pPr>
        <w:rPr>
          <w:lang w:val="sv-SE"/>
        </w:rPr>
      </w:pPr>
      <w:r w:rsidRPr="000767E2">
        <w:rPr>
          <w:lang w:val="sv-SE"/>
        </w:rPr>
        <w:t>[[@</w:t>
      </w:r>
      <w:r w:rsidR="0096445B" w:rsidRPr="000767E2">
        <w:rPr>
          <w:lang w:val="sv-SE"/>
        </w:rPr>
        <w:t>BibleBIBEL82</w:t>
      </w:r>
      <w:r w:rsidRPr="000767E2">
        <w:rPr>
          <w:lang w:val="sv-SE"/>
        </w:rPr>
        <w:t>:Acts 21:31]]</w:t>
      </w:r>
      <w:r w:rsidRPr="000767E2">
        <w:rPr>
          <w:vertAlign w:val="superscript"/>
          <w:lang w:val="sv-SE"/>
        </w:rPr>
        <w:t>31</w:t>
      </w:r>
      <w:r w:rsidRPr="000767E2">
        <w:rPr>
          <w:lang w:val="sv-SE"/>
        </w:rPr>
        <w:t xml:space="preserve"> {{field-on:bible}}Och medan de sökte döda honom, gick det upp en rapport till befälhavaren för kohorten att hela Jerusalem är i förvirring.{{field-off:bible}} [[@</w:t>
      </w:r>
      <w:r w:rsidR="0096445B" w:rsidRPr="000767E2">
        <w:rPr>
          <w:lang w:val="sv-SE"/>
        </w:rPr>
        <w:t>BibleBIBEL82</w:t>
      </w:r>
      <w:r w:rsidRPr="000767E2">
        <w:rPr>
          <w:lang w:val="sv-SE"/>
        </w:rPr>
        <w:t>:Acts 21:32]]</w:t>
      </w:r>
      <w:r w:rsidRPr="000767E2">
        <w:rPr>
          <w:vertAlign w:val="superscript"/>
          <w:lang w:val="sv-SE"/>
        </w:rPr>
        <w:t>32</w:t>
      </w:r>
      <w:r w:rsidRPr="000767E2">
        <w:rPr>
          <w:lang w:val="sv-SE"/>
        </w:rPr>
        <w:t xml:space="preserve"> {{field-on:bible}}Med detsamma tog han med soldater och centurioner och rusade ner mot dem. Och när de såg befälhavaren och soldaterna, slutade de slå Paulus.{{field-off:bible}}</w:t>
      </w:r>
    </w:p>
    <w:p w14:paraId="318B715F" w14:textId="0A3243B7" w:rsidR="00BA33AB" w:rsidRPr="000767E2" w:rsidRDefault="00000000">
      <w:pPr>
        <w:rPr>
          <w:lang w:val="sv-SE"/>
        </w:rPr>
      </w:pPr>
      <w:r w:rsidRPr="000767E2">
        <w:rPr>
          <w:lang w:val="sv-SE"/>
        </w:rPr>
        <w:t>[[@</w:t>
      </w:r>
      <w:r w:rsidR="0096445B" w:rsidRPr="000767E2">
        <w:rPr>
          <w:lang w:val="sv-SE"/>
        </w:rPr>
        <w:t>BibleBIBEL82</w:t>
      </w:r>
      <w:r w:rsidRPr="000767E2">
        <w:rPr>
          <w:lang w:val="sv-SE"/>
        </w:rPr>
        <w:t>:Acts 21:33]]</w:t>
      </w:r>
      <w:r w:rsidRPr="000767E2">
        <w:rPr>
          <w:vertAlign w:val="superscript"/>
          <w:lang w:val="sv-SE"/>
        </w:rPr>
        <w:t>33</w:t>
      </w:r>
      <w:r w:rsidRPr="000767E2">
        <w:rPr>
          <w:lang w:val="sv-SE"/>
        </w:rPr>
        <w:t xml:space="preserve"> {{field-on:bible}}Då närmade sig befälhavaren och grep tag i honom och befallde att </w:t>
      </w:r>
      <w:r w:rsidRPr="000767E2">
        <w:rPr>
          <w:i/>
          <w:lang w:val="sv-SE"/>
        </w:rPr>
        <w:t>han skulle</w:t>
      </w:r>
      <w:r w:rsidRPr="000767E2">
        <w:rPr>
          <w:lang w:val="sv-SE"/>
        </w:rPr>
        <w:t xml:space="preserve"> bindas med två kedjor. Och han efterhörde vem han kunde vara och vad det är han har gjort.{{field-off:bible}} [[@</w:t>
      </w:r>
      <w:r w:rsidR="0096445B" w:rsidRPr="000767E2">
        <w:rPr>
          <w:lang w:val="sv-SE"/>
        </w:rPr>
        <w:t>BibleBIBEL82</w:t>
      </w:r>
      <w:r w:rsidRPr="000767E2">
        <w:rPr>
          <w:lang w:val="sv-SE"/>
        </w:rPr>
        <w:t>:Acts 21:34]]</w:t>
      </w:r>
      <w:r w:rsidRPr="000767E2">
        <w:rPr>
          <w:vertAlign w:val="superscript"/>
          <w:lang w:val="sv-SE"/>
        </w:rPr>
        <w:t>34</w:t>
      </w:r>
      <w:r w:rsidRPr="000767E2">
        <w:rPr>
          <w:lang w:val="sv-SE"/>
        </w:rPr>
        <w:t xml:space="preserve"> {{field-on:bible}}Men andra utropade något annat i skaran. Och då han inte kunde </w:t>
      </w:r>
      <w:r w:rsidRPr="000767E2">
        <w:rPr>
          <w:i/>
          <w:lang w:val="sv-SE"/>
        </w:rPr>
        <w:t>få</w:t>
      </w:r>
      <w:r w:rsidRPr="000767E2">
        <w:rPr>
          <w:lang w:val="sv-SE"/>
        </w:rPr>
        <w:t xml:space="preserve"> veta säkert på grund av tumultet, befallde han att han </w:t>
      </w:r>
      <w:r w:rsidRPr="000767E2">
        <w:rPr>
          <w:i/>
          <w:lang w:val="sv-SE"/>
        </w:rPr>
        <w:t>skulle</w:t>
      </w:r>
      <w:r w:rsidRPr="000767E2">
        <w:rPr>
          <w:lang w:val="sv-SE"/>
        </w:rPr>
        <w:t xml:space="preserve"> föras till kasernen.{{field-off:bible}} [[@</w:t>
      </w:r>
      <w:r w:rsidR="0096445B" w:rsidRPr="000767E2">
        <w:rPr>
          <w:lang w:val="sv-SE"/>
        </w:rPr>
        <w:t>BibleBIBEL82</w:t>
      </w:r>
      <w:r w:rsidRPr="000767E2">
        <w:rPr>
          <w:lang w:val="sv-SE"/>
        </w:rPr>
        <w:t>:Acts 21:35]]</w:t>
      </w:r>
      <w:r w:rsidRPr="000767E2">
        <w:rPr>
          <w:vertAlign w:val="superscript"/>
          <w:lang w:val="sv-SE"/>
        </w:rPr>
        <w:t>35</w:t>
      </w:r>
      <w:r w:rsidRPr="000767E2">
        <w:rPr>
          <w:lang w:val="sv-SE"/>
        </w:rPr>
        <w:t xml:space="preserve"> {{field-on:bible}}Men när han kom </w:t>
      </w:r>
      <w:r w:rsidRPr="000767E2">
        <w:rPr>
          <w:i/>
          <w:lang w:val="sv-SE"/>
        </w:rPr>
        <w:t>upp</w:t>
      </w:r>
      <w:r w:rsidRPr="000767E2">
        <w:rPr>
          <w:lang w:val="sv-SE"/>
        </w:rPr>
        <w:t xml:space="preserve"> på trapporna inträffade det att han </w:t>
      </w:r>
      <w:r w:rsidRPr="000767E2">
        <w:rPr>
          <w:i/>
          <w:lang w:val="sv-SE"/>
        </w:rPr>
        <w:t>fick</w:t>
      </w:r>
      <w:r w:rsidRPr="000767E2">
        <w:rPr>
          <w:lang w:val="sv-SE"/>
        </w:rPr>
        <w:t xml:space="preserve"> bäras av soldaterna på grund av skarans våld,{{field-off:bible}} [[@</w:t>
      </w:r>
      <w:r w:rsidR="0096445B" w:rsidRPr="000767E2">
        <w:rPr>
          <w:lang w:val="sv-SE"/>
        </w:rPr>
        <w:t>BibleBIBEL82</w:t>
      </w:r>
      <w:r w:rsidRPr="000767E2">
        <w:rPr>
          <w:lang w:val="sv-SE"/>
        </w:rPr>
        <w:t>:Acts 21:36]]</w:t>
      </w:r>
      <w:r w:rsidRPr="000767E2">
        <w:rPr>
          <w:vertAlign w:val="superscript"/>
          <w:lang w:val="sv-SE"/>
        </w:rPr>
        <w:t>36</w:t>
      </w:r>
      <w:r w:rsidRPr="000767E2">
        <w:rPr>
          <w:lang w:val="sv-SE"/>
        </w:rPr>
        <w:t xml:space="preserve"> {{field-on:bible}}för folkets mängd följde efter och skrek: ”Ta bort honom!”{{field-off:bible}}</w:t>
      </w:r>
    </w:p>
    <w:p w14:paraId="4D891471" w14:textId="5A8AB3C1" w:rsidR="00BA33AB" w:rsidRPr="000767E2" w:rsidRDefault="00000000">
      <w:pPr>
        <w:rPr>
          <w:lang w:val="sv-SE"/>
        </w:rPr>
      </w:pPr>
      <w:r w:rsidRPr="000767E2">
        <w:rPr>
          <w:lang w:val="sv-SE"/>
        </w:rPr>
        <w:t>[[@</w:t>
      </w:r>
      <w:r w:rsidR="0096445B" w:rsidRPr="000767E2">
        <w:rPr>
          <w:lang w:val="sv-SE"/>
        </w:rPr>
        <w:t>BibleBIBEL82</w:t>
      </w:r>
      <w:r w:rsidRPr="000767E2">
        <w:rPr>
          <w:lang w:val="sv-SE"/>
        </w:rPr>
        <w:t>:Acts 21:37]]</w:t>
      </w:r>
      <w:r w:rsidRPr="000767E2">
        <w:rPr>
          <w:vertAlign w:val="superscript"/>
          <w:lang w:val="sv-SE"/>
        </w:rPr>
        <w:t>37</w:t>
      </w:r>
      <w:r w:rsidRPr="000767E2">
        <w:rPr>
          <w:lang w:val="sv-SE"/>
        </w:rPr>
        <w:t xml:space="preserve"> {{field-on:bible}}Och när han skulle föras in i kasernen, </w:t>
      </w:r>
      <w:r w:rsidRPr="000767E2">
        <w:rPr>
          <w:i/>
          <w:lang w:val="sv-SE"/>
        </w:rPr>
        <w:t>frågar</w:t>
      </w:r>
      <w:r w:rsidRPr="000767E2">
        <w:rPr>
          <w:lang w:val="sv-SE"/>
        </w:rPr>
        <w:t xml:space="preserve"> Paulus befälhavaren: ”Om det är tillåtet för mig att säga något till dig?” Och han sade: ”Grekiska kan du?{{field-off:bible}} [[@</w:t>
      </w:r>
      <w:r w:rsidR="0096445B" w:rsidRPr="000767E2">
        <w:rPr>
          <w:lang w:val="sv-SE"/>
        </w:rPr>
        <w:t>BibleBIBEL82</w:t>
      </w:r>
      <w:r w:rsidRPr="000767E2">
        <w:rPr>
          <w:lang w:val="sv-SE"/>
        </w:rPr>
        <w:t>:Acts 21:38]]</w:t>
      </w:r>
      <w:r w:rsidRPr="000767E2">
        <w:rPr>
          <w:vertAlign w:val="superscript"/>
          <w:lang w:val="sv-SE"/>
        </w:rPr>
        <w:t>38</w:t>
      </w:r>
      <w:r w:rsidRPr="000767E2">
        <w:rPr>
          <w:lang w:val="sv-SE"/>
        </w:rPr>
        <w:t xml:space="preserve"> {{field-on:bible}}Du är alltså inte egyptiern, som före dessa dagar väckte uppror och förde ut i ödemarken de fyratusen männen från sikarierna?”{{field-off:bible}} [[@</w:t>
      </w:r>
      <w:r w:rsidR="0096445B" w:rsidRPr="000767E2">
        <w:rPr>
          <w:lang w:val="sv-SE"/>
        </w:rPr>
        <w:t>BibleBIBEL82</w:t>
      </w:r>
      <w:r w:rsidRPr="000767E2">
        <w:rPr>
          <w:lang w:val="sv-SE"/>
        </w:rPr>
        <w:t>:Acts 21:39]]</w:t>
      </w:r>
      <w:r w:rsidRPr="000767E2">
        <w:rPr>
          <w:vertAlign w:val="superscript"/>
          <w:lang w:val="sv-SE"/>
        </w:rPr>
        <w:t>39</w:t>
      </w:r>
      <w:r w:rsidRPr="000767E2">
        <w:rPr>
          <w:lang w:val="sv-SE"/>
        </w:rPr>
        <w:t xml:space="preserve"> {{field-on:bible}}Men Paulus sade: ”Jag är en judisk man från Tarsos i Kilikien, en inte obetydlig stads medborgare. Och jag bönfaller dig: tillåt mig att tala till folket.”{{field-off:bible}}</w:t>
      </w:r>
    </w:p>
    <w:p w14:paraId="1EE1FF1B" w14:textId="38A6476C" w:rsidR="00BA33AB" w:rsidRPr="000767E2" w:rsidRDefault="00000000">
      <w:pPr>
        <w:rPr>
          <w:lang w:val="sv-SE"/>
        </w:rPr>
      </w:pPr>
      <w:r w:rsidRPr="000767E2">
        <w:rPr>
          <w:lang w:val="sv-SE"/>
        </w:rPr>
        <w:t>[[@</w:t>
      </w:r>
      <w:r w:rsidR="0096445B" w:rsidRPr="000767E2">
        <w:rPr>
          <w:lang w:val="sv-SE"/>
        </w:rPr>
        <w:t>BibleBIBEL82</w:t>
      </w:r>
      <w:r w:rsidRPr="000767E2">
        <w:rPr>
          <w:lang w:val="sv-SE"/>
        </w:rPr>
        <w:t>:Acts 21:40]]</w:t>
      </w:r>
      <w:r w:rsidRPr="000767E2">
        <w:rPr>
          <w:vertAlign w:val="superscript"/>
          <w:lang w:val="sv-SE"/>
        </w:rPr>
        <w:t>40</w:t>
      </w:r>
      <w:r w:rsidRPr="000767E2">
        <w:rPr>
          <w:lang w:val="sv-SE"/>
        </w:rPr>
        <w:t xml:space="preserve"> {{field-on:bible}}Och när han tillät, stod Paulus på trapporna och vinkade med handen åt folket. Och när det blev stor tystnad, tilltalade han </w:t>
      </w:r>
      <w:r w:rsidRPr="000767E2">
        <w:rPr>
          <w:i/>
          <w:lang w:val="sv-SE"/>
        </w:rPr>
        <w:t>dem</w:t>
      </w:r>
      <w:r w:rsidRPr="000767E2">
        <w:rPr>
          <w:lang w:val="sv-SE"/>
        </w:rPr>
        <w:t xml:space="preserve"> på det hebreiska språket och sade:{{field-off:bible}}</w:t>
      </w:r>
    </w:p>
    <w:p w14:paraId="5F04704B" w14:textId="79C55041"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:Acts 22]]Kapitel 22</w:t>
      </w:r>
    </w:p>
    <w:p w14:paraId="4854E402" w14:textId="77777777" w:rsidR="00BA33AB" w:rsidRPr="000767E2" w:rsidRDefault="00000000">
      <w:pPr>
        <w:pStyle w:val="Rubrik3"/>
        <w:rPr>
          <w:lang w:val="sv-SE"/>
        </w:rPr>
      </w:pPr>
      <w:r w:rsidRPr="000767E2">
        <w:rPr>
          <w:lang w:val="sv-SE"/>
        </w:rPr>
        <w:t>Paulus tal till folket</w:t>
      </w:r>
    </w:p>
    <w:p w14:paraId="7BBBF6BE" w14:textId="175DA241" w:rsidR="00BA33AB" w:rsidRPr="000767E2" w:rsidRDefault="00000000">
      <w:pPr>
        <w:rPr>
          <w:lang w:val="sv-SE"/>
        </w:rPr>
      </w:pPr>
      <w:r w:rsidRPr="000767E2">
        <w:rPr>
          <w:lang w:val="sv-SE"/>
        </w:rPr>
        <w:t>[[@</w:t>
      </w:r>
      <w:r w:rsidR="0096445B" w:rsidRPr="000767E2">
        <w:rPr>
          <w:lang w:val="sv-SE"/>
        </w:rPr>
        <w:t>BibleBIBEL82</w:t>
      </w:r>
      <w:r w:rsidRPr="000767E2">
        <w:rPr>
          <w:lang w:val="sv-SE"/>
        </w:rPr>
        <w:t>:Acts 22:1]]</w:t>
      </w:r>
      <w:r w:rsidRPr="000767E2">
        <w:rPr>
          <w:vertAlign w:val="superscript"/>
          <w:lang w:val="sv-SE"/>
        </w:rPr>
        <w:t>1</w:t>
      </w:r>
      <w:r w:rsidRPr="000767E2">
        <w:rPr>
          <w:lang w:val="sv-SE"/>
        </w:rPr>
        <w:t xml:space="preserve"> {{field-on:bible}}”Män, bröder och fäder! Hör nu mitt försvar inför er.”{{field-off:bible}} [[@</w:t>
      </w:r>
      <w:r w:rsidR="0096445B" w:rsidRPr="000767E2">
        <w:rPr>
          <w:lang w:val="sv-SE"/>
        </w:rPr>
        <w:t>BibleBIBEL82</w:t>
      </w:r>
      <w:r w:rsidRPr="000767E2">
        <w:rPr>
          <w:lang w:val="sv-SE"/>
        </w:rPr>
        <w:t>:Acts 22:2]]</w:t>
      </w:r>
      <w:r w:rsidRPr="000767E2">
        <w:rPr>
          <w:vertAlign w:val="superscript"/>
          <w:lang w:val="sv-SE"/>
        </w:rPr>
        <w:t>2</w:t>
      </w:r>
      <w:r w:rsidRPr="000767E2">
        <w:rPr>
          <w:lang w:val="sv-SE"/>
        </w:rPr>
        <w:t xml:space="preserve"> {{field-on:bible}}Och när de hörde att </w:t>
      </w:r>
      <w:r w:rsidRPr="000767E2">
        <w:rPr>
          <w:i/>
          <w:lang w:val="sv-SE"/>
        </w:rPr>
        <w:t>det var</w:t>
      </w:r>
      <w:r w:rsidRPr="000767E2">
        <w:rPr>
          <w:lang w:val="sv-SE"/>
        </w:rPr>
        <w:t xml:space="preserve"> på det hebreiska språket han tilltalade dem, skaffade det mer stillhet. Och han säger:{{field-off:bible}} [[@</w:t>
      </w:r>
      <w:r w:rsidR="0096445B" w:rsidRPr="000767E2">
        <w:rPr>
          <w:lang w:val="sv-SE"/>
        </w:rPr>
        <w:t>BibleBIBEL82</w:t>
      </w:r>
      <w:r w:rsidRPr="000767E2">
        <w:rPr>
          <w:lang w:val="sv-SE"/>
        </w:rPr>
        <w:t>:Acts 22:3]]</w:t>
      </w:r>
      <w:r w:rsidRPr="000767E2">
        <w:rPr>
          <w:vertAlign w:val="superscript"/>
          <w:lang w:val="sv-SE"/>
        </w:rPr>
        <w:t>3</w:t>
      </w:r>
      <w:r w:rsidRPr="000767E2">
        <w:rPr>
          <w:lang w:val="sv-SE"/>
        </w:rPr>
        <w:t xml:space="preserve"> {{field-on:bible}}”Jag är en judisk man, född i Tarsos i Kilikien men uppfödd i denna stad, vid Gamaliels fötter fostrad med noggrannhet i fädernas lag, och var nitisk för Gud liksom ni alla är idag.{{field-off:bible}} [[@</w:t>
      </w:r>
      <w:r w:rsidR="0096445B" w:rsidRPr="000767E2">
        <w:rPr>
          <w:lang w:val="sv-SE"/>
        </w:rPr>
        <w:t>BibleBIBEL82</w:t>
      </w:r>
      <w:r w:rsidRPr="000767E2">
        <w:rPr>
          <w:lang w:val="sv-SE"/>
        </w:rPr>
        <w:t>:Acts 22:4]]</w:t>
      </w:r>
      <w:r w:rsidRPr="000767E2">
        <w:rPr>
          <w:vertAlign w:val="superscript"/>
          <w:lang w:val="sv-SE"/>
        </w:rPr>
        <w:t>4</w:t>
      </w:r>
      <w:r w:rsidRPr="000767E2">
        <w:rPr>
          <w:lang w:val="sv-SE"/>
        </w:rPr>
        <w:t xml:space="preserve"> {{field-on:bible}}Den här Vägen förföljde jag ända till döds, och jag buntade ihop och överlämnade till fängelse både män och kvinnor,{{field-off:bible}} [[@</w:t>
      </w:r>
      <w:r w:rsidR="0096445B" w:rsidRPr="000767E2">
        <w:rPr>
          <w:lang w:val="sv-SE"/>
        </w:rPr>
        <w:t>BibleBIBEL82</w:t>
      </w:r>
      <w:r w:rsidRPr="000767E2">
        <w:rPr>
          <w:lang w:val="sv-SE"/>
        </w:rPr>
        <w:t>:Acts 22:5]]</w:t>
      </w:r>
      <w:r w:rsidRPr="000767E2">
        <w:rPr>
          <w:vertAlign w:val="superscript"/>
          <w:lang w:val="sv-SE"/>
        </w:rPr>
        <w:t>5</w:t>
      </w:r>
      <w:r w:rsidRPr="000767E2">
        <w:rPr>
          <w:lang w:val="sv-SE"/>
        </w:rPr>
        <w:t xml:space="preserve"> {{field-on:bible}}såsom både översteprästen och hela äldsterådet vittnar om mig. Från dem mottog jag också brev till bröderna och for till Damaskus, och skulle föra även dem som fanns där bundna till Jerusalem för att bestraffas.{{field-off:bible}}</w:t>
      </w:r>
    </w:p>
    <w:p w14:paraId="74F5C4F1" w14:textId="65F1CDB2" w:rsidR="00BA33AB" w:rsidRPr="000767E2" w:rsidRDefault="00000000">
      <w:pPr>
        <w:rPr>
          <w:lang w:val="sv-SE"/>
        </w:rPr>
      </w:pPr>
      <w:r w:rsidRPr="000767E2">
        <w:rPr>
          <w:lang w:val="sv-SE"/>
        </w:rPr>
        <w:t>[[@</w:t>
      </w:r>
      <w:r w:rsidR="0096445B" w:rsidRPr="000767E2">
        <w:rPr>
          <w:lang w:val="sv-SE"/>
        </w:rPr>
        <w:t>BibleBIBEL82</w:t>
      </w:r>
      <w:r w:rsidRPr="000767E2">
        <w:rPr>
          <w:lang w:val="sv-SE"/>
        </w:rPr>
        <w:t>:Acts 22:6]]</w:t>
      </w:r>
      <w:r w:rsidRPr="000767E2">
        <w:rPr>
          <w:vertAlign w:val="superscript"/>
          <w:lang w:val="sv-SE"/>
        </w:rPr>
        <w:t>6</w:t>
      </w:r>
      <w:r w:rsidRPr="000767E2">
        <w:rPr>
          <w:lang w:val="sv-SE"/>
        </w:rPr>
        <w:t xml:space="preserve"> {{field-on:bible}}Men det hände mig, medan jag for och närmade mig Damaskus runt middagstid, att </w:t>
      </w:r>
      <w:r w:rsidRPr="000767E2">
        <w:rPr>
          <w:i/>
          <w:lang w:val="sv-SE"/>
        </w:rPr>
        <w:t>det</w:t>
      </w:r>
      <w:r w:rsidRPr="000767E2">
        <w:rPr>
          <w:lang w:val="sv-SE"/>
        </w:rPr>
        <w:t xml:space="preserve"> plötsligt från himlen blixtrade ett avsevärt ljus omkring mig.{{field-off:bible}} [[@</w:t>
      </w:r>
      <w:r w:rsidR="0096445B" w:rsidRPr="000767E2">
        <w:rPr>
          <w:lang w:val="sv-SE"/>
        </w:rPr>
        <w:t>BibleBIBEL82</w:t>
      </w:r>
      <w:r w:rsidRPr="000767E2">
        <w:rPr>
          <w:lang w:val="sv-SE"/>
        </w:rPr>
        <w:t>:Acts 22:7]]</w:t>
      </w:r>
      <w:r w:rsidRPr="000767E2">
        <w:rPr>
          <w:vertAlign w:val="superscript"/>
          <w:lang w:val="sv-SE"/>
        </w:rPr>
        <w:t>7</w:t>
      </w:r>
      <w:r w:rsidRPr="000767E2">
        <w:rPr>
          <w:lang w:val="sv-SE"/>
        </w:rPr>
        <w:t xml:space="preserve"> {{field-on:bible}}Och jag föll till marken, och hörde en röst som sade till mig: Saul, Saul! Varför förföljer du mig?{{field-off:bible}} [[@</w:t>
      </w:r>
      <w:r w:rsidR="0096445B" w:rsidRPr="000767E2">
        <w:rPr>
          <w:lang w:val="sv-SE"/>
        </w:rPr>
        <w:t>BibleBIBEL82</w:t>
      </w:r>
      <w:r w:rsidRPr="000767E2">
        <w:rPr>
          <w:lang w:val="sv-SE"/>
        </w:rPr>
        <w:t>:Acts 22:8]]</w:t>
      </w:r>
      <w:r w:rsidRPr="000767E2">
        <w:rPr>
          <w:vertAlign w:val="superscript"/>
          <w:lang w:val="sv-SE"/>
        </w:rPr>
        <w:t>8</w:t>
      </w:r>
      <w:r w:rsidRPr="000767E2">
        <w:rPr>
          <w:lang w:val="sv-SE"/>
        </w:rPr>
        <w:t xml:space="preserve"> {{field-on:bible}}Och jag svarade: Vem är du, Herre? Och han sade till mig: Jag är Jesus nazorén. Den du förföljer.{{field-off:bible}} [[@</w:t>
      </w:r>
      <w:r w:rsidR="0096445B" w:rsidRPr="000767E2">
        <w:rPr>
          <w:lang w:val="sv-SE"/>
        </w:rPr>
        <w:t>BibleBIBEL82</w:t>
      </w:r>
      <w:r w:rsidRPr="000767E2">
        <w:rPr>
          <w:lang w:val="sv-SE"/>
        </w:rPr>
        <w:t>:Acts 22:9]]</w:t>
      </w:r>
      <w:r w:rsidRPr="000767E2">
        <w:rPr>
          <w:vertAlign w:val="superscript"/>
          <w:lang w:val="sv-SE"/>
        </w:rPr>
        <w:t>9</w:t>
      </w:r>
      <w:r w:rsidRPr="000767E2">
        <w:rPr>
          <w:lang w:val="sv-SE"/>
        </w:rPr>
        <w:t xml:space="preserve"> {{field-on:bible}}Och de som var med mig skådade ljuset, men rösten hörde de inte från honom som talade till mig.{{field-off:bible}} [[@</w:t>
      </w:r>
      <w:r w:rsidR="0096445B" w:rsidRPr="000767E2">
        <w:rPr>
          <w:lang w:val="sv-SE"/>
        </w:rPr>
        <w:t>BibleBIBEL82</w:t>
      </w:r>
      <w:r w:rsidRPr="000767E2">
        <w:rPr>
          <w:lang w:val="sv-SE"/>
        </w:rPr>
        <w:t>:Acts 22:10]]</w:t>
      </w:r>
      <w:r w:rsidRPr="000767E2">
        <w:rPr>
          <w:vertAlign w:val="superscript"/>
          <w:lang w:val="sv-SE"/>
        </w:rPr>
        <w:t>10</w:t>
      </w:r>
      <w:r w:rsidRPr="000767E2">
        <w:rPr>
          <w:lang w:val="sv-SE"/>
        </w:rPr>
        <w:t xml:space="preserve"> {{field-on:bible}}Och jag sade: Vad ska jag göra, Herre? Och Herren sade till mig: Stå upp och gå in i Damaskus. Och där ska det talas till dig om allt som är ordnat för dig att göra.{{field-off:bible}}</w:t>
      </w:r>
    </w:p>
    <w:p w14:paraId="13913D60" w14:textId="7E13EF47" w:rsidR="00BA33AB" w:rsidRPr="000767E2" w:rsidRDefault="00000000">
      <w:pPr>
        <w:rPr>
          <w:lang w:val="sv-SE"/>
        </w:rPr>
      </w:pPr>
      <w:r w:rsidRPr="000767E2">
        <w:rPr>
          <w:lang w:val="sv-SE"/>
        </w:rPr>
        <w:t>[[@</w:t>
      </w:r>
      <w:r w:rsidR="0096445B" w:rsidRPr="000767E2">
        <w:rPr>
          <w:lang w:val="sv-SE"/>
        </w:rPr>
        <w:t>BibleBIBEL82</w:t>
      </w:r>
      <w:r w:rsidRPr="000767E2">
        <w:rPr>
          <w:lang w:val="sv-SE"/>
        </w:rPr>
        <w:t>:Acts 22:11]]</w:t>
      </w:r>
      <w:r w:rsidRPr="000767E2">
        <w:rPr>
          <w:vertAlign w:val="superscript"/>
          <w:lang w:val="sv-SE"/>
        </w:rPr>
        <w:t>11</w:t>
      </w:r>
      <w:r w:rsidRPr="000767E2">
        <w:rPr>
          <w:lang w:val="sv-SE"/>
        </w:rPr>
        <w:t xml:space="preserve"> {{field-on:bible}}Men när jag inte såg, efter härligheten från det ljuset, blev jag ledd vid handen av dem som var med mig och kom in i Damaskus.{{field-off:bible}} [[@</w:t>
      </w:r>
      <w:r w:rsidR="0096445B" w:rsidRPr="000767E2">
        <w:rPr>
          <w:lang w:val="sv-SE"/>
        </w:rPr>
        <w:t>BibleBIBEL82</w:t>
      </w:r>
      <w:r w:rsidRPr="000767E2">
        <w:rPr>
          <w:lang w:val="sv-SE"/>
        </w:rPr>
        <w:t>:Acts 22:12]]</w:t>
      </w:r>
      <w:r w:rsidRPr="000767E2">
        <w:rPr>
          <w:vertAlign w:val="superscript"/>
          <w:lang w:val="sv-SE"/>
        </w:rPr>
        <w:t>12</w:t>
      </w:r>
      <w:r w:rsidRPr="000767E2">
        <w:rPr>
          <w:lang w:val="sv-SE"/>
        </w:rPr>
        <w:t xml:space="preserve"> {{field-on:bible}}Och en Ananias, en man </w:t>
      </w:r>
      <w:r w:rsidRPr="000767E2">
        <w:rPr>
          <w:i/>
          <w:lang w:val="sv-SE"/>
        </w:rPr>
        <w:t>som var</w:t>
      </w:r>
      <w:r w:rsidRPr="000767E2">
        <w:rPr>
          <w:lang w:val="sv-SE"/>
        </w:rPr>
        <w:t xml:space="preserve"> vördsam enligt lagen, omvittnad av alla de boende judarna,{{field-off:bible}} [[@</w:t>
      </w:r>
      <w:r w:rsidR="0096445B" w:rsidRPr="000767E2">
        <w:rPr>
          <w:lang w:val="sv-SE"/>
        </w:rPr>
        <w:t>BibleBIBEL82</w:t>
      </w:r>
      <w:r w:rsidRPr="000767E2">
        <w:rPr>
          <w:lang w:val="sv-SE"/>
        </w:rPr>
        <w:t>:Acts 22:13]]</w:t>
      </w:r>
      <w:r w:rsidRPr="000767E2">
        <w:rPr>
          <w:vertAlign w:val="superscript"/>
          <w:lang w:val="sv-SE"/>
        </w:rPr>
        <w:t>13</w:t>
      </w:r>
      <w:r w:rsidRPr="000767E2">
        <w:rPr>
          <w:lang w:val="sv-SE"/>
        </w:rPr>
        <w:t xml:space="preserve"> {{field-on:bible}}kom till mig och stod där och sade till mig: Saul, broder, var seende igen! Och i samma stund såg jag igen mot honom.{{field-off:bible}}</w:t>
      </w:r>
    </w:p>
    <w:p w14:paraId="45EC4E09" w14:textId="4F020ED8" w:rsidR="00BA33AB" w:rsidRPr="000767E2" w:rsidRDefault="00000000">
      <w:pPr>
        <w:rPr>
          <w:lang w:val="sv-SE"/>
        </w:rPr>
      </w:pPr>
      <w:r w:rsidRPr="000767E2">
        <w:rPr>
          <w:lang w:val="sv-SE"/>
        </w:rPr>
        <w:t>[[@</w:t>
      </w:r>
      <w:r w:rsidR="0096445B" w:rsidRPr="000767E2">
        <w:rPr>
          <w:lang w:val="sv-SE"/>
        </w:rPr>
        <w:t>BibleBIBEL82</w:t>
      </w:r>
      <w:r w:rsidRPr="000767E2">
        <w:rPr>
          <w:lang w:val="sv-SE"/>
        </w:rPr>
        <w:t>:Acts 22:14]]</w:t>
      </w:r>
      <w:r w:rsidRPr="000767E2">
        <w:rPr>
          <w:vertAlign w:val="superscript"/>
          <w:lang w:val="sv-SE"/>
        </w:rPr>
        <w:t>14</w:t>
      </w:r>
      <w:r w:rsidRPr="000767E2">
        <w:rPr>
          <w:lang w:val="sv-SE"/>
        </w:rPr>
        <w:t xml:space="preserve"> {{field-on:bible}}Och han sade: Våra fäders Gud har förutvalt dig till att lära känna hans vilja och se den Rättfärdige och höra rösten från hans mun.{{field-off:bible}} [[@</w:t>
      </w:r>
      <w:r w:rsidR="0096445B" w:rsidRPr="000767E2">
        <w:rPr>
          <w:lang w:val="sv-SE"/>
        </w:rPr>
        <w:t>BibleBIBEL82</w:t>
      </w:r>
      <w:r w:rsidRPr="000767E2">
        <w:rPr>
          <w:lang w:val="sv-SE"/>
        </w:rPr>
        <w:t>:Acts 22:15]]</w:t>
      </w:r>
      <w:r w:rsidRPr="000767E2">
        <w:rPr>
          <w:vertAlign w:val="superscript"/>
          <w:lang w:val="sv-SE"/>
        </w:rPr>
        <w:t>15</w:t>
      </w:r>
      <w:r w:rsidRPr="000767E2">
        <w:rPr>
          <w:lang w:val="sv-SE"/>
        </w:rPr>
        <w:t xml:space="preserve"> {{field-on:bible}}För du ska vara ett vittne för honom inför alla människor om det du har sett och hört.{{field-off:bible}} [[@</w:t>
      </w:r>
      <w:r w:rsidR="0096445B" w:rsidRPr="000767E2">
        <w:rPr>
          <w:lang w:val="sv-SE"/>
        </w:rPr>
        <w:t>BibleBIBEL82</w:t>
      </w:r>
      <w:r w:rsidRPr="000767E2">
        <w:rPr>
          <w:lang w:val="sv-SE"/>
        </w:rPr>
        <w:t>:Acts 22:16]]</w:t>
      </w:r>
      <w:r w:rsidRPr="000767E2">
        <w:rPr>
          <w:vertAlign w:val="superscript"/>
          <w:lang w:val="sv-SE"/>
        </w:rPr>
        <w:t>16</w:t>
      </w:r>
      <w:r w:rsidRPr="000767E2">
        <w:rPr>
          <w:lang w:val="sv-SE"/>
        </w:rPr>
        <w:t xml:space="preserve"> {{field-on:bible}}Och nu, varför dröjer du? Stå upp, bli döpt och bada av dig dina synder och åkalla hans namn.{{field-off:bible}}</w:t>
      </w:r>
    </w:p>
    <w:p w14:paraId="157A9806" w14:textId="15BB63BF" w:rsidR="00BA33AB" w:rsidRPr="000767E2" w:rsidRDefault="00000000">
      <w:pPr>
        <w:rPr>
          <w:lang w:val="sv-SE"/>
        </w:rPr>
      </w:pPr>
      <w:r w:rsidRPr="000767E2">
        <w:rPr>
          <w:lang w:val="sv-SE"/>
        </w:rPr>
        <w:t>[[@</w:t>
      </w:r>
      <w:r w:rsidR="0096445B" w:rsidRPr="000767E2">
        <w:rPr>
          <w:lang w:val="sv-SE"/>
        </w:rPr>
        <w:t>BibleBIBEL82</w:t>
      </w:r>
      <w:r w:rsidRPr="000767E2">
        <w:rPr>
          <w:lang w:val="sv-SE"/>
        </w:rPr>
        <w:t>:Acts 22:17]]</w:t>
      </w:r>
      <w:r w:rsidRPr="000767E2">
        <w:rPr>
          <w:vertAlign w:val="superscript"/>
          <w:lang w:val="sv-SE"/>
        </w:rPr>
        <w:t>17</w:t>
      </w:r>
      <w:r w:rsidRPr="000767E2">
        <w:rPr>
          <w:lang w:val="sv-SE"/>
        </w:rPr>
        <w:t xml:space="preserve"> {{field-on:bible}}Och det hände sig för mig, när jag hade återvänt till Jerusalem och bad i templet, att jag kom i extas{{field-off:bible}} [[@</w:t>
      </w:r>
      <w:r w:rsidR="0096445B" w:rsidRPr="000767E2">
        <w:rPr>
          <w:lang w:val="sv-SE"/>
        </w:rPr>
        <w:t>BibleBIBEL82</w:t>
      </w:r>
      <w:r w:rsidRPr="000767E2">
        <w:rPr>
          <w:lang w:val="sv-SE"/>
        </w:rPr>
        <w:t>:Acts 22:18]]</w:t>
      </w:r>
      <w:r w:rsidRPr="000767E2">
        <w:rPr>
          <w:vertAlign w:val="superscript"/>
          <w:lang w:val="sv-SE"/>
        </w:rPr>
        <w:t>18</w:t>
      </w:r>
      <w:r w:rsidRPr="000767E2">
        <w:rPr>
          <w:lang w:val="sv-SE"/>
        </w:rPr>
        <w:t xml:space="preserve"> {{field-on:bible}}och såg honom medan han sade till mig: Skynda dig och gå ut med hast från Jerusalem! För de kommer inte att godta ditt vittnesbörd om </w:t>
      </w:r>
      <w:r w:rsidRPr="000767E2">
        <w:rPr>
          <w:lang w:val="sv-SE"/>
        </w:rPr>
        <w:lastRenderedPageBreak/>
        <w:t>mig.{{field-off:bible}} [[@</w:t>
      </w:r>
      <w:r w:rsidR="0096445B" w:rsidRPr="000767E2">
        <w:rPr>
          <w:lang w:val="sv-SE"/>
        </w:rPr>
        <w:t>BibleBIBEL82</w:t>
      </w:r>
      <w:r w:rsidRPr="000767E2">
        <w:rPr>
          <w:lang w:val="sv-SE"/>
        </w:rPr>
        <w:t>:Acts 22:19]]</w:t>
      </w:r>
      <w:r w:rsidRPr="000767E2">
        <w:rPr>
          <w:vertAlign w:val="superscript"/>
          <w:lang w:val="sv-SE"/>
        </w:rPr>
        <w:t>19</w:t>
      </w:r>
      <w:r w:rsidRPr="000767E2">
        <w:rPr>
          <w:lang w:val="sv-SE"/>
        </w:rPr>
        <w:t xml:space="preserve"> {{field-on:bible}}Och jag sade: Herre, själva vet de att jag var och fängslade och pryglade i synagogorna dem som tror på dig.{{field-off:bible}} [[@</w:t>
      </w:r>
      <w:r w:rsidR="0096445B" w:rsidRPr="000767E2">
        <w:rPr>
          <w:lang w:val="sv-SE"/>
        </w:rPr>
        <w:t>BibleBIBEL82</w:t>
      </w:r>
      <w:r w:rsidRPr="000767E2">
        <w:rPr>
          <w:lang w:val="sv-SE"/>
        </w:rPr>
        <w:t>:Acts 22:20]]</w:t>
      </w:r>
      <w:r w:rsidRPr="000767E2">
        <w:rPr>
          <w:vertAlign w:val="superscript"/>
          <w:lang w:val="sv-SE"/>
        </w:rPr>
        <w:t>20</w:t>
      </w:r>
      <w:r w:rsidRPr="000767E2">
        <w:rPr>
          <w:lang w:val="sv-SE"/>
        </w:rPr>
        <w:t xml:space="preserve"> {{field-on:bible}}Och när blodet av Stefanos ditt vittne utgöts, var jag också själv stående där och samtyckte och vaktade mantlarna för dem som avrättade honom.{{field-off:bible}} [[@</w:t>
      </w:r>
      <w:r w:rsidR="0096445B" w:rsidRPr="000767E2">
        <w:rPr>
          <w:lang w:val="sv-SE"/>
        </w:rPr>
        <w:t>BibleBIBEL82</w:t>
      </w:r>
      <w:r w:rsidRPr="000767E2">
        <w:rPr>
          <w:lang w:val="sv-SE"/>
        </w:rPr>
        <w:t>:Acts 22:21]]</w:t>
      </w:r>
      <w:r w:rsidRPr="000767E2">
        <w:rPr>
          <w:vertAlign w:val="superscript"/>
          <w:lang w:val="sv-SE"/>
        </w:rPr>
        <w:t>21</w:t>
      </w:r>
      <w:r w:rsidRPr="000767E2">
        <w:rPr>
          <w:lang w:val="sv-SE"/>
        </w:rPr>
        <w:t xml:space="preserve"> {{field-on:bible}}Och han sade till mig: Gå. För till folkslag långt bort ska jag sända ut dig.”{{field-off:bible}}</w:t>
      </w:r>
    </w:p>
    <w:p w14:paraId="1B26CF1C" w14:textId="77777777" w:rsidR="00BA33AB" w:rsidRPr="000767E2" w:rsidRDefault="00000000">
      <w:pPr>
        <w:pStyle w:val="Rubrik3"/>
        <w:rPr>
          <w:lang w:val="sv-SE"/>
        </w:rPr>
      </w:pPr>
      <w:r w:rsidRPr="000767E2">
        <w:rPr>
          <w:lang w:val="sv-SE"/>
        </w:rPr>
        <w:t>Paulus hos befälhavaren</w:t>
      </w:r>
    </w:p>
    <w:p w14:paraId="3AE4301A" w14:textId="603E38D6" w:rsidR="00BA33AB" w:rsidRPr="000767E2" w:rsidRDefault="00000000">
      <w:pPr>
        <w:rPr>
          <w:lang w:val="sv-SE"/>
        </w:rPr>
      </w:pPr>
      <w:r w:rsidRPr="000767E2">
        <w:rPr>
          <w:lang w:val="sv-SE"/>
        </w:rPr>
        <w:t>[[@</w:t>
      </w:r>
      <w:r w:rsidR="0096445B" w:rsidRPr="000767E2">
        <w:rPr>
          <w:lang w:val="sv-SE"/>
        </w:rPr>
        <w:t>BibleBIBEL82</w:t>
      </w:r>
      <w:r w:rsidRPr="000767E2">
        <w:rPr>
          <w:lang w:val="sv-SE"/>
        </w:rPr>
        <w:t>:Acts 22:22]]</w:t>
      </w:r>
      <w:r w:rsidRPr="000767E2">
        <w:rPr>
          <w:vertAlign w:val="superscript"/>
          <w:lang w:val="sv-SE"/>
        </w:rPr>
        <w:t>22</w:t>
      </w:r>
      <w:r w:rsidRPr="000767E2">
        <w:rPr>
          <w:lang w:val="sv-SE"/>
        </w:rPr>
        <w:t xml:space="preserve"> {{field-on:bible}}Och de lyssnade på honom fram till detta ord, och </w:t>
      </w:r>
      <w:r w:rsidRPr="000767E2">
        <w:rPr>
          <w:i/>
          <w:lang w:val="sv-SE"/>
        </w:rPr>
        <w:t>sedan</w:t>
      </w:r>
      <w:r w:rsidRPr="000767E2">
        <w:rPr>
          <w:lang w:val="sv-SE"/>
        </w:rPr>
        <w:t xml:space="preserve"> höjde de sin röst och sade: ”Ta bort från jorden en sådan! För det passar sig inte att han lever.”{{field-off:bible}}</w:t>
      </w:r>
    </w:p>
    <w:p w14:paraId="5F16217F" w14:textId="7C3795BB" w:rsidR="00BA33AB" w:rsidRPr="000767E2" w:rsidRDefault="00000000">
      <w:pPr>
        <w:rPr>
          <w:lang w:val="sv-SE"/>
        </w:rPr>
      </w:pPr>
      <w:r w:rsidRPr="000767E2">
        <w:rPr>
          <w:lang w:val="sv-SE"/>
        </w:rPr>
        <w:t>[[@</w:t>
      </w:r>
      <w:r w:rsidR="0096445B" w:rsidRPr="000767E2">
        <w:rPr>
          <w:lang w:val="sv-SE"/>
        </w:rPr>
        <w:t>BibleBIBEL82</w:t>
      </w:r>
      <w:r w:rsidRPr="000767E2">
        <w:rPr>
          <w:lang w:val="sv-SE"/>
        </w:rPr>
        <w:t>:Acts 22:23]]</w:t>
      </w:r>
      <w:r w:rsidRPr="000767E2">
        <w:rPr>
          <w:vertAlign w:val="superscript"/>
          <w:lang w:val="sv-SE"/>
        </w:rPr>
        <w:t>23</w:t>
      </w:r>
      <w:r w:rsidRPr="000767E2">
        <w:rPr>
          <w:lang w:val="sv-SE"/>
        </w:rPr>
        <w:t xml:space="preserve"> {{field-on:bible}}Och när de vrålade och slängde mantlarna och kastade </w:t>
      </w:r>
      <w:r w:rsidRPr="000767E2">
        <w:rPr>
          <w:i/>
          <w:lang w:val="sv-SE"/>
        </w:rPr>
        <w:t>upp</w:t>
      </w:r>
      <w:r w:rsidRPr="000767E2">
        <w:rPr>
          <w:lang w:val="sv-SE"/>
        </w:rPr>
        <w:t xml:space="preserve"> damm i luften,{{field-off:bible}} [[@</w:t>
      </w:r>
      <w:r w:rsidR="0096445B" w:rsidRPr="000767E2">
        <w:rPr>
          <w:lang w:val="sv-SE"/>
        </w:rPr>
        <w:t>BibleBIBEL82</w:t>
      </w:r>
      <w:r w:rsidRPr="000767E2">
        <w:rPr>
          <w:lang w:val="sv-SE"/>
        </w:rPr>
        <w:t>:Acts 22:24]]</w:t>
      </w:r>
      <w:r w:rsidRPr="000767E2">
        <w:rPr>
          <w:vertAlign w:val="superscript"/>
          <w:lang w:val="sv-SE"/>
        </w:rPr>
        <w:t>24</w:t>
      </w:r>
      <w:r w:rsidRPr="000767E2">
        <w:rPr>
          <w:lang w:val="sv-SE"/>
        </w:rPr>
        <w:t xml:space="preserve"> {{field-on:bible}}befallde befälhavaren att han </w:t>
      </w:r>
      <w:r w:rsidRPr="000767E2">
        <w:rPr>
          <w:i/>
          <w:lang w:val="sv-SE"/>
        </w:rPr>
        <w:t>skulle</w:t>
      </w:r>
      <w:r w:rsidRPr="000767E2">
        <w:rPr>
          <w:lang w:val="sv-SE"/>
        </w:rPr>
        <w:t xml:space="preserve"> föras in i kasernen och sade att han </w:t>
      </w:r>
      <w:r w:rsidRPr="000767E2">
        <w:rPr>
          <w:i/>
          <w:lang w:val="sv-SE"/>
        </w:rPr>
        <w:t>skulle</w:t>
      </w:r>
      <w:r w:rsidRPr="000767E2">
        <w:rPr>
          <w:lang w:val="sv-SE"/>
        </w:rPr>
        <w:t xml:space="preserve"> rannsakas med gissel, för att han skulle inse av vilken orsak de utropade så mot honom.{{field-off:bible}} [[@</w:t>
      </w:r>
      <w:r w:rsidR="0096445B" w:rsidRPr="000767E2">
        <w:rPr>
          <w:lang w:val="sv-SE"/>
        </w:rPr>
        <w:t>BibleBIBEL82</w:t>
      </w:r>
      <w:r w:rsidRPr="000767E2">
        <w:rPr>
          <w:lang w:val="sv-SE"/>
        </w:rPr>
        <w:t>:Acts 22:25]]</w:t>
      </w:r>
      <w:r w:rsidRPr="000767E2">
        <w:rPr>
          <w:vertAlign w:val="superscript"/>
          <w:lang w:val="sv-SE"/>
        </w:rPr>
        <w:t>25</w:t>
      </w:r>
      <w:r w:rsidRPr="000767E2">
        <w:rPr>
          <w:lang w:val="sv-SE"/>
        </w:rPr>
        <w:t xml:space="preserve"> {{field-on:bible}}Men när de hade fläkt ut honom för remmarna, </w:t>
      </w:r>
      <w:r w:rsidRPr="000767E2">
        <w:rPr>
          <w:i/>
          <w:lang w:val="sv-SE"/>
        </w:rPr>
        <w:t>frågade</w:t>
      </w:r>
      <w:r w:rsidRPr="000767E2">
        <w:rPr>
          <w:lang w:val="sv-SE"/>
        </w:rPr>
        <w:t xml:space="preserve"> Paulus centurionen som stod </w:t>
      </w:r>
      <w:r w:rsidRPr="000767E2">
        <w:rPr>
          <w:i/>
          <w:lang w:val="sv-SE"/>
        </w:rPr>
        <w:t>där</w:t>
      </w:r>
      <w:r w:rsidRPr="000767E2">
        <w:rPr>
          <w:lang w:val="sv-SE"/>
        </w:rPr>
        <w:t xml:space="preserve">: ”Om en människa </w:t>
      </w:r>
      <w:r w:rsidRPr="000767E2">
        <w:rPr>
          <w:i/>
          <w:lang w:val="sv-SE"/>
        </w:rPr>
        <w:t>som är</w:t>
      </w:r>
      <w:r w:rsidRPr="000767E2">
        <w:rPr>
          <w:lang w:val="sv-SE"/>
        </w:rPr>
        <w:t xml:space="preserve"> romare och odömd är tillåten för er att piska?”{{field-off:bible}}</w:t>
      </w:r>
    </w:p>
    <w:p w14:paraId="6F0FECFC" w14:textId="6E378B7C" w:rsidR="00BA33AB" w:rsidRPr="000767E2" w:rsidRDefault="00000000">
      <w:pPr>
        <w:rPr>
          <w:lang w:val="sv-SE"/>
        </w:rPr>
      </w:pPr>
      <w:r w:rsidRPr="000767E2">
        <w:rPr>
          <w:lang w:val="sv-SE"/>
        </w:rPr>
        <w:t>[[@</w:t>
      </w:r>
      <w:r w:rsidR="0096445B" w:rsidRPr="000767E2">
        <w:rPr>
          <w:lang w:val="sv-SE"/>
        </w:rPr>
        <w:t>BibleBIBEL82</w:t>
      </w:r>
      <w:r w:rsidRPr="000767E2">
        <w:rPr>
          <w:lang w:val="sv-SE"/>
        </w:rPr>
        <w:t>:Acts 22:26]]</w:t>
      </w:r>
      <w:r w:rsidRPr="000767E2">
        <w:rPr>
          <w:vertAlign w:val="superscript"/>
          <w:lang w:val="sv-SE"/>
        </w:rPr>
        <w:t>26</w:t>
      </w:r>
      <w:r w:rsidRPr="000767E2">
        <w:rPr>
          <w:lang w:val="sv-SE"/>
        </w:rPr>
        <w:t xml:space="preserve"> {{field-on:bible}}Och när centurionen hörde </w:t>
      </w:r>
      <w:r w:rsidRPr="000767E2">
        <w:rPr>
          <w:i/>
          <w:lang w:val="sv-SE"/>
        </w:rPr>
        <w:t>det</w:t>
      </w:r>
      <w:r w:rsidRPr="000767E2">
        <w:rPr>
          <w:lang w:val="sv-SE"/>
        </w:rPr>
        <w:t>, gick han till befälhavaren och meddelade och sade: ”Vad är du på väg att göra? Den där människan är ju romare!”{{field-off:bible}} [[@</w:t>
      </w:r>
      <w:r w:rsidR="0096445B" w:rsidRPr="000767E2">
        <w:rPr>
          <w:lang w:val="sv-SE"/>
        </w:rPr>
        <w:t>BibleBIBEL82</w:t>
      </w:r>
      <w:r w:rsidRPr="000767E2">
        <w:rPr>
          <w:lang w:val="sv-SE"/>
        </w:rPr>
        <w:t>:Acts 22:27]]</w:t>
      </w:r>
      <w:r w:rsidRPr="000767E2">
        <w:rPr>
          <w:vertAlign w:val="superscript"/>
          <w:lang w:val="sv-SE"/>
        </w:rPr>
        <w:t>27</w:t>
      </w:r>
      <w:r w:rsidRPr="000767E2">
        <w:rPr>
          <w:lang w:val="sv-SE"/>
        </w:rPr>
        <w:t xml:space="preserve"> {{field-on:bible}}Och fram gick befälhavaren och sade till honom: ”Säg mig: är du romare?” Och han sade: ”Ja.”{{field-off:bible}} [[@</w:t>
      </w:r>
      <w:r w:rsidR="0096445B" w:rsidRPr="000767E2">
        <w:rPr>
          <w:lang w:val="sv-SE"/>
        </w:rPr>
        <w:t>BibleBIBEL82</w:t>
      </w:r>
      <w:r w:rsidRPr="000767E2">
        <w:rPr>
          <w:lang w:val="sv-SE"/>
        </w:rPr>
        <w:t>:Acts 22:28]]</w:t>
      </w:r>
      <w:r w:rsidRPr="000767E2">
        <w:rPr>
          <w:vertAlign w:val="superscript"/>
          <w:lang w:val="sv-SE"/>
        </w:rPr>
        <w:t>28</w:t>
      </w:r>
      <w:r w:rsidRPr="000767E2">
        <w:rPr>
          <w:lang w:val="sv-SE"/>
        </w:rPr>
        <w:t xml:space="preserve"> {{field-on:bible}}Och befälhavaren svarade: ”Jag har för en stor summa förvärvat detta medborgarskap.” Men Paulus sade: ”Men jag är </w:t>
      </w:r>
      <w:r w:rsidRPr="000767E2">
        <w:rPr>
          <w:i/>
          <w:lang w:val="sv-SE"/>
        </w:rPr>
        <w:t>till</w:t>
      </w:r>
      <w:r w:rsidRPr="000767E2">
        <w:rPr>
          <w:lang w:val="sv-SE"/>
        </w:rPr>
        <w:t xml:space="preserve"> och </w:t>
      </w:r>
      <w:r w:rsidRPr="000767E2">
        <w:rPr>
          <w:i/>
          <w:lang w:val="sv-SE"/>
        </w:rPr>
        <w:t>med</w:t>
      </w:r>
      <w:r w:rsidRPr="000767E2">
        <w:rPr>
          <w:lang w:val="sv-SE"/>
        </w:rPr>
        <w:t xml:space="preserve"> född </w:t>
      </w:r>
      <w:r w:rsidRPr="000767E2">
        <w:rPr>
          <w:i/>
          <w:lang w:val="sv-SE"/>
        </w:rPr>
        <w:t>med det</w:t>
      </w:r>
      <w:r w:rsidRPr="000767E2">
        <w:rPr>
          <w:lang w:val="sv-SE"/>
        </w:rPr>
        <w:t>.”{{field-off:bible}} [[@</w:t>
      </w:r>
      <w:r w:rsidR="0096445B" w:rsidRPr="000767E2">
        <w:rPr>
          <w:lang w:val="sv-SE"/>
        </w:rPr>
        <w:t>BibleBIBEL82</w:t>
      </w:r>
      <w:r w:rsidRPr="000767E2">
        <w:rPr>
          <w:lang w:val="sv-SE"/>
        </w:rPr>
        <w:t>:Acts 22:29]]</w:t>
      </w:r>
      <w:r w:rsidRPr="000767E2">
        <w:rPr>
          <w:vertAlign w:val="superscript"/>
          <w:lang w:val="sv-SE"/>
        </w:rPr>
        <w:t>29</w:t>
      </w:r>
      <w:r w:rsidRPr="000767E2">
        <w:rPr>
          <w:lang w:val="sv-SE"/>
        </w:rPr>
        <w:t xml:space="preserve"> {{field-on:bible}}Direkt avlägsnade sig nu från honom de som skulle rannsaka honom, och även befälhavaren fruktade när han insåg att han är romare och att han hade bundit honom.{{field-off:bible}}</w:t>
      </w:r>
    </w:p>
    <w:p w14:paraId="5103764F" w14:textId="612BA392" w:rsidR="00BA33AB" w:rsidRPr="000767E2" w:rsidRDefault="00000000">
      <w:pPr>
        <w:rPr>
          <w:lang w:val="sv-SE"/>
        </w:rPr>
      </w:pPr>
      <w:r w:rsidRPr="000767E2">
        <w:rPr>
          <w:lang w:val="sv-SE"/>
        </w:rPr>
        <w:t>[[@</w:t>
      </w:r>
      <w:r w:rsidR="0096445B" w:rsidRPr="000767E2">
        <w:rPr>
          <w:lang w:val="sv-SE"/>
        </w:rPr>
        <w:t>BibleBIBEL82</w:t>
      </w:r>
      <w:r w:rsidRPr="000767E2">
        <w:rPr>
          <w:lang w:val="sv-SE"/>
        </w:rPr>
        <w:t>:Acts 22:30]]</w:t>
      </w:r>
      <w:r w:rsidRPr="000767E2">
        <w:rPr>
          <w:vertAlign w:val="superscript"/>
          <w:lang w:val="sv-SE"/>
        </w:rPr>
        <w:t>30</w:t>
      </w:r>
      <w:r w:rsidRPr="000767E2">
        <w:rPr>
          <w:lang w:val="sv-SE"/>
        </w:rPr>
        <w:t xml:space="preserve"> {{field-on:bible}}Och dagen därpå önskade han </w:t>
      </w:r>
      <w:r w:rsidRPr="000767E2">
        <w:rPr>
          <w:i/>
          <w:lang w:val="sv-SE"/>
        </w:rPr>
        <w:t>få</w:t>
      </w:r>
      <w:r w:rsidRPr="000767E2">
        <w:rPr>
          <w:lang w:val="sv-SE"/>
        </w:rPr>
        <w:t xml:space="preserve"> veta säkert varför han anklagas av judarna, och han lossade honom och befallde att översteprästerna och hela Sanhedrin </w:t>
      </w:r>
      <w:r w:rsidRPr="000767E2">
        <w:rPr>
          <w:i/>
          <w:lang w:val="sv-SE"/>
        </w:rPr>
        <w:t>skulle</w:t>
      </w:r>
      <w:r w:rsidRPr="000767E2">
        <w:rPr>
          <w:lang w:val="sv-SE"/>
        </w:rPr>
        <w:t xml:space="preserve"> komma samman. Och han förde ner Paulus och ställde </w:t>
      </w:r>
      <w:r w:rsidRPr="000767E2">
        <w:rPr>
          <w:i/>
          <w:lang w:val="sv-SE"/>
        </w:rPr>
        <w:t>honom</w:t>
      </w:r>
      <w:r w:rsidRPr="000767E2">
        <w:rPr>
          <w:lang w:val="sv-SE"/>
        </w:rPr>
        <w:t xml:space="preserve"> inför dem.{{field-off:bible}}</w:t>
      </w:r>
    </w:p>
    <w:p w14:paraId="0CDE8ACC" w14:textId="40E4D52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23]]Kapitel 23</w:t>
      </w:r>
    </w:p>
    <w:p w14:paraId="507F5C45" w14:textId="77777777" w:rsidR="00BA33AB" w:rsidRPr="000767E2" w:rsidRDefault="00000000">
      <w:pPr>
        <w:pStyle w:val="Rubrik3"/>
        <w:rPr>
          <w:lang w:val="sv-SE"/>
        </w:rPr>
      </w:pPr>
      <w:r w:rsidRPr="000767E2">
        <w:rPr>
          <w:lang w:val="sv-SE"/>
        </w:rPr>
        <w:t>Paulus inför Sanhedrin</w:t>
      </w:r>
    </w:p>
    <w:p w14:paraId="4103AAB1" w14:textId="5C884D59" w:rsidR="00BA33AB" w:rsidRPr="000767E2" w:rsidRDefault="00000000">
      <w:pPr>
        <w:rPr>
          <w:lang w:val="sv-SE"/>
        </w:rPr>
      </w:pPr>
      <w:r w:rsidRPr="000767E2">
        <w:rPr>
          <w:lang w:val="sv-SE"/>
        </w:rPr>
        <w:t>[[@</w:t>
      </w:r>
      <w:r w:rsidR="0096445B" w:rsidRPr="000767E2">
        <w:rPr>
          <w:lang w:val="sv-SE"/>
        </w:rPr>
        <w:t>BibleBIBEL82</w:t>
      </w:r>
      <w:r w:rsidRPr="000767E2">
        <w:rPr>
          <w:lang w:val="sv-SE"/>
        </w:rPr>
        <w:t>:Acts 23:1]]</w:t>
      </w:r>
      <w:r w:rsidRPr="000767E2">
        <w:rPr>
          <w:vertAlign w:val="superscript"/>
          <w:lang w:val="sv-SE"/>
        </w:rPr>
        <w:t>1</w:t>
      </w:r>
      <w:r w:rsidRPr="000767E2">
        <w:rPr>
          <w:lang w:val="sv-SE"/>
        </w:rPr>
        <w:t xml:space="preserve"> {{field-on:bible}}Och Paulus blickade på Sanhedrin och sade: ”Män, bröder! Jag har med allt gott samvete skött mig inför Gud fram till denna dag.”{{field-off:bible}} [[@</w:t>
      </w:r>
      <w:r w:rsidR="0096445B" w:rsidRPr="000767E2">
        <w:rPr>
          <w:lang w:val="sv-SE"/>
        </w:rPr>
        <w:t>BibleBIBEL82</w:t>
      </w:r>
      <w:r w:rsidRPr="000767E2">
        <w:rPr>
          <w:lang w:val="sv-SE"/>
        </w:rPr>
        <w:t>:Acts 23:2]]</w:t>
      </w:r>
      <w:r w:rsidRPr="000767E2">
        <w:rPr>
          <w:vertAlign w:val="superscript"/>
          <w:lang w:val="sv-SE"/>
        </w:rPr>
        <w:t>2</w:t>
      </w:r>
      <w:r w:rsidRPr="000767E2">
        <w:rPr>
          <w:lang w:val="sv-SE"/>
        </w:rPr>
        <w:t xml:space="preserve"> {{field-on:bible}}Men översteprästen Ananias beordrade dem som stod bredvid honom att slå hans mun.{{field-off:bible}} [[@</w:t>
      </w:r>
      <w:r w:rsidR="0096445B" w:rsidRPr="000767E2">
        <w:rPr>
          <w:lang w:val="sv-SE"/>
        </w:rPr>
        <w:t>BibleBIBEL82</w:t>
      </w:r>
      <w:r w:rsidRPr="000767E2">
        <w:rPr>
          <w:lang w:val="sv-SE"/>
        </w:rPr>
        <w:t>:Acts 23:3]]</w:t>
      </w:r>
      <w:r w:rsidRPr="000767E2">
        <w:rPr>
          <w:vertAlign w:val="superscript"/>
          <w:lang w:val="sv-SE"/>
        </w:rPr>
        <w:t>3</w:t>
      </w:r>
      <w:r w:rsidRPr="000767E2">
        <w:rPr>
          <w:lang w:val="sv-SE"/>
        </w:rPr>
        <w:t xml:space="preserve"> {{field-on:bible}}Då sade Paulus till honom: ”Slå dig ska Gud, </w:t>
      </w:r>
      <w:r w:rsidRPr="000767E2">
        <w:rPr>
          <w:i/>
          <w:lang w:val="sv-SE"/>
        </w:rPr>
        <w:t>du</w:t>
      </w:r>
      <w:r w:rsidRPr="000767E2">
        <w:rPr>
          <w:lang w:val="sv-SE"/>
        </w:rPr>
        <w:t xml:space="preserve"> vitkalkade vägg! Och du sitter och dömer mig efter lagen, och emot lagen befaller du att jag </w:t>
      </w:r>
      <w:r w:rsidRPr="000767E2">
        <w:rPr>
          <w:lang w:val="sv-SE"/>
        </w:rPr>
        <w:lastRenderedPageBreak/>
        <w:t>ska bli slagen.”{{field-off:bible}} [[@</w:t>
      </w:r>
      <w:r w:rsidR="0096445B" w:rsidRPr="000767E2">
        <w:rPr>
          <w:lang w:val="sv-SE"/>
        </w:rPr>
        <w:t>BibleBIBEL82</w:t>
      </w:r>
      <w:r w:rsidRPr="000767E2">
        <w:rPr>
          <w:lang w:val="sv-SE"/>
        </w:rPr>
        <w:t>:Acts 23:4]]</w:t>
      </w:r>
      <w:r w:rsidRPr="000767E2">
        <w:rPr>
          <w:vertAlign w:val="superscript"/>
          <w:lang w:val="sv-SE"/>
        </w:rPr>
        <w:t>4</w:t>
      </w:r>
      <w:r w:rsidRPr="000767E2">
        <w:rPr>
          <w:lang w:val="sv-SE"/>
        </w:rPr>
        <w:t xml:space="preserve"> {{field-on:bible}}Men de som stod där sade: ”Guds överstepräst hånar du?”{{field-off:bible}} [[@</w:t>
      </w:r>
      <w:r w:rsidR="0096445B" w:rsidRPr="000767E2">
        <w:rPr>
          <w:lang w:val="sv-SE"/>
        </w:rPr>
        <w:t>BibleBIBEL82</w:t>
      </w:r>
      <w:r w:rsidRPr="000767E2">
        <w:rPr>
          <w:lang w:val="sv-SE"/>
        </w:rPr>
        <w:t>:Acts 23:5]]</w:t>
      </w:r>
      <w:r w:rsidRPr="000767E2">
        <w:rPr>
          <w:vertAlign w:val="superscript"/>
          <w:lang w:val="sv-SE"/>
        </w:rPr>
        <w:t>5</w:t>
      </w:r>
      <w:r w:rsidRPr="000767E2">
        <w:rPr>
          <w:lang w:val="sv-SE"/>
        </w:rPr>
        <w:t xml:space="preserve"> {{field-on:bible}}Och Paulus sade: ”Jag visste inte, bröder, att han är överstepräst. För det är skrivet: En ledare för ditt folk ska du inte tala illa </w:t>
      </w:r>
      <w:r w:rsidRPr="000767E2">
        <w:rPr>
          <w:i/>
          <w:lang w:val="sv-SE"/>
        </w:rPr>
        <w:t>om</w:t>
      </w:r>
      <w:r w:rsidRPr="000767E2">
        <w:rPr>
          <w:lang w:val="sv-SE"/>
        </w:rPr>
        <w:t>.”{{field-off:bible}}</w:t>
      </w:r>
    </w:p>
    <w:p w14:paraId="44B82A28" w14:textId="14BA22FD" w:rsidR="00BA33AB" w:rsidRPr="000767E2" w:rsidRDefault="00000000">
      <w:pPr>
        <w:rPr>
          <w:lang w:val="sv-SE"/>
        </w:rPr>
      </w:pPr>
      <w:r w:rsidRPr="000767E2">
        <w:rPr>
          <w:lang w:val="sv-SE"/>
        </w:rPr>
        <w:t>[[@</w:t>
      </w:r>
      <w:r w:rsidR="0096445B" w:rsidRPr="000767E2">
        <w:rPr>
          <w:lang w:val="sv-SE"/>
        </w:rPr>
        <w:t>BibleBIBEL82</w:t>
      </w:r>
      <w:r w:rsidRPr="000767E2">
        <w:rPr>
          <w:lang w:val="sv-SE"/>
        </w:rPr>
        <w:t>:Acts 23:6]]</w:t>
      </w:r>
      <w:r w:rsidRPr="000767E2">
        <w:rPr>
          <w:vertAlign w:val="superscript"/>
          <w:lang w:val="sv-SE"/>
        </w:rPr>
        <w:t>6</w:t>
      </w:r>
      <w:r w:rsidRPr="000767E2">
        <w:rPr>
          <w:lang w:val="sv-SE"/>
        </w:rPr>
        <w:t xml:space="preserve"> {{field-on:bible}}Men då Paulus förstod att den ena delen är av saddukeer och den andra av fariseer, ropade han i Sanhedrin: ”Män, bröder! Jag är farisé, son till fariseer. </w:t>
      </w:r>
      <w:r w:rsidRPr="000767E2">
        <w:rPr>
          <w:i/>
          <w:lang w:val="sv-SE"/>
        </w:rPr>
        <w:t>Det är</w:t>
      </w:r>
      <w:r w:rsidRPr="000767E2">
        <w:rPr>
          <w:lang w:val="sv-SE"/>
        </w:rPr>
        <w:t xml:space="preserve"> för </w:t>
      </w:r>
      <w:r w:rsidRPr="000767E2">
        <w:rPr>
          <w:i/>
          <w:lang w:val="sv-SE"/>
        </w:rPr>
        <w:t>de</w:t>
      </w:r>
      <w:r w:rsidRPr="000767E2">
        <w:rPr>
          <w:lang w:val="sv-SE"/>
        </w:rPr>
        <w:t xml:space="preserve"> dödas hopp och uppståndelse jag står inför rätta.”{{field-off:bible}} [[@</w:t>
      </w:r>
      <w:r w:rsidR="0096445B" w:rsidRPr="000767E2">
        <w:rPr>
          <w:lang w:val="sv-SE"/>
        </w:rPr>
        <w:t>BibleBIBEL82</w:t>
      </w:r>
      <w:r w:rsidRPr="000767E2">
        <w:rPr>
          <w:lang w:val="sv-SE"/>
        </w:rPr>
        <w:t>:Acts 23:7]]</w:t>
      </w:r>
      <w:r w:rsidRPr="000767E2">
        <w:rPr>
          <w:vertAlign w:val="superscript"/>
          <w:lang w:val="sv-SE"/>
        </w:rPr>
        <w:t>7</w:t>
      </w:r>
      <w:r w:rsidRPr="000767E2">
        <w:rPr>
          <w:lang w:val="sv-SE"/>
        </w:rPr>
        <w:t xml:space="preserve"> {{field-on:bible}}Och när han sagt detta blev det uppror hos fariseerna och saddukeerna, och mängden splittrades.{{field-off:bible}} [[@</w:t>
      </w:r>
      <w:r w:rsidR="0096445B" w:rsidRPr="000767E2">
        <w:rPr>
          <w:lang w:val="sv-SE"/>
        </w:rPr>
        <w:t>BibleBIBEL82</w:t>
      </w:r>
      <w:r w:rsidRPr="000767E2">
        <w:rPr>
          <w:lang w:val="sv-SE"/>
        </w:rPr>
        <w:t>:Acts 23:8]]</w:t>
      </w:r>
      <w:r w:rsidRPr="000767E2">
        <w:rPr>
          <w:vertAlign w:val="superscript"/>
          <w:lang w:val="sv-SE"/>
        </w:rPr>
        <w:t>8</w:t>
      </w:r>
      <w:r w:rsidRPr="000767E2">
        <w:rPr>
          <w:lang w:val="sv-SE"/>
        </w:rPr>
        <w:t xml:space="preserve"> {{field-on:bible}}För saddukeer säger att det inte finns </w:t>
      </w:r>
      <w:r w:rsidRPr="000767E2">
        <w:rPr>
          <w:i/>
          <w:lang w:val="sv-SE"/>
        </w:rPr>
        <w:t>någon</w:t>
      </w:r>
      <w:r w:rsidRPr="000767E2">
        <w:rPr>
          <w:lang w:val="sv-SE"/>
        </w:rPr>
        <w:t xml:space="preserve"> uppståndelse, inte heller ängel eller ande, men fariseer bekänner dem båda.{{field-off:bible}} [[@</w:t>
      </w:r>
      <w:r w:rsidR="0096445B" w:rsidRPr="000767E2">
        <w:rPr>
          <w:lang w:val="sv-SE"/>
        </w:rPr>
        <w:t>BibleBIBEL82</w:t>
      </w:r>
      <w:r w:rsidRPr="000767E2">
        <w:rPr>
          <w:lang w:val="sv-SE"/>
        </w:rPr>
        <w:t>:Acts 23:9]]</w:t>
      </w:r>
      <w:r w:rsidRPr="000767E2">
        <w:rPr>
          <w:vertAlign w:val="superscript"/>
          <w:lang w:val="sv-SE"/>
        </w:rPr>
        <w:t>9</w:t>
      </w:r>
      <w:r w:rsidRPr="000767E2">
        <w:rPr>
          <w:lang w:val="sv-SE"/>
        </w:rPr>
        <w:t xml:space="preserve"> {{field-on:bible}}Och det blev ett väldigt vrål, och upp stod några av de skriftlärda från fariseernas del och stred hårt och sade: ”Inget ont finner vi hos denne man. Och </w:t>
      </w:r>
      <w:r w:rsidRPr="000767E2">
        <w:rPr>
          <w:i/>
          <w:lang w:val="sv-SE"/>
        </w:rPr>
        <w:t>tänk</w:t>
      </w:r>
      <w:r w:rsidRPr="000767E2">
        <w:rPr>
          <w:lang w:val="sv-SE"/>
        </w:rPr>
        <w:t xml:space="preserve"> om en ande har talat till honom? Eller en ängel?”{{field-off:bible}}</w:t>
      </w:r>
    </w:p>
    <w:p w14:paraId="683622E9" w14:textId="52101855" w:rsidR="00BA33AB" w:rsidRPr="000767E2" w:rsidRDefault="00000000">
      <w:pPr>
        <w:rPr>
          <w:lang w:val="sv-SE"/>
        </w:rPr>
      </w:pPr>
      <w:r w:rsidRPr="000767E2">
        <w:rPr>
          <w:lang w:val="sv-SE"/>
        </w:rPr>
        <w:t>[[@</w:t>
      </w:r>
      <w:r w:rsidR="0096445B" w:rsidRPr="000767E2">
        <w:rPr>
          <w:lang w:val="sv-SE"/>
        </w:rPr>
        <w:t>BibleBIBEL82</w:t>
      </w:r>
      <w:r w:rsidRPr="000767E2">
        <w:rPr>
          <w:lang w:val="sv-SE"/>
        </w:rPr>
        <w:t>:Acts 23:10]]</w:t>
      </w:r>
      <w:r w:rsidRPr="000767E2">
        <w:rPr>
          <w:vertAlign w:val="superscript"/>
          <w:lang w:val="sv-SE"/>
        </w:rPr>
        <w:t>10</w:t>
      </w:r>
      <w:r w:rsidRPr="000767E2">
        <w:rPr>
          <w:lang w:val="sv-SE"/>
        </w:rPr>
        <w:t xml:space="preserve"> {{field-on:bible}}Och när det blev mycket uppror </w:t>
      </w:r>
      <w:r w:rsidRPr="000767E2">
        <w:rPr>
          <w:i/>
          <w:lang w:val="sv-SE"/>
        </w:rPr>
        <w:t>och</w:t>
      </w:r>
      <w:r w:rsidRPr="000767E2">
        <w:rPr>
          <w:lang w:val="sv-SE"/>
        </w:rPr>
        <w:t xml:space="preserve"> befälhavaren fruktade </w:t>
      </w:r>
      <w:r w:rsidRPr="000767E2">
        <w:rPr>
          <w:i/>
          <w:lang w:val="sv-SE"/>
        </w:rPr>
        <w:t>så</w:t>
      </w:r>
      <w:r w:rsidRPr="000767E2">
        <w:rPr>
          <w:lang w:val="sv-SE"/>
        </w:rPr>
        <w:t xml:space="preserve"> att inte Paulus dras sönder av dem, befallde han truppen att gå ner och rycka honom från deras mitt och föra till kasernen.{{field-off:bible}} [[@</w:t>
      </w:r>
      <w:r w:rsidR="0096445B" w:rsidRPr="000767E2">
        <w:rPr>
          <w:lang w:val="sv-SE"/>
        </w:rPr>
        <w:t>BibleBIBEL82</w:t>
      </w:r>
      <w:r w:rsidRPr="000767E2">
        <w:rPr>
          <w:lang w:val="sv-SE"/>
        </w:rPr>
        <w:t>:Acts 23:11]]</w:t>
      </w:r>
      <w:r w:rsidRPr="000767E2">
        <w:rPr>
          <w:vertAlign w:val="superscript"/>
          <w:lang w:val="sv-SE"/>
        </w:rPr>
        <w:t>11</w:t>
      </w:r>
      <w:r w:rsidRPr="000767E2">
        <w:rPr>
          <w:lang w:val="sv-SE"/>
        </w:rPr>
        <w:t xml:space="preserve"> {{field-on:bible}}Och påföljande natt stod Herren hos honom och sade: ”Fatta mod! För såsom du vittnat </w:t>
      </w:r>
      <w:r w:rsidRPr="000767E2">
        <w:rPr>
          <w:i/>
          <w:lang w:val="sv-SE"/>
        </w:rPr>
        <w:t>om</w:t>
      </w:r>
      <w:r w:rsidRPr="000767E2">
        <w:rPr>
          <w:lang w:val="sv-SE"/>
        </w:rPr>
        <w:t xml:space="preserve"> det som rör mig i Jerusalem, så måste du också i Rom vittna.”{{field-off:bible}}</w:t>
      </w:r>
    </w:p>
    <w:p w14:paraId="7FE63170" w14:textId="77777777" w:rsidR="00BA33AB" w:rsidRPr="000767E2" w:rsidRDefault="00000000">
      <w:pPr>
        <w:pStyle w:val="Rubrik3"/>
        <w:rPr>
          <w:lang w:val="sv-SE"/>
        </w:rPr>
      </w:pPr>
      <w:r w:rsidRPr="000767E2">
        <w:rPr>
          <w:lang w:val="sv-SE"/>
        </w:rPr>
        <w:t>Sammansvärjning mot Paulus</w:t>
      </w:r>
    </w:p>
    <w:p w14:paraId="3D038C00" w14:textId="7D4C0C36" w:rsidR="00BA33AB" w:rsidRPr="000767E2" w:rsidRDefault="00000000">
      <w:pPr>
        <w:rPr>
          <w:lang w:val="sv-SE"/>
        </w:rPr>
      </w:pPr>
      <w:r w:rsidRPr="000767E2">
        <w:rPr>
          <w:lang w:val="sv-SE"/>
        </w:rPr>
        <w:t>[[@</w:t>
      </w:r>
      <w:r w:rsidR="0096445B" w:rsidRPr="000767E2">
        <w:rPr>
          <w:lang w:val="sv-SE"/>
        </w:rPr>
        <w:t>BibleBIBEL82</w:t>
      </w:r>
      <w:r w:rsidRPr="000767E2">
        <w:rPr>
          <w:lang w:val="sv-SE"/>
        </w:rPr>
        <w:t>:Acts 23:12]]</w:t>
      </w:r>
      <w:r w:rsidRPr="000767E2">
        <w:rPr>
          <w:vertAlign w:val="superscript"/>
          <w:lang w:val="sv-SE"/>
        </w:rPr>
        <w:t>12</w:t>
      </w:r>
      <w:r w:rsidRPr="000767E2">
        <w:rPr>
          <w:lang w:val="sv-SE"/>
        </w:rPr>
        <w:t xml:space="preserve"> {{field-on:bible}}Men när det blev dag, gjorde judarna en mobb och tog anatema över sig och sade att </w:t>
      </w:r>
      <w:r w:rsidRPr="000767E2">
        <w:rPr>
          <w:i/>
          <w:lang w:val="sv-SE"/>
        </w:rPr>
        <w:t>de</w:t>
      </w:r>
      <w:r w:rsidRPr="000767E2">
        <w:rPr>
          <w:lang w:val="sv-SE"/>
        </w:rPr>
        <w:t xml:space="preserve"> varken </w:t>
      </w:r>
      <w:r w:rsidRPr="000767E2">
        <w:rPr>
          <w:i/>
          <w:lang w:val="sv-SE"/>
        </w:rPr>
        <w:t>skulle</w:t>
      </w:r>
      <w:r w:rsidRPr="000767E2">
        <w:rPr>
          <w:lang w:val="sv-SE"/>
        </w:rPr>
        <w:t xml:space="preserve"> äta eller dricka förrän de dödat Paulus.{{field-off:bible}} [[@</w:t>
      </w:r>
      <w:r w:rsidR="0096445B" w:rsidRPr="000767E2">
        <w:rPr>
          <w:lang w:val="sv-SE"/>
        </w:rPr>
        <w:t>BibleBIBEL82</w:t>
      </w:r>
      <w:r w:rsidRPr="000767E2">
        <w:rPr>
          <w:lang w:val="sv-SE"/>
        </w:rPr>
        <w:t>:Acts 23:13]]</w:t>
      </w:r>
      <w:r w:rsidRPr="000767E2">
        <w:rPr>
          <w:vertAlign w:val="superscript"/>
          <w:lang w:val="sv-SE"/>
        </w:rPr>
        <w:t>13</w:t>
      </w:r>
      <w:r w:rsidRPr="000767E2">
        <w:rPr>
          <w:lang w:val="sv-SE"/>
        </w:rPr>
        <w:t xml:space="preserve"> {{field-on:bible}}Och de var mer än fyrtio som gjorde denna sammansvärjning.{{field-off:bible}} [[@</w:t>
      </w:r>
      <w:r w:rsidR="0096445B" w:rsidRPr="000767E2">
        <w:rPr>
          <w:lang w:val="sv-SE"/>
        </w:rPr>
        <w:t>BibleBIBEL82</w:t>
      </w:r>
      <w:r w:rsidRPr="000767E2">
        <w:rPr>
          <w:lang w:val="sv-SE"/>
        </w:rPr>
        <w:t>:Acts 23:14]]</w:t>
      </w:r>
      <w:r w:rsidRPr="000767E2">
        <w:rPr>
          <w:vertAlign w:val="superscript"/>
          <w:lang w:val="sv-SE"/>
        </w:rPr>
        <w:t>14</w:t>
      </w:r>
      <w:r w:rsidRPr="000767E2">
        <w:rPr>
          <w:lang w:val="sv-SE"/>
        </w:rPr>
        <w:t xml:space="preserve"> {{field-on:bible}}De gick till översteprästerna och de äldste och sade: ”Vi har med anatema tagit anatema över oss att inget smaka förrän vi dödat Paulus.{{field-off:bible}} [[@</w:t>
      </w:r>
      <w:r w:rsidR="0096445B" w:rsidRPr="000767E2">
        <w:rPr>
          <w:lang w:val="sv-SE"/>
        </w:rPr>
        <w:t>BibleBIBEL82</w:t>
      </w:r>
      <w:r w:rsidRPr="000767E2">
        <w:rPr>
          <w:lang w:val="sv-SE"/>
        </w:rPr>
        <w:t>:Acts 23:15]]</w:t>
      </w:r>
      <w:r w:rsidRPr="000767E2">
        <w:rPr>
          <w:vertAlign w:val="superscript"/>
          <w:lang w:val="sv-SE"/>
        </w:rPr>
        <w:t>15</w:t>
      </w:r>
      <w:r w:rsidRPr="000767E2">
        <w:rPr>
          <w:lang w:val="sv-SE"/>
        </w:rPr>
        <w:t xml:space="preserve"> {{field-on:bible}}Nu ska alltså ni framföra för befälhavaren med Sanhedrin att han ska föra ner honom till er, som </w:t>
      </w:r>
      <w:r w:rsidRPr="000767E2">
        <w:rPr>
          <w:i/>
          <w:lang w:val="sv-SE"/>
        </w:rPr>
        <w:t>att</w:t>
      </w:r>
      <w:r w:rsidRPr="000767E2">
        <w:rPr>
          <w:lang w:val="sv-SE"/>
        </w:rPr>
        <w:t xml:space="preserve"> ni ska utreda noggrannare det som rör honom. Men innan han närmar sig är vi beredda att avrätta honom.”{{field-off:bible}}</w:t>
      </w:r>
    </w:p>
    <w:p w14:paraId="4C1EAEA5" w14:textId="677BE44D" w:rsidR="00BA33AB" w:rsidRPr="000767E2" w:rsidRDefault="00000000">
      <w:pPr>
        <w:rPr>
          <w:lang w:val="sv-SE"/>
        </w:rPr>
      </w:pPr>
      <w:r w:rsidRPr="000767E2">
        <w:rPr>
          <w:lang w:val="sv-SE"/>
        </w:rPr>
        <w:t>[[@</w:t>
      </w:r>
      <w:r w:rsidR="0096445B" w:rsidRPr="000767E2">
        <w:rPr>
          <w:lang w:val="sv-SE"/>
        </w:rPr>
        <w:t>BibleBIBEL82</w:t>
      </w:r>
      <w:r w:rsidRPr="000767E2">
        <w:rPr>
          <w:lang w:val="sv-SE"/>
        </w:rPr>
        <w:t>:Acts 23:16]]</w:t>
      </w:r>
      <w:r w:rsidRPr="000767E2">
        <w:rPr>
          <w:vertAlign w:val="superscript"/>
          <w:lang w:val="sv-SE"/>
        </w:rPr>
        <w:t>16</w:t>
      </w:r>
      <w:r w:rsidRPr="000767E2">
        <w:rPr>
          <w:lang w:val="sv-SE"/>
        </w:rPr>
        <w:t xml:space="preserve"> {{field-on:bible}}Men Paulus systerson hörde </w:t>
      </w:r>
      <w:r w:rsidRPr="000767E2">
        <w:rPr>
          <w:i/>
          <w:lang w:val="sv-SE"/>
        </w:rPr>
        <w:t>om</w:t>
      </w:r>
      <w:r w:rsidRPr="000767E2">
        <w:rPr>
          <w:lang w:val="sv-SE"/>
        </w:rPr>
        <w:t xml:space="preserve"> bakhållet, </w:t>
      </w:r>
      <w:r w:rsidRPr="000767E2">
        <w:rPr>
          <w:i/>
          <w:lang w:val="sv-SE"/>
        </w:rPr>
        <w:t>och</w:t>
      </w:r>
      <w:r w:rsidRPr="000767E2">
        <w:rPr>
          <w:lang w:val="sv-SE"/>
        </w:rPr>
        <w:t xml:space="preserve"> han kom dit och gick in i kasernen och berättade för Paulus.{{field-off:bible}} [[@</w:t>
      </w:r>
      <w:r w:rsidR="0096445B" w:rsidRPr="000767E2">
        <w:rPr>
          <w:lang w:val="sv-SE"/>
        </w:rPr>
        <w:t>BibleBIBEL82</w:t>
      </w:r>
      <w:r w:rsidRPr="000767E2">
        <w:rPr>
          <w:lang w:val="sv-SE"/>
        </w:rPr>
        <w:t>:Acts 23:17]]</w:t>
      </w:r>
      <w:r w:rsidRPr="000767E2">
        <w:rPr>
          <w:vertAlign w:val="superscript"/>
          <w:lang w:val="sv-SE"/>
        </w:rPr>
        <w:t>17</w:t>
      </w:r>
      <w:r w:rsidRPr="000767E2">
        <w:rPr>
          <w:lang w:val="sv-SE"/>
        </w:rPr>
        <w:t xml:space="preserve"> {{field-on:bible}}Och Paulus tillkallade en av centurionerna och sade: ”Denne unge man ska ni föra bort till befälhavaren. För han har något att berätta för honom.”{{field-off:bible}} [[@</w:t>
      </w:r>
      <w:r w:rsidR="0096445B" w:rsidRPr="000767E2">
        <w:rPr>
          <w:lang w:val="sv-SE"/>
        </w:rPr>
        <w:t>BibleBIBEL82</w:t>
      </w:r>
      <w:r w:rsidRPr="000767E2">
        <w:rPr>
          <w:lang w:val="sv-SE"/>
        </w:rPr>
        <w:t>:Acts 23:18]]</w:t>
      </w:r>
      <w:r w:rsidRPr="000767E2">
        <w:rPr>
          <w:vertAlign w:val="superscript"/>
          <w:lang w:val="sv-SE"/>
        </w:rPr>
        <w:t>18</w:t>
      </w:r>
      <w:r w:rsidRPr="000767E2">
        <w:rPr>
          <w:lang w:val="sv-SE"/>
        </w:rPr>
        <w:t xml:space="preserve"> {{field-on:bible}}Han tog då med honom och förde till befälhavaren och säger: ”Fången Paulus tillkallade mig och frågade </w:t>
      </w:r>
      <w:r w:rsidRPr="000767E2">
        <w:rPr>
          <w:i/>
          <w:lang w:val="sv-SE"/>
        </w:rPr>
        <w:t>om jag kunde</w:t>
      </w:r>
      <w:r w:rsidRPr="000767E2">
        <w:rPr>
          <w:lang w:val="sv-SE"/>
        </w:rPr>
        <w:t xml:space="preserve"> föra denna yngling till dig, då han har något att tala om för dig.”{{field-off:bible}}</w:t>
      </w:r>
    </w:p>
    <w:p w14:paraId="501ED731" w14:textId="1AECD997" w:rsidR="00BA33AB" w:rsidRPr="000767E2" w:rsidRDefault="00000000">
      <w:pPr>
        <w:rPr>
          <w:lang w:val="sv-SE"/>
        </w:rPr>
      </w:pPr>
      <w:r w:rsidRPr="000767E2">
        <w:rPr>
          <w:lang w:val="sv-SE"/>
        </w:rPr>
        <w:t>[[@</w:t>
      </w:r>
      <w:r w:rsidR="0096445B" w:rsidRPr="000767E2">
        <w:rPr>
          <w:lang w:val="sv-SE"/>
        </w:rPr>
        <w:t>BibleBIBEL82</w:t>
      </w:r>
      <w:r w:rsidRPr="000767E2">
        <w:rPr>
          <w:lang w:val="sv-SE"/>
        </w:rPr>
        <w:t>:Acts 23:19]]</w:t>
      </w:r>
      <w:r w:rsidRPr="000767E2">
        <w:rPr>
          <w:vertAlign w:val="superscript"/>
          <w:lang w:val="sv-SE"/>
        </w:rPr>
        <w:t>19</w:t>
      </w:r>
      <w:r w:rsidRPr="000767E2">
        <w:rPr>
          <w:lang w:val="sv-SE"/>
        </w:rPr>
        <w:t xml:space="preserve"> {{field-on:bible}}Och befälhavaren tog hans hand och drog sig undan enskilt och efterhörde: ”Vad är det som du har att berätta för mig?”{{field-off:bible}} [[@</w:t>
      </w:r>
      <w:r w:rsidR="0096445B" w:rsidRPr="000767E2">
        <w:rPr>
          <w:lang w:val="sv-SE"/>
        </w:rPr>
        <w:t>BibleBIBEL82</w:t>
      </w:r>
      <w:r w:rsidRPr="000767E2">
        <w:rPr>
          <w:lang w:val="sv-SE"/>
        </w:rPr>
        <w:t>:Acts 23:20]]</w:t>
      </w:r>
      <w:r w:rsidRPr="000767E2">
        <w:rPr>
          <w:vertAlign w:val="superscript"/>
          <w:lang w:val="sv-SE"/>
        </w:rPr>
        <w:t>20</w:t>
      </w:r>
      <w:r w:rsidRPr="000767E2">
        <w:rPr>
          <w:lang w:val="sv-SE"/>
        </w:rPr>
        <w:t xml:space="preserve"> {{field-on:bible}}Och han sade att: ”Judarna har kommit </w:t>
      </w:r>
      <w:r w:rsidRPr="000767E2">
        <w:rPr>
          <w:lang w:val="sv-SE"/>
        </w:rPr>
        <w:lastRenderedPageBreak/>
        <w:t xml:space="preserve">överens om att fråga dig </w:t>
      </w:r>
      <w:r w:rsidRPr="000767E2">
        <w:rPr>
          <w:i/>
          <w:lang w:val="sv-SE"/>
        </w:rPr>
        <w:t>om du</w:t>
      </w:r>
      <w:r w:rsidRPr="000767E2">
        <w:rPr>
          <w:lang w:val="sv-SE"/>
        </w:rPr>
        <w:t xml:space="preserve"> imorgon </w:t>
      </w:r>
      <w:r w:rsidRPr="000767E2">
        <w:rPr>
          <w:i/>
          <w:lang w:val="sv-SE"/>
        </w:rPr>
        <w:t>kan</w:t>
      </w:r>
      <w:r w:rsidRPr="000767E2">
        <w:rPr>
          <w:lang w:val="sv-SE"/>
        </w:rPr>
        <w:t xml:space="preserve"> föra ner Paulus till Sanhedrin, som </w:t>
      </w:r>
      <w:r w:rsidRPr="000767E2">
        <w:rPr>
          <w:i/>
          <w:lang w:val="sv-SE"/>
        </w:rPr>
        <w:t>att man</w:t>
      </w:r>
      <w:r w:rsidRPr="000767E2">
        <w:rPr>
          <w:lang w:val="sv-SE"/>
        </w:rPr>
        <w:t xml:space="preserve"> noggrannare ska efterhöra något om honom.{{field-off:bible}} [[@</w:t>
      </w:r>
      <w:r w:rsidR="0096445B" w:rsidRPr="000767E2">
        <w:rPr>
          <w:lang w:val="sv-SE"/>
        </w:rPr>
        <w:t>BibleBIBEL82</w:t>
      </w:r>
      <w:r w:rsidRPr="000767E2">
        <w:rPr>
          <w:lang w:val="sv-SE"/>
        </w:rPr>
        <w:t>:Acts 23:21]]</w:t>
      </w:r>
      <w:r w:rsidRPr="000767E2">
        <w:rPr>
          <w:vertAlign w:val="superscript"/>
          <w:lang w:val="sv-SE"/>
        </w:rPr>
        <w:t>21</w:t>
      </w:r>
      <w:r w:rsidRPr="000767E2">
        <w:rPr>
          <w:lang w:val="sv-SE"/>
        </w:rPr>
        <w:t xml:space="preserve"> {{field-on:bible}}Du ska nu inte </w:t>
      </w:r>
      <w:r w:rsidRPr="000767E2">
        <w:rPr>
          <w:i/>
          <w:lang w:val="sv-SE"/>
        </w:rPr>
        <w:t>låta dig</w:t>
      </w:r>
      <w:r w:rsidRPr="000767E2">
        <w:rPr>
          <w:lang w:val="sv-SE"/>
        </w:rPr>
        <w:t xml:space="preserve"> övertygas av dem. För </w:t>
      </w:r>
      <w:r w:rsidRPr="000767E2">
        <w:rPr>
          <w:i/>
          <w:lang w:val="sv-SE"/>
        </w:rPr>
        <w:t>det</w:t>
      </w:r>
      <w:r w:rsidRPr="000767E2">
        <w:rPr>
          <w:lang w:val="sv-SE"/>
        </w:rPr>
        <w:t xml:space="preserve"> ligger på lur för honom mer än fyrtio män från dem, som har tagit anatema över sig att varken äta eller dricka förrän de avrättat honom. Och nu är de beredda och väntar på </w:t>
      </w:r>
      <w:r w:rsidRPr="000767E2">
        <w:rPr>
          <w:i/>
          <w:lang w:val="sv-SE"/>
        </w:rPr>
        <w:t>ett</w:t>
      </w:r>
      <w:r w:rsidRPr="000767E2">
        <w:rPr>
          <w:lang w:val="sv-SE"/>
        </w:rPr>
        <w:t xml:space="preserve"> löfte från dig.”{{field-off:bible}}</w:t>
      </w:r>
    </w:p>
    <w:p w14:paraId="4A32582E" w14:textId="1FD9CDCA" w:rsidR="00BA33AB" w:rsidRPr="000767E2" w:rsidRDefault="00000000">
      <w:pPr>
        <w:rPr>
          <w:lang w:val="sv-SE"/>
        </w:rPr>
      </w:pPr>
      <w:r w:rsidRPr="000767E2">
        <w:rPr>
          <w:lang w:val="sv-SE"/>
        </w:rPr>
        <w:t>[[@</w:t>
      </w:r>
      <w:r w:rsidR="0096445B" w:rsidRPr="000767E2">
        <w:rPr>
          <w:lang w:val="sv-SE"/>
        </w:rPr>
        <w:t>BibleBIBEL82</w:t>
      </w:r>
      <w:r w:rsidRPr="000767E2">
        <w:rPr>
          <w:lang w:val="sv-SE"/>
        </w:rPr>
        <w:t>:Acts 23:22]]</w:t>
      </w:r>
      <w:r w:rsidRPr="000767E2">
        <w:rPr>
          <w:vertAlign w:val="superscript"/>
          <w:lang w:val="sv-SE"/>
        </w:rPr>
        <w:t>22</w:t>
      </w:r>
      <w:r w:rsidRPr="000767E2">
        <w:rPr>
          <w:lang w:val="sv-SE"/>
        </w:rPr>
        <w:t xml:space="preserve"> {{field-on:bible}}Befälhavaren släppte då iväg ynglingen och instruerade: ”Inte för någon ska du yppa att du har framfört detta till mig.”{{field-off:bible}}</w:t>
      </w:r>
    </w:p>
    <w:p w14:paraId="086DAD56" w14:textId="77777777" w:rsidR="00BA33AB" w:rsidRPr="000767E2" w:rsidRDefault="00000000">
      <w:pPr>
        <w:pStyle w:val="Rubrik3"/>
        <w:rPr>
          <w:lang w:val="sv-SE"/>
        </w:rPr>
      </w:pPr>
      <w:r w:rsidRPr="000767E2">
        <w:rPr>
          <w:lang w:val="sv-SE"/>
        </w:rPr>
        <w:t>Paulus förs till Caesarea</w:t>
      </w:r>
    </w:p>
    <w:p w14:paraId="729F80CC" w14:textId="55BB065B" w:rsidR="00BA33AB" w:rsidRPr="000767E2" w:rsidRDefault="00000000">
      <w:pPr>
        <w:rPr>
          <w:lang w:val="sv-SE"/>
        </w:rPr>
      </w:pPr>
      <w:r w:rsidRPr="000767E2">
        <w:rPr>
          <w:lang w:val="sv-SE"/>
        </w:rPr>
        <w:t>[[@</w:t>
      </w:r>
      <w:r w:rsidR="0096445B" w:rsidRPr="000767E2">
        <w:rPr>
          <w:lang w:val="sv-SE"/>
        </w:rPr>
        <w:t>BibleBIBEL82</w:t>
      </w:r>
      <w:r w:rsidRPr="000767E2">
        <w:rPr>
          <w:lang w:val="sv-SE"/>
        </w:rPr>
        <w:t>:Acts 23:23]]</w:t>
      </w:r>
      <w:r w:rsidRPr="000767E2">
        <w:rPr>
          <w:vertAlign w:val="superscript"/>
          <w:lang w:val="sv-SE"/>
        </w:rPr>
        <w:t>23</w:t>
      </w:r>
      <w:r w:rsidRPr="000767E2">
        <w:rPr>
          <w:lang w:val="sv-SE"/>
        </w:rPr>
        <w:t xml:space="preserve"> {{field-on:bible}}Och han tillkallade två av centurionerna och sade: ”Förbered tvåhundra soldater att gå till Caesarea. Och sjuttio ryttare och tvåhundra spjutbärare, från tredje timmen av natten.{{field-off:bible}} [[@</w:t>
      </w:r>
      <w:r w:rsidR="0096445B" w:rsidRPr="000767E2">
        <w:rPr>
          <w:lang w:val="sv-SE"/>
        </w:rPr>
        <w:t>BibleBIBEL82</w:t>
      </w:r>
      <w:r w:rsidRPr="000767E2">
        <w:rPr>
          <w:lang w:val="sv-SE"/>
        </w:rPr>
        <w:t>:Acts 23:24]]</w:t>
      </w:r>
      <w:r w:rsidRPr="000767E2">
        <w:rPr>
          <w:vertAlign w:val="superscript"/>
          <w:lang w:val="sv-SE"/>
        </w:rPr>
        <w:t>24</w:t>
      </w:r>
      <w:r w:rsidRPr="000767E2">
        <w:rPr>
          <w:lang w:val="sv-SE"/>
        </w:rPr>
        <w:t xml:space="preserve"> {{field-on:bible}}Och att ställa fram riddjur, så att de sätter upp och frälser igenom Paulus till styresmannen Felix.”{{field-off:bible}} [[@</w:t>
      </w:r>
      <w:r w:rsidR="0096445B" w:rsidRPr="000767E2">
        <w:rPr>
          <w:lang w:val="sv-SE"/>
        </w:rPr>
        <w:t>BibleBIBEL82</w:t>
      </w:r>
      <w:r w:rsidRPr="000767E2">
        <w:rPr>
          <w:lang w:val="sv-SE"/>
        </w:rPr>
        <w:t>:Acts 23:25]]</w:t>
      </w:r>
      <w:r w:rsidRPr="000767E2">
        <w:rPr>
          <w:vertAlign w:val="superscript"/>
          <w:lang w:val="sv-SE"/>
        </w:rPr>
        <w:t>25</w:t>
      </w:r>
      <w:r w:rsidRPr="000767E2">
        <w:rPr>
          <w:lang w:val="sv-SE"/>
        </w:rPr>
        <w:t xml:space="preserve"> {{field-on:bible}}Och han skrev ett brev som hade detta avtryck:{{field-off:bible}}</w:t>
      </w:r>
    </w:p>
    <w:p w14:paraId="6C1D1A07" w14:textId="2EFA1428" w:rsidR="00BA33AB" w:rsidRPr="000767E2" w:rsidRDefault="00000000">
      <w:pPr>
        <w:rPr>
          <w:lang w:val="sv-SE"/>
        </w:rPr>
      </w:pPr>
      <w:r>
        <w:t>[[@</w:t>
      </w:r>
      <w:r w:rsidR="0096445B">
        <w:t>BibleBIBEL</w:t>
      </w:r>
      <w:proofErr w:type="gramStart"/>
      <w:r w:rsidR="0096445B">
        <w:t>82</w:t>
      </w:r>
      <w:r>
        <w:t>:Acts</w:t>
      </w:r>
      <w:proofErr w:type="gramEnd"/>
      <w:r>
        <w:t xml:space="preserve"> 23:26]]</w:t>
      </w:r>
      <w:r>
        <w:rPr>
          <w:vertAlign w:val="superscript"/>
        </w:rPr>
        <w:t>26</w:t>
      </w:r>
      <w:r>
        <w:t xml:space="preserve"> {{</w:t>
      </w:r>
      <w:proofErr w:type="spellStart"/>
      <w:r>
        <w:t>field-</w:t>
      </w:r>
      <w:proofErr w:type="gramStart"/>
      <w:r>
        <w:t>on:bible</w:t>
      </w:r>
      <w:proofErr w:type="spellEnd"/>
      <w:r>
        <w:t>}}</w:t>
      </w:r>
      <w:proofErr w:type="spellStart"/>
      <w:r>
        <w:rPr>
          <w:i/>
        </w:rPr>
        <w:t>Från</w:t>
      </w:r>
      <w:proofErr w:type="spellEnd"/>
      <w:proofErr w:type="gramEnd"/>
      <w:r>
        <w:t xml:space="preserve"> Claudius Lysias. </w:t>
      </w:r>
      <w:r w:rsidRPr="000767E2">
        <w:rPr>
          <w:lang w:val="sv-SE"/>
        </w:rPr>
        <w:t>Till bäste styresmannen Felix: hälsningar.{{field-off:bible}} [[@</w:t>
      </w:r>
      <w:r w:rsidR="0096445B" w:rsidRPr="000767E2">
        <w:rPr>
          <w:lang w:val="sv-SE"/>
        </w:rPr>
        <w:t>BibleBIBEL82</w:t>
      </w:r>
      <w:r w:rsidRPr="000767E2">
        <w:rPr>
          <w:lang w:val="sv-SE"/>
        </w:rPr>
        <w:t>:Acts 23:27]]</w:t>
      </w:r>
      <w:r w:rsidRPr="000767E2">
        <w:rPr>
          <w:vertAlign w:val="superscript"/>
          <w:lang w:val="sv-SE"/>
        </w:rPr>
        <w:t>27</w:t>
      </w:r>
      <w:r w:rsidRPr="000767E2">
        <w:rPr>
          <w:lang w:val="sv-SE"/>
        </w:rPr>
        <w:t xml:space="preserve"> {{field-on:bible}}Denne man var fasttagen av judarna och skulle avrättas av dem, </w:t>
      </w:r>
      <w:r w:rsidRPr="000767E2">
        <w:rPr>
          <w:i/>
          <w:lang w:val="sv-SE"/>
        </w:rPr>
        <w:t>men</w:t>
      </w:r>
      <w:r w:rsidRPr="000767E2">
        <w:rPr>
          <w:lang w:val="sv-SE"/>
        </w:rPr>
        <w:t xml:space="preserve"> jag stod där med truppen och tog ut </w:t>
      </w:r>
      <w:r w:rsidRPr="000767E2">
        <w:rPr>
          <w:i/>
          <w:lang w:val="sv-SE"/>
        </w:rPr>
        <w:t>honom</w:t>
      </w:r>
      <w:r w:rsidRPr="000767E2">
        <w:rPr>
          <w:lang w:val="sv-SE"/>
        </w:rPr>
        <w:t xml:space="preserve"> då jag fått reda på att han är romare.{{field-off:bible}} [[@</w:t>
      </w:r>
      <w:r w:rsidR="0096445B" w:rsidRPr="000767E2">
        <w:rPr>
          <w:lang w:val="sv-SE"/>
        </w:rPr>
        <w:t>BibleBIBEL82</w:t>
      </w:r>
      <w:r w:rsidRPr="000767E2">
        <w:rPr>
          <w:lang w:val="sv-SE"/>
        </w:rPr>
        <w:t>:Acts 23:28]]</w:t>
      </w:r>
      <w:r w:rsidRPr="000767E2">
        <w:rPr>
          <w:vertAlign w:val="superscript"/>
          <w:lang w:val="sv-SE"/>
        </w:rPr>
        <w:t>28</w:t>
      </w:r>
      <w:r w:rsidRPr="000767E2">
        <w:rPr>
          <w:lang w:val="sv-SE"/>
        </w:rPr>
        <w:t xml:space="preserve"> {{field-on:bible}}Och då jag önskade lära känna saken för vilken de åklagade honom, förde jag ner </w:t>
      </w:r>
      <w:r w:rsidRPr="000767E2">
        <w:rPr>
          <w:i/>
          <w:lang w:val="sv-SE"/>
        </w:rPr>
        <w:t>honom</w:t>
      </w:r>
      <w:r w:rsidRPr="000767E2">
        <w:rPr>
          <w:lang w:val="sv-SE"/>
        </w:rPr>
        <w:t xml:space="preserve"> till deras Sanhedrin.{{field-off:bible}} [[@</w:t>
      </w:r>
      <w:r w:rsidR="0096445B" w:rsidRPr="000767E2">
        <w:rPr>
          <w:lang w:val="sv-SE"/>
        </w:rPr>
        <w:t>BibleBIBEL82</w:t>
      </w:r>
      <w:r w:rsidRPr="000767E2">
        <w:rPr>
          <w:lang w:val="sv-SE"/>
        </w:rPr>
        <w:t>:Acts 23:29]]</w:t>
      </w:r>
      <w:r w:rsidRPr="000767E2">
        <w:rPr>
          <w:vertAlign w:val="superscript"/>
          <w:lang w:val="sv-SE"/>
        </w:rPr>
        <w:t>29</w:t>
      </w:r>
      <w:r w:rsidRPr="000767E2">
        <w:rPr>
          <w:lang w:val="sv-SE"/>
        </w:rPr>
        <w:t xml:space="preserve"> {{field-on:bible}}Jag fann honom åklagad för tvistefrågor i deras lag, men inget värt döden eller bojor hade han </w:t>
      </w:r>
      <w:r w:rsidRPr="000767E2">
        <w:rPr>
          <w:i/>
          <w:lang w:val="sv-SE"/>
        </w:rPr>
        <w:t>mot sig som</w:t>
      </w:r>
      <w:r w:rsidRPr="000767E2">
        <w:rPr>
          <w:lang w:val="sv-SE"/>
        </w:rPr>
        <w:t xml:space="preserve"> åklagelse.{{field-off:bible}} [[@</w:t>
      </w:r>
      <w:r w:rsidR="0096445B" w:rsidRPr="000767E2">
        <w:rPr>
          <w:lang w:val="sv-SE"/>
        </w:rPr>
        <w:t>BibleBIBEL82</w:t>
      </w:r>
      <w:r w:rsidRPr="000767E2">
        <w:rPr>
          <w:lang w:val="sv-SE"/>
        </w:rPr>
        <w:t>:Acts 23:30]]</w:t>
      </w:r>
      <w:r w:rsidRPr="000767E2">
        <w:rPr>
          <w:vertAlign w:val="superscript"/>
          <w:lang w:val="sv-SE"/>
        </w:rPr>
        <w:t>30</w:t>
      </w:r>
      <w:r w:rsidRPr="000767E2">
        <w:rPr>
          <w:lang w:val="sv-SE"/>
        </w:rPr>
        <w:t xml:space="preserve"> {{field-on:bible}}Men när det informerades för mig att det skulle bli en komplott mot mannen, skickade jag </w:t>
      </w:r>
      <w:r w:rsidRPr="000767E2">
        <w:rPr>
          <w:i/>
          <w:lang w:val="sv-SE"/>
        </w:rPr>
        <w:t>honom</w:t>
      </w:r>
      <w:r w:rsidRPr="000767E2">
        <w:rPr>
          <w:lang w:val="sv-SE"/>
        </w:rPr>
        <w:t xml:space="preserve"> med detsamma till dig, sedan jag instruerat även anklagarna att säga [det </w:t>
      </w:r>
      <w:r w:rsidRPr="000767E2">
        <w:rPr>
          <w:i/>
          <w:lang w:val="sv-SE"/>
        </w:rPr>
        <w:t>de har</w:t>
      </w:r>
      <w:r w:rsidRPr="000767E2">
        <w:rPr>
          <w:lang w:val="sv-SE"/>
        </w:rPr>
        <w:t>] mot honom inför dig.{{field-off:bible}}</w:t>
      </w:r>
    </w:p>
    <w:p w14:paraId="337C6B91" w14:textId="1FAAD99B" w:rsidR="00BA33AB" w:rsidRPr="000767E2" w:rsidRDefault="00000000">
      <w:pPr>
        <w:rPr>
          <w:lang w:val="sv-SE"/>
        </w:rPr>
      </w:pPr>
      <w:r w:rsidRPr="000767E2">
        <w:rPr>
          <w:lang w:val="sv-SE"/>
        </w:rPr>
        <w:t>[[@</w:t>
      </w:r>
      <w:r w:rsidR="0096445B" w:rsidRPr="000767E2">
        <w:rPr>
          <w:lang w:val="sv-SE"/>
        </w:rPr>
        <w:t>BibleBIBEL82</w:t>
      </w:r>
      <w:r w:rsidRPr="000767E2">
        <w:rPr>
          <w:lang w:val="sv-SE"/>
        </w:rPr>
        <w:t>:Acts 23:31]]</w:t>
      </w:r>
      <w:r w:rsidRPr="000767E2">
        <w:rPr>
          <w:vertAlign w:val="superscript"/>
          <w:lang w:val="sv-SE"/>
        </w:rPr>
        <w:t>31</w:t>
      </w:r>
      <w:r w:rsidRPr="000767E2">
        <w:rPr>
          <w:lang w:val="sv-SE"/>
        </w:rPr>
        <w:t xml:space="preserve"> {{field-on:bible}}Soldaterna tog då, enligt det </w:t>
      </w:r>
      <w:r w:rsidRPr="000767E2">
        <w:rPr>
          <w:i/>
          <w:lang w:val="sv-SE"/>
        </w:rPr>
        <w:t>som var</w:t>
      </w:r>
      <w:r w:rsidRPr="000767E2">
        <w:rPr>
          <w:lang w:val="sv-SE"/>
        </w:rPr>
        <w:t xml:space="preserve"> förordnat för dem, upp och förde Paulus under natten till Antipatris.{{field-off:bible}} [[@</w:t>
      </w:r>
      <w:r w:rsidR="0096445B" w:rsidRPr="000767E2">
        <w:rPr>
          <w:lang w:val="sv-SE"/>
        </w:rPr>
        <w:t>BibleBIBEL82</w:t>
      </w:r>
      <w:r w:rsidRPr="000767E2">
        <w:rPr>
          <w:lang w:val="sv-SE"/>
        </w:rPr>
        <w:t>:Acts 23:32]]</w:t>
      </w:r>
      <w:r w:rsidRPr="000767E2">
        <w:rPr>
          <w:vertAlign w:val="superscript"/>
          <w:lang w:val="sv-SE"/>
        </w:rPr>
        <w:t>32</w:t>
      </w:r>
      <w:r w:rsidRPr="000767E2">
        <w:rPr>
          <w:lang w:val="sv-SE"/>
        </w:rPr>
        <w:t xml:space="preserve"> {{field-on:bible}}Och dagen därpå lät de ryttarna fara iväg med honom och återvände till kasernen.{{field-off:bible}} [[@</w:t>
      </w:r>
      <w:r w:rsidR="0096445B" w:rsidRPr="000767E2">
        <w:rPr>
          <w:lang w:val="sv-SE"/>
        </w:rPr>
        <w:t>BibleBIBEL82</w:t>
      </w:r>
      <w:r w:rsidRPr="000767E2">
        <w:rPr>
          <w:lang w:val="sv-SE"/>
        </w:rPr>
        <w:t>:Acts 23:33]]</w:t>
      </w:r>
      <w:r w:rsidRPr="000767E2">
        <w:rPr>
          <w:vertAlign w:val="superscript"/>
          <w:lang w:val="sv-SE"/>
        </w:rPr>
        <w:t>33</w:t>
      </w:r>
      <w:r w:rsidRPr="000767E2">
        <w:rPr>
          <w:lang w:val="sv-SE"/>
        </w:rPr>
        <w:t xml:space="preserve"> {{field-on:bible}}De kom in i Caesarea och överräckte brevet till styresmannen, och ställde även fram Paulus inför honom.{{field-off:bible}} [[@</w:t>
      </w:r>
      <w:r w:rsidR="0096445B" w:rsidRPr="000767E2">
        <w:rPr>
          <w:lang w:val="sv-SE"/>
        </w:rPr>
        <w:t>BibleBIBEL82</w:t>
      </w:r>
      <w:r w:rsidRPr="000767E2">
        <w:rPr>
          <w:lang w:val="sv-SE"/>
        </w:rPr>
        <w:t>:Acts 23:34]]</w:t>
      </w:r>
      <w:r w:rsidRPr="000767E2">
        <w:rPr>
          <w:vertAlign w:val="superscript"/>
          <w:lang w:val="sv-SE"/>
        </w:rPr>
        <w:t>34</w:t>
      </w:r>
      <w:r w:rsidRPr="000767E2">
        <w:rPr>
          <w:lang w:val="sv-SE"/>
        </w:rPr>
        <w:t xml:space="preserve"> {{field-on:bible}}Och sedan han läst </w:t>
      </w:r>
      <w:r w:rsidRPr="000767E2">
        <w:rPr>
          <w:i/>
          <w:lang w:val="sv-SE"/>
        </w:rPr>
        <w:t>det</w:t>
      </w:r>
      <w:r w:rsidRPr="000767E2">
        <w:rPr>
          <w:lang w:val="sv-SE"/>
        </w:rPr>
        <w:t xml:space="preserve"> och frågat från vilken provins han är, och efterhört att </w:t>
      </w:r>
      <w:r w:rsidRPr="000767E2">
        <w:rPr>
          <w:i/>
          <w:lang w:val="sv-SE"/>
        </w:rPr>
        <w:t>han är</w:t>
      </w:r>
      <w:r w:rsidRPr="000767E2">
        <w:rPr>
          <w:lang w:val="sv-SE"/>
        </w:rPr>
        <w:t xml:space="preserve"> från Kilikien:{{field-off:bible}} [[@</w:t>
      </w:r>
      <w:r w:rsidR="0096445B" w:rsidRPr="000767E2">
        <w:rPr>
          <w:lang w:val="sv-SE"/>
        </w:rPr>
        <w:t>BibleBIBEL82</w:t>
      </w:r>
      <w:r w:rsidRPr="000767E2">
        <w:rPr>
          <w:lang w:val="sv-SE"/>
        </w:rPr>
        <w:t>:Acts 23:35]]</w:t>
      </w:r>
      <w:r w:rsidRPr="000767E2">
        <w:rPr>
          <w:vertAlign w:val="superscript"/>
          <w:lang w:val="sv-SE"/>
        </w:rPr>
        <w:t>35</w:t>
      </w:r>
      <w:r w:rsidRPr="000767E2">
        <w:rPr>
          <w:lang w:val="sv-SE"/>
        </w:rPr>
        <w:t xml:space="preserve"> {{field-on:bible}}”Jag ska höra dig”, sade han, ”när även dina anklagare har kommit hit”, och befallde att han </w:t>
      </w:r>
      <w:r w:rsidRPr="000767E2">
        <w:rPr>
          <w:i/>
          <w:lang w:val="sv-SE"/>
        </w:rPr>
        <w:t>skulle</w:t>
      </w:r>
      <w:r w:rsidRPr="000767E2">
        <w:rPr>
          <w:lang w:val="sv-SE"/>
        </w:rPr>
        <w:t xml:space="preserve"> vaktas i Herodes pretorium.{{field-off:bible}}</w:t>
      </w:r>
    </w:p>
    <w:p w14:paraId="4737583E" w14:textId="3568AC0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24]]Kapitel 24</w:t>
      </w:r>
    </w:p>
    <w:p w14:paraId="31410FB3" w14:textId="77777777" w:rsidR="00BA33AB" w:rsidRPr="000767E2" w:rsidRDefault="00000000">
      <w:pPr>
        <w:pStyle w:val="Rubrik3"/>
        <w:rPr>
          <w:lang w:val="sv-SE"/>
        </w:rPr>
      </w:pPr>
      <w:r w:rsidRPr="000767E2">
        <w:rPr>
          <w:lang w:val="sv-SE"/>
        </w:rPr>
        <w:t>Anklagelsen mot Paulus</w:t>
      </w:r>
    </w:p>
    <w:p w14:paraId="28042351" w14:textId="08378894" w:rsidR="00BA33AB" w:rsidRPr="000767E2" w:rsidRDefault="00000000">
      <w:pPr>
        <w:rPr>
          <w:lang w:val="sv-SE"/>
        </w:rPr>
      </w:pPr>
      <w:r w:rsidRPr="000767E2">
        <w:rPr>
          <w:lang w:val="sv-SE"/>
        </w:rPr>
        <w:t>[[@</w:t>
      </w:r>
      <w:r w:rsidR="0096445B" w:rsidRPr="000767E2">
        <w:rPr>
          <w:lang w:val="sv-SE"/>
        </w:rPr>
        <w:t>BibleBIBEL82</w:t>
      </w:r>
      <w:r w:rsidRPr="000767E2">
        <w:rPr>
          <w:lang w:val="sv-SE"/>
        </w:rPr>
        <w:t>:Acts 24:1]]</w:t>
      </w:r>
      <w:r w:rsidRPr="000767E2">
        <w:rPr>
          <w:vertAlign w:val="superscript"/>
          <w:lang w:val="sv-SE"/>
        </w:rPr>
        <w:t>1</w:t>
      </w:r>
      <w:r w:rsidRPr="000767E2">
        <w:rPr>
          <w:lang w:val="sv-SE"/>
        </w:rPr>
        <w:t xml:space="preserve"> {{field-on:bible}}Och efter fem dagar kom översteprästen Ananias ner med några äldste och en talare, en viss Tertullus. De framförde för styresmannen </w:t>
      </w:r>
      <w:r w:rsidRPr="000767E2">
        <w:rPr>
          <w:i/>
          <w:lang w:val="sv-SE"/>
        </w:rPr>
        <w:lastRenderedPageBreak/>
        <w:t>anklagelser</w:t>
      </w:r>
      <w:r w:rsidRPr="000767E2">
        <w:rPr>
          <w:lang w:val="sv-SE"/>
        </w:rPr>
        <w:t xml:space="preserve"> mot Paulus.{{field-off:bible}} [[@</w:t>
      </w:r>
      <w:r w:rsidR="0096445B" w:rsidRPr="000767E2">
        <w:rPr>
          <w:lang w:val="sv-SE"/>
        </w:rPr>
        <w:t>BibleBIBEL82</w:t>
      </w:r>
      <w:r w:rsidRPr="000767E2">
        <w:rPr>
          <w:lang w:val="sv-SE"/>
        </w:rPr>
        <w:t>:Acts 24:2]]</w:t>
      </w:r>
      <w:r w:rsidRPr="000767E2">
        <w:rPr>
          <w:vertAlign w:val="superscript"/>
          <w:lang w:val="sv-SE"/>
        </w:rPr>
        <w:t>2</w:t>
      </w:r>
      <w:r w:rsidRPr="000767E2">
        <w:rPr>
          <w:lang w:val="sv-SE"/>
        </w:rPr>
        <w:t xml:space="preserve"> {{field-on:bible}}Och när han kallats </w:t>
      </w:r>
      <w:r w:rsidRPr="000767E2">
        <w:rPr>
          <w:i/>
          <w:lang w:val="sv-SE"/>
        </w:rPr>
        <w:t>in</w:t>
      </w:r>
      <w:r w:rsidRPr="000767E2">
        <w:rPr>
          <w:lang w:val="sv-SE"/>
        </w:rPr>
        <w:t xml:space="preserve">, började Tertullus anklaga </w:t>
      </w:r>
      <w:r w:rsidRPr="000767E2">
        <w:rPr>
          <w:i/>
          <w:lang w:val="sv-SE"/>
        </w:rPr>
        <w:t>honom</w:t>
      </w:r>
      <w:r w:rsidRPr="000767E2">
        <w:rPr>
          <w:lang w:val="sv-SE"/>
        </w:rPr>
        <w:t xml:space="preserve"> och säga: ”Att mycket fred undfås genom dig, och att reformer sker för detta folkslag genom din omtanke,{{field-off:bible}} [[@</w:t>
      </w:r>
      <w:r w:rsidR="0096445B" w:rsidRPr="000767E2">
        <w:rPr>
          <w:lang w:val="sv-SE"/>
        </w:rPr>
        <w:t>BibleBIBEL82</w:t>
      </w:r>
      <w:r w:rsidRPr="000767E2">
        <w:rPr>
          <w:lang w:val="sv-SE"/>
        </w:rPr>
        <w:t>:Acts 24:3]]</w:t>
      </w:r>
      <w:r w:rsidRPr="000767E2">
        <w:rPr>
          <w:vertAlign w:val="superscript"/>
          <w:lang w:val="sv-SE"/>
        </w:rPr>
        <w:t>3</w:t>
      </w:r>
      <w:r w:rsidRPr="000767E2">
        <w:rPr>
          <w:lang w:val="sv-SE"/>
        </w:rPr>
        <w:t xml:space="preserve"> {{field-on:bible}}välkomnar vi på alla sätt och överallt, bäste Felix, med all tacksägelse.{{field-off:bible}}</w:t>
      </w:r>
    </w:p>
    <w:p w14:paraId="41CB935F" w14:textId="3944012C" w:rsidR="00BA33AB" w:rsidRPr="000767E2" w:rsidRDefault="00000000">
      <w:pPr>
        <w:rPr>
          <w:lang w:val="sv-SE"/>
        </w:rPr>
      </w:pPr>
      <w:r w:rsidRPr="000767E2">
        <w:rPr>
          <w:lang w:val="sv-SE"/>
        </w:rPr>
        <w:t>[[@</w:t>
      </w:r>
      <w:r w:rsidR="0096445B" w:rsidRPr="000767E2">
        <w:rPr>
          <w:lang w:val="sv-SE"/>
        </w:rPr>
        <w:t>BibleBIBEL82</w:t>
      </w:r>
      <w:r w:rsidRPr="000767E2">
        <w:rPr>
          <w:lang w:val="sv-SE"/>
        </w:rPr>
        <w:t>:Acts 24:4]]</w:t>
      </w:r>
      <w:r w:rsidRPr="000767E2">
        <w:rPr>
          <w:vertAlign w:val="superscript"/>
          <w:lang w:val="sv-SE"/>
        </w:rPr>
        <w:t>4</w:t>
      </w:r>
      <w:r w:rsidRPr="000767E2">
        <w:rPr>
          <w:lang w:val="sv-SE"/>
        </w:rPr>
        <w:t xml:space="preserve"> {{field-on:bible}}Men för att inte vidare förhindra dig, vädjar jag att du lyssnar till oss kortfattat i din vänlighet.{{field-off:bible}} [[@</w:t>
      </w:r>
      <w:r w:rsidR="0096445B" w:rsidRPr="000767E2">
        <w:rPr>
          <w:lang w:val="sv-SE"/>
        </w:rPr>
        <w:t>BibleBIBEL82</w:t>
      </w:r>
      <w:r w:rsidRPr="000767E2">
        <w:rPr>
          <w:lang w:val="sv-SE"/>
        </w:rPr>
        <w:t>:Acts 24:5]]</w:t>
      </w:r>
      <w:r w:rsidRPr="000767E2">
        <w:rPr>
          <w:vertAlign w:val="superscript"/>
          <w:lang w:val="sv-SE"/>
        </w:rPr>
        <w:t>5</w:t>
      </w:r>
      <w:r w:rsidRPr="000767E2">
        <w:rPr>
          <w:lang w:val="sv-SE"/>
        </w:rPr>
        <w:t xml:space="preserve"> {{field-on:bible}}För vi har funnit denne man </w:t>
      </w:r>
      <w:r w:rsidRPr="000767E2">
        <w:rPr>
          <w:i/>
          <w:lang w:val="sv-SE"/>
        </w:rPr>
        <w:t>vara</w:t>
      </w:r>
      <w:r w:rsidRPr="000767E2">
        <w:rPr>
          <w:lang w:val="sv-SE"/>
        </w:rPr>
        <w:t xml:space="preserve"> en pest, och en som rör </w:t>
      </w:r>
      <w:r w:rsidRPr="000767E2">
        <w:rPr>
          <w:i/>
          <w:lang w:val="sv-SE"/>
        </w:rPr>
        <w:t>upp</w:t>
      </w:r>
      <w:r w:rsidRPr="000767E2">
        <w:rPr>
          <w:lang w:val="sv-SE"/>
        </w:rPr>
        <w:t xml:space="preserve"> uppror </w:t>
      </w:r>
      <w:r w:rsidRPr="000767E2">
        <w:rPr>
          <w:i/>
          <w:lang w:val="sv-SE"/>
        </w:rPr>
        <w:t>bland</w:t>
      </w:r>
      <w:r w:rsidRPr="000767E2">
        <w:rPr>
          <w:lang w:val="sv-SE"/>
        </w:rPr>
        <w:t xml:space="preserve"> alla judarna över den bebodda </w:t>
      </w:r>
      <w:r w:rsidRPr="000767E2">
        <w:rPr>
          <w:i/>
          <w:lang w:val="sv-SE"/>
        </w:rPr>
        <w:t>världen</w:t>
      </w:r>
      <w:r w:rsidRPr="000767E2">
        <w:rPr>
          <w:lang w:val="sv-SE"/>
        </w:rPr>
        <w:t>, och en förgrundsman för nazoreernas fraktion.{{field-off:bible}} [[@</w:t>
      </w:r>
      <w:r w:rsidR="0096445B" w:rsidRPr="000767E2">
        <w:rPr>
          <w:lang w:val="sv-SE"/>
        </w:rPr>
        <w:t>BibleBIBEL82</w:t>
      </w:r>
      <w:r w:rsidRPr="000767E2">
        <w:rPr>
          <w:lang w:val="sv-SE"/>
        </w:rPr>
        <w:t>:Acts 24:6]]</w:t>
      </w:r>
      <w:r w:rsidRPr="000767E2">
        <w:rPr>
          <w:vertAlign w:val="superscript"/>
          <w:lang w:val="sv-SE"/>
        </w:rPr>
        <w:t>6</w:t>
      </w:r>
      <w:r w:rsidRPr="000767E2">
        <w:rPr>
          <w:lang w:val="sv-SE"/>
        </w:rPr>
        <w:t xml:space="preserve"> {{field-on:bible}}Han har också försökt profanera templet, honom har vi också gripit.{{field-off:bible}} [[@</w:t>
      </w:r>
      <w:r w:rsidR="0096445B" w:rsidRPr="000767E2">
        <w:rPr>
          <w:lang w:val="sv-SE"/>
        </w:rPr>
        <w:t>BibleBIBEL82</w:t>
      </w:r>
      <w:r w:rsidRPr="000767E2">
        <w:rPr>
          <w:lang w:val="sv-SE"/>
        </w:rPr>
        <w:t>:Acts 24:8]]</w:t>
      </w:r>
      <w:r w:rsidRPr="000767E2">
        <w:rPr>
          <w:vertAlign w:val="superscript"/>
          <w:lang w:val="sv-SE"/>
        </w:rPr>
        <w:t>8</w:t>
      </w:r>
      <w:r w:rsidRPr="000767E2">
        <w:rPr>
          <w:lang w:val="sv-SE"/>
        </w:rPr>
        <w:t xml:space="preserve"> {{field-on:bible}}Från honom kan du själv, när du förhör </w:t>
      </w:r>
      <w:r w:rsidRPr="000767E2">
        <w:rPr>
          <w:i/>
          <w:lang w:val="sv-SE"/>
        </w:rPr>
        <w:t>honom</w:t>
      </w:r>
      <w:r w:rsidRPr="000767E2">
        <w:rPr>
          <w:lang w:val="sv-SE"/>
        </w:rPr>
        <w:t xml:space="preserve"> om allt detta, lära känna det för vilket vi anklagar honom.”{{field-off:bible}} [[@</w:t>
      </w:r>
      <w:r w:rsidR="0096445B" w:rsidRPr="000767E2">
        <w:rPr>
          <w:lang w:val="sv-SE"/>
        </w:rPr>
        <w:t>BibleBIBEL82</w:t>
      </w:r>
      <w:r w:rsidRPr="000767E2">
        <w:rPr>
          <w:lang w:val="sv-SE"/>
        </w:rPr>
        <w:t>:Acts 24:9]]</w:t>
      </w:r>
      <w:r w:rsidRPr="000767E2">
        <w:rPr>
          <w:vertAlign w:val="superscript"/>
          <w:lang w:val="sv-SE"/>
        </w:rPr>
        <w:t>9</w:t>
      </w:r>
      <w:r w:rsidRPr="000767E2">
        <w:rPr>
          <w:lang w:val="sv-SE"/>
        </w:rPr>
        <w:t xml:space="preserve"> {{field-on:bible}}Och även judarna gav sig på </w:t>
      </w:r>
      <w:r w:rsidRPr="000767E2">
        <w:rPr>
          <w:i/>
          <w:lang w:val="sv-SE"/>
        </w:rPr>
        <w:t>honom</w:t>
      </w:r>
      <w:r w:rsidRPr="000767E2">
        <w:rPr>
          <w:lang w:val="sv-SE"/>
        </w:rPr>
        <w:t xml:space="preserve"> och påstod att detta förhöll sig så.{{field-off:bible}}</w:t>
      </w:r>
    </w:p>
    <w:p w14:paraId="39E17F26" w14:textId="77777777" w:rsidR="00BA33AB" w:rsidRPr="000767E2" w:rsidRDefault="00000000">
      <w:pPr>
        <w:pStyle w:val="Rubrik3"/>
        <w:rPr>
          <w:lang w:val="sv-SE"/>
        </w:rPr>
      </w:pPr>
      <w:r w:rsidRPr="000767E2">
        <w:rPr>
          <w:lang w:val="sv-SE"/>
        </w:rPr>
        <w:t>Paulus försvarstal inför Felix</w:t>
      </w:r>
    </w:p>
    <w:p w14:paraId="1AD7B444" w14:textId="07FD5C4C" w:rsidR="00BA33AB" w:rsidRPr="000767E2" w:rsidRDefault="00000000">
      <w:pPr>
        <w:rPr>
          <w:lang w:val="sv-SE"/>
        </w:rPr>
      </w:pPr>
      <w:r w:rsidRPr="000767E2">
        <w:rPr>
          <w:lang w:val="sv-SE"/>
        </w:rPr>
        <w:t>[[@</w:t>
      </w:r>
      <w:r w:rsidR="0096445B" w:rsidRPr="000767E2">
        <w:rPr>
          <w:lang w:val="sv-SE"/>
        </w:rPr>
        <w:t>BibleBIBEL82</w:t>
      </w:r>
      <w:r w:rsidRPr="000767E2">
        <w:rPr>
          <w:lang w:val="sv-SE"/>
        </w:rPr>
        <w:t>:Acts 24:10]]</w:t>
      </w:r>
      <w:r w:rsidRPr="000767E2">
        <w:rPr>
          <w:vertAlign w:val="superscript"/>
          <w:lang w:val="sv-SE"/>
        </w:rPr>
        <w:t>10</w:t>
      </w:r>
      <w:r w:rsidRPr="000767E2">
        <w:rPr>
          <w:lang w:val="sv-SE"/>
        </w:rPr>
        <w:t xml:space="preserve"> {{field-on:bible}}Och Paulus svarade, sedan styresmannen nickat åt honom att tala: ”Att du sedan många år är domare för detta folkslag vet jag, och </w:t>
      </w:r>
      <w:r w:rsidRPr="000767E2">
        <w:rPr>
          <w:i/>
          <w:lang w:val="sv-SE"/>
        </w:rPr>
        <w:t>det är</w:t>
      </w:r>
      <w:r w:rsidRPr="000767E2">
        <w:rPr>
          <w:lang w:val="sv-SE"/>
        </w:rPr>
        <w:t xml:space="preserve"> med gott mod jag försvarar mig i det som rör mig,{{field-off:bible}} [[@</w:t>
      </w:r>
      <w:r w:rsidR="0096445B" w:rsidRPr="000767E2">
        <w:rPr>
          <w:lang w:val="sv-SE"/>
        </w:rPr>
        <w:t>BibleBIBEL82</w:t>
      </w:r>
      <w:r w:rsidRPr="000767E2">
        <w:rPr>
          <w:lang w:val="sv-SE"/>
        </w:rPr>
        <w:t>:Acts 24:11]]</w:t>
      </w:r>
      <w:r w:rsidRPr="000767E2">
        <w:rPr>
          <w:vertAlign w:val="superscript"/>
          <w:lang w:val="sv-SE"/>
        </w:rPr>
        <w:t>11</w:t>
      </w:r>
      <w:r w:rsidRPr="000767E2">
        <w:rPr>
          <w:lang w:val="sv-SE"/>
        </w:rPr>
        <w:t xml:space="preserve"> {{field-on:bible}}då du kan inse att det för mig inte är mer än tolv dagar från det </w:t>
      </w:r>
      <w:r w:rsidRPr="000767E2">
        <w:rPr>
          <w:i/>
          <w:lang w:val="sv-SE"/>
        </w:rPr>
        <w:t>att</w:t>
      </w:r>
      <w:r w:rsidRPr="000767E2">
        <w:rPr>
          <w:lang w:val="sv-SE"/>
        </w:rPr>
        <w:t xml:space="preserve"> jag gick upp och skulle tillbe i Jerusalem.{{field-off:bible}} [[@</w:t>
      </w:r>
      <w:r w:rsidR="0096445B" w:rsidRPr="000767E2">
        <w:rPr>
          <w:lang w:val="sv-SE"/>
        </w:rPr>
        <w:t>BibleBIBEL82</w:t>
      </w:r>
      <w:r w:rsidRPr="000767E2">
        <w:rPr>
          <w:lang w:val="sv-SE"/>
        </w:rPr>
        <w:t>:Acts 24:12]]</w:t>
      </w:r>
      <w:r w:rsidRPr="000767E2">
        <w:rPr>
          <w:vertAlign w:val="superscript"/>
          <w:lang w:val="sv-SE"/>
        </w:rPr>
        <w:t>12</w:t>
      </w:r>
      <w:r w:rsidRPr="000767E2">
        <w:rPr>
          <w:lang w:val="sv-SE"/>
        </w:rPr>
        <w:t xml:space="preserve"> {{field-on:bible}}Och varken i templet fann de mig resonera med någon eller göra anhopning av en skara, eller i synagogorna eller i staden.{{field-off:bible}} [[@</w:t>
      </w:r>
      <w:r w:rsidR="0096445B" w:rsidRPr="000767E2">
        <w:rPr>
          <w:lang w:val="sv-SE"/>
        </w:rPr>
        <w:t>BibleBIBEL82</w:t>
      </w:r>
      <w:r w:rsidRPr="000767E2">
        <w:rPr>
          <w:lang w:val="sv-SE"/>
        </w:rPr>
        <w:t>:Acts 24:13]]</w:t>
      </w:r>
      <w:r w:rsidRPr="000767E2">
        <w:rPr>
          <w:vertAlign w:val="superscript"/>
          <w:lang w:val="sv-SE"/>
        </w:rPr>
        <w:t>13</w:t>
      </w:r>
      <w:r w:rsidRPr="000767E2">
        <w:rPr>
          <w:lang w:val="sv-SE"/>
        </w:rPr>
        <w:t xml:space="preserve"> {{field-on:bible}}Inte heller kan de framställa för dig </w:t>
      </w:r>
      <w:r w:rsidRPr="000767E2">
        <w:rPr>
          <w:i/>
          <w:lang w:val="sv-SE"/>
        </w:rPr>
        <w:t>bevis</w:t>
      </w:r>
      <w:r w:rsidRPr="000767E2">
        <w:rPr>
          <w:lang w:val="sv-SE"/>
        </w:rPr>
        <w:t xml:space="preserve"> för vad de nu anklagar mig för.{{field-off:bible}}</w:t>
      </w:r>
    </w:p>
    <w:p w14:paraId="602B57EA" w14:textId="63EBEFF1" w:rsidR="00BA33AB" w:rsidRPr="000767E2" w:rsidRDefault="00000000">
      <w:pPr>
        <w:rPr>
          <w:lang w:val="sv-SE"/>
        </w:rPr>
      </w:pPr>
      <w:r w:rsidRPr="000767E2">
        <w:rPr>
          <w:lang w:val="sv-SE"/>
        </w:rPr>
        <w:t>[[@</w:t>
      </w:r>
      <w:r w:rsidR="0096445B" w:rsidRPr="000767E2">
        <w:rPr>
          <w:lang w:val="sv-SE"/>
        </w:rPr>
        <w:t>BibleBIBEL82</w:t>
      </w:r>
      <w:r w:rsidRPr="000767E2">
        <w:rPr>
          <w:lang w:val="sv-SE"/>
        </w:rPr>
        <w:t>:Acts 24:14]]</w:t>
      </w:r>
      <w:r w:rsidRPr="000767E2">
        <w:rPr>
          <w:vertAlign w:val="superscript"/>
          <w:lang w:val="sv-SE"/>
        </w:rPr>
        <w:t>14</w:t>
      </w:r>
      <w:r w:rsidRPr="000767E2">
        <w:rPr>
          <w:lang w:val="sv-SE"/>
        </w:rPr>
        <w:t xml:space="preserve"> {{field-on:bible}}Men jag bekänner detta för dig: att jag enligt Vägen, som de kallar en fraktion, så dyrkar fädernas Gud </w:t>
      </w:r>
      <w:r w:rsidRPr="000767E2">
        <w:rPr>
          <w:i/>
          <w:lang w:val="sv-SE"/>
        </w:rPr>
        <w:t>att</w:t>
      </w:r>
      <w:r w:rsidRPr="000767E2">
        <w:rPr>
          <w:lang w:val="sv-SE"/>
        </w:rPr>
        <w:t xml:space="preserve"> jag tror på allt som enligt lagen och hos profeterna är skrivet,{{field-off:bible}} [[@</w:t>
      </w:r>
      <w:r w:rsidR="0096445B" w:rsidRPr="000767E2">
        <w:rPr>
          <w:lang w:val="sv-SE"/>
        </w:rPr>
        <w:t>BibleBIBEL82</w:t>
      </w:r>
      <w:r w:rsidRPr="000767E2">
        <w:rPr>
          <w:lang w:val="sv-SE"/>
        </w:rPr>
        <w:t>:Acts 24:15]]</w:t>
      </w:r>
      <w:r w:rsidRPr="000767E2">
        <w:rPr>
          <w:vertAlign w:val="superscript"/>
          <w:lang w:val="sv-SE"/>
        </w:rPr>
        <w:t>15</w:t>
      </w:r>
      <w:r w:rsidRPr="000767E2">
        <w:rPr>
          <w:lang w:val="sv-SE"/>
        </w:rPr>
        <w:t xml:space="preserve"> {{field-on:bible}}och har ett hopp till Gud som också dessa själva väntar på: att det kommer att bli en uppståndelse för både rättfärdiga och orättfärdiga.{{field-off:bible}} [[@</w:t>
      </w:r>
      <w:r w:rsidR="0096445B" w:rsidRPr="000767E2">
        <w:rPr>
          <w:lang w:val="sv-SE"/>
        </w:rPr>
        <w:t>BibleBIBEL82</w:t>
      </w:r>
      <w:r w:rsidRPr="000767E2">
        <w:rPr>
          <w:lang w:val="sv-SE"/>
        </w:rPr>
        <w:t>:Acts 24:16]]</w:t>
      </w:r>
      <w:r w:rsidRPr="000767E2">
        <w:rPr>
          <w:vertAlign w:val="superscript"/>
          <w:lang w:val="sv-SE"/>
        </w:rPr>
        <w:t>16</w:t>
      </w:r>
      <w:r w:rsidRPr="000767E2">
        <w:rPr>
          <w:lang w:val="sv-SE"/>
        </w:rPr>
        <w:t xml:space="preserve"> {{field-on:bible}}I detta strävar jag också ständigt själv efter att ha ett oanstötligt samvete inför Gud och människor.{{field-off:bible}}</w:t>
      </w:r>
    </w:p>
    <w:p w14:paraId="79D88339" w14:textId="4EE90F47" w:rsidR="00BA33AB" w:rsidRPr="000767E2" w:rsidRDefault="00000000">
      <w:pPr>
        <w:rPr>
          <w:lang w:val="sv-SE"/>
        </w:rPr>
      </w:pPr>
      <w:r w:rsidRPr="000767E2">
        <w:rPr>
          <w:lang w:val="sv-SE"/>
        </w:rPr>
        <w:t>[[@</w:t>
      </w:r>
      <w:r w:rsidR="0096445B" w:rsidRPr="000767E2">
        <w:rPr>
          <w:lang w:val="sv-SE"/>
        </w:rPr>
        <w:t>BibleBIBEL82</w:t>
      </w:r>
      <w:r w:rsidRPr="000767E2">
        <w:rPr>
          <w:lang w:val="sv-SE"/>
        </w:rPr>
        <w:t>:Acts 24:17]]</w:t>
      </w:r>
      <w:r w:rsidRPr="000767E2">
        <w:rPr>
          <w:vertAlign w:val="superscript"/>
          <w:lang w:val="sv-SE"/>
        </w:rPr>
        <w:t>17</w:t>
      </w:r>
      <w:r w:rsidRPr="000767E2">
        <w:rPr>
          <w:lang w:val="sv-SE"/>
        </w:rPr>
        <w:t xml:space="preserve"> {{field-on:bible}}Och efter flera år skulle jag göra allmosor till mitt folkslag och kom dit, samt frambäranden.{{field-off:bible}} [[@</w:t>
      </w:r>
      <w:r w:rsidR="0096445B" w:rsidRPr="000767E2">
        <w:rPr>
          <w:lang w:val="sv-SE"/>
        </w:rPr>
        <w:t>BibleBIBEL82</w:t>
      </w:r>
      <w:r w:rsidRPr="000767E2">
        <w:rPr>
          <w:lang w:val="sv-SE"/>
        </w:rPr>
        <w:t>:Acts 24:18]]</w:t>
      </w:r>
      <w:r w:rsidRPr="000767E2">
        <w:rPr>
          <w:vertAlign w:val="superscript"/>
          <w:lang w:val="sv-SE"/>
        </w:rPr>
        <w:t>18</w:t>
      </w:r>
      <w:r w:rsidRPr="000767E2">
        <w:rPr>
          <w:lang w:val="sv-SE"/>
        </w:rPr>
        <w:t xml:space="preserve"> {{field-on:bible}}Med dessa fann de mig renad i templet, inte med en skara eller med tumult.{{field-off:bible}} [[@</w:t>
      </w:r>
      <w:r w:rsidR="0096445B" w:rsidRPr="000767E2">
        <w:rPr>
          <w:lang w:val="sv-SE"/>
        </w:rPr>
        <w:t>BibleBIBEL82</w:t>
      </w:r>
      <w:r w:rsidRPr="000767E2">
        <w:rPr>
          <w:lang w:val="sv-SE"/>
        </w:rPr>
        <w:t>:Acts 24:19]]</w:t>
      </w:r>
      <w:r w:rsidRPr="000767E2">
        <w:rPr>
          <w:vertAlign w:val="superscript"/>
          <w:lang w:val="sv-SE"/>
        </w:rPr>
        <w:t>19</w:t>
      </w:r>
      <w:r w:rsidRPr="000767E2">
        <w:rPr>
          <w:lang w:val="sv-SE"/>
        </w:rPr>
        <w:t xml:space="preserve"> {{field-on:bible}}Men </w:t>
      </w:r>
      <w:r w:rsidRPr="000767E2">
        <w:rPr>
          <w:i/>
          <w:lang w:val="sv-SE"/>
        </w:rPr>
        <w:t>där fanns</w:t>
      </w:r>
      <w:r w:rsidRPr="000767E2">
        <w:rPr>
          <w:lang w:val="sv-SE"/>
        </w:rPr>
        <w:t xml:space="preserve"> några judar från Asien som borde vara här inför dig och anklaga, om de kunde ha något emot mig.{{field-off:bible}} [[@</w:t>
      </w:r>
      <w:r w:rsidR="0096445B" w:rsidRPr="000767E2">
        <w:rPr>
          <w:lang w:val="sv-SE"/>
        </w:rPr>
        <w:t>BibleBIBEL82</w:t>
      </w:r>
      <w:r w:rsidRPr="000767E2">
        <w:rPr>
          <w:lang w:val="sv-SE"/>
        </w:rPr>
        <w:t>:Acts 24:20]]</w:t>
      </w:r>
      <w:r w:rsidRPr="000767E2">
        <w:rPr>
          <w:vertAlign w:val="superscript"/>
          <w:lang w:val="sv-SE"/>
        </w:rPr>
        <w:t>20</w:t>
      </w:r>
      <w:r w:rsidRPr="000767E2">
        <w:rPr>
          <w:lang w:val="sv-SE"/>
        </w:rPr>
        <w:t xml:space="preserve"> {{field-on:bible}}Eller </w:t>
      </w:r>
      <w:r w:rsidRPr="000767E2">
        <w:rPr>
          <w:i/>
          <w:lang w:val="sv-SE"/>
        </w:rPr>
        <w:t>så</w:t>
      </w:r>
      <w:r w:rsidRPr="000767E2">
        <w:rPr>
          <w:lang w:val="sv-SE"/>
        </w:rPr>
        <w:t xml:space="preserve"> får dessa själva säga vad de fann </w:t>
      </w:r>
      <w:r w:rsidRPr="000767E2">
        <w:rPr>
          <w:i/>
          <w:lang w:val="sv-SE"/>
        </w:rPr>
        <w:t>för</w:t>
      </w:r>
      <w:r w:rsidRPr="000767E2">
        <w:rPr>
          <w:lang w:val="sv-SE"/>
        </w:rPr>
        <w:t xml:space="preserve"> orätt när jag stod inför Sanhedrin,{{field-off:bible}} [[@</w:t>
      </w:r>
      <w:r w:rsidR="0096445B" w:rsidRPr="000767E2">
        <w:rPr>
          <w:lang w:val="sv-SE"/>
        </w:rPr>
        <w:t>BibleBIBEL82</w:t>
      </w:r>
      <w:r w:rsidRPr="000767E2">
        <w:rPr>
          <w:lang w:val="sv-SE"/>
        </w:rPr>
        <w:t>:Acts 24:21]]</w:t>
      </w:r>
      <w:r w:rsidRPr="000767E2">
        <w:rPr>
          <w:vertAlign w:val="superscript"/>
          <w:lang w:val="sv-SE"/>
        </w:rPr>
        <w:t>21</w:t>
      </w:r>
      <w:r w:rsidRPr="000767E2">
        <w:rPr>
          <w:lang w:val="sv-SE"/>
        </w:rPr>
        <w:t xml:space="preserve"> {{field-on:bible}}eller </w:t>
      </w:r>
      <w:r w:rsidRPr="000767E2">
        <w:rPr>
          <w:i/>
          <w:lang w:val="sv-SE"/>
        </w:rPr>
        <w:t>så var</w:t>
      </w:r>
      <w:r w:rsidRPr="000767E2">
        <w:rPr>
          <w:lang w:val="sv-SE"/>
        </w:rPr>
        <w:t xml:space="preserve"> </w:t>
      </w:r>
      <w:r w:rsidRPr="000767E2">
        <w:rPr>
          <w:i/>
          <w:lang w:val="sv-SE"/>
        </w:rPr>
        <w:t>det</w:t>
      </w:r>
      <w:r w:rsidRPr="000767E2">
        <w:rPr>
          <w:lang w:val="sv-SE"/>
        </w:rPr>
        <w:t xml:space="preserve"> för denna enda röst med </w:t>
      </w:r>
      <w:r w:rsidRPr="000767E2">
        <w:rPr>
          <w:lang w:val="sv-SE"/>
        </w:rPr>
        <w:lastRenderedPageBreak/>
        <w:t xml:space="preserve">vilken jag ropat när jag stod bland dem: att </w:t>
      </w:r>
      <w:r w:rsidRPr="000767E2">
        <w:rPr>
          <w:i/>
          <w:lang w:val="sv-SE"/>
        </w:rPr>
        <w:t>det är</w:t>
      </w:r>
      <w:r w:rsidRPr="000767E2">
        <w:rPr>
          <w:lang w:val="sv-SE"/>
        </w:rPr>
        <w:t xml:space="preserve"> för </w:t>
      </w:r>
      <w:r w:rsidRPr="000767E2">
        <w:rPr>
          <w:i/>
          <w:lang w:val="sv-SE"/>
        </w:rPr>
        <w:t>de</w:t>
      </w:r>
      <w:r w:rsidRPr="000767E2">
        <w:rPr>
          <w:lang w:val="sv-SE"/>
        </w:rPr>
        <w:t xml:space="preserve"> dödas uppståndelse jag står inför rätta idag inför er.”{{field-off:bible}}</w:t>
      </w:r>
    </w:p>
    <w:p w14:paraId="022F0C09" w14:textId="77777777" w:rsidR="00BA33AB" w:rsidRPr="000767E2" w:rsidRDefault="00000000">
      <w:pPr>
        <w:pStyle w:val="Rubrik3"/>
        <w:rPr>
          <w:lang w:val="sv-SE"/>
        </w:rPr>
      </w:pPr>
      <w:r w:rsidRPr="000767E2">
        <w:rPr>
          <w:lang w:val="sv-SE"/>
        </w:rPr>
        <w:t>Paulus i förvar i Caesarea</w:t>
      </w:r>
    </w:p>
    <w:p w14:paraId="61ED5F27" w14:textId="784DDFF1" w:rsidR="00BA33AB" w:rsidRPr="000767E2" w:rsidRDefault="00000000">
      <w:pPr>
        <w:rPr>
          <w:lang w:val="sv-SE"/>
        </w:rPr>
      </w:pPr>
      <w:r w:rsidRPr="000767E2">
        <w:rPr>
          <w:lang w:val="sv-SE"/>
        </w:rPr>
        <w:t>[[@</w:t>
      </w:r>
      <w:r w:rsidR="0096445B" w:rsidRPr="000767E2">
        <w:rPr>
          <w:lang w:val="sv-SE"/>
        </w:rPr>
        <w:t>BibleBIBEL82</w:t>
      </w:r>
      <w:r w:rsidRPr="000767E2">
        <w:rPr>
          <w:lang w:val="sv-SE"/>
        </w:rPr>
        <w:t>:Acts 24:22]]</w:t>
      </w:r>
      <w:r w:rsidRPr="000767E2">
        <w:rPr>
          <w:vertAlign w:val="superscript"/>
          <w:lang w:val="sv-SE"/>
        </w:rPr>
        <w:t>22</w:t>
      </w:r>
      <w:r w:rsidRPr="000767E2">
        <w:rPr>
          <w:lang w:val="sv-SE"/>
        </w:rPr>
        <w:t xml:space="preserve"> {{field-on:bible}}Men Felix, som mer noggrant kände till det som rör Vägen, sköt upp </w:t>
      </w:r>
      <w:r w:rsidRPr="000767E2">
        <w:rPr>
          <w:i/>
          <w:lang w:val="sv-SE"/>
        </w:rPr>
        <w:t>målet</w:t>
      </w:r>
      <w:r w:rsidRPr="000767E2">
        <w:rPr>
          <w:lang w:val="sv-SE"/>
        </w:rPr>
        <w:t xml:space="preserve"> för dem och sade: ”När Lysias befälhavaren kommer ner, ska jag utreda det som gäller er.”{{field-off:bible}} [[@</w:t>
      </w:r>
      <w:r w:rsidR="0096445B" w:rsidRPr="000767E2">
        <w:rPr>
          <w:lang w:val="sv-SE"/>
        </w:rPr>
        <w:t>BibleBIBEL82</w:t>
      </w:r>
      <w:r w:rsidRPr="000767E2">
        <w:rPr>
          <w:lang w:val="sv-SE"/>
        </w:rPr>
        <w:t>:Acts 24:23]]</w:t>
      </w:r>
      <w:r w:rsidRPr="000767E2">
        <w:rPr>
          <w:vertAlign w:val="superscript"/>
          <w:lang w:val="sv-SE"/>
        </w:rPr>
        <w:t>23</w:t>
      </w:r>
      <w:r w:rsidRPr="000767E2">
        <w:rPr>
          <w:lang w:val="sv-SE"/>
        </w:rPr>
        <w:t xml:space="preserve"> {{field-on:bible}}Och han förordnade för centurionen att förvara honom, och </w:t>
      </w:r>
      <w:r w:rsidRPr="000767E2">
        <w:rPr>
          <w:i/>
          <w:lang w:val="sv-SE"/>
        </w:rPr>
        <w:t>samtidigt</w:t>
      </w:r>
      <w:r w:rsidRPr="000767E2">
        <w:rPr>
          <w:lang w:val="sv-SE"/>
        </w:rPr>
        <w:t xml:space="preserve"> ha lättnad och inte hindra någon av hans egna från att undertjäna honom.{{field-off:bible}}</w:t>
      </w:r>
    </w:p>
    <w:p w14:paraId="6A68499D" w14:textId="479872E2" w:rsidR="00BA33AB" w:rsidRPr="000767E2" w:rsidRDefault="00000000">
      <w:pPr>
        <w:rPr>
          <w:lang w:val="sv-SE"/>
        </w:rPr>
      </w:pPr>
      <w:r w:rsidRPr="000767E2">
        <w:rPr>
          <w:lang w:val="sv-SE"/>
        </w:rPr>
        <w:t>[[@</w:t>
      </w:r>
      <w:r w:rsidR="0096445B" w:rsidRPr="000767E2">
        <w:rPr>
          <w:lang w:val="sv-SE"/>
        </w:rPr>
        <w:t>BibleBIBEL82</w:t>
      </w:r>
      <w:r w:rsidRPr="000767E2">
        <w:rPr>
          <w:lang w:val="sv-SE"/>
        </w:rPr>
        <w:t>:Acts 24:24]]</w:t>
      </w:r>
      <w:r w:rsidRPr="000767E2">
        <w:rPr>
          <w:vertAlign w:val="superscript"/>
          <w:lang w:val="sv-SE"/>
        </w:rPr>
        <w:t>24</w:t>
      </w:r>
      <w:r w:rsidRPr="000767E2">
        <w:rPr>
          <w:lang w:val="sv-SE"/>
        </w:rPr>
        <w:t xml:space="preserve"> {{field-on:bible}}Och efter några dagar kom Felix dit med Drusilla, </w:t>
      </w:r>
      <w:r w:rsidRPr="000767E2">
        <w:rPr>
          <w:i/>
          <w:lang w:val="sv-SE"/>
        </w:rPr>
        <w:t>hans</w:t>
      </w:r>
      <w:r w:rsidRPr="000767E2">
        <w:rPr>
          <w:lang w:val="sv-SE"/>
        </w:rPr>
        <w:t xml:space="preserve"> egen hustru som var judinna, och han skickade efter Paulus och hörde honom om tron på Kristus Jesus.{{field-off:bible}} [[@</w:t>
      </w:r>
      <w:r w:rsidR="0096445B" w:rsidRPr="000767E2">
        <w:rPr>
          <w:lang w:val="sv-SE"/>
        </w:rPr>
        <w:t>BibleBIBEL82</w:t>
      </w:r>
      <w:r w:rsidRPr="000767E2">
        <w:rPr>
          <w:lang w:val="sv-SE"/>
        </w:rPr>
        <w:t>:Acts 24:25]]</w:t>
      </w:r>
      <w:r w:rsidRPr="000767E2">
        <w:rPr>
          <w:vertAlign w:val="superscript"/>
          <w:lang w:val="sv-SE"/>
        </w:rPr>
        <w:t>25</w:t>
      </w:r>
      <w:r w:rsidRPr="000767E2">
        <w:rPr>
          <w:lang w:val="sv-SE"/>
        </w:rPr>
        <w:t xml:space="preserve"> {{field-on:bible}}Men när han resonerade om rättfärdighet och självbehärskning och den kommande domen, blev Felix förskräckt och svarade: ”För det nuvarande ska du gå. Men när jag får del av tid ska jag kalla hit dig”,{{field-off:bible}} [[@</w:t>
      </w:r>
      <w:r w:rsidR="0096445B" w:rsidRPr="000767E2">
        <w:rPr>
          <w:lang w:val="sv-SE"/>
        </w:rPr>
        <w:t>BibleBIBEL82</w:t>
      </w:r>
      <w:r w:rsidRPr="000767E2">
        <w:rPr>
          <w:lang w:val="sv-SE"/>
        </w:rPr>
        <w:t>:Acts 24:26]]</w:t>
      </w:r>
      <w:r w:rsidRPr="000767E2">
        <w:rPr>
          <w:vertAlign w:val="superscript"/>
          <w:lang w:val="sv-SE"/>
        </w:rPr>
        <w:t>26</w:t>
      </w:r>
      <w:r w:rsidRPr="000767E2">
        <w:rPr>
          <w:lang w:val="sv-SE"/>
        </w:rPr>
        <w:t xml:space="preserve"> {{field-on:bible}}medan han samtidigt också hoppades att pengar skulle ges honom av Paulus. Därför </w:t>
      </w:r>
      <w:r w:rsidRPr="000767E2">
        <w:rPr>
          <w:i/>
          <w:lang w:val="sv-SE"/>
        </w:rPr>
        <w:t>var det</w:t>
      </w:r>
      <w:r w:rsidRPr="000767E2">
        <w:rPr>
          <w:lang w:val="sv-SE"/>
        </w:rPr>
        <w:t xml:space="preserve"> också </w:t>
      </w:r>
      <w:r w:rsidRPr="000767E2">
        <w:rPr>
          <w:i/>
          <w:lang w:val="sv-SE"/>
        </w:rPr>
        <w:t>desto</w:t>
      </w:r>
      <w:r w:rsidRPr="000767E2">
        <w:rPr>
          <w:lang w:val="sv-SE"/>
        </w:rPr>
        <w:t xml:space="preserve"> oftare han skickade efter honom och pratade med honom.{{field-off:bible}}</w:t>
      </w:r>
    </w:p>
    <w:p w14:paraId="3DDCF2D6" w14:textId="3CE3D891" w:rsidR="00BA33AB" w:rsidRPr="000767E2" w:rsidRDefault="00000000">
      <w:pPr>
        <w:rPr>
          <w:lang w:val="sv-SE"/>
        </w:rPr>
      </w:pPr>
      <w:r w:rsidRPr="000767E2">
        <w:rPr>
          <w:lang w:val="sv-SE"/>
        </w:rPr>
        <w:t>[[@</w:t>
      </w:r>
      <w:r w:rsidR="0096445B" w:rsidRPr="000767E2">
        <w:rPr>
          <w:lang w:val="sv-SE"/>
        </w:rPr>
        <w:t>BibleBIBEL82</w:t>
      </w:r>
      <w:r w:rsidRPr="000767E2">
        <w:rPr>
          <w:lang w:val="sv-SE"/>
        </w:rPr>
        <w:t>:Acts 24:27]]</w:t>
      </w:r>
      <w:r w:rsidRPr="000767E2">
        <w:rPr>
          <w:vertAlign w:val="superscript"/>
          <w:lang w:val="sv-SE"/>
        </w:rPr>
        <w:t>27</w:t>
      </w:r>
      <w:r w:rsidRPr="000767E2">
        <w:rPr>
          <w:lang w:val="sv-SE"/>
        </w:rPr>
        <w:t xml:space="preserve"> {{field-on:bible}}Men när två år hade uppfyllts, fick Felix </w:t>
      </w:r>
      <w:r w:rsidRPr="000767E2">
        <w:rPr>
          <w:i/>
          <w:lang w:val="sv-SE"/>
        </w:rPr>
        <w:t>som</w:t>
      </w:r>
      <w:r w:rsidRPr="000767E2">
        <w:rPr>
          <w:lang w:val="sv-SE"/>
        </w:rPr>
        <w:t xml:space="preserve"> efterträdare Porcius Festus. Och då Felix ville lägga upp tack hos judarna, lämnade han Paulus fängslad.{{field-off:bible}}</w:t>
      </w:r>
    </w:p>
    <w:p w14:paraId="605CDDAC" w14:textId="4410CC2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25]]Kapitel 25</w:t>
      </w:r>
    </w:p>
    <w:p w14:paraId="65B0F8D5" w14:textId="77777777" w:rsidR="00BA33AB" w:rsidRPr="000767E2" w:rsidRDefault="00000000">
      <w:pPr>
        <w:pStyle w:val="Rubrik3"/>
        <w:rPr>
          <w:lang w:val="sv-SE"/>
        </w:rPr>
      </w:pPr>
      <w:r w:rsidRPr="000767E2">
        <w:rPr>
          <w:lang w:val="sv-SE"/>
        </w:rPr>
        <w:t>Paulus inför Festus</w:t>
      </w:r>
    </w:p>
    <w:p w14:paraId="5146EC0E" w14:textId="117E791E" w:rsidR="00BA33AB" w:rsidRPr="000767E2" w:rsidRDefault="00000000">
      <w:pPr>
        <w:rPr>
          <w:lang w:val="sv-SE"/>
        </w:rPr>
      </w:pPr>
      <w:r w:rsidRPr="000767E2">
        <w:rPr>
          <w:lang w:val="sv-SE"/>
        </w:rPr>
        <w:t>[[@</w:t>
      </w:r>
      <w:r w:rsidR="0096445B" w:rsidRPr="000767E2">
        <w:rPr>
          <w:lang w:val="sv-SE"/>
        </w:rPr>
        <w:t>BibleBIBEL82</w:t>
      </w:r>
      <w:r w:rsidRPr="000767E2">
        <w:rPr>
          <w:lang w:val="sv-SE"/>
        </w:rPr>
        <w:t>:Acts 25:1]]</w:t>
      </w:r>
      <w:r w:rsidRPr="000767E2">
        <w:rPr>
          <w:vertAlign w:val="superscript"/>
          <w:lang w:val="sv-SE"/>
        </w:rPr>
        <w:t>1</w:t>
      </w:r>
      <w:r w:rsidRPr="000767E2">
        <w:rPr>
          <w:lang w:val="sv-SE"/>
        </w:rPr>
        <w:t xml:space="preserve"> {{field-on:bible}}När Festus nu satte fot i provinsen, gick han efter tre dagar upp till Jerusalem från Caesarea.{{field-off:bible}} [[@</w:t>
      </w:r>
      <w:r w:rsidR="0096445B" w:rsidRPr="000767E2">
        <w:rPr>
          <w:lang w:val="sv-SE"/>
        </w:rPr>
        <w:t>BibleBIBEL82</w:t>
      </w:r>
      <w:r w:rsidRPr="000767E2">
        <w:rPr>
          <w:lang w:val="sv-SE"/>
        </w:rPr>
        <w:t>:Acts 25:2]]</w:t>
      </w:r>
      <w:r w:rsidRPr="000767E2">
        <w:rPr>
          <w:vertAlign w:val="superscript"/>
          <w:lang w:val="sv-SE"/>
        </w:rPr>
        <w:t>2</w:t>
      </w:r>
      <w:r w:rsidRPr="000767E2">
        <w:rPr>
          <w:lang w:val="sv-SE"/>
        </w:rPr>
        <w:t xml:space="preserve"> {{field-on:bible}}Och </w:t>
      </w:r>
      <w:r w:rsidRPr="000767E2">
        <w:rPr>
          <w:i/>
          <w:lang w:val="sv-SE"/>
        </w:rPr>
        <w:t>där</w:t>
      </w:r>
      <w:r w:rsidRPr="000767E2">
        <w:rPr>
          <w:lang w:val="sv-SE"/>
        </w:rPr>
        <w:t xml:space="preserve"> framförde för honom översteprästerna och de främsta av judarna </w:t>
      </w:r>
      <w:r w:rsidRPr="000767E2">
        <w:rPr>
          <w:i/>
          <w:lang w:val="sv-SE"/>
        </w:rPr>
        <w:t>anklagelser</w:t>
      </w:r>
      <w:r w:rsidRPr="000767E2">
        <w:rPr>
          <w:lang w:val="sv-SE"/>
        </w:rPr>
        <w:t xml:space="preserve"> mot Paulus. Och de vädjade till honom{{field-off:bible}} [[@</w:t>
      </w:r>
      <w:r w:rsidR="0096445B" w:rsidRPr="000767E2">
        <w:rPr>
          <w:lang w:val="sv-SE"/>
        </w:rPr>
        <w:t>BibleBIBEL82</w:t>
      </w:r>
      <w:r w:rsidRPr="000767E2">
        <w:rPr>
          <w:lang w:val="sv-SE"/>
        </w:rPr>
        <w:t>:Acts 25:3]]</w:t>
      </w:r>
      <w:r w:rsidRPr="000767E2">
        <w:rPr>
          <w:vertAlign w:val="superscript"/>
          <w:lang w:val="sv-SE"/>
        </w:rPr>
        <w:t>3</w:t>
      </w:r>
      <w:r w:rsidRPr="000767E2">
        <w:rPr>
          <w:lang w:val="sv-SE"/>
        </w:rPr>
        <w:t xml:space="preserve"> {{field-on:bible}}och bad om </w:t>
      </w:r>
      <w:r w:rsidRPr="000767E2">
        <w:rPr>
          <w:i/>
          <w:lang w:val="sv-SE"/>
        </w:rPr>
        <w:t>den</w:t>
      </w:r>
      <w:r w:rsidRPr="000767E2">
        <w:rPr>
          <w:lang w:val="sv-SE"/>
        </w:rPr>
        <w:t xml:space="preserve"> nåden emot honom att han skulle skickas efter till Jerusalem, då de gjorde ett bakhåll </w:t>
      </w:r>
      <w:r w:rsidRPr="000767E2">
        <w:rPr>
          <w:i/>
          <w:lang w:val="sv-SE"/>
        </w:rPr>
        <w:t>för</w:t>
      </w:r>
      <w:r w:rsidRPr="000767E2">
        <w:rPr>
          <w:lang w:val="sv-SE"/>
        </w:rPr>
        <w:t xml:space="preserve"> att avrätta honom längs vägen.{{field-off:bible}} [[@</w:t>
      </w:r>
      <w:r w:rsidR="0096445B" w:rsidRPr="000767E2">
        <w:rPr>
          <w:lang w:val="sv-SE"/>
        </w:rPr>
        <w:t>BibleBIBEL82</w:t>
      </w:r>
      <w:r w:rsidRPr="000767E2">
        <w:rPr>
          <w:lang w:val="sv-SE"/>
        </w:rPr>
        <w:t>:Acts 25:4]]</w:t>
      </w:r>
      <w:r w:rsidRPr="000767E2">
        <w:rPr>
          <w:vertAlign w:val="superscript"/>
          <w:lang w:val="sv-SE"/>
        </w:rPr>
        <w:t>4</w:t>
      </w:r>
      <w:r w:rsidRPr="000767E2">
        <w:rPr>
          <w:lang w:val="sv-SE"/>
        </w:rPr>
        <w:t xml:space="preserve"> {{field-on:bible}}Festus svarade då att Paulus förvaras i Caesarea, och att han själv med hast kommer att fara ut.{{field-off:bible}} [[@</w:t>
      </w:r>
      <w:r w:rsidR="0096445B" w:rsidRPr="000767E2">
        <w:rPr>
          <w:lang w:val="sv-SE"/>
        </w:rPr>
        <w:t>BibleBIBEL82</w:t>
      </w:r>
      <w:r w:rsidRPr="000767E2">
        <w:rPr>
          <w:lang w:val="sv-SE"/>
        </w:rPr>
        <w:t>:Acts 25:5]]</w:t>
      </w:r>
      <w:r w:rsidRPr="000767E2">
        <w:rPr>
          <w:vertAlign w:val="superscript"/>
          <w:lang w:val="sv-SE"/>
        </w:rPr>
        <w:t>5</w:t>
      </w:r>
      <w:r w:rsidRPr="000767E2">
        <w:rPr>
          <w:lang w:val="sv-SE"/>
        </w:rPr>
        <w:t xml:space="preserve"> {{field-on:bible}}”De bland er”, säger han, ”</w:t>
      </w:r>
      <w:r w:rsidRPr="000767E2">
        <w:rPr>
          <w:i/>
          <w:lang w:val="sv-SE"/>
        </w:rPr>
        <w:t>som är</w:t>
      </w:r>
      <w:r w:rsidRPr="000767E2">
        <w:rPr>
          <w:lang w:val="sv-SE"/>
        </w:rPr>
        <w:t xml:space="preserve"> mäktiga </w:t>
      </w:r>
      <w:r w:rsidRPr="000767E2">
        <w:rPr>
          <w:i/>
          <w:lang w:val="sv-SE"/>
        </w:rPr>
        <w:t>till det</w:t>
      </w:r>
      <w:r w:rsidRPr="000767E2">
        <w:rPr>
          <w:lang w:val="sv-SE"/>
        </w:rPr>
        <w:t xml:space="preserve"> får alltså komma med ner, om det finns något hos mannen </w:t>
      </w:r>
      <w:r w:rsidRPr="000767E2">
        <w:rPr>
          <w:i/>
          <w:lang w:val="sv-SE"/>
        </w:rPr>
        <w:t>som är</w:t>
      </w:r>
      <w:r w:rsidRPr="000767E2">
        <w:rPr>
          <w:lang w:val="sv-SE"/>
        </w:rPr>
        <w:t xml:space="preserve"> ovettigt, och anklaga honom.”{{field-off:bible}} [[@</w:t>
      </w:r>
      <w:r w:rsidR="0096445B" w:rsidRPr="000767E2">
        <w:rPr>
          <w:lang w:val="sv-SE"/>
        </w:rPr>
        <w:t>BibleBIBEL82</w:t>
      </w:r>
      <w:r w:rsidRPr="000767E2">
        <w:rPr>
          <w:lang w:val="sv-SE"/>
        </w:rPr>
        <w:t>:Acts 25:6]]</w:t>
      </w:r>
      <w:r w:rsidRPr="000767E2">
        <w:rPr>
          <w:vertAlign w:val="superscript"/>
          <w:lang w:val="sv-SE"/>
        </w:rPr>
        <w:t>6</w:t>
      </w:r>
      <w:r w:rsidRPr="000767E2">
        <w:rPr>
          <w:lang w:val="sv-SE"/>
        </w:rPr>
        <w:t xml:space="preserve"> {{field-on:bible}}Och han stannade hos dem inte mer än åtta eller tio dagar och gick </w:t>
      </w:r>
      <w:r w:rsidRPr="000767E2">
        <w:rPr>
          <w:i/>
          <w:lang w:val="sv-SE"/>
        </w:rPr>
        <w:t>sedan</w:t>
      </w:r>
      <w:r w:rsidRPr="000767E2">
        <w:rPr>
          <w:lang w:val="sv-SE"/>
        </w:rPr>
        <w:t xml:space="preserve"> ner till Caesarea, </w:t>
      </w:r>
      <w:r w:rsidRPr="000767E2">
        <w:rPr>
          <w:i/>
          <w:lang w:val="sv-SE"/>
        </w:rPr>
        <w:t>och</w:t>
      </w:r>
      <w:r w:rsidRPr="000767E2">
        <w:rPr>
          <w:lang w:val="sv-SE"/>
        </w:rPr>
        <w:t xml:space="preserve"> dagen därpå satte han sig på domarsätet och befallde att Paulus </w:t>
      </w:r>
      <w:r w:rsidRPr="000767E2">
        <w:rPr>
          <w:i/>
          <w:lang w:val="sv-SE"/>
        </w:rPr>
        <w:t>skulle</w:t>
      </w:r>
      <w:r w:rsidRPr="000767E2">
        <w:rPr>
          <w:lang w:val="sv-SE"/>
        </w:rPr>
        <w:t xml:space="preserve"> föras </w:t>
      </w:r>
      <w:r w:rsidRPr="000767E2">
        <w:rPr>
          <w:i/>
          <w:lang w:val="sv-SE"/>
        </w:rPr>
        <w:t>in</w:t>
      </w:r>
      <w:r w:rsidRPr="000767E2">
        <w:rPr>
          <w:lang w:val="sv-SE"/>
        </w:rPr>
        <w:t>.{{field-off:bible}}</w:t>
      </w:r>
    </w:p>
    <w:p w14:paraId="28DAA569" w14:textId="77777777" w:rsidR="00BA33AB" w:rsidRPr="000767E2" w:rsidRDefault="00000000">
      <w:pPr>
        <w:pStyle w:val="Rubrik3"/>
        <w:rPr>
          <w:lang w:val="sv-SE"/>
        </w:rPr>
      </w:pPr>
      <w:r w:rsidRPr="000767E2">
        <w:rPr>
          <w:lang w:val="sv-SE"/>
        </w:rPr>
        <w:t>Paulus vädjar till kejsaren</w:t>
      </w:r>
    </w:p>
    <w:p w14:paraId="67087C31" w14:textId="69696D0B" w:rsidR="00BA33AB" w:rsidRPr="000767E2" w:rsidRDefault="00000000">
      <w:pPr>
        <w:rPr>
          <w:lang w:val="sv-SE"/>
        </w:rPr>
      </w:pPr>
      <w:r w:rsidRPr="000767E2">
        <w:rPr>
          <w:lang w:val="sv-SE"/>
        </w:rPr>
        <w:t>[[@</w:t>
      </w:r>
      <w:r w:rsidR="0096445B" w:rsidRPr="000767E2">
        <w:rPr>
          <w:lang w:val="sv-SE"/>
        </w:rPr>
        <w:t>BibleBIBEL82</w:t>
      </w:r>
      <w:r w:rsidRPr="000767E2">
        <w:rPr>
          <w:lang w:val="sv-SE"/>
        </w:rPr>
        <w:t>:Acts 25:7]]</w:t>
      </w:r>
      <w:r w:rsidRPr="000767E2">
        <w:rPr>
          <w:vertAlign w:val="superscript"/>
          <w:lang w:val="sv-SE"/>
        </w:rPr>
        <w:t>7</w:t>
      </w:r>
      <w:r w:rsidRPr="000767E2">
        <w:rPr>
          <w:lang w:val="sv-SE"/>
        </w:rPr>
        <w:t xml:space="preserve"> {{field-on:bible}}Men när han kom dit, stod omkring honom de judar som kommit ner från Jerusalem och förde fram många och tunga beskyllningar som de inte mäktade bevisa,{{field-off:bible}} [[@</w:t>
      </w:r>
      <w:r w:rsidR="0096445B" w:rsidRPr="000767E2">
        <w:rPr>
          <w:lang w:val="sv-SE"/>
        </w:rPr>
        <w:t>BibleBIBEL82</w:t>
      </w:r>
      <w:r w:rsidRPr="000767E2">
        <w:rPr>
          <w:lang w:val="sv-SE"/>
        </w:rPr>
        <w:t>:Acts 25:8]]</w:t>
      </w:r>
      <w:r w:rsidRPr="000767E2">
        <w:rPr>
          <w:vertAlign w:val="superscript"/>
          <w:lang w:val="sv-SE"/>
        </w:rPr>
        <w:t>8</w:t>
      </w:r>
      <w:r w:rsidRPr="000767E2">
        <w:rPr>
          <w:lang w:val="sv-SE"/>
        </w:rPr>
        <w:t xml:space="preserve"> {{field-on:bible}}medan </w:t>
      </w:r>
      <w:r w:rsidRPr="000767E2">
        <w:rPr>
          <w:lang w:val="sv-SE"/>
        </w:rPr>
        <w:lastRenderedPageBreak/>
        <w:t>Paulus försvarade sig att: ”Varken mot judarnas lag eller mot templet eller mot kejsaren har jag syndat något.”{{field-off:bible}}</w:t>
      </w:r>
    </w:p>
    <w:p w14:paraId="4B9155D7" w14:textId="345CD5E6" w:rsidR="00BA33AB" w:rsidRPr="000767E2" w:rsidRDefault="00000000">
      <w:pPr>
        <w:rPr>
          <w:lang w:val="sv-SE"/>
        </w:rPr>
      </w:pPr>
      <w:r w:rsidRPr="000767E2">
        <w:rPr>
          <w:lang w:val="sv-SE"/>
        </w:rPr>
        <w:t>[[@</w:t>
      </w:r>
      <w:r w:rsidR="0096445B" w:rsidRPr="000767E2">
        <w:rPr>
          <w:lang w:val="sv-SE"/>
        </w:rPr>
        <w:t>BibleBIBEL82</w:t>
      </w:r>
      <w:r w:rsidRPr="000767E2">
        <w:rPr>
          <w:lang w:val="sv-SE"/>
        </w:rPr>
        <w:t>:Acts 25:9]]</w:t>
      </w:r>
      <w:r w:rsidRPr="000767E2">
        <w:rPr>
          <w:vertAlign w:val="superscript"/>
          <w:lang w:val="sv-SE"/>
        </w:rPr>
        <w:t>9</w:t>
      </w:r>
      <w:r w:rsidRPr="000767E2">
        <w:rPr>
          <w:lang w:val="sv-SE"/>
        </w:rPr>
        <w:t xml:space="preserve"> {{field-on:bible}}Men Festus, som hos judarna ville lägga upp tack, svarade Paulus och sade: ”Vill du gå upp till Jerusalem och där stå inför rätta gällande detta inför mig?”{{field-off:bible}} [[@</w:t>
      </w:r>
      <w:r w:rsidR="0096445B" w:rsidRPr="000767E2">
        <w:rPr>
          <w:lang w:val="sv-SE"/>
        </w:rPr>
        <w:t>BibleBIBEL82</w:t>
      </w:r>
      <w:r w:rsidRPr="000767E2">
        <w:rPr>
          <w:lang w:val="sv-SE"/>
        </w:rPr>
        <w:t>:Acts 25:10]]</w:t>
      </w:r>
      <w:r w:rsidRPr="000767E2">
        <w:rPr>
          <w:vertAlign w:val="superscript"/>
          <w:lang w:val="sv-SE"/>
        </w:rPr>
        <w:t>10</w:t>
      </w:r>
      <w:r w:rsidRPr="000767E2">
        <w:rPr>
          <w:lang w:val="sv-SE"/>
        </w:rPr>
        <w:t xml:space="preserve"> {{field-on:bible}}Men Paulus sade: ”Inför kejsarens domarsäte står jag. Här måste jag stå inför rätta. Mot judar har jag inget orätt gjort, som också du </w:t>
      </w:r>
      <w:r w:rsidRPr="000767E2">
        <w:rPr>
          <w:i/>
          <w:lang w:val="sv-SE"/>
        </w:rPr>
        <w:t>desto</w:t>
      </w:r>
      <w:r w:rsidRPr="000767E2">
        <w:rPr>
          <w:lang w:val="sv-SE"/>
        </w:rPr>
        <w:t xml:space="preserve"> bättre inser.{{field-off:bible}} [[@</w:t>
      </w:r>
      <w:r w:rsidR="0096445B" w:rsidRPr="000767E2">
        <w:rPr>
          <w:lang w:val="sv-SE"/>
        </w:rPr>
        <w:t>BibleBIBEL82</w:t>
      </w:r>
      <w:r w:rsidRPr="000767E2">
        <w:rPr>
          <w:lang w:val="sv-SE"/>
        </w:rPr>
        <w:t>:Acts 25:11]]</w:t>
      </w:r>
      <w:r w:rsidRPr="000767E2">
        <w:rPr>
          <w:vertAlign w:val="superscript"/>
          <w:lang w:val="sv-SE"/>
        </w:rPr>
        <w:t>11</w:t>
      </w:r>
      <w:r w:rsidRPr="000767E2">
        <w:rPr>
          <w:lang w:val="sv-SE"/>
        </w:rPr>
        <w:t xml:space="preserve"> {{field-on:bible}}Om jag nu gör orätt och har begått något värt döden, undanber jag mig inte att dö. Men om det ingenting är som dessa anklagar mig för, kan ingen prisge mig åt dem. Kejsaren åkallar jag!”{{field-off:bible}} [[@</w:t>
      </w:r>
      <w:r w:rsidR="0096445B" w:rsidRPr="000767E2">
        <w:rPr>
          <w:lang w:val="sv-SE"/>
        </w:rPr>
        <w:t>BibleBIBEL82</w:t>
      </w:r>
      <w:r w:rsidRPr="000767E2">
        <w:rPr>
          <w:lang w:val="sv-SE"/>
        </w:rPr>
        <w:t>:Acts 25:12]]</w:t>
      </w:r>
      <w:r w:rsidRPr="000767E2">
        <w:rPr>
          <w:vertAlign w:val="superscript"/>
          <w:lang w:val="sv-SE"/>
        </w:rPr>
        <w:t>12</w:t>
      </w:r>
      <w:r w:rsidRPr="000767E2">
        <w:rPr>
          <w:lang w:val="sv-SE"/>
        </w:rPr>
        <w:t xml:space="preserve"> {{field-on:bible}}Då samtalade Festus med sitt råd och svarade: ”Kejsaren har du åkallat. Till kejsaren ska du fara.”{{field-off:bible}}</w:t>
      </w:r>
    </w:p>
    <w:p w14:paraId="2197047B" w14:textId="77777777" w:rsidR="00BA33AB" w:rsidRPr="000767E2" w:rsidRDefault="00000000">
      <w:pPr>
        <w:pStyle w:val="Rubrik3"/>
        <w:rPr>
          <w:lang w:val="sv-SE"/>
        </w:rPr>
      </w:pPr>
      <w:r w:rsidRPr="000767E2">
        <w:rPr>
          <w:lang w:val="sv-SE"/>
        </w:rPr>
        <w:t>Paulus inför kung Agrippa</w:t>
      </w:r>
    </w:p>
    <w:p w14:paraId="3993A153" w14:textId="70A94BA7" w:rsidR="00BA33AB" w:rsidRPr="000767E2" w:rsidRDefault="00000000">
      <w:pPr>
        <w:rPr>
          <w:lang w:val="sv-SE"/>
        </w:rPr>
      </w:pPr>
      <w:r w:rsidRPr="000767E2">
        <w:rPr>
          <w:lang w:val="sv-SE"/>
        </w:rPr>
        <w:t>[[@</w:t>
      </w:r>
      <w:r w:rsidR="0096445B" w:rsidRPr="000767E2">
        <w:rPr>
          <w:lang w:val="sv-SE"/>
        </w:rPr>
        <w:t>BibleBIBEL82</w:t>
      </w:r>
      <w:r w:rsidRPr="000767E2">
        <w:rPr>
          <w:lang w:val="sv-SE"/>
        </w:rPr>
        <w:t>:Acts 25:13]]</w:t>
      </w:r>
      <w:r w:rsidRPr="000767E2">
        <w:rPr>
          <w:vertAlign w:val="superscript"/>
          <w:lang w:val="sv-SE"/>
        </w:rPr>
        <w:t>13</w:t>
      </w:r>
      <w:r w:rsidRPr="000767E2">
        <w:rPr>
          <w:lang w:val="sv-SE"/>
        </w:rPr>
        <w:t xml:space="preserve"> {{field-on:bible}}Men när några dagar hade gått, nådde kung Agrippa och Bernike fram till Caesarea och hälsade på Festus.{{field-off:bible}} [[@</w:t>
      </w:r>
      <w:r w:rsidR="0096445B" w:rsidRPr="000767E2">
        <w:rPr>
          <w:lang w:val="sv-SE"/>
        </w:rPr>
        <w:t>BibleBIBEL82</w:t>
      </w:r>
      <w:r w:rsidRPr="000767E2">
        <w:rPr>
          <w:lang w:val="sv-SE"/>
        </w:rPr>
        <w:t>:Acts 25:14]]</w:t>
      </w:r>
      <w:r w:rsidRPr="000767E2">
        <w:rPr>
          <w:vertAlign w:val="superscript"/>
          <w:lang w:val="sv-SE"/>
        </w:rPr>
        <w:t>14</w:t>
      </w:r>
      <w:r w:rsidRPr="000767E2">
        <w:rPr>
          <w:lang w:val="sv-SE"/>
        </w:rPr>
        <w:t xml:space="preserve"> {{field-on:bible}}Och när de flera dagar stannade där, lade Festus upp för kungen </w:t>
      </w:r>
      <w:r w:rsidRPr="000767E2">
        <w:rPr>
          <w:i/>
          <w:lang w:val="sv-SE"/>
        </w:rPr>
        <w:t>saken</w:t>
      </w:r>
      <w:r w:rsidRPr="000767E2">
        <w:rPr>
          <w:lang w:val="sv-SE"/>
        </w:rPr>
        <w:t xml:space="preserve"> mot Paulus och sade: ”Det finns en man, kvarlämnad av Felix som fånge.{{field-off:bible}} [[@</w:t>
      </w:r>
      <w:r w:rsidR="0096445B" w:rsidRPr="000767E2">
        <w:rPr>
          <w:lang w:val="sv-SE"/>
        </w:rPr>
        <w:t>BibleBIBEL82</w:t>
      </w:r>
      <w:r w:rsidRPr="000767E2">
        <w:rPr>
          <w:lang w:val="sv-SE"/>
        </w:rPr>
        <w:t>:Acts 25:15]]</w:t>
      </w:r>
      <w:r w:rsidRPr="000767E2">
        <w:rPr>
          <w:vertAlign w:val="superscript"/>
          <w:lang w:val="sv-SE"/>
        </w:rPr>
        <w:t>15</w:t>
      </w:r>
      <w:r w:rsidRPr="000767E2">
        <w:rPr>
          <w:lang w:val="sv-SE"/>
        </w:rPr>
        <w:t xml:space="preserve"> {{field-on:bible}}När jag kom till Jerusalem, framförde judarnas överstepräster och äldste </w:t>
      </w:r>
      <w:r w:rsidRPr="000767E2">
        <w:rPr>
          <w:i/>
          <w:lang w:val="sv-SE"/>
        </w:rPr>
        <w:t>anklagelser</w:t>
      </w:r>
      <w:r w:rsidRPr="000767E2">
        <w:rPr>
          <w:lang w:val="sv-SE"/>
        </w:rPr>
        <w:t xml:space="preserve"> gällande honom och begärde mot honom en fällande dom.{{field-off:bible}} [[@</w:t>
      </w:r>
      <w:r w:rsidR="0096445B" w:rsidRPr="000767E2">
        <w:rPr>
          <w:lang w:val="sv-SE"/>
        </w:rPr>
        <w:t>BibleBIBEL82</w:t>
      </w:r>
      <w:r w:rsidRPr="000767E2">
        <w:rPr>
          <w:lang w:val="sv-SE"/>
        </w:rPr>
        <w:t>:Acts 25:16]]</w:t>
      </w:r>
      <w:r w:rsidRPr="000767E2">
        <w:rPr>
          <w:vertAlign w:val="superscript"/>
          <w:lang w:val="sv-SE"/>
        </w:rPr>
        <w:t>16</w:t>
      </w:r>
      <w:r w:rsidRPr="000767E2">
        <w:rPr>
          <w:lang w:val="sv-SE"/>
        </w:rPr>
        <w:t xml:space="preserve"> {{field-on:bible}}Till dem svarade jag att det inte är sed för romare att prisge någon människa innan den anklagade kan ha anklagarna </w:t>
      </w:r>
      <w:r w:rsidRPr="000767E2">
        <w:rPr>
          <w:i/>
          <w:lang w:val="sv-SE"/>
        </w:rPr>
        <w:t>ansikte</w:t>
      </w:r>
      <w:r w:rsidRPr="000767E2">
        <w:rPr>
          <w:lang w:val="sv-SE"/>
        </w:rPr>
        <w:t xml:space="preserve"> mot ansikte och få utrymme till försvar mot åklagelsen.{{field-off:bible}}</w:t>
      </w:r>
    </w:p>
    <w:p w14:paraId="6FA0C14B" w14:textId="5E8E583F" w:rsidR="00BA33AB" w:rsidRPr="000767E2" w:rsidRDefault="00000000">
      <w:pPr>
        <w:rPr>
          <w:lang w:val="sv-SE"/>
        </w:rPr>
      </w:pPr>
      <w:r w:rsidRPr="000767E2">
        <w:rPr>
          <w:lang w:val="sv-SE"/>
        </w:rPr>
        <w:t>[[@</w:t>
      </w:r>
      <w:r w:rsidR="0096445B" w:rsidRPr="000767E2">
        <w:rPr>
          <w:lang w:val="sv-SE"/>
        </w:rPr>
        <w:t>BibleBIBEL82</w:t>
      </w:r>
      <w:r w:rsidRPr="000767E2">
        <w:rPr>
          <w:lang w:val="sv-SE"/>
        </w:rPr>
        <w:t>:Acts 25:17]]</w:t>
      </w:r>
      <w:r w:rsidRPr="000767E2">
        <w:rPr>
          <w:vertAlign w:val="superscript"/>
          <w:lang w:val="sv-SE"/>
        </w:rPr>
        <w:t>17</w:t>
      </w:r>
      <w:r w:rsidRPr="000767E2">
        <w:rPr>
          <w:lang w:val="sv-SE"/>
        </w:rPr>
        <w:t xml:space="preserve"> {{field-on:bible}}När de då kom samman här gjorde jag ingen uppskjutning, </w:t>
      </w:r>
      <w:r w:rsidRPr="000767E2">
        <w:rPr>
          <w:i/>
          <w:lang w:val="sv-SE"/>
        </w:rPr>
        <w:t>utan</w:t>
      </w:r>
      <w:r w:rsidRPr="000767E2">
        <w:rPr>
          <w:lang w:val="sv-SE"/>
        </w:rPr>
        <w:t xml:space="preserve"> nästa </w:t>
      </w:r>
      <w:r w:rsidRPr="000767E2">
        <w:rPr>
          <w:i/>
          <w:lang w:val="sv-SE"/>
        </w:rPr>
        <w:t>dag</w:t>
      </w:r>
      <w:r w:rsidRPr="000767E2">
        <w:rPr>
          <w:lang w:val="sv-SE"/>
        </w:rPr>
        <w:t xml:space="preserve"> satte jag mig på domarsätet och befallde att mannen </w:t>
      </w:r>
      <w:r w:rsidRPr="000767E2">
        <w:rPr>
          <w:i/>
          <w:lang w:val="sv-SE"/>
        </w:rPr>
        <w:t>skulle</w:t>
      </w:r>
      <w:r w:rsidRPr="000767E2">
        <w:rPr>
          <w:lang w:val="sv-SE"/>
        </w:rPr>
        <w:t xml:space="preserve"> föras </w:t>
      </w:r>
      <w:r w:rsidRPr="000767E2">
        <w:rPr>
          <w:i/>
          <w:lang w:val="sv-SE"/>
        </w:rPr>
        <w:t>fram</w:t>
      </w:r>
      <w:r w:rsidRPr="000767E2">
        <w:rPr>
          <w:lang w:val="sv-SE"/>
        </w:rPr>
        <w:t>.{{field-off:bible}} [[@</w:t>
      </w:r>
      <w:r w:rsidR="0096445B" w:rsidRPr="000767E2">
        <w:rPr>
          <w:lang w:val="sv-SE"/>
        </w:rPr>
        <w:t>BibleBIBEL82</w:t>
      </w:r>
      <w:r w:rsidRPr="000767E2">
        <w:rPr>
          <w:lang w:val="sv-SE"/>
        </w:rPr>
        <w:t>:Acts 25:18]]</w:t>
      </w:r>
      <w:r w:rsidRPr="000767E2">
        <w:rPr>
          <w:vertAlign w:val="superscript"/>
          <w:lang w:val="sv-SE"/>
        </w:rPr>
        <w:t>18</w:t>
      </w:r>
      <w:r w:rsidRPr="000767E2">
        <w:rPr>
          <w:lang w:val="sv-SE"/>
        </w:rPr>
        <w:t xml:space="preserve"> {{field-on:bible}}När anklagarna stod </w:t>
      </w:r>
      <w:r w:rsidRPr="000767E2">
        <w:rPr>
          <w:i/>
          <w:lang w:val="sv-SE"/>
        </w:rPr>
        <w:t>där</w:t>
      </w:r>
      <w:r w:rsidRPr="000767E2">
        <w:rPr>
          <w:lang w:val="sv-SE"/>
        </w:rPr>
        <w:t xml:space="preserve"> </w:t>
      </w:r>
      <w:r w:rsidRPr="000767E2">
        <w:rPr>
          <w:i/>
          <w:lang w:val="sv-SE"/>
        </w:rPr>
        <w:t>var det</w:t>
      </w:r>
      <w:r w:rsidRPr="000767E2">
        <w:rPr>
          <w:lang w:val="sv-SE"/>
        </w:rPr>
        <w:t xml:space="preserve"> ingen sak de anförde om honom som jag hade förmodat, en ond,{{field-off:bible}} [[@</w:t>
      </w:r>
      <w:r w:rsidR="0096445B" w:rsidRPr="000767E2">
        <w:rPr>
          <w:lang w:val="sv-SE"/>
        </w:rPr>
        <w:t>BibleBIBEL82</w:t>
      </w:r>
      <w:r w:rsidRPr="000767E2">
        <w:rPr>
          <w:lang w:val="sv-SE"/>
        </w:rPr>
        <w:t>:Acts 25:19]]</w:t>
      </w:r>
      <w:r w:rsidRPr="000767E2">
        <w:rPr>
          <w:vertAlign w:val="superscript"/>
          <w:lang w:val="sv-SE"/>
        </w:rPr>
        <w:t>19</w:t>
      </w:r>
      <w:r w:rsidRPr="000767E2">
        <w:rPr>
          <w:lang w:val="sv-SE"/>
        </w:rPr>
        <w:t xml:space="preserve"> {{field-on:bible}}utan </w:t>
      </w:r>
      <w:r w:rsidRPr="000767E2">
        <w:rPr>
          <w:i/>
          <w:lang w:val="sv-SE"/>
        </w:rPr>
        <w:t>det var</w:t>
      </w:r>
      <w:r w:rsidRPr="000767E2">
        <w:rPr>
          <w:lang w:val="sv-SE"/>
        </w:rPr>
        <w:t xml:space="preserve"> några tvistefrågor om </w:t>
      </w:r>
      <w:r w:rsidRPr="000767E2">
        <w:rPr>
          <w:i/>
          <w:lang w:val="sv-SE"/>
        </w:rPr>
        <w:t>deras</w:t>
      </w:r>
      <w:r w:rsidRPr="000767E2">
        <w:rPr>
          <w:lang w:val="sv-SE"/>
        </w:rPr>
        <w:t xml:space="preserve"> egen religion </w:t>
      </w:r>
      <w:r w:rsidRPr="000767E2">
        <w:rPr>
          <w:i/>
          <w:lang w:val="sv-SE"/>
        </w:rPr>
        <w:t>som</w:t>
      </w:r>
      <w:r w:rsidRPr="000767E2">
        <w:rPr>
          <w:lang w:val="sv-SE"/>
        </w:rPr>
        <w:t xml:space="preserve"> de hade mot honom, och om en viss Jesus som hade dött </w:t>
      </w:r>
      <w:r w:rsidRPr="000767E2">
        <w:rPr>
          <w:i/>
          <w:lang w:val="sv-SE"/>
        </w:rPr>
        <w:t>och</w:t>
      </w:r>
      <w:r w:rsidRPr="000767E2">
        <w:rPr>
          <w:lang w:val="sv-SE"/>
        </w:rPr>
        <w:t xml:space="preserve"> som Paulus påstod lever.{{field-off:bible}}</w:t>
      </w:r>
    </w:p>
    <w:p w14:paraId="052459C7" w14:textId="20476397" w:rsidR="00BA33AB" w:rsidRPr="000767E2" w:rsidRDefault="00000000">
      <w:pPr>
        <w:rPr>
          <w:lang w:val="sv-SE"/>
        </w:rPr>
      </w:pPr>
      <w:r w:rsidRPr="000767E2">
        <w:rPr>
          <w:lang w:val="sv-SE"/>
        </w:rPr>
        <w:t>[[@</w:t>
      </w:r>
      <w:r w:rsidR="0096445B" w:rsidRPr="000767E2">
        <w:rPr>
          <w:lang w:val="sv-SE"/>
        </w:rPr>
        <w:t>BibleBIBEL82</w:t>
      </w:r>
      <w:r w:rsidRPr="000767E2">
        <w:rPr>
          <w:lang w:val="sv-SE"/>
        </w:rPr>
        <w:t>:Acts 25:20]]</w:t>
      </w:r>
      <w:r w:rsidRPr="000767E2">
        <w:rPr>
          <w:vertAlign w:val="superscript"/>
          <w:lang w:val="sv-SE"/>
        </w:rPr>
        <w:t>20</w:t>
      </w:r>
      <w:r w:rsidRPr="000767E2">
        <w:rPr>
          <w:lang w:val="sv-SE"/>
        </w:rPr>
        <w:t xml:space="preserve"> {{field-on:bible}}Och villrådig </w:t>
      </w:r>
      <w:r w:rsidRPr="000767E2">
        <w:rPr>
          <w:i/>
          <w:lang w:val="sv-SE"/>
        </w:rPr>
        <w:t>i</w:t>
      </w:r>
      <w:r w:rsidRPr="000767E2">
        <w:rPr>
          <w:lang w:val="sv-SE"/>
        </w:rPr>
        <w:t xml:space="preserve"> diskussionen kring detta sade jag om han kunde önska att fara till Jerusalem och där stå inför rätta för detta.{{field-off:bible}} [[@</w:t>
      </w:r>
      <w:r w:rsidR="0096445B" w:rsidRPr="000767E2">
        <w:rPr>
          <w:lang w:val="sv-SE"/>
        </w:rPr>
        <w:t>BibleBIBEL82</w:t>
      </w:r>
      <w:r w:rsidRPr="000767E2">
        <w:rPr>
          <w:lang w:val="sv-SE"/>
        </w:rPr>
        <w:t>:Acts 25:21]]</w:t>
      </w:r>
      <w:r w:rsidRPr="000767E2">
        <w:rPr>
          <w:vertAlign w:val="superscript"/>
          <w:lang w:val="sv-SE"/>
        </w:rPr>
        <w:t>21</w:t>
      </w:r>
      <w:r w:rsidRPr="000767E2">
        <w:rPr>
          <w:lang w:val="sv-SE"/>
        </w:rPr>
        <w:t xml:space="preserve"> {{field-on:bible}}Men när Paulus åkallade att han </w:t>
      </w:r>
      <w:r w:rsidRPr="000767E2">
        <w:rPr>
          <w:i/>
          <w:lang w:val="sv-SE"/>
        </w:rPr>
        <w:t>skulle</w:t>
      </w:r>
      <w:r w:rsidRPr="000767E2">
        <w:rPr>
          <w:lang w:val="sv-SE"/>
        </w:rPr>
        <w:t xml:space="preserve"> förvaras för Augustus utredning, befallde jag att han </w:t>
      </w:r>
      <w:r w:rsidRPr="000767E2">
        <w:rPr>
          <w:i/>
          <w:lang w:val="sv-SE"/>
        </w:rPr>
        <w:t>ska</w:t>
      </w:r>
      <w:r w:rsidRPr="000767E2">
        <w:rPr>
          <w:lang w:val="sv-SE"/>
        </w:rPr>
        <w:t xml:space="preserve"> förvaras tills jag kommer att skicka upp honom till kejsaren.”{{field-off:bible}} [[@</w:t>
      </w:r>
      <w:r w:rsidR="0096445B" w:rsidRPr="000767E2">
        <w:rPr>
          <w:lang w:val="sv-SE"/>
        </w:rPr>
        <w:t>BibleBIBEL82</w:t>
      </w:r>
      <w:r w:rsidRPr="000767E2">
        <w:rPr>
          <w:lang w:val="sv-SE"/>
        </w:rPr>
        <w:t>:Acts 25:22]]</w:t>
      </w:r>
      <w:r w:rsidRPr="000767E2">
        <w:rPr>
          <w:vertAlign w:val="superscript"/>
          <w:lang w:val="sv-SE"/>
        </w:rPr>
        <w:t>22</w:t>
      </w:r>
      <w:r w:rsidRPr="000767E2">
        <w:rPr>
          <w:lang w:val="sv-SE"/>
        </w:rPr>
        <w:t xml:space="preserve"> {{field-on:bible}}Och Agrippa till Festus: ”Jag hade också själv önskat höra människan.” – ”Imorgon”, säger han, ”ska du </w:t>
      </w:r>
      <w:r w:rsidRPr="000767E2">
        <w:rPr>
          <w:i/>
          <w:lang w:val="sv-SE"/>
        </w:rPr>
        <w:t>få</w:t>
      </w:r>
      <w:r w:rsidRPr="000767E2">
        <w:rPr>
          <w:lang w:val="sv-SE"/>
        </w:rPr>
        <w:t xml:space="preserve"> höra honom.”{{field-off:bible}}</w:t>
      </w:r>
    </w:p>
    <w:p w14:paraId="5E94E0C3" w14:textId="18F38692" w:rsidR="00BA33AB" w:rsidRPr="000767E2" w:rsidRDefault="00000000">
      <w:pPr>
        <w:rPr>
          <w:lang w:val="sv-SE"/>
        </w:rPr>
      </w:pPr>
      <w:r w:rsidRPr="000767E2">
        <w:rPr>
          <w:lang w:val="sv-SE"/>
        </w:rPr>
        <w:t>[[@</w:t>
      </w:r>
      <w:r w:rsidR="0096445B" w:rsidRPr="000767E2">
        <w:rPr>
          <w:lang w:val="sv-SE"/>
        </w:rPr>
        <w:t>BibleBIBEL82</w:t>
      </w:r>
      <w:r w:rsidRPr="000767E2">
        <w:rPr>
          <w:lang w:val="sv-SE"/>
        </w:rPr>
        <w:t>:Acts 25:23]]</w:t>
      </w:r>
      <w:r w:rsidRPr="000767E2">
        <w:rPr>
          <w:vertAlign w:val="superscript"/>
          <w:lang w:val="sv-SE"/>
        </w:rPr>
        <w:t>23</w:t>
      </w:r>
      <w:r w:rsidRPr="000767E2">
        <w:rPr>
          <w:lang w:val="sv-SE"/>
        </w:rPr>
        <w:t xml:space="preserve"> {{field-on:bible}}Dagen därpå, när Agrippa och Bernike nu kom med stor prakt och gick in i auditoriet med både befälhavare och män med prominens i staden, och när Festus befallde, fördes Paulus </w:t>
      </w:r>
      <w:r w:rsidRPr="000767E2">
        <w:rPr>
          <w:i/>
          <w:lang w:val="sv-SE"/>
        </w:rPr>
        <w:t>fram</w:t>
      </w:r>
      <w:r w:rsidRPr="000767E2">
        <w:rPr>
          <w:lang w:val="sv-SE"/>
        </w:rPr>
        <w:t>.{{field-off:bible}} [[@</w:t>
      </w:r>
      <w:r w:rsidR="0096445B" w:rsidRPr="000767E2">
        <w:rPr>
          <w:lang w:val="sv-SE"/>
        </w:rPr>
        <w:t>BibleBIBEL82</w:t>
      </w:r>
      <w:r w:rsidRPr="000767E2">
        <w:rPr>
          <w:lang w:val="sv-SE"/>
        </w:rPr>
        <w:t xml:space="preserve">:Acts </w:t>
      </w:r>
      <w:r w:rsidRPr="000767E2">
        <w:rPr>
          <w:lang w:val="sv-SE"/>
        </w:rPr>
        <w:lastRenderedPageBreak/>
        <w:t>25:24]]</w:t>
      </w:r>
      <w:r w:rsidRPr="000767E2">
        <w:rPr>
          <w:vertAlign w:val="superscript"/>
          <w:lang w:val="sv-SE"/>
        </w:rPr>
        <w:t>24</w:t>
      </w:r>
      <w:r w:rsidRPr="000767E2">
        <w:rPr>
          <w:lang w:val="sv-SE"/>
        </w:rPr>
        <w:t xml:space="preserve"> {{field-on:bible}}Och Festus säger: ”Kung Agrippa, och alla </w:t>
      </w:r>
      <w:r w:rsidRPr="000767E2">
        <w:rPr>
          <w:i/>
          <w:lang w:val="sv-SE"/>
        </w:rPr>
        <w:t>ni</w:t>
      </w:r>
      <w:r w:rsidRPr="000767E2">
        <w:rPr>
          <w:lang w:val="sv-SE"/>
        </w:rPr>
        <w:t xml:space="preserve"> män som är här med oss! Ni skådar denne om vilken hela judarnas mängd har vädjat till mig, både i Jerusalem och här, och ropat att han inte bör </w:t>
      </w:r>
      <w:r w:rsidRPr="000767E2">
        <w:rPr>
          <w:i/>
          <w:lang w:val="sv-SE"/>
        </w:rPr>
        <w:t>få</w:t>
      </w:r>
      <w:r w:rsidRPr="000767E2">
        <w:rPr>
          <w:lang w:val="sv-SE"/>
        </w:rPr>
        <w:t xml:space="preserve"> leva längre.{{field-off:bible}} [[@</w:t>
      </w:r>
      <w:r w:rsidR="0096445B" w:rsidRPr="000767E2">
        <w:rPr>
          <w:lang w:val="sv-SE"/>
        </w:rPr>
        <w:t>BibleBIBEL82</w:t>
      </w:r>
      <w:r w:rsidRPr="000767E2">
        <w:rPr>
          <w:lang w:val="sv-SE"/>
        </w:rPr>
        <w:t>:Acts 25:25]]</w:t>
      </w:r>
      <w:r w:rsidRPr="000767E2">
        <w:rPr>
          <w:vertAlign w:val="superscript"/>
          <w:lang w:val="sv-SE"/>
        </w:rPr>
        <w:t>25</w:t>
      </w:r>
      <w:r w:rsidRPr="000767E2">
        <w:rPr>
          <w:lang w:val="sv-SE"/>
        </w:rPr>
        <w:t xml:space="preserve"> {{field-on:bible}}Men jag har begripit att han inget värt döden begått. Och då denne själv har åkallat Augustus, har jag bestämt mig för att skicka </w:t>
      </w:r>
      <w:r w:rsidRPr="000767E2">
        <w:rPr>
          <w:i/>
          <w:lang w:val="sv-SE"/>
        </w:rPr>
        <w:t>honom</w:t>
      </w:r>
      <w:r w:rsidRPr="000767E2">
        <w:rPr>
          <w:lang w:val="sv-SE"/>
        </w:rPr>
        <w:t>.{{field-off:bible}}</w:t>
      </w:r>
    </w:p>
    <w:p w14:paraId="107F7EE5" w14:textId="5105BBB8" w:rsidR="00BA33AB" w:rsidRPr="000767E2" w:rsidRDefault="00000000">
      <w:pPr>
        <w:rPr>
          <w:lang w:val="sv-SE"/>
        </w:rPr>
      </w:pPr>
      <w:r w:rsidRPr="000767E2">
        <w:rPr>
          <w:lang w:val="sv-SE"/>
        </w:rPr>
        <w:t>[[@</w:t>
      </w:r>
      <w:r w:rsidR="0096445B" w:rsidRPr="000767E2">
        <w:rPr>
          <w:lang w:val="sv-SE"/>
        </w:rPr>
        <w:t>BibleBIBEL82</w:t>
      </w:r>
      <w:r w:rsidRPr="000767E2">
        <w:rPr>
          <w:lang w:val="sv-SE"/>
        </w:rPr>
        <w:t>:Acts 25:26]]</w:t>
      </w:r>
      <w:r w:rsidRPr="000767E2">
        <w:rPr>
          <w:vertAlign w:val="superscript"/>
          <w:lang w:val="sv-SE"/>
        </w:rPr>
        <w:t>26</w:t>
      </w:r>
      <w:r w:rsidRPr="000767E2">
        <w:rPr>
          <w:lang w:val="sv-SE"/>
        </w:rPr>
        <w:t xml:space="preserve"> {{field-on:bible}}Något säkert om honom att skriva till herren har jag inte. Därför har jag fört fram honom inför er, och särskilt inför dig, kung Agrippa, så att jag när förhöret har varit ska ha något att skriva.{{field-off:bible}} [[@</w:t>
      </w:r>
      <w:r w:rsidR="0096445B" w:rsidRPr="000767E2">
        <w:rPr>
          <w:lang w:val="sv-SE"/>
        </w:rPr>
        <w:t>BibleBIBEL82</w:t>
      </w:r>
      <w:r w:rsidRPr="000767E2">
        <w:rPr>
          <w:lang w:val="sv-SE"/>
        </w:rPr>
        <w:t>:Acts 25:27]]</w:t>
      </w:r>
      <w:r w:rsidRPr="000767E2">
        <w:rPr>
          <w:vertAlign w:val="superscript"/>
          <w:lang w:val="sv-SE"/>
        </w:rPr>
        <w:t>27</w:t>
      </w:r>
      <w:r w:rsidRPr="000767E2">
        <w:rPr>
          <w:lang w:val="sv-SE"/>
        </w:rPr>
        <w:t xml:space="preserve"> {{field-on:bible}}För det tycks mig oskäligt att skicka en fånge utan att också ange sakerna mot honom.”{{field-off:bible}}</w:t>
      </w:r>
    </w:p>
    <w:p w14:paraId="0633D9CE" w14:textId="566FFA1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26]]Kapitel 26</w:t>
      </w:r>
    </w:p>
    <w:p w14:paraId="0E3779AC" w14:textId="77777777" w:rsidR="00BA33AB" w:rsidRPr="000767E2" w:rsidRDefault="00000000">
      <w:pPr>
        <w:pStyle w:val="Rubrik3"/>
        <w:rPr>
          <w:lang w:val="sv-SE"/>
        </w:rPr>
      </w:pPr>
      <w:r w:rsidRPr="000767E2">
        <w:rPr>
          <w:lang w:val="sv-SE"/>
        </w:rPr>
        <w:t>Paulus försvarstal inför Agrippa</w:t>
      </w:r>
    </w:p>
    <w:p w14:paraId="01437A0E" w14:textId="04BD60B1" w:rsidR="00BA33AB" w:rsidRPr="000767E2" w:rsidRDefault="00000000">
      <w:pPr>
        <w:rPr>
          <w:lang w:val="sv-SE"/>
        </w:rPr>
      </w:pPr>
      <w:r w:rsidRPr="000767E2">
        <w:rPr>
          <w:lang w:val="sv-SE"/>
        </w:rPr>
        <w:t>[[@</w:t>
      </w:r>
      <w:r w:rsidR="0096445B" w:rsidRPr="000767E2">
        <w:rPr>
          <w:lang w:val="sv-SE"/>
        </w:rPr>
        <w:t>BibleBIBEL82</w:t>
      </w:r>
      <w:r w:rsidRPr="000767E2">
        <w:rPr>
          <w:lang w:val="sv-SE"/>
        </w:rPr>
        <w:t>:Acts 26:1]]</w:t>
      </w:r>
      <w:r w:rsidRPr="000767E2">
        <w:rPr>
          <w:vertAlign w:val="superscript"/>
          <w:lang w:val="sv-SE"/>
        </w:rPr>
        <w:t>1</w:t>
      </w:r>
      <w:r w:rsidRPr="000767E2">
        <w:rPr>
          <w:lang w:val="sv-SE"/>
        </w:rPr>
        <w:t xml:space="preserve"> {{field-on:bible}}Och Agrippa sade till Paulus: ”Det tillåts dig att tala för dig själv.” Då räckte Paulus ut handen och </w:t>
      </w:r>
      <w:r w:rsidRPr="000767E2">
        <w:rPr>
          <w:i/>
          <w:lang w:val="sv-SE"/>
        </w:rPr>
        <w:t>började</w:t>
      </w:r>
      <w:r w:rsidRPr="000767E2">
        <w:rPr>
          <w:lang w:val="sv-SE"/>
        </w:rPr>
        <w:t xml:space="preserve"> försvara sig:{{field-off:bible}} [[@</w:t>
      </w:r>
      <w:r w:rsidR="0096445B" w:rsidRPr="000767E2">
        <w:rPr>
          <w:lang w:val="sv-SE"/>
        </w:rPr>
        <w:t>BibleBIBEL82</w:t>
      </w:r>
      <w:r w:rsidRPr="000767E2">
        <w:rPr>
          <w:lang w:val="sv-SE"/>
        </w:rPr>
        <w:t>:Acts 26:2]]</w:t>
      </w:r>
      <w:r w:rsidRPr="000767E2">
        <w:rPr>
          <w:vertAlign w:val="superscript"/>
          <w:lang w:val="sv-SE"/>
        </w:rPr>
        <w:t>2</w:t>
      </w:r>
      <w:r w:rsidRPr="000767E2">
        <w:rPr>
          <w:lang w:val="sv-SE"/>
        </w:rPr>
        <w:t xml:space="preserve"> {{field-on:bible}}”Gällande allt för vilket jag åklagas av judar, kung Agrippa, anser jag mig salig att </w:t>
      </w:r>
      <w:r w:rsidRPr="000767E2">
        <w:rPr>
          <w:i/>
          <w:lang w:val="sv-SE"/>
        </w:rPr>
        <w:t>det är</w:t>
      </w:r>
      <w:r w:rsidRPr="000767E2">
        <w:rPr>
          <w:lang w:val="sv-SE"/>
        </w:rPr>
        <w:t xml:space="preserve"> inför dig jag idag kommer att försvara mig,{{field-off:bible}} [[@</w:t>
      </w:r>
      <w:r w:rsidR="0096445B" w:rsidRPr="000767E2">
        <w:rPr>
          <w:lang w:val="sv-SE"/>
        </w:rPr>
        <w:t>BibleBIBEL82</w:t>
      </w:r>
      <w:r w:rsidRPr="000767E2">
        <w:rPr>
          <w:lang w:val="sv-SE"/>
        </w:rPr>
        <w:t>:Acts 26:3]]</w:t>
      </w:r>
      <w:r w:rsidRPr="000767E2">
        <w:rPr>
          <w:vertAlign w:val="superscript"/>
          <w:lang w:val="sv-SE"/>
        </w:rPr>
        <w:t>3</w:t>
      </w:r>
      <w:r w:rsidRPr="000767E2">
        <w:rPr>
          <w:lang w:val="sv-SE"/>
        </w:rPr>
        <w:t xml:space="preserve"> {{field-on:bible}}särskilt som du är bekant med allt hos judarna av både seder och tvistefrågor. Därför bönfaller jag </w:t>
      </w:r>
      <w:r w:rsidRPr="000767E2">
        <w:rPr>
          <w:i/>
          <w:lang w:val="sv-SE"/>
        </w:rPr>
        <w:t>dig</w:t>
      </w:r>
      <w:r w:rsidRPr="000767E2">
        <w:rPr>
          <w:lang w:val="sv-SE"/>
        </w:rPr>
        <w:t xml:space="preserve"> att tålmodigt höra mig.{{field-off:bible}}</w:t>
      </w:r>
    </w:p>
    <w:p w14:paraId="14AE11E7" w14:textId="550FC574" w:rsidR="00BA33AB" w:rsidRPr="000767E2" w:rsidRDefault="00000000">
      <w:pPr>
        <w:rPr>
          <w:lang w:val="sv-SE"/>
        </w:rPr>
      </w:pPr>
      <w:r w:rsidRPr="000767E2">
        <w:rPr>
          <w:lang w:val="sv-SE"/>
        </w:rPr>
        <w:t>[[@</w:t>
      </w:r>
      <w:r w:rsidR="0096445B" w:rsidRPr="000767E2">
        <w:rPr>
          <w:lang w:val="sv-SE"/>
        </w:rPr>
        <w:t>BibleBIBEL82</w:t>
      </w:r>
      <w:r w:rsidRPr="000767E2">
        <w:rPr>
          <w:lang w:val="sv-SE"/>
        </w:rPr>
        <w:t>:Acts 26:4]]</w:t>
      </w:r>
      <w:r w:rsidRPr="000767E2">
        <w:rPr>
          <w:vertAlign w:val="superscript"/>
          <w:lang w:val="sv-SE"/>
        </w:rPr>
        <w:t>4</w:t>
      </w:r>
      <w:r w:rsidRPr="000767E2">
        <w:rPr>
          <w:lang w:val="sv-SE"/>
        </w:rPr>
        <w:t xml:space="preserve"> {{field-on:bible}}Min levnad sedan ungdomen, </w:t>
      </w:r>
      <w:r w:rsidRPr="000767E2">
        <w:rPr>
          <w:i/>
          <w:lang w:val="sv-SE"/>
        </w:rPr>
        <w:t>hur</w:t>
      </w:r>
      <w:r w:rsidRPr="000767E2">
        <w:rPr>
          <w:lang w:val="sv-SE"/>
        </w:rPr>
        <w:t xml:space="preserve"> den alltså varit från begynnelsen i mitt folkslag och i Jerusalem, </w:t>
      </w:r>
      <w:r w:rsidRPr="000767E2">
        <w:rPr>
          <w:i/>
          <w:lang w:val="sv-SE"/>
        </w:rPr>
        <w:t>det</w:t>
      </w:r>
      <w:r w:rsidRPr="000767E2">
        <w:rPr>
          <w:lang w:val="sv-SE"/>
        </w:rPr>
        <w:t xml:space="preserve"> vet alla judar[na]{{field-off:bible}} [[@</w:t>
      </w:r>
      <w:r w:rsidR="0096445B" w:rsidRPr="000767E2">
        <w:rPr>
          <w:lang w:val="sv-SE"/>
        </w:rPr>
        <w:t>BibleBIBEL82</w:t>
      </w:r>
      <w:r w:rsidRPr="000767E2">
        <w:rPr>
          <w:lang w:val="sv-SE"/>
        </w:rPr>
        <w:t>:Acts 26:5]]</w:t>
      </w:r>
      <w:r w:rsidRPr="000767E2">
        <w:rPr>
          <w:vertAlign w:val="superscript"/>
          <w:lang w:val="sv-SE"/>
        </w:rPr>
        <w:t>5</w:t>
      </w:r>
      <w:r w:rsidRPr="000767E2">
        <w:rPr>
          <w:lang w:val="sv-SE"/>
        </w:rPr>
        <w:t xml:space="preserve"> {{field-on:bible}}då de känner mig förut från början, om de vill vittna, att jag enligt den noggrannaste fraktionen i vår gudsdyrkan har levt som farisé.{{field-off:bible}} [[@</w:t>
      </w:r>
      <w:r w:rsidR="0096445B" w:rsidRPr="000767E2">
        <w:rPr>
          <w:lang w:val="sv-SE"/>
        </w:rPr>
        <w:t>BibleBIBEL82</w:t>
      </w:r>
      <w:r w:rsidRPr="000767E2">
        <w:rPr>
          <w:lang w:val="sv-SE"/>
        </w:rPr>
        <w:t>:Acts 26:6]]</w:t>
      </w:r>
      <w:r w:rsidRPr="000767E2">
        <w:rPr>
          <w:vertAlign w:val="superscript"/>
          <w:lang w:val="sv-SE"/>
        </w:rPr>
        <w:t>6</w:t>
      </w:r>
      <w:r w:rsidRPr="000767E2">
        <w:rPr>
          <w:lang w:val="sv-SE"/>
        </w:rPr>
        <w:t xml:space="preserve"> {{field-on:bible}}Och nu </w:t>
      </w:r>
      <w:r w:rsidRPr="000767E2">
        <w:rPr>
          <w:i/>
          <w:lang w:val="sv-SE"/>
        </w:rPr>
        <w:t>är det</w:t>
      </w:r>
      <w:r w:rsidRPr="000767E2">
        <w:rPr>
          <w:lang w:val="sv-SE"/>
        </w:rPr>
        <w:t xml:space="preserve"> för ett hopp till det löfte som kom till våra fäder från Gud jag står inför rätta,{{field-off:bible}} [[@</w:t>
      </w:r>
      <w:r w:rsidR="0096445B" w:rsidRPr="000767E2">
        <w:rPr>
          <w:lang w:val="sv-SE"/>
        </w:rPr>
        <w:t>BibleBIBEL82</w:t>
      </w:r>
      <w:r w:rsidRPr="000767E2">
        <w:rPr>
          <w:lang w:val="sv-SE"/>
        </w:rPr>
        <w:t>:Acts 26:7]]</w:t>
      </w:r>
      <w:r w:rsidRPr="000767E2">
        <w:rPr>
          <w:vertAlign w:val="superscript"/>
          <w:lang w:val="sv-SE"/>
        </w:rPr>
        <w:t>7</w:t>
      </w:r>
      <w:r w:rsidRPr="000767E2">
        <w:rPr>
          <w:lang w:val="sv-SE"/>
        </w:rPr>
        <w:t xml:space="preserve"> {{field-on:bible}}till vilket vårt tolvstammade </w:t>
      </w:r>
      <w:r w:rsidRPr="000767E2">
        <w:rPr>
          <w:i/>
          <w:lang w:val="sv-SE"/>
        </w:rPr>
        <w:t>folk</w:t>
      </w:r>
      <w:r w:rsidRPr="000767E2">
        <w:rPr>
          <w:lang w:val="sv-SE"/>
        </w:rPr>
        <w:t xml:space="preserve"> som i ihärdighet dyrkar natt och dag hoppas nå fram. För det hoppet åklagas jag av judar, </w:t>
      </w:r>
      <w:r w:rsidRPr="000767E2">
        <w:rPr>
          <w:i/>
          <w:lang w:val="sv-SE"/>
        </w:rPr>
        <w:t>o</w:t>
      </w:r>
      <w:r w:rsidRPr="000767E2">
        <w:rPr>
          <w:lang w:val="sv-SE"/>
        </w:rPr>
        <w:t xml:space="preserve"> kung.{{field-off:bible}} [[@</w:t>
      </w:r>
      <w:r w:rsidR="0096445B" w:rsidRPr="000767E2">
        <w:rPr>
          <w:lang w:val="sv-SE"/>
        </w:rPr>
        <w:t>BibleBIBEL82</w:t>
      </w:r>
      <w:r w:rsidRPr="000767E2">
        <w:rPr>
          <w:lang w:val="sv-SE"/>
        </w:rPr>
        <w:t>:Acts 26:8]]</w:t>
      </w:r>
      <w:r w:rsidRPr="000767E2">
        <w:rPr>
          <w:vertAlign w:val="superscript"/>
          <w:lang w:val="sv-SE"/>
        </w:rPr>
        <w:t>8</w:t>
      </w:r>
      <w:r w:rsidRPr="000767E2">
        <w:rPr>
          <w:lang w:val="sv-SE"/>
        </w:rPr>
        <w:t xml:space="preserve"> {{field-on:bible}}Varför bedöms det otroligt hos er om Gud uppväcker döda?{{field-off:bible}}</w:t>
      </w:r>
    </w:p>
    <w:p w14:paraId="74F181D7" w14:textId="0A09535E" w:rsidR="00BA33AB" w:rsidRPr="000767E2" w:rsidRDefault="00000000">
      <w:pPr>
        <w:rPr>
          <w:lang w:val="sv-SE"/>
        </w:rPr>
      </w:pPr>
      <w:r w:rsidRPr="000767E2">
        <w:rPr>
          <w:lang w:val="sv-SE"/>
        </w:rPr>
        <w:t>[[@</w:t>
      </w:r>
      <w:r w:rsidR="0096445B" w:rsidRPr="000767E2">
        <w:rPr>
          <w:lang w:val="sv-SE"/>
        </w:rPr>
        <w:t>BibleBIBEL82</w:t>
      </w:r>
      <w:r w:rsidRPr="000767E2">
        <w:rPr>
          <w:lang w:val="sv-SE"/>
        </w:rPr>
        <w:t>:Acts 26:9]]</w:t>
      </w:r>
      <w:r w:rsidRPr="000767E2">
        <w:rPr>
          <w:vertAlign w:val="superscript"/>
          <w:lang w:val="sv-SE"/>
        </w:rPr>
        <w:t>9</w:t>
      </w:r>
      <w:r w:rsidRPr="000767E2">
        <w:rPr>
          <w:lang w:val="sv-SE"/>
        </w:rPr>
        <w:t xml:space="preserve"> {{field-on:bible}}Jag tänkte mig alltså att jag mot Jesu nazoréns namn måste begå mycket </w:t>
      </w:r>
      <w:r w:rsidRPr="000767E2">
        <w:rPr>
          <w:i/>
          <w:lang w:val="sv-SE"/>
        </w:rPr>
        <w:t>som var</w:t>
      </w:r>
      <w:r w:rsidRPr="000767E2">
        <w:rPr>
          <w:lang w:val="sv-SE"/>
        </w:rPr>
        <w:t xml:space="preserve"> emot,{{field-off:bible}} [[@</w:t>
      </w:r>
      <w:r w:rsidR="0096445B" w:rsidRPr="000767E2">
        <w:rPr>
          <w:lang w:val="sv-SE"/>
        </w:rPr>
        <w:t>BibleBIBEL82</w:t>
      </w:r>
      <w:r w:rsidRPr="000767E2">
        <w:rPr>
          <w:lang w:val="sv-SE"/>
        </w:rPr>
        <w:t>:Acts 26:10]]</w:t>
      </w:r>
      <w:r w:rsidRPr="000767E2">
        <w:rPr>
          <w:vertAlign w:val="superscript"/>
          <w:lang w:val="sv-SE"/>
        </w:rPr>
        <w:t>10</w:t>
      </w:r>
      <w:r w:rsidRPr="000767E2">
        <w:rPr>
          <w:lang w:val="sv-SE"/>
        </w:rPr>
        <w:t xml:space="preserve"> {{field-on:bible}}vilket jag också gjorde i Jerusalem. Och många av de heliga spärrade jag också in i fängelser, sedan jag fått auktoriteten från översteprästerna, och när de avrättades förde jag ner en slät sten </w:t>
      </w:r>
      <w:r w:rsidRPr="000767E2">
        <w:rPr>
          <w:i/>
          <w:lang w:val="sv-SE"/>
        </w:rPr>
        <w:t>och röstade för</w:t>
      </w:r>
      <w:r w:rsidRPr="000767E2">
        <w:rPr>
          <w:lang w:val="sv-SE"/>
        </w:rPr>
        <w:t>.{{field-off:bible}} [[@</w:t>
      </w:r>
      <w:r w:rsidR="0096445B" w:rsidRPr="000767E2">
        <w:rPr>
          <w:lang w:val="sv-SE"/>
        </w:rPr>
        <w:t>BibleBIBEL82</w:t>
      </w:r>
      <w:r w:rsidRPr="000767E2">
        <w:rPr>
          <w:lang w:val="sv-SE"/>
        </w:rPr>
        <w:t>:Acts 26:11]]</w:t>
      </w:r>
      <w:r w:rsidRPr="000767E2">
        <w:rPr>
          <w:vertAlign w:val="superscript"/>
          <w:lang w:val="sv-SE"/>
        </w:rPr>
        <w:t>11</w:t>
      </w:r>
      <w:r w:rsidRPr="000767E2">
        <w:rPr>
          <w:lang w:val="sv-SE"/>
        </w:rPr>
        <w:t xml:space="preserve"> {{field-on:bible}}Och i alla synagogorna bestraffade jag dem många gånger och nödgade </w:t>
      </w:r>
      <w:r w:rsidRPr="000767E2">
        <w:rPr>
          <w:i/>
          <w:lang w:val="sv-SE"/>
        </w:rPr>
        <w:t>dem</w:t>
      </w:r>
      <w:r w:rsidRPr="000767E2">
        <w:rPr>
          <w:lang w:val="sv-SE"/>
        </w:rPr>
        <w:t xml:space="preserve"> att häda, och än mer vansinnig mot dem förföljde jag också ända till städerna utanför.{{field-off:bible}}</w:t>
      </w:r>
    </w:p>
    <w:p w14:paraId="700EFFEA" w14:textId="754F1052" w:rsidR="00BA33AB" w:rsidRPr="000767E2" w:rsidRDefault="00000000">
      <w:pPr>
        <w:rPr>
          <w:lang w:val="sv-SE"/>
        </w:rPr>
      </w:pPr>
      <w:r w:rsidRPr="000767E2">
        <w:rPr>
          <w:lang w:val="sv-SE"/>
        </w:rPr>
        <w:t>[[@</w:t>
      </w:r>
      <w:r w:rsidR="0096445B" w:rsidRPr="000767E2">
        <w:rPr>
          <w:lang w:val="sv-SE"/>
        </w:rPr>
        <w:t>BibleBIBEL82</w:t>
      </w:r>
      <w:r w:rsidRPr="000767E2">
        <w:rPr>
          <w:lang w:val="sv-SE"/>
        </w:rPr>
        <w:t>:Acts 26:12]]</w:t>
      </w:r>
      <w:r w:rsidRPr="000767E2">
        <w:rPr>
          <w:vertAlign w:val="superscript"/>
          <w:lang w:val="sv-SE"/>
        </w:rPr>
        <w:t>12</w:t>
      </w:r>
      <w:r w:rsidRPr="000767E2">
        <w:rPr>
          <w:lang w:val="sv-SE"/>
        </w:rPr>
        <w:t xml:space="preserve"> {{field-on:bible}}I detta, medan jag for till Damaskus med auktoritet och uppdrag från översteprästerna,{{field-off:bible}} [[@</w:t>
      </w:r>
      <w:r w:rsidR="0096445B" w:rsidRPr="000767E2">
        <w:rPr>
          <w:lang w:val="sv-SE"/>
        </w:rPr>
        <w:t>BibleBIBEL82</w:t>
      </w:r>
      <w:r w:rsidRPr="000767E2">
        <w:rPr>
          <w:lang w:val="sv-SE"/>
        </w:rPr>
        <w:t>:Acts 26:13]]</w:t>
      </w:r>
      <w:r w:rsidRPr="000767E2">
        <w:rPr>
          <w:vertAlign w:val="superscript"/>
          <w:lang w:val="sv-SE"/>
        </w:rPr>
        <w:t>13</w:t>
      </w:r>
      <w:r w:rsidRPr="000767E2">
        <w:rPr>
          <w:lang w:val="sv-SE"/>
        </w:rPr>
        <w:t xml:space="preserve"> {{field-on:bible}}</w:t>
      </w:r>
      <w:r w:rsidRPr="000767E2">
        <w:rPr>
          <w:i/>
          <w:lang w:val="sv-SE"/>
        </w:rPr>
        <w:t>fick</w:t>
      </w:r>
      <w:r w:rsidRPr="000767E2">
        <w:rPr>
          <w:lang w:val="sv-SE"/>
        </w:rPr>
        <w:t xml:space="preserve"> jag mitt på dagen längs vägen se, </w:t>
      </w:r>
      <w:r w:rsidRPr="000767E2">
        <w:rPr>
          <w:i/>
          <w:lang w:val="sv-SE"/>
        </w:rPr>
        <w:t>o</w:t>
      </w:r>
      <w:r w:rsidRPr="000767E2">
        <w:rPr>
          <w:lang w:val="sv-SE"/>
        </w:rPr>
        <w:t xml:space="preserve"> kung, </w:t>
      </w:r>
      <w:r w:rsidRPr="000767E2">
        <w:rPr>
          <w:i/>
          <w:lang w:val="sv-SE"/>
        </w:rPr>
        <w:t>att</w:t>
      </w:r>
      <w:r w:rsidRPr="000767E2">
        <w:rPr>
          <w:lang w:val="sv-SE"/>
        </w:rPr>
        <w:t xml:space="preserve"> det från himlen </w:t>
      </w:r>
      <w:r w:rsidRPr="000767E2">
        <w:rPr>
          <w:lang w:val="sv-SE"/>
        </w:rPr>
        <w:lastRenderedPageBreak/>
        <w:t>utöver solens strålglans sken ett ljus omkring mig och dem som for med mig.{{field-off:bible}} [[@</w:t>
      </w:r>
      <w:r w:rsidR="0096445B" w:rsidRPr="000767E2">
        <w:rPr>
          <w:lang w:val="sv-SE"/>
        </w:rPr>
        <w:t>BibleBIBEL82</w:t>
      </w:r>
      <w:r w:rsidRPr="000767E2">
        <w:rPr>
          <w:lang w:val="sv-SE"/>
        </w:rPr>
        <w:t>:Acts 26:14]]</w:t>
      </w:r>
      <w:r w:rsidRPr="000767E2">
        <w:rPr>
          <w:vertAlign w:val="superscript"/>
          <w:lang w:val="sv-SE"/>
        </w:rPr>
        <w:t>14</w:t>
      </w:r>
      <w:r w:rsidRPr="000767E2">
        <w:rPr>
          <w:lang w:val="sv-SE"/>
        </w:rPr>
        <w:t xml:space="preserve"> {{field-on:bible}}Och när vi alla föll ner till jorden, hörde jag en röst säga till mig på det hebreiska språket: Saul, Saul! Varför förföljer du mig? </w:t>
      </w:r>
      <w:r w:rsidRPr="000767E2">
        <w:rPr>
          <w:i/>
          <w:lang w:val="sv-SE"/>
        </w:rPr>
        <w:t>Det är</w:t>
      </w:r>
      <w:r w:rsidRPr="000767E2">
        <w:rPr>
          <w:lang w:val="sv-SE"/>
        </w:rPr>
        <w:t xml:space="preserve"> hårt för dig att sparka mot uddar.{{field-off:bible}}</w:t>
      </w:r>
    </w:p>
    <w:p w14:paraId="0A7C9E56" w14:textId="16871E39" w:rsidR="00BA33AB" w:rsidRPr="000767E2" w:rsidRDefault="00000000">
      <w:pPr>
        <w:rPr>
          <w:lang w:val="sv-SE"/>
        </w:rPr>
      </w:pPr>
      <w:r w:rsidRPr="000767E2">
        <w:rPr>
          <w:lang w:val="sv-SE"/>
        </w:rPr>
        <w:t>[[@</w:t>
      </w:r>
      <w:r w:rsidR="0096445B" w:rsidRPr="000767E2">
        <w:rPr>
          <w:lang w:val="sv-SE"/>
        </w:rPr>
        <w:t>BibleBIBEL82</w:t>
      </w:r>
      <w:r w:rsidRPr="000767E2">
        <w:rPr>
          <w:lang w:val="sv-SE"/>
        </w:rPr>
        <w:t>:Acts 26:15]]</w:t>
      </w:r>
      <w:r w:rsidRPr="000767E2">
        <w:rPr>
          <w:vertAlign w:val="superscript"/>
          <w:lang w:val="sv-SE"/>
        </w:rPr>
        <w:t>15</w:t>
      </w:r>
      <w:r w:rsidRPr="000767E2">
        <w:rPr>
          <w:lang w:val="sv-SE"/>
        </w:rPr>
        <w:t xml:space="preserve"> {{field-on:bible}}Och jag sade: Vem är du, Herre? Och Herren svarade: Jag är Jesus. Den du förföljer.{{field-off:bible}} [[@</w:t>
      </w:r>
      <w:r w:rsidR="0096445B" w:rsidRPr="000767E2">
        <w:rPr>
          <w:lang w:val="sv-SE"/>
        </w:rPr>
        <w:t>BibleBIBEL82</w:t>
      </w:r>
      <w:r w:rsidRPr="000767E2">
        <w:rPr>
          <w:lang w:val="sv-SE"/>
        </w:rPr>
        <w:t>:Acts 26:16]]</w:t>
      </w:r>
      <w:r w:rsidRPr="000767E2">
        <w:rPr>
          <w:vertAlign w:val="superscript"/>
          <w:lang w:val="sv-SE"/>
        </w:rPr>
        <w:t>16</w:t>
      </w:r>
      <w:r w:rsidRPr="000767E2">
        <w:rPr>
          <w:lang w:val="sv-SE"/>
        </w:rPr>
        <w:t xml:space="preserve"> {{field-on:bible}}Men stå upp och stå på dina fötter. För till detta har jag visat mig för dig, </w:t>
      </w:r>
      <w:r w:rsidRPr="000767E2">
        <w:rPr>
          <w:i/>
          <w:lang w:val="sv-SE"/>
        </w:rPr>
        <w:t>för</w:t>
      </w:r>
      <w:r w:rsidRPr="000767E2">
        <w:rPr>
          <w:lang w:val="sv-SE"/>
        </w:rPr>
        <w:t xml:space="preserve"> att förutvälja dig till undertjänare och vittne, både till det [att] du har sett [mig] och till att jag ska visa mig för dig,{{field-off:bible}} [[@</w:t>
      </w:r>
      <w:r w:rsidR="0096445B" w:rsidRPr="000767E2">
        <w:rPr>
          <w:lang w:val="sv-SE"/>
        </w:rPr>
        <w:t>BibleBIBEL82</w:t>
      </w:r>
      <w:r w:rsidRPr="000767E2">
        <w:rPr>
          <w:lang w:val="sv-SE"/>
        </w:rPr>
        <w:t>:Acts 26:17]]</w:t>
      </w:r>
      <w:r w:rsidRPr="000767E2">
        <w:rPr>
          <w:vertAlign w:val="superscript"/>
          <w:lang w:val="sv-SE"/>
        </w:rPr>
        <w:t>17</w:t>
      </w:r>
      <w:r w:rsidRPr="000767E2">
        <w:rPr>
          <w:lang w:val="sv-SE"/>
        </w:rPr>
        <w:t xml:space="preserve"> {{field-on:bible}}och jag tar ut dig från folket och från folkslagen. Till dem sänder jag dig{{field-off:bible}} [[@</w:t>
      </w:r>
      <w:r w:rsidR="0096445B" w:rsidRPr="000767E2">
        <w:rPr>
          <w:lang w:val="sv-SE"/>
        </w:rPr>
        <w:t>BibleBIBEL82</w:t>
      </w:r>
      <w:r w:rsidRPr="000767E2">
        <w:rPr>
          <w:lang w:val="sv-SE"/>
        </w:rPr>
        <w:t>:Acts 26:18]]</w:t>
      </w:r>
      <w:r w:rsidRPr="000767E2">
        <w:rPr>
          <w:vertAlign w:val="superscript"/>
          <w:lang w:val="sv-SE"/>
        </w:rPr>
        <w:t>18</w:t>
      </w:r>
      <w:r w:rsidRPr="000767E2">
        <w:rPr>
          <w:lang w:val="sv-SE"/>
        </w:rPr>
        <w:t xml:space="preserve"> {{field-on:bible}}</w:t>
      </w:r>
      <w:r w:rsidRPr="000767E2">
        <w:rPr>
          <w:i/>
          <w:lang w:val="sv-SE"/>
        </w:rPr>
        <w:t>för</w:t>
      </w:r>
      <w:r w:rsidRPr="000767E2">
        <w:rPr>
          <w:lang w:val="sv-SE"/>
        </w:rPr>
        <w:t xml:space="preserve"> att öppna deras ögon, för att omvända </w:t>
      </w:r>
      <w:r w:rsidRPr="000767E2">
        <w:rPr>
          <w:i/>
          <w:lang w:val="sv-SE"/>
        </w:rPr>
        <w:t>dem</w:t>
      </w:r>
      <w:r w:rsidRPr="000767E2">
        <w:rPr>
          <w:lang w:val="sv-SE"/>
        </w:rPr>
        <w:t xml:space="preserve"> från mörker till ljus och från Satans auktoritet till Gud, så att de får synders förlåtelse och en lott bland dem som har helgats genom tro på mig.{{field-off:bible}}</w:t>
      </w:r>
    </w:p>
    <w:p w14:paraId="69D2F320" w14:textId="6BC6E761" w:rsidR="00BA33AB" w:rsidRPr="000767E2" w:rsidRDefault="00000000">
      <w:pPr>
        <w:rPr>
          <w:lang w:val="sv-SE"/>
        </w:rPr>
      </w:pPr>
      <w:r w:rsidRPr="000767E2">
        <w:rPr>
          <w:lang w:val="sv-SE"/>
        </w:rPr>
        <w:t>[[@</w:t>
      </w:r>
      <w:r w:rsidR="0096445B" w:rsidRPr="000767E2">
        <w:rPr>
          <w:lang w:val="sv-SE"/>
        </w:rPr>
        <w:t>BibleBIBEL82</w:t>
      </w:r>
      <w:r w:rsidRPr="000767E2">
        <w:rPr>
          <w:lang w:val="sv-SE"/>
        </w:rPr>
        <w:t>:Acts 26:19]]</w:t>
      </w:r>
      <w:r w:rsidRPr="000767E2">
        <w:rPr>
          <w:vertAlign w:val="superscript"/>
          <w:lang w:val="sv-SE"/>
        </w:rPr>
        <w:t>19</w:t>
      </w:r>
      <w:r w:rsidRPr="000767E2">
        <w:rPr>
          <w:lang w:val="sv-SE"/>
        </w:rPr>
        <w:t xml:space="preserve"> {{field-on:bible}}Därför, kung Agrippa, blev jag inte ohörsam mot den himmelska visionen.{{field-off:bible}} [[@</w:t>
      </w:r>
      <w:r w:rsidR="0096445B" w:rsidRPr="000767E2">
        <w:rPr>
          <w:lang w:val="sv-SE"/>
        </w:rPr>
        <w:t>BibleBIBEL82</w:t>
      </w:r>
      <w:r w:rsidRPr="000767E2">
        <w:rPr>
          <w:lang w:val="sv-SE"/>
        </w:rPr>
        <w:t>:Acts 26:20]]</w:t>
      </w:r>
      <w:r w:rsidRPr="000767E2">
        <w:rPr>
          <w:vertAlign w:val="superscript"/>
          <w:lang w:val="sv-SE"/>
        </w:rPr>
        <w:t>20</w:t>
      </w:r>
      <w:r w:rsidRPr="000767E2">
        <w:rPr>
          <w:lang w:val="sv-SE"/>
        </w:rPr>
        <w:t xml:space="preserve"> {{field-on:bible}}Nej, för dem i Damaskus först och </w:t>
      </w:r>
      <w:r w:rsidRPr="000767E2">
        <w:rPr>
          <w:i/>
          <w:lang w:val="sv-SE"/>
        </w:rPr>
        <w:t>i</w:t>
      </w:r>
      <w:r w:rsidRPr="000767E2">
        <w:rPr>
          <w:lang w:val="sv-SE"/>
        </w:rPr>
        <w:t xml:space="preserve"> Jerusalem och hela Judeens trakt och för folkslagen har jag meddelat att </w:t>
      </w:r>
      <w:r w:rsidRPr="000767E2">
        <w:rPr>
          <w:i/>
          <w:lang w:val="sv-SE"/>
        </w:rPr>
        <w:t>de ska</w:t>
      </w:r>
      <w:r w:rsidRPr="000767E2">
        <w:rPr>
          <w:lang w:val="sv-SE"/>
        </w:rPr>
        <w:t xml:space="preserve"> ändra sinne och vända om till Gud och utöva gärningar värdiga sinnesändringen.{{field-off:bible}}</w:t>
      </w:r>
    </w:p>
    <w:p w14:paraId="5CC60111" w14:textId="5E9F757B" w:rsidR="00BA33AB" w:rsidRPr="000767E2" w:rsidRDefault="00000000">
      <w:pPr>
        <w:rPr>
          <w:lang w:val="sv-SE"/>
        </w:rPr>
      </w:pPr>
      <w:r w:rsidRPr="000767E2">
        <w:rPr>
          <w:lang w:val="sv-SE"/>
        </w:rPr>
        <w:t>[[@</w:t>
      </w:r>
      <w:r w:rsidR="0096445B" w:rsidRPr="000767E2">
        <w:rPr>
          <w:lang w:val="sv-SE"/>
        </w:rPr>
        <w:t>BibleBIBEL82</w:t>
      </w:r>
      <w:r w:rsidRPr="000767E2">
        <w:rPr>
          <w:lang w:val="sv-SE"/>
        </w:rPr>
        <w:t>:Acts 26:21]]</w:t>
      </w:r>
      <w:r w:rsidRPr="000767E2">
        <w:rPr>
          <w:vertAlign w:val="superscript"/>
          <w:lang w:val="sv-SE"/>
        </w:rPr>
        <w:t>21</w:t>
      </w:r>
      <w:r w:rsidRPr="000767E2">
        <w:rPr>
          <w:lang w:val="sv-SE"/>
        </w:rPr>
        <w:t xml:space="preserve"> {{field-on:bible}}</w:t>
      </w:r>
      <w:r w:rsidRPr="000767E2">
        <w:rPr>
          <w:i/>
          <w:lang w:val="sv-SE"/>
        </w:rPr>
        <w:t>Det var</w:t>
      </w:r>
      <w:r w:rsidRPr="000767E2">
        <w:rPr>
          <w:lang w:val="sv-SE"/>
        </w:rPr>
        <w:t xml:space="preserve"> på grund av detta judar tog fast mig [när jag var] i templet och försökte expediera </w:t>
      </w:r>
      <w:r w:rsidRPr="000767E2">
        <w:rPr>
          <w:i/>
          <w:lang w:val="sv-SE"/>
        </w:rPr>
        <w:t>mig</w:t>
      </w:r>
      <w:r w:rsidRPr="000767E2">
        <w:rPr>
          <w:lang w:val="sv-SE"/>
        </w:rPr>
        <w:t>.{{field-off:bible}} [[@</w:t>
      </w:r>
      <w:r w:rsidR="0096445B" w:rsidRPr="000767E2">
        <w:rPr>
          <w:lang w:val="sv-SE"/>
        </w:rPr>
        <w:t>BibleBIBEL82</w:t>
      </w:r>
      <w:r w:rsidRPr="000767E2">
        <w:rPr>
          <w:lang w:val="sv-SE"/>
        </w:rPr>
        <w:t>:Acts 26:22]]</w:t>
      </w:r>
      <w:r w:rsidRPr="000767E2">
        <w:rPr>
          <w:vertAlign w:val="superscript"/>
          <w:lang w:val="sv-SE"/>
        </w:rPr>
        <w:t>22</w:t>
      </w:r>
      <w:r w:rsidRPr="000767E2">
        <w:rPr>
          <w:lang w:val="sv-SE"/>
        </w:rPr>
        <w:t xml:space="preserve"> {{field-on:bible}}Då jag nu har undfått bistånd från Gud ända till denna dag, står jag och vittnar för både liten och stor och säger inget utom det som både profeterna har talat skulle ske och Mose:{{field-off:bible}} [[@</w:t>
      </w:r>
      <w:r w:rsidR="0096445B" w:rsidRPr="000767E2">
        <w:rPr>
          <w:lang w:val="sv-SE"/>
        </w:rPr>
        <w:t>BibleBIBEL82</w:t>
      </w:r>
      <w:r w:rsidRPr="000767E2">
        <w:rPr>
          <w:lang w:val="sv-SE"/>
        </w:rPr>
        <w:t>:Acts 26:23]]</w:t>
      </w:r>
      <w:r w:rsidRPr="000767E2">
        <w:rPr>
          <w:vertAlign w:val="superscript"/>
          <w:lang w:val="sv-SE"/>
        </w:rPr>
        <w:t>23</w:t>
      </w:r>
      <w:r w:rsidRPr="000767E2">
        <w:rPr>
          <w:lang w:val="sv-SE"/>
        </w:rPr>
        <w:t xml:space="preserve"> {{field-on:bible}}att Kristus ska lida, att han </w:t>
      </w:r>
      <w:r w:rsidRPr="000767E2">
        <w:rPr>
          <w:i/>
          <w:lang w:val="sv-SE"/>
        </w:rPr>
        <w:t>som</w:t>
      </w:r>
      <w:r w:rsidRPr="000767E2">
        <w:rPr>
          <w:lang w:val="sv-SE"/>
        </w:rPr>
        <w:t xml:space="preserve"> </w:t>
      </w:r>
      <w:r w:rsidRPr="000767E2">
        <w:rPr>
          <w:i/>
          <w:lang w:val="sv-SE"/>
        </w:rPr>
        <w:t>den</w:t>
      </w:r>
      <w:r w:rsidRPr="000767E2">
        <w:rPr>
          <w:lang w:val="sv-SE"/>
        </w:rPr>
        <w:t xml:space="preserve"> förste från </w:t>
      </w:r>
      <w:r w:rsidRPr="000767E2">
        <w:rPr>
          <w:i/>
          <w:lang w:val="sv-SE"/>
        </w:rPr>
        <w:t>de</w:t>
      </w:r>
      <w:r w:rsidRPr="000767E2">
        <w:rPr>
          <w:lang w:val="sv-SE"/>
        </w:rPr>
        <w:t xml:space="preserve"> dödas uppståndelse kommer att predika ljus för både folket och folkslagen.”{{field-off:bible}}</w:t>
      </w:r>
    </w:p>
    <w:p w14:paraId="3323DF57" w14:textId="73B01067" w:rsidR="00BA33AB" w:rsidRPr="000767E2" w:rsidRDefault="00000000">
      <w:pPr>
        <w:rPr>
          <w:lang w:val="sv-SE"/>
        </w:rPr>
      </w:pPr>
      <w:r w:rsidRPr="000767E2">
        <w:rPr>
          <w:lang w:val="sv-SE"/>
        </w:rPr>
        <w:t>[[@</w:t>
      </w:r>
      <w:r w:rsidR="0096445B" w:rsidRPr="000767E2">
        <w:rPr>
          <w:lang w:val="sv-SE"/>
        </w:rPr>
        <w:t>BibleBIBEL82</w:t>
      </w:r>
      <w:r w:rsidRPr="000767E2">
        <w:rPr>
          <w:lang w:val="sv-SE"/>
        </w:rPr>
        <w:t>:Acts 26:24]]</w:t>
      </w:r>
      <w:r w:rsidRPr="000767E2">
        <w:rPr>
          <w:vertAlign w:val="superscript"/>
          <w:lang w:val="sv-SE"/>
        </w:rPr>
        <w:t>24</w:t>
      </w:r>
      <w:r w:rsidRPr="000767E2">
        <w:rPr>
          <w:lang w:val="sv-SE"/>
        </w:rPr>
        <w:t xml:space="preserve"> {{field-on:bible}}Men när han </w:t>
      </w:r>
      <w:r w:rsidRPr="000767E2">
        <w:rPr>
          <w:i/>
          <w:lang w:val="sv-SE"/>
        </w:rPr>
        <w:t>med</w:t>
      </w:r>
      <w:r w:rsidRPr="000767E2">
        <w:rPr>
          <w:lang w:val="sv-SE"/>
        </w:rPr>
        <w:t xml:space="preserve"> detta försvarade sig, säger Festus med väldig röst: ”Du är galen, Paulus! De många texterna snurrar runt dig till galenskap.”{{field-off:bible}} [[@</w:t>
      </w:r>
      <w:r w:rsidR="0096445B" w:rsidRPr="000767E2">
        <w:rPr>
          <w:lang w:val="sv-SE"/>
        </w:rPr>
        <w:t>BibleBIBEL82</w:t>
      </w:r>
      <w:r w:rsidRPr="000767E2">
        <w:rPr>
          <w:lang w:val="sv-SE"/>
        </w:rPr>
        <w:t>:Acts 26:25]]</w:t>
      </w:r>
      <w:r w:rsidRPr="000767E2">
        <w:rPr>
          <w:vertAlign w:val="superscript"/>
          <w:lang w:val="sv-SE"/>
        </w:rPr>
        <w:t>25</w:t>
      </w:r>
      <w:r w:rsidRPr="000767E2">
        <w:rPr>
          <w:lang w:val="sv-SE"/>
        </w:rPr>
        <w:t xml:space="preserve"> {{field-on:bible}}Men Paulus: ”Jag är inte galen”, säger han, ”bäste Festus. Nej, ord av sanning och sans uttrycker jag.{{field-off:bible}} [[@</w:t>
      </w:r>
      <w:r w:rsidR="0096445B" w:rsidRPr="000767E2">
        <w:rPr>
          <w:lang w:val="sv-SE"/>
        </w:rPr>
        <w:t>BibleBIBEL82</w:t>
      </w:r>
      <w:r w:rsidRPr="000767E2">
        <w:rPr>
          <w:lang w:val="sv-SE"/>
        </w:rPr>
        <w:t>:Acts 26:26]]</w:t>
      </w:r>
      <w:r w:rsidRPr="000767E2">
        <w:rPr>
          <w:vertAlign w:val="superscript"/>
          <w:lang w:val="sv-SE"/>
        </w:rPr>
        <w:t>26</w:t>
      </w:r>
      <w:r w:rsidRPr="000767E2">
        <w:rPr>
          <w:lang w:val="sv-SE"/>
        </w:rPr>
        <w:t xml:space="preserve"> {{field-on:bible}}För kungen vet om detta. Inför honom är jag också frimodig och talar. För att inget av detta har undgått honom är jag övertygad. Det är ju inte i ett hörn detta har begåtts.{{field-off:bible}} [[@</w:t>
      </w:r>
      <w:r w:rsidR="0096445B" w:rsidRPr="000767E2">
        <w:rPr>
          <w:lang w:val="sv-SE"/>
        </w:rPr>
        <w:t>BibleBIBEL82</w:t>
      </w:r>
      <w:r w:rsidRPr="000767E2">
        <w:rPr>
          <w:lang w:val="sv-SE"/>
        </w:rPr>
        <w:t>:Acts 26:27]]</w:t>
      </w:r>
      <w:r w:rsidRPr="000767E2">
        <w:rPr>
          <w:vertAlign w:val="superscript"/>
          <w:lang w:val="sv-SE"/>
        </w:rPr>
        <w:t>27</w:t>
      </w:r>
      <w:r w:rsidRPr="000767E2">
        <w:rPr>
          <w:lang w:val="sv-SE"/>
        </w:rPr>
        <w:t xml:space="preserve"> {{field-on:bible}}Tror du, kung Agrippa, på profeterna? Jag vet att du tror.”{{field-off:bible}} [[@</w:t>
      </w:r>
      <w:r w:rsidR="0096445B" w:rsidRPr="000767E2">
        <w:rPr>
          <w:lang w:val="sv-SE"/>
        </w:rPr>
        <w:t>BibleBIBEL82</w:t>
      </w:r>
      <w:r w:rsidRPr="000767E2">
        <w:rPr>
          <w:lang w:val="sv-SE"/>
        </w:rPr>
        <w:t>:Acts 26:28]]</w:t>
      </w:r>
      <w:r w:rsidRPr="000767E2">
        <w:rPr>
          <w:vertAlign w:val="superscript"/>
          <w:lang w:val="sv-SE"/>
        </w:rPr>
        <w:t>28</w:t>
      </w:r>
      <w:r w:rsidRPr="000767E2">
        <w:rPr>
          <w:lang w:val="sv-SE"/>
        </w:rPr>
        <w:t xml:space="preserve"> {{field-on:bible}}Men Agrippa till Paulus: ”Inom kort övertygar du mig att göra </w:t>
      </w:r>
      <w:r w:rsidRPr="000767E2">
        <w:rPr>
          <w:i/>
          <w:lang w:val="sv-SE"/>
        </w:rPr>
        <w:t>mig till</w:t>
      </w:r>
      <w:r w:rsidRPr="000767E2">
        <w:rPr>
          <w:lang w:val="sv-SE"/>
        </w:rPr>
        <w:t xml:space="preserve"> kristen!”{{field-off:bible}} [[@</w:t>
      </w:r>
      <w:r w:rsidR="0096445B" w:rsidRPr="000767E2">
        <w:rPr>
          <w:lang w:val="sv-SE"/>
        </w:rPr>
        <w:t>BibleBIBEL82</w:t>
      </w:r>
      <w:r w:rsidRPr="000767E2">
        <w:rPr>
          <w:lang w:val="sv-SE"/>
        </w:rPr>
        <w:t>:Acts 26:29]]</w:t>
      </w:r>
      <w:r w:rsidRPr="000767E2">
        <w:rPr>
          <w:vertAlign w:val="superscript"/>
          <w:lang w:val="sv-SE"/>
        </w:rPr>
        <w:t>29</w:t>
      </w:r>
      <w:r w:rsidRPr="000767E2">
        <w:rPr>
          <w:lang w:val="sv-SE"/>
        </w:rPr>
        <w:t xml:space="preserve"> {{field-on:bible}}Men Paulus: ”Jag skulle önskebe till Gud, både inom kort och i stort, att inte bara du utan också alla som hör mig idag ska bli sådana som även jag är. Förutom dessa bojor.”{{field-off:bible}}</w:t>
      </w:r>
    </w:p>
    <w:p w14:paraId="023BD13E" w14:textId="5BD66447" w:rsidR="00BA33AB" w:rsidRPr="000767E2" w:rsidRDefault="00000000">
      <w:pPr>
        <w:rPr>
          <w:lang w:val="sv-SE"/>
        </w:rPr>
      </w:pPr>
      <w:r w:rsidRPr="000767E2">
        <w:rPr>
          <w:lang w:val="sv-SE"/>
        </w:rPr>
        <w:t>[[@</w:t>
      </w:r>
      <w:r w:rsidR="0096445B" w:rsidRPr="000767E2">
        <w:rPr>
          <w:lang w:val="sv-SE"/>
        </w:rPr>
        <w:t>BibleBIBEL82</w:t>
      </w:r>
      <w:r w:rsidRPr="000767E2">
        <w:rPr>
          <w:lang w:val="sv-SE"/>
        </w:rPr>
        <w:t>:Acts 26:30]]</w:t>
      </w:r>
      <w:r w:rsidRPr="000767E2">
        <w:rPr>
          <w:vertAlign w:val="superscript"/>
          <w:lang w:val="sv-SE"/>
        </w:rPr>
        <w:t>30</w:t>
      </w:r>
      <w:r w:rsidRPr="000767E2">
        <w:rPr>
          <w:lang w:val="sv-SE"/>
        </w:rPr>
        <w:t xml:space="preserve"> {{field-on:bible}}Och kungen stod upp, även styresmannen och Bernike och de som satt med dem.{{field-off:bible}} [[@</w:t>
      </w:r>
      <w:r w:rsidR="0096445B" w:rsidRPr="000767E2">
        <w:rPr>
          <w:lang w:val="sv-SE"/>
        </w:rPr>
        <w:t>BibleBIBEL82</w:t>
      </w:r>
      <w:r w:rsidRPr="000767E2">
        <w:rPr>
          <w:lang w:val="sv-SE"/>
        </w:rPr>
        <w:t>:Acts 26:31]]</w:t>
      </w:r>
      <w:r w:rsidRPr="000767E2">
        <w:rPr>
          <w:vertAlign w:val="superscript"/>
          <w:lang w:val="sv-SE"/>
        </w:rPr>
        <w:t>31</w:t>
      </w:r>
      <w:r w:rsidRPr="000767E2">
        <w:rPr>
          <w:lang w:val="sv-SE"/>
        </w:rPr>
        <w:t xml:space="preserve"> {{field-on:bible}}Och de drog sig undan och talade med varandra och sade att: ”Inget värt död </w:t>
      </w:r>
      <w:r w:rsidRPr="000767E2">
        <w:rPr>
          <w:lang w:val="sv-SE"/>
        </w:rPr>
        <w:lastRenderedPageBreak/>
        <w:t>eller bojor begår den där människan.”{{field-off:bible}} [[@</w:t>
      </w:r>
      <w:r w:rsidR="0096445B" w:rsidRPr="000767E2">
        <w:rPr>
          <w:lang w:val="sv-SE"/>
        </w:rPr>
        <w:t>BibleBIBEL82</w:t>
      </w:r>
      <w:r w:rsidRPr="000767E2">
        <w:rPr>
          <w:lang w:val="sv-SE"/>
        </w:rPr>
        <w:t>:Acts 26:32]]</w:t>
      </w:r>
      <w:r w:rsidRPr="000767E2">
        <w:rPr>
          <w:vertAlign w:val="superscript"/>
          <w:lang w:val="sv-SE"/>
        </w:rPr>
        <w:t>32</w:t>
      </w:r>
      <w:r w:rsidRPr="000767E2">
        <w:rPr>
          <w:lang w:val="sv-SE"/>
        </w:rPr>
        <w:t xml:space="preserve"> {{field-on:bible}}Och Agrippa sade till Festus: ”Han kunde ha frigetts, den där människan, om han inte hade åkallat kejsaren.”{{field-off:bible}}</w:t>
      </w:r>
    </w:p>
    <w:p w14:paraId="4BD6F9AF" w14:textId="6F6F597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27]]Kapitel 27</w:t>
      </w:r>
    </w:p>
    <w:p w14:paraId="11359754" w14:textId="77777777" w:rsidR="00BA33AB" w:rsidRPr="000767E2" w:rsidRDefault="00000000">
      <w:pPr>
        <w:pStyle w:val="Rubrik3"/>
        <w:rPr>
          <w:lang w:val="sv-SE"/>
        </w:rPr>
      </w:pPr>
      <w:r w:rsidRPr="000767E2">
        <w:rPr>
          <w:lang w:val="sv-SE"/>
        </w:rPr>
        <w:t>Paulus resa till Rom</w:t>
      </w:r>
    </w:p>
    <w:p w14:paraId="4FFB3972" w14:textId="51CADE48" w:rsidR="00BA33AB" w:rsidRPr="000767E2" w:rsidRDefault="00000000">
      <w:pPr>
        <w:rPr>
          <w:lang w:val="sv-SE"/>
        </w:rPr>
      </w:pPr>
      <w:r w:rsidRPr="000767E2">
        <w:rPr>
          <w:lang w:val="sv-SE"/>
        </w:rPr>
        <w:t>[[@</w:t>
      </w:r>
      <w:r w:rsidR="0096445B" w:rsidRPr="000767E2">
        <w:rPr>
          <w:lang w:val="sv-SE"/>
        </w:rPr>
        <w:t>BibleBIBEL82</w:t>
      </w:r>
      <w:r w:rsidRPr="000767E2">
        <w:rPr>
          <w:lang w:val="sv-SE"/>
        </w:rPr>
        <w:t>:Acts 27:1]]</w:t>
      </w:r>
      <w:r w:rsidRPr="000767E2">
        <w:rPr>
          <w:vertAlign w:val="superscript"/>
          <w:lang w:val="sv-SE"/>
        </w:rPr>
        <w:t>1</w:t>
      </w:r>
      <w:r w:rsidRPr="000767E2">
        <w:rPr>
          <w:lang w:val="sv-SE"/>
        </w:rPr>
        <w:t xml:space="preserve"> {{field-on:bible}}Men när det var bestämt att vi </w:t>
      </w:r>
      <w:r w:rsidRPr="000767E2">
        <w:rPr>
          <w:i/>
          <w:lang w:val="sv-SE"/>
        </w:rPr>
        <w:t>skulle</w:t>
      </w:r>
      <w:r w:rsidRPr="000767E2">
        <w:rPr>
          <w:lang w:val="sv-SE"/>
        </w:rPr>
        <w:t xml:space="preserve"> avsegla mot Italien, överlämnade de både Paulus och några andra fångar till en centurion vid namn Julius, av Augustus kohort.{{field-off:bible}} [[@</w:t>
      </w:r>
      <w:r w:rsidR="0096445B" w:rsidRPr="000767E2">
        <w:rPr>
          <w:lang w:val="sv-SE"/>
        </w:rPr>
        <w:t>BibleBIBEL82</w:t>
      </w:r>
      <w:r w:rsidRPr="000767E2">
        <w:rPr>
          <w:lang w:val="sv-SE"/>
        </w:rPr>
        <w:t>:Acts 27:2]]</w:t>
      </w:r>
      <w:r w:rsidRPr="000767E2">
        <w:rPr>
          <w:vertAlign w:val="superscript"/>
          <w:lang w:val="sv-SE"/>
        </w:rPr>
        <w:t>2</w:t>
      </w:r>
      <w:r w:rsidRPr="000767E2">
        <w:rPr>
          <w:lang w:val="sv-SE"/>
        </w:rPr>
        <w:t xml:space="preserve"> {{field-on:bible}}Och vi gick på ett adramyttinskt skepp som skulle segla till platserna längs Asien och lade ut, </w:t>
      </w:r>
      <w:r w:rsidRPr="000767E2">
        <w:rPr>
          <w:i/>
          <w:lang w:val="sv-SE"/>
        </w:rPr>
        <w:t>och</w:t>
      </w:r>
      <w:r w:rsidRPr="000767E2">
        <w:rPr>
          <w:lang w:val="sv-SE"/>
        </w:rPr>
        <w:t xml:space="preserve"> med oss var Aristarchos, en makedonier </w:t>
      </w:r>
      <w:r w:rsidRPr="000767E2">
        <w:rPr>
          <w:i/>
          <w:lang w:val="sv-SE"/>
        </w:rPr>
        <w:t>och</w:t>
      </w:r>
      <w:r w:rsidRPr="000767E2">
        <w:rPr>
          <w:lang w:val="sv-SE"/>
        </w:rPr>
        <w:t xml:space="preserve"> thessaloniker.{{field-off:bible}} [[@</w:t>
      </w:r>
      <w:r w:rsidR="0096445B" w:rsidRPr="000767E2">
        <w:rPr>
          <w:lang w:val="sv-SE"/>
        </w:rPr>
        <w:t>BibleBIBEL82</w:t>
      </w:r>
      <w:r w:rsidRPr="000767E2">
        <w:rPr>
          <w:lang w:val="sv-SE"/>
        </w:rPr>
        <w:t>:Acts 27:3]]</w:t>
      </w:r>
      <w:r w:rsidRPr="000767E2">
        <w:rPr>
          <w:vertAlign w:val="superscript"/>
          <w:lang w:val="sv-SE"/>
        </w:rPr>
        <w:t>3</w:t>
      </w:r>
      <w:r w:rsidRPr="000767E2">
        <w:rPr>
          <w:lang w:val="sv-SE"/>
        </w:rPr>
        <w:t xml:space="preserve"> {{field-on:bible}}Och den andra </w:t>
      </w:r>
      <w:r w:rsidRPr="000767E2">
        <w:rPr>
          <w:i/>
          <w:lang w:val="sv-SE"/>
        </w:rPr>
        <w:t>dagen</w:t>
      </w:r>
      <w:r w:rsidRPr="000767E2">
        <w:rPr>
          <w:lang w:val="sv-SE"/>
        </w:rPr>
        <w:t xml:space="preserve"> styrde vi in till Sidon. Och Julius uppträdde människovänligt mot Paulus och tillät att han gick till vännerna </w:t>
      </w:r>
      <w:r w:rsidRPr="000767E2">
        <w:rPr>
          <w:i/>
          <w:lang w:val="sv-SE"/>
        </w:rPr>
        <w:t>för</w:t>
      </w:r>
      <w:r w:rsidRPr="000767E2">
        <w:rPr>
          <w:lang w:val="sv-SE"/>
        </w:rPr>
        <w:t xml:space="preserve"> att undfå omsorg.{{field-off:bible}}</w:t>
      </w:r>
    </w:p>
    <w:p w14:paraId="73D7B2A3" w14:textId="01217BBE" w:rsidR="00BA33AB" w:rsidRPr="000767E2" w:rsidRDefault="00000000">
      <w:pPr>
        <w:rPr>
          <w:lang w:val="sv-SE"/>
        </w:rPr>
      </w:pPr>
      <w:r w:rsidRPr="000767E2">
        <w:rPr>
          <w:lang w:val="sv-SE"/>
        </w:rPr>
        <w:t>[[@</w:t>
      </w:r>
      <w:r w:rsidR="0096445B" w:rsidRPr="000767E2">
        <w:rPr>
          <w:lang w:val="sv-SE"/>
        </w:rPr>
        <w:t>BibleBIBEL82</w:t>
      </w:r>
      <w:r w:rsidRPr="000767E2">
        <w:rPr>
          <w:lang w:val="sv-SE"/>
        </w:rPr>
        <w:t>:Acts 27:4]]</w:t>
      </w:r>
      <w:r w:rsidRPr="000767E2">
        <w:rPr>
          <w:vertAlign w:val="superscript"/>
          <w:lang w:val="sv-SE"/>
        </w:rPr>
        <w:t>4</w:t>
      </w:r>
      <w:r w:rsidRPr="000767E2">
        <w:rPr>
          <w:lang w:val="sv-SE"/>
        </w:rPr>
        <w:t xml:space="preserve"> {{field-on:bible}}Och därifrån lade vi ut och seglade bakom Cypern, eftersom vindarna var emot.{{field-off:bible}} [[@</w:t>
      </w:r>
      <w:r w:rsidR="0096445B" w:rsidRPr="000767E2">
        <w:rPr>
          <w:lang w:val="sv-SE"/>
        </w:rPr>
        <w:t>BibleBIBEL82</w:t>
      </w:r>
      <w:r w:rsidRPr="000767E2">
        <w:rPr>
          <w:lang w:val="sv-SE"/>
        </w:rPr>
        <w:t>:Acts 27:5]]</w:t>
      </w:r>
      <w:r w:rsidRPr="000767E2">
        <w:rPr>
          <w:vertAlign w:val="superscript"/>
          <w:lang w:val="sv-SE"/>
        </w:rPr>
        <w:t>5</w:t>
      </w:r>
      <w:r w:rsidRPr="000767E2">
        <w:rPr>
          <w:lang w:val="sv-SE"/>
        </w:rPr>
        <w:t xml:space="preserve"> {{field-on:bible}}Och över öppna havet längs Kilikien och Pamfylien seglade vi och kom in till Myra i Lykien.{{field-off:bible}}</w:t>
      </w:r>
    </w:p>
    <w:p w14:paraId="34ED0A75" w14:textId="3E08F6F7" w:rsidR="00BA33AB" w:rsidRPr="000767E2" w:rsidRDefault="00000000">
      <w:pPr>
        <w:rPr>
          <w:lang w:val="sv-SE"/>
        </w:rPr>
      </w:pPr>
      <w:r w:rsidRPr="000767E2">
        <w:rPr>
          <w:lang w:val="sv-SE"/>
        </w:rPr>
        <w:t>[[@</w:t>
      </w:r>
      <w:r w:rsidR="0096445B" w:rsidRPr="000767E2">
        <w:rPr>
          <w:lang w:val="sv-SE"/>
        </w:rPr>
        <w:t>BibleBIBEL82</w:t>
      </w:r>
      <w:r w:rsidRPr="000767E2">
        <w:rPr>
          <w:lang w:val="sv-SE"/>
        </w:rPr>
        <w:t>:Acts 27:6]]</w:t>
      </w:r>
      <w:r w:rsidRPr="000767E2">
        <w:rPr>
          <w:vertAlign w:val="superscript"/>
          <w:lang w:val="sv-SE"/>
        </w:rPr>
        <w:t>6</w:t>
      </w:r>
      <w:r w:rsidRPr="000767E2">
        <w:rPr>
          <w:lang w:val="sv-SE"/>
        </w:rPr>
        <w:t xml:space="preserve"> {{field-on:bible}}Och där fann centurionen ett alexandrinskt skepp som seglade mot Italien, och han tog oss ombord på det.{{field-off:bible}} [[@</w:t>
      </w:r>
      <w:r w:rsidR="0096445B" w:rsidRPr="000767E2">
        <w:rPr>
          <w:lang w:val="sv-SE"/>
        </w:rPr>
        <w:t>BibleBIBEL82</w:t>
      </w:r>
      <w:r w:rsidRPr="000767E2">
        <w:rPr>
          <w:lang w:val="sv-SE"/>
        </w:rPr>
        <w:t>:Acts 27:7]]</w:t>
      </w:r>
      <w:r w:rsidRPr="000767E2">
        <w:rPr>
          <w:vertAlign w:val="superscript"/>
          <w:lang w:val="sv-SE"/>
        </w:rPr>
        <w:t>7</w:t>
      </w:r>
      <w:r w:rsidRPr="000767E2">
        <w:rPr>
          <w:lang w:val="sv-SE"/>
        </w:rPr>
        <w:t xml:space="preserve"> {{field-on:bible}}Och under åtskilliga dagar seglade vi långsamt och kom knappt till Knidos, </w:t>
      </w:r>
      <w:r w:rsidRPr="000767E2">
        <w:rPr>
          <w:i/>
          <w:lang w:val="sv-SE"/>
        </w:rPr>
        <w:t>och</w:t>
      </w:r>
      <w:r w:rsidRPr="000767E2">
        <w:rPr>
          <w:lang w:val="sv-SE"/>
        </w:rPr>
        <w:t xml:space="preserve"> då vinden inte tillät oss seglade vi bakom Kreta vid Salmone.{{field-off:bible}} [[@</w:t>
      </w:r>
      <w:r w:rsidR="0096445B" w:rsidRPr="000767E2">
        <w:rPr>
          <w:lang w:val="sv-SE"/>
        </w:rPr>
        <w:t>BibleBIBEL82</w:t>
      </w:r>
      <w:r w:rsidRPr="000767E2">
        <w:rPr>
          <w:lang w:val="sv-SE"/>
        </w:rPr>
        <w:t>:Acts 27:8]]</w:t>
      </w:r>
      <w:r w:rsidRPr="000767E2">
        <w:rPr>
          <w:vertAlign w:val="superscript"/>
          <w:lang w:val="sv-SE"/>
        </w:rPr>
        <w:t>8</w:t>
      </w:r>
      <w:r w:rsidRPr="000767E2">
        <w:rPr>
          <w:lang w:val="sv-SE"/>
        </w:rPr>
        <w:t xml:space="preserve"> {{field-on:bible}}Och </w:t>
      </w:r>
      <w:r w:rsidRPr="000767E2">
        <w:rPr>
          <w:i/>
          <w:lang w:val="sv-SE"/>
        </w:rPr>
        <w:t>det var</w:t>
      </w:r>
      <w:r w:rsidRPr="000767E2">
        <w:rPr>
          <w:lang w:val="sv-SE"/>
        </w:rPr>
        <w:t xml:space="preserve"> knappt vi följde dess kust och kom till en plats som kallas Goda hamnar, som staden Lasaia var nära.{{field-off:bible}}</w:t>
      </w:r>
    </w:p>
    <w:p w14:paraId="04B6EC12" w14:textId="2088D918" w:rsidR="00BA33AB" w:rsidRPr="000767E2" w:rsidRDefault="00000000">
      <w:pPr>
        <w:rPr>
          <w:lang w:val="sv-SE"/>
        </w:rPr>
      </w:pPr>
      <w:r w:rsidRPr="000767E2">
        <w:rPr>
          <w:lang w:val="sv-SE"/>
        </w:rPr>
        <w:t>[[@</w:t>
      </w:r>
      <w:r w:rsidR="0096445B" w:rsidRPr="000767E2">
        <w:rPr>
          <w:lang w:val="sv-SE"/>
        </w:rPr>
        <w:t>BibleBIBEL82</w:t>
      </w:r>
      <w:r w:rsidRPr="000767E2">
        <w:rPr>
          <w:lang w:val="sv-SE"/>
        </w:rPr>
        <w:t>:Acts 27:9]]</w:t>
      </w:r>
      <w:r w:rsidRPr="000767E2">
        <w:rPr>
          <w:vertAlign w:val="superscript"/>
          <w:lang w:val="sv-SE"/>
        </w:rPr>
        <w:t>9</w:t>
      </w:r>
      <w:r w:rsidRPr="000767E2">
        <w:rPr>
          <w:lang w:val="sv-SE"/>
        </w:rPr>
        <w:t xml:space="preserve"> {{field-on:bible}}Men då avsevärd tid hade gått och seglingen redan var farlig, eftersom även fastan redan gått förbi, tillrådde Paulus{{field-off:bible}} [[@</w:t>
      </w:r>
      <w:r w:rsidR="0096445B" w:rsidRPr="000767E2">
        <w:rPr>
          <w:lang w:val="sv-SE"/>
        </w:rPr>
        <w:t>BibleBIBEL82</w:t>
      </w:r>
      <w:r w:rsidRPr="000767E2">
        <w:rPr>
          <w:lang w:val="sv-SE"/>
        </w:rPr>
        <w:t>:Acts 27:10]]</w:t>
      </w:r>
      <w:r w:rsidRPr="000767E2">
        <w:rPr>
          <w:vertAlign w:val="superscript"/>
          <w:lang w:val="sv-SE"/>
        </w:rPr>
        <w:t>10</w:t>
      </w:r>
      <w:r w:rsidRPr="000767E2">
        <w:rPr>
          <w:lang w:val="sv-SE"/>
        </w:rPr>
        <w:t xml:space="preserve"> {{field-on:bible}}och sade till dem: ”Män! Jag skådar att </w:t>
      </w:r>
      <w:r w:rsidRPr="000767E2">
        <w:rPr>
          <w:i/>
          <w:lang w:val="sv-SE"/>
        </w:rPr>
        <w:t>det är</w:t>
      </w:r>
      <w:r w:rsidRPr="000767E2">
        <w:rPr>
          <w:lang w:val="sv-SE"/>
        </w:rPr>
        <w:t xml:space="preserve"> med skymf och stor förlust, inte bara av lasten och skeppet utan också av våra själar, </w:t>
      </w:r>
      <w:r w:rsidRPr="000767E2">
        <w:rPr>
          <w:i/>
          <w:lang w:val="sv-SE"/>
        </w:rPr>
        <w:t>som</w:t>
      </w:r>
      <w:r w:rsidRPr="000767E2">
        <w:rPr>
          <w:lang w:val="sv-SE"/>
        </w:rPr>
        <w:t xml:space="preserve"> seglingen kommer att bli.”{{field-off:bible}} [[@</w:t>
      </w:r>
      <w:r w:rsidR="0096445B" w:rsidRPr="000767E2">
        <w:rPr>
          <w:lang w:val="sv-SE"/>
        </w:rPr>
        <w:t>BibleBIBEL82</w:t>
      </w:r>
      <w:r w:rsidRPr="000767E2">
        <w:rPr>
          <w:lang w:val="sv-SE"/>
        </w:rPr>
        <w:t>:Acts 27:11]]</w:t>
      </w:r>
      <w:r w:rsidRPr="000767E2">
        <w:rPr>
          <w:vertAlign w:val="superscript"/>
          <w:lang w:val="sv-SE"/>
        </w:rPr>
        <w:t>11</w:t>
      </w:r>
      <w:r w:rsidRPr="000767E2">
        <w:rPr>
          <w:lang w:val="sv-SE"/>
        </w:rPr>
        <w:t xml:space="preserve"> {{field-on:bible}}Men centurionen </w:t>
      </w:r>
      <w:r w:rsidRPr="000767E2">
        <w:rPr>
          <w:i/>
          <w:lang w:val="sv-SE"/>
        </w:rPr>
        <w:t>lät sig</w:t>
      </w:r>
      <w:r w:rsidRPr="000767E2">
        <w:rPr>
          <w:lang w:val="sv-SE"/>
        </w:rPr>
        <w:t xml:space="preserve"> övertygas av styrmannen och skepparen mer än av det som sades av Paulus.{{field-off:bible}} [[@</w:t>
      </w:r>
      <w:r w:rsidR="0096445B" w:rsidRPr="000767E2">
        <w:rPr>
          <w:lang w:val="sv-SE"/>
        </w:rPr>
        <w:t>BibleBIBEL82</w:t>
      </w:r>
      <w:r w:rsidRPr="000767E2">
        <w:rPr>
          <w:lang w:val="sv-SE"/>
        </w:rPr>
        <w:t>:Acts 27:12]]</w:t>
      </w:r>
      <w:r w:rsidRPr="000767E2">
        <w:rPr>
          <w:vertAlign w:val="superscript"/>
          <w:lang w:val="sv-SE"/>
        </w:rPr>
        <w:t>12</w:t>
      </w:r>
      <w:r w:rsidRPr="000767E2">
        <w:rPr>
          <w:lang w:val="sv-SE"/>
        </w:rPr>
        <w:t xml:space="preserve"> {{field-on:bible}}Och då hamnen var olämplig för övervintring satte de flesta en plan att lägga ut därifrån, om de möjligen kunde nå fram till Fenix </w:t>
      </w:r>
      <w:r w:rsidRPr="000767E2">
        <w:rPr>
          <w:i/>
          <w:lang w:val="sv-SE"/>
        </w:rPr>
        <w:t>för</w:t>
      </w:r>
      <w:r w:rsidRPr="000767E2">
        <w:rPr>
          <w:lang w:val="sv-SE"/>
        </w:rPr>
        <w:t xml:space="preserve"> att övervintra, en hamn på Kreta som ser mot sydväst och mot nordväst.{{field-off:bible}}</w:t>
      </w:r>
    </w:p>
    <w:p w14:paraId="788B1F8A" w14:textId="77777777" w:rsidR="00BA33AB" w:rsidRPr="000767E2" w:rsidRDefault="00000000">
      <w:pPr>
        <w:pStyle w:val="Rubrik3"/>
        <w:rPr>
          <w:lang w:val="sv-SE"/>
        </w:rPr>
      </w:pPr>
      <w:r w:rsidRPr="000767E2">
        <w:rPr>
          <w:lang w:val="sv-SE"/>
        </w:rPr>
        <w:t>Stormen</w:t>
      </w:r>
    </w:p>
    <w:p w14:paraId="0C45E965" w14:textId="20BEBB09" w:rsidR="00BA33AB" w:rsidRPr="000767E2" w:rsidRDefault="00000000">
      <w:pPr>
        <w:rPr>
          <w:lang w:val="sv-SE"/>
        </w:rPr>
      </w:pPr>
      <w:r w:rsidRPr="000767E2">
        <w:rPr>
          <w:lang w:val="sv-SE"/>
        </w:rPr>
        <w:t>[[@</w:t>
      </w:r>
      <w:r w:rsidR="0096445B" w:rsidRPr="000767E2">
        <w:rPr>
          <w:lang w:val="sv-SE"/>
        </w:rPr>
        <w:t>BibleBIBEL82</w:t>
      </w:r>
      <w:r w:rsidRPr="000767E2">
        <w:rPr>
          <w:lang w:val="sv-SE"/>
        </w:rPr>
        <w:t>:Acts 27:13]]</w:t>
      </w:r>
      <w:r w:rsidRPr="000767E2">
        <w:rPr>
          <w:vertAlign w:val="superscript"/>
          <w:lang w:val="sv-SE"/>
        </w:rPr>
        <w:t>13</w:t>
      </w:r>
      <w:r w:rsidRPr="000767E2">
        <w:rPr>
          <w:lang w:val="sv-SE"/>
        </w:rPr>
        <w:t xml:space="preserve"> {{field-on:bible}}Och när en sunnan blåste lätt tänkte de sig ha gripit </w:t>
      </w:r>
      <w:r w:rsidRPr="000767E2">
        <w:rPr>
          <w:i/>
          <w:lang w:val="sv-SE"/>
        </w:rPr>
        <w:t>sin</w:t>
      </w:r>
      <w:r w:rsidRPr="000767E2">
        <w:rPr>
          <w:lang w:val="sv-SE"/>
        </w:rPr>
        <w:t xml:space="preserve"> föresats, </w:t>
      </w:r>
      <w:r w:rsidRPr="000767E2">
        <w:rPr>
          <w:i/>
          <w:lang w:val="sv-SE"/>
        </w:rPr>
        <w:t>och</w:t>
      </w:r>
      <w:r w:rsidRPr="000767E2">
        <w:rPr>
          <w:lang w:val="sv-SE"/>
        </w:rPr>
        <w:t xml:space="preserve"> de tog upp </w:t>
      </w:r>
      <w:r w:rsidRPr="000767E2">
        <w:rPr>
          <w:i/>
          <w:lang w:val="sv-SE"/>
        </w:rPr>
        <w:t>ankaret</w:t>
      </w:r>
      <w:r w:rsidRPr="000767E2">
        <w:rPr>
          <w:lang w:val="sv-SE"/>
        </w:rPr>
        <w:t xml:space="preserve"> och följde kusten närmare Kreta.{{field-off:bible}} [[@</w:t>
      </w:r>
      <w:r w:rsidR="0096445B" w:rsidRPr="000767E2">
        <w:rPr>
          <w:lang w:val="sv-SE"/>
        </w:rPr>
        <w:t>BibleBIBEL82</w:t>
      </w:r>
      <w:r w:rsidRPr="000767E2">
        <w:rPr>
          <w:lang w:val="sv-SE"/>
        </w:rPr>
        <w:t>:Acts 27:14]]</w:t>
      </w:r>
      <w:r w:rsidRPr="000767E2">
        <w:rPr>
          <w:vertAlign w:val="superscript"/>
          <w:lang w:val="sv-SE"/>
        </w:rPr>
        <w:t>14</w:t>
      </w:r>
      <w:r w:rsidRPr="000767E2">
        <w:rPr>
          <w:lang w:val="sv-SE"/>
        </w:rPr>
        <w:t xml:space="preserve"> {{field-on:bible}}Men efter inte mycket </w:t>
      </w:r>
      <w:r w:rsidRPr="000767E2">
        <w:rPr>
          <w:i/>
          <w:lang w:val="sv-SE"/>
        </w:rPr>
        <w:t>tid</w:t>
      </w:r>
      <w:r w:rsidRPr="000767E2">
        <w:rPr>
          <w:lang w:val="sv-SE"/>
        </w:rPr>
        <w:t xml:space="preserve"> kastade </w:t>
      </w:r>
      <w:r w:rsidRPr="000767E2">
        <w:rPr>
          <w:i/>
          <w:lang w:val="sv-SE"/>
        </w:rPr>
        <w:t>sig</w:t>
      </w:r>
      <w:r w:rsidRPr="000767E2">
        <w:rPr>
          <w:lang w:val="sv-SE"/>
        </w:rPr>
        <w:t xml:space="preserve"> mot dem en tyfonvind som kallas Euraquilo,{{field-off:bible}} [[@</w:t>
      </w:r>
      <w:r w:rsidR="0096445B" w:rsidRPr="000767E2">
        <w:rPr>
          <w:lang w:val="sv-SE"/>
        </w:rPr>
        <w:t>BibleBIBEL82</w:t>
      </w:r>
      <w:r w:rsidRPr="000767E2">
        <w:rPr>
          <w:lang w:val="sv-SE"/>
        </w:rPr>
        <w:t>:Acts 27:15]]</w:t>
      </w:r>
      <w:r w:rsidRPr="000767E2">
        <w:rPr>
          <w:vertAlign w:val="superscript"/>
          <w:lang w:val="sv-SE"/>
        </w:rPr>
        <w:t>15</w:t>
      </w:r>
      <w:r w:rsidRPr="000767E2">
        <w:rPr>
          <w:lang w:val="sv-SE"/>
        </w:rPr>
        <w:t xml:space="preserve"> </w:t>
      </w:r>
      <w:r w:rsidRPr="000767E2">
        <w:rPr>
          <w:lang w:val="sv-SE"/>
        </w:rPr>
        <w:lastRenderedPageBreak/>
        <w:t xml:space="preserve">{{field-on:bible}}och då skeppet rycktes med och inte kunde hålla upp mot vinden, gav vi </w:t>
      </w:r>
      <w:r w:rsidRPr="000767E2">
        <w:rPr>
          <w:i/>
          <w:lang w:val="sv-SE"/>
        </w:rPr>
        <w:t>efter</w:t>
      </w:r>
      <w:r w:rsidRPr="000767E2">
        <w:rPr>
          <w:lang w:val="sv-SE"/>
        </w:rPr>
        <w:t xml:space="preserve"> och fördes </w:t>
      </w:r>
      <w:r w:rsidRPr="000767E2">
        <w:rPr>
          <w:i/>
          <w:lang w:val="sv-SE"/>
        </w:rPr>
        <w:t>med</w:t>
      </w:r>
      <w:r w:rsidRPr="000767E2">
        <w:rPr>
          <w:lang w:val="sv-SE"/>
        </w:rPr>
        <w:t>.{{field-off:bible}} [[@</w:t>
      </w:r>
      <w:r w:rsidR="0096445B" w:rsidRPr="000767E2">
        <w:rPr>
          <w:lang w:val="sv-SE"/>
        </w:rPr>
        <w:t>BibleBIBEL82</w:t>
      </w:r>
      <w:r w:rsidRPr="000767E2">
        <w:rPr>
          <w:lang w:val="sv-SE"/>
        </w:rPr>
        <w:t>:Acts 27:16]]</w:t>
      </w:r>
      <w:r w:rsidRPr="000767E2">
        <w:rPr>
          <w:vertAlign w:val="superscript"/>
          <w:lang w:val="sv-SE"/>
        </w:rPr>
        <w:t>16</w:t>
      </w:r>
      <w:r w:rsidRPr="000767E2">
        <w:rPr>
          <w:lang w:val="sv-SE"/>
        </w:rPr>
        <w:t xml:space="preserve"> {{field-on:bible}}Och vi rusade in bakom en liten ö som kallas Kauda och mäktade knappt få kontroll över ekan.{{field-off:bible}} [[@</w:t>
      </w:r>
      <w:r w:rsidR="0096445B" w:rsidRPr="000767E2">
        <w:rPr>
          <w:lang w:val="sv-SE"/>
        </w:rPr>
        <w:t>BibleBIBEL82</w:t>
      </w:r>
      <w:r w:rsidRPr="000767E2">
        <w:rPr>
          <w:lang w:val="sv-SE"/>
        </w:rPr>
        <w:t>:Acts 27:17]]</w:t>
      </w:r>
      <w:r w:rsidRPr="000767E2">
        <w:rPr>
          <w:vertAlign w:val="superscript"/>
          <w:lang w:val="sv-SE"/>
        </w:rPr>
        <w:t>17</w:t>
      </w:r>
      <w:r w:rsidRPr="000767E2">
        <w:rPr>
          <w:lang w:val="sv-SE"/>
        </w:rPr>
        <w:t xml:space="preserve"> {{field-on:bible}}När de tagit upp den, använde de hjälp</w:t>
      </w:r>
      <w:r w:rsidRPr="000767E2">
        <w:rPr>
          <w:i/>
          <w:lang w:val="sv-SE"/>
        </w:rPr>
        <w:t>utrustningen</w:t>
      </w:r>
      <w:r w:rsidRPr="000767E2">
        <w:rPr>
          <w:lang w:val="sv-SE"/>
        </w:rPr>
        <w:t xml:space="preserve"> och band </w:t>
      </w:r>
      <w:r w:rsidRPr="000767E2">
        <w:rPr>
          <w:i/>
          <w:lang w:val="sv-SE"/>
        </w:rPr>
        <w:t>rep</w:t>
      </w:r>
      <w:r w:rsidRPr="000767E2">
        <w:rPr>
          <w:lang w:val="sv-SE"/>
        </w:rPr>
        <w:t xml:space="preserve"> under skeppet. Och då de fruktade så att de inte skulle kastas upp på Syrten, firade de ner redskapet och fördes så </w:t>
      </w:r>
      <w:r w:rsidRPr="000767E2">
        <w:rPr>
          <w:i/>
          <w:lang w:val="sv-SE"/>
        </w:rPr>
        <w:t>med</w:t>
      </w:r>
      <w:r w:rsidRPr="000767E2">
        <w:rPr>
          <w:lang w:val="sv-SE"/>
        </w:rPr>
        <w:t>.{{field-off:bible}}</w:t>
      </w:r>
    </w:p>
    <w:p w14:paraId="71178FB2" w14:textId="02FE79DE" w:rsidR="00BA33AB" w:rsidRPr="000767E2" w:rsidRDefault="00000000">
      <w:pPr>
        <w:rPr>
          <w:lang w:val="sv-SE"/>
        </w:rPr>
      </w:pPr>
      <w:r w:rsidRPr="000767E2">
        <w:rPr>
          <w:lang w:val="sv-SE"/>
        </w:rPr>
        <w:t>[[@</w:t>
      </w:r>
      <w:r w:rsidR="0096445B" w:rsidRPr="000767E2">
        <w:rPr>
          <w:lang w:val="sv-SE"/>
        </w:rPr>
        <w:t>BibleBIBEL82</w:t>
      </w:r>
      <w:r w:rsidRPr="000767E2">
        <w:rPr>
          <w:lang w:val="sv-SE"/>
        </w:rPr>
        <w:t>:Acts 27:18]]</w:t>
      </w:r>
      <w:r w:rsidRPr="000767E2">
        <w:rPr>
          <w:vertAlign w:val="superscript"/>
          <w:lang w:val="sv-SE"/>
        </w:rPr>
        <w:t>18</w:t>
      </w:r>
      <w:r w:rsidRPr="000767E2">
        <w:rPr>
          <w:lang w:val="sv-SE"/>
        </w:rPr>
        <w:t xml:space="preserve"> {{field-on:bible}}Och då vi var mycket stormhärjade </w:t>
      </w:r>
      <w:r w:rsidRPr="000767E2">
        <w:rPr>
          <w:i/>
          <w:lang w:val="sv-SE"/>
        </w:rPr>
        <w:t>började</w:t>
      </w:r>
      <w:r w:rsidRPr="000767E2">
        <w:rPr>
          <w:lang w:val="sv-SE"/>
        </w:rPr>
        <w:t xml:space="preserve"> de nästa </w:t>
      </w:r>
      <w:r w:rsidRPr="000767E2">
        <w:rPr>
          <w:i/>
          <w:lang w:val="sv-SE"/>
        </w:rPr>
        <w:t>dag</w:t>
      </w:r>
      <w:r w:rsidRPr="000767E2">
        <w:rPr>
          <w:lang w:val="sv-SE"/>
        </w:rPr>
        <w:t xml:space="preserve"> göra dumpning,{{field-off:bible}} [[@</w:t>
      </w:r>
      <w:r w:rsidR="0096445B" w:rsidRPr="000767E2">
        <w:rPr>
          <w:lang w:val="sv-SE"/>
        </w:rPr>
        <w:t>BibleBIBEL82</w:t>
      </w:r>
      <w:r w:rsidRPr="000767E2">
        <w:rPr>
          <w:lang w:val="sv-SE"/>
        </w:rPr>
        <w:t>:Acts 27:19]]</w:t>
      </w:r>
      <w:r w:rsidRPr="000767E2">
        <w:rPr>
          <w:vertAlign w:val="superscript"/>
          <w:lang w:val="sv-SE"/>
        </w:rPr>
        <w:t>19</w:t>
      </w:r>
      <w:r w:rsidRPr="000767E2">
        <w:rPr>
          <w:lang w:val="sv-SE"/>
        </w:rPr>
        <w:t xml:space="preserve"> {{field-on:bible}}och den tredje </w:t>
      </w:r>
      <w:r w:rsidRPr="000767E2">
        <w:rPr>
          <w:i/>
          <w:lang w:val="sv-SE"/>
        </w:rPr>
        <w:t>dagen</w:t>
      </w:r>
      <w:r w:rsidRPr="000767E2">
        <w:rPr>
          <w:lang w:val="sv-SE"/>
        </w:rPr>
        <w:t xml:space="preserve"> slängde de egenhändigt </w:t>
      </w:r>
      <w:r w:rsidRPr="000767E2">
        <w:rPr>
          <w:i/>
          <w:lang w:val="sv-SE"/>
        </w:rPr>
        <w:t>i</w:t>
      </w:r>
      <w:r w:rsidRPr="000767E2">
        <w:rPr>
          <w:lang w:val="sv-SE"/>
        </w:rPr>
        <w:t xml:space="preserve"> skeppets utrustning.{{field-off:bible}} [[@</w:t>
      </w:r>
      <w:r w:rsidR="0096445B" w:rsidRPr="000767E2">
        <w:rPr>
          <w:lang w:val="sv-SE"/>
        </w:rPr>
        <w:t>BibleBIBEL82</w:t>
      </w:r>
      <w:r w:rsidRPr="000767E2">
        <w:rPr>
          <w:lang w:val="sv-SE"/>
        </w:rPr>
        <w:t>:Acts 27:20]]</w:t>
      </w:r>
      <w:r w:rsidRPr="000767E2">
        <w:rPr>
          <w:vertAlign w:val="superscript"/>
          <w:lang w:val="sv-SE"/>
        </w:rPr>
        <w:t>20</w:t>
      </w:r>
      <w:r w:rsidRPr="000767E2">
        <w:rPr>
          <w:lang w:val="sv-SE"/>
        </w:rPr>
        <w:t xml:space="preserve"> {{field-on:bible}}Och då varken sol eller stjärnor framträdde på flera dagar och ett inte litet oväder låg på, släpptes slutligen allt hopp bort om att vi </w:t>
      </w:r>
      <w:r w:rsidRPr="000767E2">
        <w:rPr>
          <w:i/>
          <w:lang w:val="sv-SE"/>
        </w:rPr>
        <w:t>skulle</w:t>
      </w:r>
      <w:r w:rsidRPr="000767E2">
        <w:rPr>
          <w:lang w:val="sv-SE"/>
        </w:rPr>
        <w:t xml:space="preserve"> bli frälsta.{{field-off:bible}}</w:t>
      </w:r>
    </w:p>
    <w:p w14:paraId="2FF08EDC" w14:textId="094C9499" w:rsidR="00BA33AB" w:rsidRPr="000767E2" w:rsidRDefault="00000000">
      <w:pPr>
        <w:rPr>
          <w:lang w:val="sv-SE"/>
        </w:rPr>
      </w:pPr>
      <w:r w:rsidRPr="000767E2">
        <w:rPr>
          <w:lang w:val="sv-SE"/>
        </w:rPr>
        <w:t>[[@</w:t>
      </w:r>
      <w:r w:rsidR="0096445B" w:rsidRPr="000767E2">
        <w:rPr>
          <w:lang w:val="sv-SE"/>
        </w:rPr>
        <w:t>BibleBIBEL82</w:t>
      </w:r>
      <w:r w:rsidRPr="000767E2">
        <w:rPr>
          <w:lang w:val="sv-SE"/>
        </w:rPr>
        <w:t>:Acts 27:21]]</w:t>
      </w:r>
      <w:r w:rsidRPr="000767E2">
        <w:rPr>
          <w:vertAlign w:val="superscript"/>
          <w:lang w:val="sv-SE"/>
        </w:rPr>
        <w:t>21</w:t>
      </w:r>
      <w:r w:rsidRPr="000767E2">
        <w:rPr>
          <w:lang w:val="sv-SE"/>
        </w:rPr>
        <w:t xml:space="preserve"> {{field-on:bible}}Och när det var stor aptitlöshet, då ställde sig Paulus mitt ibland dem och sade: ”Man borde, o män, ha lytt mig i att inte lägga ut från Kreta, och </w:t>
      </w:r>
      <w:r w:rsidRPr="000767E2">
        <w:rPr>
          <w:i/>
          <w:lang w:val="sv-SE"/>
        </w:rPr>
        <w:t>då</w:t>
      </w:r>
      <w:r w:rsidRPr="000767E2">
        <w:rPr>
          <w:lang w:val="sv-SE"/>
        </w:rPr>
        <w:t xml:space="preserve"> ha vunnit denna skymf och förlust.{{field-off:bible}} [[@</w:t>
      </w:r>
      <w:r w:rsidR="0096445B" w:rsidRPr="000767E2">
        <w:rPr>
          <w:lang w:val="sv-SE"/>
        </w:rPr>
        <w:t>BibleBIBEL82</w:t>
      </w:r>
      <w:r w:rsidRPr="000767E2">
        <w:rPr>
          <w:lang w:val="sv-SE"/>
        </w:rPr>
        <w:t>:Acts 27:22]]</w:t>
      </w:r>
      <w:r w:rsidRPr="000767E2">
        <w:rPr>
          <w:vertAlign w:val="superscript"/>
          <w:lang w:val="sv-SE"/>
        </w:rPr>
        <w:t>22</w:t>
      </w:r>
      <w:r w:rsidRPr="000767E2">
        <w:rPr>
          <w:lang w:val="sv-SE"/>
        </w:rPr>
        <w:t xml:space="preserve"> {{field-on:bible}}Och nu tillråder jag er att ha gott mod. För inget bortfall av själ ska det bli från er, utan </w:t>
      </w:r>
      <w:r w:rsidRPr="000767E2">
        <w:rPr>
          <w:i/>
          <w:lang w:val="sv-SE"/>
        </w:rPr>
        <w:t>bara</w:t>
      </w:r>
      <w:r w:rsidRPr="000767E2">
        <w:rPr>
          <w:lang w:val="sv-SE"/>
        </w:rPr>
        <w:t xml:space="preserve"> av skeppet.{{field-off:bible}} [[@</w:t>
      </w:r>
      <w:r w:rsidR="0096445B" w:rsidRPr="000767E2">
        <w:rPr>
          <w:lang w:val="sv-SE"/>
        </w:rPr>
        <w:t>BibleBIBEL82</w:t>
      </w:r>
      <w:r w:rsidRPr="000767E2">
        <w:rPr>
          <w:lang w:val="sv-SE"/>
        </w:rPr>
        <w:t>:Acts 27:23]]</w:t>
      </w:r>
      <w:r w:rsidRPr="000767E2">
        <w:rPr>
          <w:vertAlign w:val="superscript"/>
          <w:lang w:val="sv-SE"/>
        </w:rPr>
        <w:t>23</w:t>
      </w:r>
      <w:r w:rsidRPr="000767E2">
        <w:rPr>
          <w:lang w:val="sv-SE"/>
        </w:rPr>
        <w:t xml:space="preserve"> {{field-on:bible}}För här stod hos mig denna natt från Gud, som jag tillhör och dyrkar, en ängel{{field-off:bible}} [[@</w:t>
      </w:r>
      <w:r w:rsidR="0096445B" w:rsidRPr="000767E2">
        <w:rPr>
          <w:lang w:val="sv-SE"/>
        </w:rPr>
        <w:t>BibleBIBEL82</w:t>
      </w:r>
      <w:r w:rsidRPr="000767E2">
        <w:rPr>
          <w:lang w:val="sv-SE"/>
        </w:rPr>
        <w:t>:Acts 27:24]]</w:t>
      </w:r>
      <w:r w:rsidRPr="000767E2">
        <w:rPr>
          <w:vertAlign w:val="superscript"/>
          <w:lang w:val="sv-SE"/>
        </w:rPr>
        <w:t>24</w:t>
      </w:r>
      <w:r w:rsidRPr="000767E2">
        <w:rPr>
          <w:lang w:val="sv-SE"/>
        </w:rPr>
        <w:t xml:space="preserve"> {{field-on:bible}}som sade: Frukta inte, Paulus! Inför kejsaren måste du ställas fram. Och se, Gud har skänkt dig alla som seglar med dig.{{field-off:bible}} [[@</w:t>
      </w:r>
      <w:r w:rsidR="0096445B" w:rsidRPr="000767E2">
        <w:rPr>
          <w:lang w:val="sv-SE"/>
        </w:rPr>
        <w:t>BibleBIBEL82</w:t>
      </w:r>
      <w:r w:rsidRPr="000767E2">
        <w:rPr>
          <w:lang w:val="sv-SE"/>
        </w:rPr>
        <w:t>:Acts 27:25]]</w:t>
      </w:r>
      <w:r w:rsidRPr="000767E2">
        <w:rPr>
          <w:vertAlign w:val="superscript"/>
          <w:lang w:val="sv-SE"/>
        </w:rPr>
        <w:t>25</w:t>
      </w:r>
      <w:r w:rsidRPr="000767E2">
        <w:rPr>
          <w:lang w:val="sv-SE"/>
        </w:rPr>
        <w:t xml:space="preserve"> {{field-on:bible}}Ha därför gott mod, män! För jag tror på Gud att det så ska bli, på det sätt han har talat till mig.{{field-off:bible}} [[@</w:t>
      </w:r>
      <w:r w:rsidR="0096445B" w:rsidRPr="000767E2">
        <w:rPr>
          <w:lang w:val="sv-SE"/>
        </w:rPr>
        <w:t>BibleBIBEL82</w:t>
      </w:r>
      <w:r w:rsidRPr="000767E2">
        <w:rPr>
          <w:lang w:val="sv-SE"/>
        </w:rPr>
        <w:t>:Acts 27:26]]</w:t>
      </w:r>
      <w:r w:rsidRPr="000767E2">
        <w:rPr>
          <w:vertAlign w:val="superscript"/>
          <w:lang w:val="sv-SE"/>
        </w:rPr>
        <w:t>26</w:t>
      </w:r>
      <w:r w:rsidRPr="000767E2">
        <w:rPr>
          <w:lang w:val="sv-SE"/>
        </w:rPr>
        <w:t xml:space="preserve"> {{field-on:bible}}Men på en ö måste vi kastas upp.”{{field-off:bible}}</w:t>
      </w:r>
    </w:p>
    <w:p w14:paraId="3AA556AE" w14:textId="77777777" w:rsidR="00BA33AB" w:rsidRPr="000767E2" w:rsidRDefault="00000000">
      <w:pPr>
        <w:pStyle w:val="Rubrik3"/>
        <w:rPr>
          <w:lang w:val="sv-SE"/>
        </w:rPr>
      </w:pPr>
      <w:r w:rsidRPr="000767E2">
        <w:rPr>
          <w:lang w:val="sv-SE"/>
        </w:rPr>
        <w:t>Skeppsbrottet</w:t>
      </w:r>
    </w:p>
    <w:p w14:paraId="73FB12FF" w14:textId="60416C22" w:rsidR="00BA33AB" w:rsidRPr="000767E2" w:rsidRDefault="00000000">
      <w:pPr>
        <w:rPr>
          <w:lang w:val="sv-SE"/>
        </w:rPr>
      </w:pPr>
      <w:r w:rsidRPr="000767E2">
        <w:rPr>
          <w:lang w:val="sv-SE"/>
        </w:rPr>
        <w:t>[[@</w:t>
      </w:r>
      <w:r w:rsidR="0096445B" w:rsidRPr="000767E2">
        <w:rPr>
          <w:lang w:val="sv-SE"/>
        </w:rPr>
        <w:t>BibleBIBEL82</w:t>
      </w:r>
      <w:r w:rsidRPr="000767E2">
        <w:rPr>
          <w:lang w:val="sv-SE"/>
        </w:rPr>
        <w:t>:Acts 27:27]]</w:t>
      </w:r>
      <w:r w:rsidRPr="000767E2">
        <w:rPr>
          <w:vertAlign w:val="superscript"/>
          <w:lang w:val="sv-SE"/>
        </w:rPr>
        <w:t>27</w:t>
      </w:r>
      <w:r w:rsidRPr="000767E2">
        <w:rPr>
          <w:lang w:val="sv-SE"/>
        </w:rPr>
        <w:t xml:space="preserve"> {{field-on:bible}}Och när en fjortonde natt kom, medan vi fördes omkring på Adriatiska </w:t>
      </w:r>
      <w:r w:rsidRPr="000767E2">
        <w:rPr>
          <w:i/>
          <w:lang w:val="sv-SE"/>
        </w:rPr>
        <w:t>havet</w:t>
      </w:r>
      <w:r w:rsidRPr="000767E2">
        <w:rPr>
          <w:lang w:val="sv-SE"/>
        </w:rPr>
        <w:t xml:space="preserve">, </w:t>
      </w:r>
      <w:r w:rsidRPr="000767E2">
        <w:rPr>
          <w:i/>
          <w:lang w:val="sv-SE"/>
        </w:rPr>
        <w:t>började</w:t>
      </w:r>
      <w:r w:rsidRPr="000767E2">
        <w:rPr>
          <w:lang w:val="sv-SE"/>
        </w:rPr>
        <w:t xml:space="preserve"> mot mitten av natten sjömännen förmoda att mark närmade sig dem.{{field-off:bible}} [[@</w:t>
      </w:r>
      <w:r w:rsidR="0096445B" w:rsidRPr="000767E2">
        <w:rPr>
          <w:lang w:val="sv-SE"/>
        </w:rPr>
        <w:t>BibleBIBEL82</w:t>
      </w:r>
      <w:r w:rsidRPr="000767E2">
        <w:rPr>
          <w:lang w:val="sv-SE"/>
        </w:rPr>
        <w:t>:Acts 27:28]]</w:t>
      </w:r>
      <w:r w:rsidRPr="000767E2">
        <w:rPr>
          <w:vertAlign w:val="superscript"/>
          <w:lang w:val="sv-SE"/>
        </w:rPr>
        <w:t>28</w:t>
      </w:r>
      <w:r w:rsidRPr="000767E2">
        <w:rPr>
          <w:lang w:val="sv-SE"/>
        </w:rPr>
        <w:t xml:space="preserve"> {{field-on:bible}}Och de lodade och fann tjugo famnar, och när de gått </w:t>
      </w:r>
      <w:r w:rsidRPr="000767E2">
        <w:rPr>
          <w:i/>
          <w:lang w:val="sv-SE"/>
        </w:rPr>
        <w:t>vidare</w:t>
      </w:r>
      <w:r w:rsidRPr="000767E2">
        <w:rPr>
          <w:lang w:val="sv-SE"/>
        </w:rPr>
        <w:t xml:space="preserve"> lite och åter lodade, fann de femton famnar.{{field-off:bible}} [[@</w:t>
      </w:r>
      <w:r w:rsidR="0096445B" w:rsidRPr="000767E2">
        <w:rPr>
          <w:lang w:val="sv-SE"/>
        </w:rPr>
        <w:t>BibleBIBEL82</w:t>
      </w:r>
      <w:r w:rsidRPr="000767E2">
        <w:rPr>
          <w:lang w:val="sv-SE"/>
        </w:rPr>
        <w:t>:Acts 27:29]]</w:t>
      </w:r>
      <w:r w:rsidRPr="000767E2">
        <w:rPr>
          <w:vertAlign w:val="superscript"/>
          <w:lang w:val="sv-SE"/>
        </w:rPr>
        <w:t>29</w:t>
      </w:r>
      <w:r w:rsidRPr="000767E2">
        <w:rPr>
          <w:lang w:val="sv-SE"/>
        </w:rPr>
        <w:t xml:space="preserve"> {{field-on:bible}}Och då de fruktade så att vi inte skulle kastas upp någonstans mot en skrovlig plats, slängde de från aktern </w:t>
      </w:r>
      <w:r w:rsidRPr="000767E2">
        <w:rPr>
          <w:i/>
          <w:lang w:val="sv-SE"/>
        </w:rPr>
        <w:t>i</w:t>
      </w:r>
      <w:r w:rsidRPr="000767E2">
        <w:rPr>
          <w:lang w:val="sv-SE"/>
        </w:rPr>
        <w:t xml:space="preserve"> fyra ankare och önskebad att </w:t>
      </w:r>
      <w:r w:rsidRPr="000767E2">
        <w:rPr>
          <w:i/>
          <w:lang w:val="sv-SE"/>
        </w:rPr>
        <w:t>det skulle</w:t>
      </w:r>
      <w:r w:rsidRPr="000767E2">
        <w:rPr>
          <w:lang w:val="sv-SE"/>
        </w:rPr>
        <w:t xml:space="preserve"> bli dag.{{field-off:bible}}</w:t>
      </w:r>
    </w:p>
    <w:p w14:paraId="0214ACEA" w14:textId="17F090DE" w:rsidR="00BA33AB" w:rsidRPr="000767E2" w:rsidRDefault="00000000">
      <w:pPr>
        <w:rPr>
          <w:lang w:val="sv-SE"/>
        </w:rPr>
      </w:pPr>
      <w:r w:rsidRPr="000767E2">
        <w:rPr>
          <w:lang w:val="sv-SE"/>
        </w:rPr>
        <w:t>[[@</w:t>
      </w:r>
      <w:r w:rsidR="0096445B" w:rsidRPr="000767E2">
        <w:rPr>
          <w:lang w:val="sv-SE"/>
        </w:rPr>
        <w:t>BibleBIBEL82</w:t>
      </w:r>
      <w:r w:rsidRPr="000767E2">
        <w:rPr>
          <w:lang w:val="sv-SE"/>
        </w:rPr>
        <w:t>:Acts 27:30]]</w:t>
      </w:r>
      <w:r w:rsidRPr="000767E2">
        <w:rPr>
          <w:vertAlign w:val="superscript"/>
          <w:lang w:val="sv-SE"/>
        </w:rPr>
        <w:t>30</w:t>
      </w:r>
      <w:r w:rsidRPr="000767E2">
        <w:rPr>
          <w:lang w:val="sv-SE"/>
        </w:rPr>
        <w:t xml:space="preserve"> {{field-on:bible}}Men när sjömännen sökte fly från skeppet och firade ner ekan i havet, med förevändning som att </w:t>
      </w:r>
      <w:r w:rsidRPr="000767E2">
        <w:rPr>
          <w:i/>
          <w:lang w:val="sv-SE"/>
        </w:rPr>
        <w:t>de</w:t>
      </w:r>
      <w:r w:rsidRPr="000767E2">
        <w:rPr>
          <w:lang w:val="sv-SE"/>
        </w:rPr>
        <w:t xml:space="preserve"> från fören </w:t>
      </w:r>
      <w:r w:rsidRPr="000767E2">
        <w:rPr>
          <w:i/>
          <w:lang w:val="sv-SE"/>
        </w:rPr>
        <w:t>skulle</w:t>
      </w:r>
      <w:r w:rsidRPr="000767E2">
        <w:rPr>
          <w:lang w:val="sv-SE"/>
        </w:rPr>
        <w:t xml:space="preserve"> sträcka ut ankare,{{field-off:bible}} [[@</w:t>
      </w:r>
      <w:r w:rsidR="0096445B" w:rsidRPr="000767E2">
        <w:rPr>
          <w:lang w:val="sv-SE"/>
        </w:rPr>
        <w:t>BibleBIBEL82</w:t>
      </w:r>
      <w:r w:rsidRPr="000767E2">
        <w:rPr>
          <w:lang w:val="sv-SE"/>
        </w:rPr>
        <w:t>:Acts 27:31]]</w:t>
      </w:r>
      <w:r w:rsidRPr="000767E2">
        <w:rPr>
          <w:vertAlign w:val="superscript"/>
          <w:lang w:val="sv-SE"/>
        </w:rPr>
        <w:t>31</w:t>
      </w:r>
      <w:r w:rsidRPr="000767E2">
        <w:rPr>
          <w:lang w:val="sv-SE"/>
        </w:rPr>
        <w:t xml:space="preserve"> {{field-on:bible}}sade Paulus till centurionen och soldaterna: ”Om inte dessa är kvar på skeppet, kan ni inte bli frälsta.”{{field-off:bible}} [[@</w:t>
      </w:r>
      <w:r w:rsidR="0096445B" w:rsidRPr="000767E2">
        <w:rPr>
          <w:lang w:val="sv-SE"/>
        </w:rPr>
        <w:t>BibleBIBEL82</w:t>
      </w:r>
      <w:r w:rsidRPr="000767E2">
        <w:rPr>
          <w:lang w:val="sv-SE"/>
        </w:rPr>
        <w:t>:Acts 27:32]]</w:t>
      </w:r>
      <w:r w:rsidRPr="000767E2">
        <w:rPr>
          <w:vertAlign w:val="superscript"/>
          <w:lang w:val="sv-SE"/>
        </w:rPr>
        <w:t>32</w:t>
      </w:r>
      <w:r w:rsidRPr="000767E2">
        <w:rPr>
          <w:lang w:val="sv-SE"/>
        </w:rPr>
        <w:t xml:space="preserve"> {{field-on:bible}}Då högg soldaterna av repen från ekan och lät den falla bort.{{field-off:bible}}</w:t>
      </w:r>
    </w:p>
    <w:p w14:paraId="6E3A2C40" w14:textId="5C04B2DD" w:rsidR="00BA33AB" w:rsidRPr="000767E2" w:rsidRDefault="00000000">
      <w:pPr>
        <w:rPr>
          <w:lang w:val="sv-SE"/>
        </w:rPr>
      </w:pPr>
      <w:r w:rsidRPr="000767E2">
        <w:rPr>
          <w:lang w:val="sv-SE"/>
        </w:rPr>
        <w:t>[[@</w:t>
      </w:r>
      <w:r w:rsidR="0096445B" w:rsidRPr="000767E2">
        <w:rPr>
          <w:lang w:val="sv-SE"/>
        </w:rPr>
        <w:t>BibleBIBEL82</w:t>
      </w:r>
      <w:r w:rsidRPr="000767E2">
        <w:rPr>
          <w:lang w:val="sv-SE"/>
        </w:rPr>
        <w:t>:Acts 27:33]]</w:t>
      </w:r>
      <w:r w:rsidRPr="000767E2">
        <w:rPr>
          <w:vertAlign w:val="superscript"/>
          <w:lang w:val="sv-SE"/>
        </w:rPr>
        <w:t>33</w:t>
      </w:r>
      <w:r w:rsidRPr="000767E2">
        <w:rPr>
          <w:lang w:val="sv-SE"/>
        </w:rPr>
        <w:t xml:space="preserve"> {{field-on:bible}}Och förrän dag skulle komma uppmanade Paulus allesammans att ta del av föda och sade: ”</w:t>
      </w:r>
      <w:r w:rsidRPr="000767E2">
        <w:rPr>
          <w:i/>
          <w:lang w:val="sv-SE"/>
        </w:rPr>
        <w:t>Det är</w:t>
      </w:r>
      <w:r w:rsidRPr="000767E2">
        <w:rPr>
          <w:lang w:val="sv-SE"/>
        </w:rPr>
        <w:t xml:space="preserve"> fjortonde dagen idag ni är i förväntan och </w:t>
      </w:r>
      <w:r w:rsidRPr="000767E2">
        <w:rPr>
          <w:lang w:val="sv-SE"/>
        </w:rPr>
        <w:lastRenderedPageBreak/>
        <w:t>fortsätter utan aptit och inte tar emot något.{{field-off:bible}} [[@</w:t>
      </w:r>
      <w:r w:rsidR="0096445B" w:rsidRPr="000767E2">
        <w:rPr>
          <w:lang w:val="sv-SE"/>
        </w:rPr>
        <w:t>BibleBIBEL82</w:t>
      </w:r>
      <w:r w:rsidRPr="000767E2">
        <w:rPr>
          <w:lang w:val="sv-SE"/>
        </w:rPr>
        <w:t>:Acts 27:34]]</w:t>
      </w:r>
      <w:r w:rsidRPr="000767E2">
        <w:rPr>
          <w:vertAlign w:val="superscript"/>
          <w:lang w:val="sv-SE"/>
        </w:rPr>
        <w:t>34</w:t>
      </w:r>
      <w:r w:rsidRPr="000767E2">
        <w:rPr>
          <w:lang w:val="sv-SE"/>
        </w:rPr>
        <w:t xml:space="preserve"> {{field-on:bible}}Därför uppmanar jag er att ta del av föda. För detta är till er frälsning, för från ingen av er ska ett hår från huvudet gå förlorat.”{{field-off:bible}} [[@</w:t>
      </w:r>
      <w:r w:rsidR="0096445B" w:rsidRPr="000767E2">
        <w:rPr>
          <w:lang w:val="sv-SE"/>
        </w:rPr>
        <w:t>BibleBIBEL82</w:t>
      </w:r>
      <w:r w:rsidRPr="000767E2">
        <w:rPr>
          <w:lang w:val="sv-SE"/>
        </w:rPr>
        <w:t>:Acts 27:35]]</w:t>
      </w:r>
      <w:r w:rsidRPr="000767E2">
        <w:rPr>
          <w:vertAlign w:val="superscript"/>
          <w:lang w:val="sv-SE"/>
        </w:rPr>
        <w:t>35</w:t>
      </w:r>
      <w:r w:rsidRPr="000767E2">
        <w:rPr>
          <w:lang w:val="sv-SE"/>
        </w:rPr>
        <w:t xml:space="preserve"> {{field-on:bible}}Och sedan han sagt detta, tog han också ett bröd </w:t>
      </w:r>
      <w:r w:rsidRPr="000767E2">
        <w:rPr>
          <w:i/>
          <w:lang w:val="sv-SE"/>
        </w:rPr>
        <w:t>och</w:t>
      </w:r>
      <w:r w:rsidRPr="000767E2">
        <w:rPr>
          <w:lang w:val="sv-SE"/>
        </w:rPr>
        <w:t xml:space="preserve"> tackade Gud inför alla, och han bröt </w:t>
      </w:r>
      <w:r w:rsidRPr="000767E2">
        <w:rPr>
          <w:i/>
          <w:lang w:val="sv-SE"/>
        </w:rPr>
        <w:t>det</w:t>
      </w:r>
      <w:r w:rsidRPr="000767E2">
        <w:rPr>
          <w:lang w:val="sv-SE"/>
        </w:rPr>
        <w:t xml:space="preserve"> och började äta.{{field-off:bible}} [[@</w:t>
      </w:r>
      <w:r w:rsidR="0096445B" w:rsidRPr="000767E2">
        <w:rPr>
          <w:lang w:val="sv-SE"/>
        </w:rPr>
        <w:t>BibleBIBEL82</w:t>
      </w:r>
      <w:r w:rsidRPr="000767E2">
        <w:rPr>
          <w:lang w:val="sv-SE"/>
        </w:rPr>
        <w:t>:Acts 27:36]]</w:t>
      </w:r>
      <w:r w:rsidRPr="000767E2">
        <w:rPr>
          <w:vertAlign w:val="superscript"/>
          <w:lang w:val="sv-SE"/>
        </w:rPr>
        <w:t>36</w:t>
      </w:r>
      <w:r w:rsidRPr="000767E2">
        <w:rPr>
          <w:lang w:val="sv-SE"/>
        </w:rPr>
        <w:t xml:space="preserve"> {{field-on:bible}}Och alla blev vid gott mod och tog också själva emot föda.{{field-off:bible}}</w:t>
      </w:r>
    </w:p>
    <w:p w14:paraId="48C089A4" w14:textId="3FF55623" w:rsidR="00BA33AB" w:rsidRPr="000767E2" w:rsidRDefault="00000000">
      <w:pPr>
        <w:rPr>
          <w:lang w:val="sv-SE"/>
        </w:rPr>
      </w:pPr>
      <w:r w:rsidRPr="000767E2">
        <w:rPr>
          <w:lang w:val="sv-SE"/>
        </w:rPr>
        <w:t>[[@</w:t>
      </w:r>
      <w:r w:rsidR="0096445B" w:rsidRPr="000767E2">
        <w:rPr>
          <w:lang w:val="sv-SE"/>
        </w:rPr>
        <w:t>BibleBIBEL82</w:t>
      </w:r>
      <w:r w:rsidRPr="000767E2">
        <w:rPr>
          <w:lang w:val="sv-SE"/>
        </w:rPr>
        <w:t>:Acts 27:37]]</w:t>
      </w:r>
      <w:r w:rsidRPr="000767E2">
        <w:rPr>
          <w:vertAlign w:val="superscript"/>
          <w:lang w:val="sv-SE"/>
        </w:rPr>
        <w:t>37</w:t>
      </w:r>
      <w:r w:rsidRPr="000767E2">
        <w:rPr>
          <w:lang w:val="sv-SE"/>
        </w:rPr>
        <w:t xml:space="preserve"> {{field-on:bible}}Och vi var </w:t>
      </w:r>
      <w:r w:rsidRPr="000767E2">
        <w:rPr>
          <w:i/>
          <w:lang w:val="sv-SE"/>
        </w:rPr>
        <w:t>med</w:t>
      </w:r>
      <w:r w:rsidRPr="000767E2">
        <w:rPr>
          <w:lang w:val="sv-SE"/>
        </w:rPr>
        <w:t xml:space="preserve"> alla själarna i skeppet tvåhundrasjuttiosex.{{field-off:bible}} [[@</w:t>
      </w:r>
      <w:r w:rsidR="0096445B" w:rsidRPr="000767E2">
        <w:rPr>
          <w:lang w:val="sv-SE"/>
        </w:rPr>
        <w:t>BibleBIBEL82</w:t>
      </w:r>
      <w:r w:rsidRPr="000767E2">
        <w:rPr>
          <w:lang w:val="sv-SE"/>
        </w:rPr>
        <w:t>:Acts 27:38]]</w:t>
      </w:r>
      <w:r w:rsidRPr="000767E2">
        <w:rPr>
          <w:vertAlign w:val="superscript"/>
          <w:lang w:val="sv-SE"/>
        </w:rPr>
        <w:t>38</w:t>
      </w:r>
      <w:r w:rsidRPr="000767E2">
        <w:rPr>
          <w:lang w:val="sv-SE"/>
        </w:rPr>
        <w:t xml:space="preserve"> {{field-on:bible}}Och belåtna av föda lättade de skeppet </w:t>
      </w:r>
      <w:r w:rsidRPr="000767E2">
        <w:rPr>
          <w:i/>
          <w:lang w:val="sv-SE"/>
        </w:rPr>
        <w:t>genom att</w:t>
      </w:r>
      <w:r w:rsidRPr="000767E2">
        <w:rPr>
          <w:lang w:val="sv-SE"/>
        </w:rPr>
        <w:t xml:space="preserve"> kasta ut vetet i havet.{{field-off:bible}} [[@</w:t>
      </w:r>
      <w:r w:rsidR="0096445B" w:rsidRPr="000767E2">
        <w:rPr>
          <w:lang w:val="sv-SE"/>
        </w:rPr>
        <w:t>BibleBIBEL82</w:t>
      </w:r>
      <w:r w:rsidRPr="000767E2">
        <w:rPr>
          <w:lang w:val="sv-SE"/>
        </w:rPr>
        <w:t>:Acts 27:39]]</w:t>
      </w:r>
      <w:r w:rsidRPr="000767E2">
        <w:rPr>
          <w:vertAlign w:val="superscript"/>
          <w:lang w:val="sv-SE"/>
        </w:rPr>
        <w:t>39</w:t>
      </w:r>
      <w:r w:rsidRPr="000767E2">
        <w:rPr>
          <w:lang w:val="sv-SE"/>
        </w:rPr>
        <w:t xml:space="preserve"> {{field-on:bible}}Och när det blev dag kände de inte igen landet, men de beaktade en bukt som hade en strand. På den planerade de att, om det vore möjligt, stöta upp skeppet.{{field-off:bible}} [[@</w:t>
      </w:r>
      <w:r w:rsidR="0096445B" w:rsidRPr="000767E2">
        <w:rPr>
          <w:lang w:val="sv-SE"/>
        </w:rPr>
        <w:t>BibleBIBEL82</w:t>
      </w:r>
      <w:r w:rsidRPr="000767E2">
        <w:rPr>
          <w:lang w:val="sv-SE"/>
        </w:rPr>
        <w:t>:Acts 27:40]]</w:t>
      </w:r>
      <w:r w:rsidRPr="000767E2">
        <w:rPr>
          <w:vertAlign w:val="superscript"/>
          <w:lang w:val="sv-SE"/>
        </w:rPr>
        <w:t>40</w:t>
      </w:r>
      <w:r w:rsidRPr="000767E2">
        <w:rPr>
          <w:lang w:val="sv-SE"/>
        </w:rPr>
        <w:t xml:space="preserve"> {{field-on:bible}}Och ankarna släppte de bort och lät </w:t>
      </w:r>
      <w:r w:rsidRPr="000767E2">
        <w:rPr>
          <w:i/>
          <w:lang w:val="sv-SE"/>
        </w:rPr>
        <w:t>vara</w:t>
      </w:r>
      <w:r w:rsidRPr="000767E2">
        <w:rPr>
          <w:lang w:val="sv-SE"/>
        </w:rPr>
        <w:t xml:space="preserve"> i havet. Samtidigt släppte de fästbanden från styrårorna och hissade förseglet för blåsten och höll </w:t>
      </w:r>
      <w:r w:rsidRPr="000767E2">
        <w:rPr>
          <w:i/>
          <w:lang w:val="sv-SE"/>
        </w:rPr>
        <w:t>kurs</w:t>
      </w:r>
      <w:r w:rsidRPr="000767E2">
        <w:rPr>
          <w:lang w:val="sv-SE"/>
        </w:rPr>
        <w:t xml:space="preserve"> mot stranden.{{field-off:bible}} [[@</w:t>
      </w:r>
      <w:r w:rsidR="0096445B" w:rsidRPr="000767E2">
        <w:rPr>
          <w:lang w:val="sv-SE"/>
        </w:rPr>
        <w:t>BibleBIBEL82</w:t>
      </w:r>
      <w:r w:rsidRPr="000767E2">
        <w:rPr>
          <w:lang w:val="sv-SE"/>
        </w:rPr>
        <w:t>:Acts 27:41]]</w:t>
      </w:r>
      <w:r w:rsidRPr="000767E2">
        <w:rPr>
          <w:vertAlign w:val="superscript"/>
          <w:lang w:val="sv-SE"/>
        </w:rPr>
        <w:t>41</w:t>
      </w:r>
      <w:r w:rsidRPr="000767E2">
        <w:rPr>
          <w:lang w:val="sv-SE"/>
        </w:rPr>
        <w:t xml:space="preserve"> {{field-on:bible}}Men de råkade ut för en landtunga och grundstötte fartyget. Och fören borrade sig in och förblev orubblig, men aktern </w:t>
      </w:r>
      <w:r w:rsidRPr="000767E2">
        <w:rPr>
          <w:i/>
          <w:lang w:val="sv-SE"/>
        </w:rPr>
        <w:t>började</w:t>
      </w:r>
      <w:r w:rsidRPr="000767E2">
        <w:rPr>
          <w:lang w:val="sv-SE"/>
        </w:rPr>
        <w:t xml:space="preserve"> upplösas av [vågornas] våld.{{field-off:bible}}</w:t>
      </w:r>
    </w:p>
    <w:p w14:paraId="1D6D22D6" w14:textId="3EE28CF8" w:rsidR="00BA33AB" w:rsidRPr="000767E2" w:rsidRDefault="00000000">
      <w:pPr>
        <w:rPr>
          <w:lang w:val="sv-SE"/>
        </w:rPr>
      </w:pPr>
      <w:r w:rsidRPr="000767E2">
        <w:rPr>
          <w:lang w:val="sv-SE"/>
        </w:rPr>
        <w:t>[[@</w:t>
      </w:r>
      <w:r w:rsidR="0096445B" w:rsidRPr="000767E2">
        <w:rPr>
          <w:lang w:val="sv-SE"/>
        </w:rPr>
        <w:t>BibleBIBEL82</w:t>
      </w:r>
      <w:r w:rsidRPr="000767E2">
        <w:rPr>
          <w:lang w:val="sv-SE"/>
        </w:rPr>
        <w:t>:Acts 27:42]]</w:t>
      </w:r>
      <w:r w:rsidRPr="000767E2">
        <w:rPr>
          <w:vertAlign w:val="superscript"/>
          <w:lang w:val="sv-SE"/>
        </w:rPr>
        <w:t>42</w:t>
      </w:r>
      <w:r w:rsidRPr="000767E2">
        <w:rPr>
          <w:lang w:val="sv-SE"/>
        </w:rPr>
        <w:t xml:space="preserve"> {{field-on:bible}}Och hos soldaterna kom </w:t>
      </w:r>
      <w:r w:rsidRPr="000767E2">
        <w:rPr>
          <w:i/>
          <w:lang w:val="sv-SE"/>
        </w:rPr>
        <w:t>upp</w:t>
      </w:r>
      <w:r w:rsidRPr="000767E2">
        <w:rPr>
          <w:lang w:val="sv-SE"/>
        </w:rPr>
        <w:t xml:space="preserve"> en plan att döda fångarna, så att ingen skulle simma bort och fly iväg.{{field-off:bible}} [[@</w:t>
      </w:r>
      <w:r w:rsidR="0096445B" w:rsidRPr="000767E2">
        <w:rPr>
          <w:lang w:val="sv-SE"/>
        </w:rPr>
        <w:t>BibleBIBEL82</w:t>
      </w:r>
      <w:r w:rsidRPr="000767E2">
        <w:rPr>
          <w:lang w:val="sv-SE"/>
        </w:rPr>
        <w:t>:Acts 27:43]]</w:t>
      </w:r>
      <w:r w:rsidRPr="000767E2">
        <w:rPr>
          <w:vertAlign w:val="superscript"/>
          <w:lang w:val="sv-SE"/>
        </w:rPr>
        <w:t>43</w:t>
      </w:r>
      <w:r w:rsidRPr="000767E2">
        <w:rPr>
          <w:lang w:val="sv-SE"/>
        </w:rPr>
        <w:t xml:space="preserve"> {{field-on:bible}}Men centurionen önskade frälsa igenom Paulus och hindrade dem från </w:t>
      </w:r>
      <w:r w:rsidRPr="000767E2">
        <w:rPr>
          <w:i/>
          <w:lang w:val="sv-SE"/>
        </w:rPr>
        <w:t>deras</w:t>
      </w:r>
      <w:r w:rsidRPr="000767E2">
        <w:rPr>
          <w:lang w:val="sv-SE"/>
        </w:rPr>
        <w:t xml:space="preserve"> önskan. Och han befallde dem som kunde simma att slänga </w:t>
      </w:r>
      <w:r w:rsidRPr="000767E2">
        <w:rPr>
          <w:i/>
          <w:lang w:val="sv-SE"/>
        </w:rPr>
        <w:t>sig</w:t>
      </w:r>
      <w:r w:rsidRPr="000767E2">
        <w:rPr>
          <w:lang w:val="sv-SE"/>
        </w:rPr>
        <w:t xml:space="preserve"> ut först och komma iväg i land,{{field-off:bible}} [[@</w:t>
      </w:r>
      <w:r w:rsidR="0096445B" w:rsidRPr="000767E2">
        <w:rPr>
          <w:lang w:val="sv-SE"/>
        </w:rPr>
        <w:t>BibleBIBEL82</w:t>
      </w:r>
      <w:r w:rsidRPr="000767E2">
        <w:rPr>
          <w:lang w:val="sv-SE"/>
        </w:rPr>
        <w:t>:Acts 27:44]]</w:t>
      </w:r>
      <w:r w:rsidRPr="000767E2">
        <w:rPr>
          <w:vertAlign w:val="superscript"/>
          <w:lang w:val="sv-SE"/>
        </w:rPr>
        <w:t>44</w:t>
      </w:r>
      <w:r w:rsidRPr="000767E2">
        <w:rPr>
          <w:lang w:val="sv-SE"/>
        </w:rPr>
        <w:t xml:space="preserve"> {{field-on:bible}}och </w:t>
      </w:r>
      <w:r w:rsidRPr="000767E2">
        <w:rPr>
          <w:i/>
          <w:lang w:val="sv-SE"/>
        </w:rPr>
        <w:t>sedan</w:t>
      </w:r>
      <w:r w:rsidRPr="000767E2">
        <w:rPr>
          <w:lang w:val="sv-SE"/>
        </w:rPr>
        <w:t xml:space="preserve"> de övriga, några på plankor och andra på </w:t>
      </w:r>
      <w:r w:rsidRPr="000767E2">
        <w:rPr>
          <w:i/>
          <w:lang w:val="sv-SE"/>
        </w:rPr>
        <w:t>delar</w:t>
      </w:r>
      <w:r w:rsidRPr="000767E2">
        <w:rPr>
          <w:lang w:val="sv-SE"/>
        </w:rPr>
        <w:t xml:space="preserve"> av skeppet. Och så hände det sig att alla blev frälsta igenom upp på land.{{field-off:bible}}</w:t>
      </w:r>
    </w:p>
    <w:p w14:paraId="7EDE1F70" w14:textId="7DD5E7D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:Acts 28]]Kapitel 28</w:t>
      </w:r>
    </w:p>
    <w:p w14:paraId="2A6918A1" w14:textId="77777777" w:rsidR="00BA33AB" w:rsidRPr="000767E2" w:rsidRDefault="00000000">
      <w:pPr>
        <w:pStyle w:val="Rubrik3"/>
        <w:rPr>
          <w:lang w:val="sv-SE"/>
        </w:rPr>
      </w:pPr>
      <w:r w:rsidRPr="000767E2">
        <w:rPr>
          <w:lang w:val="sv-SE"/>
        </w:rPr>
        <w:t>På Melite</w:t>
      </w:r>
    </w:p>
    <w:p w14:paraId="1CE2A598" w14:textId="69F47ED7" w:rsidR="00BA33AB" w:rsidRPr="000767E2" w:rsidRDefault="00000000">
      <w:pPr>
        <w:rPr>
          <w:lang w:val="sv-SE"/>
        </w:rPr>
      </w:pPr>
      <w:r w:rsidRPr="000767E2">
        <w:rPr>
          <w:lang w:val="sv-SE"/>
        </w:rPr>
        <w:t>[[@</w:t>
      </w:r>
      <w:r w:rsidR="0096445B" w:rsidRPr="000767E2">
        <w:rPr>
          <w:lang w:val="sv-SE"/>
        </w:rPr>
        <w:t>BibleBIBEL82</w:t>
      </w:r>
      <w:r w:rsidRPr="000767E2">
        <w:rPr>
          <w:lang w:val="sv-SE"/>
        </w:rPr>
        <w:t>:Acts 28:1]]</w:t>
      </w:r>
      <w:r w:rsidRPr="000767E2">
        <w:rPr>
          <w:vertAlign w:val="superscript"/>
          <w:lang w:val="sv-SE"/>
        </w:rPr>
        <w:t>1</w:t>
      </w:r>
      <w:r w:rsidRPr="000767E2">
        <w:rPr>
          <w:lang w:val="sv-SE"/>
        </w:rPr>
        <w:t xml:space="preserve"> {{field-on:bible}}Och genomfrälsta insåg vi sedan att </w:t>
      </w:r>
      <w:r w:rsidRPr="000767E2">
        <w:rPr>
          <w:i/>
          <w:lang w:val="sv-SE"/>
        </w:rPr>
        <w:t>det var</w:t>
      </w:r>
      <w:r w:rsidRPr="000767E2">
        <w:rPr>
          <w:lang w:val="sv-SE"/>
        </w:rPr>
        <w:t xml:space="preserve"> Melite ön kallas.{{field-off:bible}} [[@</w:t>
      </w:r>
      <w:r w:rsidR="0096445B" w:rsidRPr="000767E2">
        <w:rPr>
          <w:lang w:val="sv-SE"/>
        </w:rPr>
        <w:t>BibleBIBEL82</w:t>
      </w:r>
      <w:r w:rsidRPr="000767E2">
        <w:rPr>
          <w:lang w:val="sv-SE"/>
        </w:rPr>
        <w:t>:Acts 28:2]]</w:t>
      </w:r>
      <w:r w:rsidRPr="000767E2">
        <w:rPr>
          <w:vertAlign w:val="superscript"/>
          <w:lang w:val="sv-SE"/>
        </w:rPr>
        <w:t>2</w:t>
      </w:r>
      <w:r w:rsidRPr="000767E2">
        <w:rPr>
          <w:lang w:val="sv-SE"/>
        </w:rPr>
        <w:t xml:space="preserve"> {{field-on:bible}}Och barbarerna framhöll </w:t>
      </w:r>
      <w:r w:rsidRPr="000767E2">
        <w:rPr>
          <w:i/>
          <w:lang w:val="sv-SE"/>
        </w:rPr>
        <w:t>en</w:t>
      </w:r>
      <w:r w:rsidRPr="000767E2">
        <w:rPr>
          <w:lang w:val="sv-SE"/>
        </w:rPr>
        <w:t xml:space="preserve"> icke vanlig människovänlighet till oss, för de tände en brasa och tog emot oss alla på grund av det förestående regnet och på grund av kylan.{{field-off:bible}}</w:t>
      </w:r>
    </w:p>
    <w:p w14:paraId="3DF7682C" w14:textId="281B52E1" w:rsidR="00BA33AB" w:rsidRPr="000767E2" w:rsidRDefault="00000000">
      <w:pPr>
        <w:rPr>
          <w:lang w:val="sv-SE"/>
        </w:rPr>
      </w:pPr>
      <w:r w:rsidRPr="000767E2">
        <w:rPr>
          <w:lang w:val="sv-SE"/>
        </w:rPr>
        <w:t>[[@</w:t>
      </w:r>
      <w:r w:rsidR="0096445B" w:rsidRPr="000767E2">
        <w:rPr>
          <w:lang w:val="sv-SE"/>
        </w:rPr>
        <w:t>BibleBIBEL82</w:t>
      </w:r>
      <w:r w:rsidRPr="000767E2">
        <w:rPr>
          <w:lang w:val="sv-SE"/>
        </w:rPr>
        <w:t>:Acts 28:3]]</w:t>
      </w:r>
      <w:r w:rsidRPr="000767E2">
        <w:rPr>
          <w:vertAlign w:val="superscript"/>
          <w:lang w:val="sv-SE"/>
        </w:rPr>
        <w:t>3</w:t>
      </w:r>
      <w:r w:rsidRPr="000767E2">
        <w:rPr>
          <w:lang w:val="sv-SE"/>
        </w:rPr>
        <w:t xml:space="preserve"> {{field-on:bible}}Men när Paulus hade hopsamlat en mängd torra kvistar och lagt på brasan, kom en huggorm ut av värmen och högg tag i hans hand.{{field-off:bible}} [[@</w:t>
      </w:r>
      <w:r w:rsidR="0096445B" w:rsidRPr="000767E2">
        <w:rPr>
          <w:lang w:val="sv-SE"/>
        </w:rPr>
        <w:t>BibleBIBEL82</w:t>
      </w:r>
      <w:r w:rsidRPr="000767E2">
        <w:rPr>
          <w:lang w:val="sv-SE"/>
        </w:rPr>
        <w:t>:Acts 28:4]]</w:t>
      </w:r>
      <w:r w:rsidRPr="000767E2">
        <w:rPr>
          <w:vertAlign w:val="superscript"/>
          <w:lang w:val="sv-SE"/>
        </w:rPr>
        <w:t>4</w:t>
      </w:r>
      <w:r w:rsidRPr="000767E2">
        <w:rPr>
          <w:lang w:val="sv-SE"/>
        </w:rPr>
        <w:t xml:space="preserve"> {{field-on:bible}}Och när barbarerna såg vilddjuret hänga från hans hand, sade de till varandra: ”Visst är han en mördare, den där människan. Han blev genomfrälst från havet, </w:t>
      </w:r>
      <w:r w:rsidRPr="000767E2">
        <w:rPr>
          <w:i/>
          <w:lang w:val="sv-SE"/>
        </w:rPr>
        <w:t>men</w:t>
      </w:r>
      <w:r w:rsidRPr="000767E2">
        <w:rPr>
          <w:lang w:val="sv-SE"/>
        </w:rPr>
        <w:t xml:space="preserve"> rättvisan lät honom inte leva.”{{field-off:bible}} [[@</w:t>
      </w:r>
      <w:r w:rsidR="0096445B" w:rsidRPr="000767E2">
        <w:rPr>
          <w:lang w:val="sv-SE"/>
        </w:rPr>
        <w:t>BibleBIBEL82</w:t>
      </w:r>
      <w:r w:rsidRPr="000767E2">
        <w:rPr>
          <w:lang w:val="sv-SE"/>
        </w:rPr>
        <w:t>:Acts 28:5]]</w:t>
      </w:r>
      <w:r w:rsidRPr="000767E2">
        <w:rPr>
          <w:vertAlign w:val="superscript"/>
          <w:lang w:val="sv-SE"/>
        </w:rPr>
        <w:t>5</w:t>
      </w:r>
      <w:r w:rsidRPr="000767E2">
        <w:rPr>
          <w:lang w:val="sv-SE"/>
        </w:rPr>
        <w:t xml:space="preserve"> {{field-on:bible}}Han skakade då av vilddjuret i elden och led inget ont,{{field-off:bible}} [[@</w:t>
      </w:r>
      <w:r w:rsidR="0096445B" w:rsidRPr="000767E2">
        <w:rPr>
          <w:lang w:val="sv-SE"/>
        </w:rPr>
        <w:t>BibleBIBEL82</w:t>
      </w:r>
      <w:r w:rsidRPr="000767E2">
        <w:rPr>
          <w:lang w:val="sv-SE"/>
        </w:rPr>
        <w:t>:Acts 28:6]]</w:t>
      </w:r>
      <w:r w:rsidRPr="000767E2">
        <w:rPr>
          <w:vertAlign w:val="superscript"/>
          <w:lang w:val="sv-SE"/>
        </w:rPr>
        <w:t>6</w:t>
      </w:r>
      <w:r w:rsidRPr="000767E2">
        <w:rPr>
          <w:lang w:val="sv-SE"/>
        </w:rPr>
        <w:t xml:space="preserve"> {{field-on:bible}}men de väntade sig att han skulle svullna upp eller falla tvärt ner död. Men när de länge varit i förväntan och skådat att inget ovettigt hände honom, kastade de om och sade att han var en gud.{{field-off:bible}}</w:t>
      </w:r>
    </w:p>
    <w:p w14:paraId="5764436A" w14:textId="4DF06469"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28:7]]</w:t>
      </w:r>
      <w:r w:rsidRPr="000767E2">
        <w:rPr>
          <w:vertAlign w:val="superscript"/>
          <w:lang w:val="sv-SE"/>
        </w:rPr>
        <w:t>7</w:t>
      </w:r>
      <w:r w:rsidRPr="000767E2">
        <w:rPr>
          <w:lang w:val="sv-SE"/>
        </w:rPr>
        <w:t xml:space="preserve"> {{field-on:bible}}I </w:t>
      </w:r>
      <w:r w:rsidRPr="000767E2">
        <w:rPr>
          <w:i/>
          <w:lang w:val="sv-SE"/>
        </w:rPr>
        <w:t>trakten</w:t>
      </w:r>
      <w:r w:rsidRPr="000767E2">
        <w:rPr>
          <w:lang w:val="sv-SE"/>
        </w:rPr>
        <w:t xml:space="preserve"> runt den platsen fanns marklotter som tillhörde den främste på ön, vid namn Publius. Han mottog oss </w:t>
      </w:r>
      <w:r w:rsidRPr="000767E2">
        <w:rPr>
          <w:i/>
          <w:lang w:val="sv-SE"/>
        </w:rPr>
        <w:t>i</w:t>
      </w:r>
      <w:r w:rsidRPr="000767E2">
        <w:rPr>
          <w:lang w:val="sv-SE"/>
        </w:rPr>
        <w:t xml:space="preserve"> tre dagar och hade oss vänligt sinnat som gäster.{{field-off:bible}} [[@</w:t>
      </w:r>
      <w:r w:rsidR="0096445B" w:rsidRPr="000767E2">
        <w:rPr>
          <w:lang w:val="sv-SE"/>
        </w:rPr>
        <w:t>BibleBIBEL82</w:t>
      </w:r>
      <w:r w:rsidRPr="000767E2">
        <w:rPr>
          <w:lang w:val="sv-SE"/>
        </w:rPr>
        <w:t>:Acts 28:8]]</w:t>
      </w:r>
      <w:r w:rsidRPr="000767E2">
        <w:rPr>
          <w:vertAlign w:val="superscript"/>
          <w:lang w:val="sv-SE"/>
        </w:rPr>
        <w:t>8</w:t>
      </w:r>
      <w:r w:rsidRPr="000767E2">
        <w:rPr>
          <w:lang w:val="sv-SE"/>
        </w:rPr>
        <w:t xml:space="preserve"> {{field-on:bible}}Men det hände sig att Publius far låg ansatt av febrar och dysenteri. Till honom gick Paulus in och bad </w:t>
      </w:r>
      <w:r w:rsidRPr="000767E2">
        <w:rPr>
          <w:i/>
          <w:lang w:val="sv-SE"/>
        </w:rPr>
        <w:t>och</w:t>
      </w:r>
      <w:r w:rsidRPr="000767E2">
        <w:rPr>
          <w:lang w:val="sv-SE"/>
        </w:rPr>
        <w:t xml:space="preserve"> lade händerna på honom och helade honom.{{field-off:bible}} [[@</w:t>
      </w:r>
      <w:r w:rsidR="0096445B" w:rsidRPr="000767E2">
        <w:rPr>
          <w:lang w:val="sv-SE"/>
        </w:rPr>
        <w:t>BibleBIBEL82</w:t>
      </w:r>
      <w:r w:rsidRPr="000767E2">
        <w:rPr>
          <w:lang w:val="sv-SE"/>
        </w:rPr>
        <w:t>:Acts 28:9]]</w:t>
      </w:r>
      <w:r w:rsidRPr="000767E2">
        <w:rPr>
          <w:vertAlign w:val="superscript"/>
          <w:lang w:val="sv-SE"/>
        </w:rPr>
        <w:t>9</w:t>
      </w:r>
      <w:r w:rsidRPr="000767E2">
        <w:rPr>
          <w:lang w:val="sv-SE"/>
        </w:rPr>
        <w:t xml:space="preserve"> {{field-on:bible}}När detta skett, </w:t>
      </w:r>
      <w:r w:rsidRPr="000767E2">
        <w:rPr>
          <w:i/>
          <w:lang w:val="sv-SE"/>
        </w:rPr>
        <w:t>började</w:t>
      </w:r>
      <w:r w:rsidRPr="000767E2">
        <w:rPr>
          <w:lang w:val="sv-SE"/>
        </w:rPr>
        <w:t xml:space="preserve"> också de övriga på ön som hade sjukdomar komma och bli botade.{{field-off:bible}} [[@</w:t>
      </w:r>
      <w:r w:rsidR="0096445B" w:rsidRPr="000767E2">
        <w:rPr>
          <w:lang w:val="sv-SE"/>
        </w:rPr>
        <w:t>BibleBIBEL82</w:t>
      </w:r>
      <w:r w:rsidRPr="000767E2">
        <w:rPr>
          <w:lang w:val="sv-SE"/>
        </w:rPr>
        <w:t>:Acts 28:10]]</w:t>
      </w:r>
      <w:r w:rsidRPr="000767E2">
        <w:rPr>
          <w:vertAlign w:val="superscript"/>
          <w:lang w:val="sv-SE"/>
        </w:rPr>
        <w:t>10</w:t>
      </w:r>
      <w:r w:rsidRPr="000767E2">
        <w:rPr>
          <w:lang w:val="sv-SE"/>
        </w:rPr>
        <w:t xml:space="preserve"> {{field-on:bible}}De hedrade oss också med många hedersbetygelser, och när vi skulle lägga ut lade de på det </w:t>
      </w:r>
      <w:r w:rsidRPr="000767E2">
        <w:rPr>
          <w:i/>
          <w:lang w:val="sv-SE"/>
        </w:rPr>
        <w:t>som var</w:t>
      </w:r>
      <w:r w:rsidRPr="000767E2">
        <w:rPr>
          <w:lang w:val="sv-SE"/>
        </w:rPr>
        <w:t xml:space="preserve"> för behoven.{{field-off:bible}}</w:t>
      </w:r>
    </w:p>
    <w:p w14:paraId="3C7B14C5" w14:textId="77777777" w:rsidR="00BA33AB" w:rsidRPr="000767E2" w:rsidRDefault="00000000">
      <w:pPr>
        <w:pStyle w:val="Rubrik3"/>
        <w:rPr>
          <w:lang w:val="sv-SE"/>
        </w:rPr>
      </w:pPr>
      <w:r w:rsidRPr="000767E2">
        <w:rPr>
          <w:lang w:val="sv-SE"/>
        </w:rPr>
        <w:t>Till Rom</w:t>
      </w:r>
    </w:p>
    <w:p w14:paraId="58D8AC8C" w14:textId="644E27FC" w:rsidR="00BA33AB" w:rsidRPr="000767E2" w:rsidRDefault="00000000">
      <w:pPr>
        <w:rPr>
          <w:lang w:val="sv-SE"/>
        </w:rPr>
      </w:pPr>
      <w:r w:rsidRPr="000767E2">
        <w:rPr>
          <w:lang w:val="sv-SE"/>
        </w:rPr>
        <w:t>[[@</w:t>
      </w:r>
      <w:r w:rsidR="0096445B" w:rsidRPr="000767E2">
        <w:rPr>
          <w:lang w:val="sv-SE"/>
        </w:rPr>
        <w:t>BibleBIBEL82</w:t>
      </w:r>
      <w:r w:rsidRPr="000767E2">
        <w:rPr>
          <w:lang w:val="sv-SE"/>
        </w:rPr>
        <w:t>:Acts 28:11]]</w:t>
      </w:r>
      <w:r w:rsidRPr="000767E2">
        <w:rPr>
          <w:vertAlign w:val="superscript"/>
          <w:lang w:val="sv-SE"/>
        </w:rPr>
        <w:t>11</w:t>
      </w:r>
      <w:r w:rsidRPr="000767E2">
        <w:rPr>
          <w:lang w:val="sv-SE"/>
        </w:rPr>
        <w:t xml:space="preserve"> {{field-on:bible}}Och efter tre månader lade vi ut med ett skepp som hade övervintrat vid ön, ett alexandrinskt märkt med Dioskurerna.{{field-off:bible}} [[@</w:t>
      </w:r>
      <w:r w:rsidR="0096445B" w:rsidRPr="000767E2">
        <w:rPr>
          <w:lang w:val="sv-SE"/>
        </w:rPr>
        <w:t>BibleBIBEL82</w:t>
      </w:r>
      <w:r w:rsidRPr="000767E2">
        <w:rPr>
          <w:lang w:val="sv-SE"/>
        </w:rPr>
        <w:t>:Acts 28:12]]</w:t>
      </w:r>
      <w:r w:rsidRPr="000767E2">
        <w:rPr>
          <w:vertAlign w:val="superscript"/>
          <w:lang w:val="sv-SE"/>
        </w:rPr>
        <w:t>12</w:t>
      </w:r>
      <w:r w:rsidRPr="000767E2">
        <w:rPr>
          <w:lang w:val="sv-SE"/>
        </w:rPr>
        <w:t xml:space="preserve"> {{field-on:bible}}Och vi styrde in till Syrakusa och blev kvar i tre dagar,{{field-off:bible}} [[@</w:t>
      </w:r>
      <w:r w:rsidR="0096445B" w:rsidRPr="000767E2">
        <w:rPr>
          <w:lang w:val="sv-SE"/>
        </w:rPr>
        <w:t>BibleBIBEL82</w:t>
      </w:r>
      <w:r w:rsidRPr="000767E2">
        <w:rPr>
          <w:lang w:val="sv-SE"/>
        </w:rPr>
        <w:t>:Acts 28:13]]</w:t>
      </w:r>
      <w:r w:rsidRPr="000767E2">
        <w:rPr>
          <w:vertAlign w:val="superscript"/>
          <w:lang w:val="sv-SE"/>
        </w:rPr>
        <w:t>13</w:t>
      </w:r>
      <w:r w:rsidRPr="000767E2">
        <w:rPr>
          <w:lang w:val="sv-SE"/>
        </w:rPr>
        <w:t xml:space="preserve"> {{field-on:bible}}varifrån vi släppte bort och nådde fram till Regium. Och efter en dag kom en sydan, och den andra dagen kom vi till Puteoli.{{field-off:bible}} [[@</w:t>
      </w:r>
      <w:r w:rsidR="0096445B" w:rsidRPr="000767E2">
        <w:rPr>
          <w:lang w:val="sv-SE"/>
        </w:rPr>
        <w:t>BibleBIBEL82</w:t>
      </w:r>
      <w:r w:rsidRPr="000767E2">
        <w:rPr>
          <w:lang w:val="sv-SE"/>
        </w:rPr>
        <w:t>:Acts 28:14]]</w:t>
      </w:r>
      <w:r w:rsidRPr="000767E2">
        <w:rPr>
          <w:vertAlign w:val="superscript"/>
          <w:lang w:val="sv-SE"/>
        </w:rPr>
        <w:t>14</w:t>
      </w:r>
      <w:r w:rsidRPr="000767E2">
        <w:rPr>
          <w:lang w:val="sv-SE"/>
        </w:rPr>
        <w:t xml:space="preserve"> {{field-on:bible}}Där fann vi syskon och blev inbjudna att bli kvar hos dem sju dagar. Och så </w:t>
      </w:r>
      <w:r w:rsidRPr="000767E2">
        <w:rPr>
          <w:i/>
          <w:lang w:val="sv-SE"/>
        </w:rPr>
        <w:t>var det</w:t>
      </w:r>
      <w:r w:rsidRPr="000767E2">
        <w:rPr>
          <w:lang w:val="sv-SE"/>
        </w:rPr>
        <w:t xml:space="preserve"> vi kom till Rom.{{field-off:bible}}</w:t>
      </w:r>
    </w:p>
    <w:p w14:paraId="0B604EAE" w14:textId="77777777" w:rsidR="00BA33AB" w:rsidRPr="000767E2" w:rsidRDefault="00000000">
      <w:pPr>
        <w:pStyle w:val="Rubrik3"/>
        <w:rPr>
          <w:lang w:val="sv-SE"/>
        </w:rPr>
      </w:pPr>
      <w:r w:rsidRPr="000767E2">
        <w:rPr>
          <w:lang w:val="sv-SE"/>
        </w:rPr>
        <w:t>Paulus i Rom</w:t>
      </w:r>
    </w:p>
    <w:p w14:paraId="08B71832" w14:textId="628A6AF8" w:rsidR="00BA33AB" w:rsidRPr="000767E2" w:rsidRDefault="00000000">
      <w:pPr>
        <w:rPr>
          <w:lang w:val="sv-SE"/>
        </w:rPr>
      </w:pPr>
      <w:r w:rsidRPr="000767E2">
        <w:rPr>
          <w:lang w:val="sv-SE"/>
        </w:rPr>
        <w:t>[[@</w:t>
      </w:r>
      <w:r w:rsidR="0096445B" w:rsidRPr="000767E2">
        <w:rPr>
          <w:lang w:val="sv-SE"/>
        </w:rPr>
        <w:t>BibleBIBEL82</w:t>
      </w:r>
      <w:r w:rsidRPr="000767E2">
        <w:rPr>
          <w:lang w:val="sv-SE"/>
        </w:rPr>
        <w:t>:Acts 28:15]]</w:t>
      </w:r>
      <w:r w:rsidRPr="000767E2">
        <w:rPr>
          <w:vertAlign w:val="superscript"/>
          <w:lang w:val="sv-SE"/>
        </w:rPr>
        <w:t>15</w:t>
      </w:r>
      <w:r w:rsidRPr="000767E2">
        <w:rPr>
          <w:lang w:val="sv-SE"/>
        </w:rPr>
        <w:t xml:space="preserve"> {{field-on:bible}}Och därifrån hade syskonen hört om oss och kom oss till mötes, ända till Forum Appii och Tres Tabernae. När Paulus såg dem, tackade han Gud och fick mod.{{field-off:bible}} [[@</w:t>
      </w:r>
      <w:r w:rsidR="0096445B" w:rsidRPr="000767E2">
        <w:rPr>
          <w:lang w:val="sv-SE"/>
        </w:rPr>
        <w:t>BibleBIBEL82</w:t>
      </w:r>
      <w:r w:rsidRPr="000767E2">
        <w:rPr>
          <w:lang w:val="sv-SE"/>
        </w:rPr>
        <w:t>:Acts 28:16]]</w:t>
      </w:r>
      <w:r w:rsidRPr="000767E2">
        <w:rPr>
          <w:vertAlign w:val="superscript"/>
          <w:lang w:val="sv-SE"/>
        </w:rPr>
        <w:t>16</w:t>
      </w:r>
      <w:r w:rsidRPr="000767E2">
        <w:rPr>
          <w:lang w:val="sv-SE"/>
        </w:rPr>
        <w:t xml:space="preserve"> {{field-on:bible}}Och när vi kom in i Rom, tilläts Paulus att hålla till för sig själv med den soldat som vaktade honom.{{field-off:bible}}</w:t>
      </w:r>
    </w:p>
    <w:p w14:paraId="7327E55E" w14:textId="024C34B4" w:rsidR="00BA33AB" w:rsidRPr="000767E2" w:rsidRDefault="00000000">
      <w:pPr>
        <w:rPr>
          <w:lang w:val="sv-SE"/>
        </w:rPr>
      </w:pPr>
      <w:r w:rsidRPr="000767E2">
        <w:rPr>
          <w:lang w:val="sv-SE"/>
        </w:rPr>
        <w:t>[[@</w:t>
      </w:r>
      <w:r w:rsidR="0096445B" w:rsidRPr="000767E2">
        <w:rPr>
          <w:lang w:val="sv-SE"/>
        </w:rPr>
        <w:t>BibleBIBEL82</w:t>
      </w:r>
      <w:r w:rsidRPr="000767E2">
        <w:rPr>
          <w:lang w:val="sv-SE"/>
        </w:rPr>
        <w:t>:Acts 28:17]]</w:t>
      </w:r>
      <w:r w:rsidRPr="000767E2">
        <w:rPr>
          <w:vertAlign w:val="superscript"/>
          <w:lang w:val="sv-SE"/>
        </w:rPr>
        <w:t>17</w:t>
      </w:r>
      <w:r w:rsidRPr="000767E2">
        <w:rPr>
          <w:lang w:val="sv-SE"/>
        </w:rPr>
        <w:t xml:space="preserve"> {{field-on:bible}}Och det hände sig efter tre dagar att han sammankallade dem som bland judarna var främst, och när de kommit samman sade han till dem: ”Jag, män, bröder, har inget gjort emot folket eller fädernas seder, </w:t>
      </w:r>
      <w:r w:rsidRPr="000767E2">
        <w:rPr>
          <w:i/>
          <w:lang w:val="sv-SE"/>
        </w:rPr>
        <w:t>men</w:t>
      </w:r>
      <w:r w:rsidRPr="000767E2">
        <w:rPr>
          <w:lang w:val="sv-SE"/>
        </w:rPr>
        <w:t xml:space="preserve"> jag har </w:t>
      </w:r>
      <w:r w:rsidRPr="000767E2">
        <w:rPr>
          <w:i/>
          <w:lang w:val="sv-SE"/>
        </w:rPr>
        <w:t>som</w:t>
      </w:r>
      <w:r w:rsidRPr="000767E2">
        <w:rPr>
          <w:lang w:val="sv-SE"/>
        </w:rPr>
        <w:t xml:space="preserve"> fånge från Jerusalem utlämnats i romarnas händer.{{field-off:bible}} [[@</w:t>
      </w:r>
      <w:r w:rsidR="0096445B" w:rsidRPr="000767E2">
        <w:rPr>
          <w:lang w:val="sv-SE"/>
        </w:rPr>
        <w:t>BibleBIBEL82</w:t>
      </w:r>
      <w:r w:rsidRPr="000767E2">
        <w:rPr>
          <w:lang w:val="sv-SE"/>
        </w:rPr>
        <w:t>:Acts 28:18]]</w:t>
      </w:r>
      <w:r w:rsidRPr="000767E2">
        <w:rPr>
          <w:vertAlign w:val="superscript"/>
          <w:lang w:val="sv-SE"/>
        </w:rPr>
        <w:t>18</w:t>
      </w:r>
      <w:r w:rsidRPr="000767E2">
        <w:rPr>
          <w:lang w:val="sv-SE"/>
        </w:rPr>
        <w:t xml:space="preserve"> {{field-on:bible}}När de hade förhört mig önskade de frige, eftersom det inte finns någon sak </w:t>
      </w:r>
      <w:r w:rsidRPr="000767E2">
        <w:rPr>
          <w:i/>
          <w:lang w:val="sv-SE"/>
        </w:rPr>
        <w:t>värd</w:t>
      </w:r>
      <w:r w:rsidRPr="000767E2">
        <w:rPr>
          <w:lang w:val="sv-SE"/>
        </w:rPr>
        <w:t xml:space="preserve"> döden hos mig.{{field-off:bible}} [[@</w:t>
      </w:r>
      <w:r w:rsidR="0096445B" w:rsidRPr="000767E2">
        <w:rPr>
          <w:lang w:val="sv-SE"/>
        </w:rPr>
        <w:t>BibleBIBEL82</w:t>
      </w:r>
      <w:r w:rsidRPr="000767E2">
        <w:rPr>
          <w:lang w:val="sv-SE"/>
        </w:rPr>
        <w:t>:Acts 28:19]]</w:t>
      </w:r>
      <w:r w:rsidRPr="000767E2">
        <w:rPr>
          <w:vertAlign w:val="superscript"/>
          <w:lang w:val="sv-SE"/>
        </w:rPr>
        <w:t>19</w:t>
      </w:r>
      <w:r w:rsidRPr="000767E2">
        <w:rPr>
          <w:lang w:val="sv-SE"/>
        </w:rPr>
        <w:t xml:space="preserve"> {{field-on:bible}}Men när judarna sade emot, var jag nödgad att åkalla kejsaren, </w:t>
      </w:r>
      <w:r w:rsidRPr="000767E2">
        <w:rPr>
          <w:i/>
          <w:lang w:val="sv-SE"/>
        </w:rPr>
        <w:t>men</w:t>
      </w:r>
      <w:r w:rsidRPr="000767E2">
        <w:rPr>
          <w:lang w:val="sv-SE"/>
        </w:rPr>
        <w:t xml:space="preserve"> inte som </w:t>
      </w:r>
      <w:r w:rsidRPr="000767E2">
        <w:rPr>
          <w:i/>
          <w:lang w:val="sv-SE"/>
        </w:rPr>
        <w:t>att</w:t>
      </w:r>
      <w:r w:rsidRPr="000767E2">
        <w:rPr>
          <w:lang w:val="sv-SE"/>
        </w:rPr>
        <w:t xml:space="preserve"> jag har något att anklaga mitt folkslag för.{{field-off:bible}} [[@</w:t>
      </w:r>
      <w:r w:rsidR="0096445B" w:rsidRPr="000767E2">
        <w:rPr>
          <w:lang w:val="sv-SE"/>
        </w:rPr>
        <w:t>BibleBIBEL82</w:t>
      </w:r>
      <w:r w:rsidRPr="000767E2">
        <w:rPr>
          <w:lang w:val="sv-SE"/>
        </w:rPr>
        <w:t>:Acts 28:20]]</w:t>
      </w:r>
      <w:r w:rsidRPr="000767E2">
        <w:rPr>
          <w:vertAlign w:val="superscript"/>
          <w:lang w:val="sv-SE"/>
        </w:rPr>
        <w:t>20</w:t>
      </w:r>
      <w:r w:rsidRPr="000767E2">
        <w:rPr>
          <w:lang w:val="sv-SE"/>
        </w:rPr>
        <w:t xml:space="preserve"> {{field-on:bible}}Av denna orsak har jag alltså uppmanat </w:t>
      </w:r>
      <w:r w:rsidRPr="000767E2">
        <w:rPr>
          <w:i/>
          <w:lang w:val="sv-SE"/>
        </w:rPr>
        <w:t>till</w:t>
      </w:r>
      <w:r w:rsidRPr="000767E2">
        <w:rPr>
          <w:lang w:val="sv-SE"/>
        </w:rPr>
        <w:t xml:space="preserve"> att </w:t>
      </w:r>
      <w:r w:rsidRPr="000767E2">
        <w:rPr>
          <w:i/>
          <w:lang w:val="sv-SE"/>
        </w:rPr>
        <w:t>få</w:t>
      </w:r>
      <w:r w:rsidRPr="000767E2">
        <w:rPr>
          <w:lang w:val="sv-SE"/>
        </w:rPr>
        <w:t xml:space="preserve"> se er och tala till </w:t>
      </w:r>
      <w:r w:rsidRPr="000767E2">
        <w:rPr>
          <w:i/>
          <w:lang w:val="sv-SE"/>
        </w:rPr>
        <w:t>er</w:t>
      </w:r>
      <w:r w:rsidRPr="000767E2">
        <w:rPr>
          <w:lang w:val="sv-SE"/>
        </w:rPr>
        <w:t xml:space="preserve">. För </w:t>
      </w:r>
      <w:r w:rsidRPr="000767E2">
        <w:rPr>
          <w:i/>
          <w:lang w:val="sv-SE"/>
        </w:rPr>
        <w:t>det är</w:t>
      </w:r>
      <w:r w:rsidRPr="000767E2">
        <w:rPr>
          <w:lang w:val="sv-SE"/>
        </w:rPr>
        <w:t xml:space="preserve"> för Israels hopp jag omfattas av denna kedja.”{{field-off:bible}}</w:t>
      </w:r>
    </w:p>
    <w:p w14:paraId="5C97319F" w14:textId="4A0F189A" w:rsidR="00BA33AB" w:rsidRPr="000767E2" w:rsidRDefault="00000000">
      <w:pPr>
        <w:rPr>
          <w:lang w:val="sv-SE"/>
        </w:rPr>
      </w:pPr>
      <w:r w:rsidRPr="000767E2">
        <w:rPr>
          <w:lang w:val="sv-SE"/>
        </w:rPr>
        <w:t>[[@</w:t>
      </w:r>
      <w:r w:rsidR="0096445B" w:rsidRPr="000767E2">
        <w:rPr>
          <w:lang w:val="sv-SE"/>
        </w:rPr>
        <w:t>BibleBIBEL82</w:t>
      </w:r>
      <w:r w:rsidRPr="000767E2">
        <w:rPr>
          <w:lang w:val="sv-SE"/>
        </w:rPr>
        <w:t>:Acts 28:21]]</w:t>
      </w:r>
      <w:r w:rsidRPr="000767E2">
        <w:rPr>
          <w:vertAlign w:val="superscript"/>
          <w:lang w:val="sv-SE"/>
        </w:rPr>
        <w:t>21</w:t>
      </w:r>
      <w:r w:rsidRPr="000767E2">
        <w:rPr>
          <w:lang w:val="sv-SE"/>
        </w:rPr>
        <w:t xml:space="preserve"> {{field-on:bible}}Och de sade till honom: ”Vi har varken mottagit texter om dig från Judeen eller </w:t>
      </w:r>
      <w:r w:rsidRPr="000767E2">
        <w:rPr>
          <w:i/>
          <w:lang w:val="sv-SE"/>
        </w:rPr>
        <w:t>att</w:t>
      </w:r>
      <w:r w:rsidRPr="000767E2">
        <w:rPr>
          <w:lang w:val="sv-SE"/>
        </w:rPr>
        <w:t xml:space="preserve"> någon av bröderna kommit hit och berättat eller talat något ont om dig.{{field-off:bible}} [[@</w:t>
      </w:r>
      <w:r w:rsidR="0096445B" w:rsidRPr="000767E2">
        <w:rPr>
          <w:lang w:val="sv-SE"/>
        </w:rPr>
        <w:t>BibleBIBEL82</w:t>
      </w:r>
      <w:r w:rsidRPr="000767E2">
        <w:rPr>
          <w:lang w:val="sv-SE"/>
        </w:rPr>
        <w:t>:Acts 28:22]]</w:t>
      </w:r>
      <w:r w:rsidRPr="000767E2">
        <w:rPr>
          <w:vertAlign w:val="superscript"/>
          <w:lang w:val="sv-SE"/>
        </w:rPr>
        <w:t>22</w:t>
      </w:r>
      <w:r w:rsidRPr="000767E2">
        <w:rPr>
          <w:lang w:val="sv-SE"/>
        </w:rPr>
        <w:t xml:space="preserve"> {{field-on:bible}}Men vi anser det värt att från dig </w:t>
      </w:r>
      <w:r w:rsidRPr="000767E2">
        <w:rPr>
          <w:i/>
          <w:lang w:val="sv-SE"/>
        </w:rPr>
        <w:t>få</w:t>
      </w:r>
      <w:r w:rsidRPr="000767E2">
        <w:rPr>
          <w:lang w:val="sv-SE"/>
        </w:rPr>
        <w:t xml:space="preserve"> höra det du tänker. För om denna fraktion är det känt för oss att den överallt blir motsagd.”{{field-off:bible}}</w:t>
      </w:r>
    </w:p>
    <w:p w14:paraId="2F577EF3" w14:textId="69668A2F"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:Acts 28:23]]</w:t>
      </w:r>
      <w:r w:rsidRPr="000767E2">
        <w:rPr>
          <w:vertAlign w:val="superscript"/>
          <w:lang w:val="sv-SE"/>
        </w:rPr>
        <w:t>23</w:t>
      </w:r>
      <w:r w:rsidRPr="000767E2">
        <w:rPr>
          <w:lang w:val="sv-SE"/>
        </w:rPr>
        <w:t xml:space="preserve"> {{field-on:bible}}Och de ordnade för honom en dag och kom till honom i gästrummet, </w:t>
      </w:r>
      <w:r w:rsidRPr="000767E2">
        <w:rPr>
          <w:i/>
          <w:lang w:val="sv-SE"/>
        </w:rPr>
        <w:t>ännu</w:t>
      </w:r>
      <w:r w:rsidRPr="000767E2">
        <w:rPr>
          <w:lang w:val="sv-SE"/>
        </w:rPr>
        <w:t xml:space="preserve"> fler. För dem lade han ut och vittnade </w:t>
      </w:r>
      <w:r w:rsidRPr="000767E2">
        <w:rPr>
          <w:i/>
          <w:lang w:val="sv-SE"/>
        </w:rPr>
        <w:t>om</w:t>
      </w:r>
      <w:r w:rsidRPr="000767E2">
        <w:rPr>
          <w:lang w:val="sv-SE"/>
        </w:rPr>
        <w:t xml:space="preserve"> Guds rike och </w:t>
      </w:r>
      <w:r w:rsidRPr="000767E2">
        <w:rPr>
          <w:i/>
          <w:lang w:val="sv-SE"/>
        </w:rPr>
        <w:t>började</w:t>
      </w:r>
      <w:r w:rsidRPr="000767E2">
        <w:rPr>
          <w:lang w:val="sv-SE"/>
        </w:rPr>
        <w:t xml:space="preserve"> övertyga dem om Jesus från både Mose lag och profeterna, från morgon till afton.{{field-off:bible}} [[@</w:t>
      </w:r>
      <w:r w:rsidR="0096445B" w:rsidRPr="000767E2">
        <w:rPr>
          <w:lang w:val="sv-SE"/>
        </w:rPr>
        <w:t>BibleBIBEL82</w:t>
      </w:r>
      <w:r w:rsidRPr="000767E2">
        <w:rPr>
          <w:lang w:val="sv-SE"/>
        </w:rPr>
        <w:t>:Acts 28:24]]</w:t>
      </w:r>
      <w:r w:rsidRPr="000767E2">
        <w:rPr>
          <w:vertAlign w:val="superscript"/>
          <w:lang w:val="sv-SE"/>
        </w:rPr>
        <w:t>24</w:t>
      </w:r>
      <w:r w:rsidRPr="000767E2">
        <w:rPr>
          <w:lang w:val="sv-SE"/>
        </w:rPr>
        <w:t xml:space="preserve"> {{field-on:bible}}Och några blev övertygade av det som sades, men andra trodde inte.{{field-off:bible}} [[@</w:t>
      </w:r>
      <w:r w:rsidR="0096445B" w:rsidRPr="000767E2">
        <w:rPr>
          <w:lang w:val="sv-SE"/>
        </w:rPr>
        <w:t>BibleBIBEL82</w:t>
      </w:r>
      <w:r w:rsidRPr="000767E2">
        <w:rPr>
          <w:lang w:val="sv-SE"/>
        </w:rPr>
        <w:t>:Acts 28:25]]</w:t>
      </w:r>
      <w:r w:rsidRPr="000767E2">
        <w:rPr>
          <w:vertAlign w:val="superscript"/>
          <w:lang w:val="sv-SE"/>
        </w:rPr>
        <w:t>25</w:t>
      </w:r>
      <w:r w:rsidRPr="000767E2">
        <w:rPr>
          <w:lang w:val="sv-SE"/>
        </w:rPr>
        <w:t xml:space="preserve"> {{field-on:bible}}Och då de var oeniga med varandra, släppte de iväg sig själva efter att Paulus hade sagt ett </w:t>
      </w:r>
      <w:r w:rsidRPr="000767E2">
        <w:rPr>
          <w:i/>
          <w:lang w:val="sv-SE"/>
        </w:rPr>
        <w:t>enda</w:t>
      </w:r>
      <w:r w:rsidRPr="000767E2">
        <w:rPr>
          <w:lang w:val="sv-SE"/>
        </w:rPr>
        <w:t xml:space="preserve"> ord, att: ”Väl har den heliga Anden talat genom profeten Esaias till era fäder{{field-off:bible}} [[@</w:t>
      </w:r>
      <w:r w:rsidR="0096445B" w:rsidRPr="000767E2">
        <w:rPr>
          <w:lang w:val="sv-SE"/>
        </w:rPr>
        <w:t>BibleBIBEL82</w:t>
      </w:r>
      <w:r w:rsidRPr="000767E2">
        <w:rPr>
          <w:lang w:val="sv-SE"/>
        </w:rPr>
        <w:t>:Acts 28:26]]</w:t>
      </w:r>
      <w:r w:rsidRPr="000767E2">
        <w:rPr>
          <w:vertAlign w:val="superscript"/>
          <w:lang w:val="sv-SE"/>
        </w:rPr>
        <w:t>26</w:t>
      </w:r>
      <w:r w:rsidRPr="000767E2">
        <w:rPr>
          <w:lang w:val="sv-SE"/>
        </w:rPr>
        <w:t xml:space="preserve"> {{field-on:bible}}och sagt:{{field-off:bible}}</w:t>
      </w:r>
    </w:p>
    <w:p w14:paraId="4AADF01E" w14:textId="53FBCA45" w:rsidR="00BA33AB" w:rsidRPr="000767E2" w:rsidRDefault="00000000">
      <w:pPr>
        <w:rPr>
          <w:lang w:val="sv-SE"/>
        </w:rPr>
      </w:pPr>
      <w:r w:rsidRPr="000767E2">
        <w:rPr>
          <w:lang w:val="sv-SE"/>
        </w:rPr>
        <w:t>{{field-on:bible}}Gå till detta folk och säg:</w:t>
      </w:r>
      <w:r w:rsidRPr="000767E2">
        <w:rPr>
          <w:lang w:val="sv-SE"/>
        </w:rPr>
        <w:br/>
        <w:t>Ni ska hörande höra och aldrig förstå,</w:t>
      </w:r>
      <w:r w:rsidRPr="000767E2">
        <w:rPr>
          <w:lang w:val="sv-SE"/>
        </w:rPr>
        <w:br/>
        <w:t>och seende se och aldrig se,{{field-off:bible}}</w:t>
      </w:r>
      <w:r w:rsidRPr="000767E2">
        <w:rPr>
          <w:lang w:val="sv-SE"/>
        </w:rPr>
        <w:br/>
        <w:t>[[@</w:t>
      </w:r>
      <w:r w:rsidR="0096445B" w:rsidRPr="000767E2">
        <w:rPr>
          <w:lang w:val="sv-SE"/>
        </w:rPr>
        <w:t>BibleBIBEL82</w:t>
      </w:r>
      <w:r w:rsidRPr="000767E2">
        <w:rPr>
          <w:lang w:val="sv-SE"/>
        </w:rPr>
        <w:t>:Acts 28:27]]</w:t>
      </w:r>
      <w:r w:rsidRPr="000767E2">
        <w:rPr>
          <w:vertAlign w:val="superscript"/>
          <w:lang w:val="sv-SE"/>
        </w:rPr>
        <w:t>27</w:t>
      </w:r>
      <w:r w:rsidRPr="000767E2">
        <w:rPr>
          <w:lang w:val="sv-SE"/>
        </w:rPr>
        <w:t xml:space="preserve"> {{field-on:bible}}för detta folks hjärta har förstockats.</w:t>
      </w:r>
      <w:r w:rsidRPr="000767E2">
        <w:rPr>
          <w:lang w:val="sv-SE"/>
        </w:rPr>
        <w:br/>
        <w:t>Och med öronen hörde de svårligen</w:t>
      </w:r>
      <w:r w:rsidRPr="000767E2">
        <w:rPr>
          <w:lang w:val="sv-SE"/>
        </w:rPr>
        <w:br/>
        <w:t xml:space="preserve">och </w:t>
      </w:r>
      <w:r w:rsidRPr="000767E2">
        <w:rPr>
          <w:i/>
          <w:lang w:val="sv-SE"/>
        </w:rPr>
        <w:t>med</w:t>
      </w:r>
      <w:r w:rsidRPr="000767E2">
        <w:rPr>
          <w:lang w:val="sv-SE"/>
        </w:rPr>
        <w:t xml:space="preserve"> sina ögon blundade de,</w:t>
      </w:r>
      <w:r w:rsidRPr="000767E2">
        <w:rPr>
          <w:lang w:val="sv-SE"/>
        </w:rPr>
        <w:br/>
        <w:t>så att de inte ser med ögonen</w:t>
      </w:r>
      <w:r w:rsidRPr="000767E2">
        <w:rPr>
          <w:lang w:val="sv-SE"/>
        </w:rPr>
        <w:br/>
        <w:t>och med öronen hör och med hjärtat förstår</w:t>
      </w:r>
      <w:r w:rsidRPr="000767E2">
        <w:rPr>
          <w:lang w:val="sv-SE"/>
        </w:rPr>
        <w:br/>
        <w:t>och vänder om och jag ska hela dem.{{field-off:bible}}</w:t>
      </w:r>
    </w:p>
    <w:p w14:paraId="0DE17F73" w14:textId="6F0B3A64" w:rsidR="00BA33AB" w:rsidRPr="000767E2" w:rsidRDefault="00000000">
      <w:pPr>
        <w:rPr>
          <w:lang w:val="sv-SE"/>
        </w:rPr>
      </w:pPr>
      <w:r w:rsidRPr="000767E2">
        <w:rPr>
          <w:lang w:val="sv-SE"/>
        </w:rPr>
        <w:t>[[@</w:t>
      </w:r>
      <w:r w:rsidR="0096445B" w:rsidRPr="000767E2">
        <w:rPr>
          <w:lang w:val="sv-SE"/>
        </w:rPr>
        <w:t>BibleBIBEL82</w:t>
      </w:r>
      <w:r w:rsidRPr="000767E2">
        <w:rPr>
          <w:lang w:val="sv-SE"/>
        </w:rPr>
        <w:t>:Acts 28:28]]</w:t>
      </w:r>
      <w:r w:rsidRPr="000767E2">
        <w:rPr>
          <w:vertAlign w:val="superscript"/>
          <w:lang w:val="sv-SE"/>
        </w:rPr>
        <w:t>28</w:t>
      </w:r>
      <w:r w:rsidRPr="000767E2">
        <w:rPr>
          <w:lang w:val="sv-SE"/>
        </w:rPr>
        <w:t xml:space="preserve"> {{field-on:bible}}Det ska nu vara känt för er att till folkslagen är denna Guds frälsning sänd. De kommer också att lyssna.”{{field-off:bible}}</w:t>
      </w:r>
    </w:p>
    <w:p w14:paraId="1EE31C5F" w14:textId="73E54CDA" w:rsidR="00BA33AB" w:rsidRPr="000767E2" w:rsidRDefault="00000000">
      <w:pPr>
        <w:rPr>
          <w:lang w:val="sv-SE"/>
        </w:rPr>
      </w:pPr>
      <w:r w:rsidRPr="000767E2">
        <w:rPr>
          <w:lang w:val="sv-SE"/>
        </w:rPr>
        <w:t>[[@</w:t>
      </w:r>
      <w:r w:rsidR="0096445B" w:rsidRPr="000767E2">
        <w:rPr>
          <w:lang w:val="sv-SE"/>
        </w:rPr>
        <w:t>BibleBIBEL82</w:t>
      </w:r>
      <w:r w:rsidRPr="000767E2">
        <w:rPr>
          <w:lang w:val="sv-SE"/>
        </w:rPr>
        <w:t>:Acts 28:30]]</w:t>
      </w:r>
      <w:r w:rsidRPr="000767E2">
        <w:rPr>
          <w:vertAlign w:val="superscript"/>
          <w:lang w:val="sv-SE"/>
        </w:rPr>
        <w:t>30</w:t>
      </w:r>
      <w:r w:rsidRPr="000767E2">
        <w:rPr>
          <w:lang w:val="sv-SE"/>
        </w:rPr>
        <w:t xml:space="preserve"> {{field-on:bible}}Och han blev kvar två hela år i en egen hyrbostad och välkomnade alla som kom till honom,{{field-off:bible}} [[@</w:t>
      </w:r>
      <w:r w:rsidR="0096445B" w:rsidRPr="000767E2">
        <w:rPr>
          <w:lang w:val="sv-SE"/>
        </w:rPr>
        <w:t>BibleBIBEL82</w:t>
      </w:r>
      <w:r w:rsidRPr="000767E2">
        <w:rPr>
          <w:lang w:val="sv-SE"/>
        </w:rPr>
        <w:t>:Acts 28:31]]</w:t>
      </w:r>
      <w:r w:rsidRPr="000767E2">
        <w:rPr>
          <w:vertAlign w:val="superscript"/>
          <w:lang w:val="sv-SE"/>
        </w:rPr>
        <w:t>31</w:t>
      </w:r>
      <w:r w:rsidRPr="000767E2">
        <w:rPr>
          <w:lang w:val="sv-SE"/>
        </w:rPr>
        <w:t xml:space="preserve"> {{field-on:bible}}medan han förkunnade Guds rike och undervisade om det som rör Herren Jesus Kristus med all frimodighet obehindrat.{{field-off:bible}}</w:t>
      </w:r>
    </w:p>
    <w:p w14:paraId="09C427D4" w14:textId="3F61F88E"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:Rom]]Till romarna</w:t>
      </w:r>
    </w:p>
    <w:p w14:paraId="4538B626" w14:textId="2913694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1]]Kapitel 1</w:t>
      </w:r>
    </w:p>
    <w:p w14:paraId="2BB0AA3F" w14:textId="77777777" w:rsidR="00BA33AB" w:rsidRPr="000767E2" w:rsidRDefault="00000000">
      <w:pPr>
        <w:pStyle w:val="Rubrik3"/>
        <w:rPr>
          <w:lang w:val="sv-SE"/>
        </w:rPr>
      </w:pPr>
      <w:r w:rsidRPr="000767E2">
        <w:rPr>
          <w:lang w:val="sv-SE"/>
        </w:rPr>
        <w:t>Hälsning</w:t>
      </w:r>
    </w:p>
    <w:p w14:paraId="337FEF94" w14:textId="6EBD6399" w:rsidR="00BA33AB" w:rsidRPr="000767E2" w:rsidRDefault="00000000">
      <w:pPr>
        <w:rPr>
          <w:lang w:val="sv-SE"/>
        </w:rPr>
      </w:pPr>
      <w:r w:rsidRPr="000767E2">
        <w:rPr>
          <w:lang w:val="sv-SE"/>
        </w:rPr>
        <w:t>[[@</w:t>
      </w:r>
      <w:r w:rsidR="0096445B" w:rsidRPr="000767E2">
        <w:rPr>
          <w:lang w:val="sv-SE"/>
        </w:rPr>
        <w:t>BibleBIBEL82</w:t>
      </w:r>
      <w:r w:rsidRPr="000767E2">
        <w:rPr>
          <w:lang w:val="sv-SE"/>
        </w:rPr>
        <w:t>:Rom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Kristi Jesu fasttjänare, kallad </w:t>
      </w:r>
      <w:r w:rsidRPr="000767E2">
        <w:rPr>
          <w:i/>
          <w:lang w:val="sv-SE"/>
        </w:rPr>
        <w:t>till</w:t>
      </w:r>
      <w:r w:rsidRPr="000767E2">
        <w:rPr>
          <w:lang w:val="sv-SE"/>
        </w:rPr>
        <w:t xml:space="preserve"> apostel, avskild för Guds evangelium{{field-off:bible}} [[@</w:t>
      </w:r>
      <w:r w:rsidR="0096445B" w:rsidRPr="000767E2">
        <w:rPr>
          <w:lang w:val="sv-SE"/>
        </w:rPr>
        <w:t>BibleBIBEL82</w:t>
      </w:r>
      <w:r w:rsidRPr="000767E2">
        <w:rPr>
          <w:lang w:val="sv-SE"/>
        </w:rPr>
        <w:t>:Rom 1:2]]</w:t>
      </w:r>
      <w:r w:rsidRPr="000767E2">
        <w:rPr>
          <w:vertAlign w:val="superscript"/>
          <w:lang w:val="sv-SE"/>
        </w:rPr>
        <w:t>2</w:t>
      </w:r>
      <w:r w:rsidRPr="000767E2">
        <w:rPr>
          <w:lang w:val="sv-SE"/>
        </w:rPr>
        <w:t xml:space="preserve"> {{field-on:bible}}som han har förutlovat genom sina profeter i heliga Skrifter{{field-off:bible}} [[@</w:t>
      </w:r>
      <w:r w:rsidR="0096445B" w:rsidRPr="000767E2">
        <w:rPr>
          <w:lang w:val="sv-SE"/>
        </w:rPr>
        <w:t>BibleBIBEL82</w:t>
      </w:r>
      <w:r w:rsidRPr="000767E2">
        <w:rPr>
          <w:lang w:val="sv-SE"/>
        </w:rPr>
        <w:t>:Rom 1:3]]</w:t>
      </w:r>
      <w:r w:rsidRPr="000767E2">
        <w:rPr>
          <w:vertAlign w:val="superscript"/>
          <w:lang w:val="sv-SE"/>
        </w:rPr>
        <w:t>3</w:t>
      </w:r>
      <w:r w:rsidRPr="000767E2">
        <w:rPr>
          <w:lang w:val="sv-SE"/>
        </w:rPr>
        <w:t xml:space="preserve"> {{field-on:bible}}om sin Son – född av Davids säd efter köttet,{{field-off:bible}} [[@</w:t>
      </w:r>
      <w:r w:rsidR="0096445B" w:rsidRPr="000767E2">
        <w:rPr>
          <w:lang w:val="sv-SE"/>
        </w:rPr>
        <w:t>BibleBIBEL82</w:t>
      </w:r>
      <w:r w:rsidRPr="000767E2">
        <w:rPr>
          <w:lang w:val="sv-SE"/>
        </w:rPr>
        <w:t>:Rom 1:4]]</w:t>
      </w:r>
      <w:r w:rsidRPr="000767E2">
        <w:rPr>
          <w:vertAlign w:val="superscript"/>
          <w:lang w:val="sv-SE"/>
        </w:rPr>
        <w:t>4</w:t>
      </w:r>
      <w:r w:rsidRPr="000767E2">
        <w:rPr>
          <w:lang w:val="sv-SE"/>
        </w:rPr>
        <w:t xml:space="preserve"> {{field-on:bible}}bestämd </w:t>
      </w:r>
      <w:r w:rsidRPr="000767E2">
        <w:rPr>
          <w:i/>
          <w:lang w:val="sv-SE"/>
        </w:rPr>
        <w:t>som</w:t>
      </w:r>
      <w:r w:rsidRPr="000767E2">
        <w:rPr>
          <w:lang w:val="sv-SE"/>
        </w:rPr>
        <w:t xml:space="preserve"> Guds Son i kraft med helighets Ande efter uppståndelse från </w:t>
      </w:r>
      <w:r w:rsidRPr="000767E2">
        <w:rPr>
          <w:i/>
          <w:lang w:val="sv-SE"/>
        </w:rPr>
        <w:t>de</w:t>
      </w:r>
      <w:r w:rsidRPr="000767E2">
        <w:rPr>
          <w:lang w:val="sv-SE"/>
        </w:rPr>
        <w:t xml:space="preserve"> döda: Jesus Kristus vår Herre.{{field-off:bible}} [[@</w:t>
      </w:r>
      <w:r w:rsidR="0096445B" w:rsidRPr="000767E2">
        <w:rPr>
          <w:lang w:val="sv-SE"/>
        </w:rPr>
        <w:t>BibleBIBEL82</w:t>
      </w:r>
      <w:r w:rsidRPr="000767E2">
        <w:rPr>
          <w:lang w:val="sv-SE"/>
        </w:rPr>
        <w:t>:Rom 1:5]]</w:t>
      </w:r>
      <w:r w:rsidRPr="000767E2">
        <w:rPr>
          <w:vertAlign w:val="superscript"/>
          <w:lang w:val="sv-SE"/>
        </w:rPr>
        <w:t>5</w:t>
      </w:r>
      <w:r w:rsidRPr="000767E2">
        <w:rPr>
          <w:lang w:val="sv-SE"/>
        </w:rPr>
        <w:t xml:space="preserve"> {{field-on:bible}}Genom honom har vi fått nåd och apostolat för trons hörsamhet bland alla folkslagen för hans namns skull,{{field-off:bible}} [[@</w:t>
      </w:r>
      <w:r w:rsidR="0096445B" w:rsidRPr="000767E2">
        <w:rPr>
          <w:lang w:val="sv-SE"/>
        </w:rPr>
        <w:t>BibleBIBEL82</w:t>
      </w:r>
      <w:r w:rsidRPr="000767E2">
        <w:rPr>
          <w:lang w:val="sv-SE"/>
        </w:rPr>
        <w:t>:Rom 1:6]]</w:t>
      </w:r>
      <w:r w:rsidRPr="000767E2">
        <w:rPr>
          <w:vertAlign w:val="superscript"/>
          <w:lang w:val="sv-SE"/>
        </w:rPr>
        <w:t>6</w:t>
      </w:r>
      <w:r w:rsidRPr="000767E2">
        <w:rPr>
          <w:lang w:val="sv-SE"/>
        </w:rPr>
        <w:t xml:space="preserve"> {{field-on:bible}}bland vilka också ni är kallade av Jesus Kristus.{{field-off:bible}}</w:t>
      </w:r>
    </w:p>
    <w:p w14:paraId="4E16DF8D" w14:textId="6E8EA06C"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:Rom 1:7]]</w:t>
      </w:r>
      <w:r w:rsidRPr="000767E2">
        <w:rPr>
          <w:vertAlign w:val="superscript"/>
          <w:lang w:val="sv-SE"/>
        </w:rPr>
        <w:t>7</w:t>
      </w:r>
      <w:r w:rsidRPr="000767E2">
        <w:rPr>
          <w:lang w:val="sv-SE"/>
        </w:rPr>
        <w:t xml:space="preserve"> {{field-on:bible}}Till alla som i Rom är älskade av Gud, kallade, heliga: Nåd åt er och frid från Gud vår Far och Herren Jesus Kristus.{{field-off:bible}}</w:t>
      </w:r>
    </w:p>
    <w:p w14:paraId="5E8AF572" w14:textId="77777777" w:rsidR="00BA33AB" w:rsidRPr="000767E2" w:rsidRDefault="00000000">
      <w:pPr>
        <w:pStyle w:val="Rubrik3"/>
        <w:rPr>
          <w:lang w:val="sv-SE"/>
        </w:rPr>
      </w:pPr>
      <w:r w:rsidRPr="000767E2">
        <w:rPr>
          <w:lang w:val="sv-SE"/>
        </w:rPr>
        <w:t>Längtan att besöka Rom</w:t>
      </w:r>
    </w:p>
    <w:p w14:paraId="13F6EC5C" w14:textId="29EF3170" w:rsidR="00BA33AB" w:rsidRPr="000767E2" w:rsidRDefault="00000000">
      <w:pPr>
        <w:rPr>
          <w:lang w:val="sv-SE"/>
        </w:rPr>
      </w:pPr>
      <w:r w:rsidRPr="000767E2">
        <w:rPr>
          <w:lang w:val="sv-SE"/>
        </w:rPr>
        <w:t>[[@</w:t>
      </w:r>
      <w:r w:rsidR="0096445B" w:rsidRPr="000767E2">
        <w:rPr>
          <w:lang w:val="sv-SE"/>
        </w:rPr>
        <w:t>BibleBIBEL82</w:t>
      </w:r>
      <w:r w:rsidRPr="000767E2">
        <w:rPr>
          <w:lang w:val="sv-SE"/>
        </w:rPr>
        <w:t>:Rom 1:8]]</w:t>
      </w:r>
      <w:r w:rsidRPr="000767E2">
        <w:rPr>
          <w:vertAlign w:val="superscript"/>
          <w:lang w:val="sv-SE"/>
        </w:rPr>
        <w:t>8</w:t>
      </w:r>
      <w:r w:rsidRPr="000767E2">
        <w:rPr>
          <w:lang w:val="sv-SE"/>
        </w:rPr>
        <w:t xml:space="preserve"> {{field-on:bible}}Först tackar jag min Gud genom Jesus Kristus för er alla, för att er tro predikas i hela världen.{{field-off:bible}} [[@</w:t>
      </w:r>
      <w:r w:rsidR="0096445B" w:rsidRPr="000767E2">
        <w:rPr>
          <w:lang w:val="sv-SE"/>
        </w:rPr>
        <w:t>BibleBIBEL82</w:t>
      </w:r>
      <w:r w:rsidRPr="000767E2">
        <w:rPr>
          <w:lang w:val="sv-SE"/>
        </w:rPr>
        <w:t>:Rom 1:9]]</w:t>
      </w:r>
      <w:r w:rsidRPr="000767E2">
        <w:rPr>
          <w:vertAlign w:val="superscript"/>
          <w:lang w:val="sv-SE"/>
        </w:rPr>
        <w:t>9</w:t>
      </w:r>
      <w:r w:rsidRPr="000767E2">
        <w:rPr>
          <w:lang w:val="sv-SE"/>
        </w:rPr>
        <w:t xml:space="preserve"> {{field-on:bible}}För mitt vittne är Gud, som jag dyrkar i min ande med evangeliet om hans Son, hur jag oavbrutet gör er hågkomst{{field-off:bible}} [[@</w:t>
      </w:r>
      <w:r w:rsidR="0096445B" w:rsidRPr="000767E2">
        <w:rPr>
          <w:lang w:val="sv-SE"/>
        </w:rPr>
        <w:t>BibleBIBEL82</w:t>
      </w:r>
      <w:r w:rsidRPr="000767E2">
        <w:rPr>
          <w:lang w:val="sv-SE"/>
        </w:rPr>
        <w:t>:Rom 1:10]]</w:t>
      </w:r>
      <w:r w:rsidRPr="000767E2">
        <w:rPr>
          <w:vertAlign w:val="superscript"/>
          <w:lang w:val="sv-SE"/>
        </w:rPr>
        <w:t>10</w:t>
      </w:r>
      <w:r w:rsidRPr="000767E2">
        <w:rPr>
          <w:lang w:val="sv-SE"/>
        </w:rPr>
        <w:t xml:space="preserve"> {{field-on:bible}}och alltid vid mina böner bönfaller om jag möjligen nu en gång ska få välgång med Guds vilja att komma till er.{{field-off:bible}} [[@</w:t>
      </w:r>
      <w:r w:rsidR="0096445B" w:rsidRPr="000767E2">
        <w:rPr>
          <w:lang w:val="sv-SE"/>
        </w:rPr>
        <w:t>BibleBIBEL82</w:t>
      </w:r>
      <w:r w:rsidRPr="000767E2">
        <w:rPr>
          <w:lang w:val="sv-SE"/>
        </w:rPr>
        <w:t>:Rom 1:11]]</w:t>
      </w:r>
      <w:r w:rsidRPr="000767E2">
        <w:rPr>
          <w:vertAlign w:val="superscript"/>
          <w:lang w:val="sv-SE"/>
        </w:rPr>
        <w:t>11</w:t>
      </w:r>
      <w:r w:rsidRPr="000767E2">
        <w:rPr>
          <w:lang w:val="sv-SE"/>
        </w:rPr>
        <w:t xml:space="preserve"> {{field-on:bible}}För jag längtar att </w:t>
      </w:r>
      <w:r w:rsidRPr="000767E2">
        <w:rPr>
          <w:i/>
          <w:lang w:val="sv-SE"/>
        </w:rPr>
        <w:t>få</w:t>
      </w:r>
      <w:r w:rsidRPr="000767E2">
        <w:rPr>
          <w:lang w:val="sv-SE"/>
        </w:rPr>
        <w:t xml:space="preserve"> se er, för att dela med mig av någon andlig nådegåva åt er för att stärka er –{{field-off:bible}} [[@</w:t>
      </w:r>
      <w:r w:rsidR="0096445B" w:rsidRPr="000767E2">
        <w:rPr>
          <w:lang w:val="sv-SE"/>
        </w:rPr>
        <w:t>BibleBIBEL82</w:t>
      </w:r>
      <w:r w:rsidRPr="000767E2">
        <w:rPr>
          <w:lang w:val="sv-SE"/>
        </w:rPr>
        <w:t>:Rom 1:12]]</w:t>
      </w:r>
      <w:r w:rsidRPr="000767E2">
        <w:rPr>
          <w:vertAlign w:val="superscript"/>
          <w:lang w:val="sv-SE"/>
        </w:rPr>
        <w:t>12</w:t>
      </w:r>
      <w:r w:rsidRPr="000767E2">
        <w:rPr>
          <w:lang w:val="sv-SE"/>
        </w:rPr>
        <w:t xml:space="preserve"> {{field-on:bible}}och det </w:t>
      </w:r>
      <w:r w:rsidRPr="000767E2">
        <w:rPr>
          <w:i/>
          <w:lang w:val="sv-SE"/>
        </w:rPr>
        <w:t>vill säga</w:t>
      </w:r>
      <w:r w:rsidRPr="000767E2">
        <w:rPr>
          <w:lang w:val="sv-SE"/>
        </w:rPr>
        <w:t xml:space="preserve"> att uppmuntras tillsammans hos er genom tron hos varandra, både er och min.{{field-off:bible}}</w:t>
      </w:r>
    </w:p>
    <w:p w14:paraId="02D64604" w14:textId="316A0351" w:rsidR="00BA33AB" w:rsidRPr="000767E2" w:rsidRDefault="00000000">
      <w:pPr>
        <w:rPr>
          <w:lang w:val="sv-SE"/>
        </w:rPr>
      </w:pPr>
      <w:r w:rsidRPr="000767E2">
        <w:rPr>
          <w:lang w:val="sv-SE"/>
        </w:rPr>
        <w:t>[[@</w:t>
      </w:r>
      <w:r w:rsidR="0096445B" w:rsidRPr="000767E2">
        <w:rPr>
          <w:lang w:val="sv-SE"/>
        </w:rPr>
        <w:t>BibleBIBEL82</w:t>
      </w:r>
      <w:r w:rsidRPr="000767E2">
        <w:rPr>
          <w:lang w:val="sv-SE"/>
        </w:rPr>
        <w:t>:Rom 1:13]]</w:t>
      </w:r>
      <w:r w:rsidRPr="000767E2">
        <w:rPr>
          <w:vertAlign w:val="superscript"/>
          <w:lang w:val="sv-SE"/>
        </w:rPr>
        <w:t>13</w:t>
      </w:r>
      <w:r w:rsidRPr="000767E2">
        <w:rPr>
          <w:lang w:val="sv-SE"/>
        </w:rPr>
        <w:t xml:space="preserve"> {{field-on:bible}}Men jag vill inte att ni ska vara ovetande, syskon, att jag många gånger har föresatt mig att komma till er – och blivit hindrad ända till nu – för att ha någon frukt även bland er, liksom också bland de övriga folkslagen.{{field-off:bible}} [[@</w:t>
      </w:r>
      <w:r w:rsidR="0096445B" w:rsidRPr="000767E2">
        <w:rPr>
          <w:lang w:val="sv-SE"/>
        </w:rPr>
        <w:t>BibleBIBEL82</w:t>
      </w:r>
      <w:r w:rsidRPr="000767E2">
        <w:rPr>
          <w:lang w:val="sv-SE"/>
        </w:rPr>
        <w:t>:Rom 1:14]]</w:t>
      </w:r>
      <w:r w:rsidRPr="000767E2">
        <w:rPr>
          <w:vertAlign w:val="superscript"/>
          <w:lang w:val="sv-SE"/>
        </w:rPr>
        <w:t>14</w:t>
      </w:r>
      <w:r w:rsidRPr="000767E2">
        <w:rPr>
          <w:lang w:val="sv-SE"/>
        </w:rPr>
        <w:t xml:space="preserve"> {{field-on:bible}}Gentemot både greker och barbarer, både visa och oförnuftiga är jag förpliktad.{{field-off:bible}} [[@</w:t>
      </w:r>
      <w:r w:rsidR="0096445B" w:rsidRPr="000767E2">
        <w:rPr>
          <w:lang w:val="sv-SE"/>
        </w:rPr>
        <w:t>BibleBIBEL82</w:t>
      </w:r>
      <w:r w:rsidRPr="000767E2">
        <w:rPr>
          <w:lang w:val="sv-SE"/>
        </w:rPr>
        <w:t>:Rom 1:15]]</w:t>
      </w:r>
      <w:r w:rsidRPr="000767E2">
        <w:rPr>
          <w:vertAlign w:val="superscript"/>
          <w:lang w:val="sv-SE"/>
        </w:rPr>
        <w:t>15</w:t>
      </w:r>
      <w:r w:rsidRPr="000767E2">
        <w:rPr>
          <w:lang w:val="sv-SE"/>
        </w:rPr>
        <w:t xml:space="preserve"> {{field-on:bible}}Så </w:t>
      </w:r>
      <w:r w:rsidRPr="000767E2">
        <w:rPr>
          <w:i/>
          <w:lang w:val="sv-SE"/>
        </w:rPr>
        <w:t>är</w:t>
      </w:r>
      <w:r w:rsidRPr="000767E2">
        <w:rPr>
          <w:lang w:val="sv-SE"/>
        </w:rPr>
        <w:t xml:space="preserve"> hos mig föresatsen att evangelisera även för er i Rom.{{field-off:bible}}</w:t>
      </w:r>
    </w:p>
    <w:p w14:paraId="7148AA98" w14:textId="77777777" w:rsidR="00BA33AB" w:rsidRPr="000767E2" w:rsidRDefault="00000000">
      <w:pPr>
        <w:pStyle w:val="Rubrik3"/>
        <w:rPr>
          <w:lang w:val="sv-SE"/>
        </w:rPr>
      </w:pPr>
      <w:r w:rsidRPr="000767E2">
        <w:rPr>
          <w:lang w:val="sv-SE"/>
        </w:rPr>
        <w:t>Den rättfärdige av tro ska leva</w:t>
      </w:r>
    </w:p>
    <w:p w14:paraId="0BC56A55" w14:textId="6AA68430" w:rsidR="00BA33AB" w:rsidRPr="000767E2" w:rsidRDefault="00000000">
      <w:pPr>
        <w:rPr>
          <w:lang w:val="sv-SE"/>
        </w:rPr>
      </w:pPr>
      <w:r w:rsidRPr="000767E2">
        <w:rPr>
          <w:lang w:val="sv-SE"/>
        </w:rPr>
        <w:t>[[@</w:t>
      </w:r>
      <w:r w:rsidR="0096445B" w:rsidRPr="000767E2">
        <w:rPr>
          <w:lang w:val="sv-SE"/>
        </w:rPr>
        <w:t>BibleBIBEL82</w:t>
      </w:r>
      <w:r w:rsidRPr="000767E2">
        <w:rPr>
          <w:lang w:val="sv-SE"/>
        </w:rPr>
        <w:t>:Rom 1:16]]</w:t>
      </w:r>
      <w:r w:rsidRPr="000767E2">
        <w:rPr>
          <w:vertAlign w:val="superscript"/>
          <w:lang w:val="sv-SE"/>
        </w:rPr>
        <w:t>16</w:t>
      </w:r>
      <w:r w:rsidRPr="000767E2">
        <w:rPr>
          <w:lang w:val="sv-SE"/>
        </w:rPr>
        <w:t xml:space="preserve"> {{field-on:bible}}För jag skäms inte för evangeliet, för det är Guds kraft till frälsning för var och en som tror, juden först och även greken.{{field-off:bible}} [[@</w:t>
      </w:r>
      <w:r w:rsidR="0096445B" w:rsidRPr="000767E2">
        <w:rPr>
          <w:lang w:val="sv-SE"/>
        </w:rPr>
        <w:t>BibleBIBEL82</w:t>
      </w:r>
      <w:r w:rsidRPr="000767E2">
        <w:rPr>
          <w:lang w:val="sv-SE"/>
        </w:rPr>
        <w:t>:Rom 1:17]]</w:t>
      </w:r>
      <w:r w:rsidRPr="000767E2">
        <w:rPr>
          <w:vertAlign w:val="superscript"/>
          <w:lang w:val="sv-SE"/>
        </w:rPr>
        <w:t>17</w:t>
      </w:r>
      <w:r w:rsidRPr="000767E2">
        <w:rPr>
          <w:lang w:val="sv-SE"/>
        </w:rPr>
        <w:t xml:space="preserve"> {{field-on:bible}}För Guds rättfärdighet uppenbaras i det, av tro till tro, så som det är skrivet: Men den rättfärdige av tro ska leva.{{field-off:bible}}</w:t>
      </w:r>
    </w:p>
    <w:p w14:paraId="2F8CF2A8" w14:textId="77777777" w:rsidR="00BA33AB" w:rsidRPr="000767E2" w:rsidRDefault="00000000">
      <w:pPr>
        <w:pStyle w:val="Rubrik3"/>
        <w:rPr>
          <w:lang w:val="sv-SE"/>
        </w:rPr>
      </w:pPr>
      <w:r w:rsidRPr="000767E2">
        <w:rPr>
          <w:lang w:val="sv-SE"/>
        </w:rPr>
        <w:t>Guds vrede över orätten</w:t>
      </w:r>
    </w:p>
    <w:p w14:paraId="4D45DE36" w14:textId="34837B0B" w:rsidR="00BA33AB" w:rsidRPr="000767E2" w:rsidRDefault="00000000">
      <w:pPr>
        <w:rPr>
          <w:lang w:val="sv-SE"/>
        </w:rPr>
      </w:pPr>
      <w:r w:rsidRPr="000767E2">
        <w:rPr>
          <w:lang w:val="sv-SE"/>
        </w:rPr>
        <w:t>[[@</w:t>
      </w:r>
      <w:r w:rsidR="0096445B" w:rsidRPr="000767E2">
        <w:rPr>
          <w:lang w:val="sv-SE"/>
        </w:rPr>
        <w:t>BibleBIBEL82</w:t>
      </w:r>
      <w:r w:rsidRPr="000767E2">
        <w:rPr>
          <w:lang w:val="sv-SE"/>
        </w:rPr>
        <w:t>:Rom 1:18]]</w:t>
      </w:r>
      <w:r w:rsidRPr="000767E2">
        <w:rPr>
          <w:vertAlign w:val="superscript"/>
          <w:lang w:val="sv-SE"/>
        </w:rPr>
        <w:t>18</w:t>
      </w:r>
      <w:r w:rsidRPr="000767E2">
        <w:rPr>
          <w:lang w:val="sv-SE"/>
        </w:rPr>
        <w:t xml:space="preserve"> {{field-on:bible}}För Guds vrede uppenbaras från himlen över all ogudaktighet och orätt hos människor som håller tillbaka sanningen i orätt,{{field-off:bible}} [[@</w:t>
      </w:r>
      <w:r w:rsidR="0096445B" w:rsidRPr="000767E2">
        <w:rPr>
          <w:lang w:val="sv-SE"/>
        </w:rPr>
        <w:t>BibleBIBEL82</w:t>
      </w:r>
      <w:r w:rsidRPr="000767E2">
        <w:rPr>
          <w:lang w:val="sv-SE"/>
        </w:rPr>
        <w:t>:Rom 1:19]]</w:t>
      </w:r>
      <w:r w:rsidRPr="000767E2">
        <w:rPr>
          <w:vertAlign w:val="superscript"/>
          <w:lang w:val="sv-SE"/>
        </w:rPr>
        <w:t>19</w:t>
      </w:r>
      <w:r w:rsidRPr="000767E2">
        <w:rPr>
          <w:lang w:val="sv-SE"/>
        </w:rPr>
        <w:t xml:space="preserve"> {{field-on:bible}}eftersom det </w:t>
      </w:r>
      <w:r w:rsidRPr="000767E2">
        <w:rPr>
          <w:i/>
          <w:lang w:val="sv-SE"/>
        </w:rPr>
        <w:t>som är</w:t>
      </w:r>
      <w:r w:rsidRPr="000767E2">
        <w:rPr>
          <w:lang w:val="sv-SE"/>
        </w:rPr>
        <w:t xml:space="preserve"> känt om Gud är uppenbart bland dem. Gud har ju visat </w:t>
      </w:r>
      <w:r w:rsidRPr="000767E2">
        <w:rPr>
          <w:i/>
          <w:lang w:val="sv-SE"/>
        </w:rPr>
        <w:t>det</w:t>
      </w:r>
      <w:r w:rsidRPr="000767E2">
        <w:rPr>
          <w:lang w:val="sv-SE"/>
        </w:rPr>
        <w:t xml:space="preserve"> för dem.{{field-off:bible}} [[@</w:t>
      </w:r>
      <w:r w:rsidR="0096445B" w:rsidRPr="000767E2">
        <w:rPr>
          <w:lang w:val="sv-SE"/>
        </w:rPr>
        <w:t>BibleBIBEL82</w:t>
      </w:r>
      <w:r w:rsidRPr="000767E2">
        <w:rPr>
          <w:lang w:val="sv-SE"/>
        </w:rPr>
        <w:t>:Rom 1:20]]</w:t>
      </w:r>
      <w:r w:rsidRPr="000767E2">
        <w:rPr>
          <w:vertAlign w:val="superscript"/>
          <w:lang w:val="sv-SE"/>
        </w:rPr>
        <w:t>20</w:t>
      </w:r>
      <w:r w:rsidRPr="000767E2">
        <w:rPr>
          <w:lang w:val="sv-SE"/>
        </w:rPr>
        <w:t xml:space="preserve"> {{field-on:bible}}För det osynliga hos honom </w:t>
      </w:r>
      <w:r w:rsidRPr="000767E2">
        <w:rPr>
          <w:i/>
          <w:lang w:val="sv-SE"/>
        </w:rPr>
        <w:t>kan</w:t>
      </w:r>
      <w:r w:rsidRPr="000767E2">
        <w:rPr>
          <w:lang w:val="sv-SE"/>
        </w:rPr>
        <w:t xml:space="preserve"> från världens skapelse genom alstren fattas och tydligt ses, hans eviga makt och gudomlighet, så att de är oursäktliga.{{field-off:bible}}</w:t>
      </w:r>
    </w:p>
    <w:p w14:paraId="0C6AACE4" w14:textId="31E3AE90" w:rsidR="00BA33AB" w:rsidRPr="000767E2" w:rsidRDefault="00000000">
      <w:pPr>
        <w:rPr>
          <w:lang w:val="sv-SE"/>
        </w:rPr>
      </w:pPr>
      <w:r w:rsidRPr="000767E2">
        <w:rPr>
          <w:lang w:val="sv-SE"/>
        </w:rPr>
        <w:t>[[@</w:t>
      </w:r>
      <w:r w:rsidR="0096445B" w:rsidRPr="000767E2">
        <w:rPr>
          <w:lang w:val="sv-SE"/>
        </w:rPr>
        <w:t>BibleBIBEL82</w:t>
      </w:r>
      <w:r w:rsidRPr="000767E2">
        <w:rPr>
          <w:lang w:val="sv-SE"/>
        </w:rPr>
        <w:t>:Rom 1:21]]</w:t>
      </w:r>
      <w:r w:rsidRPr="000767E2">
        <w:rPr>
          <w:vertAlign w:val="superscript"/>
          <w:lang w:val="sv-SE"/>
        </w:rPr>
        <w:t>21</w:t>
      </w:r>
      <w:r w:rsidRPr="000767E2">
        <w:rPr>
          <w:lang w:val="sv-SE"/>
        </w:rPr>
        <w:t xml:space="preserve"> {{field-on:bible}}För </w:t>
      </w:r>
      <w:r w:rsidRPr="000767E2">
        <w:rPr>
          <w:i/>
          <w:lang w:val="sv-SE"/>
        </w:rPr>
        <w:t>fastän</w:t>
      </w:r>
      <w:r w:rsidRPr="000767E2">
        <w:rPr>
          <w:lang w:val="sv-SE"/>
        </w:rPr>
        <w:t xml:space="preserve"> de kände Gud, ärade de </w:t>
      </w:r>
      <w:r w:rsidRPr="000767E2">
        <w:rPr>
          <w:i/>
          <w:lang w:val="sv-SE"/>
        </w:rPr>
        <w:t>honom</w:t>
      </w:r>
      <w:r w:rsidRPr="000767E2">
        <w:rPr>
          <w:lang w:val="sv-SE"/>
        </w:rPr>
        <w:t xml:space="preserve"> inte som Gud eller tackade, utan blev fåfängliga i sina funderingar och deras oförståndiga hjärta förmörkades.{{field-off:bible}} [[@</w:t>
      </w:r>
      <w:r w:rsidR="0096445B" w:rsidRPr="000767E2">
        <w:rPr>
          <w:lang w:val="sv-SE"/>
        </w:rPr>
        <w:t>BibleBIBEL82</w:t>
      </w:r>
      <w:r w:rsidRPr="000767E2">
        <w:rPr>
          <w:lang w:val="sv-SE"/>
        </w:rPr>
        <w:t>:Rom 1:22]]</w:t>
      </w:r>
      <w:r w:rsidRPr="000767E2">
        <w:rPr>
          <w:vertAlign w:val="superscript"/>
          <w:lang w:val="sv-SE"/>
        </w:rPr>
        <w:t>22</w:t>
      </w:r>
      <w:r w:rsidRPr="000767E2">
        <w:rPr>
          <w:lang w:val="sv-SE"/>
        </w:rPr>
        <w:t xml:space="preserve"> {{field-on:bible}}De påstod sig vara visa, </w:t>
      </w:r>
      <w:r w:rsidRPr="000767E2">
        <w:rPr>
          <w:i/>
          <w:lang w:val="sv-SE"/>
        </w:rPr>
        <w:t>men</w:t>
      </w:r>
      <w:r w:rsidRPr="000767E2">
        <w:rPr>
          <w:lang w:val="sv-SE"/>
        </w:rPr>
        <w:t xml:space="preserve"> de dårades{{field-off:bible}} [[@</w:t>
      </w:r>
      <w:r w:rsidR="0096445B" w:rsidRPr="000767E2">
        <w:rPr>
          <w:lang w:val="sv-SE"/>
        </w:rPr>
        <w:t>BibleBIBEL82</w:t>
      </w:r>
      <w:r w:rsidRPr="000767E2">
        <w:rPr>
          <w:lang w:val="sv-SE"/>
        </w:rPr>
        <w:t>:Rom 1:23]]</w:t>
      </w:r>
      <w:r w:rsidRPr="000767E2">
        <w:rPr>
          <w:vertAlign w:val="superscript"/>
          <w:lang w:val="sv-SE"/>
        </w:rPr>
        <w:t>23</w:t>
      </w:r>
      <w:r w:rsidRPr="000767E2">
        <w:rPr>
          <w:lang w:val="sv-SE"/>
        </w:rPr>
        <w:t xml:space="preserve"> {{field-on:bible}}och bytte den oförgänglige Gudens härlighet mot en likhet i en bild av förgänglig människa och av fåglar och fyrfotadjur och kräldjur.{{field-off:bible}} [[@</w:t>
      </w:r>
      <w:r w:rsidR="0096445B" w:rsidRPr="000767E2">
        <w:rPr>
          <w:lang w:val="sv-SE"/>
        </w:rPr>
        <w:t>BibleBIBEL82</w:t>
      </w:r>
      <w:r w:rsidRPr="000767E2">
        <w:rPr>
          <w:lang w:val="sv-SE"/>
        </w:rPr>
        <w:t>:Rom 1:24]]</w:t>
      </w:r>
      <w:r w:rsidRPr="000767E2">
        <w:rPr>
          <w:vertAlign w:val="superscript"/>
          <w:lang w:val="sv-SE"/>
        </w:rPr>
        <w:t>24</w:t>
      </w:r>
      <w:r w:rsidRPr="000767E2">
        <w:rPr>
          <w:lang w:val="sv-SE"/>
        </w:rPr>
        <w:t xml:space="preserve"> {{field-on:bible}}Därför utlämnade Gud dem i deras hjärtans begär åt orenhet, till att vanhedra sina kroppar bland sig.{{field-off:bible}} [[@</w:t>
      </w:r>
      <w:r w:rsidR="0096445B" w:rsidRPr="000767E2">
        <w:rPr>
          <w:lang w:val="sv-SE"/>
        </w:rPr>
        <w:t>BibleBIBEL82</w:t>
      </w:r>
      <w:r w:rsidRPr="000767E2">
        <w:rPr>
          <w:lang w:val="sv-SE"/>
        </w:rPr>
        <w:t>:Rom 1:25]]</w:t>
      </w:r>
      <w:r w:rsidRPr="000767E2">
        <w:rPr>
          <w:vertAlign w:val="superscript"/>
          <w:lang w:val="sv-SE"/>
        </w:rPr>
        <w:t>25</w:t>
      </w:r>
      <w:r w:rsidRPr="000767E2">
        <w:rPr>
          <w:lang w:val="sv-SE"/>
        </w:rPr>
        <w:t xml:space="preserve"> {{field-</w:t>
      </w:r>
      <w:r w:rsidRPr="000767E2">
        <w:rPr>
          <w:lang w:val="sv-SE"/>
        </w:rPr>
        <w:lastRenderedPageBreak/>
        <w:t>on:bible}}De förbytte Guds sanning mot lögnen och vördade och dyrkade skapelsen mer än honom som har skapat, som är välsignad till eonerna. Amen.{{field-off:bible}}</w:t>
      </w:r>
    </w:p>
    <w:p w14:paraId="73775030" w14:textId="05C16116" w:rsidR="00BA33AB" w:rsidRPr="000767E2" w:rsidRDefault="00000000">
      <w:pPr>
        <w:rPr>
          <w:lang w:val="sv-SE"/>
        </w:rPr>
      </w:pPr>
      <w:r w:rsidRPr="000767E2">
        <w:rPr>
          <w:lang w:val="sv-SE"/>
        </w:rPr>
        <w:t>[[@</w:t>
      </w:r>
      <w:r w:rsidR="0096445B" w:rsidRPr="000767E2">
        <w:rPr>
          <w:lang w:val="sv-SE"/>
        </w:rPr>
        <w:t>BibleBIBEL82</w:t>
      </w:r>
      <w:r w:rsidRPr="000767E2">
        <w:rPr>
          <w:lang w:val="sv-SE"/>
        </w:rPr>
        <w:t>:Rom 1:26]]</w:t>
      </w:r>
      <w:r w:rsidRPr="000767E2">
        <w:rPr>
          <w:vertAlign w:val="superscript"/>
          <w:lang w:val="sv-SE"/>
        </w:rPr>
        <w:t>26</w:t>
      </w:r>
      <w:r w:rsidRPr="000767E2">
        <w:rPr>
          <w:lang w:val="sv-SE"/>
        </w:rPr>
        <w:t xml:space="preserve"> {{field-on:bible}}Därför utlämnade Gud dem åt lidelser av oheder. För både deras kvinnor förbytte det naturliga bruket till det </w:t>
      </w:r>
      <w:r w:rsidRPr="000767E2">
        <w:rPr>
          <w:i/>
          <w:lang w:val="sv-SE"/>
        </w:rPr>
        <w:t>som är</w:t>
      </w:r>
      <w:r w:rsidRPr="000767E2">
        <w:rPr>
          <w:lang w:val="sv-SE"/>
        </w:rPr>
        <w:t xml:space="preserve"> mot naturen,{{field-off:bible}} [[@</w:t>
      </w:r>
      <w:r w:rsidR="0096445B" w:rsidRPr="000767E2">
        <w:rPr>
          <w:lang w:val="sv-SE"/>
        </w:rPr>
        <w:t>BibleBIBEL82</w:t>
      </w:r>
      <w:r w:rsidRPr="000767E2">
        <w:rPr>
          <w:lang w:val="sv-SE"/>
        </w:rPr>
        <w:t>:Rom 1:27]]</w:t>
      </w:r>
      <w:r w:rsidRPr="000767E2">
        <w:rPr>
          <w:vertAlign w:val="superscript"/>
          <w:lang w:val="sv-SE"/>
        </w:rPr>
        <w:t>27</w:t>
      </w:r>
      <w:r w:rsidRPr="000767E2">
        <w:rPr>
          <w:lang w:val="sv-SE"/>
        </w:rPr>
        <w:t xml:space="preserve"> {{field-on:bible}}och likaså även männen: de lämnade det naturliga bruket med kvinnan och upptändes i sin traktan efter varandra, när män med män utförde oanständigheten och i sig själva erhöll den motlön som måste </w:t>
      </w:r>
      <w:r w:rsidRPr="000767E2">
        <w:rPr>
          <w:i/>
          <w:lang w:val="sv-SE"/>
        </w:rPr>
        <w:t>komma</w:t>
      </w:r>
      <w:r w:rsidRPr="000767E2">
        <w:rPr>
          <w:lang w:val="sv-SE"/>
        </w:rPr>
        <w:t xml:space="preserve"> för deras villfarelse.{{field-off:bible}}</w:t>
      </w:r>
    </w:p>
    <w:p w14:paraId="434C2578" w14:textId="26ED82BB" w:rsidR="00BA33AB" w:rsidRPr="000767E2" w:rsidRDefault="00000000">
      <w:pPr>
        <w:rPr>
          <w:lang w:val="sv-SE"/>
        </w:rPr>
      </w:pPr>
      <w:r w:rsidRPr="000767E2">
        <w:rPr>
          <w:lang w:val="sv-SE"/>
        </w:rPr>
        <w:t>[[@</w:t>
      </w:r>
      <w:r w:rsidR="0096445B" w:rsidRPr="000767E2">
        <w:rPr>
          <w:lang w:val="sv-SE"/>
        </w:rPr>
        <w:t>BibleBIBEL82</w:t>
      </w:r>
      <w:r w:rsidRPr="000767E2">
        <w:rPr>
          <w:lang w:val="sv-SE"/>
        </w:rPr>
        <w:t>:Rom 1:28]]</w:t>
      </w:r>
      <w:r w:rsidRPr="000767E2">
        <w:rPr>
          <w:vertAlign w:val="superscript"/>
          <w:lang w:val="sv-SE"/>
        </w:rPr>
        <w:t>28</w:t>
      </w:r>
      <w:r w:rsidRPr="000767E2">
        <w:rPr>
          <w:lang w:val="sv-SE"/>
        </w:rPr>
        <w:t xml:space="preserve"> {{field-on:bible}}Och liksom de inte godkände att omfatta Gud i insikt utlämnade Gud dem åt ett odugligt sinne, att göra det som inte passar sig,{{field-off:bible}} [[@</w:t>
      </w:r>
      <w:r w:rsidR="0096445B" w:rsidRPr="000767E2">
        <w:rPr>
          <w:lang w:val="sv-SE"/>
        </w:rPr>
        <w:t>BibleBIBEL82</w:t>
      </w:r>
      <w:r w:rsidRPr="000767E2">
        <w:rPr>
          <w:lang w:val="sv-SE"/>
        </w:rPr>
        <w:t>:Rom 1:29]]</w:t>
      </w:r>
      <w:r w:rsidRPr="000767E2">
        <w:rPr>
          <w:vertAlign w:val="superscript"/>
          <w:lang w:val="sv-SE"/>
        </w:rPr>
        <w:t>29</w:t>
      </w:r>
      <w:r w:rsidRPr="000767E2">
        <w:rPr>
          <w:lang w:val="sv-SE"/>
        </w:rPr>
        <w:t xml:space="preserve"> {{field-on:bible}}uppfyllda av all orätt, elakhet, girighet, ondska. Fulla av avund, mord, osämja, svek, illvilja. Viskare,{{field-off:bible}} [[@</w:t>
      </w:r>
      <w:r w:rsidR="0096445B" w:rsidRPr="000767E2">
        <w:rPr>
          <w:lang w:val="sv-SE"/>
        </w:rPr>
        <w:t>BibleBIBEL82</w:t>
      </w:r>
      <w:r w:rsidRPr="000767E2">
        <w:rPr>
          <w:lang w:val="sv-SE"/>
        </w:rPr>
        <w:t>:Rom 1:30]]</w:t>
      </w:r>
      <w:r w:rsidRPr="000767E2">
        <w:rPr>
          <w:vertAlign w:val="superscript"/>
          <w:lang w:val="sv-SE"/>
        </w:rPr>
        <w:t>30</w:t>
      </w:r>
      <w:r w:rsidRPr="000767E2">
        <w:rPr>
          <w:lang w:val="sv-SE"/>
        </w:rPr>
        <w:t xml:space="preserve"> {{field-on:bible}}förtalare, gudshatare, skymfare, högmodiga, skrytsamma, påhittiga i ont, ohörsamma mot föräldrar,{{field-off:bible}} [[@</w:t>
      </w:r>
      <w:r w:rsidR="0096445B" w:rsidRPr="000767E2">
        <w:rPr>
          <w:lang w:val="sv-SE"/>
        </w:rPr>
        <w:t>BibleBIBEL82</w:t>
      </w:r>
      <w:r w:rsidRPr="000767E2">
        <w:rPr>
          <w:lang w:val="sv-SE"/>
        </w:rPr>
        <w:t>:Rom 1:31]]</w:t>
      </w:r>
      <w:r w:rsidRPr="000767E2">
        <w:rPr>
          <w:vertAlign w:val="superscript"/>
          <w:lang w:val="sv-SE"/>
        </w:rPr>
        <w:t>31</w:t>
      </w:r>
      <w:r w:rsidRPr="000767E2">
        <w:rPr>
          <w:lang w:val="sv-SE"/>
        </w:rPr>
        <w:t xml:space="preserve"> {{field-on:bible}}oförståndiga, opålitliga, ömhetslösa, obarmhärtiga.{{field-off:bible}} [[@</w:t>
      </w:r>
      <w:r w:rsidR="0096445B" w:rsidRPr="000767E2">
        <w:rPr>
          <w:lang w:val="sv-SE"/>
        </w:rPr>
        <w:t>BibleBIBEL82</w:t>
      </w:r>
      <w:r w:rsidRPr="000767E2">
        <w:rPr>
          <w:lang w:val="sv-SE"/>
        </w:rPr>
        <w:t>:Rom 1:32]]</w:t>
      </w:r>
      <w:r w:rsidRPr="000767E2">
        <w:rPr>
          <w:vertAlign w:val="superscript"/>
          <w:lang w:val="sv-SE"/>
        </w:rPr>
        <w:t>32</w:t>
      </w:r>
      <w:r w:rsidRPr="000767E2">
        <w:rPr>
          <w:lang w:val="sv-SE"/>
        </w:rPr>
        <w:t xml:space="preserve"> {{field-on:bible}}De inser Guds rättsregel, att de som begår sådant är värda döden, </w:t>
      </w:r>
      <w:r w:rsidRPr="000767E2">
        <w:rPr>
          <w:i/>
          <w:lang w:val="sv-SE"/>
        </w:rPr>
        <w:t>men</w:t>
      </w:r>
      <w:r w:rsidRPr="000767E2">
        <w:rPr>
          <w:lang w:val="sv-SE"/>
        </w:rPr>
        <w:t xml:space="preserve"> de inte bara gör det, utan samtycker också till dem som begår </w:t>
      </w:r>
      <w:r w:rsidRPr="000767E2">
        <w:rPr>
          <w:i/>
          <w:lang w:val="sv-SE"/>
        </w:rPr>
        <w:t>det</w:t>
      </w:r>
      <w:r w:rsidRPr="000767E2">
        <w:rPr>
          <w:lang w:val="sv-SE"/>
        </w:rPr>
        <w:t>.{{field-off:bible}}</w:t>
      </w:r>
    </w:p>
    <w:p w14:paraId="5B4632F3" w14:textId="6E9E949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2]]Kapitel 2</w:t>
      </w:r>
    </w:p>
    <w:p w14:paraId="2F1D839F" w14:textId="77777777" w:rsidR="00BA33AB" w:rsidRPr="000767E2" w:rsidRDefault="00000000">
      <w:pPr>
        <w:pStyle w:val="Rubrik3"/>
        <w:rPr>
          <w:lang w:val="sv-SE"/>
        </w:rPr>
      </w:pPr>
      <w:r w:rsidRPr="000767E2">
        <w:rPr>
          <w:lang w:val="sv-SE"/>
        </w:rPr>
        <w:t>Guds rättfärdiga dom över alla</w:t>
      </w:r>
    </w:p>
    <w:p w14:paraId="1A4F4175" w14:textId="3D0E4CB3" w:rsidR="00BA33AB" w:rsidRPr="000767E2" w:rsidRDefault="00000000">
      <w:pPr>
        <w:rPr>
          <w:lang w:val="sv-SE"/>
        </w:rPr>
      </w:pPr>
      <w:r w:rsidRPr="000767E2">
        <w:rPr>
          <w:lang w:val="sv-SE"/>
        </w:rPr>
        <w:t>[[@</w:t>
      </w:r>
      <w:r w:rsidR="0096445B" w:rsidRPr="000767E2">
        <w:rPr>
          <w:lang w:val="sv-SE"/>
        </w:rPr>
        <w:t>BibleBIBEL82</w:t>
      </w:r>
      <w:r w:rsidRPr="000767E2">
        <w:rPr>
          <w:lang w:val="sv-SE"/>
        </w:rPr>
        <w:t>:Rom 2:1]]</w:t>
      </w:r>
      <w:r w:rsidRPr="000767E2">
        <w:rPr>
          <w:vertAlign w:val="superscript"/>
          <w:lang w:val="sv-SE"/>
        </w:rPr>
        <w:t>1</w:t>
      </w:r>
      <w:r w:rsidRPr="000767E2">
        <w:rPr>
          <w:lang w:val="sv-SE"/>
        </w:rPr>
        <w:t xml:space="preserve"> {{field-on:bible}}Därför är du oursäktlig, o människa, var och en som dömer. För i det att du dömer den andre fördömer du dig själv, för detsamma begår </w:t>
      </w:r>
      <w:r w:rsidRPr="000767E2">
        <w:rPr>
          <w:i/>
          <w:lang w:val="sv-SE"/>
        </w:rPr>
        <w:t>du</w:t>
      </w:r>
      <w:r w:rsidRPr="000767E2">
        <w:rPr>
          <w:lang w:val="sv-SE"/>
        </w:rPr>
        <w:t xml:space="preserve"> som dömer.{{field-off:bible}} [[@</w:t>
      </w:r>
      <w:r w:rsidR="0096445B" w:rsidRPr="000767E2">
        <w:rPr>
          <w:lang w:val="sv-SE"/>
        </w:rPr>
        <w:t>BibleBIBEL82</w:t>
      </w:r>
      <w:r w:rsidRPr="000767E2">
        <w:rPr>
          <w:lang w:val="sv-SE"/>
        </w:rPr>
        <w:t>:Rom 2:2]]</w:t>
      </w:r>
      <w:r w:rsidRPr="000767E2">
        <w:rPr>
          <w:vertAlign w:val="superscript"/>
          <w:lang w:val="sv-SE"/>
        </w:rPr>
        <w:t>2</w:t>
      </w:r>
      <w:r w:rsidRPr="000767E2">
        <w:rPr>
          <w:lang w:val="sv-SE"/>
        </w:rPr>
        <w:t xml:space="preserve"> {{field-on:bible}}Och vi vet att Guds dom är efter sanning över dem som begår sådant.{{field-off:bible}} [[@</w:t>
      </w:r>
      <w:r w:rsidR="0096445B" w:rsidRPr="000767E2">
        <w:rPr>
          <w:lang w:val="sv-SE"/>
        </w:rPr>
        <w:t>BibleBIBEL82</w:t>
      </w:r>
      <w:r w:rsidRPr="000767E2">
        <w:rPr>
          <w:lang w:val="sv-SE"/>
        </w:rPr>
        <w:t>:Rom 2:3]]</w:t>
      </w:r>
      <w:r w:rsidRPr="000767E2">
        <w:rPr>
          <w:vertAlign w:val="superscript"/>
          <w:lang w:val="sv-SE"/>
        </w:rPr>
        <w:t>3</w:t>
      </w:r>
      <w:r w:rsidRPr="000767E2">
        <w:rPr>
          <w:lang w:val="sv-SE"/>
        </w:rPr>
        <w:t xml:space="preserve"> {{field-on:bible}}Men tänker du detta, o människa som dömer dem som begår sådant och gör det </w:t>
      </w:r>
      <w:r w:rsidRPr="000767E2">
        <w:rPr>
          <w:i/>
          <w:lang w:val="sv-SE"/>
        </w:rPr>
        <w:t>själv</w:t>
      </w:r>
      <w:r w:rsidRPr="000767E2">
        <w:rPr>
          <w:lang w:val="sv-SE"/>
        </w:rPr>
        <w:t>, att du ska undkomma Guds dom?{{field-off:bible}}</w:t>
      </w:r>
    </w:p>
    <w:p w14:paraId="6D8EDF0C" w14:textId="07E75833" w:rsidR="00BA33AB" w:rsidRPr="000767E2" w:rsidRDefault="00000000">
      <w:pPr>
        <w:rPr>
          <w:lang w:val="sv-SE"/>
        </w:rPr>
      </w:pPr>
      <w:r w:rsidRPr="000767E2">
        <w:rPr>
          <w:lang w:val="sv-SE"/>
        </w:rPr>
        <w:t>[[@</w:t>
      </w:r>
      <w:r w:rsidR="0096445B" w:rsidRPr="000767E2">
        <w:rPr>
          <w:lang w:val="sv-SE"/>
        </w:rPr>
        <w:t>BibleBIBEL82</w:t>
      </w:r>
      <w:r w:rsidRPr="000767E2">
        <w:rPr>
          <w:lang w:val="sv-SE"/>
        </w:rPr>
        <w:t>:Rom 2:4]]</w:t>
      </w:r>
      <w:r w:rsidRPr="000767E2">
        <w:rPr>
          <w:vertAlign w:val="superscript"/>
          <w:lang w:val="sv-SE"/>
        </w:rPr>
        <w:t>4</w:t>
      </w:r>
      <w:r w:rsidRPr="000767E2">
        <w:rPr>
          <w:lang w:val="sv-SE"/>
        </w:rPr>
        <w:t xml:space="preserve"> {{field-on:bible}}Eller </w:t>
      </w:r>
      <w:r w:rsidRPr="000767E2">
        <w:rPr>
          <w:i/>
          <w:lang w:val="sv-SE"/>
        </w:rPr>
        <w:t>är det</w:t>
      </w:r>
      <w:r w:rsidRPr="000767E2">
        <w:rPr>
          <w:lang w:val="sv-SE"/>
        </w:rPr>
        <w:t xml:space="preserve"> rikedomen i hans snällhet och långmod och tålamod du ringaktar, och förstår inte att Guds snällhet leder dig till sinnesändring?{{field-off:bible}} [[@</w:t>
      </w:r>
      <w:r w:rsidR="0096445B" w:rsidRPr="000767E2">
        <w:rPr>
          <w:lang w:val="sv-SE"/>
        </w:rPr>
        <w:t>BibleBIBEL82</w:t>
      </w:r>
      <w:r w:rsidRPr="000767E2">
        <w:rPr>
          <w:lang w:val="sv-SE"/>
        </w:rPr>
        <w:t>:Rom 2:5]]</w:t>
      </w:r>
      <w:r w:rsidRPr="000767E2">
        <w:rPr>
          <w:vertAlign w:val="superscript"/>
          <w:lang w:val="sv-SE"/>
        </w:rPr>
        <w:t>5</w:t>
      </w:r>
      <w:r w:rsidRPr="000767E2">
        <w:rPr>
          <w:lang w:val="sv-SE"/>
        </w:rPr>
        <w:t xml:space="preserve"> {{field-on:bible}}Men med din hårdhet och </w:t>
      </w:r>
      <w:r w:rsidRPr="000767E2">
        <w:rPr>
          <w:i/>
          <w:lang w:val="sv-SE"/>
        </w:rPr>
        <w:t>ditt</w:t>
      </w:r>
      <w:r w:rsidRPr="000767E2">
        <w:rPr>
          <w:lang w:val="sv-SE"/>
        </w:rPr>
        <w:t xml:space="preserve"> obotfärdiga hjärta sparar du ihop vrede åt dig själv, på en dag av vrede och uppenbarelse av rättfärdig dom från Gud.{{field-off:bible}} [[@</w:t>
      </w:r>
      <w:r w:rsidR="0096445B" w:rsidRPr="000767E2">
        <w:rPr>
          <w:lang w:val="sv-SE"/>
        </w:rPr>
        <w:t>BibleBIBEL82</w:t>
      </w:r>
      <w:r w:rsidRPr="000767E2">
        <w:rPr>
          <w:lang w:val="sv-SE"/>
        </w:rPr>
        <w:t>:Rom 2:6]]</w:t>
      </w:r>
      <w:r w:rsidRPr="000767E2">
        <w:rPr>
          <w:vertAlign w:val="superscript"/>
          <w:lang w:val="sv-SE"/>
        </w:rPr>
        <w:t>6</w:t>
      </w:r>
      <w:r w:rsidRPr="000767E2">
        <w:rPr>
          <w:lang w:val="sv-SE"/>
        </w:rPr>
        <w:t xml:space="preserve"> {{field-on:bible}}Han ska löna var och en efter hans gärningar:{{field-off:bible}} [[@</w:t>
      </w:r>
      <w:r w:rsidR="0096445B" w:rsidRPr="000767E2">
        <w:rPr>
          <w:lang w:val="sv-SE"/>
        </w:rPr>
        <w:t>BibleBIBEL82</w:t>
      </w:r>
      <w:r w:rsidRPr="000767E2">
        <w:rPr>
          <w:lang w:val="sv-SE"/>
        </w:rPr>
        <w:t>:Rom 2:7]]</w:t>
      </w:r>
      <w:r w:rsidRPr="000767E2">
        <w:rPr>
          <w:vertAlign w:val="superscript"/>
          <w:lang w:val="sv-SE"/>
        </w:rPr>
        <w:t>7</w:t>
      </w:r>
      <w:r w:rsidRPr="000767E2">
        <w:rPr>
          <w:lang w:val="sv-SE"/>
        </w:rPr>
        <w:t xml:space="preserve"> {{field-on:bible}}åt dem som med uthållighet i god gärning söker härlighet och heder och oförgänglighet, eoniskt liv.{{field-off:bible}} [[@</w:t>
      </w:r>
      <w:r w:rsidR="0096445B" w:rsidRPr="000767E2">
        <w:rPr>
          <w:lang w:val="sv-SE"/>
        </w:rPr>
        <w:t>BibleBIBEL82</w:t>
      </w:r>
      <w:r w:rsidRPr="000767E2">
        <w:rPr>
          <w:lang w:val="sv-SE"/>
        </w:rPr>
        <w:t>:Rom 2:8]]</w:t>
      </w:r>
      <w:r w:rsidRPr="000767E2">
        <w:rPr>
          <w:vertAlign w:val="superscript"/>
          <w:lang w:val="sv-SE"/>
        </w:rPr>
        <w:t>8</w:t>
      </w:r>
      <w:r w:rsidRPr="000767E2">
        <w:rPr>
          <w:lang w:val="sv-SE"/>
        </w:rPr>
        <w:t xml:space="preserve"> {{field-on:bible}}Men åt dem som av självhävdelse också är ohörsamma mot sanningen och </w:t>
      </w:r>
      <w:r w:rsidRPr="000767E2">
        <w:rPr>
          <w:i/>
          <w:lang w:val="sv-SE"/>
        </w:rPr>
        <w:t>låter sig</w:t>
      </w:r>
      <w:r w:rsidRPr="000767E2">
        <w:rPr>
          <w:lang w:val="sv-SE"/>
        </w:rPr>
        <w:t xml:space="preserve"> övertygas av orätten, vrede och raseri.{{field-off:bible}} [[@</w:t>
      </w:r>
      <w:r w:rsidR="0096445B" w:rsidRPr="000767E2">
        <w:rPr>
          <w:lang w:val="sv-SE"/>
        </w:rPr>
        <w:t>BibleBIBEL82</w:t>
      </w:r>
      <w:r w:rsidRPr="000767E2">
        <w:rPr>
          <w:lang w:val="sv-SE"/>
        </w:rPr>
        <w:t>:Rom 2:9]]</w:t>
      </w:r>
      <w:r w:rsidRPr="000767E2">
        <w:rPr>
          <w:vertAlign w:val="superscript"/>
          <w:lang w:val="sv-SE"/>
        </w:rPr>
        <w:t>9</w:t>
      </w:r>
      <w:r w:rsidRPr="000767E2">
        <w:rPr>
          <w:lang w:val="sv-SE"/>
        </w:rPr>
        <w:t xml:space="preserve"> {{field-on:bible}}Nöd och trångmål över varje människosjäl som frambringar det onda, juden först och även greken.{{field-off:bible}} [[@</w:t>
      </w:r>
      <w:r w:rsidR="0096445B" w:rsidRPr="000767E2">
        <w:rPr>
          <w:lang w:val="sv-SE"/>
        </w:rPr>
        <w:t>BibleBIBEL82</w:t>
      </w:r>
      <w:r w:rsidRPr="000767E2">
        <w:rPr>
          <w:lang w:val="sv-SE"/>
        </w:rPr>
        <w:t>:Rom 2:10]]</w:t>
      </w:r>
      <w:r w:rsidRPr="000767E2">
        <w:rPr>
          <w:vertAlign w:val="superscript"/>
          <w:lang w:val="sv-SE"/>
        </w:rPr>
        <w:t>10</w:t>
      </w:r>
      <w:r w:rsidRPr="000767E2">
        <w:rPr>
          <w:lang w:val="sv-SE"/>
        </w:rPr>
        <w:t xml:space="preserve"> {{field-on:bible}}Men härlighet och heder och frid åt var och en som utför det goda, juden först och även </w:t>
      </w:r>
      <w:r w:rsidRPr="000767E2">
        <w:rPr>
          <w:lang w:val="sv-SE"/>
        </w:rPr>
        <w:lastRenderedPageBreak/>
        <w:t>greken.{{field-off:bible}} [[@</w:t>
      </w:r>
      <w:r w:rsidR="0096445B" w:rsidRPr="000767E2">
        <w:rPr>
          <w:lang w:val="sv-SE"/>
        </w:rPr>
        <w:t>BibleBIBEL82</w:t>
      </w:r>
      <w:r w:rsidRPr="000767E2">
        <w:rPr>
          <w:lang w:val="sv-SE"/>
        </w:rPr>
        <w:t>:Rom 2:11]]</w:t>
      </w:r>
      <w:r w:rsidRPr="000767E2">
        <w:rPr>
          <w:vertAlign w:val="superscript"/>
          <w:lang w:val="sv-SE"/>
        </w:rPr>
        <w:t>11</w:t>
      </w:r>
      <w:r w:rsidRPr="000767E2">
        <w:rPr>
          <w:lang w:val="sv-SE"/>
        </w:rPr>
        <w:t xml:space="preserve"> {{field-on:bible}}För det finns ingen partiskhet hos Gud.{{field-off:bible}}</w:t>
      </w:r>
    </w:p>
    <w:p w14:paraId="1D0FBC62" w14:textId="706023E0" w:rsidR="00BA33AB" w:rsidRPr="000767E2" w:rsidRDefault="00000000">
      <w:pPr>
        <w:rPr>
          <w:lang w:val="sv-SE"/>
        </w:rPr>
      </w:pPr>
      <w:r w:rsidRPr="000767E2">
        <w:rPr>
          <w:lang w:val="sv-SE"/>
        </w:rPr>
        <w:t>[[@</w:t>
      </w:r>
      <w:r w:rsidR="0096445B" w:rsidRPr="000767E2">
        <w:rPr>
          <w:lang w:val="sv-SE"/>
        </w:rPr>
        <w:t>BibleBIBEL82</w:t>
      </w:r>
      <w:r w:rsidRPr="000767E2">
        <w:rPr>
          <w:lang w:val="sv-SE"/>
        </w:rPr>
        <w:t>:Rom 2:12]]</w:t>
      </w:r>
      <w:r w:rsidRPr="000767E2">
        <w:rPr>
          <w:vertAlign w:val="superscript"/>
          <w:lang w:val="sv-SE"/>
        </w:rPr>
        <w:t>12</w:t>
      </w:r>
      <w:r w:rsidRPr="000767E2">
        <w:rPr>
          <w:lang w:val="sv-SE"/>
        </w:rPr>
        <w:t xml:space="preserve"> {{field-on:bible}}För </w:t>
      </w:r>
      <w:r w:rsidRPr="000767E2">
        <w:rPr>
          <w:i/>
          <w:lang w:val="sv-SE"/>
        </w:rPr>
        <w:t>alla</w:t>
      </w:r>
      <w:r w:rsidRPr="000767E2">
        <w:rPr>
          <w:lang w:val="sv-SE"/>
        </w:rPr>
        <w:t xml:space="preserve"> som har syndat utan lag ska också gå förlorade utan lag. Och de som har syndat inom lag ska dömas genom lag.{{field-off:bible}} [[@</w:t>
      </w:r>
      <w:r w:rsidR="0096445B" w:rsidRPr="000767E2">
        <w:rPr>
          <w:lang w:val="sv-SE"/>
        </w:rPr>
        <w:t>BibleBIBEL82</w:t>
      </w:r>
      <w:r w:rsidRPr="000767E2">
        <w:rPr>
          <w:lang w:val="sv-SE"/>
        </w:rPr>
        <w:t>:Rom 2:13]]</w:t>
      </w:r>
      <w:r w:rsidRPr="000767E2">
        <w:rPr>
          <w:vertAlign w:val="superscript"/>
          <w:lang w:val="sv-SE"/>
        </w:rPr>
        <w:t>13</w:t>
      </w:r>
      <w:r w:rsidRPr="000767E2">
        <w:rPr>
          <w:lang w:val="sv-SE"/>
        </w:rPr>
        <w:t xml:space="preserve"> {{field-on:bible}}För </w:t>
      </w:r>
      <w:r w:rsidRPr="000767E2">
        <w:rPr>
          <w:i/>
          <w:lang w:val="sv-SE"/>
        </w:rPr>
        <w:t>det är</w:t>
      </w:r>
      <w:r w:rsidRPr="000767E2">
        <w:rPr>
          <w:lang w:val="sv-SE"/>
        </w:rPr>
        <w:t xml:space="preserve"> inte lagens hörare </w:t>
      </w:r>
      <w:r w:rsidRPr="000767E2">
        <w:rPr>
          <w:i/>
          <w:lang w:val="sv-SE"/>
        </w:rPr>
        <w:t>som är</w:t>
      </w:r>
      <w:r w:rsidRPr="000767E2">
        <w:rPr>
          <w:lang w:val="sv-SE"/>
        </w:rPr>
        <w:t xml:space="preserve"> rättfärdiga hos Gud. Nej, lagens görare ska förklaras rättfärdiga.{{field-off:bible}}</w:t>
      </w:r>
    </w:p>
    <w:p w14:paraId="7FBABA2A" w14:textId="707CEDD4" w:rsidR="00BA33AB" w:rsidRPr="000767E2" w:rsidRDefault="00000000">
      <w:pPr>
        <w:rPr>
          <w:lang w:val="sv-SE"/>
        </w:rPr>
      </w:pPr>
      <w:r w:rsidRPr="000767E2">
        <w:rPr>
          <w:lang w:val="sv-SE"/>
        </w:rPr>
        <w:t>[[@</w:t>
      </w:r>
      <w:r w:rsidR="0096445B" w:rsidRPr="000767E2">
        <w:rPr>
          <w:lang w:val="sv-SE"/>
        </w:rPr>
        <w:t>BibleBIBEL82</w:t>
      </w:r>
      <w:r w:rsidRPr="000767E2">
        <w:rPr>
          <w:lang w:val="sv-SE"/>
        </w:rPr>
        <w:t>:Rom 2:14]]</w:t>
      </w:r>
      <w:r w:rsidRPr="000767E2">
        <w:rPr>
          <w:vertAlign w:val="superscript"/>
          <w:lang w:val="sv-SE"/>
        </w:rPr>
        <w:t>14</w:t>
      </w:r>
      <w:r w:rsidRPr="000767E2">
        <w:rPr>
          <w:lang w:val="sv-SE"/>
        </w:rPr>
        <w:t xml:space="preserve"> {{field-on:bible}}För när folkslag som inte har lag av naturen gör det </w:t>
      </w:r>
      <w:r w:rsidRPr="000767E2">
        <w:rPr>
          <w:i/>
          <w:lang w:val="sv-SE"/>
        </w:rPr>
        <w:t>som hör</w:t>
      </w:r>
      <w:r w:rsidRPr="000767E2">
        <w:rPr>
          <w:lang w:val="sv-SE"/>
        </w:rPr>
        <w:t xml:space="preserve"> till lagen, är dessa som inte har lag en lag för sig själva.{{field-off:bible}} [[@</w:t>
      </w:r>
      <w:r w:rsidR="0096445B" w:rsidRPr="000767E2">
        <w:rPr>
          <w:lang w:val="sv-SE"/>
        </w:rPr>
        <w:t>BibleBIBEL82</w:t>
      </w:r>
      <w:r w:rsidRPr="000767E2">
        <w:rPr>
          <w:lang w:val="sv-SE"/>
        </w:rPr>
        <w:t>:Rom 2:15]]</w:t>
      </w:r>
      <w:r w:rsidRPr="000767E2">
        <w:rPr>
          <w:vertAlign w:val="superscript"/>
          <w:lang w:val="sv-SE"/>
        </w:rPr>
        <w:t>15</w:t>
      </w:r>
      <w:r w:rsidRPr="000767E2">
        <w:rPr>
          <w:lang w:val="sv-SE"/>
        </w:rPr>
        <w:t xml:space="preserve"> {{field-on:bible}}De uppvisar lagens verk skrivet i deras hjärtan, när deras samvete samvittnar och resonemangen sinsemellan anklagar eller också försvarar,{{field-off:bible}} [[@</w:t>
      </w:r>
      <w:r w:rsidR="0096445B" w:rsidRPr="000767E2">
        <w:rPr>
          <w:lang w:val="sv-SE"/>
        </w:rPr>
        <w:t>BibleBIBEL82</w:t>
      </w:r>
      <w:r w:rsidRPr="000767E2">
        <w:rPr>
          <w:lang w:val="sv-SE"/>
        </w:rPr>
        <w:t>:Rom 2:16]]</w:t>
      </w:r>
      <w:r w:rsidRPr="000767E2">
        <w:rPr>
          <w:vertAlign w:val="superscript"/>
          <w:lang w:val="sv-SE"/>
        </w:rPr>
        <w:t>16</w:t>
      </w:r>
      <w:r w:rsidRPr="000767E2">
        <w:rPr>
          <w:lang w:val="sv-SE"/>
        </w:rPr>
        <w:t xml:space="preserve"> {{field-on:bible}}på dagen när Gud dömer det fördolda hos människorna enligt mitt evangelium genom Jesus Kristus.{{field-off:bible}}</w:t>
      </w:r>
    </w:p>
    <w:p w14:paraId="3984D0CC" w14:textId="77777777" w:rsidR="00BA33AB" w:rsidRPr="000767E2" w:rsidRDefault="00000000">
      <w:pPr>
        <w:pStyle w:val="Rubrik3"/>
        <w:rPr>
          <w:lang w:val="sv-SE"/>
        </w:rPr>
      </w:pPr>
      <w:r w:rsidRPr="000767E2">
        <w:rPr>
          <w:lang w:val="sv-SE"/>
        </w:rPr>
        <w:t>Guds dom även över juden</w:t>
      </w:r>
    </w:p>
    <w:p w14:paraId="374AFF8C" w14:textId="5240E301" w:rsidR="00BA33AB" w:rsidRPr="000767E2" w:rsidRDefault="00000000">
      <w:pPr>
        <w:rPr>
          <w:lang w:val="sv-SE"/>
        </w:rPr>
      </w:pPr>
      <w:r w:rsidRPr="000767E2">
        <w:rPr>
          <w:lang w:val="sv-SE"/>
        </w:rPr>
        <w:t>[[@</w:t>
      </w:r>
      <w:r w:rsidR="0096445B" w:rsidRPr="000767E2">
        <w:rPr>
          <w:lang w:val="sv-SE"/>
        </w:rPr>
        <w:t>BibleBIBEL82</w:t>
      </w:r>
      <w:r w:rsidRPr="000767E2">
        <w:rPr>
          <w:lang w:val="sv-SE"/>
        </w:rPr>
        <w:t>:Rom 2:17]]</w:t>
      </w:r>
      <w:r w:rsidRPr="000767E2">
        <w:rPr>
          <w:vertAlign w:val="superscript"/>
          <w:lang w:val="sv-SE"/>
        </w:rPr>
        <w:t>17</w:t>
      </w:r>
      <w:r w:rsidRPr="000767E2">
        <w:rPr>
          <w:lang w:val="sv-SE"/>
        </w:rPr>
        <w:t xml:space="preserve"> {{field-on:bible}}Men om du benämner dig jude och vilar på lag och är stolt i Gud,{{field-off:bible}} [[@</w:t>
      </w:r>
      <w:r w:rsidR="0096445B" w:rsidRPr="000767E2">
        <w:rPr>
          <w:lang w:val="sv-SE"/>
        </w:rPr>
        <w:t>BibleBIBEL82</w:t>
      </w:r>
      <w:r w:rsidRPr="000767E2">
        <w:rPr>
          <w:lang w:val="sv-SE"/>
        </w:rPr>
        <w:t>:Rom 2:18]]</w:t>
      </w:r>
      <w:r w:rsidRPr="000767E2">
        <w:rPr>
          <w:vertAlign w:val="superscript"/>
          <w:lang w:val="sv-SE"/>
        </w:rPr>
        <w:t>18</w:t>
      </w:r>
      <w:r w:rsidRPr="000767E2">
        <w:rPr>
          <w:lang w:val="sv-SE"/>
        </w:rPr>
        <w:t xml:space="preserve"> {{field-on:bible}}och du vet viljan och avgör det </w:t>
      </w:r>
      <w:r w:rsidRPr="000767E2">
        <w:rPr>
          <w:i/>
          <w:lang w:val="sv-SE"/>
        </w:rPr>
        <w:t>som är</w:t>
      </w:r>
      <w:r w:rsidRPr="000767E2">
        <w:rPr>
          <w:lang w:val="sv-SE"/>
        </w:rPr>
        <w:t xml:space="preserve"> viktigt, underrättad av lagen,{{field-off:bible}} [[@</w:t>
      </w:r>
      <w:r w:rsidR="0096445B" w:rsidRPr="000767E2">
        <w:rPr>
          <w:lang w:val="sv-SE"/>
        </w:rPr>
        <w:t>BibleBIBEL82</w:t>
      </w:r>
      <w:r w:rsidRPr="000767E2">
        <w:rPr>
          <w:lang w:val="sv-SE"/>
        </w:rPr>
        <w:t>:Rom 2:19]]</w:t>
      </w:r>
      <w:r w:rsidRPr="000767E2">
        <w:rPr>
          <w:vertAlign w:val="superscript"/>
          <w:lang w:val="sv-SE"/>
        </w:rPr>
        <w:t>19</w:t>
      </w:r>
      <w:r w:rsidRPr="000767E2">
        <w:rPr>
          <w:lang w:val="sv-SE"/>
        </w:rPr>
        <w:t xml:space="preserve"> {{field-on:bible}}och har övertygat dig själv om att vara en vägledare för blinda, ett ljus för dem i mörker,{{field-off:bible}} [[@</w:t>
      </w:r>
      <w:r w:rsidR="0096445B" w:rsidRPr="000767E2">
        <w:rPr>
          <w:lang w:val="sv-SE"/>
        </w:rPr>
        <w:t>BibleBIBEL82</w:t>
      </w:r>
      <w:r w:rsidRPr="000767E2">
        <w:rPr>
          <w:lang w:val="sv-SE"/>
        </w:rPr>
        <w:t>:Rom 2:20]]</w:t>
      </w:r>
      <w:r w:rsidRPr="000767E2">
        <w:rPr>
          <w:vertAlign w:val="superscript"/>
          <w:lang w:val="sv-SE"/>
        </w:rPr>
        <w:t>20</w:t>
      </w:r>
      <w:r w:rsidRPr="000767E2">
        <w:rPr>
          <w:lang w:val="sv-SE"/>
        </w:rPr>
        <w:t xml:space="preserve"> {{field-on:bible}}en uppfostrare för vettlösa, en lärare för småbarn när du har kunskapens och sanningens gestaltning i lagen:{{field-off:bible}} [[@</w:t>
      </w:r>
      <w:r w:rsidR="0096445B" w:rsidRPr="000767E2">
        <w:rPr>
          <w:lang w:val="sv-SE"/>
        </w:rPr>
        <w:t>BibleBIBEL82</w:t>
      </w:r>
      <w:r w:rsidRPr="000767E2">
        <w:rPr>
          <w:lang w:val="sv-SE"/>
        </w:rPr>
        <w:t>:Rom 2:21]]</w:t>
      </w:r>
      <w:r w:rsidRPr="000767E2">
        <w:rPr>
          <w:vertAlign w:val="superscript"/>
          <w:lang w:val="sv-SE"/>
        </w:rPr>
        <w:t>21</w:t>
      </w:r>
      <w:r w:rsidRPr="000767E2">
        <w:rPr>
          <w:lang w:val="sv-SE"/>
        </w:rPr>
        <w:t xml:space="preserve"> {{field-on:bible}}</w:t>
      </w:r>
      <w:r w:rsidRPr="000767E2">
        <w:rPr>
          <w:i/>
          <w:lang w:val="sv-SE"/>
        </w:rPr>
        <w:t>Du</w:t>
      </w:r>
      <w:r w:rsidRPr="000767E2">
        <w:rPr>
          <w:lang w:val="sv-SE"/>
        </w:rPr>
        <w:t xml:space="preserve"> som nu undervisar en annan, dig själv undervisar du inte? </w:t>
      </w:r>
      <w:r w:rsidRPr="000767E2">
        <w:rPr>
          <w:i/>
          <w:lang w:val="sv-SE"/>
        </w:rPr>
        <w:t>Du</w:t>
      </w:r>
      <w:r w:rsidRPr="000767E2">
        <w:rPr>
          <w:lang w:val="sv-SE"/>
        </w:rPr>
        <w:t xml:space="preserve"> som förkunnar att </w:t>
      </w:r>
      <w:r w:rsidRPr="000767E2">
        <w:rPr>
          <w:i/>
          <w:lang w:val="sv-SE"/>
        </w:rPr>
        <w:t>man</w:t>
      </w:r>
      <w:r w:rsidRPr="000767E2">
        <w:rPr>
          <w:lang w:val="sv-SE"/>
        </w:rPr>
        <w:t xml:space="preserve"> inte </w:t>
      </w:r>
      <w:r w:rsidRPr="000767E2">
        <w:rPr>
          <w:i/>
          <w:lang w:val="sv-SE"/>
        </w:rPr>
        <w:t>ska</w:t>
      </w:r>
      <w:r w:rsidRPr="000767E2">
        <w:rPr>
          <w:lang w:val="sv-SE"/>
        </w:rPr>
        <w:t xml:space="preserve"> stjäla, stjäl du?{{field-off:bible}} [[@</w:t>
      </w:r>
      <w:r w:rsidR="0096445B" w:rsidRPr="000767E2">
        <w:rPr>
          <w:lang w:val="sv-SE"/>
        </w:rPr>
        <w:t>BibleBIBEL82</w:t>
      </w:r>
      <w:r w:rsidRPr="000767E2">
        <w:rPr>
          <w:lang w:val="sv-SE"/>
        </w:rPr>
        <w:t>:Rom 2:22]]</w:t>
      </w:r>
      <w:r w:rsidRPr="000767E2">
        <w:rPr>
          <w:vertAlign w:val="superscript"/>
          <w:lang w:val="sv-SE"/>
        </w:rPr>
        <w:t>22</w:t>
      </w:r>
      <w:r w:rsidRPr="000767E2">
        <w:rPr>
          <w:lang w:val="sv-SE"/>
        </w:rPr>
        <w:t xml:space="preserve"> {{field-on:bible}}</w:t>
      </w:r>
      <w:r w:rsidRPr="000767E2">
        <w:rPr>
          <w:i/>
          <w:lang w:val="sv-SE"/>
        </w:rPr>
        <w:t>Du</w:t>
      </w:r>
      <w:r w:rsidRPr="000767E2">
        <w:rPr>
          <w:lang w:val="sv-SE"/>
        </w:rPr>
        <w:t xml:space="preserve"> som säger att </w:t>
      </w:r>
      <w:r w:rsidRPr="000767E2">
        <w:rPr>
          <w:i/>
          <w:lang w:val="sv-SE"/>
        </w:rPr>
        <w:t>man</w:t>
      </w:r>
      <w:r w:rsidRPr="000767E2">
        <w:rPr>
          <w:lang w:val="sv-SE"/>
        </w:rPr>
        <w:t xml:space="preserve"> inte </w:t>
      </w:r>
      <w:r w:rsidRPr="000767E2">
        <w:rPr>
          <w:i/>
          <w:lang w:val="sv-SE"/>
        </w:rPr>
        <w:t>ska</w:t>
      </w:r>
      <w:r w:rsidRPr="000767E2">
        <w:rPr>
          <w:lang w:val="sv-SE"/>
        </w:rPr>
        <w:t xml:space="preserve"> begå äktenskapsbrott, begår du äktenskapsbrott? </w:t>
      </w:r>
      <w:r w:rsidRPr="000767E2">
        <w:rPr>
          <w:i/>
          <w:lang w:val="sv-SE"/>
        </w:rPr>
        <w:t>Du</w:t>
      </w:r>
      <w:r w:rsidRPr="000767E2">
        <w:rPr>
          <w:lang w:val="sv-SE"/>
        </w:rPr>
        <w:t xml:space="preserve"> som finner avgudarna skändliga, plundrar du </w:t>
      </w:r>
      <w:r w:rsidRPr="000767E2">
        <w:rPr>
          <w:i/>
          <w:lang w:val="sv-SE"/>
        </w:rPr>
        <w:t>deras</w:t>
      </w:r>
      <w:r w:rsidRPr="000767E2">
        <w:rPr>
          <w:lang w:val="sv-SE"/>
        </w:rPr>
        <w:t xml:space="preserve"> tempel?{{field-off:bible}} [[@</w:t>
      </w:r>
      <w:r w:rsidR="0096445B" w:rsidRPr="000767E2">
        <w:rPr>
          <w:lang w:val="sv-SE"/>
        </w:rPr>
        <w:t>BibleBIBEL82</w:t>
      </w:r>
      <w:r w:rsidRPr="000767E2">
        <w:rPr>
          <w:lang w:val="sv-SE"/>
        </w:rPr>
        <w:t>:Rom 2:23]]</w:t>
      </w:r>
      <w:r w:rsidRPr="000767E2">
        <w:rPr>
          <w:vertAlign w:val="superscript"/>
          <w:lang w:val="sv-SE"/>
        </w:rPr>
        <w:t>23</w:t>
      </w:r>
      <w:r w:rsidRPr="000767E2">
        <w:rPr>
          <w:lang w:val="sv-SE"/>
        </w:rPr>
        <w:t xml:space="preserve"> {{field-on:bible}}</w:t>
      </w:r>
      <w:r w:rsidRPr="000767E2">
        <w:rPr>
          <w:i/>
          <w:lang w:val="sv-SE"/>
        </w:rPr>
        <w:t>Du</w:t>
      </w:r>
      <w:r w:rsidRPr="000767E2">
        <w:rPr>
          <w:lang w:val="sv-SE"/>
        </w:rPr>
        <w:t xml:space="preserve"> som är stolt över lag, genom överträdelsen av lagen vanhedrar du Gud.{{field-off:bible}} [[@</w:t>
      </w:r>
      <w:r w:rsidR="0096445B" w:rsidRPr="000767E2">
        <w:rPr>
          <w:lang w:val="sv-SE"/>
        </w:rPr>
        <w:t>BibleBIBEL82</w:t>
      </w:r>
      <w:r w:rsidRPr="000767E2">
        <w:rPr>
          <w:lang w:val="sv-SE"/>
        </w:rPr>
        <w:t>:Rom 2:24]]</w:t>
      </w:r>
      <w:r w:rsidRPr="000767E2">
        <w:rPr>
          <w:vertAlign w:val="superscript"/>
          <w:lang w:val="sv-SE"/>
        </w:rPr>
        <w:t>24</w:t>
      </w:r>
      <w:r w:rsidRPr="000767E2">
        <w:rPr>
          <w:lang w:val="sv-SE"/>
        </w:rPr>
        <w:t xml:space="preserve"> {{field-on:bible}}För Guds namn hädas på grund av er bland folkslagen, så som det är skrivet.{{field-off:bible}}</w:t>
      </w:r>
    </w:p>
    <w:p w14:paraId="533A64BE" w14:textId="7831A37B" w:rsidR="00BA33AB" w:rsidRPr="000767E2" w:rsidRDefault="00000000">
      <w:pPr>
        <w:rPr>
          <w:lang w:val="sv-SE"/>
        </w:rPr>
      </w:pPr>
      <w:r w:rsidRPr="000767E2">
        <w:rPr>
          <w:lang w:val="sv-SE"/>
        </w:rPr>
        <w:t>[[@</w:t>
      </w:r>
      <w:r w:rsidR="0096445B" w:rsidRPr="000767E2">
        <w:rPr>
          <w:lang w:val="sv-SE"/>
        </w:rPr>
        <w:t>BibleBIBEL82</w:t>
      </w:r>
      <w:r w:rsidRPr="000767E2">
        <w:rPr>
          <w:lang w:val="sv-SE"/>
        </w:rPr>
        <w:t>:Rom 2:25]]</w:t>
      </w:r>
      <w:r w:rsidRPr="000767E2">
        <w:rPr>
          <w:vertAlign w:val="superscript"/>
          <w:lang w:val="sv-SE"/>
        </w:rPr>
        <w:t>25</w:t>
      </w:r>
      <w:r w:rsidRPr="000767E2">
        <w:rPr>
          <w:lang w:val="sv-SE"/>
        </w:rPr>
        <w:t xml:space="preserve"> {{field-on:bible}}För omskärelse gör nytta om du utövar lag. Men om du är en lagöverträdare har din omskärelse blivit förhud.{{field-off:bible}} [[@</w:t>
      </w:r>
      <w:r w:rsidR="0096445B" w:rsidRPr="000767E2">
        <w:rPr>
          <w:lang w:val="sv-SE"/>
        </w:rPr>
        <w:t>BibleBIBEL82</w:t>
      </w:r>
      <w:r w:rsidRPr="000767E2">
        <w:rPr>
          <w:lang w:val="sv-SE"/>
        </w:rPr>
        <w:t>:Rom 2:26]]</w:t>
      </w:r>
      <w:r w:rsidRPr="000767E2">
        <w:rPr>
          <w:vertAlign w:val="superscript"/>
          <w:lang w:val="sv-SE"/>
        </w:rPr>
        <w:t>26</w:t>
      </w:r>
      <w:r w:rsidRPr="000767E2">
        <w:rPr>
          <w:lang w:val="sv-SE"/>
        </w:rPr>
        <w:t xml:space="preserve"> {{field-on:bible}}Om nu förhuden iakttar lagens rättsregler, ska inte hans förhud räknas till omskärelse?{{field-off:bible}} [[@</w:t>
      </w:r>
      <w:r w:rsidR="0096445B" w:rsidRPr="000767E2">
        <w:rPr>
          <w:lang w:val="sv-SE"/>
        </w:rPr>
        <w:t>BibleBIBEL82</w:t>
      </w:r>
      <w:r w:rsidRPr="000767E2">
        <w:rPr>
          <w:lang w:val="sv-SE"/>
        </w:rPr>
        <w:t>:Rom 2:27]]</w:t>
      </w:r>
      <w:r w:rsidRPr="000767E2">
        <w:rPr>
          <w:vertAlign w:val="superscript"/>
          <w:lang w:val="sv-SE"/>
        </w:rPr>
        <w:t>27</w:t>
      </w:r>
      <w:r w:rsidRPr="000767E2">
        <w:rPr>
          <w:lang w:val="sv-SE"/>
        </w:rPr>
        <w:t xml:space="preserve"> {{field-on:bible}}Och den som av naturen </w:t>
      </w:r>
      <w:r w:rsidRPr="000767E2">
        <w:rPr>
          <w:i/>
          <w:lang w:val="sv-SE"/>
        </w:rPr>
        <w:t>har</w:t>
      </w:r>
      <w:r w:rsidRPr="000767E2">
        <w:rPr>
          <w:lang w:val="sv-SE"/>
        </w:rPr>
        <w:t xml:space="preserve"> förhud </w:t>
      </w:r>
      <w:r w:rsidRPr="000767E2">
        <w:rPr>
          <w:i/>
          <w:lang w:val="sv-SE"/>
        </w:rPr>
        <w:t>men</w:t>
      </w:r>
      <w:r w:rsidRPr="000767E2">
        <w:rPr>
          <w:lang w:val="sv-SE"/>
        </w:rPr>
        <w:t xml:space="preserve"> fullbordar lagen ska döma dig som genom bokstav och omskärelse </w:t>
      </w:r>
      <w:r w:rsidRPr="000767E2">
        <w:rPr>
          <w:i/>
          <w:lang w:val="sv-SE"/>
        </w:rPr>
        <w:t>är</w:t>
      </w:r>
      <w:r w:rsidRPr="000767E2">
        <w:rPr>
          <w:lang w:val="sv-SE"/>
        </w:rPr>
        <w:t xml:space="preserve"> en lagöverträdare.{{field-off:bible}} [[@</w:t>
      </w:r>
      <w:r w:rsidR="0096445B" w:rsidRPr="000767E2">
        <w:rPr>
          <w:lang w:val="sv-SE"/>
        </w:rPr>
        <w:t>BibleBIBEL82</w:t>
      </w:r>
      <w:r w:rsidRPr="000767E2">
        <w:rPr>
          <w:lang w:val="sv-SE"/>
        </w:rPr>
        <w:t>:Rom 2:28]]</w:t>
      </w:r>
      <w:r w:rsidRPr="000767E2">
        <w:rPr>
          <w:vertAlign w:val="superscript"/>
          <w:lang w:val="sv-SE"/>
        </w:rPr>
        <w:t>28</w:t>
      </w:r>
      <w:r w:rsidRPr="000767E2">
        <w:rPr>
          <w:lang w:val="sv-SE"/>
        </w:rPr>
        <w:t xml:space="preserve"> {{field-on:bible}}För </w:t>
      </w:r>
      <w:r w:rsidRPr="000767E2">
        <w:rPr>
          <w:i/>
          <w:lang w:val="sv-SE"/>
        </w:rPr>
        <w:t>det är</w:t>
      </w:r>
      <w:r w:rsidRPr="000767E2">
        <w:rPr>
          <w:lang w:val="sv-SE"/>
        </w:rPr>
        <w:t xml:space="preserve"> inte den </w:t>
      </w:r>
      <w:r w:rsidRPr="000767E2">
        <w:rPr>
          <w:i/>
          <w:lang w:val="sv-SE"/>
        </w:rPr>
        <w:t>som syns</w:t>
      </w:r>
      <w:r w:rsidRPr="000767E2">
        <w:rPr>
          <w:lang w:val="sv-SE"/>
        </w:rPr>
        <w:t xml:space="preserve"> i det uppenbara </w:t>
      </w:r>
      <w:r w:rsidRPr="000767E2">
        <w:rPr>
          <w:i/>
          <w:lang w:val="sv-SE"/>
        </w:rPr>
        <w:t>som</w:t>
      </w:r>
      <w:r w:rsidRPr="000767E2">
        <w:rPr>
          <w:lang w:val="sv-SE"/>
        </w:rPr>
        <w:t xml:space="preserve"> är jude. Och det </w:t>
      </w:r>
      <w:r w:rsidRPr="000767E2">
        <w:rPr>
          <w:i/>
          <w:lang w:val="sv-SE"/>
        </w:rPr>
        <w:t>som sker</w:t>
      </w:r>
      <w:r w:rsidRPr="000767E2">
        <w:rPr>
          <w:lang w:val="sv-SE"/>
        </w:rPr>
        <w:t xml:space="preserve"> i det uppenbara, i kött, </w:t>
      </w:r>
      <w:r w:rsidRPr="000767E2">
        <w:rPr>
          <w:i/>
          <w:lang w:val="sv-SE"/>
        </w:rPr>
        <w:t>är</w:t>
      </w:r>
      <w:r w:rsidRPr="000767E2">
        <w:rPr>
          <w:lang w:val="sv-SE"/>
        </w:rPr>
        <w:t xml:space="preserve"> inte omskärelse.{{field-off:bible}} [[@</w:t>
      </w:r>
      <w:r w:rsidR="0096445B" w:rsidRPr="000767E2">
        <w:rPr>
          <w:lang w:val="sv-SE"/>
        </w:rPr>
        <w:t>BibleBIBEL82</w:t>
      </w:r>
      <w:r w:rsidRPr="000767E2">
        <w:rPr>
          <w:lang w:val="sv-SE"/>
        </w:rPr>
        <w:t>:Rom 2:29]]</w:t>
      </w:r>
      <w:r w:rsidRPr="000767E2">
        <w:rPr>
          <w:vertAlign w:val="superscript"/>
          <w:lang w:val="sv-SE"/>
        </w:rPr>
        <w:t>29</w:t>
      </w:r>
      <w:r w:rsidRPr="000767E2">
        <w:rPr>
          <w:lang w:val="sv-SE"/>
        </w:rPr>
        <w:t xml:space="preserve"> {{field-on:bible}}Nej, den </w:t>
      </w:r>
      <w:r w:rsidRPr="000767E2">
        <w:rPr>
          <w:i/>
          <w:lang w:val="sv-SE"/>
        </w:rPr>
        <w:t>som är det</w:t>
      </w:r>
      <w:r w:rsidRPr="000767E2">
        <w:rPr>
          <w:lang w:val="sv-SE"/>
        </w:rPr>
        <w:t xml:space="preserve"> i det fördolda </w:t>
      </w:r>
      <w:r w:rsidRPr="000767E2">
        <w:rPr>
          <w:i/>
          <w:lang w:val="sv-SE"/>
        </w:rPr>
        <w:t>är</w:t>
      </w:r>
      <w:r w:rsidRPr="000767E2">
        <w:rPr>
          <w:lang w:val="sv-SE"/>
        </w:rPr>
        <w:t xml:space="preserve"> jude, och hjärtats omskärelse </w:t>
      </w:r>
      <w:r w:rsidRPr="000767E2">
        <w:rPr>
          <w:i/>
          <w:lang w:val="sv-SE"/>
        </w:rPr>
        <w:t>görs</w:t>
      </w:r>
      <w:r w:rsidRPr="000767E2">
        <w:rPr>
          <w:lang w:val="sv-SE"/>
        </w:rPr>
        <w:t xml:space="preserve"> i Ande, inte bokstav. Hans lovord </w:t>
      </w:r>
      <w:r w:rsidRPr="000767E2">
        <w:rPr>
          <w:i/>
          <w:lang w:val="sv-SE"/>
        </w:rPr>
        <w:t>kommer</w:t>
      </w:r>
      <w:r w:rsidRPr="000767E2">
        <w:rPr>
          <w:lang w:val="sv-SE"/>
        </w:rPr>
        <w:t xml:space="preserve"> inte från människor utan från Gud.{{field-off:bible}}</w:t>
      </w:r>
    </w:p>
    <w:p w14:paraId="0237A06C" w14:textId="3D8C11D6"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:Rom 3]]Kapitel 3</w:t>
      </w:r>
    </w:p>
    <w:p w14:paraId="2B120915" w14:textId="77777777" w:rsidR="00BA33AB" w:rsidRPr="000767E2" w:rsidRDefault="00000000">
      <w:pPr>
        <w:pStyle w:val="Rubrik3"/>
        <w:rPr>
          <w:lang w:val="sv-SE"/>
        </w:rPr>
      </w:pPr>
      <w:r w:rsidRPr="000767E2">
        <w:rPr>
          <w:lang w:val="sv-SE"/>
        </w:rPr>
        <w:t>Gud har rätt i sin dom</w:t>
      </w:r>
    </w:p>
    <w:p w14:paraId="6DF326CC" w14:textId="524CEEAD" w:rsidR="00BA33AB" w:rsidRPr="000767E2" w:rsidRDefault="00000000">
      <w:pPr>
        <w:rPr>
          <w:lang w:val="sv-SE"/>
        </w:rPr>
      </w:pPr>
      <w:r w:rsidRPr="000767E2">
        <w:rPr>
          <w:lang w:val="sv-SE"/>
        </w:rPr>
        <w:t>[[@</w:t>
      </w:r>
      <w:r w:rsidR="0096445B" w:rsidRPr="000767E2">
        <w:rPr>
          <w:lang w:val="sv-SE"/>
        </w:rPr>
        <w:t>BibleBIBEL82</w:t>
      </w:r>
      <w:r w:rsidRPr="000767E2">
        <w:rPr>
          <w:lang w:val="sv-SE"/>
        </w:rPr>
        <w:t>:Rom 3:1]]</w:t>
      </w:r>
      <w:r w:rsidRPr="000767E2">
        <w:rPr>
          <w:vertAlign w:val="superscript"/>
          <w:lang w:val="sv-SE"/>
        </w:rPr>
        <w:t>1</w:t>
      </w:r>
      <w:r w:rsidRPr="000767E2">
        <w:rPr>
          <w:lang w:val="sv-SE"/>
        </w:rPr>
        <w:t xml:space="preserve"> {{field-on:bible}}Vad </w:t>
      </w:r>
      <w:r w:rsidRPr="000767E2">
        <w:rPr>
          <w:i/>
          <w:lang w:val="sv-SE"/>
        </w:rPr>
        <w:t>som är</w:t>
      </w:r>
      <w:r w:rsidRPr="000767E2">
        <w:rPr>
          <w:lang w:val="sv-SE"/>
        </w:rPr>
        <w:t xml:space="preserve"> mer </w:t>
      </w:r>
      <w:r w:rsidRPr="000767E2">
        <w:rPr>
          <w:i/>
          <w:lang w:val="sv-SE"/>
        </w:rPr>
        <w:t>har</w:t>
      </w:r>
      <w:r w:rsidRPr="000767E2">
        <w:rPr>
          <w:lang w:val="sv-SE"/>
        </w:rPr>
        <w:t xml:space="preserve"> då juden? Eller vilken </w:t>
      </w:r>
      <w:r w:rsidRPr="000767E2">
        <w:rPr>
          <w:i/>
          <w:lang w:val="sv-SE"/>
        </w:rPr>
        <w:t>är</w:t>
      </w:r>
      <w:r w:rsidRPr="000767E2">
        <w:rPr>
          <w:lang w:val="sv-SE"/>
        </w:rPr>
        <w:t xml:space="preserve"> nyttan med omskärelsen?{{field-off:bible}} [[@</w:t>
      </w:r>
      <w:r w:rsidR="0096445B" w:rsidRPr="000767E2">
        <w:rPr>
          <w:lang w:val="sv-SE"/>
        </w:rPr>
        <w:t>BibleBIBEL82</w:t>
      </w:r>
      <w:r w:rsidRPr="000767E2">
        <w:rPr>
          <w:lang w:val="sv-SE"/>
        </w:rPr>
        <w:t>:Rom 3:2]]</w:t>
      </w:r>
      <w:r w:rsidRPr="000767E2">
        <w:rPr>
          <w:vertAlign w:val="superscript"/>
          <w:lang w:val="sv-SE"/>
        </w:rPr>
        <w:t>2</w:t>
      </w:r>
      <w:r w:rsidRPr="000767E2">
        <w:rPr>
          <w:lang w:val="sv-SE"/>
        </w:rPr>
        <w:t xml:space="preserve"> {{field-on:bible}}Stor på varje sätt. Först [då] att de blivit anförtrodda Guds utsagor.{{field-off:bible}}</w:t>
      </w:r>
    </w:p>
    <w:p w14:paraId="24244B7C" w14:textId="5CA6FF92" w:rsidR="00BA33AB" w:rsidRPr="000767E2" w:rsidRDefault="00000000">
      <w:pPr>
        <w:rPr>
          <w:lang w:val="sv-SE"/>
        </w:rPr>
      </w:pPr>
      <w:r>
        <w:t>[[@</w:t>
      </w:r>
      <w:r w:rsidR="0096445B">
        <w:t>BibleBIBEL</w:t>
      </w:r>
      <w:proofErr w:type="gramStart"/>
      <w:r w:rsidR="0096445B">
        <w:t>82</w:t>
      </w:r>
      <w:r>
        <w:t>:Rom</w:t>
      </w:r>
      <w:proofErr w:type="gramEnd"/>
      <w:r>
        <w:t xml:space="preserve"> 3:3]]</w:t>
      </w:r>
      <w:r>
        <w:rPr>
          <w:vertAlign w:val="superscript"/>
        </w:rPr>
        <w:t>3</w:t>
      </w:r>
      <w:r>
        <w:t xml:space="preserve"> {{</w:t>
      </w:r>
      <w:proofErr w:type="spellStart"/>
      <w:r>
        <w:t>field-</w:t>
      </w:r>
      <w:proofErr w:type="gramStart"/>
      <w:r>
        <w:t>on:bible</w:t>
      </w:r>
      <w:proofErr w:type="spellEnd"/>
      <w:r>
        <w:t>}}</w:t>
      </w:r>
      <w:proofErr w:type="spellStart"/>
      <w:r>
        <w:t>Så</w:t>
      </w:r>
      <w:proofErr w:type="spellEnd"/>
      <w:proofErr w:type="gramEnd"/>
      <w:r>
        <w:t xml:space="preserve"> </w:t>
      </w:r>
      <w:proofErr w:type="spellStart"/>
      <w:r>
        <w:t>vad</w:t>
      </w:r>
      <w:proofErr w:type="spellEnd"/>
      <w:r>
        <w:t xml:space="preserve">? </w:t>
      </w:r>
      <w:r w:rsidRPr="000767E2">
        <w:rPr>
          <w:lang w:val="sv-SE"/>
        </w:rPr>
        <w:t>Om några inte trodde, inte ska deras otro upphäva Guds trofasthet?{{field-off:bible}} [[@</w:t>
      </w:r>
      <w:r w:rsidR="0096445B" w:rsidRPr="000767E2">
        <w:rPr>
          <w:lang w:val="sv-SE"/>
        </w:rPr>
        <w:t>BibleBIBEL82</w:t>
      </w:r>
      <w:r w:rsidRPr="000767E2">
        <w:rPr>
          <w:lang w:val="sv-SE"/>
        </w:rPr>
        <w:t>:Rom 3:4]]</w:t>
      </w:r>
      <w:r w:rsidRPr="000767E2">
        <w:rPr>
          <w:vertAlign w:val="superscript"/>
          <w:lang w:val="sv-SE"/>
        </w:rPr>
        <w:t>4</w:t>
      </w:r>
      <w:r w:rsidRPr="000767E2">
        <w:rPr>
          <w:lang w:val="sv-SE"/>
        </w:rPr>
        <w:t xml:space="preserve"> {{field-on:bible}}Får inte ske! Men ske </w:t>
      </w:r>
      <w:r w:rsidRPr="000767E2">
        <w:rPr>
          <w:i/>
          <w:lang w:val="sv-SE"/>
        </w:rPr>
        <w:t>att</w:t>
      </w:r>
      <w:r w:rsidRPr="000767E2">
        <w:rPr>
          <w:lang w:val="sv-SE"/>
        </w:rPr>
        <w:t xml:space="preserve"> Gud </w:t>
      </w:r>
      <w:r w:rsidRPr="000767E2">
        <w:rPr>
          <w:i/>
          <w:lang w:val="sv-SE"/>
        </w:rPr>
        <w:t>är</w:t>
      </w:r>
      <w:r w:rsidRPr="000767E2">
        <w:rPr>
          <w:lang w:val="sv-SE"/>
        </w:rPr>
        <w:t xml:space="preserve"> sann och varje människa en lögnare, så som det är skrivet:{{field-off:bible}}</w:t>
      </w:r>
    </w:p>
    <w:p w14:paraId="1F7092C4" w14:textId="77777777" w:rsidR="00BA33AB" w:rsidRPr="000767E2" w:rsidRDefault="00000000">
      <w:pPr>
        <w:rPr>
          <w:lang w:val="sv-SE"/>
        </w:rPr>
      </w:pPr>
      <w:r w:rsidRPr="000767E2">
        <w:rPr>
          <w:lang w:val="sv-SE"/>
        </w:rPr>
        <w:t>{{field-on:bible}}Så att du förklaras rättfärdig i dina ord</w:t>
      </w:r>
      <w:r w:rsidRPr="000767E2">
        <w:rPr>
          <w:lang w:val="sv-SE"/>
        </w:rPr>
        <w:br/>
        <w:t>och ska segra vid det att du döms.{{field-off:bible}}</w:t>
      </w:r>
    </w:p>
    <w:p w14:paraId="3CBB1DF4" w14:textId="036F440F" w:rsidR="00BA33AB" w:rsidRPr="000767E2" w:rsidRDefault="00000000">
      <w:pPr>
        <w:rPr>
          <w:lang w:val="sv-SE"/>
        </w:rPr>
      </w:pPr>
      <w:r w:rsidRPr="000767E2">
        <w:rPr>
          <w:lang w:val="sv-SE"/>
        </w:rPr>
        <w:t>[[@</w:t>
      </w:r>
      <w:r w:rsidR="0096445B" w:rsidRPr="000767E2">
        <w:rPr>
          <w:lang w:val="sv-SE"/>
        </w:rPr>
        <w:t>BibleBIBEL82</w:t>
      </w:r>
      <w:r w:rsidRPr="000767E2">
        <w:rPr>
          <w:lang w:val="sv-SE"/>
        </w:rPr>
        <w:t>:Rom 3:5]]</w:t>
      </w:r>
      <w:r w:rsidRPr="000767E2">
        <w:rPr>
          <w:vertAlign w:val="superscript"/>
          <w:lang w:val="sv-SE"/>
        </w:rPr>
        <w:t>5</w:t>
      </w:r>
      <w:r w:rsidRPr="000767E2">
        <w:rPr>
          <w:lang w:val="sv-SE"/>
        </w:rPr>
        <w:t xml:space="preserve"> {{field-on:bible}}Men om vår orätt lyfter fram Guds rättfärdighet, vad ska vi säga? Inte </w:t>
      </w:r>
      <w:r w:rsidRPr="000767E2">
        <w:rPr>
          <w:i/>
          <w:lang w:val="sv-SE"/>
        </w:rPr>
        <w:t>är</w:t>
      </w:r>
      <w:r w:rsidRPr="000767E2">
        <w:rPr>
          <w:lang w:val="sv-SE"/>
        </w:rPr>
        <w:t xml:space="preserve"> Gud orättfärdig som påför vreden? På en människas vis talar jag.{{field-off:bible}} [[@</w:t>
      </w:r>
      <w:r w:rsidR="0096445B" w:rsidRPr="000767E2">
        <w:rPr>
          <w:lang w:val="sv-SE"/>
        </w:rPr>
        <w:t>BibleBIBEL82</w:t>
      </w:r>
      <w:r w:rsidRPr="000767E2">
        <w:rPr>
          <w:lang w:val="sv-SE"/>
        </w:rPr>
        <w:t>:Rom 3:6]]</w:t>
      </w:r>
      <w:r w:rsidRPr="000767E2">
        <w:rPr>
          <w:vertAlign w:val="superscript"/>
          <w:lang w:val="sv-SE"/>
        </w:rPr>
        <w:t>6</w:t>
      </w:r>
      <w:r w:rsidRPr="000767E2">
        <w:rPr>
          <w:lang w:val="sv-SE"/>
        </w:rPr>
        <w:t xml:space="preserve"> {{field-on:bible}}Får inte ske! Annars, hur ska Gud döma världen?{{field-off:bible}}</w:t>
      </w:r>
    </w:p>
    <w:p w14:paraId="7178EEAE" w14:textId="47BF5AEE" w:rsidR="00BA33AB" w:rsidRPr="000767E2" w:rsidRDefault="00000000">
      <w:pPr>
        <w:rPr>
          <w:lang w:val="sv-SE"/>
        </w:rPr>
      </w:pPr>
      <w:r w:rsidRPr="000767E2">
        <w:rPr>
          <w:lang w:val="sv-SE"/>
        </w:rPr>
        <w:t>[[@</w:t>
      </w:r>
      <w:r w:rsidR="0096445B" w:rsidRPr="000767E2">
        <w:rPr>
          <w:lang w:val="sv-SE"/>
        </w:rPr>
        <w:t>BibleBIBEL82</w:t>
      </w:r>
      <w:r w:rsidRPr="000767E2">
        <w:rPr>
          <w:lang w:val="sv-SE"/>
        </w:rPr>
        <w:t>:Rom 3:7]]</w:t>
      </w:r>
      <w:r w:rsidRPr="000767E2">
        <w:rPr>
          <w:vertAlign w:val="superscript"/>
          <w:lang w:val="sv-SE"/>
        </w:rPr>
        <w:t>7</w:t>
      </w:r>
      <w:r w:rsidRPr="000767E2">
        <w:rPr>
          <w:lang w:val="sv-SE"/>
        </w:rPr>
        <w:t xml:space="preserve"> {{field-on:bible}}Men om Guds sanning genom min lögn överflödar till hans ära, varför blir jag då fortfarande dömd som syndare?{{field-off:bible}} [[@</w:t>
      </w:r>
      <w:r w:rsidR="0096445B" w:rsidRPr="000767E2">
        <w:rPr>
          <w:lang w:val="sv-SE"/>
        </w:rPr>
        <w:t>BibleBIBEL82</w:t>
      </w:r>
      <w:r w:rsidRPr="000767E2">
        <w:rPr>
          <w:lang w:val="sv-SE"/>
        </w:rPr>
        <w:t>:Rom 3:8]]</w:t>
      </w:r>
      <w:r w:rsidRPr="000767E2">
        <w:rPr>
          <w:vertAlign w:val="superscript"/>
          <w:lang w:val="sv-SE"/>
        </w:rPr>
        <w:t>8</w:t>
      </w:r>
      <w:r w:rsidRPr="000767E2">
        <w:rPr>
          <w:lang w:val="sv-SE"/>
        </w:rPr>
        <w:t xml:space="preserve"> {{field-on:bible}}Och inte så som vi smädas och så som några säger att vi säger, att: ”Låt oss göra det onda så att det goda kommer.” Deras dom är rättmätig.{{field-off:bible}}</w:t>
      </w:r>
    </w:p>
    <w:p w14:paraId="47698FA2" w14:textId="77777777" w:rsidR="00BA33AB" w:rsidRPr="000767E2" w:rsidRDefault="00000000">
      <w:pPr>
        <w:pStyle w:val="Rubrik3"/>
        <w:rPr>
          <w:lang w:val="sv-SE"/>
        </w:rPr>
      </w:pPr>
      <w:r w:rsidRPr="000767E2">
        <w:rPr>
          <w:lang w:val="sv-SE"/>
        </w:rPr>
        <w:t>Inför Gud är alla syndare</w:t>
      </w:r>
    </w:p>
    <w:p w14:paraId="37B80E99" w14:textId="5E5C9535" w:rsidR="00BA33AB" w:rsidRPr="000767E2" w:rsidRDefault="00000000">
      <w:pPr>
        <w:rPr>
          <w:lang w:val="sv-SE"/>
        </w:rPr>
      </w:pPr>
      <w:r>
        <w:t>[[@</w:t>
      </w:r>
      <w:r w:rsidR="0096445B">
        <w:t>BibleBIBEL</w:t>
      </w:r>
      <w:proofErr w:type="gramStart"/>
      <w:r w:rsidR="0096445B">
        <w:t>82</w:t>
      </w:r>
      <w:r>
        <w:t>:Rom</w:t>
      </w:r>
      <w:proofErr w:type="gramEnd"/>
      <w:r>
        <w:t xml:space="preserve"> 3:9]]</w:t>
      </w:r>
      <w:r>
        <w:rPr>
          <w:vertAlign w:val="superscript"/>
        </w:rPr>
        <w:t>9</w:t>
      </w:r>
      <w:r>
        <w:t xml:space="preserve"> {{</w:t>
      </w:r>
      <w:proofErr w:type="spellStart"/>
      <w:r>
        <w:t>field-</w:t>
      </w:r>
      <w:proofErr w:type="gramStart"/>
      <w:r>
        <w:t>on:bible</w:t>
      </w:r>
      <w:proofErr w:type="spellEnd"/>
      <w:r>
        <w:t>}}</w:t>
      </w:r>
      <w:proofErr w:type="spellStart"/>
      <w:r>
        <w:t>Så</w:t>
      </w:r>
      <w:proofErr w:type="spellEnd"/>
      <w:proofErr w:type="gramEnd"/>
      <w:r>
        <w:t xml:space="preserve"> </w:t>
      </w:r>
      <w:proofErr w:type="spellStart"/>
      <w:r>
        <w:t>vad</w:t>
      </w:r>
      <w:proofErr w:type="spellEnd"/>
      <w:r>
        <w:t xml:space="preserve">? </w:t>
      </w:r>
      <w:r w:rsidRPr="000767E2">
        <w:rPr>
          <w:lang w:val="sv-SE"/>
        </w:rPr>
        <w:t xml:space="preserve">Har vi fördel? Inte alls. För vi har förut anklagat både judar och greker </w:t>
      </w:r>
      <w:r w:rsidRPr="000767E2">
        <w:rPr>
          <w:i/>
          <w:lang w:val="sv-SE"/>
        </w:rPr>
        <w:t>för</w:t>
      </w:r>
      <w:r w:rsidRPr="000767E2">
        <w:rPr>
          <w:lang w:val="sv-SE"/>
        </w:rPr>
        <w:t xml:space="preserve"> att alla vara under synd,{{field-off:bible}} [[@</w:t>
      </w:r>
      <w:r w:rsidR="0096445B" w:rsidRPr="000767E2">
        <w:rPr>
          <w:lang w:val="sv-SE"/>
        </w:rPr>
        <w:t>BibleBIBEL82</w:t>
      </w:r>
      <w:r w:rsidRPr="000767E2">
        <w:rPr>
          <w:lang w:val="sv-SE"/>
        </w:rPr>
        <w:t>:Rom 3:10]]</w:t>
      </w:r>
      <w:r w:rsidRPr="000767E2">
        <w:rPr>
          <w:vertAlign w:val="superscript"/>
          <w:lang w:val="sv-SE"/>
        </w:rPr>
        <w:t>10</w:t>
      </w:r>
      <w:r w:rsidRPr="000767E2">
        <w:rPr>
          <w:lang w:val="sv-SE"/>
        </w:rPr>
        <w:t xml:space="preserve"> {{field-on:bible}}så som det är skrivet att:{{field-off:bible}}</w:t>
      </w:r>
    </w:p>
    <w:p w14:paraId="2B14C7C5" w14:textId="43CA4986" w:rsidR="00BA33AB" w:rsidRPr="000767E2" w:rsidRDefault="00000000">
      <w:pPr>
        <w:rPr>
          <w:lang w:val="sv-SE"/>
        </w:rPr>
      </w:pPr>
      <w:r w:rsidRPr="000767E2">
        <w:rPr>
          <w:lang w:val="sv-SE"/>
        </w:rPr>
        <w:t>{{field-on:bible}}Det finns ingen rättfärdig, inte ens en.{{field-off:bible}}</w:t>
      </w:r>
      <w:r w:rsidRPr="000767E2">
        <w:rPr>
          <w:lang w:val="sv-SE"/>
        </w:rPr>
        <w:br/>
        <w:t>[[@</w:t>
      </w:r>
      <w:r w:rsidR="0096445B" w:rsidRPr="000767E2">
        <w:rPr>
          <w:lang w:val="sv-SE"/>
        </w:rPr>
        <w:t>BibleBIBEL82</w:t>
      </w:r>
      <w:r w:rsidRPr="000767E2">
        <w:rPr>
          <w:lang w:val="sv-SE"/>
        </w:rPr>
        <w:t>:Rom 3:11]]</w:t>
      </w:r>
      <w:r w:rsidRPr="000767E2">
        <w:rPr>
          <w:vertAlign w:val="superscript"/>
          <w:lang w:val="sv-SE"/>
        </w:rPr>
        <w:t>11</w:t>
      </w:r>
      <w:r w:rsidRPr="000767E2">
        <w:rPr>
          <w:lang w:val="sv-SE"/>
        </w:rPr>
        <w:t xml:space="preserve"> {{field-on:bible}}Det finns ingen som förstår, finns ingen som söker Gud.{{field-off:bible}}</w:t>
      </w:r>
      <w:r w:rsidRPr="000767E2">
        <w:rPr>
          <w:lang w:val="sv-SE"/>
        </w:rPr>
        <w:br/>
        <w:t>[[@</w:t>
      </w:r>
      <w:r w:rsidR="0096445B" w:rsidRPr="000767E2">
        <w:rPr>
          <w:lang w:val="sv-SE"/>
        </w:rPr>
        <w:t>BibleBIBEL82</w:t>
      </w:r>
      <w:r w:rsidRPr="000767E2">
        <w:rPr>
          <w:lang w:val="sv-SE"/>
        </w:rPr>
        <w:t>:Rom 3:12]]</w:t>
      </w:r>
      <w:r w:rsidRPr="000767E2">
        <w:rPr>
          <w:vertAlign w:val="superscript"/>
          <w:lang w:val="sv-SE"/>
        </w:rPr>
        <w:t>12</w:t>
      </w:r>
      <w:r w:rsidRPr="000767E2">
        <w:rPr>
          <w:lang w:val="sv-SE"/>
        </w:rPr>
        <w:t xml:space="preserve"> {{field-on:bible}}Alla har avvikit, tillsammans blivit odugliga.</w:t>
      </w:r>
      <w:r w:rsidRPr="000767E2">
        <w:rPr>
          <w:lang w:val="sv-SE"/>
        </w:rPr>
        <w:br/>
        <w:t>Det finns ingen som gör snällhet, finns inte ens en.{{field-off:bible}}</w:t>
      </w:r>
      <w:r w:rsidRPr="000767E2">
        <w:rPr>
          <w:lang w:val="sv-SE"/>
        </w:rPr>
        <w:br/>
        <w:t>[[@</w:t>
      </w:r>
      <w:r w:rsidR="0096445B" w:rsidRPr="000767E2">
        <w:rPr>
          <w:lang w:val="sv-SE"/>
        </w:rPr>
        <w:t>BibleBIBEL82</w:t>
      </w:r>
      <w:r w:rsidRPr="000767E2">
        <w:rPr>
          <w:lang w:val="sv-SE"/>
        </w:rPr>
        <w:t>:Rom 3:13]]</w:t>
      </w:r>
      <w:r w:rsidRPr="000767E2">
        <w:rPr>
          <w:vertAlign w:val="superscript"/>
          <w:lang w:val="sv-SE"/>
        </w:rPr>
        <w:t>13</w:t>
      </w:r>
      <w:r w:rsidRPr="000767E2">
        <w:rPr>
          <w:lang w:val="sv-SE"/>
        </w:rPr>
        <w:t xml:space="preserve"> {{field-on:bible}}En öppnad gravkammare </w:t>
      </w:r>
      <w:r w:rsidRPr="000767E2">
        <w:rPr>
          <w:i/>
          <w:lang w:val="sv-SE"/>
        </w:rPr>
        <w:t>är</w:t>
      </w:r>
      <w:r w:rsidRPr="000767E2">
        <w:rPr>
          <w:lang w:val="sv-SE"/>
        </w:rPr>
        <w:t xml:space="preserve"> deras strupe,</w:t>
      </w:r>
      <w:r w:rsidRPr="000767E2">
        <w:rPr>
          <w:lang w:val="sv-SE"/>
        </w:rPr>
        <w:br/>
        <w:t>med sina tungor begår de svek.</w:t>
      </w:r>
      <w:r w:rsidRPr="000767E2">
        <w:rPr>
          <w:lang w:val="sv-SE"/>
        </w:rPr>
        <w:br/>
        <w:t xml:space="preserve">Kobrors gift </w:t>
      </w:r>
      <w:r w:rsidRPr="000767E2">
        <w:rPr>
          <w:i/>
          <w:lang w:val="sv-SE"/>
        </w:rPr>
        <w:t>är</w:t>
      </w:r>
      <w:r w:rsidRPr="000767E2">
        <w:rPr>
          <w:lang w:val="sv-SE"/>
        </w:rPr>
        <w:t xml:space="preserve"> under deras läppar.{{field-off:bible}}</w:t>
      </w:r>
      <w:r w:rsidRPr="000767E2">
        <w:rPr>
          <w:lang w:val="sv-SE"/>
        </w:rPr>
        <w:br/>
        <w:t>[[@</w:t>
      </w:r>
      <w:r w:rsidR="0096445B" w:rsidRPr="000767E2">
        <w:rPr>
          <w:lang w:val="sv-SE"/>
        </w:rPr>
        <w:t>BibleBIBEL82</w:t>
      </w:r>
      <w:r w:rsidRPr="000767E2">
        <w:rPr>
          <w:lang w:val="sv-SE"/>
        </w:rPr>
        <w:t>:Rom 3:14]]</w:t>
      </w:r>
      <w:r w:rsidRPr="000767E2">
        <w:rPr>
          <w:vertAlign w:val="superscript"/>
          <w:lang w:val="sv-SE"/>
        </w:rPr>
        <w:t>14</w:t>
      </w:r>
      <w:r w:rsidRPr="000767E2">
        <w:rPr>
          <w:lang w:val="sv-SE"/>
        </w:rPr>
        <w:t xml:space="preserve"> {{field-on:bible}}Deras mun </w:t>
      </w:r>
      <w:r w:rsidRPr="000767E2">
        <w:rPr>
          <w:i/>
          <w:lang w:val="sv-SE"/>
        </w:rPr>
        <w:t>är</w:t>
      </w:r>
      <w:r w:rsidRPr="000767E2">
        <w:rPr>
          <w:lang w:val="sv-SE"/>
        </w:rPr>
        <w:t xml:space="preserve"> av förbannelse och bitterhet full.{{field-off:bible}}</w:t>
      </w:r>
      <w:r w:rsidRPr="000767E2">
        <w:rPr>
          <w:lang w:val="sv-SE"/>
        </w:rPr>
        <w:br/>
        <w:t>[[@</w:t>
      </w:r>
      <w:r w:rsidR="0096445B" w:rsidRPr="000767E2">
        <w:rPr>
          <w:lang w:val="sv-SE"/>
        </w:rPr>
        <w:t>BibleBIBEL82</w:t>
      </w:r>
      <w:r w:rsidRPr="000767E2">
        <w:rPr>
          <w:lang w:val="sv-SE"/>
        </w:rPr>
        <w:t>:Rom 3:15]]</w:t>
      </w:r>
      <w:r w:rsidRPr="000767E2">
        <w:rPr>
          <w:vertAlign w:val="superscript"/>
          <w:lang w:val="sv-SE"/>
        </w:rPr>
        <w:t>15</w:t>
      </w:r>
      <w:r w:rsidRPr="000767E2">
        <w:rPr>
          <w:lang w:val="sv-SE"/>
        </w:rPr>
        <w:t xml:space="preserve"> {{field-on:bible}}Raska </w:t>
      </w:r>
      <w:r w:rsidRPr="000767E2">
        <w:rPr>
          <w:i/>
          <w:lang w:val="sv-SE"/>
        </w:rPr>
        <w:t>är</w:t>
      </w:r>
      <w:r w:rsidRPr="000767E2">
        <w:rPr>
          <w:lang w:val="sv-SE"/>
        </w:rPr>
        <w:t xml:space="preserve"> deras fötter </w:t>
      </w:r>
      <w:r w:rsidRPr="000767E2">
        <w:rPr>
          <w:i/>
          <w:lang w:val="sv-SE"/>
        </w:rPr>
        <w:t>till</w:t>
      </w:r>
      <w:r w:rsidRPr="000767E2">
        <w:rPr>
          <w:lang w:val="sv-SE"/>
        </w:rPr>
        <w:t xml:space="preserve"> att utgjuta blod.{{field-off:bible}}</w:t>
      </w:r>
      <w:r w:rsidRPr="000767E2">
        <w:rPr>
          <w:lang w:val="sv-SE"/>
        </w:rPr>
        <w:br/>
        <w:t>[[@</w:t>
      </w:r>
      <w:r w:rsidR="0096445B" w:rsidRPr="000767E2">
        <w:rPr>
          <w:lang w:val="sv-SE"/>
        </w:rPr>
        <w:t>BibleBIBEL82</w:t>
      </w:r>
      <w:r w:rsidRPr="000767E2">
        <w:rPr>
          <w:lang w:val="sv-SE"/>
        </w:rPr>
        <w:t>:Rom 3:16]]</w:t>
      </w:r>
      <w:r w:rsidRPr="000767E2">
        <w:rPr>
          <w:vertAlign w:val="superscript"/>
          <w:lang w:val="sv-SE"/>
        </w:rPr>
        <w:t>16</w:t>
      </w:r>
      <w:r w:rsidRPr="000767E2">
        <w:rPr>
          <w:lang w:val="sv-SE"/>
        </w:rPr>
        <w:t xml:space="preserve"> {{field-on:bible}}Förödelse och elände </w:t>
      </w:r>
      <w:r w:rsidRPr="000767E2">
        <w:rPr>
          <w:i/>
          <w:lang w:val="sv-SE"/>
        </w:rPr>
        <w:t>är</w:t>
      </w:r>
      <w:r w:rsidRPr="000767E2">
        <w:rPr>
          <w:lang w:val="sv-SE"/>
        </w:rPr>
        <w:t xml:space="preserve"> på deras vägar,{{field-off:bible}}</w:t>
      </w:r>
      <w:r w:rsidRPr="000767E2">
        <w:rPr>
          <w:lang w:val="sv-SE"/>
        </w:rPr>
        <w:br/>
      </w:r>
      <w:r w:rsidRPr="000767E2">
        <w:rPr>
          <w:lang w:val="sv-SE"/>
        </w:rPr>
        <w:lastRenderedPageBreak/>
        <w:t>[[@</w:t>
      </w:r>
      <w:r w:rsidR="0096445B" w:rsidRPr="000767E2">
        <w:rPr>
          <w:lang w:val="sv-SE"/>
        </w:rPr>
        <w:t>BibleBIBEL82</w:t>
      </w:r>
      <w:r w:rsidRPr="000767E2">
        <w:rPr>
          <w:lang w:val="sv-SE"/>
        </w:rPr>
        <w:t>:Rom 3:17]]</w:t>
      </w:r>
      <w:r w:rsidRPr="000767E2">
        <w:rPr>
          <w:vertAlign w:val="superscript"/>
          <w:lang w:val="sv-SE"/>
        </w:rPr>
        <w:t>17</w:t>
      </w:r>
      <w:r w:rsidRPr="000767E2">
        <w:rPr>
          <w:lang w:val="sv-SE"/>
        </w:rPr>
        <w:t xml:space="preserve"> {{field-on:bible}}och fridens väg har de inte känt.{{field-off:bible}}</w:t>
      </w:r>
      <w:r w:rsidRPr="000767E2">
        <w:rPr>
          <w:lang w:val="sv-SE"/>
        </w:rPr>
        <w:br/>
        <w:t>[[@</w:t>
      </w:r>
      <w:r w:rsidR="0096445B" w:rsidRPr="000767E2">
        <w:rPr>
          <w:lang w:val="sv-SE"/>
        </w:rPr>
        <w:t>BibleBIBEL82</w:t>
      </w:r>
      <w:r w:rsidRPr="000767E2">
        <w:rPr>
          <w:lang w:val="sv-SE"/>
        </w:rPr>
        <w:t>:Rom 3:18]]</w:t>
      </w:r>
      <w:r w:rsidRPr="000767E2">
        <w:rPr>
          <w:vertAlign w:val="superscript"/>
          <w:lang w:val="sv-SE"/>
        </w:rPr>
        <w:t>18</w:t>
      </w:r>
      <w:r w:rsidRPr="000767E2">
        <w:rPr>
          <w:lang w:val="sv-SE"/>
        </w:rPr>
        <w:t xml:space="preserve"> {{field-on:bible}}Det finns ingen fruktan för Gud inför deras ögon.{{field-off:bible}}</w:t>
      </w:r>
    </w:p>
    <w:p w14:paraId="57408F48" w14:textId="2059DAAD" w:rsidR="00BA33AB" w:rsidRPr="000767E2" w:rsidRDefault="00000000">
      <w:pPr>
        <w:rPr>
          <w:lang w:val="sv-SE"/>
        </w:rPr>
      </w:pPr>
      <w:r w:rsidRPr="000767E2">
        <w:rPr>
          <w:lang w:val="sv-SE"/>
        </w:rPr>
        <w:t>[[@</w:t>
      </w:r>
      <w:r w:rsidR="0096445B" w:rsidRPr="000767E2">
        <w:rPr>
          <w:lang w:val="sv-SE"/>
        </w:rPr>
        <w:t>BibleBIBEL82</w:t>
      </w:r>
      <w:r w:rsidRPr="000767E2">
        <w:rPr>
          <w:lang w:val="sv-SE"/>
        </w:rPr>
        <w:t>:Rom 3:19]]</w:t>
      </w:r>
      <w:r w:rsidRPr="000767E2">
        <w:rPr>
          <w:vertAlign w:val="superscript"/>
          <w:lang w:val="sv-SE"/>
        </w:rPr>
        <w:t>19</w:t>
      </w:r>
      <w:r w:rsidRPr="000767E2">
        <w:rPr>
          <w:lang w:val="sv-SE"/>
        </w:rPr>
        <w:t xml:space="preserve"> {{field-on:bible}}Men vi vet att vad lagen säger talar den till dem </w:t>
      </w:r>
      <w:r w:rsidRPr="000767E2">
        <w:rPr>
          <w:i/>
          <w:lang w:val="sv-SE"/>
        </w:rPr>
        <w:t>som är</w:t>
      </w:r>
      <w:r w:rsidRPr="000767E2">
        <w:rPr>
          <w:lang w:val="sv-SE"/>
        </w:rPr>
        <w:t xml:space="preserve"> inom lagen, för att varje mun ska spärras och hela världen bli underställd dom inför Gud.{{field-off:bible}} [[@</w:t>
      </w:r>
      <w:r w:rsidR="0096445B" w:rsidRPr="000767E2">
        <w:rPr>
          <w:lang w:val="sv-SE"/>
        </w:rPr>
        <w:t>BibleBIBEL82</w:t>
      </w:r>
      <w:r w:rsidRPr="000767E2">
        <w:rPr>
          <w:lang w:val="sv-SE"/>
        </w:rPr>
        <w:t>:Rom 3:20]]</w:t>
      </w:r>
      <w:r w:rsidRPr="000767E2">
        <w:rPr>
          <w:vertAlign w:val="superscript"/>
          <w:lang w:val="sv-SE"/>
        </w:rPr>
        <w:t>20</w:t>
      </w:r>
      <w:r w:rsidRPr="000767E2">
        <w:rPr>
          <w:lang w:val="sv-SE"/>
        </w:rPr>
        <w:t xml:space="preserve"> {{field-on:bible}}Därför: utifrån laggärningar blir inget kött rättfärdigförklarat inför honom. För genom lag </w:t>
      </w:r>
      <w:r w:rsidRPr="000767E2">
        <w:rPr>
          <w:i/>
          <w:lang w:val="sv-SE"/>
        </w:rPr>
        <w:t>kommer</w:t>
      </w:r>
      <w:r w:rsidRPr="000767E2">
        <w:rPr>
          <w:lang w:val="sv-SE"/>
        </w:rPr>
        <w:t xml:space="preserve"> insikt om synd.{{field-off:bible}}</w:t>
      </w:r>
    </w:p>
    <w:p w14:paraId="62C59844" w14:textId="77777777" w:rsidR="00BA33AB" w:rsidRPr="000767E2" w:rsidRDefault="00000000">
      <w:pPr>
        <w:pStyle w:val="Rubrik3"/>
        <w:rPr>
          <w:lang w:val="sv-SE"/>
        </w:rPr>
      </w:pPr>
      <w:r w:rsidRPr="000767E2">
        <w:rPr>
          <w:lang w:val="sv-SE"/>
        </w:rPr>
        <w:t>Förklarad rättfärdig i Kristus</w:t>
      </w:r>
    </w:p>
    <w:p w14:paraId="516F641C" w14:textId="0E18DD8E" w:rsidR="00BA33AB" w:rsidRPr="000767E2" w:rsidRDefault="00000000">
      <w:pPr>
        <w:rPr>
          <w:lang w:val="sv-SE"/>
        </w:rPr>
      </w:pPr>
      <w:r w:rsidRPr="000767E2">
        <w:rPr>
          <w:lang w:val="sv-SE"/>
        </w:rPr>
        <w:t>[[@</w:t>
      </w:r>
      <w:r w:rsidR="0096445B" w:rsidRPr="000767E2">
        <w:rPr>
          <w:lang w:val="sv-SE"/>
        </w:rPr>
        <w:t>BibleBIBEL82</w:t>
      </w:r>
      <w:r w:rsidRPr="000767E2">
        <w:rPr>
          <w:lang w:val="sv-SE"/>
        </w:rPr>
        <w:t>:Rom 3:21]]</w:t>
      </w:r>
      <w:r w:rsidRPr="000767E2">
        <w:rPr>
          <w:vertAlign w:val="superscript"/>
          <w:lang w:val="sv-SE"/>
        </w:rPr>
        <w:t>21</w:t>
      </w:r>
      <w:r w:rsidRPr="000767E2">
        <w:rPr>
          <w:lang w:val="sv-SE"/>
        </w:rPr>
        <w:t xml:space="preserve"> {{field-on:bible}}Men nu har utan lag en Guds rättfärdighet framträtt, omvittnad av lagen och profeterna,{{field-off:bible}} [[@</w:t>
      </w:r>
      <w:r w:rsidR="0096445B" w:rsidRPr="000767E2">
        <w:rPr>
          <w:lang w:val="sv-SE"/>
        </w:rPr>
        <w:t>BibleBIBEL82</w:t>
      </w:r>
      <w:r w:rsidRPr="000767E2">
        <w:rPr>
          <w:lang w:val="sv-SE"/>
        </w:rPr>
        <w:t>:Rom 3:22]]</w:t>
      </w:r>
      <w:r w:rsidRPr="000767E2">
        <w:rPr>
          <w:vertAlign w:val="superscript"/>
          <w:lang w:val="sv-SE"/>
        </w:rPr>
        <w:t>22</w:t>
      </w:r>
      <w:r w:rsidRPr="000767E2">
        <w:rPr>
          <w:lang w:val="sv-SE"/>
        </w:rPr>
        <w:t xml:space="preserve"> {{field-on:bible}}men en Guds rättfärdighet genom tro på Jesus Kristus för alla som tror. För det finns ingen skillnad,{{field-off:bible}} [[@</w:t>
      </w:r>
      <w:r w:rsidR="0096445B" w:rsidRPr="000767E2">
        <w:rPr>
          <w:lang w:val="sv-SE"/>
        </w:rPr>
        <w:t>BibleBIBEL82</w:t>
      </w:r>
      <w:r w:rsidRPr="000767E2">
        <w:rPr>
          <w:lang w:val="sv-SE"/>
        </w:rPr>
        <w:t>:Rom 3:23]]</w:t>
      </w:r>
      <w:r w:rsidRPr="000767E2">
        <w:rPr>
          <w:vertAlign w:val="superscript"/>
          <w:lang w:val="sv-SE"/>
        </w:rPr>
        <w:t>23</w:t>
      </w:r>
      <w:r w:rsidRPr="000767E2">
        <w:rPr>
          <w:lang w:val="sv-SE"/>
        </w:rPr>
        <w:t xml:space="preserve"> {{field-on:bible}}för alla har syndat och saknar Guds härlighet,{{field-off:bible}} [[@</w:t>
      </w:r>
      <w:r w:rsidR="0096445B" w:rsidRPr="000767E2">
        <w:rPr>
          <w:lang w:val="sv-SE"/>
        </w:rPr>
        <w:t>BibleBIBEL82</w:t>
      </w:r>
      <w:r w:rsidRPr="000767E2">
        <w:rPr>
          <w:lang w:val="sv-SE"/>
        </w:rPr>
        <w:t>:Rom 3:24]]</w:t>
      </w:r>
      <w:r w:rsidRPr="000767E2">
        <w:rPr>
          <w:vertAlign w:val="superscript"/>
          <w:lang w:val="sv-SE"/>
        </w:rPr>
        <w:t>24</w:t>
      </w:r>
      <w:r w:rsidRPr="000767E2">
        <w:rPr>
          <w:lang w:val="sv-SE"/>
        </w:rPr>
        <w:t xml:space="preserve"> {{field-on:bible}}och de rättfärdigförklaras gratis av hans nåd, genom återlösningen i Kristus Jesus.{{field-off:bible}} [[@</w:t>
      </w:r>
      <w:r w:rsidR="0096445B" w:rsidRPr="000767E2">
        <w:rPr>
          <w:lang w:val="sv-SE"/>
        </w:rPr>
        <w:t>BibleBIBEL82</w:t>
      </w:r>
      <w:r w:rsidRPr="000767E2">
        <w:rPr>
          <w:lang w:val="sv-SE"/>
        </w:rPr>
        <w:t>:Rom 3:25]]</w:t>
      </w:r>
      <w:r w:rsidRPr="000767E2">
        <w:rPr>
          <w:vertAlign w:val="superscript"/>
          <w:lang w:val="sv-SE"/>
        </w:rPr>
        <w:t>25</w:t>
      </w:r>
      <w:r w:rsidRPr="000767E2">
        <w:rPr>
          <w:lang w:val="sv-SE"/>
        </w:rPr>
        <w:t xml:space="preserve"> {{field-on:bible}}Honom har Gud satt fram </w:t>
      </w:r>
      <w:r w:rsidRPr="000767E2">
        <w:rPr>
          <w:i/>
          <w:lang w:val="sv-SE"/>
        </w:rPr>
        <w:t>som</w:t>
      </w:r>
      <w:r w:rsidRPr="000767E2">
        <w:rPr>
          <w:lang w:val="sv-SE"/>
        </w:rPr>
        <w:t xml:space="preserve"> ett soningsställe genom tro[n] på hans blod, till bevisning av hans rättfärdighet, på grund av förbigåendet av de föregående försyndelserna{{field-off:bible}} [[@</w:t>
      </w:r>
      <w:r w:rsidR="0096445B" w:rsidRPr="000767E2">
        <w:rPr>
          <w:lang w:val="sv-SE"/>
        </w:rPr>
        <w:t>BibleBIBEL82</w:t>
      </w:r>
      <w:r w:rsidRPr="000767E2">
        <w:rPr>
          <w:lang w:val="sv-SE"/>
        </w:rPr>
        <w:t>:Rom 3:26]]</w:t>
      </w:r>
      <w:r w:rsidRPr="000767E2">
        <w:rPr>
          <w:vertAlign w:val="superscript"/>
          <w:lang w:val="sv-SE"/>
        </w:rPr>
        <w:t>26</w:t>
      </w:r>
      <w:r w:rsidRPr="000767E2">
        <w:rPr>
          <w:lang w:val="sv-SE"/>
        </w:rPr>
        <w:t xml:space="preserve"> {{field-on:bible}}under Guds långmod, för bevisningen av hans rättfärdighet i den nuvarande tiden, så att han är rättfärdig och rättfärdigförklarar den </w:t>
      </w:r>
      <w:r w:rsidRPr="000767E2">
        <w:rPr>
          <w:i/>
          <w:lang w:val="sv-SE"/>
        </w:rPr>
        <w:t>som är</w:t>
      </w:r>
      <w:r w:rsidRPr="000767E2">
        <w:rPr>
          <w:lang w:val="sv-SE"/>
        </w:rPr>
        <w:t xml:space="preserve"> av tro på Jesus.{{field-off:bible}}</w:t>
      </w:r>
    </w:p>
    <w:p w14:paraId="3960663B" w14:textId="13D2874F" w:rsidR="00BA33AB" w:rsidRPr="000767E2" w:rsidRDefault="00000000">
      <w:pPr>
        <w:rPr>
          <w:lang w:val="sv-SE"/>
        </w:rPr>
      </w:pPr>
      <w:r w:rsidRPr="000767E2">
        <w:rPr>
          <w:lang w:val="sv-SE"/>
        </w:rPr>
        <w:t>[[@</w:t>
      </w:r>
      <w:r w:rsidR="0096445B" w:rsidRPr="000767E2">
        <w:rPr>
          <w:lang w:val="sv-SE"/>
        </w:rPr>
        <w:t>BibleBIBEL82</w:t>
      </w:r>
      <w:r w:rsidRPr="000767E2">
        <w:rPr>
          <w:lang w:val="sv-SE"/>
        </w:rPr>
        <w:t>:Rom 3:27]]</w:t>
      </w:r>
      <w:r w:rsidRPr="000767E2">
        <w:rPr>
          <w:vertAlign w:val="superscript"/>
          <w:lang w:val="sv-SE"/>
        </w:rPr>
        <w:t>27</w:t>
      </w:r>
      <w:r w:rsidRPr="000767E2">
        <w:rPr>
          <w:lang w:val="sv-SE"/>
        </w:rPr>
        <w:t xml:space="preserve"> {{field-on:bible}}Var </w:t>
      </w:r>
      <w:r w:rsidRPr="000767E2">
        <w:rPr>
          <w:i/>
          <w:lang w:val="sv-SE"/>
        </w:rPr>
        <w:t>är</w:t>
      </w:r>
      <w:r w:rsidRPr="000767E2">
        <w:rPr>
          <w:lang w:val="sv-SE"/>
        </w:rPr>
        <w:t xml:space="preserve"> då stoltserandet? </w:t>
      </w:r>
      <w:r w:rsidRPr="000767E2">
        <w:rPr>
          <w:i/>
          <w:lang w:val="sv-SE"/>
        </w:rPr>
        <w:t>Det</w:t>
      </w:r>
      <w:r w:rsidRPr="000767E2">
        <w:rPr>
          <w:lang w:val="sv-SE"/>
        </w:rPr>
        <w:t xml:space="preserve"> blev uteslutet. Genom vilken lag, gärningarnas? Nej, utan genom trons lag.{{field-off:bible}} [[@</w:t>
      </w:r>
      <w:r w:rsidR="0096445B" w:rsidRPr="000767E2">
        <w:rPr>
          <w:lang w:val="sv-SE"/>
        </w:rPr>
        <w:t>BibleBIBEL82</w:t>
      </w:r>
      <w:r w:rsidRPr="000767E2">
        <w:rPr>
          <w:lang w:val="sv-SE"/>
        </w:rPr>
        <w:t>:Rom 3:28]]</w:t>
      </w:r>
      <w:r w:rsidRPr="000767E2">
        <w:rPr>
          <w:vertAlign w:val="superscript"/>
          <w:lang w:val="sv-SE"/>
        </w:rPr>
        <w:t>28</w:t>
      </w:r>
      <w:r w:rsidRPr="000767E2">
        <w:rPr>
          <w:lang w:val="sv-SE"/>
        </w:rPr>
        <w:t xml:space="preserve"> {{field-on:bible}}För vi räknar att en människa förklaras rättfärdig genom tro, utan laggärningar.{{field-off:bible}} [[@</w:t>
      </w:r>
      <w:r w:rsidR="0096445B" w:rsidRPr="000767E2">
        <w:rPr>
          <w:lang w:val="sv-SE"/>
        </w:rPr>
        <w:t>BibleBIBEL82</w:t>
      </w:r>
      <w:r w:rsidRPr="000767E2">
        <w:rPr>
          <w:lang w:val="sv-SE"/>
        </w:rPr>
        <w:t>:Rom 3:29]]</w:t>
      </w:r>
      <w:r w:rsidRPr="000767E2">
        <w:rPr>
          <w:vertAlign w:val="superscript"/>
          <w:lang w:val="sv-SE"/>
        </w:rPr>
        <w:t>29</w:t>
      </w:r>
      <w:r w:rsidRPr="000767E2">
        <w:rPr>
          <w:lang w:val="sv-SE"/>
        </w:rPr>
        <w:t xml:space="preserve"> {{field-on:bible}}Eller </w:t>
      </w:r>
      <w:r w:rsidRPr="000767E2">
        <w:rPr>
          <w:i/>
          <w:lang w:val="sv-SE"/>
        </w:rPr>
        <w:t>är</w:t>
      </w:r>
      <w:r w:rsidRPr="000767E2">
        <w:rPr>
          <w:lang w:val="sv-SE"/>
        </w:rPr>
        <w:t xml:space="preserve"> Gud bara judarnas? Inte också folkslagens? Jo, också folkslagens,{{field-off:bible}} [[@</w:t>
      </w:r>
      <w:r w:rsidR="0096445B" w:rsidRPr="000767E2">
        <w:rPr>
          <w:lang w:val="sv-SE"/>
        </w:rPr>
        <w:t>BibleBIBEL82</w:t>
      </w:r>
      <w:r w:rsidRPr="000767E2">
        <w:rPr>
          <w:lang w:val="sv-SE"/>
        </w:rPr>
        <w:t>:Rom 3:30]]</w:t>
      </w:r>
      <w:r w:rsidRPr="000767E2">
        <w:rPr>
          <w:vertAlign w:val="superscript"/>
          <w:lang w:val="sv-SE"/>
        </w:rPr>
        <w:t>30</w:t>
      </w:r>
      <w:r w:rsidRPr="000767E2">
        <w:rPr>
          <w:lang w:val="sv-SE"/>
        </w:rPr>
        <w:t xml:space="preserve"> {{field-on:bible}}om nu Gud är en: den som ska rättfärdigförklara omskärelse av tro och förhud genom tron.{{field-off:bible}}</w:t>
      </w:r>
    </w:p>
    <w:p w14:paraId="423EBA07" w14:textId="50E354D3" w:rsidR="00BA33AB" w:rsidRPr="000767E2" w:rsidRDefault="00000000">
      <w:pPr>
        <w:rPr>
          <w:lang w:val="sv-SE"/>
        </w:rPr>
      </w:pPr>
      <w:r w:rsidRPr="000767E2">
        <w:rPr>
          <w:lang w:val="sv-SE"/>
        </w:rPr>
        <w:t>[[@</w:t>
      </w:r>
      <w:r w:rsidR="0096445B" w:rsidRPr="000767E2">
        <w:rPr>
          <w:lang w:val="sv-SE"/>
        </w:rPr>
        <w:t>BibleBIBEL82</w:t>
      </w:r>
      <w:r w:rsidRPr="000767E2">
        <w:rPr>
          <w:lang w:val="sv-SE"/>
        </w:rPr>
        <w:t>:Rom 3:31]]</w:t>
      </w:r>
      <w:r w:rsidRPr="000767E2">
        <w:rPr>
          <w:vertAlign w:val="superscript"/>
          <w:lang w:val="sv-SE"/>
        </w:rPr>
        <w:t>31</w:t>
      </w:r>
      <w:r w:rsidRPr="000767E2">
        <w:rPr>
          <w:lang w:val="sv-SE"/>
        </w:rPr>
        <w:t xml:space="preserve"> {{field-on:bible}}Lagen upphäver vi då genom tron? Får inte ske! Nej, lagen upprätthåller vi.{{field-off:bible}}</w:t>
      </w:r>
    </w:p>
    <w:p w14:paraId="7B737B27" w14:textId="1ADF99A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4]]Kapitel 4</w:t>
      </w:r>
    </w:p>
    <w:p w14:paraId="1848747E" w14:textId="77777777" w:rsidR="00BA33AB" w:rsidRPr="000767E2" w:rsidRDefault="00000000">
      <w:pPr>
        <w:pStyle w:val="Rubrik3"/>
        <w:rPr>
          <w:lang w:val="sv-SE"/>
        </w:rPr>
      </w:pPr>
      <w:r w:rsidRPr="000767E2">
        <w:rPr>
          <w:lang w:val="sv-SE"/>
        </w:rPr>
        <w:t>Abraham rättfärdig av tro</w:t>
      </w:r>
    </w:p>
    <w:p w14:paraId="2EA9B9DA" w14:textId="3A7E034A" w:rsidR="00BA33AB" w:rsidRPr="000767E2" w:rsidRDefault="00000000">
      <w:pPr>
        <w:rPr>
          <w:lang w:val="sv-SE"/>
        </w:rPr>
      </w:pPr>
      <w:r w:rsidRPr="000767E2">
        <w:rPr>
          <w:lang w:val="sv-SE"/>
        </w:rPr>
        <w:t>[[@</w:t>
      </w:r>
      <w:r w:rsidR="0096445B" w:rsidRPr="000767E2">
        <w:rPr>
          <w:lang w:val="sv-SE"/>
        </w:rPr>
        <w:t>BibleBIBEL82</w:t>
      </w:r>
      <w:r w:rsidRPr="000767E2">
        <w:rPr>
          <w:lang w:val="sv-SE"/>
        </w:rPr>
        <w:t>:Rom 4:1]]</w:t>
      </w:r>
      <w:r w:rsidRPr="000767E2">
        <w:rPr>
          <w:vertAlign w:val="superscript"/>
          <w:lang w:val="sv-SE"/>
        </w:rPr>
        <w:t>1</w:t>
      </w:r>
      <w:r w:rsidRPr="000767E2">
        <w:rPr>
          <w:lang w:val="sv-SE"/>
        </w:rPr>
        <w:t xml:space="preserve"> {{field-on:bible}}Vad ska vi då säga att Abraham har funnit, vår förfader efter köttet?{{field-off:bible}} [[@</w:t>
      </w:r>
      <w:r w:rsidR="0096445B" w:rsidRPr="000767E2">
        <w:rPr>
          <w:lang w:val="sv-SE"/>
        </w:rPr>
        <w:t>BibleBIBEL82</w:t>
      </w:r>
      <w:r w:rsidRPr="000767E2">
        <w:rPr>
          <w:lang w:val="sv-SE"/>
        </w:rPr>
        <w:t>:Rom 4:2]]</w:t>
      </w:r>
      <w:r w:rsidRPr="000767E2">
        <w:rPr>
          <w:vertAlign w:val="superscript"/>
          <w:lang w:val="sv-SE"/>
        </w:rPr>
        <w:t>2</w:t>
      </w:r>
      <w:r w:rsidRPr="000767E2">
        <w:rPr>
          <w:lang w:val="sv-SE"/>
        </w:rPr>
        <w:t xml:space="preserve"> {{field-on:bible}}För om Abraham förklarades rättfärdig utifrån gärningar har han en stolthet. Men inte inför Gud.{{field-off:bible}} [[@</w:t>
      </w:r>
      <w:r w:rsidR="0096445B" w:rsidRPr="000767E2">
        <w:rPr>
          <w:lang w:val="sv-SE"/>
        </w:rPr>
        <w:t>BibleBIBEL82</w:t>
      </w:r>
      <w:r w:rsidRPr="000767E2">
        <w:rPr>
          <w:lang w:val="sv-SE"/>
        </w:rPr>
        <w:t>:Rom 4:3]]</w:t>
      </w:r>
      <w:r w:rsidRPr="000767E2">
        <w:rPr>
          <w:vertAlign w:val="superscript"/>
          <w:lang w:val="sv-SE"/>
        </w:rPr>
        <w:t>3</w:t>
      </w:r>
      <w:r w:rsidRPr="000767E2">
        <w:rPr>
          <w:lang w:val="sv-SE"/>
        </w:rPr>
        <w:t xml:space="preserve"> {{field-on:bible}}För vad säger Skriften? Och Abraham trodde Gud, och det räknades honom till rättfärdighet.{{field-off:bible}}</w:t>
      </w:r>
    </w:p>
    <w:p w14:paraId="404B9CE3" w14:textId="6AAB491E"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:Rom 4:4]]</w:t>
      </w:r>
      <w:r w:rsidRPr="000767E2">
        <w:rPr>
          <w:vertAlign w:val="superscript"/>
          <w:lang w:val="sv-SE"/>
        </w:rPr>
        <w:t>4</w:t>
      </w:r>
      <w:r w:rsidRPr="000767E2">
        <w:rPr>
          <w:lang w:val="sv-SE"/>
        </w:rPr>
        <w:t xml:space="preserve"> {{field-on:bible}}Men för den som arbetar räknas inte lönen efter nåd, utan efter skyldighet.{{field-off:bible}} [[@</w:t>
      </w:r>
      <w:r w:rsidR="0096445B" w:rsidRPr="000767E2">
        <w:rPr>
          <w:lang w:val="sv-SE"/>
        </w:rPr>
        <w:t>BibleBIBEL82</w:t>
      </w:r>
      <w:r w:rsidRPr="000767E2">
        <w:rPr>
          <w:lang w:val="sv-SE"/>
        </w:rPr>
        <w:t>:Rom 4:5]]</w:t>
      </w:r>
      <w:r w:rsidRPr="000767E2">
        <w:rPr>
          <w:vertAlign w:val="superscript"/>
          <w:lang w:val="sv-SE"/>
        </w:rPr>
        <w:t>5</w:t>
      </w:r>
      <w:r w:rsidRPr="000767E2">
        <w:rPr>
          <w:lang w:val="sv-SE"/>
        </w:rPr>
        <w:t xml:space="preserve"> {{field-on:bible}}Men för den som inte arbetar, utan tror på honom som rättfärdigförklarar den ogudaktige, räknas hans tro till rättfärdighet.{{field-off:bible}} [[@</w:t>
      </w:r>
      <w:r w:rsidR="0096445B" w:rsidRPr="000767E2">
        <w:rPr>
          <w:lang w:val="sv-SE"/>
        </w:rPr>
        <w:t>BibleBIBEL82</w:t>
      </w:r>
      <w:r w:rsidRPr="000767E2">
        <w:rPr>
          <w:lang w:val="sv-SE"/>
        </w:rPr>
        <w:t>:Rom 4:6]]</w:t>
      </w:r>
      <w:r w:rsidRPr="000767E2">
        <w:rPr>
          <w:vertAlign w:val="superscript"/>
          <w:lang w:val="sv-SE"/>
        </w:rPr>
        <w:t>6</w:t>
      </w:r>
      <w:r w:rsidRPr="000767E2">
        <w:rPr>
          <w:lang w:val="sv-SE"/>
        </w:rPr>
        <w:t xml:space="preserve"> {{field-on:bible}}Så som även David säger saligprisningen över den människa som Gud tillräknar rättfärdighet utan gärningar:{{field-off:bible}}</w:t>
      </w:r>
    </w:p>
    <w:p w14:paraId="2FCE8F40" w14:textId="5AE5BBA5" w:rsidR="00BA33AB" w:rsidRPr="000767E2" w:rsidRDefault="00000000">
      <w:pPr>
        <w:rPr>
          <w:lang w:val="sv-SE"/>
        </w:rPr>
      </w:pPr>
      <w:r w:rsidRPr="000767E2">
        <w:rPr>
          <w:lang w:val="sv-SE"/>
        </w:rPr>
        <w:t>[[@</w:t>
      </w:r>
      <w:r w:rsidR="0096445B" w:rsidRPr="000767E2">
        <w:rPr>
          <w:lang w:val="sv-SE"/>
        </w:rPr>
        <w:t>BibleBIBEL82</w:t>
      </w:r>
      <w:r w:rsidRPr="000767E2">
        <w:rPr>
          <w:lang w:val="sv-SE"/>
        </w:rPr>
        <w:t>:Rom 4:7]]</w:t>
      </w:r>
      <w:r w:rsidRPr="000767E2">
        <w:rPr>
          <w:vertAlign w:val="superscript"/>
          <w:lang w:val="sv-SE"/>
        </w:rPr>
        <w:t>7</w:t>
      </w:r>
      <w:r w:rsidRPr="000767E2">
        <w:rPr>
          <w:lang w:val="sv-SE"/>
        </w:rPr>
        <w:t xml:space="preserve"> {{field-on:bible}}Saliga de vilkas laglösheter förlåtits och vilkas synder övertäckts.{{field-off:bible}}</w:t>
      </w:r>
      <w:r w:rsidRPr="000767E2">
        <w:rPr>
          <w:lang w:val="sv-SE"/>
        </w:rPr>
        <w:br/>
        <w:t>[[@</w:t>
      </w:r>
      <w:r w:rsidR="0096445B" w:rsidRPr="000767E2">
        <w:rPr>
          <w:lang w:val="sv-SE"/>
        </w:rPr>
        <w:t>BibleBIBEL82</w:t>
      </w:r>
      <w:r w:rsidRPr="000767E2">
        <w:rPr>
          <w:lang w:val="sv-SE"/>
        </w:rPr>
        <w:t>:Rom 4:8]]</w:t>
      </w:r>
      <w:r w:rsidRPr="000767E2">
        <w:rPr>
          <w:vertAlign w:val="superscript"/>
          <w:lang w:val="sv-SE"/>
        </w:rPr>
        <w:t>8</w:t>
      </w:r>
      <w:r w:rsidRPr="000767E2">
        <w:rPr>
          <w:lang w:val="sv-SE"/>
        </w:rPr>
        <w:t xml:space="preserve"> {{field-on:bible}}Salig </w:t>
      </w:r>
      <w:r w:rsidRPr="000767E2">
        <w:rPr>
          <w:i/>
          <w:lang w:val="sv-SE"/>
        </w:rPr>
        <w:t>den</w:t>
      </w:r>
      <w:r w:rsidRPr="000767E2">
        <w:rPr>
          <w:lang w:val="sv-SE"/>
        </w:rPr>
        <w:t xml:space="preserve"> man som Herren alls inte tillräknar synd.{{field-off:bible}}</w:t>
      </w:r>
    </w:p>
    <w:p w14:paraId="225A5B79" w14:textId="207595FA" w:rsidR="00BA33AB" w:rsidRPr="000767E2" w:rsidRDefault="00000000">
      <w:pPr>
        <w:rPr>
          <w:lang w:val="sv-SE"/>
        </w:rPr>
      </w:pPr>
      <w:r w:rsidRPr="000767E2">
        <w:rPr>
          <w:lang w:val="sv-SE"/>
        </w:rPr>
        <w:t>[[@</w:t>
      </w:r>
      <w:r w:rsidR="0096445B" w:rsidRPr="000767E2">
        <w:rPr>
          <w:lang w:val="sv-SE"/>
        </w:rPr>
        <w:t>BibleBIBEL82</w:t>
      </w:r>
      <w:r w:rsidRPr="000767E2">
        <w:rPr>
          <w:lang w:val="sv-SE"/>
        </w:rPr>
        <w:t>:Rom 4:9]]</w:t>
      </w:r>
      <w:r w:rsidRPr="000767E2">
        <w:rPr>
          <w:vertAlign w:val="superscript"/>
          <w:lang w:val="sv-SE"/>
        </w:rPr>
        <w:t>9</w:t>
      </w:r>
      <w:r w:rsidRPr="000767E2">
        <w:rPr>
          <w:lang w:val="sv-SE"/>
        </w:rPr>
        <w:t xml:space="preserve"> {{field-on:bible}}</w:t>
      </w:r>
      <w:r w:rsidRPr="000767E2">
        <w:rPr>
          <w:i/>
          <w:lang w:val="sv-SE"/>
        </w:rPr>
        <w:t>Är</w:t>
      </w:r>
      <w:r w:rsidRPr="000767E2">
        <w:rPr>
          <w:lang w:val="sv-SE"/>
        </w:rPr>
        <w:t xml:space="preserve"> då denna saligprisning över omskärelsen, eller även över förhuden? Vi säger ju </w:t>
      </w:r>
      <w:r w:rsidRPr="000767E2">
        <w:rPr>
          <w:i/>
          <w:lang w:val="sv-SE"/>
        </w:rPr>
        <w:t>att</w:t>
      </w:r>
      <w:r w:rsidRPr="000767E2">
        <w:rPr>
          <w:lang w:val="sv-SE"/>
        </w:rPr>
        <w:t xml:space="preserve"> för Abraham räknades tron till rättfärdighet.{{field-off:bible}} [[@</w:t>
      </w:r>
      <w:r w:rsidR="0096445B" w:rsidRPr="000767E2">
        <w:rPr>
          <w:lang w:val="sv-SE"/>
        </w:rPr>
        <w:t>BibleBIBEL82</w:t>
      </w:r>
      <w:r w:rsidRPr="000767E2">
        <w:rPr>
          <w:lang w:val="sv-SE"/>
        </w:rPr>
        <w:t>:Rom 4:10]]</w:t>
      </w:r>
      <w:r w:rsidRPr="000767E2">
        <w:rPr>
          <w:vertAlign w:val="superscript"/>
          <w:lang w:val="sv-SE"/>
        </w:rPr>
        <w:t>10</w:t>
      </w:r>
      <w:r w:rsidRPr="000767E2">
        <w:rPr>
          <w:lang w:val="sv-SE"/>
        </w:rPr>
        <w:t xml:space="preserve"> {{field-on:bible}}Hur blev den då tillräknad? När han var i omskärelse eller i förhud? Inte i omskärelse, utan i förhud.{{field-off:bible}} [[@</w:t>
      </w:r>
      <w:r w:rsidR="0096445B" w:rsidRPr="000767E2">
        <w:rPr>
          <w:lang w:val="sv-SE"/>
        </w:rPr>
        <w:t>BibleBIBEL82</w:t>
      </w:r>
      <w:r w:rsidRPr="000767E2">
        <w:rPr>
          <w:lang w:val="sv-SE"/>
        </w:rPr>
        <w:t>:Rom 4:11]]</w:t>
      </w:r>
      <w:r w:rsidRPr="000767E2">
        <w:rPr>
          <w:vertAlign w:val="superscript"/>
          <w:lang w:val="sv-SE"/>
        </w:rPr>
        <w:t>11</w:t>
      </w:r>
      <w:r w:rsidRPr="000767E2">
        <w:rPr>
          <w:lang w:val="sv-SE"/>
        </w:rPr>
        <w:t xml:space="preserve"> {{field-on:bible}}Och omskärelsens tecken fick han </w:t>
      </w:r>
      <w:r w:rsidRPr="000767E2">
        <w:rPr>
          <w:i/>
          <w:lang w:val="sv-SE"/>
        </w:rPr>
        <w:t>som</w:t>
      </w:r>
      <w:r w:rsidRPr="000767E2">
        <w:rPr>
          <w:lang w:val="sv-SE"/>
        </w:rPr>
        <w:t xml:space="preserve"> sigill på trons rättfärdighet </w:t>
      </w:r>
      <w:r w:rsidRPr="000767E2">
        <w:rPr>
          <w:i/>
          <w:lang w:val="sv-SE"/>
        </w:rPr>
        <w:t>redan</w:t>
      </w:r>
      <w:r w:rsidRPr="000767E2">
        <w:rPr>
          <w:lang w:val="sv-SE"/>
        </w:rPr>
        <w:t xml:space="preserve"> i förhuden, så att han är far till alla som tror genom förhud så att rättfärdighet[en] tillräknas [även] dem,{{field-off:bible}} [[@</w:t>
      </w:r>
      <w:r w:rsidR="0096445B" w:rsidRPr="000767E2">
        <w:rPr>
          <w:lang w:val="sv-SE"/>
        </w:rPr>
        <w:t>BibleBIBEL82</w:t>
      </w:r>
      <w:r w:rsidRPr="000767E2">
        <w:rPr>
          <w:lang w:val="sv-SE"/>
        </w:rPr>
        <w:t>:Rom 4:12]]</w:t>
      </w:r>
      <w:r w:rsidRPr="000767E2">
        <w:rPr>
          <w:vertAlign w:val="superscript"/>
          <w:lang w:val="sv-SE"/>
        </w:rPr>
        <w:t>12</w:t>
      </w:r>
      <w:r w:rsidRPr="000767E2">
        <w:rPr>
          <w:lang w:val="sv-SE"/>
        </w:rPr>
        <w:t xml:space="preserve"> {{field-on:bible}}och far till omskärelsen: dem som inte bara </w:t>
      </w:r>
      <w:r w:rsidRPr="000767E2">
        <w:rPr>
          <w:i/>
          <w:lang w:val="sv-SE"/>
        </w:rPr>
        <w:t>är</w:t>
      </w:r>
      <w:r w:rsidRPr="000767E2">
        <w:rPr>
          <w:lang w:val="sv-SE"/>
        </w:rPr>
        <w:t xml:space="preserve"> av omskärelsen, utan som också är i linje med fotspåren från tron </w:t>
      </w:r>
      <w:r w:rsidRPr="000767E2">
        <w:rPr>
          <w:i/>
          <w:lang w:val="sv-SE"/>
        </w:rPr>
        <w:t>redan</w:t>
      </w:r>
      <w:r w:rsidRPr="000767E2">
        <w:rPr>
          <w:lang w:val="sv-SE"/>
        </w:rPr>
        <w:t xml:space="preserve"> i förhud hos vår far Abraham.{{field-off:bible}}</w:t>
      </w:r>
    </w:p>
    <w:p w14:paraId="7F7406E5" w14:textId="77777777" w:rsidR="00BA33AB" w:rsidRPr="000767E2" w:rsidRDefault="00000000">
      <w:pPr>
        <w:pStyle w:val="Rubrik3"/>
        <w:rPr>
          <w:lang w:val="sv-SE"/>
        </w:rPr>
      </w:pPr>
      <w:r w:rsidRPr="000767E2">
        <w:rPr>
          <w:lang w:val="sv-SE"/>
        </w:rPr>
        <w:t>Abraham och löftet</w:t>
      </w:r>
    </w:p>
    <w:p w14:paraId="21398C82" w14:textId="3AE9A82B" w:rsidR="00BA33AB" w:rsidRPr="000767E2" w:rsidRDefault="00000000">
      <w:pPr>
        <w:rPr>
          <w:lang w:val="sv-SE"/>
        </w:rPr>
      </w:pPr>
      <w:r w:rsidRPr="000767E2">
        <w:rPr>
          <w:lang w:val="sv-SE"/>
        </w:rPr>
        <w:t>[[@</w:t>
      </w:r>
      <w:r w:rsidR="0096445B" w:rsidRPr="000767E2">
        <w:rPr>
          <w:lang w:val="sv-SE"/>
        </w:rPr>
        <w:t>BibleBIBEL82</w:t>
      </w:r>
      <w:r w:rsidRPr="000767E2">
        <w:rPr>
          <w:lang w:val="sv-SE"/>
        </w:rPr>
        <w:t>:Rom 4:13]]</w:t>
      </w:r>
      <w:r w:rsidRPr="000767E2">
        <w:rPr>
          <w:vertAlign w:val="superscript"/>
          <w:lang w:val="sv-SE"/>
        </w:rPr>
        <w:t>13</w:t>
      </w:r>
      <w:r w:rsidRPr="000767E2">
        <w:rPr>
          <w:lang w:val="sv-SE"/>
        </w:rPr>
        <w:t xml:space="preserve"> {{field-on:bible}}För </w:t>
      </w:r>
      <w:r w:rsidRPr="000767E2">
        <w:rPr>
          <w:i/>
          <w:lang w:val="sv-SE"/>
        </w:rPr>
        <w:t>det var</w:t>
      </w:r>
      <w:r w:rsidRPr="000767E2">
        <w:rPr>
          <w:lang w:val="sv-SE"/>
        </w:rPr>
        <w:t xml:space="preserve"> inte genom lag löftet </w:t>
      </w:r>
      <w:r w:rsidRPr="000767E2">
        <w:rPr>
          <w:i/>
          <w:lang w:val="sv-SE"/>
        </w:rPr>
        <w:t>kom</w:t>
      </w:r>
      <w:r w:rsidRPr="000767E2">
        <w:rPr>
          <w:lang w:val="sv-SE"/>
        </w:rPr>
        <w:t xml:space="preserve"> till Abraham eller till hans säd, att han </w:t>
      </w:r>
      <w:r w:rsidRPr="000767E2">
        <w:rPr>
          <w:i/>
          <w:lang w:val="sv-SE"/>
        </w:rPr>
        <w:t>skulle</w:t>
      </w:r>
      <w:r w:rsidRPr="000767E2">
        <w:rPr>
          <w:lang w:val="sv-SE"/>
        </w:rPr>
        <w:t xml:space="preserve"> vara arvinge till världen, utan genom trons rättfärdighet.{{field-off:bible}} [[@</w:t>
      </w:r>
      <w:r w:rsidR="0096445B" w:rsidRPr="000767E2">
        <w:rPr>
          <w:lang w:val="sv-SE"/>
        </w:rPr>
        <w:t>BibleBIBEL82</w:t>
      </w:r>
      <w:r w:rsidRPr="000767E2">
        <w:rPr>
          <w:lang w:val="sv-SE"/>
        </w:rPr>
        <w:t>:Rom 4:14]]</w:t>
      </w:r>
      <w:r w:rsidRPr="000767E2">
        <w:rPr>
          <w:vertAlign w:val="superscript"/>
          <w:lang w:val="sv-SE"/>
        </w:rPr>
        <w:t>14</w:t>
      </w:r>
      <w:r w:rsidRPr="000767E2">
        <w:rPr>
          <w:lang w:val="sv-SE"/>
        </w:rPr>
        <w:t xml:space="preserve"> {{field-on:bible}}För om de av lag </w:t>
      </w:r>
      <w:r w:rsidRPr="000767E2">
        <w:rPr>
          <w:i/>
          <w:lang w:val="sv-SE"/>
        </w:rPr>
        <w:t>är</w:t>
      </w:r>
      <w:r w:rsidRPr="000767E2">
        <w:rPr>
          <w:lang w:val="sv-SE"/>
        </w:rPr>
        <w:t xml:space="preserve"> arvingar har tron blivit tom och löftet upphävts.{{field-off:bible}} [[@</w:t>
      </w:r>
      <w:r w:rsidR="0096445B" w:rsidRPr="000767E2">
        <w:rPr>
          <w:lang w:val="sv-SE"/>
        </w:rPr>
        <w:t>BibleBIBEL82</w:t>
      </w:r>
      <w:r w:rsidRPr="000767E2">
        <w:rPr>
          <w:lang w:val="sv-SE"/>
        </w:rPr>
        <w:t>:Rom 4:15]]</w:t>
      </w:r>
      <w:r w:rsidRPr="000767E2">
        <w:rPr>
          <w:vertAlign w:val="superscript"/>
          <w:lang w:val="sv-SE"/>
        </w:rPr>
        <w:t>15</w:t>
      </w:r>
      <w:r w:rsidRPr="000767E2">
        <w:rPr>
          <w:lang w:val="sv-SE"/>
        </w:rPr>
        <w:t xml:space="preserve"> {{field-on:bible}}För lagen frambringar vrede. Men där det inte finns lag, </w:t>
      </w:r>
      <w:r w:rsidRPr="000767E2">
        <w:rPr>
          <w:i/>
          <w:lang w:val="sv-SE"/>
        </w:rPr>
        <w:t>finns</w:t>
      </w:r>
      <w:r w:rsidRPr="000767E2">
        <w:rPr>
          <w:lang w:val="sv-SE"/>
        </w:rPr>
        <w:t xml:space="preserve"> heller ingen överträdelse.{{field-off:bible}}</w:t>
      </w:r>
    </w:p>
    <w:p w14:paraId="37D020E2" w14:textId="58A77E4E" w:rsidR="00BA33AB" w:rsidRPr="000767E2" w:rsidRDefault="00000000">
      <w:pPr>
        <w:rPr>
          <w:lang w:val="sv-SE"/>
        </w:rPr>
      </w:pPr>
      <w:r w:rsidRPr="000767E2">
        <w:rPr>
          <w:lang w:val="sv-SE"/>
        </w:rPr>
        <w:t>[[@</w:t>
      </w:r>
      <w:r w:rsidR="0096445B" w:rsidRPr="000767E2">
        <w:rPr>
          <w:lang w:val="sv-SE"/>
        </w:rPr>
        <w:t>BibleBIBEL82</w:t>
      </w:r>
      <w:r w:rsidRPr="000767E2">
        <w:rPr>
          <w:lang w:val="sv-SE"/>
        </w:rPr>
        <w:t>:Rom 4:16]]</w:t>
      </w:r>
      <w:r w:rsidRPr="000767E2">
        <w:rPr>
          <w:vertAlign w:val="superscript"/>
          <w:lang w:val="sv-SE"/>
        </w:rPr>
        <w:t>16</w:t>
      </w:r>
      <w:r w:rsidRPr="000767E2">
        <w:rPr>
          <w:lang w:val="sv-SE"/>
        </w:rPr>
        <w:t xml:space="preserve"> {{field-on:bible}}Därför </w:t>
      </w:r>
      <w:r w:rsidRPr="000767E2">
        <w:rPr>
          <w:i/>
          <w:lang w:val="sv-SE"/>
        </w:rPr>
        <w:t>är det</w:t>
      </w:r>
      <w:r w:rsidRPr="000767E2">
        <w:rPr>
          <w:lang w:val="sv-SE"/>
        </w:rPr>
        <w:t xml:space="preserve"> av tro, för att </w:t>
      </w:r>
      <w:r w:rsidRPr="000767E2">
        <w:rPr>
          <w:i/>
          <w:lang w:val="sv-SE"/>
        </w:rPr>
        <w:t>det ska vara</w:t>
      </w:r>
      <w:r w:rsidRPr="000767E2">
        <w:rPr>
          <w:lang w:val="sv-SE"/>
        </w:rPr>
        <w:t xml:space="preserve"> efter nåd, så att löftet är fast för all säden: inte bara för den </w:t>
      </w:r>
      <w:r w:rsidRPr="000767E2">
        <w:rPr>
          <w:i/>
          <w:lang w:val="sv-SE"/>
        </w:rPr>
        <w:t>som är</w:t>
      </w:r>
      <w:r w:rsidRPr="000767E2">
        <w:rPr>
          <w:lang w:val="sv-SE"/>
        </w:rPr>
        <w:t xml:space="preserve"> av lagen, utan också för den </w:t>
      </w:r>
      <w:r w:rsidRPr="000767E2">
        <w:rPr>
          <w:i/>
          <w:lang w:val="sv-SE"/>
        </w:rPr>
        <w:t>som är</w:t>
      </w:r>
      <w:r w:rsidRPr="000767E2">
        <w:rPr>
          <w:lang w:val="sv-SE"/>
        </w:rPr>
        <w:t xml:space="preserve"> av Abrahams tro. Han är allas vår far,{{field-off:bible}} [[@</w:t>
      </w:r>
      <w:r w:rsidR="0096445B" w:rsidRPr="000767E2">
        <w:rPr>
          <w:lang w:val="sv-SE"/>
        </w:rPr>
        <w:t>BibleBIBEL82</w:t>
      </w:r>
      <w:r w:rsidRPr="000767E2">
        <w:rPr>
          <w:lang w:val="sv-SE"/>
        </w:rPr>
        <w:t>:Rom 4:17]]</w:t>
      </w:r>
      <w:r w:rsidRPr="000767E2">
        <w:rPr>
          <w:vertAlign w:val="superscript"/>
          <w:lang w:val="sv-SE"/>
        </w:rPr>
        <w:t>17</w:t>
      </w:r>
      <w:r w:rsidRPr="000767E2">
        <w:rPr>
          <w:lang w:val="sv-SE"/>
        </w:rPr>
        <w:t xml:space="preserve"> {{field-on:bible}}så som det är skrivet att: </w:t>
      </w:r>
      <w:r w:rsidRPr="000767E2">
        <w:rPr>
          <w:i/>
          <w:lang w:val="sv-SE"/>
        </w:rPr>
        <w:t>Som</w:t>
      </w:r>
      <w:r w:rsidRPr="000767E2">
        <w:rPr>
          <w:lang w:val="sv-SE"/>
        </w:rPr>
        <w:t xml:space="preserve"> far till många folkslag har jag satt dig, inför den han trodde på: Gud, som levandegör de döda och kallar på det som inte finns som </w:t>
      </w:r>
      <w:r w:rsidRPr="000767E2">
        <w:rPr>
          <w:i/>
          <w:lang w:val="sv-SE"/>
        </w:rPr>
        <w:t>att</w:t>
      </w:r>
      <w:r w:rsidRPr="000767E2">
        <w:rPr>
          <w:lang w:val="sv-SE"/>
        </w:rPr>
        <w:t xml:space="preserve"> det finns.{{field-off:bible}}</w:t>
      </w:r>
    </w:p>
    <w:p w14:paraId="468A46C8" w14:textId="19973D9A" w:rsidR="00BA33AB" w:rsidRPr="000767E2" w:rsidRDefault="00000000">
      <w:pPr>
        <w:rPr>
          <w:lang w:val="sv-SE"/>
        </w:rPr>
      </w:pPr>
      <w:r w:rsidRPr="000767E2">
        <w:rPr>
          <w:lang w:val="sv-SE"/>
        </w:rPr>
        <w:t>[[@</w:t>
      </w:r>
      <w:r w:rsidR="0096445B" w:rsidRPr="000767E2">
        <w:rPr>
          <w:lang w:val="sv-SE"/>
        </w:rPr>
        <w:t>BibleBIBEL82</w:t>
      </w:r>
      <w:r w:rsidRPr="000767E2">
        <w:rPr>
          <w:lang w:val="sv-SE"/>
        </w:rPr>
        <w:t>:Rom 4:18]]</w:t>
      </w:r>
      <w:r w:rsidRPr="000767E2">
        <w:rPr>
          <w:vertAlign w:val="superscript"/>
          <w:lang w:val="sv-SE"/>
        </w:rPr>
        <w:t>18</w:t>
      </w:r>
      <w:r w:rsidRPr="000767E2">
        <w:rPr>
          <w:lang w:val="sv-SE"/>
        </w:rPr>
        <w:t xml:space="preserve"> {{field-on:bible}}Mot hopp trodde han med hopp, så att han blev far till många folkslag efter det som var sagt: Så ska din säd bli.{{field-off:bible}} [[@</w:t>
      </w:r>
      <w:r w:rsidR="0096445B" w:rsidRPr="000767E2">
        <w:rPr>
          <w:lang w:val="sv-SE"/>
        </w:rPr>
        <w:t>BibleBIBEL82</w:t>
      </w:r>
      <w:r w:rsidRPr="000767E2">
        <w:rPr>
          <w:lang w:val="sv-SE"/>
        </w:rPr>
        <w:t>:Rom 4:19]]</w:t>
      </w:r>
      <w:r w:rsidRPr="000767E2">
        <w:rPr>
          <w:vertAlign w:val="superscript"/>
          <w:lang w:val="sv-SE"/>
        </w:rPr>
        <w:t>19</w:t>
      </w:r>
      <w:r w:rsidRPr="000767E2">
        <w:rPr>
          <w:lang w:val="sv-SE"/>
        </w:rPr>
        <w:t xml:space="preserve"> {{field-on:bible}}Och utan att bli svag i tron beaktade han sin egen kropp, [redan] avdöd då han var någonstans hundraårig, och dödheten i Saras moderliv.{{field-off:bible}} [[@</w:t>
      </w:r>
      <w:r w:rsidR="0096445B" w:rsidRPr="000767E2">
        <w:rPr>
          <w:lang w:val="sv-SE"/>
        </w:rPr>
        <w:t>BibleBIBEL82</w:t>
      </w:r>
      <w:r w:rsidRPr="000767E2">
        <w:rPr>
          <w:lang w:val="sv-SE"/>
        </w:rPr>
        <w:t>:Rom 4:20]]</w:t>
      </w:r>
      <w:r w:rsidRPr="000767E2">
        <w:rPr>
          <w:vertAlign w:val="superscript"/>
          <w:lang w:val="sv-SE"/>
        </w:rPr>
        <w:t>20</w:t>
      </w:r>
      <w:r w:rsidRPr="000767E2">
        <w:rPr>
          <w:lang w:val="sv-SE"/>
        </w:rPr>
        <w:t xml:space="preserve"> {{field-on:bible}}Men på Guds löfte tvivlade han inte i otron utan hämtade kraft i tron, och han gav ära till Gud{{field-off:bible}} [[@</w:t>
      </w:r>
      <w:r w:rsidR="0096445B" w:rsidRPr="000767E2">
        <w:rPr>
          <w:lang w:val="sv-SE"/>
        </w:rPr>
        <w:t>BibleBIBEL82</w:t>
      </w:r>
      <w:r w:rsidRPr="000767E2">
        <w:rPr>
          <w:lang w:val="sv-SE"/>
        </w:rPr>
        <w:t>:Rom 4:21]]</w:t>
      </w:r>
      <w:r w:rsidRPr="000767E2">
        <w:rPr>
          <w:vertAlign w:val="superscript"/>
          <w:lang w:val="sv-SE"/>
        </w:rPr>
        <w:t>21</w:t>
      </w:r>
      <w:r w:rsidRPr="000767E2">
        <w:rPr>
          <w:lang w:val="sv-SE"/>
        </w:rPr>
        <w:t xml:space="preserve"> {{field-on:bible}}och var fullt förvissad att det han </w:t>
      </w:r>
      <w:r w:rsidRPr="000767E2">
        <w:rPr>
          <w:lang w:val="sv-SE"/>
        </w:rPr>
        <w:lastRenderedPageBreak/>
        <w:t>lovat är han mäktig att också göra.{{field-off:bible}} [[@</w:t>
      </w:r>
      <w:r w:rsidR="0096445B" w:rsidRPr="000767E2">
        <w:rPr>
          <w:lang w:val="sv-SE"/>
        </w:rPr>
        <w:t>BibleBIBEL82</w:t>
      </w:r>
      <w:r w:rsidRPr="000767E2">
        <w:rPr>
          <w:lang w:val="sv-SE"/>
        </w:rPr>
        <w:t>:Rom 4:22]]</w:t>
      </w:r>
      <w:r w:rsidRPr="000767E2">
        <w:rPr>
          <w:vertAlign w:val="superscript"/>
          <w:lang w:val="sv-SE"/>
        </w:rPr>
        <w:t>22</w:t>
      </w:r>
      <w:r w:rsidRPr="000767E2">
        <w:rPr>
          <w:lang w:val="sv-SE"/>
        </w:rPr>
        <w:t xml:space="preserve"> {{field-on:bible}}Därför räknades det också honom till rättfärdighet.{{field-off:bible}}</w:t>
      </w:r>
    </w:p>
    <w:p w14:paraId="41CA47D7" w14:textId="1659DE4C" w:rsidR="00BA33AB" w:rsidRPr="000767E2" w:rsidRDefault="00000000">
      <w:pPr>
        <w:rPr>
          <w:lang w:val="sv-SE"/>
        </w:rPr>
      </w:pPr>
      <w:r w:rsidRPr="000767E2">
        <w:rPr>
          <w:lang w:val="sv-SE"/>
        </w:rPr>
        <w:t>[[@</w:t>
      </w:r>
      <w:r w:rsidR="0096445B" w:rsidRPr="000767E2">
        <w:rPr>
          <w:lang w:val="sv-SE"/>
        </w:rPr>
        <w:t>BibleBIBEL82</w:t>
      </w:r>
      <w:r w:rsidRPr="000767E2">
        <w:rPr>
          <w:lang w:val="sv-SE"/>
        </w:rPr>
        <w:t>:Rom 4:23]]</w:t>
      </w:r>
      <w:r w:rsidRPr="000767E2">
        <w:rPr>
          <w:vertAlign w:val="superscript"/>
          <w:lang w:val="sv-SE"/>
        </w:rPr>
        <w:t>23</w:t>
      </w:r>
      <w:r w:rsidRPr="000767E2">
        <w:rPr>
          <w:lang w:val="sv-SE"/>
        </w:rPr>
        <w:t xml:space="preserve"> {{field-on:bible}}Men det skrevs inte bara för honom, att det räknades honom,{{field-off:bible}} [[@</w:t>
      </w:r>
      <w:r w:rsidR="0096445B" w:rsidRPr="000767E2">
        <w:rPr>
          <w:lang w:val="sv-SE"/>
        </w:rPr>
        <w:t>BibleBIBEL82</w:t>
      </w:r>
      <w:r w:rsidRPr="000767E2">
        <w:rPr>
          <w:lang w:val="sv-SE"/>
        </w:rPr>
        <w:t>:Rom 4:24]]</w:t>
      </w:r>
      <w:r w:rsidRPr="000767E2">
        <w:rPr>
          <w:vertAlign w:val="superscript"/>
          <w:lang w:val="sv-SE"/>
        </w:rPr>
        <w:t>24</w:t>
      </w:r>
      <w:r w:rsidRPr="000767E2">
        <w:rPr>
          <w:lang w:val="sv-SE"/>
        </w:rPr>
        <w:t xml:space="preserve"> {{field-on:bible}}utan även för oss. Oss kommer det att tillräknas som tror på honom som har uppväckt Jesus vår Herre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:Rom 4:25]]</w:t>
      </w:r>
      <w:r w:rsidRPr="000767E2">
        <w:rPr>
          <w:vertAlign w:val="superscript"/>
          <w:lang w:val="sv-SE"/>
        </w:rPr>
        <w:t>25</w:t>
      </w:r>
      <w:r w:rsidRPr="000767E2">
        <w:rPr>
          <w:lang w:val="sv-SE"/>
        </w:rPr>
        <w:t xml:space="preserve"> {{field-on:bible}}han som utlämnades för våra felsteg och uppväcktes för vår rättfärdigförklaring.{{field-off:bible}}</w:t>
      </w:r>
    </w:p>
    <w:p w14:paraId="0832CD23" w14:textId="0EDD991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5]]Kapitel 5</w:t>
      </w:r>
    </w:p>
    <w:p w14:paraId="1FF47CE0" w14:textId="77777777" w:rsidR="00BA33AB" w:rsidRPr="000767E2" w:rsidRDefault="00000000">
      <w:pPr>
        <w:pStyle w:val="Rubrik3"/>
        <w:rPr>
          <w:lang w:val="sv-SE"/>
        </w:rPr>
      </w:pPr>
      <w:r w:rsidRPr="000767E2">
        <w:rPr>
          <w:lang w:val="sv-SE"/>
        </w:rPr>
        <w:t>Frid med Gud</w:t>
      </w:r>
    </w:p>
    <w:p w14:paraId="016769F5" w14:textId="4421BDF0" w:rsidR="00BA33AB" w:rsidRPr="000767E2" w:rsidRDefault="00000000">
      <w:pPr>
        <w:rPr>
          <w:lang w:val="sv-SE"/>
        </w:rPr>
      </w:pPr>
      <w:r w:rsidRPr="000767E2">
        <w:rPr>
          <w:lang w:val="sv-SE"/>
        </w:rPr>
        <w:t>[[@</w:t>
      </w:r>
      <w:r w:rsidR="0096445B" w:rsidRPr="000767E2">
        <w:rPr>
          <w:lang w:val="sv-SE"/>
        </w:rPr>
        <w:t>BibleBIBEL82</w:t>
      </w:r>
      <w:r w:rsidRPr="000767E2">
        <w:rPr>
          <w:lang w:val="sv-SE"/>
        </w:rPr>
        <w:t>:Rom 5:1]]</w:t>
      </w:r>
      <w:r w:rsidRPr="000767E2">
        <w:rPr>
          <w:vertAlign w:val="superscript"/>
          <w:lang w:val="sv-SE"/>
        </w:rPr>
        <w:t>1</w:t>
      </w:r>
      <w:r w:rsidRPr="000767E2">
        <w:rPr>
          <w:lang w:val="sv-SE"/>
        </w:rPr>
        <w:t xml:space="preserve"> {{field-on:bible}}Rättfärdigförklarade av tro har vi alltså frid med Gud genom vår Herre Jesus Kristus.{{field-off:bible}} [[@</w:t>
      </w:r>
      <w:r w:rsidR="0096445B" w:rsidRPr="000767E2">
        <w:rPr>
          <w:lang w:val="sv-SE"/>
        </w:rPr>
        <w:t>BibleBIBEL82</w:t>
      </w:r>
      <w:r w:rsidRPr="000767E2">
        <w:rPr>
          <w:lang w:val="sv-SE"/>
        </w:rPr>
        <w:t>:Rom 5:2]]</w:t>
      </w:r>
      <w:r w:rsidRPr="000767E2">
        <w:rPr>
          <w:vertAlign w:val="superscript"/>
          <w:lang w:val="sv-SE"/>
        </w:rPr>
        <w:t>2</w:t>
      </w:r>
      <w:r w:rsidRPr="000767E2">
        <w:rPr>
          <w:lang w:val="sv-SE"/>
        </w:rPr>
        <w:t xml:space="preserve"> {{field-on:bible}}Genom honom har vi också fått tillträdet [genom tron] till denna nåd i vilken vi står, och är stolta i hopp om Guds härlighet.{{field-off:bible}} [[@</w:t>
      </w:r>
      <w:r w:rsidR="0096445B" w:rsidRPr="000767E2">
        <w:rPr>
          <w:lang w:val="sv-SE"/>
        </w:rPr>
        <w:t>BibleBIBEL82</w:t>
      </w:r>
      <w:r w:rsidRPr="000767E2">
        <w:rPr>
          <w:lang w:val="sv-SE"/>
        </w:rPr>
        <w:t>:Rom 5:3]]</w:t>
      </w:r>
      <w:r w:rsidRPr="000767E2">
        <w:rPr>
          <w:vertAlign w:val="superscript"/>
          <w:lang w:val="sv-SE"/>
        </w:rPr>
        <w:t>3</w:t>
      </w:r>
      <w:r w:rsidRPr="000767E2">
        <w:rPr>
          <w:lang w:val="sv-SE"/>
        </w:rPr>
        <w:t xml:space="preserve"> {{field-on:bible}}Men inte bara </w:t>
      </w:r>
      <w:r w:rsidRPr="000767E2">
        <w:rPr>
          <w:i/>
          <w:lang w:val="sv-SE"/>
        </w:rPr>
        <w:t>det</w:t>
      </w:r>
      <w:r w:rsidRPr="000767E2">
        <w:rPr>
          <w:lang w:val="sv-SE"/>
        </w:rPr>
        <w:t>, utan vi är också stolta i vedermödorna, då vi vet att nöden frambringar uthållighet,{{field-off:bible}} [[@</w:t>
      </w:r>
      <w:r w:rsidR="0096445B" w:rsidRPr="000767E2">
        <w:rPr>
          <w:lang w:val="sv-SE"/>
        </w:rPr>
        <w:t>BibleBIBEL82</w:t>
      </w:r>
      <w:r w:rsidRPr="000767E2">
        <w:rPr>
          <w:lang w:val="sv-SE"/>
        </w:rPr>
        <w:t>:Rom 5:4]]</w:t>
      </w:r>
      <w:r w:rsidRPr="000767E2">
        <w:rPr>
          <w:vertAlign w:val="superscript"/>
          <w:lang w:val="sv-SE"/>
        </w:rPr>
        <w:t>4</w:t>
      </w:r>
      <w:r w:rsidRPr="000767E2">
        <w:rPr>
          <w:lang w:val="sv-SE"/>
        </w:rPr>
        <w:t xml:space="preserve"> {{field-on:bible}}och uthålligheten beprövadhet, och beprövadheten hopp.{{field-off:bible}} [[@</w:t>
      </w:r>
      <w:r w:rsidR="0096445B" w:rsidRPr="000767E2">
        <w:rPr>
          <w:lang w:val="sv-SE"/>
        </w:rPr>
        <w:t>BibleBIBEL82</w:t>
      </w:r>
      <w:r w:rsidRPr="000767E2">
        <w:rPr>
          <w:lang w:val="sv-SE"/>
        </w:rPr>
        <w:t>:Rom 5:5]]</w:t>
      </w:r>
      <w:r w:rsidRPr="000767E2">
        <w:rPr>
          <w:vertAlign w:val="superscript"/>
          <w:lang w:val="sv-SE"/>
        </w:rPr>
        <w:t>5</w:t>
      </w:r>
      <w:r w:rsidRPr="000767E2">
        <w:rPr>
          <w:lang w:val="sv-SE"/>
        </w:rPr>
        <w:t xml:space="preserve"> {{field-on:bible}}Och hoppet skämmer inte, för Guds kärlek är utgjuten i våra hjärtan genom helig Ande som getts oss.{{field-off:bible}}</w:t>
      </w:r>
    </w:p>
    <w:p w14:paraId="7758818A" w14:textId="43824BD9" w:rsidR="00BA33AB" w:rsidRPr="000767E2" w:rsidRDefault="00000000">
      <w:pPr>
        <w:rPr>
          <w:lang w:val="sv-SE"/>
        </w:rPr>
      </w:pPr>
      <w:r w:rsidRPr="000767E2">
        <w:rPr>
          <w:lang w:val="sv-SE"/>
        </w:rPr>
        <w:t>[[@</w:t>
      </w:r>
      <w:r w:rsidR="0096445B" w:rsidRPr="000767E2">
        <w:rPr>
          <w:lang w:val="sv-SE"/>
        </w:rPr>
        <w:t>BibleBIBEL82</w:t>
      </w:r>
      <w:r w:rsidRPr="000767E2">
        <w:rPr>
          <w:lang w:val="sv-SE"/>
        </w:rPr>
        <w:t>:Rom 5:6]]</w:t>
      </w:r>
      <w:r w:rsidRPr="000767E2">
        <w:rPr>
          <w:vertAlign w:val="superscript"/>
          <w:lang w:val="sv-SE"/>
        </w:rPr>
        <w:t>6</w:t>
      </w:r>
      <w:r w:rsidRPr="000767E2">
        <w:rPr>
          <w:lang w:val="sv-SE"/>
        </w:rPr>
        <w:t xml:space="preserve"> {{field-on:bible}}För när vi ännu var svaga, ännu i </w:t>
      </w:r>
      <w:r w:rsidRPr="000767E2">
        <w:rPr>
          <w:i/>
          <w:lang w:val="sv-SE"/>
        </w:rPr>
        <w:t>rätt</w:t>
      </w:r>
      <w:r w:rsidRPr="000767E2">
        <w:rPr>
          <w:lang w:val="sv-SE"/>
        </w:rPr>
        <w:t xml:space="preserve"> tid, dog Kristus för ogudaktigas skull.{{field-off:bible}} [[@</w:t>
      </w:r>
      <w:r w:rsidR="0096445B" w:rsidRPr="000767E2">
        <w:rPr>
          <w:lang w:val="sv-SE"/>
        </w:rPr>
        <w:t>BibleBIBEL82</w:t>
      </w:r>
      <w:r w:rsidRPr="000767E2">
        <w:rPr>
          <w:lang w:val="sv-SE"/>
        </w:rPr>
        <w:t>:Rom 5:7]]</w:t>
      </w:r>
      <w:r w:rsidRPr="000767E2">
        <w:rPr>
          <w:vertAlign w:val="superscript"/>
          <w:lang w:val="sv-SE"/>
        </w:rPr>
        <w:t>7</w:t>
      </w:r>
      <w:r w:rsidRPr="000767E2">
        <w:rPr>
          <w:lang w:val="sv-SE"/>
        </w:rPr>
        <w:t xml:space="preserve"> {{field-on:bible}}Knappt för en rättfärdig kommer ju någon att dö – jo, för den gode kanhända någon även vågar dö.{{field-off:bible}} [[@</w:t>
      </w:r>
      <w:r w:rsidR="0096445B" w:rsidRPr="000767E2">
        <w:rPr>
          <w:lang w:val="sv-SE"/>
        </w:rPr>
        <w:t>BibleBIBEL82</w:t>
      </w:r>
      <w:r w:rsidRPr="000767E2">
        <w:rPr>
          <w:lang w:val="sv-SE"/>
        </w:rPr>
        <w:t>:Rom 5:8]]</w:t>
      </w:r>
      <w:r w:rsidRPr="000767E2">
        <w:rPr>
          <w:vertAlign w:val="superscript"/>
          <w:lang w:val="sv-SE"/>
        </w:rPr>
        <w:t>8</w:t>
      </w:r>
      <w:r w:rsidRPr="000767E2">
        <w:rPr>
          <w:lang w:val="sv-SE"/>
        </w:rPr>
        <w:t xml:space="preserve"> {{field-on:bible}}Men sin kärlek till oss demonstrerar Gud, att när vi ännu var syndare dog Kristus för oss.{{field-off:bible}}</w:t>
      </w:r>
    </w:p>
    <w:p w14:paraId="196E8B6A" w14:textId="7C83B187" w:rsidR="00BA33AB" w:rsidRPr="000767E2" w:rsidRDefault="00000000">
      <w:pPr>
        <w:rPr>
          <w:lang w:val="sv-SE"/>
        </w:rPr>
      </w:pPr>
      <w:r w:rsidRPr="000767E2">
        <w:rPr>
          <w:lang w:val="sv-SE"/>
        </w:rPr>
        <w:t>[[@</w:t>
      </w:r>
      <w:r w:rsidR="0096445B" w:rsidRPr="000767E2">
        <w:rPr>
          <w:lang w:val="sv-SE"/>
        </w:rPr>
        <w:t>BibleBIBEL82</w:t>
      </w:r>
      <w:r w:rsidRPr="000767E2">
        <w:rPr>
          <w:lang w:val="sv-SE"/>
        </w:rPr>
        <w:t>:Rom 5:9]]</w:t>
      </w:r>
      <w:r w:rsidRPr="000767E2">
        <w:rPr>
          <w:vertAlign w:val="superscript"/>
          <w:lang w:val="sv-SE"/>
        </w:rPr>
        <w:t>9</w:t>
      </w:r>
      <w:r w:rsidRPr="000767E2">
        <w:rPr>
          <w:lang w:val="sv-SE"/>
        </w:rPr>
        <w:t xml:space="preserve"> {{field-on:bible}}</w:t>
      </w:r>
      <w:r w:rsidRPr="000767E2">
        <w:rPr>
          <w:i/>
          <w:lang w:val="sv-SE"/>
        </w:rPr>
        <w:t>Så</w:t>
      </w:r>
      <w:r w:rsidRPr="000767E2">
        <w:rPr>
          <w:lang w:val="sv-SE"/>
        </w:rPr>
        <w:t xml:space="preserve"> mycket mer ska vi alltså, rättfärdigförklarade nu genom hans blod, bli frälsta genom honom från vreden.{{field-off:bible}} [[@</w:t>
      </w:r>
      <w:r w:rsidR="0096445B" w:rsidRPr="000767E2">
        <w:rPr>
          <w:lang w:val="sv-SE"/>
        </w:rPr>
        <w:t>BibleBIBEL82</w:t>
      </w:r>
      <w:r w:rsidRPr="000767E2">
        <w:rPr>
          <w:lang w:val="sv-SE"/>
        </w:rPr>
        <w:t>:Rom 5:10]]</w:t>
      </w:r>
      <w:r w:rsidRPr="000767E2">
        <w:rPr>
          <w:vertAlign w:val="superscript"/>
          <w:lang w:val="sv-SE"/>
        </w:rPr>
        <w:t>10</w:t>
      </w:r>
      <w:r w:rsidRPr="000767E2">
        <w:rPr>
          <w:lang w:val="sv-SE"/>
        </w:rPr>
        <w:t xml:space="preserve"> {{field-on:bible}}För om vi när vi var fiender blev försonade med Gud genom hans Sons död, ska vi </w:t>
      </w:r>
      <w:r w:rsidRPr="000767E2">
        <w:rPr>
          <w:i/>
          <w:lang w:val="sv-SE"/>
        </w:rPr>
        <w:t>så</w:t>
      </w:r>
      <w:r w:rsidRPr="000767E2">
        <w:rPr>
          <w:lang w:val="sv-SE"/>
        </w:rPr>
        <w:t xml:space="preserve"> mycket mer </w:t>
      </w:r>
      <w:r w:rsidRPr="000767E2">
        <w:rPr>
          <w:i/>
          <w:lang w:val="sv-SE"/>
        </w:rPr>
        <w:t>som</w:t>
      </w:r>
      <w:r w:rsidRPr="000767E2">
        <w:rPr>
          <w:lang w:val="sv-SE"/>
        </w:rPr>
        <w:t xml:space="preserve"> försonade bli frälsta genom hans liv.{{field-off:bible}} [[@</w:t>
      </w:r>
      <w:r w:rsidR="0096445B" w:rsidRPr="000767E2">
        <w:rPr>
          <w:lang w:val="sv-SE"/>
        </w:rPr>
        <w:t>BibleBIBEL82</w:t>
      </w:r>
      <w:r w:rsidRPr="000767E2">
        <w:rPr>
          <w:lang w:val="sv-SE"/>
        </w:rPr>
        <w:t>:Rom 5:11]]</w:t>
      </w:r>
      <w:r w:rsidRPr="000767E2">
        <w:rPr>
          <w:vertAlign w:val="superscript"/>
          <w:lang w:val="sv-SE"/>
        </w:rPr>
        <w:t>11</w:t>
      </w:r>
      <w:r w:rsidRPr="000767E2">
        <w:rPr>
          <w:lang w:val="sv-SE"/>
        </w:rPr>
        <w:t xml:space="preserve"> {{field-on:bible}}Men inte bara </w:t>
      </w:r>
      <w:r w:rsidRPr="000767E2">
        <w:rPr>
          <w:i/>
          <w:lang w:val="sv-SE"/>
        </w:rPr>
        <w:t>det</w:t>
      </w:r>
      <w:r w:rsidRPr="000767E2">
        <w:rPr>
          <w:lang w:val="sv-SE"/>
        </w:rPr>
        <w:t xml:space="preserve">, utan </w:t>
      </w:r>
      <w:r w:rsidRPr="000767E2">
        <w:rPr>
          <w:i/>
          <w:lang w:val="sv-SE"/>
        </w:rPr>
        <w:t>vi är</w:t>
      </w:r>
      <w:r w:rsidRPr="000767E2">
        <w:rPr>
          <w:lang w:val="sv-SE"/>
        </w:rPr>
        <w:t xml:space="preserve"> också stolta i Gud genom vår Herre Jesus Kristus, genom vilken vi nu </w:t>
      </w:r>
      <w:r w:rsidRPr="000767E2">
        <w:rPr>
          <w:i/>
          <w:lang w:val="sv-SE"/>
        </w:rPr>
        <w:t>fått</w:t>
      </w:r>
      <w:r w:rsidRPr="000767E2">
        <w:rPr>
          <w:lang w:val="sv-SE"/>
        </w:rPr>
        <w:t xml:space="preserve"> ta </w:t>
      </w:r>
      <w:r w:rsidRPr="000767E2">
        <w:rPr>
          <w:i/>
          <w:lang w:val="sv-SE"/>
        </w:rPr>
        <w:t>emot</w:t>
      </w:r>
      <w:r w:rsidRPr="000767E2">
        <w:rPr>
          <w:lang w:val="sv-SE"/>
        </w:rPr>
        <w:t xml:space="preserve"> försoningen.{{field-off:bible}}</w:t>
      </w:r>
    </w:p>
    <w:p w14:paraId="40E71F53" w14:textId="77777777" w:rsidR="00BA33AB" w:rsidRPr="000767E2" w:rsidRDefault="00000000">
      <w:pPr>
        <w:pStyle w:val="Rubrik3"/>
        <w:rPr>
          <w:lang w:val="sv-SE"/>
        </w:rPr>
      </w:pPr>
      <w:r w:rsidRPr="000767E2">
        <w:rPr>
          <w:lang w:val="sv-SE"/>
        </w:rPr>
        <w:t>Död i Adam och liv i Kristus</w:t>
      </w:r>
    </w:p>
    <w:p w14:paraId="7DA9875E" w14:textId="3EE11638" w:rsidR="00BA33AB" w:rsidRPr="000767E2" w:rsidRDefault="00000000">
      <w:pPr>
        <w:rPr>
          <w:lang w:val="sv-SE"/>
        </w:rPr>
      </w:pPr>
      <w:r w:rsidRPr="000767E2">
        <w:rPr>
          <w:lang w:val="sv-SE"/>
        </w:rPr>
        <w:t>[[@</w:t>
      </w:r>
      <w:r w:rsidR="0096445B" w:rsidRPr="000767E2">
        <w:rPr>
          <w:lang w:val="sv-SE"/>
        </w:rPr>
        <w:t>BibleBIBEL82</w:t>
      </w:r>
      <w:r w:rsidRPr="000767E2">
        <w:rPr>
          <w:lang w:val="sv-SE"/>
        </w:rPr>
        <w:t>:Rom 5:12]]</w:t>
      </w:r>
      <w:r w:rsidRPr="000767E2">
        <w:rPr>
          <w:vertAlign w:val="superscript"/>
          <w:lang w:val="sv-SE"/>
        </w:rPr>
        <w:t>12</w:t>
      </w:r>
      <w:r w:rsidRPr="000767E2">
        <w:rPr>
          <w:lang w:val="sv-SE"/>
        </w:rPr>
        <w:t xml:space="preserve"> {{field-on:bible}}Därför: såsom genom en </w:t>
      </w:r>
      <w:r w:rsidRPr="000767E2">
        <w:rPr>
          <w:i/>
          <w:lang w:val="sv-SE"/>
        </w:rPr>
        <w:t>enda</w:t>
      </w:r>
      <w:r w:rsidRPr="000767E2">
        <w:rPr>
          <w:lang w:val="sv-SE"/>
        </w:rPr>
        <w:t xml:space="preserve"> människa synden kom in i världen, och genom synden döden, så gick också döden över till alla människor eftersom alla syndade.{{field-off:bible}} [[@</w:t>
      </w:r>
      <w:r w:rsidR="0096445B" w:rsidRPr="000767E2">
        <w:rPr>
          <w:lang w:val="sv-SE"/>
        </w:rPr>
        <w:t>BibleBIBEL82</w:t>
      </w:r>
      <w:r w:rsidRPr="000767E2">
        <w:rPr>
          <w:lang w:val="sv-SE"/>
        </w:rPr>
        <w:t>:Rom 5:13]]</w:t>
      </w:r>
      <w:r w:rsidRPr="000767E2">
        <w:rPr>
          <w:vertAlign w:val="superscript"/>
          <w:lang w:val="sv-SE"/>
        </w:rPr>
        <w:t>13</w:t>
      </w:r>
      <w:r w:rsidRPr="000767E2">
        <w:rPr>
          <w:lang w:val="sv-SE"/>
        </w:rPr>
        <w:t xml:space="preserve"> {{field-on:bible}}För fram till lagen fanns synd i världen, men synd tillräknas inte när det inte finns lag.{{field-off:bible}} [[@</w:t>
      </w:r>
      <w:r w:rsidR="0096445B" w:rsidRPr="000767E2">
        <w:rPr>
          <w:lang w:val="sv-SE"/>
        </w:rPr>
        <w:t>BibleBIBEL82</w:t>
      </w:r>
      <w:r w:rsidRPr="000767E2">
        <w:rPr>
          <w:lang w:val="sv-SE"/>
        </w:rPr>
        <w:t>:Rom 5:14]]</w:t>
      </w:r>
      <w:r w:rsidRPr="000767E2">
        <w:rPr>
          <w:vertAlign w:val="superscript"/>
          <w:lang w:val="sv-SE"/>
        </w:rPr>
        <w:t>14</w:t>
      </w:r>
      <w:r w:rsidRPr="000767E2">
        <w:rPr>
          <w:lang w:val="sv-SE"/>
        </w:rPr>
        <w:t xml:space="preserve"> {{field-on:bible}}Dock regerade döden från Adam fram till Mose, också över dem som inte hade syndat i likhet med felsteget hos Adam, som är en förebild till honom som kommer.{{field-off:bible}}</w:t>
      </w:r>
    </w:p>
    <w:p w14:paraId="6BBB27A4" w14:textId="697A0E2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:Rom 5:15]]</w:t>
      </w:r>
      <w:r w:rsidRPr="000767E2">
        <w:rPr>
          <w:vertAlign w:val="superscript"/>
          <w:lang w:val="sv-SE"/>
        </w:rPr>
        <w:t>15</w:t>
      </w:r>
      <w:r w:rsidRPr="000767E2">
        <w:rPr>
          <w:lang w:val="sv-SE"/>
        </w:rPr>
        <w:t xml:space="preserve"> {{field-on:bible}}Men som felsteget </w:t>
      </w:r>
      <w:r w:rsidRPr="000767E2">
        <w:rPr>
          <w:i/>
          <w:lang w:val="sv-SE"/>
        </w:rPr>
        <w:t>var</w:t>
      </w:r>
      <w:r w:rsidRPr="000767E2">
        <w:rPr>
          <w:lang w:val="sv-SE"/>
        </w:rPr>
        <w:t xml:space="preserve">, så </w:t>
      </w:r>
      <w:r w:rsidRPr="000767E2">
        <w:rPr>
          <w:i/>
          <w:lang w:val="sv-SE"/>
        </w:rPr>
        <w:t>är</w:t>
      </w:r>
      <w:r w:rsidRPr="000767E2">
        <w:rPr>
          <w:lang w:val="sv-SE"/>
        </w:rPr>
        <w:t xml:space="preserve"> inte också nådegåvan. För om genom den endes felsteg de många dog, har </w:t>
      </w:r>
      <w:r w:rsidRPr="000767E2">
        <w:rPr>
          <w:i/>
          <w:lang w:val="sv-SE"/>
        </w:rPr>
        <w:t>så</w:t>
      </w:r>
      <w:r w:rsidRPr="000767E2">
        <w:rPr>
          <w:lang w:val="sv-SE"/>
        </w:rPr>
        <w:t xml:space="preserve"> mycket mer Guds nåd och fria gåva överflödat i nåd hos den enda människan Jesus Kristus till de många.{{field-off:bible}} [[@</w:t>
      </w:r>
      <w:r w:rsidR="0096445B" w:rsidRPr="000767E2">
        <w:rPr>
          <w:lang w:val="sv-SE"/>
        </w:rPr>
        <w:t>BibleBIBEL82</w:t>
      </w:r>
      <w:r w:rsidRPr="000767E2">
        <w:rPr>
          <w:lang w:val="sv-SE"/>
        </w:rPr>
        <w:t>:Rom 5:16]]</w:t>
      </w:r>
      <w:r w:rsidRPr="000767E2">
        <w:rPr>
          <w:vertAlign w:val="superscript"/>
          <w:lang w:val="sv-SE"/>
        </w:rPr>
        <w:t>16</w:t>
      </w:r>
      <w:r w:rsidRPr="000767E2">
        <w:rPr>
          <w:lang w:val="sv-SE"/>
        </w:rPr>
        <w:t xml:space="preserve"> {{field-on:bible}}Och som </w:t>
      </w:r>
      <w:r w:rsidRPr="000767E2">
        <w:rPr>
          <w:i/>
          <w:lang w:val="sv-SE"/>
        </w:rPr>
        <w:t>följden</w:t>
      </w:r>
      <w:r w:rsidRPr="000767E2">
        <w:rPr>
          <w:lang w:val="sv-SE"/>
        </w:rPr>
        <w:t xml:space="preserve"> av en </w:t>
      </w:r>
      <w:r w:rsidRPr="000767E2">
        <w:rPr>
          <w:i/>
          <w:lang w:val="sv-SE"/>
        </w:rPr>
        <w:t>enda</w:t>
      </w:r>
      <w:r w:rsidRPr="000767E2">
        <w:rPr>
          <w:lang w:val="sv-SE"/>
        </w:rPr>
        <w:t xml:space="preserve"> som syndat, </w:t>
      </w:r>
      <w:r w:rsidRPr="000767E2">
        <w:rPr>
          <w:i/>
          <w:lang w:val="sv-SE"/>
        </w:rPr>
        <w:t>så var</w:t>
      </w:r>
      <w:r w:rsidRPr="000767E2">
        <w:rPr>
          <w:lang w:val="sv-SE"/>
        </w:rPr>
        <w:t xml:space="preserve"> inte gåvan. För domen </w:t>
      </w:r>
      <w:r w:rsidRPr="000767E2">
        <w:rPr>
          <w:i/>
          <w:lang w:val="sv-SE"/>
        </w:rPr>
        <w:t>kom</w:t>
      </w:r>
      <w:r w:rsidRPr="000767E2">
        <w:rPr>
          <w:lang w:val="sv-SE"/>
        </w:rPr>
        <w:t xml:space="preserve"> av en </w:t>
      </w:r>
      <w:r w:rsidRPr="000767E2">
        <w:rPr>
          <w:i/>
          <w:lang w:val="sv-SE"/>
        </w:rPr>
        <w:t>enda</w:t>
      </w:r>
      <w:r w:rsidRPr="000767E2">
        <w:rPr>
          <w:lang w:val="sv-SE"/>
        </w:rPr>
        <w:t xml:space="preserve"> till fördömelse, men nådegåvan av mångas felsteg till en rättfärdighetsdom.{{field-off:bible}} [[@</w:t>
      </w:r>
      <w:r w:rsidR="0096445B" w:rsidRPr="000767E2">
        <w:rPr>
          <w:lang w:val="sv-SE"/>
        </w:rPr>
        <w:t>BibleBIBEL82</w:t>
      </w:r>
      <w:r w:rsidRPr="000767E2">
        <w:rPr>
          <w:lang w:val="sv-SE"/>
        </w:rPr>
        <w:t>:Rom 5:17]]</w:t>
      </w:r>
      <w:r w:rsidRPr="000767E2">
        <w:rPr>
          <w:vertAlign w:val="superscript"/>
          <w:lang w:val="sv-SE"/>
        </w:rPr>
        <w:t>17</w:t>
      </w:r>
      <w:r w:rsidRPr="000767E2">
        <w:rPr>
          <w:lang w:val="sv-SE"/>
        </w:rPr>
        <w:t xml:space="preserve"> {{field-on:bible}}För om genom den endes felsteg döden </w:t>
      </w:r>
      <w:r w:rsidRPr="000767E2">
        <w:rPr>
          <w:i/>
          <w:lang w:val="sv-SE"/>
        </w:rPr>
        <w:t>fick</w:t>
      </w:r>
      <w:r w:rsidRPr="000767E2">
        <w:rPr>
          <w:lang w:val="sv-SE"/>
        </w:rPr>
        <w:t xml:space="preserve"> regera genom den ende, ska </w:t>
      </w:r>
      <w:r w:rsidRPr="000767E2">
        <w:rPr>
          <w:i/>
          <w:lang w:val="sv-SE"/>
        </w:rPr>
        <w:t>så</w:t>
      </w:r>
      <w:r w:rsidRPr="000767E2">
        <w:rPr>
          <w:lang w:val="sv-SE"/>
        </w:rPr>
        <w:t xml:space="preserve"> mycket mer de som tar </w:t>
      </w:r>
      <w:r w:rsidRPr="000767E2">
        <w:rPr>
          <w:i/>
          <w:lang w:val="sv-SE"/>
        </w:rPr>
        <w:t>emot</w:t>
      </w:r>
      <w:r w:rsidRPr="000767E2">
        <w:rPr>
          <w:lang w:val="sv-SE"/>
        </w:rPr>
        <w:t xml:space="preserve"> överflödet i nåden och rättfärdighetens fria gåva i liv </w:t>
      </w:r>
      <w:r w:rsidRPr="000767E2">
        <w:rPr>
          <w:i/>
          <w:lang w:val="sv-SE"/>
        </w:rPr>
        <w:t>få</w:t>
      </w:r>
      <w:r w:rsidRPr="000767E2">
        <w:rPr>
          <w:lang w:val="sv-SE"/>
        </w:rPr>
        <w:t xml:space="preserve"> regera genom den ende Jesus Kristus.{{field-off:bible}}</w:t>
      </w:r>
    </w:p>
    <w:p w14:paraId="05ECC095" w14:textId="1FD31FC5" w:rsidR="00BA33AB" w:rsidRPr="000767E2" w:rsidRDefault="00000000">
      <w:pPr>
        <w:rPr>
          <w:lang w:val="sv-SE"/>
        </w:rPr>
      </w:pPr>
      <w:r w:rsidRPr="000767E2">
        <w:rPr>
          <w:lang w:val="sv-SE"/>
        </w:rPr>
        <w:t>[[@</w:t>
      </w:r>
      <w:r w:rsidR="0096445B" w:rsidRPr="000767E2">
        <w:rPr>
          <w:lang w:val="sv-SE"/>
        </w:rPr>
        <w:t>BibleBIBEL82</w:t>
      </w:r>
      <w:r w:rsidRPr="000767E2">
        <w:rPr>
          <w:lang w:val="sv-SE"/>
        </w:rPr>
        <w:t>:Rom 5:18]]</w:t>
      </w:r>
      <w:r w:rsidRPr="000767E2">
        <w:rPr>
          <w:vertAlign w:val="superscript"/>
          <w:lang w:val="sv-SE"/>
        </w:rPr>
        <w:t>18</w:t>
      </w:r>
      <w:r w:rsidRPr="000767E2">
        <w:rPr>
          <w:lang w:val="sv-SE"/>
        </w:rPr>
        <w:t xml:space="preserve"> {{field-on:bible}}Alltså: såsom </w:t>
      </w:r>
      <w:r w:rsidRPr="000767E2">
        <w:rPr>
          <w:i/>
          <w:lang w:val="sv-SE"/>
        </w:rPr>
        <w:t>det</w:t>
      </w:r>
      <w:r w:rsidRPr="000767E2">
        <w:rPr>
          <w:lang w:val="sv-SE"/>
        </w:rPr>
        <w:t xml:space="preserve"> nu genom en </w:t>
      </w:r>
      <w:r w:rsidRPr="000767E2">
        <w:rPr>
          <w:i/>
          <w:lang w:val="sv-SE"/>
        </w:rPr>
        <w:t>endas</w:t>
      </w:r>
      <w:r w:rsidRPr="000767E2">
        <w:rPr>
          <w:lang w:val="sv-SE"/>
        </w:rPr>
        <w:t xml:space="preserve"> felsteg för alla människor </w:t>
      </w:r>
      <w:r w:rsidRPr="000767E2">
        <w:rPr>
          <w:i/>
          <w:lang w:val="sv-SE"/>
        </w:rPr>
        <w:t>har lett</w:t>
      </w:r>
      <w:r w:rsidRPr="000767E2">
        <w:rPr>
          <w:lang w:val="sv-SE"/>
        </w:rPr>
        <w:t xml:space="preserve"> till fördömelse, så </w:t>
      </w:r>
      <w:r w:rsidRPr="000767E2">
        <w:rPr>
          <w:i/>
          <w:lang w:val="sv-SE"/>
        </w:rPr>
        <w:t>har det</w:t>
      </w:r>
      <w:r w:rsidRPr="000767E2">
        <w:rPr>
          <w:lang w:val="sv-SE"/>
        </w:rPr>
        <w:t xml:space="preserve"> också genom en </w:t>
      </w:r>
      <w:r w:rsidRPr="000767E2">
        <w:rPr>
          <w:i/>
          <w:lang w:val="sv-SE"/>
        </w:rPr>
        <w:t>endas</w:t>
      </w:r>
      <w:r w:rsidRPr="000767E2">
        <w:rPr>
          <w:lang w:val="sv-SE"/>
        </w:rPr>
        <w:t xml:space="preserve"> rättfärdighetsdom för alla människor </w:t>
      </w:r>
      <w:r w:rsidRPr="000767E2">
        <w:rPr>
          <w:i/>
          <w:lang w:val="sv-SE"/>
        </w:rPr>
        <w:t>lett</w:t>
      </w:r>
      <w:r w:rsidRPr="000767E2">
        <w:rPr>
          <w:lang w:val="sv-SE"/>
        </w:rPr>
        <w:t xml:space="preserve"> till en livets rättfärdigförklaring.{{field-off:bible}} [[@</w:t>
      </w:r>
      <w:r w:rsidR="0096445B" w:rsidRPr="000767E2">
        <w:rPr>
          <w:lang w:val="sv-SE"/>
        </w:rPr>
        <w:t>BibleBIBEL82</w:t>
      </w:r>
      <w:r w:rsidRPr="000767E2">
        <w:rPr>
          <w:lang w:val="sv-SE"/>
        </w:rPr>
        <w:t>:Rom 5:19]]</w:t>
      </w:r>
      <w:r w:rsidRPr="000767E2">
        <w:rPr>
          <w:vertAlign w:val="superscript"/>
          <w:lang w:val="sv-SE"/>
        </w:rPr>
        <w:t>19</w:t>
      </w:r>
      <w:r w:rsidRPr="000767E2">
        <w:rPr>
          <w:lang w:val="sv-SE"/>
        </w:rPr>
        <w:t xml:space="preserve"> {{field-on:bible}}För såsom genom ohörsamheten hos den enda människan de många stod som syndare, så ska också genom hörsamheten hos den ende de många stå som rättfärdiga.{{field-off:bible}}</w:t>
      </w:r>
    </w:p>
    <w:p w14:paraId="66A4CD4C" w14:textId="10319851" w:rsidR="00BA33AB" w:rsidRPr="000767E2" w:rsidRDefault="00000000">
      <w:pPr>
        <w:rPr>
          <w:lang w:val="sv-SE"/>
        </w:rPr>
      </w:pPr>
      <w:r w:rsidRPr="000767E2">
        <w:rPr>
          <w:lang w:val="sv-SE"/>
        </w:rPr>
        <w:t>[[@</w:t>
      </w:r>
      <w:r w:rsidR="0096445B" w:rsidRPr="000767E2">
        <w:rPr>
          <w:lang w:val="sv-SE"/>
        </w:rPr>
        <w:t>BibleBIBEL82</w:t>
      </w:r>
      <w:r w:rsidRPr="000767E2">
        <w:rPr>
          <w:lang w:val="sv-SE"/>
        </w:rPr>
        <w:t>:Rom 5:20]]</w:t>
      </w:r>
      <w:r w:rsidRPr="000767E2">
        <w:rPr>
          <w:vertAlign w:val="superscript"/>
          <w:lang w:val="sv-SE"/>
        </w:rPr>
        <w:t>20</w:t>
      </w:r>
      <w:r w:rsidRPr="000767E2">
        <w:rPr>
          <w:lang w:val="sv-SE"/>
        </w:rPr>
        <w:t xml:space="preserve"> {{field-on:bible}}Men lagen tog sig in för att förmera felsteget. Men där synden förmerades, överflödade ännu mer nåden,{{field-off:bible}} [[@</w:t>
      </w:r>
      <w:r w:rsidR="0096445B" w:rsidRPr="000767E2">
        <w:rPr>
          <w:lang w:val="sv-SE"/>
        </w:rPr>
        <w:t>BibleBIBEL82</w:t>
      </w:r>
      <w:r w:rsidRPr="000767E2">
        <w:rPr>
          <w:lang w:val="sv-SE"/>
        </w:rPr>
        <w:t>:Rom 5:21]]</w:t>
      </w:r>
      <w:r w:rsidRPr="000767E2">
        <w:rPr>
          <w:vertAlign w:val="superscript"/>
          <w:lang w:val="sv-SE"/>
        </w:rPr>
        <w:t>21</w:t>
      </w:r>
      <w:r w:rsidRPr="000767E2">
        <w:rPr>
          <w:lang w:val="sv-SE"/>
        </w:rPr>
        <w:t xml:space="preserve"> {{field-on:bible}}för att såsom synden </w:t>
      </w:r>
      <w:r w:rsidRPr="000767E2">
        <w:rPr>
          <w:i/>
          <w:lang w:val="sv-SE"/>
        </w:rPr>
        <w:t>kom att</w:t>
      </w:r>
      <w:r w:rsidRPr="000767E2">
        <w:rPr>
          <w:lang w:val="sv-SE"/>
        </w:rPr>
        <w:t xml:space="preserve"> regera i döden, så ska också nåden regera genom rättfärdighet till eoniskt liv genom Jesus Kristus, vår Herre.{{field-off:bible}}</w:t>
      </w:r>
    </w:p>
    <w:p w14:paraId="5B64CD26" w14:textId="5DF0D34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6]]Kapitel 6</w:t>
      </w:r>
    </w:p>
    <w:p w14:paraId="451F2443" w14:textId="77777777" w:rsidR="00BA33AB" w:rsidRPr="000767E2" w:rsidRDefault="00000000">
      <w:pPr>
        <w:pStyle w:val="Rubrik3"/>
        <w:rPr>
          <w:lang w:val="sv-SE"/>
        </w:rPr>
      </w:pPr>
      <w:r w:rsidRPr="000767E2">
        <w:rPr>
          <w:lang w:val="sv-SE"/>
        </w:rPr>
        <w:t>Det nya livet</w:t>
      </w:r>
    </w:p>
    <w:p w14:paraId="56BF0909" w14:textId="47347085" w:rsidR="00BA33AB" w:rsidRPr="000767E2" w:rsidRDefault="00000000">
      <w:pPr>
        <w:rPr>
          <w:lang w:val="sv-SE"/>
        </w:rPr>
      </w:pPr>
      <w:r w:rsidRPr="000767E2">
        <w:rPr>
          <w:lang w:val="sv-SE"/>
        </w:rPr>
        <w:t>[[@</w:t>
      </w:r>
      <w:r w:rsidR="0096445B" w:rsidRPr="000767E2">
        <w:rPr>
          <w:lang w:val="sv-SE"/>
        </w:rPr>
        <w:t>BibleBIBEL82</w:t>
      </w:r>
      <w:r w:rsidRPr="000767E2">
        <w:rPr>
          <w:lang w:val="sv-SE"/>
        </w:rPr>
        <w:t>:Rom 6:1]]</w:t>
      </w:r>
      <w:r w:rsidRPr="000767E2">
        <w:rPr>
          <w:vertAlign w:val="superscript"/>
          <w:lang w:val="sv-SE"/>
        </w:rPr>
        <w:t>1</w:t>
      </w:r>
      <w:r w:rsidRPr="000767E2">
        <w:rPr>
          <w:lang w:val="sv-SE"/>
        </w:rPr>
        <w:t xml:space="preserve"> {{field-on:bible}}Vad ska vi då säga? Ska vi bli kvar vid synden så att nåden förmeras?{{field-off:bible}} [[@</w:t>
      </w:r>
      <w:r w:rsidR="0096445B" w:rsidRPr="000767E2">
        <w:rPr>
          <w:lang w:val="sv-SE"/>
        </w:rPr>
        <w:t>BibleBIBEL82</w:t>
      </w:r>
      <w:r w:rsidRPr="000767E2">
        <w:rPr>
          <w:lang w:val="sv-SE"/>
        </w:rPr>
        <w:t>:Rom 6:2]]</w:t>
      </w:r>
      <w:r w:rsidRPr="000767E2">
        <w:rPr>
          <w:vertAlign w:val="superscript"/>
          <w:lang w:val="sv-SE"/>
        </w:rPr>
        <w:t>2</w:t>
      </w:r>
      <w:r w:rsidRPr="000767E2">
        <w:rPr>
          <w:lang w:val="sv-SE"/>
        </w:rPr>
        <w:t xml:space="preserve"> {{field-on:bible}}Får inte ske! Vi som har dött gentemot synden, hur ska vi ännu leva i den?{{field-off:bible}}</w:t>
      </w:r>
    </w:p>
    <w:p w14:paraId="79CA9148" w14:textId="306E9EE4" w:rsidR="00BA33AB" w:rsidRPr="000767E2" w:rsidRDefault="00000000">
      <w:pPr>
        <w:rPr>
          <w:lang w:val="sv-SE"/>
        </w:rPr>
      </w:pPr>
      <w:r w:rsidRPr="000767E2">
        <w:rPr>
          <w:lang w:val="sv-SE"/>
        </w:rPr>
        <w:t>[[@</w:t>
      </w:r>
      <w:r w:rsidR="0096445B" w:rsidRPr="000767E2">
        <w:rPr>
          <w:lang w:val="sv-SE"/>
        </w:rPr>
        <w:t>BibleBIBEL82</w:t>
      </w:r>
      <w:r w:rsidRPr="000767E2">
        <w:rPr>
          <w:lang w:val="sv-SE"/>
        </w:rPr>
        <w:t>:Rom 6:3]]</w:t>
      </w:r>
      <w:r w:rsidRPr="000767E2">
        <w:rPr>
          <w:vertAlign w:val="superscript"/>
          <w:lang w:val="sv-SE"/>
        </w:rPr>
        <w:t>3</w:t>
      </w:r>
      <w:r w:rsidRPr="000767E2">
        <w:rPr>
          <w:lang w:val="sv-SE"/>
        </w:rPr>
        <w:t xml:space="preserve"> {{field-on:bible}}Eller förstår ni inte att alla vi som har döpts in i Kristus Jesus har döpts in i hans död?{{field-off:bible}} [[@</w:t>
      </w:r>
      <w:r w:rsidR="0096445B" w:rsidRPr="000767E2">
        <w:rPr>
          <w:lang w:val="sv-SE"/>
        </w:rPr>
        <w:t>BibleBIBEL82</w:t>
      </w:r>
      <w:r w:rsidRPr="000767E2">
        <w:rPr>
          <w:lang w:val="sv-SE"/>
        </w:rPr>
        <w:t>:Rom 6:4]]</w:t>
      </w:r>
      <w:r w:rsidRPr="000767E2">
        <w:rPr>
          <w:vertAlign w:val="superscript"/>
          <w:lang w:val="sv-SE"/>
        </w:rPr>
        <w:t>4</w:t>
      </w:r>
      <w:r w:rsidRPr="000767E2">
        <w:rPr>
          <w:lang w:val="sv-SE"/>
        </w:rPr>
        <w:t xml:space="preserve"> {{field-on:bible}}Vi har alltså begravts med honom genom dopet in i döden, för att såsom Kristus uppväckts från </w:t>
      </w:r>
      <w:r w:rsidRPr="000767E2">
        <w:rPr>
          <w:i/>
          <w:lang w:val="sv-SE"/>
        </w:rPr>
        <w:t>de</w:t>
      </w:r>
      <w:r w:rsidRPr="000767E2">
        <w:rPr>
          <w:lang w:val="sv-SE"/>
        </w:rPr>
        <w:t xml:space="preserve"> döda genom Faderns härlighet, så ska också vi vandra i livets nyhet.{{field-off:bible}}</w:t>
      </w:r>
    </w:p>
    <w:p w14:paraId="6B347063" w14:textId="33035568" w:rsidR="00BA33AB" w:rsidRPr="000767E2" w:rsidRDefault="00000000">
      <w:pPr>
        <w:rPr>
          <w:lang w:val="sv-SE"/>
        </w:rPr>
      </w:pPr>
      <w:r w:rsidRPr="000767E2">
        <w:rPr>
          <w:lang w:val="sv-SE"/>
        </w:rPr>
        <w:t>[[@</w:t>
      </w:r>
      <w:r w:rsidR="0096445B" w:rsidRPr="000767E2">
        <w:rPr>
          <w:lang w:val="sv-SE"/>
        </w:rPr>
        <w:t>BibleBIBEL82</w:t>
      </w:r>
      <w:r w:rsidRPr="000767E2">
        <w:rPr>
          <w:lang w:val="sv-SE"/>
        </w:rPr>
        <w:t>:Rom 6:5]]</w:t>
      </w:r>
      <w:r w:rsidRPr="000767E2">
        <w:rPr>
          <w:vertAlign w:val="superscript"/>
          <w:lang w:val="sv-SE"/>
        </w:rPr>
        <w:t>5</w:t>
      </w:r>
      <w:r w:rsidRPr="000767E2">
        <w:rPr>
          <w:lang w:val="sv-SE"/>
        </w:rPr>
        <w:t xml:space="preserve"> {{field-on:bible}}För om vi har blivit samplanterade i likheten med hans död, ska vi dock vara </w:t>
      </w:r>
      <w:r w:rsidRPr="000767E2">
        <w:rPr>
          <w:i/>
          <w:lang w:val="sv-SE"/>
        </w:rPr>
        <w:t>det</w:t>
      </w:r>
      <w:r w:rsidRPr="000767E2">
        <w:rPr>
          <w:lang w:val="sv-SE"/>
        </w:rPr>
        <w:t xml:space="preserve"> även med uppståndelsen,{{field-off:bible}} [[@</w:t>
      </w:r>
      <w:r w:rsidR="0096445B" w:rsidRPr="000767E2">
        <w:rPr>
          <w:lang w:val="sv-SE"/>
        </w:rPr>
        <w:t>BibleBIBEL82</w:t>
      </w:r>
      <w:r w:rsidRPr="000767E2">
        <w:rPr>
          <w:lang w:val="sv-SE"/>
        </w:rPr>
        <w:t>:Rom 6:6]]</w:t>
      </w:r>
      <w:r w:rsidRPr="000767E2">
        <w:rPr>
          <w:vertAlign w:val="superscript"/>
          <w:lang w:val="sv-SE"/>
        </w:rPr>
        <w:t>6</w:t>
      </w:r>
      <w:r w:rsidRPr="000767E2">
        <w:rPr>
          <w:lang w:val="sv-SE"/>
        </w:rPr>
        <w:t xml:space="preserve"> {{field-on:bible}}då vi vet detta att vår gamla människa har blivit korsfäst med </w:t>
      </w:r>
      <w:r w:rsidRPr="000767E2">
        <w:rPr>
          <w:i/>
          <w:lang w:val="sv-SE"/>
        </w:rPr>
        <w:t>honom</w:t>
      </w:r>
      <w:r w:rsidRPr="000767E2">
        <w:rPr>
          <w:lang w:val="sv-SE"/>
        </w:rPr>
        <w:t xml:space="preserve"> för att syndens kropp ska stoppas, så att vi inte längre fasttjänar synden.{{field-off:bible}} [[@</w:t>
      </w:r>
      <w:r w:rsidR="0096445B" w:rsidRPr="000767E2">
        <w:rPr>
          <w:lang w:val="sv-SE"/>
        </w:rPr>
        <w:t>BibleBIBEL82</w:t>
      </w:r>
      <w:r w:rsidRPr="000767E2">
        <w:rPr>
          <w:lang w:val="sv-SE"/>
        </w:rPr>
        <w:t>:Rom 6:7]]</w:t>
      </w:r>
      <w:r w:rsidRPr="000767E2">
        <w:rPr>
          <w:vertAlign w:val="superscript"/>
          <w:lang w:val="sv-SE"/>
        </w:rPr>
        <w:t>7</w:t>
      </w:r>
      <w:r w:rsidRPr="000767E2">
        <w:rPr>
          <w:lang w:val="sv-SE"/>
        </w:rPr>
        <w:t xml:space="preserve"> {{field-on:bible}}För den som har dött är förklarad rättfärdig från synden.{{field-off:bible}}</w:t>
      </w:r>
    </w:p>
    <w:p w14:paraId="55C88245" w14:textId="514B8DE8" w:rsidR="00BA33AB" w:rsidRPr="000767E2" w:rsidRDefault="00000000">
      <w:pPr>
        <w:rPr>
          <w:lang w:val="sv-SE"/>
        </w:rPr>
      </w:pPr>
      <w:r w:rsidRPr="000767E2">
        <w:rPr>
          <w:lang w:val="sv-SE"/>
        </w:rPr>
        <w:t>[[@</w:t>
      </w:r>
      <w:r w:rsidR="0096445B" w:rsidRPr="000767E2">
        <w:rPr>
          <w:lang w:val="sv-SE"/>
        </w:rPr>
        <w:t>BibleBIBEL82</w:t>
      </w:r>
      <w:r w:rsidRPr="000767E2">
        <w:rPr>
          <w:lang w:val="sv-SE"/>
        </w:rPr>
        <w:t>:Rom 6:8]]</w:t>
      </w:r>
      <w:r w:rsidRPr="000767E2">
        <w:rPr>
          <w:vertAlign w:val="superscript"/>
          <w:lang w:val="sv-SE"/>
        </w:rPr>
        <w:t>8</w:t>
      </w:r>
      <w:r w:rsidRPr="000767E2">
        <w:rPr>
          <w:lang w:val="sv-SE"/>
        </w:rPr>
        <w:t xml:space="preserve"> {{field-on:bible}}Men om vi har dött med Kristus tror vi att vi också ska leva med honom,{{field-off:bible}} [[@</w:t>
      </w:r>
      <w:r w:rsidR="0096445B" w:rsidRPr="000767E2">
        <w:rPr>
          <w:lang w:val="sv-SE"/>
        </w:rPr>
        <w:t>BibleBIBEL82</w:t>
      </w:r>
      <w:r w:rsidRPr="000767E2">
        <w:rPr>
          <w:lang w:val="sv-SE"/>
        </w:rPr>
        <w:t>:Rom 6:9]]</w:t>
      </w:r>
      <w:r w:rsidRPr="000767E2">
        <w:rPr>
          <w:vertAlign w:val="superscript"/>
          <w:lang w:val="sv-SE"/>
        </w:rPr>
        <w:t>9</w:t>
      </w:r>
      <w:r w:rsidRPr="000767E2">
        <w:rPr>
          <w:lang w:val="sv-SE"/>
        </w:rPr>
        <w:t xml:space="preserve"> {{field-on:bible}}då vi vet att Kristus uppväckt från </w:t>
      </w:r>
      <w:r w:rsidRPr="000767E2">
        <w:rPr>
          <w:i/>
          <w:lang w:val="sv-SE"/>
        </w:rPr>
        <w:t>de</w:t>
      </w:r>
      <w:r w:rsidRPr="000767E2">
        <w:rPr>
          <w:lang w:val="sv-SE"/>
        </w:rPr>
        <w:t xml:space="preserve"> döda aldrig mer dör. Döden är inte längre herre </w:t>
      </w:r>
      <w:r w:rsidRPr="000767E2">
        <w:rPr>
          <w:lang w:val="sv-SE"/>
        </w:rPr>
        <w:lastRenderedPageBreak/>
        <w:t>över honom.{{field-off:bible}} [[@</w:t>
      </w:r>
      <w:r w:rsidR="0096445B" w:rsidRPr="000767E2">
        <w:rPr>
          <w:lang w:val="sv-SE"/>
        </w:rPr>
        <w:t>BibleBIBEL82</w:t>
      </w:r>
      <w:r w:rsidRPr="000767E2">
        <w:rPr>
          <w:lang w:val="sv-SE"/>
        </w:rPr>
        <w:t>:Rom 6:10]]</w:t>
      </w:r>
      <w:r w:rsidRPr="000767E2">
        <w:rPr>
          <w:vertAlign w:val="superscript"/>
          <w:lang w:val="sv-SE"/>
        </w:rPr>
        <w:t>10</w:t>
      </w:r>
      <w:r w:rsidRPr="000767E2">
        <w:rPr>
          <w:lang w:val="sv-SE"/>
        </w:rPr>
        <w:t xml:space="preserve"> {{field-on:bible}}För det han dog, dog han för synden en gång för alla. Men det han lever, lever han för Gud.{{field-off:bible}} [[@</w:t>
      </w:r>
      <w:r w:rsidR="0096445B" w:rsidRPr="000767E2">
        <w:rPr>
          <w:lang w:val="sv-SE"/>
        </w:rPr>
        <w:t>BibleBIBEL82</w:t>
      </w:r>
      <w:r w:rsidRPr="000767E2">
        <w:rPr>
          <w:lang w:val="sv-SE"/>
        </w:rPr>
        <w:t>:Rom 6:11]]</w:t>
      </w:r>
      <w:r w:rsidRPr="000767E2">
        <w:rPr>
          <w:vertAlign w:val="superscript"/>
          <w:lang w:val="sv-SE"/>
        </w:rPr>
        <w:t>11</w:t>
      </w:r>
      <w:r w:rsidRPr="000767E2">
        <w:rPr>
          <w:lang w:val="sv-SE"/>
        </w:rPr>
        <w:t xml:space="preserve"> {{field-on:bible}}Så ska också ni räkna er själva: [vara] döda för synden men levande för Gud i Kristus Jesus.{{field-off:bible}}</w:t>
      </w:r>
    </w:p>
    <w:p w14:paraId="083A7819" w14:textId="0AE3A61D" w:rsidR="00BA33AB" w:rsidRPr="000767E2" w:rsidRDefault="00000000">
      <w:pPr>
        <w:rPr>
          <w:lang w:val="sv-SE"/>
        </w:rPr>
      </w:pPr>
      <w:r w:rsidRPr="000767E2">
        <w:rPr>
          <w:lang w:val="sv-SE"/>
        </w:rPr>
        <w:t>[[@</w:t>
      </w:r>
      <w:r w:rsidR="0096445B" w:rsidRPr="000767E2">
        <w:rPr>
          <w:lang w:val="sv-SE"/>
        </w:rPr>
        <w:t>BibleBIBEL82</w:t>
      </w:r>
      <w:r w:rsidRPr="000767E2">
        <w:rPr>
          <w:lang w:val="sv-SE"/>
        </w:rPr>
        <w:t>:Rom 6:12]]</w:t>
      </w:r>
      <w:r w:rsidRPr="000767E2">
        <w:rPr>
          <w:vertAlign w:val="superscript"/>
          <w:lang w:val="sv-SE"/>
        </w:rPr>
        <w:t>12</w:t>
      </w:r>
      <w:r w:rsidRPr="000767E2">
        <w:rPr>
          <w:lang w:val="sv-SE"/>
        </w:rPr>
        <w:t xml:space="preserve"> {{field-on:bible}}Synden ska alltså inte </w:t>
      </w:r>
      <w:r w:rsidRPr="000767E2">
        <w:rPr>
          <w:i/>
          <w:lang w:val="sv-SE"/>
        </w:rPr>
        <w:t>få</w:t>
      </w:r>
      <w:r w:rsidRPr="000767E2">
        <w:rPr>
          <w:lang w:val="sv-SE"/>
        </w:rPr>
        <w:t xml:space="preserve"> regera i er dödliga kropp, till att hörsamma dess begär.{{field-off:bible}} [[@</w:t>
      </w:r>
      <w:r w:rsidR="0096445B" w:rsidRPr="000767E2">
        <w:rPr>
          <w:lang w:val="sv-SE"/>
        </w:rPr>
        <w:t>BibleBIBEL82</w:t>
      </w:r>
      <w:r w:rsidRPr="000767E2">
        <w:rPr>
          <w:lang w:val="sv-SE"/>
        </w:rPr>
        <w:t>:Rom 6:13]]</w:t>
      </w:r>
      <w:r w:rsidRPr="000767E2">
        <w:rPr>
          <w:vertAlign w:val="superscript"/>
          <w:lang w:val="sv-SE"/>
        </w:rPr>
        <w:t>13</w:t>
      </w:r>
      <w:r w:rsidRPr="000767E2">
        <w:rPr>
          <w:lang w:val="sv-SE"/>
        </w:rPr>
        <w:t xml:space="preserve"> {{field-on:bible}}Och ställ inte fram era lemmar </w:t>
      </w:r>
      <w:r w:rsidRPr="000767E2">
        <w:rPr>
          <w:i/>
          <w:lang w:val="sv-SE"/>
        </w:rPr>
        <w:t>som</w:t>
      </w:r>
      <w:r w:rsidRPr="000767E2">
        <w:rPr>
          <w:lang w:val="sv-SE"/>
        </w:rPr>
        <w:t xml:space="preserve"> orättsvapen för synden. Nej, ställ fram er själva för Gud som levande från </w:t>
      </w:r>
      <w:r w:rsidRPr="000767E2">
        <w:rPr>
          <w:i/>
          <w:lang w:val="sv-SE"/>
        </w:rPr>
        <w:t>de</w:t>
      </w:r>
      <w:r w:rsidRPr="000767E2">
        <w:rPr>
          <w:lang w:val="sv-SE"/>
        </w:rPr>
        <w:t xml:space="preserve"> döda, och era lemmar </w:t>
      </w:r>
      <w:r w:rsidRPr="000767E2">
        <w:rPr>
          <w:i/>
          <w:lang w:val="sv-SE"/>
        </w:rPr>
        <w:t>som</w:t>
      </w:r>
      <w:r w:rsidRPr="000767E2">
        <w:rPr>
          <w:lang w:val="sv-SE"/>
        </w:rPr>
        <w:t xml:space="preserve"> rättfärdighetsvapen för Gud.{{field-off:bible}} [[@</w:t>
      </w:r>
      <w:r w:rsidR="0096445B" w:rsidRPr="000767E2">
        <w:rPr>
          <w:lang w:val="sv-SE"/>
        </w:rPr>
        <w:t>BibleBIBEL82</w:t>
      </w:r>
      <w:r w:rsidRPr="000767E2">
        <w:rPr>
          <w:lang w:val="sv-SE"/>
        </w:rPr>
        <w:t>:Rom 6:14]]</w:t>
      </w:r>
      <w:r w:rsidRPr="000767E2">
        <w:rPr>
          <w:vertAlign w:val="superscript"/>
          <w:lang w:val="sv-SE"/>
        </w:rPr>
        <w:t>14</w:t>
      </w:r>
      <w:r w:rsidRPr="000767E2">
        <w:rPr>
          <w:lang w:val="sv-SE"/>
        </w:rPr>
        <w:t xml:space="preserve"> {{field-on:bible}}För synd ska inte vara herre över er, för ni är inte under lag utan under nåd.{{field-off:bible}}</w:t>
      </w:r>
    </w:p>
    <w:p w14:paraId="461E0131" w14:textId="77777777" w:rsidR="00BA33AB" w:rsidRPr="000767E2" w:rsidRDefault="00000000">
      <w:pPr>
        <w:pStyle w:val="Rubrik3"/>
        <w:rPr>
          <w:lang w:val="sv-SE"/>
        </w:rPr>
      </w:pPr>
      <w:r w:rsidRPr="000767E2">
        <w:rPr>
          <w:lang w:val="sv-SE"/>
        </w:rPr>
        <w:t>Tjänare för rättfärdigheten</w:t>
      </w:r>
    </w:p>
    <w:p w14:paraId="082091CA" w14:textId="249A610E" w:rsidR="00BA33AB" w:rsidRPr="000767E2" w:rsidRDefault="00000000">
      <w:pPr>
        <w:rPr>
          <w:lang w:val="sv-SE"/>
        </w:rPr>
      </w:pPr>
      <w:r w:rsidRPr="000767E2">
        <w:rPr>
          <w:lang w:val="sv-SE"/>
        </w:rPr>
        <w:t>[[@</w:t>
      </w:r>
      <w:r w:rsidR="0096445B" w:rsidRPr="000767E2">
        <w:rPr>
          <w:lang w:val="sv-SE"/>
        </w:rPr>
        <w:t>BibleBIBEL82</w:t>
      </w:r>
      <w:r w:rsidRPr="000767E2">
        <w:rPr>
          <w:lang w:val="sv-SE"/>
        </w:rPr>
        <w:t>:Rom 6:15]]</w:t>
      </w:r>
      <w:r w:rsidRPr="000767E2">
        <w:rPr>
          <w:vertAlign w:val="superscript"/>
          <w:lang w:val="sv-SE"/>
        </w:rPr>
        <w:t>15</w:t>
      </w:r>
      <w:r w:rsidRPr="000767E2">
        <w:rPr>
          <w:lang w:val="sv-SE"/>
        </w:rPr>
        <w:t xml:space="preserve"> {{field-on:bible}}Så vad? Ska vi synda, eftersom vi inte är under lag utan under nåd? Får inte ske!{{field-off:bible}} [[@</w:t>
      </w:r>
      <w:r w:rsidR="0096445B" w:rsidRPr="000767E2">
        <w:rPr>
          <w:lang w:val="sv-SE"/>
        </w:rPr>
        <w:t>BibleBIBEL82</w:t>
      </w:r>
      <w:r w:rsidRPr="000767E2">
        <w:rPr>
          <w:lang w:val="sv-SE"/>
        </w:rPr>
        <w:t>:Rom 6:16]]</w:t>
      </w:r>
      <w:r w:rsidRPr="000767E2">
        <w:rPr>
          <w:vertAlign w:val="superscript"/>
          <w:lang w:val="sv-SE"/>
        </w:rPr>
        <w:t>16</w:t>
      </w:r>
      <w:r w:rsidRPr="000767E2">
        <w:rPr>
          <w:lang w:val="sv-SE"/>
        </w:rPr>
        <w:t xml:space="preserve"> {{field-on:bible}}Vet ni inte att den hos vilken ni ställer fram er själva </w:t>
      </w:r>
      <w:r w:rsidRPr="000767E2">
        <w:rPr>
          <w:i/>
          <w:lang w:val="sv-SE"/>
        </w:rPr>
        <w:t>som</w:t>
      </w:r>
      <w:r w:rsidRPr="000767E2">
        <w:rPr>
          <w:lang w:val="sv-SE"/>
        </w:rPr>
        <w:t xml:space="preserve"> fasttjänare till hörsamhet, hos den ni hörsammar är ni fasttjänare: antingen hos synd till död, eller hos hörsamhet till rättfärdighet?{{field-off:bible}}</w:t>
      </w:r>
    </w:p>
    <w:p w14:paraId="6485B5D1" w14:textId="056657CF" w:rsidR="00BA33AB" w:rsidRPr="000767E2" w:rsidRDefault="00000000">
      <w:pPr>
        <w:rPr>
          <w:lang w:val="sv-SE"/>
        </w:rPr>
      </w:pPr>
      <w:r w:rsidRPr="000767E2">
        <w:rPr>
          <w:lang w:val="sv-SE"/>
        </w:rPr>
        <w:t>[[@</w:t>
      </w:r>
      <w:r w:rsidR="0096445B" w:rsidRPr="000767E2">
        <w:rPr>
          <w:lang w:val="sv-SE"/>
        </w:rPr>
        <w:t>BibleBIBEL82</w:t>
      </w:r>
      <w:r w:rsidRPr="000767E2">
        <w:rPr>
          <w:lang w:val="sv-SE"/>
        </w:rPr>
        <w:t>:Rom 6:17]]</w:t>
      </w:r>
      <w:r w:rsidRPr="000767E2">
        <w:rPr>
          <w:vertAlign w:val="superscript"/>
          <w:lang w:val="sv-SE"/>
        </w:rPr>
        <w:t>17</w:t>
      </w:r>
      <w:r w:rsidRPr="000767E2">
        <w:rPr>
          <w:lang w:val="sv-SE"/>
        </w:rPr>
        <w:t xml:space="preserve"> {{field-on:bible}}Men tack Gud, att ni var syndens fasttjänare men har av hjärtat hörsammat den förebild i läran åt vilken ni överlämnats.{{field-off:bible}} [[@</w:t>
      </w:r>
      <w:r w:rsidR="0096445B" w:rsidRPr="000767E2">
        <w:rPr>
          <w:lang w:val="sv-SE"/>
        </w:rPr>
        <w:t>BibleBIBEL82</w:t>
      </w:r>
      <w:r w:rsidRPr="000767E2">
        <w:rPr>
          <w:lang w:val="sv-SE"/>
        </w:rPr>
        <w:t>:Rom 6:18]]</w:t>
      </w:r>
      <w:r w:rsidRPr="000767E2">
        <w:rPr>
          <w:vertAlign w:val="superscript"/>
          <w:lang w:val="sv-SE"/>
        </w:rPr>
        <w:t>18</w:t>
      </w:r>
      <w:r w:rsidRPr="000767E2">
        <w:rPr>
          <w:lang w:val="sv-SE"/>
        </w:rPr>
        <w:t xml:space="preserve"> {{field-on:bible}}Och frigjorda från synden har ni blivit fasttjänare åt rättfärdigheten.{{field-off:bible}} [[@</w:t>
      </w:r>
      <w:r w:rsidR="0096445B" w:rsidRPr="000767E2">
        <w:rPr>
          <w:lang w:val="sv-SE"/>
        </w:rPr>
        <w:t>BibleBIBEL82</w:t>
      </w:r>
      <w:r w:rsidRPr="000767E2">
        <w:rPr>
          <w:lang w:val="sv-SE"/>
        </w:rPr>
        <w:t>:Rom 6:19]]</w:t>
      </w:r>
      <w:r w:rsidRPr="000767E2">
        <w:rPr>
          <w:vertAlign w:val="superscript"/>
          <w:lang w:val="sv-SE"/>
        </w:rPr>
        <w:t>19</w:t>
      </w:r>
      <w:r w:rsidRPr="000767E2">
        <w:rPr>
          <w:lang w:val="sv-SE"/>
        </w:rPr>
        <w:t xml:space="preserve"> {{field-on:bible}}Mänskligt talar jag, på grund av svagheten i ert kött. För såsom ni </w:t>
      </w:r>
      <w:r w:rsidRPr="000767E2">
        <w:rPr>
          <w:i/>
          <w:lang w:val="sv-SE"/>
        </w:rPr>
        <w:t>förr</w:t>
      </w:r>
      <w:r w:rsidRPr="000767E2">
        <w:rPr>
          <w:lang w:val="sv-SE"/>
        </w:rPr>
        <w:t xml:space="preserve"> ställde fram era lemmar </w:t>
      </w:r>
      <w:r w:rsidRPr="000767E2">
        <w:rPr>
          <w:i/>
          <w:lang w:val="sv-SE"/>
        </w:rPr>
        <w:t>som</w:t>
      </w:r>
      <w:r w:rsidRPr="000767E2">
        <w:rPr>
          <w:lang w:val="sv-SE"/>
        </w:rPr>
        <w:t xml:space="preserve"> fasttjänare för orenheten och laglösheten, till laglösheten, så ska ni nu ställa fram era lemmar </w:t>
      </w:r>
      <w:r w:rsidRPr="000767E2">
        <w:rPr>
          <w:i/>
          <w:lang w:val="sv-SE"/>
        </w:rPr>
        <w:t>som</w:t>
      </w:r>
      <w:r w:rsidRPr="000767E2">
        <w:rPr>
          <w:lang w:val="sv-SE"/>
        </w:rPr>
        <w:t xml:space="preserve"> fasttjänare för rättfärdigheten, till helgelse.{{field-off:bible}}</w:t>
      </w:r>
    </w:p>
    <w:p w14:paraId="789CFF0B" w14:textId="1B166970" w:rsidR="00BA33AB" w:rsidRPr="000767E2" w:rsidRDefault="00000000">
      <w:pPr>
        <w:rPr>
          <w:lang w:val="sv-SE"/>
        </w:rPr>
      </w:pPr>
      <w:r w:rsidRPr="000767E2">
        <w:rPr>
          <w:lang w:val="sv-SE"/>
        </w:rPr>
        <w:t>[[@</w:t>
      </w:r>
      <w:r w:rsidR="0096445B" w:rsidRPr="000767E2">
        <w:rPr>
          <w:lang w:val="sv-SE"/>
        </w:rPr>
        <w:t>BibleBIBEL82</w:t>
      </w:r>
      <w:r w:rsidRPr="000767E2">
        <w:rPr>
          <w:lang w:val="sv-SE"/>
        </w:rPr>
        <w:t>:Rom 6:20]]</w:t>
      </w:r>
      <w:r w:rsidRPr="000767E2">
        <w:rPr>
          <w:vertAlign w:val="superscript"/>
          <w:lang w:val="sv-SE"/>
        </w:rPr>
        <w:t>20</w:t>
      </w:r>
      <w:r w:rsidRPr="000767E2">
        <w:rPr>
          <w:lang w:val="sv-SE"/>
        </w:rPr>
        <w:t xml:space="preserve"> {{field-on:bible}}För när ni var fasttjänare hos synden, var ni fria gentemot rättfärdigheten.{{field-off:bible}} [[@</w:t>
      </w:r>
      <w:r w:rsidR="0096445B" w:rsidRPr="000767E2">
        <w:rPr>
          <w:lang w:val="sv-SE"/>
        </w:rPr>
        <w:t>BibleBIBEL82</w:t>
      </w:r>
      <w:r w:rsidRPr="000767E2">
        <w:rPr>
          <w:lang w:val="sv-SE"/>
        </w:rPr>
        <w:t>:Rom 6:21]]</w:t>
      </w:r>
      <w:r w:rsidRPr="000767E2">
        <w:rPr>
          <w:vertAlign w:val="superscript"/>
          <w:lang w:val="sv-SE"/>
        </w:rPr>
        <w:t>21</w:t>
      </w:r>
      <w:r w:rsidRPr="000767E2">
        <w:rPr>
          <w:lang w:val="sv-SE"/>
        </w:rPr>
        <w:t xml:space="preserve"> {{field-on:bible}}Så vilken frukt hade ni då? </w:t>
      </w:r>
      <w:r w:rsidRPr="000767E2">
        <w:rPr>
          <w:i/>
          <w:lang w:val="sv-SE"/>
        </w:rPr>
        <w:t>Sådant</w:t>
      </w:r>
      <w:r w:rsidRPr="000767E2">
        <w:rPr>
          <w:lang w:val="sv-SE"/>
        </w:rPr>
        <w:t xml:space="preserve"> för vilket ni nu skäms. För slutet efter detta </w:t>
      </w:r>
      <w:r w:rsidRPr="000767E2">
        <w:rPr>
          <w:i/>
          <w:lang w:val="sv-SE"/>
        </w:rPr>
        <w:t>är</w:t>
      </w:r>
      <w:r w:rsidRPr="000767E2">
        <w:rPr>
          <w:lang w:val="sv-SE"/>
        </w:rPr>
        <w:t xml:space="preserve"> döden.{{field-off:bible}} [[@</w:t>
      </w:r>
      <w:r w:rsidR="0096445B" w:rsidRPr="000767E2">
        <w:rPr>
          <w:lang w:val="sv-SE"/>
        </w:rPr>
        <w:t>BibleBIBEL82</w:t>
      </w:r>
      <w:r w:rsidRPr="000767E2">
        <w:rPr>
          <w:lang w:val="sv-SE"/>
        </w:rPr>
        <w:t>:Rom 6:22]]</w:t>
      </w:r>
      <w:r w:rsidRPr="000767E2">
        <w:rPr>
          <w:vertAlign w:val="superscript"/>
          <w:lang w:val="sv-SE"/>
        </w:rPr>
        <w:t>22</w:t>
      </w:r>
      <w:r w:rsidRPr="000767E2">
        <w:rPr>
          <w:lang w:val="sv-SE"/>
        </w:rPr>
        <w:t xml:space="preserve"> {{field-on:bible}}Men nu, när ni har gjorts fria från synden och blivit fasttjänare för Gud, har ni er frukt till helgelse. Och slutet </w:t>
      </w:r>
      <w:r w:rsidRPr="000767E2">
        <w:rPr>
          <w:i/>
          <w:lang w:val="sv-SE"/>
        </w:rPr>
        <w:t>är</w:t>
      </w:r>
      <w:r w:rsidRPr="000767E2">
        <w:rPr>
          <w:lang w:val="sv-SE"/>
        </w:rPr>
        <w:t xml:space="preserve"> eoniskt liv.{{field-off:bible}} [[@</w:t>
      </w:r>
      <w:r w:rsidR="0096445B" w:rsidRPr="000767E2">
        <w:rPr>
          <w:lang w:val="sv-SE"/>
        </w:rPr>
        <w:t>BibleBIBEL82</w:t>
      </w:r>
      <w:r w:rsidRPr="000767E2">
        <w:rPr>
          <w:lang w:val="sv-SE"/>
        </w:rPr>
        <w:t>:Rom 6:23]]</w:t>
      </w:r>
      <w:r w:rsidRPr="000767E2">
        <w:rPr>
          <w:vertAlign w:val="superscript"/>
          <w:lang w:val="sv-SE"/>
        </w:rPr>
        <w:t>23</w:t>
      </w:r>
      <w:r w:rsidRPr="000767E2">
        <w:rPr>
          <w:lang w:val="sv-SE"/>
        </w:rPr>
        <w:t xml:space="preserve"> {{field-on:bible}}För syndens sold </w:t>
      </w:r>
      <w:r w:rsidRPr="000767E2">
        <w:rPr>
          <w:i/>
          <w:lang w:val="sv-SE"/>
        </w:rPr>
        <w:t>är</w:t>
      </w:r>
      <w:r w:rsidRPr="000767E2">
        <w:rPr>
          <w:lang w:val="sv-SE"/>
        </w:rPr>
        <w:t xml:space="preserve"> död, men Guds nådegåva </w:t>
      </w:r>
      <w:r w:rsidRPr="000767E2">
        <w:rPr>
          <w:i/>
          <w:lang w:val="sv-SE"/>
        </w:rPr>
        <w:t>är</w:t>
      </w:r>
      <w:r w:rsidRPr="000767E2">
        <w:rPr>
          <w:lang w:val="sv-SE"/>
        </w:rPr>
        <w:t xml:space="preserve"> eoniskt liv i Kristus Jesus vår Herre.{{field-off:bible}}</w:t>
      </w:r>
    </w:p>
    <w:p w14:paraId="39F14D52" w14:textId="7D6B2D1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7]]Kapitel 7</w:t>
      </w:r>
    </w:p>
    <w:p w14:paraId="7930143C" w14:textId="77777777" w:rsidR="00BA33AB" w:rsidRPr="000767E2" w:rsidRDefault="00000000">
      <w:pPr>
        <w:pStyle w:val="Rubrik3"/>
        <w:rPr>
          <w:lang w:val="sv-SE"/>
        </w:rPr>
      </w:pPr>
      <w:r w:rsidRPr="000767E2">
        <w:rPr>
          <w:lang w:val="sv-SE"/>
        </w:rPr>
        <w:t>Fri från lagen</w:t>
      </w:r>
    </w:p>
    <w:p w14:paraId="44852CA5" w14:textId="756C3B3C" w:rsidR="00BA33AB" w:rsidRPr="000767E2" w:rsidRDefault="00000000">
      <w:pPr>
        <w:rPr>
          <w:lang w:val="sv-SE"/>
        </w:rPr>
      </w:pPr>
      <w:r w:rsidRPr="000767E2">
        <w:rPr>
          <w:lang w:val="sv-SE"/>
        </w:rPr>
        <w:t>[[@</w:t>
      </w:r>
      <w:r w:rsidR="0096445B" w:rsidRPr="000767E2">
        <w:rPr>
          <w:lang w:val="sv-SE"/>
        </w:rPr>
        <w:t>BibleBIBEL82</w:t>
      </w:r>
      <w:r w:rsidRPr="000767E2">
        <w:rPr>
          <w:lang w:val="sv-SE"/>
        </w:rPr>
        <w:t>:Rom 7:1]]</w:t>
      </w:r>
      <w:r w:rsidRPr="000767E2">
        <w:rPr>
          <w:vertAlign w:val="superscript"/>
          <w:lang w:val="sv-SE"/>
        </w:rPr>
        <w:t>1</w:t>
      </w:r>
      <w:r w:rsidRPr="000767E2">
        <w:rPr>
          <w:lang w:val="sv-SE"/>
        </w:rPr>
        <w:t xml:space="preserve"> {{field-on:bible}}Eller förstår ni inte, syskon – för till </w:t>
      </w:r>
      <w:r w:rsidRPr="000767E2">
        <w:rPr>
          <w:i/>
          <w:lang w:val="sv-SE"/>
        </w:rPr>
        <w:t>sådana</w:t>
      </w:r>
      <w:r w:rsidRPr="000767E2">
        <w:rPr>
          <w:lang w:val="sv-SE"/>
        </w:rPr>
        <w:t xml:space="preserve"> som känner lagen talar jag – att lagen är herre över människan så lång tid han lever?{{field-off:bible}} [[@</w:t>
      </w:r>
      <w:r w:rsidR="0096445B" w:rsidRPr="000767E2">
        <w:rPr>
          <w:lang w:val="sv-SE"/>
        </w:rPr>
        <w:t>BibleBIBEL82</w:t>
      </w:r>
      <w:r w:rsidRPr="000767E2">
        <w:rPr>
          <w:lang w:val="sv-SE"/>
        </w:rPr>
        <w:t>:Rom 7:2]]</w:t>
      </w:r>
      <w:r w:rsidRPr="000767E2">
        <w:rPr>
          <w:vertAlign w:val="superscript"/>
          <w:lang w:val="sv-SE"/>
        </w:rPr>
        <w:t>2</w:t>
      </w:r>
      <w:r w:rsidRPr="000767E2">
        <w:rPr>
          <w:lang w:val="sv-SE"/>
        </w:rPr>
        <w:t xml:space="preserve"> {{field-on:bible}}För den gifta kvinnan är bunden till den levande mannen genom lag. Men om mannen dör, är hon upphävd från mannens lag.{{field-off:bible}} [[@</w:t>
      </w:r>
      <w:r w:rsidR="0096445B" w:rsidRPr="000767E2">
        <w:rPr>
          <w:lang w:val="sv-SE"/>
        </w:rPr>
        <w:t>BibleBIBEL82</w:t>
      </w:r>
      <w:r w:rsidRPr="000767E2">
        <w:rPr>
          <w:lang w:val="sv-SE"/>
        </w:rPr>
        <w:t>:Rom 7:3]]</w:t>
      </w:r>
      <w:r w:rsidRPr="000767E2">
        <w:rPr>
          <w:vertAlign w:val="superscript"/>
          <w:lang w:val="sv-SE"/>
        </w:rPr>
        <w:t>3</w:t>
      </w:r>
      <w:r w:rsidRPr="000767E2">
        <w:rPr>
          <w:lang w:val="sv-SE"/>
        </w:rPr>
        <w:t xml:space="preserve"> {{field-on:bible}}Alltså nu: medan mannen lever, betitlas hon äktenskapsbryterska om hon blir en annan mans. Men om mannen dör är hon fri från lagen, så att hon inte är en äktenskapsbryterska när hon blir en annan mans.{{field-off:bible}}</w:t>
      </w:r>
    </w:p>
    <w:p w14:paraId="440E90AE" w14:textId="3530B81F"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:Rom 7:4]]</w:t>
      </w:r>
      <w:r w:rsidRPr="000767E2">
        <w:rPr>
          <w:vertAlign w:val="superscript"/>
          <w:lang w:val="sv-SE"/>
        </w:rPr>
        <w:t>4</w:t>
      </w:r>
      <w:r w:rsidRPr="000767E2">
        <w:rPr>
          <w:lang w:val="sv-SE"/>
        </w:rPr>
        <w:t xml:space="preserve"> {{field-on:bible}}Därför, mina syskon, har även ni dödats gentemot lagen genom Kristi kropp så att ni blivit en annans – hans som är uppväckt från </w:t>
      </w:r>
      <w:r w:rsidRPr="000767E2">
        <w:rPr>
          <w:i/>
          <w:lang w:val="sv-SE"/>
        </w:rPr>
        <w:t>de</w:t>
      </w:r>
      <w:r w:rsidRPr="000767E2">
        <w:rPr>
          <w:lang w:val="sv-SE"/>
        </w:rPr>
        <w:t xml:space="preserve"> döda – för att vi ska bära frukt för Gud.{{field-off:bible}} [[@</w:t>
      </w:r>
      <w:r w:rsidR="0096445B" w:rsidRPr="000767E2">
        <w:rPr>
          <w:lang w:val="sv-SE"/>
        </w:rPr>
        <w:t>BibleBIBEL82</w:t>
      </w:r>
      <w:r w:rsidRPr="000767E2">
        <w:rPr>
          <w:lang w:val="sv-SE"/>
        </w:rPr>
        <w:t>:Rom 7:5]]</w:t>
      </w:r>
      <w:r w:rsidRPr="000767E2">
        <w:rPr>
          <w:vertAlign w:val="superscript"/>
          <w:lang w:val="sv-SE"/>
        </w:rPr>
        <w:t>5</w:t>
      </w:r>
      <w:r w:rsidRPr="000767E2">
        <w:rPr>
          <w:lang w:val="sv-SE"/>
        </w:rPr>
        <w:t xml:space="preserve"> {{field-on:bible}}För när vi var i köttet, verkade syndernas lidelser genom lagen i våra lemmar för att bära frukt för döden.{{field-off:bible}} [[@</w:t>
      </w:r>
      <w:r w:rsidR="0096445B" w:rsidRPr="000767E2">
        <w:rPr>
          <w:lang w:val="sv-SE"/>
        </w:rPr>
        <w:t>BibleBIBEL82</w:t>
      </w:r>
      <w:r w:rsidRPr="000767E2">
        <w:rPr>
          <w:lang w:val="sv-SE"/>
        </w:rPr>
        <w:t>:Rom 7:6]]</w:t>
      </w:r>
      <w:r w:rsidRPr="000767E2">
        <w:rPr>
          <w:vertAlign w:val="superscript"/>
          <w:lang w:val="sv-SE"/>
        </w:rPr>
        <w:t>6</w:t>
      </w:r>
      <w:r w:rsidRPr="000767E2">
        <w:rPr>
          <w:lang w:val="sv-SE"/>
        </w:rPr>
        <w:t xml:space="preserve"> {{field-on:bible}}Men nu är vi upphävda från lagen, när vi har dött gentemot det vi hölls tillbaka med, så att vi fasttjänar i Andes nyhet och inte i bokstavs gammalhet.{{field-off:bible}}</w:t>
      </w:r>
    </w:p>
    <w:p w14:paraId="7DD13BC6" w14:textId="77777777" w:rsidR="00BA33AB" w:rsidRPr="000767E2" w:rsidRDefault="00000000">
      <w:pPr>
        <w:pStyle w:val="Rubrik3"/>
        <w:rPr>
          <w:lang w:val="sv-SE"/>
        </w:rPr>
      </w:pPr>
      <w:r w:rsidRPr="000767E2">
        <w:rPr>
          <w:lang w:val="sv-SE"/>
        </w:rPr>
        <w:t>Lagen avslöjar synden</w:t>
      </w:r>
    </w:p>
    <w:p w14:paraId="5EEF0F97" w14:textId="3E32562D" w:rsidR="00BA33AB" w:rsidRPr="000767E2" w:rsidRDefault="00000000">
      <w:pPr>
        <w:rPr>
          <w:lang w:val="sv-SE"/>
        </w:rPr>
      </w:pPr>
      <w:r w:rsidRPr="000767E2">
        <w:rPr>
          <w:lang w:val="sv-SE"/>
        </w:rPr>
        <w:t>[[@</w:t>
      </w:r>
      <w:r w:rsidR="0096445B" w:rsidRPr="000767E2">
        <w:rPr>
          <w:lang w:val="sv-SE"/>
        </w:rPr>
        <w:t>BibleBIBEL82</w:t>
      </w:r>
      <w:r w:rsidRPr="000767E2">
        <w:rPr>
          <w:lang w:val="sv-SE"/>
        </w:rPr>
        <w:t>:Rom 7:7]]</w:t>
      </w:r>
      <w:r w:rsidRPr="000767E2">
        <w:rPr>
          <w:vertAlign w:val="superscript"/>
          <w:lang w:val="sv-SE"/>
        </w:rPr>
        <w:t>7</w:t>
      </w:r>
      <w:r w:rsidRPr="000767E2">
        <w:rPr>
          <w:lang w:val="sv-SE"/>
        </w:rPr>
        <w:t xml:space="preserve"> {{field-on:bible}}Vad ska vi då säga? </w:t>
      </w:r>
      <w:r w:rsidRPr="000767E2">
        <w:rPr>
          <w:i/>
          <w:lang w:val="sv-SE"/>
        </w:rPr>
        <w:t>Är</w:t>
      </w:r>
      <w:r w:rsidRPr="000767E2">
        <w:rPr>
          <w:lang w:val="sv-SE"/>
        </w:rPr>
        <w:t xml:space="preserve"> lagen synd? Får inte ske! Men synden hade jag inte känt utom genom lag. Och begäret hade jag ju inte förstått om inte lagen hade sagt: Du ska inte ha begär.{{field-off:bible}} [[@</w:t>
      </w:r>
      <w:r w:rsidR="0096445B" w:rsidRPr="000767E2">
        <w:rPr>
          <w:lang w:val="sv-SE"/>
        </w:rPr>
        <w:t>BibleBIBEL82</w:t>
      </w:r>
      <w:r w:rsidRPr="000767E2">
        <w:rPr>
          <w:lang w:val="sv-SE"/>
        </w:rPr>
        <w:t>:Rom 7:8]]</w:t>
      </w:r>
      <w:r w:rsidRPr="000767E2">
        <w:rPr>
          <w:vertAlign w:val="superscript"/>
          <w:lang w:val="sv-SE"/>
        </w:rPr>
        <w:t>8</w:t>
      </w:r>
      <w:r w:rsidRPr="000767E2">
        <w:rPr>
          <w:lang w:val="sv-SE"/>
        </w:rPr>
        <w:t xml:space="preserve"> {{field-on:bible}}Men synden tog tillfället genom budet och frambringade i mig varje begär. För utan lag </w:t>
      </w:r>
      <w:r w:rsidRPr="000767E2">
        <w:rPr>
          <w:i/>
          <w:lang w:val="sv-SE"/>
        </w:rPr>
        <w:t>är</w:t>
      </w:r>
      <w:r w:rsidRPr="000767E2">
        <w:rPr>
          <w:lang w:val="sv-SE"/>
        </w:rPr>
        <w:t xml:space="preserve"> synden död.{{field-off:bible}} [[@</w:t>
      </w:r>
      <w:r w:rsidR="0096445B" w:rsidRPr="000767E2">
        <w:rPr>
          <w:lang w:val="sv-SE"/>
        </w:rPr>
        <w:t>BibleBIBEL82</w:t>
      </w:r>
      <w:r w:rsidRPr="000767E2">
        <w:rPr>
          <w:lang w:val="sv-SE"/>
        </w:rPr>
        <w:t>:Rom 7:9]]</w:t>
      </w:r>
      <w:r w:rsidRPr="000767E2">
        <w:rPr>
          <w:vertAlign w:val="superscript"/>
          <w:lang w:val="sv-SE"/>
        </w:rPr>
        <w:t>9</w:t>
      </w:r>
      <w:r w:rsidRPr="000767E2">
        <w:rPr>
          <w:lang w:val="sv-SE"/>
        </w:rPr>
        <w:t xml:space="preserve"> {{field-on:bible}}Och jag levde utan lag en gång. Men när budet kom, levde synden upp{{field-off:bible}} [[@</w:t>
      </w:r>
      <w:r w:rsidR="0096445B" w:rsidRPr="000767E2">
        <w:rPr>
          <w:lang w:val="sv-SE"/>
        </w:rPr>
        <w:t>BibleBIBEL82</w:t>
      </w:r>
      <w:r w:rsidRPr="000767E2">
        <w:rPr>
          <w:lang w:val="sv-SE"/>
        </w:rPr>
        <w:t>:Rom 7:10]]</w:t>
      </w:r>
      <w:r w:rsidRPr="000767E2">
        <w:rPr>
          <w:vertAlign w:val="superscript"/>
          <w:lang w:val="sv-SE"/>
        </w:rPr>
        <w:t>10</w:t>
      </w:r>
      <w:r w:rsidRPr="000767E2">
        <w:rPr>
          <w:lang w:val="sv-SE"/>
        </w:rPr>
        <w:t xml:space="preserve"> {{field-on:bible}}och jag dog. Och det befanns för mig </w:t>
      </w:r>
      <w:r w:rsidRPr="000767E2">
        <w:rPr>
          <w:i/>
          <w:lang w:val="sv-SE"/>
        </w:rPr>
        <w:t>att</w:t>
      </w:r>
      <w:r w:rsidRPr="000767E2">
        <w:rPr>
          <w:lang w:val="sv-SE"/>
        </w:rPr>
        <w:t xml:space="preserve"> budet som </w:t>
      </w:r>
      <w:r w:rsidRPr="000767E2">
        <w:rPr>
          <w:i/>
          <w:lang w:val="sv-SE"/>
        </w:rPr>
        <w:t>var</w:t>
      </w:r>
      <w:r w:rsidRPr="000767E2">
        <w:rPr>
          <w:lang w:val="sv-SE"/>
        </w:rPr>
        <w:t xml:space="preserve"> till liv, det </w:t>
      </w:r>
      <w:r w:rsidRPr="000767E2">
        <w:rPr>
          <w:i/>
          <w:lang w:val="sv-SE"/>
        </w:rPr>
        <w:t>var</w:t>
      </w:r>
      <w:r w:rsidRPr="000767E2">
        <w:rPr>
          <w:lang w:val="sv-SE"/>
        </w:rPr>
        <w:t xml:space="preserve"> till död.{{field-off:bible}} [[@</w:t>
      </w:r>
      <w:r w:rsidR="0096445B" w:rsidRPr="000767E2">
        <w:rPr>
          <w:lang w:val="sv-SE"/>
        </w:rPr>
        <w:t>BibleBIBEL82</w:t>
      </w:r>
      <w:r w:rsidRPr="000767E2">
        <w:rPr>
          <w:lang w:val="sv-SE"/>
        </w:rPr>
        <w:t>:Rom 7:11]]</w:t>
      </w:r>
      <w:r w:rsidRPr="000767E2">
        <w:rPr>
          <w:vertAlign w:val="superscript"/>
          <w:lang w:val="sv-SE"/>
        </w:rPr>
        <w:t>11</w:t>
      </w:r>
      <w:r w:rsidRPr="000767E2">
        <w:rPr>
          <w:lang w:val="sv-SE"/>
        </w:rPr>
        <w:t xml:space="preserve"> {{field-on:bible}}För synden tog tillfället, och genom budet grundlurade den mig, och genom det dödade den </w:t>
      </w:r>
      <w:r w:rsidRPr="000767E2">
        <w:rPr>
          <w:i/>
          <w:lang w:val="sv-SE"/>
        </w:rPr>
        <w:t>mig</w:t>
      </w:r>
      <w:r w:rsidRPr="000767E2">
        <w:rPr>
          <w:lang w:val="sv-SE"/>
        </w:rPr>
        <w:t>.{{field-off:bible}} [[@</w:t>
      </w:r>
      <w:r w:rsidR="0096445B" w:rsidRPr="000767E2">
        <w:rPr>
          <w:lang w:val="sv-SE"/>
        </w:rPr>
        <w:t>BibleBIBEL82</w:t>
      </w:r>
      <w:r w:rsidRPr="000767E2">
        <w:rPr>
          <w:lang w:val="sv-SE"/>
        </w:rPr>
        <w:t>:Rom 7:12]]</w:t>
      </w:r>
      <w:r w:rsidRPr="000767E2">
        <w:rPr>
          <w:vertAlign w:val="superscript"/>
          <w:lang w:val="sv-SE"/>
        </w:rPr>
        <w:t>12</w:t>
      </w:r>
      <w:r w:rsidRPr="000767E2">
        <w:rPr>
          <w:lang w:val="sv-SE"/>
        </w:rPr>
        <w:t xml:space="preserve"> {{field-on:bible}}Alltså </w:t>
      </w:r>
      <w:r w:rsidRPr="000767E2">
        <w:rPr>
          <w:i/>
          <w:lang w:val="sv-SE"/>
        </w:rPr>
        <w:t>är</w:t>
      </w:r>
      <w:r w:rsidRPr="000767E2">
        <w:rPr>
          <w:lang w:val="sv-SE"/>
        </w:rPr>
        <w:t xml:space="preserve"> lagen helig, och budet </w:t>
      </w:r>
      <w:r w:rsidRPr="000767E2">
        <w:rPr>
          <w:i/>
          <w:lang w:val="sv-SE"/>
        </w:rPr>
        <w:t>är</w:t>
      </w:r>
      <w:r w:rsidRPr="000767E2">
        <w:rPr>
          <w:lang w:val="sv-SE"/>
        </w:rPr>
        <w:t xml:space="preserve"> heligt och rättfärdigt och gott.{{field-off:bible}}</w:t>
      </w:r>
    </w:p>
    <w:p w14:paraId="14360D04" w14:textId="01A08E4E" w:rsidR="00BA33AB" w:rsidRPr="000767E2" w:rsidRDefault="00000000">
      <w:pPr>
        <w:rPr>
          <w:lang w:val="sv-SE"/>
        </w:rPr>
      </w:pPr>
      <w:r w:rsidRPr="000767E2">
        <w:rPr>
          <w:lang w:val="sv-SE"/>
        </w:rPr>
        <w:t>[[@</w:t>
      </w:r>
      <w:r w:rsidR="0096445B" w:rsidRPr="000767E2">
        <w:rPr>
          <w:lang w:val="sv-SE"/>
        </w:rPr>
        <w:t>BibleBIBEL82</w:t>
      </w:r>
      <w:r w:rsidRPr="000767E2">
        <w:rPr>
          <w:lang w:val="sv-SE"/>
        </w:rPr>
        <w:t>:Rom 7:13]]</w:t>
      </w:r>
      <w:r w:rsidRPr="000767E2">
        <w:rPr>
          <w:vertAlign w:val="superscript"/>
          <w:lang w:val="sv-SE"/>
        </w:rPr>
        <w:t>13</w:t>
      </w:r>
      <w:r w:rsidRPr="000767E2">
        <w:rPr>
          <w:lang w:val="sv-SE"/>
        </w:rPr>
        <w:t xml:space="preserve"> {{field-on:bible}}Har då det </w:t>
      </w:r>
      <w:r w:rsidRPr="000767E2">
        <w:rPr>
          <w:i/>
          <w:lang w:val="sv-SE"/>
        </w:rPr>
        <w:t>som var</w:t>
      </w:r>
      <w:r w:rsidRPr="000767E2">
        <w:rPr>
          <w:lang w:val="sv-SE"/>
        </w:rPr>
        <w:t xml:space="preserve"> gott för mig blivit död? Får inte ske! Nej, </w:t>
      </w:r>
      <w:r w:rsidRPr="000767E2">
        <w:rPr>
          <w:i/>
          <w:lang w:val="sv-SE"/>
        </w:rPr>
        <w:t>det var</w:t>
      </w:r>
      <w:r w:rsidRPr="000767E2">
        <w:rPr>
          <w:lang w:val="sv-SE"/>
        </w:rPr>
        <w:t xml:space="preserve"> synden, för att den skulle framträda </w:t>
      </w:r>
      <w:r w:rsidRPr="000767E2">
        <w:rPr>
          <w:i/>
          <w:lang w:val="sv-SE"/>
        </w:rPr>
        <w:t>som</w:t>
      </w:r>
      <w:r w:rsidRPr="000767E2">
        <w:rPr>
          <w:lang w:val="sv-SE"/>
        </w:rPr>
        <w:t xml:space="preserve"> synd, när den genom det </w:t>
      </w:r>
      <w:r w:rsidRPr="000767E2">
        <w:rPr>
          <w:i/>
          <w:lang w:val="sv-SE"/>
        </w:rPr>
        <w:t>som var</w:t>
      </w:r>
      <w:r w:rsidRPr="000767E2">
        <w:rPr>
          <w:lang w:val="sv-SE"/>
        </w:rPr>
        <w:t xml:space="preserve"> gott för mig frambringade död, för att synden genom budet skulle bli utomordentligt syndig.{{field-off:bible}}</w:t>
      </w:r>
    </w:p>
    <w:p w14:paraId="789E2146" w14:textId="77777777" w:rsidR="00BA33AB" w:rsidRPr="000767E2" w:rsidRDefault="00000000">
      <w:pPr>
        <w:pStyle w:val="Rubrik3"/>
        <w:rPr>
          <w:lang w:val="sv-SE"/>
        </w:rPr>
      </w:pPr>
      <w:r w:rsidRPr="000767E2">
        <w:rPr>
          <w:lang w:val="sv-SE"/>
        </w:rPr>
        <w:t>Lagen maktlös mot synden</w:t>
      </w:r>
    </w:p>
    <w:p w14:paraId="656F7DED" w14:textId="6BE0F541" w:rsidR="00BA33AB" w:rsidRPr="000767E2" w:rsidRDefault="00000000">
      <w:pPr>
        <w:rPr>
          <w:lang w:val="sv-SE"/>
        </w:rPr>
      </w:pPr>
      <w:r w:rsidRPr="000767E2">
        <w:rPr>
          <w:lang w:val="sv-SE"/>
        </w:rPr>
        <w:t>[[@</w:t>
      </w:r>
      <w:r w:rsidR="0096445B" w:rsidRPr="000767E2">
        <w:rPr>
          <w:lang w:val="sv-SE"/>
        </w:rPr>
        <w:t>BibleBIBEL82</w:t>
      </w:r>
      <w:r w:rsidRPr="000767E2">
        <w:rPr>
          <w:lang w:val="sv-SE"/>
        </w:rPr>
        <w:t>:Rom 7:14]]</w:t>
      </w:r>
      <w:r w:rsidRPr="000767E2">
        <w:rPr>
          <w:vertAlign w:val="superscript"/>
          <w:lang w:val="sv-SE"/>
        </w:rPr>
        <w:t>14</w:t>
      </w:r>
      <w:r w:rsidRPr="000767E2">
        <w:rPr>
          <w:lang w:val="sv-SE"/>
        </w:rPr>
        <w:t xml:space="preserve"> {{field-on:bible}}För vi vet att lagen är andlig. Men jag är av kött, avyttrad under synden.{{field-off:bible}} [[@</w:t>
      </w:r>
      <w:r w:rsidR="0096445B" w:rsidRPr="000767E2">
        <w:rPr>
          <w:lang w:val="sv-SE"/>
        </w:rPr>
        <w:t>BibleBIBEL82</w:t>
      </w:r>
      <w:r w:rsidRPr="000767E2">
        <w:rPr>
          <w:lang w:val="sv-SE"/>
        </w:rPr>
        <w:t>:Rom 7:15]]</w:t>
      </w:r>
      <w:r w:rsidRPr="000767E2">
        <w:rPr>
          <w:vertAlign w:val="superscript"/>
          <w:lang w:val="sv-SE"/>
        </w:rPr>
        <w:t>15</w:t>
      </w:r>
      <w:r w:rsidRPr="000767E2">
        <w:rPr>
          <w:lang w:val="sv-SE"/>
        </w:rPr>
        <w:t xml:space="preserve"> {{field-on:bible}}För det jag utför förstår jag inte. För det jag vill, det utövar jag inte. Men det jag hatar, det gör jag.{{field-off:bible}} [[@</w:t>
      </w:r>
      <w:r w:rsidR="0096445B" w:rsidRPr="000767E2">
        <w:rPr>
          <w:lang w:val="sv-SE"/>
        </w:rPr>
        <w:t>BibleBIBEL82</w:t>
      </w:r>
      <w:r w:rsidRPr="000767E2">
        <w:rPr>
          <w:lang w:val="sv-SE"/>
        </w:rPr>
        <w:t>:Rom 7:16]]</w:t>
      </w:r>
      <w:r w:rsidRPr="000767E2">
        <w:rPr>
          <w:vertAlign w:val="superscript"/>
          <w:lang w:val="sv-SE"/>
        </w:rPr>
        <w:t>16</w:t>
      </w:r>
      <w:r w:rsidRPr="000767E2">
        <w:rPr>
          <w:lang w:val="sv-SE"/>
        </w:rPr>
        <w:t xml:space="preserve"> {{field-on:bible}}Och om </w:t>
      </w:r>
      <w:r w:rsidRPr="000767E2">
        <w:rPr>
          <w:i/>
          <w:lang w:val="sv-SE"/>
        </w:rPr>
        <w:t>det är</w:t>
      </w:r>
      <w:r w:rsidRPr="000767E2">
        <w:rPr>
          <w:lang w:val="sv-SE"/>
        </w:rPr>
        <w:t xml:space="preserve"> detta jag inte vill </w:t>
      </w:r>
      <w:r w:rsidRPr="000767E2">
        <w:rPr>
          <w:i/>
          <w:lang w:val="sv-SE"/>
        </w:rPr>
        <w:t>som</w:t>
      </w:r>
      <w:r w:rsidRPr="000767E2">
        <w:rPr>
          <w:lang w:val="sv-SE"/>
        </w:rPr>
        <w:t xml:space="preserve"> jag gör, instämmer jag med lagen att </w:t>
      </w:r>
      <w:r w:rsidRPr="000767E2">
        <w:rPr>
          <w:i/>
          <w:lang w:val="sv-SE"/>
        </w:rPr>
        <w:t>den är</w:t>
      </w:r>
      <w:r w:rsidRPr="000767E2">
        <w:rPr>
          <w:lang w:val="sv-SE"/>
        </w:rPr>
        <w:t xml:space="preserve"> bra.{{field-off:bible}}</w:t>
      </w:r>
    </w:p>
    <w:p w14:paraId="013EE4EA" w14:textId="55012C85" w:rsidR="00BA33AB" w:rsidRPr="000767E2" w:rsidRDefault="00000000">
      <w:pPr>
        <w:rPr>
          <w:lang w:val="sv-SE"/>
        </w:rPr>
      </w:pPr>
      <w:r w:rsidRPr="000767E2">
        <w:rPr>
          <w:lang w:val="sv-SE"/>
        </w:rPr>
        <w:t>[[@</w:t>
      </w:r>
      <w:r w:rsidR="0096445B" w:rsidRPr="000767E2">
        <w:rPr>
          <w:lang w:val="sv-SE"/>
        </w:rPr>
        <w:t>BibleBIBEL82</w:t>
      </w:r>
      <w:r w:rsidRPr="000767E2">
        <w:rPr>
          <w:lang w:val="sv-SE"/>
        </w:rPr>
        <w:t>:Rom 7:17]]</w:t>
      </w:r>
      <w:r w:rsidRPr="000767E2">
        <w:rPr>
          <w:vertAlign w:val="superscript"/>
          <w:lang w:val="sv-SE"/>
        </w:rPr>
        <w:t>17</w:t>
      </w:r>
      <w:r w:rsidRPr="000767E2">
        <w:rPr>
          <w:lang w:val="sv-SE"/>
        </w:rPr>
        <w:t xml:space="preserve"> {{field-on:bible}}Men nu </w:t>
      </w:r>
      <w:r w:rsidRPr="000767E2">
        <w:rPr>
          <w:i/>
          <w:lang w:val="sv-SE"/>
        </w:rPr>
        <w:t>är det</w:t>
      </w:r>
      <w:r w:rsidRPr="000767E2">
        <w:rPr>
          <w:lang w:val="sv-SE"/>
        </w:rPr>
        <w:t xml:space="preserve"> inte längre jag </w:t>
      </w:r>
      <w:r w:rsidRPr="000767E2">
        <w:rPr>
          <w:i/>
          <w:lang w:val="sv-SE"/>
        </w:rPr>
        <w:t>som</w:t>
      </w:r>
      <w:r w:rsidRPr="000767E2">
        <w:rPr>
          <w:lang w:val="sv-SE"/>
        </w:rPr>
        <w:t xml:space="preserve"> utför det, utan synden som bor i mig.{{field-off:bible}} [[@</w:t>
      </w:r>
      <w:r w:rsidR="0096445B" w:rsidRPr="000767E2">
        <w:rPr>
          <w:lang w:val="sv-SE"/>
        </w:rPr>
        <w:t>BibleBIBEL82</w:t>
      </w:r>
      <w:r w:rsidRPr="000767E2">
        <w:rPr>
          <w:lang w:val="sv-SE"/>
        </w:rPr>
        <w:t>:Rom 7:18]]</w:t>
      </w:r>
      <w:r w:rsidRPr="000767E2">
        <w:rPr>
          <w:vertAlign w:val="superscript"/>
          <w:lang w:val="sv-SE"/>
        </w:rPr>
        <w:t>18</w:t>
      </w:r>
      <w:r w:rsidRPr="000767E2">
        <w:rPr>
          <w:lang w:val="sv-SE"/>
        </w:rPr>
        <w:t xml:space="preserve"> {{field-on:bible}}För jag vet att </w:t>
      </w:r>
      <w:r w:rsidRPr="000767E2">
        <w:rPr>
          <w:i/>
          <w:lang w:val="sv-SE"/>
        </w:rPr>
        <w:t>det</w:t>
      </w:r>
      <w:r w:rsidRPr="000767E2">
        <w:rPr>
          <w:lang w:val="sv-SE"/>
        </w:rPr>
        <w:t xml:space="preserve"> inte bor i mig, det </w:t>
      </w:r>
      <w:r w:rsidRPr="000767E2">
        <w:rPr>
          <w:i/>
          <w:lang w:val="sv-SE"/>
        </w:rPr>
        <w:t>vill säga</w:t>
      </w:r>
      <w:r w:rsidRPr="000767E2">
        <w:rPr>
          <w:lang w:val="sv-SE"/>
        </w:rPr>
        <w:t xml:space="preserve"> i mitt kött, </w:t>
      </w:r>
      <w:r w:rsidRPr="000767E2">
        <w:rPr>
          <w:i/>
          <w:lang w:val="sv-SE"/>
        </w:rPr>
        <w:t>något</w:t>
      </w:r>
      <w:r w:rsidRPr="000767E2">
        <w:rPr>
          <w:lang w:val="sv-SE"/>
        </w:rPr>
        <w:t xml:space="preserve"> gott. För att vilja ligger hos mig, men att utföra det </w:t>
      </w:r>
      <w:r w:rsidRPr="000767E2">
        <w:rPr>
          <w:i/>
          <w:lang w:val="sv-SE"/>
        </w:rPr>
        <w:t>som är</w:t>
      </w:r>
      <w:r w:rsidRPr="000767E2">
        <w:rPr>
          <w:lang w:val="sv-SE"/>
        </w:rPr>
        <w:t xml:space="preserve"> bra: nej.{{field-off:bible}} [[@</w:t>
      </w:r>
      <w:r w:rsidR="0096445B" w:rsidRPr="000767E2">
        <w:rPr>
          <w:lang w:val="sv-SE"/>
        </w:rPr>
        <w:t>BibleBIBEL82</w:t>
      </w:r>
      <w:r w:rsidRPr="000767E2">
        <w:rPr>
          <w:lang w:val="sv-SE"/>
        </w:rPr>
        <w:t>:Rom 7:19]]</w:t>
      </w:r>
      <w:r w:rsidRPr="000767E2">
        <w:rPr>
          <w:vertAlign w:val="superscript"/>
          <w:lang w:val="sv-SE"/>
        </w:rPr>
        <w:t>19</w:t>
      </w:r>
      <w:r w:rsidRPr="000767E2">
        <w:rPr>
          <w:lang w:val="sv-SE"/>
        </w:rPr>
        <w:t xml:space="preserve"> {{field-on:bible}}För det jag vill </w:t>
      </w:r>
      <w:r w:rsidRPr="000767E2">
        <w:rPr>
          <w:i/>
          <w:lang w:val="sv-SE"/>
        </w:rPr>
        <w:t>som är</w:t>
      </w:r>
      <w:r w:rsidRPr="000767E2">
        <w:rPr>
          <w:lang w:val="sv-SE"/>
        </w:rPr>
        <w:t xml:space="preserve"> gott gör jag inte. Men det jag inte vill </w:t>
      </w:r>
      <w:r w:rsidRPr="000767E2">
        <w:rPr>
          <w:i/>
          <w:lang w:val="sv-SE"/>
        </w:rPr>
        <w:t>som är</w:t>
      </w:r>
      <w:r w:rsidRPr="000767E2">
        <w:rPr>
          <w:lang w:val="sv-SE"/>
        </w:rPr>
        <w:t xml:space="preserve"> ont, det utövar jag.{{field-off:bible}} [[@</w:t>
      </w:r>
      <w:r w:rsidR="0096445B" w:rsidRPr="000767E2">
        <w:rPr>
          <w:lang w:val="sv-SE"/>
        </w:rPr>
        <w:t>BibleBIBEL82</w:t>
      </w:r>
      <w:r w:rsidRPr="000767E2">
        <w:rPr>
          <w:lang w:val="sv-SE"/>
        </w:rPr>
        <w:t>:Rom 7:20]]</w:t>
      </w:r>
      <w:r w:rsidRPr="000767E2">
        <w:rPr>
          <w:vertAlign w:val="superscript"/>
          <w:lang w:val="sv-SE"/>
        </w:rPr>
        <w:t>20</w:t>
      </w:r>
      <w:r w:rsidRPr="000767E2">
        <w:rPr>
          <w:lang w:val="sv-SE"/>
        </w:rPr>
        <w:t xml:space="preserve"> {{field-on:bible}}Men om </w:t>
      </w:r>
      <w:r w:rsidRPr="000767E2">
        <w:rPr>
          <w:i/>
          <w:lang w:val="sv-SE"/>
        </w:rPr>
        <w:t>det är</w:t>
      </w:r>
      <w:r w:rsidRPr="000767E2">
        <w:rPr>
          <w:lang w:val="sv-SE"/>
        </w:rPr>
        <w:t xml:space="preserve"> detta jag inte vill </w:t>
      </w:r>
      <w:r w:rsidRPr="000767E2">
        <w:rPr>
          <w:i/>
          <w:lang w:val="sv-SE"/>
        </w:rPr>
        <w:t>som</w:t>
      </w:r>
      <w:r w:rsidRPr="000767E2">
        <w:rPr>
          <w:lang w:val="sv-SE"/>
        </w:rPr>
        <w:t xml:space="preserve"> jag gör, </w:t>
      </w:r>
      <w:r w:rsidRPr="000767E2">
        <w:rPr>
          <w:i/>
          <w:lang w:val="sv-SE"/>
        </w:rPr>
        <w:t>är det</w:t>
      </w:r>
      <w:r w:rsidRPr="000767E2">
        <w:rPr>
          <w:lang w:val="sv-SE"/>
        </w:rPr>
        <w:t xml:space="preserve"> inte längre jag </w:t>
      </w:r>
      <w:r w:rsidRPr="000767E2">
        <w:rPr>
          <w:i/>
          <w:lang w:val="sv-SE"/>
        </w:rPr>
        <w:t>som</w:t>
      </w:r>
      <w:r w:rsidRPr="000767E2">
        <w:rPr>
          <w:lang w:val="sv-SE"/>
        </w:rPr>
        <w:t xml:space="preserve"> utför det, utan synden som bor i mig.{{field-off:bible}}</w:t>
      </w:r>
    </w:p>
    <w:p w14:paraId="64E08321" w14:textId="72909CA7" w:rsidR="00BA33AB" w:rsidRPr="000767E2" w:rsidRDefault="00000000">
      <w:pPr>
        <w:rPr>
          <w:lang w:val="sv-SE"/>
        </w:rPr>
      </w:pPr>
      <w:r w:rsidRPr="000767E2">
        <w:rPr>
          <w:lang w:val="sv-SE"/>
        </w:rPr>
        <w:t>[[@</w:t>
      </w:r>
      <w:r w:rsidR="0096445B" w:rsidRPr="000767E2">
        <w:rPr>
          <w:lang w:val="sv-SE"/>
        </w:rPr>
        <w:t>BibleBIBEL82</w:t>
      </w:r>
      <w:r w:rsidRPr="000767E2">
        <w:rPr>
          <w:lang w:val="sv-SE"/>
        </w:rPr>
        <w:t>:Rom 7:21]]</w:t>
      </w:r>
      <w:r w:rsidRPr="000767E2">
        <w:rPr>
          <w:vertAlign w:val="superscript"/>
          <w:lang w:val="sv-SE"/>
        </w:rPr>
        <w:t>21</w:t>
      </w:r>
      <w:r w:rsidRPr="000767E2">
        <w:rPr>
          <w:lang w:val="sv-SE"/>
        </w:rPr>
        <w:t xml:space="preserve"> {{field-on:bible}}Jag finner alltså </w:t>
      </w:r>
      <w:r w:rsidRPr="000767E2">
        <w:rPr>
          <w:i/>
          <w:lang w:val="sv-SE"/>
        </w:rPr>
        <w:t>den</w:t>
      </w:r>
      <w:r w:rsidRPr="000767E2">
        <w:rPr>
          <w:lang w:val="sv-SE"/>
        </w:rPr>
        <w:t xml:space="preserve"> lagen för mig som vill göra det </w:t>
      </w:r>
      <w:r w:rsidRPr="000767E2">
        <w:rPr>
          <w:i/>
          <w:lang w:val="sv-SE"/>
        </w:rPr>
        <w:t>som är</w:t>
      </w:r>
      <w:r w:rsidRPr="000767E2">
        <w:rPr>
          <w:lang w:val="sv-SE"/>
        </w:rPr>
        <w:t xml:space="preserve"> bra: att hos mig ligger det onda.{{field-off:bible}} [[@</w:t>
      </w:r>
      <w:r w:rsidR="0096445B" w:rsidRPr="000767E2">
        <w:rPr>
          <w:lang w:val="sv-SE"/>
        </w:rPr>
        <w:t>BibleBIBEL82</w:t>
      </w:r>
      <w:r w:rsidRPr="000767E2">
        <w:rPr>
          <w:lang w:val="sv-SE"/>
        </w:rPr>
        <w:t>:Rom 7:22]]</w:t>
      </w:r>
      <w:r w:rsidRPr="000767E2">
        <w:rPr>
          <w:vertAlign w:val="superscript"/>
          <w:lang w:val="sv-SE"/>
        </w:rPr>
        <w:t>22</w:t>
      </w:r>
      <w:r w:rsidRPr="000767E2">
        <w:rPr>
          <w:lang w:val="sv-SE"/>
        </w:rPr>
        <w:t xml:space="preserve"> {{field-on:bible}}För jag </w:t>
      </w:r>
      <w:r w:rsidRPr="000767E2">
        <w:rPr>
          <w:i/>
          <w:lang w:val="sv-SE"/>
        </w:rPr>
        <w:t>är</w:t>
      </w:r>
      <w:r w:rsidRPr="000767E2">
        <w:rPr>
          <w:lang w:val="sv-SE"/>
        </w:rPr>
        <w:t xml:space="preserve"> med </w:t>
      </w:r>
      <w:r w:rsidRPr="000767E2">
        <w:rPr>
          <w:i/>
          <w:lang w:val="sv-SE"/>
        </w:rPr>
        <w:t>och</w:t>
      </w:r>
      <w:r w:rsidRPr="000767E2">
        <w:rPr>
          <w:lang w:val="sv-SE"/>
        </w:rPr>
        <w:t xml:space="preserve"> gläder mig över Guds lag med den inre </w:t>
      </w:r>
      <w:r w:rsidRPr="000767E2">
        <w:rPr>
          <w:lang w:val="sv-SE"/>
        </w:rPr>
        <w:lastRenderedPageBreak/>
        <w:t>människan.{{field-off:bible}} [[@</w:t>
      </w:r>
      <w:r w:rsidR="0096445B" w:rsidRPr="000767E2">
        <w:rPr>
          <w:lang w:val="sv-SE"/>
        </w:rPr>
        <w:t>BibleBIBEL82</w:t>
      </w:r>
      <w:r w:rsidRPr="000767E2">
        <w:rPr>
          <w:lang w:val="sv-SE"/>
        </w:rPr>
        <w:t>:Rom 7:23]]</w:t>
      </w:r>
      <w:r w:rsidRPr="000767E2">
        <w:rPr>
          <w:vertAlign w:val="superscript"/>
          <w:lang w:val="sv-SE"/>
        </w:rPr>
        <w:t>23</w:t>
      </w:r>
      <w:r w:rsidRPr="000767E2">
        <w:rPr>
          <w:lang w:val="sv-SE"/>
        </w:rPr>
        <w:t xml:space="preserve"> {{field-on:bible}}Men jag ser en annan lag i mina lemmar, som strider mot lagen i mitt förnuft och tillfångatar mig i syndens lag som är i mina lemmar.{{field-off:bible}}</w:t>
      </w:r>
    </w:p>
    <w:p w14:paraId="14136395" w14:textId="202AE8CA" w:rsidR="00BA33AB" w:rsidRPr="000767E2" w:rsidRDefault="00000000">
      <w:pPr>
        <w:rPr>
          <w:lang w:val="sv-SE"/>
        </w:rPr>
      </w:pPr>
      <w:r w:rsidRPr="000767E2">
        <w:rPr>
          <w:lang w:val="sv-SE"/>
        </w:rPr>
        <w:t>[[@</w:t>
      </w:r>
      <w:r w:rsidR="0096445B" w:rsidRPr="000767E2">
        <w:rPr>
          <w:lang w:val="sv-SE"/>
        </w:rPr>
        <w:t>BibleBIBEL82</w:t>
      </w:r>
      <w:r w:rsidRPr="000767E2">
        <w:rPr>
          <w:lang w:val="sv-SE"/>
        </w:rPr>
        <w:t>:Rom 7:24]]</w:t>
      </w:r>
      <w:r w:rsidRPr="000767E2">
        <w:rPr>
          <w:vertAlign w:val="superscript"/>
          <w:lang w:val="sv-SE"/>
        </w:rPr>
        <w:t>24</w:t>
      </w:r>
      <w:r w:rsidRPr="000767E2">
        <w:rPr>
          <w:lang w:val="sv-SE"/>
        </w:rPr>
        <w:t xml:space="preserve"> {{field-on:bible}}Jag eländiga människa! Vem ska rädda mig från denna dödens kropp?{{field-off:bible}} [[@</w:t>
      </w:r>
      <w:r w:rsidR="0096445B" w:rsidRPr="000767E2">
        <w:rPr>
          <w:lang w:val="sv-SE"/>
        </w:rPr>
        <w:t>BibleBIBEL82</w:t>
      </w:r>
      <w:r w:rsidRPr="000767E2">
        <w:rPr>
          <w:lang w:val="sv-SE"/>
        </w:rPr>
        <w:t>:Rom 7:25]]</w:t>
      </w:r>
      <w:r w:rsidRPr="000767E2">
        <w:rPr>
          <w:vertAlign w:val="superscript"/>
          <w:lang w:val="sv-SE"/>
        </w:rPr>
        <w:t>25</w:t>
      </w:r>
      <w:r w:rsidRPr="000767E2">
        <w:rPr>
          <w:lang w:val="sv-SE"/>
        </w:rPr>
        <w:t xml:space="preserve"> {{field-on:bible}}Men tack Gud, genom Jesus Kristus vår Herre! Alltså fasttjänar jag då själv med förnuftet Guds lag, men med köttet syndens lag.{{field-off:bible}}</w:t>
      </w:r>
    </w:p>
    <w:p w14:paraId="46DFFADC" w14:textId="6321AE9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8]]Kapitel 8</w:t>
      </w:r>
    </w:p>
    <w:p w14:paraId="19A79873" w14:textId="2A82117C" w:rsidR="00BA33AB" w:rsidRPr="000767E2" w:rsidRDefault="00000000">
      <w:pPr>
        <w:rPr>
          <w:lang w:val="sv-SE"/>
        </w:rPr>
      </w:pPr>
      <w:r w:rsidRPr="000767E2">
        <w:rPr>
          <w:lang w:val="sv-SE"/>
        </w:rPr>
        <w:t>[[@</w:t>
      </w:r>
      <w:r w:rsidR="0096445B" w:rsidRPr="000767E2">
        <w:rPr>
          <w:lang w:val="sv-SE"/>
        </w:rPr>
        <w:t>BibleBIBEL82</w:t>
      </w:r>
      <w:r w:rsidRPr="000767E2">
        <w:rPr>
          <w:lang w:val="sv-SE"/>
        </w:rPr>
        <w:t>:Rom 8:1]]</w:t>
      </w:r>
      <w:r w:rsidRPr="000767E2">
        <w:rPr>
          <w:vertAlign w:val="superscript"/>
          <w:lang w:val="sv-SE"/>
        </w:rPr>
        <w:t>1</w:t>
      </w:r>
      <w:r w:rsidRPr="000767E2">
        <w:rPr>
          <w:lang w:val="sv-SE"/>
        </w:rPr>
        <w:t xml:space="preserve"> {{field-on:bible}}Alltså </w:t>
      </w:r>
      <w:r w:rsidRPr="000767E2">
        <w:rPr>
          <w:i/>
          <w:lang w:val="sv-SE"/>
        </w:rPr>
        <w:t>finns</w:t>
      </w:r>
      <w:r w:rsidRPr="000767E2">
        <w:rPr>
          <w:lang w:val="sv-SE"/>
        </w:rPr>
        <w:t xml:space="preserve"> nu ingen fördömelse för dem </w:t>
      </w:r>
      <w:r w:rsidRPr="000767E2">
        <w:rPr>
          <w:i/>
          <w:lang w:val="sv-SE"/>
        </w:rPr>
        <w:t>som är</w:t>
      </w:r>
      <w:r w:rsidRPr="000767E2">
        <w:rPr>
          <w:lang w:val="sv-SE"/>
        </w:rPr>
        <w:t xml:space="preserve"> i Kristus Jesus.{{field-off:bible}} [[@</w:t>
      </w:r>
      <w:r w:rsidR="0096445B" w:rsidRPr="000767E2">
        <w:rPr>
          <w:lang w:val="sv-SE"/>
        </w:rPr>
        <w:t>BibleBIBEL82</w:t>
      </w:r>
      <w:r w:rsidRPr="000767E2">
        <w:rPr>
          <w:lang w:val="sv-SE"/>
        </w:rPr>
        <w:t>:Rom 8:2]]</w:t>
      </w:r>
      <w:r w:rsidRPr="000767E2">
        <w:rPr>
          <w:vertAlign w:val="superscript"/>
          <w:lang w:val="sv-SE"/>
        </w:rPr>
        <w:t>2</w:t>
      </w:r>
      <w:r w:rsidRPr="000767E2">
        <w:rPr>
          <w:lang w:val="sv-SE"/>
        </w:rPr>
        <w:t xml:space="preserve"> {{field-on:bible}}För livets Andes lag har i Kristus Jesus gjort dig fri från syndens och dödens lag.{{field-off:bible}} [[@</w:t>
      </w:r>
      <w:r w:rsidR="0096445B" w:rsidRPr="000767E2">
        <w:rPr>
          <w:lang w:val="sv-SE"/>
        </w:rPr>
        <w:t>BibleBIBEL82</w:t>
      </w:r>
      <w:r w:rsidRPr="000767E2">
        <w:rPr>
          <w:lang w:val="sv-SE"/>
        </w:rPr>
        <w:t>:Rom 8:3]]</w:t>
      </w:r>
      <w:r w:rsidRPr="000767E2">
        <w:rPr>
          <w:vertAlign w:val="superscript"/>
          <w:lang w:val="sv-SE"/>
        </w:rPr>
        <w:t>3</w:t>
      </w:r>
      <w:r w:rsidRPr="000767E2">
        <w:rPr>
          <w:lang w:val="sv-SE"/>
        </w:rPr>
        <w:t xml:space="preserve"> {{field-on:bible}}För det </w:t>
      </w:r>
      <w:r w:rsidRPr="000767E2">
        <w:rPr>
          <w:i/>
          <w:lang w:val="sv-SE"/>
        </w:rPr>
        <w:t>som var</w:t>
      </w:r>
      <w:r w:rsidRPr="000767E2">
        <w:rPr>
          <w:lang w:val="sv-SE"/>
        </w:rPr>
        <w:t xml:space="preserve"> omöjligt för lagen, i det att den var svag genom köttet, </w:t>
      </w:r>
      <w:r w:rsidRPr="000767E2">
        <w:rPr>
          <w:i/>
          <w:lang w:val="sv-SE"/>
        </w:rPr>
        <w:t>gjorde</w:t>
      </w:r>
      <w:r w:rsidRPr="000767E2">
        <w:rPr>
          <w:lang w:val="sv-SE"/>
        </w:rPr>
        <w:t xml:space="preserve"> Gud när han skickade sin egen Son i likhet med kött av synd och </w:t>
      </w:r>
      <w:r w:rsidRPr="000767E2">
        <w:rPr>
          <w:i/>
          <w:lang w:val="sv-SE"/>
        </w:rPr>
        <w:t>som offer</w:t>
      </w:r>
      <w:r w:rsidRPr="000767E2">
        <w:rPr>
          <w:lang w:val="sv-SE"/>
        </w:rPr>
        <w:t xml:space="preserve"> för synd. Han fördömde synden i köttet,{{field-off:bible}} [[@</w:t>
      </w:r>
      <w:r w:rsidR="0096445B" w:rsidRPr="000767E2">
        <w:rPr>
          <w:lang w:val="sv-SE"/>
        </w:rPr>
        <w:t>BibleBIBEL82</w:t>
      </w:r>
      <w:r w:rsidRPr="000767E2">
        <w:rPr>
          <w:lang w:val="sv-SE"/>
        </w:rPr>
        <w:t>:Rom 8:4]]</w:t>
      </w:r>
      <w:r w:rsidRPr="000767E2">
        <w:rPr>
          <w:vertAlign w:val="superscript"/>
          <w:lang w:val="sv-SE"/>
        </w:rPr>
        <w:t>4</w:t>
      </w:r>
      <w:r w:rsidRPr="000767E2">
        <w:rPr>
          <w:lang w:val="sv-SE"/>
        </w:rPr>
        <w:t xml:space="preserve"> {{field-on:bible}}för att lagens rättsregel skulle uppfyllas i oss som inte vandrar efter kött utan efter Ande.{{field-off:bible}}</w:t>
      </w:r>
    </w:p>
    <w:p w14:paraId="4D90350A" w14:textId="7750BFB5" w:rsidR="00BA33AB" w:rsidRPr="000767E2" w:rsidRDefault="00000000">
      <w:pPr>
        <w:rPr>
          <w:lang w:val="sv-SE"/>
        </w:rPr>
      </w:pPr>
      <w:r w:rsidRPr="000767E2">
        <w:rPr>
          <w:lang w:val="sv-SE"/>
        </w:rPr>
        <w:t>[[@</w:t>
      </w:r>
      <w:r w:rsidR="0096445B" w:rsidRPr="000767E2">
        <w:rPr>
          <w:lang w:val="sv-SE"/>
        </w:rPr>
        <w:t>BibleBIBEL82</w:t>
      </w:r>
      <w:r w:rsidRPr="000767E2">
        <w:rPr>
          <w:lang w:val="sv-SE"/>
        </w:rPr>
        <w:t>:Rom 8:5]]</w:t>
      </w:r>
      <w:r w:rsidRPr="000767E2">
        <w:rPr>
          <w:vertAlign w:val="superscript"/>
          <w:lang w:val="sv-SE"/>
        </w:rPr>
        <w:t>5</w:t>
      </w:r>
      <w:r w:rsidRPr="000767E2">
        <w:rPr>
          <w:lang w:val="sv-SE"/>
        </w:rPr>
        <w:t xml:space="preserve"> {{field-on:bible}}För de som är efter kött tänker på köttets </w:t>
      </w:r>
      <w:r w:rsidRPr="000767E2">
        <w:rPr>
          <w:i/>
          <w:lang w:val="sv-SE"/>
        </w:rPr>
        <w:t>ting</w:t>
      </w:r>
      <w:r w:rsidRPr="000767E2">
        <w:rPr>
          <w:lang w:val="sv-SE"/>
        </w:rPr>
        <w:t xml:space="preserve">, men de </w:t>
      </w:r>
      <w:r w:rsidRPr="000767E2">
        <w:rPr>
          <w:i/>
          <w:lang w:val="sv-SE"/>
        </w:rPr>
        <w:t>som är</w:t>
      </w:r>
      <w:r w:rsidRPr="000767E2">
        <w:rPr>
          <w:lang w:val="sv-SE"/>
        </w:rPr>
        <w:t xml:space="preserve"> efter Ande på Andens </w:t>
      </w:r>
      <w:r w:rsidRPr="000767E2">
        <w:rPr>
          <w:i/>
          <w:lang w:val="sv-SE"/>
        </w:rPr>
        <w:t>ting</w:t>
      </w:r>
      <w:r w:rsidRPr="000767E2">
        <w:rPr>
          <w:lang w:val="sv-SE"/>
        </w:rPr>
        <w:t>.{{field-off:bible}} [[@</w:t>
      </w:r>
      <w:r w:rsidR="0096445B" w:rsidRPr="000767E2">
        <w:rPr>
          <w:lang w:val="sv-SE"/>
        </w:rPr>
        <w:t>BibleBIBEL82</w:t>
      </w:r>
      <w:r w:rsidRPr="000767E2">
        <w:rPr>
          <w:lang w:val="sv-SE"/>
        </w:rPr>
        <w:t>:Rom 8:6]]</w:t>
      </w:r>
      <w:r w:rsidRPr="000767E2">
        <w:rPr>
          <w:vertAlign w:val="superscript"/>
          <w:lang w:val="sv-SE"/>
        </w:rPr>
        <w:t>6</w:t>
      </w:r>
      <w:r w:rsidRPr="000767E2">
        <w:rPr>
          <w:lang w:val="sv-SE"/>
        </w:rPr>
        <w:t xml:space="preserve"> {{field-on:bible}}För köttets tänkesätt </w:t>
      </w:r>
      <w:r w:rsidRPr="000767E2">
        <w:rPr>
          <w:i/>
          <w:lang w:val="sv-SE"/>
        </w:rPr>
        <w:t>är</w:t>
      </w:r>
      <w:r w:rsidRPr="000767E2">
        <w:rPr>
          <w:lang w:val="sv-SE"/>
        </w:rPr>
        <w:t xml:space="preserve"> död, men Andens tänkesätt </w:t>
      </w:r>
      <w:r w:rsidRPr="000767E2">
        <w:rPr>
          <w:i/>
          <w:lang w:val="sv-SE"/>
        </w:rPr>
        <w:t>är</w:t>
      </w:r>
      <w:r w:rsidRPr="000767E2">
        <w:rPr>
          <w:lang w:val="sv-SE"/>
        </w:rPr>
        <w:t xml:space="preserve"> liv och frid.{{field-off:bible}} [[@</w:t>
      </w:r>
      <w:r w:rsidR="0096445B" w:rsidRPr="000767E2">
        <w:rPr>
          <w:lang w:val="sv-SE"/>
        </w:rPr>
        <w:t>BibleBIBEL82</w:t>
      </w:r>
      <w:r w:rsidRPr="000767E2">
        <w:rPr>
          <w:lang w:val="sv-SE"/>
        </w:rPr>
        <w:t>:Rom 8:7]]</w:t>
      </w:r>
      <w:r w:rsidRPr="000767E2">
        <w:rPr>
          <w:vertAlign w:val="superscript"/>
          <w:lang w:val="sv-SE"/>
        </w:rPr>
        <w:t>7</w:t>
      </w:r>
      <w:r w:rsidRPr="000767E2">
        <w:rPr>
          <w:lang w:val="sv-SE"/>
        </w:rPr>
        <w:t xml:space="preserve"> {{field-on:bible}}För köttets tänkesätt </w:t>
      </w:r>
      <w:r w:rsidRPr="000767E2">
        <w:rPr>
          <w:i/>
          <w:lang w:val="sv-SE"/>
        </w:rPr>
        <w:t>är</w:t>
      </w:r>
      <w:r w:rsidRPr="000767E2">
        <w:rPr>
          <w:lang w:val="sv-SE"/>
        </w:rPr>
        <w:t xml:space="preserve"> fiendskap mot Gud. För </w:t>
      </w:r>
      <w:r w:rsidRPr="000767E2">
        <w:rPr>
          <w:i/>
          <w:lang w:val="sv-SE"/>
        </w:rPr>
        <w:t>under</w:t>
      </w:r>
      <w:r w:rsidRPr="000767E2">
        <w:rPr>
          <w:lang w:val="sv-SE"/>
        </w:rPr>
        <w:t xml:space="preserve"> Guds lag underordnar det sig inte, för </w:t>
      </w:r>
      <w:r w:rsidRPr="000767E2">
        <w:rPr>
          <w:i/>
          <w:lang w:val="sv-SE"/>
        </w:rPr>
        <w:t>det</w:t>
      </w:r>
      <w:r w:rsidRPr="000767E2">
        <w:rPr>
          <w:lang w:val="sv-SE"/>
        </w:rPr>
        <w:t xml:space="preserve"> kan det inte heller.{{field-off:bible}} [[@</w:t>
      </w:r>
      <w:r w:rsidR="0096445B" w:rsidRPr="000767E2">
        <w:rPr>
          <w:lang w:val="sv-SE"/>
        </w:rPr>
        <w:t>BibleBIBEL82</w:t>
      </w:r>
      <w:r w:rsidRPr="000767E2">
        <w:rPr>
          <w:lang w:val="sv-SE"/>
        </w:rPr>
        <w:t>:Rom 8:8]]</w:t>
      </w:r>
      <w:r w:rsidRPr="000767E2">
        <w:rPr>
          <w:vertAlign w:val="superscript"/>
          <w:lang w:val="sv-SE"/>
        </w:rPr>
        <w:t>8</w:t>
      </w:r>
      <w:r w:rsidRPr="000767E2">
        <w:rPr>
          <w:lang w:val="sv-SE"/>
        </w:rPr>
        <w:t xml:space="preserve"> {{field-on:bible}}Och de som är i köttet kan inte behaga Gud.{{field-off:bible}}</w:t>
      </w:r>
    </w:p>
    <w:p w14:paraId="304FA27E" w14:textId="77777777" w:rsidR="00BA33AB" w:rsidRPr="000767E2" w:rsidRDefault="00000000">
      <w:pPr>
        <w:pStyle w:val="Rubrik3"/>
        <w:rPr>
          <w:lang w:val="sv-SE"/>
        </w:rPr>
      </w:pPr>
      <w:r w:rsidRPr="000767E2">
        <w:rPr>
          <w:lang w:val="sv-SE"/>
        </w:rPr>
        <w:t>Guds barns liv i Anden</w:t>
      </w:r>
    </w:p>
    <w:p w14:paraId="7A1977CA" w14:textId="48D56AF1" w:rsidR="00BA33AB" w:rsidRPr="000767E2" w:rsidRDefault="00000000">
      <w:pPr>
        <w:rPr>
          <w:lang w:val="sv-SE"/>
        </w:rPr>
      </w:pPr>
      <w:r w:rsidRPr="000767E2">
        <w:rPr>
          <w:lang w:val="sv-SE"/>
        </w:rPr>
        <w:t>[[@</w:t>
      </w:r>
      <w:r w:rsidR="0096445B" w:rsidRPr="000767E2">
        <w:rPr>
          <w:lang w:val="sv-SE"/>
        </w:rPr>
        <w:t>BibleBIBEL82</w:t>
      </w:r>
      <w:r w:rsidRPr="000767E2">
        <w:rPr>
          <w:lang w:val="sv-SE"/>
        </w:rPr>
        <w:t>:Rom 8:9]]</w:t>
      </w:r>
      <w:r w:rsidRPr="000767E2">
        <w:rPr>
          <w:vertAlign w:val="superscript"/>
          <w:lang w:val="sv-SE"/>
        </w:rPr>
        <w:t>9</w:t>
      </w:r>
      <w:r w:rsidRPr="000767E2">
        <w:rPr>
          <w:lang w:val="sv-SE"/>
        </w:rPr>
        <w:t xml:space="preserve"> {{field-on:bible}}Men ni är inte i kött utan i Ande, om nu Guds Ande bor i er. Men om någon inte har Kristi Ande är denne inte hans.{{field-off:bible}} [[@</w:t>
      </w:r>
      <w:r w:rsidR="0096445B" w:rsidRPr="000767E2">
        <w:rPr>
          <w:lang w:val="sv-SE"/>
        </w:rPr>
        <w:t>BibleBIBEL82</w:t>
      </w:r>
      <w:r w:rsidRPr="000767E2">
        <w:rPr>
          <w:lang w:val="sv-SE"/>
        </w:rPr>
        <w:t>:Rom 8:10]]</w:t>
      </w:r>
      <w:r w:rsidRPr="000767E2">
        <w:rPr>
          <w:vertAlign w:val="superscript"/>
          <w:lang w:val="sv-SE"/>
        </w:rPr>
        <w:t>10</w:t>
      </w:r>
      <w:r w:rsidRPr="000767E2">
        <w:rPr>
          <w:lang w:val="sv-SE"/>
        </w:rPr>
        <w:t xml:space="preserve"> {{field-on:bible}}Men om Kristus </w:t>
      </w:r>
      <w:r w:rsidRPr="000767E2">
        <w:rPr>
          <w:i/>
          <w:lang w:val="sv-SE"/>
        </w:rPr>
        <w:t>bor</w:t>
      </w:r>
      <w:r w:rsidRPr="000767E2">
        <w:rPr>
          <w:lang w:val="sv-SE"/>
        </w:rPr>
        <w:t xml:space="preserve"> i er </w:t>
      </w:r>
      <w:r w:rsidRPr="000767E2">
        <w:rPr>
          <w:i/>
          <w:lang w:val="sv-SE"/>
        </w:rPr>
        <w:t>är</w:t>
      </w:r>
      <w:r w:rsidRPr="000767E2">
        <w:rPr>
          <w:lang w:val="sv-SE"/>
        </w:rPr>
        <w:t xml:space="preserve"> visserligen kroppen död på grund av synd, men Anden </w:t>
      </w:r>
      <w:r w:rsidRPr="000767E2">
        <w:rPr>
          <w:i/>
          <w:lang w:val="sv-SE"/>
        </w:rPr>
        <w:t>är</w:t>
      </w:r>
      <w:r w:rsidRPr="000767E2">
        <w:rPr>
          <w:lang w:val="sv-SE"/>
        </w:rPr>
        <w:t xml:space="preserve"> liv på grund av rättfärdighet.{{field-off:bible}} [[@</w:t>
      </w:r>
      <w:r w:rsidR="0096445B" w:rsidRPr="000767E2">
        <w:rPr>
          <w:lang w:val="sv-SE"/>
        </w:rPr>
        <w:t>BibleBIBEL82</w:t>
      </w:r>
      <w:r w:rsidRPr="000767E2">
        <w:rPr>
          <w:lang w:val="sv-SE"/>
        </w:rPr>
        <w:t>:Rom 8:11]]</w:t>
      </w:r>
      <w:r w:rsidRPr="000767E2">
        <w:rPr>
          <w:vertAlign w:val="superscript"/>
          <w:lang w:val="sv-SE"/>
        </w:rPr>
        <w:t>11</w:t>
      </w:r>
      <w:r w:rsidRPr="000767E2">
        <w:rPr>
          <w:lang w:val="sv-SE"/>
        </w:rPr>
        <w:t xml:space="preserve"> {{field-on:bible}}Och om Anden från honom som uppväckte Jesus från </w:t>
      </w:r>
      <w:r w:rsidRPr="000767E2">
        <w:rPr>
          <w:i/>
          <w:lang w:val="sv-SE"/>
        </w:rPr>
        <w:t>de</w:t>
      </w:r>
      <w:r w:rsidRPr="000767E2">
        <w:rPr>
          <w:lang w:val="sv-SE"/>
        </w:rPr>
        <w:t xml:space="preserve"> döda bor i er, ska han som uppväckte Kristus från </w:t>
      </w:r>
      <w:r w:rsidRPr="000767E2">
        <w:rPr>
          <w:i/>
          <w:lang w:val="sv-SE"/>
        </w:rPr>
        <w:t>de</w:t>
      </w:r>
      <w:r w:rsidRPr="000767E2">
        <w:rPr>
          <w:lang w:val="sv-SE"/>
        </w:rPr>
        <w:t xml:space="preserve"> döda levandegöra också era dödliga kroppar genom sin inneboende Ande i er.{{field-off:bible}}</w:t>
      </w:r>
    </w:p>
    <w:p w14:paraId="3E156D2E" w14:textId="0B405622" w:rsidR="00BA33AB" w:rsidRPr="000767E2" w:rsidRDefault="00000000">
      <w:pPr>
        <w:rPr>
          <w:lang w:val="sv-SE"/>
        </w:rPr>
      </w:pPr>
      <w:r w:rsidRPr="000767E2">
        <w:rPr>
          <w:lang w:val="sv-SE"/>
        </w:rPr>
        <w:t>[[@</w:t>
      </w:r>
      <w:r w:rsidR="0096445B" w:rsidRPr="000767E2">
        <w:rPr>
          <w:lang w:val="sv-SE"/>
        </w:rPr>
        <w:t>BibleBIBEL82</w:t>
      </w:r>
      <w:r w:rsidRPr="000767E2">
        <w:rPr>
          <w:lang w:val="sv-SE"/>
        </w:rPr>
        <w:t>:Rom 8:12]]</w:t>
      </w:r>
      <w:r w:rsidRPr="000767E2">
        <w:rPr>
          <w:vertAlign w:val="superscript"/>
          <w:lang w:val="sv-SE"/>
        </w:rPr>
        <w:t>12</w:t>
      </w:r>
      <w:r w:rsidRPr="000767E2">
        <w:rPr>
          <w:lang w:val="sv-SE"/>
        </w:rPr>
        <w:t xml:space="preserve"> {{field-on:bible}}Alltså, syskon, är vi då förpliktade </w:t>
      </w:r>
      <w:r w:rsidRPr="000767E2">
        <w:rPr>
          <w:i/>
          <w:lang w:val="sv-SE"/>
        </w:rPr>
        <w:t>men</w:t>
      </w:r>
      <w:r w:rsidRPr="000767E2">
        <w:rPr>
          <w:lang w:val="sv-SE"/>
        </w:rPr>
        <w:t xml:space="preserve"> inte till köttet, för att leva efter köttet.{{field-off:bible}} [[@</w:t>
      </w:r>
      <w:r w:rsidR="0096445B" w:rsidRPr="000767E2">
        <w:rPr>
          <w:lang w:val="sv-SE"/>
        </w:rPr>
        <w:t>BibleBIBEL82</w:t>
      </w:r>
      <w:r w:rsidRPr="000767E2">
        <w:rPr>
          <w:lang w:val="sv-SE"/>
        </w:rPr>
        <w:t>:Rom 8:13]]</w:t>
      </w:r>
      <w:r w:rsidRPr="000767E2">
        <w:rPr>
          <w:vertAlign w:val="superscript"/>
          <w:lang w:val="sv-SE"/>
        </w:rPr>
        <w:t>13</w:t>
      </w:r>
      <w:r w:rsidRPr="000767E2">
        <w:rPr>
          <w:lang w:val="sv-SE"/>
        </w:rPr>
        <w:t xml:space="preserve"> {{field-on:bible}}För om ni lever efter köttet kommer ni att dö. Men om ni genom Ande dödar kroppens handlingar ska ni leva.{{field-off:bible}}</w:t>
      </w:r>
    </w:p>
    <w:p w14:paraId="570A4DA9" w14:textId="7AB18A2A" w:rsidR="00BA33AB" w:rsidRPr="000767E2" w:rsidRDefault="00000000">
      <w:pPr>
        <w:rPr>
          <w:lang w:val="sv-SE"/>
        </w:rPr>
      </w:pPr>
      <w:r w:rsidRPr="000767E2">
        <w:rPr>
          <w:lang w:val="sv-SE"/>
        </w:rPr>
        <w:t>[[@</w:t>
      </w:r>
      <w:r w:rsidR="0096445B" w:rsidRPr="000767E2">
        <w:rPr>
          <w:lang w:val="sv-SE"/>
        </w:rPr>
        <w:t>BibleBIBEL82</w:t>
      </w:r>
      <w:r w:rsidRPr="000767E2">
        <w:rPr>
          <w:lang w:val="sv-SE"/>
        </w:rPr>
        <w:t>:Rom 8:14]]</w:t>
      </w:r>
      <w:r w:rsidRPr="000767E2">
        <w:rPr>
          <w:vertAlign w:val="superscript"/>
          <w:lang w:val="sv-SE"/>
        </w:rPr>
        <w:t>14</w:t>
      </w:r>
      <w:r w:rsidRPr="000767E2">
        <w:rPr>
          <w:lang w:val="sv-SE"/>
        </w:rPr>
        <w:t xml:space="preserve"> {{field-on:bible}}För </w:t>
      </w:r>
      <w:r w:rsidRPr="000767E2">
        <w:rPr>
          <w:i/>
          <w:lang w:val="sv-SE"/>
        </w:rPr>
        <w:t>alla</w:t>
      </w:r>
      <w:r w:rsidRPr="000767E2">
        <w:rPr>
          <w:lang w:val="sv-SE"/>
        </w:rPr>
        <w:t xml:space="preserve"> som leds av Guds Ande, dessa är Guds söner.{{field-off:bible}} [[@</w:t>
      </w:r>
      <w:r w:rsidR="0096445B" w:rsidRPr="000767E2">
        <w:rPr>
          <w:lang w:val="sv-SE"/>
        </w:rPr>
        <w:t>BibleBIBEL82</w:t>
      </w:r>
      <w:r w:rsidRPr="000767E2">
        <w:rPr>
          <w:lang w:val="sv-SE"/>
        </w:rPr>
        <w:t>:Rom 8:15]]</w:t>
      </w:r>
      <w:r w:rsidRPr="000767E2">
        <w:rPr>
          <w:vertAlign w:val="superscript"/>
          <w:lang w:val="sv-SE"/>
        </w:rPr>
        <w:t>15</w:t>
      </w:r>
      <w:r w:rsidRPr="000767E2">
        <w:rPr>
          <w:lang w:val="sv-SE"/>
        </w:rPr>
        <w:t xml:space="preserve"> {{field-on:bible}}För ni har inte fått slaveriets ande, åter till fruktan. Nej, ni har fått adoptionens Ande, i vilken vi ropar: ”Abba! Far!”{{field-off:bible}} [[@</w:t>
      </w:r>
      <w:r w:rsidR="0096445B" w:rsidRPr="000767E2">
        <w:rPr>
          <w:lang w:val="sv-SE"/>
        </w:rPr>
        <w:t>BibleBIBEL82</w:t>
      </w:r>
      <w:r w:rsidRPr="000767E2">
        <w:rPr>
          <w:lang w:val="sv-SE"/>
        </w:rPr>
        <w:t>:Rom 8:16]]</w:t>
      </w:r>
      <w:r w:rsidRPr="000767E2">
        <w:rPr>
          <w:vertAlign w:val="superscript"/>
          <w:lang w:val="sv-SE"/>
        </w:rPr>
        <w:t>16</w:t>
      </w:r>
      <w:r w:rsidRPr="000767E2">
        <w:rPr>
          <w:lang w:val="sv-SE"/>
        </w:rPr>
        <w:t xml:space="preserve"> {{field-on:bible}}Anden själv </w:t>
      </w:r>
      <w:r w:rsidRPr="000767E2">
        <w:rPr>
          <w:lang w:val="sv-SE"/>
        </w:rPr>
        <w:lastRenderedPageBreak/>
        <w:t>samvittnar med vår ande att vi är Guds barn.{{field-off:bible}} [[@</w:t>
      </w:r>
      <w:r w:rsidR="0096445B" w:rsidRPr="000767E2">
        <w:rPr>
          <w:lang w:val="sv-SE"/>
        </w:rPr>
        <w:t>BibleBIBEL82</w:t>
      </w:r>
      <w:r w:rsidRPr="000767E2">
        <w:rPr>
          <w:lang w:val="sv-SE"/>
        </w:rPr>
        <w:t>:Rom 8:17]]</w:t>
      </w:r>
      <w:r w:rsidRPr="000767E2">
        <w:rPr>
          <w:vertAlign w:val="superscript"/>
          <w:lang w:val="sv-SE"/>
        </w:rPr>
        <w:t>17</w:t>
      </w:r>
      <w:r w:rsidRPr="000767E2">
        <w:rPr>
          <w:lang w:val="sv-SE"/>
        </w:rPr>
        <w:t xml:space="preserve"> {{field-on:bible}}Och om barn, också arvingar – Guds arvingar och Kristi medarvingar – om vi nu </w:t>
      </w:r>
      <w:r w:rsidRPr="000767E2">
        <w:rPr>
          <w:i/>
          <w:lang w:val="sv-SE"/>
        </w:rPr>
        <w:t>är</w:t>
      </w:r>
      <w:r w:rsidRPr="000767E2">
        <w:rPr>
          <w:lang w:val="sv-SE"/>
        </w:rPr>
        <w:t xml:space="preserve"> med </w:t>
      </w:r>
      <w:r w:rsidRPr="000767E2">
        <w:rPr>
          <w:i/>
          <w:lang w:val="sv-SE"/>
        </w:rPr>
        <w:t>och</w:t>
      </w:r>
      <w:r w:rsidRPr="000767E2">
        <w:rPr>
          <w:lang w:val="sv-SE"/>
        </w:rPr>
        <w:t xml:space="preserve"> lider, för att också förhärligas tillsammans.{{field-off:bible}}</w:t>
      </w:r>
    </w:p>
    <w:p w14:paraId="41521EF7" w14:textId="77777777" w:rsidR="00BA33AB" w:rsidRPr="000767E2" w:rsidRDefault="00000000">
      <w:pPr>
        <w:pStyle w:val="Rubrik3"/>
        <w:rPr>
          <w:lang w:val="sv-SE"/>
        </w:rPr>
      </w:pPr>
      <w:r w:rsidRPr="000767E2">
        <w:rPr>
          <w:lang w:val="sv-SE"/>
        </w:rPr>
        <w:t>Hoppet om härligheten</w:t>
      </w:r>
    </w:p>
    <w:p w14:paraId="067ACA04" w14:textId="50C94990" w:rsidR="00BA33AB" w:rsidRPr="000767E2" w:rsidRDefault="00000000">
      <w:pPr>
        <w:rPr>
          <w:lang w:val="sv-SE"/>
        </w:rPr>
      </w:pPr>
      <w:r w:rsidRPr="000767E2">
        <w:rPr>
          <w:lang w:val="sv-SE"/>
        </w:rPr>
        <w:t>[[@</w:t>
      </w:r>
      <w:r w:rsidR="0096445B" w:rsidRPr="000767E2">
        <w:rPr>
          <w:lang w:val="sv-SE"/>
        </w:rPr>
        <w:t>BibleBIBEL82</w:t>
      </w:r>
      <w:r w:rsidRPr="000767E2">
        <w:rPr>
          <w:lang w:val="sv-SE"/>
        </w:rPr>
        <w:t>:Rom 8:18]]</w:t>
      </w:r>
      <w:r w:rsidRPr="000767E2">
        <w:rPr>
          <w:vertAlign w:val="superscript"/>
          <w:lang w:val="sv-SE"/>
        </w:rPr>
        <w:t>18</w:t>
      </w:r>
      <w:r w:rsidRPr="000767E2">
        <w:rPr>
          <w:lang w:val="sv-SE"/>
        </w:rPr>
        <w:t xml:space="preserve"> {{field-on:bible}}För jag räknar att den nuvarande tidens lidanden inte är värda </w:t>
      </w:r>
      <w:r w:rsidRPr="000767E2">
        <w:rPr>
          <w:i/>
          <w:lang w:val="sv-SE"/>
        </w:rPr>
        <w:t>något</w:t>
      </w:r>
      <w:r w:rsidRPr="000767E2">
        <w:rPr>
          <w:lang w:val="sv-SE"/>
        </w:rPr>
        <w:t xml:space="preserve"> mot den härlighet som kommer att uppenbaras för oss.{{field-off:bible}} [[@</w:t>
      </w:r>
      <w:r w:rsidR="0096445B" w:rsidRPr="000767E2">
        <w:rPr>
          <w:lang w:val="sv-SE"/>
        </w:rPr>
        <w:t>BibleBIBEL82</w:t>
      </w:r>
      <w:r w:rsidRPr="000767E2">
        <w:rPr>
          <w:lang w:val="sv-SE"/>
        </w:rPr>
        <w:t>:Rom 8:19]]</w:t>
      </w:r>
      <w:r w:rsidRPr="000767E2">
        <w:rPr>
          <w:vertAlign w:val="superscript"/>
          <w:lang w:val="sv-SE"/>
        </w:rPr>
        <w:t>19</w:t>
      </w:r>
      <w:r w:rsidRPr="000767E2">
        <w:rPr>
          <w:lang w:val="sv-SE"/>
        </w:rPr>
        <w:t xml:space="preserve"> {{field-on:bible}}För skapelsens spända förväntan väntar på uppenbarelsen av Guds söner.{{field-off:bible}} [[@</w:t>
      </w:r>
      <w:r w:rsidR="0096445B" w:rsidRPr="000767E2">
        <w:rPr>
          <w:lang w:val="sv-SE"/>
        </w:rPr>
        <w:t>BibleBIBEL82</w:t>
      </w:r>
      <w:r w:rsidRPr="000767E2">
        <w:rPr>
          <w:lang w:val="sv-SE"/>
        </w:rPr>
        <w:t>:Rom 8:20]]</w:t>
      </w:r>
      <w:r w:rsidRPr="000767E2">
        <w:rPr>
          <w:vertAlign w:val="superscript"/>
          <w:lang w:val="sv-SE"/>
        </w:rPr>
        <w:t>20</w:t>
      </w:r>
      <w:r w:rsidRPr="000767E2">
        <w:rPr>
          <w:lang w:val="sv-SE"/>
        </w:rPr>
        <w:t xml:space="preserve"> {{field-on:bible}}För under fåfängligheten har skapelsen underordnats, inte frivilligt utan på grund av honom som underordnade, i hopp{{field-off:bible}} [[@</w:t>
      </w:r>
      <w:r w:rsidR="0096445B" w:rsidRPr="000767E2">
        <w:rPr>
          <w:lang w:val="sv-SE"/>
        </w:rPr>
        <w:t>BibleBIBEL82</w:t>
      </w:r>
      <w:r w:rsidRPr="000767E2">
        <w:rPr>
          <w:lang w:val="sv-SE"/>
        </w:rPr>
        <w:t>:Rom 8:21]]</w:t>
      </w:r>
      <w:r w:rsidRPr="000767E2">
        <w:rPr>
          <w:vertAlign w:val="superscript"/>
          <w:lang w:val="sv-SE"/>
        </w:rPr>
        <w:t>21</w:t>
      </w:r>
      <w:r w:rsidRPr="000767E2">
        <w:rPr>
          <w:lang w:val="sv-SE"/>
        </w:rPr>
        <w:t xml:space="preserve"> {{field-on:bible}}att även själva skapelsen ska göras fri från slaveriet under förgängelsen till friheten i Guds barns härlighet.{{field-off:bible}}</w:t>
      </w:r>
    </w:p>
    <w:p w14:paraId="2FA4BE97" w14:textId="762BF7FC" w:rsidR="00BA33AB" w:rsidRPr="000767E2" w:rsidRDefault="00000000">
      <w:pPr>
        <w:rPr>
          <w:lang w:val="sv-SE"/>
        </w:rPr>
      </w:pPr>
      <w:r w:rsidRPr="000767E2">
        <w:rPr>
          <w:lang w:val="sv-SE"/>
        </w:rPr>
        <w:t>[[@</w:t>
      </w:r>
      <w:r w:rsidR="0096445B" w:rsidRPr="000767E2">
        <w:rPr>
          <w:lang w:val="sv-SE"/>
        </w:rPr>
        <w:t>BibleBIBEL82</w:t>
      </w:r>
      <w:r w:rsidRPr="000767E2">
        <w:rPr>
          <w:lang w:val="sv-SE"/>
        </w:rPr>
        <w:t>:Rom 8:22]]</w:t>
      </w:r>
      <w:r w:rsidRPr="000767E2">
        <w:rPr>
          <w:vertAlign w:val="superscript"/>
          <w:lang w:val="sv-SE"/>
        </w:rPr>
        <w:t>22</w:t>
      </w:r>
      <w:r w:rsidRPr="000767E2">
        <w:rPr>
          <w:lang w:val="sv-SE"/>
        </w:rPr>
        <w:t xml:space="preserve"> {{field-on:bible}}För vi vet att hela skapelsen suckar tillsammans och har värkar tillsammans, ända till nu.{{field-off:bible}} [[@</w:t>
      </w:r>
      <w:r w:rsidR="0096445B" w:rsidRPr="000767E2">
        <w:rPr>
          <w:lang w:val="sv-SE"/>
        </w:rPr>
        <w:t>BibleBIBEL82</w:t>
      </w:r>
      <w:r w:rsidRPr="000767E2">
        <w:rPr>
          <w:lang w:val="sv-SE"/>
        </w:rPr>
        <w:t>:Rom 8:23]]</w:t>
      </w:r>
      <w:r w:rsidRPr="000767E2">
        <w:rPr>
          <w:vertAlign w:val="superscript"/>
          <w:lang w:val="sv-SE"/>
        </w:rPr>
        <w:t>23</w:t>
      </w:r>
      <w:r w:rsidRPr="000767E2">
        <w:rPr>
          <w:lang w:val="sv-SE"/>
        </w:rPr>
        <w:t xml:space="preserve"> {{field-on:bible}}Och inte bara </w:t>
      </w:r>
      <w:r w:rsidRPr="000767E2">
        <w:rPr>
          <w:i/>
          <w:lang w:val="sv-SE"/>
        </w:rPr>
        <w:t>den</w:t>
      </w:r>
      <w:r w:rsidRPr="000767E2">
        <w:rPr>
          <w:lang w:val="sv-SE"/>
        </w:rPr>
        <w:t xml:space="preserve">, utan även </w:t>
      </w:r>
      <w:r w:rsidRPr="000767E2">
        <w:rPr>
          <w:i/>
          <w:lang w:val="sv-SE"/>
        </w:rPr>
        <w:t>vi</w:t>
      </w:r>
      <w:r w:rsidRPr="000767E2">
        <w:rPr>
          <w:lang w:val="sv-SE"/>
        </w:rPr>
        <w:t xml:space="preserve"> själva som har Andens förstling, även vi suckar själva inom oss och väntar på adoptionen, vår kropps återlösning.{{field-off:bible}} [[@</w:t>
      </w:r>
      <w:r w:rsidR="0096445B" w:rsidRPr="000767E2">
        <w:rPr>
          <w:lang w:val="sv-SE"/>
        </w:rPr>
        <w:t>BibleBIBEL82</w:t>
      </w:r>
      <w:r w:rsidRPr="000767E2">
        <w:rPr>
          <w:lang w:val="sv-SE"/>
        </w:rPr>
        <w:t>:Rom 8:24]]</w:t>
      </w:r>
      <w:r w:rsidRPr="000767E2">
        <w:rPr>
          <w:vertAlign w:val="superscript"/>
          <w:lang w:val="sv-SE"/>
        </w:rPr>
        <w:t>24</w:t>
      </w:r>
      <w:r w:rsidRPr="000767E2">
        <w:rPr>
          <w:lang w:val="sv-SE"/>
        </w:rPr>
        <w:t xml:space="preserve"> {{field-on:bible}}För i hoppet är vi frälsta. Men ett hopp </w:t>
      </w:r>
      <w:r w:rsidRPr="000767E2">
        <w:rPr>
          <w:i/>
          <w:lang w:val="sv-SE"/>
        </w:rPr>
        <w:t>som är</w:t>
      </w:r>
      <w:r w:rsidRPr="000767E2">
        <w:rPr>
          <w:lang w:val="sv-SE"/>
        </w:rPr>
        <w:t xml:space="preserve"> sett är inte ett hopp. För det man ser, vem hoppas på </w:t>
      </w:r>
      <w:r w:rsidRPr="000767E2">
        <w:rPr>
          <w:i/>
          <w:lang w:val="sv-SE"/>
        </w:rPr>
        <w:t>det</w:t>
      </w:r>
      <w:r w:rsidRPr="000767E2">
        <w:rPr>
          <w:lang w:val="sv-SE"/>
        </w:rPr>
        <w:t>?{{field-off:bible}} [[@</w:t>
      </w:r>
      <w:r w:rsidR="0096445B" w:rsidRPr="000767E2">
        <w:rPr>
          <w:lang w:val="sv-SE"/>
        </w:rPr>
        <w:t>BibleBIBEL82</w:t>
      </w:r>
      <w:r w:rsidRPr="000767E2">
        <w:rPr>
          <w:lang w:val="sv-SE"/>
        </w:rPr>
        <w:t>:Rom 8:25]]</w:t>
      </w:r>
      <w:r w:rsidRPr="000767E2">
        <w:rPr>
          <w:vertAlign w:val="superscript"/>
          <w:lang w:val="sv-SE"/>
        </w:rPr>
        <w:t>25</w:t>
      </w:r>
      <w:r w:rsidRPr="000767E2">
        <w:rPr>
          <w:lang w:val="sv-SE"/>
        </w:rPr>
        <w:t xml:space="preserve"> {{field-on:bible}}Men om vi hoppas på det vi inte ser, väntar vi med uthållighet.{{field-off:bible}}</w:t>
      </w:r>
    </w:p>
    <w:p w14:paraId="5E30771A" w14:textId="27A38540" w:rsidR="00BA33AB" w:rsidRPr="000767E2" w:rsidRDefault="00000000">
      <w:pPr>
        <w:rPr>
          <w:lang w:val="sv-SE"/>
        </w:rPr>
      </w:pPr>
      <w:r w:rsidRPr="000767E2">
        <w:rPr>
          <w:lang w:val="sv-SE"/>
        </w:rPr>
        <w:t>[[@</w:t>
      </w:r>
      <w:r w:rsidR="0096445B" w:rsidRPr="000767E2">
        <w:rPr>
          <w:lang w:val="sv-SE"/>
        </w:rPr>
        <w:t>BibleBIBEL82</w:t>
      </w:r>
      <w:r w:rsidRPr="000767E2">
        <w:rPr>
          <w:lang w:val="sv-SE"/>
        </w:rPr>
        <w:t>:Rom 8:26]]</w:t>
      </w:r>
      <w:r w:rsidRPr="000767E2">
        <w:rPr>
          <w:vertAlign w:val="superscript"/>
          <w:lang w:val="sv-SE"/>
        </w:rPr>
        <w:t>26</w:t>
      </w:r>
      <w:r w:rsidRPr="000767E2">
        <w:rPr>
          <w:lang w:val="sv-SE"/>
        </w:rPr>
        <w:t xml:space="preserve"> {{field-on:bible}}Och på samma sätt tar också Anden tag med vår svaghet. För vad vi ska be såsom </w:t>
      </w:r>
      <w:r w:rsidRPr="000767E2">
        <w:rPr>
          <w:i/>
          <w:lang w:val="sv-SE"/>
        </w:rPr>
        <w:t>sig</w:t>
      </w:r>
      <w:r w:rsidRPr="000767E2">
        <w:rPr>
          <w:lang w:val="sv-SE"/>
        </w:rPr>
        <w:t xml:space="preserve"> bör vet vi inte, men Anden själv vädjar för </w:t>
      </w:r>
      <w:r w:rsidRPr="000767E2">
        <w:rPr>
          <w:i/>
          <w:lang w:val="sv-SE"/>
        </w:rPr>
        <w:t>oss</w:t>
      </w:r>
      <w:r w:rsidRPr="000767E2">
        <w:rPr>
          <w:lang w:val="sv-SE"/>
        </w:rPr>
        <w:t xml:space="preserve"> med outtalade suckar.{{field-off:bible}} [[@</w:t>
      </w:r>
      <w:r w:rsidR="0096445B" w:rsidRPr="000767E2">
        <w:rPr>
          <w:lang w:val="sv-SE"/>
        </w:rPr>
        <w:t>BibleBIBEL82</w:t>
      </w:r>
      <w:r w:rsidRPr="000767E2">
        <w:rPr>
          <w:lang w:val="sv-SE"/>
        </w:rPr>
        <w:t>:Rom 8:27]]</w:t>
      </w:r>
      <w:r w:rsidRPr="000767E2">
        <w:rPr>
          <w:vertAlign w:val="superscript"/>
          <w:lang w:val="sv-SE"/>
        </w:rPr>
        <w:t>27</w:t>
      </w:r>
      <w:r w:rsidRPr="000767E2">
        <w:rPr>
          <w:lang w:val="sv-SE"/>
        </w:rPr>
        <w:t xml:space="preserve"> {{field-on:bible}}Och han som utforskar hjärtan vet vad </w:t>
      </w:r>
      <w:r w:rsidRPr="000767E2">
        <w:rPr>
          <w:i/>
          <w:lang w:val="sv-SE"/>
        </w:rPr>
        <w:t>som är</w:t>
      </w:r>
      <w:r w:rsidRPr="000767E2">
        <w:rPr>
          <w:lang w:val="sv-SE"/>
        </w:rPr>
        <w:t xml:space="preserve"> Andens tänkesätt, eftersom den på Guds vis vädjar för </w:t>
      </w:r>
      <w:r w:rsidRPr="000767E2">
        <w:rPr>
          <w:i/>
          <w:lang w:val="sv-SE"/>
        </w:rPr>
        <w:t>de</w:t>
      </w:r>
      <w:r w:rsidRPr="000767E2">
        <w:rPr>
          <w:lang w:val="sv-SE"/>
        </w:rPr>
        <w:t xml:space="preserve"> heliga.{{field-off:bible}}</w:t>
      </w:r>
    </w:p>
    <w:p w14:paraId="04560EE5" w14:textId="32C4F980" w:rsidR="00BA33AB" w:rsidRPr="000767E2" w:rsidRDefault="00000000">
      <w:pPr>
        <w:rPr>
          <w:lang w:val="sv-SE"/>
        </w:rPr>
      </w:pPr>
      <w:r w:rsidRPr="000767E2">
        <w:rPr>
          <w:lang w:val="sv-SE"/>
        </w:rPr>
        <w:t>[[@</w:t>
      </w:r>
      <w:r w:rsidR="0096445B" w:rsidRPr="000767E2">
        <w:rPr>
          <w:lang w:val="sv-SE"/>
        </w:rPr>
        <w:t>BibleBIBEL82</w:t>
      </w:r>
      <w:r w:rsidRPr="000767E2">
        <w:rPr>
          <w:lang w:val="sv-SE"/>
        </w:rPr>
        <w:t>:Rom 8:28]]</w:t>
      </w:r>
      <w:r w:rsidRPr="000767E2">
        <w:rPr>
          <w:vertAlign w:val="superscript"/>
          <w:lang w:val="sv-SE"/>
        </w:rPr>
        <w:t>28</w:t>
      </w:r>
      <w:r w:rsidRPr="000767E2">
        <w:rPr>
          <w:lang w:val="sv-SE"/>
        </w:rPr>
        <w:t xml:space="preserve"> {{field-on:bible}}Men vi vet att för dem som älskar Gud samverkar allt till gott, för dem som efter </w:t>
      </w:r>
      <w:r w:rsidRPr="000767E2">
        <w:rPr>
          <w:i/>
          <w:lang w:val="sv-SE"/>
        </w:rPr>
        <w:t>hans</w:t>
      </w:r>
      <w:r w:rsidRPr="000767E2">
        <w:rPr>
          <w:lang w:val="sv-SE"/>
        </w:rPr>
        <w:t xml:space="preserve"> föresats är kallade.{{field-off:bible}} [[@</w:t>
      </w:r>
      <w:r w:rsidR="0096445B" w:rsidRPr="000767E2">
        <w:rPr>
          <w:lang w:val="sv-SE"/>
        </w:rPr>
        <w:t>BibleBIBEL82</w:t>
      </w:r>
      <w:r w:rsidRPr="000767E2">
        <w:rPr>
          <w:lang w:val="sv-SE"/>
        </w:rPr>
        <w:t>:Rom 8:29]]</w:t>
      </w:r>
      <w:r w:rsidRPr="000767E2">
        <w:rPr>
          <w:vertAlign w:val="superscript"/>
          <w:lang w:val="sv-SE"/>
        </w:rPr>
        <w:t>29</w:t>
      </w:r>
      <w:r w:rsidRPr="000767E2">
        <w:rPr>
          <w:lang w:val="sv-SE"/>
        </w:rPr>
        <w:t xml:space="preserve"> {{field-on:bible}}Dem han har förutkänt har han nämligen också förutbestämt, samgestaltade efter bilden av hans Son, så att han är förstfödd bland många syskon.{{field-off:bible}} [[@</w:t>
      </w:r>
      <w:r w:rsidR="0096445B" w:rsidRPr="000767E2">
        <w:rPr>
          <w:lang w:val="sv-SE"/>
        </w:rPr>
        <w:t>BibleBIBEL82</w:t>
      </w:r>
      <w:r w:rsidRPr="000767E2">
        <w:rPr>
          <w:lang w:val="sv-SE"/>
        </w:rPr>
        <w:t>:Rom 8:30]]</w:t>
      </w:r>
      <w:r w:rsidRPr="000767E2">
        <w:rPr>
          <w:vertAlign w:val="superscript"/>
          <w:lang w:val="sv-SE"/>
        </w:rPr>
        <w:t>30</w:t>
      </w:r>
      <w:r w:rsidRPr="000767E2">
        <w:rPr>
          <w:lang w:val="sv-SE"/>
        </w:rPr>
        <w:t xml:space="preserve"> {{field-on:bible}}Och dem han har förutbestämt, dessa har han också kallat. Och dem han har kallat, dessa har han också rättfärdigförklarat. Och dem han har rättfärdigförklarat, dessa har han också förhärligat.{{field-off:bible}}</w:t>
      </w:r>
    </w:p>
    <w:p w14:paraId="748610A0" w14:textId="77777777" w:rsidR="00BA33AB" w:rsidRPr="000767E2" w:rsidRDefault="00000000">
      <w:pPr>
        <w:pStyle w:val="Rubrik3"/>
        <w:rPr>
          <w:lang w:val="sv-SE"/>
        </w:rPr>
      </w:pPr>
      <w:r w:rsidRPr="000767E2">
        <w:rPr>
          <w:lang w:val="sv-SE"/>
        </w:rPr>
        <w:t>Guds kärlek i Kristus Jesus</w:t>
      </w:r>
    </w:p>
    <w:p w14:paraId="5638B51F" w14:textId="0D810D24" w:rsidR="00BA33AB" w:rsidRPr="000767E2" w:rsidRDefault="00000000">
      <w:pPr>
        <w:rPr>
          <w:lang w:val="sv-SE"/>
        </w:rPr>
      </w:pPr>
      <w:r w:rsidRPr="000767E2">
        <w:rPr>
          <w:lang w:val="sv-SE"/>
        </w:rPr>
        <w:t>[[@</w:t>
      </w:r>
      <w:r w:rsidR="0096445B" w:rsidRPr="000767E2">
        <w:rPr>
          <w:lang w:val="sv-SE"/>
        </w:rPr>
        <w:t>BibleBIBEL82</w:t>
      </w:r>
      <w:r w:rsidRPr="000767E2">
        <w:rPr>
          <w:lang w:val="sv-SE"/>
        </w:rPr>
        <w:t>:Rom 8:31]]</w:t>
      </w:r>
      <w:r w:rsidRPr="000767E2">
        <w:rPr>
          <w:vertAlign w:val="superscript"/>
          <w:lang w:val="sv-SE"/>
        </w:rPr>
        <w:t>31</w:t>
      </w:r>
      <w:r w:rsidRPr="000767E2">
        <w:rPr>
          <w:lang w:val="sv-SE"/>
        </w:rPr>
        <w:t xml:space="preserve"> {{field-on:bible}}Vad ska vi då säga om detta? Om Gud </w:t>
      </w:r>
      <w:r w:rsidRPr="000767E2">
        <w:rPr>
          <w:i/>
          <w:lang w:val="sv-SE"/>
        </w:rPr>
        <w:t>är</w:t>
      </w:r>
      <w:r w:rsidRPr="000767E2">
        <w:rPr>
          <w:lang w:val="sv-SE"/>
        </w:rPr>
        <w:t xml:space="preserve"> för oss, vem </w:t>
      </w:r>
      <w:r w:rsidRPr="000767E2">
        <w:rPr>
          <w:i/>
          <w:lang w:val="sv-SE"/>
        </w:rPr>
        <w:t>är</w:t>
      </w:r>
      <w:r w:rsidRPr="000767E2">
        <w:rPr>
          <w:lang w:val="sv-SE"/>
        </w:rPr>
        <w:t xml:space="preserve"> emot oss?{{field-off:bible}} [[@</w:t>
      </w:r>
      <w:r w:rsidR="0096445B" w:rsidRPr="000767E2">
        <w:rPr>
          <w:lang w:val="sv-SE"/>
        </w:rPr>
        <w:t>BibleBIBEL82</w:t>
      </w:r>
      <w:r w:rsidRPr="000767E2">
        <w:rPr>
          <w:lang w:val="sv-SE"/>
        </w:rPr>
        <w:t>:Rom 8:32]]</w:t>
      </w:r>
      <w:r w:rsidRPr="000767E2">
        <w:rPr>
          <w:vertAlign w:val="superscript"/>
          <w:lang w:val="sv-SE"/>
        </w:rPr>
        <w:t>32</w:t>
      </w:r>
      <w:r w:rsidRPr="000767E2">
        <w:rPr>
          <w:lang w:val="sv-SE"/>
        </w:rPr>
        <w:t xml:space="preserve"> {{field-on:bible}}Han som ju inte har skonat </w:t>
      </w:r>
      <w:r w:rsidRPr="000767E2">
        <w:rPr>
          <w:i/>
          <w:lang w:val="sv-SE"/>
        </w:rPr>
        <w:t>sin</w:t>
      </w:r>
      <w:r w:rsidRPr="000767E2">
        <w:rPr>
          <w:lang w:val="sv-SE"/>
        </w:rPr>
        <w:t xml:space="preserve"> egen Son utan utlämnat honom för oss alla, hur ska han inte också med honom skänka oss allt?{{field-off:bible}}</w:t>
      </w:r>
    </w:p>
    <w:p w14:paraId="58894EC9" w14:textId="3E84BA85" w:rsidR="00BA33AB" w:rsidRPr="000767E2" w:rsidRDefault="00000000">
      <w:pPr>
        <w:rPr>
          <w:lang w:val="sv-SE"/>
        </w:rPr>
      </w:pPr>
      <w:r w:rsidRPr="000767E2">
        <w:rPr>
          <w:lang w:val="sv-SE"/>
        </w:rPr>
        <w:t>[[@</w:t>
      </w:r>
      <w:r w:rsidR="0096445B" w:rsidRPr="000767E2">
        <w:rPr>
          <w:lang w:val="sv-SE"/>
        </w:rPr>
        <w:t>BibleBIBEL82</w:t>
      </w:r>
      <w:r w:rsidRPr="000767E2">
        <w:rPr>
          <w:lang w:val="sv-SE"/>
        </w:rPr>
        <w:t>:Rom 8:33]]</w:t>
      </w:r>
      <w:r w:rsidRPr="000767E2">
        <w:rPr>
          <w:vertAlign w:val="superscript"/>
          <w:lang w:val="sv-SE"/>
        </w:rPr>
        <w:t>33</w:t>
      </w:r>
      <w:r w:rsidRPr="000767E2">
        <w:rPr>
          <w:lang w:val="sv-SE"/>
        </w:rPr>
        <w:t xml:space="preserve"> {{field-on:bible}}Vem ska åklaga mot Guds utvalda? Gud </w:t>
      </w:r>
      <w:r w:rsidRPr="000767E2">
        <w:rPr>
          <w:i/>
          <w:lang w:val="sv-SE"/>
        </w:rPr>
        <w:t>är</w:t>
      </w:r>
      <w:r w:rsidRPr="000767E2">
        <w:rPr>
          <w:lang w:val="sv-SE"/>
        </w:rPr>
        <w:t xml:space="preserve"> den som rättfärdigförklarar.{{field-off:bible}} [[@</w:t>
      </w:r>
      <w:r w:rsidR="0096445B" w:rsidRPr="000767E2">
        <w:rPr>
          <w:lang w:val="sv-SE"/>
        </w:rPr>
        <w:t>BibleBIBEL82</w:t>
      </w:r>
      <w:r w:rsidRPr="000767E2">
        <w:rPr>
          <w:lang w:val="sv-SE"/>
        </w:rPr>
        <w:t>:Rom 8:34]]</w:t>
      </w:r>
      <w:r w:rsidRPr="000767E2">
        <w:rPr>
          <w:vertAlign w:val="superscript"/>
          <w:lang w:val="sv-SE"/>
        </w:rPr>
        <w:t>34</w:t>
      </w:r>
      <w:r w:rsidRPr="000767E2">
        <w:rPr>
          <w:lang w:val="sv-SE"/>
        </w:rPr>
        <w:t xml:space="preserve"> {{field-</w:t>
      </w:r>
      <w:r w:rsidRPr="000767E2">
        <w:rPr>
          <w:lang w:val="sv-SE"/>
        </w:rPr>
        <w:lastRenderedPageBreak/>
        <w:t xml:space="preserve">on:bible}}Vem är den som fördömer? Kristus [Jesus] </w:t>
      </w:r>
      <w:r w:rsidRPr="000767E2">
        <w:rPr>
          <w:i/>
          <w:lang w:val="sv-SE"/>
        </w:rPr>
        <w:t>är</w:t>
      </w:r>
      <w:r w:rsidRPr="000767E2">
        <w:rPr>
          <w:lang w:val="sv-SE"/>
        </w:rPr>
        <w:t xml:space="preserve"> den som har dött, och snarare blivit uppväckt: som också är vid Guds högra </w:t>
      </w:r>
      <w:r w:rsidRPr="000767E2">
        <w:rPr>
          <w:i/>
          <w:lang w:val="sv-SE"/>
        </w:rPr>
        <w:t>hand</w:t>
      </w:r>
      <w:r w:rsidRPr="000767E2">
        <w:rPr>
          <w:lang w:val="sv-SE"/>
        </w:rPr>
        <w:t>, som också vädjar för oss.{{field-off:bible}} [[@</w:t>
      </w:r>
      <w:r w:rsidR="0096445B" w:rsidRPr="000767E2">
        <w:rPr>
          <w:lang w:val="sv-SE"/>
        </w:rPr>
        <w:t>BibleBIBEL82</w:t>
      </w:r>
      <w:r w:rsidRPr="000767E2">
        <w:rPr>
          <w:lang w:val="sv-SE"/>
        </w:rPr>
        <w:t>:Rom 8:35]]</w:t>
      </w:r>
      <w:r w:rsidRPr="000767E2">
        <w:rPr>
          <w:vertAlign w:val="superscript"/>
          <w:lang w:val="sv-SE"/>
        </w:rPr>
        <w:t>35</w:t>
      </w:r>
      <w:r w:rsidRPr="000767E2">
        <w:rPr>
          <w:lang w:val="sv-SE"/>
        </w:rPr>
        <w:t xml:space="preserve"> {{field-on:bible}}Vem ska skilja oss från Kristi kärlek? Nöd eller trångmål eller förföljelse eller svält eller nakenhet eller fara eller svärd?{{field-off:bible}} [[@</w:t>
      </w:r>
      <w:r w:rsidR="0096445B" w:rsidRPr="000767E2">
        <w:rPr>
          <w:lang w:val="sv-SE"/>
        </w:rPr>
        <w:t>BibleBIBEL82</w:t>
      </w:r>
      <w:r w:rsidRPr="000767E2">
        <w:rPr>
          <w:lang w:val="sv-SE"/>
        </w:rPr>
        <w:t>:Rom 8:36]]</w:t>
      </w:r>
      <w:r w:rsidRPr="000767E2">
        <w:rPr>
          <w:vertAlign w:val="superscript"/>
          <w:lang w:val="sv-SE"/>
        </w:rPr>
        <w:t>36</w:t>
      </w:r>
      <w:r w:rsidRPr="000767E2">
        <w:rPr>
          <w:lang w:val="sv-SE"/>
        </w:rPr>
        <w:t xml:space="preserve"> {{field-on:bible}}Så som det är skrivet, att:{{field-off:bible}}</w:t>
      </w:r>
    </w:p>
    <w:p w14:paraId="26A05DC5" w14:textId="77777777" w:rsidR="00BA33AB" w:rsidRPr="000767E2" w:rsidRDefault="00000000">
      <w:pPr>
        <w:rPr>
          <w:lang w:val="sv-SE"/>
        </w:rPr>
      </w:pPr>
      <w:r w:rsidRPr="000767E2">
        <w:rPr>
          <w:lang w:val="sv-SE"/>
        </w:rPr>
        <w:t>{{field-on:bible}}För din skull dödas vi hela dagen.</w:t>
      </w:r>
      <w:r w:rsidRPr="000767E2">
        <w:rPr>
          <w:lang w:val="sv-SE"/>
        </w:rPr>
        <w:br/>
        <w:t>Vi har räknats som slaktfår.{{field-off:bible}}</w:t>
      </w:r>
    </w:p>
    <w:p w14:paraId="713A25DB" w14:textId="16FAE071" w:rsidR="00BA33AB" w:rsidRPr="000767E2" w:rsidRDefault="00000000">
      <w:pPr>
        <w:rPr>
          <w:lang w:val="sv-SE"/>
        </w:rPr>
      </w:pPr>
      <w:r w:rsidRPr="000767E2">
        <w:rPr>
          <w:lang w:val="sv-SE"/>
        </w:rPr>
        <w:t>[[@</w:t>
      </w:r>
      <w:r w:rsidR="0096445B" w:rsidRPr="000767E2">
        <w:rPr>
          <w:lang w:val="sv-SE"/>
        </w:rPr>
        <w:t>BibleBIBEL82</w:t>
      </w:r>
      <w:r w:rsidRPr="000767E2">
        <w:rPr>
          <w:lang w:val="sv-SE"/>
        </w:rPr>
        <w:t>:Rom 8:37]]</w:t>
      </w:r>
      <w:r w:rsidRPr="000767E2">
        <w:rPr>
          <w:vertAlign w:val="superscript"/>
          <w:lang w:val="sv-SE"/>
        </w:rPr>
        <w:t>37</w:t>
      </w:r>
      <w:r w:rsidRPr="000767E2">
        <w:rPr>
          <w:lang w:val="sv-SE"/>
        </w:rPr>
        <w:t xml:space="preserve"> {{field-on:bible}}Nej, i allt detta övervinner vi genom honom som har älskat oss.{{field-off:bible}} [[@</w:t>
      </w:r>
      <w:r w:rsidR="0096445B" w:rsidRPr="000767E2">
        <w:rPr>
          <w:lang w:val="sv-SE"/>
        </w:rPr>
        <w:t>BibleBIBEL82</w:t>
      </w:r>
      <w:r w:rsidRPr="000767E2">
        <w:rPr>
          <w:lang w:val="sv-SE"/>
        </w:rPr>
        <w:t>:Rom 8:38]]</w:t>
      </w:r>
      <w:r w:rsidRPr="000767E2">
        <w:rPr>
          <w:vertAlign w:val="superscript"/>
          <w:lang w:val="sv-SE"/>
        </w:rPr>
        <w:t>38</w:t>
      </w:r>
      <w:r w:rsidRPr="000767E2">
        <w:rPr>
          <w:lang w:val="sv-SE"/>
        </w:rPr>
        <w:t xml:space="preserve"> {{field-on:bible}}För jag är övertygad </w:t>
      </w:r>
      <w:r w:rsidRPr="000767E2">
        <w:rPr>
          <w:i/>
          <w:lang w:val="sv-SE"/>
        </w:rPr>
        <w:t>om</w:t>
      </w:r>
      <w:r w:rsidRPr="000767E2">
        <w:rPr>
          <w:lang w:val="sv-SE"/>
        </w:rPr>
        <w:t xml:space="preserve"> att varken död eller liv, eller änglar eller furstligheter, eller innevarande eller kommande, eller makter{{field-off:bible}} [[@</w:t>
      </w:r>
      <w:r w:rsidR="0096445B" w:rsidRPr="000767E2">
        <w:rPr>
          <w:lang w:val="sv-SE"/>
        </w:rPr>
        <w:t>BibleBIBEL82</w:t>
      </w:r>
      <w:r w:rsidRPr="000767E2">
        <w:rPr>
          <w:lang w:val="sv-SE"/>
        </w:rPr>
        <w:t>:Rom 8:39]]</w:t>
      </w:r>
      <w:r w:rsidRPr="000767E2">
        <w:rPr>
          <w:vertAlign w:val="superscript"/>
          <w:lang w:val="sv-SE"/>
        </w:rPr>
        <w:t>39</w:t>
      </w:r>
      <w:r w:rsidRPr="000767E2">
        <w:rPr>
          <w:lang w:val="sv-SE"/>
        </w:rPr>
        <w:t xml:space="preserve"> {{field-on:bible}}eller höjd eller djup eller någon annan skapelse ska kunna skilja oss från Guds kärlek i Kristus Jesus, vår Herre.{{field-off:bible}}</w:t>
      </w:r>
    </w:p>
    <w:p w14:paraId="5ECB33D9" w14:textId="3FE2C8D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9]]Kapitel 9</w:t>
      </w:r>
    </w:p>
    <w:p w14:paraId="3490FE40" w14:textId="77777777" w:rsidR="00BA33AB" w:rsidRPr="000767E2" w:rsidRDefault="00000000">
      <w:pPr>
        <w:pStyle w:val="Rubrik3"/>
        <w:rPr>
          <w:lang w:val="sv-SE"/>
        </w:rPr>
      </w:pPr>
      <w:r w:rsidRPr="000767E2">
        <w:rPr>
          <w:lang w:val="sv-SE"/>
        </w:rPr>
        <w:t>Det sanna Israel</w:t>
      </w:r>
    </w:p>
    <w:p w14:paraId="39769EBD" w14:textId="4818533B" w:rsidR="00BA33AB" w:rsidRPr="000767E2" w:rsidRDefault="00000000">
      <w:pPr>
        <w:rPr>
          <w:lang w:val="sv-SE"/>
        </w:rPr>
      </w:pPr>
      <w:r w:rsidRPr="000767E2">
        <w:rPr>
          <w:lang w:val="sv-SE"/>
        </w:rPr>
        <w:t>[[@</w:t>
      </w:r>
      <w:r w:rsidR="0096445B" w:rsidRPr="000767E2">
        <w:rPr>
          <w:lang w:val="sv-SE"/>
        </w:rPr>
        <w:t>BibleBIBEL82</w:t>
      </w:r>
      <w:r w:rsidRPr="000767E2">
        <w:rPr>
          <w:lang w:val="sv-SE"/>
        </w:rPr>
        <w:t>:Rom 9:1]]</w:t>
      </w:r>
      <w:r w:rsidRPr="000767E2">
        <w:rPr>
          <w:vertAlign w:val="superscript"/>
          <w:lang w:val="sv-SE"/>
        </w:rPr>
        <w:t>1</w:t>
      </w:r>
      <w:r w:rsidRPr="000767E2">
        <w:rPr>
          <w:lang w:val="sv-SE"/>
        </w:rPr>
        <w:t xml:space="preserve"> {{field-on:bible}}Sanning talar jag i Kristus. Jag ljuger inte, och mitt samvete samvittnar för mig i helig Ande{{field-off:bible}} [[@</w:t>
      </w:r>
      <w:r w:rsidR="0096445B" w:rsidRPr="000767E2">
        <w:rPr>
          <w:lang w:val="sv-SE"/>
        </w:rPr>
        <w:t>BibleBIBEL82</w:t>
      </w:r>
      <w:r w:rsidRPr="000767E2">
        <w:rPr>
          <w:lang w:val="sv-SE"/>
        </w:rPr>
        <w:t>:Rom 9:2]]</w:t>
      </w:r>
      <w:r w:rsidRPr="000767E2">
        <w:rPr>
          <w:vertAlign w:val="superscript"/>
          <w:lang w:val="sv-SE"/>
        </w:rPr>
        <w:t>2</w:t>
      </w:r>
      <w:r w:rsidRPr="000767E2">
        <w:rPr>
          <w:lang w:val="sv-SE"/>
        </w:rPr>
        <w:t xml:space="preserve"> {{field-on:bible}}att jag </w:t>
      </w:r>
      <w:r w:rsidRPr="000767E2">
        <w:rPr>
          <w:i/>
          <w:lang w:val="sv-SE"/>
        </w:rPr>
        <w:t>har</w:t>
      </w:r>
      <w:r w:rsidRPr="000767E2">
        <w:rPr>
          <w:lang w:val="sv-SE"/>
        </w:rPr>
        <w:t xml:space="preserve"> stor bedrövelse och oavbruten vånda i mitt hjärta.{{field-off:bible}} [[@</w:t>
      </w:r>
      <w:r w:rsidR="0096445B" w:rsidRPr="000767E2">
        <w:rPr>
          <w:lang w:val="sv-SE"/>
        </w:rPr>
        <w:t>BibleBIBEL82</w:t>
      </w:r>
      <w:r w:rsidRPr="000767E2">
        <w:rPr>
          <w:lang w:val="sv-SE"/>
        </w:rPr>
        <w:t>:Rom 9:3]]</w:t>
      </w:r>
      <w:r w:rsidRPr="000767E2">
        <w:rPr>
          <w:vertAlign w:val="superscript"/>
          <w:lang w:val="sv-SE"/>
        </w:rPr>
        <w:t>3</w:t>
      </w:r>
      <w:r w:rsidRPr="000767E2">
        <w:rPr>
          <w:lang w:val="sv-SE"/>
        </w:rPr>
        <w:t xml:space="preserve"> {{field-on:bible}}För jag hade önskebett att jag själv </w:t>
      </w:r>
      <w:r w:rsidRPr="000767E2">
        <w:rPr>
          <w:i/>
          <w:lang w:val="sv-SE"/>
        </w:rPr>
        <w:t>skulle</w:t>
      </w:r>
      <w:r w:rsidRPr="000767E2">
        <w:rPr>
          <w:lang w:val="sv-SE"/>
        </w:rPr>
        <w:t xml:space="preserve"> vara anatema </w:t>
      </w:r>
      <w:r w:rsidRPr="000767E2">
        <w:rPr>
          <w:i/>
          <w:lang w:val="sv-SE"/>
        </w:rPr>
        <w:t>bort</w:t>
      </w:r>
      <w:r w:rsidRPr="000767E2">
        <w:rPr>
          <w:lang w:val="sv-SE"/>
        </w:rPr>
        <w:t xml:space="preserve"> från Kristus </w:t>
      </w:r>
      <w:r w:rsidRPr="000767E2">
        <w:rPr>
          <w:i/>
          <w:lang w:val="sv-SE"/>
        </w:rPr>
        <w:t>istället</w:t>
      </w:r>
      <w:r w:rsidRPr="000767E2">
        <w:rPr>
          <w:lang w:val="sv-SE"/>
        </w:rPr>
        <w:t xml:space="preserve"> för mina syskon, mina stamfränder efter köttet.{{field-off:bible}} [[@</w:t>
      </w:r>
      <w:r w:rsidR="0096445B" w:rsidRPr="000767E2">
        <w:rPr>
          <w:lang w:val="sv-SE"/>
        </w:rPr>
        <w:t>BibleBIBEL82</w:t>
      </w:r>
      <w:r w:rsidRPr="000767E2">
        <w:rPr>
          <w:lang w:val="sv-SE"/>
        </w:rPr>
        <w:t>:Rom 9:4]]</w:t>
      </w:r>
      <w:r w:rsidRPr="000767E2">
        <w:rPr>
          <w:vertAlign w:val="superscript"/>
          <w:lang w:val="sv-SE"/>
        </w:rPr>
        <w:t>4</w:t>
      </w:r>
      <w:r w:rsidRPr="000767E2">
        <w:rPr>
          <w:lang w:val="sv-SE"/>
        </w:rPr>
        <w:t xml:space="preserve"> {{field-on:bible}}De är israeliter. Deras </w:t>
      </w:r>
      <w:r w:rsidRPr="000767E2">
        <w:rPr>
          <w:i/>
          <w:lang w:val="sv-SE"/>
        </w:rPr>
        <w:t>är</w:t>
      </w:r>
      <w:r w:rsidRPr="000767E2">
        <w:rPr>
          <w:lang w:val="sv-SE"/>
        </w:rPr>
        <w:t xml:space="preserve"> adoptionen och härligheten och förbunden och laggivningen och gudstjänsten och löftena.{{field-off:bible}} [[@</w:t>
      </w:r>
      <w:r w:rsidR="0096445B" w:rsidRPr="000767E2">
        <w:rPr>
          <w:lang w:val="sv-SE"/>
        </w:rPr>
        <w:t>BibleBIBEL82</w:t>
      </w:r>
      <w:r w:rsidRPr="000767E2">
        <w:rPr>
          <w:lang w:val="sv-SE"/>
        </w:rPr>
        <w:t>:Rom 9:5]]</w:t>
      </w:r>
      <w:r w:rsidRPr="000767E2">
        <w:rPr>
          <w:vertAlign w:val="superscript"/>
          <w:lang w:val="sv-SE"/>
        </w:rPr>
        <w:t>5</w:t>
      </w:r>
      <w:r w:rsidRPr="000767E2">
        <w:rPr>
          <w:lang w:val="sv-SE"/>
        </w:rPr>
        <w:t xml:space="preserve"> {{field-on:bible}}Deras </w:t>
      </w:r>
      <w:r w:rsidRPr="000767E2">
        <w:rPr>
          <w:i/>
          <w:lang w:val="sv-SE"/>
        </w:rPr>
        <w:t>är</w:t>
      </w:r>
      <w:r w:rsidRPr="000767E2">
        <w:rPr>
          <w:lang w:val="sv-SE"/>
        </w:rPr>
        <w:t xml:space="preserve"> fäderna, och från dem </w:t>
      </w:r>
      <w:r w:rsidRPr="000767E2">
        <w:rPr>
          <w:i/>
          <w:lang w:val="sv-SE"/>
        </w:rPr>
        <w:t>kom</w:t>
      </w:r>
      <w:r w:rsidRPr="000767E2">
        <w:rPr>
          <w:lang w:val="sv-SE"/>
        </w:rPr>
        <w:t xml:space="preserve"> Kristus efter köttet, han som är över allting, Gud välsignad till eonerna. Amen.{{field-off:bible}}</w:t>
      </w:r>
    </w:p>
    <w:p w14:paraId="16B48910" w14:textId="7C911972" w:rsidR="00BA33AB" w:rsidRPr="000767E2" w:rsidRDefault="00000000">
      <w:pPr>
        <w:rPr>
          <w:lang w:val="sv-SE"/>
        </w:rPr>
      </w:pPr>
      <w:r w:rsidRPr="000767E2">
        <w:rPr>
          <w:lang w:val="sv-SE"/>
        </w:rPr>
        <w:t>[[@</w:t>
      </w:r>
      <w:r w:rsidR="0096445B" w:rsidRPr="000767E2">
        <w:rPr>
          <w:lang w:val="sv-SE"/>
        </w:rPr>
        <w:t>BibleBIBEL82</w:t>
      </w:r>
      <w:r w:rsidRPr="000767E2">
        <w:rPr>
          <w:lang w:val="sv-SE"/>
        </w:rPr>
        <w:t>:Rom 9:6]]</w:t>
      </w:r>
      <w:r w:rsidRPr="000767E2">
        <w:rPr>
          <w:vertAlign w:val="superscript"/>
          <w:lang w:val="sv-SE"/>
        </w:rPr>
        <w:t>6</w:t>
      </w:r>
      <w:r w:rsidRPr="000767E2">
        <w:rPr>
          <w:lang w:val="sv-SE"/>
        </w:rPr>
        <w:t xml:space="preserve"> {{field-on:bible}}Men inte så att Guds ord har fallit bort. För alla av Israel, de </w:t>
      </w:r>
      <w:r w:rsidRPr="000767E2">
        <w:rPr>
          <w:i/>
          <w:lang w:val="sv-SE"/>
        </w:rPr>
        <w:t>är</w:t>
      </w:r>
      <w:r w:rsidRPr="000767E2">
        <w:rPr>
          <w:lang w:val="sv-SE"/>
        </w:rPr>
        <w:t xml:space="preserve"> inte Israel.{{field-off:bible}} [[@</w:t>
      </w:r>
      <w:r w:rsidR="0096445B" w:rsidRPr="000767E2">
        <w:rPr>
          <w:lang w:val="sv-SE"/>
        </w:rPr>
        <w:t>BibleBIBEL82</w:t>
      </w:r>
      <w:r w:rsidRPr="000767E2">
        <w:rPr>
          <w:lang w:val="sv-SE"/>
        </w:rPr>
        <w:t>:Rom 9:7]]</w:t>
      </w:r>
      <w:r w:rsidRPr="000767E2">
        <w:rPr>
          <w:vertAlign w:val="superscript"/>
          <w:lang w:val="sv-SE"/>
        </w:rPr>
        <w:t>7</w:t>
      </w:r>
      <w:r w:rsidRPr="000767E2">
        <w:rPr>
          <w:lang w:val="sv-SE"/>
        </w:rPr>
        <w:t xml:space="preserve"> {{field-on:bible}}Inte heller att alla barn är Abrahams säd. Nej, genom Isaak ska </w:t>
      </w:r>
      <w:r w:rsidRPr="000767E2">
        <w:rPr>
          <w:i/>
          <w:lang w:val="sv-SE"/>
        </w:rPr>
        <w:t>det</w:t>
      </w:r>
      <w:r w:rsidRPr="000767E2">
        <w:rPr>
          <w:lang w:val="sv-SE"/>
        </w:rPr>
        <w:t xml:space="preserve"> uppkallas åt dig säd.{{field-off:bible}} [[@</w:t>
      </w:r>
      <w:r w:rsidR="0096445B" w:rsidRPr="000767E2">
        <w:rPr>
          <w:lang w:val="sv-SE"/>
        </w:rPr>
        <w:t>BibleBIBEL82</w:t>
      </w:r>
      <w:r w:rsidRPr="000767E2">
        <w:rPr>
          <w:lang w:val="sv-SE"/>
        </w:rPr>
        <w:t>:Rom 9:8]]</w:t>
      </w:r>
      <w:r w:rsidRPr="000767E2">
        <w:rPr>
          <w:vertAlign w:val="superscript"/>
          <w:lang w:val="sv-SE"/>
        </w:rPr>
        <w:t>8</w:t>
      </w:r>
      <w:r w:rsidRPr="000767E2">
        <w:rPr>
          <w:lang w:val="sv-SE"/>
        </w:rPr>
        <w:t xml:space="preserve"> {{field-on:bible}}Det </w:t>
      </w:r>
      <w:r w:rsidRPr="000767E2">
        <w:rPr>
          <w:i/>
          <w:lang w:val="sv-SE"/>
        </w:rPr>
        <w:t>vill säga</w:t>
      </w:r>
      <w:r w:rsidRPr="000767E2">
        <w:rPr>
          <w:lang w:val="sv-SE"/>
        </w:rPr>
        <w:t xml:space="preserve">: köttets barn, de </w:t>
      </w:r>
      <w:r w:rsidRPr="000767E2">
        <w:rPr>
          <w:i/>
          <w:lang w:val="sv-SE"/>
        </w:rPr>
        <w:t>är</w:t>
      </w:r>
      <w:r w:rsidRPr="000767E2">
        <w:rPr>
          <w:lang w:val="sv-SE"/>
        </w:rPr>
        <w:t xml:space="preserve"> inte Guds barn, utan löftets barn räknas till säd.{{field-off:bible}} [[@</w:t>
      </w:r>
      <w:r w:rsidR="0096445B" w:rsidRPr="000767E2">
        <w:rPr>
          <w:lang w:val="sv-SE"/>
        </w:rPr>
        <w:t>BibleBIBEL82</w:t>
      </w:r>
      <w:r w:rsidRPr="000767E2">
        <w:rPr>
          <w:lang w:val="sv-SE"/>
        </w:rPr>
        <w:t>:Rom 9:9]]</w:t>
      </w:r>
      <w:r w:rsidRPr="000767E2">
        <w:rPr>
          <w:vertAlign w:val="superscript"/>
          <w:lang w:val="sv-SE"/>
        </w:rPr>
        <w:t>9</w:t>
      </w:r>
      <w:r w:rsidRPr="000767E2">
        <w:rPr>
          <w:lang w:val="sv-SE"/>
        </w:rPr>
        <w:t xml:space="preserve"> {{field-on:bible}}För av ett löfte </w:t>
      </w:r>
      <w:r w:rsidRPr="000767E2">
        <w:rPr>
          <w:i/>
          <w:lang w:val="sv-SE"/>
        </w:rPr>
        <w:t>var</w:t>
      </w:r>
      <w:r w:rsidRPr="000767E2">
        <w:rPr>
          <w:lang w:val="sv-SE"/>
        </w:rPr>
        <w:t xml:space="preserve"> detta ord: Vid denna tid ska jag komma, och Sara ska </w:t>
      </w:r>
      <w:r w:rsidRPr="000767E2">
        <w:rPr>
          <w:i/>
          <w:lang w:val="sv-SE"/>
        </w:rPr>
        <w:t>ha</w:t>
      </w:r>
      <w:r w:rsidRPr="000767E2">
        <w:rPr>
          <w:lang w:val="sv-SE"/>
        </w:rPr>
        <w:t xml:space="preserve"> en son.{{field-off:bible}}</w:t>
      </w:r>
    </w:p>
    <w:p w14:paraId="26FADA78" w14:textId="77777777" w:rsidR="00BA33AB" w:rsidRPr="000767E2" w:rsidRDefault="00000000">
      <w:pPr>
        <w:pStyle w:val="Rubrik3"/>
        <w:rPr>
          <w:lang w:val="sv-SE"/>
        </w:rPr>
      </w:pPr>
      <w:r w:rsidRPr="000767E2">
        <w:rPr>
          <w:lang w:val="sv-SE"/>
        </w:rPr>
        <w:t>Guds rätt att välja</w:t>
      </w:r>
    </w:p>
    <w:p w14:paraId="009BF528" w14:textId="17CC5D50" w:rsidR="00BA33AB" w:rsidRPr="000767E2" w:rsidRDefault="00000000">
      <w:pPr>
        <w:rPr>
          <w:lang w:val="sv-SE"/>
        </w:rPr>
      </w:pPr>
      <w:r w:rsidRPr="000767E2">
        <w:rPr>
          <w:lang w:val="sv-SE"/>
        </w:rPr>
        <w:t>[[@</w:t>
      </w:r>
      <w:r w:rsidR="0096445B" w:rsidRPr="000767E2">
        <w:rPr>
          <w:lang w:val="sv-SE"/>
        </w:rPr>
        <w:t>BibleBIBEL82</w:t>
      </w:r>
      <w:r w:rsidRPr="000767E2">
        <w:rPr>
          <w:lang w:val="sv-SE"/>
        </w:rPr>
        <w:t>:Rom 9:10]]</w:t>
      </w:r>
      <w:r w:rsidRPr="000767E2">
        <w:rPr>
          <w:vertAlign w:val="superscript"/>
          <w:lang w:val="sv-SE"/>
        </w:rPr>
        <w:t>10</w:t>
      </w:r>
      <w:r w:rsidRPr="000767E2">
        <w:rPr>
          <w:lang w:val="sv-SE"/>
        </w:rPr>
        <w:t xml:space="preserve"> {{field-on:bible}}Men inte bara </w:t>
      </w:r>
      <w:r w:rsidRPr="000767E2">
        <w:rPr>
          <w:i/>
          <w:lang w:val="sv-SE"/>
        </w:rPr>
        <w:t>hon</w:t>
      </w:r>
      <w:r w:rsidRPr="000767E2">
        <w:rPr>
          <w:lang w:val="sv-SE"/>
        </w:rPr>
        <w:t xml:space="preserve">, utan även Rebecka som hade säng av en </w:t>
      </w:r>
      <w:r w:rsidRPr="000767E2">
        <w:rPr>
          <w:i/>
          <w:lang w:val="sv-SE"/>
        </w:rPr>
        <w:t>enda</w:t>
      </w:r>
      <w:r w:rsidRPr="000767E2">
        <w:rPr>
          <w:lang w:val="sv-SE"/>
        </w:rPr>
        <w:t xml:space="preserve"> </w:t>
      </w:r>
      <w:r w:rsidRPr="000767E2">
        <w:rPr>
          <w:i/>
          <w:lang w:val="sv-SE"/>
        </w:rPr>
        <w:t>man</w:t>
      </w:r>
      <w:r w:rsidRPr="000767E2">
        <w:rPr>
          <w:lang w:val="sv-SE"/>
        </w:rPr>
        <w:t>, Isaak vår far.{{field-off:bible}} [[@</w:t>
      </w:r>
      <w:r w:rsidR="0096445B" w:rsidRPr="000767E2">
        <w:rPr>
          <w:lang w:val="sv-SE"/>
        </w:rPr>
        <w:t>BibleBIBEL82</w:t>
      </w:r>
      <w:r w:rsidRPr="000767E2">
        <w:rPr>
          <w:lang w:val="sv-SE"/>
        </w:rPr>
        <w:t>:Rom 9:11]]</w:t>
      </w:r>
      <w:r w:rsidRPr="000767E2">
        <w:rPr>
          <w:vertAlign w:val="superscript"/>
          <w:lang w:val="sv-SE"/>
        </w:rPr>
        <w:t>11</w:t>
      </w:r>
      <w:r w:rsidRPr="000767E2">
        <w:rPr>
          <w:lang w:val="sv-SE"/>
        </w:rPr>
        <w:t xml:space="preserve"> {{field-on:bible}}För när de ännu inte var födda eller hade begått något gott eller uselt – för att Guds föresats efter utvaldhet skulle bestå,{{field-off:bible}} [[@</w:t>
      </w:r>
      <w:r w:rsidR="0096445B" w:rsidRPr="000767E2">
        <w:rPr>
          <w:lang w:val="sv-SE"/>
        </w:rPr>
        <w:t>BibleBIBEL82</w:t>
      </w:r>
      <w:r w:rsidRPr="000767E2">
        <w:rPr>
          <w:lang w:val="sv-SE"/>
        </w:rPr>
        <w:t>:Rom 9:12]]</w:t>
      </w:r>
      <w:r w:rsidRPr="000767E2">
        <w:rPr>
          <w:vertAlign w:val="superscript"/>
          <w:lang w:val="sv-SE"/>
        </w:rPr>
        <w:t>12</w:t>
      </w:r>
      <w:r w:rsidRPr="000767E2">
        <w:rPr>
          <w:lang w:val="sv-SE"/>
        </w:rPr>
        <w:t xml:space="preserve"> {{field-on:bible}}inte av gärningar utan av honom som kallar – sades det till henne att: Den större ska fasttjäna den mindre.{{field-off:bible}} [[@</w:t>
      </w:r>
      <w:r w:rsidR="0096445B" w:rsidRPr="000767E2">
        <w:rPr>
          <w:lang w:val="sv-SE"/>
        </w:rPr>
        <w:t>BibleBIBEL82</w:t>
      </w:r>
      <w:r w:rsidRPr="000767E2">
        <w:rPr>
          <w:lang w:val="sv-SE"/>
        </w:rPr>
        <w:t>:Rom 9:13]]</w:t>
      </w:r>
      <w:r w:rsidRPr="000767E2">
        <w:rPr>
          <w:vertAlign w:val="superscript"/>
          <w:lang w:val="sv-SE"/>
        </w:rPr>
        <w:t>13</w:t>
      </w:r>
      <w:r w:rsidRPr="000767E2">
        <w:rPr>
          <w:lang w:val="sv-SE"/>
        </w:rPr>
        <w:t xml:space="preserve"> {{field-on:bible}}Så som det är skrivet: Jakob älskade jag, men Esau hatade jag.{{field-off:bible}}</w:t>
      </w:r>
    </w:p>
    <w:p w14:paraId="7A189E8C" w14:textId="5F0F26FD"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:Rom 9:14]]</w:t>
      </w:r>
      <w:r w:rsidRPr="000767E2">
        <w:rPr>
          <w:vertAlign w:val="superscript"/>
          <w:lang w:val="sv-SE"/>
        </w:rPr>
        <w:t>14</w:t>
      </w:r>
      <w:r w:rsidRPr="000767E2">
        <w:rPr>
          <w:lang w:val="sv-SE"/>
        </w:rPr>
        <w:t xml:space="preserve"> {{field-on:bible}}Vad ska vi då säga? Inte </w:t>
      </w:r>
      <w:r w:rsidRPr="000767E2">
        <w:rPr>
          <w:i/>
          <w:lang w:val="sv-SE"/>
        </w:rPr>
        <w:t>finns</w:t>
      </w:r>
      <w:r w:rsidRPr="000767E2">
        <w:rPr>
          <w:lang w:val="sv-SE"/>
        </w:rPr>
        <w:t xml:space="preserve"> orätt hos Gud? Får inte ske!{{field-off:bible}} [[@</w:t>
      </w:r>
      <w:r w:rsidR="0096445B" w:rsidRPr="000767E2">
        <w:rPr>
          <w:lang w:val="sv-SE"/>
        </w:rPr>
        <w:t>BibleBIBEL82</w:t>
      </w:r>
      <w:r w:rsidRPr="000767E2">
        <w:rPr>
          <w:lang w:val="sv-SE"/>
        </w:rPr>
        <w:t>:Rom 9:15]]</w:t>
      </w:r>
      <w:r w:rsidRPr="000767E2">
        <w:rPr>
          <w:vertAlign w:val="superscript"/>
          <w:lang w:val="sv-SE"/>
        </w:rPr>
        <w:t>15</w:t>
      </w:r>
      <w:r w:rsidRPr="000767E2">
        <w:rPr>
          <w:lang w:val="sv-SE"/>
        </w:rPr>
        <w:t xml:space="preserve"> {{field-on:bible}}För till Mose säger han: Jag ska förbarma mig över den jag förbarmar mig över, och ha medlidande med den jag har medlidande med.{{field-off:bible}} [[@</w:t>
      </w:r>
      <w:r w:rsidR="0096445B" w:rsidRPr="000767E2">
        <w:rPr>
          <w:lang w:val="sv-SE"/>
        </w:rPr>
        <w:t>BibleBIBEL82</w:t>
      </w:r>
      <w:r w:rsidRPr="000767E2">
        <w:rPr>
          <w:lang w:val="sv-SE"/>
        </w:rPr>
        <w:t>:Rom 9:16]]</w:t>
      </w:r>
      <w:r w:rsidRPr="000767E2">
        <w:rPr>
          <w:vertAlign w:val="superscript"/>
          <w:lang w:val="sv-SE"/>
        </w:rPr>
        <w:t>16</w:t>
      </w:r>
      <w:r w:rsidRPr="000767E2">
        <w:rPr>
          <w:lang w:val="sv-SE"/>
        </w:rPr>
        <w:t xml:space="preserve"> {{field-on:bible}}Alltså </w:t>
      </w:r>
      <w:r w:rsidRPr="000767E2">
        <w:rPr>
          <w:i/>
          <w:lang w:val="sv-SE"/>
        </w:rPr>
        <w:t>kommer det</w:t>
      </w:r>
      <w:r w:rsidRPr="000767E2">
        <w:rPr>
          <w:lang w:val="sv-SE"/>
        </w:rPr>
        <w:t xml:space="preserve"> då inte av den som vill eller av den som springer, utan av Gud som förbarmar sig.{{field-off:bible}} [[@</w:t>
      </w:r>
      <w:r w:rsidR="0096445B" w:rsidRPr="000767E2">
        <w:rPr>
          <w:lang w:val="sv-SE"/>
        </w:rPr>
        <w:t>BibleBIBEL82</w:t>
      </w:r>
      <w:r w:rsidRPr="000767E2">
        <w:rPr>
          <w:lang w:val="sv-SE"/>
        </w:rPr>
        <w:t>:Rom 9:17]]</w:t>
      </w:r>
      <w:r w:rsidRPr="000767E2">
        <w:rPr>
          <w:vertAlign w:val="superscript"/>
          <w:lang w:val="sv-SE"/>
        </w:rPr>
        <w:t>17</w:t>
      </w:r>
      <w:r w:rsidRPr="000767E2">
        <w:rPr>
          <w:lang w:val="sv-SE"/>
        </w:rPr>
        <w:t xml:space="preserve"> {{field-on:bible}}För Skriften säger till farao att: För just detta har jag rest upp dig, för att i dig uppvisa min makt, och för att mitt namn ska proklameras över hela jorden.{{field-off:bible}} [[@</w:t>
      </w:r>
      <w:r w:rsidR="0096445B" w:rsidRPr="000767E2">
        <w:rPr>
          <w:lang w:val="sv-SE"/>
        </w:rPr>
        <w:t>BibleBIBEL82</w:t>
      </w:r>
      <w:r w:rsidRPr="000767E2">
        <w:rPr>
          <w:lang w:val="sv-SE"/>
        </w:rPr>
        <w:t>:Rom 9:18]]</w:t>
      </w:r>
      <w:r w:rsidRPr="000767E2">
        <w:rPr>
          <w:vertAlign w:val="superscript"/>
          <w:lang w:val="sv-SE"/>
        </w:rPr>
        <w:t>18</w:t>
      </w:r>
      <w:r w:rsidRPr="000767E2">
        <w:rPr>
          <w:lang w:val="sv-SE"/>
        </w:rPr>
        <w:t xml:space="preserve"> {{field-on:bible}}Alltså då: den han vill förbarmar han sig över, och den han vill förhärdar han.{{field-off:bible}}</w:t>
      </w:r>
    </w:p>
    <w:p w14:paraId="1D8768B5" w14:textId="6D62B267" w:rsidR="00BA33AB" w:rsidRPr="000767E2" w:rsidRDefault="00000000">
      <w:pPr>
        <w:rPr>
          <w:lang w:val="sv-SE"/>
        </w:rPr>
      </w:pPr>
      <w:r w:rsidRPr="000767E2">
        <w:rPr>
          <w:lang w:val="sv-SE"/>
        </w:rPr>
        <w:t>[[@</w:t>
      </w:r>
      <w:r w:rsidR="0096445B" w:rsidRPr="000767E2">
        <w:rPr>
          <w:lang w:val="sv-SE"/>
        </w:rPr>
        <w:t>BibleBIBEL82</w:t>
      </w:r>
      <w:r w:rsidRPr="000767E2">
        <w:rPr>
          <w:lang w:val="sv-SE"/>
        </w:rPr>
        <w:t>:Rom 9:19]]</w:t>
      </w:r>
      <w:r w:rsidRPr="000767E2">
        <w:rPr>
          <w:vertAlign w:val="superscript"/>
          <w:lang w:val="sv-SE"/>
        </w:rPr>
        <w:t>19</w:t>
      </w:r>
      <w:r w:rsidRPr="000767E2">
        <w:rPr>
          <w:lang w:val="sv-SE"/>
        </w:rPr>
        <w:t xml:space="preserve"> {{field-on:bible}}Du säger mig nu: Varför klandrar han [då] fortfarande? För vem har stått emot hans önskan?{{field-off:bible}} [[@</w:t>
      </w:r>
      <w:r w:rsidR="0096445B" w:rsidRPr="000767E2">
        <w:rPr>
          <w:lang w:val="sv-SE"/>
        </w:rPr>
        <w:t>BibleBIBEL82</w:t>
      </w:r>
      <w:r w:rsidRPr="000767E2">
        <w:rPr>
          <w:lang w:val="sv-SE"/>
        </w:rPr>
        <w:t>:Rom 9:20]]</w:t>
      </w:r>
      <w:r w:rsidRPr="000767E2">
        <w:rPr>
          <w:vertAlign w:val="superscript"/>
          <w:lang w:val="sv-SE"/>
        </w:rPr>
        <w:t>20</w:t>
      </w:r>
      <w:r w:rsidRPr="000767E2">
        <w:rPr>
          <w:lang w:val="sv-SE"/>
        </w:rPr>
        <w:t xml:space="preserve"> {{field-on:bible}}O människa, snarare: vem är du som svarar tillbaka till Gud? Inte ska det formade säga till den som har format: Varför gjorde du mig så?{{field-off:bible}} [[@</w:t>
      </w:r>
      <w:r w:rsidR="0096445B" w:rsidRPr="000767E2">
        <w:rPr>
          <w:lang w:val="sv-SE"/>
        </w:rPr>
        <w:t>BibleBIBEL82</w:t>
      </w:r>
      <w:r w:rsidRPr="000767E2">
        <w:rPr>
          <w:lang w:val="sv-SE"/>
        </w:rPr>
        <w:t>:Rom 9:21]]</w:t>
      </w:r>
      <w:r w:rsidRPr="000767E2">
        <w:rPr>
          <w:vertAlign w:val="superscript"/>
          <w:lang w:val="sv-SE"/>
        </w:rPr>
        <w:t>21</w:t>
      </w:r>
      <w:r w:rsidRPr="000767E2">
        <w:rPr>
          <w:lang w:val="sv-SE"/>
        </w:rPr>
        <w:t xml:space="preserve"> {{field-on:bible}}Eller har inte krukmakaren auktoritet över leran, att av samma deg göra det ena kärlet till heder och det </w:t>
      </w:r>
      <w:r w:rsidRPr="000767E2">
        <w:rPr>
          <w:i/>
          <w:lang w:val="sv-SE"/>
        </w:rPr>
        <w:t>andra</w:t>
      </w:r>
      <w:r w:rsidRPr="000767E2">
        <w:rPr>
          <w:lang w:val="sv-SE"/>
        </w:rPr>
        <w:t xml:space="preserve"> till oheder?{{field-off:bible}}</w:t>
      </w:r>
    </w:p>
    <w:p w14:paraId="6EC8B2E8" w14:textId="08862FD1" w:rsidR="00BA33AB" w:rsidRPr="000767E2" w:rsidRDefault="00000000">
      <w:pPr>
        <w:rPr>
          <w:lang w:val="sv-SE"/>
        </w:rPr>
      </w:pPr>
      <w:r w:rsidRPr="000767E2">
        <w:rPr>
          <w:lang w:val="sv-SE"/>
        </w:rPr>
        <w:t>[[@</w:t>
      </w:r>
      <w:r w:rsidR="0096445B" w:rsidRPr="000767E2">
        <w:rPr>
          <w:lang w:val="sv-SE"/>
        </w:rPr>
        <w:t>BibleBIBEL82</w:t>
      </w:r>
      <w:r w:rsidRPr="000767E2">
        <w:rPr>
          <w:lang w:val="sv-SE"/>
        </w:rPr>
        <w:t>:Rom 9:22]]</w:t>
      </w:r>
      <w:r w:rsidRPr="000767E2">
        <w:rPr>
          <w:vertAlign w:val="superscript"/>
          <w:lang w:val="sv-SE"/>
        </w:rPr>
        <w:t>22</w:t>
      </w:r>
      <w:r w:rsidRPr="000767E2">
        <w:rPr>
          <w:lang w:val="sv-SE"/>
        </w:rPr>
        <w:t xml:space="preserve"> {{field-on:bible}}Men </w:t>
      </w:r>
      <w:r w:rsidRPr="000767E2">
        <w:rPr>
          <w:i/>
          <w:lang w:val="sv-SE"/>
        </w:rPr>
        <w:t>tänk</w:t>
      </w:r>
      <w:r w:rsidRPr="000767E2">
        <w:rPr>
          <w:lang w:val="sv-SE"/>
        </w:rPr>
        <w:t xml:space="preserve"> om Gud, som vill uppvisa vreden och kungöra sin makt, med stort tålamod har burit vredens kärl, förfärdigade till fördärv –{{field-off:bible}} [[@</w:t>
      </w:r>
      <w:r w:rsidR="0096445B" w:rsidRPr="000767E2">
        <w:rPr>
          <w:lang w:val="sv-SE"/>
        </w:rPr>
        <w:t>BibleBIBEL82</w:t>
      </w:r>
      <w:r w:rsidRPr="000767E2">
        <w:rPr>
          <w:lang w:val="sv-SE"/>
        </w:rPr>
        <w:t>:Rom 9:23]]</w:t>
      </w:r>
      <w:r w:rsidRPr="000767E2">
        <w:rPr>
          <w:vertAlign w:val="superscript"/>
          <w:lang w:val="sv-SE"/>
        </w:rPr>
        <w:t>23</w:t>
      </w:r>
      <w:r w:rsidRPr="000767E2">
        <w:rPr>
          <w:lang w:val="sv-SE"/>
        </w:rPr>
        <w:t xml:space="preserve"> {{field-on:bible}}också för att kungöra rikedomen i hans härlighet över barmhärtighetens kärl, som han i förväg har berett till härlighet?{{field-off:bible}} [[@</w:t>
      </w:r>
      <w:r w:rsidR="0096445B" w:rsidRPr="000767E2">
        <w:rPr>
          <w:lang w:val="sv-SE"/>
        </w:rPr>
        <w:t>BibleBIBEL82</w:t>
      </w:r>
      <w:r w:rsidRPr="000767E2">
        <w:rPr>
          <w:lang w:val="sv-SE"/>
        </w:rPr>
        <w:t>:Rom 9:24]]</w:t>
      </w:r>
      <w:r w:rsidRPr="000767E2">
        <w:rPr>
          <w:vertAlign w:val="superscript"/>
          <w:lang w:val="sv-SE"/>
        </w:rPr>
        <w:t>24</w:t>
      </w:r>
      <w:r w:rsidRPr="000767E2">
        <w:rPr>
          <w:lang w:val="sv-SE"/>
        </w:rPr>
        <w:t xml:space="preserve"> {{field-on:bible}}</w:t>
      </w:r>
      <w:r w:rsidRPr="000767E2">
        <w:rPr>
          <w:i/>
          <w:lang w:val="sv-SE"/>
        </w:rPr>
        <w:t>Som</w:t>
      </w:r>
      <w:r w:rsidRPr="000767E2">
        <w:rPr>
          <w:lang w:val="sv-SE"/>
        </w:rPr>
        <w:t xml:space="preserve"> dessa har han också kallat oss, inte bara från judar utan också från folkslag,{{field-off:bible}} [[@</w:t>
      </w:r>
      <w:r w:rsidR="0096445B" w:rsidRPr="000767E2">
        <w:rPr>
          <w:lang w:val="sv-SE"/>
        </w:rPr>
        <w:t>BibleBIBEL82</w:t>
      </w:r>
      <w:r w:rsidRPr="000767E2">
        <w:rPr>
          <w:lang w:val="sv-SE"/>
        </w:rPr>
        <w:t>:Rom 9:25]]</w:t>
      </w:r>
      <w:r w:rsidRPr="000767E2">
        <w:rPr>
          <w:vertAlign w:val="superscript"/>
          <w:lang w:val="sv-SE"/>
        </w:rPr>
        <w:t>25</w:t>
      </w:r>
      <w:r w:rsidRPr="000767E2">
        <w:rPr>
          <w:lang w:val="sv-SE"/>
        </w:rPr>
        <w:t xml:space="preserve"> {{field-on:bible}}som han också i Hosea säger:{{field-off:bible}}</w:t>
      </w:r>
    </w:p>
    <w:p w14:paraId="24844F3E" w14:textId="551FA203" w:rsidR="00BA33AB" w:rsidRPr="000767E2" w:rsidRDefault="00000000">
      <w:pPr>
        <w:rPr>
          <w:lang w:val="sv-SE"/>
        </w:rPr>
      </w:pPr>
      <w:r w:rsidRPr="000767E2">
        <w:rPr>
          <w:lang w:val="sv-SE"/>
        </w:rPr>
        <w:t xml:space="preserve">{{field-on:bible}}Jag ska kalla det </w:t>
      </w:r>
      <w:r w:rsidRPr="000767E2">
        <w:rPr>
          <w:i/>
          <w:lang w:val="sv-SE"/>
        </w:rPr>
        <w:t>som</w:t>
      </w:r>
      <w:r w:rsidRPr="000767E2">
        <w:rPr>
          <w:lang w:val="sv-SE"/>
        </w:rPr>
        <w:t xml:space="preserve"> inte </w:t>
      </w:r>
      <w:r w:rsidRPr="000767E2">
        <w:rPr>
          <w:i/>
          <w:lang w:val="sv-SE"/>
        </w:rPr>
        <w:t>var</w:t>
      </w:r>
      <w:r w:rsidRPr="000767E2">
        <w:rPr>
          <w:lang w:val="sv-SE"/>
        </w:rPr>
        <w:t xml:space="preserve"> mitt folk ”mitt folk”,</w:t>
      </w:r>
      <w:r w:rsidRPr="000767E2">
        <w:rPr>
          <w:lang w:val="sv-SE"/>
        </w:rPr>
        <w:br/>
        <w:t>och den oälskade ”älskad”.{{field-off:bible}}</w:t>
      </w:r>
      <w:r w:rsidRPr="000767E2">
        <w:rPr>
          <w:lang w:val="sv-SE"/>
        </w:rPr>
        <w:br/>
        <w:t>[[@</w:t>
      </w:r>
      <w:r w:rsidR="0096445B" w:rsidRPr="000767E2">
        <w:rPr>
          <w:lang w:val="sv-SE"/>
        </w:rPr>
        <w:t>BibleBIBEL82</w:t>
      </w:r>
      <w:r w:rsidRPr="000767E2">
        <w:rPr>
          <w:lang w:val="sv-SE"/>
        </w:rPr>
        <w:t>:Rom 9:26]]</w:t>
      </w:r>
      <w:r w:rsidRPr="000767E2">
        <w:rPr>
          <w:vertAlign w:val="superscript"/>
          <w:lang w:val="sv-SE"/>
        </w:rPr>
        <w:t>26</w:t>
      </w:r>
      <w:r w:rsidRPr="000767E2">
        <w:rPr>
          <w:lang w:val="sv-SE"/>
        </w:rPr>
        <w:t xml:space="preserve"> {{field-on:bible}}Och det ska ske på platsen där det sades till dem:</w:t>
      </w:r>
      <w:r w:rsidRPr="000767E2">
        <w:rPr>
          <w:lang w:val="sv-SE"/>
        </w:rPr>
        <w:br/>
        <w:t xml:space="preserve">Ni </w:t>
      </w:r>
      <w:r w:rsidRPr="000767E2">
        <w:rPr>
          <w:i/>
          <w:lang w:val="sv-SE"/>
        </w:rPr>
        <w:t>är</w:t>
      </w:r>
      <w:r w:rsidRPr="000767E2">
        <w:rPr>
          <w:lang w:val="sv-SE"/>
        </w:rPr>
        <w:t xml:space="preserve"> inte mitt folk,</w:t>
      </w:r>
      <w:r w:rsidRPr="000767E2">
        <w:rPr>
          <w:lang w:val="sv-SE"/>
        </w:rPr>
        <w:br/>
        <w:t>där ska de kallas söner till levande Gud.{{field-off:bible}}</w:t>
      </w:r>
    </w:p>
    <w:p w14:paraId="02E0B2CD" w14:textId="790A8F9E" w:rsidR="00BA33AB" w:rsidRPr="000767E2" w:rsidRDefault="00000000">
      <w:pPr>
        <w:rPr>
          <w:lang w:val="sv-SE"/>
        </w:rPr>
      </w:pPr>
      <w:r w:rsidRPr="000767E2">
        <w:rPr>
          <w:lang w:val="sv-SE"/>
        </w:rPr>
        <w:t>[[@</w:t>
      </w:r>
      <w:r w:rsidR="0096445B" w:rsidRPr="000767E2">
        <w:rPr>
          <w:lang w:val="sv-SE"/>
        </w:rPr>
        <w:t>BibleBIBEL82</w:t>
      </w:r>
      <w:r w:rsidRPr="000767E2">
        <w:rPr>
          <w:lang w:val="sv-SE"/>
        </w:rPr>
        <w:t>:Rom 9:27]]</w:t>
      </w:r>
      <w:r w:rsidRPr="000767E2">
        <w:rPr>
          <w:vertAlign w:val="superscript"/>
          <w:lang w:val="sv-SE"/>
        </w:rPr>
        <w:t>27</w:t>
      </w:r>
      <w:r w:rsidRPr="000767E2">
        <w:rPr>
          <w:lang w:val="sv-SE"/>
        </w:rPr>
        <w:t xml:space="preserve"> {{field-on:bible}}Och Esaias ropar över Israel:{{field-off:bible}}</w:t>
      </w:r>
    </w:p>
    <w:p w14:paraId="01381B92" w14:textId="6ED127F7" w:rsidR="00BA33AB" w:rsidRPr="000767E2" w:rsidRDefault="00000000">
      <w:pPr>
        <w:rPr>
          <w:lang w:val="sv-SE"/>
        </w:rPr>
      </w:pPr>
      <w:r w:rsidRPr="000767E2">
        <w:rPr>
          <w:lang w:val="sv-SE"/>
        </w:rPr>
        <w:t xml:space="preserve">{{field-on:bible}}Om </w:t>
      </w:r>
      <w:r w:rsidRPr="000767E2">
        <w:rPr>
          <w:i/>
          <w:lang w:val="sv-SE"/>
        </w:rPr>
        <w:t>än</w:t>
      </w:r>
      <w:r w:rsidRPr="000767E2">
        <w:rPr>
          <w:lang w:val="sv-SE"/>
        </w:rPr>
        <w:t xml:space="preserve"> antalet av Israels söner </w:t>
      </w:r>
      <w:r w:rsidRPr="000767E2">
        <w:rPr>
          <w:i/>
          <w:lang w:val="sv-SE"/>
        </w:rPr>
        <w:t>är</w:t>
      </w:r>
      <w:r w:rsidRPr="000767E2">
        <w:rPr>
          <w:lang w:val="sv-SE"/>
        </w:rPr>
        <w:t xml:space="preserve"> som havets sand,</w:t>
      </w:r>
      <w:r w:rsidRPr="000767E2">
        <w:rPr>
          <w:lang w:val="sv-SE"/>
        </w:rPr>
        <w:br/>
        <w:t xml:space="preserve">ska </w:t>
      </w:r>
      <w:r w:rsidRPr="000767E2">
        <w:rPr>
          <w:i/>
          <w:lang w:val="sv-SE"/>
        </w:rPr>
        <w:t>bara</w:t>
      </w:r>
      <w:r w:rsidRPr="000767E2">
        <w:rPr>
          <w:lang w:val="sv-SE"/>
        </w:rPr>
        <w:t xml:space="preserve"> efterlämningen bli frälst.{{field-off:bible}}</w:t>
      </w:r>
      <w:r w:rsidRPr="000767E2">
        <w:rPr>
          <w:lang w:val="sv-SE"/>
        </w:rPr>
        <w:br/>
        <w:t>[[@</w:t>
      </w:r>
      <w:r w:rsidR="0096445B" w:rsidRPr="000767E2">
        <w:rPr>
          <w:lang w:val="sv-SE"/>
        </w:rPr>
        <w:t>BibleBIBEL82</w:t>
      </w:r>
      <w:r w:rsidRPr="000767E2">
        <w:rPr>
          <w:lang w:val="sv-SE"/>
        </w:rPr>
        <w:t>:Rom 9:28]]</w:t>
      </w:r>
      <w:r w:rsidRPr="000767E2">
        <w:rPr>
          <w:vertAlign w:val="superscript"/>
          <w:lang w:val="sv-SE"/>
        </w:rPr>
        <w:t>28</w:t>
      </w:r>
      <w:r w:rsidRPr="000767E2">
        <w:rPr>
          <w:lang w:val="sv-SE"/>
        </w:rPr>
        <w:t xml:space="preserve"> {{field-on:bible}}För en fullbordande och korthuggande räkenskap</w:t>
      </w:r>
      <w:r w:rsidRPr="000767E2">
        <w:rPr>
          <w:lang w:val="sv-SE"/>
        </w:rPr>
        <w:br/>
        <w:t>ska Herren göra på jorden.{{field-off:bible}}</w:t>
      </w:r>
    </w:p>
    <w:p w14:paraId="60867340" w14:textId="69162F17" w:rsidR="00BA33AB" w:rsidRPr="000767E2" w:rsidRDefault="00000000">
      <w:pPr>
        <w:rPr>
          <w:lang w:val="sv-SE"/>
        </w:rPr>
      </w:pPr>
      <w:r w:rsidRPr="000767E2">
        <w:rPr>
          <w:lang w:val="sv-SE"/>
        </w:rPr>
        <w:t>[[@</w:t>
      </w:r>
      <w:r w:rsidR="0096445B" w:rsidRPr="000767E2">
        <w:rPr>
          <w:lang w:val="sv-SE"/>
        </w:rPr>
        <w:t>BibleBIBEL82</w:t>
      </w:r>
      <w:r w:rsidRPr="000767E2">
        <w:rPr>
          <w:lang w:val="sv-SE"/>
        </w:rPr>
        <w:t>:Rom 9:29]]</w:t>
      </w:r>
      <w:r w:rsidRPr="000767E2">
        <w:rPr>
          <w:vertAlign w:val="superscript"/>
          <w:lang w:val="sv-SE"/>
        </w:rPr>
        <w:t>29</w:t>
      </w:r>
      <w:r w:rsidRPr="000767E2">
        <w:rPr>
          <w:lang w:val="sv-SE"/>
        </w:rPr>
        <w:t xml:space="preserve"> {{field-on:bible}}Och så som Esaias förut har sagt:{{field-off:bible}}</w:t>
      </w:r>
    </w:p>
    <w:p w14:paraId="21004C77" w14:textId="77777777" w:rsidR="00BA33AB" w:rsidRPr="000767E2" w:rsidRDefault="00000000">
      <w:pPr>
        <w:rPr>
          <w:lang w:val="sv-SE"/>
        </w:rPr>
      </w:pPr>
      <w:r w:rsidRPr="000767E2">
        <w:rPr>
          <w:lang w:val="sv-SE"/>
        </w:rPr>
        <w:lastRenderedPageBreak/>
        <w:t>{{field-on:bible}}Om inte Herren Sabaoth hade kvarlämnat åt oss säd –</w:t>
      </w:r>
      <w:r w:rsidRPr="000767E2">
        <w:rPr>
          <w:lang w:val="sv-SE"/>
        </w:rPr>
        <w:br/>
        <w:t>som Sodom hade vi blivit,</w:t>
      </w:r>
      <w:r w:rsidRPr="000767E2">
        <w:rPr>
          <w:lang w:val="sv-SE"/>
        </w:rPr>
        <w:br/>
        <w:t>och som Gomorra hade vi blivit lika.{{field-off:bible}}</w:t>
      </w:r>
    </w:p>
    <w:p w14:paraId="23823F62" w14:textId="77777777" w:rsidR="00BA33AB" w:rsidRPr="000767E2" w:rsidRDefault="00000000">
      <w:pPr>
        <w:pStyle w:val="Rubrik3"/>
        <w:rPr>
          <w:lang w:val="sv-SE"/>
        </w:rPr>
      </w:pPr>
      <w:r w:rsidRPr="000767E2">
        <w:rPr>
          <w:lang w:val="sv-SE"/>
        </w:rPr>
        <w:t>Israels egenrättfärdighet</w:t>
      </w:r>
    </w:p>
    <w:p w14:paraId="56C65762" w14:textId="5975AED3" w:rsidR="00BA33AB" w:rsidRPr="000767E2" w:rsidRDefault="00000000">
      <w:pPr>
        <w:rPr>
          <w:lang w:val="sv-SE"/>
        </w:rPr>
      </w:pPr>
      <w:r w:rsidRPr="000767E2">
        <w:rPr>
          <w:lang w:val="sv-SE"/>
        </w:rPr>
        <w:t>[[@</w:t>
      </w:r>
      <w:r w:rsidR="0096445B" w:rsidRPr="000767E2">
        <w:rPr>
          <w:lang w:val="sv-SE"/>
        </w:rPr>
        <w:t>BibleBIBEL82</w:t>
      </w:r>
      <w:r w:rsidRPr="000767E2">
        <w:rPr>
          <w:lang w:val="sv-SE"/>
        </w:rPr>
        <w:t>:Rom 9:30]]</w:t>
      </w:r>
      <w:r w:rsidRPr="000767E2">
        <w:rPr>
          <w:vertAlign w:val="superscript"/>
          <w:lang w:val="sv-SE"/>
        </w:rPr>
        <w:t>30</w:t>
      </w:r>
      <w:r w:rsidRPr="000767E2">
        <w:rPr>
          <w:lang w:val="sv-SE"/>
        </w:rPr>
        <w:t xml:space="preserve"> {{field-on:bible}}Vad ska vi då säga? Att folkslag som inte jagar efter rättfärdighet har gripit rättfärdighet, men en rättfärdighet av tro.{{field-off:bible}} [[@</w:t>
      </w:r>
      <w:r w:rsidR="0096445B" w:rsidRPr="000767E2">
        <w:rPr>
          <w:lang w:val="sv-SE"/>
        </w:rPr>
        <w:t>BibleBIBEL82</w:t>
      </w:r>
      <w:r w:rsidRPr="000767E2">
        <w:rPr>
          <w:lang w:val="sv-SE"/>
        </w:rPr>
        <w:t>:Rom 9:31]]</w:t>
      </w:r>
      <w:r w:rsidRPr="000767E2">
        <w:rPr>
          <w:vertAlign w:val="superscript"/>
          <w:lang w:val="sv-SE"/>
        </w:rPr>
        <w:t>31</w:t>
      </w:r>
      <w:r w:rsidRPr="000767E2">
        <w:rPr>
          <w:lang w:val="sv-SE"/>
        </w:rPr>
        <w:t xml:space="preserve"> {{field-on:bible}}Men Israel, som jagar efter en lag av rättfärdighet, har inte till lag nått fram.{{field-off:bible}} [[@</w:t>
      </w:r>
      <w:r w:rsidR="0096445B" w:rsidRPr="000767E2">
        <w:rPr>
          <w:lang w:val="sv-SE"/>
        </w:rPr>
        <w:t>BibleBIBEL82</w:t>
      </w:r>
      <w:r w:rsidRPr="000767E2">
        <w:rPr>
          <w:lang w:val="sv-SE"/>
        </w:rPr>
        <w:t>:Rom 9:32]]</w:t>
      </w:r>
      <w:r w:rsidRPr="000767E2">
        <w:rPr>
          <w:vertAlign w:val="superscript"/>
          <w:lang w:val="sv-SE"/>
        </w:rPr>
        <w:t>32</w:t>
      </w:r>
      <w:r w:rsidRPr="000767E2">
        <w:rPr>
          <w:lang w:val="sv-SE"/>
        </w:rPr>
        <w:t xml:space="preserve"> {{field-on:bible}}Varför? Eftersom </w:t>
      </w:r>
      <w:r w:rsidRPr="000767E2">
        <w:rPr>
          <w:i/>
          <w:lang w:val="sv-SE"/>
        </w:rPr>
        <w:t>det</w:t>
      </w:r>
      <w:r w:rsidRPr="000767E2">
        <w:rPr>
          <w:lang w:val="sv-SE"/>
        </w:rPr>
        <w:t xml:space="preserve"> inte </w:t>
      </w:r>
      <w:r w:rsidRPr="000767E2">
        <w:rPr>
          <w:i/>
          <w:lang w:val="sv-SE"/>
        </w:rPr>
        <w:t>var</w:t>
      </w:r>
      <w:r w:rsidRPr="000767E2">
        <w:rPr>
          <w:lang w:val="sv-SE"/>
        </w:rPr>
        <w:t xml:space="preserve"> av tro, utan som av gärningar. De stötte emot stötestenen,{{field-off:bible}} [[@</w:t>
      </w:r>
      <w:r w:rsidR="0096445B" w:rsidRPr="000767E2">
        <w:rPr>
          <w:lang w:val="sv-SE"/>
        </w:rPr>
        <w:t>BibleBIBEL82</w:t>
      </w:r>
      <w:r w:rsidRPr="000767E2">
        <w:rPr>
          <w:lang w:val="sv-SE"/>
        </w:rPr>
        <w:t>:Rom 9:33]]</w:t>
      </w:r>
      <w:r w:rsidRPr="000767E2">
        <w:rPr>
          <w:vertAlign w:val="superscript"/>
          <w:lang w:val="sv-SE"/>
        </w:rPr>
        <w:t>33</w:t>
      </w:r>
      <w:r w:rsidRPr="000767E2">
        <w:rPr>
          <w:lang w:val="sv-SE"/>
        </w:rPr>
        <w:t xml:space="preserve"> {{field-on:bible}}så som det är skrivet:{{field-off:bible}}</w:t>
      </w:r>
    </w:p>
    <w:p w14:paraId="12134111" w14:textId="77777777" w:rsidR="00BA33AB" w:rsidRPr="000767E2" w:rsidRDefault="00000000">
      <w:pPr>
        <w:rPr>
          <w:lang w:val="sv-SE"/>
        </w:rPr>
      </w:pPr>
      <w:r w:rsidRPr="000767E2">
        <w:rPr>
          <w:lang w:val="sv-SE"/>
        </w:rPr>
        <w:t>{{field-on:bible}}Se, jag lägger i Sion en stötesten och en skandalklippa.</w:t>
      </w:r>
      <w:r w:rsidRPr="000767E2">
        <w:rPr>
          <w:lang w:val="sv-SE"/>
        </w:rPr>
        <w:br/>
        <w:t xml:space="preserve">Och den som tror på den ska inte </w:t>
      </w:r>
      <w:r w:rsidRPr="000767E2">
        <w:rPr>
          <w:i/>
          <w:lang w:val="sv-SE"/>
        </w:rPr>
        <w:t>behöva</w:t>
      </w:r>
      <w:r w:rsidRPr="000767E2">
        <w:rPr>
          <w:lang w:val="sv-SE"/>
        </w:rPr>
        <w:t xml:space="preserve"> skämmas.{{field-off:bible}}</w:t>
      </w:r>
    </w:p>
    <w:p w14:paraId="07B3E353" w14:textId="04ADEC8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10]]Kapitel 10</w:t>
      </w:r>
    </w:p>
    <w:p w14:paraId="1B2498D5" w14:textId="3D1F2996" w:rsidR="00BA33AB" w:rsidRPr="000767E2" w:rsidRDefault="00000000">
      <w:pPr>
        <w:rPr>
          <w:lang w:val="sv-SE"/>
        </w:rPr>
      </w:pPr>
      <w:r w:rsidRPr="000767E2">
        <w:rPr>
          <w:lang w:val="sv-SE"/>
        </w:rPr>
        <w:t>[[@</w:t>
      </w:r>
      <w:r w:rsidR="0096445B" w:rsidRPr="000767E2">
        <w:rPr>
          <w:lang w:val="sv-SE"/>
        </w:rPr>
        <w:t>BibleBIBEL82</w:t>
      </w:r>
      <w:r w:rsidRPr="000767E2">
        <w:rPr>
          <w:lang w:val="sv-SE"/>
        </w:rPr>
        <w:t>:Rom 10:1]]</w:t>
      </w:r>
      <w:r w:rsidRPr="000767E2">
        <w:rPr>
          <w:vertAlign w:val="superscript"/>
          <w:lang w:val="sv-SE"/>
        </w:rPr>
        <w:t>1</w:t>
      </w:r>
      <w:r w:rsidRPr="000767E2">
        <w:rPr>
          <w:lang w:val="sv-SE"/>
        </w:rPr>
        <w:t xml:space="preserve"> {{field-on:bible}}Syskon, mitt hjärtas goda vilja och vädjan till Gud för dem </w:t>
      </w:r>
      <w:r w:rsidRPr="000767E2">
        <w:rPr>
          <w:i/>
          <w:lang w:val="sv-SE"/>
        </w:rPr>
        <w:t>är</w:t>
      </w:r>
      <w:r w:rsidRPr="000767E2">
        <w:rPr>
          <w:lang w:val="sv-SE"/>
        </w:rPr>
        <w:t xml:space="preserve"> till frälsning.{{field-off:bible}} [[@</w:t>
      </w:r>
      <w:r w:rsidR="0096445B" w:rsidRPr="000767E2">
        <w:rPr>
          <w:lang w:val="sv-SE"/>
        </w:rPr>
        <w:t>BibleBIBEL82</w:t>
      </w:r>
      <w:r w:rsidRPr="000767E2">
        <w:rPr>
          <w:lang w:val="sv-SE"/>
        </w:rPr>
        <w:t>:Rom 10:2]]</w:t>
      </w:r>
      <w:r w:rsidRPr="000767E2">
        <w:rPr>
          <w:vertAlign w:val="superscript"/>
          <w:lang w:val="sv-SE"/>
        </w:rPr>
        <w:t>2</w:t>
      </w:r>
      <w:r w:rsidRPr="000767E2">
        <w:rPr>
          <w:lang w:val="sv-SE"/>
        </w:rPr>
        <w:t xml:space="preserve"> {{field-on:bible}}För jag vittnar om dem att ett nit för Gud har de, men inte med insikt.{{field-off:bible}} [[@</w:t>
      </w:r>
      <w:r w:rsidR="0096445B" w:rsidRPr="000767E2">
        <w:rPr>
          <w:lang w:val="sv-SE"/>
        </w:rPr>
        <w:t>BibleBIBEL82</w:t>
      </w:r>
      <w:r w:rsidRPr="000767E2">
        <w:rPr>
          <w:lang w:val="sv-SE"/>
        </w:rPr>
        <w:t>:Rom 10:3]]</w:t>
      </w:r>
      <w:r w:rsidRPr="000767E2">
        <w:rPr>
          <w:vertAlign w:val="superscript"/>
          <w:lang w:val="sv-SE"/>
        </w:rPr>
        <w:t>3</w:t>
      </w:r>
      <w:r w:rsidRPr="000767E2">
        <w:rPr>
          <w:lang w:val="sv-SE"/>
        </w:rPr>
        <w:t xml:space="preserve"> {{field-on:bible}}För de förstår inte Guds rättfärdighet och söker upprätthålla </w:t>
      </w:r>
      <w:r w:rsidRPr="000767E2">
        <w:rPr>
          <w:i/>
          <w:lang w:val="sv-SE"/>
        </w:rPr>
        <w:t>sin</w:t>
      </w:r>
      <w:r w:rsidRPr="000767E2">
        <w:rPr>
          <w:lang w:val="sv-SE"/>
        </w:rPr>
        <w:t xml:space="preserve"> egen [rättfärdighet], </w:t>
      </w:r>
      <w:r w:rsidRPr="000767E2">
        <w:rPr>
          <w:i/>
          <w:lang w:val="sv-SE"/>
        </w:rPr>
        <w:t>men</w:t>
      </w:r>
      <w:r w:rsidRPr="000767E2">
        <w:rPr>
          <w:lang w:val="sv-SE"/>
        </w:rPr>
        <w:t xml:space="preserve"> Guds rättfärdighet har de inte underordnat sig.{{field-off:bible}}</w:t>
      </w:r>
    </w:p>
    <w:p w14:paraId="6607E743" w14:textId="70BEE4CD" w:rsidR="00BA33AB" w:rsidRPr="000767E2" w:rsidRDefault="00000000">
      <w:pPr>
        <w:rPr>
          <w:lang w:val="sv-SE"/>
        </w:rPr>
      </w:pPr>
      <w:r w:rsidRPr="000767E2">
        <w:rPr>
          <w:lang w:val="sv-SE"/>
        </w:rPr>
        <w:t>[[@</w:t>
      </w:r>
      <w:r w:rsidR="0096445B" w:rsidRPr="000767E2">
        <w:rPr>
          <w:lang w:val="sv-SE"/>
        </w:rPr>
        <w:t>BibleBIBEL82</w:t>
      </w:r>
      <w:r w:rsidRPr="000767E2">
        <w:rPr>
          <w:lang w:val="sv-SE"/>
        </w:rPr>
        <w:t>:Rom 10:4]]</w:t>
      </w:r>
      <w:r w:rsidRPr="000767E2">
        <w:rPr>
          <w:vertAlign w:val="superscript"/>
          <w:lang w:val="sv-SE"/>
        </w:rPr>
        <w:t>4</w:t>
      </w:r>
      <w:r w:rsidRPr="000767E2">
        <w:rPr>
          <w:lang w:val="sv-SE"/>
        </w:rPr>
        <w:t xml:space="preserve"> {{field-on:bible}}För lagens mål </w:t>
      </w:r>
      <w:r w:rsidRPr="000767E2">
        <w:rPr>
          <w:i/>
          <w:lang w:val="sv-SE"/>
        </w:rPr>
        <w:t>är</w:t>
      </w:r>
      <w:r w:rsidRPr="000767E2">
        <w:rPr>
          <w:lang w:val="sv-SE"/>
        </w:rPr>
        <w:t xml:space="preserve"> Kristus, till rättfärdighet för var och en som tror.{{field-off:bible}} [[@</w:t>
      </w:r>
      <w:r w:rsidR="0096445B" w:rsidRPr="000767E2">
        <w:rPr>
          <w:lang w:val="sv-SE"/>
        </w:rPr>
        <w:t>BibleBIBEL82</w:t>
      </w:r>
      <w:r w:rsidRPr="000767E2">
        <w:rPr>
          <w:lang w:val="sv-SE"/>
        </w:rPr>
        <w:t>:Rom 10:5]]</w:t>
      </w:r>
      <w:r w:rsidRPr="000767E2">
        <w:rPr>
          <w:vertAlign w:val="superscript"/>
          <w:lang w:val="sv-SE"/>
        </w:rPr>
        <w:t>5</w:t>
      </w:r>
      <w:r w:rsidRPr="000767E2">
        <w:rPr>
          <w:lang w:val="sv-SE"/>
        </w:rPr>
        <w:t xml:space="preserve"> {{field-on:bible}}För Mose skriver </w:t>
      </w:r>
      <w:r w:rsidRPr="000767E2">
        <w:rPr>
          <w:i/>
          <w:lang w:val="sv-SE"/>
        </w:rPr>
        <w:t>om</w:t>
      </w:r>
      <w:r w:rsidRPr="000767E2">
        <w:rPr>
          <w:lang w:val="sv-SE"/>
        </w:rPr>
        <w:t xml:space="preserve"> rättfärdigheten av lagen att: Den människa som gör dem ska leva genom dem.{{field-off:bible}} [[@</w:t>
      </w:r>
      <w:r w:rsidR="0096445B" w:rsidRPr="000767E2">
        <w:rPr>
          <w:lang w:val="sv-SE"/>
        </w:rPr>
        <w:t>BibleBIBEL82</w:t>
      </w:r>
      <w:r w:rsidRPr="000767E2">
        <w:rPr>
          <w:lang w:val="sv-SE"/>
        </w:rPr>
        <w:t>:Rom 10:6]]</w:t>
      </w:r>
      <w:r w:rsidRPr="000767E2">
        <w:rPr>
          <w:vertAlign w:val="superscript"/>
          <w:lang w:val="sv-SE"/>
        </w:rPr>
        <w:t>6</w:t>
      </w:r>
      <w:r w:rsidRPr="000767E2">
        <w:rPr>
          <w:lang w:val="sv-SE"/>
        </w:rPr>
        <w:t xml:space="preserve"> {{field-on:bible}}Men rättfärdigheten av tron säger så: Säg inte i ditt hjärta: Vem ska stiga upp till himlen?, det </w:t>
      </w:r>
      <w:r w:rsidRPr="000767E2">
        <w:rPr>
          <w:i/>
          <w:lang w:val="sv-SE"/>
        </w:rPr>
        <w:t>vill säga</w:t>
      </w:r>
      <w:r w:rsidRPr="000767E2">
        <w:rPr>
          <w:lang w:val="sv-SE"/>
        </w:rPr>
        <w:t xml:space="preserve"> </w:t>
      </w:r>
      <w:r w:rsidRPr="000767E2">
        <w:rPr>
          <w:i/>
          <w:lang w:val="sv-SE"/>
        </w:rPr>
        <w:t>för</w:t>
      </w:r>
      <w:r w:rsidRPr="000767E2">
        <w:rPr>
          <w:lang w:val="sv-SE"/>
        </w:rPr>
        <w:t xml:space="preserve"> att föra ner Kristus,{{field-off:bible}} [[@</w:t>
      </w:r>
      <w:r w:rsidR="0096445B" w:rsidRPr="000767E2">
        <w:rPr>
          <w:lang w:val="sv-SE"/>
        </w:rPr>
        <w:t>BibleBIBEL82</w:t>
      </w:r>
      <w:r w:rsidRPr="000767E2">
        <w:rPr>
          <w:lang w:val="sv-SE"/>
        </w:rPr>
        <w:t>:Rom 10:7]]</w:t>
      </w:r>
      <w:r w:rsidRPr="000767E2">
        <w:rPr>
          <w:vertAlign w:val="superscript"/>
          <w:lang w:val="sv-SE"/>
        </w:rPr>
        <w:t>7</w:t>
      </w:r>
      <w:r w:rsidRPr="000767E2">
        <w:rPr>
          <w:lang w:val="sv-SE"/>
        </w:rPr>
        <w:t xml:space="preserve"> {{field-on:bible}}eller: Vem ska stiga ner i avgrunden?, det </w:t>
      </w:r>
      <w:r w:rsidRPr="000767E2">
        <w:rPr>
          <w:i/>
          <w:lang w:val="sv-SE"/>
        </w:rPr>
        <w:t>vill säga</w:t>
      </w:r>
      <w:r w:rsidRPr="000767E2">
        <w:rPr>
          <w:lang w:val="sv-SE"/>
        </w:rPr>
        <w:t xml:space="preserve"> </w:t>
      </w:r>
      <w:r w:rsidRPr="000767E2">
        <w:rPr>
          <w:i/>
          <w:lang w:val="sv-SE"/>
        </w:rPr>
        <w:t>för</w:t>
      </w:r>
      <w:r w:rsidRPr="000767E2">
        <w:rPr>
          <w:lang w:val="sv-SE"/>
        </w:rPr>
        <w:t xml:space="preserve"> att föra upp Kristus från </w:t>
      </w:r>
      <w:r w:rsidRPr="000767E2">
        <w:rPr>
          <w:i/>
          <w:lang w:val="sv-SE"/>
        </w:rPr>
        <w:t>de</w:t>
      </w:r>
      <w:r w:rsidRPr="000767E2">
        <w:rPr>
          <w:lang w:val="sv-SE"/>
        </w:rPr>
        <w:t xml:space="preserve"> döda.{{field-off:bible}}</w:t>
      </w:r>
    </w:p>
    <w:p w14:paraId="583FE4E8" w14:textId="70913B92" w:rsidR="00BA33AB" w:rsidRPr="000767E2" w:rsidRDefault="00000000">
      <w:pPr>
        <w:rPr>
          <w:lang w:val="sv-SE"/>
        </w:rPr>
      </w:pPr>
      <w:r w:rsidRPr="000767E2">
        <w:rPr>
          <w:lang w:val="sv-SE"/>
        </w:rPr>
        <w:t>[[@</w:t>
      </w:r>
      <w:r w:rsidR="0096445B" w:rsidRPr="000767E2">
        <w:rPr>
          <w:lang w:val="sv-SE"/>
        </w:rPr>
        <w:t>BibleBIBEL82</w:t>
      </w:r>
      <w:r w:rsidRPr="000767E2">
        <w:rPr>
          <w:lang w:val="sv-SE"/>
        </w:rPr>
        <w:t>:Rom 10:8]]</w:t>
      </w:r>
      <w:r w:rsidRPr="000767E2">
        <w:rPr>
          <w:vertAlign w:val="superscript"/>
          <w:lang w:val="sv-SE"/>
        </w:rPr>
        <w:t>8</w:t>
      </w:r>
      <w:r w:rsidRPr="000767E2">
        <w:rPr>
          <w:lang w:val="sv-SE"/>
        </w:rPr>
        <w:t xml:space="preserve"> {{field-on:bible}}Utan vad säger den? Nära dig är ordet, i din mun och i ditt hjärta, det </w:t>
      </w:r>
      <w:r w:rsidRPr="000767E2">
        <w:rPr>
          <w:i/>
          <w:lang w:val="sv-SE"/>
        </w:rPr>
        <w:t>vill säga</w:t>
      </w:r>
      <w:r w:rsidRPr="000767E2">
        <w:rPr>
          <w:lang w:val="sv-SE"/>
        </w:rPr>
        <w:t xml:space="preserve"> trons ord som vi förkunnar.{{field-off:bible}} [[@</w:t>
      </w:r>
      <w:r w:rsidR="0096445B" w:rsidRPr="000767E2">
        <w:rPr>
          <w:lang w:val="sv-SE"/>
        </w:rPr>
        <w:t>BibleBIBEL82</w:t>
      </w:r>
      <w:r w:rsidRPr="000767E2">
        <w:rPr>
          <w:lang w:val="sv-SE"/>
        </w:rPr>
        <w:t>:Rom 10:9]]</w:t>
      </w:r>
      <w:r w:rsidRPr="000767E2">
        <w:rPr>
          <w:vertAlign w:val="superscript"/>
          <w:lang w:val="sv-SE"/>
        </w:rPr>
        <w:t>9</w:t>
      </w:r>
      <w:r w:rsidRPr="000767E2">
        <w:rPr>
          <w:lang w:val="sv-SE"/>
        </w:rPr>
        <w:t xml:space="preserve"> {{field-on:bible}}För om du bekänner med din mun Jesus </w:t>
      </w:r>
      <w:r w:rsidRPr="000767E2">
        <w:rPr>
          <w:i/>
          <w:lang w:val="sv-SE"/>
        </w:rPr>
        <w:t>som</w:t>
      </w:r>
      <w:r w:rsidRPr="000767E2">
        <w:rPr>
          <w:lang w:val="sv-SE"/>
        </w:rPr>
        <w:t xml:space="preserve"> Herre, och tror i ditt hjärta att Gud har uppväckt honom från </w:t>
      </w:r>
      <w:r w:rsidRPr="000767E2">
        <w:rPr>
          <w:i/>
          <w:lang w:val="sv-SE"/>
        </w:rPr>
        <w:t>de</w:t>
      </w:r>
      <w:r w:rsidRPr="000767E2">
        <w:rPr>
          <w:lang w:val="sv-SE"/>
        </w:rPr>
        <w:t xml:space="preserve"> döda, ska du bli frälst.{{field-off:bible}} [[@</w:t>
      </w:r>
      <w:r w:rsidR="0096445B" w:rsidRPr="000767E2">
        <w:rPr>
          <w:lang w:val="sv-SE"/>
        </w:rPr>
        <w:t>BibleBIBEL82</w:t>
      </w:r>
      <w:r w:rsidRPr="000767E2">
        <w:rPr>
          <w:lang w:val="sv-SE"/>
        </w:rPr>
        <w:t>:Rom 10:10]]</w:t>
      </w:r>
      <w:r w:rsidRPr="000767E2">
        <w:rPr>
          <w:vertAlign w:val="superscript"/>
          <w:lang w:val="sv-SE"/>
        </w:rPr>
        <w:t>10</w:t>
      </w:r>
      <w:r w:rsidRPr="000767E2">
        <w:rPr>
          <w:lang w:val="sv-SE"/>
        </w:rPr>
        <w:t xml:space="preserve"> {{field-on:bible}}För med hjärta tros </w:t>
      </w:r>
      <w:r w:rsidRPr="000767E2">
        <w:rPr>
          <w:i/>
          <w:lang w:val="sv-SE"/>
        </w:rPr>
        <w:t>det</w:t>
      </w:r>
      <w:r w:rsidRPr="000767E2">
        <w:rPr>
          <w:lang w:val="sv-SE"/>
        </w:rPr>
        <w:t xml:space="preserve"> till rättfärdighet, och med mun bekänns </w:t>
      </w:r>
      <w:r w:rsidRPr="000767E2">
        <w:rPr>
          <w:i/>
          <w:lang w:val="sv-SE"/>
        </w:rPr>
        <w:t>det</w:t>
      </w:r>
      <w:r w:rsidRPr="000767E2">
        <w:rPr>
          <w:lang w:val="sv-SE"/>
        </w:rPr>
        <w:t xml:space="preserve"> till frälsning.{{field-off:bible}} [[@</w:t>
      </w:r>
      <w:r w:rsidR="0096445B" w:rsidRPr="000767E2">
        <w:rPr>
          <w:lang w:val="sv-SE"/>
        </w:rPr>
        <w:t>BibleBIBEL82</w:t>
      </w:r>
      <w:r w:rsidRPr="000767E2">
        <w:rPr>
          <w:lang w:val="sv-SE"/>
        </w:rPr>
        <w:t>:Rom 10:11]]</w:t>
      </w:r>
      <w:r w:rsidRPr="000767E2">
        <w:rPr>
          <w:vertAlign w:val="superscript"/>
          <w:lang w:val="sv-SE"/>
        </w:rPr>
        <w:t>11</w:t>
      </w:r>
      <w:r w:rsidRPr="000767E2">
        <w:rPr>
          <w:lang w:val="sv-SE"/>
        </w:rPr>
        <w:t xml:space="preserve"> {{field-on:bible}}För Skriften säger: Ingen som tror på honom ska </w:t>
      </w:r>
      <w:r w:rsidRPr="000767E2">
        <w:rPr>
          <w:i/>
          <w:lang w:val="sv-SE"/>
        </w:rPr>
        <w:t>behöva</w:t>
      </w:r>
      <w:r w:rsidRPr="000767E2">
        <w:rPr>
          <w:lang w:val="sv-SE"/>
        </w:rPr>
        <w:t xml:space="preserve"> skämmas.{{field-off:bible}} [[@</w:t>
      </w:r>
      <w:r w:rsidR="0096445B" w:rsidRPr="000767E2">
        <w:rPr>
          <w:lang w:val="sv-SE"/>
        </w:rPr>
        <w:t>BibleBIBEL82</w:t>
      </w:r>
      <w:r w:rsidRPr="000767E2">
        <w:rPr>
          <w:lang w:val="sv-SE"/>
        </w:rPr>
        <w:t>:Rom 10:12]]</w:t>
      </w:r>
      <w:r w:rsidRPr="000767E2">
        <w:rPr>
          <w:vertAlign w:val="superscript"/>
          <w:lang w:val="sv-SE"/>
        </w:rPr>
        <w:t>12</w:t>
      </w:r>
      <w:r w:rsidRPr="000767E2">
        <w:rPr>
          <w:lang w:val="sv-SE"/>
        </w:rPr>
        <w:t xml:space="preserve"> {{field-on:bible}}För det är ingen skillnad </w:t>
      </w:r>
      <w:r w:rsidRPr="000767E2">
        <w:rPr>
          <w:i/>
          <w:lang w:val="sv-SE"/>
        </w:rPr>
        <w:t>mellan</w:t>
      </w:r>
      <w:r w:rsidRPr="000767E2">
        <w:rPr>
          <w:lang w:val="sv-SE"/>
        </w:rPr>
        <w:t xml:space="preserve"> jude och grek, för densamme </w:t>
      </w:r>
      <w:r w:rsidRPr="000767E2">
        <w:rPr>
          <w:i/>
          <w:lang w:val="sv-SE"/>
        </w:rPr>
        <w:t>är</w:t>
      </w:r>
      <w:r w:rsidRPr="000767E2">
        <w:rPr>
          <w:lang w:val="sv-SE"/>
        </w:rPr>
        <w:t xml:space="preserve"> allas Herre, rik för alla som åkallar honom.{{field-off:bible}} [[@</w:t>
      </w:r>
      <w:r w:rsidR="0096445B" w:rsidRPr="000767E2">
        <w:rPr>
          <w:lang w:val="sv-SE"/>
        </w:rPr>
        <w:t>BibleBIBEL82</w:t>
      </w:r>
      <w:r w:rsidRPr="000767E2">
        <w:rPr>
          <w:lang w:val="sv-SE"/>
        </w:rPr>
        <w:t>:Rom 10:13]]</w:t>
      </w:r>
      <w:r w:rsidRPr="000767E2">
        <w:rPr>
          <w:vertAlign w:val="superscript"/>
          <w:lang w:val="sv-SE"/>
        </w:rPr>
        <w:t>13</w:t>
      </w:r>
      <w:r w:rsidRPr="000767E2">
        <w:rPr>
          <w:lang w:val="sv-SE"/>
        </w:rPr>
        <w:t xml:space="preserve"> {{field-on:bible}}För var och en som åkallar Herrens namn ska bli frälst.{{field-off:bible}}</w:t>
      </w:r>
    </w:p>
    <w:p w14:paraId="263D83E1" w14:textId="32A3B02B"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:Rom 10:14]]</w:t>
      </w:r>
      <w:r w:rsidRPr="000767E2">
        <w:rPr>
          <w:vertAlign w:val="superscript"/>
          <w:lang w:val="sv-SE"/>
        </w:rPr>
        <w:t>14</w:t>
      </w:r>
      <w:r w:rsidRPr="000767E2">
        <w:rPr>
          <w:lang w:val="sv-SE"/>
        </w:rPr>
        <w:t xml:space="preserve"> {{field-on:bible}}Hur ska de då åkalla den de inte har kommit till tro på? Och hur ska de tro på den de inte har hört? Och hur ska de höra utan en som förkunnar?{{field-off:bible}} [[@</w:t>
      </w:r>
      <w:r w:rsidR="0096445B" w:rsidRPr="000767E2">
        <w:rPr>
          <w:lang w:val="sv-SE"/>
        </w:rPr>
        <w:t>BibleBIBEL82</w:t>
      </w:r>
      <w:r w:rsidRPr="000767E2">
        <w:rPr>
          <w:lang w:val="sv-SE"/>
        </w:rPr>
        <w:t>:Rom 10:15]]</w:t>
      </w:r>
      <w:r w:rsidRPr="000767E2">
        <w:rPr>
          <w:vertAlign w:val="superscript"/>
          <w:lang w:val="sv-SE"/>
        </w:rPr>
        <w:t>15</w:t>
      </w:r>
      <w:r w:rsidRPr="000767E2">
        <w:rPr>
          <w:lang w:val="sv-SE"/>
        </w:rPr>
        <w:t xml:space="preserve"> {{field-on:bible}}Och hur ska de förkunna om de inte blir utsända? Så som det är skrivet: Hur sköna </w:t>
      </w:r>
      <w:r w:rsidRPr="000767E2">
        <w:rPr>
          <w:i/>
          <w:lang w:val="sv-SE"/>
        </w:rPr>
        <w:t>är</w:t>
      </w:r>
      <w:r w:rsidRPr="000767E2">
        <w:rPr>
          <w:lang w:val="sv-SE"/>
        </w:rPr>
        <w:t xml:space="preserve"> fötterna hos dem som evangeliserar </w:t>
      </w:r>
      <w:r w:rsidRPr="000767E2">
        <w:rPr>
          <w:i/>
          <w:lang w:val="sv-SE"/>
        </w:rPr>
        <w:t>om</w:t>
      </w:r>
      <w:r w:rsidRPr="000767E2">
        <w:rPr>
          <w:lang w:val="sv-SE"/>
        </w:rPr>
        <w:t xml:space="preserve"> [det </w:t>
      </w:r>
      <w:r w:rsidRPr="000767E2">
        <w:rPr>
          <w:i/>
          <w:lang w:val="sv-SE"/>
        </w:rPr>
        <w:t>som</w:t>
      </w:r>
      <w:r w:rsidRPr="000767E2">
        <w:rPr>
          <w:lang w:val="sv-SE"/>
        </w:rPr>
        <w:t xml:space="preserve"> </w:t>
      </w:r>
      <w:r w:rsidRPr="000767E2">
        <w:rPr>
          <w:i/>
          <w:lang w:val="sv-SE"/>
        </w:rPr>
        <w:t>är</w:t>
      </w:r>
      <w:r w:rsidRPr="000767E2">
        <w:rPr>
          <w:lang w:val="sv-SE"/>
        </w:rPr>
        <w:t>] gott!{{field-off:bible}}</w:t>
      </w:r>
    </w:p>
    <w:p w14:paraId="20F92249" w14:textId="72A0AE07" w:rsidR="00BA33AB" w:rsidRPr="000767E2" w:rsidRDefault="00000000">
      <w:pPr>
        <w:rPr>
          <w:lang w:val="sv-SE"/>
        </w:rPr>
      </w:pPr>
      <w:r w:rsidRPr="000767E2">
        <w:rPr>
          <w:lang w:val="sv-SE"/>
        </w:rPr>
        <w:t>[[@</w:t>
      </w:r>
      <w:r w:rsidR="0096445B" w:rsidRPr="000767E2">
        <w:rPr>
          <w:lang w:val="sv-SE"/>
        </w:rPr>
        <w:t>BibleBIBEL82</w:t>
      </w:r>
      <w:r w:rsidRPr="000767E2">
        <w:rPr>
          <w:lang w:val="sv-SE"/>
        </w:rPr>
        <w:t>:Rom 10:16]]</w:t>
      </w:r>
      <w:r w:rsidRPr="000767E2">
        <w:rPr>
          <w:vertAlign w:val="superscript"/>
          <w:lang w:val="sv-SE"/>
        </w:rPr>
        <w:t>16</w:t>
      </w:r>
      <w:r w:rsidRPr="000767E2">
        <w:rPr>
          <w:lang w:val="sv-SE"/>
        </w:rPr>
        <w:t xml:space="preserve"> {{field-on:bible}}Men alla hörsammade inte evangeliet. För Esaias säger: Herre, vem trodde det som hördes från oss?{{field-off:bible}} [[@</w:t>
      </w:r>
      <w:r w:rsidR="0096445B" w:rsidRPr="000767E2">
        <w:rPr>
          <w:lang w:val="sv-SE"/>
        </w:rPr>
        <w:t>BibleBIBEL82</w:t>
      </w:r>
      <w:r w:rsidRPr="000767E2">
        <w:rPr>
          <w:lang w:val="sv-SE"/>
        </w:rPr>
        <w:t>:Rom 10:17]]</w:t>
      </w:r>
      <w:r w:rsidRPr="000767E2">
        <w:rPr>
          <w:vertAlign w:val="superscript"/>
          <w:lang w:val="sv-SE"/>
        </w:rPr>
        <w:t>17</w:t>
      </w:r>
      <w:r w:rsidRPr="000767E2">
        <w:rPr>
          <w:lang w:val="sv-SE"/>
        </w:rPr>
        <w:t xml:space="preserve"> {{field-on:bible}}Alltså </w:t>
      </w:r>
      <w:r w:rsidRPr="000767E2">
        <w:rPr>
          <w:i/>
          <w:lang w:val="sv-SE"/>
        </w:rPr>
        <w:t>kommer</w:t>
      </w:r>
      <w:r w:rsidRPr="000767E2">
        <w:rPr>
          <w:lang w:val="sv-SE"/>
        </w:rPr>
        <w:t xml:space="preserve"> tron av </w:t>
      </w:r>
      <w:r w:rsidRPr="000767E2">
        <w:rPr>
          <w:i/>
          <w:lang w:val="sv-SE"/>
        </w:rPr>
        <w:t>det</w:t>
      </w:r>
      <w:r w:rsidRPr="000767E2">
        <w:rPr>
          <w:lang w:val="sv-SE"/>
        </w:rPr>
        <w:t xml:space="preserve"> som hörs, och det som hörs genom Kristi ord.{{field-off:bible}}</w:t>
      </w:r>
    </w:p>
    <w:p w14:paraId="10A5124E" w14:textId="74CD6C09" w:rsidR="00BA33AB" w:rsidRPr="000767E2" w:rsidRDefault="00000000">
      <w:pPr>
        <w:rPr>
          <w:lang w:val="sv-SE"/>
        </w:rPr>
      </w:pPr>
      <w:r w:rsidRPr="000767E2">
        <w:rPr>
          <w:lang w:val="sv-SE"/>
        </w:rPr>
        <w:t>[[@</w:t>
      </w:r>
      <w:r w:rsidR="0096445B" w:rsidRPr="000767E2">
        <w:rPr>
          <w:lang w:val="sv-SE"/>
        </w:rPr>
        <w:t>BibleBIBEL82</w:t>
      </w:r>
      <w:r w:rsidRPr="000767E2">
        <w:rPr>
          <w:lang w:val="sv-SE"/>
        </w:rPr>
        <w:t>:Rom 10:18]]</w:t>
      </w:r>
      <w:r w:rsidRPr="000767E2">
        <w:rPr>
          <w:vertAlign w:val="superscript"/>
          <w:lang w:val="sv-SE"/>
        </w:rPr>
        <w:t>18</w:t>
      </w:r>
      <w:r w:rsidRPr="000767E2">
        <w:rPr>
          <w:lang w:val="sv-SE"/>
        </w:rPr>
        <w:t xml:space="preserve"> {{field-on:bible}}Men jag säger: De har </w:t>
      </w:r>
      <w:r w:rsidRPr="000767E2">
        <w:rPr>
          <w:i/>
          <w:lang w:val="sv-SE"/>
        </w:rPr>
        <w:t>väl</w:t>
      </w:r>
      <w:r w:rsidRPr="000767E2">
        <w:rPr>
          <w:lang w:val="sv-SE"/>
        </w:rPr>
        <w:t xml:space="preserve"> inte hört? Jodå:{{field-off:bible}}</w:t>
      </w:r>
    </w:p>
    <w:p w14:paraId="27BBEE43" w14:textId="77777777" w:rsidR="00BA33AB" w:rsidRPr="000767E2" w:rsidRDefault="00000000">
      <w:pPr>
        <w:rPr>
          <w:lang w:val="sv-SE"/>
        </w:rPr>
      </w:pPr>
      <w:r w:rsidRPr="000767E2">
        <w:rPr>
          <w:lang w:val="sv-SE"/>
        </w:rPr>
        <w:t>{{field-on:bible}}Till hela jorden utgick deras ton,</w:t>
      </w:r>
      <w:r w:rsidRPr="000767E2">
        <w:rPr>
          <w:lang w:val="sv-SE"/>
        </w:rPr>
        <w:br/>
        <w:t xml:space="preserve">och till den bebodda </w:t>
      </w:r>
      <w:r w:rsidRPr="000767E2">
        <w:rPr>
          <w:i/>
          <w:lang w:val="sv-SE"/>
        </w:rPr>
        <w:t>världens</w:t>
      </w:r>
      <w:r w:rsidRPr="000767E2">
        <w:rPr>
          <w:lang w:val="sv-SE"/>
        </w:rPr>
        <w:t xml:space="preserve"> ändar deras ord.{{field-off:bible}}</w:t>
      </w:r>
    </w:p>
    <w:p w14:paraId="6FB05575" w14:textId="7F01DDC6" w:rsidR="00BA33AB" w:rsidRPr="000767E2" w:rsidRDefault="00000000">
      <w:pPr>
        <w:rPr>
          <w:lang w:val="sv-SE"/>
        </w:rPr>
      </w:pPr>
      <w:r w:rsidRPr="000767E2">
        <w:rPr>
          <w:lang w:val="sv-SE"/>
        </w:rPr>
        <w:t>[[@</w:t>
      </w:r>
      <w:r w:rsidR="0096445B" w:rsidRPr="000767E2">
        <w:rPr>
          <w:lang w:val="sv-SE"/>
        </w:rPr>
        <w:t>BibleBIBEL82</w:t>
      </w:r>
      <w:r w:rsidRPr="000767E2">
        <w:rPr>
          <w:lang w:val="sv-SE"/>
        </w:rPr>
        <w:t>:Rom 10:19]]</w:t>
      </w:r>
      <w:r w:rsidRPr="000767E2">
        <w:rPr>
          <w:vertAlign w:val="superscript"/>
          <w:lang w:val="sv-SE"/>
        </w:rPr>
        <w:t>19</w:t>
      </w:r>
      <w:r w:rsidRPr="000767E2">
        <w:rPr>
          <w:lang w:val="sv-SE"/>
        </w:rPr>
        <w:t xml:space="preserve"> {{field-on:bible}}Men jag säger: Israel har </w:t>
      </w:r>
      <w:r w:rsidRPr="000767E2">
        <w:rPr>
          <w:i/>
          <w:lang w:val="sv-SE"/>
        </w:rPr>
        <w:t>väl då</w:t>
      </w:r>
      <w:r w:rsidRPr="000767E2">
        <w:rPr>
          <w:lang w:val="sv-SE"/>
        </w:rPr>
        <w:t xml:space="preserve"> inte förstått? Först säger Mose:{{field-off:bible}}</w:t>
      </w:r>
    </w:p>
    <w:p w14:paraId="5ACB5087" w14:textId="77777777" w:rsidR="00BA33AB" w:rsidRPr="000767E2" w:rsidRDefault="00000000">
      <w:pPr>
        <w:rPr>
          <w:lang w:val="sv-SE"/>
        </w:rPr>
      </w:pPr>
      <w:r w:rsidRPr="000767E2">
        <w:rPr>
          <w:lang w:val="sv-SE"/>
        </w:rPr>
        <w:t>{{field-on:bible}}Jag ska väcka svartsjuka hos er med ett icke-folkslag,</w:t>
      </w:r>
      <w:r w:rsidRPr="000767E2">
        <w:rPr>
          <w:lang w:val="sv-SE"/>
        </w:rPr>
        <w:br/>
        <w:t>med ett oförståndigt folkslag ska jag reta upp er.{{field-off:bible}}</w:t>
      </w:r>
    </w:p>
    <w:p w14:paraId="44DD41F4" w14:textId="474D329E" w:rsidR="00BA33AB" w:rsidRPr="000767E2" w:rsidRDefault="00000000">
      <w:pPr>
        <w:rPr>
          <w:lang w:val="sv-SE"/>
        </w:rPr>
      </w:pPr>
      <w:r w:rsidRPr="000767E2">
        <w:rPr>
          <w:lang w:val="sv-SE"/>
        </w:rPr>
        <w:t>[[@</w:t>
      </w:r>
      <w:r w:rsidR="0096445B" w:rsidRPr="000767E2">
        <w:rPr>
          <w:lang w:val="sv-SE"/>
        </w:rPr>
        <w:t>BibleBIBEL82</w:t>
      </w:r>
      <w:r w:rsidRPr="000767E2">
        <w:rPr>
          <w:lang w:val="sv-SE"/>
        </w:rPr>
        <w:t>:Rom 10:20]]</w:t>
      </w:r>
      <w:r w:rsidRPr="000767E2">
        <w:rPr>
          <w:vertAlign w:val="superscript"/>
          <w:lang w:val="sv-SE"/>
        </w:rPr>
        <w:t>20</w:t>
      </w:r>
      <w:r w:rsidRPr="000767E2">
        <w:rPr>
          <w:lang w:val="sv-SE"/>
        </w:rPr>
        <w:t xml:space="preserve"> {{field-on:bible}}Och Esaias är djärv och säger:{{field-off:bible}}</w:t>
      </w:r>
    </w:p>
    <w:p w14:paraId="77381198" w14:textId="77777777" w:rsidR="00BA33AB" w:rsidRPr="000767E2" w:rsidRDefault="00000000">
      <w:pPr>
        <w:rPr>
          <w:lang w:val="sv-SE"/>
        </w:rPr>
      </w:pPr>
      <w:r w:rsidRPr="000767E2">
        <w:rPr>
          <w:lang w:val="sv-SE"/>
        </w:rPr>
        <w:t>{{field-on:bible}}Jag blev funnen [hos] dem som inte söker mig,</w:t>
      </w:r>
      <w:r w:rsidRPr="000767E2">
        <w:rPr>
          <w:lang w:val="sv-SE"/>
        </w:rPr>
        <w:br/>
        <w:t xml:space="preserve">uppenbar blev jag för dem som inte frågar </w:t>
      </w:r>
      <w:r w:rsidRPr="000767E2">
        <w:rPr>
          <w:i/>
          <w:lang w:val="sv-SE"/>
        </w:rPr>
        <w:t>efter</w:t>
      </w:r>
      <w:r w:rsidRPr="000767E2">
        <w:rPr>
          <w:lang w:val="sv-SE"/>
        </w:rPr>
        <w:t xml:space="preserve"> mig.{{field-off:bible}}</w:t>
      </w:r>
    </w:p>
    <w:p w14:paraId="3D07D9E6" w14:textId="2B94DB34" w:rsidR="00BA33AB" w:rsidRPr="000767E2" w:rsidRDefault="00000000">
      <w:pPr>
        <w:rPr>
          <w:lang w:val="sv-SE"/>
        </w:rPr>
      </w:pPr>
      <w:r w:rsidRPr="000767E2">
        <w:rPr>
          <w:lang w:val="sv-SE"/>
        </w:rPr>
        <w:t>[[@</w:t>
      </w:r>
      <w:r w:rsidR="0096445B" w:rsidRPr="000767E2">
        <w:rPr>
          <w:lang w:val="sv-SE"/>
        </w:rPr>
        <w:t>BibleBIBEL82</w:t>
      </w:r>
      <w:r w:rsidRPr="000767E2">
        <w:rPr>
          <w:lang w:val="sv-SE"/>
        </w:rPr>
        <w:t>:Rom 10:21]]</w:t>
      </w:r>
      <w:r w:rsidRPr="000767E2">
        <w:rPr>
          <w:vertAlign w:val="superscript"/>
          <w:lang w:val="sv-SE"/>
        </w:rPr>
        <w:t>21</w:t>
      </w:r>
      <w:r w:rsidRPr="000767E2">
        <w:rPr>
          <w:lang w:val="sv-SE"/>
        </w:rPr>
        <w:t xml:space="preserve"> {{field-on:bible}}Men om Israel säger han:{{field-off:bible}}</w:t>
      </w:r>
    </w:p>
    <w:p w14:paraId="713F12C3" w14:textId="77777777" w:rsidR="00BA33AB" w:rsidRPr="000767E2" w:rsidRDefault="00000000">
      <w:pPr>
        <w:rPr>
          <w:lang w:val="sv-SE"/>
        </w:rPr>
      </w:pPr>
      <w:r w:rsidRPr="000767E2">
        <w:rPr>
          <w:lang w:val="sv-SE"/>
        </w:rPr>
        <w:t>{{field-on:bible}}Hela dagen har jag sträckt ut mina händer</w:t>
      </w:r>
      <w:r w:rsidRPr="000767E2">
        <w:rPr>
          <w:lang w:val="sv-SE"/>
        </w:rPr>
        <w:br/>
        <w:t>till ett ohörsamt och motsägande folk.{{field-off:bible}}</w:t>
      </w:r>
    </w:p>
    <w:p w14:paraId="1BBFA440" w14:textId="028FB5A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11]]Kapitel 11</w:t>
      </w:r>
    </w:p>
    <w:p w14:paraId="220CE3D3" w14:textId="77777777" w:rsidR="00BA33AB" w:rsidRPr="000767E2" w:rsidRDefault="00000000">
      <w:pPr>
        <w:pStyle w:val="Rubrik3"/>
        <w:rPr>
          <w:lang w:val="sv-SE"/>
        </w:rPr>
      </w:pPr>
      <w:r w:rsidRPr="000767E2">
        <w:rPr>
          <w:lang w:val="sv-SE"/>
        </w:rPr>
        <w:t>En utvald rest ur Israel</w:t>
      </w:r>
    </w:p>
    <w:p w14:paraId="638CCE72" w14:textId="315D2014" w:rsidR="00BA33AB" w:rsidRPr="000767E2" w:rsidRDefault="00000000">
      <w:pPr>
        <w:rPr>
          <w:lang w:val="sv-SE"/>
        </w:rPr>
      </w:pPr>
      <w:r w:rsidRPr="000767E2">
        <w:rPr>
          <w:lang w:val="sv-SE"/>
        </w:rPr>
        <w:t>[[@</w:t>
      </w:r>
      <w:r w:rsidR="0096445B" w:rsidRPr="000767E2">
        <w:rPr>
          <w:lang w:val="sv-SE"/>
        </w:rPr>
        <w:t>BibleBIBEL82</w:t>
      </w:r>
      <w:r w:rsidRPr="000767E2">
        <w:rPr>
          <w:lang w:val="sv-SE"/>
        </w:rPr>
        <w:t>:Rom 11:1]]</w:t>
      </w:r>
      <w:r w:rsidRPr="000767E2">
        <w:rPr>
          <w:vertAlign w:val="superscript"/>
          <w:lang w:val="sv-SE"/>
        </w:rPr>
        <w:t>1</w:t>
      </w:r>
      <w:r w:rsidRPr="000767E2">
        <w:rPr>
          <w:lang w:val="sv-SE"/>
        </w:rPr>
        <w:t xml:space="preserve"> {{field-on:bible}}Jag säger nu: Inte har Gud stött ifrån sig sitt folk? Får inte ske! För även jag är israelit av Abrahams säd, Benjamins stam.{{field-off:bible}} [[@</w:t>
      </w:r>
      <w:r w:rsidR="0096445B" w:rsidRPr="000767E2">
        <w:rPr>
          <w:lang w:val="sv-SE"/>
        </w:rPr>
        <w:t>BibleBIBEL82</w:t>
      </w:r>
      <w:r w:rsidRPr="000767E2">
        <w:rPr>
          <w:lang w:val="sv-SE"/>
        </w:rPr>
        <w:t>:Rom 11:2]]</w:t>
      </w:r>
      <w:r w:rsidRPr="000767E2">
        <w:rPr>
          <w:vertAlign w:val="superscript"/>
          <w:lang w:val="sv-SE"/>
        </w:rPr>
        <w:t>2</w:t>
      </w:r>
      <w:r w:rsidRPr="000767E2">
        <w:rPr>
          <w:lang w:val="sv-SE"/>
        </w:rPr>
        <w:t xml:space="preserve"> {{field-on:bible}}Gud har inte stött ifrån sig sitt folk som han har förutkänt.{{field-off:bible}}</w:t>
      </w:r>
    </w:p>
    <w:p w14:paraId="2BD8DF7B" w14:textId="5E1DECC4" w:rsidR="00BA33AB" w:rsidRPr="000767E2" w:rsidRDefault="00000000">
      <w:pPr>
        <w:rPr>
          <w:lang w:val="sv-SE"/>
        </w:rPr>
      </w:pPr>
      <w:r w:rsidRPr="000767E2">
        <w:rPr>
          <w:lang w:val="sv-SE"/>
        </w:rPr>
        <w:t>{{field-on:bible}}Eller vet ni inte vad Skriften säger hos Elia, hur han vädjar till Gud mot Israel:{{field-off:bible}} [[@</w:t>
      </w:r>
      <w:r w:rsidR="0096445B" w:rsidRPr="000767E2">
        <w:rPr>
          <w:lang w:val="sv-SE"/>
        </w:rPr>
        <w:t>BibleBIBEL82</w:t>
      </w:r>
      <w:r w:rsidRPr="000767E2">
        <w:rPr>
          <w:lang w:val="sv-SE"/>
        </w:rPr>
        <w:t>:Rom 11:3]]</w:t>
      </w:r>
      <w:r w:rsidRPr="000767E2">
        <w:rPr>
          <w:vertAlign w:val="superscript"/>
          <w:lang w:val="sv-SE"/>
        </w:rPr>
        <w:t>3</w:t>
      </w:r>
      <w:r w:rsidRPr="000767E2">
        <w:rPr>
          <w:lang w:val="sv-SE"/>
        </w:rPr>
        <w:t xml:space="preserve"> {{field-on:bible}}Herre, dina profeter har de dödat, dina altaren har de raserat. Och jag är kvarlämnad ensam, och de söker min själ.{{field-off:bible}} [[@</w:t>
      </w:r>
      <w:r w:rsidR="0096445B" w:rsidRPr="000767E2">
        <w:rPr>
          <w:lang w:val="sv-SE"/>
        </w:rPr>
        <w:t>BibleBIBEL82</w:t>
      </w:r>
      <w:r w:rsidRPr="000767E2">
        <w:rPr>
          <w:lang w:val="sv-SE"/>
        </w:rPr>
        <w:t>:Rom 11:4]]</w:t>
      </w:r>
      <w:r w:rsidRPr="000767E2">
        <w:rPr>
          <w:vertAlign w:val="superscript"/>
          <w:lang w:val="sv-SE"/>
        </w:rPr>
        <w:t>4</w:t>
      </w:r>
      <w:r w:rsidRPr="000767E2">
        <w:rPr>
          <w:lang w:val="sv-SE"/>
        </w:rPr>
        <w:t xml:space="preserve"> {{field-on:bible}}Men vad säger honom uppenbarelsesvaret? Jag har kvarlämnat åt mig sjutusen män som inte böjt knä för Baal.{{field-</w:t>
      </w:r>
      <w:r w:rsidRPr="000767E2">
        <w:rPr>
          <w:lang w:val="sv-SE"/>
        </w:rPr>
        <w:lastRenderedPageBreak/>
        <w:t>off:bible}} [[@</w:t>
      </w:r>
      <w:r w:rsidR="0096445B" w:rsidRPr="000767E2">
        <w:rPr>
          <w:lang w:val="sv-SE"/>
        </w:rPr>
        <w:t>BibleBIBEL82</w:t>
      </w:r>
      <w:r w:rsidRPr="000767E2">
        <w:rPr>
          <w:lang w:val="sv-SE"/>
        </w:rPr>
        <w:t>:Rom 11:5]]</w:t>
      </w:r>
      <w:r w:rsidRPr="000767E2">
        <w:rPr>
          <w:vertAlign w:val="superscript"/>
          <w:lang w:val="sv-SE"/>
        </w:rPr>
        <w:t>5</w:t>
      </w:r>
      <w:r w:rsidRPr="000767E2">
        <w:rPr>
          <w:lang w:val="sv-SE"/>
        </w:rPr>
        <w:t xml:space="preserve"> {{field-on:bible}}Så har det då också i den nuvarande tiden blivit en rest efter utvaldhet av nåd.{{field-off:bible}} [[@</w:t>
      </w:r>
      <w:r w:rsidR="0096445B" w:rsidRPr="000767E2">
        <w:rPr>
          <w:lang w:val="sv-SE"/>
        </w:rPr>
        <w:t>BibleBIBEL82</w:t>
      </w:r>
      <w:r w:rsidRPr="000767E2">
        <w:rPr>
          <w:lang w:val="sv-SE"/>
        </w:rPr>
        <w:t>:Rom 11:6]]</w:t>
      </w:r>
      <w:r w:rsidRPr="000767E2">
        <w:rPr>
          <w:vertAlign w:val="superscript"/>
          <w:lang w:val="sv-SE"/>
        </w:rPr>
        <w:t>6</w:t>
      </w:r>
      <w:r w:rsidRPr="000767E2">
        <w:rPr>
          <w:lang w:val="sv-SE"/>
        </w:rPr>
        <w:t xml:space="preserve"> {{field-on:bible}}Men om genom nåd, inte längre av gärningar. Annars blir nåden inte längre nåd.{{field-off:bible}}</w:t>
      </w:r>
    </w:p>
    <w:p w14:paraId="3A023306" w14:textId="576DB5F0" w:rsidR="00BA33AB" w:rsidRPr="000767E2" w:rsidRDefault="00000000">
      <w:pPr>
        <w:rPr>
          <w:lang w:val="sv-SE"/>
        </w:rPr>
      </w:pPr>
      <w:r w:rsidRPr="000767E2">
        <w:rPr>
          <w:lang w:val="sv-SE"/>
        </w:rPr>
        <w:t>[[@</w:t>
      </w:r>
      <w:r w:rsidR="0096445B" w:rsidRPr="000767E2">
        <w:rPr>
          <w:lang w:val="sv-SE"/>
        </w:rPr>
        <w:t>BibleBIBEL82</w:t>
      </w:r>
      <w:r w:rsidRPr="000767E2">
        <w:rPr>
          <w:lang w:val="sv-SE"/>
        </w:rPr>
        <w:t>:Rom 11:7]]</w:t>
      </w:r>
      <w:r w:rsidRPr="000767E2">
        <w:rPr>
          <w:vertAlign w:val="superscript"/>
          <w:lang w:val="sv-SE"/>
        </w:rPr>
        <w:t>7</w:t>
      </w:r>
      <w:r w:rsidRPr="000767E2">
        <w:rPr>
          <w:lang w:val="sv-SE"/>
        </w:rPr>
        <w:t xml:space="preserve"> {{field-on:bible}}Så vad? Det Israel söker, det har de inte uppnått. Men utvaldheten har uppnått </w:t>
      </w:r>
      <w:r w:rsidRPr="000767E2">
        <w:rPr>
          <w:i/>
          <w:lang w:val="sv-SE"/>
        </w:rPr>
        <w:t>det</w:t>
      </w:r>
      <w:r w:rsidRPr="000767E2">
        <w:rPr>
          <w:lang w:val="sv-SE"/>
        </w:rPr>
        <w:t>. Men de övriga har blivit förhårdnade,{{field-off:bible}} [[@</w:t>
      </w:r>
      <w:r w:rsidR="0096445B" w:rsidRPr="000767E2">
        <w:rPr>
          <w:lang w:val="sv-SE"/>
        </w:rPr>
        <w:t>BibleBIBEL82</w:t>
      </w:r>
      <w:r w:rsidRPr="000767E2">
        <w:rPr>
          <w:lang w:val="sv-SE"/>
        </w:rPr>
        <w:t>:Rom 11:8]]</w:t>
      </w:r>
      <w:r w:rsidRPr="000767E2">
        <w:rPr>
          <w:vertAlign w:val="superscript"/>
          <w:lang w:val="sv-SE"/>
        </w:rPr>
        <w:t>8</w:t>
      </w:r>
      <w:r w:rsidRPr="000767E2">
        <w:rPr>
          <w:lang w:val="sv-SE"/>
        </w:rPr>
        <w:t xml:space="preserve"> {{field-on:bible}}så som det är skrivet:{{field-off:bible}}</w:t>
      </w:r>
    </w:p>
    <w:p w14:paraId="016C2FA5" w14:textId="77777777" w:rsidR="00BA33AB" w:rsidRPr="000767E2" w:rsidRDefault="00000000">
      <w:pPr>
        <w:rPr>
          <w:lang w:val="sv-SE"/>
        </w:rPr>
      </w:pPr>
      <w:r w:rsidRPr="000767E2">
        <w:rPr>
          <w:lang w:val="sv-SE"/>
        </w:rPr>
        <w:t>{{field-on:bible}}Gud har gett dem en ande av bedövning,</w:t>
      </w:r>
      <w:r w:rsidRPr="000767E2">
        <w:rPr>
          <w:lang w:val="sv-SE"/>
        </w:rPr>
        <w:br/>
        <w:t>ögon för att inte se och öron för att inte höra,</w:t>
      </w:r>
      <w:r w:rsidRPr="000767E2">
        <w:rPr>
          <w:lang w:val="sv-SE"/>
        </w:rPr>
        <w:br/>
        <w:t>fram till dagen idag.{{field-off:bible}}</w:t>
      </w:r>
    </w:p>
    <w:p w14:paraId="2E6C84D7" w14:textId="6C76A6FA" w:rsidR="00BA33AB" w:rsidRDefault="00000000">
      <w:r>
        <w:t>[[@</w:t>
      </w:r>
      <w:r w:rsidR="0096445B">
        <w:t>BibleBIBEL</w:t>
      </w:r>
      <w:proofErr w:type="gramStart"/>
      <w:r w:rsidR="0096445B">
        <w:t>82</w:t>
      </w:r>
      <w:r>
        <w:t>:Rom</w:t>
      </w:r>
      <w:proofErr w:type="gramEnd"/>
      <w:r>
        <w:t xml:space="preserve"> 11:9]]</w:t>
      </w:r>
      <w:r>
        <w:rPr>
          <w:vertAlign w:val="superscript"/>
        </w:rPr>
        <w:t>9</w:t>
      </w:r>
      <w:r>
        <w:t xml:space="preserve"> {{</w:t>
      </w:r>
      <w:proofErr w:type="spellStart"/>
      <w:r>
        <w:t>field-</w:t>
      </w:r>
      <w:proofErr w:type="gramStart"/>
      <w:r>
        <w:t>on:bible</w:t>
      </w:r>
      <w:proofErr w:type="spellEnd"/>
      <w:r>
        <w:t>}}Och</w:t>
      </w:r>
      <w:proofErr w:type="gramEnd"/>
      <w:r>
        <w:t xml:space="preserve"> David </w:t>
      </w:r>
      <w:proofErr w:type="spellStart"/>
      <w:proofErr w:type="gramStart"/>
      <w:r>
        <w:t>säger</w:t>
      </w:r>
      <w:proofErr w:type="spellEnd"/>
      <w:r>
        <w:t>:{</w:t>
      </w:r>
      <w:proofErr w:type="gramEnd"/>
      <w:r>
        <w:t>{</w:t>
      </w:r>
      <w:proofErr w:type="spellStart"/>
      <w:r>
        <w:t>field-</w:t>
      </w:r>
      <w:proofErr w:type="gramStart"/>
      <w:r>
        <w:t>off:bible</w:t>
      </w:r>
      <w:proofErr w:type="spellEnd"/>
      <w:proofErr w:type="gramEnd"/>
      <w:r>
        <w:t>}}</w:t>
      </w:r>
    </w:p>
    <w:p w14:paraId="1430F2EB" w14:textId="12341200" w:rsidR="00BA33AB" w:rsidRPr="000767E2" w:rsidRDefault="00000000">
      <w:pPr>
        <w:rPr>
          <w:lang w:val="sv-SE"/>
        </w:rPr>
      </w:pPr>
      <w:r w:rsidRPr="000767E2">
        <w:rPr>
          <w:lang w:val="sv-SE"/>
        </w:rPr>
        <w:t>{{field-on:bible}}Må deras bord bli till en snara,</w:t>
      </w:r>
      <w:r w:rsidRPr="000767E2">
        <w:rPr>
          <w:lang w:val="sv-SE"/>
        </w:rPr>
        <w:br/>
        <w:t>och till fångstnät och till skandal och till återgäld för dem.{{field-off:bible}}</w:t>
      </w:r>
      <w:r w:rsidRPr="000767E2">
        <w:rPr>
          <w:lang w:val="sv-SE"/>
        </w:rPr>
        <w:br/>
        <w:t>[[@</w:t>
      </w:r>
      <w:r w:rsidR="0096445B" w:rsidRPr="000767E2">
        <w:rPr>
          <w:lang w:val="sv-SE"/>
        </w:rPr>
        <w:t>BibleBIBEL82</w:t>
      </w:r>
      <w:r w:rsidRPr="000767E2">
        <w:rPr>
          <w:lang w:val="sv-SE"/>
        </w:rPr>
        <w:t>:Rom 11:10]]</w:t>
      </w:r>
      <w:r w:rsidRPr="000767E2">
        <w:rPr>
          <w:vertAlign w:val="superscript"/>
          <w:lang w:val="sv-SE"/>
        </w:rPr>
        <w:t>10</w:t>
      </w:r>
      <w:r w:rsidRPr="000767E2">
        <w:rPr>
          <w:lang w:val="sv-SE"/>
        </w:rPr>
        <w:t xml:space="preserve"> {{field-on:bible}}Må deras ögon förmörkas för att inte se,</w:t>
      </w:r>
      <w:r w:rsidRPr="000767E2">
        <w:rPr>
          <w:lang w:val="sv-SE"/>
        </w:rPr>
        <w:br/>
        <w:t>och deras rygg ska du ständigt böja ihop.{{field-off:bible}}</w:t>
      </w:r>
    </w:p>
    <w:p w14:paraId="34E3D2F0" w14:textId="77777777" w:rsidR="00BA33AB" w:rsidRPr="000767E2" w:rsidRDefault="00000000">
      <w:pPr>
        <w:pStyle w:val="Rubrik3"/>
        <w:rPr>
          <w:lang w:val="sv-SE"/>
        </w:rPr>
      </w:pPr>
      <w:r w:rsidRPr="000767E2">
        <w:rPr>
          <w:lang w:val="sv-SE"/>
        </w:rPr>
        <w:t>Frälsning för folkslagen</w:t>
      </w:r>
    </w:p>
    <w:p w14:paraId="23200DCE" w14:textId="29AA78E7" w:rsidR="00BA33AB" w:rsidRPr="000767E2" w:rsidRDefault="00000000">
      <w:pPr>
        <w:rPr>
          <w:lang w:val="sv-SE"/>
        </w:rPr>
      </w:pPr>
      <w:r w:rsidRPr="000767E2">
        <w:rPr>
          <w:lang w:val="sv-SE"/>
        </w:rPr>
        <w:t>[[@</w:t>
      </w:r>
      <w:r w:rsidR="0096445B" w:rsidRPr="000767E2">
        <w:rPr>
          <w:lang w:val="sv-SE"/>
        </w:rPr>
        <w:t>BibleBIBEL82</w:t>
      </w:r>
      <w:r w:rsidRPr="000767E2">
        <w:rPr>
          <w:lang w:val="sv-SE"/>
        </w:rPr>
        <w:t>:Rom 11:11]]</w:t>
      </w:r>
      <w:r w:rsidRPr="000767E2">
        <w:rPr>
          <w:vertAlign w:val="superscript"/>
          <w:lang w:val="sv-SE"/>
        </w:rPr>
        <w:t>11</w:t>
      </w:r>
      <w:r w:rsidRPr="000767E2">
        <w:rPr>
          <w:lang w:val="sv-SE"/>
        </w:rPr>
        <w:t xml:space="preserve"> {{field-on:bible}}Jag säger nu: Inte har de snavat för att falla? Får inte ske! Men genom deras felsteg </w:t>
      </w:r>
      <w:r w:rsidRPr="000767E2">
        <w:rPr>
          <w:i/>
          <w:lang w:val="sv-SE"/>
        </w:rPr>
        <w:t>kom</w:t>
      </w:r>
      <w:r w:rsidRPr="000767E2">
        <w:rPr>
          <w:lang w:val="sv-SE"/>
        </w:rPr>
        <w:t xml:space="preserve"> frälsningen till folkslagen, för att väcka svartsjuka hos dem.{{field-off:bible}} [[@</w:t>
      </w:r>
      <w:r w:rsidR="0096445B" w:rsidRPr="000767E2">
        <w:rPr>
          <w:lang w:val="sv-SE"/>
        </w:rPr>
        <w:t>BibleBIBEL82</w:t>
      </w:r>
      <w:r w:rsidRPr="000767E2">
        <w:rPr>
          <w:lang w:val="sv-SE"/>
        </w:rPr>
        <w:t>:Rom 11:12]]</w:t>
      </w:r>
      <w:r w:rsidRPr="000767E2">
        <w:rPr>
          <w:vertAlign w:val="superscript"/>
          <w:lang w:val="sv-SE"/>
        </w:rPr>
        <w:t>12</w:t>
      </w:r>
      <w:r w:rsidRPr="000767E2">
        <w:rPr>
          <w:lang w:val="sv-SE"/>
        </w:rPr>
        <w:t xml:space="preserve"> {{field-on:bible}}Och om deras felsteg </w:t>
      </w:r>
      <w:r w:rsidRPr="000767E2">
        <w:rPr>
          <w:i/>
          <w:lang w:val="sv-SE"/>
        </w:rPr>
        <w:t>är</w:t>
      </w:r>
      <w:r w:rsidRPr="000767E2">
        <w:rPr>
          <w:lang w:val="sv-SE"/>
        </w:rPr>
        <w:t xml:space="preserve"> rikedom för världen, och deras nederlag rikedom för folkslagen, hur mycket mer deras fullhet?{{field-off:bible}}</w:t>
      </w:r>
    </w:p>
    <w:p w14:paraId="1FBE540B" w14:textId="42F08CBC" w:rsidR="00BA33AB" w:rsidRPr="000767E2" w:rsidRDefault="00000000">
      <w:pPr>
        <w:rPr>
          <w:lang w:val="sv-SE"/>
        </w:rPr>
      </w:pPr>
      <w:r w:rsidRPr="000767E2">
        <w:rPr>
          <w:lang w:val="sv-SE"/>
        </w:rPr>
        <w:t>[[@</w:t>
      </w:r>
      <w:r w:rsidR="0096445B" w:rsidRPr="000767E2">
        <w:rPr>
          <w:lang w:val="sv-SE"/>
        </w:rPr>
        <w:t>BibleBIBEL82</w:t>
      </w:r>
      <w:r w:rsidRPr="000767E2">
        <w:rPr>
          <w:lang w:val="sv-SE"/>
        </w:rPr>
        <w:t>:Rom 11:13]]</w:t>
      </w:r>
      <w:r w:rsidRPr="000767E2">
        <w:rPr>
          <w:vertAlign w:val="superscript"/>
          <w:lang w:val="sv-SE"/>
        </w:rPr>
        <w:t>13</w:t>
      </w:r>
      <w:r w:rsidRPr="000767E2">
        <w:rPr>
          <w:lang w:val="sv-SE"/>
        </w:rPr>
        <w:t xml:space="preserve"> {{field-on:bible}}Och till er </w:t>
      </w:r>
      <w:r w:rsidRPr="000767E2">
        <w:rPr>
          <w:i/>
          <w:lang w:val="sv-SE"/>
        </w:rPr>
        <w:t>i</w:t>
      </w:r>
      <w:r w:rsidRPr="000767E2">
        <w:rPr>
          <w:lang w:val="sv-SE"/>
        </w:rPr>
        <w:t xml:space="preserve"> folkslagen säger jag: Så vitt jag nu är folkslagens apostel ärar jag min tjänst,{{field-off:bible}} [[@</w:t>
      </w:r>
      <w:r w:rsidR="0096445B" w:rsidRPr="000767E2">
        <w:rPr>
          <w:lang w:val="sv-SE"/>
        </w:rPr>
        <w:t>BibleBIBEL82</w:t>
      </w:r>
      <w:r w:rsidRPr="000767E2">
        <w:rPr>
          <w:lang w:val="sv-SE"/>
        </w:rPr>
        <w:t>:Rom 11:14]]</w:t>
      </w:r>
      <w:r w:rsidRPr="000767E2">
        <w:rPr>
          <w:vertAlign w:val="superscript"/>
          <w:lang w:val="sv-SE"/>
        </w:rPr>
        <w:t>14</w:t>
      </w:r>
      <w:r w:rsidRPr="000767E2">
        <w:rPr>
          <w:lang w:val="sv-SE"/>
        </w:rPr>
        <w:t xml:space="preserve"> {{field-on:bible}}om jag möjligen kan väcka svartsjuka hos mitt kött och frälsa några av dem.{{field-off:bible}} [[@</w:t>
      </w:r>
      <w:r w:rsidR="0096445B" w:rsidRPr="000767E2">
        <w:rPr>
          <w:lang w:val="sv-SE"/>
        </w:rPr>
        <w:t>BibleBIBEL82</w:t>
      </w:r>
      <w:r w:rsidRPr="000767E2">
        <w:rPr>
          <w:lang w:val="sv-SE"/>
        </w:rPr>
        <w:t>:Rom 11:15]]</w:t>
      </w:r>
      <w:r w:rsidRPr="000767E2">
        <w:rPr>
          <w:vertAlign w:val="superscript"/>
          <w:lang w:val="sv-SE"/>
        </w:rPr>
        <w:t>15</w:t>
      </w:r>
      <w:r w:rsidRPr="000767E2">
        <w:rPr>
          <w:lang w:val="sv-SE"/>
        </w:rPr>
        <w:t xml:space="preserve"> {{field-on:bible}}För om deras förkastelse </w:t>
      </w:r>
      <w:r w:rsidRPr="000767E2">
        <w:rPr>
          <w:i/>
          <w:lang w:val="sv-SE"/>
        </w:rPr>
        <w:t>är</w:t>
      </w:r>
      <w:r w:rsidRPr="000767E2">
        <w:rPr>
          <w:lang w:val="sv-SE"/>
        </w:rPr>
        <w:t xml:space="preserve"> världens försoning, vad </w:t>
      </w:r>
      <w:r w:rsidRPr="000767E2">
        <w:rPr>
          <w:i/>
          <w:lang w:val="sv-SE"/>
        </w:rPr>
        <w:t>är deras</w:t>
      </w:r>
      <w:r w:rsidRPr="000767E2">
        <w:rPr>
          <w:lang w:val="sv-SE"/>
        </w:rPr>
        <w:t xml:space="preserve"> upptagning om inte liv från </w:t>
      </w:r>
      <w:r w:rsidRPr="000767E2">
        <w:rPr>
          <w:i/>
          <w:lang w:val="sv-SE"/>
        </w:rPr>
        <w:t>de</w:t>
      </w:r>
      <w:r w:rsidRPr="000767E2">
        <w:rPr>
          <w:lang w:val="sv-SE"/>
        </w:rPr>
        <w:t xml:space="preserve"> döda?{{field-off:bible}}</w:t>
      </w:r>
    </w:p>
    <w:p w14:paraId="63AAEEAB" w14:textId="77777777" w:rsidR="00BA33AB" w:rsidRPr="000767E2" w:rsidRDefault="00000000">
      <w:pPr>
        <w:pStyle w:val="Rubrik3"/>
        <w:rPr>
          <w:lang w:val="sv-SE"/>
        </w:rPr>
      </w:pPr>
      <w:r w:rsidRPr="000767E2">
        <w:rPr>
          <w:lang w:val="sv-SE"/>
        </w:rPr>
        <w:t>Varning för högmod</w:t>
      </w:r>
    </w:p>
    <w:p w14:paraId="2F92EEF3" w14:textId="7A20A97B" w:rsidR="00BA33AB" w:rsidRPr="000767E2" w:rsidRDefault="00000000">
      <w:pPr>
        <w:rPr>
          <w:lang w:val="sv-SE"/>
        </w:rPr>
      </w:pPr>
      <w:r w:rsidRPr="000767E2">
        <w:rPr>
          <w:lang w:val="sv-SE"/>
        </w:rPr>
        <w:t>[[@</w:t>
      </w:r>
      <w:r w:rsidR="0096445B" w:rsidRPr="000767E2">
        <w:rPr>
          <w:lang w:val="sv-SE"/>
        </w:rPr>
        <w:t>BibleBIBEL82</w:t>
      </w:r>
      <w:r w:rsidRPr="000767E2">
        <w:rPr>
          <w:lang w:val="sv-SE"/>
        </w:rPr>
        <w:t>:Rom 11:16]]</w:t>
      </w:r>
      <w:r w:rsidRPr="000767E2">
        <w:rPr>
          <w:vertAlign w:val="superscript"/>
          <w:lang w:val="sv-SE"/>
        </w:rPr>
        <w:t>16</w:t>
      </w:r>
      <w:r w:rsidRPr="000767E2">
        <w:rPr>
          <w:lang w:val="sv-SE"/>
        </w:rPr>
        <w:t xml:space="preserve"> {{field-on:bible}}Men om förstlingen </w:t>
      </w:r>
      <w:r w:rsidRPr="000767E2">
        <w:rPr>
          <w:i/>
          <w:lang w:val="sv-SE"/>
        </w:rPr>
        <w:t>är</w:t>
      </w:r>
      <w:r w:rsidRPr="000767E2">
        <w:rPr>
          <w:lang w:val="sv-SE"/>
        </w:rPr>
        <w:t xml:space="preserve"> helig, </w:t>
      </w:r>
      <w:r w:rsidRPr="000767E2">
        <w:rPr>
          <w:i/>
          <w:lang w:val="sv-SE"/>
        </w:rPr>
        <w:t>så</w:t>
      </w:r>
      <w:r w:rsidRPr="000767E2">
        <w:rPr>
          <w:lang w:val="sv-SE"/>
        </w:rPr>
        <w:t xml:space="preserve"> även degen. Och om roten </w:t>
      </w:r>
      <w:r w:rsidRPr="000767E2">
        <w:rPr>
          <w:i/>
          <w:lang w:val="sv-SE"/>
        </w:rPr>
        <w:t>är</w:t>
      </w:r>
      <w:r w:rsidRPr="000767E2">
        <w:rPr>
          <w:lang w:val="sv-SE"/>
        </w:rPr>
        <w:t xml:space="preserve"> helig, </w:t>
      </w:r>
      <w:r w:rsidRPr="000767E2">
        <w:rPr>
          <w:i/>
          <w:lang w:val="sv-SE"/>
        </w:rPr>
        <w:t>så</w:t>
      </w:r>
      <w:r w:rsidRPr="000767E2">
        <w:rPr>
          <w:lang w:val="sv-SE"/>
        </w:rPr>
        <w:t xml:space="preserve"> även grenarna.{{field-off:bible}} [[@</w:t>
      </w:r>
      <w:r w:rsidR="0096445B" w:rsidRPr="000767E2">
        <w:rPr>
          <w:lang w:val="sv-SE"/>
        </w:rPr>
        <w:t>BibleBIBEL82</w:t>
      </w:r>
      <w:r w:rsidRPr="000767E2">
        <w:rPr>
          <w:lang w:val="sv-SE"/>
        </w:rPr>
        <w:t>:Rom 11:17]]</w:t>
      </w:r>
      <w:r w:rsidRPr="000767E2">
        <w:rPr>
          <w:vertAlign w:val="superscript"/>
          <w:lang w:val="sv-SE"/>
        </w:rPr>
        <w:t>17</w:t>
      </w:r>
      <w:r w:rsidRPr="000767E2">
        <w:rPr>
          <w:lang w:val="sv-SE"/>
        </w:rPr>
        <w:t xml:space="preserve"> {{field-on:bible}}Men om några av grenarna bröts bort, och du som är en vildoliv blev inympad bland dem och samdelaktig i roten med fyllighet hos </w:t>
      </w:r>
      <w:r w:rsidRPr="000767E2">
        <w:rPr>
          <w:i/>
          <w:lang w:val="sv-SE"/>
        </w:rPr>
        <w:t>det äkta</w:t>
      </w:r>
      <w:r w:rsidRPr="000767E2">
        <w:rPr>
          <w:lang w:val="sv-SE"/>
        </w:rPr>
        <w:t xml:space="preserve"> olivträdet,{{field-off:bible}} [[@</w:t>
      </w:r>
      <w:r w:rsidR="0096445B" w:rsidRPr="000767E2">
        <w:rPr>
          <w:lang w:val="sv-SE"/>
        </w:rPr>
        <w:t>BibleBIBEL82</w:t>
      </w:r>
      <w:r w:rsidRPr="000767E2">
        <w:rPr>
          <w:lang w:val="sv-SE"/>
        </w:rPr>
        <w:t>:Rom 11:18]]</w:t>
      </w:r>
      <w:r w:rsidRPr="000767E2">
        <w:rPr>
          <w:vertAlign w:val="superscript"/>
          <w:lang w:val="sv-SE"/>
        </w:rPr>
        <w:t>18</w:t>
      </w:r>
      <w:r w:rsidRPr="000767E2">
        <w:rPr>
          <w:lang w:val="sv-SE"/>
        </w:rPr>
        <w:t xml:space="preserve"> {{field-on:bible}}ska du inte stoltsera mot grenarna. Men om du stoltserar: </w:t>
      </w:r>
      <w:r w:rsidRPr="000767E2">
        <w:rPr>
          <w:i/>
          <w:lang w:val="sv-SE"/>
        </w:rPr>
        <w:t>det är</w:t>
      </w:r>
      <w:r w:rsidRPr="000767E2">
        <w:rPr>
          <w:lang w:val="sv-SE"/>
        </w:rPr>
        <w:t xml:space="preserve"> inte du </w:t>
      </w:r>
      <w:r w:rsidRPr="000767E2">
        <w:rPr>
          <w:i/>
          <w:lang w:val="sv-SE"/>
        </w:rPr>
        <w:t>som</w:t>
      </w:r>
      <w:r w:rsidRPr="000767E2">
        <w:rPr>
          <w:lang w:val="sv-SE"/>
        </w:rPr>
        <w:t xml:space="preserve"> bär roten, utan roten dig.{{field-off:bible}}</w:t>
      </w:r>
    </w:p>
    <w:p w14:paraId="32E5B3C0" w14:textId="4AA2DBA2" w:rsidR="00BA33AB" w:rsidRPr="000767E2" w:rsidRDefault="00000000">
      <w:pPr>
        <w:rPr>
          <w:lang w:val="sv-SE"/>
        </w:rPr>
      </w:pPr>
      <w:r w:rsidRPr="000767E2">
        <w:rPr>
          <w:lang w:val="sv-SE"/>
        </w:rPr>
        <w:t>[[@</w:t>
      </w:r>
      <w:r w:rsidR="0096445B" w:rsidRPr="000767E2">
        <w:rPr>
          <w:lang w:val="sv-SE"/>
        </w:rPr>
        <w:t>BibleBIBEL82</w:t>
      </w:r>
      <w:r w:rsidRPr="000767E2">
        <w:rPr>
          <w:lang w:val="sv-SE"/>
        </w:rPr>
        <w:t>:Rom 11:19]]</w:t>
      </w:r>
      <w:r w:rsidRPr="000767E2">
        <w:rPr>
          <w:vertAlign w:val="superscript"/>
          <w:lang w:val="sv-SE"/>
        </w:rPr>
        <w:t>19</w:t>
      </w:r>
      <w:r w:rsidRPr="000767E2">
        <w:rPr>
          <w:lang w:val="sv-SE"/>
        </w:rPr>
        <w:t xml:space="preserve"> {{field-on:bible}}Du säger nu: ”Grenar bröts bort för att jag skulle ympas in.”{{field-off:bible}} [[@</w:t>
      </w:r>
      <w:r w:rsidR="0096445B" w:rsidRPr="000767E2">
        <w:rPr>
          <w:lang w:val="sv-SE"/>
        </w:rPr>
        <w:t>BibleBIBEL82</w:t>
      </w:r>
      <w:r w:rsidRPr="000767E2">
        <w:rPr>
          <w:lang w:val="sv-SE"/>
        </w:rPr>
        <w:t>:Rom 11:20]]</w:t>
      </w:r>
      <w:r w:rsidRPr="000767E2">
        <w:rPr>
          <w:vertAlign w:val="superscript"/>
          <w:lang w:val="sv-SE"/>
        </w:rPr>
        <w:t>20</w:t>
      </w:r>
      <w:r w:rsidRPr="000767E2">
        <w:rPr>
          <w:lang w:val="sv-SE"/>
        </w:rPr>
        <w:t xml:space="preserve"> {{field-on:bible}}Bra: genom otron bröts de bort. Och du står genom tron. Tänk inte högmodigt, utan frukta.{{field-</w:t>
      </w:r>
      <w:r w:rsidRPr="000767E2">
        <w:rPr>
          <w:lang w:val="sv-SE"/>
        </w:rPr>
        <w:lastRenderedPageBreak/>
        <w:t>off:bible}} [[@</w:t>
      </w:r>
      <w:r w:rsidR="0096445B" w:rsidRPr="000767E2">
        <w:rPr>
          <w:lang w:val="sv-SE"/>
        </w:rPr>
        <w:t>BibleBIBEL82</w:t>
      </w:r>
      <w:r w:rsidRPr="000767E2">
        <w:rPr>
          <w:lang w:val="sv-SE"/>
        </w:rPr>
        <w:t>:Rom 11:21]]</w:t>
      </w:r>
      <w:r w:rsidRPr="000767E2">
        <w:rPr>
          <w:vertAlign w:val="superscript"/>
          <w:lang w:val="sv-SE"/>
        </w:rPr>
        <w:t>21</w:t>
      </w:r>
      <w:r w:rsidRPr="000767E2">
        <w:rPr>
          <w:lang w:val="sv-SE"/>
        </w:rPr>
        <w:t xml:space="preserve"> {{field-on:bible}}För om Gud inte skonade de naturliga grenarna, ska han [kanske] heller inte skona dig.{{field-off:bible}}</w:t>
      </w:r>
    </w:p>
    <w:p w14:paraId="312D8D90" w14:textId="31957760" w:rsidR="00BA33AB" w:rsidRPr="000767E2" w:rsidRDefault="00000000">
      <w:pPr>
        <w:rPr>
          <w:lang w:val="sv-SE"/>
        </w:rPr>
      </w:pPr>
      <w:r w:rsidRPr="000767E2">
        <w:rPr>
          <w:lang w:val="sv-SE"/>
        </w:rPr>
        <w:t>[[@</w:t>
      </w:r>
      <w:r w:rsidR="0096445B" w:rsidRPr="000767E2">
        <w:rPr>
          <w:lang w:val="sv-SE"/>
        </w:rPr>
        <w:t>BibleBIBEL82</w:t>
      </w:r>
      <w:r w:rsidRPr="000767E2">
        <w:rPr>
          <w:lang w:val="sv-SE"/>
        </w:rPr>
        <w:t>:Rom 11:22]]</w:t>
      </w:r>
      <w:r w:rsidRPr="000767E2">
        <w:rPr>
          <w:vertAlign w:val="superscript"/>
          <w:lang w:val="sv-SE"/>
        </w:rPr>
        <w:t>22</w:t>
      </w:r>
      <w:r w:rsidRPr="000767E2">
        <w:rPr>
          <w:lang w:val="sv-SE"/>
        </w:rPr>
        <w:t xml:space="preserve"> {{field-on:bible}}Se nu Guds snällhet och stränghet: över dem som föll stränghet, men över dig Guds snällhet – om du blir kvar vid snällheten. Annars blir också du borthuggen.{{field-off:bible}} [[@</w:t>
      </w:r>
      <w:r w:rsidR="0096445B" w:rsidRPr="000767E2">
        <w:rPr>
          <w:lang w:val="sv-SE"/>
        </w:rPr>
        <w:t>BibleBIBEL82</w:t>
      </w:r>
      <w:r w:rsidRPr="000767E2">
        <w:rPr>
          <w:lang w:val="sv-SE"/>
        </w:rPr>
        <w:t>:Rom 11:23]]</w:t>
      </w:r>
      <w:r w:rsidRPr="000767E2">
        <w:rPr>
          <w:vertAlign w:val="superscript"/>
          <w:lang w:val="sv-SE"/>
        </w:rPr>
        <w:t>23</w:t>
      </w:r>
      <w:r w:rsidRPr="000767E2">
        <w:rPr>
          <w:lang w:val="sv-SE"/>
        </w:rPr>
        <w:t xml:space="preserve"> {{field-on:bible}}Men även dessa, om de inte blir kvar vid otron, kommer att ympas in. För mäktig är Gud att åter ympa in dem.{{field-off:bible}} [[@</w:t>
      </w:r>
      <w:r w:rsidR="0096445B" w:rsidRPr="000767E2">
        <w:rPr>
          <w:lang w:val="sv-SE"/>
        </w:rPr>
        <w:t>BibleBIBEL82</w:t>
      </w:r>
      <w:r w:rsidRPr="000767E2">
        <w:rPr>
          <w:lang w:val="sv-SE"/>
        </w:rPr>
        <w:t>:Rom 11:24]]</w:t>
      </w:r>
      <w:r w:rsidRPr="000767E2">
        <w:rPr>
          <w:vertAlign w:val="superscript"/>
          <w:lang w:val="sv-SE"/>
        </w:rPr>
        <w:t>24</w:t>
      </w:r>
      <w:r w:rsidRPr="000767E2">
        <w:rPr>
          <w:lang w:val="sv-SE"/>
        </w:rPr>
        <w:t xml:space="preserve"> {{field-on:bible}}För om du blev borthuggen från den naturliga vildoliven och mot naturen inympad i ett </w:t>
      </w:r>
      <w:r w:rsidRPr="000767E2">
        <w:rPr>
          <w:i/>
          <w:lang w:val="sv-SE"/>
        </w:rPr>
        <w:t>äkta</w:t>
      </w:r>
      <w:r w:rsidRPr="000767E2">
        <w:rPr>
          <w:lang w:val="sv-SE"/>
        </w:rPr>
        <w:t xml:space="preserve"> olivträd, hur mycket mer ska dessa naturliga ympas in i </w:t>
      </w:r>
      <w:r w:rsidRPr="000767E2">
        <w:rPr>
          <w:i/>
          <w:lang w:val="sv-SE"/>
        </w:rPr>
        <w:t>sitt</w:t>
      </w:r>
      <w:r w:rsidRPr="000767E2">
        <w:rPr>
          <w:lang w:val="sv-SE"/>
        </w:rPr>
        <w:t xml:space="preserve"> eget olivträd?{{field-off:bible}}</w:t>
      </w:r>
    </w:p>
    <w:p w14:paraId="3B9CABB9" w14:textId="77777777" w:rsidR="00BA33AB" w:rsidRPr="000767E2" w:rsidRDefault="00000000">
      <w:pPr>
        <w:pStyle w:val="Rubrik3"/>
        <w:rPr>
          <w:lang w:val="sv-SE"/>
        </w:rPr>
      </w:pPr>
      <w:r w:rsidRPr="000767E2">
        <w:rPr>
          <w:lang w:val="sv-SE"/>
        </w:rPr>
        <w:t>Utvaldhetens mysterium</w:t>
      </w:r>
    </w:p>
    <w:p w14:paraId="0474ACF4" w14:textId="3C3E9301" w:rsidR="00BA33AB" w:rsidRPr="000767E2" w:rsidRDefault="00000000">
      <w:pPr>
        <w:rPr>
          <w:lang w:val="sv-SE"/>
        </w:rPr>
      </w:pPr>
      <w:r w:rsidRPr="000767E2">
        <w:rPr>
          <w:lang w:val="sv-SE"/>
        </w:rPr>
        <w:t>[[@</w:t>
      </w:r>
      <w:r w:rsidR="0096445B" w:rsidRPr="000767E2">
        <w:rPr>
          <w:lang w:val="sv-SE"/>
        </w:rPr>
        <w:t>BibleBIBEL82</w:t>
      </w:r>
      <w:r w:rsidRPr="000767E2">
        <w:rPr>
          <w:lang w:val="sv-SE"/>
        </w:rPr>
        <w:t>:Rom 11:25]]</w:t>
      </w:r>
      <w:r w:rsidRPr="000767E2">
        <w:rPr>
          <w:vertAlign w:val="superscript"/>
          <w:lang w:val="sv-SE"/>
        </w:rPr>
        <w:t>25</w:t>
      </w:r>
      <w:r w:rsidRPr="000767E2">
        <w:rPr>
          <w:lang w:val="sv-SE"/>
        </w:rPr>
        <w:t xml:space="preserve"> {{field-on:bible}}För jag vill inte att ni ska vara ovetande, syskon, om detta mysterium så att ni inte är kloka för er själva: att förhårdnad till </w:t>
      </w:r>
      <w:r w:rsidRPr="000767E2">
        <w:rPr>
          <w:i/>
          <w:lang w:val="sv-SE"/>
        </w:rPr>
        <w:t>viss</w:t>
      </w:r>
      <w:r w:rsidRPr="000767E2">
        <w:rPr>
          <w:lang w:val="sv-SE"/>
        </w:rPr>
        <w:t xml:space="preserve"> del har kommit till Israel fram tills fullheten av folkslagen har kommit in.{{field-off:bible}} [[@</w:t>
      </w:r>
      <w:r w:rsidR="0096445B" w:rsidRPr="000767E2">
        <w:rPr>
          <w:lang w:val="sv-SE"/>
        </w:rPr>
        <w:t>BibleBIBEL82</w:t>
      </w:r>
      <w:r w:rsidRPr="000767E2">
        <w:rPr>
          <w:lang w:val="sv-SE"/>
        </w:rPr>
        <w:t>:Rom 11:26]]</w:t>
      </w:r>
      <w:r w:rsidRPr="000767E2">
        <w:rPr>
          <w:vertAlign w:val="superscript"/>
          <w:lang w:val="sv-SE"/>
        </w:rPr>
        <w:t>26</w:t>
      </w:r>
      <w:r w:rsidRPr="000767E2">
        <w:rPr>
          <w:lang w:val="sv-SE"/>
        </w:rPr>
        <w:t xml:space="preserve"> {{field-on:bible}}Och så ska hela Israel bli frälst, så som det är skrivet:{{field-off:bible}}</w:t>
      </w:r>
    </w:p>
    <w:p w14:paraId="0B1BD0D4" w14:textId="089E7144" w:rsidR="00BA33AB" w:rsidRPr="000767E2" w:rsidRDefault="00000000">
      <w:pPr>
        <w:rPr>
          <w:lang w:val="sv-SE"/>
        </w:rPr>
      </w:pPr>
      <w:r w:rsidRPr="000767E2">
        <w:rPr>
          <w:lang w:val="sv-SE"/>
        </w:rPr>
        <w:t>{{field-on:bible}}Från Sion ska Räddaren komma.</w:t>
      </w:r>
      <w:r w:rsidRPr="000767E2">
        <w:rPr>
          <w:lang w:val="sv-SE"/>
        </w:rPr>
        <w:br/>
        <w:t>Han ska vända bort ogudaktighet från Jakob.{{field-off:bible}}</w:t>
      </w:r>
      <w:r w:rsidRPr="000767E2">
        <w:rPr>
          <w:lang w:val="sv-SE"/>
        </w:rPr>
        <w:br/>
        <w:t>[[@</w:t>
      </w:r>
      <w:r w:rsidR="0096445B" w:rsidRPr="000767E2">
        <w:rPr>
          <w:lang w:val="sv-SE"/>
        </w:rPr>
        <w:t>BibleBIBEL82</w:t>
      </w:r>
      <w:r w:rsidRPr="000767E2">
        <w:rPr>
          <w:lang w:val="sv-SE"/>
        </w:rPr>
        <w:t>:Rom 11:27]]</w:t>
      </w:r>
      <w:r w:rsidRPr="000767E2">
        <w:rPr>
          <w:vertAlign w:val="superscript"/>
          <w:lang w:val="sv-SE"/>
        </w:rPr>
        <w:t>27</w:t>
      </w:r>
      <w:r w:rsidRPr="000767E2">
        <w:rPr>
          <w:lang w:val="sv-SE"/>
        </w:rPr>
        <w:t xml:space="preserve"> {{field-on:bible}}Och detta </w:t>
      </w:r>
      <w:r w:rsidRPr="000767E2">
        <w:rPr>
          <w:i/>
          <w:lang w:val="sv-SE"/>
        </w:rPr>
        <w:t>är</w:t>
      </w:r>
      <w:r w:rsidRPr="000767E2">
        <w:rPr>
          <w:lang w:val="sv-SE"/>
        </w:rPr>
        <w:t xml:space="preserve"> för dem förbundet från mig,</w:t>
      </w:r>
      <w:r w:rsidRPr="000767E2">
        <w:rPr>
          <w:lang w:val="sv-SE"/>
        </w:rPr>
        <w:br/>
        <w:t>när jag tar bort deras synder.{{field-off:bible}}</w:t>
      </w:r>
    </w:p>
    <w:p w14:paraId="452713BB" w14:textId="6D3FC712" w:rsidR="00BA33AB" w:rsidRPr="000767E2" w:rsidRDefault="00000000">
      <w:pPr>
        <w:rPr>
          <w:lang w:val="sv-SE"/>
        </w:rPr>
      </w:pPr>
      <w:r w:rsidRPr="000767E2">
        <w:rPr>
          <w:lang w:val="sv-SE"/>
        </w:rPr>
        <w:t>[[@</w:t>
      </w:r>
      <w:r w:rsidR="0096445B" w:rsidRPr="000767E2">
        <w:rPr>
          <w:lang w:val="sv-SE"/>
        </w:rPr>
        <w:t>BibleBIBEL82</w:t>
      </w:r>
      <w:r w:rsidRPr="000767E2">
        <w:rPr>
          <w:lang w:val="sv-SE"/>
        </w:rPr>
        <w:t>:Rom 11:28]]</w:t>
      </w:r>
      <w:r w:rsidRPr="000767E2">
        <w:rPr>
          <w:vertAlign w:val="superscript"/>
          <w:lang w:val="sv-SE"/>
        </w:rPr>
        <w:t>28</w:t>
      </w:r>
      <w:r w:rsidRPr="000767E2">
        <w:rPr>
          <w:lang w:val="sv-SE"/>
        </w:rPr>
        <w:t xml:space="preserve"> {{field-on:bible}}Efter evangeliet </w:t>
      </w:r>
      <w:r w:rsidRPr="000767E2">
        <w:rPr>
          <w:i/>
          <w:lang w:val="sv-SE"/>
        </w:rPr>
        <w:t>är de</w:t>
      </w:r>
      <w:r w:rsidRPr="000767E2">
        <w:rPr>
          <w:lang w:val="sv-SE"/>
        </w:rPr>
        <w:t xml:space="preserve"> fiender på grund av er, men efter utvaldheten älskade på grund av fäderna.{{field-off:bible}} [[@</w:t>
      </w:r>
      <w:r w:rsidR="0096445B" w:rsidRPr="000767E2">
        <w:rPr>
          <w:lang w:val="sv-SE"/>
        </w:rPr>
        <w:t>BibleBIBEL82</w:t>
      </w:r>
      <w:r w:rsidRPr="000767E2">
        <w:rPr>
          <w:lang w:val="sv-SE"/>
        </w:rPr>
        <w:t>:Rom 11:29]]</w:t>
      </w:r>
      <w:r w:rsidRPr="000767E2">
        <w:rPr>
          <w:vertAlign w:val="superscript"/>
          <w:lang w:val="sv-SE"/>
        </w:rPr>
        <w:t>29</w:t>
      </w:r>
      <w:r w:rsidRPr="000767E2">
        <w:rPr>
          <w:lang w:val="sv-SE"/>
        </w:rPr>
        <w:t xml:space="preserve"> {{field-on:bible}}För utan ånger </w:t>
      </w:r>
      <w:r w:rsidRPr="000767E2">
        <w:rPr>
          <w:i/>
          <w:lang w:val="sv-SE"/>
        </w:rPr>
        <w:t>är</w:t>
      </w:r>
      <w:r w:rsidRPr="000767E2">
        <w:rPr>
          <w:lang w:val="sv-SE"/>
        </w:rPr>
        <w:t xml:space="preserve"> Guds nådegåvor och kallelse.{{field-off:bible}} [[@</w:t>
      </w:r>
      <w:r w:rsidR="0096445B" w:rsidRPr="000767E2">
        <w:rPr>
          <w:lang w:val="sv-SE"/>
        </w:rPr>
        <w:t>BibleBIBEL82</w:t>
      </w:r>
      <w:r w:rsidRPr="000767E2">
        <w:rPr>
          <w:lang w:val="sv-SE"/>
        </w:rPr>
        <w:t>:Rom 11:30]]</w:t>
      </w:r>
      <w:r w:rsidRPr="000767E2">
        <w:rPr>
          <w:vertAlign w:val="superscript"/>
          <w:lang w:val="sv-SE"/>
        </w:rPr>
        <w:t>30</w:t>
      </w:r>
      <w:r w:rsidRPr="000767E2">
        <w:rPr>
          <w:lang w:val="sv-SE"/>
        </w:rPr>
        <w:t xml:space="preserve"> {{field-on:bible}}För såsom ni en gång var ohörsamma mot Gud, men nu har fått barmhärtighet genom dessas ohörsamhet,{{field-off:bible}} [[@</w:t>
      </w:r>
      <w:r w:rsidR="0096445B" w:rsidRPr="000767E2">
        <w:rPr>
          <w:lang w:val="sv-SE"/>
        </w:rPr>
        <w:t>BibleBIBEL82</w:t>
      </w:r>
      <w:r w:rsidRPr="000767E2">
        <w:rPr>
          <w:lang w:val="sv-SE"/>
        </w:rPr>
        <w:t>:Rom 11:31]]</w:t>
      </w:r>
      <w:r w:rsidRPr="000767E2">
        <w:rPr>
          <w:vertAlign w:val="superscript"/>
          <w:lang w:val="sv-SE"/>
        </w:rPr>
        <w:t>31</w:t>
      </w:r>
      <w:r w:rsidRPr="000767E2">
        <w:rPr>
          <w:lang w:val="sv-SE"/>
        </w:rPr>
        <w:t xml:space="preserve"> {{field-on:bible}}så har också dessa nu varit ohörsamma mot barmhärtigheten till er, för att också själva [nu] få barmhärtighet.{{field-off:bible}} [[@</w:t>
      </w:r>
      <w:r w:rsidR="0096445B" w:rsidRPr="000767E2">
        <w:rPr>
          <w:lang w:val="sv-SE"/>
        </w:rPr>
        <w:t>BibleBIBEL82</w:t>
      </w:r>
      <w:r w:rsidRPr="000767E2">
        <w:rPr>
          <w:lang w:val="sv-SE"/>
        </w:rPr>
        <w:t>:Rom 11:32]]</w:t>
      </w:r>
      <w:r w:rsidRPr="000767E2">
        <w:rPr>
          <w:vertAlign w:val="superscript"/>
          <w:lang w:val="sv-SE"/>
        </w:rPr>
        <w:t>32</w:t>
      </w:r>
      <w:r w:rsidRPr="000767E2">
        <w:rPr>
          <w:lang w:val="sv-SE"/>
        </w:rPr>
        <w:t xml:space="preserve"> {{field-on:bible}}För Gud har inneslutit alla i ohörsamhet, för att förbarma sig över alla.{{field-off:bible}}</w:t>
      </w:r>
    </w:p>
    <w:p w14:paraId="072CC80D" w14:textId="77777777" w:rsidR="00BA33AB" w:rsidRPr="000767E2" w:rsidRDefault="00000000">
      <w:pPr>
        <w:pStyle w:val="Rubrik3"/>
        <w:rPr>
          <w:lang w:val="sv-SE"/>
        </w:rPr>
      </w:pPr>
      <w:r w:rsidRPr="000767E2">
        <w:rPr>
          <w:lang w:val="sv-SE"/>
        </w:rPr>
        <w:t>Lovsång till den Outgrundlige</w:t>
      </w:r>
    </w:p>
    <w:p w14:paraId="5C034967" w14:textId="15CC474D" w:rsidR="00BA33AB" w:rsidRPr="000767E2" w:rsidRDefault="00000000">
      <w:pPr>
        <w:rPr>
          <w:lang w:val="sv-SE"/>
        </w:rPr>
      </w:pPr>
      <w:r w:rsidRPr="000767E2">
        <w:rPr>
          <w:lang w:val="sv-SE"/>
        </w:rPr>
        <w:t>[[@</w:t>
      </w:r>
      <w:r w:rsidR="0096445B" w:rsidRPr="000767E2">
        <w:rPr>
          <w:lang w:val="sv-SE"/>
        </w:rPr>
        <w:t>BibleBIBEL82</w:t>
      </w:r>
      <w:r w:rsidRPr="000767E2">
        <w:rPr>
          <w:lang w:val="sv-SE"/>
        </w:rPr>
        <w:t>:Rom 11:33]]</w:t>
      </w:r>
      <w:r w:rsidRPr="000767E2">
        <w:rPr>
          <w:vertAlign w:val="superscript"/>
          <w:lang w:val="sv-SE"/>
        </w:rPr>
        <w:t>33</w:t>
      </w:r>
      <w:r w:rsidRPr="000767E2">
        <w:rPr>
          <w:lang w:val="sv-SE"/>
        </w:rPr>
        <w:t xml:space="preserve"> {{field-on:bible}}O djup av rikedom och vishet och kunskap hos Gud! Hur outforskbara hans domar och outgrundliga hans vägar!{{field-off:bible}}</w:t>
      </w:r>
    </w:p>
    <w:p w14:paraId="0523D47B" w14:textId="35D41E3C" w:rsidR="00BA33AB" w:rsidRPr="000767E2" w:rsidRDefault="00000000">
      <w:pPr>
        <w:rPr>
          <w:lang w:val="sv-SE"/>
        </w:rPr>
      </w:pPr>
      <w:r w:rsidRPr="000767E2">
        <w:rPr>
          <w:lang w:val="sv-SE"/>
        </w:rPr>
        <w:t>[[@</w:t>
      </w:r>
      <w:r w:rsidR="0096445B" w:rsidRPr="000767E2">
        <w:rPr>
          <w:lang w:val="sv-SE"/>
        </w:rPr>
        <w:t>BibleBIBEL82</w:t>
      </w:r>
      <w:r w:rsidRPr="000767E2">
        <w:rPr>
          <w:lang w:val="sv-SE"/>
        </w:rPr>
        <w:t>:Rom 11:34]]</w:t>
      </w:r>
      <w:r w:rsidRPr="000767E2">
        <w:rPr>
          <w:vertAlign w:val="superscript"/>
          <w:lang w:val="sv-SE"/>
        </w:rPr>
        <w:t>34</w:t>
      </w:r>
      <w:r w:rsidRPr="000767E2">
        <w:rPr>
          <w:lang w:val="sv-SE"/>
        </w:rPr>
        <w:t xml:space="preserve"> {{field-on:bible}}För vem har förstått Herrens sinne?</w:t>
      </w:r>
      <w:r w:rsidRPr="000767E2">
        <w:rPr>
          <w:lang w:val="sv-SE"/>
        </w:rPr>
        <w:br/>
        <w:t>Eller vem blev hans samråd?{{field-off:bible}}</w:t>
      </w:r>
      <w:r w:rsidRPr="000767E2">
        <w:rPr>
          <w:lang w:val="sv-SE"/>
        </w:rPr>
        <w:br/>
        <w:t>[[@</w:t>
      </w:r>
      <w:r w:rsidR="0096445B" w:rsidRPr="000767E2">
        <w:rPr>
          <w:lang w:val="sv-SE"/>
        </w:rPr>
        <w:t>BibleBIBEL82</w:t>
      </w:r>
      <w:r w:rsidRPr="000767E2">
        <w:rPr>
          <w:lang w:val="sv-SE"/>
        </w:rPr>
        <w:t>:Rom 11:35]]</w:t>
      </w:r>
      <w:r w:rsidRPr="000767E2">
        <w:rPr>
          <w:vertAlign w:val="superscript"/>
          <w:lang w:val="sv-SE"/>
        </w:rPr>
        <w:t>35</w:t>
      </w:r>
      <w:r w:rsidRPr="000767E2">
        <w:rPr>
          <w:lang w:val="sv-SE"/>
        </w:rPr>
        <w:t xml:space="preserve"> {{field-on:bible}}Eller vem har först gett honom och det ska återgäldas honom?{{field-off:bible}}</w:t>
      </w:r>
    </w:p>
    <w:p w14:paraId="4A9B20EA" w14:textId="6DFAFB8B" w:rsidR="00BA33AB" w:rsidRPr="000767E2" w:rsidRDefault="00000000">
      <w:pPr>
        <w:rPr>
          <w:lang w:val="sv-SE"/>
        </w:rPr>
      </w:pPr>
      <w:r w:rsidRPr="000767E2">
        <w:rPr>
          <w:lang w:val="sv-SE"/>
        </w:rPr>
        <w:t>[[@</w:t>
      </w:r>
      <w:r w:rsidR="0096445B" w:rsidRPr="000767E2">
        <w:rPr>
          <w:lang w:val="sv-SE"/>
        </w:rPr>
        <w:t>BibleBIBEL82</w:t>
      </w:r>
      <w:r w:rsidRPr="000767E2">
        <w:rPr>
          <w:lang w:val="sv-SE"/>
        </w:rPr>
        <w:t>:Rom 11:36]]</w:t>
      </w:r>
      <w:r w:rsidRPr="000767E2">
        <w:rPr>
          <w:vertAlign w:val="superscript"/>
          <w:lang w:val="sv-SE"/>
        </w:rPr>
        <w:t>36</w:t>
      </w:r>
      <w:r w:rsidRPr="000767E2">
        <w:rPr>
          <w:lang w:val="sv-SE"/>
        </w:rPr>
        <w:t xml:space="preserve"> {{field-on:bible}}För av honom och genom honom och till honom </w:t>
      </w:r>
      <w:r w:rsidRPr="000767E2">
        <w:rPr>
          <w:i/>
          <w:lang w:val="sv-SE"/>
        </w:rPr>
        <w:t>är</w:t>
      </w:r>
      <w:r w:rsidRPr="000767E2">
        <w:rPr>
          <w:lang w:val="sv-SE"/>
        </w:rPr>
        <w:t xml:space="preserve"> allting. Hans </w:t>
      </w:r>
      <w:r w:rsidRPr="000767E2">
        <w:rPr>
          <w:i/>
          <w:lang w:val="sv-SE"/>
        </w:rPr>
        <w:t>är</w:t>
      </w:r>
      <w:r w:rsidRPr="000767E2">
        <w:rPr>
          <w:lang w:val="sv-SE"/>
        </w:rPr>
        <w:t xml:space="preserve"> äran till eonerna. Amen.{{field-off:bible}}</w:t>
      </w:r>
    </w:p>
    <w:p w14:paraId="3C4A8D9F" w14:textId="6259A909"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:Rom 12]]Kapitel 12</w:t>
      </w:r>
    </w:p>
    <w:p w14:paraId="1327D3B9" w14:textId="77777777" w:rsidR="00BA33AB" w:rsidRPr="000767E2" w:rsidRDefault="00000000">
      <w:pPr>
        <w:pStyle w:val="Rubrik3"/>
        <w:rPr>
          <w:lang w:val="sv-SE"/>
        </w:rPr>
      </w:pPr>
      <w:r w:rsidRPr="000767E2">
        <w:rPr>
          <w:lang w:val="sv-SE"/>
        </w:rPr>
        <w:t>Sinnets förnyelse</w:t>
      </w:r>
    </w:p>
    <w:p w14:paraId="79F21434" w14:textId="73CF33D5" w:rsidR="00BA33AB" w:rsidRPr="000767E2" w:rsidRDefault="00000000">
      <w:pPr>
        <w:rPr>
          <w:lang w:val="sv-SE"/>
        </w:rPr>
      </w:pPr>
      <w:r w:rsidRPr="000767E2">
        <w:rPr>
          <w:lang w:val="sv-SE"/>
        </w:rPr>
        <w:t>[[@</w:t>
      </w:r>
      <w:r w:rsidR="0096445B" w:rsidRPr="000767E2">
        <w:rPr>
          <w:lang w:val="sv-SE"/>
        </w:rPr>
        <w:t>BibleBIBEL82</w:t>
      </w:r>
      <w:r w:rsidRPr="000767E2">
        <w:rPr>
          <w:lang w:val="sv-SE"/>
        </w:rPr>
        <w:t>:Rom 12:1]]</w:t>
      </w:r>
      <w:r w:rsidRPr="000767E2">
        <w:rPr>
          <w:vertAlign w:val="superscript"/>
          <w:lang w:val="sv-SE"/>
        </w:rPr>
        <w:t>1</w:t>
      </w:r>
      <w:r w:rsidRPr="000767E2">
        <w:rPr>
          <w:lang w:val="sv-SE"/>
        </w:rPr>
        <w:t xml:space="preserve"> {{field-on:bible}}Alltså uppmanar jag er, syskon, genom Guds medlidande att ställa fram era kroppar </w:t>
      </w:r>
      <w:r w:rsidRPr="000767E2">
        <w:rPr>
          <w:i/>
          <w:lang w:val="sv-SE"/>
        </w:rPr>
        <w:t>som</w:t>
      </w:r>
      <w:r w:rsidRPr="000767E2">
        <w:rPr>
          <w:lang w:val="sv-SE"/>
        </w:rPr>
        <w:t xml:space="preserve"> ett offer: levande, heligt, välbehagligt för Gud – er förnuftsmässiga gudstjänst.{{field-off:bible}} [[@</w:t>
      </w:r>
      <w:r w:rsidR="0096445B" w:rsidRPr="000767E2">
        <w:rPr>
          <w:lang w:val="sv-SE"/>
        </w:rPr>
        <w:t>BibleBIBEL82</w:t>
      </w:r>
      <w:r w:rsidRPr="000767E2">
        <w:rPr>
          <w:lang w:val="sv-SE"/>
        </w:rPr>
        <w:t>:Rom 12:2]]</w:t>
      </w:r>
      <w:r w:rsidRPr="000767E2">
        <w:rPr>
          <w:vertAlign w:val="superscript"/>
          <w:lang w:val="sv-SE"/>
        </w:rPr>
        <w:t>2</w:t>
      </w:r>
      <w:r w:rsidRPr="000767E2">
        <w:rPr>
          <w:lang w:val="sv-SE"/>
        </w:rPr>
        <w:t xml:space="preserve"> {{field-on:bible}}Och konformera er inte efter denna eon, utan </w:t>
      </w:r>
      <w:r w:rsidRPr="000767E2">
        <w:rPr>
          <w:i/>
          <w:lang w:val="sv-SE"/>
        </w:rPr>
        <w:t>låt er</w:t>
      </w:r>
      <w:r w:rsidRPr="000767E2">
        <w:rPr>
          <w:lang w:val="sv-SE"/>
        </w:rPr>
        <w:t xml:space="preserve"> förvandlas genom sinnets förnyelse så att ni avgör vad </w:t>
      </w:r>
      <w:r w:rsidRPr="000767E2">
        <w:rPr>
          <w:i/>
          <w:lang w:val="sv-SE"/>
        </w:rPr>
        <w:t>som är</w:t>
      </w:r>
      <w:r w:rsidRPr="000767E2">
        <w:rPr>
          <w:lang w:val="sv-SE"/>
        </w:rPr>
        <w:t xml:space="preserve"> Guds vilja, det </w:t>
      </w:r>
      <w:r w:rsidRPr="000767E2">
        <w:rPr>
          <w:i/>
          <w:lang w:val="sv-SE"/>
        </w:rPr>
        <w:t>som är</w:t>
      </w:r>
      <w:r w:rsidRPr="000767E2">
        <w:rPr>
          <w:lang w:val="sv-SE"/>
        </w:rPr>
        <w:t xml:space="preserve"> gott och välbehagligt och fullkomligt.{{field-off:bible}}</w:t>
      </w:r>
    </w:p>
    <w:p w14:paraId="56FE1157" w14:textId="6F847176" w:rsidR="00BA33AB" w:rsidRPr="000767E2" w:rsidRDefault="00000000">
      <w:pPr>
        <w:rPr>
          <w:lang w:val="sv-SE"/>
        </w:rPr>
      </w:pPr>
      <w:r w:rsidRPr="000767E2">
        <w:rPr>
          <w:lang w:val="sv-SE"/>
        </w:rPr>
        <w:t>[[@</w:t>
      </w:r>
      <w:r w:rsidR="0096445B" w:rsidRPr="000767E2">
        <w:rPr>
          <w:lang w:val="sv-SE"/>
        </w:rPr>
        <w:t>BibleBIBEL82</w:t>
      </w:r>
      <w:r w:rsidRPr="000767E2">
        <w:rPr>
          <w:lang w:val="sv-SE"/>
        </w:rPr>
        <w:t>:Rom 12:3]]</w:t>
      </w:r>
      <w:r w:rsidRPr="000767E2">
        <w:rPr>
          <w:vertAlign w:val="superscript"/>
          <w:lang w:val="sv-SE"/>
        </w:rPr>
        <w:t>3</w:t>
      </w:r>
      <w:r w:rsidRPr="000767E2">
        <w:rPr>
          <w:lang w:val="sv-SE"/>
        </w:rPr>
        <w:t xml:space="preserve"> {{field-on:bible}}För jag säger, genom den nåd som har getts mig, till var och en som är bland er att inte tänka högre än vad </w:t>
      </w:r>
      <w:r w:rsidRPr="000767E2">
        <w:rPr>
          <w:i/>
          <w:lang w:val="sv-SE"/>
        </w:rPr>
        <w:t>man</w:t>
      </w:r>
      <w:r w:rsidRPr="000767E2">
        <w:rPr>
          <w:lang w:val="sv-SE"/>
        </w:rPr>
        <w:t xml:space="preserve"> bör tänka, utan tänka så att </w:t>
      </w:r>
      <w:r w:rsidRPr="000767E2">
        <w:rPr>
          <w:i/>
          <w:lang w:val="sv-SE"/>
        </w:rPr>
        <w:t>ni</w:t>
      </w:r>
      <w:r w:rsidRPr="000767E2">
        <w:rPr>
          <w:lang w:val="sv-SE"/>
        </w:rPr>
        <w:t xml:space="preserve"> tänker sansat, åt var och en såsom Gud har tilldelat ett mått av tro.{{field-off:bible}} [[@</w:t>
      </w:r>
      <w:r w:rsidR="0096445B" w:rsidRPr="000767E2">
        <w:rPr>
          <w:lang w:val="sv-SE"/>
        </w:rPr>
        <w:t>BibleBIBEL82</w:t>
      </w:r>
      <w:r w:rsidRPr="000767E2">
        <w:rPr>
          <w:lang w:val="sv-SE"/>
        </w:rPr>
        <w:t>:Rom 12:4]]</w:t>
      </w:r>
      <w:r w:rsidRPr="000767E2">
        <w:rPr>
          <w:vertAlign w:val="superscript"/>
          <w:lang w:val="sv-SE"/>
        </w:rPr>
        <w:t>4</w:t>
      </w:r>
      <w:r w:rsidRPr="000767E2">
        <w:rPr>
          <w:lang w:val="sv-SE"/>
        </w:rPr>
        <w:t xml:space="preserve"> {{field-on:bible}}För liksom vi i en kropp har många lemmar, och alla lemmarna inte har samma handlande,{{field-off:bible}} [[@</w:t>
      </w:r>
      <w:r w:rsidR="0096445B" w:rsidRPr="000767E2">
        <w:rPr>
          <w:lang w:val="sv-SE"/>
        </w:rPr>
        <w:t>BibleBIBEL82</w:t>
      </w:r>
      <w:r w:rsidRPr="000767E2">
        <w:rPr>
          <w:lang w:val="sv-SE"/>
        </w:rPr>
        <w:t>:Rom 12:5]]</w:t>
      </w:r>
      <w:r w:rsidRPr="000767E2">
        <w:rPr>
          <w:vertAlign w:val="superscript"/>
          <w:lang w:val="sv-SE"/>
        </w:rPr>
        <w:t>5</w:t>
      </w:r>
      <w:r w:rsidRPr="000767E2">
        <w:rPr>
          <w:lang w:val="sv-SE"/>
        </w:rPr>
        <w:t xml:space="preserve"> {{field-on:bible}}så är vi många en kropp i Kristus men var för sig varandras lemmar.{{field-off:bible}}</w:t>
      </w:r>
    </w:p>
    <w:p w14:paraId="6BEC1995" w14:textId="6889D37E" w:rsidR="00BA33AB" w:rsidRPr="000767E2" w:rsidRDefault="00000000">
      <w:pPr>
        <w:rPr>
          <w:lang w:val="sv-SE"/>
        </w:rPr>
      </w:pPr>
      <w:r w:rsidRPr="000767E2">
        <w:rPr>
          <w:lang w:val="sv-SE"/>
        </w:rPr>
        <w:t>[[@</w:t>
      </w:r>
      <w:r w:rsidR="0096445B" w:rsidRPr="000767E2">
        <w:rPr>
          <w:lang w:val="sv-SE"/>
        </w:rPr>
        <w:t>BibleBIBEL82</w:t>
      </w:r>
      <w:r w:rsidRPr="000767E2">
        <w:rPr>
          <w:lang w:val="sv-SE"/>
        </w:rPr>
        <w:t>:Rom 12:6]]</w:t>
      </w:r>
      <w:r w:rsidRPr="000767E2">
        <w:rPr>
          <w:vertAlign w:val="superscript"/>
          <w:lang w:val="sv-SE"/>
        </w:rPr>
        <w:t>6</w:t>
      </w:r>
      <w:r w:rsidRPr="000767E2">
        <w:rPr>
          <w:lang w:val="sv-SE"/>
        </w:rPr>
        <w:t xml:space="preserve"> {{field-on:bible}}Och </w:t>
      </w:r>
      <w:r w:rsidRPr="000767E2">
        <w:rPr>
          <w:i/>
          <w:lang w:val="sv-SE"/>
        </w:rPr>
        <w:t>vi</w:t>
      </w:r>
      <w:r w:rsidRPr="000767E2">
        <w:rPr>
          <w:lang w:val="sv-SE"/>
        </w:rPr>
        <w:t xml:space="preserve"> har olika nådegåvor efter nåden som har getts oss: antingen profetia i analogi med tron,{{field-off:bible}} [[@</w:t>
      </w:r>
      <w:r w:rsidR="0096445B" w:rsidRPr="000767E2">
        <w:rPr>
          <w:lang w:val="sv-SE"/>
        </w:rPr>
        <w:t>BibleBIBEL82</w:t>
      </w:r>
      <w:r w:rsidRPr="000767E2">
        <w:rPr>
          <w:lang w:val="sv-SE"/>
        </w:rPr>
        <w:t>:Rom 12:7]]</w:t>
      </w:r>
      <w:r w:rsidRPr="000767E2">
        <w:rPr>
          <w:vertAlign w:val="superscript"/>
          <w:lang w:val="sv-SE"/>
        </w:rPr>
        <w:t>7</w:t>
      </w:r>
      <w:r w:rsidRPr="000767E2">
        <w:rPr>
          <w:lang w:val="sv-SE"/>
        </w:rPr>
        <w:t xml:space="preserve"> {{field-on:bible}}eller betjäning med betjäningen, eller den som undervisar med läran,{{field-off:bible}} [[@</w:t>
      </w:r>
      <w:r w:rsidR="0096445B" w:rsidRPr="000767E2">
        <w:rPr>
          <w:lang w:val="sv-SE"/>
        </w:rPr>
        <w:t>BibleBIBEL82</w:t>
      </w:r>
      <w:r w:rsidRPr="000767E2">
        <w:rPr>
          <w:lang w:val="sv-SE"/>
        </w:rPr>
        <w:t>:Rom 12:8]]</w:t>
      </w:r>
      <w:r w:rsidRPr="000767E2">
        <w:rPr>
          <w:vertAlign w:val="superscript"/>
          <w:lang w:val="sv-SE"/>
        </w:rPr>
        <w:t>8</w:t>
      </w:r>
      <w:r w:rsidRPr="000767E2">
        <w:rPr>
          <w:lang w:val="sv-SE"/>
        </w:rPr>
        <w:t xml:space="preserve"> {{field-on:bible}}eller den som uppmanar med uppmaningen. Den som delar med sig med generositet, den som är föreståndare med iver, den som förbarmar sig med frejdighet.{{field-off:bible}}</w:t>
      </w:r>
    </w:p>
    <w:p w14:paraId="5B9E674F" w14:textId="73B6E740" w:rsidR="00BA33AB" w:rsidRPr="000767E2" w:rsidRDefault="00000000">
      <w:pPr>
        <w:rPr>
          <w:lang w:val="sv-SE"/>
        </w:rPr>
      </w:pPr>
      <w:r w:rsidRPr="000767E2">
        <w:rPr>
          <w:lang w:val="sv-SE"/>
        </w:rPr>
        <w:t>[[@</w:t>
      </w:r>
      <w:r w:rsidR="0096445B" w:rsidRPr="000767E2">
        <w:rPr>
          <w:lang w:val="sv-SE"/>
        </w:rPr>
        <w:t>BibleBIBEL82</w:t>
      </w:r>
      <w:r w:rsidRPr="000767E2">
        <w:rPr>
          <w:lang w:val="sv-SE"/>
        </w:rPr>
        <w:t>:Rom 12:9]]</w:t>
      </w:r>
      <w:r w:rsidRPr="000767E2">
        <w:rPr>
          <w:vertAlign w:val="superscript"/>
          <w:lang w:val="sv-SE"/>
        </w:rPr>
        <w:t>9</w:t>
      </w:r>
      <w:r w:rsidRPr="000767E2">
        <w:rPr>
          <w:lang w:val="sv-SE"/>
        </w:rPr>
        <w:t xml:space="preserve"> {{field-on:bible}}Kärleken </w:t>
      </w:r>
      <w:r w:rsidRPr="000767E2">
        <w:rPr>
          <w:i/>
          <w:lang w:val="sv-SE"/>
        </w:rPr>
        <w:t>ska vara</w:t>
      </w:r>
      <w:r w:rsidRPr="000767E2">
        <w:rPr>
          <w:lang w:val="sv-SE"/>
        </w:rPr>
        <w:t xml:space="preserve"> oförställd. </w:t>
      </w:r>
      <w:r w:rsidRPr="000767E2">
        <w:rPr>
          <w:i/>
          <w:lang w:val="sv-SE"/>
        </w:rPr>
        <w:t>Ni ska</w:t>
      </w:r>
      <w:r w:rsidRPr="000767E2">
        <w:rPr>
          <w:lang w:val="sv-SE"/>
        </w:rPr>
        <w:t xml:space="preserve"> avsky det onda, ansluta er till det goda:{{field-off:bible}} [[@</w:t>
      </w:r>
      <w:r w:rsidR="0096445B" w:rsidRPr="000767E2">
        <w:rPr>
          <w:lang w:val="sv-SE"/>
        </w:rPr>
        <w:t>BibleBIBEL82</w:t>
      </w:r>
      <w:r w:rsidRPr="000767E2">
        <w:rPr>
          <w:lang w:val="sv-SE"/>
        </w:rPr>
        <w:t>:Rom 12:10]]</w:t>
      </w:r>
      <w:r w:rsidRPr="000767E2">
        <w:rPr>
          <w:vertAlign w:val="superscript"/>
          <w:lang w:val="sv-SE"/>
        </w:rPr>
        <w:t>10</w:t>
      </w:r>
      <w:r w:rsidRPr="000767E2">
        <w:rPr>
          <w:lang w:val="sv-SE"/>
        </w:rPr>
        <w:t xml:space="preserve"> {{field-on:bible}}i syskonkärleken ömt tillgivna varandra, i hedern förekommande varandra.{{field-off:bible}} [[@</w:t>
      </w:r>
      <w:r w:rsidR="0096445B" w:rsidRPr="000767E2">
        <w:rPr>
          <w:lang w:val="sv-SE"/>
        </w:rPr>
        <w:t>BibleBIBEL82</w:t>
      </w:r>
      <w:r w:rsidRPr="000767E2">
        <w:rPr>
          <w:lang w:val="sv-SE"/>
        </w:rPr>
        <w:t>:Rom 12:11]]</w:t>
      </w:r>
      <w:r w:rsidRPr="000767E2">
        <w:rPr>
          <w:vertAlign w:val="superscript"/>
          <w:lang w:val="sv-SE"/>
        </w:rPr>
        <w:t>11</w:t>
      </w:r>
      <w:r w:rsidRPr="000767E2">
        <w:rPr>
          <w:lang w:val="sv-SE"/>
        </w:rPr>
        <w:t xml:space="preserve"> {{field-on:bible}}I ivern inte motiga, i anden sjudande, </w:t>
      </w:r>
      <w:r w:rsidRPr="000767E2">
        <w:rPr>
          <w:i/>
          <w:lang w:val="sv-SE"/>
        </w:rPr>
        <w:t>i</w:t>
      </w:r>
      <w:r w:rsidRPr="000767E2">
        <w:rPr>
          <w:lang w:val="sv-SE"/>
        </w:rPr>
        <w:t xml:space="preserve"> Herren fasttjänande,{{field-off:bible}} [[@</w:t>
      </w:r>
      <w:r w:rsidR="0096445B" w:rsidRPr="000767E2">
        <w:rPr>
          <w:lang w:val="sv-SE"/>
        </w:rPr>
        <w:t>BibleBIBEL82</w:t>
      </w:r>
      <w:r w:rsidRPr="000767E2">
        <w:rPr>
          <w:lang w:val="sv-SE"/>
        </w:rPr>
        <w:t>:Rom 12:12]]</w:t>
      </w:r>
      <w:r w:rsidRPr="000767E2">
        <w:rPr>
          <w:vertAlign w:val="superscript"/>
          <w:lang w:val="sv-SE"/>
        </w:rPr>
        <w:t>12</w:t>
      </w:r>
      <w:r w:rsidRPr="000767E2">
        <w:rPr>
          <w:lang w:val="sv-SE"/>
        </w:rPr>
        <w:t xml:space="preserve"> {{field-on:bible}}i hoppet glada, i nöden uthålliga, i bönen ståndaktiga,{{field-off:bible}} [[@</w:t>
      </w:r>
      <w:r w:rsidR="0096445B" w:rsidRPr="000767E2">
        <w:rPr>
          <w:lang w:val="sv-SE"/>
        </w:rPr>
        <w:t>BibleBIBEL82</w:t>
      </w:r>
      <w:r w:rsidRPr="000767E2">
        <w:rPr>
          <w:lang w:val="sv-SE"/>
        </w:rPr>
        <w:t>:Rom 12:13]]</w:t>
      </w:r>
      <w:r w:rsidRPr="000767E2">
        <w:rPr>
          <w:vertAlign w:val="superscript"/>
          <w:lang w:val="sv-SE"/>
        </w:rPr>
        <w:t>13</w:t>
      </w:r>
      <w:r w:rsidRPr="000767E2">
        <w:rPr>
          <w:lang w:val="sv-SE"/>
        </w:rPr>
        <w:t xml:space="preserve"> {{field-on:bible}}i de heligas behov delaktiga, jagande efter gästvänligheten.{{field-off:bible}}</w:t>
      </w:r>
    </w:p>
    <w:p w14:paraId="66EE170A" w14:textId="576B0A9C" w:rsidR="00BA33AB" w:rsidRPr="000767E2" w:rsidRDefault="00000000">
      <w:pPr>
        <w:rPr>
          <w:lang w:val="sv-SE"/>
        </w:rPr>
      </w:pPr>
      <w:r w:rsidRPr="000767E2">
        <w:rPr>
          <w:lang w:val="sv-SE"/>
        </w:rPr>
        <w:t>[[@</w:t>
      </w:r>
      <w:r w:rsidR="0096445B" w:rsidRPr="000767E2">
        <w:rPr>
          <w:lang w:val="sv-SE"/>
        </w:rPr>
        <w:t>BibleBIBEL82</w:t>
      </w:r>
      <w:r w:rsidRPr="000767E2">
        <w:rPr>
          <w:lang w:val="sv-SE"/>
        </w:rPr>
        <w:t>:Rom 12:14]]</w:t>
      </w:r>
      <w:r w:rsidRPr="000767E2">
        <w:rPr>
          <w:vertAlign w:val="superscript"/>
          <w:lang w:val="sv-SE"/>
        </w:rPr>
        <w:t>14</w:t>
      </w:r>
      <w:r w:rsidRPr="000767E2">
        <w:rPr>
          <w:lang w:val="sv-SE"/>
        </w:rPr>
        <w:t xml:space="preserve"> {{field-on:bible}}Välsigna dem som förföljer [er]. Välsigna och förbanna inte.{{field-off:bible}} [[@</w:t>
      </w:r>
      <w:r w:rsidR="0096445B" w:rsidRPr="000767E2">
        <w:rPr>
          <w:lang w:val="sv-SE"/>
        </w:rPr>
        <w:t>BibleBIBEL82</w:t>
      </w:r>
      <w:r w:rsidRPr="000767E2">
        <w:rPr>
          <w:lang w:val="sv-SE"/>
        </w:rPr>
        <w:t>:Rom 12:15]]</w:t>
      </w:r>
      <w:r w:rsidRPr="000767E2">
        <w:rPr>
          <w:vertAlign w:val="superscript"/>
          <w:lang w:val="sv-SE"/>
        </w:rPr>
        <w:t>15</w:t>
      </w:r>
      <w:r w:rsidRPr="000767E2">
        <w:rPr>
          <w:lang w:val="sv-SE"/>
        </w:rPr>
        <w:t xml:space="preserve"> {{field-on:bible}}</w:t>
      </w:r>
      <w:r w:rsidRPr="000767E2">
        <w:rPr>
          <w:i/>
          <w:lang w:val="sv-SE"/>
        </w:rPr>
        <w:t>Ni ska</w:t>
      </w:r>
      <w:r w:rsidRPr="000767E2">
        <w:rPr>
          <w:lang w:val="sv-SE"/>
        </w:rPr>
        <w:t xml:space="preserve"> glädja er med glada, gråta med gråtande{{field-off:bible}} [[@</w:t>
      </w:r>
      <w:r w:rsidR="0096445B" w:rsidRPr="000767E2">
        <w:rPr>
          <w:lang w:val="sv-SE"/>
        </w:rPr>
        <w:t>BibleBIBEL82</w:t>
      </w:r>
      <w:r w:rsidRPr="000767E2">
        <w:rPr>
          <w:lang w:val="sv-SE"/>
        </w:rPr>
        <w:t>:Rom 12:16]]</w:t>
      </w:r>
      <w:r w:rsidRPr="000767E2">
        <w:rPr>
          <w:vertAlign w:val="superscript"/>
          <w:lang w:val="sv-SE"/>
        </w:rPr>
        <w:t>16</w:t>
      </w:r>
      <w:r w:rsidRPr="000767E2">
        <w:rPr>
          <w:lang w:val="sv-SE"/>
        </w:rPr>
        <w:t xml:space="preserve"> {{field-on:bible}}och tänka detsamma gentemot varandra: inte tänka det högmodiga, utan anpassa er till de låga. Var inte kloka för er själva.{{field-off:bible}} [[@</w:t>
      </w:r>
      <w:r w:rsidR="0096445B" w:rsidRPr="000767E2">
        <w:rPr>
          <w:lang w:val="sv-SE"/>
        </w:rPr>
        <w:t>BibleBIBEL82</w:t>
      </w:r>
      <w:r w:rsidRPr="000767E2">
        <w:rPr>
          <w:lang w:val="sv-SE"/>
        </w:rPr>
        <w:t>:Rom 12:17]]</w:t>
      </w:r>
      <w:r w:rsidRPr="000767E2">
        <w:rPr>
          <w:vertAlign w:val="superscript"/>
          <w:lang w:val="sv-SE"/>
        </w:rPr>
        <w:t>17</w:t>
      </w:r>
      <w:r w:rsidRPr="000767E2">
        <w:rPr>
          <w:lang w:val="sv-SE"/>
        </w:rPr>
        <w:t xml:space="preserve"> {{field-on:bible}}Löna ingen ont mot ont. Ha omtanke om </w:t>
      </w:r>
      <w:r w:rsidRPr="000767E2">
        <w:rPr>
          <w:i/>
          <w:lang w:val="sv-SE"/>
        </w:rPr>
        <w:t>det som är</w:t>
      </w:r>
      <w:r w:rsidRPr="000767E2">
        <w:rPr>
          <w:lang w:val="sv-SE"/>
        </w:rPr>
        <w:t xml:space="preserve"> bra inför alla människor.{{field-off:bible}} [[@</w:t>
      </w:r>
      <w:r w:rsidR="0096445B" w:rsidRPr="000767E2">
        <w:rPr>
          <w:lang w:val="sv-SE"/>
        </w:rPr>
        <w:t>BibleBIBEL82</w:t>
      </w:r>
      <w:r w:rsidRPr="000767E2">
        <w:rPr>
          <w:lang w:val="sv-SE"/>
        </w:rPr>
        <w:t>:Rom 12:18]]</w:t>
      </w:r>
      <w:r w:rsidRPr="000767E2">
        <w:rPr>
          <w:vertAlign w:val="superscript"/>
          <w:lang w:val="sv-SE"/>
        </w:rPr>
        <w:t>18</w:t>
      </w:r>
      <w:r w:rsidRPr="000767E2">
        <w:rPr>
          <w:lang w:val="sv-SE"/>
        </w:rPr>
        <w:t xml:space="preserve"> {{field-on:bible}}Om möjligt utifrån er, var fridsamma med alla människor.{{field-off:bible}}</w:t>
      </w:r>
    </w:p>
    <w:p w14:paraId="56F6D690" w14:textId="5D8844CE" w:rsidR="00BA33AB" w:rsidRPr="000767E2" w:rsidRDefault="00000000">
      <w:pPr>
        <w:rPr>
          <w:lang w:val="sv-SE"/>
        </w:rPr>
      </w:pPr>
      <w:r w:rsidRPr="000767E2">
        <w:rPr>
          <w:lang w:val="sv-SE"/>
        </w:rPr>
        <w:t>[[@</w:t>
      </w:r>
      <w:r w:rsidR="0096445B" w:rsidRPr="000767E2">
        <w:rPr>
          <w:lang w:val="sv-SE"/>
        </w:rPr>
        <w:t>BibleBIBEL82</w:t>
      </w:r>
      <w:r w:rsidRPr="000767E2">
        <w:rPr>
          <w:lang w:val="sv-SE"/>
        </w:rPr>
        <w:t>:Rom 12:19]]</w:t>
      </w:r>
      <w:r w:rsidRPr="000767E2">
        <w:rPr>
          <w:vertAlign w:val="superscript"/>
          <w:lang w:val="sv-SE"/>
        </w:rPr>
        <w:t>19</w:t>
      </w:r>
      <w:r w:rsidRPr="000767E2">
        <w:rPr>
          <w:lang w:val="sv-SE"/>
        </w:rPr>
        <w:t xml:space="preserve"> {{field-on:bible}}Skipa inte rätt för er själva, </w:t>
      </w:r>
      <w:r w:rsidRPr="000767E2">
        <w:rPr>
          <w:i/>
          <w:lang w:val="sv-SE"/>
        </w:rPr>
        <w:t>mina</w:t>
      </w:r>
      <w:r w:rsidRPr="000767E2">
        <w:rPr>
          <w:lang w:val="sv-SE"/>
        </w:rPr>
        <w:t xml:space="preserve"> älskade, utan ge utrymme för vreden. För det är skrivet: Min </w:t>
      </w:r>
      <w:r w:rsidRPr="000767E2">
        <w:rPr>
          <w:i/>
          <w:lang w:val="sv-SE"/>
        </w:rPr>
        <w:t>är</w:t>
      </w:r>
      <w:r w:rsidRPr="000767E2">
        <w:rPr>
          <w:lang w:val="sv-SE"/>
        </w:rPr>
        <w:t xml:space="preserve"> rättskipningen, jag ska återgälda, säger </w:t>
      </w:r>
      <w:r w:rsidRPr="000767E2">
        <w:rPr>
          <w:lang w:val="sv-SE"/>
        </w:rPr>
        <w:lastRenderedPageBreak/>
        <w:t>Herren.{{field-off:bible}} [[@</w:t>
      </w:r>
      <w:r w:rsidR="0096445B" w:rsidRPr="000767E2">
        <w:rPr>
          <w:lang w:val="sv-SE"/>
        </w:rPr>
        <w:t>BibleBIBEL82</w:t>
      </w:r>
      <w:r w:rsidRPr="000767E2">
        <w:rPr>
          <w:lang w:val="sv-SE"/>
        </w:rPr>
        <w:t>:Rom 12:20]]</w:t>
      </w:r>
      <w:r w:rsidRPr="000767E2">
        <w:rPr>
          <w:vertAlign w:val="superscript"/>
          <w:lang w:val="sv-SE"/>
        </w:rPr>
        <w:t>20</w:t>
      </w:r>
      <w:r w:rsidRPr="000767E2">
        <w:rPr>
          <w:lang w:val="sv-SE"/>
        </w:rPr>
        <w:t xml:space="preserve"> {{field-on:bible}}Men om din fiende hungrar, utspisa honom. Om han törstar, ge honom att dricka. För när du gör det, staplar du eldkol på hans huvud.{{field-off:bible}} [[@</w:t>
      </w:r>
      <w:r w:rsidR="0096445B" w:rsidRPr="000767E2">
        <w:rPr>
          <w:lang w:val="sv-SE"/>
        </w:rPr>
        <w:t>BibleBIBEL82</w:t>
      </w:r>
      <w:r w:rsidRPr="000767E2">
        <w:rPr>
          <w:lang w:val="sv-SE"/>
        </w:rPr>
        <w:t>:Rom 12:21]]</w:t>
      </w:r>
      <w:r w:rsidRPr="000767E2">
        <w:rPr>
          <w:vertAlign w:val="superscript"/>
          <w:lang w:val="sv-SE"/>
        </w:rPr>
        <w:t>21</w:t>
      </w:r>
      <w:r w:rsidRPr="000767E2">
        <w:rPr>
          <w:lang w:val="sv-SE"/>
        </w:rPr>
        <w:t xml:space="preserve"> {{field-on:bible}}Bli inte besegrad av det onda, utan besegra det onda med det goda.{{field-off:bible}}</w:t>
      </w:r>
    </w:p>
    <w:p w14:paraId="56923CC9" w14:textId="3D8CDA6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13]]Kapitel 13</w:t>
      </w:r>
    </w:p>
    <w:p w14:paraId="4332C921" w14:textId="77777777" w:rsidR="00BA33AB" w:rsidRPr="000767E2" w:rsidRDefault="00000000">
      <w:pPr>
        <w:pStyle w:val="Rubrik3"/>
        <w:rPr>
          <w:lang w:val="sv-SE"/>
        </w:rPr>
      </w:pPr>
      <w:r w:rsidRPr="000767E2">
        <w:rPr>
          <w:lang w:val="sv-SE"/>
        </w:rPr>
        <w:t>Att underordna sig överheten</w:t>
      </w:r>
    </w:p>
    <w:p w14:paraId="0E5AD63A" w14:textId="08FFE013" w:rsidR="00BA33AB" w:rsidRPr="000767E2" w:rsidRDefault="00000000">
      <w:pPr>
        <w:rPr>
          <w:lang w:val="sv-SE"/>
        </w:rPr>
      </w:pPr>
      <w:r w:rsidRPr="000767E2">
        <w:rPr>
          <w:lang w:val="sv-SE"/>
        </w:rPr>
        <w:t>[[@</w:t>
      </w:r>
      <w:r w:rsidR="0096445B" w:rsidRPr="000767E2">
        <w:rPr>
          <w:lang w:val="sv-SE"/>
        </w:rPr>
        <w:t>BibleBIBEL82</w:t>
      </w:r>
      <w:r w:rsidRPr="000767E2">
        <w:rPr>
          <w:lang w:val="sv-SE"/>
        </w:rPr>
        <w:t>:Rom 13:1]]</w:t>
      </w:r>
      <w:r w:rsidRPr="000767E2">
        <w:rPr>
          <w:vertAlign w:val="superscript"/>
          <w:lang w:val="sv-SE"/>
        </w:rPr>
        <w:t>1</w:t>
      </w:r>
      <w:r w:rsidRPr="000767E2">
        <w:rPr>
          <w:lang w:val="sv-SE"/>
        </w:rPr>
        <w:t xml:space="preserve"> {{field-on:bible}}Varje själ ska underordna sig högre stående auktoriteter. För det finns ingen auktoritet utom under Gud, och de som finns är under Gud inordnade.{{field-off:bible}} [[@</w:t>
      </w:r>
      <w:r w:rsidR="0096445B" w:rsidRPr="000767E2">
        <w:rPr>
          <w:lang w:val="sv-SE"/>
        </w:rPr>
        <w:t>BibleBIBEL82</w:t>
      </w:r>
      <w:r w:rsidRPr="000767E2">
        <w:rPr>
          <w:lang w:val="sv-SE"/>
        </w:rPr>
        <w:t>:Rom 13:2]]</w:t>
      </w:r>
      <w:r w:rsidRPr="000767E2">
        <w:rPr>
          <w:vertAlign w:val="superscript"/>
          <w:lang w:val="sv-SE"/>
        </w:rPr>
        <w:t>2</w:t>
      </w:r>
      <w:r w:rsidRPr="000767E2">
        <w:rPr>
          <w:lang w:val="sv-SE"/>
        </w:rPr>
        <w:t xml:space="preserve"> {{field-on:bible}}Därför har den som går emot auktoriteten ställt sig emot Guds förordning. Och de som har ställt sig emot ska få sig en dom.{{field-off:bible}}</w:t>
      </w:r>
    </w:p>
    <w:p w14:paraId="4DD91D60" w14:textId="77B26393" w:rsidR="00BA33AB" w:rsidRPr="000767E2" w:rsidRDefault="00000000">
      <w:pPr>
        <w:rPr>
          <w:lang w:val="sv-SE"/>
        </w:rPr>
      </w:pPr>
      <w:r w:rsidRPr="000767E2">
        <w:rPr>
          <w:lang w:val="sv-SE"/>
        </w:rPr>
        <w:t>[[@</w:t>
      </w:r>
      <w:r w:rsidR="0096445B" w:rsidRPr="000767E2">
        <w:rPr>
          <w:lang w:val="sv-SE"/>
        </w:rPr>
        <w:t>BibleBIBEL82</w:t>
      </w:r>
      <w:r w:rsidRPr="000767E2">
        <w:rPr>
          <w:lang w:val="sv-SE"/>
        </w:rPr>
        <w:t>:Rom 13:3]]</w:t>
      </w:r>
      <w:r w:rsidRPr="000767E2">
        <w:rPr>
          <w:vertAlign w:val="superscript"/>
          <w:lang w:val="sv-SE"/>
        </w:rPr>
        <w:t>3</w:t>
      </w:r>
      <w:r w:rsidRPr="000767E2">
        <w:rPr>
          <w:lang w:val="sv-SE"/>
        </w:rPr>
        <w:t xml:space="preserve"> {{field-on:bible}}För ledarna är ingen fruktan för den goda gärningen, utan för den onda. Och vill du inte </w:t>
      </w:r>
      <w:r w:rsidRPr="000767E2">
        <w:rPr>
          <w:i/>
          <w:lang w:val="sv-SE"/>
        </w:rPr>
        <w:t>behöva</w:t>
      </w:r>
      <w:r w:rsidRPr="000767E2">
        <w:rPr>
          <w:lang w:val="sv-SE"/>
        </w:rPr>
        <w:t xml:space="preserve"> frukta auktoriteten? Gör det goda, och du ska ha lovord från den.{{field-off:bible}} [[@</w:t>
      </w:r>
      <w:r w:rsidR="0096445B" w:rsidRPr="000767E2">
        <w:rPr>
          <w:lang w:val="sv-SE"/>
        </w:rPr>
        <w:t>BibleBIBEL82</w:t>
      </w:r>
      <w:r w:rsidRPr="000767E2">
        <w:rPr>
          <w:lang w:val="sv-SE"/>
        </w:rPr>
        <w:t>:Rom 13:4]]</w:t>
      </w:r>
      <w:r w:rsidRPr="000767E2">
        <w:rPr>
          <w:vertAlign w:val="superscript"/>
          <w:lang w:val="sv-SE"/>
        </w:rPr>
        <w:t>4</w:t>
      </w:r>
      <w:r w:rsidRPr="000767E2">
        <w:rPr>
          <w:lang w:val="sv-SE"/>
        </w:rPr>
        <w:t xml:space="preserve"> {{field-on:bible}}För en Guds tjänare är den för dig, till det goda. Men om du gör det onda, frukta! För </w:t>
      </w:r>
      <w:r w:rsidRPr="000767E2">
        <w:rPr>
          <w:i/>
          <w:lang w:val="sv-SE"/>
        </w:rPr>
        <w:t>det är</w:t>
      </w:r>
      <w:r w:rsidRPr="000767E2">
        <w:rPr>
          <w:lang w:val="sv-SE"/>
        </w:rPr>
        <w:t xml:space="preserve"> inte i onödan den bär svärdet. För en Guds tjänare är den, en rättskipare till vrede mot den som utövar det onda.{{field-off:bible}} [[@</w:t>
      </w:r>
      <w:r w:rsidR="0096445B" w:rsidRPr="000767E2">
        <w:rPr>
          <w:lang w:val="sv-SE"/>
        </w:rPr>
        <w:t>BibleBIBEL82</w:t>
      </w:r>
      <w:r w:rsidRPr="000767E2">
        <w:rPr>
          <w:lang w:val="sv-SE"/>
        </w:rPr>
        <w:t>:Rom 13:5]]</w:t>
      </w:r>
      <w:r w:rsidRPr="000767E2">
        <w:rPr>
          <w:vertAlign w:val="superscript"/>
          <w:lang w:val="sv-SE"/>
        </w:rPr>
        <w:t>5</w:t>
      </w:r>
      <w:r w:rsidRPr="000767E2">
        <w:rPr>
          <w:lang w:val="sv-SE"/>
        </w:rPr>
        <w:t xml:space="preserve"> {{field-on:bible}}Därför </w:t>
      </w:r>
      <w:r w:rsidRPr="000767E2">
        <w:rPr>
          <w:i/>
          <w:lang w:val="sv-SE"/>
        </w:rPr>
        <w:t>är det</w:t>
      </w:r>
      <w:r w:rsidRPr="000767E2">
        <w:rPr>
          <w:lang w:val="sv-SE"/>
        </w:rPr>
        <w:t xml:space="preserve"> nödtvång att underordna sig, inte bara för vredens skull utan också för samvetets.{{field-off:bible}}</w:t>
      </w:r>
    </w:p>
    <w:p w14:paraId="1D48CF75" w14:textId="59DB9AFA" w:rsidR="00BA33AB" w:rsidRPr="000767E2" w:rsidRDefault="00000000">
      <w:pPr>
        <w:rPr>
          <w:lang w:val="sv-SE"/>
        </w:rPr>
      </w:pPr>
      <w:r w:rsidRPr="000767E2">
        <w:rPr>
          <w:lang w:val="sv-SE"/>
        </w:rPr>
        <w:t>[[@</w:t>
      </w:r>
      <w:r w:rsidR="0096445B" w:rsidRPr="000767E2">
        <w:rPr>
          <w:lang w:val="sv-SE"/>
        </w:rPr>
        <w:t>BibleBIBEL82</w:t>
      </w:r>
      <w:r w:rsidRPr="000767E2">
        <w:rPr>
          <w:lang w:val="sv-SE"/>
        </w:rPr>
        <w:t>:Rom 13:6]]</w:t>
      </w:r>
      <w:r w:rsidRPr="000767E2">
        <w:rPr>
          <w:vertAlign w:val="superscript"/>
          <w:lang w:val="sv-SE"/>
        </w:rPr>
        <w:t>6</w:t>
      </w:r>
      <w:r w:rsidRPr="000767E2">
        <w:rPr>
          <w:lang w:val="sv-SE"/>
        </w:rPr>
        <w:t xml:space="preserve"> {{field-on:bible}}Därför erlägger ni ju också uppbörder. För de är Guds tjänstgörande, ständigt </w:t>
      </w:r>
      <w:r w:rsidRPr="000767E2">
        <w:rPr>
          <w:i/>
          <w:lang w:val="sv-SE"/>
        </w:rPr>
        <w:t>där</w:t>
      </w:r>
      <w:r w:rsidRPr="000767E2">
        <w:rPr>
          <w:lang w:val="sv-SE"/>
        </w:rPr>
        <w:t xml:space="preserve"> för just detta.{{field-off:bible}} [[@</w:t>
      </w:r>
      <w:r w:rsidR="0096445B" w:rsidRPr="000767E2">
        <w:rPr>
          <w:lang w:val="sv-SE"/>
        </w:rPr>
        <w:t>BibleBIBEL82</w:t>
      </w:r>
      <w:r w:rsidRPr="000767E2">
        <w:rPr>
          <w:lang w:val="sv-SE"/>
        </w:rPr>
        <w:t>:Rom 13:7]]</w:t>
      </w:r>
      <w:r w:rsidRPr="000767E2">
        <w:rPr>
          <w:vertAlign w:val="superscript"/>
          <w:lang w:val="sv-SE"/>
        </w:rPr>
        <w:t>7</w:t>
      </w:r>
      <w:r w:rsidRPr="000767E2">
        <w:rPr>
          <w:lang w:val="sv-SE"/>
        </w:rPr>
        <w:t xml:space="preserve"> {{field-on:bible}}Infria skyldigheterna gentemot alla. Åt den </w:t>
      </w:r>
      <w:r w:rsidRPr="000767E2">
        <w:rPr>
          <w:i/>
          <w:lang w:val="sv-SE"/>
        </w:rPr>
        <w:t>som ska ha</w:t>
      </w:r>
      <w:r w:rsidRPr="000767E2">
        <w:rPr>
          <w:lang w:val="sv-SE"/>
        </w:rPr>
        <w:t xml:space="preserve"> uppbörden: uppbörden. Åt den </w:t>
      </w:r>
      <w:r w:rsidRPr="000767E2">
        <w:rPr>
          <w:i/>
          <w:lang w:val="sv-SE"/>
        </w:rPr>
        <w:t>som ska ha</w:t>
      </w:r>
      <w:r w:rsidRPr="000767E2">
        <w:rPr>
          <w:lang w:val="sv-SE"/>
        </w:rPr>
        <w:t xml:space="preserve"> tullen: tullen. Åt den </w:t>
      </w:r>
      <w:r w:rsidRPr="000767E2">
        <w:rPr>
          <w:i/>
          <w:lang w:val="sv-SE"/>
        </w:rPr>
        <w:t>som ska ha</w:t>
      </w:r>
      <w:r w:rsidRPr="000767E2">
        <w:rPr>
          <w:lang w:val="sv-SE"/>
        </w:rPr>
        <w:t xml:space="preserve"> fruktan: fruktan. Åt den </w:t>
      </w:r>
      <w:r w:rsidRPr="000767E2">
        <w:rPr>
          <w:i/>
          <w:lang w:val="sv-SE"/>
        </w:rPr>
        <w:t>som ska ha</w:t>
      </w:r>
      <w:r w:rsidRPr="000767E2">
        <w:rPr>
          <w:lang w:val="sv-SE"/>
        </w:rPr>
        <w:t xml:space="preserve"> hedern: hedern.{{field-off:bible}}</w:t>
      </w:r>
    </w:p>
    <w:p w14:paraId="0D4B7E58" w14:textId="77777777" w:rsidR="00BA33AB" w:rsidRPr="000767E2" w:rsidRDefault="00000000">
      <w:pPr>
        <w:pStyle w:val="Rubrik3"/>
        <w:rPr>
          <w:lang w:val="sv-SE"/>
        </w:rPr>
      </w:pPr>
      <w:r w:rsidRPr="000767E2">
        <w:rPr>
          <w:lang w:val="sv-SE"/>
        </w:rPr>
        <w:t>Kärleken är lagens fullhet</w:t>
      </w:r>
    </w:p>
    <w:p w14:paraId="243AAA58" w14:textId="6F706985" w:rsidR="00BA33AB" w:rsidRPr="000767E2" w:rsidRDefault="00000000">
      <w:pPr>
        <w:rPr>
          <w:lang w:val="sv-SE"/>
        </w:rPr>
      </w:pPr>
      <w:r w:rsidRPr="000767E2">
        <w:rPr>
          <w:lang w:val="sv-SE"/>
        </w:rPr>
        <w:t>[[@</w:t>
      </w:r>
      <w:r w:rsidR="0096445B" w:rsidRPr="000767E2">
        <w:rPr>
          <w:lang w:val="sv-SE"/>
        </w:rPr>
        <w:t>BibleBIBEL82</w:t>
      </w:r>
      <w:r w:rsidRPr="000767E2">
        <w:rPr>
          <w:lang w:val="sv-SE"/>
        </w:rPr>
        <w:t>:Rom 13:8]]</w:t>
      </w:r>
      <w:r w:rsidRPr="000767E2">
        <w:rPr>
          <w:vertAlign w:val="superscript"/>
          <w:lang w:val="sv-SE"/>
        </w:rPr>
        <w:t>8</w:t>
      </w:r>
      <w:r w:rsidRPr="000767E2">
        <w:rPr>
          <w:lang w:val="sv-SE"/>
        </w:rPr>
        <w:t xml:space="preserve"> {{field-on:bible}}Var inte skyldiga någon något, utom det att älska varandra. För den som älskar den andre har uppfyllt lagen.{{field-off:bible}} [[@</w:t>
      </w:r>
      <w:r w:rsidR="0096445B" w:rsidRPr="000767E2">
        <w:rPr>
          <w:lang w:val="sv-SE"/>
        </w:rPr>
        <w:t>BibleBIBEL82</w:t>
      </w:r>
      <w:r w:rsidRPr="000767E2">
        <w:rPr>
          <w:lang w:val="sv-SE"/>
        </w:rPr>
        <w:t>:Rom 13:9]]</w:t>
      </w:r>
      <w:r w:rsidRPr="000767E2">
        <w:rPr>
          <w:vertAlign w:val="superscript"/>
          <w:lang w:val="sv-SE"/>
        </w:rPr>
        <w:t>9</w:t>
      </w:r>
      <w:r w:rsidRPr="000767E2">
        <w:rPr>
          <w:lang w:val="sv-SE"/>
        </w:rPr>
        <w:t xml:space="preserve"> {{field-on:bible}}För detta att Du ska inte begå äktenskapsbrott, Du ska inte mörda, Du ska inte stjäla, Du ska inte ha begär och om något annat bud, i detta ord sammanfattas det, [i att]: Du ska älska din nästa som dig själv.{{field-off:bible}} [[@</w:t>
      </w:r>
      <w:r w:rsidR="0096445B" w:rsidRPr="000767E2">
        <w:rPr>
          <w:lang w:val="sv-SE"/>
        </w:rPr>
        <w:t>BibleBIBEL82</w:t>
      </w:r>
      <w:r w:rsidRPr="000767E2">
        <w:rPr>
          <w:lang w:val="sv-SE"/>
        </w:rPr>
        <w:t>:Rom 13:10]]</w:t>
      </w:r>
      <w:r w:rsidRPr="000767E2">
        <w:rPr>
          <w:vertAlign w:val="superscript"/>
          <w:lang w:val="sv-SE"/>
        </w:rPr>
        <w:t>10</w:t>
      </w:r>
      <w:r w:rsidRPr="000767E2">
        <w:rPr>
          <w:lang w:val="sv-SE"/>
        </w:rPr>
        <w:t xml:space="preserve"> {{field-on:bible}}Kärleken utför inte mot </w:t>
      </w:r>
      <w:r w:rsidRPr="000767E2">
        <w:rPr>
          <w:i/>
          <w:lang w:val="sv-SE"/>
        </w:rPr>
        <w:t>sin</w:t>
      </w:r>
      <w:r w:rsidRPr="000767E2">
        <w:rPr>
          <w:lang w:val="sv-SE"/>
        </w:rPr>
        <w:t xml:space="preserve"> nästa </w:t>
      </w:r>
      <w:r w:rsidRPr="000767E2">
        <w:rPr>
          <w:i/>
          <w:lang w:val="sv-SE"/>
        </w:rPr>
        <w:t>något</w:t>
      </w:r>
      <w:r w:rsidRPr="000767E2">
        <w:rPr>
          <w:lang w:val="sv-SE"/>
        </w:rPr>
        <w:t xml:space="preserve"> ont. Alltså </w:t>
      </w:r>
      <w:r w:rsidRPr="000767E2">
        <w:rPr>
          <w:i/>
          <w:lang w:val="sv-SE"/>
        </w:rPr>
        <w:t>är</w:t>
      </w:r>
      <w:r w:rsidRPr="000767E2">
        <w:rPr>
          <w:lang w:val="sv-SE"/>
        </w:rPr>
        <w:t xml:space="preserve"> lagens fullhet kärleken.{{field-off:bible}}</w:t>
      </w:r>
    </w:p>
    <w:p w14:paraId="79A5CA88" w14:textId="57AA33C9" w:rsidR="00BA33AB" w:rsidRPr="000767E2" w:rsidRDefault="00000000">
      <w:pPr>
        <w:rPr>
          <w:lang w:val="sv-SE"/>
        </w:rPr>
      </w:pPr>
      <w:r w:rsidRPr="000767E2">
        <w:rPr>
          <w:lang w:val="sv-SE"/>
        </w:rPr>
        <w:t>[[@</w:t>
      </w:r>
      <w:r w:rsidR="0096445B" w:rsidRPr="000767E2">
        <w:rPr>
          <w:lang w:val="sv-SE"/>
        </w:rPr>
        <w:t>BibleBIBEL82</w:t>
      </w:r>
      <w:r w:rsidRPr="000767E2">
        <w:rPr>
          <w:lang w:val="sv-SE"/>
        </w:rPr>
        <w:t>:Rom 13:11]]</w:t>
      </w:r>
      <w:r w:rsidRPr="000767E2">
        <w:rPr>
          <w:vertAlign w:val="superscript"/>
          <w:lang w:val="sv-SE"/>
        </w:rPr>
        <w:t>11</w:t>
      </w:r>
      <w:r w:rsidRPr="000767E2">
        <w:rPr>
          <w:lang w:val="sv-SE"/>
        </w:rPr>
        <w:t xml:space="preserve"> {{field-on:bible}}Och detta då ni vet tiden, att </w:t>
      </w:r>
      <w:r w:rsidRPr="000767E2">
        <w:rPr>
          <w:i/>
          <w:lang w:val="sv-SE"/>
        </w:rPr>
        <w:t>det</w:t>
      </w:r>
      <w:r w:rsidRPr="000767E2">
        <w:rPr>
          <w:lang w:val="sv-SE"/>
        </w:rPr>
        <w:t xml:space="preserve"> redan </w:t>
      </w:r>
      <w:r w:rsidRPr="000767E2">
        <w:rPr>
          <w:i/>
          <w:lang w:val="sv-SE"/>
        </w:rPr>
        <w:t>är</w:t>
      </w:r>
      <w:r w:rsidRPr="000767E2">
        <w:rPr>
          <w:lang w:val="sv-SE"/>
        </w:rPr>
        <w:t xml:space="preserve"> stund för er att vakna ur sömn. För nu </w:t>
      </w:r>
      <w:r w:rsidRPr="000767E2">
        <w:rPr>
          <w:i/>
          <w:lang w:val="sv-SE"/>
        </w:rPr>
        <w:t>är</w:t>
      </w:r>
      <w:r w:rsidRPr="000767E2">
        <w:rPr>
          <w:lang w:val="sv-SE"/>
        </w:rPr>
        <w:t xml:space="preserve"> oss frälsningen närmare än när vi kom till tro.{{field-off:bible}} [[@</w:t>
      </w:r>
      <w:r w:rsidR="0096445B" w:rsidRPr="000767E2">
        <w:rPr>
          <w:lang w:val="sv-SE"/>
        </w:rPr>
        <w:t>BibleBIBEL82</w:t>
      </w:r>
      <w:r w:rsidRPr="000767E2">
        <w:rPr>
          <w:lang w:val="sv-SE"/>
        </w:rPr>
        <w:t>:Rom 13:12]]</w:t>
      </w:r>
      <w:r w:rsidRPr="000767E2">
        <w:rPr>
          <w:vertAlign w:val="superscript"/>
          <w:lang w:val="sv-SE"/>
        </w:rPr>
        <w:t>12</w:t>
      </w:r>
      <w:r w:rsidRPr="000767E2">
        <w:rPr>
          <w:lang w:val="sv-SE"/>
        </w:rPr>
        <w:t xml:space="preserve"> {{field-on:bible}}Natten har gått fram och dagen är </w:t>
      </w:r>
      <w:r w:rsidRPr="000767E2">
        <w:rPr>
          <w:i/>
          <w:lang w:val="sv-SE"/>
        </w:rPr>
        <w:t>nu</w:t>
      </w:r>
      <w:r w:rsidRPr="000767E2">
        <w:rPr>
          <w:lang w:val="sv-SE"/>
        </w:rPr>
        <w:t xml:space="preserve"> nära. Låt oss då lägga bort mörkrets gärningar och iklä oss ljusets vapen.{{field-off:bible}} [[@</w:t>
      </w:r>
      <w:r w:rsidR="0096445B" w:rsidRPr="000767E2">
        <w:rPr>
          <w:lang w:val="sv-SE"/>
        </w:rPr>
        <w:t>BibleBIBEL82</w:t>
      </w:r>
      <w:r w:rsidRPr="000767E2">
        <w:rPr>
          <w:lang w:val="sv-SE"/>
        </w:rPr>
        <w:t>:Rom 13:13]]</w:t>
      </w:r>
      <w:r w:rsidRPr="000767E2">
        <w:rPr>
          <w:vertAlign w:val="superscript"/>
          <w:lang w:val="sv-SE"/>
        </w:rPr>
        <w:t>13</w:t>
      </w:r>
      <w:r w:rsidRPr="000767E2">
        <w:rPr>
          <w:lang w:val="sv-SE"/>
        </w:rPr>
        <w:t xml:space="preserve"> {{field-on:bible}}Som på dagen ska vi vandra anständigt, inte med orgier och rus, inte med sängar och hämningslösheter, inte med osämja och rivalitet.{{field-</w:t>
      </w:r>
      <w:r w:rsidRPr="000767E2">
        <w:rPr>
          <w:lang w:val="sv-SE"/>
        </w:rPr>
        <w:lastRenderedPageBreak/>
        <w:t>off:bible}} [[@</w:t>
      </w:r>
      <w:r w:rsidR="0096445B" w:rsidRPr="000767E2">
        <w:rPr>
          <w:lang w:val="sv-SE"/>
        </w:rPr>
        <w:t>BibleBIBEL82</w:t>
      </w:r>
      <w:r w:rsidRPr="000767E2">
        <w:rPr>
          <w:lang w:val="sv-SE"/>
        </w:rPr>
        <w:t>:Rom 13:14]]</w:t>
      </w:r>
      <w:r w:rsidRPr="000767E2">
        <w:rPr>
          <w:vertAlign w:val="superscript"/>
          <w:lang w:val="sv-SE"/>
        </w:rPr>
        <w:t>14</w:t>
      </w:r>
      <w:r w:rsidRPr="000767E2">
        <w:rPr>
          <w:lang w:val="sv-SE"/>
        </w:rPr>
        <w:t xml:space="preserve"> {{field-on:bible}}Nej, iklä er Herren Jesus Kristus och gör inte omtanke om köttet till begär.{{field-off:bible}}</w:t>
      </w:r>
    </w:p>
    <w:p w14:paraId="6857B811" w14:textId="678C026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14]]Kapitel 14</w:t>
      </w:r>
    </w:p>
    <w:p w14:paraId="083D5D57" w14:textId="77777777" w:rsidR="00BA33AB" w:rsidRPr="000767E2" w:rsidRDefault="00000000">
      <w:pPr>
        <w:pStyle w:val="Rubrik3"/>
        <w:rPr>
          <w:lang w:val="sv-SE"/>
        </w:rPr>
      </w:pPr>
      <w:r w:rsidRPr="000767E2">
        <w:rPr>
          <w:lang w:val="sv-SE"/>
        </w:rPr>
        <w:t>Omsorg om svaga syskon</w:t>
      </w:r>
    </w:p>
    <w:p w14:paraId="35327B11" w14:textId="7F4228B5" w:rsidR="00BA33AB" w:rsidRPr="000767E2" w:rsidRDefault="00000000">
      <w:pPr>
        <w:rPr>
          <w:lang w:val="sv-SE"/>
        </w:rPr>
      </w:pPr>
      <w:r w:rsidRPr="000767E2">
        <w:rPr>
          <w:lang w:val="sv-SE"/>
        </w:rPr>
        <w:t>[[@</w:t>
      </w:r>
      <w:r w:rsidR="0096445B" w:rsidRPr="000767E2">
        <w:rPr>
          <w:lang w:val="sv-SE"/>
        </w:rPr>
        <w:t>BibleBIBEL82</w:t>
      </w:r>
      <w:r w:rsidRPr="000767E2">
        <w:rPr>
          <w:lang w:val="sv-SE"/>
        </w:rPr>
        <w:t>:Rom 14:1]]</w:t>
      </w:r>
      <w:r w:rsidRPr="000767E2">
        <w:rPr>
          <w:vertAlign w:val="superscript"/>
          <w:lang w:val="sv-SE"/>
        </w:rPr>
        <w:t>1</w:t>
      </w:r>
      <w:r w:rsidRPr="000767E2">
        <w:rPr>
          <w:lang w:val="sv-SE"/>
        </w:rPr>
        <w:t xml:space="preserve"> {{field-on:bible}}Men den </w:t>
      </w:r>
      <w:r w:rsidRPr="000767E2">
        <w:rPr>
          <w:i/>
          <w:lang w:val="sv-SE"/>
        </w:rPr>
        <w:t>som är</w:t>
      </w:r>
      <w:r w:rsidRPr="000767E2">
        <w:rPr>
          <w:lang w:val="sv-SE"/>
        </w:rPr>
        <w:t xml:space="preserve"> svag i tron ska ni ta emot, </w:t>
      </w:r>
      <w:r w:rsidRPr="000767E2">
        <w:rPr>
          <w:i/>
          <w:lang w:val="sv-SE"/>
        </w:rPr>
        <w:t>dock</w:t>
      </w:r>
      <w:r w:rsidRPr="000767E2">
        <w:rPr>
          <w:lang w:val="sv-SE"/>
        </w:rPr>
        <w:t xml:space="preserve"> inte till urskillning av funderingar.{{field-off:bible}} [[@</w:t>
      </w:r>
      <w:r w:rsidR="0096445B" w:rsidRPr="000767E2">
        <w:rPr>
          <w:lang w:val="sv-SE"/>
        </w:rPr>
        <w:t>BibleBIBEL82</w:t>
      </w:r>
      <w:r w:rsidRPr="000767E2">
        <w:rPr>
          <w:lang w:val="sv-SE"/>
        </w:rPr>
        <w:t>:Rom 14:2]]</w:t>
      </w:r>
      <w:r w:rsidRPr="000767E2">
        <w:rPr>
          <w:vertAlign w:val="superscript"/>
          <w:lang w:val="sv-SE"/>
        </w:rPr>
        <w:t>2</w:t>
      </w:r>
      <w:r w:rsidRPr="000767E2">
        <w:rPr>
          <w:lang w:val="sv-SE"/>
        </w:rPr>
        <w:t xml:space="preserve"> {{field-on:bible}}Den ene tror </w:t>
      </w:r>
      <w:r w:rsidRPr="000767E2">
        <w:rPr>
          <w:i/>
          <w:lang w:val="sv-SE"/>
        </w:rPr>
        <w:t>så att han kan</w:t>
      </w:r>
      <w:r w:rsidRPr="000767E2">
        <w:rPr>
          <w:lang w:val="sv-SE"/>
        </w:rPr>
        <w:t xml:space="preserve"> att äta allt. Den andre är svag och äter grönsaker.{{field-off:bible}} [[@</w:t>
      </w:r>
      <w:r w:rsidR="0096445B" w:rsidRPr="000767E2">
        <w:rPr>
          <w:lang w:val="sv-SE"/>
        </w:rPr>
        <w:t>BibleBIBEL82</w:t>
      </w:r>
      <w:r w:rsidRPr="000767E2">
        <w:rPr>
          <w:lang w:val="sv-SE"/>
        </w:rPr>
        <w:t>:Rom 14:3]]</w:t>
      </w:r>
      <w:r w:rsidRPr="000767E2">
        <w:rPr>
          <w:vertAlign w:val="superscript"/>
          <w:lang w:val="sv-SE"/>
        </w:rPr>
        <w:t>3</w:t>
      </w:r>
      <w:r w:rsidRPr="000767E2">
        <w:rPr>
          <w:lang w:val="sv-SE"/>
        </w:rPr>
        <w:t xml:space="preserve"> {{field-on:bible}}Den som äter ska inte förakta den som inte äter. Och den som inte äter ska inte döma den som äter, för Gud har tagit emot honom.{{field-off:bible}} [[@</w:t>
      </w:r>
      <w:r w:rsidR="0096445B" w:rsidRPr="000767E2">
        <w:rPr>
          <w:lang w:val="sv-SE"/>
        </w:rPr>
        <w:t>BibleBIBEL82</w:t>
      </w:r>
      <w:r w:rsidRPr="000767E2">
        <w:rPr>
          <w:lang w:val="sv-SE"/>
        </w:rPr>
        <w:t>:Rom 14:4]]</w:t>
      </w:r>
      <w:r w:rsidRPr="000767E2">
        <w:rPr>
          <w:vertAlign w:val="superscript"/>
          <w:lang w:val="sv-SE"/>
        </w:rPr>
        <w:t>4</w:t>
      </w:r>
      <w:r w:rsidRPr="000767E2">
        <w:rPr>
          <w:lang w:val="sv-SE"/>
        </w:rPr>
        <w:t xml:space="preserve"> {{field-on:bible}}Vem är du som dömer en annans hustjänare? För </w:t>
      </w:r>
      <w:r w:rsidRPr="000767E2">
        <w:rPr>
          <w:i/>
          <w:lang w:val="sv-SE"/>
        </w:rPr>
        <w:t>sin</w:t>
      </w:r>
      <w:r w:rsidRPr="000767E2">
        <w:rPr>
          <w:lang w:val="sv-SE"/>
        </w:rPr>
        <w:t xml:space="preserve"> egen Herre står han eller faller. Men han kommer att stå, för mäktig är Herren att upprätthålla honom.{{field-off:bible}}</w:t>
      </w:r>
    </w:p>
    <w:p w14:paraId="6CA8184F" w14:textId="32FE5D12" w:rsidR="00BA33AB" w:rsidRPr="000767E2" w:rsidRDefault="00000000">
      <w:pPr>
        <w:rPr>
          <w:lang w:val="sv-SE"/>
        </w:rPr>
      </w:pPr>
      <w:r w:rsidRPr="000767E2">
        <w:rPr>
          <w:lang w:val="sv-SE"/>
        </w:rPr>
        <w:t>[[@</w:t>
      </w:r>
      <w:r w:rsidR="0096445B" w:rsidRPr="000767E2">
        <w:rPr>
          <w:lang w:val="sv-SE"/>
        </w:rPr>
        <w:t>BibleBIBEL82</w:t>
      </w:r>
      <w:r w:rsidRPr="000767E2">
        <w:rPr>
          <w:lang w:val="sv-SE"/>
        </w:rPr>
        <w:t>:Rom 14:5]]</w:t>
      </w:r>
      <w:r w:rsidRPr="000767E2">
        <w:rPr>
          <w:vertAlign w:val="superscript"/>
          <w:lang w:val="sv-SE"/>
        </w:rPr>
        <w:t>5</w:t>
      </w:r>
      <w:r w:rsidRPr="000767E2">
        <w:rPr>
          <w:lang w:val="sv-SE"/>
        </w:rPr>
        <w:t xml:space="preserve"> {{field-on:bible}}[För] den ene dömer dag </w:t>
      </w:r>
      <w:r w:rsidRPr="000767E2">
        <w:rPr>
          <w:i/>
          <w:lang w:val="sv-SE"/>
        </w:rPr>
        <w:t>högre</w:t>
      </w:r>
      <w:r w:rsidRPr="000767E2">
        <w:rPr>
          <w:lang w:val="sv-SE"/>
        </w:rPr>
        <w:t xml:space="preserve"> än dag. Den andre dömer varje dag </w:t>
      </w:r>
      <w:r w:rsidRPr="000767E2">
        <w:rPr>
          <w:i/>
          <w:lang w:val="sv-SE"/>
        </w:rPr>
        <w:t>lika</w:t>
      </w:r>
      <w:r w:rsidRPr="000767E2">
        <w:rPr>
          <w:lang w:val="sv-SE"/>
        </w:rPr>
        <w:t xml:space="preserve">. Var och en ska i </w:t>
      </w:r>
      <w:r w:rsidRPr="000767E2">
        <w:rPr>
          <w:i/>
          <w:lang w:val="sv-SE"/>
        </w:rPr>
        <w:t>sitt</w:t>
      </w:r>
      <w:r w:rsidRPr="000767E2">
        <w:rPr>
          <w:lang w:val="sv-SE"/>
        </w:rPr>
        <w:t xml:space="preserve"> eget sinne vara fullt förvissad.{{field-off:bible}} [[@</w:t>
      </w:r>
      <w:r w:rsidR="0096445B" w:rsidRPr="000767E2">
        <w:rPr>
          <w:lang w:val="sv-SE"/>
        </w:rPr>
        <w:t>BibleBIBEL82</w:t>
      </w:r>
      <w:r w:rsidRPr="000767E2">
        <w:rPr>
          <w:lang w:val="sv-SE"/>
        </w:rPr>
        <w:t>:Rom 14:6]]</w:t>
      </w:r>
      <w:r w:rsidRPr="000767E2">
        <w:rPr>
          <w:vertAlign w:val="superscript"/>
          <w:lang w:val="sv-SE"/>
        </w:rPr>
        <w:t>6</w:t>
      </w:r>
      <w:r w:rsidRPr="000767E2">
        <w:rPr>
          <w:lang w:val="sv-SE"/>
        </w:rPr>
        <w:t xml:space="preserve"> {{field-on:bible}}Den som tänker på dagen tänker för Herren. Och den som äter, äter för Herren, för han tackar Gud. Och den som inte äter, äter inte för Herren och tackar Gud.{{field-off:bible}} [[@</w:t>
      </w:r>
      <w:r w:rsidR="0096445B" w:rsidRPr="000767E2">
        <w:rPr>
          <w:lang w:val="sv-SE"/>
        </w:rPr>
        <w:t>BibleBIBEL82</w:t>
      </w:r>
      <w:r w:rsidRPr="000767E2">
        <w:rPr>
          <w:lang w:val="sv-SE"/>
        </w:rPr>
        <w:t>:Rom 14:7]]</w:t>
      </w:r>
      <w:r w:rsidRPr="000767E2">
        <w:rPr>
          <w:vertAlign w:val="superscript"/>
          <w:lang w:val="sv-SE"/>
        </w:rPr>
        <w:t>7</w:t>
      </w:r>
      <w:r w:rsidRPr="000767E2">
        <w:rPr>
          <w:lang w:val="sv-SE"/>
        </w:rPr>
        <w:t xml:space="preserve"> {{field-on:bible}}För ingen av oss lever för sig själv, och ingen dör för sig själv.{{field-off:bible}} [[@</w:t>
      </w:r>
      <w:r w:rsidR="0096445B" w:rsidRPr="000767E2">
        <w:rPr>
          <w:lang w:val="sv-SE"/>
        </w:rPr>
        <w:t>BibleBIBEL82</w:t>
      </w:r>
      <w:r w:rsidRPr="000767E2">
        <w:rPr>
          <w:lang w:val="sv-SE"/>
        </w:rPr>
        <w:t>:Rom 14:8]]</w:t>
      </w:r>
      <w:r w:rsidRPr="000767E2">
        <w:rPr>
          <w:vertAlign w:val="superscript"/>
          <w:lang w:val="sv-SE"/>
        </w:rPr>
        <w:t>8</w:t>
      </w:r>
      <w:r w:rsidRPr="000767E2">
        <w:rPr>
          <w:lang w:val="sv-SE"/>
        </w:rPr>
        <w:t xml:space="preserve"> {{field-on:bible}}För om vi lever, lever vi för Herren. Och om vi dör, dör vi för Herren. Både om vi lever och om vi dör </w:t>
      </w:r>
      <w:r w:rsidRPr="000767E2">
        <w:rPr>
          <w:i/>
          <w:lang w:val="sv-SE"/>
        </w:rPr>
        <w:t>tillhör</w:t>
      </w:r>
      <w:r w:rsidRPr="000767E2">
        <w:rPr>
          <w:lang w:val="sv-SE"/>
        </w:rPr>
        <w:t xml:space="preserve"> vi alltså Herren.{{field-off:bible}} [[@</w:t>
      </w:r>
      <w:r w:rsidR="0096445B" w:rsidRPr="000767E2">
        <w:rPr>
          <w:lang w:val="sv-SE"/>
        </w:rPr>
        <w:t>BibleBIBEL82</w:t>
      </w:r>
      <w:r w:rsidRPr="000767E2">
        <w:rPr>
          <w:lang w:val="sv-SE"/>
        </w:rPr>
        <w:t>:Rom 14:9]]</w:t>
      </w:r>
      <w:r w:rsidRPr="000767E2">
        <w:rPr>
          <w:vertAlign w:val="superscript"/>
          <w:lang w:val="sv-SE"/>
        </w:rPr>
        <w:t>9</w:t>
      </w:r>
      <w:r w:rsidRPr="000767E2">
        <w:rPr>
          <w:lang w:val="sv-SE"/>
        </w:rPr>
        <w:t xml:space="preserve"> {{field-on:bible}}För till detta har Kristus dött och levt </w:t>
      </w:r>
      <w:r w:rsidRPr="000767E2">
        <w:rPr>
          <w:i/>
          <w:lang w:val="sv-SE"/>
        </w:rPr>
        <w:t>igen</w:t>
      </w:r>
      <w:r w:rsidRPr="000767E2">
        <w:rPr>
          <w:lang w:val="sv-SE"/>
        </w:rPr>
        <w:t>, för att vara herre över både döda och levande.{{field-off:bible}}</w:t>
      </w:r>
    </w:p>
    <w:p w14:paraId="07B98670" w14:textId="300E2C32" w:rsidR="00BA33AB" w:rsidRPr="000767E2" w:rsidRDefault="00000000">
      <w:pPr>
        <w:rPr>
          <w:lang w:val="sv-SE"/>
        </w:rPr>
      </w:pPr>
      <w:r w:rsidRPr="000767E2">
        <w:rPr>
          <w:lang w:val="sv-SE"/>
        </w:rPr>
        <w:t>[[@</w:t>
      </w:r>
      <w:r w:rsidR="0096445B" w:rsidRPr="000767E2">
        <w:rPr>
          <w:lang w:val="sv-SE"/>
        </w:rPr>
        <w:t>BibleBIBEL82</w:t>
      </w:r>
      <w:r w:rsidRPr="000767E2">
        <w:rPr>
          <w:lang w:val="sv-SE"/>
        </w:rPr>
        <w:t>:Rom 14:10]]</w:t>
      </w:r>
      <w:r w:rsidRPr="000767E2">
        <w:rPr>
          <w:vertAlign w:val="superscript"/>
          <w:lang w:val="sv-SE"/>
        </w:rPr>
        <w:t>10</w:t>
      </w:r>
      <w:r w:rsidRPr="000767E2">
        <w:rPr>
          <w:lang w:val="sv-SE"/>
        </w:rPr>
        <w:t xml:space="preserve"> {{field-on:bible}}Men du, varför dömer du din broder? Eller också du, varför föraktar du din broder? För alla ska vi ställas fram för Guds domarsäte.{{field-off:bible}} [[@</w:t>
      </w:r>
      <w:r w:rsidR="0096445B" w:rsidRPr="000767E2">
        <w:rPr>
          <w:lang w:val="sv-SE"/>
        </w:rPr>
        <w:t>BibleBIBEL82</w:t>
      </w:r>
      <w:r w:rsidRPr="000767E2">
        <w:rPr>
          <w:lang w:val="sv-SE"/>
        </w:rPr>
        <w:t>:Rom 14:11]]</w:t>
      </w:r>
      <w:r w:rsidRPr="000767E2">
        <w:rPr>
          <w:vertAlign w:val="superscript"/>
          <w:lang w:val="sv-SE"/>
        </w:rPr>
        <w:t>11</w:t>
      </w:r>
      <w:r w:rsidRPr="000767E2">
        <w:rPr>
          <w:lang w:val="sv-SE"/>
        </w:rPr>
        <w:t xml:space="preserve"> {{field-on:bible}}För det är skrivet:{{field-off:bible}}</w:t>
      </w:r>
    </w:p>
    <w:p w14:paraId="7367345A" w14:textId="77777777" w:rsidR="00BA33AB" w:rsidRPr="000767E2" w:rsidRDefault="00000000">
      <w:pPr>
        <w:rPr>
          <w:lang w:val="sv-SE"/>
        </w:rPr>
      </w:pPr>
      <w:r w:rsidRPr="000767E2">
        <w:rPr>
          <w:lang w:val="sv-SE"/>
        </w:rPr>
        <w:t>{{field-on:bible}}</w:t>
      </w:r>
      <w:r w:rsidRPr="000767E2">
        <w:rPr>
          <w:i/>
          <w:lang w:val="sv-SE"/>
        </w:rPr>
        <w:t>Så sant</w:t>
      </w:r>
      <w:r w:rsidRPr="000767E2">
        <w:rPr>
          <w:lang w:val="sv-SE"/>
        </w:rPr>
        <w:t xml:space="preserve"> jag lever, säger Herren,</w:t>
      </w:r>
      <w:r w:rsidRPr="000767E2">
        <w:rPr>
          <w:lang w:val="sv-SE"/>
        </w:rPr>
        <w:br/>
        <w:t>att för mig ska böjas varje knä</w:t>
      </w:r>
      <w:r w:rsidRPr="000767E2">
        <w:rPr>
          <w:lang w:val="sv-SE"/>
        </w:rPr>
        <w:br/>
        <w:t>och varje tunga erkänna Gud.{{field-off:bible}}</w:t>
      </w:r>
    </w:p>
    <w:p w14:paraId="59504D57" w14:textId="78604719" w:rsidR="00BA33AB" w:rsidRPr="000767E2" w:rsidRDefault="00000000">
      <w:pPr>
        <w:rPr>
          <w:lang w:val="sv-SE"/>
        </w:rPr>
      </w:pPr>
      <w:r w:rsidRPr="000767E2">
        <w:rPr>
          <w:lang w:val="sv-SE"/>
        </w:rPr>
        <w:t>[[@</w:t>
      </w:r>
      <w:r w:rsidR="0096445B" w:rsidRPr="000767E2">
        <w:rPr>
          <w:lang w:val="sv-SE"/>
        </w:rPr>
        <w:t>BibleBIBEL82</w:t>
      </w:r>
      <w:r w:rsidRPr="000767E2">
        <w:rPr>
          <w:lang w:val="sv-SE"/>
        </w:rPr>
        <w:t>:Rom 14:12]]</w:t>
      </w:r>
      <w:r w:rsidRPr="000767E2">
        <w:rPr>
          <w:vertAlign w:val="superscript"/>
          <w:lang w:val="sv-SE"/>
        </w:rPr>
        <w:t>12</w:t>
      </w:r>
      <w:r w:rsidRPr="000767E2">
        <w:rPr>
          <w:lang w:val="sv-SE"/>
        </w:rPr>
        <w:t xml:space="preserve"> {{field-on:bible}}Alltså ska [då] var och en av oss för sig själv ge räkenskap [till Gud].{{field-off:bible}}</w:t>
      </w:r>
    </w:p>
    <w:p w14:paraId="78B3EB21" w14:textId="367644E0" w:rsidR="00BA33AB" w:rsidRPr="000767E2" w:rsidRDefault="00000000">
      <w:pPr>
        <w:rPr>
          <w:lang w:val="sv-SE"/>
        </w:rPr>
      </w:pPr>
      <w:r w:rsidRPr="000767E2">
        <w:rPr>
          <w:lang w:val="sv-SE"/>
        </w:rPr>
        <w:t>[[@</w:t>
      </w:r>
      <w:r w:rsidR="0096445B" w:rsidRPr="000767E2">
        <w:rPr>
          <w:lang w:val="sv-SE"/>
        </w:rPr>
        <w:t>BibleBIBEL82</w:t>
      </w:r>
      <w:r w:rsidRPr="000767E2">
        <w:rPr>
          <w:lang w:val="sv-SE"/>
        </w:rPr>
        <w:t>:Rom 14:13]]</w:t>
      </w:r>
      <w:r w:rsidRPr="000767E2">
        <w:rPr>
          <w:vertAlign w:val="superscript"/>
          <w:lang w:val="sv-SE"/>
        </w:rPr>
        <w:t>13</w:t>
      </w:r>
      <w:r w:rsidRPr="000767E2">
        <w:rPr>
          <w:lang w:val="sv-SE"/>
        </w:rPr>
        <w:t xml:space="preserve"> {{field-on:bible}}Låt oss då inte längre döma varandra. Nej, bestäm er snarare för detta att inte lägga anstöt för brodern, eller skandal.{{field-off:bible}} [[@</w:t>
      </w:r>
      <w:r w:rsidR="0096445B" w:rsidRPr="000767E2">
        <w:rPr>
          <w:lang w:val="sv-SE"/>
        </w:rPr>
        <w:t>BibleBIBEL82</w:t>
      </w:r>
      <w:r w:rsidRPr="000767E2">
        <w:rPr>
          <w:lang w:val="sv-SE"/>
        </w:rPr>
        <w:t>:Rom 14:14]]</w:t>
      </w:r>
      <w:r w:rsidRPr="000767E2">
        <w:rPr>
          <w:vertAlign w:val="superscript"/>
          <w:lang w:val="sv-SE"/>
        </w:rPr>
        <w:t>14</w:t>
      </w:r>
      <w:r w:rsidRPr="000767E2">
        <w:rPr>
          <w:lang w:val="sv-SE"/>
        </w:rPr>
        <w:t xml:space="preserve"> {{field-on:bible}}Jag vet och är övertygad i Herren Jesus att inget </w:t>
      </w:r>
      <w:r w:rsidRPr="000767E2">
        <w:rPr>
          <w:i/>
          <w:lang w:val="sv-SE"/>
        </w:rPr>
        <w:t>är</w:t>
      </w:r>
      <w:r w:rsidRPr="000767E2">
        <w:rPr>
          <w:lang w:val="sv-SE"/>
        </w:rPr>
        <w:t xml:space="preserve"> oheligt i sig självt. Utom för den som räknar något vara oheligt: för denne </w:t>
      </w:r>
      <w:r w:rsidRPr="000767E2">
        <w:rPr>
          <w:i/>
          <w:lang w:val="sv-SE"/>
        </w:rPr>
        <w:t>är det</w:t>
      </w:r>
      <w:r w:rsidRPr="000767E2">
        <w:rPr>
          <w:lang w:val="sv-SE"/>
        </w:rPr>
        <w:t xml:space="preserve"> oheligt.{{field-off:bible}} [[@</w:t>
      </w:r>
      <w:r w:rsidR="0096445B" w:rsidRPr="000767E2">
        <w:rPr>
          <w:lang w:val="sv-SE"/>
        </w:rPr>
        <w:t>BibleBIBEL82</w:t>
      </w:r>
      <w:r w:rsidRPr="000767E2">
        <w:rPr>
          <w:lang w:val="sv-SE"/>
        </w:rPr>
        <w:t>:Rom 14:15]]</w:t>
      </w:r>
      <w:r w:rsidRPr="000767E2">
        <w:rPr>
          <w:vertAlign w:val="superscript"/>
          <w:lang w:val="sv-SE"/>
        </w:rPr>
        <w:t>15</w:t>
      </w:r>
      <w:r w:rsidRPr="000767E2">
        <w:rPr>
          <w:lang w:val="sv-SE"/>
        </w:rPr>
        <w:t xml:space="preserve"> {{field-on:bible}}För om din broder blir bedrövad av </w:t>
      </w:r>
      <w:r w:rsidRPr="000767E2">
        <w:rPr>
          <w:i/>
          <w:lang w:val="sv-SE"/>
        </w:rPr>
        <w:t>din</w:t>
      </w:r>
      <w:r w:rsidRPr="000767E2">
        <w:rPr>
          <w:lang w:val="sv-SE"/>
        </w:rPr>
        <w:t xml:space="preserve"> mat, vandrar du inte längre efter kärlek. Med din mat ska du inte förgöra denne för vilken Kristus har dött.{{field-off:bible}}</w:t>
      </w:r>
    </w:p>
    <w:p w14:paraId="295039BD" w14:textId="37846AD7"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:Rom 14:16]]</w:t>
      </w:r>
      <w:r w:rsidRPr="000767E2">
        <w:rPr>
          <w:vertAlign w:val="superscript"/>
          <w:lang w:val="sv-SE"/>
        </w:rPr>
        <w:t>16</w:t>
      </w:r>
      <w:r w:rsidRPr="000767E2">
        <w:rPr>
          <w:lang w:val="sv-SE"/>
        </w:rPr>
        <w:t xml:space="preserve"> {{field-on:bible}}Låt då inte ert goda bli smädat.{{field-off:bible}} [[@</w:t>
      </w:r>
      <w:r w:rsidR="0096445B" w:rsidRPr="000767E2">
        <w:rPr>
          <w:lang w:val="sv-SE"/>
        </w:rPr>
        <w:t>BibleBIBEL82</w:t>
      </w:r>
      <w:r w:rsidRPr="000767E2">
        <w:rPr>
          <w:lang w:val="sv-SE"/>
        </w:rPr>
        <w:t>:Rom 14:17]]</w:t>
      </w:r>
      <w:r w:rsidRPr="000767E2">
        <w:rPr>
          <w:vertAlign w:val="superscript"/>
          <w:lang w:val="sv-SE"/>
        </w:rPr>
        <w:t>17</w:t>
      </w:r>
      <w:r w:rsidRPr="000767E2">
        <w:rPr>
          <w:lang w:val="sv-SE"/>
        </w:rPr>
        <w:t xml:space="preserve"> {{field-on:bible}}För Guds rike är inte ätande och drickande, utan rättfärdighet och frid och glädje i helig Ande.{{field-off:bible}} [[@</w:t>
      </w:r>
      <w:r w:rsidR="0096445B" w:rsidRPr="000767E2">
        <w:rPr>
          <w:lang w:val="sv-SE"/>
        </w:rPr>
        <w:t>BibleBIBEL82</w:t>
      </w:r>
      <w:r w:rsidRPr="000767E2">
        <w:rPr>
          <w:lang w:val="sv-SE"/>
        </w:rPr>
        <w:t>:Rom 14:18]]</w:t>
      </w:r>
      <w:r w:rsidRPr="000767E2">
        <w:rPr>
          <w:vertAlign w:val="superscript"/>
          <w:lang w:val="sv-SE"/>
        </w:rPr>
        <w:t>18</w:t>
      </w:r>
      <w:r w:rsidRPr="000767E2">
        <w:rPr>
          <w:lang w:val="sv-SE"/>
        </w:rPr>
        <w:t xml:space="preserve"> {{field-on:bible}}För den som i detta fasttjänar Kristus </w:t>
      </w:r>
      <w:r w:rsidRPr="000767E2">
        <w:rPr>
          <w:i/>
          <w:lang w:val="sv-SE"/>
        </w:rPr>
        <w:t>är</w:t>
      </w:r>
      <w:r w:rsidRPr="000767E2">
        <w:rPr>
          <w:lang w:val="sv-SE"/>
        </w:rPr>
        <w:t xml:space="preserve"> välbehaglig för Gud och godkänd för människorna.{{field-off:bible}} [[@</w:t>
      </w:r>
      <w:r w:rsidR="0096445B" w:rsidRPr="000767E2">
        <w:rPr>
          <w:lang w:val="sv-SE"/>
        </w:rPr>
        <w:t>BibleBIBEL82</w:t>
      </w:r>
      <w:r w:rsidRPr="000767E2">
        <w:rPr>
          <w:lang w:val="sv-SE"/>
        </w:rPr>
        <w:t>:Rom 14:19]]</w:t>
      </w:r>
      <w:r w:rsidRPr="000767E2">
        <w:rPr>
          <w:vertAlign w:val="superscript"/>
          <w:lang w:val="sv-SE"/>
        </w:rPr>
        <w:t>19</w:t>
      </w:r>
      <w:r w:rsidRPr="000767E2">
        <w:rPr>
          <w:lang w:val="sv-SE"/>
        </w:rPr>
        <w:t xml:space="preserve"> {{field-on:bible}}Låt oss alltså då jaga efter det </w:t>
      </w:r>
      <w:r w:rsidRPr="000767E2">
        <w:rPr>
          <w:i/>
          <w:lang w:val="sv-SE"/>
        </w:rPr>
        <w:t>som hör</w:t>
      </w:r>
      <w:r w:rsidRPr="000767E2">
        <w:rPr>
          <w:lang w:val="sv-SE"/>
        </w:rPr>
        <w:t xml:space="preserve"> till friden och det </w:t>
      </w:r>
      <w:r w:rsidRPr="000767E2">
        <w:rPr>
          <w:i/>
          <w:lang w:val="sv-SE"/>
        </w:rPr>
        <w:t>som hör</w:t>
      </w:r>
      <w:r w:rsidRPr="000767E2">
        <w:rPr>
          <w:lang w:val="sv-SE"/>
        </w:rPr>
        <w:t xml:space="preserve"> till uppbyggelsen gentemot varandra.{{field-off:bible}} [[@</w:t>
      </w:r>
      <w:r w:rsidR="0096445B" w:rsidRPr="000767E2">
        <w:rPr>
          <w:lang w:val="sv-SE"/>
        </w:rPr>
        <w:t>BibleBIBEL82</w:t>
      </w:r>
      <w:r w:rsidRPr="000767E2">
        <w:rPr>
          <w:lang w:val="sv-SE"/>
        </w:rPr>
        <w:t>:Rom 14:20]]</w:t>
      </w:r>
      <w:r w:rsidRPr="000767E2">
        <w:rPr>
          <w:vertAlign w:val="superscript"/>
          <w:lang w:val="sv-SE"/>
        </w:rPr>
        <w:t>20</w:t>
      </w:r>
      <w:r w:rsidRPr="000767E2">
        <w:rPr>
          <w:lang w:val="sv-SE"/>
        </w:rPr>
        <w:t xml:space="preserve"> {{field-on:bible}}För mat ska ni inte riva ner Guds verk.{{field-off:bible}}</w:t>
      </w:r>
    </w:p>
    <w:p w14:paraId="05C3DF1B" w14:textId="47011E3B" w:rsidR="00BA33AB" w:rsidRPr="000767E2" w:rsidRDefault="00000000">
      <w:pPr>
        <w:rPr>
          <w:lang w:val="sv-SE"/>
        </w:rPr>
      </w:pPr>
      <w:r w:rsidRPr="000767E2">
        <w:rPr>
          <w:lang w:val="sv-SE"/>
        </w:rPr>
        <w:t xml:space="preserve">{{field-on:bible}}Allt </w:t>
      </w:r>
      <w:r w:rsidRPr="000767E2">
        <w:rPr>
          <w:i/>
          <w:lang w:val="sv-SE"/>
        </w:rPr>
        <w:t>är</w:t>
      </w:r>
      <w:r w:rsidRPr="000767E2">
        <w:rPr>
          <w:lang w:val="sv-SE"/>
        </w:rPr>
        <w:t xml:space="preserve"> visserligen rent, men </w:t>
      </w:r>
      <w:r w:rsidRPr="000767E2">
        <w:rPr>
          <w:i/>
          <w:lang w:val="sv-SE"/>
        </w:rPr>
        <w:t>det blir</w:t>
      </w:r>
      <w:r w:rsidRPr="000767E2">
        <w:rPr>
          <w:lang w:val="sv-SE"/>
        </w:rPr>
        <w:t xml:space="preserve"> ont för den människa som äter med anstöt.{{field-off:bible}} [[@</w:t>
      </w:r>
      <w:r w:rsidR="0096445B" w:rsidRPr="000767E2">
        <w:rPr>
          <w:lang w:val="sv-SE"/>
        </w:rPr>
        <w:t>BibleBIBEL82</w:t>
      </w:r>
      <w:r w:rsidRPr="000767E2">
        <w:rPr>
          <w:lang w:val="sv-SE"/>
        </w:rPr>
        <w:t>:Rom 14:21]]</w:t>
      </w:r>
      <w:r w:rsidRPr="000767E2">
        <w:rPr>
          <w:vertAlign w:val="superscript"/>
          <w:lang w:val="sv-SE"/>
        </w:rPr>
        <w:t>21</w:t>
      </w:r>
      <w:r w:rsidRPr="000767E2">
        <w:rPr>
          <w:lang w:val="sv-SE"/>
        </w:rPr>
        <w:t xml:space="preserve"> {{field-on:bible}}</w:t>
      </w:r>
      <w:r w:rsidRPr="000767E2">
        <w:rPr>
          <w:i/>
          <w:lang w:val="sv-SE"/>
        </w:rPr>
        <w:t>Det är</w:t>
      </w:r>
      <w:r w:rsidRPr="000767E2">
        <w:rPr>
          <w:lang w:val="sv-SE"/>
        </w:rPr>
        <w:t xml:space="preserve"> bra att inte äta kött eller dricka vin eller </w:t>
      </w:r>
      <w:r w:rsidRPr="000767E2">
        <w:rPr>
          <w:i/>
          <w:lang w:val="sv-SE"/>
        </w:rPr>
        <w:t>annat</w:t>
      </w:r>
      <w:r w:rsidRPr="000767E2">
        <w:rPr>
          <w:lang w:val="sv-SE"/>
        </w:rPr>
        <w:t xml:space="preserve"> på vilket din broder stöter sig.{{field-off:bible}} [[@</w:t>
      </w:r>
      <w:r w:rsidR="0096445B" w:rsidRPr="000767E2">
        <w:rPr>
          <w:lang w:val="sv-SE"/>
        </w:rPr>
        <w:t>BibleBIBEL82</w:t>
      </w:r>
      <w:r w:rsidRPr="000767E2">
        <w:rPr>
          <w:lang w:val="sv-SE"/>
        </w:rPr>
        <w:t>:Rom 14:22]]</w:t>
      </w:r>
      <w:r w:rsidRPr="000767E2">
        <w:rPr>
          <w:vertAlign w:val="superscript"/>
          <w:lang w:val="sv-SE"/>
        </w:rPr>
        <w:t>22</w:t>
      </w:r>
      <w:r w:rsidRPr="000767E2">
        <w:rPr>
          <w:lang w:val="sv-SE"/>
        </w:rPr>
        <w:t xml:space="preserve"> {{field-on:bible}}Ha du tron [som] du har för dig själv inför Gud. Salig den som inte dömer sig själv för det han godkänner.{{field-off:bible}} [[@</w:t>
      </w:r>
      <w:r w:rsidR="0096445B" w:rsidRPr="000767E2">
        <w:rPr>
          <w:lang w:val="sv-SE"/>
        </w:rPr>
        <w:t>BibleBIBEL82</w:t>
      </w:r>
      <w:r w:rsidRPr="000767E2">
        <w:rPr>
          <w:lang w:val="sv-SE"/>
        </w:rPr>
        <w:t>:Rom 14:23]]</w:t>
      </w:r>
      <w:r w:rsidRPr="000767E2">
        <w:rPr>
          <w:vertAlign w:val="superscript"/>
          <w:lang w:val="sv-SE"/>
        </w:rPr>
        <w:t>23</w:t>
      </w:r>
      <w:r w:rsidRPr="000767E2">
        <w:rPr>
          <w:lang w:val="sv-SE"/>
        </w:rPr>
        <w:t xml:space="preserve"> {{field-on:bible}}Men den som tvivlar är om han äter fördömd, eftersom </w:t>
      </w:r>
      <w:r w:rsidRPr="000767E2">
        <w:rPr>
          <w:i/>
          <w:lang w:val="sv-SE"/>
        </w:rPr>
        <w:t>det</w:t>
      </w:r>
      <w:r w:rsidRPr="000767E2">
        <w:rPr>
          <w:lang w:val="sv-SE"/>
        </w:rPr>
        <w:t xml:space="preserve"> inte </w:t>
      </w:r>
      <w:r w:rsidRPr="000767E2">
        <w:rPr>
          <w:i/>
          <w:lang w:val="sv-SE"/>
        </w:rPr>
        <w:t>görs</w:t>
      </w:r>
      <w:r w:rsidRPr="000767E2">
        <w:rPr>
          <w:lang w:val="sv-SE"/>
        </w:rPr>
        <w:t xml:space="preserve"> av tro. Och allt som inte </w:t>
      </w:r>
      <w:r w:rsidRPr="000767E2">
        <w:rPr>
          <w:i/>
          <w:lang w:val="sv-SE"/>
        </w:rPr>
        <w:t>görs</w:t>
      </w:r>
      <w:r w:rsidRPr="000767E2">
        <w:rPr>
          <w:lang w:val="sv-SE"/>
        </w:rPr>
        <w:t xml:space="preserve"> av tro är synd.{{field-off:bible}}</w:t>
      </w:r>
    </w:p>
    <w:p w14:paraId="4652C14F" w14:textId="1FC3A46A"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15]]Kapitel 15</w:t>
      </w:r>
    </w:p>
    <w:p w14:paraId="6FCEDDDF" w14:textId="77777777" w:rsidR="00BA33AB" w:rsidRPr="000767E2" w:rsidRDefault="00000000">
      <w:pPr>
        <w:pStyle w:val="Rubrik3"/>
        <w:rPr>
          <w:lang w:val="sv-SE"/>
        </w:rPr>
      </w:pPr>
      <w:r w:rsidRPr="000767E2">
        <w:rPr>
          <w:lang w:val="sv-SE"/>
        </w:rPr>
        <w:t>Uppmaning till enhet</w:t>
      </w:r>
    </w:p>
    <w:p w14:paraId="6E229C9C" w14:textId="796852A7" w:rsidR="00BA33AB" w:rsidRPr="000767E2" w:rsidRDefault="00000000">
      <w:pPr>
        <w:rPr>
          <w:lang w:val="sv-SE"/>
        </w:rPr>
      </w:pPr>
      <w:r w:rsidRPr="000767E2">
        <w:rPr>
          <w:lang w:val="sv-SE"/>
        </w:rPr>
        <w:t>[[@</w:t>
      </w:r>
      <w:r w:rsidR="0096445B" w:rsidRPr="000767E2">
        <w:rPr>
          <w:lang w:val="sv-SE"/>
        </w:rPr>
        <w:t>BibleBIBEL82</w:t>
      </w:r>
      <w:r w:rsidRPr="000767E2">
        <w:rPr>
          <w:lang w:val="sv-SE"/>
        </w:rPr>
        <w:t>:Rom 15:1]]</w:t>
      </w:r>
      <w:r w:rsidRPr="000767E2">
        <w:rPr>
          <w:vertAlign w:val="superscript"/>
          <w:lang w:val="sv-SE"/>
        </w:rPr>
        <w:t>1</w:t>
      </w:r>
      <w:r w:rsidRPr="000767E2">
        <w:rPr>
          <w:lang w:val="sv-SE"/>
        </w:rPr>
        <w:t xml:space="preserve"> {{field-on:bible}}Men vi mäktiga är skyldiga att bära de maktlösas svagheter och inte behaga oss själva.{{field-off:bible}} [[@</w:t>
      </w:r>
      <w:r w:rsidR="0096445B" w:rsidRPr="000767E2">
        <w:rPr>
          <w:lang w:val="sv-SE"/>
        </w:rPr>
        <w:t>BibleBIBEL82</w:t>
      </w:r>
      <w:r w:rsidRPr="000767E2">
        <w:rPr>
          <w:lang w:val="sv-SE"/>
        </w:rPr>
        <w:t>:Rom 15:2]]</w:t>
      </w:r>
      <w:r w:rsidRPr="000767E2">
        <w:rPr>
          <w:vertAlign w:val="superscript"/>
          <w:lang w:val="sv-SE"/>
        </w:rPr>
        <w:t>2</w:t>
      </w:r>
      <w:r w:rsidRPr="000767E2">
        <w:rPr>
          <w:lang w:val="sv-SE"/>
        </w:rPr>
        <w:t xml:space="preserve"> {{field-on:bible}}Var och en av oss ska behaga </w:t>
      </w:r>
      <w:r w:rsidRPr="000767E2">
        <w:rPr>
          <w:i/>
          <w:lang w:val="sv-SE"/>
        </w:rPr>
        <w:t>sin</w:t>
      </w:r>
      <w:r w:rsidRPr="000767E2">
        <w:rPr>
          <w:lang w:val="sv-SE"/>
        </w:rPr>
        <w:t xml:space="preserve"> nästa för det goda, till uppbyggelse.{{field-off:bible}} [[@</w:t>
      </w:r>
      <w:r w:rsidR="0096445B" w:rsidRPr="000767E2">
        <w:rPr>
          <w:lang w:val="sv-SE"/>
        </w:rPr>
        <w:t>BibleBIBEL82</w:t>
      </w:r>
      <w:r w:rsidRPr="000767E2">
        <w:rPr>
          <w:lang w:val="sv-SE"/>
        </w:rPr>
        <w:t>:Rom 15:3]]</w:t>
      </w:r>
      <w:r w:rsidRPr="000767E2">
        <w:rPr>
          <w:vertAlign w:val="superscript"/>
          <w:lang w:val="sv-SE"/>
        </w:rPr>
        <w:t>3</w:t>
      </w:r>
      <w:r w:rsidRPr="000767E2">
        <w:rPr>
          <w:lang w:val="sv-SE"/>
        </w:rPr>
        <w:t xml:space="preserve"> {{field-on:bible}}För även Kristus behagade inte sig själv. Nej, så som det är skrivet: Kritiken från dem som kritiserade dig föll över mig.{{field-off:bible}}</w:t>
      </w:r>
    </w:p>
    <w:p w14:paraId="40DEFC64" w14:textId="2DB258E9" w:rsidR="00BA33AB" w:rsidRPr="000767E2" w:rsidRDefault="00000000">
      <w:pPr>
        <w:rPr>
          <w:lang w:val="sv-SE"/>
        </w:rPr>
      </w:pPr>
      <w:r w:rsidRPr="000767E2">
        <w:rPr>
          <w:lang w:val="sv-SE"/>
        </w:rPr>
        <w:t>[[@</w:t>
      </w:r>
      <w:r w:rsidR="0096445B" w:rsidRPr="000767E2">
        <w:rPr>
          <w:lang w:val="sv-SE"/>
        </w:rPr>
        <w:t>BibleBIBEL82</w:t>
      </w:r>
      <w:r w:rsidRPr="000767E2">
        <w:rPr>
          <w:lang w:val="sv-SE"/>
        </w:rPr>
        <w:t>:Rom 15:4]]</w:t>
      </w:r>
      <w:r w:rsidRPr="000767E2">
        <w:rPr>
          <w:vertAlign w:val="superscript"/>
          <w:lang w:val="sv-SE"/>
        </w:rPr>
        <w:t>4</w:t>
      </w:r>
      <w:r w:rsidRPr="000767E2">
        <w:rPr>
          <w:lang w:val="sv-SE"/>
        </w:rPr>
        <w:t xml:space="preserve"> {{field-on:bible}}För vad som förut har skrivits har skrivits för vår lära, för att vi genom uthålligheten och genom uppmuntran från Skrifterna ska ha hoppet.{{field-off:bible}} [[@</w:t>
      </w:r>
      <w:r w:rsidR="0096445B" w:rsidRPr="000767E2">
        <w:rPr>
          <w:lang w:val="sv-SE"/>
        </w:rPr>
        <w:t>BibleBIBEL82</w:t>
      </w:r>
      <w:r w:rsidRPr="000767E2">
        <w:rPr>
          <w:lang w:val="sv-SE"/>
        </w:rPr>
        <w:t>:Rom 15:5]]</w:t>
      </w:r>
      <w:r w:rsidRPr="000767E2">
        <w:rPr>
          <w:vertAlign w:val="superscript"/>
          <w:lang w:val="sv-SE"/>
        </w:rPr>
        <w:t>5</w:t>
      </w:r>
      <w:r w:rsidRPr="000767E2">
        <w:rPr>
          <w:lang w:val="sv-SE"/>
        </w:rPr>
        <w:t xml:space="preserve"> {{field-on:bible}}Och må uthållighetens och uppmuntrans Gud ge er att tänka detsamma med varandra, på Kristi Jesu vis,{{field-off:bible}} [[@</w:t>
      </w:r>
      <w:r w:rsidR="0096445B" w:rsidRPr="000767E2">
        <w:rPr>
          <w:lang w:val="sv-SE"/>
        </w:rPr>
        <w:t>BibleBIBEL82</w:t>
      </w:r>
      <w:r w:rsidRPr="000767E2">
        <w:rPr>
          <w:lang w:val="sv-SE"/>
        </w:rPr>
        <w:t>:Rom 15:6]]</w:t>
      </w:r>
      <w:r w:rsidRPr="000767E2">
        <w:rPr>
          <w:vertAlign w:val="superscript"/>
          <w:lang w:val="sv-SE"/>
        </w:rPr>
        <w:t>6</w:t>
      </w:r>
      <w:r w:rsidRPr="000767E2">
        <w:rPr>
          <w:lang w:val="sv-SE"/>
        </w:rPr>
        <w:t xml:space="preserve"> {{field-on:bible}}så att ni förenade med en mun ärar vår Herre Jesu Kristi Gud och Far.{{field-off:bible}}</w:t>
      </w:r>
    </w:p>
    <w:p w14:paraId="45855B93" w14:textId="07A94D76" w:rsidR="00BA33AB" w:rsidRPr="000767E2" w:rsidRDefault="00000000">
      <w:pPr>
        <w:rPr>
          <w:lang w:val="sv-SE"/>
        </w:rPr>
      </w:pPr>
      <w:r w:rsidRPr="000767E2">
        <w:rPr>
          <w:lang w:val="sv-SE"/>
        </w:rPr>
        <w:t>[[@</w:t>
      </w:r>
      <w:r w:rsidR="0096445B" w:rsidRPr="000767E2">
        <w:rPr>
          <w:lang w:val="sv-SE"/>
        </w:rPr>
        <w:t>BibleBIBEL82</w:t>
      </w:r>
      <w:r w:rsidRPr="000767E2">
        <w:rPr>
          <w:lang w:val="sv-SE"/>
        </w:rPr>
        <w:t>:Rom 15:7]]</w:t>
      </w:r>
      <w:r w:rsidRPr="000767E2">
        <w:rPr>
          <w:vertAlign w:val="superscript"/>
          <w:lang w:val="sv-SE"/>
        </w:rPr>
        <w:t>7</w:t>
      </w:r>
      <w:r w:rsidRPr="000767E2">
        <w:rPr>
          <w:lang w:val="sv-SE"/>
        </w:rPr>
        <w:t xml:space="preserve"> {{field-on:bible}}Därför ska ni ta emot varandra, så som också Kristus har tagit emot er till Guds ära.{{field-off:bible}} [[@</w:t>
      </w:r>
      <w:r w:rsidR="0096445B" w:rsidRPr="000767E2">
        <w:rPr>
          <w:lang w:val="sv-SE"/>
        </w:rPr>
        <w:t>BibleBIBEL82</w:t>
      </w:r>
      <w:r w:rsidRPr="000767E2">
        <w:rPr>
          <w:lang w:val="sv-SE"/>
        </w:rPr>
        <w:t>:Rom 15:8]]</w:t>
      </w:r>
      <w:r w:rsidRPr="000767E2">
        <w:rPr>
          <w:vertAlign w:val="superscript"/>
          <w:lang w:val="sv-SE"/>
        </w:rPr>
        <w:t>8</w:t>
      </w:r>
      <w:r w:rsidRPr="000767E2">
        <w:rPr>
          <w:lang w:val="sv-SE"/>
        </w:rPr>
        <w:t xml:space="preserve"> {{field-on:bible}}För jag menar att Kristus har blivit en omskärelsens tjänare för Guds sannings skull, för att stadfästa löftena till fäderna,{{field-off:bible}} [[@</w:t>
      </w:r>
      <w:r w:rsidR="0096445B" w:rsidRPr="000767E2">
        <w:rPr>
          <w:lang w:val="sv-SE"/>
        </w:rPr>
        <w:t>BibleBIBEL82</w:t>
      </w:r>
      <w:r w:rsidRPr="000767E2">
        <w:rPr>
          <w:lang w:val="sv-SE"/>
        </w:rPr>
        <w:t>:Rom 15:9]]</w:t>
      </w:r>
      <w:r w:rsidRPr="000767E2">
        <w:rPr>
          <w:vertAlign w:val="superscript"/>
          <w:lang w:val="sv-SE"/>
        </w:rPr>
        <w:t>9</w:t>
      </w:r>
      <w:r w:rsidRPr="000767E2">
        <w:rPr>
          <w:lang w:val="sv-SE"/>
        </w:rPr>
        <w:t xml:space="preserve"> {{field-on:bible}}och att folkslagen för barmhärtighets skull </w:t>
      </w:r>
      <w:r w:rsidRPr="000767E2">
        <w:rPr>
          <w:i/>
          <w:lang w:val="sv-SE"/>
        </w:rPr>
        <w:t>ska</w:t>
      </w:r>
      <w:r w:rsidRPr="000767E2">
        <w:rPr>
          <w:lang w:val="sv-SE"/>
        </w:rPr>
        <w:t xml:space="preserve"> ära Gud, så som det är skrivet:{{field-off:bible}}</w:t>
      </w:r>
    </w:p>
    <w:p w14:paraId="2816E8AD" w14:textId="77777777" w:rsidR="00BA33AB" w:rsidRPr="000767E2" w:rsidRDefault="00000000">
      <w:pPr>
        <w:rPr>
          <w:lang w:val="sv-SE"/>
        </w:rPr>
      </w:pPr>
      <w:r w:rsidRPr="000767E2">
        <w:rPr>
          <w:lang w:val="sv-SE"/>
        </w:rPr>
        <w:t>{{field-on:bible}}Därför ska jag erkänna dig bland folkslag,</w:t>
      </w:r>
      <w:r w:rsidRPr="000767E2">
        <w:rPr>
          <w:lang w:val="sv-SE"/>
        </w:rPr>
        <w:br/>
        <w:t>och ditt namn ska jag lovsjunga.{{field-off:bible}}</w:t>
      </w:r>
    </w:p>
    <w:p w14:paraId="11E8F943" w14:textId="6AFA45BA" w:rsidR="00BA33AB" w:rsidRDefault="00000000">
      <w:r>
        <w:t>[[@</w:t>
      </w:r>
      <w:r w:rsidR="0096445B">
        <w:t>BibleBIBEL</w:t>
      </w:r>
      <w:proofErr w:type="gramStart"/>
      <w:r w:rsidR="0096445B">
        <w:t>82</w:t>
      </w:r>
      <w:r>
        <w:t>:Rom</w:t>
      </w:r>
      <w:proofErr w:type="gramEnd"/>
      <w:r>
        <w:t xml:space="preserve"> 15:10]]</w:t>
      </w:r>
      <w:r>
        <w:rPr>
          <w:vertAlign w:val="superscript"/>
        </w:rPr>
        <w:t>10</w:t>
      </w:r>
      <w:r>
        <w:t xml:space="preserve"> {{</w:t>
      </w:r>
      <w:proofErr w:type="spellStart"/>
      <w:r>
        <w:t>field-</w:t>
      </w:r>
      <w:proofErr w:type="gramStart"/>
      <w:r>
        <w:t>on:bible</w:t>
      </w:r>
      <w:proofErr w:type="spellEnd"/>
      <w:r>
        <w:t>}}Och</w:t>
      </w:r>
      <w:proofErr w:type="gramEnd"/>
      <w:r>
        <w:t xml:space="preserve"> </w:t>
      </w:r>
      <w:proofErr w:type="spellStart"/>
      <w:r>
        <w:t>åter</w:t>
      </w:r>
      <w:proofErr w:type="spellEnd"/>
      <w:r>
        <w:t xml:space="preserve"> </w:t>
      </w:r>
      <w:proofErr w:type="spellStart"/>
      <w:r>
        <w:t>säger</w:t>
      </w:r>
      <w:proofErr w:type="spellEnd"/>
      <w:r>
        <w:t xml:space="preserve"> </w:t>
      </w:r>
      <w:proofErr w:type="spellStart"/>
      <w:proofErr w:type="gramStart"/>
      <w:r>
        <w:t>han</w:t>
      </w:r>
      <w:proofErr w:type="spellEnd"/>
      <w:r>
        <w:t>:{</w:t>
      </w:r>
      <w:proofErr w:type="gramEnd"/>
      <w:r>
        <w:t>{</w:t>
      </w:r>
      <w:proofErr w:type="spellStart"/>
      <w:r>
        <w:t>field-</w:t>
      </w:r>
      <w:proofErr w:type="gramStart"/>
      <w:r>
        <w:t>off:bible</w:t>
      </w:r>
      <w:proofErr w:type="spellEnd"/>
      <w:proofErr w:type="gramEnd"/>
      <w:r>
        <w:t>}}</w:t>
      </w:r>
    </w:p>
    <w:p w14:paraId="31AF2C99" w14:textId="77777777" w:rsidR="00BA33AB" w:rsidRDefault="00000000">
      <w:r>
        <w:lastRenderedPageBreak/>
        <w:t>{{</w:t>
      </w:r>
      <w:proofErr w:type="spellStart"/>
      <w:r>
        <w:t>field-</w:t>
      </w:r>
      <w:proofErr w:type="gramStart"/>
      <w:r>
        <w:t>on:bible</w:t>
      </w:r>
      <w:proofErr w:type="spellEnd"/>
      <w:r>
        <w:t>}}</w:t>
      </w:r>
      <w:proofErr w:type="spellStart"/>
      <w:r>
        <w:t>Fröjda</w:t>
      </w:r>
      <w:proofErr w:type="spellEnd"/>
      <w:proofErr w:type="gramEnd"/>
      <w:r>
        <w:t xml:space="preserve"> er, </w:t>
      </w:r>
      <w:proofErr w:type="spellStart"/>
      <w:r>
        <w:t>folkslag</w:t>
      </w:r>
      <w:proofErr w:type="spellEnd"/>
      <w:r>
        <w:t xml:space="preserve">, med </w:t>
      </w:r>
      <w:proofErr w:type="spellStart"/>
      <w:r>
        <w:t>hans</w:t>
      </w:r>
      <w:proofErr w:type="spellEnd"/>
      <w:r>
        <w:t xml:space="preserve"> </w:t>
      </w:r>
      <w:proofErr w:type="gramStart"/>
      <w:r>
        <w:t>folk.{</w:t>
      </w:r>
      <w:proofErr w:type="gramEnd"/>
      <w:r>
        <w:t>{</w:t>
      </w:r>
      <w:proofErr w:type="spellStart"/>
      <w:r>
        <w:t>field-</w:t>
      </w:r>
      <w:proofErr w:type="gramStart"/>
      <w:r>
        <w:t>off:bible</w:t>
      </w:r>
      <w:proofErr w:type="spellEnd"/>
      <w:proofErr w:type="gramEnd"/>
      <w:r>
        <w:t>}}</w:t>
      </w:r>
    </w:p>
    <w:p w14:paraId="284EB855" w14:textId="4491DFA6" w:rsidR="00BA33AB" w:rsidRDefault="00000000">
      <w:r>
        <w:t>[[@</w:t>
      </w:r>
      <w:r w:rsidR="0096445B">
        <w:t>BibleBIBEL</w:t>
      </w:r>
      <w:proofErr w:type="gramStart"/>
      <w:r w:rsidR="0096445B">
        <w:t>82</w:t>
      </w:r>
      <w:r>
        <w:t>:Rom</w:t>
      </w:r>
      <w:proofErr w:type="gramEnd"/>
      <w:r>
        <w:t xml:space="preserve"> 15:11]]</w:t>
      </w:r>
      <w:r>
        <w:rPr>
          <w:vertAlign w:val="superscript"/>
        </w:rPr>
        <w:t>11</w:t>
      </w:r>
      <w:r>
        <w:t xml:space="preserve"> {{</w:t>
      </w:r>
      <w:proofErr w:type="spellStart"/>
      <w:r>
        <w:t>field-</w:t>
      </w:r>
      <w:proofErr w:type="gramStart"/>
      <w:r>
        <w:t>on:bible</w:t>
      </w:r>
      <w:proofErr w:type="spellEnd"/>
      <w:r>
        <w:t>}}Och</w:t>
      </w:r>
      <w:proofErr w:type="gramEnd"/>
      <w:r>
        <w:t xml:space="preserve"> </w:t>
      </w:r>
      <w:proofErr w:type="spellStart"/>
      <w:proofErr w:type="gramStart"/>
      <w:r>
        <w:t>åter</w:t>
      </w:r>
      <w:proofErr w:type="spellEnd"/>
      <w:r>
        <w:t>:{</w:t>
      </w:r>
      <w:proofErr w:type="gramEnd"/>
      <w:r>
        <w:t>{</w:t>
      </w:r>
      <w:proofErr w:type="spellStart"/>
      <w:r>
        <w:t>field-</w:t>
      </w:r>
      <w:proofErr w:type="gramStart"/>
      <w:r>
        <w:t>off:bible</w:t>
      </w:r>
      <w:proofErr w:type="spellEnd"/>
      <w:proofErr w:type="gramEnd"/>
      <w:r>
        <w:t>}}</w:t>
      </w:r>
    </w:p>
    <w:p w14:paraId="6F026B0B" w14:textId="77777777" w:rsidR="00BA33AB" w:rsidRPr="000767E2" w:rsidRDefault="00000000">
      <w:pPr>
        <w:rPr>
          <w:lang w:val="sv-SE"/>
        </w:rPr>
      </w:pPr>
      <w:r w:rsidRPr="000767E2">
        <w:rPr>
          <w:lang w:val="sv-SE"/>
        </w:rPr>
        <w:t>{{field-on:bible}}Lovprisa, alla folkslag, Herren!</w:t>
      </w:r>
      <w:r w:rsidRPr="000767E2">
        <w:rPr>
          <w:lang w:val="sv-SE"/>
        </w:rPr>
        <w:br/>
        <w:t>Och lovorda honom ska alla folken.{{field-off:bible}}</w:t>
      </w:r>
    </w:p>
    <w:p w14:paraId="4AD180DA" w14:textId="7D094987" w:rsidR="00BA33AB" w:rsidRDefault="00000000">
      <w:r>
        <w:t>[[@</w:t>
      </w:r>
      <w:r w:rsidR="0096445B">
        <w:t>BibleBIBEL</w:t>
      </w:r>
      <w:proofErr w:type="gramStart"/>
      <w:r w:rsidR="0096445B">
        <w:t>82</w:t>
      </w:r>
      <w:r>
        <w:t>:Rom</w:t>
      </w:r>
      <w:proofErr w:type="gramEnd"/>
      <w:r>
        <w:t xml:space="preserve"> 15:12]]</w:t>
      </w:r>
      <w:r>
        <w:rPr>
          <w:vertAlign w:val="superscript"/>
        </w:rPr>
        <w:t>12</w:t>
      </w:r>
      <w:r>
        <w:t xml:space="preserve"> {{</w:t>
      </w:r>
      <w:proofErr w:type="spellStart"/>
      <w:r>
        <w:t>field-</w:t>
      </w:r>
      <w:proofErr w:type="gramStart"/>
      <w:r>
        <w:t>on:bible</w:t>
      </w:r>
      <w:proofErr w:type="spellEnd"/>
      <w:r>
        <w:t>}}Och</w:t>
      </w:r>
      <w:proofErr w:type="gramEnd"/>
      <w:r>
        <w:t xml:space="preserve"> </w:t>
      </w:r>
      <w:proofErr w:type="spellStart"/>
      <w:r>
        <w:t>åter</w:t>
      </w:r>
      <w:proofErr w:type="spellEnd"/>
      <w:r>
        <w:t xml:space="preserve"> </w:t>
      </w:r>
      <w:proofErr w:type="spellStart"/>
      <w:r>
        <w:t>säger</w:t>
      </w:r>
      <w:proofErr w:type="spellEnd"/>
      <w:r>
        <w:t xml:space="preserve"> </w:t>
      </w:r>
      <w:proofErr w:type="gramStart"/>
      <w:r>
        <w:t>Esaias:{</w:t>
      </w:r>
      <w:proofErr w:type="gramEnd"/>
      <w:r>
        <w:t>{</w:t>
      </w:r>
      <w:proofErr w:type="spellStart"/>
      <w:r>
        <w:t>field-</w:t>
      </w:r>
      <w:proofErr w:type="gramStart"/>
      <w:r>
        <w:t>off:bible</w:t>
      </w:r>
      <w:proofErr w:type="spellEnd"/>
      <w:proofErr w:type="gramEnd"/>
      <w:r>
        <w:t>}}</w:t>
      </w:r>
    </w:p>
    <w:p w14:paraId="62490EC6" w14:textId="77777777" w:rsidR="00BA33AB" w:rsidRPr="000767E2" w:rsidRDefault="00000000">
      <w:pPr>
        <w:rPr>
          <w:lang w:val="sv-SE"/>
        </w:rPr>
      </w:pPr>
      <w:r w:rsidRPr="000767E2">
        <w:rPr>
          <w:lang w:val="sv-SE"/>
        </w:rPr>
        <w:t>{{field-on:bible}}Det ska ske, Jessais rotskott</w:t>
      </w:r>
      <w:r w:rsidRPr="000767E2">
        <w:rPr>
          <w:lang w:val="sv-SE"/>
        </w:rPr>
        <w:br/>
        <w:t xml:space="preserve">och den som står upp </w:t>
      </w:r>
      <w:r w:rsidRPr="000767E2">
        <w:rPr>
          <w:i/>
          <w:lang w:val="sv-SE"/>
        </w:rPr>
        <w:t>för</w:t>
      </w:r>
      <w:r w:rsidRPr="000767E2">
        <w:rPr>
          <w:lang w:val="sv-SE"/>
        </w:rPr>
        <w:t xml:space="preserve"> att leda folkslag.</w:t>
      </w:r>
      <w:r w:rsidRPr="000767E2">
        <w:rPr>
          <w:lang w:val="sv-SE"/>
        </w:rPr>
        <w:br/>
        <w:t>På honom ska folkslag hoppas.{{field-off:bible}}</w:t>
      </w:r>
    </w:p>
    <w:p w14:paraId="27C8AB21" w14:textId="64871248" w:rsidR="00BA33AB" w:rsidRPr="000767E2" w:rsidRDefault="00000000">
      <w:pPr>
        <w:rPr>
          <w:lang w:val="sv-SE"/>
        </w:rPr>
      </w:pPr>
      <w:r w:rsidRPr="000767E2">
        <w:rPr>
          <w:lang w:val="sv-SE"/>
        </w:rPr>
        <w:t>[[@</w:t>
      </w:r>
      <w:r w:rsidR="0096445B" w:rsidRPr="000767E2">
        <w:rPr>
          <w:lang w:val="sv-SE"/>
        </w:rPr>
        <w:t>BibleBIBEL82</w:t>
      </w:r>
      <w:r w:rsidRPr="000767E2">
        <w:rPr>
          <w:lang w:val="sv-SE"/>
        </w:rPr>
        <w:t>:Rom 15:13]]</w:t>
      </w:r>
      <w:r w:rsidRPr="000767E2">
        <w:rPr>
          <w:vertAlign w:val="superscript"/>
          <w:lang w:val="sv-SE"/>
        </w:rPr>
        <w:t>13</w:t>
      </w:r>
      <w:r w:rsidRPr="000767E2">
        <w:rPr>
          <w:lang w:val="sv-SE"/>
        </w:rPr>
        <w:t xml:space="preserve"> {{field-on:bible}}Och hoppets Gud må uppfylla er med all glädje och frid i det att </w:t>
      </w:r>
      <w:r w:rsidRPr="000767E2">
        <w:rPr>
          <w:i/>
          <w:lang w:val="sv-SE"/>
        </w:rPr>
        <w:t>ni</w:t>
      </w:r>
      <w:r w:rsidRPr="000767E2">
        <w:rPr>
          <w:lang w:val="sv-SE"/>
        </w:rPr>
        <w:t xml:space="preserve"> tror, så att ni överflödar i hoppet i helig Andes kraft.{{field-off:bible}}</w:t>
      </w:r>
    </w:p>
    <w:p w14:paraId="5859EBBA" w14:textId="77777777" w:rsidR="00BA33AB" w:rsidRPr="000767E2" w:rsidRDefault="00000000">
      <w:pPr>
        <w:pStyle w:val="Rubrik3"/>
        <w:rPr>
          <w:lang w:val="sv-SE"/>
        </w:rPr>
      </w:pPr>
      <w:r w:rsidRPr="000767E2">
        <w:rPr>
          <w:lang w:val="sv-SE"/>
        </w:rPr>
        <w:t>Apostelns uppdrag</w:t>
      </w:r>
    </w:p>
    <w:p w14:paraId="0CB51724" w14:textId="17D1AD1F" w:rsidR="00BA33AB" w:rsidRPr="000767E2" w:rsidRDefault="00000000">
      <w:pPr>
        <w:rPr>
          <w:lang w:val="sv-SE"/>
        </w:rPr>
      </w:pPr>
      <w:r w:rsidRPr="000767E2">
        <w:rPr>
          <w:lang w:val="sv-SE"/>
        </w:rPr>
        <w:t>[[@</w:t>
      </w:r>
      <w:r w:rsidR="0096445B" w:rsidRPr="000767E2">
        <w:rPr>
          <w:lang w:val="sv-SE"/>
        </w:rPr>
        <w:t>BibleBIBEL82</w:t>
      </w:r>
      <w:r w:rsidRPr="000767E2">
        <w:rPr>
          <w:lang w:val="sv-SE"/>
        </w:rPr>
        <w:t>:Rom 15:14]]</w:t>
      </w:r>
      <w:r w:rsidRPr="000767E2">
        <w:rPr>
          <w:vertAlign w:val="superscript"/>
          <w:lang w:val="sv-SE"/>
        </w:rPr>
        <w:t>14</w:t>
      </w:r>
      <w:r w:rsidRPr="000767E2">
        <w:rPr>
          <w:lang w:val="sv-SE"/>
        </w:rPr>
        <w:t xml:space="preserve"> {{field-on:bible}}Men jag är övertygad, mina syskon, även jag själv om er, att även ni själva är fulla av godhet, uppfyllda av all kunskap[en], mäktiga att också förmana varandra.{{field-off:bible}} [[@</w:t>
      </w:r>
      <w:r w:rsidR="0096445B" w:rsidRPr="000767E2">
        <w:rPr>
          <w:lang w:val="sv-SE"/>
        </w:rPr>
        <w:t>BibleBIBEL82</w:t>
      </w:r>
      <w:r w:rsidRPr="000767E2">
        <w:rPr>
          <w:lang w:val="sv-SE"/>
        </w:rPr>
        <w:t>:Rom 15:15]]</w:t>
      </w:r>
      <w:r w:rsidRPr="000767E2">
        <w:rPr>
          <w:vertAlign w:val="superscript"/>
          <w:lang w:val="sv-SE"/>
        </w:rPr>
        <w:t>15</w:t>
      </w:r>
      <w:r w:rsidRPr="000767E2">
        <w:rPr>
          <w:lang w:val="sv-SE"/>
        </w:rPr>
        <w:t xml:space="preserve"> {{field-on:bible}}Men jag har skrivit till </w:t>
      </w:r>
      <w:r w:rsidRPr="000767E2">
        <w:rPr>
          <w:i/>
          <w:lang w:val="sv-SE"/>
        </w:rPr>
        <w:t>viss</w:t>
      </w:r>
      <w:r w:rsidRPr="000767E2">
        <w:rPr>
          <w:lang w:val="sv-SE"/>
        </w:rPr>
        <w:t xml:space="preserve"> del </w:t>
      </w:r>
      <w:r w:rsidRPr="000767E2">
        <w:rPr>
          <w:i/>
          <w:lang w:val="sv-SE"/>
        </w:rPr>
        <w:t>lite</w:t>
      </w:r>
      <w:r w:rsidRPr="000767E2">
        <w:rPr>
          <w:lang w:val="sv-SE"/>
        </w:rPr>
        <w:t xml:space="preserve"> djärvare till er, som </w:t>
      </w:r>
      <w:r w:rsidRPr="000767E2">
        <w:rPr>
          <w:i/>
          <w:lang w:val="sv-SE"/>
        </w:rPr>
        <w:t>att</w:t>
      </w:r>
      <w:r w:rsidRPr="000767E2">
        <w:rPr>
          <w:lang w:val="sv-SE"/>
        </w:rPr>
        <w:t xml:space="preserve"> jag åter påminner er på grund av nåden som getts mig av Gud,{{field-off:bible}} [[@</w:t>
      </w:r>
      <w:r w:rsidR="0096445B" w:rsidRPr="000767E2">
        <w:rPr>
          <w:lang w:val="sv-SE"/>
        </w:rPr>
        <w:t>BibleBIBEL82</w:t>
      </w:r>
      <w:r w:rsidRPr="000767E2">
        <w:rPr>
          <w:lang w:val="sv-SE"/>
        </w:rPr>
        <w:t>:Rom 15:16]]</w:t>
      </w:r>
      <w:r w:rsidRPr="000767E2">
        <w:rPr>
          <w:vertAlign w:val="superscript"/>
          <w:lang w:val="sv-SE"/>
        </w:rPr>
        <w:t>16</w:t>
      </w:r>
      <w:r w:rsidRPr="000767E2">
        <w:rPr>
          <w:lang w:val="sv-SE"/>
        </w:rPr>
        <w:t xml:space="preserve"> {{field-on:bible}}så att jag är en Kristi Jesu tjänstgörande för folkslagen som tempeltjänar med Guds evangelium för att folkslagens frambärande ska bli välmottagligt, helgat i helig Ande.{{field-off:bible}}</w:t>
      </w:r>
    </w:p>
    <w:p w14:paraId="1A456804" w14:textId="14024B9F" w:rsidR="00BA33AB" w:rsidRPr="000767E2" w:rsidRDefault="00000000">
      <w:pPr>
        <w:rPr>
          <w:lang w:val="sv-SE"/>
        </w:rPr>
      </w:pPr>
      <w:r w:rsidRPr="000767E2">
        <w:rPr>
          <w:lang w:val="sv-SE"/>
        </w:rPr>
        <w:t>[[@</w:t>
      </w:r>
      <w:r w:rsidR="0096445B" w:rsidRPr="000767E2">
        <w:rPr>
          <w:lang w:val="sv-SE"/>
        </w:rPr>
        <w:t>BibleBIBEL82</w:t>
      </w:r>
      <w:r w:rsidRPr="000767E2">
        <w:rPr>
          <w:lang w:val="sv-SE"/>
        </w:rPr>
        <w:t>:Rom 15:17]]</w:t>
      </w:r>
      <w:r w:rsidRPr="000767E2">
        <w:rPr>
          <w:vertAlign w:val="superscript"/>
          <w:lang w:val="sv-SE"/>
        </w:rPr>
        <w:t>17</w:t>
      </w:r>
      <w:r w:rsidRPr="000767E2">
        <w:rPr>
          <w:lang w:val="sv-SE"/>
        </w:rPr>
        <w:t xml:space="preserve"> {{field-on:bible}}Jag har alltså stolthet[en] i Kristus Jesus </w:t>
      </w:r>
      <w:r w:rsidRPr="000767E2">
        <w:rPr>
          <w:i/>
          <w:lang w:val="sv-SE"/>
        </w:rPr>
        <w:t>i</w:t>
      </w:r>
      <w:r w:rsidRPr="000767E2">
        <w:rPr>
          <w:lang w:val="sv-SE"/>
        </w:rPr>
        <w:t xml:space="preserve"> det </w:t>
      </w:r>
      <w:r w:rsidRPr="000767E2">
        <w:rPr>
          <w:i/>
          <w:lang w:val="sv-SE"/>
        </w:rPr>
        <w:t>som är</w:t>
      </w:r>
      <w:r w:rsidRPr="000767E2">
        <w:rPr>
          <w:lang w:val="sv-SE"/>
        </w:rPr>
        <w:t xml:space="preserve"> inför Gud.{{field-off:bible}} [[@</w:t>
      </w:r>
      <w:r w:rsidR="0096445B" w:rsidRPr="000767E2">
        <w:rPr>
          <w:lang w:val="sv-SE"/>
        </w:rPr>
        <w:t>BibleBIBEL82</w:t>
      </w:r>
      <w:r w:rsidRPr="000767E2">
        <w:rPr>
          <w:lang w:val="sv-SE"/>
        </w:rPr>
        <w:t>:Rom 15:18]]</w:t>
      </w:r>
      <w:r w:rsidRPr="000767E2">
        <w:rPr>
          <w:vertAlign w:val="superscript"/>
          <w:lang w:val="sv-SE"/>
        </w:rPr>
        <w:t>18</w:t>
      </w:r>
      <w:r w:rsidRPr="000767E2">
        <w:rPr>
          <w:lang w:val="sv-SE"/>
        </w:rPr>
        <w:t xml:space="preserve"> {{field-on:bible}}För jag skulle inte våga tala </w:t>
      </w:r>
      <w:r w:rsidRPr="000767E2">
        <w:rPr>
          <w:i/>
          <w:lang w:val="sv-SE"/>
        </w:rPr>
        <w:t>om</w:t>
      </w:r>
      <w:r w:rsidRPr="000767E2">
        <w:rPr>
          <w:lang w:val="sv-SE"/>
        </w:rPr>
        <w:t xml:space="preserve"> något som Kristus inte har utfört genom mig för folkslagens hörsamhet – </w:t>
      </w:r>
      <w:r w:rsidRPr="000767E2">
        <w:rPr>
          <w:i/>
          <w:lang w:val="sv-SE"/>
        </w:rPr>
        <w:t>i</w:t>
      </w:r>
      <w:r w:rsidRPr="000767E2">
        <w:rPr>
          <w:lang w:val="sv-SE"/>
        </w:rPr>
        <w:t xml:space="preserve"> ord och gärning,{{field-off:bible}} [[@</w:t>
      </w:r>
      <w:r w:rsidR="0096445B" w:rsidRPr="000767E2">
        <w:rPr>
          <w:lang w:val="sv-SE"/>
        </w:rPr>
        <w:t>BibleBIBEL82</w:t>
      </w:r>
      <w:r w:rsidRPr="000767E2">
        <w:rPr>
          <w:lang w:val="sv-SE"/>
        </w:rPr>
        <w:t>:Rom 15:19]]</w:t>
      </w:r>
      <w:r w:rsidRPr="000767E2">
        <w:rPr>
          <w:vertAlign w:val="superscript"/>
          <w:lang w:val="sv-SE"/>
        </w:rPr>
        <w:t>19</w:t>
      </w:r>
      <w:r w:rsidRPr="000767E2">
        <w:rPr>
          <w:lang w:val="sv-SE"/>
        </w:rPr>
        <w:t xml:space="preserve"> {{field-on:bible}}i teckens och unders kraft, i [Guds] Andes kraft – så att jag från Jerusalem och runt omkring ända till Illyricum har uppfyllt Kristi evangelium,{{field-off:bible}} [[@</w:t>
      </w:r>
      <w:r w:rsidR="0096445B" w:rsidRPr="000767E2">
        <w:rPr>
          <w:lang w:val="sv-SE"/>
        </w:rPr>
        <w:t>BibleBIBEL82</w:t>
      </w:r>
      <w:r w:rsidRPr="000767E2">
        <w:rPr>
          <w:lang w:val="sv-SE"/>
        </w:rPr>
        <w:t>:Rom 15:20]]</w:t>
      </w:r>
      <w:r w:rsidRPr="000767E2">
        <w:rPr>
          <w:vertAlign w:val="superscript"/>
          <w:lang w:val="sv-SE"/>
        </w:rPr>
        <w:t>20</w:t>
      </w:r>
      <w:r w:rsidRPr="000767E2">
        <w:rPr>
          <w:lang w:val="sv-SE"/>
        </w:rPr>
        <w:t xml:space="preserve"> {{field-on:bible}}medan jag så sätter en ära i att evangelisera där inte Kristus </w:t>
      </w:r>
      <w:r w:rsidRPr="000767E2">
        <w:rPr>
          <w:i/>
          <w:lang w:val="sv-SE"/>
        </w:rPr>
        <w:t>redan</w:t>
      </w:r>
      <w:r w:rsidRPr="000767E2">
        <w:rPr>
          <w:lang w:val="sv-SE"/>
        </w:rPr>
        <w:t xml:space="preserve"> är nämnd, för att inte bygga på en annans grund.{{field-off:bible}} [[@</w:t>
      </w:r>
      <w:r w:rsidR="0096445B" w:rsidRPr="000767E2">
        <w:rPr>
          <w:lang w:val="sv-SE"/>
        </w:rPr>
        <w:t>BibleBIBEL82</w:t>
      </w:r>
      <w:r w:rsidRPr="000767E2">
        <w:rPr>
          <w:lang w:val="sv-SE"/>
        </w:rPr>
        <w:t>:Rom 15:21]]</w:t>
      </w:r>
      <w:r w:rsidRPr="000767E2">
        <w:rPr>
          <w:vertAlign w:val="superscript"/>
          <w:lang w:val="sv-SE"/>
        </w:rPr>
        <w:t>21</w:t>
      </w:r>
      <w:r w:rsidRPr="000767E2">
        <w:rPr>
          <w:lang w:val="sv-SE"/>
        </w:rPr>
        <w:t xml:space="preserve"> {{field-on:bible}}Nej, så som det är skrivet:{{field-off:bible}}</w:t>
      </w:r>
    </w:p>
    <w:p w14:paraId="73B4342C" w14:textId="77777777" w:rsidR="00BA33AB" w:rsidRPr="000767E2" w:rsidRDefault="00000000">
      <w:pPr>
        <w:rPr>
          <w:lang w:val="sv-SE"/>
        </w:rPr>
      </w:pPr>
      <w:r w:rsidRPr="000767E2">
        <w:rPr>
          <w:lang w:val="sv-SE"/>
        </w:rPr>
        <w:t>{{field-on:bible}}De som inte blivit delgivna om honom ska se,</w:t>
      </w:r>
      <w:r w:rsidRPr="000767E2">
        <w:rPr>
          <w:lang w:val="sv-SE"/>
        </w:rPr>
        <w:br/>
        <w:t>och de som inte har hört ska förstå.{{field-off:bible}}</w:t>
      </w:r>
    </w:p>
    <w:p w14:paraId="63426A34" w14:textId="77777777" w:rsidR="00BA33AB" w:rsidRPr="000767E2" w:rsidRDefault="00000000">
      <w:pPr>
        <w:pStyle w:val="Rubrik3"/>
        <w:rPr>
          <w:lang w:val="sv-SE"/>
        </w:rPr>
      </w:pPr>
      <w:r w:rsidRPr="000767E2">
        <w:rPr>
          <w:lang w:val="sv-SE"/>
        </w:rPr>
        <w:t>Apostelns resplaner</w:t>
      </w:r>
    </w:p>
    <w:p w14:paraId="05F12E3A" w14:textId="7E901EE0" w:rsidR="00BA33AB" w:rsidRPr="000767E2" w:rsidRDefault="00000000">
      <w:pPr>
        <w:rPr>
          <w:lang w:val="sv-SE"/>
        </w:rPr>
      </w:pPr>
      <w:r w:rsidRPr="000767E2">
        <w:rPr>
          <w:lang w:val="sv-SE"/>
        </w:rPr>
        <w:t>[[@</w:t>
      </w:r>
      <w:r w:rsidR="0096445B" w:rsidRPr="000767E2">
        <w:rPr>
          <w:lang w:val="sv-SE"/>
        </w:rPr>
        <w:t>BibleBIBEL82</w:t>
      </w:r>
      <w:r w:rsidRPr="000767E2">
        <w:rPr>
          <w:lang w:val="sv-SE"/>
        </w:rPr>
        <w:t>:Rom 15:22]]</w:t>
      </w:r>
      <w:r w:rsidRPr="000767E2">
        <w:rPr>
          <w:vertAlign w:val="superscript"/>
          <w:lang w:val="sv-SE"/>
        </w:rPr>
        <w:t>22</w:t>
      </w:r>
      <w:r w:rsidRPr="000767E2">
        <w:rPr>
          <w:lang w:val="sv-SE"/>
        </w:rPr>
        <w:t xml:space="preserve"> {{field-on:bible}}Därför har jag också blivit förhindrad många </w:t>
      </w:r>
      <w:r w:rsidRPr="000767E2">
        <w:rPr>
          <w:i/>
          <w:lang w:val="sv-SE"/>
        </w:rPr>
        <w:t>gånger</w:t>
      </w:r>
      <w:r w:rsidRPr="000767E2">
        <w:rPr>
          <w:lang w:val="sv-SE"/>
        </w:rPr>
        <w:t xml:space="preserve"> från att komma till er.{{field-off:bible}} [[@</w:t>
      </w:r>
      <w:r w:rsidR="0096445B" w:rsidRPr="000767E2">
        <w:rPr>
          <w:lang w:val="sv-SE"/>
        </w:rPr>
        <w:t>BibleBIBEL82</w:t>
      </w:r>
      <w:r w:rsidRPr="000767E2">
        <w:rPr>
          <w:lang w:val="sv-SE"/>
        </w:rPr>
        <w:t>:Rom 15:23]]</w:t>
      </w:r>
      <w:r w:rsidRPr="000767E2">
        <w:rPr>
          <w:vertAlign w:val="superscript"/>
          <w:lang w:val="sv-SE"/>
        </w:rPr>
        <w:t>23</w:t>
      </w:r>
      <w:r w:rsidRPr="000767E2">
        <w:rPr>
          <w:lang w:val="sv-SE"/>
        </w:rPr>
        <w:t xml:space="preserve"> {{field-on:bible}}Men nu har jag inte längre en plats i dessa regioner, och jag har en längtan att komma till er sedan många år{{field-off:bible}} [[@</w:t>
      </w:r>
      <w:r w:rsidR="0096445B" w:rsidRPr="000767E2">
        <w:rPr>
          <w:lang w:val="sv-SE"/>
        </w:rPr>
        <w:t>BibleBIBEL82</w:t>
      </w:r>
      <w:r w:rsidRPr="000767E2">
        <w:rPr>
          <w:lang w:val="sv-SE"/>
        </w:rPr>
        <w:t>:Rom 15:24]]</w:t>
      </w:r>
      <w:r w:rsidRPr="000767E2">
        <w:rPr>
          <w:vertAlign w:val="superscript"/>
          <w:lang w:val="sv-SE"/>
        </w:rPr>
        <w:t>24</w:t>
      </w:r>
      <w:r w:rsidRPr="000767E2">
        <w:rPr>
          <w:lang w:val="sv-SE"/>
        </w:rPr>
        <w:t xml:space="preserve"> {{field-on:bible}}när </w:t>
      </w:r>
      <w:r w:rsidRPr="000767E2">
        <w:rPr>
          <w:lang w:val="sv-SE"/>
        </w:rPr>
        <w:lastRenderedPageBreak/>
        <w:t xml:space="preserve">jag far till Spanien – för jag hoppas att genomresande </w:t>
      </w:r>
      <w:r w:rsidRPr="000767E2">
        <w:rPr>
          <w:i/>
          <w:lang w:val="sv-SE"/>
        </w:rPr>
        <w:t>få</w:t>
      </w:r>
      <w:r w:rsidRPr="000767E2">
        <w:rPr>
          <w:lang w:val="sv-SE"/>
        </w:rPr>
        <w:t xml:space="preserve"> skåda er och av er bli hjälpt iväg dit, sedan jag först av er till </w:t>
      </w:r>
      <w:r w:rsidRPr="000767E2">
        <w:rPr>
          <w:i/>
          <w:lang w:val="sv-SE"/>
        </w:rPr>
        <w:t>viss</w:t>
      </w:r>
      <w:r w:rsidRPr="000767E2">
        <w:rPr>
          <w:lang w:val="sv-SE"/>
        </w:rPr>
        <w:t xml:space="preserve"> del </w:t>
      </w:r>
      <w:r w:rsidRPr="000767E2">
        <w:rPr>
          <w:i/>
          <w:lang w:val="sv-SE"/>
        </w:rPr>
        <w:t>fått</w:t>
      </w:r>
      <w:r w:rsidRPr="000767E2">
        <w:rPr>
          <w:lang w:val="sv-SE"/>
        </w:rPr>
        <w:t xml:space="preserve"> bli mättad.{{field-off:bible}}</w:t>
      </w:r>
    </w:p>
    <w:p w14:paraId="108718AD" w14:textId="0416895E" w:rsidR="00BA33AB" w:rsidRPr="000767E2" w:rsidRDefault="00000000">
      <w:pPr>
        <w:rPr>
          <w:lang w:val="sv-SE"/>
        </w:rPr>
      </w:pPr>
      <w:r w:rsidRPr="000767E2">
        <w:rPr>
          <w:lang w:val="sv-SE"/>
        </w:rPr>
        <w:t>[[@</w:t>
      </w:r>
      <w:r w:rsidR="0096445B" w:rsidRPr="000767E2">
        <w:rPr>
          <w:lang w:val="sv-SE"/>
        </w:rPr>
        <w:t>BibleBIBEL82</w:t>
      </w:r>
      <w:r w:rsidRPr="000767E2">
        <w:rPr>
          <w:lang w:val="sv-SE"/>
        </w:rPr>
        <w:t>:Rom 15:25]]</w:t>
      </w:r>
      <w:r w:rsidRPr="000767E2">
        <w:rPr>
          <w:vertAlign w:val="superscript"/>
          <w:lang w:val="sv-SE"/>
        </w:rPr>
        <w:t>25</w:t>
      </w:r>
      <w:r w:rsidRPr="000767E2">
        <w:rPr>
          <w:lang w:val="sv-SE"/>
        </w:rPr>
        <w:t xml:space="preserve"> {{field-on:bible}}Men nu far jag till Jerusalem och betjänar de heliga.{{field-off:bible}} [[@</w:t>
      </w:r>
      <w:r w:rsidR="0096445B" w:rsidRPr="000767E2">
        <w:rPr>
          <w:lang w:val="sv-SE"/>
        </w:rPr>
        <w:t>BibleBIBEL82</w:t>
      </w:r>
      <w:r w:rsidRPr="000767E2">
        <w:rPr>
          <w:lang w:val="sv-SE"/>
        </w:rPr>
        <w:t>:Rom 15:26]]</w:t>
      </w:r>
      <w:r w:rsidRPr="000767E2">
        <w:rPr>
          <w:vertAlign w:val="superscript"/>
          <w:lang w:val="sv-SE"/>
        </w:rPr>
        <w:t>26</w:t>
      </w:r>
      <w:r w:rsidRPr="000767E2">
        <w:rPr>
          <w:lang w:val="sv-SE"/>
        </w:rPr>
        <w:t xml:space="preserve"> {{field-on:bible}}För Makedonien och Achaia har behagat att göra </w:t>
      </w:r>
      <w:r w:rsidRPr="000767E2">
        <w:rPr>
          <w:i/>
          <w:lang w:val="sv-SE"/>
        </w:rPr>
        <w:t>ett uttryck för</w:t>
      </w:r>
      <w:r w:rsidRPr="000767E2">
        <w:rPr>
          <w:lang w:val="sv-SE"/>
        </w:rPr>
        <w:t xml:space="preserve"> delaktighet till de fattiga bland de heliga i Jerusalem.{{field-off:bible}} [[@</w:t>
      </w:r>
      <w:r w:rsidR="0096445B" w:rsidRPr="000767E2">
        <w:rPr>
          <w:lang w:val="sv-SE"/>
        </w:rPr>
        <w:t>BibleBIBEL82</w:t>
      </w:r>
      <w:r w:rsidRPr="000767E2">
        <w:rPr>
          <w:lang w:val="sv-SE"/>
        </w:rPr>
        <w:t>:Rom 15:27]]</w:t>
      </w:r>
      <w:r w:rsidRPr="000767E2">
        <w:rPr>
          <w:vertAlign w:val="superscript"/>
          <w:lang w:val="sv-SE"/>
        </w:rPr>
        <w:t>27</w:t>
      </w:r>
      <w:r w:rsidRPr="000767E2">
        <w:rPr>
          <w:lang w:val="sv-SE"/>
        </w:rPr>
        <w:t xml:space="preserve"> {{field-on:bible}}För de har behagat, och de är skyldiga dem </w:t>
      </w:r>
      <w:r w:rsidRPr="000767E2">
        <w:rPr>
          <w:i/>
          <w:lang w:val="sv-SE"/>
        </w:rPr>
        <w:t>det</w:t>
      </w:r>
      <w:r w:rsidRPr="000767E2">
        <w:rPr>
          <w:lang w:val="sv-SE"/>
        </w:rPr>
        <w:t xml:space="preserve">. För om folkslagen har blivit delaktiga i deras andliga </w:t>
      </w:r>
      <w:r w:rsidRPr="000767E2">
        <w:rPr>
          <w:i/>
          <w:lang w:val="sv-SE"/>
        </w:rPr>
        <w:t>ting</w:t>
      </w:r>
      <w:r w:rsidRPr="000767E2">
        <w:rPr>
          <w:lang w:val="sv-SE"/>
        </w:rPr>
        <w:t>, är de skyldiga att också i det köttsliga göra tjänst för dem.{{field-off:bible}} [[@</w:t>
      </w:r>
      <w:r w:rsidR="0096445B" w:rsidRPr="000767E2">
        <w:rPr>
          <w:lang w:val="sv-SE"/>
        </w:rPr>
        <w:t>BibleBIBEL82</w:t>
      </w:r>
      <w:r w:rsidRPr="000767E2">
        <w:rPr>
          <w:lang w:val="sv-SE"/>
        </w:rPr>
        <w:t>:Rom 15:28]]</w:t>
      </w:r>
      <w:r w:rsidRPr="000767E2">
        <w:rPr>
          <w:vertAlign w:val="superscript"/>
          <w:lang w:val="sv-SE"/>
        </w:rPr>
        <w:t>28</w:t>
      </w:r>
      <w:r w:rsidRPr="000767E2">
        <w:rPr>
          <w:lang w:val="sv-SE"/>
        </w:rPr>
        <w:t xml:space="preserve"> {{field-on:bible}}När jag så har fullbordat detta och satt sigillet för dem på denna frukt, ska jag fara iväg över er till Spanien.{{field-off:bible}} [[@</w:t>
      </w:r>
      <w:r w:rsidR="0096445B" w:rsidRPr="000767E2">
        <w:rPr>
          <w:lang w:val="sv-SE"/>
        </w:rPr>
        <w:t>BibleBIBEL82</w:t>
      </w:r>
      <w:r w:rsidRPr="000767E2">
        <w:rPr>
          <w:lang w:val="sv-SE"/>
        </w:rPr>
        <w:t>:Rom 15:29]]</w:t>
      </w:r>
      <w:r w:rsidRPr="000767E2">
        <w:rPr>
          <w:vertAlign w:val="superscript"/>
          <w:lang w:val="sv-SE"/>
        </w:rPr>
        <w:t>29</w:t>
      </w:r>
      <w:r w:rsidRPr="000767E2">
        <w:rPr>
          <w:lang w:val="sv-SE"/>
        </w:rPr>
        <w:t xml:space="preserve"> {{field-on:bible}}Och jag vet att när jag kommer till er </w:t>
      </w:r>
      <w:r w:rsidRPr="000767E2">
        <w:rPr>
          <w:i/>
          <w:lang w:val="sv-SE"/>
        </w:rPr>
        <w:t>är det</w:t>
      </w:r>
      <w:r w:rsidRPr="000767E2">
        <w:rPr>
          <w:lang w:val="sv-SE"/>
        </w:rPr>
        <w:t xml:space="preserve"> med fullhet av Kristi välsignelse jag ska komma.{{field-off:bible}}</w:t>
      </w:r>
    </w:p>
    <w:p w14:paraId="29CA61C4" w14:textId="7A190C90" w:rsidR="00BA33AB" w:rsidRPr="000767E2" w:rsidRDefault="00000000">
      <w:pPr>
        <w:rPr>
          <w:lang w:val="sv-SE"/>
        </w:rPr>
      </w:pPr>
      <w:r w:rsidRPr="000767E2">
        <w:rPr>
          <w:lang w:val="sv-SE"/>
        </w:rPr>
        <w:t>[[@</w:t>
      </w:r>
      <w:r w:rsidR="0096445B" w:rsidRPr="000767E2">
        <w:rPr>
          <w:lang w:val="sv-SE"/>
        </w:rPr>
        <w:t>BibleBIBEL82</w:t>
      </w:r>
      <w:r w:rsidRPr="000767E2">
        <w:rPr>
          <w:lang w:val="sv-SE"/>
        </w:rPr>
        <w:t>:Rom 15:30]]</w:t>
      </w:r>
      <w:r w:rsidRPr="000767E2">
        <w:rPr>
          <w:vertAlign w:val="superscript"/>
          <w:lang w:val="sv-SE"/>
        </w:rPr>
        <w:t>30</w:t>
      </w:r>
      <w:r w:rsidRPr="000767E2">
        <w:rPr>
          <w:lang w:val="sv-SE"/>
        </w:rPr>
        <w:t xml:space="preserve"> {{field-on:bible}}Men jag uppmanar er [syskon], genom vår Herre Jesus Kristus och genom Andens kärlek, att kämpa tillsammans med mig i bönerna för mig till Gud,{{field-off:bible}} [[@</w:t>
      </w:r>
      <w:r w:rsidR="0096445B" w:rsidRPr="000767E2">
        <w:rPr>
          <w:lang w:val="sv-SE"/>
        </w:rPr>
        <w:t>BibleBIBEL82</w:t>
      </w:r>
      <w:r w:rsidRPr="000767E2">
        <w:rPr>
          <w:lang w:val="sv-SE"/>
        </w:rPr>
        <w:t>:Rom 15:31]]</w:t>
      </w:r>
      <w:r w:rsidRPr="000767E2">
        <w:rPr>
          <w:vertAlign w:val="superscript"/>
          <w:lang w:val="sv-SE"/>
        </w:rPr>
        <w:t>31</w:t>
      </w:r>
      <w:r w:rsidRPr="000767E2">
        <w:rPr>
          <w:lang w:val="sv-SE"/>
        </w:rPr>
        <w:t xml:space="preserve"> {{field-on:bible}}så att jag blir räddad från de ohörsamma i Judeen och min betjäning till Jerusalem blir välmottaglig för de heliga,{{field-off:bible}} [[@</w:t>
      </w:r>
      <w:r w:rsidR="0096445B" w:rsidRPr="000767E2">
        <w:rPr>
          <w:lang w:val="sv-SE"/>
        </w:rPr>
        <w:t>BibleBIBEL82</w:t>
      </w:r>
      <w:r w:rsidRPr="000767E2">
        <w:rPr>
          <w:lang w:val="sv-SE"/>
        </w:rPr>
        <w:t>:Rom 15:32]]</w:t>
      </w:r>
      <w:r w:rsidRPr="000767E2">
        <w:rPr>
          <w:vertAlign w:val="superscript"/>
          <w:lang w:val="sv-SE"/>
        </w:rPr>
        <w:t>32</w:t>
      </w:r>
      <w:r w:rsidRPr="000767E2">
        <w:rPr>
          <w:lang w:val="sv-SE"/>
        </w:rPr>
        <w:t xml:space="preserve"> {{field-on:bible}}så att jag med glädje </w:t>
      </w:r>
      <w:r w:rsidRPr="000767E2">
        <w:rPr>
          <w:i/>
          <w:lang w:val="sv-SE"/>
        </w:rPr>
        <w:t>får</w:t>
      </w:r>
      <w:r w:rsidRPr="000767E2">
        <w:rPr>
          <w:lang w:val="sv-SE"/>
        </w:rPr>
        <w:t xml:space="preserve"> komma till er genom Guds vilja och vila mig med er.{{field-off:bible}} [[@</w:t>
      </w:r>
      <w:r w:rsidR="0096445B" w:rsidRPr="000767E2">
        <w:rPr>
          <w:lang w:val="sv-SE"/>
        </w:rPr>
        <w:t>BibleBIBEL82</w:t>
      </w:r>
      <w:r w:rsidRPr="000767E2">
        <w:rPr>
          <w:lang w:val="sv-SE"/>
        </w:rPr>
        <w:t>:Rom 15:33]]</w:t>
      </w:r>
      <w:r w:rsidRPr="000767E2">
        <w:rPr>
          <w:vertAlign w:val="superscript"/>
          <w:lang w:val="sv-SE"/>
        </w:rPr>
        <w:t>33</w:t>
      </w:r>
      <w:r w:rsidRPr="000767E2">
        <w:rPr>
          <w:lang w:val="sv-SE"/>
        </w:rPr>
        <w:t xml:space="preserve"> {{field-on:bible}}Och fridens Gud </w:t>
      </w:r>
      <w:r w:rsidRPr="000767E2">
        <w:rPr>
          <w:i/>
          <w:lang w:val="sv-SE"/>
        </w:rPr>
        <w:t>vare</w:t>
      </w:r>
      <w:r w:rsidRPr="000767E2">
        <w:rPr>
          <w:lang w:val="sv-SE"/>
        </w:rPr>
        <w:t xml:space="preserve"> med er alla. Amen.{{field-off:bible}}</w:t>
      </w:r>
    </w:p>
    <w:p w14:paraId="54156987" w14:textId="6743144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:Rom 16]]Kapitel 16</w:t>
      </w:r>
    </w:p>
    <w:p w14:paraId="547E4B44" w14:textId="77777777" w:rsidR="00BA33AB" w:rsidRPr="000767E2" w:rsidRDefault="00000000">
      <w:pPr>
        <w:pStyle w:val="Rubrik3"/>
        <w:rPr>
          <w:lang w:val="sv-SE"/>
        </w:rPr>
      </w:pPr>
      <w:r w:rsidRPr="000767E2">
        <w:rPr>
          <w:lang w:val="sv-SE"/>
        </w:rPr>
        <w:t>Personliga hälsningar</w:t>
      </w:r>
    </w:p>
    <w:p w14:paraId="0C1A46C6" w14:textId="2F39F840" w:rsidR="00BA33AB" w:rsidRPr="000767E2" w:rsidRDefault="00000000">
      <w:pPr>
        <w:rPr>
          <w:lang w:val="sv-SE"/>
        </w:rPr>
      </w:pPr>
      <w:r w:rsidRPr="000767E2">
        <w:rPr>
          <w:lang w:val="sv-SE"/>
        </w:rPr>
        <w:t>[[@</w:t>
      </w:r>
      <w:r w:rsidR="0096445B" w:rsidRPr="000767E2">
        <w:rPr>
          <w:lang w:val="sv-SE"/>
        </w:rPr>
        <w:t>BibleBIBEL82</w:t>
      </w:r>
      <w:r w:rsidRPr="000767E2">
        <w:rPr>
          <w:lang w:val="sv-SE"/>
        </w:rPr>
        <w:t>:Rom 16:1]]</w:t>
      </w:r>
      <w:r w:rsidRPr="000767E2">
        <w:rPr>
          <w:vertAlign w:val="superscript"/>
          <w:lang w:val="sv-SE"/>
        </w:rPr>
        <w:t>1</w:t>
      </w:r>
      <w:r w:rsidRPr="000767E2">
        <w:rPr>
          <w:lang w:val="sv-SE"/>
        </w:rPr>
        <w:t xml:space="preserve"> {{field-on:bible}}Och jag lyfter fram för er vår syster Febe, som [också] är tjänare för församlingen i Kenchreai,{{field-off:bible}} [[@</w:t>
      </w:r>
      <w:r w:rsidR="0096445B" w:rsidRPr="000767E2">
        <w:rPr>
          <w:lang w:val="sv-SE"/>
        </w:rPr>
        <w:t>BibleBIBEL82</w:t>
      </w:r>
      <w:r w:rsidRPr="000767E2">
        <w:rPr>
          <w:lang w:val="sv-SE"/>
        </w:rPr>
        <w:t>:Rom 16:2]]</w:t>
      </w:r>
      <w:r w:rsidRPr="000767E2">
        <w:rPr>
          <w:vertAlign w:val="superscript"/>
          <w:lang w:val="sv-SE"/>
        </w:rPr>
        <w:t>2</w:t>
      </w:r>
      <w:r w:rsidRPr="000767E2">
        <w:rPr>
          <w:lang w:val="sv-SE"/>
        </w:rPr>
        <w:t xml:space="preserve"> {{field-on:bible}}så att ni välkomnar henne i Herren värdigt de heliga och bistår henne i vad </w:t>
      </w:r>
      <w:r w:rsidRPr="000767E2">
        <w:rPr>
          <w:i/>
          <w:lang w:val="sv-SE"/>
        </w:rPr>
        <w:t>för</w:t>
      </w:r>
      <w:r w:rsidRPr="000767E2">
        <w:rPr>
          <w:lang w:val="sv-SE"/>
        </w:rPr>
        <w:t xml:space="preserve"> ting hon från er kan behöva. För hon har också varit en beskydderska för många, även för mig själv.{{field-off:bible}}</w:t>
      </w:r>
    </w:p>
    <w:p w14:paraId="6719CFF3" w14:textId="6DE0EF6B" w:rsidR="00BA33AB" w:rsidRPr="000767E2" w:rsidRDefault="00000000">
      <w:pPr>
        <w:rPr>
          <w:lang w:val="sv-SE"/>
        </w:rPr>
      </w:pPr>
      <w:r w:rsidRPr="000767E2">
        <w:rPr>
          <w:lang w:val="sv-SE"/>
        </w:rPr>
        <w:t>[[@</w:t>
      </w:r>
      <w:r w:rsidR="0096445B" w:rsidRPr="000767E2">
        <w:rPr>
          <w:lang w:val="sv-SE"/>
        </w:rPr>
        <w:t>BibleBIBEL82</w:t>
      </w:r>
      <w:r w:rsidRPr="000767E2">
        <w:rPr>
          <w:lang w:val="sv-SE"/>
        </w:rPr>
        <w:t>:Rom 16:3]]</w:t>
      </w:r>
      <w:r w:rsidRPr="000767E2">
        <w:rPr>
          <w:vertAlign w:val="superscript"/>
          <w:lang w:val="sv-SE"/>
        </w:rPr>
        <w:t>3</w:t>
      </w:r>
      <w:r w:rsidRPr="000767E2">
        <w:rPr>
          <w:lang w:val="sv-SE"/>
        </w:rPr>
        <w:t xml:space="preserve"> {{field-on:bible}}Hälsa Prisca och Aquila, mina medarbetare i Kristus Jesus{{field-off:bible}} [[@</w:t>
      </w:r>
      <w:r w:rsidR="0096445B" w:rsidRPr="000767E2">
        <w:rPr>
          <w:lang w:val="sv-SE"/>
        </w:rPr>
        <w:t>BibleBIBEL82</w:t>
      </w:r>
      <w:r w:rsidRPr="000767E2">
        <w:rPr>
          <w:lang w:val="sv-SE"/>
        </w:rPr>
        <w:t>:Rom 16:4]]</w:t>
      </w:r>
      <w:r w:rsidRPr="000767E2">
        <w:rPr>
          <w:vertAlign w:val="superscript"/>
          <w:lang w:val="sv-SE"/>
        </w:rPr>
        <w:t>4</w:t>
      </w:r>
      <w:r w:rsidRPr="000767E2">
        <w:rPr>
          <w:lang w:val="sv-SE"/>
        </w:rPr>
        <w:t xml:space="preserve"> {{field-on:bible}}som för min själ har lagt ner sin egen hals. Dem </w:t>
      </w:r>
      <w:r w:rsidRPr="000767E2">
        <w:rPr>
          <w:i/>
          <w:lang w:val="sv-SE"/>
        </w:rPr>
        <w:t>är det</w:t>
      </w:r>
      <w:r w:rsidRPr="000767E2">
        <w:rPr>
          <w:lang w:val="sv-SE"/>
        </w:rPr>
        <w:t xml:space="preserve"> inte bara jag </w:t>
      </w:r>
      <w:r w:rsidRPr="000767E2">
        <w:rPr>
          <w:i/>
          <w:lang w:val="sv-SE"/>
        </w:rPr>
        <w:t>som</w:t>
      </w:r>
      <w:r w:rsidRPr="000767E2">
        <w:rPr>
          <w:lang w:val="sv-SE"/>
        </w:rPr>
        <w:t xml:space="preserve"> tackar, utan också alla folkslagens församlingar.{{field-off:bible}} [[@</w:t>
      </w:r>
      <w:r w:rsidR="0096445B" w:rsidRPr="000767E2">
        <w:rPr>
          <w:lang w:val="sv-SE"/>
        </w:rPr>
        <w:t>BibleBIBEL82</w:t>
      </w:r>
      <w:r w:rsidRPr="000767E2">
        <w:rPr>
          <w:lang w:val="sv-SE"/>
        </w:rPr>
        <w:t>:Rom 16:5]]</w:t>
      </w:r>
      <w:r w:rsidRPr="000767E2">
        <w:rPr>
          <w:vertAlign w:val="superscript"/>
          <w:lang w:val="sv-SE"/>
        </w:rPr>
        <w:t>5</w:t>
      </w:r>
      <w:r w:rsidRPr="000767E2">
        <w:rPr>
          <w:lang w:val="sv-SE"/>
        </w:rPr>
        <w:t xml:space="preserve"> {{field-on:bible}}Och </w:t>
      </w:r>
      <w:r w:rsidRPr="000767E2">
        <w:rPr>
          <w:i/>
          <w:lang w:val="sv-SE"/>
        </w:rPr>
        <w:t>hälsa</w:t>
      </w:r>
      <w:r w:rsidRPr="000767E2">
        <w:rPr>
          <w:lang w:val="sv-SE"/>
        </w:rPr>
        <w:t xml:space="preserve"> församlingen i deras hus.{{field-off:bible}}</w:t>
      </w:r>
    </w:p>
    <w:p w14:paraId="644B9C0E" w14:textId="208169EC" w:rsidR="00BA33AB" w:rsidRPr="000767E2" w:rsidRDefault="00000000">
      <w:pPr>
        <w:rPr>
          <w:lang w:val="sv-SE"/>
        </w:rPr>
      </w:pPr>
      <w:r w:rsidRPr="000767E2">
        <w:rPr>
          <w:lang w:val="sv-SE"/>
        </w:rPr>
        <w:t>{{field-on:bible}}Hälsa min älskade Epainetos, som är Asiens förstling till Kristus.{{field-off:bible}} [[@</w:t>
      </w:r>
      <w:r w:rsidR="0096445B" w:rsidRPr="000767E2">
        <w:rPr>
          <w:lang w:val="sv-SE"/>
        </w:rPr>
        <w:t>BibleBIBEL82</w:t>
      </w:r>
      <w:r w:rsidRPr="000767E2">
        <w:rPr>
          <w:lang w:val="sv-SE"/>
        </w:rPr>
        <w:t>:Rom 16:6]]</w:t>
      </w:r>
      <w:r w:rsidRPr="000767E2">
        <w:rPr>
          <w:vertAlign w:val="superscript"/>
          <w:lang w:val="sv-SE"/>
        </w:rPr>
        <w:t>6</w:t>
      </w:r>
      <w:r w:rsidRPr="000767E2">
        <w:rPr>
          <w:lang w:val="sv-SE"/>
        </w:rPr>
        <w:t xml:space="preserve"> {{field-on:bible}}Hälsa Maria, som har slitit mycket för er.{{field-off:bible}} [[@</w:t>
      </w:r>
      <w:r w:rsidR="0096445B" w:rsidRPr="000767E2">
        <w:rPr>
          <w:lang w:val="sv-SE"/>
        </w:rPr>
        <w:t>BibleBIBEL82</w:t>
      </w:r>
      <w:r w:rsidRPr="000767E2">
        <w:rPr>
          <w:lang w:val="sv-SE"/>
        </w:rPr>
        <w:t>:Rom 16:7]]</w:t>
      </w:r>
      <w:r w:rsidRPr="000767E2">
        <w:rPr>
          <w:vertAlign w:val="superscript"/>
          <w:lang w:val="sv-SE"/>
        </w:rPr>
        <w:t>7</w:t>
      </w:r>
      <w:r w:rsidRPr="000767E2">
        <w:rPr>
          <w:lang w:val="sv-SE"/>
        </w:rPr>
        <w:t xml:space="preserve"> {{field-on:bible}}Hälsa Andronikos och Junia, mina stamfränder och mina medfångar som är ryktbara bland apostlarna </w:t>
      </w:r>
      <w:r w:rsidRPr="000767E2">
        <w:rPr>
          <w:i/>
          <w:lang w:val="sv-SE"/>
        </w:rPr>
        <w:t>och</w:t>
      </w:r>
      <w:r w:rsidRPr="000767E2">
        <w:rPr>
          <w:lang w:val="sv-SE"/>
        </w:rPr>
        <w:t xml:space="preserve"> som också före mig har varit i Kristus.{{field-off:bible}} [[@</w:t>
      </w:r>
      <w:r w:rsidR="0096445B" w:rsidRPr="000767E2">
        <w:rPr>
          <w:lang w:val="sv-SE"/>
        </w:rPr>
        <w:t>BibleBIBEL82</w:t>
      </w:r>
      <w:r w:rsidRPr="000767E2">
        <w:rPr>
          <w:lang w:val="sv-SE"/>
        </w:rPr>
        <w:t>:Rom 16:8]]</w:t>
      </w:r>
      <w:r w:rsidRPr="000767E2">
        <w:rPr>
          <w:vertAlign w:val="superscript"/>
          <w:lang w:val="sv-SE"/>
        </w:rPr>
        <w:t>8</w:t>
      </w:r>
      <w:r w:rsidRPr="000767E2">
        <w:rPr>
          <w:lang w:val="sv-SE"/>
        </w:rPr>
        <w:t xml:space="preserve"> {{field-on:bible}}Hälsa Ampliatos, min älskade i Herren.{{field-off:bible}} [[@</w:t>
      </w:r>
      <w:r w:rsidR="0096445B" w:rsidRPr="000767E2">
        <w:rPr>
          <w:lang w:val="sv-SE"/>
        </w:rPr>
        <w:t>BibleBIBEL82</w:t>
      </w:r>
      <w:r w:rsidRPr="000767E2">
        <w:rPr>
          <w:lang w:val="sv-SE"/>
        </w:rPr>
        <w:t>:Rom 16:9]]</w:t>
      </w:r>
      <w:r w:rsidRPr="000767E2">
        <w:rPr>
          <w:vertAlign w:val="superscript"/>
          <w:lang w:val="sv-SE"/>
        </w:rPr>
        <w:t>9</w:t>
      </w:r>
      <w:r w:rsidRPr="000767E2">
        <w:rPr>
          <w:lang w:val="sv-SE"/>
        </w:rPr>
        <w:t xml:space="preserve"> {{field-on:bible}}Hälsa Urbanus, vår medarbetare i Kristus, och min älskade </w:t>
      </w:r>
      <w:r w:rsidRPr="000767E2">
        <w:rPr>
          <w:lang w:val="sv-SE"/>
        </w:rPr>
        <w:lastRenderedPageBreak/>
        <w:t>Stachys.{{field-off:bible}} [[@</w:t>
      </w:r>
      <w:r w:rsidR="0096445B" w:rsidRPr="000767E2">
        <w:rPr>
          <w:lang w:val="sv-SE"/>
        </w:rPr>
        <w:t>BibleBIBEL82</w:t>
      </w:r>
      <w:r w:rsidRPr="000767E2">
        <w:rPr>
          <w:lang w:val="sv-SE"/>
        </w:rPr>
        <w:t>:Rom 16:10]]</w:t>
      </w:r>
      <w:r w:rsidRPr="000767E2">
        <w:rPr>
          <w:vertAlign w:val="superscript"/>
          <w:lang w:val="sv-SE"/>
        </w:rPr>
        <w:t>10</w:t>
      </w:r>
      <w:r w:rsidRPr="000767E2">
        <w:rPr>
          <w:lang w:val="sv-SE"/>
        </w:rPr>
        <w:t xml:space="preserve"> {{field-on:bible}}Hälsa Apelles, den beprövade i Kristus. Hälsa dem </w:t>
      </w:r>
      <w:r w:rsidRPr="000767E2">
        <w:rPr>
          <w:i/>
          <w:lang w:val="sv-SE"/>
        </w:rPr>
        <w:t>som är</w:t>
      </w:r>
      <w:r w:rsidRPr="000767E2">
        <w:rPr>
          <w:lang w:val="sv-SE"/>
        </w:rPr>
        <w:t xml:space="preserve"> av Aristoboulos </w:t>
      </w:r>
      <w:r w:rsidRPr="000767E2">
        <w:rPr>
          <w:i/>
          <w:lang w:val="sv-SE"/>
        </w:rPr>
        <w:t>familj</w:t>
      </w:r>
      <w:r w:rsidRPr="000767E2">
        <w:rPr>
          <w:lang w:val="sv-SE"/>
        </w:rPr>
        <w:t>.{{field-off:bible}} [[@</w:t>
      </w:r>
      <w:r w:rsidR="0096445B" w:rsidRPr="000767E2">
        <w:rPr>
          <w:lang w:val="sv-SE"/>
        </w:rPr>
        <w:t>BibleBIBEL82</w:t>
      </w:r>
      <w:r w:rsidRPr="000767E2">
        <w:rPr>
          <w:lang w:val="sv-SE"/>
        </w:rPr>
        <w:t>:Rom 16:11]]</w:t>
      </w:r>
      <w:r w:rsidRPr="000767E2">
        <w:rPr>
          <w:vertAlign w:val="superscript"/>
          <w:lang w:val="sv-SE"/>
        </w:rPr>
        <w:t>11</w:t>
      </w:r>
      <w:r w:rsidRPr="000767E2">
        <w:rPr>
          <w:lang w:val="sv-SE"/>
        </w:rPr>
        <w:t xml:space="preserve"> {{field-on:bible}}Hälsa Herodion, min stamfrände. Hälsa dem av Narkissos </w:t>
      </w:r>
      <w:r w:rsidRPr="000767E2">
        <w:rPr>
          <w:i/>
          <w:lang w:val="sv-SE"/>
        </w:rPr>
        <w:t>familj</w:t>
      </w:r>
      <w:r w:rsidRPr="000767E2">
        <w:rPr>
          <w:lang w:val="sv-SE"/>
        </w:rPr>
        <w:t xml:space="preserve"> som är i Herren.{{field-off:bible}} [[@</w:t>
      </w:r>
      <w:r w:rsidR="0096445B" w:rsidRPr="000767E2">
        <w:rPr>
          <w:lang w:val="sv-SE"/>
        </w:rPr>
        <w:t>BibleBIBEL82</w:t>
      </w:r>
      <w:r w:rsidRPr="000767E2">
        <w:rPr>
          <w:lang w:val="sv-SE"/>
        </w:rPr>
        <w:t>:Rom 16:12]]</w:t>
      </w:r>
      <w:r w:rsidRPr="000767E2">
        <w:rPr>
          <w:vertAlign w:val="superscript"/>
          <w:lang w:val="sv-SE"/>
        </w:rPr>
        <w:t>12</w:t>
      </w:r>
      <w:r w:rsidRPr="000767E2">
        <w:rPr>
          <w:lang w:val="sv-SE"/>
        </w:rPr>
        <w:t xml:space="preserve"> {{field-on:bible}}Hälsa Tryfaina och Tryfosa som sliter i Herren. Hälsa den älskade Persis som har slitit mycket i Herren.{{field-off:bible}} [[@</w:t>
      </w:r>
      <w:r w:rsidR="0096445B" w:rsidRPr="000767E2">
        <w:rPr>
          <w:lang w:val="sv-SE"/>
        </w:rPr>
        <w:t>BibleBIBEL82</w:t>
      </w:r>
      <w:r w:rsidRPr="000767E2">
        <w:rPr>
          <w:lang w:val="sv-SE"/>
        </w:rPr>
        <w:t>:Rom 16:13]]</w:t>
      </w:r>
      <w:r w:rsidRPr="000767E2">
        <w:rPr>
          <w:vertAlign w:val="superscript"/>
          <w:lang w:val="sv-SE"/>
        </w:rPr>
        <w:t>13</w:t>
      </w:r>
      <w:r w:rsidRPr="000767E2">
        <w:rPr>
          <w:lang w:val="sv-SE"/>
        </w:rPr>
        <w:t xml:space="preserve"> {{field-on:bible}}Hälsa Rufus, den utvalde i Herren, och hans mor </w:t>
      </w:r>
      <w:r w:rsidRPr="000767E2">
        <w:rPr>
          <w:i/>
          <w:lang w:val="sv-SE"/>
        </w:rPr>
        <w:t>som</w:t>
      </w:r>
      <w:r w:rsidRPr="000767E2">
        <w:rPr>
          <w:lang w:val="sv-SE"/>
        </w:rPr>
        <w:t xml:space="preserve"> också </w:t>
      </w:r>
      <w:r w:rsidRPr="000767E2">
        <w:rPr>
          <w:i/>
          <w:lang w:val="sv-SE"/>
        </w:rPr>
        <w:t>är</w:t>
      </w:r>
      <w:r w:rsidRPr="000767E2">
        <w:rPr>
          <w:lang w:val="sv-SE"/>
        </w:rPr>
        <w:t xml:space="preserve"> min.{{field-off:bible}} [[@</w:t>
      </w:r>
      <w:r w:rsidR="0096445B" w:rsidRPr="000767E2">
        <w:rPr>
          <w:lang w:val="sv-SE"/>
        </w:rPr>
        <w:t>BibleBIBEL82</w:t>
      </w:r>
      <w:r w:rsidRPr="000767E2">
        <w:rPr>
          <w:lang w:val="sv-SE"/>
        </w:rPr>
        <w:t>:Rom 16:14]]</w:t>
      </w:r>
      <w:r w:rsidRPr="000767E2">
        <w:rPr>
          <w:vertAlign w:val="superscript"/>
          <w:lang w:val="sv-SE"/>
        </w:rPr>
        <w:t>14</w:t>
      </w:r>
      <w:r w:rsidRPr="000767E2">
        <w:rPr>
          <w:lang w:val="sv-SE"/>
        </w:rPr>
        <w:t xml:space="preserve"> {{field-on:bible}}Hälsa Asynkritos, Flegon, Hermes, Patrobas, Hermas och syskonen med dem.{{field-off:bible}} [[@</w:t>
      </w:r>
      <w:r w:rsidR="0096445B" w:rsidRPr="000767E2">
        <w:rPr>
          <w:lang w:val="sv-SE"/>
        </w:rPr>
        <w:t>BibleBIBEL82</w:t>
      </w:r>
      <w:r w:rsidRPr="000767E2">
        <w:rPr>
          <w:lang w:val="sv-SE"/>
        </w:rPr>
        <w:t>:Rom 16:15]]</w:t>
      </w:r>
      <w:r w:rsidRPr="000767E2">
        <w:rPr>
          <w:vertAlign w:val="superscript"/>
          <w:lang w:val="sv-SE"/>
        </w:rPr>
        <w:t>15</w:t>
      </w:r>
      <w:r w:rsidRPr="000767E2">
        <w:rPr>
          <w:lang w:val="sv-SE"/>
        </w:rPr>
        <w:t xml:space="preserve"> {{field-on:bible}}Hälsa Filologos och Julia, Nereus och hans syster, och Olympas och alla heliga hos dem.{{field-off:bible}} [[@</w:t>
      </w:r>
      <w:r w:rsidR="0096445B" w:rsidRPr="000767E2">
        <w:rPr>
          <w:lang w:val="sv-SE"/>
        </w:rPr>
        <w:t>BibleBIBEL82</w:t>
      </w:r>
      <w:r w:rsidRPr="000767E2">
        <w:rPr>
          <w:lang w:val="sv-SE"/>
        </w:rPr>
        <w:t>:Rom 16:16]]</w:t>
      </w:r>
      <w:r w:rsidRPr="000767E2">
        <w:rPr>
          <w:vertAlign w:val="superscript"/>
          <w:lang w:val="sv-SE"/>
        </w:rPr>
        <w:t>16</w:t>
      </w:r>
      <w:r w:rsidRPr="000767E2">
        <w:rPr>
          <w:lang w:val="sv-SE"/>
        </w:rPr>
        <w:t xml:space="preserve"> {{field-on:bible}}Hälsa varandra med en helig kyss. Hälsar er </w:t>
      </w:r>
      <w:r w:rsidRPr="000767E2">
        <w:rPr>
          <w:i/>
          <w:lang w:val="sv-SE"/>
        </w:rPr>
        <w:t>gör</w:t>
      </w:r>
      <w:r w:rsidRPr="000767E2">
        <w:rPr>
          <w:lang w:val="sv-SE"/>
        </w:rPr>
        <w:t xml:space="preserve"> alla Kristi församlingar.{{field-off:bible}}</w:t>
      </w:r>
    </w:p>
    <w:p w14:paraId="43AEABD0" w14:textId="299AE763" w:rsidR="00BA33AB" w:rsidRPr="000767E2" w:rsidRDefault="00000000">
      <w:pPr>
        <w:rPr>
          <w:lang w:val="sv-SE"/>
        </w:rPr>
      </w:pPr>
      <w:r w:rsidRPr="000767E2">
        <w:rPr>
          <w:lang w:val="sv-SE"/>
        </w:rPr>
        <w:t>[[@</w:t>
      </w:r>
      <w:r w:rsidR="0096445B" w:rsidRPr="000767E2">
        <w:rPr>
          <w:lang w:val="sv-SE"/>
        </w:rPr>
        <w:t>BibleBIBEL82</w:t>
      </w:r>
      <w:r w:rsidRPr="000767E2">
        <w:rPr>
          <w:lang w:val="sv-SE"/>
        </w:rPr>
        <w:t>:Rom 16:17]]</w:t>
      </w:r>
      <w:r w:rsidRPr="000767E2">
        <w:rPr>
          <w:vertAlign w:val="superscript"/>
          <w:lang w:val="sv-SE"/>
        </w:rPr>
        <w:t>17</w:t>
      </w:r>
      <w:r w:rsidRPr="000767E2">
        <w:rPr>
          <w:lang w:val="sv-SE"/>
        </w:rPr>
        <w:t xml:space="preserve"> {{field-on:bible}}Men jag uppmanar er, syskon, att observera dem som gör splittringarna och skandalerna emot den undervisning som ni har lärt er. Och avvik från dem.{{field-off:bible}} [[@</w:t>
      </w:r>
      <w:r w:rsidR="0096445B" w:rsidRPr="000767E2">
        <w:rPr>
          <w:lang w:val="sv-SE"/>
        </w:rPr>
        <w:t>BibleBIBEL82</w:t>
      </w:r>
      <w:r w:rsidRPr="000767E2">
        <w:rPr>
          <w:lang w:val="sv-SE"/>
        </w:rPr>
        <w:t>:Rom 16:18]]</w:t>
      </w:r>
      <w:r w:rsidRPr="000767E2">
        <w:rPr>
          <w:vertAlign w:val="superscript"/>
          <w:lang w:val="sv-SE"/>
        </w:rPr>
        <w:t>18</w:t>
      </w:r>
      <w:r w:rsidRPr="000767E2">
        <w:rPr>
          <w:lang w:val="sv-SE"/>
        </w:rPr>
        <w:t xml:space="preserve"> {{field-on:bible}}För sådana fasttjänar inte vår Herre Kristus utan sin egen buk, och de grundlurar med det ljuva talet och välsignelsen de oskyldigas hjärtan.{{field-off:bible}} [[@</w:t>
      </w:r>
      <w:r w:rsidR="0096445B" w:rsidRPr="000767E2">
        <w:rPr>
          <w:lang w:val="sv-SE"/>
        </w:rPr>
        <w:t>BibleBIBEL82</w:t>
      </w:r>
      <w:r w:rsidRPr="000767E2">
        <w:rPr>
          <w:lang w:val="sv-SE"/>
        </w:rPr>
        <w:t>:Rom 16:19]]</w:t>
      </w:r>
      <w:r w:rsidRPr="000767E2">
        <w:rPr>
          <w:vertAlign w:val="superscript"/>
          <w:lang w:val="sv-SE"/>
        </w:rPr>
        <w:t>19</w:t>
      </w:r>
      <w:r w:rsidRPr="000767E2">
        <w:rPr>
          <w:lang w:val="sv-SE"/>
        </w:rPr>
        <w:t xml:space="preserve"> {{field-on:bible}}För er hörsamhet har nått fram till alla. Över er gläder jag mig alltså, men jag vill att ni ska vara visa gentemot det goda och oförvanskade gentemot det onda.{{field-off:bible}} [[@</w:t>
      </w:r>
      <w:r w:rsidR="0096445B" w:rsidRPr="000767E2">
        <w:rPr>
          <w:lang w:val="sv-SE"/>
        </w:rPr>
        <w:t>BibleBIBEL82</w:t>
      </w:r>
      <w:r w:rsidRPr="000767E2">
        <w:rPr>
          <w:lang w:val="sv-SE"/>
        </w:rPr>
        <w:t>:Rom 16:20]]</w:t>
      </w:r>
      <w:r w:rsidRPr="000767E2">
        <w:rPr>
          <w:vertAlign w:val="superscript"/>
          <w:lang w:val="sv-SE"/>
        </w:rPr>
        <w:t>20</w:t>
      </w:r>
      <w:r w:rsidRPr="000767E2">
        <w:rPr>
          <w:lang w:val="sv-SE"/>
        </w:rPr>
        <w:t xml:space="preserve"> {{field-on:bible}}Och fridens Gud ska knäcka Satan under era fötter med hast. Vår Herre Jesu Kristi nåd </w:t>
      </w:r>
      <w:r w:rsidRPr="000767E2">
        <w:rPr>
          <w:i/>
          <w:lang w:val="sv-SE"/>
        </w:rPr>
        <w:t>vare</w:t>
      </w:r>
      <w:r w:rsidRPr="000767E2">
        <w:rPr>
          <w:lang w:val="sv-SE"/>
        </w:rPr>
        <w:t xml:space="preserve"> med er.{{field-off:bible}}</w:t>
      </w:r>
    </w:p>
    <w:p w14:paraId="1F022587" w14:textId="04449AD6" w:rsidR="00BA33AB" w:rsidRPr="000767E2" w:rsidRDefault="00000000">
      <w:pPr>
        <w:rPr>
          <w:lang w:val="sv-SE"/>
        </w:rPr>
      </w:pPr>
      <w:r w:rsidRPr="000767E2">
        <w:rPr>
          <w:lang w:val="sv-SE"/>
        </w:rPr>
        <w:t>[[@</w:t>
      </w:r>
      <w:r w:rsidR="0096445B" w:rsidRPr="000767E2">
        <w:rPr>
          <w:lang w:val="sv-SE"/>
        </w:rPr>
        <w:t>BibleBIBEL82</w:t>
      </w:r>
      <w:r w:rsidRPr="000767E2">
        <w:rPr>
          <w:lang w:val="sv-SE"/>
        </w:rPr>
        <w:t>:Rom 16:21]]</w:t>
      </w:r>
      <w:r w:rsidRPr="000767E2">
        <w:rPr>
          <w:vertAlign w:val="superscript"/>
          <w:lang w:val="sv-SE"/>
        </w:rPr>
        <w:t>21</w:t>
      </w:r>
      <w:r w:rsidRPr="000767E2">
        <w:rPr>
          <w:lang w:val="sv-SE"/>
        </w:rPr>
        <w:t xml:space="preserve"> {{field-on:bible}}Hälsar er </w:t>
      </w:r>
      <w:r w:rsidRPr="000767E2">
        <w:rPr>
          <w:i/>
          <w:lang w:val="sv-SE"/>
        </w:rPr>
        <w:t>gör</w:t>
      </w:r>
      <w:r w:rsidRPr="000767E2">
        <w:rPr>
          <w:lang w:val="sv-SE"/>
        </w:rPr>
        <w:t xml:space="preserve"> Timotheos, min medarbetare, och Lucius och Jason och Sosipater, mina stamfränder.{{field-off:bible}} [[@</w:t>
      </w:r>
      <w:r w:rsidR="0096445B" w:rsidRPr="000767E2">
        <w:rPr>
          <w:lang w:val="sv-SE"/>
        </w:rPr>
        <w:t>BibleBIBEL82</w:t>
      </w:r>
      <w:r w:rsidRPr="000767E2">
        <w:rPr>
          <w:lang w:val="sv-SE"/>
        </w:rPr>
        <w:t>:Rom 16:22]]</w:t>
      </w:r>
      <w:r w:rsidRPr="000767E2">
        <w:rPr>
          <w:vertAlign w:val="superscript"/>
          <w:lang w:val="sv-SE"/>
        </w:rPr>
        <w:t>22</w:t>
      </w:r>
      <w:r w:rsidRPr="000767E2">
        <w:rPr>
          <w:lang w:val="sv-SE"/>
        </w:rPr>
        <w:t xml:space="preserve"> {{field-on:bible}}Hälsar er </w:t>
      </w:r>
      <w:r w:rsidRPr="000767E2">
        <w:rPr>
          <w:i/>
          <w:lang w:val="sv-SE"/>
        </w:rPr>
        <w:t>gör</w:t>
      </w:r>
      <w:r w:rsidRPr="000767E2">
        <w:rPr>
          <w:lang w:val="sv-SE"/>
        </w:rPr>
        <w:t xml:space="preserve"> jag, Tertius som har skrivit </w:t>
      </w:r>
      <w:r w:rsidRPr="000767E2">
        <w:rPr>
          <w:i/>
          <w:lang w:val="sv-SE"/>
        </w:rPr>
        <w:t>ner</w:t>
      </w:r>
      <w:r w:rsidRPr="000767E2">
        <w:rPr>
          <w:lang w:val="sv-SE"/>
        </w:rPr>
        <w:t xml:space="preserve"> brevet i Herren.{{field-off:bible}} [[@</w:t>
      </w:r>
      <w:r w:rsidR="0096445B" w:rsidRPr="000767E2">
        <w:rPr>
          <w:lang w:val="sv-SE"/>
        </w:rPr>
        <w:t>BibleBIBEL82</w:t>
      </w:r>
      <w:r w:rsidRPr="000767E2">
        <w:rPr>
          <w:lang w:val="sv-SE"/>
        </w:rPr>
        <w:t>:Rom 16:23]]</w:t>
      </w:r>
      <w:r w:rsidRPr="000767E2">
        <w:rPr>
          <w:vertAlign w:val="superscript"/>
          <w:lang w:val="sv-SE"/>
        </w:rPr>
        <w:t>23</w:t>
      </w:r>
      <w:r w:rsidRPr="000767E2">
        <w:rPr>
          <w:lang w:val="sv-SE"/>
        </w:rPr>
        <w:t xml:space="preserve"> {{field-on:bible}}Hälsar er </w:t>
      </w:r>
      <w:r w:rsidRPr="000767E2">
        <w:rPr>
          <w:i/>
          <w:lang w:val="sv-SE"/>
        </w:rPr>
        <w:t>gör</w:t>
      </w:r>
      <w:r w:rsidRPr="000767E2">
        <w:rPr>
          <w:lang w:val="sv-SE"/>
        </w:rPr>
        <w:t xml:space="preserve"> Gaius, min och hela församlingens värd. Hälsar er </w:t>
      </w:r>
      <w:r w:rsidRPr="000767E2">
        <w:rPr>
          <w:i/>
          <w:lang w:val="sv-SE"/>
        </w:rPr>
        <w:t>gör</w:t>
      </w:r>
      <w:r w:rsidRPr="000767E2">
        <w:rPr>
          <w:lang w:val="sv-SE"/>
        </w:rPr>
        <w:t xml:space="preserve"> Erastos, stadens kassör, och brodern Quartus.{{field-off:bible}}</w:t>
      </w:r>
    </w:p>
    <w:p w14:paraId="30667327" w14:textId="77777777" w:rsidR="00BA33AB" w:rsidRPr="000767E2" w:rsidRDefault="00000000">
      <w:pPr>
        <w:pStyle w:val="Rubrik3"/>
        <w:rPr>
          <w:lang w:val="sv-SE"/>
        </w:rPr>
      </w:pPr>
      <w:r w:rsidRPr="000767E2">
        <w:rPr>
          <w:lang w:val="sv-SE"/>
        </w:rPr>
        <w:t>Lovprisning</w:t>
      </w:r>
    </w:p>
    <w:p w14:paraId="655C611A" w14:textId="30D564DA" w:rsidR="00BA33AB" w:rsidRPr="000767E2" w:rsidRDefault="00000000">
      <w:pPr>
        <w:rPr>
          <w:lang w:val="sv-SE"/>
        </w:rPr>
      </w:pPr>
      <w:r w:rsidRPr="000767E2">
        <w:rPr>
          <w:lang w:val="sv-SE"/>
        </w:rPr>
        <w:t>[[@</w:t>
      </w:r>
      <w:r w:rsidR="0096445B" w:rsidRPr="000767E2">
        <w:rPr>
          <w:lang w:val="sv-SE"/>
        </w:rPr>
        <w:t>BibleBIBEL82</w:t>
      </w:r>
      <w:r w:rsidRPr="000767E2">
        <w:rPr>
          <w:lang w:val="sv-SE"/>
        </w:rPr>
        <w:t>:Rom 16:25]]</w:t>
      </w:r>
      <w:r w:rsidRPr="000767E2">
        <w:rPr>
          <w:vertAlign w:val="superscript"/>
          <w:lang w:val="sv-SE"/>
        </w:rPr>
        <w:t>25</w:t>
      </w:r>
      <w:r w:rsidRPr="000767E2">
        <w:rPr>
          <w:lang w:val="sv-SE"/>
        </w:rPr>
        <w:t xml:space="preserve"> {{field-on:bible}}[Och till honom som kan stärka er efter mitt evangelium och förkunnelsen om Jesus Kristus, efter uppenbarelse av ett mysterium </w:t>
      </w:r>
      <w:r w:rsidRPr="000767E2">
        <w:rPr>
          <w:i/>
          <w:lang w:val="sv-SE"/>
        </w:rPr>
        <w:t>som</w:t>
      </w:r>
      <w:r w:rsidRPr="000767E2">
        <w:rPr>
          <w:lang w:val="sv-SE"/>
        </w:rPr>
        <w:t xml:space="preserve"> i eoniska tider </w:t>
      </w:r>
      <w:r w:rsidRPr="000767E2">
        <w:rPr>
          <w:i/>
          <w:lang w:val="sv-SE"/>
        </w:rPr>
        <w:t>varit</w:t>
      </w:r>
      <w:r w:rsidRPr="000767E2">
        <w:rPr>
          <w:lang w:val="sv-SE"/>
        </w:rPr>
        <w:t xml:space="preserve"> förtiget,{{field-off:bible}} [[@</w:t>
      </w:r>
      <w:r w:rsidR="0096445B" w:rsidRPr="000767E2">
        <w:rPr>
          <w:lang w:val="sv-SE"/>
        </w:rPr>
        <w:t>BibleBIBEL82</w:t>
      </w:r>
      <w:r w:rsidRPr="000767E2">
        <w:rPr>
          <w:lang w:val="sv-SE"/>
        </w:rPr>
        <w:t>:Rom 16:26]]</w:t>
      </w:r>
      <w:r w:rsidRPr="000767E2">
        <w:rPr>
          <w:vertAlign w:val="superscript"/>
          <w:lang w:val="sv-SE"/>
        </w:rPr>
        <w:t>26</w:t>
      </w:r>
      <w:r w:rsidRPr="000767E2">
        <w:rPr>
          <w:lang w:val="sv-SE"/>
        </w:rPr>
        <w:t xml:space="preserve"> {{field-on:bible}}men nu har framträtt och kungjorts genom profetiska Skrifter efter den eoniske Gudens order till trons hörsamhet för alla folkslagen:{{field-off:bible}} [[@</w:t>
      </w:r>
      <w:r w:rsidR="0096445B" w:rsidRPr="000767E2">
        <w:rPr>
          <w:lang w:val="sv-SE"/>
        </w:rPr>
        <w:t>BibleBIBEL82</w:t>
      </w:r>
      <w:r w:rsidRPr="000767E2">
        <w:rPr>
          <w:lang w:val="sv-SE"/>
        </w:rPr>
        <w:t>:Rom 16:27]]</w:t>
      </w:r>
      <w:r w:rsidRPr="000767E2">
        <w:rPr>
          <w:vertAlign w:val="superscript"/>
          <w:lang w:val="sv-SE"/>
        </w:rPr>
        <w:t>27</w:t>
      </w:r>
      <w:r w:rsidRPr="000767E2">
        <w:rPr>
          <w:lang w:val="sv-SE"/>
        </w:rPr>
        <w:t xml:space="preserve"> {{field-on:bible}}till </w:t>
      </w:r>
      <w:r w:rsidRPr="000767E2">
        <w:rPr>
          <w:i/>
          <w:lang w:val="sv-SE"/>
        </w:rPr>
        <w:t>den</w:t>
      </w:r>
      <w:r w:rsidRPr="000767E2">
        <w:rPr>
          <w:lang w:val="sv-SE"/>
        </w:rPr>
        <w:t xml:space="preserve"> ende vise Guden genom Jesus Kristus, till honom </w:t>
      </w:r>
      <w:r w:rsidRPr="000767E2">
        <w:rPr>
          <w:i/>
          <w:lang w:val="sv-SE"/>
        </w:rPr>
        <w:t>hör</w:t>
      </w:r>
      <w:r w:rsidRPr="000767E2">
        <w:rPr>
          <w:lang w:val="sv-SE"/>
        </w:rPr>
        <w:t xml:space="preserve"> äran till eonerna. Amen.]{{field-off:bible}}</w:t>
      </w:r>
    </w:p>
    <w:p w14:paraId="24061CA8" w14:textId="3805FEDA" w:rsidR="00BA33AB" w:rsidRPr="000767E2" w:rsidRDefault="00000000">
      <w:pPr>
        <w:pStyle w:val="Rubrik1"/>
        <w:rPr>
          <w:lang w:val="sv-SE"/>
        </w:rPr>
      </w:pPr>
      <w:r w:rsidRPr="000767E2">
        <w:rPr>
          <w:lang w:val="sv-SE"/>
        </w:rPr>
        <w:lastRenderedPageBreak/>
        <w:t>[[@</w:t>
      </w:r>
      <w:r w:rsidR="0096445B" w:rsidRPr="000767E2">
        <w:rPr>
          <w:lang w:val="sv-SE"/>
        </w:rPr>
        <w:t>BibleBIBEL82</w:t>
      </w:r>
      <w:r w:rsidRPr="000767E2">
        <w:rPr>
          <w:lang w:val="sv-SE"/>
        </w:rPr>
        <w:t>:1Cor]]Till korinthierna: Första brevet</w:t>
      </w:r>
    </w:p>
    <w:p w14:paraId="19861653" w14:textId="259EA05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1]]Kapitel 1</w:t>
      </w:r>
    </w:p>
    <w:p w14:paraId="481337F5" w14:textId="77777777" w:rsidR="00BA33AB" w:rsidRPr="000767E2" w:rsidRDefault="00000000">
      <w:pPr>
        <w:pStyle w:val="Rubrik3"/>
        <w:rPr>
          <w:lang w:val="sv-SE"/>
        </w:rPr>
      </w:pPr>
      <w:r w:rsidRPr="000767E2">
        <w:rPr>
          <w:lang w:val="sv-SE"/>
        </w:rPr>
        <w:t>Hälsning</w:t>
      </w:r>
    </w:p>
    <w:p w14:paraId="2456889F" w14:textId="74B6C072" w:rsidR="00BA33AB" w:rsidRPr="000767E2" w:rsidRDefault="00000000">
      <w:pPr>
        <w:rPr>
          <w:lang w:val="sv-SE"/>
        </w:rPr>
      </w:pPr>
      <w:r w:rsidRPr="000767E2">
        <w:rPr>
          <w:lang w:val="sv-SE"/>
        </w:rPr>
        <w:t>[[@</w:t>
      </w:r>
      <w:r w:rsidR="0096445B" w:rsidRPr="000767E2">
        <w:rPr>
          <w:lang w:val="sv-SE"/>
        </w:rPr>
        <w:t>BibleBIBEL82</w:t>
      </w:r>
      <w:r w:rsidRPr="000767E2">
        <w:rPr>
          <w:lang w:val="sv-SE"/>
        </w:rPr>
        <w:t>:1Cor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kallad </w:t>
      </w:r>
      <w:r w:rsidRPr="000767E2">
        <w:rPr>
          <w:i/>
          <w:lang w:val="sv-SE"/>
        </w:rPr>
        <w:t>till</w:t>
      </w:r>
      <w:r w:rsidRPr="000767E2">
        <w:rPr>
          <w:lang w:val="sv-SE"/>
        </w:rPr>
        <w:t xml:space="preserve"> Kristi Jesu apostel genom Guds vilja, och brodern Sosthenes.{{field-off:bible}} [[@</w:t>
      </w:r>
      <w:r w:rsidR="0096445B" w:rsidRPr="000767E2">
        <w:rPr>
          <w:lang w:val="sv-SE"/>
        </w:rPr>
        <w:t>BibleBIBEL82</w:t>
      </w:r>
      <w:r w:rsidRPr="000767E2">
        <w:rPr>
          <w:lang w:val="sv-SE"/>
        </w:rPr>
        <w:t>:1Cor 1:2]]</w:t>
      </w:r>
      <w:r w:rsidRPr="000767E2">
        <w:rPr>
          <w:vertAlign w:val="superscript"/>
          <w:lang w:val="sv-SE"/>
        </w:rPr>
        <w:t>2</w:t>
      </w:r>
      <w:r w:rsidRPr="000767E2">
        <w:rPr>
          <w:lang w:val="sv-SE"/>
        </w:rPr>
        <w:t xml:space="preserve"> {{field-on:bible}}Till Guds församling som är i Korinth, helgade i Kristus Jesus, kallade </w:t>
      </w:r>
      <w:r w:rsidRPr="000767E2">
        <w:rPr>
          <w:i/>
          <w:lang w:val="sv-SE"/>
        </w:rPr>
        <w:t>att vara</w:t>
      </w:r>
      <w:r w:rsidRPr="000767E2">
        <w:rPr>
          <w:lang w:val="sv-SE"/>
        </w:rPr>
        <w:t xml:space="preserve"> heliga, med alla dem som åkallar vår Herre Jesu Kristi namn på varje plats, deras och vår:{{field-off:bible}} [[@</w:t>
      </w:r>
      <w:r w:rsidR="0096445B" w:rsidRPr="000767E2">
        <w:rPr>
          <w:lang w:val="sv-SE"/>
        </w:rPr>
        <w:t>BibleBIBEL82</w:t>
      </w:r>
      <w:r w:rsidRPr="000767E2">
        <w:rPr>
          <w:lang w:val="sv-SE"/>
        </w:rPr>
        <w:t>:1Cor 1:3]]</w:t>
      </w:r>
      <w:r w:rsidRPr="000767E2">
        <w:rPr>
          <w:vertAlign w:val="superscript"/>
          <w:lang w:val="sv-SE"/>
        </w:rPr>
        <w:t>3</w:t>
      </w:r>
      <w:r w:rsidRPr="000767E2">
        <w:rPr>
          <w:lang w:val="sv-SE"/>
        </w:rPr>
        <w:t xml:space="preserve"> {{field-on:bible}}Nåd åt er och frid från Gud vår Far och Herren Jesus Kristus.{{field-off:bible}}</w:t>
      </w:r>
    </w:p>
    <w:p w14:paraId="26C414B4" w14:textId="77777777" w:rsidR="00BA33AB" w:rsidRPr="000767E2" w:rsidRDefault="00000000">
      <w:pPr>
        <w:pStyle w:val="Rubrik3"/>
        <w:rPr>
          <w:lang w:val="sv-SE"/>
        </w:rPr>
      </w:pPr>
      <w:r w:rsidRPr="000767E2">
        <w:rPr>
          <w:lang w:val="sv-SE"/>
        </w:rPr>
        <w:t>Tacksägelse för korinthierna</w:t>
      </w:r>
    </w:p>
    <w:p w14:paraId="4B5B082B" w14:textId="56ACC450" w:rsidR="00BA33AB" w:rsidRPr="000767E2" w:rsidRDefault="00000000">
      <w:pPr>
        <w:rPr>
          <w:lang w:val="sv-SE"/>
        </w:rPr>
      </w:pPr>
      <w:r w:rsidRPr="000767E2">
        <w:rPr>
          <w:lang w:val="sv-SE"/>
        </w:rPr>
        <w:t>[[@</w:t>
      </w:r>
      <w:r w:rsidR="0096445B" w:rsidRPr="000767E2">
        <w:rPr>
          <w:lang w:val="sv-SE"/>
        </w:rPr>
        <w:t>BibleBIBEL82</w:t>
      </w:r>
      <w:r w:rsidRPr="000767E2">
        <w:rPr>
          <w:lang w:val="sv-SE"/>
        </w:rPr>
        <w:t>:1Cor 1:4]]</w:t>
      </w:r>
      <w:r w:rsidRPr="000767E2">
        <w:rPr>
          <w:vertAlign w:val="superscript"/>
          <w:lang w:val="sv-SE"/>
        </w:rPr>
        <w:t>4</w:t>
      </w:r>
      <w:r w:rsidRPr="000767E2">
        <w:rPr>
          <w:lang w:val="sv-SE"/>
        </w:rPr>
        <w:t xml:space="preserve"> {{field-on:bible}}Jag tackar alltid min Gud för er, för Guds nåd som har getts er i Kristus Jesus:{{field-off:bible}} [[@</w:t>
      </w:r>
      <w:r w:rsidR="0096445B" w:rsidRPr="000767E2">
        <w:rPr>
          <w:lang w:val="sv-SE"/>
        </w:rPr>
        <w:t>BibleBIBEL82</w:t>
      </w:r>
      <w:r w:rsidRPr="000767E2">
        <w:rPr>
          <w:lang w:val="sv-SE"/>
        </w:rPr>
        <w:t>:1Cor 1:5]]</w:t>
      </w:r>
      <w:r w:rsidRPr="000767E2">
        <w:rPr>
          <w:vertAlign w:val="superscript"/>
          <w:lang w:val="sv-SE"/>
        </w:rPr>
        <w:t>5</w:t>
      </w:r>
      <w:r w:rsidRPr="000767E2">
        <w:rPr>
          <w:lang w:val="sv-SE"/>
        </w:rPr>
        <w:t xml:space="preserve"> {{field-on:bible}}att ni med allt har berikats i honom, med allt </w:t>
      </w:r>
      <w:r w:rsidRPr="000767E2">
        <w:rPr>
          <w:i/>
          <w:lang w:val="sv-SE"/>
        </w:rPr>
        <w:t>av</w:t>
      </w:r>
      <w:r w:rsidRPr="000767E2">
        <w:rPr>
          <w:lang w:val="sv-SE"/>
        </w:rPr>
        <w:t xml:space="preserve"> ord och all kunskap,{{field-off:bible}} [[@</w:t>
      </w:r>
      <w:r w:rsidR="0096445B" w:rsidRPr="000767E2">
        <w:rPr>
          <w:lang w:val="sv-SE"/>
        </w:rPr>
        <w:t>BibleBIBEL82</w:t>
      </w:r>
      <w:r w:rsidRPr="000767E2">
        <w:rPr>
          <w:lang w:val="sv-SE"/>
        </w:rPr>
        <w:t>:1Cor 1:6]]</w:t>
      </w:r>
      <w:r w:rsidRPr="000767E2">
        <w:rPr>
          <w:vertAlign w:val="superscript"/>
          <w:lang w:val="sv-SE"/>
        </w:rPr>
        <w:t>6</w:t>
      </w:r>
      <w:r w:rsidRPr="000767E2">
        <w:rPr>
          <w:lang w:val="sv-SE"/>
        </w:rPr>
        <w:t xml:space="preserve"> {{field-on:bible}}liksom Kristi vittnesbörd har blivit befäst bland er{{field-off:bible}} [[@</w:t>
      </w:r>
      <w:r w:rsidR="0096445B" w:rsidRPr="000767E2">
        <w:rPr>
          <w:lang w:val="sv-SE"/>
        </w:rPr>
        <w:t>BibleBIBEL82</w:t>
      </w:r>
      <w:r w:rsidRPr="000767E2">
        <w:rPr>
          <w:lang w:val="sv-SE"/>
        </w:rPr>
        <w:t>:1Cor 1:7]]</w:t>
      </w:r>
      <w:r w:rsidRPr="000767E2">
        <w:rPr>
          <w:vertAlign w:val="superscript"/>
          <w:lang w:val="sv-SE"/>
        </w:rPr>
        <w:t>7</w:t>
      </w:r>
      <w:r w:rsidRPr="000767E2">
        <w:rPr>
          <w:lang w:val="sv-SE"/>
        </w:rPr>
        <w:t xml:space="preserve"> {{field-on:bible}}så att ni inte saknar någon nådegåva medan ni väntar på uppenbarelsen av vår Herre Jesus Kristus,{{field-off:bible}} [[@</w:t>
      </w:r>
      <w:r w:rsidR="0096445B" w:rsidRPr="000767E2">
        <w:rPr>
          <w:lang w:val="sv-SE"/>
        </w:rPr>
        <w:t>BibleBIBEL82</w:t>
      </w:r>
      <w:r w:rsidRPr="000767E2">
        <w:rPr>
          <w:lang w:val="sv-SE"/>
        </w:rPr>
        <w:t>:1Cor 1:8]]</w:t>
      </w:r>
      <w:r w:rsidRPr="000767E2">
        <w:rPr>
          <w:vertAlign w:val="superscript"/>
          <w:lang w:val="sv-SE"/>
        </w:rPr>
        <w:t>8</w:t>
      </w:r>
      <w:r w:rsidRPr="000767E2">
        <w:rPr>
          <w:lang w:val="sv-SE"/>
        </w:rPr>
        <w:t xml:space="preserve"> {{field-on:bible}}som också ska befästa er fram till slutet </w:t>
      </w:r>
      <w:r w:rsidRPr="000767E2">
        <w:rPr>
          <w:i/>
          <w:lang w:val="sv-SE"/>
        </w:rPr>
        <w:t>som</w:t>
      </w:r>
      <w:r w:rsidRPr="000767E2">
        <w:rPr>
          <w:lang w:val="sv-SE"/>
        </w:rPr>
        <w:t xml:space="preserve"> oförvitliga på vår Herre Jesu Kristi dag.{{field-off:bible}} [[@</w:t>
      </w:r>
      <w:r w:rsidR="0096445B" w:rsidRPr="000767E2">
        <w:rPr>
          <w:lang w:val="sv-SE"/>
        </w:rPr>
        <w:t>BibleBIBEL82</w:t>
      </w:r>
      <w:r w:rsidRPr="000767E2">
        <w:rPr>
          <w:lang w:val="sv-SE"/>
        </w:rPr>
        <w:t>:1Cor 1:9]]</w:t>
      </w:r>
      <w:r w:rsidRPr="000767E2">
        <w:rPr>
          <w:vertAlign w:val="superscript"/>
          <w:lang w:val="sv-SE"/>
        </w:rPr>
        <w:t>9</w:t>
      </w:r>
      <w:r w:rsidRPr="000767E2">
        <w:rPr>
          <w:lang w:val="sv-SE"/>
        </w:rPr>
        <w:t xml:space="preserve"> {{field-on:bible}}Trofast </w:t>
      </w:r>
      <w:r w:rsidRPr="000767E2">
        <w:rPr>
          <w:i/>
          <w:lang w:val="sv-SE"/>
        </w:rPr>
        <w:t>är</w:t>
      </w:r>
      <w:r w:rsidRPr="000767E2">
        <w:rPr>
          <w:lang w:val="sv-SE"/>
        </w:rPr>
        <w:t xml:space="preserve"> Gud, genom vilken ni har kallats till gemenskap med hans Son Jesus Kristus, vår Herre.{{field-off:bible}}</w:t>
      </w:r>
    </w:p>
    <w:p w14:paraId="7E553E19" w14:textId="77777777" w:rsidR="00BA33AB" w:rsidRPr="000767E2" w:rsidRDefault="00000000">
      <w:pPr>
        <w:pStyle w:val="Rubrik3"/>
        <w:rPr>
          <w:lang w:val="sv-SE"/>
        </w:rPr>
      </w:pPr>
      <w:r w:rsidRPr="000767E2">
        <w:rPr>
          <w:lang w:val="sv-SE"/>
        </w:rPr>
        <w:t>Schismer i församlingen</w:t>
      </w:r>
    </w:p>
    <w:p w14:paraId="273C352D" w14:textId="0C2AB3F8" w:rsidR="00BA33AB" w:rsidRPr="000767E2" w:rsidRDefault="00000000">
      <w:pPr>
        <w:rPr>
          <w:lang w:val="sv-SE"/>
        </w:rPr>
      </w:pPr>
      <w:r w:rsidRPr="000767E2">
        <w:rPr>
          <w:lang w:val="sv-SE"/>
        </w:rPr>
        <w:t>[[@</w:t>
      </w:r>
      <w:r w:rsidR="0096445B" w:rsidRPr="000767E2">
        <w:rPr>
          <w:lang w:val="sv-SE"/>
        </w:rPr>
        <w:t>BibleBIBEL82</w:t>
      </w:r>
      <w:r w:rsidRPr="000767E2">
        <w:rPr>
          <w:lang w:val="sv-SE"/>
        </w:rPr>
        <w:t>:1Cor 1:10]]</w:t>
      </w:r>
      <w:r w:rsidRPr="000767E2">
        <w:rPr>
          <w:vertAlign w:val="superscript"/>
          <w:lang w:val="sv-SE"/>
        </w:rPr>
        <w:t>10</w:t>
      </w:r>
      <w:r w:rsidRPr="000767E2">
        <w:rPr>
          <w:lang w:val="sv-SE"/>
        </w:rPr>
        <w:t xml:space="preserve"> {{field-on:bible}}Men jag uppmanar er, syskon, genom vår Herre Jesu Kristi namn att ni alla ska säga detsamma och det inte ska finnas schismer bland er, utan </w:t>
      </w:r>
      <w:r w:rsidRPr="000767E2">
        <w:rPr>
          <w:i/>
          <w:lang w:val="sv-SE"/>
        </w:rPr>
        <w:t>att</w:t>
      </w:r>
      <w:r w:rsidRPr="000767E2">
        <w:rPr>
          <w:lang w:val="sv-SE"/>
        </w:rPr>
        <w:t xml:space="preserve"> ni är förfärdigade i samma sinne och i samma mening.{{field-off:bible}} [[@</w:t>
      </w:r>
      <w:r w:rsidR="0096445B" w:rsidRPr="000767E2">
        <w:rPr>
          <w:lang w:val="sv-SE"/>
        </w:rPr>
        <w:t>BibleBIBEL82</w:t>
      </w:r>
      <w:r w:rsidRPr="000767E2">
        <w:rPr>
          <w:lang w:val="sv-SE"/>
        </w:rPr>
        <w:t>:1Cor 1:11]]</w:t>
      </w:r>
      <w:r w:rsidRPr="000767E2">
        <w:rPr>
          <w:vertAlign w:val="superscript"/>
          <w:lang w:val="sv-SE"/>
        </w:rPr>
        <w:t>11</w:t>
      </w:r>
      <w:r w:rsidRPr="000767E2">
        <w:rPr>
          <w:lang w:val="sv-SE"/>
        </w:rPr>
        <w:t xml:space="preserve"> {{field-on:bible}}För det har tydliggjorts för mig om er, mina syskon, av dem från Chloe att det finns osämjor bland er.{{field-off:bible}} [[@</w:t>
      </w:r>
      <w:r w:rsidR="0096445B" w:rsidRPr="000767E2">
        <w:rPr>
          <w:lang w:val="sv-SE"/>
        </w:rPr>
        <w:t>BibleBIBEL82</w:t>
      </w:r>
      <w:r w:rsidRPr="000767E2">
        <w:rPr>
          <w:lang w:val="sv-SE"/>
        </w:rPr>
        <w:t>:1Cor 1:12]]</w:t>
      </w:r>
      <w:r w:rsidRPr="000767E2">
        <w:rPr>
          <w:vertAlign w:val="superscript"/>
          <w:lang w:val="sv-SE"/>
        </w:rPr>
        <w:t>12</w:t>
      </w:r>
      <w:r w:rsidRPr="000767E2">
        <w:rPr>
          <w:lang w:val="sv-SE"/>
        </w:rPr>
        <w:t xml:space="preserve"> {{field-on:bible}}Och jag menar detta att var och en av er säger: ”Jag hör till Paulus”, och: ”Jag till Apollos”, och: ”Jag till Kefas”, och: ”Jag till Kristus”.{{field-off:bible}} [[@</w:t>
      </w:r>
      <w:r w:rsidR="0096445B" w:rsidRPr="000767E2">
        <w:rPr>
          <w:lang w:val="sv-SE"/>
        </w:rPr>
        <w:t>BibleBIBEL82</w:t>
      </w:r>
      <w:r w:rsidRPr="000767E2">
        <w:rPr>
          <w:lang w:val="sv-SE"/>
        </w:rPr>
        <w:t>:1Cor 1:13]]</w:t>
      </w:r>
      <w:r w:rsidRPr="000767E2">
        <w:rPr>
          <w:vertAlign w:val="superscript"/>
          <w:lang w:val="sv-SE"/>
        </w:rPr>
        <w:t>13</w:t>
      </w:r>
      <w:r w:rsidRPr="000767E2">
        <w:rPr>
          <w:lang w:val="sv-SE"/>
        </w:rPr>
        <w:t xml:space="preserve"> {{field-on:bible}}Har Kristus blivit delad? Inte blev Paulus korsfäst för er? Eller </w:t>
      </w:r>
      <w:r w:rsidRPr="000767E2">
        <w:rPr>
          <w:i/>
          <w:lang w:val="sv-SE"/>
        </w:rPr>
        <w:t>var det</w:t>
      </w:r>
      <w:r w:rsidRPr="000767E2">
        <w:rPr>
          <w:lang w:val="sv-SE"/>
        </w:rPr>
        <w:t xml:space="preserve"> in i Paulus namn ni blev döpta?{{field-off:bible}}</w:t>
      </w:r>
    </w:p>
    <w:p w14:paraId="4BD0CEFF" w14:textId="224CF9E3" w:rsidR="00BA33AB" w:rsidRPr="000767E2" w:rsidRDefault="00000000">
      <w:pPr>
        <w:rPr>
          <w:lang w:val="sv-SE"/>
        </w:rPr>
      </w:pPr>
      <w:r w:rsidRPr="000767E2">
        <w:rPr>
          <w:lang w:val="sv-SE"/>
        </w:rPr>
        <w:t>[[@</w:t>
      </w:r>
      <w:r w:rsidR="0096445B" w:rsidRPr="000767E2">
        <w:rPr>
          <w:lang w:val="sv-SE"/>
        </w:rPr>
        <w:t>BibleBIBEL82</w:t>
      </w:r>
      <w:r w:rsidRPr="000767E2">
        <w:rPr>
          <w:lang w:val="sv-SE"/>
        </w:rPr>
        <w:t>:1Cor 1:14]]</w:t>
      </w:r>
      <w:r w:rsidRPr="000767E2">
        <w:rPr>
          <w:vertAlign w:val="superscript"/>
          <w:lang w:val="sv-SE"/>
        </w:rPr>
        <w:t>14</w:t>
      </w:r>
      <w:r w:rsidRPr="000767E2">
        <w:rPr>
          <w:lang w:val="sv-SE"/>
        </w:rPr>
        <w:t xml:space="preserve"> {{field-on:bible}}Jag tackar [Gud] för att jag inte har döpt någon av er utom Crispus och Gaius,{{field-off:bible}} [[@</w:t>
      </w:r>
      <w:r w:rsidR="0096445B" w:rsidRPr="000767E2">
        <w:rPr>
          <w:lang w:val="sv-SE"/>
        </w:rPr>
        <w:t>BibleBIBEL82</w:t>
      </w:r>
      <w:r w:rsidRPr="000767E2">
        <w:rPr>
          <w:lang w:val="sv-SE"/>
        </w:rPr>
        <w:t>:1Cor 1:15]]</w:t>
      </w:r>
      <w:r w:rsidRPr="000767E2">
        <w:rPr>
          <w:vertAlign w:val="superscript"/>
          <w:lang w:val="sv-SE"/>
        </w:rPr>
        <w:t>15</w:t>
      </w:r>
      <w:r w:rsidRPr="000767E2">
        <w:rPr>
          <w:lang w:val="sv-SE"/>
        </w:rPr>
        <w:t xml:space="preserve"> {{field-on:bible}}så att ingen säger att </w:t>
      </w:r>
      <w:r w:rsidRPr="000767E2">
        <w:rPr>
          <w:i/>
          <w:lang w:val="sv-SE"/>
        </w:rPr>
        <w:t>det var</w:t>
      </w:r>
      <w:r w:rsidRPr="000767E2">
        <w:rPr>
          <w:lang w:val="sv-SE"/>
        </w:rPr>
        <w:t xml:space="preserve"> in i mitt namn ni blev döpta.{{field-off:bible}} [[@</w:t>
      </w:r>
      <w:r w:rsidR="0096445B" w:rsidRPr="000767E2">
        <w:rPr>
          <w:lang w:val="sv-SE"/>
        </w:rPr>
        <w:t>BibleBIBEL82</w:t>
      </w:r>
      <w:r w:rsidRPr="000767E2">
        <w:rPr>
          <w:lang w:val="sv-SE"/>
        </w:rPr>
        <w:t>:1Cor 1:16]]</w:t>
      </w:r>
      <w:r w:rsidRPr="000767E2">
        <w:rPr>
          <w:vertAlign w:val="superscript"/>
          <w:lang w:val="sv-SE"/>
        </w:rPr>
        <w:t>16</w:t>
      </w:r>
      <w:r w:rsidRPr="000767E2">
        <w:rPr>
          <w:lang w:val="sv-SE"/>
        </w:rPr>
        <w:t xml:space="preserve"> {{field-on:bible}}Men jag döpte också Stefanas hus. I övrigt vet jag inte om </w:t>
      </w:r>
      <w:r w:rsidRPr="000767E2">
        <w:rPr>
          <w:i/>
          <w:lang w:val="sv-SE"/>
        </w:rPr>
        <w:t>det är</w:t>
      </w:r>
      <w:r w:rsidRPr="000767E2">
        <w:rPr>
          <w:lang w:val="sv-SE"/>
        </w:rPr>
        <w:t xml:space="preserve"> någon annan jag har döpt.{{field-off:bible}} [[@</w:t>
      </w:r>
      <w:r w:rsidR="0096445B" w:rsidRPr="000767E2">
        <w:rPr>
          <w:lang w:val="sv-SE"/>
        </w:rPr>
        <w:t>BibleBIBEL82</w:t>
      </w:r>
      <w:r w:rsidRPr="000767E2">
        <w:rPr>
          <w:lang w:val="sv-SE"/>
        </w:rPr>
        <w:t xml:space="preserve">:1Cor </w:t>
      </w:r>
      <w:r w:rsidRPr="000767E2">
        <w:rPr>
          <w:lang w:val="sv-SE"/>
        </w:rPr>
        <w:lastRenderedPageBreak/>
        <w:t>1:17]]</w:t>
      </w:r>
      <w:r w:rsidRPr="000767E2">
        <w:rPr>
          <w:vertAlign w:val="superscript"/>
          <w:lang w:val="sv-SE"/>
        </w:rPr>
        <w:t>17</w:t>
      </w:r>
      <w:r w:rsidRPr="000767E2">
        <w:rPr>
          <w:lang w:val="sv-SE"/>
        </w:rPr>
        <w:t xml:space="preserve"> {{field-on:bible}}För Kristus har inte sänt mig att döpa, utan evangelisera – inte med vishet i ord, så att inte Kristi kors blir tomt.{{field-off:bible}}</w:t>
      </w:r>
    </w:p>
    <w:p w14:paraId="24A1E9B3" w14:textId="77777777" w:rsidR="00BA33AB" w:rsidRPr="000767E2" w:rsidRDefault="00000000">
      <w:pPr>
        <w:pStyle w:val="Rubrik3"/>
        <w:rPr>
          <w:lang w:val="sv-SE"/>
        </w:rPr>
      </w:pPr>
      <w:r w:rsidRPr="000767E2">
        <w:rPr>
          <w:lang w:val="sv-SE"/>
        </w:rPr>
        <w:t>Kristus är Guds vishet</w:t>
      </w:r>
    </w:p>
    <w:p w14:paraId="728F426E" w14:textId="5F5E62DF" w:rsidR="00BA33AB" w:rsidRPr="000767E2" w:rsidRDefault="00000000">
      <w:pPr>
        <w:rPr>
          <w:lang w:val="sv-SE"/>
        </w:rPr>
      </w:pPr>
      <w:r w:rsidRPr="000767E2">
        <w:rPr>
          <w:lang w:val="sv-SE"/>
        </w:rPr>
        <w:t>[[@</w:t>
      </w:r>
      <w:r w:rsidR="0096445B" w:rsidRPr="000767E2">
        <w:rPr>
          <w:lang w:val="sv-SE"/>
        </w:rPr>
        <w:t>BibleBIBEL82</w:t>
      </w:r>
      <w:r w:rsidRPr="000767E2">
        <w:rPr>
          <w:lang w:val="sv-SE"/>
        </w:rPr>
        <w:t>:1Cor 1:18]]</w:t>
      </w:r>
      <w:r w:rsidRPr="000767E2">
        <w:rPr>
          <w:vertAlign w:val="superscript"/>
          <w:lang w:val="sv-SE"/>
        </w:rPr>
        <w:t>18</w:t>
      </w:r>
      <w:r w:rsidRPr="000767E2">
        <w:rPr>
          <w:lang w:val="sv-SE"/>
        </w:rPr>
        <w:t xml:space="preserve"> {{field-on:bible}}För ordet om korset är för dem som går förlorade en dårskap, men för oss som blir frälsta är det Guds kraft.{{field-off:bible}} [[@</w:t>
      </w:r>
      <w:r w:rsidR="0096445B" w:rsidRPr="000767E2">
        <w:rPr>
          <w:lang w:val="sv-SE"/>
        </w:rPr>
        <w:t>BibleBIBEL82</w:t>
      </w:r>
      <w:r w:rsidRPr="000767E2">
        <w:rPr>
          <w:lang w:val="sv-SE"/>
        </w:rPr>
        <w:t>:1Cor 1:19]]</w:t>
      </w:r>
      <w:r w:rsidRPr="000767E2">
        <w:rPr>
          <w:vertAlign w:val="superscript"/>
          <w:lang w:val="sv-SE"/>
        </w:rPr>
        <w:t>19</w:t>
      </w:r>
      <w:r w:rsidRPr="000767E2">
        <w:rPr>
          <w:lang w:val="sv-SE"/>
        </w:rPr>
        <w:t xml:space="preserve"> {{field-on:bible}}För det är skrivet:{{field-off:bible}}</w:t>
      </w:r>
    </w:p>
    <w:p w14:paraId="7CF45DF5" w14:textId="77777777" w:rsidR="00BA33AB" w:rsidRPr="000767E2" w:rsidRDefault="00000000">
      <w:pPr>
        <w:rPr>
          <w:lang w:val="sv-SE"/>
        </w:rPr>
      </w:pPr>
      <w:r w:rsidRPr="000767E2">
        <w:rPr>
          <w:lang w:val="sv-SE"/>
        </w:rPr>
        <w:t>{{field-on:bible}}Jag ska förgöra de visas vishet,</w:t>
      </w:r>
      <w:r w:rsidRPr="000767E2">
        <w:rPr>
          <w:lang w:val="sv-SE"/>
        </w:rPr>
        <w:br/>
        <w:t>och de förståndigas förstånd ska jag annullera.{{field-off:bible}}</w:t>
      </w:r>
    </w:p>
    <w:p w14:paraId="45C584B4" w14:textId="06BFC06A" w:rsidR="00BA33AB" w:rsidRPr="000767E2" w:rsidRDefault="00000000">
      <w:pPr>
        <w:rPr>
          <w:lang w:val="sv-SE"/>
        </w:rPr>
      </w:pPr>
      <w:r w:rsidRPr="000767E2">
        <w:rPr>
          <w:lang w:val="sv-SE"/>
        </w:rPr>
        <w:t>[[@</w:t>
      </w:r>
      <w:r w:rsidR="0096445B" w:rsidRPr="000767E2">
        <w:rPr>
          <w:lang w:val="sv-SE"/>
        </w:rPr>
        <w:t>BibleBIBEL82</w:t>
      </w:r>
      <w:r w:rsidRPr="000767E2">
        <w:rPr>
          <w:lang w:val="sv-SE"/>
        </w:rPr>
        <w:t>:1Cor 1:20]]</w:t>
      </w:r>
      <w:r w:rsidRPr="000767E2">
        <w:rPr>
          <w:vertAlign w:val="superscript"/>
          <w:lang w:val="sv-SE"/>
        </w:rPr>
        <w:t>20</w:t>
      </w:r>
      <w:r w:rsidRPr="000767E2">
        <w:rPr>
          <w:lang w:val="sv-SE"/>
        </w:rPr>
        <w:t xml:space="preserve"> {{field-on:bible}}Var </w:t>
      </w:r>
      <w:r w:rsidRPr="000767E2">
        <w:rPr>
          <w:i/>
          <w:lang w:val="sv-SE"/>
        </w:rPr>
        <w:t>är</w:t>
      </w:r>
      <w:r w:rsidRPr="000767E2">
        <w:rPr>
          <w:lang w:val="sv-SE"/>
        </w:rPr>
        <w:t xml:space="preserve"> </w:t>
      </w:r>
      <w:r w:rsidRPr="000767E2">
        <w:rPr>
          <w:i/>
          <w:lang w:val="sv-SE"/>
        </w:rPr>
        <w:t>den</w:t>
      </w:r>
      <w:r w:rsidRPr="000767E2">
        <w:rPr>
          <w:lang w:val="sv-SE"/>
        </w:rPr>
        <w:t xml:space="preserve"> vise? Var </w:t>
      </w:r>
      <w:r w:rsidRPr="000767E2">
        <w:rPr>
          <w:i/>
          <w:lang w:val="sv-SE"/>
        </w:rPr>
        <w:t>är den</w:t>
      </w:r>
      <w:r w:rsidRPr="000767E2">
        <w:rPr>
          <w:lang w:val="sv-SE"/>
        </w:rPr>
        <w:t xml:space="preserve"> skriftlärde? Var </w:t>
      </w:r>
      <w:r w:rsidRPr="000767E2">
        <w:rPr>
          <w:i/>
          <w:lang w:val="sv-SE"/>
        </w:rPr>
        <w:t>är</w:t>
      </w:r>
      <w:r w:rsidRPr="000767E2">
        <w:rPr>
          <w:lang w:val="sv-SE"/>
        </w:rPr>
        <w:t xml:space="preserve"> denna eons debattör? Har inte Gud dårat världens vishet?{{field-off:bible}}</w:t>
      </w:r>
    </w:p>
    <w:p w14:paraId="4580BB3E" w14:textId="603F19FA" w:rsidR="00BA33AB" w:rsidRPr="000767E2" w:rsidRDefault="00000000">
      <w:pPr>
        <w:rPr>
          <w:lang w:val="sv-SE"/>
        </w:rPr>
      </w:pPr>
      <w:r w:rsidRPr="000767E2">
        <w:rPr>
          <w:lang w:val="sv-SE"/>
        </w:rPr>
        <w:t>[[@</w:t>
      </w:r>
      <w:r w:rsidR="0096445B" w:rsidRPr="000767E2">
        <w:rPr>
          <w:lang w:val="sv-SE"/>
        </w:rPr>
        <w:t>BibleBIBEL82</w:t>
      </w:r>
      <w:r w:rsidRPr="000767E2">
        <w:rPr>
          <w:lang w:val="sv-SE"/>
        </w:rPr>
        <w:t>:1Cor 1:21]]</w:t>
      </w:r>
      <w:r w:rsidRPr="000767E2">
        <w:rPr>
          <w:vertAlign w:val="superscript"/>
          <w:lang w:val="sv-SE"/>
        </w:rPr>
        <w:t>21</w:t>
      </w:r>
      <w:r w:rsidRPr="000767E2">
        <w:rPr>
          <w:lang w:val="sv-SE"/>
        </w:rPr>
        <w:t xml:space="preserve"> {{field-on:bible}}För då nu världen i Guds vishet inte lärde känna Gud genom visheten, behagade Gud att genom förkunnelsens dårskap frälsa dem som tror.{{field-off:bible}} [[@</w:t>
      </w:r>
      <w:r w:rsidR="0096445B" w:rsidRPr="000767E2">
        <w:rPr>
          <w:lang w:val="sv-SE"/>
        </w:rPr>
        <w:t>BibleBIBEL82</w:t>
      </w:r>
      <w:r w:rsidRPr="000767E2">
        <w:rPr>
          <w:lang w:val="sv-SE"/>
        </w:rPr>
        <w:t>:1Cor 1:22]]</w:t>
      </w:r>
      <w:r w:rsidRPr="000767E2">
        <w:rPr>
          <w:vertAlign w:val="superscript"/>
          <w:lang w:val="sv-SE"/>
        </w:rPr>
        <w:t>22</w:t>
      </w:r>
      <w:r w:rsidRPr="000767E2">
        <w:rPr>
          <w:lang w:val="sv-SE"/>
        </w:rPr>
        <w:t xml:space="preserve"> {{field-on:bible}}Då nu både judar begär tecken och greker söker vishet,{{field-off:bible}} [[@</w:t>
      </w:r>
      <w:r w:rsidR="0096445B" w:rsidRPr="000767E2">
        <w:rPr>
          <w:lang w:val="sv-SE"/>
        </w:rPr>
        <w:t>BibleBIBEL82</w:t>
      </w:r>
      <w:r w:rsidRPr="000767E2">
        <w:rPr>
          <w:lang w:val="sv-SE"/>
        </w:rPr>
        <w:t>:1Cor 1:23]]</w:t>
      </w:r>
      <w:r w:rsidRPr="000767E2">
        <w:rPr>
          <w:vertAlign w:val="superscript"/>
          <w:lang w:val="sv-SE"/>
        </w:rPr>
        <w:t>23</w:t>
      </w:r>
      <w:r w:rsidRPr="000767E2">
        <w:rPr>
          <w:lang w:val="sv-SE"/>
        </w:rPr>
        <w:t xml:space="preserve"> {{field-on:bible}}förkunnar vi dock Kristus korsfäst – för judar en skandal och för folkslag en dårskap,{{field-off:bible}} [[@</w:t>
      </w:r>
      <w:r w:rsidR="0096445B" w:rsidRPr="000767E2">
        <w:rPr>
          <w:lang w:val="sv-SE"/>
        </w:rPr>
        <w:t>BibleBIBEL82</w:t>
      </w:r>
      <w:r w:rsidRPr="000767E2">
        <w:rPr>
          <w:lang w:val="sv-SE"/>
        </w:rPr>
        <w:t>:1Cor 1:24]]</w:t>
      </w:r>
      <w:r w:rsidRPr="000767E2">
        <w:rPr>
          <w:vertAlign w:val="superscript"/>
          <w:lang w:val="sv-SE"/>
        </w:rPr>
        <w:t>24</w:t>
      </w:r>
      <w:r w:rsidRPr="000767E2">
        <w:rPr>
          <w:lang w:val="sv-SE"/>
        </w:rPr>
        <w:t xml:space="preserve"> {{field-on:bible}}men för de kallade, både judar och greker, Kristus </w:t>
      </w:r>
      <w:r w:rsidRPr="000767E2">
        <w:rPr>
          <w:i/>
          <w:lang w:val="sv-SE"/>
        </w:rPr>
        <w:t>som</w:t>
      </w:r>
      <w:r w:rsidRPr="000767E2">
        <w:rPr>
          <w:lang w:val="sv-SE"/>
        </w:rPr>
        <w:t xml:space="preserve"> Guds kraft och Guds vishet.{{field-off:bible}} [[@</w:t>
      </w:r>
      <w:r w:rsidR="0096445B" w:rsidRPr="000767E2">
        <w:rPr>
          <w:lang w:val="sv-SE"/>
        </w:rPr>
        <w:t>BibleBIBEL82</w:t>
      </w:r>
      <w:r w:rsidRPr="000767E2">
        <w:rPr>
          <w:lang w:val="sv-SE"/>
        </w:rPr>
        <w:t>:1Cor 1:25]]</w:t>
      </w:r>
      <w:r w:rsidRPr="000767E2">
        <w:rPr>
          <w:vertAlign w:val="superscript"/>
          <w:lang w:val="sv-SE"/>
        </w:rPr>
        <w:t>25</w:t>
      </w:r>
      <w:r w:rsidRPr="000767E2">
        <w:rPr>
          <w:lang w:val="sv-SE"/>
        </w:rPr>
        <w:t xml:space="preserve"> {{field-on:bible}}För Guds dårskap är visare än människorna, och Guds svaghet starkare än människorna.{{field-off:bible}}</w:t>
      </w:r>
    </w:p>
    <w:p w14:paraId="769C08CB" w14:textId="29232F05" w:rsidR="00BA33AB" w:rsidRPr="000767E2" w:rsidRDefault="00000000">
      <w:pPr>
        <w:rPr>
          <w:lang w:val="sv-SE"/>
        </w:rPr>
      </w:pPr>
      <w:r w:rsidRPr="000767E2">
        <w:rPr>
          <w:lang w:val="sv-SE"/>
        </w:rPr>
        <w:t>[[@</w:t>
      </w:r>
      <w:r w:rsidR="0096445B" w:rsidRPr="000767E2">
        <w:rPr>
          <w:lang w:val="sv-SE"/>
        </w:rPr>
        <w:t>BibleBIBEL82</w:t>
      </w:r>
      <w:r w:rsidRPr="000767E2">
        <w:rPr>
          <w:lang w:val="sv-SE"/>
        </w:rPr>
        <w:t>:1Cor 1:26]]</w:t>
      </w:r>
      <w:r w:rsidRPr="000767E2">
        <w:rPr>
          <w:vertAlign w:val="superscript"/>
          <w:lang w:val="sv-SE"/>
        </w:rPr>
        <w:t>26</w:t>
      </w:r>
      <w:r w:rsidRPr="000767E2">
        <w:rPr>
          <w:lang w:val="sv-SE"/>
        </w:rPr>
        <w:t xml:space="preserve"> {{field-on:bible}}För se på er kallelse, syskon: att inte många </w:t>
      </w:r>
      <w:r w:rsidRPr="000767E2">
        <w:rPr>
          <w:i/>
          <w:lang w:val="sv-SE"/>
        </w:rPr>
        <w:t>var</w:t>
      </w:r>
      <w:r w:rsidRPr="000767E2">
        <w:rPr>
          <w:lang w:val="sv-SE"/>
        </w:rPr>
        <w:t xml:space="preserve"> visa efter köttet, inte många mäktiga, inte många förnäma.{{field-off:bible}} [[@</w:t>
      </w:r>
      <w:r w:rsidR="0096445B" w:rsidRPr="000767E2">
        <w:rPr>
          <w:lang w:val="sv-SE"/>
        </w:rPr>
        <w:t>BibleBIBEL82</w:t>
      </w:r>
      <w:r w:rsidRPr="000767E2">
        <w:rPr>
          <w:lang w:val="sv-SE"/>
        </w:rPr>
        <w:t>:1Cor 1:27]]</w:t>
      </w:r>
      <w:r w:rsidRPr="000767E2">
        <w:rPr>
          <w:vertAlign w:val="superscript"/>
          <w:lang w:val="sv-SE"/>
        </w:rPr>
        <w:t>27</w:t>
      </w:r>
      <w:r w:rsidRPr="000767E2">
        <w:rPr>
          <w:lang w:val="sv-SE"/>
        </w:rPr>
        <w:t xml:space="preserve"> {{field-on:bible}}Nej, det </w:t>
      </w:r>
      <w:r w:rsidRPr="000767E2">
        <w:rPr>
          <w:i/>
          <w:lang w:val="sv-SE"/>
        </w:rPr>
        <w:t>som är</w:t>
      </w:r>
      <w:r w:rsidRPr="000767E2">
        <w:rPr>
          <w:lang w:val="sv-SE"/>
        </w:rPr>
        <w:t xml:space="preserve"> dåraktigt i världen utvalde Gud för att skämma de visa. Och det </w:t>
      </w:r>
      <w:r w:rsidRPr="000767E2">
        <w:rPr>
          <w:i/>
          <w:lang w:val="sv-SE"/>
        </w:rPr>
        <w:t>som är</w:t>
      </w:r>
      <w:r w:rsidRPr="000767E2">
        <w:rPr>
          <w:lang w:val="sv-SE"/>
        </w:rPr>
        <w:t xml:space="preserve"> svagt i världen utvalde Gud för att skämma det starka.{{field-off:bible}} [[@</w:t>
      </w:r>
      <w:r w:rsidR="0096445B" w:rsidRPr="000767E2">
        <w:rPr>
          <w:lang w:val="sv-SE"/>
        </w:rPr>
        <w:t>BibleBIBEL82</w:t>
      </w:r>
      <w:r w:rsidRPr="000767E2">
        <w:rPr>
          <w:lang w:val="sv-SE"/>
        </w:rPr>
        <w:t>:1Cor 1:28]]</w:t>
      </w:r>
      <w:r w:rsidRPr="000767E2">
        <w:rPr>
          <w:vertAlign w:val="superscript"/>
          <w:lang w:val="sv-SE"/>
        </w:rPr>
        <w:t>28</w:t>
      </w:r>
      <w:r w:rsidRPr="000767E2">
        <w:rPr>
          <w:lang w:val="sv-SE"/>
        </w:rPr>
        <w:t xml:space="preserve"> {{field-on:bible}}Och det </w:t>
      </w:r>
      <w:r w:rsidRPr="000767E2">
        <w:rPr>
          <w:i/>
          <w:lang w:val="sv-SE"/>
        </w:rPr>
        <w:t>som är</w:t>
      </w:r>
      <w:r w:rsidRPr="000767E2">
        <w:rPr>
          <w:lang w:val="sv-SE"/>
        </w:rPr>
        <w:t xml:space="preserve"> simpelt i världen och det </w:t>
      </w:r>
      <w:r w:rsidRPr="000767E2">
        <w:rPr>
          <w:i/>
          <w:lang w:val="sv-SE"/>
        </w:rPr>
        <w:t>som är</w:t>
      </w:r>
      <w:r w:rsidRPr="000767E2">
        <w:rPr>
          <w:lang w:val="sv-SE"/>
        </w:rPr>
        <w:t xml:space="preserve"> föraktat utvalde Gud, det som inte finns, för att upphäva det som finns,{{field-off:bible}} [[@</w:t>
      </w:r>
      <w:r w:rsidR="0096445B" w:rsidRPr="000767E2">
        <w:rPr>
          <w:lang w:val="sv-SE"/>
        </w:rPr>
        <w:t>BibleBIBEL82</w:t>
      </w:r>
      <w:r w:rsidRPr="000767E2">
        <w:rPr>
          <w:lang w:val="sv-SE"/>
        </w:rPr>
        <w:t>:1Cor 1:29]]</w:t>
      </w:r>
      <w:r w:rsidRPr="000767E2">
        <w:rPr>
          <w:vertAlign w:val="superscript"/>
          <w:lang w:val="sv-SE"/>
        </w:rPr>
        <w:t>29</w:t>
      </w:r>
      <w:r w:rsidRPr="000767E2">
        <w:rPr>
          <w:lang w:val="sv-SE"/>
        </w:rPr>
        <w:t xml:space="preserve"> {{field-on:bible}}så att inget kött ska vara stolt inför Gud.{{field-off:bible}} [[@</w:t>
      </w:r>
      <w:r w:rsidR="0096445B" w:rsidRPr="000767E2">
        <w:rPr>
          <w:lang w:val="sv-SE"/>
        </w:rPr>
        <w:t>BibleBIBEL82</w:t>
      </w:r>
      <w:r w:rsidRPr="000767E2">
        <w:rPr>
          <w:lang w:val="sv-SE"/>
        </w:rPr>
        <w:t>:1Cor 1:30]]</w:t>
      </w:r>
      <w:r w:rsidRPr="000767E2">
        <w:rPr>
          <w:vertAlign w:val="superscript"/>
          <w:lang w:val="sv-SE"/>
        </w:rPr>
        <w:t>30</w:t>
      </w:r>
      <w:r w:rsidRPr="000767E2">
        <w:rPr>
          <w:lang w:val="sv-SE"/>
        </w:rPr>
        <w:t xml:space="preserve"> {{field-on:bible}}Men av honom är ni i Kristus Jesus, som har blivit vishet för oss från Gud, och rättfärdighet och helgelse och återlösning,{{field-off:bible}} [[@</w:t>
      </w:r>
      <w:r w:rsidR="0096445B" w:rsidRPr="000767E2">
        <w:rPr>
          <w:lang w:val="sv-SE"/>
        </w:rPr>
        <w:t>BibleBIBEL82</w:t>
      </w:r>
      <w:r w:rsidRPr="000767E2">
        <w:rPr>
          <w:lang w:val="sv-SE"/>
        </w:rPr>
        <w:t>:1Cor 1:31]]</w:t>
      </w:r>
      <w:r w:rsidRPr="000767E2">
        <w:rPr>
          <w:vertAlign w:val="superscript"/>
          <w:lang w:val="sv-SE"/>
        </w:rPr>
        <w:t>31</w:t>
      </w:r>
      <w:r w:rsidRPr="000767E2">
        <w:rPr>
          <w:lang w:val="sv-SE"/>
        </w:rPr>
        <w:t xml:space="preserve"> {{field-on:bible}}för att så som det är skrivet: Den som är stolt ska vara stolt i Herren.{{field-off:bible}}</w:t>
      </w:r>
    </w:p>
    <w:p w14:paraId="5B0A5AB1" w14:textId="496A8E5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2]]Kapitel 2</w:t>
      </w:r>
    </w:p>
    <w:p w14:paraId="37461763" w14:textId="77777777" w:rsidR="00BA33AB" w:rsidRPr="000767E2" w:rsidRDefault="00000000">
      <w:pPr>
        <w:pStyle w:val="Rubrik3"/>
        <w:rPr>
          <w:lang w:val="sv-SE"/>
        </w:rPr>
      </w:pPr>
      <w:r w:rsidRPr="000767E2">
        <w:rPr>
          <w:lang w:val="sv-SE"/>
        </w:rPr>
        <w:t>Guds vishets mysterium</w:t>
      </w:r>
    </w:p>
    <w:p w14:paraId="16FBF7B3" w14:textId="5ECC3726" w:rsidR="00BA33AB" w:rsidRPr="000767E2" w:rsidRDefault="00000000">
      <w:pPr>
        <w:rPr>
          <w:lang w:val="sv-SE"/>
        </w:rPr>
      </w:pPr>
      <w:r w:rsidRPr="000767E2">
        <w:rPr>
          <w:lang w:val="sv-SE"/>
        </w:rPr>
        <w:t>[[@</w:t>
      </w:r>
      <w:r w:rsidR="0096445B" w:rsidRPr="000767E2">
        <w:rPr>
          <w:lang w:val="sv-SE"/>
        </w:rPr>
        <w:t>BibleBIBEL82</w:t>
      </w:r>
      <w:r w:rsidRPr="000767E2">
        <w:rPr>
          <w:lang w:val="sv-SE"/>
        </w:rPr>
        <w:t>:1Cor 2:1]]</w:t>
      </w:r>
      <w:r w:rsidRPr="000767E2">
        <w:rPr>
          <w:vertAlign w:val="superscript"/>
          <w:lang w:val="sv-SE"/>
        </w:rPr>
        <w:t>1</w:t>
      </w:r>
      <w:r w:rsidRPr="000767E2">
        <w:rPr>
          <w:lang w:val="sv-SE"/>
        </w:rPr>
        <w:t xml:space="preserve"> {{field-on:bible}}Och när jag kom till er, syskon, kom jag inte med överhet i ord eller vishet när jag predikade för er Guds mysterium.{{field-off:bible}} [[@</w:t>
      </w:r>
      <w:r w:rsidR="0096445B" w:rsidRPr="000767E2">
        <w:rPr>
          <w:lang w:val="sv-SE"/>
        </w:rPr>
        <w:t>BibleBIBEL82</w:t>
      </w:r>
      <w:r w:rsidRPr="000767E2">
        <w:rPr>
          <w:lang w:val="sv-SE"/>
        </w:rPr>
        <w:t>:1Cor 2:2]]</w:t>
      </w:r>
      <w:r w:rsidRPr="000767E2">
        <w:rPr>
          <w:vertAlign w:val="superscript"/>
          <w:lang w:val="sv-SE"/>
        </w:rPr>
        <w:t>2</w:t>
      </w:r>
      <w:r w:rsidRPr="000767E2">
        <w:rPr>
          <w:lang w:val="sv-SE"/>
        </w:rPr>
        <w:t xml:space="preserve"> {{field-on:bible}}För jag bestämde mig för att inte veta något bland er utom Jesus Kristus och honom korsfäst.{{field-off:bible}} [[@</w:t>
      </w:r>
      <w:r w:rsidR="0096445B" w:rsidRPr="000767E2">
        <w:rPr>
          <w:lang w:val="sv-SE"/>
        </w:rPr>
        <w:t>BibleBIBEL82</w:t>
      </w:r>
      <w:r w:rsidRPr="000767E2">
        <w:rPr>
          <w:lang w:val="sv-SE"/>
        </w:rPr>
        <w:t>:1Cor 2:3]]</w:t>
      </w:r>
      <w:r w:rsidRPr="000767E2">
        <w:rPr>
          <w:vertAlign w:val="superscript"/>
          <w:lang w:val="sv-SE"/>
        </w:rPr>
        <w:t>3</w:t>
      </w:r>
      <w:r w:rsidRPr="000767E2">
        <w:rPr>
          <w:lang w:val="sv-SE"/>
        </w:rPr>
        <w:t xml:space="preserve"> {{field-on:bible}}Och </w:t>
      </w:r>
      <w:r w:rsidRPr="000767E2">
        <w:rPr>
          <w:i/>
          <w:lang w:val="sv-SE"/>
        </w:rPr>
        <w:t>det var</w:t>
      </w:r>
      <w:r w:rsidRPr="000767E2">
        <w:rPr>
          <w:lang w:val="sv-SE"/>
        </w:rPr>
        <w:t xml:space="preserve"> med svaghet och med fruktan och med mycket darran jag kom till er.{{field-off:bible}} [[@</w:t>
      </w:r>
      <w:r w:rsidR="0096445B" w:rsidRPr="000767E2">
        <w:rPr>
          <w:lang w:val="sv-SE"/>
        </w:rPr>
        <w:t>BibleBIBEL82</w:t>
      </w:r>
      <w:r w:rsidRPr="000767E2">
        <w:rPr>
          <w:lang w:val="sv-SE"/>
        </w:rPr>
        <w:t>:1Cor 2:4]]</w:t>
      </w:r>
      <w:r w:rsidRPr="000767E2">
        <w:rPr>
          <w:vertAlign w:val="superscript"/>
          <w:lang w:val="sv-SE"/>
        </w:rPr>
        <w:t>4</w:t>
      </w:r>
      <w:r w:rsidRPr="000767E2">
        <w:rPr>
          <w:lang w:val="sv-SE"/>
        </w:rPr>
        <w:t xml:space="preserve"> {{field-on:bible}}Och mitt ord och </w:t>
      </w:r>
      <w:r w:rsidRPr="000767E2">
        <w:rPr>
          <w:lang w:val="sv-SE"/>
        </w:rPr>
        <w:lastRenderedPageBreak/>
        <w:t xml:space="preserve">min förkunnelse </w:t>
      </w:r>
      <w:r w:rsidRPr="000767E2">
        <w:rPr>
          <w:i/>
          <w:lang w:val="sv-SE"/>
        </w:rPr>
        <w:t>kom</w:t>
      </w:r>
      <w:r w:rsidRPr="000767E2">
        <w:rPr>
          <w:lang w:val="sv-SE"/>
        </w:rPr>
        <w:t xml:space="preserve"> inte med övertygande [ord] av vishet, utan med bevisning av Ande och kraft,{{field-off:bible}} [[@</w:t>
      </w:r>
      <w:r w:rsidR="0096445B" w:rsidRPr="000767E2">
        <w:rPr>
          <w:lang w:val="sv-SE"/>
        </w:rPr>
        <w:t>BibleBIBEL82</w:t>
      </w:r>
      <w:r w:rsidRPr="000767E2">
        <w:rPr>
          <w:lang w:val="sv-SE"/>
        </w:rPr>
        <w:t>:1Cor 2:5]]</w:t>
      </w:r>
      <w:r w:rsidRPr="000767E2">
        <w:rPr>
          <w:vertAlign w:val="superscript"/>
          <w:lang w:val="sv-SE"/>
        </w:rPr>
        <w:t>5</w:t>
      </w:r>
      <w:r w:rsidRPr="000767E2">
        <w:rPr>
          <w:lang w:val="sv-SE"/>
        </w:rPr>
        <w:t xml:space="preserve"> {{field-on:bible}}för att er tro inte ska vara på människors vishet utan på Guds kraft.{{field-off:bible}}</w:t>
      </w:r>
    </w:p>
    <w:p w14:paraId="5B5A537C" w14:textId="4E5448E6" w:rsidR="00BA33AB" w:rsidRPr="000767E2" w:rsidRDefault="00000000">
      <w:pPr>
        <w:rPr>
          <w:lang w:val="sv-SE"/>
        </w:rPr>
      </w:pPr>
      <w:r w:rsidRPr="000767E2">
        <w:rPr>
          <w:lang w:val="sv-SE"/>
        </w:rPr>
        <w:t>[[@</w:t>
      </w:r>
      <w:r w:rsidR="0096445B" w:rsidRPr="000767E2">
        <w:rPr>
          <w:lang w:val="sv-SE"/>
        </w:rPr>
        <w:t>BibleBIBEL82</w:t>
      </w:r>
      <w:r w:rsidRPr="000767E2">
        <w:rPr>
          <w:lang w:val="sv-SE"/>
        </w:rPr>
        <w:t>:1Cor 2:6]]</w:t>
      </w:r>
      <w:r w:rsidRPr="000767E2">
        <w:rPr>
          <w:vertAlign w:val="superscript"/>
          <w:lang w:val="sv-SE"/>
        </w:rPr>
        <w:t>6</w:t>
      </w:r>
      <w:r w:rsidRPr="000767E2">
        <w:rPr>
          <w:lang w:val="sv-SE"/>
        </w:rPr>
        <w:t xml:space="preserve"> {{field-on:bible}}Men vishet talar vi bland de fullvuxna, dock en vishet </w:t>
      </w:r>
      <w:r w:rsidRPr="000767E2">
        <w:rPr>
          <w:i/>
          <w:lang w:val="sv-SE"/>
        </w:rPr>
        <w:t>som</w:t>
      </w:r>
      <w:r w:rsidRPr="000767E2">
        <w:rPr>
          <w:lang w:val="sv-SE"/>
        </w:rPr>
        <w:t xml:space="preserve"> inte </w:t>
      </w:r>
      <w:r w:rsidRPr="000767E2">
        <w:rPr>
          <w:i/>
          <w:lang w:val="sv-SE"/>
        </w:rPr>
        <w:t>är</w:t>
      </w:r>
      <w:r w:rsidRPr="000767E2">
        <w:rPr>
          <w:lang w:val="sv-SE"/>
        </w:rPr>
        <w:t xml:space="preserve"> av denna eon eller av denna eons furstar som upphävs.{{field-off:bible}} [[@</w:t>
      </w:r>
      <w:r w:rsidR="0096445B" w:rsidRPr="000767E2">
        <w:rPr>
          <w:lang w:val="sv-SE"/>
        </w:rPr>
        <w:t>BibleBIBEL82</w:t>
      </w:r>
      <w:r w:rsidRPr="000767E2">
        <w:rPr>
          <w:lang w:val="sv-SE"/>
        </w:rPr>
        <w:t>:1Cor 2:7]]</w:t>
      </w:r>
      <w:r w:rsidRPr="000767E2">
        <w:rPr>
          <w:vertAlign w:val="superscript"/>
          <w:lang w:val="sv-SE"/>
        </w:rPr>
        <w:t>7</w:t>
      </w:r>
      <w:r w:rsidRPr="000767E2">
        <w:rPr>
          <w:lang w:val="sv-SE"/>
        </w:rPr>
        <w:t xml:space="preserve"> {{field-on:bible}}Nej, vi talar Guds vishet i ett mysterium, den förborgade som Gud har förutbestämt före eonerna till vår härlighet,{{field-off:bible}} [[@</w:t>
      </w:r>
      <w:r w:rsidR="0096445B" w:rsidRPr="000767E2">
        <w:rPr>
          <w:lang w:val="sv-SE"/>
        </w:rPr>
        <w:t>BibleBIBEL82</w:t>
      </w:r>
      <w:r w:rsidRPr="000767E2">
        <w:rPr>
          <w:lang w:val="sv-SE"/>
        </w:rPr>
        <w:t>:1Cor 2:8]]</w:t>
      </w:r>
      <w:r w:rsidRPr="000767E2">
        <w:rPr>
          <w:vertAlign w:val="superscript"/>
          <w:lang w:val="sv-SE"/>
        </w:rPr>
        <w:t>8</w:t>
      </w:r>
      <w:r w:rsidRPr="000767E2">
        <w:rPr>
          <w:lang w:val="sv-SE"/>
        </w:rPr>
        <w:t xml:space="preserve"> {{field-on:bible}}som ingen av denna eons furstar har känt. För om de hade känt, hade de inte korsfäst härlighetens Herre.{{field-off:bible}}</w:t>
      </w:r>
    </w:p>
    <w:p w14:paraId="3341A47F" w14:textId="760262B1" w:rsidR="00BA33AB" w:rsidRPr="000767E2" w:rsidRDefault="00000000">
      <w:pPr>
        <w:rPr>
          <w:lang w:val="sv-SE"/>
        </w:rPr>
      </w:pPr>
      <w:r w:rsidRPr="000767E2">
        <w:rPr>
          <w:lang w:val="sv-SE"/>
        </w:rPr>
        <w:t>[[@</w:t>
      </w:r>
      <w:r w:rsidR="0096445B" w:rsidRPr="000767E2">
        <w:rPr>
          <w:lang w:val="sv-SE"/>
        </w:rPr>
        <w:t>BibleBIBEL82</w:t>
      </w:r>
      <w:r w:rsidRPr="000767E2">
        <w:rPr>
          <w:lang w:val="sv-SE"/>
        </w:rPr>
        <w:t>:1Cor 2:9]]</w:t>
      </w:r>
      <w:r w:rsidRPr="000767E2">
        <w:rPr>
          <w:vertAlign w:val="superscript"/>
          <w:lang w:val="sv-SE"/>
        </w:rPr>
        <w:t>9</w:t>
      </w:r>
      <w:r w:rsidRPr="000767E2">
        <w:rPr>
          <w:lang w:val="sv-SE"/>
        </w:rPr>
        <w:t xml:space="preserve"> {{field-on:bible}}Men så som det är skrivet:{{field-off:bible}}</w:t>
      </w:r>
    </w:p>
    <w:p w14:paraId="78507DEA" w14:textId="77777777" w:rsidR="00BA33AB" w:rsidRPr="000767E2" w:rsidRDefault="00000000">
      <w:pPr>
        <w:rPr>
          <w:lang w:val="sv-SE"/>
        </w:rPr>
      </w:pPr>
      <w:r w:rsidRPr="000767E2">
        <w:rPr>
          <w:lang w:val="sv-SE"/>
        </w:rPr>
        <w:t>{{field-on:bible}}Vad öga inte sett och öra inte hört</w:t>
      </w:r>
      <w:r w:rsidRPr="000767E2">
        <w:rPr>
          <w:lang w:val="sv-SE"/>
        </w:rPr>
        <w:br/>
        <w:t>och på människohjärta inte kommit upp,</w:t>
      </w:r>
      <w:r w:rsidRPr="000767E2">
        <w:rPr>
          <w:lang w:val="sv-SE"/>
        </w:rPr>
        <w:br/>
        <w:t>vad Gud har berett åt dem som älskar honom.{{field-off:bible}}</w:t>
      </w:r>
    </w:p>
    <w:p w14:paraId="42FB7BC9" w14:textId="57C1A888" w:rsidR="00BA33AB" w:rsidRPr="000767E2" w:rsidRDefault="00000000">
      <w:pPr>
        <w:rPr>
          <w:lang w:val="sv-SE"/>
        </w:rPr>
      </w:pPr>
      <w:r w:rsidRPr="000767E2">
        <w:rPr>
          <w:lang w:val="sv-SE"/>
        </w:rPr>
        <w:t>[[@</w:t>
      </w:r>
      <w:r w:rsidR="0096445B" w:rsidRPr="000767E2">
        <w:rPr>
          <w:lang w:val="sv-SE"/>
        </w:rPr>
        <w:t>BibleBIBEL82</w:t>
      </w:r>
      <w:r w:rsidRPr="000767E2">
        <w:rPr>
          <w:lang w:val="sv-SE"/>
        </w:rPr>
        <w:t>:1Cor 2:10]]</w:t>
      </w:r>
      <w:r w:rsidRPr="000767E2">
        <w:rPr>
          <w:vertAlign w:val="superscript"/>
          <w:lang w:val="sv-SE"/>
        </w:rPr>
        <w:t>10</w:t>
      </w:r>
      <w:r w:rsidRPr="000767E2">
        <w:rPr>
          <w:lang w:val="sv-SE"/>
        </w:rPr>
        <w:t xml:space="preserve"> {{field-on:bible}}Och för oss har Gud uppenbarat </w:t>
      </w:r>
      <w:r w:rsidRPr="000767E2">
        <w:rPr>
          <w:i/>
          <w:lang w:val="sv-SE"/>
        </w:rPr>
        <w:t>det</w:t>
      </w:r>
      <w:r w:rsidRPr="000767E2">
        <w:rPr>
          <w:lang w:val="sv-SE"/>
        </w:rPr>
        <w:t xml:space="preserve"> genom Anden. För Anden utforskar allt, även djupen hos Gud.{{field-off:bible}} [[@</w:t>
      </w:r>
      <w:r w:rsidR="0096445B" w:rsidRPr="000767E2">
        <w:rPr>
          <w:lang w:val="sv-SE"/>
        </w:rPr>
        <w:t>BibleBIBEL82</w:t>
      </w:r>
      <w:r w:rsidRPr="000767E2">
        <w:rPr>
          <w:lang w:val="sv-SE"/>
        </w:rPr>
        <w:t>:1Cor 2:11]]</w:t>
      </w:r>
      <w:r w:rsidRPr="000767E2">
        <w:rPr>
          <w:vertAlign w:val="superscript"/>
          <w:lang w:val="sv-SE"/>
        </w:rPr>
        <w:t>11</w:t>
      </w:r>
      <w:r w:rsidRPr="000767E2">
        <w:rPr>
          <w:lang w:val="sv-SE"/>
        </w:rPr>
        <w:t xml:space="preserve"> {{field-on:bible}}För vem av människor vet vad </w:t>
      </w:r>
      <w:r w:rsidRPr="000767E2">
        <w:rPr>
          <w:i/>
          <w:lang w:val="sv-SE"/>
        </w:rPr>
        <w:t>som hör</w:t>
      </w:r>
      <w:r w:rsidRPr="000767E2">
        <w:rPr>
          <w:lang w:val="sv-SE"/>
        </w:rPr>
        <w:t xml:space="preserve"> till människan, utom människans ande i honom? Så även det </w:t>
      </w:r>
      <w:r w:rsidRPr="000767E2">
        <w:rPr>
          <w:i/>
          <w:lang w:val="sv-SE"/>
        </w:rPr>
        <w:t>som hör</w:t>
      </w:r>
      <w:r w:rsidRPr="000767E2">
        <w:rPr>
          <w:lang w:val="sv-SE"/>
        </w:rPr>
        <w:t xml:space="preserve"> till Gud: ingen har lärt känna </w:t>
      </w:r>
      <w:r w:rsidRPr="000767E2">
        <w:rPr>
          <w:i/>
          <w:lang w:val="sv-SE"/>
        </w:rPr>
        <w:t>det</w:t>
      </w:r>
      <w:r w:rsidRPr="000767E2">
        <w:rPr>
          <w:lang w:val="sv-SE"/>
        </w:rPr>
        <w:t xml:space="preserve"> utom Guds Ande.{{field-off:bible}}</w:t>
      </w:r>
    </w:p>
    <w:p w14:paraId="44C89893" w14:textId="66ABDD13" w:rsidR="00BA33AB" w:rsidRPr="000767E2" w:rsidRDefault="00000000">
      <w:pPr>
        <w:rPr>
          <w:lang w:val="sv-SE"/>
        </w:rPr>
      </w:pPr>
      <w:r w:rsidRPr="000767E2">
        <w:rPr>
          <w:lang w:val="sv-SE"/>
        </w:rPr>
        <w:t>[[@</w:t>
      </w:r>
      <w:r w:rsidR="0096445B" w:rsidRPr="000767E2">
        <w:rPr>
          <w:lang w:val="sv-SE"/>
        </w:rPr>
        <w:t>BibleBIBEL82</w:t>
      </w:r>
      <w:r w:rsidRPr="000767E2">
        <w:rPr>
          <w:lang w:val="sv-SE"/>
        </w:rPr>
        <w:t>:1Cor 2:12]]</w:t>
      </w:r>
      <w:r w:rsidRPr="000767E2">
        <w:rPr>
          <w:vertAlign w:val="superscript"/>
          <w:lang w:val="sv-SE"/>
        </w:rPr>
        <w:t>12</w:t>
      </w:r>
      <w:r w:rsidRPr="000767E2">
        <w:rPr>
          <w:lang w:val="sv-SE"/>
        </w:rPr>
        <w:t xml:space="preserve"> {{field-on:bible}}Men vi har inte fått världens ande utan Anden från Gud, för att vi ska veta vad </w:t>
      </w:r>
      <w:r w:rsidRPr="000767E2">
        <w:rPr>
          <w:i/>
          <w:lang w:val="sv-SE"/>
        </w:rPr>
        <w:t>som</w:t>
      </w:r>
      <w:r w:rsidRPr="000767E2">
        <w:rPr>
          <w:lang w:val="sv-SE"/>
        </w:rPr>
        <w:t xml:space="preserve"> av Gud </w:t>
      </w:r>
      <w:r w:rsidRPr="000767E2">
        <w:rPr>
          <w:i/>
          <w:lang w:val="sv-SE"/>
        </w:rPr>
        <w:t>är</w:t>
      </w:r>
      <w:r w:rsidRPr="000767E2">
        <w:rPr>
          <w:lang w:val="sv-SE"/>
        </w:rPr>
        <w:t xml:space="preserve"> oss skänkt.{{field-off:bible}} [[@</w:t>
      </w:r>
      <w:r w:rsidR="0096445B" w:rsidRPr="000767E2">
        <w:rPr>
          <w:lang w:val="sv-SE"/>
        </w:rPr>
        <w:t>BibleBIBEL82</w:t>
      </w:r>
      <w:r w:rsidRPr="000767E2">
        <w:rPr>
          <w:lang w:val="sv-SE"/>
        </w:rPr>
        <w:t>:1Cor 2:13]]</w:t>
      </w:r>
      <w:r w:rsidRPr="000767E2">
        <w:rPr>
          <w:vertAlign w:val="superscript"/>
          <w:lang w:val="sv-SE"/>
        </w:rPr>
        <w:t>13</w:t>
      </w:r>
      <w:r w:rsidRPr="000767E2">
        <w:rPr>
          <w:lang w:val="sv-SE"/>
        </w:rPr>
        <w:t xml:space="preserve"> {{field-on:bible}}Detta talar vi också, inte med ord lärda av mänsklig vishet utan med </w:t>
      </w:r>
      <w:r w:rsidRPr="000767E2">
        <w:rPr>
          <w:i/>
          <w:lang w:val="sv-SE"/>
        </w:rPr>
        <w:t>ord</w:t>
      </w:r>
      <w:r w:rsidRPr="000767E2">
        <w:rPr>
          <w:lang w:val="sv-SE"/>
        </w:rPr>
        <w:t xml:space="preserve"> lärda av Ande, när vi för andliga uttyder andliga </w:t>
      </w:r>
      <w:r w:rsidRPr="000767E2">
        <w:rPr>
          <w:i/>
          <w:lang w:val="sv-SE"/>
        </w:rPr>
        <w:t>ting</w:t>
      </w:r>
      <w:r w:rsidRPr="000767E2">
        <w:rPr>
          <w:lang w:val="sv-SE"/>
        </w:rPr>
        <w:t>.{{field-off:bible}} [[@</w:t>
      </w:r>
      <w:r w:rsidR="0096445B" w:rsidRPr="000767E2">
        <w:rPr>
          <w:lang w:val="sv-SE"/>
        </w:rPr>
        <w:t>BibleBIBEL82</w:t>
      </w:r>
      <w:r w:rsidRPr="000767E2">
        <w:rPr>
          <w:lang w:val="sv-SE"/>
        </w:rPr>
        <w:t>:1Cor 2:14]]</w:t>
      </w:r>
      <w:r w:rsidRPr="000767E2">
        <w:rPr>
          <w:vertAlign w:val="superscript"/>
          <w:lang w:val="sv-SE"/>
        </w:rPr>
        <w:t>14</w:t>
      </w:r>
      <w:r w:rsidRPr="000767E2">
        <w:rPr>
          <w:lang w:val="sv-SE"/>
        </w:rPr>
        <w:t xml:space="preserve"> {{field-on:bible}}Men en själisk människa välkomnar inte det </w:t>
      </w:r>
      <w:r w:rsidRPr="000767E2">
        <w:rPr>
          <w:i/>
          <w:lang w:val="sv-SE"/>
        </w:rPr>
        <w:t>som hör</w:t>
      </w:r>
      <w:r w:rsidRPr="000767E2">
        <w:rPr>
          <w:lang w:val="sv-SE"/>
        </w:rPr>
        <w:t xml:space="preserve"> till Guds Ande. För det är dårskap för honom, och han kan inte förstå </w:t>
      </w:r>
      <w:r w:rsidRPr="000767E2">
        <w:rPr>
          <w:i/>
          <w:lang w:val="sv-SE"/>
        </w:rPr>
        <w:t>det</w:t>
      </w:r>
      <w:r w:rsidRPr="000767E2">
        <w:rPr>
          <w:lang w:val="sv-SE"/>
        </w:rPr>
        <w:t xml:space="preserve"> eftersom det bedöms andligt.{{field-off:bible}} [[@</w:t>
      </w:r>
      <w:r w:rsidR="0096445B" w:rsidRPr="000767E2">
        <w:rPr>
          <w:lang w:val="sv-SE"/>
        </w:rPr>
        <w:t>BibleBIBEL82</w:t>
      </w:r>
      <w:r w:rsidRPr="000767E2">
        <w:rPr>
          <w:lang w:val="sv-SE"/>
        </w:rPr>
        <w:t>:1Cor 2:15]]</w:t>
      </w:r>
      <w:r w:rsidRPr="000767E2">
        <w:rPr>
          <w:vertAlign w:val="superscript"/>
          <w:lang w:val="sv-SE"/>
        </w:rPr>
        <w:t>15</w:t>
      </w:r>
      <w:r w:rsidRPr="000767E2">
        <w:rPr>
          <w:lang w:val="sv-SE"/>
        </w:rPr>
        <w:t xml:space="preserve"> {{field-on:bible}}Men den andlige bedömer allt. Själv bedöms han dock av ingen.{{field-off:bible}} [[@</w:t>
      </w:r>
      <w:r w:rsidR="0096445B" w:rsidRPr="000767E2">
        <w:rPr>
          <w:lang w:val="sv-SE"/>
        </w:rPr>
        <w:t>BibleBIBEL82</w:t>
      </w:r>
      <w:r w:rsidRPr="000767E2">
        <w:rPr>
          <w:lang w:val="sv-SE"/>
        </w:rPr>
        <w:t>:1Cor 2:16]]</w:t>
      </w:r>
      <w:r w:rsidRPr="000767E2">
        <w:rPr>
          <w:vertAlign w:val="superscript"/>
          <w:lang w:val="sv-SE"/>
        </w:rPr>
        <w:t>16</w:t>
      </w:r>
      <w:r w:rsidRPr="000767E2">
        <w:rPr>
          <w:lang w:val="sv-SE"/>
        </w:rPr>
        <w:t xml:space="preserve"> {{field-on:bible}}För vem har lärt känna Herrens sinne </w:t>
      </w:r>
      <w:r w:rsidRPr="000767E2">
        <w:rPr>
          <w:i/>
          <w:lang w:val="sv-SE"/>
        </w:rPr>
        <w:t>och</w:t>
      </w:r>
      <w:r w:rsidRPr="000767E2">
        <w:rPr>
          <w:lang w:val="sv-SE"/>
        </w:rPr>
        <w:t xml:space="preserve"> ska lägga ihop </w:t>
      </w:r>
      <w:r w:rsidRPr="000767E2">
        <w:rPr>
          <w:i/>
          <w:lang w:val="sv-SE"/>
        </w:rPr>
        <w:t>det</w:t>
      </w:r>
      <w:r w:rsidRPr="000767E2">
        <w:rPr>
          <w:lang w:val="sv-SE"/>
        </w:rPr>
        <w:t xml:space="preserve"> för honom? Men vi har Kristi sinne.{{field-off:bible}}</w:t>
      </w:r>
    </w:p>
    <w:p w14:paraId="5E920EFA" w14:textId="2AA6C88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3]]Kapitel 3</w:t>
      </w:r>
    </w:p>
    <w:p w14:paraId="245562EA" w14:textId="77777777" w:rsidR="00BA33AB" w:rsidRPr="000767E2" w:rsidRDefault="00000000">
      <w:pPr>
        <w:pStyle w:val="Rubrik3"/>
        <w:rPr>
          <w:lang w:val="sv-SE"/>
        </w:rPr>
      </w:pPr>
      <w:r w:rsidRPr="000767E2">
        <w:rPr>
          <w:lang w:val="sv-SE"/>
        </w:rPr>
        <w:t>Guds medarbetare</w:t>
      </w:r>
    </w:p>
    <w:p w14:paraId="7AC07988" w14:textId="731B951A" w:rsidR="00BA33AB" w:rsidRPr="000767E2" w:rsidRDefault="00000000">
      <w:pPr>
        <w:rPr>
          <w:lang w:val="sv-SE"/>
        </w:rPr>
      </w:pPr>
      <w:r w:rsidRPr="000767E2">
        <w:rPr>
          <w:lang w:val="sv-SE"/>
        </w:rPr>
        <w:t>[[@</w:t>
      </w:r>
      <w:r w:rsidR="0096445B" w:rsidRPr="000767E2">
        <w:rPr>
          <w:lang w:val="sv-SE"/>
        </w:rPr>
        <w:t>BibleBIBEL82</w:t>
      </w:r>
      <w:r w:rsidRPr="000767E2">
        <w:rPr>
          <w:lang w:val="sv-SE"/>
        </w:rPr>
        <w:t>:1Cor 3:1]]</w:t>
      </w:r>
      <w:r w:rsidRPr="000767E2">
        <w:rPr>
          <w:vertAlign w:val="superscript"/>
          <w:lang w:val="sv-SE"/>
        </w:rPr>
        <w:t>1</w:t>
      </w:r>
      <w:r w:rsidRPr="000767E2">
        <w:rPr>
          <w:lang w:val="sv-SE"/>
        </w:rPr>
        <w:t xml:space="preserve"> {{field-on:bible}}Och jag, syskon, kunde inte tala till er som till andliga utan som till </w:t>
      </w:r>
      <w:r w:rsidRPr="000767E2">
        <w:rPr>
          <w:i/>
          <w:lang w:val="sv-SE"/>
        </w:rPr>
        <w:t>människor</w:t>
      </w:r>
      <w:r w:rsidRPr="000767E2">
        <w:rPr>
          <w:lang w:val="sv-SE"/>
        </w:rPr>
        <w:t xml:space="preserve"> av kött, som till småbarn i Kristus.{{field-off:bible}} [[@</w:t>
      </w:r>
      <w:r w:rsidR="0096445B" w:rsidRPr="000767E2">
        <w:rPr>
          <w:lang w:val="sv-SE"/>
        </w:rPr>
        <w:t>BibleBIBEL82</w:t>
      </w:r>
      <w:r w:rsidRPr="000767E2">
        <w:rPr>
          <w:lang w:val="sv-SE"/>
        </w:rPr>
        <w:t>:1Cor 3:2]]</w:t>
      </w:r>
      <w:r w:rsidRPr="000767E2">
        <w:rPr>
          <w:vertAlign w:val="superscript"/>
          <w:lang w:val="sv-SE"/>
        </w:rPr>
        <w:t>2</w:t>
      </w:r>
      <w:r w:rsidRPr="000767E2">
        <w:rPr>
          <w:lang w:val="sv-SE"/>
        </w:rPr>
        <w:t xml:space="preserve"> {{field-on:bible}}Mjölk gav jag er att dricka, inte mat. För ännu kunde ni inte </w:t>
      </w:r>
      <w:r w:rsidRPr="000767E2">
        <w:rPr>
          <w:i/>
          <w:lang w:val="sv-SE"/>
        </w:rPr>
        <w:t>ta in</w:t>
      </w:r>
      <w:r w:rsidRPr="000767E2">
        <w:rPr>
          <w:lang w:val="sv-SE"/>
        </w:rPr>
        <w:t xml:space="preserve">. Men inte heller ens nu kan ni </w:t>
      </w:r>
      <w:r w:rsidRPr="000767E2">
        <w:rPr>
          <w:i/>
          <w:lang w:val="sv-SE"/>
        </w:rPr>
        <w:t>det</w:t>
      </w:r>
      <w:r w:rsidRPr="000767E2">
        <w:rPr>
          <w:lang w:val="sv-SE"/>
        </w:rPr>
        <w:t>,{{field-off:bible}} [[@</w:t>
      </w:r>
      <w:r w:rsidR="0096445B" w:rsidRPr="000767E2">
        <w:rPr>
          <w:lang w:val="sv-SE"/>
        </w:rPr>
        <w:t>BibleBIBEL82</w:t>
      </w:r>
      <w:r w:rsidRPr="000767E2">
        <w:rPr>
          <w:lang w:val="sv-SE"/>
        </w:rPr>
        <w:t>:1Cor 3:3]]</w:t>
      </w:r>
      <w:r w:rsidRPr="000767E2">
        <w:rPr>
          <w:vertAlign w:val="superscript"/>
          <w:lang w:val="sv-SE"/>
        </w:rPr>
        <w:t>3</w:t>
      </w:r>
      <w:r w:rsidRPr="000767E2">
        <w:rPr>
          <w:lang w:val="sv-SE"/>
        </w:rPr>
        <w:t xml:space="preserve"> {{field-on:bible}}för ni är fortfarande köttsliga. För där </w:t>
      </w:r>
      <w:r w:rsidRPr="000767E2">
        <w:rPr>
          <w:i/>
          <w:lang w:val="sv-SE"/>
        </w:rPr>
        <w:t>det</w:t>
      </w:r>
      <w:r w:rsidRPr="000767E2">
        <w:rPr>
          <w:lang w:val="sv-SE"/>
        </w:rPr>
        <w:t xml:space="preserve"> bland er </w:t>
      </w:r>
      <w:r w:rsidRPr="000767E2">
        <w:rPr>
          <w:i/>
          <w:lang w:val="sv-SE"/>
        </w:rPr>
        <w:t>finns</w:t>
      </w:r>
      <w:r w:rsidRPr="000767E2">
        <w:rPr>
          <w:lang w:val="sv-SE"/>
        </w:rPr>
        <w:t xml:space="preserve"> rivalitet och osämja, är ni inte köttsliga och vandrar på människans vis?{{field-off:bible}} [[@</w:t>
      </w:r>
      <w:r w:rsidR="0096445B" w:rsidRPr="000767E2">
        <w:rPr>
          <w:lang w:val="sv-SE"/>
        </w:rPr>
        <w:t>BibleBIBEL82</w:t>
      </w:r>
      <w:r w:rsidRPr="000767E2">
        <w:rPr>
          <w:lang w:val="sv-SE"/>
        </w:rPr>
        <w:t>:1Cor 3:4]]</w:t>
      </w:r>
      <w:r w:rsidRPr="000767E2">
        <w:rPr>
          <w:vertAlign w:val="superscript"/>
          <w:lang w:val="sv-SE"/>
        </w:rPr>
        <w:t>4</w:t>
      </w:r>
      <w:r w:rsidRPr="000767E2">
        <w:rPr>
          <w:lang w:val="sv-SE"/>
        </w:rPr>
        <w:t xml:space="preserve"> {{field-on:bible}}För när en säger: ”Jag hör till Paulus”, och en annan: ”Jag till Apollos”, är ni inte </w:t>
      </w:r>
      <w:r w:rsidRPr="000767E2">
        <w:rPr>
          <w:i/>
          <w:lang w:val="sv-SE"/>
        </w:rPr>
        <w:t>bara</w:t>
      </w:r>
      <w:r w:rsidRPr="000767E2">
        <w:rPr>
          <w:lang w:val="sv-SE"/>
        </w:rPr>
        <w:t xml:space="preserve"> människor?{{field-off:bible}}</w:t>
      </w:r>
    </w:p>
    <w:p w14:paraId="45033E08" w14:textId="4063BD39"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:1Cor 3:5]]</w:t>
      </w:r>
      <w:r w:rsidRPr="000767E2">
        <w:rPr>
          <w:vertAlign w:val="superscript"/>
          <w:lang w:val="sv-SE"/>
        </w:rPr>
        <w:t>5</w:t>
      </w:r>
      <w:r w:rsidRPr="000767E2">
        <w:rPr>
          <w:lang w:val="sv-SE"/>
        </w:rPr>
        <w:t xml:space="preserve"> {{field-on:bible}}Vad är då Apollos? Och vad är Paulus? Tjänare genom vilka ni kom till tro. Och åt var och en såsom Herren har gett:{{field-off:bible}} [[@</w:t>
      </w:r>
      <w:r w:rsidR="0096445B" w:rsidRPr="000767E2">
        <w:rPr>
          <w:lang w:val="sv-SE"/>
        </w:rPr>
        <w:t>BibleBIBEL82</w:t>
      </w:r>
      <w:r w:rsidRPr="000767E2">
        <w:rPr>
          <w:lang w:val="sv-SE"/>
        </w:rPr>
        <w:t>:1Cor 3:6]]</w:t>
      </w:r>
      <w:r w:rsidRPr="000767E2">
        <w:rPr>
          <w:vertAlign w:val="superscript"/>
          <w:lang w:val="sv-SE"/>
        </w:rPr>
        <w:t>6</w:t>
      </w:r>
      <w:r w:rsidRPr="000767E2">
        <w:rPr>
          <w:lang w:val="sv-SE"/>
        </w:rPr>
        <w:t xml:space="preserve"> {{field-on:bible}}jag planterade, Apollos vattnade. Men Gud fick </w:t>
      </w:r>
      <w:r w:rsidRPr="000767E2">
        <w:rPr>
          <w:i/>
          <w:lang w:val="sv-SE"/>
        </w:rPr>
        <w:t>det</w:t>
      </w:r>
      <w:r w:rsidRPr="000767E2">
        <w:rPr>
          <w:lang w:val="sv-SE"/>
        </w:rPr>
        <w:t xml:space="preserve"> att växa.{{field-off:bible}} [[@</w:t>
      </w:r>
      <w:r w:rsidR="0096445B" w:rsidRPr="000767E2">
        <w:rPr>
          <w:lang w:val="sv-SE"/>
        </w:rPr>
        <w:t>BibleBIBEL82</w:t>
      </w:r>
      <w:r w:rsidRPr="000767E2">
        <w:rPr>
          <w:lang w:val="sv-SE"/>
        </w:rPr>
        <w:t>:1Cor 3:7]]</w:t>
      </w:r>
      <w:r w:rsidRPr="000767E2">
        <w:rPr>
          <w:vertAlign w:val="superscript"/>
          <w:lang w:val="sv-SE"/>
        </w:rPr>
        <w:t>7</w:t>
      </w:r>
      <w:r w:rsidRPr="000767E2">
        <w:rPr>
          <w:lang w:val="sv-SE"/>
        </w:rPr>
        <w:t xml:space="preserve"> {{field-on:bible}}Alltså är varken den som planterar eller den som vattnar något, utan den som får </w:t>
      </w:r>
      <w:r w:rsidRPr="000767E2">
        <w:rPr>
          <w:i/>
          <w:lang w:val="sv-SE"/>
        </w:rPr>
        <w:t>det</w:t>
      </w:r>
      <w:r w:rsidRPr="000767E2">
        <w:rPr>
          <w:lang w:val="sv-SE"/>
        </w:rPr>
        <w:t xml:space="preserve"> att växa: Gud.{{field-off:bible}} [[@</w:t>
      </w:r>
      <w:r w:rsidR="0096445B" w:rsidRPr="000767E2">
        <w:rPr>
          <w:lang w:val="sv-SE"/>
        </w:rPr>
        <w:t>BibleBIBEL82</w:t>
      </w:r>
      <w:r w:rsidRPr="000767E2">
        <w:rPr>
          <w:lang w:val="sv-SE"/>
        </w:rPr>
        <w:t>:1Cor 3:8]]</w:t>
      </w:r>
      <w:r w:rsidRPr="000767E2">
        <w:rPr>
          <w:vertAlign w:val="superscript"/>
          <w:lang w:val="sv-SE"/>
        </w:rPr>
        <w:t>8</w:t>
      </w:r>
      <w:r w:rsidRPr="000767E2">
        <w:rPr>
          <w:lang w:val="sv-SE"/>
        </w:rPr>
        <w:t xml:space="preserve"> {{field-on:bible}}Men den som planterar och den som vattnar är ett. Och var och en ska få </w:t>
      </w:r>
      <w:r w:rsidRPr="000767E2">
        <w:rPr>
          <w:i/>
          <w:lang w:val="sv-SE"/>
        </w:rPr>
        <w:t>sin</w:t>
      </w:r>
      <w:r w:rsidRPr="000767E2">
        <w:rPr>
          <w:lang w:val="sv-SE"/>
        </w:rPr>
        <w:t xml:space="preserve"> egen lön efter </w:t>
      </w:r>
      <w:r w:rsidRPr="000767E2">
        <w:rPr>
          <w:i/>
          <w:lang w:val="sv-SE"/>
        </w:rPr>
        <w:t>sin</w:t>
      </w:r>
      <w:r w:rsidRPr="000767E2">
        <w:rPr>
          <w:lang w:val="sv-SE"/>
        </w:rPr>
        <w:t xml:space="preserve"> egen möda.{{field-off:bible}} [[@</w:t>
      </w:r>
      <w:r w:rsidR="0096445B" w:rsidRPr="000767E2">
        <w:rPr>
          <w:lang w:val="sv-SE"/>
        </w:rPr>
        <w:t>BibleBIBEL82</w:t>
      </w:r>
      <w:r w:rsidRPr="000767E2">
        <w:rPr>
          <w:lang w:val="sv-SE"/>
        </w:rPr>
        <w:t>:1Cor 3:9]]</w:t>
      </w:r>
      <w:r w:rsidRPr="000767E2">
        <w:rPr>
          <w:vertAlign w:val="superscript"/>
          <w:lang w:val="sv-SE"/>
        </w:rPr>
        <w:t>9</w:t>
      </w:r>
      <w:r w:rsidRPr="000767E2">
        <w:rPr>
          <w:lang w:val="sv-SE"/>
        </w:rPr>
        <w:t xml:space="preserve"> {{field-on:bible}}För vi är Guds medarbetare. Ni är Guds odling, Guds byggnad.{{field-off:bible}}</w:t>
      </w:r>
    </w:p>
    <w:p w14:paraId="286F9AD7" w14:textId="0F7EB640" w:rsidR="00BA33AB" w:rsidRPr="000767E2" w:rsidRDefault="00000000">
      <w:pPr>
        <w:rPr>
          <w:lang w:val="sv-SE"/>
        </w:rPr>
      </w:pPr>
      <w:r w:rsidRPr="000767E2">
        <w:rPr>
          <w:lang w:val="sv-SE"/>
        </w:rPr>
        <w:t>[[@</w:t>
      </w:r>
      <w:r w:rsidR="0096445B" w:rsidRPr="000767E2">
        <w:rPr>
          <w:lang w:val="sv-SE"/>
        </w:rPr>
        <w:t>BibleBIBEL82</w:t>
      </w:r>
      <w:r w:rsidRPr="000767E2">
        <w:rPr>
          <w:lang w:val="sv-SE"/>
        </w:rPr>
        <w:t>:1Cor 3:10]]</w:t>
      </w:r>
      <w:r w:rsidRPr="000767E2">
        <w:rPr>
          <w:vertAlign w:val="superscript"/>
          <w:lang w:val="sv-SE"/>
        </w:rPr>
        <w:t>10</w:t>
      </w:r>
      <w:r w:rsidRPr="000767E2">
        <w:rPr>
          <w:lang w:val="sv-SE"/>
        </w:rPr>
        <w:t xml:space="preserve"> {{field-on:bible}}Efter den Guds nåd som getts mig har jag som en vis byggmästare lagt en grund, och en annan bygger på. Men var och en ska se upp hur han bygger på.{{field-off:bible}} [[@</w:t>
      </w:r>
      <w:r w:rsidR="0096445B" w:rsidRPr="000767E2">
        <w:rPr>
          <w:lang w:val="sv-SE"/>
        </w:rPr>
        <w:t>BibleBIBEL82</w:t>
      </w:r>
      <w:r w:rsidRPr="000767E2">
        <w:rPr>
          <w:lang w:val="sv-SE"/>
        </w:rPr>
        <w:t>:1Cor 3:11]]</w:t>
      </w:r>
      <w:r w:rsidRPr="000767E2">
        <w:rPr>
          <w:vertAlign w:val="superscript"/>
          <w:lang w:val="sv-SE"/>
        </w:rPr>
        <w:t>11</w:t>
      </w:r>
      <w:r w:rsidRPr="000767E2">
        <w:rPr>
          <w:lang w:val="sv-SE"/>
        </w:rPr>
        <w:t xml:space="preserve"> {{field-on:bible}}För en annan grund kan ingen lägga än den som ligger, som är Jesus Kristus.{{field-off:bible}} [[@</w:t>
      </w:r>
      <w:r w:rsidR="0096445B" w:rsidRPr="000767E2">
        <w:rPr>
          <w:lang w:val="sv-SE"/>
        </w:rPr>
        <w:t>BibleBIBEL82</w:t>
      </w:r>
      <w:r w:rsidRPr="000767E2">
        <w:rPr>
          <w:lang w:val="sv-SE"/>
        </w:rPr>
        <w:t>:1Cor 3:12]]</w:t>
      </w:r>
      <w:r w:rsidRPr="000767E2">
        <w:rPr>
          <w:vertAlign w:val="superscript"/>
          <w:lang w:val="sv-SE"/>
        </w:rPr>
        <w:t>12</w:t>
      </w:r>
      <w:r w:rsidRPr="000767E2">
        <w:rPr>
          <w:lang w:val="sv-SE"/>
        </w:rPr>
        <w:t xml:space="preserve"> {{field-on:bible}}Men om någon bygger på </w:t>
      </w:r>
      <w:r w:rsidRPr="000767E2">
        <w:rPr>
          <w:i/>
          <w:lang w:val="sv-SE"/>
        </w:rPr>
        <w:t>den</w:t>
      </w:r>
      <w:r w:rsidRPr="000767E2">
        <w:rPr>
          <w:lang w:val="sv-SE"/>
        </w:rPr>
        <w:t xml:space="preserve"> grunden </w:t>
      </w:r>
      <w:r w:rsidRPr="000767E2">
        <w:rPr>
          <w:i/>
          <w:lang w:val="sv-SE"/>
        </w:rPr>
        <w:t>med</w:t>
      </w:r>
      <w:r w:rsidRPr="000767E2">
        <w:rPr>
          <w:lang w:val="sv-SE"/>
        </w:rPr>
        <w:t xml:space="preserve"> guld, silver, ädla stenar – trä, gräs, halm,{{field-off:bible}} [[@</w:t>
      </w:r>
      <w:r w:rsidR="0096445B" w:rsidRPr="000767E2">
        <w:rPr>
          <w:lang w:val="sv-SE"/>
        </w:rPr>
        <w:t>BibleBIBEL82</w:t>
      </w:r>
      <w:r w:rsidRPr="000767E2">
        <w:rPr>
          <w:lang w:val="sv-SE"/>
        </w:rPr>
        <w:t>:1Cor 3:13]]</w:t>
      </w:r>
      <w:r w:rsidRPr="000767E2">
        <w:rPr>
          <w:vertAlign w:val="superscript"/>
          <w:lang w:val="sv-SE"/>
        </w:rPr>
        <w:t>13</w:t>
      </w:r>
      <w:r w:rsidRPr="000767E2">
        <w:rPr>
          <w:lang w:val="sv-SE"/>
        </w:rPr>
        <w:t xml:space="preserve"> {{field-on:bible}}ska vars och ens verk bli uppenbart. För </w:t>
      </w:r>
      <w:r w:rsidRPr="000767E2">
        <w:rPr>
          <w:i/>
          <w:lang w:val="sv-SE"/>
        </w:rPr>
        <w:t>den</w:t>
      </w:r>
      <w:r w:rsidRPr="000767E2">
        <w:rPr>
          <w:lang w:val="sv-SE"/>
        </w:rPr>
        <w:t xml:space="preserve"> dagen ska tydliggöra </w:t>
      </w:r>
      <w:r w:rsidRPr="000767E2">
        <w:rPr>
          <w:i/>
          <w:lang w:val="sv-SE"/>
        </w:rPr>
        <w:t>det</w:t>
      </w:r>
      <w:r w:rsidRPr="000767E2">
        <w:rPr>
          <w:lang w:val="sv-SE"/>
        </w:rPr>
        <w:t>, för den uppenbaras i eld. Och vars och ens verk, hurdant det är, [det] ska elden avgöra.{{field-off:bible}} [[@</w:t>
      </w:r>
      <w:r w:rsidR="0096445B" w:rsidRPr="000767E2">
        <w:rPr>
          <w:lang w:val="sv-SE"/>
        </w:rPr>
        <w:t>BibleBIBEL82</w:t>
      </w:r>
      <w:r w:rsidRPr="000767E2">
        <w:rPr>
          <w:lang w:val="sv-SE"/>
        </w:rPr>
        <w:t>:1Cor 3:14]]</w:t>
      </w:r>
      <w:r w:rsidRPr="000767E2">
        <w:rPr>
          <w:vertAlign w:val="superscript"/>
          <w:lang w:val="sv-SE"/>
        </w:rPr>
        <w:t>14</w:t>
      </w:r>
      <w:r w:rsidRPr="000767E2">
        <w:rPr>
          <w:lang w:val="sv-SE"/>
        </w:rPr>
        <w:t xml:space="preserve"> {{field-on:bible}}Om någons verk består som han har påbyggt, ska han få lön.{{field-off:bible}} [[@</w:t>
      </w:r>
      <w:r w:rsidR="0096445B" w:rsidRPr="000767E2">
        <w:rPr>
          <w:lang w:val="sv-SE"/>
        </w:rPr>
        <w:t>BibleBIBEL82</w:t>
      </w:r>
      <w:r w:rsidRPr="000767E2">
        <w:rPr>
          <w:lang w:val="sv-SE"/>
        </w:rPr>
        <w:t>:1Cor 3:15]]</w:t>
      </w:r>
      <w:r w:rsidRPr="000767E2">
        <w:rPr>
          <w:vertAlign w:val="superscript"/>
          <w:lang w:val="sv-SE"/>
        </w:rPr>
        <w:t>15</w:t>
      </w:r>
      <w:r w:rsidRPr="000767E2">
        <w:rPr>
          <w:lang w:val="sv-SE"/>
        </w:rPr>
        <w:t xml:space="preserve"> {{field-on:bible}}Om någons verk bränns upp, ska han gå miste. Men själv ska han bli frälst, dock så som genom eld.{{field-off:bible}} [[@</w:t>
      </w:r>
      <w:r w:rsidR="0096445B" w:rsidRPr="000767E2">
        <w:rPr>
          <w:lang w:val="sv-SE"/>
        </w:rPr>
        <w:t>BibleBIBEL82</w:t>
      </w:r>
      <w:r w:rsidRPr="000767E2">
        <w:rPr>
          <w:lang w:val="sv-SE"/>
        </w:rPr>
        <w:t>:1Cor 3:16]]</w:t>
      </w:r>
      <w:r w:rsidRPr="000767E2">
        <w:rPr>
          <w:vertAlign w:val="superscript"/>
          <w:lang w:val="sv-SE"/>
        </w:rPr>
        <w:t>16</w:t>
      </w:r>
      <w:r w:rsidRPr="000767E2">
        <w:rPr>
          <w:lang w:val="sv-SE"/>
        </w:rPr>
        <w:t xml:space="preserve"> {{field-on:bible}}Vet ni inte att ni är Guds tempelbyggnad och Guds Ande bor i er?{{field-off:bible}} [[@</w:t>
      </w:r>
      <w:r w:rsidR="0096445B" w:rsidRPr="000767E2">
        <w:rPr>
          <w:lang w:val="sv-SE"/>
        </w:rPr>
        <w:t>BibleBIBEL82</w:t>
      </w:r>
      <w:r w:rsidRPr="000767E2">
        <w:rPr>
          <w:lang w:val="sv-SE"/>
        </w:rPr>
        <w:t>:1Cor 3:17]]</w:t>
      </w:r>
      <w:r w:rsidRPr="000767E2">
        <w:rPr>
          <w:vertAlign w:val="superscript"/>
          <w:lang w:val="sv-SE"/>
        </w:rPr>
        <w:t>17</w:t>
      </w:r>
      <w:r w:rsidRPr="000767E2">
        <w:rPr>
          <w:lang w:val="sv-SE"/>
        </w:rPr>
        <w:t xml:space="preserve"> {{field-on:bible}}Om någon fördärvar Guds tempelbyggnad ska Gud fördärva denne. För Guds tempelbyggnad är helig. Dessa är ni.{{field-off:bible}}</w:t>
      </w:r>
    </w:p>
    <w:p w14:paraId="5C93ED17" w14:textId="1CBD9874" w:rsidR="00BA33AB" w:rsidRPr="000767E2" w:rsidRDefault="00000000">
      <w:pPr>
        <w:rPr>
          <w:lang w:val="sv-SE"/>
        </w:rPr>
      </w:pPr>
      <w:r w:rsidRPr="000767E2">
        <w:rPr>
          <w:lang w:val="sv-SE"/>
        </w:rPr>
        <w:t>[[@</w:t>
      </w:r>
      <w:r w:rsidR="0096445B" w:rsidRPr="000767E2">
        <w:rPr>
          <w:lang w:val="sv-SE"/>
        </w:rPr>
        <w:t>BibleBIBEL82</w:t>
      </w:r>
      <w:r w:rsidRPr="000767E2">
        <w:rPr>
          <w:lang w:val="sv-SE"/>
        </w:rPr>
        <w:t>:1Cor 3:18]]</w:t>
      </w:r>
      <w:r w:rsidRPr="000767E2">
        <w:rPr>
          <w:vertAlign w:val="superscript"/>
          <w:lang w:val="sv-SE"/>
        </w:rPr>
        <w:t>18</w:t>
      </w:r>
      <w:r w:rsidRPr="000767E2">
        <w:rPr>
          <w:lang w:val="sv-SE"/>
        </w:rPr>
        <w:t xml:space="preserve"> {{field-on:bible}}Ingen ska grundlura sig själv. Om någon tycker </w:t>
      </w:r>
      <w:r w:rsidRPr="000767E2">
        <w:rPr>
          <w:i/>
          <w:lang w:val="sv-SE"/>
        </w:rPr>
        <w:t>sig</w:t>
      </w:r>
      <w:r w:rsidRPr="000767E2">
        <w:rPr>
          <w:lang w:val="sv-SE"/>
        </w:rPr>
        <w:t xml:space="preserve"> vara vis bland er i denna eon, ska han bli en dåre för att bli vis.{{field-off:bible}} [[@</w:t>
      </w:r>
      <w:r w:rsidR="0096445B" w:rsidRPr="000767E2">
        <w:rPr>
          <w:lang w:val="sv-SE"/>
        </w:rPr>
        <w:t>BibleBIBEL82</w:t>
      </w:r>
      <w:r w:rsidRPr="000767E2">
        <w:rPr>
          <w:lang w:val="sv-SE"/>
        </w:rPr>
        <w:t>:1Cor 3:19]]</w:t>
      </w:r>
      <w:r w:rsidRPr="000767E2">
        <w:rPr>
          <w:vertAlign w:val="superscript"/>
          <w:lang w:val="sv-SE"/>
        </w:rPr>
        <w:t>19</w:t>
      </w:r>
      <w:r w:rsidRPr="000767E2">
        <w:rPr>
          <w:lang w:val="sv-SE"/>
        </w:rPr>
        <w:t xml:space="preserve"> {{field-on:bible}}För denna världs vishet är dårskap inför Gud. För det är skrivet: Han greppar de visa i deras slughet,{{field-off:bible}} [[@</w:t>
      </w:r>
      <w:r w:rsidR="0096445B" w:rsidRPr="000767E2">
        <w:rPr>
          <w:lang w:val="sv-SE"/>
        </w:rPr>
        <w:t>BibleBIBEL82</w:t>
      </w:r>
      <w:r w:rsidRPr="000767E2">
        <w:rPr>
          <w:lang w:val="sv-SE"/>
        </w:rPr>
        <w:t>:1Cor 3:20]]</w:t>
      </w:r>
      <w:r w:rsidRPr="000767E2">
        <w:rPr>
          <w:vertAlign w:val="superscript"/>
          <w:lang w:val="sv-SE"/>
        </w:rPr>
        <w:t>20</w:t>
      </w:r>
      <w:r w:rsidRPr="000767E2">
        <w:rPr>
          <w:lang w:val="sv-SE"/>
        </w:rPr>
        <w:t xml:space="preserve"> {{field-on:bible}}och åter: Herren känner de visas funderingar, att de är fåfängliga.{{field-off:bible}}</w:t>
      </w:r>
    </w:p>
    <w:p w14:paraId="31FB7408" w14:textId="56EEAEC5" w:rsidR="00BA33AB" w:rsidRPr="000767E2" w:rsidRDefault="00000000">
      <w:pPr>
        <w:rPr>
          <w:lang w:val="sv-SE"/>
        </w:rPr>
      </w:pPr>
      <w:r w:rsidRPr="000767E2">
        <w:rPr>
          <w:lang w:val="sv-SE"/>
        </w:rPr>
        <w:t>[[@</w:t>
      </w:r>
      <w:r w:rsidR="0096445B" w:rsidRPr="000767E2">
        <w:rPr>
          <w:lang w:val="sv-SE"/>
        </w:rPr>
        <w:t>BibleBIBEL82</w:t>
      </w:r>
      <w:r w:rsidRPr="000767E2">
        <w:rPr>
          <w:lang w:val="sv-SE"/>
        </w:rPr>
        <w:t>:1Cor 3:21]]</w:t>
      </w:r>
      <w:r w:rsidRPr="000767E2">
        <w:rPr>
          <w:vertAlign w:val="superscript"/>
          <w:lang w:val="sv-SE"/>
        </w:rPr>
        <w:t>21</w:t>
      </w:r>
      <w:r w:rsidRPr="000767E2">
        <w:rPr>
          <w:lang w:val="sv-SE"/>
        </w:rPr>
        <w:t xml:space="preserve"> {{field-on:bible}}Därför ska ingen stoltsera över människor. För allt är ert,{{field-off:bible}} [[@</w:t>
      </w:r>
      <w:r w:rsidR="0096445B" w:rsidRPr="000767E2">
        <w:rPr>
          <w:lang w:val="sv-SE"/>
        </w:rPr>
        <w:t>BibleBIBEL82</w:t>
      </w:r>
      <w:r w:rsidRPr="000767E2">
        <w:rPr>
          <w:lang w:val="sv-SE"/>
        </w:rPr>
        <w:t>:1Cor 3:22]]</w:t>
      </w:r>
      <w:r w:rsidRPr="000767E2">
        <w:rPr>
          <w:vertAlign w:val="superscript"/>
          <w:lang w:val="sv-SE"/>
        </w:rPr>
        <w:t>22</w:t>
      </w:r>
      <w:r w:rsidRPr="000767E2">
        <w:rPr>
          <w:lang w:val="sv-SE"/>
        </w:rPr>
        <w:t xml:space="preserve"> {{field-on:bible}}om så Paulus eller Apollos eller Kefas, eller värld eller liv och död, eller innevarande eller kommande. Allt </w:t>
      </w:r>
      <w:r w:rsidRPr="000767E2">
        <w:rPr>
          <w:i/>
          <w:lang w:val="sv-SE"/>
        </w:rPr>
        <w:t>tillhör</w:t>
      </w:r>
      <w:r w:rsidRPr="000767E2">
        <w:rPr>
          <w:lang w:val="sv-SE"/>
        </w:rPr>
        <w:t xml:space="preserve"> er,{{field-off:bible}} [[@</w:t>
      </w:r>
      <w:r w:rsidR="0096445B" w:rsidRPr="000767E2">
        <w:rPr>
          <w:lang w:val="sv-SE"/>
        </w:rPr>
        <w:t>BibleBIBEL82</w:t>
      </w:r>
      <w:r w:rsidRPr="000767E2">
        <w:rPr>
          <w:lang w:val="sv-SE"/>
        </w:rPr>
        <w:t>:1Cor 3:23]]</w:t>
      </w:r>
      <w:r w:rsidRPr="000767E2">
        <w:rPr>
          <w:vertAlign w:val="superscript"/>
          <w:lang w:val="sv-SE"/>
        </w:rPr>
        <w:t>23</w:t>
      </w:r>
      <w:r w:rsidRPr="000767E2">
        <w:rPr>
          <w:lang w:val="sv-SE"/>
        </w:rPr>
        <w:t xml:space="preserve"> {{field-on:bible}}och ni Kristus, och Kristus Gud.{{field-off:bible}}</w:t>
      </w:r>
    </w:p>
    <w:p w14:paraId="169F273B" w14:textId="1090E4C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4]]Kapitel 4</w:t>
      </w:r>
    </w:p>
    <w:p w14:paraId="72B0D17B" w14:textId="77777777" w:rsidR="00BA33AB" w:rsidRPr="000767E2" w:rsidRDefault="00000000">
      <w:pPr>
        <w:pStyle w:val="Rubrik3"/>
        <w:rPr>
          <w:lang w:val="sv-SE"/>
        </w:rPr>
      </w:pPr>
      <w:r w:rsidRPr="000767E2">
        <w:rPr>
          <w:lang w:val="sv-SE"/>
        </w:rPr>
        <w:t>Aposteln som förebild</w:t>
      </w:r>
    </w:p>
    <w:p w14:paraId="04614DBA" w14:textId="44A998B6" w:rsidR="00BA33AB" w:rsidRPr="000767E2" w:rsidRDefault="00000000">
      <w:pPr>
        <w:rPr>
          <w:lang w:val="sv-SE"/>
        </w:rPr>
      </w:pPr>
      <w:r w:rsidRPr="000767E2">
        <w:rPr>
          <w:lang w:val="sv-SE"/>
        </w:rPr>
        <w:t>[[@</w:t>
      </w:r>
      <w:r w:rsidR="0096445B" w:rsidRPr="000767E2">
        <w:rPr>
          <w:lang w:val="sv-SE"/>
        </w:rPr>
        <w:t>BibleBIBEL82</w:t>
      </w:r>
      <w:r w:rsidRPr="000767E2">
        <w:rPr>
          <w:lang w:val="sv-SE"/>
        </w:rPr>
        <w:t>:1Cor 4:1]]</w:t>
      </w:r>
      <w:r w:rsidRPr="000767E2">
        <w:rPr>
          <w:vertAlign w:val="superscript"/>
          <w:lang w:val="sv-SE"/>
        </w:rPr>
        <w:t>1</w:t>
      </w:r>
      <w:r w:rsidRPr="000767E2">
        <w:rPr>
          <w:lang w:val="sv-SE"/>
        </w:rPr>
        <w:t xml:space="preserve"> {{field-on:bible}}Så ska en människa räkna oss: som Kristi undertjänare och förvaltare av Guds mysterier.{{field-off:bible}} [[@</w:t>
      </w:r>
      <w:r w:rsidR="0096445B" w:rsidRPr="000767E2">
        <w:rPr>
          <w:lang w:val="sv-SE"/>
        </w:rPr>
        <w:t>BibleBIBEL82</w:t>
      </w:r>
      <w:r w:rsidRPr="000767E2">
        <w:rPr>
          <w:lang w:val="sv-SE"/>
        </w:rPr>
        <w:t>:1Cor 4:2]]</w:t>
      </w:r>
      <w:r w:rsidRPr="000767E2">
        <w:rPr>
          <w:vertAlign w:val="superscript"/>
          <w:lang w:val="sv-SE"/>
        </w:rPr>
        <w:t>2</w:t>
      </w:r>
      <w:r w:rsidRPr="000767E2">
        <w:rPr>
          <w:lang w:val="sv-SE"/>
        </w:rPr>
        <w:t xml:space="preserve"> {{field-on:bible}}Här söks för övrigt bland förvaltarna att någon befinns trogen.{{field-</w:t>
      </w:r>
      <w:r w:rsidRPr="000767E2">
        <w:rPr>
          <w:lang w:val="sv-SE"/>
        </w:rPr>
        <w:lastRenderedPageBreak/>
        <w:t>off:bible}} [[@</w:t>
      </w:r>
      <w:r w:rsidR="0096445B" w:rsidRPr="000767E2">
        <w:rPr>
          <w:lang w:val="sv-SE"/>
        </w:rPr>
        <w:t>BibleBIBEL82</w:t>
      </w:r>
      <w:r w:rsidRPr="000767E2">
        <w:rPr>
          <w:lang w:val="sv-SE"/>
        </w:rPr>
        <w:t>:1Cor 4:3]]</w:t>
      </w:r>
      <w:r w:rsidRPr="000767E2">
        <w:rPr>
          <w:vertAlign w:val="superscript"/>
          <w:lang w:val="sv-SE"/>
        </w:rPr>
        <w:t>3</w:t>
      </w:r>
      <w:r w:rsidRPr="000767E2">
        <w:rPr>
          <w:lang w:val="sv-SE"/>
        </w:rPr>
        <w:t xml:space="preserve"> {{field-on:bible}}Men för mig är det till </w:t>
      </w:r>
      <w:r w:rsidRPr="000767E2">
        <w:rPr>
          <w:i/>
          <w:lang w:val="sv-SE"/>
        </w:rPr>
        <w:t>det</w:t>
      </w:r>
      <w:r w:rsidRPr="000767E2">
        <w:rPr>
          <w:lang w:val="sv-SE"/>
        </w:rPr>
        <w:t xml:space="preserve"> minsta att jag blir bedömd av er, eller av en mänsklig dag. Nej, inte ens mig själv bedömer jag.{{field-off:bible}} [[@</w:t>
      </w:r>
      <w:r w:rsidR="0096445B" w:rsidRPr="000767E2">
        <w:rPr>
          <w:lang w:val="sv-SE"/>
        </w:rPr>
        <w:t>BibleBIBEL82</w:t>
      </w:r>
      <w:r w:rsidRPr="000767E2">
        <w:rPr>
          <w:lang w:val="sv-SE"/>
        </w:rPr>
        <w:t>:1Cor 4:4]]</w:t>
      </w:r>
      <w:r w:rsidRPr="000767E2">
        <w:rPr>
          <w:vertAlign w:val="superscript"/>
          <w:lang w:val="sv-SE"/>
        </w:rPr>
        <w:t>4</w:t>
      </w:r>
      <w:r w:rsidRPr="000767E2">
        <w:rPr>
          <w:lang w:val="sv-SE"/>
        </w:rPr>
        <w:t xml:space="preserve"> {{field-on:bible}}För inget vet jag med mig. Men med detta är jag inte rättfärdigförklarad, utan den som bedömer mig är Herren.{{field-off:bible}} [[@</w:t>
      </w:r>
      <w:r w:rsidR="0096445B" w:rsidRPr="000767E2">
        <w:rPr>
          <w:lang w:val="sv-SE"/>
        </w:rPr>
        <w:t>BibleBIBEL82</w:t>
      </w:r>
      <w:r w:rsidRPr="000767E2">
        <w:rPr>
          <w:lang w:val="sv-SE"/>
        </w:rPr>
        <w:t>:1Cor 4:5]]</w:t>
      </w:r>
      <w:r w:rsidRPr="000767E2">
        <w:rPr>
          <w:vertAlign w:val="superscript"/>
          <w:lang w:val="sv-SE"/>
        </w:rPr>
        <w:t>5</w:t>
      </w:r>
      <w:r w:rsidRPr="000767E2">
        <w:rPr>
          <w:lang w:val="sv-SE"/>
        </w:rPr>
        <w:t xml:space="preserve"> {{field-on:bible}}Därför ska ni inte </w:t>
      </w:r>
      <w:r w:rsidRPr="000767E2">
        <w:rPr>
          <w:i/>
          <w:lang w:val="sv-SE"/>
        </w:rPr>
        <w:t>i</w:t>
      </w:r>
      <w:r w:rsidRPr="000767E2">
        <w:rPr>
          <w:lang w:val="sv-SE"/>
        </w:rPr>
        <w:t xml:space="preserve"> förtid döma något förrän Herren kommer. Han ska också lysa upp det </w:t>
      </w:r>
      <w:r w:rsidRPr="000767E2">
        <w:rPr>
          <w:i/>
          <w:lang w:val="sv-SE"/>
        </w:rPr>
        <w:t>som är</w:t>
      </w:r>
      <w:r w:rsidRPr="000767E2">
        <w:rPr>
          <w:lang w:val="sv-SE"/>
        </w:rPr>
        <w:t xml:space="preserve"> dolt i mörkret och låta hjärtans planer framträda. Och då ska lovordet komma till var och en från Gud.{{field-off:bible}}</w:t>
      </w:r>
    </w:p>
    <w:p w14:paraId="23EF9DBB" w14:textId="68F2D65B" w:rsidR="00BA33AB" w:rsidRPr="000767E2" w:rsidRDefault="00000000">
      <w:pPr>
        <w:rPr>
          <w:lang w:val="sv-SE"/>
        </w:rPr>
      </w:pPr>
      <w:r w:rsidRPr="000767E2">
        <w:rPr>
          <w:lang w:val="sv-SE"/>
        </w:rPr>
        <w:t>[[@</w:t>
      </w:r>
      <w:r w:rsidR="0096445B" w:rsidRPr="000767E2">
        <w:rPr>
          <w:lang w:val="sv-SE"/>
        </w:rPr>
        <w:t>BibleBIBEL82</w:t>
      </w:r>
      <w:r w:rsidRPr="000767E2">
        <w:rPr>
          <w:lang w:val="sv-SE"/>
        </w:rPr>
        <w:t>:1Cor 4:6]]</w:t>
      </w:r>
      <w:r w:rsidRPr="000767E2">
        <w:rPr>
          <w:vertAlign w:val="superscript"/>
          <w:lang w:val="sv-SE"/>
        </w:rPr>
        <w:t>6</w:t>
      </w:r>
      <w:r w:rsidRPr="000767E2">
        <w:rPr>
          <w:lang w:val="sv-SE"/>
        </w:rPr>
        <w:t xml:space="preserve"> {{field-on:bible}}Men detta, syskon, har jag omformat på mig själv och Apollos för er skull, för att ni genom oss ska lära er detta </w:t>
      </w:r>
      <w:r w:rsidRPr="000767E2">
        <w:rPr>
          <w:i/>
          <w:lang w:val="sv-SE"/>
        </w:rPr>
        <w:t>med</w:t>
      </w:r>
      <w:r w:rsidRPr="000767E2">
        <w:rPr>
          <w:lang w:val="sv-SE"/>
        </w:rPr>
        <w:t xml:space="preserve"> ”inte utöver det </w:t>
      </w:r>
      <w:r w:rsidRPr="000767E2">
        <w:rPr>
          <w:i/>
          <w:lang w:val="sv-SE"/>
        </w:rPr>
        <w:t>som är</w:t>
      </w:r>
      <w:r w:rsidRPr="000767E2">
        <w:rPr>
          <w:lang w:val="sv-SE"/>
        </w:rPr>
        <w:t xml:space="preserve"> skrivet” så att ni inte blir uppblåsta, en över den ene mot den andre.{{field-off:bible}} [[@</w:t>
      </w:r>
      <w:r w:rsidR="0096445B" w:rsidRPr="000767E2">
        <w:rPr>
          <w:lang w:val="sv-SE"/>
        </w:rPr>
        <w:t>BibleBIBEL82</w:t>
      </w:r>
      <w:r w:rsidRPr="000767E2">
        <w:rPr>
          <w:lang w:val="sv-SE"/>
        </w:rPr>
        <w:t>:1Cor 4:7]]</w:t>
      </w:r>
      <w:r w:rsidRPr="000767E2">
        <w:rPr>
          <w:vertAlign w:val="superscript"/>
          <w:lang w:val="sv-SE"/>
        </w:rPr>
        <w:t>7</w:t>
      </w:r>
      <w:r w:rsidRPr="000767E2">
        <w:rPr>
          <w:lang w:val="sv-SE"/>
        </w:rPr>
        <w:t xml:space="preserve"> {{field-on:bible}}För vem skiljer ut dig? Och vad har du som du inte har fått? Men om du också har fått det, varför stoltserar du som </w:t>
      </w:r>
      <w:r w:rsidRPr="000767E2">
        <w:rPr>
          <w:i/>
          <w:lang w:val="sv-SE"/>
        </w:rPr>
        <w:t>om</w:t>
      </w:r>
      <w:r w:rsidRPr="000767E2">
        <w:rPr>
          <w:lang w:val="sv-SE"/>
        </w:rPr>
        <w:t xml:space="preserve"> du inte hade fått?{{field-off:bible}} [[@</w:t>
      </w:r>
      <w:r w:rsidR="0096445B" w:rsidRPr="000767E2">
        <w:rPr>
          <w:lang w:val="sv-SE"/>
        </w:rPr>
        <w:t>BibleBIBEL82</w:t>
      </w:r>
      <w:r w:rsidRPr="000767E2">
        <w:rPr>
          <w:lang w:val="sv-SE"/>
        </w:rPr>
        <w:t>:1Cor 4:8]]</w:t>
      </w:r>
      <w:r w:rsidRPr="000767E2">
        <w:rPr>
          <w:vertAlign w:val="superscript"/>
          <w:lang w:val="sv-SE"/>
        </w:rPr>
        <w:t>8</w:t>
      </w:r>
      <w:r w:rsidRPr="000767E2">
        <w:rPr>
          <w:lang w:val="sv-SE"/>
        </w:rPr>
        <w:t xml:space="preserve"> {{field-on:bible}}Redan är ni belåtna, redan är ni rika. Utan oss har ni </w:t>
      </w:r>
      <w:r w:rsidRPr="000767E2">
        <w:rPr>
          <w:i/>
          <w:lang w:val="sv-SE"/>
        </w:rPr>
        <w:t>börjat</w:t>
      </w:r>
      <w:r w:rsidRPr="000767E2">
        <w:rPr>
          <w:lang w:val="sv-SE"/>
        </w:rPr>
        <w:t xml:space="preserve"> regera. Och o att ni faktiskt hade regerat, så att också vi med er fick regera!{{field-off:bible}}</w:t>
      </w:r>
    </w:p>
    <w:p w14:paraId="3A82DB83" w14:textId="52E191BF" w:rsidR="00BA33AB" w:rsidRPr="000767E2" w:rsidRDefault="00000000">
      <w:pPr>
        <w:rPr>
          <w:lang w:val="sv-SE"/>
        </w:rPr>
      </w:pPr>
      <w:r w:rsidRPr="000767E2">
        <w:rPr>
          <w:lang w:val="sv-SE"/>
        </w:rPr>
        <w:t>[[@</w:t>
      </w:r>
      <w:r w:rsidR="0096445B" w:rsidRPr="000767E2">
        <w:rPr>
          <w:lang w:val="sv-SE"/>
        </w:rPr>
        <w:t>BibleBIBEL82</w:t>
      </w:r>
      <w:r w:rsidRPr="000767E2">
        <w:rPr>
          <w:lang w:val="sv-SE"/>
        </w:rPr>
        <w:t>:1Cor 4:9]]</w:t>
      </w:r>
      <w:r w:rsidRPr="000767E2">
        <w:rPr>
          <w:vertAlign w:val="superscript"/>
          <w:lang w:val="sv-SE"/>
        </w:rPr>
        <w:t>9</w:t>
      </w:r>
      <w:r w:rsidRPr="000767E2">
        <w:rPr>
          <w:lang w:val="sv-SE"/>
        </w:rPr>
        <w:t xml:space="preserve"> {{field-on:bible}}För jag tänker mig </w:t>
      </w:r>
      <w:r w:rsidRPr="000767E2">
        <w:rPr>
          <w:i/>
          <w:lang w:val="sv-SE"/>
        </w:rPr>
        <w:t>att</w:t>
      </w:r>
      <w:r w:rsidRPr="000767E2">
        <w:rPr>
          <w:lang w:val="sv-SE"/>
        </w:rPr>
        <w:t xml:space="preserve"> Gud har utpekat oss apostlar </w:t>
      </w:r>
      <w:r w:rsidRPr="000767E2">
        <w:rPr>
          <w:i/>
          <w:lang w:val="sv-SE"/>
        </w:rPr>
        <w:t>som de</w:t>
      </w:r>
      <w:r w:rsidRPr="000767E2">
        <w:rPr>
          <w:lang w:val="sv-SE"/>
        </w:rPr>
        <w:t xml:space="preserve"> sista, som dödsdömda. Att vi har blivit ett skådespel för världen, både för änglar och för människor.{{field-off:bible}} [[@</w:t>
      </w:r>
      <w:r w:rsidR="0096445B" w:rsidRPr="000767E2">
        <w:rPr>
          <w:lang w:val="sv-SE"/>
        </w:rPr>
        <w:t>BibleBIBEL82</w:t>
      </w:r>
      <w:r w:rsidRPr="000767E2">
        <w:rPr>
          <w:lang w:val="sv-SE"/>
        </w:rPr>
        <w:t>:1Cor 4:10]]</w:t>
      </w:r>
      <w:r w:rsidRPr="000767E2">
        <w:rPr>
          <w:vertAlign w:val="superscript"/>
          <w:lang w:val="sv-SE"/>
        </w:rPr>
        <w:t>10</w:t>
      </w:r>
      <w:r w:rsidRPr="000767E2">
        <w:rPr>
          <w:lang w:val="sv-SE"/>
        </w:rPr>
        <w:t xml:space="preserve"> {{field-on:bible}}Vi </w:t>
      </w:r>
      <w:r w:rsidRPr="000767E2">
        <w:rPr>
          <w:i/>
          <w:lang w:val="sv-SE"/>
        </w:rPr>
        <w:t>är</w:t>
      </w:r>
      <w:r w:rsidRPr="000767E2">
        <w:rPr>
          <w:lang w:val="sv-SE"/>
        </w:rPr>
        <w:t xml:space="preserve"> dårar för Kristus, men ni </w:t>
      </w:r>
      <w:r w:rsidRPr="000767E2">
        <w:rPr>
          <w:i/>
          <w:lang w:val="sv-SE"/>
        </w:rPr>
        <w:t>är</w:t>
      </w:r>
      <w:r w:rsidRPr="000767E2">
        <w:rPr>
          <w:lang w:val="sv-SE"/>
        </w:rPr>
        <w:t xml:space="preserve"> kloka i Kristus. Vi </w:t>
      </w:r>
      <w:r w:rsidRPr="000767E2">
        <w:rPr>
          <w:i/>
          <w:lang w:val="sv-SE"/>
        </w:rPr>
        <w:t>är</w:t>
      </w:r>
      <w:r w:rsidRPr="000767E2">
        <w:rPr>
          <w:lang w:val="sv-SE"/>
        </w:rPr>
        <w:t xml:space="preserve"> svaga men ni </w:t>
      </w:r>
      <w:r w:rsidRPr="000767E2">
        <w:rPr>
          <w:i/>
          <w:lang w:val="sv-SE"/>
        </w:rPr>
        <w:t>är</w:t>
      </w:r>
      <w:r w:rsidRPr="000767E2">
        <w:rPr>
          <w:lang w:val="sv-SE"/>
        </w:rPr>
        <w:t xml:space="preserve"> starka. Ni </w:t>
      </w:r>
      <w:r w:rsidRPr="000767E2">
        <w:rPr>
          <w:i/>
          <w:lang w:val="sv-SE"/>
        </w:rPr>
        <w:t>är</w:t>
      </w:r>
      <w:r w:rsidRPr="000767E2">
        <w:rPr>
          <w:lang w:val="sv-SE"/>
        </w:rPr>
        <w:t xml:space="preserve"> härliga men vi </w:t>
      </w:r>
      <w:r w:rsidRPr="000767E2">
        <w:rPr>
          <w:i/>
          <w:lang w:val="sv-SE"/>
        </w:rPr>
        <w:t>är</w:t>
      </w:r>
      <w:r w:rsidRPr="000767E2">
        <w:rPr>
          <w:lang w:val="sv-SE"/>
        </w:rPr>
        <w:t xml:space="preserve"> ohedrade.{{field-off:bible}} [[@</w:t>
      </w:r>
      <w:r w:rsidR="0096445B" w:rsidRPr="000767E2">
        <w:rPr>
          <w:lang w:val="sv-SE"/>
        </w:rPr>
        <w:t>BibleBIBEL82</w:t>
      </w:r>
      <w:r w:rsidRPr="000767E2">
        <w:rPr>
          <w:lang w:val="sv-SE"/>
        </w:rPr>
        <w:t>:1Cor 4:11]]</w:t>
      </w:r>
      <w:r w:rsidRPr="000767E2">
        <w:rPr>
          <w:vertAlign w:val="superscript"/>
          <w:lang w:val="sv-SE"/>
        </w:rPr>
        <w:t>11</w:t>
      </w:r>
      <w:r w:rsidRPr="000767E2">
        <w:rPr>
          <w:lang w:val="sv-SE"/>
        </w:rPr>
        <w:t xml:space="preserve"> {{field-on:bible}}Ända till den nuvarande stunden både hungrar vi och törstar, och vi är oklädda och påpucklade och hemlösa{{field-off:bible}} [[@</w:t>
      </w:r>
      <w:r w:rsidR="0096445B" w:rsidRPr="000767E2">
        <w:rPr>
          <w:lang w:val="sv-SE"/>
        </w:rPr>
        <w:t>BibleBIBEL82</w:t>
      </w:r>
      <w:r w:rsidRPr="000767E2">
        <w:rPr>
          <w:lang w:val="sv-SE"/>
        </w:rPr>
        <w:t>:1Cor 4:12]]</w:t>
      </w:r>
      <w:r w:rsidRPr="000767E2">
        <w:rPr>
          <w:vertAlign w:val="superscript"/>
          <w:lang w:val="sv-SE"/>
        </w:rPr>
        <w:t>12</w:t>
      </w:r>
      <w:r w:rsidRPr="000767E2">
        <w:rPr>
          <w:lang w:val="sv-SE"/>
        </w:rPr>
        <w:t xml:space="preserve"> {{field-on:bible}}och sliter och arbetar med </w:t>
      </w:r>
      <w:r w:rsidRPr="000767E2">
        <w:rPr>
          <w:i/>
          <w:lang w:val="sv-SE"/>
        </w:rPr>
        <w:t>våra</w:t>
      </w:r>
      <w:r w:rsidRPr="000767E2">
        <w:rPr>
          <w:lang w:val="sv-SE"/>
        </w:rPr>
        <w:t xml:space="preserve"> egna händer. Hånade välsignar vi. Förföljda står vi ut.{{field-off:bible}} [[@</w:t>
      </w:r>
      <w:r w:rsidR="0096445B" w:rsidRPr="000767E2">
        <w:rPr>
          <w:lang w:val="sv-SE"/>
        </w:rPr>
        <w:t>BibleBIBEL82</w:t>
      </w:r>
      <w:r w:rsidRPr="000767E2">
        <w:rPr>
          <w:lang w:val="sv-SE"/>
        </w:rPr>
        <w:t>:1Cor 4:13]]</w:t>
      </w:r>
      <w:r w:rsidRPr="000767E2">
        <w:rPr>
          <w:vertAlign w:val="superscript"/>
          <w:lang w:val="sv-SE"/>
        </w:rPr>
        <w:t>13</w:t>
      </w:r>
      <w:r w:rsidRPr="000767E2">
        <w:rPr>
          <w:lang w:val="sv-SE"/>
        </w:rPr>
        <w:t xml:space="preserve"> {{field-on:bible}}Vanryktade uppmuntrar vi. Som världens avskräde har vi blivit, allas avskrap fram till nu.{{field-off:bible}}</w:t>
      </w:r>
    </w:p>
    <w:p w14:paraId="492BFC7E" w14:textId="21AA1BEC" w:rsidR="00BA33AB" w:rsidRPr="000767E2" w:rsidRDefault="00000000">
      <w:pPr>
        <w:rPr>
          <w:lang w:val="sv-SE"/>
        </w:rPr>
      </w:pPr>
      <w:r w:rsidRPr="000767E2">
        <w:rPr>
          <w:lang w:val="sv-SE"/>
        </w:rPr>
        <w:t>[[@</w:t>
      </w:r>
      <w:r w:rsidR="0096445B" w:rsidRPr="000767E2">
        <w:rPr>
          <w:lang w:val="sv-SE"/>
        </w:rPr>
        <w:t>BibleBIBEL82</w:t>
      </w:r>
      <w:r w:rsidRPr="000767E2">
        <w:rPr>
          <w:lang w:val="sv-SE"/>
        </w:rPr>
        <w:t>:1Cor 4:14]]</w:t>
      </w:r>
      <w:r w:rsidRPr="000767E2">
        <w:rPr>
          <w:vertAlign w:val="superscript"/>
          <w:lang w:val="sv-SE"/>
        </w:rPr>
        <w:t>14</w:t>
      </w:r>
      <w:r w:rsidRPr="000767E2">
        <w:rPr>
          <w:lang w:val="sv-SE"/>
        </w:rPr>
        <w:t xml:space="preserve"> {{field-on:bible}}Inte </w:t>
      </w:r>
      <w:r w:rsidRPr="000767E2">
        <w:rPr>
          <w:i/>
          <w:lang w:val="sv-SE"/>
        </w:rPr>
        <w:t>för att</w:t>
      </w:r>
      <w:r w:rsidRPr="000767E2">
        <w:rPr>
          <w:lang w:val="sv-SE"/>
        </w:rPr>
        <w:t xml:space="preserve"> genera er skriver jag detta, utan som </w:t>
      </w:r>
      <w:r w:rsidRPr="000767E2">
        <w:rPr>
          <w:i/>
          <w:lang w:val="sv-SE"/>
        </w:rPr>
        <w:t>för att</w:t>
      </w:r>
      <w:r w:rsidRPr="000767E2">
        <w:rPr>
          <w:lang w:val="sv-SE"/>
        </w:rPr>
        <w:t xml:space="preserve"> förmana mina älskade barn.{{field-off:bible}} [[@</w:t>
      </w:r>
      <w:r w:rsidR="0096445B" w:rsidRPr="000767E2">
        <w:rPr>
          <w:lang w:val="sv-SE"/>
        </w:rPr>
        <w:t>BibleBIBEL82</w:t>
      </w:r>
      <w:r w:rsidRPr="000767E2">
        <w:rPr>
          <w:lang w:val="sv-SE"/>
        </w:rPr>
        <w:t>:1Cor 4:15]]</w:t>
      </w:r>
      <w:r w:rsidRPr="000767E2">
        <w:rPr>
          <w:vertAlign w:val="superscript"/>
          <w:lang w:val="sv-SE"/>
        </w:rPr>
        <w:t>15</w:t>
      </w:r>
      <w:r w:rsidRPr="000767E2">
        <w:rPr>
          <w:lang w:val="sv-SE"/>
        </w:rPr>
        <w:t xml:space="preserve"> {{field-on:bible}}För </w:t>
      </w:r>
      <w:r w:rsidRPr="000767E2">
        <w:rPr>
          <w:i/>
          <w:lang w:val="sv-SE"/>
        </w:rPr>
        <w:t>även</w:t>
      </w:r>
      <w:r w:rsidRPr="000767E2">
        <w:rPr>
          <w:lang w:val="sv-SE"/>
        </w:rPr>
        <w:t xml:space="preserve"> om ni skulle ha myriader uppfostrare i Kristus, dock inte många fäder. För i Kristus Jesus har jag genom evangeliet avlat er.{{field-off:bible}} [[@</w:t>
      </w:r>
      <w:r w:rsidR="0096445B" w:rsidRPr="000767E2">
        <w:rPr>
          <w:lang w:val="sv-SE"/>
        </w:rPr>
        <w:t>BibleBIBEL82</w:t>
      </w:r>
      <w:r w:rsidRPr="000767E2">
        <w:rPr>
          <w:lang w:val="sv-SE"/>
        </w:rPr>
        <w:t>:1Cor 4:16]]</w:t>
      </w:r>
      <w:r w:rsidRPr="000767E2">
        <w:rPr>
          <w:vertAlign w:val="superscript"/>
          <w:lang w:val="sv-SE"/>
        </w:rPr>
        <w:t>16</w:t>
      </w:r>
      <w:r w:rsidRPr="000767E2">
        <w:rPr>
          <w:lang w:val="sv-SE"/>
        </w:rPr>
        <w:t xml:space="preserve"> {{field-on:bible}}Jag uppmanar er därför: bli imitatörer av mig.{{field-off:bible}} [[@</w:t>
      </w:r>
      <w:r w:rsidR="0096445B" w:rsidRPr="000767E2">
        <w:rPr>
          <w:lang w:val="sv-SE"/>
        </w:rPr>
        <w:t>BibleBIBEL82</w:t>
      </w:r>
      <w:r w:rsidRPr="000767E2">
        <w:rPr>
          <w:lang w:val="sv-SE"/>
        </w:rPr>
        <w:t>:1Cor 4:17]]</w:t>
      </w:r>
      <w:r w:rsidRPr="000767E2">
        <w:rPr>
          <w:vertAlign w:val="superscript"/>
          <w:lang w:val="sv-SE"/>
        </w:rPr>
        <w:t>17</w:t>
      </w:r>
      <w:r w:rsidRPr="000767E2">
        <w:rPr>
          <w:lang w:val="sv-SE"/>
        </w:rPr>
        <w:t xml:space="preserve"> {{field-on:bible}}Därför har jag skickat er Timotheos som är mitt älskade och trogna barn i Herren, som ska påminna er om mina vägar i Kristus [Jesus], så som jag överallt i varje församling lär ut.{{field-off:bible}}</w:t>
      </w:r>
    </w:p>
    <w:p w14:paraId="378247B0" w14:textId="3A6D3BEC" w:rsidR="00BA33AB" w:rsidRPr="000767E2" w:rsidRDefault="00000000">
      <w:pPr>
        <w:rPr>
          <w:lang w:val="sv-SE"/>
        </w:rPr>
      </w:pPr>
      <w:r w:rsidRPr="000767E2">
        <w:rPr>
          <w:lang w:val="sv-SE"/>
        </w:rPr>
        <w:t>[[@</w:t>
      </w:r>
      <w:r w:rsidR="0096445B" w:rsidRPr="000767E2">
        <w:rPr>
          <w:lang w:val="sv-SE"/>
        </w:rPr>
        <w:t>BibleBIBEL82</w:t>
      </w:r>
      <w:r w:rsidRPr="000767E2">
        <w:rPr>
          <w:lang w:val="sv-SE"/>
        </w:rPr>
        <w:t>:1Cor 4:18]]</w:t>
      </w:r>
      <w:r w:rsidRPr="000767E2">
        <w:rPr>
          <w:vertAlign w:val="superscript"/>
          <w:lang w:val="sv-SE"/>
        </w:rPr>
        <w:t>18</w:t>
      </w:r>
      <w:r w:rsidRPr="000767E2">
        <w:rPr>
          <w:lang w:val="sv-SE"/>
        </w:rPr>
        <w:t xml:space="preserve"> {{field-on:bible}}Men som </w:t>
      </w:r>
      <w:r w:rsidRPr="000767E2">
        <w:rPr>
          <w:i/>
          <w:lang w:val="sv-SE"/>
        </w:rPr>
        <w:t>att</w:t>
      </w:r>
      <w:r w:rsidRPr="000767E2">
        <w:rPr>
          <w:lang w:val="sv-SE"/>
        </w:rPr>
        <w:t xml:space="preserve"> jag inte kommer till er har några blivit uppblåsta.{{field-off:bible}} [[@</w:t>
      </w:r>
      <w:r w:rsidR="0096445B" w:rsidRPr="000767E2">
        <w:rPr>
          <w:lang w:val="sv-SE"/>
        </w:rPr>
        <w:t>BibleBIBEL82</w:t>
      </w:r>
      <w:r w:rsidRPr="000767E2">
        <w:rPr>
          <w:lang w:val="sv-SE"/>
        </w:rPr>
        <w:t>:1Cor 4:19]]</w:t>
      </w:r>
      <w:r w:rsidRPr="000767E2">
        <w:rPr>
          <w:vertAlign w:val="superscript"/>
          <w:lang w:val="sv-SE"/>
        </w:rPr>
        <w:t>19</w:t>
      </w:r>
      <w:r w:rsidRPr="000767E2">
        <w:rPr>
          <w:lang w:val="sv-SE"/>
        </w:rPr>
        <w:t xml:space="preserve"> {{field-on:bible}}Men jag ska komma fort till er, om Herren vill, och lära känna inte ordet hos de uppblåsta utan kraften.{{field-off:bible}} [[@</w:t>
      </w:r>
      <w:r w:rsidR="0096445B" w:rsidRPr="000767E2">
        <w:rPr>
          <w:lang w:val="sv-SE"/>
        </w:rPr>
        <w:t>BibleBIBEL82</w:t>
      </w:r>
      <w:r w:rsidRPr="000767E2">
        <w:rPr>
          <w:lang w:val="sv-SE"/>
        </w:rPr>
        <w:t>:1Cor 4:20]]</w:t>
      </w:r>
      <w:r w:rsidRPr="000767E2">
        <w:rPr>
          <w:vertAlign w:val="superscript"/>
          <w:lang w:val="sv-SE"/>
        </w:rPr>
        <w:t>20</w:t>
      </w:r>
      <w:r w:rsidRPr="000767E2">
        <w:rPr>
          <w:lang w:val="sv-SE"/>
        </w:rPr>
        <w:t xml:space="preserve"> {{field-on:bible}}För </w:t>
      </w:r>
      <w:r w:rsidRPr="000767E2">
        <w:rPr>
          <w:i/>
          <w:lang w:val="sv-SE"/>
        </w:rPr>
        <w:t>det är</w:t>
      </w:r>
      <w:r w:rsidRPr="000767E2">
        <w:rPr>
          <w:lang w:val="sv-SE"/>
        </w:rPr>
        <w:t xml:space="preserve"> inte i ord Guds rike </w:t>
      </w:r>
      <w:r w:rsidRPr="000767E2">
        <w:rPr>
          <w:i/>
          <w:lang w:val="sv-SE"/>
        </w:rPr>
        <w:t>består</w:t>
      </w:r>
      <w:r w:rsidRPr="000767E2">
        <w:rPr>
          <w:lang w:val="sv-SE"/>
        </w:rPr>
        <w:t>, utan i kraft.{{field-off:bible}} [[@</w:t>
      </w:r>
      <w:r w:rsidR="0096445B" w:rsidRPr="000767E2">
        <w:rPr>
          <w:lang w:val="sv-SE"/>
        </w:rPr>
        <w:t>BibleBIBEL82</w:t>
      </w:r>
      <w:r w:rsidRPr="000767E2">
        <w:rPr>
          <w:lang w:val="sv-SE"/>
        </w:rPr>
        <w:t>:1Cor 4:21]]</w:t>
      </w:r>
      <w:r w:rsidRPr="000767E2">
        <w:rPr>
          <w:vertAlign w:val="superscript"/>
          <w:lang w:val="sv-SE"/>
        </w:rPr>
        <w:t>21</w:t>
      </w:r>
      <w:r w:rsidRPr="000767E2">
        <w:rPr>
          <w:lang w:val="sv-SE"/>
        </w:rPr>
        <w:t xml:space="preserve"> {{field-on:bible}}Vad vill ni? </w:t>
      </w:r>
      <w:r w:rsidRPr="000767E2">
        <w:rPr>
          <w:i/>
          <w:lang w:val="sv-SE"/>
        </w:rPr>
        <w:t>Är det</w:t>
      </w:r>
      <w:r w:rsidRPr="000767E2">
        <w:rPr>
          <w:lang w:val="sv-SE"/>
        </w:rPr>
        <w:t xml:space="preserve"> med spö jag ska komma till er, eller med kärlek och ande av mildhet?{{field-off:bible}}</w:t>
      </w:r>
    </w:p>
    <w:p w14:paraId="1C050395" w14:textId="2C798EB5"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:1Cor 5]]Kapitel 5</w:t>
      </w:r>
    </w:p>
    <w:p w14:paraId="07671A0A" w14:textId="77777777" w:rsidR="00BA33AB" w:rsidRPr="000767E2" w:rsidRDefault="00000000">
      <w:pPr>
        <w:pStyle w:val="Rubrik3"/>
        <w:rPr>
          <w:lang w:val="sv-SE"/>
        </w:rPr>
      </w:pPr>
      <w:r w:rsidRPr="000767E2">
        <w:rPr>
          <w:lang w:val="sv-SE"/>
        </w:rPr>
        <w:t>Otukt i församlingen</w:t>
      </w:r>
    </w:p>
    <w:p w14:paraId="195E99DF" w14:textId="76C2B39D" w:rsidR="00BA33AB" w:rsidRPr="000767E2" w:rsidRDefault="00000000">
      <w:pPr>
        <w:rPr>
          <w:lang w:val="sv-SE"/>
        </w:rPr>
      </w:pPr>
      <w:r w:rsidRPr="000767E2">
        <w:rPr>
          <w:lang w:val="sv-SE"/>
        </w:rPr>
        <w:t>[[@</w:t>
      </w:r>
      <w:r w:rsidR="0096445B" w:rsidRPr="000767E2">
        <w:rPr>
          <w:lang w:val="sv-SE"/>
        </w:rPr>
        <w:t>BibleBIBEL82</w:t>
      </w:r>
      <w:r w:rsidRPr="000767E2">
        <w:rPr>
          <w:lang w:val="sv-SE"/>
        </w:rPr>
        <w:t>:1Cor 5:1]]</w:t>
      </w:r>
      <w:r w:rsidRPr="000767E2">
        <w:rPr>
          <w:vertAlign w:val="superscript"/>
          <w:lang w:val="sv-SE"/>
        </w:rPr>
        <w:t>1</w:t>
      </w:r>
      <w:r w:rsidRPr="000767E2">
        <w:rPr>
          <w:lang w:val="sv-SE"/>
        </w:rPr>
        <w:t xml:space="preserve"> {{field-on:bible}}Faktiskt hörs </w:t>
      </w:r>
      <w:r w:rsidRPr="000767E2">
        <w:rPr>
          <w:i/>
          <w:lang w:val="sv-SE"/>
        </w:rPr>
        <w:t>det</w:t>
      </w:r>
      <w:r w:rsidRPr="000767E2">
        <w:rPr>
          <w:lang w:val="sv-SE"/>
        </w:rPr>
        <w:t xml:space="preserve"> bland er </w:t>
      </w:r>
      <w:r w:rsidRPr="000767E2">
        <w:rPr>
          <w:i/>
          <w:lang w:val="sv-SE"/>
        </w:rPr>
        <w:t>om</w:t>
      </w:r>
      <w:r w:rsidRPr="000767E2">
        <w:rPr>
          <w:lang w:val="sv-SE"/>
        </w:rPr>
        <w:t xml:space="preserve"> otukt, och sådan otukt som inte ens </w:t>
      </w:r>
      <w:r w:rsidRPr="000767E2">
        <w:rPr>
          <w:i/>
          <w:lang w:val="sv-SE"/>
        </w:rPr>
        <w:t>finns</w:t>
      </w:r>
      <w:r w:rsidRPr="000767E2">
        <w:rPr>
          <w:lang w:val="sv-SE"/>
        </w:rPr>
        <w:t xml:space="preserve"> bland folkslagen: att någon har faderns hustru.{{field-off:bible}} [[@</w:t>
      </w:r>
      <w:r w:rsidR="0096445B" w:rsidRPr="000767E2">
        <w:rPr>
          <w:lang w:val="sv-SE"/>
        </w:rPr>
        <w:t>BibleBIBEL82</w:t>
      </w:r>
      <w:r w:rsidRPr="000767E2">
        <w:rPr>
          <w:lang w:val="sv-SE"/>
        </w:rPr>
        <w:t>:1Cor 5:2]]</w:t>
      </w:r>
      <w:r w:rsidRPr="000767E2">
        <w:rPr>
          <w:vertAlign w:val="superscript"/>
          <w:lang w:val="sv-SE"/>
        </w:rPr>
        <w:t>2</w:t>
      </w:r>
      <w:r w:rsidRPr="000767E2">
        <w:rPr>
          <w:lang w:val="sv-SE"/>
        </w:rPr>
        <w:t xml:space="preserve"> {{field-on:bible}}Och ni är uppblåsta och har inte snarare sörjt, så att den tas bort ur er mitt som har begått denna gärning.{{field-off:bible}}</w:t>
      </w:r>
    </w:p>
    <w:p w14:paraId="5D41C83E" w14:textId="1A0DD09E" w:rsidR="00BA33AB" w:rsidRPr="000767E2" w:rsidRDefault="00000000">
      <w:pPr>
        <w:rPr>
          <w:lang w:val="sv-SE"/>
        </w:rPr>
      </w:pPr>
      <w:r w:rsidRPr="000767E2">
        <w:rPr>
          <w:lang w:val="sv-SE"/>
        </w:rPr>
        <w:t>[[@</w:t>
      </w:r>
      <w:r w:rsidR="0096445B" w:rsidRPr="000767E2">
        <w:rPr>
          <w:lang w:val="sv-SE"/>
        </w:rPr>
        <w:t>BibleBIBEL82</w:t>
      </w:r>
      <w:r w:rsidRPr="000767E2">
        <w:rPr>
          <w:lang w:val="sv-SE"/>
        </w:rPr>
        <w:t>:1Cor 5:3]]</w:t>
      </w:r>
      <w:r w:rsidRPr="000767E2">
        <w:rPr>
          <w:vertAlign w:val="superscript"/>
          <w:lang w:val="sv-SE"/>
        </w:rPr>
        <w:t>3</w:t>
      </w:r>
      <w:r w:rsidRPr="000767E2">
        <w:rPr>
          <w:lang w:val="sv-SE"/>
        </w:rPr>
        <w:t xml:space="preserve"> {{field-on:bible}}För jag som är iväg till kroppen men där i anden har redan, som </w:t>
      </w:r>
      <w:r w:rsidRPr="000767E2">
        <w:rPr>
          <w:i/>
          <w:lang w:val="sv-SE"/>
        </w:rPr>
        <w:t>att</w:t>
      </w:r>
      <w:r w:rsidRPr="000767E2">
        <w:rPr>
          <w:lang w:val="sv-SE"/>
        </w:rPr>
        <w:t xml:space="preserve"> jag var där, dömt den som så har utfört detta,{{field-off:bible}} [[@</w:t>
      </w:r>
      <w:r w:rsidR="0096445B" w:rsidRPr="000767E2">
        <w:rPr>
          <w:lang w:val="sv-SE"/>
        </w:rPr>
        <w:t>BibleBIBEL82</w:t>
      </w:r>
      <w:r w:rsidRPr="000767E2">
        <w:rPr>
          <w:lang w:val="sv-SE"/>
        </w:rPr>
        <w:t>:1Cor 5:4]]</w:t>
      </w:r>
      <w:r w:rsidRPr="000767E2">
        <w:rPr>
          <w:vertAlign w:val="superscript"/>
          <w:lang w:val="sv-SE"/>
        </w:rPr>
        <w:t>4</w:t>
      </w:r>
      <w:r w:rsidRPr="000767E2">
        <w:rPr>
          <w:lang w:val="sv-SE"/>
        </w:rPr>
        <w:t xml:space="preserve"> {{field-on:bible}}i [vår] Herre Jesu Kristi namn, </w:t>
      </w:r>
      <w:r w:rsidRPr="000767E2">
        <w:rPr>
          <w:i/>
          <w:lang w:val="sv-SE"/>
        </w:rPr>
        <w:t>med</w:t>
      </w:r>
      <w:r w:rsidRPr="000767E2">
        <w:rPr>
          <w:lang w:val="sv-SE"/>
        </w:rPr>
        <w:t xml:space="preserve"> er och min ande samlade med vår Herre Jesu makt:{{field-off:bible}} [[@</w:t>
      </w:r>
      <w:r w:rsidR="0096445B" w:rsidRPr="000767E2">
        <w:rPr>
          <w:lang w:val="sv-SE"/>
        </w:rPr>
        <w:t>BibleBIBEL82</w:t>
      </w:r>
      <w:r w:rsidRPr="000767E2">
        <w:rPr>
          <w:lang w:val="sv-SE"/>
        </w:rPr>
        <w:t>:1Cor 5:5]]</w:t>
      </w:r>
      <w:r w:rsidRPr="000767E2">
        <w:rPr>
          <w:vertAlign w:val="superscript"/>
          <w:lang w:val="sv-SE"/>
        </w:rPr>
        <w:t>5</w:t>
      </w:r>
      <w:r w:rsidRPr="000767E2">
        <w:rPr>
          <w:lang w:val="sv-SE"/>
        </w:rPr>
        <w:t xml:space="preserve"> {{field-on:bible}}att överlämna en sådan åt Satan till köttets undergång, för att anden ska bli frälst på Herrens dag.{{field-off:bible}}</w:t>
      </w:r>
    </w:p>
    <w:p w14:paraId="3FABD042" w14:textId="64642510" w:rsidR="00BA33AB" w:rsidRPr="000767E2" w:rsidRDefault="00000000">
      <w:pPr>
        <w:rPr>
          <w:lang w:val="sv-SE"/>
        </w:rPr>
      </w:pPr>
      <w:r w:rsidRPr="000767E2">
        <w:rPr>
          <w:lang w:val="sv-SE"/>
        </w:rPr>
        <w:t>[[@</w:t>
      </w:r>
      <w:r w:rsidR="0096445B" w:rsidRPr="000767E2">
        <w:rPr>
          <w:lang w:val="sv-SE"/>
        </w:rPr>
        <w:t>BibleBIBEL82</w:t>
      </w:r>
      <w:r w:rsidRPr="000767E2">
        <w:rPr>
          <w:lang w:val="sv-SE"/>
        </w:rPr>
        <w:t>:1Cor 5:6]]</w:t>
      </w:r>
      <w:r w:rsidRPr="000767E2">
        <w:rPr>
          <w:vertAlign w:val="superscript"/>
          <w:lang w:val="sv-SE"/>
        </w:rPr>
        <w:t>6</w:t>
      </w:r>
      <w:r w:rsidRPr="000767E2">
        <w:rPr>
          <w:lang w:val="sv-SE"/>
        </w:rPr>
        <w:t xml:space="preserve"> {{field-on:bible}}</w:t>
      </w:r>
      <w:r w:rsidRPr="000767E2">
        <w:rPr>
          <w:i/>
          <w:lang w:val="sv-SE"/>
        </w:rPr>
        <w:t>Den är</w:t>
      </w:r>
      <w:r w:rsidRPr="000767E2">
        <w:rPr>
          <w:lang w:val="sv-SE"/>
        </w:rPr>
        <w:t xml:space="preserve"> inte bra, er stolthet. Vet ni inte att en liten surdeg syrar hela degen?{{field-off:bible}} [[@</w:t>
      </w:r>
      <w:r w:rsidR="0096445B" w:rsidRPr="000767E2">
        <w:rPr>
          <w:lang w:val="sv-SE"/>
        </w:rPr>
        <w:t>BibleBIBEL82</w:t>
      </w:r>
      <w:r w:rsidRPr="000767E2">
        <w:rPr>
          <w:lang w:val="sv-SE"/>
        </w:rPr>
        <w:t>:1Cor 5:7]]</w:t>
      </w:r>
      <w:r w:rsidRPr="000767E2">
        <w:rPr>
          <w:vertAlign w:val="superscript"/>
          <w:lang w:val="sv-SE"/>
        </w:rPr>
        <w:t>7</w:t>
      </w:r>
      <w:r w:rsidRPr="000767E2">
        <w:rPr>
          <w:lang w:val="sv-SE"/>
        </w:rPr>
        <w:t xml:space="preserve"> {{field-on:bible}}Rensa ut den gamla surdegen så att ni är en ny deg, liksom ni är osyrade. För även vårt påskalamm har blivit slaktoffrat: Kristus.{{field-off:bible}} [[@</w:t>
      </w:r>
      <w:r w:rsidR="0096445B" w:rsidRPr="000767E2">
        <w:rPr>
          <w:lang w:val="sv-SE"/>
        </w:rPr>
        <w:t>BibleBIBEL82</w:t>
      </w:r>
      <w:r w:rsidRPr="000767E2">
        <w:rPr>
          <w:lang w:val="sv-SE"/>
        </w:rPr>
        <w:t>:1Cor 5:8]]</w:t>
      </w:r>
      <w:r w:rsidRPr="000767E2">
        <w:rPr>
          <w:vertAlign w:val="superscript"/>
          <w:lang w:val="sv-SE"/>
        </w:rPr>
        <w:t>8</w:t>
      </w:r>
      <w:r w:rsidRPr="000767E2">
        <w:rPr>
          <w:lang w:val="sv-SE"/>
        </w:rPr>
        <w:t xml:space="preserve"> {{field-on:bible}}Låt oss därför fira högtid, inte med gammal surdeg eller med surdeg av ondska och elakhet, utan med osyrat </w:t>
      </w:r>
      <w:r w:rsidRPr="000767E2">
        <w:rPr>
          <w:i/>
          <w:lang w:val="sv-SE"/>
        </w:rPr>
        <w:t>bröd</w:t>
      </w:r>
      <w:r w:rsidRPr="000767E2">
        <w:rPr>
          <w:lang w:val="sv-SE"/>
        </w:rPr>
        <w:t xml:space="preserve"> av ärlighet och sanning.{{field-off:bible}}</w:t>
      </w:r>
    </w:p>
    <w:p w14:paraId="3D6156BC" w14:textId="428BE678" w:rsidR="00BA33AB" w:rsidRPr="000767E2" w:rsidRDefault="00000000">
      <w:pPr>
        <w:rPr>
          <w:lang w:val="sv-SE"/>
        </w:rPr>
      </w:pPr>
      <w:r w:rsidRPr="000767E2">
        <w:rPr>
          <w:lang w:val="sv-SE"/>
        </w:rPr>
        <w:t>[[@</w:t>
      </w:r>
      <w:r w:rsidR="0096445B" w:rsidRPr="000767E2">
        <w:rPr>
          <w:lang w:val="sv-SE"/>
        </w:rPr>
        <w:t>BibleBIBEL82</w:t>
      </w:r>
      <w:r w:rsidRPr="000767E2">
        <w:rPr>
          <w:lang w:val="sv-SE"/>
        </w:rPr>
        <w:t>:1Cor 5:9]]</w:t>
      </w:r>
      <w:r w:rsidRPr="000767E2">
        <w:rPr>
          <w:vertAlign w:val="superscript"/>
          <w:lang w:val="sv-SE"/>
        </w:rPr>
        <w:t>9</w:t>
      </w:r>
      <w:r w:rsidRPr="000767E2">
        <w:rPr>
          <w:lang w:val="sv-SE"/>
        </w:rPr>
        <w:t xml:space="preserve"> {{field-on:bible}}Jag skrev till er i brevet att inte beblanda er med otuktiga –{{field-off:bible}} [[@</w:t>
      </w:r>
      <w:r w:rsidR="0096445B" w:rsidRPr="000767E2">
        <w:rPr>
          <w:lang w:val="sv-SE"/>
        </w:rPr>
        <w:t>BibleBIBEL82</w:t>
      </w:r>
      <w:r w:rsidRPr="000767E2">
        <w:rPr>
          <w:lang w:val="sv-SE"/>
        </w:rPr>
        <w:t>:1Cor 5:10]]</w:t>
      </w:r>
      <w:r w:rsidRPr="000767E2">
        <w:rPr>
          <w:vertAlign w:val="superscript"/>
          <w:lang w:val="sv-SE"/>
        </w:rPr>
        <w:t>10</w:t>
      </w:r>
      <w:r w:rsidRPr="000767E2">
        <w:rPr>
          <w:lang w:val="sv-SE"/>
        </w:rPr>
        <w:t xml:space="preserve"> {{field-on:bible}}inte alls denna världs otuktiga eller giriga och roffare eller avgudadyrkare. Annars borde ni då ha gått ut ur världen.{{field-off:bible}} [[@</w:t>
      </w:r>
      <w:r w:rsidR="0096445B" w:rsidRPr="000767E2">
        <w:rPr>
          <w:lang w:val="sv-SE"/>
        </w:rPr>
        <w:t>BibleBIBEL82</w:t>
      </w:r>
      <w:r w:rsidRPr="000767E2">
        <w:rPr>
          <w:lang w:val="sv-SE"/>
        </w:rPr>
        <w:t>:1Cor 5:11]]</w:t>
      </w:r>
      <w:r w:rsidRPr="000767E2">
        <w:rPr>
          <w:vertAlign w:val="superscript"/>
          <w:lang w:val="sv-SE"/>
        </w:rPr>
        <w:t>11</w:t>
      </w:r>
      <w:r w:rsidRPr="000767E2">
        <w:rPr>
          <w:lang w:val="sv-SE"/>
        </w:rPr>
        <w:t xml:space="preserve"> {{field-on:bible}}Men nu har jag skrivit till er att inte beblanda er om någon som benämner sig broder är otuktig eller girig eller avgudadyrkare eller hånare eller drinkare eller roffare, </w:t>
      </w:r>
      <w:r w:rsidRPr="000767E2">
        <w:rPr>
          <w:i/>
          <w:lang w:val="sv-SE"/>
        </w:rPr>
        <w:t>och</w:t>
      </w:r>
      <w:r w:rsidRPr="000767E2">
        <w:rPr>
          <w:lang w:val="sv-SE"/>
        </w:rPr>
        <w:t xml:space="preserve"> med en sådan inte ens äta.{{field-off:bible}} [[@</w:t>
      </w:r>
      <w:r w:rsidR="0096445B" w:rsidRPr="000767E2">
        <w:rPr>
          <w:lang w:val="sv-SE"/>
        </w:rPr>
        <w:t>BibleBIBEL82</w:t>
      </w:r>
      <w:r w:rsidRPr="000767E2">
        <w:rPr>
          <w:lang w:val="sv-SE"/>
        </w:rPr>
        <w:t>:1Cor 5:12]]</w:t>
      </w:r>
      <w:r w:rsidRPr="000767E2">
        <w:rPr>
          <w:vertAlign w:val="superscript"/>
          <w:lang w:val="sv-SE"/>
        </w:rPr>
        <w:t>12</w:t>
      </w:r>
      <w:r w:rsidRPr="000767E2">
        <w:rPr>
          <w:lang w:val="sv-SE"/>
        </w:rPr>
        <w:t xml:space="preserve"> {{field-on:bible}}För vad </w:t>
      </w:r>
      <w:r w:rsidRPr="000767E2">
        <w:rPr>
          <w:i/>
          <w:lang w:val="sv-SE"/>
        </w:rPr>
        <w:t>rör det</w:t>
      </w:r>
      <w:r w:rsidRPr="000767E2">
        <w:rPr>
          <w:lang w:val="sv-SE"/>
        </w:rPr>
        <w:t xml:space="preserve"> mig att döma dem </w:t>
      </w:r>
      <w:r w:rsidRPr="000767E2">
        <w:rPr>
          <w:i/>
          <w:lang w:val="sv-SE"/>
        </w:rPr>
        <w:t>som är</w:t>
      </w:r>
      <w:r w:rsidRPr="000767E2">
        <w:rPr>
          <w:lang w:val="sv-SE"/>
        </w:rPr>
        <w:t xml:space="preserve"> utanför? </w:t>
      </w:r>
      <w:r w:rsidRPr="000767E2">
        <w:rPr>
          <w:i/>
          <w:lang w:val="sv-SE"/>
        </w:rPr>
        <w:t>Är det</w:t>
      </w:r>
      <w:r w:rsidRPr="000767E2">
        <w:rPr>
          <w:lang w:val="sv-SE"/>
        </w:rPr>
        <w:t xml:space="preserve"> inte dem därinne ni dömer?{{field-off:bible}} [[@</w:t>
      </w:r>
      <w:r w:rsidR="0096445B" w:rsidRPr="000767E2">
        <w:rPr>
          <w:lang w:val="sv-SE"/>
        </w:rPr>
        <w:t>BibleBIBEL82</w:t>
      </w:r>
      <w:r w:rsidRPr="000767E2">
        <w:rPr>
          <w:lang w:val="sv-SE"/>
        </w:rPr>
        <w:t>:1Cor 5:13]]</w:t>
      </w:r>
      <w:r w:rsidRPr="000767E2">
        <w:rPr>
          <w:vertAlign w:val="superscript"/>
          <w:lang w:val="sv-SE"/>
        </w:rPr>
        <w:t>13</w:t>
      </w:r>
      <w:r w:rsidRPr="000767E2">
        <w:rPr>
          <w:lang w:val="sv-SE"/>
        </w:rPr>
        <w:t xml:space="preserve"> {{field-on:bible}}Men dem </w:t>
      </w:r>
      <w:r w:rsidRPr="000767E2">
        <w:rPr>
          <w:i/>
          <w:lang w:val="sv-SE"/>
        </w:rPr>
        <w:t>som är</w:t>
      </w:r>
      <w:r w:rsidRPr="000767E2">
        <w:rPr>
          <w:lang w:val="sv-SE"/>
        </w:rPr>
        <w:t xml:space="preserve"> utanför ska Gud döma. Lyft ut den onde från er själva.{{field-off:bible}}</w:t>
      </w:r>
    </w:p>
    <w:p w14:paraId="5A492D35" w14:textId="2D43979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6]]Kapitel 6</w:t>
      </w:r>
    </w:p>
    <w:p w14:paraId="44582BF6" w14:textId="77777777" w:rsidR="00BA33AB" w:rsidRPr="000767E2" w:rsidRDefault="00000000">
      <w:pPr>
        <w:pStyle w:val="Rubrik3"/>
        <w:rPr>
          <w:lang w:val="sv-SE"/>
        </w:rPr>
      </w:pPr>
      <w:r w:rsidRPr="000767E2">
        <w:rPr>
          <w:lang w:val="sv-SE"/>
        </w:rPr>
        <w:t>Rättssaker mellan kristna</w:t>
      </w:r>
    </w:p>
    <w:p w14:paraId="059B50D1" w14:textId="6B0FE90D" w:rsidR="00BA33AB" w:rsidRPr="000767E2" w:rsidRDefault="00000000">
      <w:pPr>
        <w:rPr>
          <w:lang w:val="sv-SE"/>
        </w:rPr>
      </w:pPr>
      <w:r w:rsidRPr="000767E2">
        <w:rPr>
          <w:lang w:val="sv-SE"/>
        </w:rPr>
        <w:t>[[@</w:t>
      </w:r>
      <w:r w:rsidR="0096445B" w:rsidRPr="000767E2">
        <w:rPr>
          <w:lang w:val="sv-SE"/>
        </w:rPr>
        <w:t>BibleBIBEL82</w:t>
      </w:r>
      <w:r w:rsidRPr="000767E2">
        <w:rPr>
          <w:lang w:val="sv-SE"/>
        </w:rPr>
        <w:t>:1Cor 6:1]]</w:t>
      </w:r>
      <w:r w:rsidRPr="000767E2">
        <w:rPr>
          <w:vertAlign w:val="superscript"/>
          <w:lang w:val="sv-SE"/>
        </w:rPr>
        <w:t>1</w:t>
      </w:r>
      <w:r w:rsidRPr="000767E2">
        <w:rPr>
          <w:lang w:val="sv-SE"/>
        </w:rPr>
        <w:t xml:space="preserve"> {{field-on:bible}}Vågar någon av er som har ett ärende mot den andre gå till rätta inför de orättfärdiga, och inte inför de heliga?{{field-off:bible}} [[@</w:t>
      </w:r>
      <w:r w:rsidR="0096445B" w:rsidRPr="000767E2">
        <w:rPr>
          <w:lang w:val="sv-SE"/>
        </w:rPr>
        <w:t>BibleBIBEL82</w:t>
      </w:r>
      <w:r w:rsidRPr="000767E2">
        <w:rPr>
          <w:lang w:val="sv-SE"/>
        </w:rPr>
        <w:t>:1Cor 6:2]]</w:t>
      </w:r>
      <w:r w:rsidRPr="000767E2">
        <w:rPr>
          <w:vertAlign w:val="superscript"/>
          <w:lang w:val="sv-SE"/>
        </w:rPr>
        <w:t>2</w:t>
      </w:r>
      <w:r w:rsidRPr="000767E2">
        <w:rPr>
          <w:lang w:val="sv-SE"/>
        </w:rPr>
        <w:t xml:space="preserve"> {{field-on:bible}}Eller vet ni inte att de heliga ska döma världen? Och om </w:t>
      </w:r>
      <w:r w:rsidRPr="000767E2">
        <w:rPr>
          <w:i/>
          <w:lang w:val="sv-SE"/>
        </w:rPr>
        <w:t>det är</w:t>
      </w:r>
      <w:r w:rsidRPr="000767E2">
        <w:rPr>
          <w:lang w:val="sv-SE"/>
        </w:rPr>
        <w:t xml:space="preserve"> genom er världen döms, är ni ovärdiga </w:t>
      </w:r>
      <w:r w:rsidRPr="000767E2">
        <w:rPr>
          <w:i/>
          <w:lang w:val="sv-SE"/>
        </w:rPr>
        <w:t>de</w:t>
      </w:r>
      <w:r w:rsidRPr="000767E2">
        <w:rPr>
          <w:lang w:val="sv-SE"/>
        </w:rPr>
        <w:t xml:space="preserve"> ringaste rättssaker?{{field-off:bible}} [[@</w:t>
      </w:r>
      <w:r w:rsidR="0096445B" w:rsidRPr="000767E2">
        <w:rPr>
          <w:lang w:val="sv-SE"/>
        </w:rPr>
        <w:t>BibleBIBEL82</w:t>
      </w:r>
      <w:r w:rsidRPr="000767E2">
        <w:rPr>
          <w:lang w:val="sv-SE"/>
        </w:rPr>
        <w:t>:1Cor 6:3]]</w:t>
      </w:r>
      <w:r w:rsidRPr="000767E2">
        <w:rPr>
          <w:vertAlign w:val="superscript"/>
          <w:lang w:val="sv-SE"/>
        </w:rPr>
        <w:t>3</w:t>
      </w:r>
      <w:r w:rsidRPr="000767E2">
        <w:rPr>
          <w:lang w:val="sv-SE"/>
        </w:rPr>
        <w:t xml:space="preserve"> {{field-on:bible}}Vet ni inte att änglar ska vi döma? Då inte vardagslivets </w:t>
      </w:r>
      <w:r w:rsidRPr="000767E2">
        <w:rPr>
          <w:i/>
          <w:lang w:val="sv-SE"/>
        </w:rPr>
        <w:t>ting</w:t>
      </w:r>
      <w:r w:rsidRPr="000767E2">
        <w:rPr>
          <w:lang w:val="sv-SE"/>
        </w:rPr>
        <w:t>?{{field-off:bible}}</w:t>
      </w:r>
    </w:p>
    <w:p w14:paraId="32780A3D" w14:textId="6932F6F4" w:rsidR="00BA33AB" w:rsidRPr="000767E2" w:rsidRDefault="00000000">
      <w:pPr>
        <w:rPr>
          <w:lang w:val="sv-SE"/>
        </w:rPr>
      </w:pPr>
      <w:r w:rsidRPr="000767E2">
        <w:rPr>
          <w:lang w:val="sv-SE"/>
        </w:rPr>
        <w:t>[[@</w:t>
      </w:r>
      <w:r w:rsidR="0096445B" w:rsidRPr="000767E2">
        <w:rPr>
          <w:lang w:val="sv-SE"/>
        </w:rPr>
        <w:t>BibleBIBEL82</w:t>
      </w:r>
      <w:r w:rsidRPr="000767E2">
        <w:rPr>
          <w:lang w:val="sv-SE"/>
        </w:rPr>
        <w:t>:1Cor 6:4]]</w:t>
      </w:r>
      <w:r w:rsidRPr="000767E2">
        <w:rPr>
          <w:vertAlign w:val="superscript"/>
          <w:lang w:val="sv-SE"/>
        </w:rPr>
        <w:t>4</w:t>
      </w:r>
      <w:r w:rsidRPr="000767E2">
        <w:rPr>
          <w:lang w:val="sv-SE"/>
        </w:rPr>
        <w:t xml:space="preserve"> {{field-on:bible}}När </w:t>
      </w:r>
      <w:r w:rsidRPr="000767E2">
        <w:rPr>
          <w:i/>
          <w:lang w:val="sv-SE"/>
        </w:rPr>
        <w:t>det</w:t>
      </w:r>
      <w:r w:rsidRPr="000767E2">
        <w:rPr>
          <w:lang w:val="sv-SE"/>
        </w:rPr>
        <w:t xml:space="preserve"> nu </w:t>
      </w:r>
      <w:r w:rsidRPr="000767E2">
        <w:rPr>
          <w:i/>
          <w:lang w:val="sv-SE"/>
        </w:rPr>
        <w:t>är</w:t>
      </w:r>
      <w:r w:rsidRPr="000767E2">
        <w:rPr>
          <w:lang w:val="sv-SE"/>
        </w:rPr>
        <w:t xml:space="preserve"> vardagslivets rättssaker ni har: dem som föraktas hos församlingen, dessa sätter ni </w:t>
      </w:r>
      <w:r w:rsidRPr="000767E2">
        <w:rPr>
          <w:i/>
          <w:lang w:val="sv-SE"/>
        </w:rPr>
        <w:t>till domare</w:t>
      </w:r>
      <w:r w:rsidRPr="000767E2">
        <w:rPr>
          <w:lang w:val="sv-SE"/>
        </w:rPr>
        <w:t xml:space="preserve">.{{field-off:bible}} </w:t>
      </w:r>
      <w:r w:rsidRPr="000767E2">
        <w:rPr>
          <w:lang w:val="sv-SE"/>
        </w:rPr>
        <w:lastRenderedPageBreak/>
        <w:t>[[@</w:t>
      </w:r>
      <w:r w:rsidR="0096445B" w:rsidRPr="000767E2">
        <w:rPr>
          <w:lang w:val="sv-SE"/>
        </w:rPr>
        <w:t>BibleBIBEL82</w:t>
      </w:r>
      <w:r w:rsidRPr="000767E2">
        <w:rPr>
          <w:lang w:val="sv-SE"/>
        </w:rPr>
        <w:t>:1Cor 6:5]]</w:t>
      </w:r>
      <w:r w:rsidRPr="000767E2">
        <w:rPr>
          <w:vertAlign w:val="superscript"/>
          <w:lang w:val="sv-SE"/>
        </w:rPr>
        <w:t>5</w:t>
      </w:r>
      <w:r w:rsidRPr="000767E2">
        <w:rPr>
          <w:lang w:val="sv-SE"/>
        </w:rPr>
        <w:t xml:space="preserve"> {{field-on:bible}}Till genans för er säger jag </w:t>
      </w:r>
      <w:r w:rsidRPr="000767E2">
        <w:rPr>
          <w:i/>
          <w:lang w:val="sv-SE"/>
        </w:rPr>
        <w:t>det</w:t>
      </w:r>
      <w:r w:rsidRPr="000767E2">
        <w:rPr>
          <w:lang w:val="sv-SE"/>
        </w:rPr>
        <w:t>. Så det finns inte bland er någon vis som ska kunna göra åtskillnad mellan sin broder?{{field-off:bible}} [[@</w:t>
      </w:r>
      <w:r w:rsidR="0096445B" w:rsidRPr="000767E2">
        <w:rPr>
          <w:lang w:val="sv-SE"/>
        </w:rPr>
        <w:t>BibleBIBEL82</w:t>
      </w:r>
      <w:r w:rsidRPr="000767E2">
        <w:rPr>
          <w:lang w:val="sv-SE"/>
        </w:rPr>
        <w:t>:1Cor 6:6]]</w:t>
      </w:r>
      <w:r w:rsidRPr="000767E2">
        <w:rPr>
          <w:vertAlign w:val="superscript"/>
          <w:lang w:val="sv-SE"/>
        </w:rPr>
        <w:t>6</w:t>
      </w:r>
      <w:r w:rsidRPr="000767E2">
        <w:rPr>
          <w:lang w:val="sv-SE"/>
        </w:rPr>
        <w:t xml:space="preserve"> {{field-on:bible}}Nej, broder går till rätta med broder, och detta inför otroende.{{field-off:bible}}</w:t>
      </w:r>
    </w:p>
    <w:p w14:paraId="422D955C" w14:textId="0EE97BA6" w:rsidR="00BA33AB" w:rsidRPr="000767E2" w:rsidRDefault="00000000">
      <w:pPr>
        <w:rPr>
          <w:lang w:val="sv-SE"/>
        </w:rPr>
      </w:pPr>
      <w:r w:rsidRPr="000767E2">
        <w:rPr>
          <w:lang w:val="sv-SE"/>
        </w:rPr>
        <w:t>[[@</w:t>
      </w:r>
      <w:r w:rsidR="0096445B" w:rsidRPr="000767E2">
        <w:rPr>
          <w:lang w:val="sv-SE"/>
        </w:rPr>
        <w:t>BibleBIBEL82</w:t>
      </w:r>
      <w:r w:rsidRPr="000767E2">
        <w:rPr>
          <w:lang w:val="sv-SE"/>
        </w:rPr>
        <w:t>:1Cor 6:7]]</w:t>
      </w:r>
      <w:r w:rsidRPr="000767E2">
        <w:rPr>
          <w:vertAlign w:val="superscript"/>
          <w:lang w:val="sv-SE"/>
        </w:rPr>
        <w:t>7</w:t>
      </w:r>
      <w:r w:rsidRPr="000767E2">
        <w:rPr>
          <w:lang w:val="sv-SE"/>
        </w:rPr>
        <w:t xml:space="preserve"> {{field-on:bible}}Redan är det [nu] faktiskt ett nederlag för er att ni har domar med varann. Varför inte hellre lida orätt? Varför inte hellre bli berövad?{{field-off:bible}} [[@</w:t>
      </w:r>
      <w:r w:rsidR="0096445B" w:rsidRPr="000767E2">
        <w:rPr>
          <w:lang w:val="sv-SE"/>
        </w:rPr>
        <w:t>BibleBIBEL82</w:t>
      </w:r>
      <w:r w:rsidRPr="000767E2">
        <w:rPr>
          <w:lang w:val="sv-SE"/>
        </w:rPr>
        <w:t>:1Cor 6:8]]</w:t>
      </w:r>
      <w:r w:rsidRPr="000767E2">
        <w:rPr>
          <w:vertAlign w:val="superscript"/>
          <w:lang w:val="sv-SE"/>
        </w:rPr>
        <w:t>8</w:t>
      </w:r>
      <w:r w:rsidRPr="000767E2">
        <w:rPr>
          <w:lang w:val="sv-SE"/>
        </w:rPr>
        <w:t xml:space="preserve"> {{field-on:bible}}Nej, ni gör orätt och berövar, och detta </w:t>
      </w:r>
      <w:r w:rsidRPr="000767E2">
        <w:rPr>
          <w:i/>
          <w:lang w:val="sv-SE"/>
        </w:rPr>
        <w:t>mot</w:t>
      </w:r>
      <w:r w:rsidRPr="000767E2">
        <w:rPr>
          <w:lang w:val="sv-SE"/>
        </w:rPr>
        <w:t xml:space="preserve"> syskon!{{field-off:bible}}</w:t>
      </w:r>
    </w:p>
    <w:p w14:paraId="69C7C409" w14:textId="496D1142" w:rsidR="00BA33AB" w:rsidRPr="000767E2" w:rsidRDefault="00000000">
      <w:pPr>
        <w:rPr>
          <w:lang w:val="sv-SE"/>
        </w:rPr>
      </w:pPr>
      <w:r w:rsidRPr="000767E2">
        <w:rPr>
          <w:lang w:val="sv-SE"/>
        </w:rPr>
        <w:t>[[@</w:t>
      </w:r>
      <w:r w:rsidR="0096445B" w:rsidRPr="000767E2">
        <w:rPr>
          <w:lang w:val="sv-SE"/>
        </w:rPr>
        <w:t>BibleBIBEL82</w:t>
      </w:r>
      <w:r w:rsidRPr="000767E2">
        <w:rPr>
          <w:lang w:val="sv-SE"/>
        </w:rPr>
        <w:t>:1Cor 6:9]]</w:t>
      </w:r>
      <w:r w:rsidRPr="000767E2">
        <w:rPr>
          <w:vertAlign w:val="superscript"/>
          <w:lang w:val="sv-SE"/>
        </w:rPr>
        <w:t>9</w:t>
      </w:r>
      <w:r w:rsidRPr="000767E2">
        <w:rPr>
          <w:lang w:val="sv-SE"/>
        </w:rPr>
        <w:t xml:space="preserve"> {{field-on:bible}}Eller vet ni inte att orättfärdiga inte ska </w:t>
      </w:r>
      <w:r w:rsidRPr="000767E2">
        <w:rPr>
          <w:i/>
          <w:lang w:val="sv-SE"/>
        </w:rPr>
        <w:t>få</w:t>
      </w:r>
      <w:r w:rsidRPr="000767E2">
        <w:rPr>
          <w:lang w:val="sv-SE"/>
        </w:rPr>
        <w:t xml:space="preserve"> ärva Guds rike? Förvilla er inte. Varken otuktiga eller avgudadyrkare eller äktenskapsbrytare eller mjuka eller manliggare{{field-off:bible}} [[@</w:t>
      </w:r>
      <w:r w:rsidR="0096445B" w:rsidRPr="000767E2">
        <w:rPr>
          <w:lang w:val="sv-SE"/>
        </w:rPr>
        <w:t>BibleBIBEL82</w:t>
      </w:r>
      <w:r w:rsidRPr="000767E2">
        <w:rPr>
          <w:lang w:val="sv-SE"/>
        </w:rPr>
        <w:t>:1Cor 6:10]]</w:t>
      </w:r>
      <w:r w:rsidRPr="000767E2">
        <w:rPr>
          <w:vertAlign w:val="superscript"/>
          <w:lang w:val="sv-SE"/>
        </w:rPr>
        <w:t>10</w:t>
      </w:r>
      <w:r w:rsidRPr="000767E2">
        <w:rPr>
          <w:lang w:val="sv-SE"/>
        </w:rPr>
        <w:t xml:space="preserve"> {{field-on:bible}}eller tjuvar eller giriga, inga drinkare, inga hånare, inga roffare ska </w:t>
      </w:r>
      <w:r w:rsidRPr="000767E2">
        <w:rPr>
          <w:i/>
          <w:lang w:val="sv-SE"/>
        </w:rPr>
        <w:t>få</w:t>
      </w:r>
      <w:r w:rsidRPr="000767E2">
        <w:rPr>
          <w:lang w:val="sv-SE"/>
        </w:rPr>
        <w:t xml:space="preserve"> ärva Guds rike.{{field-off:bible}} [[@</w:t>
      </w:r>
      <w:r w:rsidR="0096445B" w:rsidRPr="000767E2">
        <w:rPr>
          <w:lang w:val="sv-SE"/>
        </w:rPr>
        <w:t>BibleBIBEL82</w:t>
      </w:r>
      <w:r w:rsidRPr="000767E2">
        <w:rPr>
          <w:lang w:val="sv-SE"/>
        </w:rPr>
        <w:t>:1Cor 6:11]]</w:t>
      </w:r>
      <w:r w:rsidRPr="000767E2">
        <w:rPr>
          <w:vertAlign w:val="superscript"/>
          <w:lang w:val="sv-SE"/>
        </w:rPr>
        <w:t>11</w:t>
      </w:r>
      <w:r w:rsidRPr="000767E2">
        <w:rPr>
          <w:lang w:val="sv-SE"/>
        </w:rPr>
        <w:t xml:space="preserve"> {{field-on:bible}}Och detta var några av er. Men ni har badat av er, men ni har helgats, men ni har förklarats rättfärdiga i Herren Jesu Kristi namn och i vår Guds Ande.{{field-off:bible}}</w:t>
      </w:r>
    </w:p>
    <w:p w14:paraId="2FB87067" w14:textId="77777777" w:rsidR="00BA33AB" w:rsidRPr="000767E2" w:rsidRDefault="00000000">
      <w:pPr>
        <w:pStyle w:val="Rubrik3"/>
        <w:rPr>
          <w:lang w:val="sv-SE"/>
        </w:rPr>
      </w:pPr>
      <w:r w:rsidRPr="000767E2">
        <w:rPr>
          <w:lang w:val="sv-SE"/>
        </w:rPr>
        <w:t>Andens tempel</w:t>
      </w:r>
    </w:p>
    <w:p w14:paraId="51BCDECE" w14:textId="2F741995" w:rsidR="00BA33AB" w:rsidRPr="000767E2" w:rsidRDefault="00000000">
      <w:pPr>
        <w:rPr>
          <w:lang w:val="sv-SE"/>
        </w:rPr>
      </w:pPr>
      <w:r w:rsidRPr="000767E2">
        <w:rPr>
          <w:lang w:val="sv-SE"/>
        </w:rPr>
        <w:t>[[@</w:t>
      </w:r>
      <w:r w:rsidR="0096445B" w:rsidRPr="000767E2">
        <w:rPr>
          <w:lang w:val="sv-SE"/>
        </w:rPr>
        <w:t>BibleBIBEL82</w:t>
      </w:r>
      <w:r w:rsidRPr="000767E2">
        <w:rPr>
          <w:lang w:val="sv-SE"/>
        </w:rPr>
        <w:t>:1Cor 6:12]]</w:t>
      </w:r>
      <w:r w:rsidRPr="000767E2">
        <w:rPr>
          <w:vertAlign w:val="superscript"/>
          <w:lang w:val="sv-SE"/>
        </w:rPr>
        <w:t>12</w:t>
      </w:r>
      <w:r w:rsidRPr="000767E2">
        <w:rPr>
          <w:lang w:val="sv-SE"/>
        </w:rPr>
        <w:t xml:space="preserve"> {{field-on:bible}}Allt är för mig tillåtet – men inte allt gagnar. Allt är för mig tillåtet – men jag ska inte hamna under auktoritet av något.{{field-off:bible}} [[@</w:t>
      </w:r>
      <w:r w:rsidR="0096445B" w:rsidRPr="000767E2">
        <w:rPr>
          <w:lang w:val="sv-SE"/>
        </w:rPr>
        <w:t>BibleBIBEL82</w:t>
      </w:r>
      <w:r w:rsidRPr="000767E2">
        <w:rPr>
          <w:lang w:val="sv-SE"/>
        </w:rPr>
        <w:t>:1Cor 6:13]]</w:t>
      </w:r>
      <w:r w:rsidRPr="000767E2">
        <w:rPr>
          <w:vertAlign w:val="superscript"/>
          <w:lang w:val="sv-SE"/>
        </w:rPr>
        <w:t>13</w:t>
      </w:r>
      <w:r w:rsidRPr="000767E2">
        <w:rPr>
          <w:lang w:val="sv-SE"/>
        </w:rPr>
        <w:t xml:space="preserve"> {{field-on:bible}}Matämnena för buken och buken för matämnena – men Gud ska upphäva både denna och dessa. Men kroppen </w:t>
      </w:r>
      <w:r w:rsidRPr="000767E2">
        <w:rPr>
          <w:i/>
          <w:lang w:val="sv-SE"/>
        </w:rPr>
        <w:t>är</w:t>
      </w:r>
      <w:r w:rsidRPr="000767E2">
        <w:rPr>
          <w:lang w:val="sv-SE"/>
        </w:rPr>
        <w:t xml:space="preserve"> inte för otukt utan för Herren, och Herren för kroppen.{{field-off:bible}} [[@</w:t>
      </w:r>
      <w:r w:rsidR="0096445B" w:rsidRPr="000767E2">
        <w:rPr>
          <w:lang w:val="sv-SE"/>
        </w:rPr>
        <w:t>BibleBIBEL82</w:t>
      </w:r>
      <w:r w:rsidRPr="000767E2">
        <w:rPr>
          <w:lang w:val="sv-SE"/>
        </w:rPr>
        <w:t>:1Cor 6:14]]</w:t>
      </w:r>
      <w:r w:rsidRPr="000767E2">
        <w:rPr>
          <w:vertAlign w:val="superscript"/>
          <w:lang w:val="sv-SE"/>
        </w:rPr>
        <w:t>14</w:t>
      </w:r>
      <w:r w:rsidRPr="000767E2">
        <w:rPr>
          <w:lang w:val="sv-SE"/>
        </w:rPr>
        <w:t xml:space="preserve"> {{field-on:bible}}Och Gud har både uppväckt Herren och ska uppväcka oss genom sin makt.{{field-off:bible}}</w:t>
      </w:r>
    </w:p>
    <w:p w14:paraId="55BC784D" w14:textId="47649AE1" w:rsidR="00BA33AB" w:rsidRPr="000767E2" w:rsidRDefault="00000000">
      <w:pPr>
        <w:rPr>
          <w:lang w:val="sv-SE"/>
        </w:rPr>
      </w:pPr>
      <w:r w:rsidRPr="000767E2">
        <w:rPr>
          <w:lang w:val="sv-SE"/>
        </w:rPr>
        <w:t>[[@</w:t>
      </w:r>
      <w:r w:rsidR="0096445B" w:rsidRPr="000767E2">
        <w:rPr>
          <w:lang w:val="sv-SE"/>
        </w:rPr>
        <w:t>BibleBIBEL82</w:t>
      </w:r>
      <w:r w:rsidRPr="000767E2">
        <w:rPr>
          <w:lang w:val="sv-SE"/>
        </w:rPr>
        <w:t>:1Cor 6:15]]</w:t>
      </w:r>
      <w:r w:rsidRPr="000767E2">
        <w:rPr>
          <w:vertAlign w:val="superscript"/>
          <w:lang w:val="sv-SE"/>
        </w:rPr>
        <w:t>15</w:t>
      </w:r>
      <w:r w:rsidRPr="000767E2">
        <w:rPr>
          <w:lang w:val="sv-SE"/>
        </w:rPr>
        <w:t xml:space="preserve"> {{field-on:bible}}Vet ni inte att era kroppar är Kristi lemmar? Ska jag då ta Kristi lemmar och göra </w:t>
      </w:r>
      <w:r w:rsidRPr="000767E2">
        <w:rPr>
          <w:i/>
          <w:lang w:val="sv-SE"/>
        </w:rPr>
        <w:t>till</w:t>
      </w:r>
      <w:r w:rsidRPr="000767E2">
        <w:rPr>
          <w:lang w:val="sv-SE"/>
        </w:rPr>
        <w:t xml:space="preserve"> en skökas lemmar? Får inte ske!{{field-off:bible}} [[@</w:t>
      </w:r>
      <w:r w:rsidR="0096445B" w:rsidRPr="000767E2">
        <w:rPr>
          <w:lang w:val="sv-SE"/>
        </w:rPr>
        <w:t>BibleBIBEL82</w:t>
      </w:r>
      <w:r w:rsidRPr="000767E2">
        <w:rPr>
          <w:lang w:val="sv-SE"/>
        </w:rPr>
        <w:t>:1Cor 6:16]]</w:t>
      </w:r>
      <w:r w:rsidRPr="000767E2">
        <w:rPr>
          <w:vertAlign w:val="superscript"/>
          <w:lang w:val="sv-SE"/>
        </w:rPr>
        <w:t>16</w:t>
      </w:r>
      <w:r w:rsidRPr="000767E2">
        <w:rPr>
          <w:lang w:val="sv-SE"/>
        </w:rPr>
        <w:t xml:space="preserve"> {{field-on:bible}}[Eller] vet ni inte att den som ansluter sig till skökan är en </w:t>
      </w:r>
      <w:r w:rsidRPr="000767E2">
        <w:rPr>
          <w:i/>
          <w:lang w:val="sv-SE"/>
        </w:rPr>
        <w:t>enda</w:t>
      </w:r>
      <w:r w:rsidRPr="000767E2">
        <w:rPr>
          <w:lang w:val="sv-SE"/>
        </w:rPr>
        <w:t xml:space="preserve"> kropp? För de två, säger han, ska bli till ett kött.{{field-off:bible}} [[@</w:t>
      </w:r>
      <w:r w:rsidR="0096445B" w:rsidRPr="000767E2">
        <w:rPr>
          <w:lang w:val="sv-SE"/>
        </w:rPr>
        <w:t>BibleBIBEL82</w:t>
      </w:r>
      <w:r w:rsidRPr="000767E2">
        <w:rPr>
          <w:lang w:val="sv-SE"/>
        </w:rPr>
        <w:t>:1Cor 6:17]]</w:t>
      </w:r>
      <w:r w:rsidRPr="000767E2">
        <w:rPr>
          <w:vertAlign w:val="superscript"/>
          <w:lang w:val="sv-SE"/>
        </w:rPr>
        <w:t>17</w:t>
      </w:r>
      <w:r w:rsidRPr="000767E2">
        <w:rPr>
          <w:lang w:val="sv-SE"/>
        </w:rPr>
        <w:t xml:space="preserve"> {{field-on:bible}}Men den som ansluter sig till Herren är en </w:t>
      </w:r>
      <w:r w:rsidRPr="000767E2">
        <w:rPr>
          <w:i/>
          <w:lang w:val="sv-SE"/>
        </w:rPr>
        <w:t>enda</w:t>
      </w:r>
      <w:r w:rsidRPr="000767E2">
        <w:rPr>
          <w:lang w:val="sv-SE"/>
        </w:rPr>
        <w:t xml:space="preserve"> ande.{{field-off:bible}}</w:t>
      </w:r>
    </w:p>
    <w:p w14:paraId="3A5FF84A" w14:textId="3F9B4465" w:rsidR="00BA33AB" w:rsidRPr="000767E2" w:rsidRDefault="00000000">
      <w:pPr>
        <w:rPr>
          <w:lang w:val="sv-SE"/>
        </w:rPr>
      </w:pPr>
      <w:r>
        <w:t>[[@</w:t>
      </w:r>
      <w:r w:rsidR="0096445B">
        <w:t>BibleBIBEL82</w:t>
      </w:r>
      <w:r>
        <w:t>:1Cor 6:18]]</w:t>
      </w:r>
      <w:r>
        <w:rPr>
          <w:vertAlign w:val="superscript"/>
        </w:rPr>
        <w:t>18</w:t>
      </w:r>
      <w:r>
        <w:t xml:space="preserve"> {{</w:t>
      </w:r>
      <w:proofErr w:type="spellStart"/>
      <w:r>
        <w:t>field-</w:t>
      </w:r>
      <w:proofErr w:type="gramStart"/>
      <w:r>
        <w:t>on:bible</w:t>
      </w:r>
      <w:proofErr w:type="spellEnd"/>
      <w:r>
        <w:t>}}Fly</w:t>
      </w:r>
      <w:proofErr w:type="gramEnd"/>
      <w:r>
        <w:t xml:space="preserve"> </w:t>
      </w:r>
      <w:proofErr w:type="spellStart"/>
      <w:r>
        <w:t>otukten</w:t>
      </w:r>
      <w:proofErr w:type="spellEnd"/>
      <w:r>
        <w:t xml:space="preserve">! </w:t>
      </w:r>
      <w:r w:rsidRPr="000767E2">
        <w:rPr>
          <w:lang w:val="sv-SE"/>
        </w:rPr>
        <w:t>Varje försyndelse som en människa gör är utom kroppen, men den som begår otukt syndar mot den egna kroppen.{{field-off:bible}} [[@</w:t>
      </w:r>
      <w:r w:rsidR="0096445B" w:rsidRPr="000767E2">
        <w:rPr>
          <w:lang w:val="sv-SE"/>
        </w:rPr>
        <w:t>BibleBIBEL82</w:t>
      </w:r>
      <w:r w:rsidRPr="000767E2">
        <w:rPr>
          <w:lang w:val="sv-SE"/>
        </w:rPr>
        <w:t>:1Cor 6:19]]</w:t>
      </w:r>
      <w:r w:rsidRPr="000767E2">
        <w:rPr>
          <w:vertAlign w:val="superscript"/>
          <w:lang w:val="sv-SE"/>
        </w:rPr>
        <w:t>19</w:t>
      </w:r>
      <w:r w:rsidRPr="000767E2">
        <w:rPr>
          <w:lang w:val="sv-SE"/>
        </w:rPr>
        <w:t xml:space="preserve"> {{field-on:bible}}Eller vet ni inte att er kropp är en tempelbyggnad för den heliga Anden i er, som ni har från Gud? Och ni är inte era egna,{{field-off:bible}} [[@</w:t>
      </w:r>
      <w:r w:rsidR="0096445B" w:rsidRPr="000767E2">
        <w:rPr>
          <w:lang w:val="sv-SE"/>
        </w:rPr>
        <w:t>BibleBIBEL82</w:t>
      </w:r>
      <w:r w:rsidRPr="000767E2">
        <w:rPr>
          <w:lang w:val="sv-SE"/>
        </w:rPr>
        <w:t>:1Cor 6:20]]</w:t>
      </w:r>
      <w:r w:rsidRPr="000767E2">
        <w:rPr>
          <w:vertAlign w:val="superscript"/>
          <w:lang w:val="sv-SE"/>
        </w:rPr>
        <w:t>20</w:t>
      </w:r>
      <w:r w:rsidRPr="000767E2">
        <w:rPr>
          <w:lang w:val="sv-SE"/>
        </w:rPr>
        <w:t xml:space="preserve"> {{field-on:bible}}för ni har blivit köpta för ett värde. Ära nu Gud med er kropp.{{field-off:bible}}</w:t>
      </w:r>
    </w:p>
    <w:p w14:paraId="0EC51251" w14:textId="6AE416A9"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:1Cor 7]]Kapitel 7</w:t>
      </w:r>
    </w:p>
    <w:p w14:paraId="395C6253" w14:textId="77777777" w:rsidR="00BA33AB" w:rsidRPr="000767E2" w:rsidRDefault="00000000">
      <w:pPr>
        <w:pStyle w:val="Rubrik3"/>
        <w:rPr>
          <w:lang w:val="sv-SE"/>
        </w:rPr>
      </w:pPr>
      <w:r w:rsidRPr="000767E2">
        <w:rPr>
          <w:lang w:val="sv-SE"/>
        </w:rPr>
        <w:t>Äktenskapligt samliv</w:t>
      </w:r>
    </w:p>
    <w:p w14:paraId="2834ED22" w14:textId="32DD6887" w:rsidR="00BA33AB" w:rsidRPr="000767E2" w:rsidRDefault="00000000">
      <w:pPr>
        <w:rPr>
          <w:lang w:val="sv-SE"/>
        </w:rPr>
      </w:pPr>
      <w:r w:rsidRPr="000767E2">
        <w:rPr>
          <w:lang w:val="sv-SE"/>
        </w:rPr>
        <w:t>[[@</w:t>
      </w:r>
      <w:r w:rsidR="0096445B" w:rsidRPr="000767E2">
        <w:rPr>
          <w:lang w:val="sv-SE"/>
        </w:rPr>
        <w:t>BibleBIBEL82</w:t>
      </w:r>
      <w:r w:rsidRPr="000767E2">
        <w:rPr>
          <w:lang w:val="sv-SE"/>
        </w:rPr>
        <w:t>:1Cor 7:1]]</w:t>
      </w:r>
      <w:r w:rsidRPr="000767E2">
        <w:rPr>
          <w:vertAlign w:val="superscript"/>
          <w:lang w:val="sv-SE"/>
        </w:rPr>
        <w:t>1</w:t>
      </w:r>
      <w:r w:rsidRPr="000767E2">
        <w:rPr>
          <w:lang w:val="sv-SE"/>
        </w:rPr>
        <w:t xml:space="preserve"> {{field-on:bible}}Men om det ni skrev: </w:t>
      </w:r>
      <w:r w:rsidRPr="000767E2">
        <w:rPr>
          <w:i/>
          <w:lang w:val="sv-SE"/>
        </w:rPr>
        <w:t>Det är</w:t>
      </w:r>
      <w:r w:rsidRPr="000767E2">
        <w:rPr>
          <w:lang w:val="sv-SE"/>
        </w:rPr>
        <w:t xml:space="preserve"> bra för en man att inte röra en kvinna.{{field-off:bible}} [[@</w:t>
      </w:r>
      <w:r w:rsidR="0096445B" w:rsidRPr="000767E2">
        <w:rPr>
          <w:lang w:val="sv-SE"/>
        </w:rPr>
        <w:t>BibleBIBEL82</w:t>
      </w:r>
      <w:r w:rsidRPr="000767E2">
        <w:rPr>
          <w:lang w:val="sv-SE"/>
        </w:rPr>
        <w:t>:1Cor 7:2]]</w:t>
      </w:r>
      <w:r w:rsidRPr="000767E2">
        <w:rPr>
          <w:vertAlign w:val="superscript"/>
          <w:lang w:val="sv-SE"/>
        </w:rPr>
        <w:t>2</w:t>
      </w:r>
      <w:r w:rsidRPr="000767E2">
        <w:rPr>
          <w:lang w:val="sv-SE"/>
        </w:rPr>
        <w:t xml:space="preserve"> {{field-on:bible}}Men på grund av otuktigheterna ska var och en ha sin egen hustru, och varje </w:t>
      </w:r>
      <w:r w:rsidRPr="000767E2">
        <w:rPr>
          <w:i/>
          <w:lang w:val="sv-SE"/>
        </w:rPr>
        <w:t>kvinna</w:t>
      </w:r>
      <w:r w:rsidRPr="000767E2">
        <w:rPr>
          <w:lang w:val="sv-SE"/>
        </w:rPr>
        <w:t xml:space="preserve"> ska ha den egna mannen.{{field-off:bible}} [[@</w:t>
      </w:r>
      <w:r w:rsidR="0096445B" w:rsidRPr="000767E2">
        <w:rPr>
          <w:lang w:val="sv-SE"/>
        </w:rPr>
        <w:t>BibleBIBEL82</w:t>
      </w:r>
      <w:r w:rsidRPr="000767E2">
        <w:rPr>
          <w:lang w:val="sv-SE"/>
        </w:rPr>
        <w:t>:1Cor 7:3]]</w:t>
      </w:r>
      <w:r w:rsidRPr="000767E2">
        <w:rPr>
          <w:vertAlign w:val="superscript"/>
          <w:lang w:val="sv-SE"/>
        </w:rPr>
        <w:t>3</w:t>
      </w:r>
      <w:r w:rsidRPr="000767E2">
        <w:rPr>
          <w:lang w:val="sv-SE"/>
        </w:rPr>
        <w:t xml:space="preserve"> {{field-on:bible}}Till hustrun ska mannen infria skyldigheten, och likaså även hustrun till mannen.{{field-off:bible}} [[@</w:t>
      </w:r>
      <w:r w:rsidR="0096445B" w:rsidRPr="000767E2">
        <w:rPr>
          <w:lang w:val="sv-SE"/>
        </w:rPr>
        <w:t>BibleBIBEL82</w:t>
      </w:r>
      <w:r w:rsidRPr="000767E2">
        <w:rPr>
          <w:lang w:val="sv-SE"/>
        </w:rPr>
        <w:t>:1Cor 7:4]]</w:t>
      </w:r>
      <w:r w:rsidRPr="000767E2">
        <w:rPr>
          <w:vertAlign w:val="superscript"/>
          <w:lang w:val="sv-SE"/>
        </w:rPr>
        <w:t>4</w:t>
      </w:r>
      <w:r w:rsidRPr="000767E2">
        <w:rPr>
          <w:lang w:val="sv-SE"/>
        </w:rPr>
        <w:t xml:space="preserve"> {{field-on:bible}}Hustrun har inte auktoritet över </w:t>
      </w:r>
      <w:r w:rsidRPr="000767E2">
        <w:rPr>
          <w:i/>
          <w:lang w:val="sv-SE"/>
        </w:rPr>
        <w:t>sin</w:t>
      </w:r>
      <w:r w:rsidRPr="000767E2">
        <w:rPr>
          <w:lang w:val="sv-SE"/>
        </w:rPr>
        <w:t xml:space="preserve"> egen kropp, utan </w:t>
      </w:r>
      <w:r w:rsidRPr="000767E2">
        <w:rPr>
          <w:i/>
          <w:lang w:val="sv-SE"/>
        </w:rPr>
        <w:t>det har</w:t>
      </w:r>
      <w:r w:rsidRPr="000767E2">
        <w:rPr>
          <w:lang w:val="sv-SE"/>
        </w:rPr>
        <w:t xml:space="preserve"> mannen. Och likaså har även mannen inte auktoritet över </w:t>
      </w:r>
      <w:r w:rsidRPr="000767E2">
        <w:rPr>
          <w:i/>
          <w:lang w:val="sv-SE"/>
        </w:rPr>
        <w:t>sin</w:t>
      </w:r>
      <w:r w:rsidRPr="000767E2">
        <w:rPr>
          <w:lang w:val="sv-SE"/>
        </w:rPr>
        <w:t xml:space="preserve"> egen kropp, utan </w:t>
      </w:r>
      <w:r w:rsidRPr="000767E2">
        <w:rPr>
          <w:i/>
          <w:lang w:val="sv-SE"/>
        </w:rPr>
        <w:t>det har</w:t>
      </w:r>
      <w:r w:rsidRPr="000767E2">
        <w:rPr>
          <w:lang w:val="sv-SE"/>
        </w:rPr>
        <w:t xml:space="preserve"> hustrun.{{field-off:bible}}</w:t>
      </w:r>
    </w:p>
    <w:p w14:paraId="117A092C" w14:textId="4307A745" w:rsidR="00BA33AB" w:rsidRPr="000767E2" w:rsidRDefault="00000000">
      <w:pPr>
        <w:rPr>
          <w:lang w:val="sv-SE"/>
        </w:rPr>
      </w:pPr>
      <w:r w:rsidRPr="000767E2">
        <w:rPr>
          <w:lang w:val="sv-SE"/>
        </w:rPr>
        <w:t>[[@</w:t>
      </w:r>
      <w:r w:rsidR="0096445B" w:rsidRPr="000767E2">
        <w:rPr>
          <w:lang w:val="sv-SE"/>
        </w:rPr>
        <w:t>BibleBIBEL82</w:t>
      </w:r>
      <w:r w:rsidRPr="000767E2">
        <w:rPr>
          <w:lang w:val="sv-SE"/>
        </w:rPr>
        <w:t>:1Cor 7:5]]</w:t>
      </w:r>
      <w:r w:rsidRPr="000767E2">
        <w:rPr>
          <w:vertAlign w:val="superscript"/>
          <w:lang w:val="sv-SE"/>
        </w:rPr>
        <w:t>5</w:t>
      </w:r>
      <w:r w:rsidRPr="000767E2">
        <w:rPr>
          <w:lang w:val="sv-SE"/>
        </w:rPr>
        <w:t xml:space="preserve"> {{field-on:bible}}Beröva inte varandra. Utom möjligen utifrån samstämmighet för en tid, för att vara lediga för bönen och </w:t>
      </w:r>
      <w:r w:rsidRPr="000767E2">
        <w:rPr>
          <w:i/>
          <w:lang w:val="sv-SE"/>
        </w:rPr>
        <w:t>sedan</w:t>
      </w:r>
      <w:r w:rsidRPr="000767E2">
        <w:rPr>
          <w:lang w:val="sv-SE"/>
        </w:rPr>
        <w:t xml:space="preserve"> åter vara tillsammans, så att inte Satan frestar er på grund av er obehärskning.{{field-off:bible}} [[@</w:t>
      </w:r>
      <w:r w:rsidR="0096445B" w:rsidRPr="000767E2">
        <w:rPr>
          <w:lang w:val="sv-SE"/>
        </w:rPr>
        <w:t>BibleBIBEL82</w:t>
      </w:r>
      <w:r w:rsidRPr="000767E2">
        <w:rPr>
          <w:lang w:val="sv-SE"/>
        </w:rPr>
        <w:t>:1Cor 7:6]]</w:t>
      </w:r>
      <w:r w:rsidRPr="000767E2">
        <w:rPr>
          <w:vertAlign w:val="superscript"/>
          <w:lang w:val="sv-SE"/>
        </w:rPr>
        <w:t>6</w:t>
      </w:r>
      <w:r w:rsidRPr="000767E2">
        <w:rPr>
          <w:lang w:val="sv-SE"/>
        </w:rPr>
        <w:t xml:space="preserve"> {{field-on:bible}}Men detta säger jag som en eftergift, inte som en order.{{field-off:bible}} [[@</w:t>
      </w:r>
      <w:r w:rsidR="0096445B" w:rsidRPr="000767E2">
        <w:rPr>
          <w:lang w:val="sv-SE"/>
        </w:rPr>
        <w:t>BibleBIBEL82</w:t>
      </w:r>
      <w:r w:rsidRPr="000767E2">
        <w:rPr>
          <w:lang w:val="sv-SE"/>
        </w:rPr>
        <w:t>:1Cor 7:7]]</w:t>
      </w:r>
      <w:r w:rsidRPr="000767E2">
        <w:rPr>
          <w:vertAlign w:val="superscript"/>
          <w:lang w:val="sv-SE"/>
        </w:rPr>
        <w:t>7</w:t>
      </w:r>
      <w:r w:rsidRPr="000767E2">
        <w:rPr>
          <w:lang w:val="sv-SE"/>
        </w:rPr>
        <w:t xml:space="preserve"> {{field-on:bible}}Jag vill dock att alla människor </w:t>
      </w:r>
      <w:r w:rsidRPr="000767E2">
        <w:rPr>
          <w:i/>
          <w:lang w:val="sv-SE"/>
        </w:rPr>
        <w:t>ska</w:t>
      </w:r>
      <w:r w:rsidRPr="000767E2">
        <w:rPr>
          <w:lang w:val="sv-SE"/>
        </w:rPr>
        <w:t xml:space="preserve"> vara såsom också jag. Men var och en har en egen nådegåva från Gud: den ene så, den andre så.{{field-off:bible}}</w:t>
      </w:r>
    </w:p>
    <w:p w14:paraId="11BE8BF8" w14:textId="0595F2D2" w:rsidR="00BA33AB" w:rsidRPr="000767E2" w:rsidRDefault="00000000">
      <w:pPr>
        <w:rPr>
          <w:lang w:val="sv-SE"/>
        </w:rPr>
      </w:pPr>
      <w:r w:rsidRPr="000767E2">
        <w:rPr>
          <w:lang w:val="sv-SE"/>
        </w:rPr>
        <w:t>[[@</w:t>
      </w:r>
      <w:r w:rsidR="0096445B" w:rsidRPr="000767E2">
        <w:rPr>
          <w:lang w:val="sv-SE"/>
        </w:rPr>
        <w:t>BibleBIBEL82</w:t>
      </w:r>
      <w:r w:rsidRPr="000767E2">
        <w:rPr>
          <w:lang w:val="sv-SE"/>
        </w:rPr>
        <w:t>:1Cor 7:8]]</w:t>
      </w:r>
      <w:r w:rsidRPr="000767E2">
        <w:rPr>
          <w:vertAlign w:val="superscript"/>
          <w:lang w:val="sv-SE"/>
        </w:rPr>
        <w:t>8</w:t>
      </w:r>
      <w:r w:rsidRPr="000767E2">
        <w:rPr>
          <w:lang w:val="sv-SE"/>
        </w:rPr>
        <w:t xml:space="preserve"> {{field-on:bible}}Men jag säger till de ogifta och till änkorna: </w:t>
      </w:r>
      <w:r w:rsidRPr="000767E2">
        <w:rPr>
          <w:i/>
          <w:lang w:val="sv-SE"/>
        </w:rPr>
        <w:t>det är</w:t>
      </w:r>
      <w:r w:rsidRPr="000767E2">
        <w:rPr>
          <w:lang w:val="sv-SE"/>
        </w:rPr>
        <w:t xml:space="preserve"> bra för dem om de förblir såsom också jag.{{field-off:bible}} [[@</w:t>
      </w:r>
      <w:r w:rsidR="0096445B" w:rsidRPr="000767E2">
        <w:rPr>
          <w:lang w:val="sv-SE"/>
        </w:rPr>
        <w:t>BibleBIBEL82</w:t>
      </w:r>
      <w:r w:rsidRPr="000767E2">
        <w:rPr>
          <w:lang w:val="sv-SE"/>
        </w:rPr>
        <w:t>:1Cor 7:9]]</w:t>
      </w:r>
      <w:r w:rsidRPr="000767E2">
        <w:rPr>
          <w:vertAlign w:val="superscript"/>
          <w:lang w:val="sv-SE"/>
        </w:rPr>
        <w:t>9</w:t>
      </w:r>
      <w:r w:rsidRPr="000767E2">
        <w:rPr>
          <w:lang w:val="sv-SE"/>
        </w:rPr>
        <w:t xml:space="preserve"> {{field-on:bible}}Men om de inte behärskar sig ska de gifta sig. För det är bättre att gifta sig än att glöda.{{field-off:bible}}</w:t>
      </w:r>
    </w:p>
    <w:p w14:paraId="560C584C" w14:textId="77777777" w:rsidR="00BA33AB" w:rsidRPr="000767E2" w:rsidRDefault="00000000">
      <w:pPr>
        <w:pStyle w:val="Rubrik3"/>
        <w:rPr>
          <w:lang w:val="sv-SE"/>
        </w:rPr>
      </w:pPr>
      <w:r w:rsidRPr="000767E2">
        <w:rPr>
          <w:lang w:val="sv-SE"/>
        </w:rPr>
        <w:t>Om skilsmässa</w:t>
      </w:r>
    </w:p>
    <w:p w14:paraId="32A44615" w14:textId="5CDA8946" w:rsidR="00BA33AB" w:rsidRPr="000767E2" w:rsidRDefault="00000000">
      <w:pPr>
        <w:rPr>
          <w:lang w:val="sv-SE"/>
        </w:rPr>
      </w:pPr>
      <w:r w:rsidRPr="000767E2">
        <w:rPr>
          <w:lang w:val="sv-SE"/>
        </w:rPr>
        <w:t>[[@</w:t>
      </w:r>
      <w:r w:rsidR="0096445B" w:rsidRPr="000767E2">
        <w:rPr>
          <w:lang w:val="sv-SE"/>
        </w:rPr>
        <w:t>BibleBIBEL82</w:t>
      </w:r>
      <w:r w:rsidRPr="000767E2">
        <w:rPr>
          <w:lang w:val="sv-SE"/>
        </w:rPr>
        <w:t>:1Cor 7:10]]</w:t>
      </w:r>
      <w:r w:rsidRPr="000767E2">
        <w:rPr>
          <w:vertAlign w:val="superscript"/>
          <w:lang w:val="sv-SE"/>
        </w:rPr>
        <w:t>10</w:t>
      </w:r>
      <w:r w:rsidRPr="000767E2">
        <w:rPr>
          <w:lang w:val="sv-SE"/>
        </w:rPr>
        <w:t xml:space="preserve"> {{field-on:bible}}Men de gifta instruerar jag, inte jag utan Herren: en kvinna </w:t>
      </w:r>
      <w:r w:rsidRPr="000767E2">
        <w:rPr>
          <w:i/>
          <w:lang w:val="sv-SE"/>
        </w:rPr>
        <w:t>ska</w:t>
      </w:r>
      <w:r w:rsidRPr="000767E2">
        <w:rPr>
          <w:lang w:val="sv-SE"/>
        </w:rPr>
        <w:t xml:space="preserve"> inte skilja sig från </w:t>
      </w:r>
      <w:r w:rsidRPr="000767E2">
        <w:rPr>
          <w:i/>
          <w:lang w:val="sv-SE"/>
        </w:rPr>
        <w:t>sin</w:t>
      </w:r>
      <w:r w:rsidRPr="000767E2">
        <w:rPr>
          <w:lang w:val="sv-SE"/>
        </w:rPr>
        <w:t xml:space="preserve"> man –{{field-off:bible}} [[@</w:t>
      </w:r>
      <w:r w:rsidR="0096445B" w:rsidRPr="000767E2">
        <w:rPr>
          <w:lang w:val="sv-SE"/>
        </w:rPr>
        <w:t>BibleBIBEL82</w:t>
      </w:r>
      <w:r w:rsidRPr="000767E2">
        <w:rPr>
          <w:lang w:val="sv-SE"/>
        </w:rPr>
        <w:t>:1Cor 7:11]]</w:t>
      </w:r>
      <w:r w:rsidRPr="000767E2">
        <w:rPr>
          <w:vertAlign w:val="superscript"/>
          <w:lang w:val="sv-SE"/>
        </w:rPr>
        <w:t>11</w:t>
      </w:r>
      <w:r w:rsidRPr="000767E2">
        <w:rPr>
          <w:lang w:val="sv-SE"/>
        </w:rPr>
        <w:t xml:space="preserve"> {{field-on:bible}}men om hon också skiljer sig, ska hon förbli ogift eller försonas med mannen – och en man </w:t>
      </w:r>
      <w:r w:rsidRPr="000767E2">
        <w:rPr>
          <w:i/>
          <w:lang w:val="sv-SE"/>
        </w:rPr>
        <w:t>ska</w:t>
      </w:r>
      <w:r w:rsidRPr="000767E2">
        <w:rPr>
          <w:lang w:val="sv-SE"/>
        </w:rPr>
        <w:t xml:space="preserve"> inte lämna </w:t>
      </w:r>
      <w:r w:rsidRPr="000767E2">
        <w:rPr>
          <w:i/>
          <w:lang w:val="sv-SE"/>
        </w:rPr>
        <w:t>sin</w:t>
      </w:r>
      <w:r w:rsidRPr="000767E2">
        <w:rPr>
          <w:lang w:val="sv-SE"/>
        </w:rPr>
        <w:t xml:space="preserve"> hustru.{{field-off:bible}}</w:t>
      </w:r>
    </w:p>
    <w:p w14:paraId="632171BD" w14:textId="0565BA66" w:rsidR="00BA33AB" w:rsidRPr="000767E2" w:rsidRDefault="00000000">
      <w:pPr>
        <w:rPr>
          <w:lang w:val="sv-SE"/>
        </w:rPr>
      </w:pPr>
      <w:r w:rsidRPr="000767E2">
        <w:rPr>
          <w:lang w:val="sv-SE"/>
        </w:rPr>
        <w:t>[[@</w:t>
      </w:r>
      <w:r w:rsidR="0096445B" w:rsidRPr="000767E2">
        <w:rPr>
          <w:lang w:val="sv-SE"/>
        </w:rPr>
        <w:t>BibleBIBEL82</w:t>
      </w:r>
      <w:r w:rsidRPr="000767E2">
        <w:rPr>
          <w:lang w:val="sv-SE"/>
        </w:rPr>
        <w:t>:1Cor 7:12]]</w:t>
      </w:r>
      <w:r w:rsidRPr="000767E2">
        <w:rPr>
          <w:vertAlign w:val="superscript"/>
          <w:lang w:val="sv-SE"/>
        </w:rPr>
        <w:t>12</w:t>
      </w:r>
      <w:r w:rsidRPr="000767E2">
        <w:rPr>
          <w:lang w:val="sv-SE"/>
        </w:rPr>
        <w:t xml:space="preserve"> {{field-on:bible}}Men till de övriga säger jag, inte Herren: om en broder har en hustru </w:t>
      </w:r>
      <w:r w:rsidRPr="000767E2">
        <w:rPr>
          <w:i/>
          <w:lang w:val="sv-SE"/>
        </w:rPr>
        <w:t>som är</w:t>
      </w:r>
      <w:r w:rsidRPr="000767E2">
        <w:rPr>
          <w:lang w:val="sv-SE"/>
        </w:rPr>
        <w:t xml:space="preserve"> otroende, och hon samtycker till att bo med honom, ska han inte lämna henne.{{field-off:bible}} [[@</w:t>
      </w:r>
      <w:r w:rsidR="0096445B" w:rsidRPr="000767E2">
        <w:rPr>
          <w:lang w:val="sv-SE"/>
        </w:rPr>
        <w:t>BibleBIBEL82</w:t>
      </w:r>
      <w:r w:rsidRPr="000767E2">
        <w:rPr>
          <w:lang w:val="sv-SE"/>
        </w:rPr>
        <w:t>:1Cor 7:13]]</w:t>
      </w:r>
      <w:r w:rsidRPr="000767E2">
        <w:rPr>
          <w:vertAlign w:val="superscript"/>
          <w:lang w:val="sv-SE"/>
        </w:rPr>
        <w:t>13</w:t>
      </w:r>
      <w:r w:rsidRPr="000767E2">
        <w:rPr>
          <w:lang w:val="sv-SE"/>
        </w:rPr>
        <w:t xml:space="preserve"> {{field-on:bible}}Och en kvinna, om hon har en man </w:t>
      </w:r>
      <w:r w:rsidRPr="000767E2">
        <w:rPr>
          <w:i/>
          <w:lang w:val="sv-SE"/>
        </w:rPr>
        <w:t>som är</w:t>
      </w:r>
      <w:r w:rsidRPr="000767E2">
        <w:rPr>
          <w:lang w:val="sv-SE"/>
        </w:rPr>
        <w:t xml:space="preserve"> otroende och denne samtycker till att bo med henne, ska hon inte lämna mannen.{{field-off:bible}} [[@</w:t>
      </w:r>
      <w:r w:rsidR="0096445B" w:rsidRPr="000767E2">
        <w:rPr>
          <w:lang w:val="sv-SE"/>
        </w:rPr>
        <w:t>BibleBIBEL82</w:t>
      </w:r>
      <w:r w:rsidRPr="000767E2">
        <w:rPr>
          <w:lang w:val="sv-SE"/>
        </w:rPr>
        <w:t>:1Cor 7:14]]</w:t>
      </w:r>
      <w:r w:rsidRPr="000767E2">
        <w:rPr>
          <w:vertAlign w:val="superscript"/>
          <w:lang w:val="sv-SE"/>
        </w:rPr>
        <w:t>14</w:t>
      </w:r>
      <w:r w:rsidRPr="000767E2">
        <w:rPr>
          <w:lang w:val="sv-SE"/>
        </w:rPr>
        <w:t xml:space="preserve"> {{field-on:bible}}För den otroende mannen har helgats i hustrun, och den otroende hustrun har helgats i brodern. Annars är då era barn orena, men nu är de heliga.{{field-off:bible}}</w:t>
      </w:r>
    </w:p>
    <w:p w14:paraId="15153EE6" w14:textId="53929BC7" w:rsidR="00BA33AB" w:rsidRPr="000767E2" w:rsidRDefault="00000000">
      <w:pPr>
        <w:rPr>
          <w:lang w:val="sv-SE"/>
        </w:rPr>
      </w:pPr>
      <w:r w:rsidRPr="000767E2">
        <w:rPr>
          <w:lang w:val="sv-SE"/>
        </w:rPr>
        <w:t>[[@</w:t>
      </w:r>
      <w:r w:rsidR="0096445B" w:rsidRPr="000767E2">
        <w:rPr>
          <w:lang w:val="sv-SE"/>
        </w:rPr>
        <w:t>BibleBIBEL82</w:t>
      </w:r>
      <w:r w:rsidRPr="000767E2">
        <w:rPr>
          <w:lang w:val="sv-SE"/>
        </w:rPr>
        <w:t>:1Cor 7:15]]</w:t>
      </w:r>
      <w:r w:rsidRPr="000767E2">
        <w:rPr>
          <w:vertAlign w:val="superscript"/>
          <w:lang w:val="sv-SE"/>
        </w:rPr>
        <w:t>15</w:t>
      </w:r>
      <w:r w:rsidRPr="000767E2">
        <w:rPr>
          <w:lang w:val="sv-SE"/>
        </w:rPr>
        <w:t xml:space="preserve"> {{field-on:bible}}Men om den otroende skiljer sig, må han skilja sig. Brodern eller systern är inte förslavad i sådana </w:t>
      </w:r>
      <w:r w:rsidRPr="000767E2">
        <w:rPr>
          <w:i/>
          <w:lang w:val="sv-SE"/>
        </w:rPr>
        <w:t>fall</w:t>
      </w:r>
      <w:r w:rsidRPr="000767E2">
        <w:rPr>
          <w:lang w:val="sv-SE"/>
        </w:rPr>
        <w:t>. Och i frid har Gud kallat er.{{field-off:bible}} [[@</w:t>
      </w:r>
      <w:r w:rsidR="0096445B" w:rsidRPr="000767E2">
        <w:rPr>
          <w:lang w:val="sv-SE"/>
        </w:rPr>
        <w:t>BibleBIBEL82</w:t>
      </w:r>
      <w:r w:rsidRPr="000767E2">
        <w:rPr>
          <w:lang w:val="sv-SE"/>
        </w:rPr>
        <w:t>:1Cor 7:16]]</w:t>
      </w:r>
      <w:r w:rsidRPr="000767E2">
        <w:rPr>
          <w:vertAlign w:val="superscript"/>
          <w:lang w:val="sv-SE"/>
        </w:rPr>
        <w:t>16</w:t>
      </w:r>
      <w:r w:rsidRPr="000767E2">
        <w:rPr>
          <w:lang w:val="sv-SE"/>
        </w:rPr>
        <w:t xml:space="preserve"> {{field-on:bible}}För vad vet du, hustru, om du kommer att frälsa mannen? Eller vad vet du, man, om du kommer att frälsa hustrun?{{field-off:bible}}</w:t>
      </w:r>
    </w:p>
    <w:p w14:paraId="6B1AABDC" w14:textId="77777777" w:rsidR="00BA33AB" w:rsidRPr="000767E2" w:rsidRDefault="00000000">
      <w:pPr>
        <w:pStyle w:val="Rubrik3"/>
        <w:rPr>
          <w:lang w:val="sv-SE"/>
        </w:rPr>
      </w:pPr>
      <w:r w:rsidRPr="000767E2">
        <w:rPr>
          <w:lang w:val="sv-SE"/>
        </w:rPr>
        <w:lastRenderedPageBreak/>
        <w:t>Bli kvar i kallelsen</w:t>
      </w:r>
    </w:p>
    <w:p w14:paraId="793FFA80" w14:textId="0671543C" w:rsidR="00BA33AB" w:rsidRPr="000767E2" w:rsidRDefault="00000000">
      <w:pPr>
        <w:rPr>
          <w:lang w:val="sv-SE"/>
        </w:rPr>
      </w:pPr>
      <w:r w:rsidRPr="000767E2">
        <w:rPr>
          <w:lang w:val="sv-SE"/>
        </w:rPr>
        <w:t>[[@</w:t>
      </w:r>
      <w:r w:rsidR="0096445B" w:rsidRPr="000767E2">
        <w:rPr>
          <w:lang w:val="sv-SE"/>
        </w:rPr>
        <w:t>BibleBIBEL82</w:t>
      </w:r>
      <w:r w:rsidRPr="000767E2">
        <w:rPr>
          <w:lang w:val="sv-SE"/>
        </w:rPr>
        <w:t>:1Cor 7:17]]</w:t>
      </w:r>
      <w:r w:rsidRPr="000767E2">
        <w:rPr>
          <w:vertAlign w:val="superscript"/>
          <w:lang w:val="sv-SE"/>
        </w:rPr>
        <w:t>17</w:t>
      </w:r>
      <w:r w:rsidRPr="000767E2">
        <w:rPr>
          <w:lang w:val="sv-SE"/>
        </w:rPr>
        <w:t xml:space="preserve"> {{field-on:bible}}Utan åt var och en såsom Herren har tilldelat, var och en såsom Gud har kallat, så ska han vandra. Och så förordnar jag i alla församlingarna.{{field-off:bible}} [[@</w:t>
      </w:r>
      <w:r w:rsidR="0096445B" w:rsidRPr="000767E2">
        <w:rPr>
          <w:lang w:val="sv-SE"/>
        </w:rPr>
        <w:t>BibleBIBEL82</w:t>
      </w:r>
      <w:r w:rsidRPr="000767E2">
        <w:rPr>
          <w:lang w:val="sv-SE"/>
        </w:rPr>
        <w:t>:1Cor 7:18]]</w:t>
      </w:r>
      <w:r w:rsidRPr="000767E2">
        <w:rPr>
          <w:vertAlign w:val="superscript"/>
          <w:lang w:val="sv-SE"/>
        </w:rPr>
        <w:t>18</w:t>
      </w:r>
      <w:r w:rsidRPr="000767E2">
        <w:rPr>
          <w:lang w:val="sv-SE"/>
        </w:rPr>
        <w:t xml:space="preserve"> {{field-on:bible}}Blev någon kallad </w:t>
      </w:r>
      <w:r w:rsidRPr="000767E2">
        <w:rPr>
          <w:i/>
          <w:lang w:val="sv-SE"/>
        </w:rPr>
        <w:t>som</w:t>
      </w:r>
      <w:r w:rsidRPr="000767E2">
        <w:rPr>
          <w:lang w:val="sv-SE"/>
        </w:rPr>
        <w:t xml:space="preserve"> omskuren? Han ska inte dra över </w:t>
      </w:r>
      <w:r w:rsidRPr="000767E2">
        <w:rPr>
          <w:i/>
          <w:lang w:val="sv-SE"/>
        </w:rPr>
        <w:t>förhuden</w:t>
      </w:r>
      <w:r w:rsidRPr="000767E2">
        <w:rPr>
          <w:lang w:val="sv-SE"/>
        </w:rPr>
        <w:t>. Har någon blivit kallad med förhud? Han ska inte omskära sig.{{field-off:bible}} [[@</w:t>
      </w:r>
      <w:r w:rsidR="0096445B" w:rsidRPr="000767E2">
        <w:rPr>
          <w:lang w:val="sv-SE"/>
        </w:rPr>
        <w:t>BibleBIBEL82</w:t>
      </w:r>
      <w:r w:rsidRPr="000767E2">
        <w:rPr>
          <w:lang w:val="sv-SE"/>
        </w:rPr>
        <w:t>:1Cor 7:19]]</w:t>
      </w:r>
      <w:r w:rsidRPr="000767E2">
        <w:rPr>
          <w:vertAlign w:val="superscript"/>
          <w:lang w:val="sv-SE"/>
        </w:rPr>
        <w:t>19</w:t>
      </w:r>
      <w:r w:rsidRPr="000767E2">
        <w:rPr>
          <w:lang w:val="sv-SE"/>
        </w:rPr>
        <w:t xml:space="preserve"> {{field-on:bible}}Omskärelsen är ingenting och förhuden är ingenting, men </w:t>
      </w:r>
      <w:r w:rsidRPr="000767E2">
        <w:rPr>
          <w:i/>
          <w:lang w:val="sv-SE"/>
        </w:rPr>
        <w:t>det är</w:t>
      </w:r>
      <w:r w:rsidRPr="000767E2">
        <w:rPr>
          <w:lang w:val="sv-SE"/>
        </w:rPr>
        <w:t xml:space="preserve"> hållande av Guds bud.{{field-off:bible}}</w:t>
      </w:r>
    </w:p>
    <w:p w14:paraId="2679E9C7" w14:textId="7765D67C" w:rsidR="00BA33AB" w:rsidRPr="000767E2" w:rsidRDefault="00000000">
      <w:pPr>
        <w:rPr>
          <w:lang w:val="sv-SE"/>
        </w:rPr>
      </w:pPr>
      <w:r w:rsidRPr="000767E2">
        <w:rPr>
          <w:lang w:val="sv-SE"/>
        </w:rPr>
        <w:t>[[@</w:t>
      </w:r>
      <w:r w:rsidR="0096445B" w:rsidRPr="000767E2">
        <w:rPr>
          <w:lang w:val="sv-SE"/>
        </w:rPr>
        <w:t>BibleBIBEL82</w:t>
      </w:r>
      <w:r w:rsidRPr="000767E2">
        <w:rPr>
          <w:lang w:val="sv-SE"/>
        </w:rPr>
        <w:t>:1Cor 7:20]]</w:t>
      </w:r>
      <w:r w:rsidRPr="000767E2">
        <w:rPr>
          <w:vertAlign w:val="superscript"/>
          <w:lang w:val="sv-SE"/>
        </w:rPr>
        <w:t>20</w:t>
      </w:r>
      <w:r w:rsidRPr="000767E2">
        <w:rPr>
          <w:lang w:val="sv-SE"/>
        </w:rPr>
        <w:t xml:space="preserve"> {{field-on:bible}}Var och en ska i kallelsen i vilken han blev kallad, i denna ska han bli kvar.{{field-off:bible}} [[@</w:t>
      </w:r>
      <w:r w:rsidR="0096445B" w:rsidRPr="000767E2">
        <w:rPr>
          <w:lang w:val="sv-SE"/>
        </w:rPr>
        <w:t>BibleBIBEL82</w:t>
      </w:r>
      <w:r w:rsidRPr="000767E2">
        <w:rPr>
          <w:lang w:val="sv-SE"/>
        </w:rPr>
        <w:t>:1Cor 7:21]]</w:t>
      </w:r>
      <w:r w:rsidRPr="000767E2">
        <w:rPr>
          <w:vertAlign w:val="superscript"/>
          <w:lang w:val="sv-SE"/>
        </w:rPr>
        <w:t>21</w:t>
      </w:r>
      <w:r w:rsidRPr="000767E2">
        <w:rPr>
          <w:lang w:val="sv-SE"/>
        </w:rPr>
        <w:t xml:space="preserve"> {{field-on:bible}}Blev du kallad </w:t>
      </w:r>
      <w:r w:rsidRPr="000767E2">
        <w:rPr>
          <w:i/>
          <w:lang w:val="sv-SE"/>
        </w:rPr>
        <w:t>som</w:t>
      </w:r>
      <w:r w:rsidRPr="000767E2">
        <w:rPr>
          <w:lang w:val="sv-SE"/>
        </w:rPr>
        <w:t xml:space="preserve"> fasttjänare? Det ska inte bry dig. Men om du även kan bli fri, använd hellre </w:t>
      </w:r>
      <w:r w:rsidRPr="000767E2">
        <w:rPr>
          <w:i/>
          <w:lang w:val="sv-SE"/>
        </w:rPr>
        <w:t>möjligheten</w:t>
      </w:r>
      <w:r w:rsidRPr="000767E2">
        <w:rPr>
          <w:lang w:val="sv-SE"/>
        </w:rPr>
        <w:t>.{{field-off:bible}} [[@</w:t>
      </w:r>
      <w:r w:rsidR="0096445B" w:rsidRPr="000767E2">
        <w:rPr>
          <w:lang w:val="sv-SE"/>
        </w:rPr>
        <w:t>BibleBIBEL82</w:t>
      </w:r>
      <w:r w:rsidRPr="000767E2">
        <w:rPr>
          <w:lang w:val="sv-SE"/>
        </w:rPr>
        <w:t>:1Cor 7:22]]</w:t>
      </w:r>
      <w:r w:rsidRPr="000767E2">
        <w:rPr>
          <w:vertAlign w:val="superscript"/>
          <w:lang w:val="sv-SE"/>
        </w:rPr>
        <w:t>22</w:t>
      </w:r>
      <w:r w:rsidRPr="000767E2">
        <w:rPr>
          <w:lang w:val="sv-SE"/>
        </w:rPr>
        <w:t xml:space="preserve"> {{field-on:bible}}För den som i Herren har blivit kallad </w:t>
      </w:r>
      <w:r w:rsidRPr="000767E2">
        <w:rPr>
          <w:i/>
          <w:lang w:val="sv-SE"/>
        </w:rPr>
        <w:t>som</w:t>
      </w:r>
      <w:r w:rsidRPr="000767E2">
        <w:rPr>
          <w:lang w:val="sv-SE"/>
        </w:rPr>
        <w:t xml:space="preserve"> fasttjänare är Herrens frigivne. Likaså, den frie som har blivit kallad är Kristi fasttjänare.{{field-off:bible}} [[@</w:t>
      </w:r>
      <w:r w:rsidR="0096445B" w:rsidRPr="000767E2">
        <w:rPr>
          <w:lang w:val="sv-SE"/>
        </w:rPr>
        <w:t>BibleBIBEL82</w:t>
      </w:r>
      <w:r w:rsidRPr="000767E2">
        <w:rPr>
          <w:lang w:val="sv-SE"/>
        </w:rPr>
        <w:t>:1Cor 7:23]]</w:t>
      </w:r>
      <w:r w:rsidRPr="000767E2">
        <w:rPr>
          <w:vertAlign w:val="superscript"/>
          <w:lang w:val="sv-SE"/>
        </w:rPr>
        <w:t>23</w:t>
      </w:r>
      <w:r w:rsidRPr="000767E2">
        <w:rPr>
          <w:lang w:val="sv-SE"/>
        </w:rPr>
        <w:t xml:space="preserve"> {{field-on:bible}}För ett värde har ni blivit köpta. Bli inte fasttjänare under människor.{{field-off:bible}} [[@</w:t>
      </w:r>
      <w:r w:rsidR="0096445B" w:rsidRPr="000767E2">
        <w:rPr>
          <w:lang w:val="sv-SE"/>
        </w:rPr>
        <w:t>BibleBIBEL82</w:t>
      </w:r>
      <w:r w:rsidRPr="000767E2">
        <w:rPr>
          <w:lang w:val="sv-SE"/>
        </w:rPr>
        <w:t>:1Cor 7:24]]</w:t>
      </w:r>
      <w:r w:rsidRPr="000767E2">
        <w:rPr>
          <w:vertAlign w:val="superscript"/>
          <w:lang w:val="sv-SE"/>
        </w:rPr>
        <w:t>24</w:t>
      </w:r>
      <w:r w:rsidRPr="000767E2">
        <w:rPr>
          <w:lang w:val="sv-SE"/>
        </w:rPr>
        <w:t xml:space="preserve"> {{field-on:bible}}Var och en ska i det han blev kallad, syskon, i detta ska han förbli inför Gud.{{field-off:bible}}</w:t>
      </w:r>
    </w:p>
    <w:p w14:paraId="2E0A32B6" w14:textId="77777777" w:rsidR="00BA33AB" w:rsidRPr="000767E2" w:rsidRDefault="00000000">
      <w:pPr>
        <w:pStyle w:val="Rubrik3"/>
        <w:rPr>
          <w:lang w:val="sv-SE"/>
        </w:rPr>
      </w:pPr>
      <w:r w:rsidRPr="000767E2">
        <w:rPr>
          <w:lang w:val="sv-SE"/>
        </w:rPr>
        <w:t>Gift eller ogift</w:t>
      </w:r>
    </w:p>
    <w:p w14:paraId="58484B87" w14:textId="2AE2F294" w:rsidR="00BA33AB" w:rsidRPr="000767E2" w:rsidRDefault="00000000">
      <w:pPr>
        <w:rPr>
          <w:lang w:val="sv-SE"/>
        </w:rPr>
      </w:pPr>
      <w:r w:rsidRPr="000767E2">
        <w:rPr>
          <w:lang w:val="sv-SE"/>
        </w:rPr>
        <w:t>[[@</w:t>
      </w:r>
      <w:r w:rsidR="0096445B" w:rsidRPr="000767E2">
        <w:rPr>
          <w:lang w:val="sv-SE"/>
        </w:rPr>
        <w:t>BibleBIBEL82</w:t>
      </w:r>
      <w:r w:rsidRPr="000767E2">
        <w:rPr>
          <w:lang w:val="sv-SE"/>
        </w:rPr>
        <w:t>:1Cor 7:25]]</w:t>
      </w:r>
      <w:r w:rsidRPr="000767E2">
        <w:rPr>
          <w:vertAlign w:val="superscript"/>
          <w:lang w:val="sv-SE"/>
        </w:rPr>
        <w:t>25</w:t>
      </w:r>
      <w:r w:rsidRPr="000767E2">
        <w:rPr>
          <w:lang w:val="sv-SE"/>
        </w:rPr>
        <w:t xml:space="preserve"> {{field-on:bible}}Men om jungfrurna har jag ingen order från Herren. Men </w:t>
      </w:r>
      <w:r w:rsidRPr="000767E2">
        <w:rPr>
          <w:i/>
          <w:lang w:val="sv-SE"/>
        </w:rPr>
        <w:t>min</w:t>
      </w:r>
      <w:r w:rsidRPr="000767E2">
        <w:rPr>
          <w:lang w:val="sv-SE"/>
        </w:rPr>
        <w:t xml:space="preserve"> mening ger jag, som en som fått barmhärtighet av Herren att vara betrodd.{{field-off:bible}} [[@</w:t>
      </w:r>
      <w:r w:rsidR="0096445B" w:rsidRPr="000767E2">
        <w:rPr>
          <w:lang w:val="sv-SE"/>
        </w:rPr>
        <w:t>BibleBIBEL82</w:t>
      </w:r>
      <w:r w:rsidRPr="000767E2">
        <w:rPr>
          <w:lang w:val="sv-SE"/>
        </w:rPr>
        <w:t>:1Cor 7:26]]</w:t>
      </w:r>
      <w:r w:rsidRPr="000767E2">
        <w:rPr>
          <w:vertAlign w:val="superscript"/>
          <w:lang w:val="sv-SE"/>
        </w:rPr>
        <w:t>26</w:t>
      </w:r>
      <w:r w:rsidRPr="000767E2">
        <w:rPr>
          <w:lang w:val="sv-SE"/>
        </w:rPr>
        <w:t xml:space="preserve"> {{field-on:bible}}Jag antar nu att det är bra, på grund av det innevarande nödtvånget, att </w:t>
      </w:r>
      <w:r w:rsidRPr="000767E2">
        <w:rPr>
          <w:i/>
          <w:lang w:val="sv-SE"/>
        </w:rPr>
        <w:t>det är</w:t>
      </w:r>
      <w:r w:rsidRPr="000767E2">
        <w:rPr>
          <w:lang w:val="sv-SE"/>
        </w:rPr>
        <w:t xml:space="preserve"> bra för en människa att vara så.{{field-off:bible}} [[@</w:t>
      </w:r>
      <w:r w:rsidR="0096445B" w:rsidRPr="000767E2">
        <w:rPr>
          <w:lang w:val="sv-SE"/>
        </w:rPr>
        <w:t>BibleBIBEL82</w:t>
      </w:r>
      <w:r w:rsidRPr="000767E2">
        <w:rPr>
          <w:lang w:val="sv-SE"/>
        </w:rPr>
        <w:t>:1Cor 7:27]]</w:t>
      </w:r>
      <w:r w:rsidRPr="000767E2">
        <w:rPr>
          <w:vertAlign w:val="superscript"/>
          <w:lang w:val="sv-SE"/>
        </w:rPr>
        <w:t>27</w:t>
      </w:r>
      <w:r w:rsidRPr="000767E2">
        <w:rPr>
          <w:lang w:val="sv-SE"/>
        </w:rPr>
        <w:t xml:space="preserve"> {{field-on:bible}}Är du bunden vid hustru? Sök inte lösning. Är du löst från hustru? Sök inte hustru.{{field-off:bible}} [[@</w:t>
      </w:r>
      <w:r w:rsidR="0096445B" w:rsidRPr="000767E2">
        <w:rPr>
          <w:lang w:val="sv-SE"/>
        </w:rPr>
        <w:t>BibleBIBEL82</w:t>
      </w:r>
      <w:r w:rsidRPr="000767E2">
        <w:rPr>
          <w:lang w:val="sv-SE"/>
        </w:rPr>
        <w:t>:1Cor 7:28]]</w:t>
      </w:r>
      <w:r w:rsidRPr="000767E2">
        <w:rPr>
          <w:vertAlign w:val="superscript"/>
          <w:lang w:val="sv-SE"/>
        </w:rPr>
        <w:t>28</w:t>
      </w:r>
      <w:r w:rsidRPr="000767E2">
        <w:rPr>
          <w:lang w:val="sv-SE"/>
        </w:rPr>
        <w:t xml:space="preserve"> {{field-on:bible}}Men även om du gifter dig har du inte syndat. Och om jungfrun gifter sig har hon inte syndat. Men nöd i köttet kommer sådana att ha, och jag skonar er </w:t>
      </w:r>
      <w:r w:rsidRPr="000767E2">
        <w:rPr>
          <w:i/>
          <w:lang w:val="sv-SE"/>
        </w:rPr>
        <w:t>gärna</w:t>
      </w:r>
      <w:r w:rsidRPr="000767E2">
        <w:rPr>
          <w:lang w:val="sv-SE"/>
        </w:rPr>
        <w:t>.{{field-off:bible}}</w:t>
      </w:r>
    </w:p>
    <w:p w14:paraId="68866AF5" w14:textId="27EE6B19" w:rsidR="00BA33AB" w:rsidRPr="000767E2" w:rsidRDefault="00000000">
      <w:pPr>
        <w:rPr>
          <w:lang w:val="sv-SE"/>
        </w:rPr>
      </w:pPr>
      <w:r w:rsidRPr="000767E2">
        <w:rPr>
          <w:lang w:val="sv-SE"/>
        </w:rPr>
        <w:t>[[@</w:t>
      </w:r>
      <w:r w:rsidR="0096445B" w:rsidRPr="000767E2">
        <w:rPr>
          <w:lang w:val="sv-SE"/>
        </w:rPr>
        <w:t>BibleBIBEL82</w:t>
      </w:r>
      <w:r w:rsidRPr="000767E2">
        <w:rPr>
          <w:lang w:val="sv-SE"/>
        </w:rPr>
        <w:t>:1Cor 7:29]]</w:t>
      </w:r>
      <w:r w:rsidRPr="000767E2">
        <w:rPr>
          <w:vertAlign w:val="superscript"/>
          <w:lang w:val="sv-SE"/>
        </w:rPr>
        <w:t>29</w:t>
      </w:r>
      <w:r w:rsidRPr="000767E2">
        <w:rPr>
          <w:lang w:val="sv-SE"/>
        </w:rPr>
        <w:t xml:space="preserve"> {{field-on:bible}}Men detta säger jag, syskon: Tiden är sammandragen. Framöver att även de som har hustrur ska vara som </w:t>
      </w:r>
      <w:r w:rsidRPr="000767E2">
        <w:rPr>
          <w:i/>
          <w:lang w:val="sv-SE"/>
        </w:rPr>
        <w:t>att</w:t>
      </w:r>
      <w:r w:rsidRPr="000767E2">
        <w:rPr>
          <w:lang w:val="sv-SE"/>
        </w:rPr>
        <w:t xml:space="preserve"> de inte har,{{field-off:bible}} [[@</w:t>
      </w:r>
      <w:r w:rsidR="0096445B" w:rsidRPr="000767E2">
        <w:rPr>
          <w:lang w:val="sv-SE"/>
        </w:rPr>
        <w:t>BibleBIBEL82</w:t>
      </w:r>
      <w:r w:rsidRPr="000767E2">
        <w:rPr>
          <w:lang w:val="sv-SE"/>
        </w:rPr>
        <w:t>:1Cor 7:30]]</w:t>
      </w:r>
      <w:r w:rsidRPr="000767E2">
        <w:rPr>
          <w:vertAlign w:val="superscript"/>
          <w:lang w:val="sv-SE"/>
        </w:rPr>
        <w:t>30</w:t>
      </w:r>
      <w:r w:rsidRPr="000767E2">
        <w:rPr>
          <w:lang w:val="sv-SE"/>
        </w:rPr>
        <w:t xml:space="preserve"> {{field-on:bible}}och de som gråter som </w:t>
      </w:r>
      <w:r w:rsidRPr="000767E2">
        <w:rPr>
          <w:i/>
          <w:lang w:val="sv-SE"/>
        </w:rPr>
        <w:t>att</w:t>
      </w:r>
      <w:r w:rsidRPr="000767E2">
        <w:rPr>
          <w:lang w:val="sv-SE"/>
        </w:rPr>
        <w:t xml:space="preserve"> de inte gråter, och de som gläder sig som </w:t>
      </w:r>
      <w:r w:rsidRPr="000767E2">
        <w:rPr>
          <w:i/>
          <w:lang w:val="sv-SE"/>
        </w:rPr>
        <w:t>att</w:t>
      </w:r>
      <w:r w:rsidRPr="000767E2">
        <w:rPr>
          <w:lang w:val="sv-SE"/>
        </w:rPr>
        <w:t xml:space="preserve"> de inte gläder sig, och de som köper som </w:t>
      </w:r>
      <w:r w:rsidRPr="000767E2">
        <w:rPr>
          <w:i/>
          <w:lang w:val="sv-SE"/>
        </w:rPr>
        <w:t>att</w:t>
      </w:r>
      <w:r w:rsidRPr="000767E2">
        <w:rPr>
          <w:lang w:val="sv-SE"/>
        </w:rPr>
        <w:t xml:space="preserve"> de inte behåller,{{field-off:bible}} [[@</w:t>
      </w:r>
      <w:r w:rsidR="0096445B" w:rsidRPr="000767E2">
        <w:rPr>
          <w:lang w:val="sv-SE"/>
        </w:rPr>
        <w:t>BibleBIBEL82</w:t>
      </w:r>
      <w:r w:rsidRPr="000767E2">
        <w:rPr>
          <w:lang w:val="sv-SE"/>
        </w:rPr>
        <w:t>:1Cor 7:31]]</w:t>
      </w:r>
      <w:r w:rsidRPr="000767E2">
        <w:rPr>
          <w:vertAlign w:val="superscript"/>
          <w:lang w:val="sv-SE"/>
        </w:rPr>
        <w:t>31</w:t>
      </w:r>
      <w:r w:rsidRPr="000767E2">
        <w:rPr>
          <w:lang w:val="sv-SE"/>
        </w:rPr>
        <w:t xml:space="preserve"> {{field-on:bible}}och de som använder världen som </w:t>
      </w:r>
      <w:r w:rsidRPr="000767E2">
        <w:rPr>
          <w:i/>
          <w:lang w:val="sv-SE"/>
        </w:rPr>
        <w:t>att</w:t>
      </w:r>
      <w:r w:rsidRPr="000767E2">
        <w:rPr>
          <w:lang w:val="sv-SE"/>
        </w:rPr>
        <w:t xml:space="preserve"> de inte begagnar. För den yttre formen av denna värld drar förbi,{{field-off:bible}} [[@</w:t>
      </w:r>
      <w:r w:rsidR="0096445B" w:rsidRPr="000767E2">
        <w:rPr>
          <w:lang w:val="sv-SE"/>
        </w:rPr>
        <w:t>BibleBIBEL82</w:t>
      </w:r>
      <w:r w:rsidRPr="000767E2">
        <w:rPr>
          <w:lang w:val="sv-SE"/>
        </w:rPr>
        <w:t>:1Cor 7:32]]</w:t>
      </w:r>
      <w:r w:rsidRPr="000767E2">
        <w:rPr>
          <w:vertAlign w:val="superscript"/>
          <w:lang w:val="sv-SE"/>
        </w:rPr>
        <w:t>32</w:t>
      </w:r>
      <w:r w:rsidRPr="000767E2">
        <w:rPr>
          <w:lang w:val="sv-SE"/>
        </w:rPr>
        <w:t xml:space="preserve"> {{field-on:bible}}och jag vill att ni ska vara obekymrade.{{field-off:bible}}</w:t>
      </w:r>
    </w:p>
    <w:p w14:paraId="07C22EF2" w14:textId="09DF243E" w:rsidR="00BA33AB" w:rsidRPr="000767E2" w:rsidRDefault="00000000">
      <w:pPr>
        <w:rPr>
          <w:lang w:val="sv-SE"/>
        </w:rPr>
      </w:pPr>
      <w:r w:rsidRPr="000767E2">
        <w:rPr>
          <w:lang w:val="sv-SE"/>
        </w:rPr>
        <w:t xml:space="preserve">{{field-on:bible}}Den ogifte bekymrar sig om Herrens </w:t>
      </w:r>
      <w:r w:rsidRPr="000767E2">
        <w:rPr>
          <w:i/>
          <w:lang w:val="sv-SE"/>
        </w:rPr>
        <w:t>ting</w:t>
      </w:r>
      <w:r w:rsidRPr="000767E2">
        <w:rPr>
          <w:lang w:val="sv-SE"/>
        </w:rPr>
        <w:t>, hur han ska behaga Herren.{{field-off:bible}} [[@</w:t>
      </w:r>
      <w:r w:rsidR="0096445B" w:rsidRPr="000767E2">
        <w:rPr>
          <w:lang w:val="sv-SE"/>
        </w:rPr>
        <w:t>BibleBIBEL82</w:t>
      </w:r>
      <w:r w:rsidRPr="000767E2">
        <w:rPr>
          <w:lang w:val="sv-SE"/>
        </w:rPr>
        <w:t>:1Cor 7:33]]</w:t>
      </w:r>
      <w:r w:rsidRPr="000767E2">
        <w:rPr>
          <w:vertAlign w:val="superscript"/>
          <w:lang w:val="sv-SE"/>
        </w:rPr>
        <w:t>33</w:t>
      </w:r>
      <w:r w:rsidRPr="000767E2">
        <w:rPr>
          <w:lang w:val="sv-SE"/>
        </w:rPr>
        <w:t xml:space="preserve"> {{field-on:bible}}Men den som har gift sig bekymrar sig om världens </w:t>
      </w:r>
      <w:r w:rsidRPr="000767E2">
        <w:rPr>
          <w:i/>
          <w:lang w:val="sv-SE"/>
        </w:rPr>
        <w:t>ting</w:t>
      </w:r>
      <w:r w:rsidRPr="000767E2">
        <w:rPr>
          <w:lang w:val="sv-SE"/>
        </w:rPr>
        <w:t>, hur han ska behaga hustrun,{{field-off:bible}} [[@</w:t>
      </w:r>
      <w:r w:rsidR="0096445B" w:rsidRPr="000767E2">
        <w:rPr>
          <w:lang w:val="sv-SE"/>
        </w:rPr>
        <w:t>BibleBIBEL82</w:t>
      </w:r>
      <w:r w:rsidRPr="000767E2">
        <w:rPr>
          <w:lang w:val="sv-SE"/>
        </w:rPr>
        <w:t>:1Cor 7:34]]</w:t>
      </w:r>
      <w:r w:rsidRPr="000767E2">
        <w:rPr>
          <w:vertAlign w:val="superscript"/>
          <w:lang w:val="sv-SE"/>
        </w:rPr>
        <w:t>34</w:t>
      </w:r>
      <w:r w:rsidRPr="000767E2">
        <w:rPr>
          <w:lang w:val="sv-SE"/>
        </w:rPr>
        <w:t xml:space="preserve"> {{field-on:bible}}och han är delad. Och den ogifta kvinnan och jungfrun bekymrar sig om Herrens </w:t>
      </w:r>
      <w:r w:rsidRPr="000767E2">
        <w:rPr>
          <w:i/>
          <w:lang w:val="sv-SE"/>
        </w:rPr>
        <w:t>ting</w:t>
      </w:r>
      <w:r w:rsidRPr="000767E2">
        <w:rPr>
          <w:lang w:val="sv-SE"/>
        </w:rPr>
        <w:t xml:space="preserve">, att vara helig till både kroppen och anden. Men hon som har gift sig bekymrar sig om världens </w:t>
      </w:r>
      <w:r w:rsidRPr="000767E2">
        <w:rPr>
          <w:i/>
          <w:lang w:val="sv-SE"/>
        </w:rPr>
        <w:t>ting</w:t>
      </w:r>
      <w:r w:rsidRPr="000767E2">
        <w:rPr>
          <w:lang w:val="sv-SE"/>
        </w:rPr>
        <w:t xml:space="preserve">, hur hon ska behaga mannen.{{field-off:bible}} </w:t>
      </w:r>
      <w:r w:rsidRPr="000767E2">
        <w:rPr>
          <w:lang w:val="sv-SE"/>
        </w:rPr>
        <w:lastRenderedPageBreak/>
        <w:t>[[@</w:t>
      </w:r>
      <w:r w:rsidR="0096445B" w:rsidRPr="000767E2">
        <w:rPr>
          <w:lang w:val="sv-SE"/>
        </w:rPr>
        <w:t>BibleBIBEL82</w:t>
      </w:r>
      <w:r w:rsidRPr="000767E2">
        <w:rPr>
          <w:lang w:val="sv-SE"/>
        </w:rPr>
        <w:t>:1Cor 7:35]]</w:t>
      </w:r>
      <w:r w:rsidRPr="000767E2">
        <w:rPr>
          <w:vertAlign w:val="superscript"/>
          <w:lang w:val="sv-SE"/>
        </w:rPr>
        <w:t>35</w:t>
      </w:r>
      <w:r w:rsidRPr="000767E2">
        <w:rPr>
          <w:lang w:val="sv-SE"/>
        </w:rPr>
        <w:t xml:space="preserve"> {{field-on:bible}}Och detta säger jag för ert eget gagn. Inte för att lägga på er en rännsnara, utan för det </w:t>
      </w:r>
      <w:r w:rsidRPr="000767E2">
        <w:rPr>
          <w:i/>
          <w:lang w:val="sv-SE"/>
        </w:rPr>
        <w:t>som är</w:t>
      </w:r>
      <w:r w:rsidRPr="000767E2">
        <w:rPr>
          <w:lang w:val="sv-SE"/>
        </w:rPr>
        <w:t xml:space="preserve"> anständigt och välassisterande för Herren utan distraktion.{{field-off:bible}}</w:t>
      </w:r>
    </w:p>
    <w:p w14:paraId="3F8FA9A5" w14:textId="1EF0F085" w:rsidR="00BA33AB" w:rsidRPr="000767E2" w:rsidRDefault="00000000">
      <w:pPr>
        <w:rPr>
          <w:lang w:val="sv-SE"/>
        </w:rPr>
      </w:pPr>
      <w:r w:rsidRPr="000767E2">
        <w:rPr>
          <w:lang w:val="sv-SE"/>
        </w:rPr>
        <w:t>[[@</w:t>
      </w:r>
      <w:r w:rsidR="0096445B" w:rsidRPr="000767E2">
        <w:rPr>
          <w:lang w:val="sv-SE"/>
        </w:rPr>
        <w:t>BibleBIBEL82</w:t>
      </w:r>
      <w:r w:rsidRPr="000767E2">
        <w:rPr>
          <w:lang w:val="sv-SE"/>
        </w:rPr>
        <w:t>:1Cor 7:36]]</w:t>
      </w:r>
      <w:r w:rsidRPr="000767E2">
        <w:rPr>
          <w:vertAlign w:val="superscript"/>
          <w:lang w:val="sv-SE"/>
        </w:rPr>
        <w:t>36</w:t>
      </w:r>
      <w:r w:rsidRPr="000767E2">
        <w:rPr>
          <w:lang w:val="sv-SE"/>
        </w:rPr>
        <w:t xml:space="preserve"> {{field-on:bible}}Men om någon antar </w:t>
      </w:r>
      <w:r w:rsidRPr="000767E2">
        <w:rPr>
          <w:i/>
          <w:lang w:val="sv-SE"/>
        </w:rPr>
        <w:t>sig</w:t>
      </w:r>
      <w:r w:rsidRPr="000767E2">
        <w:rPr>
          <w:lang w:val="sv-SE"/>
        </w:rPr>
        <w:t xml:space="preserve"> agera oanständigt mot sin jungfru, om hon är över </w:t>
      </w:r>
      <w:r w:rsidRPr="000767E2">
        <w:rPr>
          <w:i/>
          <w:lang w:val="sv-SE"/>
        </w:rPr>
        <w:t>sin</w:t>
      </w:r>
      <w:r w:rsidRPr="000767E2">
        <w:rPr>
          <w:lang w:val="sv-SE"/>
        </w:rPr>
        <w:t xml:space="preserve"> topp och så bör ske, ska han göra det han vill. Han syndar inte. De må gifta sig.{{field-off:bible}} [[@</w:t>
      </w:r>
      <w:r w:rsidR="0096445B" w:rsidRPr="000767E2">
        <w:rPr>
          <w:lang w:val="sv-SE"/>
        </w:rPr>
        <w:t>BibleBIBEL82</w:t>
      </w:r>
      <w:r w:rsidRPr="000767E2">
        <w:rPr>
          <w:lang w:val="sv-SE"/>
        </w:rPr>
        <w:t>:1Cor 7:37]]</w:t>
      </w:r>
      <w:r w:rsidRPr="000767E2">
        <w:rPr>
          <w:vertAlign w:val="superscript"/>
          <w:lang w:val="sv-SE"/>
        </w:rPr>
        <w:t>37</w:t>
      </w:r>
      <w:r w:rsidRPr="000767E2">
        <w:rPr>
          <w:lang w:val="sv-SE"/>
        </w:rPr>
        <w:t xml:space="preserve"> {{field-on:bible}}Men den som står i sitt hjärta grundfast och inte har nödtvång, utan har frihet kring </w:t>
      </w:r>
      <w:r w:rsidRPr="000767E2">
        <w:rPr>
          <w:i/>
          <w:lang w:val="sv-SE"/>
        </w:rPr>
        <w:t>sin</w:t>
      </w:r>
      <w:r w:rsidRPr="000767E2">
        <w:rPr>
          <w:lang w:val="sv-SE"/>
        </w:rPr>
        <w:t xml:space="preserve"> egen vilja och har bestämt detta i </w:t>
      </w:r>
      <w:r w:rsidRPr="000767E2">
        <w:rPr>
          <w:i/>
          <w:lang w:val="sv-SE"/>
        </w:rPr>
        <w:t>sitt</w:t>
      </w:r>
      <w:r w:rsidRPr="000767E2">
        <w:rPr>
          <w:lang w:val="sv-SE"/>
        </w:rPr>
        <w:t xml:space="preserve"> eget hjärta, att bevara sin egen jungfru, kommer att göra </w:t>
      </w:r>
      <w:r w:rsidRPr="000767E2">
        <w:rPr>
          <w:i/>
          <w:lang w:val="sv-SE"/>
        </w:rPr>
        <w:t>något</w:t>
      </w:r>
      <w:r w:rsidRPr="000767E2">
        <w:rPr>
          <w:lang w:val="sv-SE"/>
        </w:rPr>
        <w:t xml:space="preserve"> bra.{{field-off:bible}} [[@</w:t>
      </w:r>
      <w:r w:rsidR="0096445B" w:rsidRPr="000767E2">
        <w:rPr>
          <w:lang w:val="sv-SE"/>
        </w:rPr>
        <w:t>BibleBIBEL82</w:t>
      </w:r>
      <w:r w:rsidRPr="000767E2">
        <w:rPr>
          <w:lang w:val="sv-SE"/>
        </w:rPr>
        <w:t>:1Cor 7:38]]</w:t>
      </w:r>
      <w:r w:rsidRPr="000767E2">
        <w:rPr>
          <w:vertAlign w:val="superscript"/>
          <w:lang w:val="sv-SE"/>
        </w:rPr>
        <w:t>38</w:t>
      </w:r>
      <w:r w:rsidRPr="000767E2">
        <w:rPr>
          <w:lang w:val="sv-SE"/>
        </w:rPr>
        <w:t xml:space="preserve"> {{field-on:bible}}Alltså: både </w:t>
      </w:r>
      <w:r w:rsidRPr="000767E2">
        <w:rPr>
          <w:i/>
          <w:lang w:val="sv-SE"/>
        </w:rPr>
        <w:t>att</w:t>
      </w:r>
      <w:r w:rsidRPr="000767E2">
        <w:rPr>
          <w:lang w:val="sv-SE"/>
        </w:rPr>
        <w:t xml:space="preserve"> den som gifter bort sin egen jungfru gör </w:t>
      </w:r>
      <w:r w:rsidRPr="000767E2">
        <w:rPr>
          <w:i/>
          <w:lang w:val="sv-SE"/>
        </w:rPr>
        <w:t>något</w:t>
      </w:r>
      <w:r w:rsidRPr="000767E2">
        <w:rPr>
          <w:lang w:val="sv-SE"/>
        </w:rPr>
        <w:t xml:space="preserve"> bra, och </w:t>
      </w:r>
      <w:r w:rsidRPr="000767E2">
        <w:rPr>
          <w:i/>
          <w:lang w:val="sv-SE"/>
        </w:rPr>
        <w:t>att</w:t>
      </w:r>
      <w:r w:rsidRPr="000767E2">
        <w:rPr>
          <w:lang w:val="sv-SE"/>
        </w:rPr>
        <w:t xml:space="preserve"> den som inte gifter bort kommer att göra </w:t>
      </w:r>
      <w:r w:rsidRPr="000767E2">
        <w:rPr>
          <w:i/>
          <w:lang w:val="sv-SE"/>
        </w:rPr>
        <w:t>något</w:t>
      </w:r>
      <w:r w:rsidRPr="000767E2">
        <w:rPr>
          <w:lang w:val="sv-SE"/>
        </w:rPr>
        <w:t xml:space="preserve"> bättre.{{field-off:bible}}</w:t>
      </w:r>
    </w:p>
    <w:p w14:paraId="056BED78" w14:textId="72CDABD3" w:rsidR="00BA33AB" w:rsidRPr="000767E2" w:rsidRDefault="00000000">
      <w:pPr>
        <w:rPr>
          <w:lang w:val="sv-SE"/>
        </w:rPr>
      </w:pPr>
      <w:r w:rsidRPr="000767E2">
        <w:rPr>
          <w:lang w:val="sv-SE"/>
        </w:rPr>
        <w:t>[[@</w:t>
      </w:r>
      <w:r w:rsidR="0096445B" w:rsidRPr="000767E2">
        <w:rPr>
          <w:lang w:val="sv-SE"/>
        </w:rPr>
        <w:t>BibleBIBEL82</w:t>
      </w:r>
      <w:r w:rsidRPr="000767E2">
        <w:rPr>
          <w:lang w:val="sv-SE"/>
        </w:rPr>
        <w:t>:1Cor 7:39]]</w:t>
      </w:r>
      <w:r w:rsidRPr="000767E2">
        <w:rPr>
          <w:vertAlign w:val="superscript"/>
          <w:lang w:val="sv-SE"/>
        </w:rPr>
        <w:t>39</w:t>
      </w:r>
      <w:r w:rsidRPr="000767E2">
        <w:rPr>
          <w:lang w:val="sv-SE"/>
        </w:rPr>
        <w:t xml:space="preserve"> {{field-on:bible}}En hustru är bunden så lång tid hennes man lever. Men om mannen insomnar är hon fri att gifta sig med vem hon vill, bara i Herren.{{field-off:bible}} [[@</w:t>
      </w:r>
      <w:r w:rsidR="0096445B" w:rsidRPr="000767E2">
        <w:rPr>
          <w:lang w:val="sv-SE"/>
        </w:rPr>
        <w:t>BibleBIBEL82</w:t>
      </w:r>
      <w:r w:rsidRPr="000767E2">
        <w:rPr>
          <w:lang w:val="sv-SE"/>
        </w:rPr>
        <w:t>:1Cor 7:40]]</w:t>
      </w:r>
      <w:r w:rsidRPr="000767E2">
        <w:rPr>
          <w:vertAlign w:val="superscript"/>
          <w:lang w:val="sv-SE"/>
        </w:rPr>
        <w:t>40</w:t>
      </w:r>
      <w:r w:rsidRPr="000767E2">
        <w:rPr>
          <w:lang w:val="sv-SE"/>
        </w:rPr>
        <w:t xml:space="preserve"> {{field-on:bible}}Men saligare är hon om hon så förblir, enligt min mening. Och jag tänker mig att även jag har Guds Ande.{{field-off:bible}}</w:t>
      </w:r>
    </w:p>
    <w:p w14:paraId="1881D5DC" w14:textId="2985CCD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8]]Kapitel 8</w:t>
      </w:r>
    </w:p>
    <w:p w14:paraId="47F6146A" w14:textId="77777777" w:rsidR="00BA33AB" w:rsidRPr="000767E2" w:rsidRDefault="00000000">
      <w:pPr>
        <w:pStyle w:val="Rubrik3"/>
        <w:rPr>
          <w:lang w:val="sv-SE"/>
        </w:rPr>
      </w:pPr>
      <w:r w:rsidRPr="000767E2">
        <w:rPr>
          <w:lang w:val="sv-SE"/>
        </w:rPr>
        <w:t>Avgudaoffrad mat</w:t>
      </w:r>
    </w:p>
    <w:p w14:paraId="467A08E3" w14:textId="579561FB" w:rsidR="00BA33AB" w:rsidRPr="000767E2" w:rsidRDefault="00000000">
      <w:pPr>
        <w:rPr>
          <w:lang w:val="sv-SE"/>
        </w:rPr>
      </w:pPr>
      <w:r w:rsidRPr="000767E2">
        <w:rPr>
          <w:lang w:val="sv-SE"/>
        </w:rPr>
        <w:t>[[@</w:t>
      </w:r>
      <w:r w:rsidR="0096445B" w:rsidRPr="000767E2">
        <w:rPr>
          <w:lang w:val="sv-SE"/>
        </w:rPr>
        <w:t>BibleBIBEL82</w:t>
      </w:r>
      <w:r w:rsidRPr="000767E2">
        <w:rPr>
          <w:lang w:val="sv-SE"/>
        </w:rPr>
        <w:t>:1Cor 8:1]]</w:t>
      </w:r>
      <w:r w:rsidRPr="000767E2">
        <w:rPr>
          <w:vertAlign w:val="superscript"/>
          <w:lang w:val="sv-SE"/>
        </w:rPr>
        <w:t>1</w:t>
      </w:r>
      <w:r w:rsidRPr="000767E2">
        <w:rPr>
          <w:lang w:val="sv-SE"/>
        </w:rPr>
        <w:t xml:space="preserve"> {{field-on:bible}}Men om det avgudaoffrade vet vi att vi alla har kunskap. Kunskapen blåser upp, men kärleken bygger upp.{{field-off:bible}} [[@</w:t>
      </w:r>
      <w:r w:rsidR="0096445B" w:rsidRPr="000767E2">
        <w:rPr>
          <w:lang w:val="sv-SE"/>
        </w:rPr>
        <w:t>BibleBIBEL82</w:t>
      </w:r>
      <w:r w:rsidRPr="000767E2">
        <w:rPr>
          <w:lang w:val="sv-SE"/>
        </w:rPr>
        <w:t>:1Cor 8:2]]</w:t>
      </w:r>
      <w:r w:rsidRPr="000767E2">
        <w:rPr>
          <w:vertAlign w:val="superscript"/>
          <w:lang w:val="sv-SE"/>
        </w:rPr>
        <w:t>2</w:t>
      </w:r>
      <w:r w:rsidRPr="000767E2">
        <w:rPr>
          <w:lang w:val="sv-SE"/>
        </w:rPr>
        <w:t xml:space="preserve"> {{field-on:bible}}Om någon tänker sig ha förstått något, har han ännu inte förstått så som han bör förstå.{{field-off:bible}} [[@</w:t>
      </w:r>
      <w:r w:rsidR="0096445B" w:rsidRPr="000767E2">
        <w:rPr>
          <w:lang w:val="sv-SE"/>
        </w:rPr>
        <w:t>BibleBIBEL82</w:t>
      </w:r>
      <w:r w:rsidRPr="000767E2">
        <w:rPr>
          <w:lang w:val="sv-SE"/>
        </w:rPr>
        <w:t>:1Cor 8:3]]</w:t>
      </w:r>
      <w:r w:rsidRPr="000767E2">
        <w:rPr>
          <w:vertAlign w:val="superscript"/>
          <w:lang w:val="sv-SE"/>
        </w:rPr>
        <w:t>3</w:t>
      </w:r>
      <w:r w:rsidRPr="000767E2">
        <w:rPr>
          <w:lang w:val="sv-SE"/>
        </w:rPr>
        <w:t xml:space="preserve"> {{field-on:bible}}Men om någon älskar Gud har denne blivit känd av honom.{{field-off:bible}}</w:t>
      </w:r>
    </w:p>
    <w:p w14:paraId="52B3D943" w14:textId="1DD0E5FC" w:rsidR="00BA33AB" w:rsidRPr="000767E2" w:rsidRDefault="00000000">
      <w:pPr>
        <w:rPr>
          <w:lang w:val="sv-SE"/>
        </w:rPr>
      </w:pPr>
      <w:r w:rsidRPr="000767E2">
        <w:rPr>
          <w:lang w:val="sv-SE"/>
        </w:rPr>
        <w:t>[[@</w:t>
      </w:r>
      <w:r w:rsidR="0096445B" w:rsidRPr="000767E2">
        <w:rPr>
          <w:lang w:val="sv-SE"/>
        </w:rPr>
        <w:t>BibleBIBEL82</w:t>
      </w:r>
      <w:r w:rsidRPr="000767E2">
        <w:rPr>
          <w:lang w:val="sv-SE"/>
        </w:rPr>
        <w:t>:1Cor 8:4]]</w:t>
      </w:r>
      <w:r w:rsidRPr="000767E2">
        <w:rPr>
          <w:vertAlign w:val="superscript"/>
          <w:lang w:val="sv-SE"/>
        </w:rPr>
        <w:t>4</w:t>
      </w:r>
      <w:r w:rsidRPr="000767E2">
        <w:rPr>
          <w:lang w:val="sv-SE"/>
        </w:rPr>
        <w:t xml:space="preserve"> {{field-on:bible}}Om ätandet av det avgudaoffrade vet vi alltså att ingen avgud </w:t>
      </w:r>
      <w:r w:rsidRPr="000767E2">
        <w:rPr>
          <w:i/>
          <w:lang w:val="sv-SE"/>
        </w:rPr>
        <w:t>finns</w:t>
      </w:r>
      <w:r w:rsidRPr="000767E2">
        <w:rPr>
          <w:lang w:val="sv-SE"/>
        </w:rPr>
        <w:t xml:space="preserve"> i världen, och att ingen Gud </w:t>
      </w:r>
      <w:r w:rsidRPr="000767E2">
        <w:rPr>
          <w:i/>
          <w:lang w:val="sv-SE"/>
        </w:rPr>
        <w:t>finns</w:t>
      </w:r>
      <w:r w:rsidRPr="000767E2">
        <w:rPr>
          <w:lang w:val="sv-SE"/>
        </w:rPr>
        <w:t xml:space="preserve"> utom en.{{field-off:bible}} [[@</w:t>
      </w:r>
      <w:r w:rsidR="0096445B" w:rsidRPr="000767E2">
        <w:rPr>
          <w:lang w:val="sv-SE"/>
        </w:rPr>
        <w:t>BibleBIBEL82</w:t>
      </w:r>
      <w:r w:rsidRPr="000767E2">
        <w:rPr>
          <w:lang w:val="sv-SE"/>
        </w:rPr>
        <w:t>:1Cor 8:5]]</w:t>
      </w:r>
      <w:r w:rsidRPr="000767E2">
        <w:rPr>
          <w:vertAlign w:val="superscript"/>
          <w:lang w:val="sv-SE"/>
        </w:rPr>
        <w:t>5</w:t>
      </w:r>
      <w:r w:rsidRPr="000767E2">
        <w:rPr>
          <w:lang w:val="sv-SE"/>
        </w:rPr>
        <w:t xml:space="preserve"> {{field-on:bible}}För även om det finns </w:t>
      </w:r>
      <w:r w:rsidRPr="000767E2">
        <w:rPr>
          <w:i/>
          <w:lang w:val="sv-SE"/>
        </w:rPr>
        <w:t>så</w:t>
      </w:r>
      <w:r w:rsidRPr="000767E2">
        <w:rPr>
          <w:lang w:val="sv-SE"/>
        </w:rPr>
        <w:t xml:space="preserve"> kallade gudar, om så i himmel eller på jord – såsom det finns många gudar och många herrar –{{field-off:bible}} [[@</w:t>
      </w:r>
      <w:r w:rsidR="0096445B" w:rsidRPr="000767E2">
        <w:rPr>
          <w:lang w:val="sv-SE"/>
        </w:rPr>
        <w:t>BibleBIBEL82</w:t>
      </w:r>
      <w:r w:rsidRPr="000767E2">
        <w:rPr>
          <w:lang w:val="sv-SE"/>
        </w:rPr>
        <w:t>:1Cor 8:6]]</w:t>
      </w:r>
      <w:r w:rsidRPr="000767E2">
        <w:rPr>
          <w:vertAlign w:val="superscript"/>
          <w:lang w:val="sv-SE"/>
        </w:rPr>
        <w:t>6</w:t>
      </w:r>
      <w:r w:rsidRPr="000767E2">
        <w:rPr>
          <w:lang w:val="sv-SE"/>
        </w:rPr>
        <w:t xml:space="preserve"> {{field-on:bible}}</w:t>
      </w:r>
      <w:r w:rsidRPr="000767E2">
        <w:rPr>
          <w:i/>
          <w:lang w:val="sv-SE"/>
        </w:rPr>
        <w:t>finns det</w:t>
      </w:r>
      <w:r w:rsidRPr="000767E2">
        <w:rPr>
          <w:lang w:val="sv-SE"/>
        </w:rPr>
        <w:t xml:space="preserve"> dock för oss en </w:t>
      </w:r>
      <w:r w:rsidRPr="000767E2">
        <w:rPr>
          <w:i/>
          <w:lang w:val="sv-SE"/>
        </w:rPr>
        <w:t>enda</w:t>
      </w:r>
      <w:r w:rsidRPr="000767E2">
        <w:rPr>
          <w:lang w:val="sv-SE"/>
        </w:rPr>
        <w:t xml:space="preserve"> Gud, Fadern från vilken allting </w:t>
      </w:r>
      <w:r w:rsidRPr="000767E2">
        <w:rPr>
          <w:i/>
          <w:lang w:val="sv-SE"/>
        </w:rPr>
        <w:t>är</w:t>
      </w:r>
      <w:r w:rsidRPr="000767E2">
        <w:rPr>
          <w:lang w:val="sv-SE"/>
        </w:rPr>
        <w:t xml:space="preserve"> och vi för honom, och en </w:t>
      </w:r>
      <w:r w:rsidRPr="000767E2">
        <w:rPr>
          <w:i/>
          <w:lang w:val="sv-SE"/>
        </w:rPr>
        <w:t>enda</w:t>
      </w:r>
      <w:r w:rsidRPr="000767E2">
        <w:rPr>
          <w:lang w:val="sv-SE"/>
        </w:rPr>
        <w:t xml:space="preserve"> Herre, Jesus Kristus genom vilken allting </w:t>
      </w:r>
      <w:r w:rsidRPr="000767E2">
        <w:rPr>
          <w:i/>
          <w:lang w:val="sv-SE"/>
        </w:rPr>
        <w:t>är</w:t>
      </w:r>
      <w:r w:rsidRPr="000767E2">
        <w:rPr>
          <w:lang w:val="sv-SE"/>
        </w:rPr>
        <w:t xml:space="preserve"> och vi genom honom.{{field-off:bible}}</w:t>
      </w:r>
    </w:p>
    <w:p w14:paraId="58A2AF4A" w14:textId="0938311B" w:rsidR="00BA33AB" w:rsidRPr="000767E2" w:rsidRDefault="00000000">
      <w:pPr>
        <w:rPr>
          <w:lang w:val="sv-SE"/>
        </w:rPr>
      </w:pPr>
      <w:r w:rsidRPr="000767E2">
        <w:rPr>
          <w:lang w:val="sv-SE"/>
        </w:rPr>
        <w:t>[[@</w:t>
      </w:r>
      <w:r w:rsidR="0096445B" w:rsidRPr="000767E2">
        <w:rPr>
          <w:lang w:val="sv-SE"/>
        </w:rPr>
        <w:t>BibleBIBEL82</w:t>
      </w:r>
      <w:r w:rsidRPr="000767E2">
        <w:rPr>
          <w:lang w:val="sv-SE"/>
        </w:rPr>
        <w:t>:1Cor 8:7]]</w:t>
      </w:r>
      <w:r w:rsidRPr="000767E2">
        <w:rPr>
          <w:vertAlign w:val="superscript"/>
          <w:lang w:val="sv-SE"/>
        </w:rPr>
        <w:t>7</w:t>
      </w:r>
      <w:r w:rsidRPr="000767E2">
        <w:rPr>
          <w:lang w:val="sv-SE"/>
        </w:rPr>
        <w:t xml:space="preserve"> {{field-on:bible}}Men inte i alla </w:t>
      </w:r>
      <w:r w:rsidRPr="000767E2">
        <w:rPr>
          <w:i/>
          <w:lang w:val="sv-SE"/>
        </w:rPr>
        <w:t>finns den</w:t>
      </w:r>
      <w:r w:rsidRPr="000767E2">
        <w:rPr>
          <w:lang w:val="sv-SE"/>
        </w:rPr>
        <w:t xml:space="preserve"> kunskapen. Och några äter av sedvänjan med avguden fram till nu </w:t>
      </w:r>
      <w:r w:rsidRPr="000767E2">
        <w:rPr>
          <w:i/>
          <w:lang w:val="sv-SE"/>
        </w:rPr>
        <w:t>maten</w:t>
      </w:r>
      <w:r w:rsidRPr="000767E2">
        <w:rPr>
          <w:lang w:val="sv-SE"/>
        </w:rPr>
        <w:t xml:space="preserve"> som avgudaoffrad, och deras samvete som är svagt blir besudlat.{{field-off:bible}} [[@</w:t>
      </w:r>
      <w:r w:rsidR="0096445B" w:rsidRPr="000767E2">
        <w:rPr>
          <w:lang w:val="sv-SE"/>
        </w:rPr>
        <w:t>BibleBIBEL82</w:t>
      </w:r>
      <w:r w:rsidRPr="000767E2">
        <w:rPr>
          <w:lang w:val="sv-SE"/>
        </w:rPr>
        <w:t>:1Cor 8:8]]</w:t>
      </w:r>
      <w:r w:rsidRPr="000767E2">
        <w:rPr>
          <w:vertAlign w:val="superscript"/>
          <w:lang w:val="sv-SE"/>
        </w:rPr>
        <w:t>8</w:t>
      </w:r>
      <w:r w:rsidRPr="000767E2">
        <w:rPr>
          <w:lang w:val="sv-SE"/>
        </w:rPr>
        <w:t xml:space="preserve"> {{field-on:bible}}Men mat kommer inte att ställa fram oss inför Gud. Och om vi inte äter kommer vi inte till korta, och om vi äter har vi inget </w:t>
      </w:r>
      <w:r w:rsidRPr="000767E2">
        <w:rPr>
          <w:i/>
          <w:lang w:val="sv-SE"/>
        </w:rPr>
        <w:t>som är</w:t>
      </w:r>
      <w:r w:rsidRPr="000767E2">
        <w:rPr>
          <w:lang w:val="sv-SE"/>
        </w:rPr>
        <w:t xml:space="preserve"> mer.{{field-off:bible}}</w:t>
      </w:r>
    </w:p>
    <w:p w14:paraId="742B7C73" w14:textId="2ABA59A1" w:rsidR="00BA33AB" w:rsidRPr="000767E2" w:rsidRDefault="00000000">
      <w:pPr>
        <w:rPr>
          <w:lang w:val="sv-SE"/>
        </w:rPr>
      </w:pPr>
      <w:r w:rsidRPr="000767E2">
        <w:rPr>
          <w:lang w:val="sv-SE"/>
        </w:rPr>
        <w:t>[[@</w:t>
      </w:r>
      <w:r w:rsidR="0096445B" w:rsidRPr="000767E2">
        <w:rPr>
          <w:lang w:val="sv-SE"/>
        </w:rPr>
        <w:t>BibleBIBEL82</w:t>
      </w:r>
      <w:r w:rsidRPr="000767E2">
        <w:rPr>
          <w:lang w:val="sv-SE"/>
        </w:rPr>
        <w:t>:1Cor 8:9]]</w:t>
      </w:r>
      <w:r w:rsidRPr="000767E2">
        <w:rPr>
          <w:vertAlign w:val="superscript"/>
          <w:lang w:val="sv-SE"/>
        </w:rPr>
        <w:t>9</w:t>
      </w:r>
      <w:r w:rsidRPr="000767E2">
        <w:rPr>
          <w:lang w:val="sv-SE"/>
        </w:rPr>
        <w:t xml:space="preserve"> {{field-on:bible}}Men se till så att inte denna er rättighet blir </w:t>
      </w:r>
      <w:r w:rsidRPr="000767E2">
        <w:rPr>
          <w:i/>
          <w:lang w:val="sv-SE"/>
        </w:rPr>
        <w:t>till</w:t>
      </w:r>
      <w:r w:rsidRPr="000767E2">
        <w:rPr>
          <w:lang w:val="sv-SE"/>
        </w:rPr>
        <w:t xml:space="preserve"> anstöt för de svaga.{{field-off:bible}} [[@</w:t>
      </w:r>
      <w:r w:rsidR="0096445B" w:rsidRPr="000767E2">
        <w:rPr>
          <w:lang w:val="sv-SE"/>
        </w:rPr>
        <w:t>BibleBIBEL82</w:t>
      </w:r>
      <w:r w:rsidRPr="000767E2">
        <w:rPr>
          <w:lang w:val="sv-SE"/>
        </w:rPr>
        <w:t>:1Cor 8:10]]</w:t>
      </w:r>
      <w:r w:rsidRPr="000767E2">
        <w:rPr>
          <w:vertAlign w:val="superscript"/>
          <w:lang w:val="sv-SE"/>
        </w:rPr>
        <w:t>10</w:t>
      </w:r>
      <w:r w:rsidRPr="000767E2">
        <w:rPr>
          <w:lang w:val="sv-SE"/>
        </w:rPr>
        <w:t xml:space="preserve"> {{field-on:bible}}För om någon ser dig som har kunskap ligga </w:t>
      </w:r>
      <w:r w:rsidRPr="000767E2">
        <w:rPr>
          <w:i/>
          <w:lang w:val="sv-SE"/>
        </w:rPr>
        <w:t>till bords</w:t>
      </w:r>
      <w:r w:rsidRPr="000767E2">
        <w:rPr>
          <w:lang w:val="sv-SE"/>
        </w:rPr>
        <w:t xml:space="preserve"> i ett avgudatempel, blir inte samvetet hos honom som är svag uppbyggt till att äta det avgudaoffrade?{{field-off:bible}} [[@</w:t>
      </w:r>
      <w:r w:rsidR="0096445B" w:rsidRPr="000767E2">
        <w:rPr>
          <w:lang w:val="sv-SE"/>
        </w:rPr>
        <w:t>BibleBIBEL82</w:t>
      </w:r>
      <w:r w:rsidRPr="000767E2">
        <w:rPr>
          <w:lang w:val="sv-SE"/>
        </w:rPr>
        <w:t>:1Cor 8:11]]</w:t>
      </w:r>
      <w:r w:rsidRPr="000767E2">
        <w:rPr>
          <w:vertAlign w:val="superscript"/>
          <w:lang w:val="sv-SE"/>
        </w:rPr>
        <w:t>11</w:t>
      </w:r>
      <w:r w:rsidRPr="000767E2">
        <w:rPr>
          <w:lang w:val="sv-SE"/>
        </w:rPr>
        <w:t xml:space="preserve"> {{field-on:bible}}Den svage går då förlorad genom din </w:t>
      </w:r>
      <w:r w:rsidRPr="000767E2">
        <w:rPr>
          <w:lang w:val="sv-SE"/>
        </w:rPr>
        <w:lastRenderedPageBreak/>
        <w:t>kunskap, brodern för vilken Kristus har dött.{{field-off:bible}} [[@</w:t>
      </w:r>
      <w:r w:rsidR="0096445B" w:rsidRPr="000767E2">
        <w:rPr>
          <w:lang w:val="sv-SE"/>
        </w:rPr>
        <w:t>BibleBIBEL82</w:t>
      </w:r>
      <w:r w:rsidRPr="000767E2">
        <w:rPr>
          <w:lang w:val="sv-SE"/>
        </w:rPr>
        <w:t>:1Cor 8:12]]</w:t>
      </w:r>
      <w:r w:rsidRPr="000767E2">
        <w:rPr>
          <w:vertAlign w:val="superscript"/>
          <w:lang w:val="sv-SE"/>
        </w:rPr>
        <w:t>12</w:t>
      </w:r>
      <w:r w:rsidRPr="000767E2">
        <w:rPr>
          <w:lang w:val="sv-SE"/>
        </w:rPr>
        <w:t xml:space="preserve"> {{field-on:bible}}När ni så syndar mot syskonen och slår deras svaga samvete </w:t>
      </w:r>
      <w:r w:rsidRPr="000767E2">
        <w:rPr>
          <w:i/>
          <w:lang w:val="sv-SE"/>
        </w:rPr>
        <w:t>är det</w:t>
      </w:r>
      <w:r w:rsidRPr="000767E2">
        <w:rPr>
          <w:lang w:val="sv-SE"/>
        </w:rPr>
        <w:t xml:space="preserve"> mot Kristus ni syndar.{{field-off:bible}} [[@</w:t>
      </w:r>
      <w:r w:rsidR="0096445B" w:rsidRPr="000767E2">
        <w:rPr>
          <w:lang w:val="sv-SE"/>
        </w:rPr>
        <w:t>BibleBIBEL82</w:t>
      </w:r>
      <w:r w:rsidRPr="000767E2">
        <w:rPr>
          <w:lang w:val="sv-SE"/>
        </w:rPr>
        <w:t>:1Cor 8:13]]</w:t>
      </w:r>
      <w:r w:rsidRPr="000767E2">
        <w:rPr>
          <w:vertAlign w:val="superscript"/>
          <w:lang w:val="sv-SE"/>
        </w:rPr>
        <w:t>13</w:t>
      </w:r>
      <w:r w:rsidRPr="000767E2">
        <w:rPr>
          <w:lang w:val="sv-SE"/>
        </w:rPr>
        <w:t xml:space="preserve"> {{field-on:bible}}Därför: om mat skandaliserar min broder ska jag aldrig äta kött till eonen, för att inte skandalisera min broder.{{field-off:bible}}</w:t>
      </w:r>
    </w:p>
    <w:p w14:paraId="43524E6C" w14:textId="7864A0D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9]]Kapitel 9</w:t>
      </w:r>
    </w:p>
    <w:p w14:paraId="47976ECF" w14:textId="77777777" w:rsidR="00BA33AB" w:rsidRPr="000767E2" w:rsidRDefault="00000000">
      <w:pPr>
        <w:pStyle w:val="Rubrik3"/>
        <w:rPr>
          <w:lang w:val="sv-SE"/>
        </w:rPr>
      </w:pPr>
      <w:r w:rsidRPr="000767E2">
        <w:rPr>
          <w:lang w:val="sv-SE"/>
        </w:rPr>
        <w:t>Apostelns rättigheter</w:t>
      </w:r>
    </w:p>
    <w:p w14:paraId="1782D26B" w14:textId="0156DBC8" w:rsidR="00BA33AB" w:rsidRPr="000767E2" w:rsidRDefault="00000000">
      <w:pPr>
        <w:rPr>
          <w:lang w:val="sv-SE"/>
        </w:rPr>
      </w:pPr>
      <w:r w:rsidRPr="000767E2">
        <w:rPr>
          <w:lang w:val="sv-SE"/>
        </w:rPr>
        <w:t>[[@</w:t>
      </w:r>
      <w:r w:rsidR="0096445B" w:rsidRPr="000767E2">
        <w:rPr>
          <w:lang w:val="sv-SE"/>
        </w:rPr>
        <w:t>BibleBIBEL82</w:t>
      </w:r>
      <w:r w:rsidRPr="000767E2">
        <w:rPr>
          <w:lang w:val="sv-SE"/>
        </w:rPr>
        <w:t>:1Cor 9:1]]</w:t>
      </w:r>
      <w:r w:rsidRPr="000767E2">
        <w:rPr>
          <w:vertAlign w:val="superscript"/>
          <w:lang w:val="sv-SE"/>
        </w:rPr>
        <w:t>1</w:t>
      </w:r>
      <w:r w:rsidRPr="000767E2">
        <w:rPr>
          <w:lang w:val="sv-SE"/>
        </w:rPr>
        <w:t xml:space="preserve"> {{field-on:bible}}Är jag inte fri? Är jag inte apostel? Har jag inte sett Jesus vår Herre? Är inte ni mitt verk i Herren?{{field-off:bible}} [[@</w:t>
      </w:r>
      <w:r w:rsidR="0096445B" w:rsidRPr="000767E2">
        <w:rPr>
          <w:lang w:val="sv-SE"/>
        </w:rPr>
        <w:t>BibleBIBEL82</w:t>
      </w:r>
      <w:r w:rsidRPr="000767E2">
        <w:rPr>
          <w:lang w:val="sv-SE"/>
        </w:rPr>
        <w:t>:1Cor 9:2]]</w:t>
      </w:r>
      <w:r w:rsidRPr="000767E2">
        <w:rPr>
          <w:vertAlign w:val="superscript"/>
          <w:lang w:val="sv-SE"/>
        </w:rPr>
        <w:t>2</w:t>
      </w:r>
      <w:r w:rsidRPr="000767E2">
        <w:rPr>
          <w:lang w:val="sv-SE"/>
        </w:rPr>
        <w:t xml:space="preserve"> {{field-on:bible}}Om jag för andra inte är apostel, är jag </w:t>
      </w:r>
      <w:r w:rsidRPr="000767E2">
        <w:rPr>
          <w:i/>
          <w:lang w:val="sv-SE"/>
        </w:rPr>
        <w:t>det</w:t>
      </w:r>
      <w:r w:rsidRPr="000767E2">
        <w:rPr>
          <w:lang w:val="sv-SE"/>
        </w:rPr>
        <w:t xml:space="preserve"> dock för er. För sigillet på mitt apostolat är ni i Herren.{{field-off:bible}}</w:t>
      </w:r>
    </w:p>
    <w:p w14:paraId="10CF16D6" w14:textId="6689C064" w:rsidR="00BA33AB" w:rsidRPr="000767E2" w:rsidRDefault="00000000">
      <w:pPr>
        <w:rPr>
          <w:lang w:val="sv-SE"/>
        </w:rPr>
      </w:pPr>
      <w:r w:rsidRPr="000767E2">
        <w:rPr>
          <w:lang w:val="sv-SE"/>
        </w:rPr>
        <w:t>[[@</w:t>
      </w:r>
      <w:r w:rsidR="0096445B" w:rsidRPr="000767E2">
        <w:rPr>
          <w:lang w:val="sv-SE"/>
        </w:rPr>
        <w:t>BibleBIBEL82</w:t>
      </w:r>
      <w:r w:rsidRPr="000767E2">
        <w:rPr>
          <w:lang w:val="sv-SE"/>
        </w:rPr>
        <w:t>:1Cor 9:3]]</w:t>
      </w:r>
      <w:r w:rsidRPr="000767E2">
        <w:rPr>
          <w:vertAlign w:val="superscript"/>
          <w:lang w:val="sv-SE"/>
        </w:rPr>
        <w:t>3</w:t>
      </w:r>
      <w:r w:rsidRPr="000767E2">
        <w:rPr>
          <w:lang w:val="sv-SE"/>
        </w:rPr>
        <w:t xml:space="preserve"> {{field-on:bible}}Mitt försvar inför dem som bedömer mig är detta:{{field-off:bible}} [[@</w:t>
      </w:r>
      <w:r w:rsidR="0096445B" w:rsidRPr="000767E2">
        <w:rPr>
          <w:lang w:val="sv-SE"/>
        </w:rPr>
        <w:t>BibleBIBEL82</w:t>
      </w:r>
      <w:r w:rsidRPr="000767E2">
        <w:rPr>
          <w:lang w:val="sv-SE"/>
        </w:rPr>
        <w:t>:1Cor 9:4]]</w:t>
      </w:r>
      <w:r w:rsidRPr="000767E2">
        <w:rPr>
          <w:vertAlign w:val="superscript"/>
          <w:lang w:val="sv-SE"/>
        </w:rPr>
        <w:t>4</w:t>
      </w:r>
      <w:r w:rsidRPr="000767E2">
        <w:rPr>
          <w:lang w:val="sv-SE"/>
        </w:rPr>
        <w:t xml:space="preserve"> {{field-on:bible}}Har inte vi rättighet att äta och dricka?{{field-off:bible}} [[@</w:t>
      </w:r>
      <w:r w:rsidR="0096445B" w:rsidRPr="000767E2">
        <w:rPr>
          <w:lang w:val="sv-SE"/>
        </w:rPr>
        <w:t>BibleBIBEL82</w:t>
      </w:r>
      <w:r w:rsidRPr="000767E2">
        <w:rPr>
          <w:lang w:val="sv-SE"/>
        </w:rPr>
        <w:t>:1Cor 9:5]]</w:t>
      </w:r>
      <w:r w:rsidRPr="000767E2">
        <w:rPr>
          <w:vertAlign w:val="superscript"/>
          <w:lang w:val="sv-SE"/>
        </w:rPr>
        <w:t>5</w:t>
      </w:r>
      <w:r w:rsidRPr="000767E2">
        <w:rPr>
          <w:lang w:val="sv-SE"/>
        </w:rPr>
        <w:t xml:space="preserve"> {{field-on:bible}}Har inte vi rättighet att dra omkring </w:t>
      </w:r>
      <w:r w:rsidRPr="000767E2">
        <w:rPr>
          <w:i/>
          <w:lang w:val="sv-SE"/>
        </w:rPr>
        <w:t>med</w:t>
      </w:r>
      <w:r w:rsidRPr="000767E2">
        <w:rPr>
          <w:lang w:val="sv-SE"/>
        </w:rPr>
        <w:t xml:space="preserve"> en syster </w:t>
      </w:r>
      <w:r w:rsidRPr="000767E2">
        <w:rPr>
          <w:i/>
          <w:lang w:val="sv-SE"/>
        </w:rPr>
        <w:t>som</w:t>
      </w:r>
      <w:r w:rsidRPr="000767E2">
        <w:rPr>
          <w:lang w:val="sv-SE"/>
        </w:rPr>
        <w:t xml:space="preserve"> hustru, såsom även de övriga apostlarna och Herrens bröder och Kefas?{{field-off:bible}} [[@</w:t>
      </w:r>
      <w:r w:rsidR="0096445B" w:rsidRPr="000767E2">
        <w:rPr>
          <w:lang w:val="sv-SE"/>
        </w:rPr>
        <w:t>BibleBIBEL82</w:t>
      </w:r>
      <w:r w:rsidRPr="000767E2">
        <w:rPr>
          <w:lang w:val="sv-SE"/>
        </w:rPr>
        <w:t>:1Cor 9:6]]</w:t>
      </w:r>
      <w:r w:rsidRPr="000767E2">
        <w:rPr>
          <w:vertAlign w:val="superscript"/>
          <w:lang w:val="sv-SE"/>
        </w:rPr>
        <w:t>6</w:t>
      </w:r>
      <w:r w:rsidRPr="000767E2">
        <w:rPr>
          <w:lang w:val="sv-SE"/>
        </w:rPr>
        <w:t xml:space="preserve"> {{field-on:bible}}Eller </w:t>
      </w:r>
      <w:r w:rsidRPr="000767E2">
        <w:rPr>
          <w:i/>
          <w:lang w:val="sv-SE"/>
        </w:rPr>
        <w:t>är det</w:t>
      </w:r>
      <w:r w:rsidRPr="000767E2">
        <w:rPr>
          <w:lang w:val="sv-SE"/>
        </w:rPr>
        <w:t xml:space="preserve"> bara jag och Barnabas </w:t>
      </w:r>
      <w:r w:rsidRPr="000767E2">
        <w:rPr>
          <w:i/>
          <w:lang w:val="sv-SE"/>
        </w:rPr>
        <w:t>som</w:t>
      </w:r>
      <w:r w:rsidRPr="000767E2">
        <w:rPr>
          <w:lang w:val="sv-SE"/>
        </w:rPr>
        <w:t xml:space="preserve"> inte har rättighet att inte arbeta?{{field-off:bible}} [[@</w:t>
      </w:r>
      <w:r w:rsidR="0096445B" w:rsidRPr="000767E2">
        <w:rPr>
          <w:lang w:val="sv-SE"/>
        </w:rPr>
        <w:t>BibleBIBEL82</w:t>
      </w:r>
      <w:r w:rsidRPr="000767E2">
        <w:rPr>
          <w:lang w:val="sv-SE"/>
        </w:rPr>
        <w:t>:1Cor 9:7]]</w:t>
      </w:r>
      <w:r w:rsidRPr="000767E2">
        <w:rPr>
          <w:vertAlign w:val="superscript"/>
          <w:lang w:val="sv-SE"/>
        </w:rPr>
        <w:t>7</w:t>
      </w:r>
      <w:r w:rsidRPr="000767E2">
        <w:rPr>
          <w:lang w:val="sv-SE"/>
        </w:rPr>
        <w:t xml:space="preserve"> {{field-on:bible}}Vem är någonsin soldat på egen sold? Vem planterar en vingård och äter inte dess frukt? Eller vem är herde för en hjord och äter inte av hjordens mjölk?{{field-off:bible}}</w:t>
      </w:r>
    </w:p>
    <w:p w14:paraId="73ABB98D" w14:textId="53158A8A" w:rsidR="00BA33AB" w:rsidRPr="000767E2" w:rsidRDefault="00000000">
      <w:pPr>
        <w:rPr>
          <w:lang w:val="sv-SE"/>
        </w:rPr>
      </w:pPr>
      <w:r w:rsidRPr="000767E2">
        <w:rPr>
          <w:lang w:val="sv-SE"/>
        </w:rPr>
        <w:t>[[@</w:t>
      </w:r>
      <w:r w:rsidR="0096445B" w:rsidRPr="000767E2">
        <w:rPr>
          <w:lang w:val="sv-SE"/>
        </w:rPr>
        <w:t>BibleBIBEL82</w:t>
      </w:r>
      <w:r w:rsidRPr="000767E2">
        <w:rPr>
          <w:lang w:val="sv-SE"/>
        </w:rPr>
        <w:t>:1Cor 9:8]]</w:t>
      </w:r>
      <w:r w:rsidRPr="000767E2">
        <w:rPr>
          <w:vertAlign w:val="superscript"/>
          <w:lang w:val="sv-SE"/>
        </w:rPr>
        <w:t>8</w:t>
      </w:r>
      <w:r w:rsidRPr="000767E2">
        <w:rPr>
          <w:lang w:val="sv-SE"/>
        </w:rPr>
        <w:t xml:space="preserve"> {{field-on:bible}}Inte </w:t>
      </w:r>
      <w:r w:rsidRPr="000767E2">
        <w:rPr>
          <w:i/>
          <w:lang w:val="sv-SE"/>
        </w:rPr>
        <w:t>är det</w:t>
      </w:r>
      <w:r w:rsidRPr="000767E2">
        <w:rPr>
          <w:lang w:val="sv-SE"/>
        </w:rPr>
        <w:t xml:space="preserve"> på en människas vis jag talar detta? Eller säger inte även lagen detta?{{field-off:bible}} [[@</w:t>
      </w:r>
      <w:r w:rsidR="0096445B" w:rsidRPr="000767E2">
        <w:rPr>
          <w:lang w:val="sv-SE"/>
        </w:rPr>
        <w:t>BibleBIBEL82</w:t>
      </w:r>
      <w:r w:rsidRPr="000767E2">
        <w:rPr>
          <w:lang w:val="sv-SE"/>
        </w:rPr>
        <w:t>:1Cor 9:9]]</w:t>
      </w:r>
      <w:r w:rsidRPr="000767E2">
        <w:rPr>
          <w:vertAlign w:val="superscript"/>
          <w:lang w:val="sv-SE"/>
        </w:rPr>
        <w:t>9</w:t>
      </w:r>
      <w:r w:rsidRPr="000767E2">
        <w:rPr>
          <w:lang w:val="sv-SE"/>
        </w:rPr>
        <w:t xml:space="preserve"> {{field-on:bible}}För i Mose lag är det skrivet: Du ska inte binda för munnen på en oxe som tröskar. Inte </w:t>
      </w:r>
      <w:r w:rsidRPr="000767E2">
        <w:rPr>
          <w:i/>
          <w:lang w:val="sv-SE"/>
        </w:rPr>
        <w:t>är det</w:t>
      </w:r>
      <w:r w:rsidRPr="000767E2">
        <w:rPr>
          <w:lang w:val="sv-SE"/>
        </w:rPr>
        <w:t xml:space="preserve"> oxarna Gud bryr sig om?{{field-off:bible}} [[@</w:t>
      </w:r>
      <w:r w:rsidR="0096445B" w:rsidRPr="000767E2">
        <w:rPr>
          <w:lang w:val="sv-SE"/>
        </w:rPr>
        <w:t>BibleBIBEL82</w:t>
      </w:r>
      <w:r w:rsidRPr="000767E2">
        <w:rPr>
          <w:lang w:val="sv-SE"/>
        </w:rPr>
        <w:t>:1Cor 9:10]]</w:t>
      </w:r>
      <w:r w:rsidRPr="000767E2">
        <w:rPr>
          <w:vertAlign w:val="superscript"/>
          <w:lang w:val="sv-SE"/>
        </w:rPr>
        <w:t>10</w:t>
      </w:r>
      <w:r w:rsidRPr="000767E2">
        <w:rPr>
          <w:lang w:val="sv-SE"/>
        </w:rPr>
        <w:t xml:space="preserve"> {{field-on:bible}}Eller visst </w:t>
      </w:r>
      <w:r w:rsidRPr="000767E2">
        <w:rPr>
          <w:i/>
          <w:lang w:val="sv-SE"/>
        </w:rPr>
        <w:t>är det</w:t>
      </w:r>
      <w:r w:rsidRPr="000767E2">
        <w:rPr>
          <w:lang w:val="sv-SE"/>
        </w:rPr>
        <w:t xml:space="preserve"> för oss han säger </w:t>
      </w:r>
      <w:r w:rsidRPr="000767E2">
        <w:rPr>
          <w:i/>
          <w:lang w:val="sv-SE"/>
        </w:rPr>
        <w:t>det</w:t>
      </w:r>
      <w:r w:rsidRPr="000767E2">
        <w:rPr>
          <w:lang w:val="sv-SE"/>
        </w:rPr>
        <w:t xml:space="preserve">? </w:t>
      </w:r>
      <w:r w:rsidRPr="000767E2">
        <w:rPr>
          <w:i/>
          <w:lang w:val="sv-SE"/>
        </w:rPr>
        <w:t>Det är</w:t>
      </w:r>
      <w:r w:rsidRPr="000767E2">
        <w:rPr>
          <w:lang w:val="sv-SE"/>
        </w:rPr>
        <w:t xml:space="preserve"> ju för oss det blev skrivet att den som plöjer bör plöja i hopp, och den som tröskar i hopp om att få del.{{field-off:bible}} [[@</w:t>
      </w:r>
      <w:r w:rsidR="0096445B" w:rsidRPr="000767E2">
        <w:rPr>
          <w:lang w:val="sv-SE"/>
        </w:rPr>
        <w:t>BibleBIBEL82</w:t>
      </w:r>
      <w:r w:rsidRPr="000767E2">
        <w:rPr>
          <w:lang w:val="sv-SE"/>
        </w:rPr>
        <w:t>:1Cor 9:11]]</w:t>
      </w:r>
      <w:r w:rsidRPr="000767E2">
        <w:rPr>
          <w:vertAlign w:val="superscript"/>
          <w:lang w:val="sv-SE"/>
        </w:rPr>
        <w:t>11</w:t>
      </w:r>
      <w:r w:rsidRPr="000767E2">
        <w:rPr>
          <w:lang w:val="sv-SE"/>
        </w:rPr>
        <w:t xml:space="preserve"> {{field-on:bible}}Om vi för er har sått det andliga, </w:t>
      </w:r>
      <w:r w:rsidRPr="000767E2">
        <w:rPr>
          <w:i/>
          <w:lang w:val="sv-SE"/>
        </w:rPr>
        <w:t>är det för</w:t>
      </w:r>
      <w:r w:rsidRPr="000767E2">
        <w:rPr>
          <w:lang w:val="sv-SE"/>
        </w:rPr>
        <w:t xml:space="preserve"> stort om vi från er ska skörda det köttsliga?{{field-off:bible}} [[@</w:t>
      </w:r>
      <w:r w:rsidR="0096445B" w:rsidRPr="000767E2">
        <w:rPr>
          <w:lang w:val="sv-SE"/>
        </w:rPr>
        <w:t>BibleBIBEL82</w:t>
      </w:r>
      <w:r w:rsidRPr="000767E2">
        <w:rPr>
          <w:lang w:val="sv-SE"/>
        </w:rPr>
        <w:t>:1Cor 9:12]]</w:t>
      </w:r>
      <w:r w:rsidRPr="000767E2">
        <w:rPr>
          <w:vertAlign w:val="superscript"/>
          <w:lang w:val="sv-SE"/>
        </w:rPr>
        <w:t>12</w:t>
      </w:r>
      <w:r w:rsidRPr="000767E2">
        <w:rPr>
          <w:lang w:val="sv-SE"/>
        </w:rPr>
        <w:t xml:space="preserve"> {{field-on:bible}}Om andra har del i rättigheten till ert, inte vi </w:t>
      </w:r>
      <w:r w:rsidRPr="000767E2">
        <w:rPr>
          <w:i/>
          <w:lang w:val="sv-SE"/>
        </w:rPr>
        <w:t>desto</w:t>
      </w:r>
      <w:r w:rsidRPr="000767E2">
        <w:rPr>
          <w:lang w:val="sv-SE"/>
        </w:rPr>
        <w:t xml:space="preserve"> mer? Men vi har inte använt denna rättighet. Nej, allt tål vi, för att inte sätta hinder för Kristi evangelium.{{field-off:bible}}</w:t>
      </w:r>
    </w:p>
    <w:p w14:paraId="1DFA3DB3" w14:textId="7D7D906D" w:rsidR="00BA33AB" w:rsidRPr="000767E2" w:rsidRDefault="00000000">
      <w:pPr>
        <w:rPr>
          <w:lang w:val="sv-SE"/>
        </w:rPr>
      </w:pPr>
      <w:r w:rsidRPr="000767E2">
        <w:rPr>
          <w:lang w:val="sv-SE"/>
        </w:rPr>
        <w:t>[[@</w:t>
      </w:r>
      <w:r w:rsidR="0096445B" w:rsidRPr="000767E2">
        <w:rPr>
          <w:lang w:val="sv-SE"/>
        </w:rPr>
        <w:t>BibleBIBEL82</w:t>
      </w:r>
      <w:r w:rsidRPr="000767E2">
        <w:rPr>
          <w:lang w:val="sv-SE"/>
        </w:rPr>
        <w:t>:1Cor 9:13]]</w:t>
      </w:r>
      <w:r w:rsidRPr="000767E2">
        <w:rPr>
          <w:vertAlign w:val="superscript"/>
          <w:lang w:val="sv-SE"/>
        </w:rPr>
        <w:t>13</w:t>
      </w:r>
      <w:r w:rsidRPr="000767E2">
        <w:rPr>
          <w:lang w:val="sv-SE"/>
        </w:rPr>
        <w:t xml:space="preserve"> {{field-on:bible}}Vet ni inte att de som arbetar </w:t>
      </w:r>
      <w:r w:rsidRPr="000767E2">
        <w:rPr>
          <w:i/>
          <w:lang w:val="sv-SE"/>
        </w:rPr>
        <w:t>med</w:t>
      </w:r>
      <w:r w:rsidRPr="000767E2">
        <w:rPr>
          <w:lang w:val="sv-SE"/>
        </w:rPr>
        <w:t xml:space="preserve"> det sakrala äter [det </w:t>
      </w:r>
      <w:r w:rsidRPr="000767E2">
        <w:rPr>
          <w:i/>
          <w:lang w:val="sv-SE"/>
        </w:rPr>
        <w:t>som kommer</w:t>
      </w:r>
      <w:r w:rsidRPr="000767E2">
        <w:rPr>
          <w:lang w:val="sv-SE"/>
        </w:rPr>
        <w:t xml:space="preserve">] från templet? De som assisterar vid altaret </w:t>
      </w:r>
      <w:r w:rsidRPr="000767E2">
        <w:rPr>
          <w:i/>
          <w:lang w:val="sv-SE"/>
        </w:rPr>
        <w:t>är</w:t>
      </w:r>
      <w:r w:rsidRPr="000767E2">
        <w:rPr>
          <w:lang w:val="sv-SE"/>
        </w:rPr>
        <w:t xml:space="preserve"> med </w:t>
      </w:r>
      <w:r w:rsidRPr="000767E2">
        <w:rPr>
          <w:i/>
          <w:lang w:val="sv-SE"/>
        </w:rPr>
        <w:t>och</w:t>
      </w:r>
      <w:r w:rsidRPr="000767E2">
        <w:rPr>
          <w:lang w:val="sv-SE"/>
        </w:rPr>
        <w:t xml:space="preserve"> har del i altaret.{{field-off:bible}} [[@</w:t>
      </w:r>
      <w:r w:rsidR="0096445B" w:rsidRPr="000767E2">
        <w:rPr>
          <w:lang w:val="sv-SE"/>
        </w:rPr>
        <w:t>BibleBIBEL82</w:t>
      </w:r>
      <w:r w:rsidRPr="000767E2">
        <w:rPr>
          <w:lang w:val="sv-SE"/>
        </w:rPr>
        <w:t>:1Cor 9:14]]</w:t>
      </w:r>
      <w:r w:rsidRPr="000767E2">
        <w:rPr>
          <w:vertAlign w:val="superscript"/>
          <w:lang w:val="sv-SE"/>
        </w:rPr>
        <w:t>14</w:t>
      </w:r>
      <w:r w:rsidRPr="000767E2">
        <w:rPr>
          <w:lang w:val="sv-SE"/>
        </w:rPr>
        <w:t xml:space="preserve"> {{field-on:bible}}Så har också Herren förordnat för dem som predikar evangeliet att leva av evangeliet.{{field-off:bible}} [[@</w:t>
      </w:r>
      <w:r w:rsidR="0096445B" w:rsidRPr="000767E2">
        <w:rPr>
          <w:lang w:val="sv-SE"/>
        </w:rPr>
        <w:t>BibleBIBEL82</w:t>
      </w:r>
      <w:r w:rsidRPr="000767E2">
        <w:rPr>
          <w:lang w:val="sv-SE"/>
        </w:rPr>
        <w:t>:1Cor 9:15]]</w:t>
      </w:r>
      <w:r w:rsidRPr="000767E2">
        <w:rPr>
          <w:vertAlign w:val="superscript"/>
          <w:lang w:val="sv-SE"/>
        </w:rPr>
        <w:t>15</w:t>
      </w:r>
      <w:r w:rsidRPr="000767E2">
        <w:rPr>
          <w:lang w:val="sv-SE"/>
        </w:rPr>
        <w:t xml:space="preserve"> {{field-on:bible}}Men jag har inte använt något av detta. Och jag har inte skrivit detta för att så ska ske hos mig. För </w:t>
      </w:r>
      <w:r w:rsidRPr="000767E2">
        <w:rPr>
          <w:i/>
          <w:lang w:val="sv-SE"/>
        </w:rPr>
        <w:t>det är</w:t>
      </w:r>
      <w:r w:rsidRPr="000767E2">
        <w:rPr>
          <w:lang w:val="sv-SE"/>
        </w:rPr>
        <w:t xml:space="preserve"> bra för mig att hellre dö än att – min stolthet ska ingen göra tom.{{field-off:bible}}</w:t>
      </w:r>
    </w:p>
    <w:p w14:paraId="241DD006" w14:textId="2DA3DA29" w:rsidR="00BA33AB" w:rsidRPr="000767E2" w:rsidRDefault="00000000">
      <w:pPr>
        <w:rPr>
          <w:lang w:val="sv-SE"/>
        </w:rPr>
      </w:pPr>
      <w:r w:rsidRPr="000767E2">
        <w:rPr>
          <w:lang w:val="sv-SE"/>
        </w:rPr>
        <w:t>[[@</w:t>
      </w:r>
      <w:r w:rsidR="0096445B" w:rsidRPr="000767E2">
        <w:rPr>
          <w:lang w:val="sv-SE"/>
        </w:rPr>
        <w:t>BibleBIBEL82</w:t>
      </w:r>
      <w:r w:rsidRPr="000767E2">
        <w:rPr>
          <w:lang w:val="sv-SE"/>
        </w:rPr>
        <w:t>:1Cor 9:16]]</w:t>
      </w:r>
      <w:r w:rsidRPr="000767E2">
        <w:rPr>
          <w:vertAlign w:val="superscript"/>
          <w:lang w:val="sv-SE"/>
        </w:rPr>
        <w:t>16</w:t>
      </w:r>
      <w:r w:rsidRPr="000767E2">
        <w:rPr>
          <w:lang w:val="sv-SE"/>
        </w:rPr>
        <w:t xml:space="preserve"> {{field-on:bible}}För om jag evangeliserar, är det för mig ingen stolthet. För ett nödtvång åligger mig, för det är ve mig om jag inte evangeliserar!{{field-</w:t>
      </w:r>
      <w:r w:rsidRPr="000767E2">
        <w:rPr>
          <w:lang w:val="sv-SE"/>
        </w:rPr>
        <w:lastRenderedPageBreak/>
        <w:t>off:bible}} [[@</w:t>
      </w:r>
      <w:r w:rsidR="0096445B" w:rsidRPr="000767E2">
        <w:rPr>
          <w:lang w:val="sv-SE"/>
        </w:rPr>
        <w:t>BibleBIBEL82</w:t>
      </w:r>
      <w:r w:rsidRPr="000767E2">
        <w:rPr>
          <w:lang w:val="sv-SE"/>
        </w:rPr>
        <w:t>:1Cor 9:17]]</w:t>
      </w:r>
      <w:r w:rsidRPr="000767E2">
        <w:rPr>
          <w:vertAlign w:val="superscript"/>
          <w:lang w:val="sv-SE"/>
        </w:rPr>
        <w:t>17</w:t>
      </w:r>
      <w:r w:rsidRPr="000767E2">
        <w:rPr>
          <w:lang w:val="sv-SE"/>
        </w:rPr>
        <w:t xml:space="preserve"> {{field-on:bible}}För om jag frivilligt sysslar med detta har jag lön. Men om ofrivilligt, </w:t>
      </w:r>
      <w:r w:rsidRPr="000767E2">
        <w:rPr>
          <w:i/>
          <w:lang w:val="sv-SE"/>
        </w:rPr>
        <w:t>är det</w:t>
      </w:r>
      <w:r w:rsidRPr="000767E2">
        <w:rPr>
          <w:lang w:val="sv-SE"/>
        </w:rPr>
        <w:t xml:space="preserve"> ett förvaltarskap jag blivit anförtrodd.{{field-off:bible}} [[@</w:t>
      </w:r>
      <w:r w:rsidR="0096445B" w:rsidRPr="000767E2">
        <w:rPr>
          <w:lang w:val="sv-SE"/>
        </w:rPr>
        <w:t>BibleBIBEL82</w:t>
      </w:r>
      <w:r w:rsidRPr="000767E2">
        <w:rPr>
          <w:lang w:val="sv-SE"/>
        </w:rPr>
        <w:t>:1Cor 9:18]]</w:t>
      </w:r>
      <w:r w:rsidRPr="000767E2">
        <w:rPr>
          <w:vertAlign w:val="superscript"/>
          <w:lang w:val="sv-SE"/>
        </w:rPr>
        <w:t>18</w:t>
      </w:r>
      <w:r w:rsidRPr="000767E2">
        <w:rPr>
          <w:lang w:val="sv-SE"/>
        </w:rPr>
        <w:t xml:space="preserve"> {{field-on:bible}}Vad är då min lön? Att jag när jag evangeliserar </w:t>
      </w:r>
      <w:r w:rsidRPr="000767E2">
        <w:rPr>
          <w:i/>
          <w:lang w:val="sv-SE"/>
        </w:rPr>
        <w:t>får</w:t>
      </w:r>
      <w:r w:rsidRPr="000767E2">
        <w:rPr>
          <w:lang w:val="sv-SE"/>
        </w:rPr>
        <w:t xml:space="preserve"> lägga </w:t>
      </w:r>
      <w:r w:rsidRPr="000767E2">
        <w:rPr>
          <w:i/>
          <w:lang w:val="sv-SE"/>
        </w:rPr>
        <w:t>fram</w:t>
      </w:r>
      <w:r w:rsidRPr="000767E2">
        <w:rPr>
          <w:lang w:val="sv-SE"/>
        </w:rPr>
        <w:t xml:space="preserve"> evangeliet kostnadsfritt, så att </w:t>
      </w:r>
      <w:r w:rsidRPr="000767E2">
        <w:rPr>
          <w:i/>
          <w:lang w:val="sv-SE"/>
        </w:rPr>
        <w:t>jag</w:t>
      </w:r>
      <w:r w:rsidRPr="000767E2">
        <w:rPr>
          <w:lang w:val="sv-SE"/>
        </w:rPr>
        <w:t xml:space="preserve"> inte begagnar min rättighet i evangeliet.{{field-off:bible}}</w:t>
      </w:r>
    </w:p>
    <w:p w14:paraId="26C24169" w14:textId="77777777" w:rsidR="00BA33AB" w:rsidRPr="000767E2" w:rsidRDefault="00000000">
      <w:pPr>
        <w:pStyle w:val="Rubrik3"/>
        <w:rPr>
          <w:lang w:val="sv-SE"/>
        </w:rPr>
      </w:pPr>
      <w:r w:rsidRPr="000767E2">
        <w:rPr>
          <w:lang w:val="sv-SE"/>
        </w:rPr>
        <w:t>Allt för evangeliet</w:t>
      </w:r>
    </w:p>
    <w:p w14:paraId="05541AB6" w14:textId="25DF4C13" w:rsidR="00BA33AB" w:rsidRPr="000767E2" w:rsidRDefault="00000000">
      <w:pPr>
        <w:rPr>
          <w:lang w:val="sv-SE"/>
        </w:rPr>
      </w:pPr>
      <w:r w:rsidRPr="000767E2">
        <w:rPr>
          <w:lang w:val="sv-SE"/>
        </w:rPr>
        <w:t>[[@</w:t>
      </w:r>
      <w:r w:rsidR="0096445B" w:rsidRPr="000767E2">
        <w:rPr>
          <w:lang w:val="sv-SE"/>
        </w:rPr>
        <w:t>BibleBIBEL82</w:t>
      </w:r>
      <w:r w:rsidRPr="000767E2">
        <w:rPr>
          <w:lang w:val="sv-SE"/>
        </w:rPr>
        <w:t>:1Cor 9:19]]</w:t>
      </w:r>
      <w:r w:rsidRPr="000767E2">
        <w:rPr>
          <w:vertAlign w:val="superscript"/>
          <w:lang w:val="sv-SE"/>
        </w:rPr>
        <w:t>19</w:t>
      </w:r>
      <w:r w:rsidRPr="000767E2">
        <w:rPr>
          <w:lang w:val="sv-SE"/>
        </w:rPr>
        <w:t xml:space="preserve"> {{field-on:bible}}För jag är fri från alla, </w:t>
      </w:r>
      <w:r w:rsidRPr="000767E2">
        <w:rPr>
          <w:i/>
          <w:lang w:val="sv-SE"/>
        </w:rPr>
        <w:t>men</w:t>
      </w:r>
      <w:r w:rsidRPr="000767E2">
        <w:rPr>
          <w:lang w:val="sv-SE"/>
        </w:rPr>
        <w:t xml:space="preserve"> har gjort mig själv till fasttjänare för alla för att vinna </w:t>
      </w:r>
      <w:r w:rsidRPr="000767E2">
        <w:rPr>
          <w:i/>
          <w:lang w:val="sv-SE"/>
        </w:rPr>
        <w:t>desto</w:t>
      </w:r>
      <w:r w:rsidRPr="000767E2">
        <w:rPr>
          <w:lang w:val="sv-SE"/>
        </w:rPr>
        <w:t xml:space="preserve"> fler.{{field-off:bible}} [[@</w:t>
      </w:r>
      <w:r w:rsidR="0096445B" w:rsidRPr="000767E2">
        <w:rPr>
          <w:lang w:val="sv-SE"/>
        </w:rPr>
        <w:t>BibleBIBEL82</w:t>
      </w:r>
      <w:r w:rsidRPr="000767E2">
        <w:rPr>
          <w:lang w:val="sv-SE"/>
        </w:rPr>
        <w:t>:1Cor 9:20]]</w:t>
      </w:r>
      <w:r w:rsidRPr="000767E2">
        <w:rPr>
          <w:vertAlign w:val="superscript"/>
          <w:lang w:val="sv-SE"/>
        </w:rPr>
        <w:t>20</w:t>
      </w:r>
      <w:r w:rsidRPr="000767E2">
        <w:rPr>
          <w:lang w:val="sv-SE"/>
        </w:rPr>
        <w:t xml:space="preserve"> {{field-on:bible}}Och jag har för judarna blivit som en jude för att vinna judar. För dem under lag som </w:t>
      </w:r>
      <w:r w:rsidRPr="000767E2">
        <w:rPr>
          <w:i/>
          <w:lang w:val="sv-SE"/>
        </w:rPr>
        <w:t>en</w:t>
      </w:r>
      <w:r w:rsidRPr="000767E2">
        <w:rPr>
          <w:lang w:val="sv-SE"/>
        </w:rPr>
        <w:t xml:space="preserve"> under lag, </w:t>
      </w:r>
      <w:r w:rsidRPr="000767E2">
        <w:rPr>
          <w:i/>
          <w:lang w:val="sv-SE"/>
        </w:rPr>
        <w:t>men</w:t>
      </w:r>
      <w:r w:rsidRPr="000767E2">
        <w:rPr>
          <w:lang w:val="sv-SE"/>
        </w:rPr>
        <w:t xml:space="preserve"> är själv inte under lag, för att vinna dem under lag.{{field-off:bible}} [[@</w:t>
      </w:r>
      <w:r w:rsidR="0096445B" w:rsidRPr="000767E2">
        <w:rPr>
          <w:lang w:val="sv-SE"/>
        </w:rPr>
        <w:t>BibleBIBEL82</w:t>
      </w:r>
      <w:r w:rsidRPr="000767E2">
        <w:rPr>
          <w:lang w:val="sv-SE"/>
        </w:rPr>
        <w:t>:1Cor 9:21]]</w:t>
      </w:r>
      <w:r w:rsidRPr="000767E2">
        <w:rPr>
          <w:vertAlign w:val="superscript"/>
          <w:lang w:val="sv-SE"/>
        </w:rPr>
        <w:t>21</w:t>
      </w:r>
      <w:r w:rsidRPr="000767E2">
        <w:rPr>
          <w:lang w:val="sv-SE"/>
        </w:rPr>
        <w:t xml:space="preserve"> {{field-on:bible}}För de laglösa som en laglös, </w:t>
      </w:r>
      <w:r w:rsidRPr="000767E2">
        <w:rPr>
          <w:i/>
          <w:lang w:val="sv-SE"/>
        </w:rPr>
        <w:t>men</w:t>
      </w:r>
      <w:r w:rsidRPr="000767E2">
        <w:rPr>
          <w:lang w:val="sv-SE"/>
        </w:rPr>
        <w:t xml:space="preserve"> är inte laglös hos Gud utan inomlaglig hos Kristus, för att vinna de laglösa.{{field-off:bible}} [[@</w:t>
      </w:r>
      <w:r w:rsidR="0096445B" w:rsidRPr="000767E2">
        <w:rPr>
          <w:lang w:val="sv-SE"/>
        </w:rPr>
        <w:t>BibleBIBEL82</w:t>
      </w:r>
      <w:r w:rsidRPr="000767E2">
        <w:rPr>
          <w:lang w:val="sv-SE"/>
        </w:rPr>
        <w:t>:1Cor 9:22]]</w:t>
      </w:r>
      <w:r w:rsidRPr="000767E2">
        <w:rPr>
          <w:vertAlign w:val="superscript"/>
          <w:lang w:val="sv-SE"/>
        </w:rPr>
        <w:t>22</w:t>
      </w:r>
      <w:r w:rsidRPr="000767E2">
        <w:rPr>
          <w:lang w:val="sv-SE"/>
        </w:rPr>
        <w:t xml:space="preserve"> {{field-on:bible}}Jag har för de svaga blivit svag för att vinna de svaga. För alla har jag blivit allt, för att alls frälsa några.{{field-off:bible}} [[@</w:t>
      </w:r>
      <w:r w:rsidR="0096445B" w:rsidRPr="000767E2">
        <w:rPr>
          <w:lang w:val="sv-SE"/>
        </w:rPr>
        <w:t>BibleBIBEL82</w:t>
      </w:r>
      <w:r w:rsidRPr="000767E2">
        <w:rPr>
          <w:lang w:val="sv-SE"/>
        </w:rPr>
        <w:t>:1Cor 9:23]]</w:t>
      </w:r>
      <w:r w:rsidRPr="000767E2">
        <w:rPr>
          <w:vertAlign w:val="superscript"/>
          <w:lang w:val="sv-SE"/>
        </w:rPr>
        <w:t>23</w:t>
      </w:r>
      <w:r w:rsidRPr="000767E2">
        <w:rPr>
          <w:lang w:val="sv-SE"/>
        </w:rPr>
        <w:t xml:space="preserve"> {{field-on:bible}}Och allt gör jag för evangeliet, för att bli samdelaktig i det.{{field-off:bible}}</w:t>
      </w:r>
    </w:p>
    <w:p w14:paraId="06916920" w14:textId="6DE0CDAD" w:rsidR="00BA33AB" w:rsidRPr="000767E2" w:rsidRDefault="00000000">
      <w:pPr>
        <w:rPr>
          <w:lang w:val="sv-SE"/>
        </w:rPr>
      </w:pPr>
      <w:r w:rsidRPr="000767E2">
        <w:rPr>
          <w:lang w:val="sv-SE"/>
        </w:rPr>
        <w:t>[[@</w:t>
      </w:r>
      <w:r w:rsidR="0096445B" w:rsidRPr="000767E2">
        <w:rPr>
          <w:lang w:val="sv-SE"/>
        </w:rPr>
        <w:t>BibleBIBEL82</w:t>
      </w:r>
      <w:r w:rsidRPr="000767E2">
        <w:rPr>
          <w:lang w:val="sv-SE"/>
        </w:rPr>
        <w:t>:1Cor 9:24]]</w:t>
      </w:r>
      <w:r w:rsidRPr="000767E2">
        <w:rPr>
          <w:vertAlign w:val="superscript"/>
          <w:lang w:val="sv-SE"/>
        </w:rPr>
        <w:t>24</w:t>
      </w:r>
      <w:r w:rsidRPr="000767E2">
        <w:rPr>
          <w:lang w:val="sv-SE"/>
        </w:rPr>
        <w:t xml:space="preserve"> {{field-on:bible}}Vet ni inte att de som springer på arenan alla springer, men en får priset? Spring så att ni griper </w:t>
      </w:r>
      <w:r w:rsidRPr="000767E2">
        <w:rPr>
          <w:i/>
          <w:lang w:val="sv-SE"/>
        </w:rPr>
        <w:t>det</w:t>
      </w:r>
      <w:r w:rsidRPr="000767E2">
        <w:rPr>
          <w:lang w:val="sv-SE"/>
        </w:rPr>
        <w:t>.{{field-off:bible}} [[@</w:t>
      </w:r>
      <w:r w:rsidR="0096445B" w:rsidRPr="000767E2">
        <w:rPr>
          <w:lang w:val="sv-SE"/>
        </w:rPr>
        <w:t>BibleBIBEL82</w:t>
      </w:r>
      <w:r w:rsidRPr="000767E2">
        <w:rPr>
          <w:lang w:val="sv-SE"/>
        </w:rPr>
        <w:t>:1Cor 9:25]]</w:t>
      </w:r>
      <w:r w:rsidRPr="000767E2">
        <w:rPr>
          <w:vertAlign w:val="superscript"/>
          <w:lang w:val="sv-SE"/>
        </w:rPr>
        <w:t>25</w:t>
      </w:r>
      <w:r w:rsidRPr="000767E2">
        <w:rPr>
          <w:lang w:val="sv-SE"/>
        </w:rPr>
        <w:t xml:space="preserve"> {{field-on:bible}}Men var och en som kämpar behärskar sig </w:t>
      </w:r>
      <w:r w:rsidRPr="000767E2">
        <w:rPr>
          <w:i/>
          <w:lang w:val="sv-SE"/>
        </w:rPr>
        <w:t>i</w:t>
      </w:r>
      <w:r w:rsidRPr="000767E2">
        <w:rPr>
          <w:lang w:val="sv-SE"/>
        </w:rPr>
        <w:t xml:space="preserve"> allt: dessa nu för att få en förgänglig krans, men vi en oförgänglig.{{field-off:bible}} [[@</w:t>
      </w:r>
      <w:r w:rsidR="0096445B" w:rsidRPr="000767E2">
        <w:rPr>
          <w:lang w:val="sv-SE"/>
        </w:rPr>
        <w:t>BibleBIBEL82</w:t>
      </w:r>
      <w:r w:rsidRPr="000767E2">
        <w:rPr>
          <w:lang w:val="sv-SE"/>
        </w:rPr>
        <w:t>:1Cor 9:26]]</w:t>
      </w:r>
      <w:r w:rsidRPr="000767E2">
        <w:rPr>
          <w:vertAlign w:val="superscript"/>
          <w:lang w:val="sv-SE"/>
        </w:rPr>
        <w:t>26</w:t>
      </w:r>
      <w:r w:rsidRPr="000767E2">
        <w:rPr>
          <w:lang w:val="sv-SE"/>
        </w:rPr>
        <w:t xml:space="preserve"> {{field-on:bible}}Jag springer därför som så </w:t>
      </w:r>
      <w:r w:rsidRPr="000767E2">
        <w:rPr>
          <w:i/>
          <w:lang w:val="sv-SE"/>
        </w:rPr>
        <w:t>att</w:t>
      </w:r>
      <w:r w:rsidRPr="000767E2">
        <w:rPr>
          <w:lang w:val="sv-SE"/>
        </w:rPr>
        <w:t xml:space="preserve"> </w:t>
      </w:r>
      <w:r w:rsidRPr="000767E2">
        <w:rPr>
          <w:i/>
          <w:lang w:val="sv-SE"/>
        </w:rPr>
        <w:t>målet</w:t>
      </w:r>
      <w:r w:rsidRPr="000767E2">
        <w:rPr>
          <w:lang w:val="sv-SE"/>
        </w:rPr>
        <w:t xml:space="preserve"> inte </w:t>
      </w:r>
      <w:r w:rsidRPr="000767E2">
        <w:rPr>
          <w:i/>
          <w:lang w:val="sv-SE"/>
        </w:rPr>
        <w:t>är</w:t>
      </w:r>
      <w:r w:rsidRPr="000767E2">
        <w:rPr>
          <w:lang w:val="sv-SE"/>
        </w:rPr>
        <w:t xml:space="preserve"> otydligt. Jag boxas som så </w:t>
      </w:r>
      <w:r w:rsidRPr="000767E2">
        <w:rPr>
          <w:i/>
          <w:lang w:val="sv-SE"/>
        </w:rPr>
        <w:t>att</w:t>
      </w:r>
      <w:r w:rsidRPr="000767E2">
        <w:rPr>
          <w:lang w:val="sv-SE"/>
        </w:rPr>
        <w:t xml:space="preserve"> jag inte pryglar luften.{{field-off:bible}} [[@</w:t>
      </w:r>
      <w:r w:rsidR="0096445B" w:rsidRPr="000767E2">
        <w:rPr>
          <w:lang w:val="sv-SE"/>
        </w:rPr>
        <w:t>BibleBIBEL82</w:t>
      </w:r>
      <w:r w:rsidRPr="000767E2">
        <w:rPr>
          <w:lang w:val="sv-SE"/>
        </w:rPr>
        <w:t>:1Cor 9:27]]</w:t>
      </w:r>
      <w:r w:rsidRPr="000767E2">
        <w:rPr>
          <w:vertAlign w:val="superscript"/>
          <w:lang w:val="sv-SE"/>
        </w:rPr>
        <w:t>27</w:t>
      </w:r>
      <w:r w:rsidRPr="000767E2">
        <w:rPr>
          <w:lang w:val="sv-SE"/>
        </w:rPr>
        <w:t xml:space="preserve"> {{field-on:bible}}Nej, jag slår min kropp </w:t>
      </w:r>
      <w:r w:rsidRPr="000767E2">
        <w:rPr>
          <w:i/>
          <w:lang w:val="sv-SE"/>
        </w:rPr>
        <w:t>blå</w:t>
      </w:r>
      <w:r w:rsidRPr="000767E2">
        <w:rPr>
          <w:lang w:val="sv-SE"/>
        </w:rPr>
        <w:t xml:space="preserve"> under ögat och gör </w:t>
      </w:r>
      <w:r w:rsidRPr="000767E2">
        <w:rPr>
          <w:i/>
          <w:lang w:val="sv-SE"/>
        </w:rPr>
        <w:t>den</w:t>
      </w:r>
      <w:r w:rsidRPr="000767E2">
        <w:rPr>
          <w:lang w:val="sv-SE"/>
        </w:rPr>
        <w:t xml:space="preserve"> till fasttjänare, så att jag inte ska ha predikat för andra och själv bli oduglig.{{field-off:bible}}</w:t>
      </w:r>
    </w:p>
    <w:p w14:paraId="137A9C29" w14:textId="6F4C11B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10]]Kapitel 10</w:t>
      </w:r>
    </w:p>
    <w:p w14:paraId="61C598D3" w14:textId="77777777" w:rsidR="00BA33AB" w:rsidRPr="000767E2" w:rsidRDefault="00000000">
      <w:pPr>
        <w:pStyle w:val="Rubrik3"/>
        <w:rPr>
          <w:lang w:val="sv-SE"/>
        </w:rPr>
      </w:pPr>
      <w:r w:rsidRPr="000767E2">
        <w:rPr>
          <w:lang w:val="sv-SE"/>
        </w:rPr>
        <w:t>Varnande exempel</w:t>
      </w:r>
    </w:p>
    <w:p w14:paraId="7484BEE0" w14:textId="067D91D4" w:rsidR="00BA33AB" w:rsidRPr="000767E2" w:rsidRDefault="00000000">
      <w:pPr>
        <w:rPr>
          <w:lang w:val="sv-SE"/>
        </w:rPr>
      </w:pPr>
      <w:r w:rsidRPr="000767E2">
        <w:rPr>
          <w:lang w:val="sv-SE"/>
        </w:rPr>
        <w:t>[[@</w:t>
      </w:r>
      <w:r w:rsidR="0096445B" w:rsidRPr="000767E2">
        <w:rPr>
          <w:lang w:val="sv-SE"/>
        </w:rPr>
        <w:t>BibleBIBEL82</w:t>
      </w:r>
      <w:r w:rsidRPr="000767E2">
        <w:rPr>
          <w:lang w:val="sv-SE"/>
        </w:rPr>
        <w:t>:1Cor 10:1]]</w:t>
      </w:r>
      <w:r w:rsidRPr="000767E2">
        <w:rPr>
          <w:vertAlign w:val="superscript"/>
          <w:lang w:val="sv-SE"/>
        </w:rPr>
        <w:t>1</w:t>
      </w:r>
      <w:r w:rsidRPr="000767E2">
        <w:rPr>
          <w:lang w:val="sv-SE"/>
        </w:rPr>
        <w:t xml:space="preserve"> {{field-on:bible}}För jag vill inte att ni ska vara ovetande, syskon, att våra fäder var alla under molnet och gick alla genom havet,{{field-off:bible}} [[@</w:t>
      </w:r>
      <w:r w:rsidR="0096445B" w:rsidRPr="000767E2">
        <w:rPr>
          <w:lang w:val="sv-SE"/>
        </w:rPr>
        <w:t>BibleBIBEL82</w:t>
      </w:r>
      <w:r w:rsidRPr="000767E2">
        <w:rPr>
          <w:lang w:val="sv-SE"/>
        </w:rPr>
        <w:t>:1Cor 10:2]]</w:t>
      </w:r>
      <w:r w:rsidRPr="000767E2">
        <w:rPr>
          <w:vertAlign w:val="superscript"/>
          <w:lang w:val="sv-SE"/>
        </w:rPr>
        <w:t>2</w:t>
      </w:r>
      <w:r w:rsidRPr="000767E2">
        <w:rPr>
          <w:lang w:val="sv-SE"/>
        </w:rPr>
        <w:t xml:space="preserve"> {{field-on:bible}}och alla döptes de in i Mose i molnet och havet.{{field-off:bible}} [[@</w:t>
      </w:r>
      <w:r w:rsidR="0096445B" w:rsidRPr="000767E2">
        <w:rPr>
          <w:lang w:val="sv-SE"/>
        </w:rPr>
        <w:t>BibleBIBEL82</w:t>
      </w:r>
      <w:r w:rsidRPr="000767E2">
        <w:rPr>
          <w:lang w:val="sv-SE"/>
        </w:rPr>
        <w:t>:1Cor 10:3]]</w:t>
      </w:r>
      <w:r w:rsidRPr="000767E2">
        <w:rPr>
          <w:vertAlign w:val="superscript"/>
          <w:lang w:val="sv-SE"/>
        </w:rPr>
        <w:t>3</w:t>
      </w:r>
      <w:r w:rsidRPr="000767E2">
        <w:rPr>
          <w:lang w:val="sv-SE"/>
        </w:rPr>
        <w:t xml:space="preserve"> {{field-on:bible}}Och alla åt de samma andliga mat,{{field-off:bible}} [[@</w:t>
      </w:r>
      <w:r w:rsidR="0096445B" w:rsidRPr="000767E2">
        <w:rPr>
          <w:lang w:val="sv-SE"/>
        </w:rPr>
        <w:t>BibleBIBEL82</w:t>
      </w:r>
      <w:r w:rsidRPr="000767E2">
        <w:rPr>
          <w:lang w:val="sv-SE"/>
        </w:rPr>
        <w:t>:1Cor 10:4]]</w:t>
      </w:r>
      <w:r w:rsidRPr="000767E2">
        <w:rPr>
          <w:vertAlign w:val="superscript"/>
          <w:lang w:val="sv-SE"/>
        </w:rPr>
        <w:t>4</w:t>
      </w:r>
      <w:r w:rsidRPr="000767E2">
        <w:rPr>
          <w:lang w:val="sv-SE"/>
        </w:rPr>
        <w:t xml:space="preserve"> {{field-on:bible}}och alla drack de samma andliga dryck. För de drack ur en andlig klippa som följde </w:t>
      </w:r>
      <w:r w:rsidRPr="000767E2">
        <w:rPr>
          <w:i/>
          <w:lang w:val="sv-SE"/>
        </w:rPr>
        <w:t>efter</w:t>
      </w:r>
      <w:r w:rsidRPr="000767E2">
        <w:rPr>
          <w:lang w:val="sv-SE"/>
        </w:rPr>
        <w:t>, och klippan var Kristus.{{field-off:bible}}</w:t>
      </w:r>
    </w:p>
    <w:p w14:paraId="239B8A9E" w14:textId="0148C90E" w:rsidR="00BA33AB" w:rsidRPr="000767E2" w:rsidRDefault="00000000">
      <w:pPr>
        <w:rPr>
          <w:lang w:val="sv-SE"/>
        </w:rPr>
      </w:pPr>
      <w:r w:rsidRPr="000767E2">
        <w:rPr>
          <w:lang w:val="sv-SE"/>
        </w:rPr>
        <w:t>[[@</w:t>
      </w:r>
      <w:r w:rsidR="0096445B" w:rsidRPr="000767E2">
        <w:rPr>
          <w:lang w:val="sv-SE"/>
        </w:rPr>
        <w:t>BibleBIBEL82</w:t>
      </w:r>
      <w:r w:rsidRPr="000767E2">
        <w:rPr>
          <w:lang w:val="sv-SE"/>
        </w:rPr>
        <w:t>:1Cor 10:5]]</w:t>
      </w:r>
      <w:r w:rsidRPr="000767E2">
        <w:rPr>
          <w:vertAlign w:val="superscript"/>
          <w:lang w:val="sv-SE"/>
        </w:rPr>
        <w:t>5</w:t>
      </w:r>
      <w:r w:rsidRPr="000767E2">
        <w:rPr>
          <w:lang w:val="sv-SE"/>
        </w:rPr>
        <w:t xml:space="preserve"> {{field-on:bible}}Men i de flesta av dem fann inte Gud behag, för de ströddes ut i ödemarken.{{field-off:bible}} [[@</w:t>
      </w:r>
      <w:r w:rsidR="0096445B" w:rsidRPr="000767E2">
        <w:rPr>
          <w:lang w:val="sv-SE"/>
        </w:rPr>
        <w:t>BibleBIBEL82</w:t>
      </w:r>
      <w:r w:rsidRPr="000767E2">
        <w:rPr>
          <w:lang w:val="sv-SE"/>
        </w:rPr>
        <w:t>:1Cor 10:6]]</w:t>
      </w:r>
      <w:r w:rsidRPr="000767E2">
        <w:rPr>
          <w:vertAlign w:val="superscript"/>
          <w:lang w:val="sv-SE"/>
        </w:rPr>
        <w:t>6</w:t>
      </w:r>
      <w:r w:rsidRPr="000767E2">
        <w:rPr>
          <w:lang w:val="sv-SE"/>
        </w:rPr>
        <w:t xml:space="preserve"> {{field-on:bible}}Och detta har blivit </w:t>
      </w:r>
      <w:r w:rsidRPr="000767E2">
        <w:rPr>
          <w:i/>
          <w:lang w:val="sv-SE"/>
        </w:rPr>
        <w:t>varnande</w:t>
      </w:r>
      <w:r w:rsidRPr="000767E2">
        <w:rPr>
          <w:lang w:val="sv-SE"/>
        </w:rPr>
        <w:t xml:space="preserve"> förebilder för oss, för att vi inte </w:t>
      </w:r>
      <w:r w:rsidRPr="000767E2">
        <w:rPr>
          <w:i/>
          <w:lang w:val="sv-SE"/>
        </w:rPr>
        <w:t>ska</w:t>
      </w:r>
      <w:r w:rsidRPr="000767E2">
        <w:rPr>
          <w:lang w:val="sv-SE"/>
        </w:rPr>
        <w:t xml:space="preserve"> vara begärare efter ont, så som också dessa hade begär.{{field-off:bible}} [[@</w:t>
      </w:r>
      <w:r w:rsidR="0096445B" w:rsidRPr="000767E2">
        <w:rPr>
          <w:lang w:val="sv-SE"/>
        </w:rPr>
        <w:t>BibleBIBEL82</w:t>
      </w:r>
      <w:r w:rsidRPr="000767E2">
        <w:rPr>
          <w:lang w:val="sv-SE"/>
        </w:rPr>
        <w:t>:1Cor 10:7]]</w:t>
      </w:r>
      <w:r w:rsidRPr="000767E2">
        <w:rPr>
          <w:vertAlign w:val="superscript"/>
          <w:lang w:val="sv-SE"/>
        </w:rPr>
        <w:t>7</w:t>
      </w:r>
      <w:r w:rsidRPr="000767E2">
        <w:rPr>
          <w:lang w:val="sv-SE"/>
        </w:rPr>
        <w:t xml:space="preserve"> {{field-on:bible}}Inte heller ska ni bli avgudadyrkare så som några av dem, såsom det är skrivet: Folket satte sig </w:t>
      </w:r>
      <w:r w:rsidRPr="000767E2">
        <w:rPr>
          <w:i/>
          <w:lang w:val="sv-SE"/>
        </w:rPr>
        <w:t>för</w:t>
      </w:r>
      <w:r w:rsidRPr="000767E2">
        <w:rPr>
          <w:lang w:val="sv-SE"/>
        </w:rPr>
        <w:t xml:space="preserve"> att äta och dricka, och stod upp </w:t>
      </w:r>
      <w:r w:rsidRPr="000767E2">
        <w:rPr>
          <w:i/>
          <w:lang w:val="sv-SE"/>
        </w:rPr>
        <w:t>för</w:t>
      </w:r>
      <w:r w:rsidRPr="000767E2">
        <w:rPr>
          <w:lang w:val="sv-SE"/>
        </w:rPr>
        <w:t xml:space="preserve"> att leka.{{field-off:bible}} [[@</w:t>
      </w:r>
      <w:r w:rsidR="0096445B" w:rsidRPr="000767E2">
        <w:rPr>
          <w:lang w:val="sv-SE"/>
        </w:rPr>
        <w:t>BibleBIBEL82</w:t>
      </w:r>
      <w:r w:rsidRPr="000767E2">
        <w:rPr>
          <w:lang w:val="sv-SE"/>
        </w:rPr>
        <w:t>:1Cor 10:8]]</w:t>
      </w:r>
      <w:r w:rsidRPr="000767E2">
        <w:rPr>
          <w:vertAlign w:val="superscript"/>
          <w:lang w:val="sv-SE"/>
        </w:rPr>
        <w:t>8</w:t>
      </w:r>
      <w:r w:rsidRPr="000767E2">
        <w:rPr>
          <w:lang w:val="sv-SE"/>
        </w:rPr>
        <w:t xml:space="preserve"> {{field-on:bible}}Inte heller ska vi begå otukt så som några av </w:t>
      </w:r>
      <w:r w:rsidRPr="000767E2">
        <w:rPr>
          <w:lang w:val="sv-SE"/>
        </w:rPr>
        <w:lastRenderedPageBreak/>
        <w:t xml:space="preserve">dem begick otukt, och på en </w:t>
      </w:r>
      <w:r w:rsidRPr="000767E2">
        <w:rPr>
          <w:i/>
          <w:lang w:val="sv-SE"/>
        </w:rPr>
        <w:t>enda</w:t>
      </w:r>
      <w:r w:rsidRPr="000767E2">
        <w:rPr>
          <w:lang w:val="sv-SE"/>
        </w:rPr>
        <w:t xml:space="preserve"> dag föll tjugotretusen.{{field-off:bible}} [[@</w:t>
      </w:r>
      <w:r w:rsidR="0096445B" w:rsidRPr="000767E2">
        <w:rPr>
          <w:lang w:val="sv-SE"/>
        </w:rPr>
        <w:t>BibleBIBEL82</w:t>
      </w:r>
      <w:r w:rsidRPr="000767E2">
        <w:rPr>
          <w:lang w:val="sv-SE"/>
        </w:rPr>
        <w:t>:1Cor 10:9]]</w:t>
      </w:r>
      <w:r w:rsidRPr="000767E2">
        <w:rPr>
          <w:vertAlign w:val="superscript"/>
          <w:lang w:val="sv-SE"/>
        </w:rPr>
        <w:t>9</w:t>
      </w:r>
      <w:r w:rsidRPr="000767E2">
        <w:rPr>
          <w:lang w:val="sv-SE"/>
        </w:rPr>
        <w:t xml:space="preserve"> {{field-on:bible}}Inte heller ska vi pröva ut Kristus, så som några av dem prövade och av ormarna förgjordes.{{field-off:bible}} [[@</w:t>
      </w:r>
      <w:r w:rsidR="0096445B" w:rsidRPr="000767E2">
        <w:rPr>
          <w:lang w:val="sv-SE"/>
        </w:rPr>
        <w:t>BibleBIBEL82</w:t>
      </w:r>
      <w:r w:rsidRPr="000767E2">
        <w:rPr>
          <w:lang w:val="sv-SE"/>
        </w:rPr>
        <w:t>:1Cor 10:10]]</w:t>
      </w:r>
      <w:r w:rsidRPr="000767E2">
        <w:rPr>
          <w:vertAlign w:val="superscript"/>
          <w:lang w:val="sv-SE"/>
        </w:rPr>
        <w:t>10</w:t>
      </w:r>
      <w:r w:rsidRPr="000767E2">
        <w:rPr>
          <w:lang w:val="sv-SE"/>
        </w:rPr>
        <w:t xml:space="preserve"> {{field-on:bible}}Inte heller ska ni muttra, så som några av dem muttrade och förgjordes av utrotaren.{{field-off:bible}} [[@</w:t>
      </w:r>
      <w:r w:rsidR="0096445B" w:rsidRPr="000767E2">
        <w:rPr>
          <w:lang w:val="sv-SE"/>
        </w:rPr>
        <w:t>BibleBIBEL82</w:t>
      </w:r>
      <w:r w:rsidRPr="000767E2">
        <w:rPr>
          <w:lang w:val="sv-SE"/>
        </w:rPr>
        <w:t>:1Cor 10:11]]</w:t>
      </w:r>
      <w:r w:rsidRPr="000767E2">
        <w:rPr>
          <w:vertAlign w:val="superscript"/>
          <w:lang w:val="sv-SE"/>
        </w:rPr>
        <w:t>11</w:t>
      </w:r>
      <w:r w:rsidRPr="000767E2">
        <w:rPr>
          <w:lang w:val="sv-SE"/>
        </w:rPr>
        <w:t xml:space="preserve"> {{field-on:bible}}Och detta har förebildligt inträffat för dessa, och det skrevs ner till förmaning för oss till vilka eonernas slut har nått fram.{{field-off:bible}}</w:t>
      </w:r>
    </w:p>
    <w:p w14:paraId="212190F7" w14:textId="6B1B2213" w:rsidR="00BA33AB" w:rsidRPr="000767E2" w:rsidRDefault="00000000">
      <w:pPr>
        <w:rPr>
          <w:lang w:val="sv-SE"/>
        </w:rPr>
      </w:pPr>
      <w:r w:rsidRPr="000767E2">
        <w:rPr>
          <w:lang w:val="sv-SE"/>
        </w:rPr>
        <w:t>[[@</w:t>
      </w:r>
      <w:r w:rsidR="0096445B" w:rsidRPr="000767E2">
        <w:rPr>
          <w:lang w:val="sv-SE"/>
        </w:rPr>
        <w:t>BibleBIBEL82</w:t>
      </w:r>
      <w:r w:rsidRPr="000767E2">
        <w:rPr>
          <w:lang w:val="sv-SE"/>
        </w:rPr>
        <w:t>:1Cor 10:12]]</w:t>
      </w:r>
      <w:r w:rsidRPr="000767E2">
        <w:rPr>
          <w:vertAlign w:val="superscript"/>
          <w:lang w:val="sv-SE"/>
        </w:rPr>
        <w:t>12</w:t>
      </w:r>
      <w:r w:rsidRPr="000767E2">
        <w:rPr>
          <w:lang w:val="sv-SE"/>
        </w:rPr>
        <w:t xml:space="preserve"> {{field-on:bible}}Därför ska den som tycker sig stå se till att han inte faller.{{field-off:bible}} [[@</w:t>
      </w:r>
      <w:r w:rsidR="0096445B" w:rsidRPr="000767E2">
        <w:rPr>
          <w:lang w:val="sv-SE"/>
        </w:rPr>
        <w:t>BibleBIBEL82</w:t>
      </w:r>
      <w:r w:rsidRPr="000767E2">
        <w:rPr>
          <w:lang w:val="sv-SE"/>
        </w:rPr>
        <w:t>:1Cor 10:13]]</w:t>
      </w:r>
      <w:r w:rsidRPr="000767E2">
        <w:rPr>
          <w:vertAlign w:val="superscript"/>
          <w:lang w:val="sv-SE"/>
        </w:rPr>
        <w:t>13</w:t>
      </w:r>
      <w:r w:rsidRPr="000767E2">
        <w:rPr>
          <w:lang w:val="sv-SE"/>
        </w:rPr>
        <w:t xml:space="preserve"> {{field-on:bible}}Ingen prövning har tagit er utom </w:t>
      </w:r>
      <w:r w:rsidRPr="000767E2">
        <w:rPr>
          <w:i/>
          <w:lang w:val="sv-SE"/>
        </w:rPr>
        <w:t>vad som är</w:t>
      </w:r>
      <w:r w:rsidRPr="000767E2">
        <w:rPr>
          <w:lang w:val="sv-SE"/>
        </w:rPr>
        <w:t xml:space="preserve"> mänskligt. Och trofast </w:t>
      </w:r>
      <w:r w:rsidRPr="000767E2">
        <w:rPr>
          <w:i/>
          <w:lang w:val="sv-SE"/>
        </w:rPr>
        <w:t>är</w:t>
      </w:r>
      <w:r w:rsidRPr="000767E2">
        <w:rPr>
          <w:lang w:val="sv-SE"/>
        </w:rPr>
        <w:t xml:space="preserve"> Gud som inte ska låta er prövas utöver vad ni kan. Nej, han ska med prövningen också göra utgången så att </w:t>
      </w:r>
      <w:r w:rsidRPr="000767E2">
        <w:rPr>
          <w:i/>
          <w:lang w:val="sv-SE"/>
        </w:rPr>
        <w:t>ni ska</w:t>
      </w:r>
      <w:r w:rsidRPr="000767E2">
        <w:rPr>
          <w:lang w:val="sv-SE"/>
        </w:rPr>
        <w:t xml:space="preserve"> kunna uthärda.{{field-off:bible}}</w:t>
      </w:r>
    </w:p>
    <w:p w14:paraId="1FC304BC" w14:textId="77777777" w:rsidR="00BA33AB" w:rsidRPr="000767E2" w:rsidRDefault="00000000">
      <w:pPr>
        <w:pStyle w:val="Rubrik3"/>
        <w:rPr>
          <w:lang w:val="sv-SE"/>
        </w:rPr>
      </w:pPr>
      <w:r w:rsidRPr="000767E2">
        <w:rPr>
          <w:lang w:val="sv-SE"/>
        </w:rPr>
        <w:t>Herrens bord och avgudaoffer</w:t>
      </w:r>
    </w:p>
    <w:p w14:paraId="17997232" w14:textId="3F9260A5" w:rsidR="00BA33AB" w:rsidRPr="000767E2" w:rsidRDefault="00000000">
      <w:pPr>
        <w:rPr>
          <w:lang w:val="sv-SE"/>
        </w:rPr>
      </w:pPr>
      <w:r w:rsidRPr="000767E2">
        <w:rPr>
          <w:lang w:val="sv-SE"/>
        </w:rPr>
        <w:t>[[@</w:t>
      </w:r>
      <w:r w:rsidR="0096445B" w:rsidRPr="000767E2">
        <w:rPr>
          <w:lang w:val="sv-SE"/>
        </w:rPr>
        <w:t>BibleBIBEL82</w:t>
      </w:r>
      <w:r w:rsidRPr="000767E2">
        <w:rPr>
          <w:lang w:val="sv-SE"/>
        </w:rPr>
        <w:t>:1Cor 10:14]]</w:t>
      </w:r>
      <w:r w:rsidRPr="000767E2">
        <w:rPr>
          <w:vertAlign w:val="superscript"/>
          <w:lang w:val="sv-SE"/>
        </w:rPr>
        <w:t>14</w:t>
      </w:r>
      <w:r w:rsidRPr="000767E2">
        <w:rPr>
          <w:lang w:val="sv-SE"/>
        </w:rPr>
        <w:t xml:space="preserve"> {{field-on:bible}}Därför, mina älskade: fly från avgudadyrkan.{{field-off:bible}} [[@</w:t>
      </w:r>
      <w:r w:rsidR="0096445B" w:rsidRPr="000767E2">
        <w:rPr>
          <w:lang w:val="sv-SE"/>
        </w:rPr>
        <w:t>BibleBIBEL82</w:t>
      </w:r>
      <w:r w:rsidRPr="000767E2">
        <w:rPr>
          <w:lang w:val="sv-SE"/>
        </w:rPr>
        <w:t>:1Cor 10:15]]</w:t>
      </w:r>
      <w:r w:rsidRPr="000767E2">
        <w:rPr>
          <w:vertAlign w:val="superscript"/>
          <w:lang w:val="sv-SE"/>
        </w:rPr>
        <w:t>15</w:t>
      </w:r>
      <w:r w:rsidRPr="000767E2">
        <w:rPr>
          <w:lang w:val="sv-SE"/>
        </w:rPr>
        <w:t xml:space="preserve"> {{field-on:bible}}Som till kloka talar jag. Bedöm ni det jag säger.{{field-off:bible}} [[@</w:t>
      </w:r>
      <w:r w:rsidR="0096445B" w:rsidRPr="000767E2">
        <w:rPr>
          <w:lang w:val="sv-SE"/>
        </w:rPr>
        <w:t>BibleBIBEL82</w:t>
      </w:r>
      <w:r w:rsidRPr="000767E2">
        <w:rPr>
          <w:lang w:val="sv-SE"/>
        </w:rPr>
        <w:t>:1Cor 10:16]]</w:t>
      </w:r>
      <w:r w:rsidRPr="000767E2">
        <w:rPr>
          <w:vertAlign w:val="superscript"/>
          <w:lang w:val="sv-SE"/>
        </w:rPr>
        <w:t>16</w:t>
      </w:r>
      <w:r w:rsidRPr="000767E2">
        <w:rPr>
          <w:lang w:val="sv-SE"/>
        </w:rPr>
        <w:t xml:space="preserve"> {{field-on:bible}}Välsignelsens bägare som vi välsignar, är inte den delaktighet i Kristi blod? Brödet som vi bryter, är inte det delaktighet i Kristi kropp?{{field-off:bible}} [[@</w:t>
      </w:r>
      <w:r w:rsidR="0096445B" w:rsidRPr="000767E2">
        <w:rPr>
          <w:lang w:val="sv-SE"/>
        </w:rPr>
        <w:t>BibleBIBEL82</w:t>
      </w:r>
      <w:r w:rsidRPr="000767E2">
        <w:rPr>
          <w:lang w:val="sv-SE"/>
        </w:rPr>
        <w:t>:1Cor 10:17]]</w:t>
      </w:r>
      <w:r w:rsidRPr="000767E2">
        <w:rPr>
          <w:vertAlign w:val="superscript"/>
          <w:lang w:val="sv-SE"/>
        </w:rPr>
        <w:t>17</w:t>
      </w:r>
      <w:r w:rsidRPr="000767E2">
        <w:rPr>
          <w:lang w:val="sv-SE"/>
        </w:rPr>
        <w:t xml:space="preserve"> {{field-on:bible}}Eftersom </w:t>
      </w:r>
      <w:r w:rsidRPr="000767E2">
        <w:rPr>
          <w:i/>
          <w:lang w:val="sv-SE"/>
        </w:rPr>
        <w:t>det är</w:t>
      </w:r>
      <w:r w:rsidRPr="000767E2">
        <w:rPr>
          <w:lang w:val="sv-SE"/>
        </w:rPr>
        <w:t xml:space="preserve"> ett </w:t>
      </w:r>
      <w:r w:rsidRPr="000767E2">
        <w:rPr>
          <w:i/>
          <w:lang w:val="sv-SE"/>
        </w:rPr>
        <w:t>enda</w:t>
      </w:r>
      <w:r w:rsidRPr="000767E2">
        <w:rPr>
          <w:lang w:val="sv-SE"/>
        </w:rPr>
        <w:t xml:space="preserve"> bröd, är vi många en </w:t>
      </w:r>
      <w:r w:rsidRPr="000767E2">
        <w:rPr>
          <w:i/>
          <w:lang w:val="sv-SE"/>
        </w:rPr>
        <w:t>enda</w:t>
      </w:r>
      <w:r w:rsidRPr="000767E2">
        <w:rPr>
          <w:lang w:val="sv-SE"/>
        </w:rPr>
        <w:t xml:space="preserve"> kropp. För alla får vi del av det enda brödet.{{field-off:bible}} [[@</w:t>
      </w:r>
      <w:r w:rsidR="0096445B" w:rsidRPr="000767E2">
        <w:rPr>
          <w:lang w:val="sv-SE"/>
        </w:rPr>
        <w:t>BibleBIBEL82</w:t>
      </w:r>
      <w:r w:rsidRPr="000767E2">
        <w:rPr>
          <w:lang w:val="sv-SE"/>
        </w:rPr>
        <w:t>:1Cor 10:18]]</w:t>
      </w:r>
      <w:r w:rsidRPr="000767E2">
        <w:rPr>
          <w:vertAlign w:val="superscript"/>
          <w:lang w:val="sv-SE"/>
        </w:rPr>
        <w:t>18</w:t>
      </w:r>
      <w:r w:rsidRPr="000767E2">
        <w:rPr>
          <w:lang w:val="sv-SE"/>
        </w:rPr>
        <w:t xml:space="preserve"> {{field-on:bible}}Se på Israel efter köttet. Är inte de som äter offren delaktiga i altaret?{{field-off:bible}}</w:t>
      </w:r>
    </w:p>
    <w:p w14:paraId="74BEB018" w14:textId="3933B5DF" w:rsidR="00BA33AB" w:rsidRPr="000767E2" w:rsidRDefault="00000000">
      <w:pPr>
        <w:rPr>
          <w:lang w:val="sv-SE"/>
        </w:rPr>
      </w:pPr>
      <w:r w:rsidRPr="000767E2">
        <w:rPr>
          <w:lang w:val="sv-SE"/>
        </w:rPr>
        <w:t>[[@</w:t>
      </w:r>
      <w:r w:rsidR="0096445B" w:rsidRPr="000767E2">
        <w:rPr>
          <w:lang w:val="sv-SE"/>
        </w:rPr>
        <w:t>BibleBIBEL82</w:t>
      </w:r>
      <w:r w:rsidRPr="000767E2">
        <w:rPr>
          <w:lang w:val="sv-SE"/>
        </w:rPr>
        <w:t>:1Cor 10:19]]</w:t>
      </w:r>
      <w:r w:rsidRPr="000767E2">
        <w:rPr>
          <w:vertAlign w:val="superscript"/>
          <w:lang w:val="sv-SE"/>
        </w:rPr>
        <w:t>19</w:t>
      </w:r>
      <w:r w:rsidRPr="000767E2">
        <w:rPr>
          <w:lang w:val="sv-SE"/>
        </w:rPr>
        <w:t xml:space="preserve"> {{field-on:bible}}Vad säger jag då? Att avgudaoffrat är något, eller att en avgud är något?{{field-off:bible}} [[@</w:t>
      </w:r>
      <w:r w:rsidR="0096445B" w:rsidRPr="000767E2">
        <w:rPr>
          <w:lang w:val="sv-SE"/>
        </w:rPr>
        <w:t>BibleBIBEL82</w:t>
      </w:r>
      <w:r w:rsidRPr="000767E2">
        <w:rPr>
          <w:lang w:val="sv-SE"/>
        </w:rPr>
        <w:t>:1Cor 10:20]]</w:t>
      </w:r>
      <w:r w:rsidRPr="000767E2">
        <w:rPr>
          <w:vertAlign w:val="superscript"/>
          <w:lang w:val="sv-SE"/>
        </w:rPr>
        <w:t>20</w:t>
      </w:r>
      <w:r w:rsidRPr="000767E2">
        <w:rPr>
          <w:lang w:val="sv-SE"/>
        </w:rPr>
        <w:t xml:space="preserve"> {{field-on:bible}}Nej, </w:t>
      </w:r>
      <w:r w:rsidRPr="000767E2">
        <w:rPr>
          <w:i/>
          <w:lang w:val="sv-SE"/>
        </w:rPr>
        <w:t>men</w:t>
      </w:r>
      <w:r w:rsidRPr="000767E2">
        <w:rPr>
          <w:lang w:val="sv-SE"/>
        </w:rPr>
        <w:t xml:space="preserve"> att det de slaktoffrar, slaktoffrar de åt demoner och inte åt Gud. Och jag vill inte att ni ska bli delaktiga i demonerna.{{field-off:bible}} [[@</w:t>
      </w:r>
      <w:r w:rsidR="0096445B" w:rsidRPr="000767E2">
        <w:rPr>
          <w:lang w:val="sv-SE"/>
        </w:rPr>
        <w:t>BibleBIBEL82</w:t>
      </w:r>
      <w:r w:rsidRPr="000767E2">
        <w:rPr>
          <w:lang w:val="sv-SE"/>
        </w:rPr>
        <w:t>:1Cor 10:21]]</w:t>
      </w:r>
      <w:r w:rsidRPr="000767E2">
        <w:rPr>
          <w:vertAlign w:val="superscript"/>
          <w:lang w:val="sv-SE"/>
        </w:rPr>
        <w:t>21</w:t>
      </w:r>
      <w:r w:rsidRPr="000767E2">
        <w:rPr>
          <w:lang w:val="sv-SE"/>
        </w:rPr>
        <w:t xml:space="preserve"> {{field-on:bible}}Ni kan inte dricka Herrens bägare och demoners bägare. Ni kan inte ha del i Herrens bord och i demoners bord.{{field-off:bible}} [[@</w:t>
      </w:r>
      <w:r w:rsidR="0096445B" w:rsidRPr="000767E2">
        <w:rPr>
          <w:lang w:val="sv-SE"/>
        </w:rPr>
        <w:t>BibleBIBEL82</w:t>
      </w:r>
      <w:r w:rsidRPr="000767E2">
        <w:rPr>
          <w:lang w:val="sv-SE"/>
        </w:rPr>
        <w:t>:1Cor 10:22]]</w:t>
      </w:r>
      <w:r w:rsidRPr="000767E2">
        <w:rPr>
          <w:vertAlign w:val="superscript"/>
          <w:lang w:val="sv-SE"/>
        </w:rPr>
        <w:t>22</w:t>
      </w:r>
      <w:r w:rsidRPr="000767E2">
        <w:rPr>
          <w:lang w:val="sv-SE"/>
        </w:rPr>
        <w:t xml:space="preserve"> {{field-on:bible}}Eller väcker vi svartsjuka hos Herren? Inte är vi starkare än han?{{field-off:bible}}</w:t>
      </w:r>
    </w:p>
    <w:p w14:paraId="527670F1" w14:textId="77777777" w:rsidR="00BA33AB" w:rsidRPr="000767E2" w:rsidRDefault="00000000">
      <w:pPr>
        <w:pStyle w:val="Rubrik3"/>
        <w:rPr>
          <w:lang w:val="sv-SE"/>
        </w:rPr>
      </w:pPr>
      <w:r w:rsidRPr="000767E2">
        <w:rPr>
          <w:lang w:val="sv-SE"/>
        </w:rPr>
        <w:t>Samvetets frihet</w:t>
      </w:r>
    </w:p>
    <w:p w14:paraId="24D7C0DE" w14:textId="3F921FB3" w:rsidR="00BA33AB" w:rsidRPr="000767E2" w:rsidRDefault="00000000">
      <w:pPr>
        <w:rPr>
          <w:lang w:val="sv-SE"/>
        </w:rPr>
      </w:pPr>
      <w:r w:rsidRPr="000767E2">
        <w:rPr>
          <w:lang w:val="sv-SE"/>
        </w:rPr>
        <w:t>[[@</w:t>
      </w:r>
      <w:r w:rsidR="0096445B" w:rsidRPr="000767E2">
        <w:rPr>
          <w:lang w:val="sv-SE"/>
        </w:rPr>
        <w:t>BibleBIBEL82</w:t>
      </w:r>
      <w:r w:rsidRPr="000767E2">
        <w:rPr>
          <w:lang w:val="sv-SE"/>
        </w:rPr>
        <w:t>:1Cor 10:23]]</w:t>
      </w:r>
      <w:r w:rsidRPr="000767E2">
        <w:rPr>
          <w:vertAlign w:val="superscript"/>
          <w:lang w:val="sv-SE"/>
        </w:rPr>
        <w:t>23</w:t>
      </w:r>
      <w:r w:rsidRPr="000767E2">
        <w:rPr>
          <w:lang w:val="sv-SE"/>
        </w:rPr>
        <w:t xml:space="preserve"> {{field-on:bible}}Allt är tillåtet – men inte allt gagnar. Allt är tillåtet – men inte allt bygger upp.{{field-off:bible}} [[@</w:t>
      </w:r>
      <w:r w:rsidR="0096445B" w:rsidRPr="000767E2">
        <w:rPr>
          <w:lang w:val="sv-SE"/>
        </w:rPr>
        <w:t>BibleBIBEL82</w:t>
      </w:r>
      <w:r w:rsidRPr="000767E2">
        <w:rPr>
          <w:lang w:val="sv-SE"/>
        </w:rPr>
        <w:t>:1Cor 10:24]]</w:t>
      </w:r>
      <w:r w:rsidRPr="000767E2">
        <w:rPr>
          <w:vertAlign w:val="superscript"/>
          <w:lang w:val="sv-SE"/>
        </w:rPr>
        <w:t>24</w:t>
      </w:r>
      <w:r w:rsidRPr="000767E2">
        <w:rPr>
          <w:lang w:val="sv-SE"/>
        </w:rPr>
        <w:t xml:space="preserve"> {{field-on:bible}}Ingen ska söka sitt eget, utan den andres.{{field-off:bible}} [[@</w:t>
      </w:r>
      <w:r w:rsidR="0096445B" w:rsidRPr="000767E2">
        <w:rPr>
          <w:lang w:val="sv-SE"/>
        </w:rPr>
        <w:t>BibleBIBEL82</w:t>
      </w:r>
      <w:r w:rsidRPr="000767E2">
        <w:rPr>
          <w:lang w:val="sv-SE"/>
        </w:rPr>
        <w:t>:1Cor 10:25]]</w:t>
      </w:r>
      <w:r w:rsidRPr="000767E2">
        <w:rPr>
          <w:vertAlign w:val="superscript"/>
          <w:lang w:val="sv-SE"/>
        </w:rPr>
        <w:t>25</w:t>
      </w:r>
      <w:r w:rsidRPr="000767E2">
        <w:rPr>
          <w:lang w:val="sv-SE"/>
        </w:rPr>
        <w:t xml:space="preserve"> {{field-on:bible}}Allt som säljs på köttmarknaden ska ni äta utan att undersöka något för samvetets skull,{{field-off:bible}} [[@</w:t>
      </w:r>
      <w:r w:rsidR="0096445B" w:rsidRPr="000767E2">
        <w:rPr>
          <w:lang w:val="sv-SE"/>
        </w:rPr>
        <w:t>BibleBIBEL82</w:t>
      </w:r>
      <w:r w:rsidRPr="000767E2">
        <w:rPr>
          <w:lang w:val="sv-SE"/>
        </w:rPr>
        <w:t>:1Cor 10:26]]</w:t>
      </w:r>
      <w:r w:rsidRPr="000767E2">
        <w:rPr>
          <w:vertAlign w:val="superscript"/>
          <w:lang w:val="sv-SE"/>
        </w:rPr>
        <w:t>26</w:t>
      </w:r>
      <w:r w:rsidRPr="000767E2">
        <w:rPr>
          <w:lang w:val="sv-SE"/>
        </w:rPr>
        <w:t xml:space="preserve"> {{field-on:bible}}för Herrens </w:t>
      </w:r>
      <w:r w:rsidRPr="000767E2">
        <w:rPr>
          <w:i/>
          <w:lang w:val="sv-SE"/>
        </w:rPr>
        <w:t>är</w:t>
      </w:r>
      <w:r w:rsidRPr="000767E2">
        <w:rPr>
          <w:lang w:val="sv-SE"/>
        </w:rPr>
        <w:t xml:space="preserve"> jorden och dess fullhet.{{field-off:bible}}</w:t>
      </w:r>
    </w:p>
    <w:p w14:paraId="040ECD08" w14:textId="37584412" w:rsidR="00BA33AB" w:rsidRPr="000767E2" w:rsidRDefault="00000000">
      <w:pPr>
        <w:rPr>
          <w:lang w:val="sv-SE"/>
        </w:rPr>
      </w:pPr>
      <w:r w:rsidRPr="000767E2">
        <w:rPr>
          <w:lang w:val="sv-SE"/>
        </w:rPr>
        <w:t>[[@</w:t>
      </w:r>
      <w:r w:rsidR="0096445B" w:rsidRPr="000767E2">
        <w:rPr>
          <w:lang w:val="sv-SE"/>
        </w:rPr>
        <w:t>BibleBIBEL82</w:t>
      </w:r>
      <w:r w:rsidRPr="000767E2">
        <w:rPr>
          <w:lang w:val="sv-SE"/>
        </w:rPr>
        <w:t>:1Cor 10:27]]</w:t>
      </w:r>
      <w:r w:rsidRPr="000767E2">
        <w:rPr>
          <w:vertAlign w:val="superscript"/>
          <w:lang w:val="sv-SE"/>
        </w:rPr>
        <w:t>27</w:t>
      </w:r>
      <w:r w:rsidRPr="000767E2">
        <w:rPr>
          <w:lang w:val="sv-SE"/>
        </w:rPr>
        <w:t xml:space="preserve"> {{field-on:bible}}Om någon inbjuder er av de otroende och ni vill gå, ät allt som sätts fram åt er utan att undersöka något för samvetets skull.{{field-off:bible}} [[@</w:t>
      </w:r>
      <w:r w:rsidR="0096445B" w:rsidRPr="000767E2">
        <w:rPr>
          <w:lang w:val="sv-SE"/>
        </w:rPr>
        <w:t>BibleBIBEL82</w:t>
      </w:r>
      <w:r w:rsidRPr="000767E2">
        <w:rPr>
          <w:lang w:val="sv-SE"/>
        </w:rPr>
        <w:t>:1Cor 10:28]]</w:t>
      </w:r>
      <w:r w:rsidRPr="000767E2">
        <w:rPr>
          <w:vertAlign w:val="superscript"/>
          <w:lang w:val="sv-SE"/>
        </w:rPr>
        <w:t>28</w:t>
      </w:r>
      <w:r w:rsidRPr="000767E2">
        <w:rPr>
          <w:lang w:val="sv-SE"/>
        </w:rPr>
        <w:t xml:space="preserve"> {{field-on:bible}}Men om någon säger till er: ”Detta är tempeloffrat”, ät inte för dennes skull som informerade, och </w:t>
      </w:r>
      <w:r w:rsidRPr="000767E2">
        <w:rPr>
          <w:i/>
          <w:lang w:val="sv-SE"/>
        </w:rPr>
        <w:t>för</w:t>
      </w:r>
      <w:r w:rsidRPr="000767E2">
        <w:rPr>
          <w:lang w:val="sv-SE"/>
        </w:rPr>
        <w:t xml:space="preserve"> samvetet.{{field-off:bible}} </w:t>
      </w:r>
      <w:r w:rsidRPr="000767E2">
        <w:rPr>
          <w:lang w:val="sv-SE"/>
        </w:rPr>
        <w:lastRenderedPageBreak/>
        <w:t>[[@</w:t>
      </w:r>
      <w:r w:rsidR="0096445B" w:rsidRPr="000767E2">
        <w:rPr>
          <w:lang w:val="sv-SE"/>
        </w:rPr>
        <w:t>BibleBIBEL82</w:t>
      </w:r>
      <w:r w:rsidRPr="000767E2">
        <w:rPr>
          <w:lang w:val="sv-SE"/>
        </w:rPr>
        <w:t>:1Cor 10:29]]</w:t>
      </w:r>
      <w:r w:rsidRPr="000767E2">
        <w:rPr>
          <w:vertAlign w:val="superscript"/>
          <w:lang w:val="sv-SE"/>
        </w:rPr>
        <w:t>29</w:t>
      </w:r>
      <w:r w:rsidRPr="000767E2">
        <w:rPr>
          <w:lang w:val="sv-SE"/>
        </w:rPr>
        <w:t xml:space="preserve"> {{field-on:bible}}Och </w:t>
      </w:r>
      <w:r w:rsidRPr="000767E2">
        <w:rPr>
          <w:i/>
          <w:lang w:val="sv-SE"/>
        </w:rPr>
        <w:t>med</w:t>
      </w:r>
      <w:r w:rsidRPr="000767E2">
        <w:rPr>
          <w:lang w:val="sv-SE"/>
        </w:rPr>
        <w:t xml:space="preserve"> samvetet menar jag inte det egna, utan den andres. Varför döms då min frihet av ett annat samvete?{{field-off:bible}} [[@</w:t>
      </w:r>
      <w:r w:rsidR="0096445B" w:rsidRPr="000767E2">
        <w:rPr>
          <w:lang w:val="sv-SE"/>
        </w:rPr>
        <w:t>BibleBIBEL82</w:t>
      </w:r>
      <w:r w:rsidRPr="000767E2">
        <w:rPr>
          <w:lang w:val="sv-SE"/>
        </w:rPr>
        <w:t>:1Cor 10:30]]</w:t>
      </w:r>
      <w:r w:rsidRPr="000767E2">
        <w:rPr>
          <w:vertAlign w:val="superscript"/>
          <w:lang w:val="sv-SE"/>
        </w:rPr>
        <w:t>30</w:t>
      </w:r>
      <w:r w:rsidRPr="000767E2">
        <w:rPr>
          <w:lang w:val="sv-SE"/>
        </w:rPr>
        <w:t xml:space="preserve"> {{field-on:bible}}Om jag får del med tack, varför blir jag smädad för det jag tackar för?{{field-off:bible}}</w:t>
      </w:r>
    </w:p>
    <w:p w14:paraId="46DC7137" w14:textId="69315C02" w:rsidR="00BA33AB" w:rsidRPr="000767E2" w:rsidRDefault="00000000">
      <w:pPr>
        <w:rPr>
          <w:lang w:val="sv-SE"/>
        </w:rPr>
      </w:pPr>
      <w:r w:rsidRPr="000767E2">
        <w:rPr>
          <w:lang w:val="sv-SE"/>
        </w:rPr>
        <w:t>[[@</w:t>
      </w:r>
      <w:r w:rsidR="0096445B" w:rsidRPr="000767E2">
        <w:rPr>
          <w:lang w:val="sv-SE"/>
        </w:rPr>
        <w:t>BibleBIBEL82</w:t>
      </w:r>
      <w:r w:rsidRPr="000767E2">
        <w:rPr>
          <w:lang w:val="sv-SE"/>
        </w:rPr>
        <w:t>:1Cor 10:31]]</w:t>
      </w:r>
      <w:r w:rsidRPr="000767E2">
        <w:rPr>
          <w:vertAlign w:val="superscript"/>
          <w:lang w:val="sv-SE"/>
        </w:rPr>
        <w:t>31</w:t>
      </w:r>
      <w:r w:rsidRPr="000767E2">
        <w:rPr>
          <w:lang w:val="sv-SE"/>
        </w:rPr>
        <w:t xml:space="preserve"> {{field-on:bible}}Om ni alltså äter eller dricker eller vad ni gör, gör allt till Guds ära.{{field-off:bible}} [[@</w:t>
      </w:r>
      <w:r w:rsidR="0096445B" w:rsidRPr="000767E2">
        <w:rPr>
          <w:lang w:val="sv-SE"/>
        </w:rPr>
        <w:t>BibleBIBEL82</w:t>
      </w:r>
      <w:r w:rsidRPr="000767E2">
        <w:rPr>
          <w:lang w:val="sv-SE"/>
        </w:rPr>
        <w:t>:1Cor 10:32]]</w:t>
      </w:r>
      <w:r w:rsidRPr="000767E2">
        <w:rPr>
          <w:vertAlign w:val="superscript"/>
          <w:lang w:val="sv-SE"/>
        </w:rPr>
        <w:t>32</w:t>
      </w:r>
      <w:r w:rsidRPr="000767E2">
        <w:rPr>
          <w:lang w:val="sv-SE"/>
        </w:rPr>
        <w:t xml:space="preserve"> {{field-on:bible}}Var oanstötliga för både judar och greker och för Guds församling,{{field-off:bible}} [[@</w:t>
      </w:r>
      <w:r w:rsidR="0096445B" w:rsidRPr="000767E2">
        <w:rPr>
          <w:lang w:val="sv-SE"/>
        </w:rPr>
        <w:t>BibleBIBEL82</w:t>
      </w:r>
      <w:r w:rsidRPr="000767E2">
        <w:rPr>
          <w:lang w:val="sv-SE"/>
        </w:rPr>
        <w:t>:1Cor 10:33]]</w:t>
      </w:r>
      <w:r w:rsidRPr="000767E2">
        <w:rPr>
          <w:vertAlign w:val="superscript"/>
          <w:lang w:val="sv-SE"/>
        </w:rPr>
        <w:t>33</w:t>
      </w:r>
      <w:r w:rsidRPr="000767E2">
        <w:rPr>
          <w:lang w:val="sv-SE"/>
        </w:rPr>
        <w:t xml:space="preserve"> {{field-on:bible}}så som också jag </w:t>
      </w:r>
      <w:r w:rsidRPr="000767E2">
        <w:rPr>
          <w:i/>
          <w:lang w:val="sv-SE"/>
        </w:rPr>
        <w:t>i</w:t>
      </w:r>
      <w:r w:rsidRPr="000767E2">
        <w:rPr>
          <w:lang w:val="sv-SE"/>
        </w:rPr>
        <w:t xml:space="preserve"> allt behagar alla och inte söker mitt eget gagn utan de mångas, för att de ska bli frälsta.{{field-off:bible}}</w:t>
      </w:r>
    </w:p>
    <w:p w14:paraId="11F0257F" w14:textId="13ACE323" w:rsidR="00BA33AB" w:rsidRPr="000767E2" w:rsidRDefault="00000000">
      <w:pPr>
        <w:rPr>
          <w:lang w:val="sv-SE"/>
        </w:rPr>
      </w:pPr>
      <w:r w:rsidRPr="000767E2">
        <w:rPr>
          <w:lang w:val="sv-SE"/>
        </w:rPr>
        <w:t>[[@</w:t>
      </w:r>
      <w:r w:rsidR="0096445B" w:rsidRPr="000767E2">
        <w:rPr>
          <w:lang w:val="sv-SE"/>
        </w:rPr>
        <w:t>BibleBIBEL82</w:t>
      </w:r>
      <w:r w:rsidRPr="000767E2">
        <w:rPr>
          <w:lang w:val="sv-SE"/>
        </w:rPr>
        <w:t>:1Cor 10:1]]</w:t>
      </w:r>
      <w:r w:rsidRPr="000767E2">
        <w:rPr>
          <w:vertAlign w:val="superscript"/>
          <w:lang w:val="sv-SE"/>
        </w:rPr>
        <w:t>1</w:t>
      </w:r>
      <w:r w:rsidRPr="000767E2">
        <w:rPr>
          <w:lang w:val="sv-SE"/>
        </w:rPr>
        <w:t xml:space="preserve"> {{field-on:bible}}Bli imitatörer av mig, liksom jag av Kristus.{{field-off:bible}}</w:t>
      </w:r>
    </w:p>
    <w:p w14:paraId="44DB3CCC" w14:textId="106F70B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11]]Kapitel 11</w:t>
      </w:r>
    </w:p>
    <w:p w14:paraId="29B838C6" w14:textId="77777777" w:rsidR="00BA33AB" w:rsidRPr="000767E2" w:rsidRDefault="00000000">
      <w:pPr>
        <w:pStyle w:val="Rubrik3"/>
        <w:rPr>
          <w:lang w:val="sv-SE"/>
        </w:rPr>
      </w:pPr>
      <w:r w:rsidRPr="000767E2">
        <w:rPr>
          <w:lang w:val="sv-SE"/>
        </w:rPr>
        <w:t>Att täcka huvudet</w:t>
      </w:r>
    </w:p>
    <w:p w14:paraId="1B66D587" w14:textId="27FE49BE" w:rsidR="00BA33AB" w:rsidRPr="000767E2" w:rsidRDefault="00000000">
      <w:pPr>
        <w:rPr>
          <w:lang w:val="sv-SE"/>
        </w:rPr>
      </w:pPr>
      <w:r w:rsidRPr="000767E2">
        <w:rPr>
          <w:lang w:val="sv-SE"/>
        </w:rPr>
        <w:t>[[@</w:t>
      </w:r>
      <w:r w:rsidR="0096445B" w:rsidRPr="000767E2">
        <w:rPr>
          <w:lang w:val="sv-SE"/>
        </w:rPr>
        <w:t>BibleBIBEL82</w:t>
      </w:r>
      <w:r w:rsidRPr="000767E2">
        <w:rPr>
          <w:lang w:val="sv-SE"/>
        </w:rPr>
        <w:t>:1Cor 11:2]]</w:t>
      </w:r>
      <w:r w:rsidRPr="000767E2">
        <w:rPr>
          <w:vertAlign w:val="superscript"/>
          <w:lang w:val="sv-SE"/>
        </w:rPr>
        <w:t>2</w:t>
      </w:r>
      <w:r w:rsidRPr="000767E2">
        <w:rPr>
          <w:lang w:val="sv-SE"/>
        </w:rPr>
        <w:t xml:space="preserve"> {{field-on:bible}}Men jag lovordar er för att ni </w:t>
      </w:r>
      <w:r w:rsidRPr="000767E2">
        <w:rPr>
          <w:i/>
          <w:lang w:val="sv-SE"/>
        </w:rPr>
        <w:t>i</w:t>
      </w:r>
      <w:r w:rsidRPr="000767E2">
        <w:rPr>
          <w:lang w:val="sv-SE"/>
        </w:rPr>
        <w:t xml:space="preserve"> allt kommer ihåg mig, och så som jag överlämnat åt er behåller traditionerna.{{field-off:bible}} [[@</w:t>
      </w:r>
      <w:r w:rsidR="0096445B" w:rsidRPr="000767E2">
        <w:rPr>
          <w:lang w:val="sv-SE"/>
        </w:rPr>
        <w:t>BibleBIBEL82</w:t>
      </w:r>
      <w:r w:rsidRPr="000767E2">
        <w:rPr>
          <w:lang w:val="sv-SE"/>
        </w:rPr>
        <w:t>:1Cor 11:3]]</w:t>
      </w:r>
      <w:r w:rsidRPr="000767E2">
        <w:rPr>
          <w:vertAlign w:val="superscript"/>
          <w:lang w:val="sv-SE"/>
        </w:rPr>
        <w:t>3</w:t>
      </w:r>
      <w:r w:rsidRPr="000767E2">
        <w:rPr>
          <w:lang w:val="sv-SE"/>
        </w:rPr>
        <w:t xml:space="preserve"> {{field-on:bible}}Och jag vill att ni ska veta att varje mans huvud är Kristus, och en hustrus huvud </w:t>
      </w:r>
      <w:r w:rsidRPr="000767E2">
        <w:rPr>
          <w:i/>
          <w:lang w:val="sv-SE"/>
        </w:rPr>
        <w:t>är</w:t>
      </w:r>
      <w:r w:rsidRPr="000767E2">
        <w:rPr>
          <w:lang w:val="sv-SE"/>
        </w:rPr>
        <w:t xml:space="preserve"> mannen, och Kristi huvud </w:t>
      </w:r>
      <w:r w:rsidRPr="000767E2">
        <w:rPr>
          <w:i/>
          <w:lang w:val="sv-SE"/>
        </w:rPr>
        <w:t>är</w:t>
      </w:r>
      <w:r w:rsidRPr="000767E2">
        <w:rPr>
          <w:lang w:val="sv-SE"/>
        </w:rPr>
        <w:t xml:space="preserve"> Gud.{{field-off:bible}} [[@</w:t>
      </w:r>
      <w:r w:rsidR="0096445B" w:rsidRPr="000767E2">
        <w:rPr>
          <w:lang w:val="sv-SE"/>
        </w:rPr>
        <w:t>BibleBIBEL82</w:t>
      </w:r>
      <w:r w:rsidRPr="000767E2">
        <w:rPr>
          <w:lang w:val="sv-SE"/>
        </w:rPr>
        <w:t>:1Cor 11:4]]</w:t>
      </w:r>
      <w:r w:rsidRPr="000767E2">
        <w:rPr>
          <w:vertAlign w:val="superscript"/>
          <w:lang w:val="sv-SE"/>
        </w:rPr>
        <w:t>4</w:t>
      </w:r>
      <w:r w:rsidRPr="000767E2">
        <w:rPr>
          <w:lang w:val="sv-SE"/>
        </w:rPr>
        <w:t xml:space="preserve"> {{field-on:bible}}Varje man som ber eller profeterar och har </w:t>
      </w:r>
      <w:r w:rsidRPr="000767E2">
        <w:rPr>
          <w:i/>
          <w:lang w:val="sv-SE"/>
        </w:rPr>
        <w:t>något</w:t>
      </w:r>
      <w:r w:rsidRPr="000767E2">
        <w:rPr>
          <w:lang w:val="sv-SE"/>
        </w:rPr>
        <w:t xml:space="preserve"> på huvudet skämmer sitt huvud.{{field-off:bible}}</w:t>
      </w:r>
    </w:p>
    <w:p w14:paraId="531A6E77" w14:textId="37022968" w:rsidR="00BA33AB" w:rsidRPr="000767E2" w:rsidRDefault="00000000">
      <w:pPr>
        <w:rPr>
          <w:lang w:val="sv-SE"/>
        </w:rPr>
      </w:pPr>
      <w:r w:rsidRPr="000767E2">
        <w:rPr>
          <w:lang w:val="sv-SE"/>
        </w:rPr>
        <w:t>[[@</w:t>
      </w:r>
      <w:r w:rsidR="0096445B" w:rsidRPr="000767E2">
        <w:rPr>
          <w:lang w:val="sv-SE"/>
        </w:rPr>
        <w:t>BibleBIBEL82</w:t>
      </w:r>
      <w:r w:rsidRPr="000767E2">
        <w:rPr>
          <w:lang w:val="sv-SE"/>
        </w:rPr>
        <w:t>:1Cor 11:5]]</w:t>
      </w:r>
      <w:r w:rsidRPr="000767E2">
        <w:rPr>
          <w:vertAlign w:val="superscript"/>
          <w:lang w:val="sv-SE"/>
        </w:rPr>
        <w:t>5</w:t>
      </w:r>
      <w:r w:rsidRPr="000767E2">
        <w:rPr>
          <w:lang w:val="sv-SE"/>
        </w:rPr>
        <w:t xml:space="preserve"> {{field-on:bible}}Men varje hustru som ber eller profeterar obetäckt på huvudet skämmer sitt huvud. För det är ett och detsamma som den rakade </w:t>
      </w:r>
      <w:r w:rsidRPr="000767E2">
        <w:rPr>
          <w:i/>
          <w:lang w:val="sv-SE"/>
        </w:rPr>
        <w:t>äktenskapsbryterskan</w:t>
      </w:r>
      <w:r w:rsidRPr="000767E2">
        <w:rPr>
          <w:lang w:val="sv-SE"/>
        </w:rPr>
        <w:t>.{{field-off:bible}} [[@</w:t>
      </w:r>
      <w:r w:rsidR="0096445B" w:rsidRPr="000767E2">
        <w:rPr>
          <w:lang w:val="sv-SE"/>
        </w:rPr>
        <w:t>BibleBIBEL82</w:t>
      </w:r>
      <w:r w:rsidRPr="000767E2">
        <w:rPr>
          <w:lang w:val="sv-SE"/>
        </w:rPr>
        <w:t>:1Cor 11:6]]</w:t>
      </w:r>
      <w:r w:rsidRPr="000767E2">
        <w:rPr>
          <w:vertAlign w:val="superscript"/>
          <w:lang w:val="sv-SE"/>
        </w:rPr>
        <w:t>6</w:t>
      </w:r>
      <w:r w:rsidRPr="000767E2">
        <w:rPr>
          <w:lang w:val="sv-SE"/>
        </w:rPr>
        <w:t xml:space="preserve"> {{field-on:bible}}För om en hustru inte täcker sig, må hon också klippa sig kort. Men om </w:t>
      </w:r>
      <w:r w:rsidRPr="000767E2">
        <w:rPr>
          <w:i/>
          <w:lang w:val="sv-SE"/>
        </w:rPr>
        <w:t>det nu är</w:t>
      </w:r>
      <w:r w:rsidRPr="000767E2">
        <w:rPr>
          <w:lang w:val="sv-SE"/>
        </w:rPr>
        <w:t xml:space="preserve"> skamligt för en hustru att klippa sig kort eller raka </w:t>
      </w:r>
      <w:r w:rsidRPr="000767E2">
        <w:rPr>
          <w:i/>
          <w:lang w:val="sv-SE"/>
        </w:rPr>
        <w:t>av</w:t>
      </w:r>
      <w:r w:rsidRPr="000767E2">
        <w:rPr>
          <w:lang w:val="sv-SE"/>
        </w:rPr>
        <w:t xml:space="preserve"> sig </w:t>
      </w:r>
      <w:r w:rsidRPr="000767E2">
        <w:rPr>
          <w:i/>
          <w:lang w:val="sv-SE"/>
        </w:rPr>
        <w:t>håret</w:t>
      </w:r>
      <w:r w:rsidRPr="000767E2">
        <w:rPr>
          <w:lang w:val="sv-SE"/>
        </w:rPr>
        <w:t xml:space="preserve"> ska hon täcka sig.{{field-off:bible}}</w:t>
      </w:r>
    </w:p>
    <w:p w14:paraId="380C9D94" w14:textId="03986BC1" w:rsidR="00BA33AB" w:rsidRPr="000767E2" w:rsidRDefault="00000000">
      <w:pPr>
        <w:rPr>
          <w:lang w:val="sv-SE"/>
        </w:rPr>
      </w:pPr>
      <w:r w:rsidRPr="000767E2">
        <w:rPr>
          <w:lang w:val="sv-SE"/>
        </w:rPr>
        <w:t>[[@</w:t>
      </w:r>
      <w:r w:rsidR="0096445B" w:rsidRPr="000767E2">
        <w:rPr>
          <w:lang w:val="sv-SE"/>
        </w:rPr>
        <w:t>BibleBIBEL82</w:t>
      </w:r>
      <w:r w:rsidRPr="000767E2">
        <w:rPr>
          <w:lang w:val="sv-SE"/>
        </w:rPr>
        <w:t>:1Cor 11:7]]</w:t>
      </w:r>
      <w:r w:rsidRPr="000767E2">
        <w:rPr>
          <w:vertAlign w:val="superscript"/>
          <w:lang w:val="sv-SE"/>
        </w:rPr>
        <w:t>7</w:t>
      </w:r>
      <w:r w:rsidRPr="000767E2">
        <w:rPr>
          <w:lang w:val="sv-SE"/>
        </w:rPr>
        <w:t xml:space="preserve"> {{field-on:bible}}För en man bör inte täcka huvudet, då han är Guds avbild och ära. Men kvinnan är mannens ära.{{field-off:bible}} [[@</w:t>
      </w:r>
      <w:r w:rsidR="0096445B" w:rsidRPr="000767E2">
        <w:rPr>
          <w:lang w:val="sv-SE"/>
        </w:rPr>
        <w:t>BibleBIBEL82</w:t>
      </w:r>
      <w:r w:rsidRPr="000767E2">
        <w:rPr>
          <w:lang w:val="sv-SE"/>
        </w:rPr>
        <w:t>:1Cor 11:8]]</w:t>
      </w:r>
      <w:r w:rsidRPr="000767E2">
        <w:rPr>
          <w:vertAlign w:val="superscript"/>
          <w:lang w:val="sv-SE"/>
        </w:rPr>
        <w:t>8</w:t>
      </w:r>
      <w:r w:rsidRPr="000767E2">
        <w:rPr>
          <w:lang w:val="sv-SE"/>
        </w:rPr>
        <w:t xml:space="preserve"> {{field-on:bible}}För mannen är inte av kvinnan, utan kvinnan av mannen.{{field-off:bible}} [[@</w:t>
      </w:r>
      <w:r w:rsidR="0096445B" w:rsidRPr="000767E2">
        <w:rPr>
          <w:lang w:val="sv-SE"/>
        </w:rPr>
        <w:t>BibleBIBEL82</w:t>
      </w:r>
      <w:r w:rsidRPr="000767E2">
        <w:rPr>
          <w:lang w:val="sv-SE"/>
        </w:rPr>
        <w:t>:1Cor 11:9]]</w:t>
      </w:r>
      <w:r w:rsidRPr="000767E2">
        <w:rPr>
          <w:vertAlign w:val="superscript"/>
          <w:lang w:val="sv-SE"/>
        </w:rPr>
        <w:t>9</w:t>
      </w:r>
      <w:r w:rsidRPr="000767E2">
        <w:rPr>
          <w:lang w:val="sv-SE"/>
        </w:rPr>
        <w:t xml:space="preserve"> {{field-on:bible}}För inte heller skapades mannen för kvinnan, utan kvinnan för mannen.{{field-off:bible}} [[@</w:t>
      </w:r>
      <w:r w:rsidR="0096445B" w:rsidRPr="000767E2">
        <w:rPr>
          <w:lang w:val="sv-SE"/>
        </w:rPr>
        <w:t>BibleBIBEL82</w:t>
      </w:r>
      <w:r w:rsidRPr="000767E2">
        <w:rPr>
          <w:lang w:val="sv-SE"/>
        </w:rPr>
        <w:t>:1Cor 11:10]]</w:t>
      </w:r>
      <w:r w:rsidRPr="000767E2">
        <w:rPr>
          <w:vertAlign w:val="superscript"/>
          <w:lang w:val="sv-SE"/>
        </w:rPr>
        <w:t>10</w:t>
      </w:r>
      <w:r w:rsidRPr="000767E2">
        <w:rPr>
          <w:lang w:val="sv-SE"/>
        </w:rPr>
        <w:t xml:space="preserve"> {{field-on:bible}}Därför bör hustrun ha auktoritet på huvudet, för änglarnas skull.{{field-off:bible}}</w:t>
      </w:r>
    </w:p>
    <w:p w14:paraId="57060224" w14:textId="785CD1D1" w:rsidR="00BA33AB" w:rsidRPr="000767E2" w:rsidRDefault="00000000">
      <w:pPr>
        <w:rPr>
          <w:lang w:val="sv-SE"/>
        </w:rPr>
      </w:pPr>
      <w:r w:rsidRPr="000767E2">
        <w:rPr>
          <w:lang w:val="sv-SE"/>
        </w:rPr>
        <w:t>[[@</w:t>
      </w:r>
      <w:r w:rsidR="0096445B" w:rsidRPr="000767E2">
        <w:rPr>
          <w:lang w:val="sv-SE"/>
        </w:rPr>
        <w:t>BibleBIBEL82</w:t>
      </w:r>
      <w:r w:rsidRPr="000767E2">
        <w:rPr>
          <w:lang w:val="sv-SE"/>
        </w:rPr>
        <w:t>:1Cor 11:11]]</w:t>
      </w:r>
      <w:r w:rsidRPr="000767E2">
        <w:rPr>
          <w:vertAlign w:val="superscript"/>
          <w:lang w:val="sv-SE"/>
        </w:rPr>
        <w:t>11</w:t>
      </w:r>
      <w:r w:rsidRPr="000767E2">
        <w:rPr>
          <w:lang w:val="sv-SE"/>
        </w:rPr>
        <w:t xml:space="preserve"> {{field-on:bible}}Men varken kvinnan </w:t>
      </w:r>
      <w:r w:rsidRPr="000767E2">
        <w:rPr>
          <w:i/>
          <w:lang w:val="sv-SE"/>
        </w:rPr>
        <w:t>är</w:t>
      </w:r>
      <w:r w:rsidRPr="000767E2">
        <w:rPr>
          <w:lang w:val="sv-SE"/>
        </w:rPr>
        <w:t xml:space="preserve"> utan mannen eller mannen utan kvinnan i Herren.{{field-off:bible}} [[@</w:t>
      </w:r>
      <w:r w:rsidR="0096445B" w:rsidRPr="000767E2">
        <w:rPr>
          <w:lang w:val="sv-SE"/>
        </w:rPr>
        <w:t>BibleBIBEL82</w:t>
      </w:r>
      <w:r w:rsidRPr="000767E2">
        <w:rPr>
          <w:lang w:val="sv-SE"/>
        </w:rPr>
        <w:t>:1Cor 11:12]]</w:t>
      </w:r>
      <w:r w:rsidRPr="000767E2">
        <w:rPr>
          <w:vertAlign w:val="superscript"/>
          <w:lang w:val="sv-SE"/>
        </w:rPr>
        <w:t>12</w:t>
      </w:r>
      <w:r w:rsidRPr="000767E2">
        <w:rPr>
          <w:lang w:val="sv-SE"/>
        </w:rPr>
        <w:t xml:space="preserve"> {{field-on:bible}}För såsom kvinnan </w:t>
      </w:r>
      <w:r w:rsidRPr="000767E2">
        <w:rPr>
          <w:i/>
          <w:lang w:val="sv-SE"/>
        </w:rPr>
        <w:t>kom</w:t>
      </w:r>
      <w:r w:rsidRPr="000767E2">
        <w:rPr>
          <w:lang w:val="sv-SE"/>
        </w:rPr>
        <w:t xml:space="preserve"> av mannen, så </w:t>
      </w:r>
      <w:r w:rsidRPr="000767E2">
        <w:rPr>
          <w:i/>
          <w:lang w:val="sv-SE"/>
        </w:rPr>
        <w:t>kommer</w:t>
      </w:r>
      <w:r w:rsidRPr="000767E2">
        <w:rPr>
          <w:lang w:val="sv-SE"/>
        </w:rPr>
        <w:t xml:space="preserve"> också mannen genom kvinnan. Och allt </w:t>
      </w:r>
      <w:r w:rsidRPr="000767E2">
        <w:rPr>
          <w:i/>
          <w:lang w:val="sv-SE"/>
        </w:rPr>
        <w:t>är</w:t>
      </w:r>
      <w:r w:rsidRPr="000767E2">
        <w:rPr>
          <w:lang w:val="sv-SE"/>
        </w:rPr>
        <w:t xml:space="preserve"> av Gud.{{field-off:bible}}</w:t>
      </w:r>
    </w:p>
    <w:p w14:paraId="1C8D14F1" w14:textId="4A0DC06D" w:rsidR="00BA33AB" w:rsidRPr="000767E2" w:rsidRDefault="00000000">
      <w:pPr>
        <w:rPr>
          <w:lang w:val="sv-SE"/>
        </w:rPr>
      </w:pPr>
      <w:r w:rsidRPr="000767E2">
        <w:rPr>
          <w:lang w:val="sv-SE"/>
        </w:rPr>
        <w:t>[[@</w:t>
      </w:r>
      <w:r w:rsidR="0096445B" w:rsidRPr="000767E2">
        <w:rPr>
          <w:lang w:val="sv-SE"/>
        </w:rPr>
        <w:t>BibleBIBEL82</w:t>
      </w:r>
      <w:r w:rsidRPr="000767E2">
        <w:rPr>
          <w:lang w:val="sv-SE"/>
        </w:rPr>
        <w:t>:1Cor 11:13]]</w:t>
      </w:r>
      <w:r w:rsidRPr="000767E2">
        <w:rPr>
          <w:vertAlign w:val="superscript"/>
          <w:lang w:val="sv-SE"/>
        </w:rPr>
        <w:t>13</w:t>
      </w:r>
      <w:r w:rsidRPr="000767E2">
        <w:rPr>
          <w:lang w:val="sv-SE"/>
        </w:rPr>
        <w:t xml:space="preserve"> {{field-on:bible}}Döm bland er själva: är det anständigt att en hustru obetäckt ber till Gud?{{field-off:bible}} [[@</w:t>
      </w:r>
      <w:r w:rsidR="0096445B" w:rsidRPr="000767E2">
        <w:rPr>
          <w:lang w:val="sv-SE"/>
        </w:rPr>
        <w:t>BibleBIBEL82</w:t>
      </w:r>
      <w:r w:rsidRPr="000767E2">
        <w:rPr>
          <w:lang w:val="sv-SE"/>
        </w:rPr>
        <w:t>:1Cor 11:14]]</w:t>
      </w:r>
      <w:r w:rsidRPr="000767E2">
        <w:rPr>
          <w:vertAlign w:val="superscript"/>
          <w:lang w:val="sv-SE"/>
        </w:rPr>
        <w:t>14</w:t>
      </w:r>
      <w:r w:rsidRPr="000767E2">
        <w:rPr>
          <w:lang w:val="sv-SE"/>
        </w:rPr>
        <w:t xml:space="preserve"> {{field-on:bible}}Lär inte själva naturen er att om en man har långt hår är det en oheder för </w:t>
      </w:r>
      <w:r w:rsidRPr="000767E2">
        <w:rPr>
          <w:lang w:val="sv-SE"/>
        </w:rPr>
        <w:lastRenderedPageBreak/>
        <w:t>honom,{{field-off:bible}} [[@</w:t>
      </w:r>
      <w:r w:rsidR="0096445B" w:rsidRPr="000767E2">
        <w:rPr>
          <w:lang w:val="sv-SE"/>
        </w:rPr>
        <w:t>BibleBIBEL82</w:t>
      </w:r>
      <w:r w:rsidRPr="000767E2">
        <w:rPr>
          <w:lang w:val="sv-SE"/>
        </w:rPr>
        <w:t>:1Cor 11:15]]</w:t>
      </w:r>
      <w:r w:rsidRPr="000767E2">
        <w:rPr>
          <w:vertAlign w:val="superscript"/>
          <w:lang w:val="sv-SE"/>
        </w:rPr>
        <w:t>15</w:t>
      </w:r>
      <w:r w:rsidRPr="000767E2">
        <w:rPr>
          <w:lang w:val="sv-SE"/>
        </w:rPr>
        <w:t xml:space="preserve"> {{field-on:bible}}men om en kvinna har långt hår är det en ära för henne? För det långa håret har getts [henne] för ett täckelse.{{field-off:bible}} [[@</w:t>
      </w:r>
      <w:r w:rsidR="0096445B" w:rsidRPr="000767E2">
        <w:rPr>
          <w:lang w:val="sv-SE"/>
        </w:rPr>
        <w:t>BibleBIBEL82</w:t>
      </w:r>
      <w:r w:rsidRPr="000767E2">
        <w:rPr>
          <w:lang w:val="sv-SE"/>
        </w:rPr>
        <w:t>:1Cor 11:16]]</w:t>
      </w:r>
      <w:r w:rsidRPr="000767E2">
        <w:rPr>
          <w:vertAlign w:val="superscript"/>
          <w:lang w:val="sv-SE"/>
        </w:rPr>
        <w:t>16</w:t>
      </w:r>
      <w:r w:rsidRPr="000767E2">
        <w:rPr>
          <w:lang w:val="sv-SE"/>
        </w:rPr>
        <w:t xml:space="preserve"> {{field-on:bible}}Men om någon tänker sig vara trätgirig, har vi ingen sådan sedvänja. Inte heller Guds församlingar.{{field-off:bible}}</w:t>
      </w:r>
    </w:p>
    <w:p w14:paraId="6B6930AC" w14:textId="77777777" w:rsidR="00BA33AB" w:rsidRPr="000767E2" w:rsidRDefault="00000000">
      <w:pPr>
        <w:pStyle w:val="Rubrik3"/>
        <w:rPr>
          <w:lang w:val="sv-SE"/>
        </w:rPr>
      </w:pPr>
      <w:r w:rsidRPr="000767E2">
        <w:rPr>
          <w:lang w:val="sv-SE"/>
        </w:rPr>
        <w:t>Herrens måltid</w:t>
      </w:r>
    </w:p>
    <w:p w14:paraId="3D7D2F7E" w14:textId="229525D1" w:rsidR="00BA33AB" w:rsidRPr="000767E2" w:rsidRDefault="00000000">
      <w:pPr>
        <w:rPr>
          <w:lang w:val="sv-SE"/>
        </w:rPr>
      </w:pPr>
      <w:r w:rsidRPr="000767E2">
        <w:rPr>
          <w:lang w:val="sv-SE"/>
        </w:rPr>
        <w:t>[[@</w:t>
      </w:r>
      <w:r w:rsidR="0096445B" w:rsidRPr="000767E2">
        <w:rPr>
          <w:lang w:val="sv-SE"/>
        </w:rPr>
        <w:t>BibleBIBEL82</w:t>
      </w:r>
      <w:r w:rsidRPr="000767E2">
        <w:rPr>
          <w:lang w:val="sv-SE"/>
        </w:rPr>
        <w:t>:1Cor 11:17]]</w:t>
      </w:r>
      <w:r w:rsidRPr="000767E2">
        <w:rPr>
          <w:vertAlign w:val="superscript"/>
          <w:lang w:val="sv-SE"/>
        </w:rPr>
        <w:t>17</w:t>
      </w:r>
      <w:r w:rsidRPr="000767E2">
        <w:rPr>
          <w:lang w:val="sv-SE"/>
        </w:rPr>
        <w:t xml:space="preserve"> {{field-on:bible}}Men när jag instruerar </w:t>
      </w:r>
      <w:r w:rsidRPr="000767E2">
        <w:rPr>
          <w:i/>
          <w:lang w:val="sv-SE"/>
        </w:rPr>
        <w:t>om</w:t>
      </w:r>
      <w:r w:rsidRPr="000767E2">
        <w:rPr>
          <w:lang w:val="sv-SE"/>
        </w:rPr>
        <w:t xml:space="preserve"> detta lovordar jag inte. För ni kommer samman inte till det bättre, utan till det sämre.{{field-off:bible}} [[@</w:t>
      </w:r>
      <w:r w:rsidR="0096445B" w:rsidRPr="000767E2">
        <w:rPr>
          <w:lang w:val="sv-SE"/>
        </w:rPr>
        <w:t>BibleBIBEL82</w:t>
      </w:r>
      <w:r w:rsidRPr="000767E2">
        <w:rPr>
          <w:lang w:val="sv-SE"/>
        </w:rPr>
        <w:t>:1Cor 11:18]]</w:t>
      </w:r>
      <w:r w:rsidRPr="000767E2">
        <w:rPr>
          <w:vertAlign w:val="superscript"/>
          <w:lang w:val="sv-SE"/>
        </w:rPr>
        <w:t>18</w:t>
      </w:r>
      <w:r w:rsidRPr="000767E2">
        <w:rPr>
          <w:lang w:val="sv-SE"/>
        </w:rPr>
        <w:t xml:space="preserve"> {{field-on:bible}}För först: när ni kommer samman i församling, hör jag att det finns schismer bland er. Och </w:t>
      </w:r>
      <w:r w:rsidRPr="000767E2">
        <w:rPr>
          <w:i/>
          <w:lang w:val="sv-SE"/>
        </w:rPr>
        <w:t>till</w:t>
      </w:r>
      <w:r w:rsidRPr="000767E2">
        <w:rPr>
          <w:lang w:val="sv-SE"/>
        </w:rPr>
        <w:t xml:space="preserve"> </w:t>
      </w:r>
      <w:r w:rsidRPr="000767E2">
        <w:rPr>
          <w:i/>
          <w:lang w:val="sv-SE"/>
        </w:rPr>
        <w:t>viss</w:t>
      </w:r>
      <w:r w:rsidRPr="000767E2">
        <w:rPr>
          <w:lang w:val="sv-SE"/>
        </w:rPr>
        <w:t xml:space="preserve"> del tror jag </w:t>
      </w:r>
      <w:r w:rsidRPr="000767E2">
        <w:rPr>
          <w:i/>
          <w:lang w:val="sv-SE"/>
        </w:rPr>
        <w:t>så</w:t>
      </w:r>
      <w:r w:rsidRPr="000767E2">
        <w:rPr>
          <w:lang w:val="sv-SE"/>
        </w:rPr>
        <w:t>.{{field-off:bible}} [[@</w:t>
      </w:r>
      <w:r w:rsidR="0096445B" w:rsidRPr="000767E2">
        <w:rPr>
          <w:lang w:val="sv-SE"/>
        </w:rPr>
        <w:t>BibleBIBEL82</w:t>
      </w:r>
      <w:r w:rsidRPr="000767E2">
        <w:rPr>
          <w:lang w:val="sv-SE"/>
        </w:rPr>
        <w:t>:1Cor 11:19]]</w:t>
      </w:r>
      <w:r w:rsidRPr="000767E2">
        <w:rPr>
          <w:vertAlign w:val="superscript"/>
          <w:lang w:val="sv-SE"/>
        </w:rPr>
        <w:t>19</w:t>
      </w:r>
      <w:r w:rsidRPr="000767E2">
        <w:rPr>
          <w:lang w:val="sv-SE"/>
        </w:rPr>
        <w:t xml:space="preserve"> {{field-on:bible}}För det måste också finnas fraktioner bland er, för att [också] de godkända ska bli uppenbara bland er.{{field-off:bible}}</w:t>
      </w:r>
    </w:p>
    <w:p w14:paraId="0693DC1A" w14:textId="6BAEE4BF" w:rsidR="00BA33AB" w:rsidRPr="000767E2" w:rsidRDefault="00000000">
      <w:pPr>
        <w:rPr>
          <w:lang w:val="sv-SE"/>
        </w:rPr>
      </w:pPr>
      <w:r w:rsidRPr="000767E2">
        <w:rPr>
          <w:lang w:val="sv-SE"/>
        </w:rPr>
        <w:t>[[@</w:t>
      </w:r>
      <w:r w:rsidR="0096445B" w:rsidRPr="000767E2">
        <w:rPr>
          <w:lang w:val="sv-SE"/>
        </w:rPr>
        <w:t>BibleBIBEL82</w:t>
      </w:r>
      <w:r w:rsidRPr="000767E2">
        <w:rPr>
          <w:lang w:val="sv-SE"/>
        </w:rPr>
        <w:t>:1Cor 11:20]]</w:t>
      </w:r>
      <w:r w:rsidRPr="000767E2">
        <w:rPr>
          <w:vertAlign w:val="superscript"/>
          <w:lang w:val="sv-SE"/>
        </w:rPr>
        <w:t>20</w:t>
      </w:r>
      <w:r w:rsidRPr="000767E2">
        <w:rPr>
          <w:lang w:val="sv-SE"/>
        </w:rPr>
        <w:t xml:space="preserve"> {{field-on:bible}}När ni alltså kommer samman tillsammans är det inte att äta Herrens måltid.{{field-off:bible}} [[@</w:t>
      </w:r>
      <w:r w:rsidR="0096445B" w:rsidRPr="000767E2">
        <w:rPr>
          <w:lang w:val="sv-SE"/>
        </w:rPr>
        <w:t>BibleBIBEL82</w:t>
      </w:r>
      <w:r w:rsidRPr="000767E2">
        <w:rPr>
          <w:lang w:val="sv-SE"/>
        </w:rPr>
        <w:t>:1Cor 11:21]]</w:t>
      </w:r>
      <w:r w:rsidRPr="000767E2">
        <w:rPr>
          <w:vertAlign w:val="superscript"/>
          <w:lang w:val="sv-SE"/>
        </w:rPr>
        <w:t>21</w:t>
      </w:r>
      <w:r w:rsidRPr="000767E2">
        <w:rPr>
          <w:lang w:val="sv-SE"/>
        </w:rPr>
        <w:t xml:space="preserve"> {{field-on:bible}}För var och en tar i förväg </w:t>
      </w:r>
      <w:r w:rsidRPr="000767E2">
        <w:rPr>
          <w:i/>
          <w:lang w:val="sv-SE"/>
        </w:rPr>
        <w:t>sin</w:t>
      </w:r>
      <w:r w:rsidRPr="000767E2">
        <w:rPr>
          <w:lang w:val="sv-SE"/>
        </w:rPr>
        <w:t xml:space="preserve"> egen måltid under ätandet, och den ene hungrar och den andre är berusad.{{field-off:bible}} [[@</w:t>
      </w:r>
      <w:r w:rsidR="0096445B" w:rsidRPr="000767E2">
        <w:rPr>
          <w:lang w:val="sv-SE"/>
        </w:rPr>
        <w:t>BibleBIBEL82</w:t>
      </w:r>
      <w:r w:rsidRPr="000767E2">
        <w:rPr>
          <w:lang w:val="sv-SE"/>
        </w:rPr>
        <w:t>:1Cor 11:22]]</w:t>
      </w:r>
      <w:r w:rsidRPr="000767E2">
        <w:rPr>
          <w:vertAlign w:val="superscript"/>
          <w:lang w:val="sv-SE"/>
        </w:rPr>
        <w:t>22</w:t>
      </w:r>
      <w:r w:rsidRPr="000767E2">
        <w:rPr>
          <w:lang w:val="sv-SE"/>
        </w:rPr>
        <w:t xml:space="preserve"> {{field-on:bible}}Har ni då inga hem för att äta och dricka? Eller ringaktar ni Guds församling och skämmer dem som inget har? Vad ska jag säga till er? Ska jag lovorda er? I detta lovordar jag inte.{{field-off:bible}}</w:t>
      </w:r>
    </w:p>
    <w:p w14:paraId="716F976D" w14:textId="39D4A021" w:rsidR="00BA33AB" w:rsidRPr="000767E2" w:rsidRDefault="00000000">
      <w:pPr>
        <w:rPr>
          <w:lang w:val="sv-SE"/>
        </w:rPr>
      </w:pPr>
      <w:r w:rsidRPr="000767E2">
        <w:rPr>
          <w:lang w:val="sv-SE"/>
        </w:rPr>
        <w:t>[[@</w:t>
      </w:r>
      <w:r w:rsidR="0096445B" w:rsidRPr="000767E2">
        <w:rPr>
          <w:lang w:val="sv-SE"/>
        </w:rPr>
        <w:t>BibleBIBEL82</w:t>
      </w:r>
      <w:r w:rsidRPr="000767E2">
        <w:rPr>
          <w:lang w:val="sv-SE"/>
        </w:rPr>
        <w:t>:1Cor 11:23]]</w:t>
      </w:r>
      <w:r w:rsidRPr="000767E2">
        <w:rPr>
          <w:vertAlign w:val="superscript"/>
          <w:lang w:val="sv-SE"/>
        </w:rPr>
        <w:t>23</w:t>
      </w:r>
      <w:r w:rsidRPr="000767E2">
        <w:rPr>
          <w:lang w:val="sv-SE"/>
        </w:rPr>
        <w:t xml:space="preserve"> {{field-on:bible}}För jag har tagit emot från Herren det jag också har överlämnat till er: att Herren Jesus, i den natt i vilken han blev utlämnad, tog ett bröd{{field-off:bible}} [[@</w:t>
      </w:r>
      <w:r w:rsidR="0096445B" w:rsidRPr="000767E2">
        <w:rPr>
          <w:lang w:val="sv-SE"/>
        </w:rPr>
        <w:t>BibleBIBEL82</w:t>
      </w:r>
      <w:r w:rsidRPr="000767E2">
        <w:rPr>
          <w:lang w:val="sv-SE"/>
        </w:rPr>
        <w:t>:1Cor 11:24]]</w:t>
      </w:r>
      <w:r w:rsidRPr="000767E2">
        <w:rPr>
          <w:vertAlign w:val="superscript"/>
          <w:lang w:val="sv-SE"/>
        </w:rPr>
        <w:t>24</w:t>
      </w:r>
      <w:r w:rsidRPr="000767E2">
        <w:rPr>
          <w:lang w:val="sv-SE"/>
        </w:rPr>
        <w:t xml:space="preserve"> {{field-on:bible}}och tackade och bröt och sade: ”Detta är min kropp för er. Gör detta till min åminnelse.”{{field-off:bible}} [[@</w:t>
      </w:r>
      <w:r w:rsidR="0096445B" w:rsidRPr="000767E2">
        <w:rPr>
          <w:lang w:val="sv-SE"/>
        </w:rPr>
        <w:t>BibleBIBEL82</w:t>
      </w:r>
      <w:r w:rsidRPr="000767E2">
        <w:rPr>
          <w:lang w:val="sv-SE"/>
        </w:rPr>
        <w:t>:1Cor 11:25]]</w:t>
      </w:r>
      <w:r w:rsidRPr="000767E2">
        <w:rPr>
          <w:vertAlign w:val="superscript"/>
          <w:lang w:val="sv-SE"/>
        </w:rPr>
        <w:t>25</w:t>
      </w:r>
      <w:r w:rsidRPr="000767E2">
        <w:rPr>
          <w:lang w:val="sv-SE"/>
        </w:rPr>
        <w:t xml:space="preserve"> {{field-on:bible}}På samma sätt även bägaren, efter att </w:t>
      </w:r>
      <w:r w:rsidRPr="000767E2">
        <w:rPr>
          <w:i/>
          <w:lang w:val="sv-SE"/>
        </w:rPr>
        <w:t>de</w:t>
      </w:r>
      <w:r w:rsidRPr="000767E2">
        <w:rPr>
          <w:lang w:val="sv-SE"/>
        </w:rPr>
        <w:t xml:space="preserve"> ätit måltiden, och han sade: ”Denna bägare är det nya förbundet i mitt blod. Gör detta, så ofta ni dricker, till min åminnelse.”{{field-off:bible}} [[@</w:t>
      </w:r>
      <w:r w:rsidR="0096445B" w:rsidRPr="000767E2">
        <w:rPr>
          <w:lang w:val="sv-SE"/>
        </w:rPr>
        <w:t>BibleBIBEL82</w:t>
      </w:r>
      <w:r w:rsidRPr="000767E2">
        <w:rPr>
          <w:lang w:val="sv-SE"/>
        </w:rPr>
        <w:t>:1Cor 11:26]]</w:t>
      </w:r>
      <w:r w:rsidRPr="000767E2">
        <w:rPr>
          <w:vertAlign w:val="superscript"/>
          <w:lang w:val="sv-SE"/>
        </w:rPr>
        <w:t>26</w:t>
      </w:r>
      <w:r w:rsidRPr="000767E2">
        <w:rPr>
          <w:lang w:val="sv-SE"/>
        </w:rPr>
        <w:t xml:space="preserve"> {{field-on:bible}}För så ofta ni äter detta bröd och dricker bägaren predikar ni Herrens död fram tills han kommer.{{field-off:bible}}</w:t>
      </w:r>
    </w:p>
    <w:p w14:paraId="61112376" w14:textId="0AED7D89" w:rsidR="00BA33AB" w:rsidRPr="000767E2" w:rsidRDefault="00000000">
      <w:pPr>
        <w:rPr>
          <w:lang w:val="sv-SE"/>
        </w:rPr>
      </w:pPr>
      <w:r w:rsidRPr="000767E2">
        <w:rPr>
          <w:lang w:val="sv-SE"/>
        </w:rPr>
        <w:t>[[@</w:t>
      </w:r>
      <w:r w:rsidR="0096445B" w:rsidRPr="000767E2">
        <w:rPr>
          <w:lang w:val="sv-SE"/>
        </w:rPr>
        <w:t>BibleBIBEL82</w:t>
      </w:r>
      <w:r w:rsidRPr="000767E2">
        <w:rPr>
          <w:lang w:val="sv-SE"/>
        </w:rPr>
        <w:t>:1Cor 11:27]]</w:t>
      </w:r>
      <w:r w:rsidRPr="000767E2">
        <w:rPr>
          <w:vertAlign w:val="superscript"/>
          <w:lang w:val="sv-SE"/>
        </w:rPr>
        <w:t>27</w:t>
      </w:r>
      <w:r w:rsidRPr="000767E2">
        <w:rPr>
          <w:lang w:val="sv-SE"/>
        </w:rPr>
        <w:t xml:space="preserve"> {{field-on:bible}}Därför blir den som äter brödet eller dricker Herrens bägare ovärdigt straffskyldig till Herrens kropp och blod.{{field-off:bible}} [[@</w:t>
      </w:r>
      <w:r w:rsidR="0096445B" w:rsidRPr="000767E2">
        <w:rPr>
          <w:lang w:val="sv-SE"/>
        </w:rPr>
        <w:t>BibleBIBEL82</w:t>
      </w:r>
      <w:r w:rsidRPr="000767E2">
        <w:rPr>
          <w:lang w:val="sv-SE"/>
        </w:rPr>
        <w:t>:1Cor 11:28]]</w:t>
      </w:r>
      <w:r w:rsidRPr="000767E2">
        <w:rPr>
          <w:vertAlign w:val="superscript"/>
          <w:lang w:val="sv-SE"/>
        </w:rPr>
        <w:t>28</w:t>
      </w:r>
      <w:r w:rsidRPr="000767E2">
        <w:rPr>
          <w:lang w:val="sv-SE"/>
        </w:rPr>
        <w:t xml:space="preserve"> {{field-on:bible}}Och en människa ska bepröva sig själv och så äta av brödet och dricka av bägaren.{{field-off:bible}} [[@</w:t>
      </w:r>
      <w:r w:rsidR="0096445B" w:rsidRPr="000767E2">
        <w:rPr>
          <w:lang w:val="sv-SE"/>
        </w:rPr>
        <w:t>BibleBIBEL82</w:t>
      </w:r>
      <w:r w:rsidRPr="000767E2">
        <w:rPr>
          <w:lang w:val="sv-SE"/>
        </w:rPr>
        <w:t>:1Cor 11:29]]</w:t>
      </w:r>
      <w:r w:rsidRPr="000767E2">
        <w:rPr>
          <w:vertAlign w:val="superscript"/>
          <w:lang w:val="sv-SE"/>
        </w:rPr>
        <w:t>29</w:t>
      </w:r>
      <w:r w:rsidRPr="000767E2">
        <w:rPr>
          <w:lang w:val="sv-SE"/>
        </w:rPr>
        <w:t xml:space="preserve"> {{field-on:bible}}För den som äter och dricker, äter och dricker en dom åt sig själv när han inte urskiljer kroppen.{{field-off:bible}} [[@</w:t>
      </w:r>
      <w:r w:rsidR="0096445B" w:rsidRPr="000767E2">
        <w:rPr>
          <w:lang w:val="sv-SE"/>
        </w:rPr>
        <w:t>BibleBIBEL82</w:t>
      </w:r>
      <w:r w:rsidRPr="000767E2">
        <w:rPr>
          <w:lang w:val="sv-SE"/>
        </w:rPr>
        <w:t>:1Cor 11:30]]</w:t>
      </w:r>
      <w:r w:rsidRPr="000767E2">
        <w:rPr>
          <w:vertAlign w:val="superscript"/>
          <w:lang w:val="sv-SE"/>
        </w:rPr>
        <w:t>30</w:t>
      </w:r>
      <w:r w:rsidRPr="000767E2">
        <w:rPr>
          <w:lang w:val="sv-SE"/>
        </w:rPr>
        <w:t xml:space="preserve"> {{field-on:bible}}Därför </w:t>
      </w:r>
      <w:r w:rsidRPr="000767E2">
        <w:rPr>
          <w:i/>
          <w:lang w:val="sv-SE"/>
        </w:rPr>
        <w:t>finns</w:t>
      </w:r>
      <w:r w:rsidRPr="000767E2">
        <w:rPr>
          <w:lang w:val="sv-SE"/>
        </w:rPr>
        <w:t xml:space="preserve"> bland er många svaga och kraftlösa, och åtskilliga har insomnat.{{field-off:bible}} [[@</w:t>
      </w:r>
      <w:r w:rsidR="0096445B" w:rsidRPr="000767E2">
        <w:rPr>
          <w:lang w:val="sv-SE"/>
        </w:rPr>
        <w:t>BibleBIBEL82</w:t>
      </w:r>
      <w:r w:rsidRPr="000767E2">
        <w:rPr>
          <w:lang w:val="sv-SE"/>
        </w:rPr>
        <w:t>:1Cor 11:31]]</w:t>
      </w:r>
      <w:r w:rsidRPr="000767E2">
        <w:rPr>
          <w:vertAlign w:val="superscript"/>
          <w:lang w:val="sv-SE"/>
        </w:rPr>
        <w:t>31</w:t>
      </w:r>
      <w:r w:rsidRPr="000767E2">
        <w:rPr>
          <w:lang w:val="sv-SE"/>
        </w:rPr>
        <w:t xml:space="preserve"> {{field-on:bible}}Men om vi hade urskilt oss själva skulle vi inte bli dömda.{{field-off:bible}} [[@</w:t>
      </w:r>
      <w:r w:rsidR="0096445B" w:rsidRPr="000767E2">
        <w:rPr>
          <w:lang w:val="sv-SE"/>
        </w:rPr>
        <w:t>BibleBIBEL82</w:t>
      </w:r>
      <w:r w:rsidRPr="000767E2">
        <w:rPr>
          <w:lang w:val="sv-SE"/>
        </w:rPr>
        <w:t>:1Cor 11:32]]</w:t>
      </w:r>
      <w:r w:rsidRPr="000767E2">
        <w:rPr>
          <w:vertAlign w:val="superscript"/>
          <w:lang w:val="sv-SE"/>
        </w:rPr>
        <w:t>32</w:t>
      </w:r>
      <w:r w:rsidRPr="000767E2">
        <w:rPr>
          <w:lang w:val="sv-SE"/>
        </w:rPr>
        <w:t xml:space="preserve"> {{field-on:bible}}Men när vi döms av Herren fostras vi, för att inte med världen bli fördömda.{{field-off:bible}}</w:t>
      </w:r>
    </w:p>
    <w:p w14:paraId="698A513D" w14:textId="56675A49" w:rsidR="00BA33AB" w:rsidRPr="000767E2" w:rsidRDefault="00000000">
      <w:pPr>
        <w:rPr>
          <w:lang w:val="sv-SE"/>
        </w:rPr>
      </w:pPr>
      <w:r w:rsidRPr="000767E2">
        <w:rPr>
          <w:lang w:val="sv-SE"/>
        </w:rPr>
        <w:t>[[@</w:t>
      </w:r>
      <w:r w:rsidR="0096445B" w:rsidRPr="000767E2">
        <w:rPr>
          <w:lang w:val="sv-SE"/>
        </w:rPr>
        <w:t>BibleBIBEL82</w:t>
      </w:r>
      <w:r w:rsidRPr="000767E2">
        <w:rPr>
          <w:lang w:val="sv-SE"/>
        </w:rPr>
        <w:t>:1Cor 11:33]]</w:t>
      </w:r>
      <w:r w:rsidRPr="000767E2">
        <w:rPr>
          <w:vertAlign w:val="superscript"/>
          <w:lang w:val="sv-SE"/>
        </w:rPr>
        <w:t>33</w:t>
      </w:r>
      <w:r w:rsidRPr="000767E2">
        <w:rPr>
          <w:lang w:val="sv-SE"/>
        </w:rPr>
        <w:t xml:space="preserve"> {{field-on:bible}}Alltså, mina syskon: när ni kommer samman för att äta, vänta på varandra.{{field-off:bible}} [[@</w:t>
      </w:r>
      <w:r w:rsidR="0096445B" w:rsidRPr="000767E2">
        <w:rPr>
          <w:lang w:val="sv-SE"/>
        </w:rPr>
        <w:t>BibleBIBEL82</w:t>
      </w:r>
      <w:r w:rsidRPr="000767E2">
        <w:rPr>
          <w:lang w:val="sv-SE"/>
        </w:rPr>
        <w:t>:1Cor 11:34]]</w:t>
      </w:r>
      <w:r w:rsidRPr="000767E2">
        <w:rPr>
          <w:vertAlign w:val="superscript"/>
          <w:lang w:val="sv-SE"/>
        </w:rPr>
        <w:t>34</w:t>
      </w:r>
      <w:r w:rsidRPr="000767E2">
        <w:rPr>
          <w:lang w:val="sv-SE"/>
        </w:rPr>
        <w:t xml:space="preserve"> </w:t>
      </w:r>
      <w:r w:rsidRPr="000767E2">
        <w:rPr>
          <w:lang w:val="sv-SE"/>
        </w:rPr>
        <w:lastRenderedPageBreak/>
        <w:t xml:space="preserve">{{field-on:bible}}Om någon hungrar ska han äta i hemmet, så att </w:t>
      </w:r>
      <w:r w:rsidRPr="000767E2">
        <w:rPr>
          <w:i/>
          <w:lang w:val="sv-SE"/>
        </w:rPr>
        <w:t>det</w:t>
      </w:r>
      <w:r w:rsidRPr="000767E2">
        <w:rPr>
          <w:lang w:val="sv-SE"/>
        </w:rPr>
        <w:t xml:space="preserve"> inte </w:t>
      </w:r>
      <w:r w:rsidRPr="000767E2">
        <w:rPr>
          <w:i/>
          <w:lang w:val="sv-SE"/>
        </w:rPr>
        <w:t>är</w:t>
      </w:r>
      <w:r w:rsidRPr="000767E2">
        <w:rPr>
          <w:lang w:val="sv-SE"/>
        </w:rPr>
        <w:t xml:space="preserve"> till dom ni kommer samman. Och det övriga ska jag när jag kommer förordna.{{field-off:bible}}</w:t>
      </w:r>
    </w:p>
    <w:p w14:paraId="7A5B7629" w14:textId="482146C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12]]Kapitel 12</w:t>
      </w:r>
    </w:p>
    <w:p w14:paraId="21D0FD68" w14:textId="77777777" w:rsidR="00BA33AB" w:rsidRPr="000767E2" w:rsidRDefault="00000000">
      <w:pPr>
        <w:pStyle w:val="Rubrik3"/>
        <w:rPr>
          <w:lang w:val="sv-SE"/>
        </w:rPr>
      </w:pPr>
      <w:r w:rsidRPr="000767E2">
        <w:rPr>
          <w:lang w:val="sv-SE"/>
        </w:rPr>
        <w:t>Andliga nådegåvor</w:t>
      </w:r>
    </w:p>
    <w:p w14:paraId="699631A8" w14:textId="7694A3BA" w:rsidR="00BA33AB" w:rsidRPr="000767E2" w:rsidRDefault="00000000">
      <w:pPr>
        <w:rPr>
          <w:lang w:val="sv-SE"/>
        </w:rPr>
      </w:pPr>
      <w:r w:rsidRPr="000767E2">
        <w:rPr>
          <w:lang w:val="sv-SE"/>
        </w:rPr>
        <w:t>[[@</w:t>
      </w:r>
      <w:r w:rsidR="0096445B" w:rsidRPr="000767E2">
        <w:rPr>
          <w:lang w:val="sv-SE"/>
        </w:rPr>
        <w:t>BibleBIBEL82</w:t>
      </w:r>
      <w:r w:rsidRPr="000767E2">
        <w:rPr>
          <w:lang w:val="sv-SE"/>
        </w:rPr>
        <w:t>:1Cor 12:1]]</w:t>
      </w:r>
      <w:r w:rsidRPr="000767E2">
        <w:rPr>
          <w:vertAlign w:val="superscript"/>
          <w:lang w:val="sv-SE"/>
        </w:rPr>
        <w:t>1</w:t>
      </w:r>
      <w:r w:rsidRPr="000767E2">
        <w:rPr>
          <w:lang w:val="sv-SE"/>
        </w:rPr>
        <w:t xml:space="preserve"> {{field-on:bible}}Men om det andliga, syskon, vill jag inte att ni ska vara ovetande.{{field-off:bible}} [[@</w:t>
      </w:r>
      <w:r w:rsidR="0096445B" w:rsidRPr="000767E2">
        <w:rPr>
          <w:lang w:val="sv-SE"/>
        </w:rPr>
        <w:t>BibleBIBEL82</w:t>
      </w:r>
      <w:r w:rsidRPr="000767E2">
        <w:rPr>
          <w:lang w:val="sv-SE"/>
        </w:rPr>
        <w:t>:1Cor 12:2]]</w:t>
      </w:r>
      <w:r w:rsidRPr="000767E2">
        <w:rPr>
          <w:vertAlign w:val="superscript"/>
          <w:lang w:val="sv-SE"/>
        </w:rPr>
        <w:t>2</w:t>
      </w:r>
      <w:r w:rsidRPr="000767E2">
        <w:rPr>
          <w:lang w:val="sv-SE"/>
        </w:rPr>
        <w:t xml:space="preserve"> {{field-on:bible}}Ni vet att när ni var folkslag fördes ni bort till de ljudlösa avgudarna, hur ni än fördes.{{field-off:bible}} [[@</w:t>
      </w:r>
      <w:r w:rsidR="0096445B" w:rsidRPr="000767E2">
        <w:rPr>
          <w:lang w:val="sv-SE"/>
        </w:rPr>
        <w:t>BibleBIBEL82</w:t>
      </w:r>
      <w:r w:rsidRPr="000767E2">
        <w:rPr>
          <w:lang w:val="sv-SE"/>
        </w:rPr>
        <w:t>:1Cor 12:3]]</w:t>
      </w:r>
      <w:r w:rsidRPr="000767E2">
        <w:rPr>
          <w:vertAlign w:val="superscript"/>
          <w:lang w:val="sv-SE"/>
        </w:rPr>
        <w:t>3</w:t>
      </w:r>
      <w:r w:rsidRPr="000767E2">
        <w:rPr>
          <w:lang w:val="sv-SE"/>
        </w:rPr>
        <w:t xml:space="preserve"> {{field-on:bible}}Därför kungör jag för er att ingen som talar i Guds Ande säger: ”Anatema </w:t>
      </w:r>
      <w:r w:rsidRPr="000767E2">
        <w:rPr>
          <w:i/>
          <w:lang w:val="sv-SE"/>
        </w:rPr>
        <w:t>över</w:t>
      </w:r>
      <w:r w:rsidRPr="000767E2">
        <w:rPr>
          <w:lang w:val="sv-SE"/>
        </w:rPr>
        <w:t xml:space="preserve"> Jesus”, och ingen kan säga ”Jesus </w:t>
      </w:r>
      <w:r w:rsidRPr="000767E2">
        <w:rPr>
          <w:i/>
          <w:lang w:val="sv-SE"/>
        </w:rPr>
        <w:t>är</w:t>
      </w:r>
      <w:r w:rsidRPr="000767E2">
        <w:rPr>
          <w:lang w:val="sv-SE"/>
        </w:rPr>
        <w:t xml:space="preserve"> Herre” utom i helig Ande.{{field-off:bible}}</w:t>
      </w:r>
    </w:p>
    <w:p w14:paraId="41FBE0AF" w14:textId="1E3AE772" w:rsidR="00BA33AB" w:rsidRPr="000767E2" w:rsidRDefault="00000000">
      <w:pPr>
        <w:rPr>
          <w:lang w:val="sv-SE"/>
        </w:rPr>
      </w:pPr>
      <w:r w:rsidRPr="000767E2">
        <w:rPr>
          <w:lang w:val="sv-SE"/>
        </w:rPr>
        <w:t>[[@</w:t>
      </w:r>
      <w:r w:rsidR="0096445B" w:rsidRPr="000767E2">
        <w:rPr>
          <w:lang w:val="sv-SE"/>
        </w:rPr>
        <w:t>BibleBIBEL82</w:t>
      </w:r>
      <w:r w:rsidRPr="000767E2">
        <w:rPr>
          <w:lang w:val="sv-SE"/>
        </w:rPr>
        <w:t>:1Cor 12:4]]</w:t>
      </w:r>
      <w:r w:rsidRPr="000767E2">
        <w:rPr>
          <w:vertAlign w:val="superscript"/>
          <w:lang w:val="sv-SE"/>
        </w:rPr>
        <w:t>4</w:t>
      </w:r>
      <w:r w:rsidRPr="000767E2">
        <w:rPr>
          <w:lang w:val="sv-SE"/>
        </w:rPr>
        <w:t xml:space="preserve"> {{field-on:bible}}Men </w:t>
      </w:r>
      <w:r w:rsidRPr="000767E2">
        <w:rPr>
          <w:i/>
          <w:lang w:val="sv-SE"/>
        </w:rPr>
        <w:t>det</w:t>
      </w:r>
      <w:r w:rsidRPr="000767E2">
        <w:rPr>
          <w:lang w:val="sv-SE"/>
        </w:rPr>
        <w:t xml:space="preserve"> finns fördelningar av nådegåvor, men samma Ande.{{field-off:bible}} [[@</w:t>
      </w:r>
      <w:r w:rsidR="0096445B" w:rsidRPr="000767E2">
        <w:rPr>
          <w:lang w:val="sv-SE"/>
        </w:rPr>
        <w:t>BibleBIBEL82</w:t>
      </w:r>
      <w:r w:rsidRPr="000767E2">
        <w:rPr>
          <w:lang w:val="sv-SE"/>
        </w:rPr>
        <w:t>:1Cor 12:5]]</w:t>
      </w:r>
      <w:r w:rsidRPr="000767E2">
        <w:rPr>
          <w:vertAlign w:val="superscript"/>
          <w:lang w:val="sv-SE"/>
        </w:rPr>
        <w:t>5</w:t>
      </w:r>
      <w:r w:rsidRPr="000767E2">
        <w:rPr>
          <w:lang w:val="sv-SE"/>
        </w:rPr>
        <w:t xml:space="preserve"> {{field-on:bible}}Och </w:t>
      </w:r>
      <w:r w:rsidRPr="000767E2">
        <w:rPr>
          <w:i/>
          <w:lang w:val="sv-SE"/>
        </w:rPr>
        <w:t>det</w:t>
      </w:r>
      <w:r w:rsidRPr="000767E2">
        <w:rPr>
          <w:lang w:val="sv-SE"/>
        </w:rPr>
        <w:t xml:space="preserve"> finns fördelningar av tjänster, och samme Herre.{{field-off:bible}} [[@</w:t>
      </w:r>
      <w:r w:rsidR="0096445B" w:rsidRPr="000767E2">
        <w:rPr>
          <w:lang w:val="sv-SE"/>
        </w:rPr>
        <w:t>BibleBIBEL82</w:t>
      </w:r>
      <w:r w:rsidRPr="000767E2">
        <w:rPr>
          <w:lang w:val="sv-SE"/>
        </w:rPr>
        <w:t>:1Cor 12:6]]</w:t>
      </w:r>
      <w:r w:rsidRPr="000767E2">
        <w:rPr>
          <w:vertAlign w:val="superscript"/>
          <w:lang w:val="sv-SE"/>
        </w:rPr>
        <w:t>6</w:t>
      </w:r>
      <w:r w:rsidRPr="000767E2">
        <w:rPr>
          <w:lang w:val="sv-SE"/>
        </w:rPr>
        <w:t xml:space="preserve"> {{field-on:bible}}Och </w:t>
      </w:r>
      <w:r w:rsidRPr="000767E2">
        <w:rPr>
          <w:i/>
          <w:lang w:val="sv-SE"/>
        </w:rPr>
        <w:t>det</w:t>
      </w:r>
      <w:r w:rsidRPr="000767E2">
        <w:rPr>
          <w:lang w:val="sv-SE"/>
        </w:rPr>
        <w:t xml:space="preserve"> finns fördelningar av verkningar, men samme Gud som verkar allt i alla.{{field-off:bible}}</w:t>
      </w:r>
    </w:p>
    <w:p w14:paraId="76E76D91" w14:textId="1BA6E2E4" w:rsidR="00BA33AB" w:rsidRPr="000767E2" w:rsidRDefault="00000000">
      <w:pPr>
        <w:rPr>
          <w:lang w:val="sv-SE"/>
        </w:rPr>
      </w:pPr>
      <w:r w:rsidRPr="000767E2">
        <w:rPr>
          <w:lang w:val="sv-SE"/>
        </w:rPr>
        <w:t>[[@</w:t>
      </w:r>
      <w:r w:rsidR="0096445B" w:rsidRPr="000767E2">
        <w:rPr>
          <w:lang w:val="sv-SE"/>
        </w:rPr>
        <w:t>BibleBIBEL82</w:t>
      </w:r>
      <w:r w:rsidRPr="000767E2">
        <w:rPr>
          <w:lang w:val="sv-SE"/>
        </w:rPr>
        <w:t>:1Cor 12:7]]</w:t>
      </w:r>
      <w:r w:rsidRPr="000767E2">
        <w:rPr>
          <w:vertAlign w:val="superscript"/>
          <w:lang w:val="sv-SE"/>
        </w:rPr>
        <w:t>7</w:t>
      </w:r>
      <w:r w:rsidRPr="000767E2">
        <w:rPr>
          <w:lang w:val="sv-SE"/>
        </w:rPr>
        <w:t xml:space="preserve"> {{field-on:bible}}Men åt var och en ges Andens framträdande till gagn.{{field-off:bible}} [[@</w:t>
      </w:r>
      <w:r w:rsidR="0096445B" w:rsidRPr="000767E2">
        <w:rPr>
          <w:lang w:val="sv-SE"/>
        </w:rPr>
        <w:t>BibleBIBEL82</w:t>
      </w:r>
      <w:r w:rsidRPr="000767E2">
        <w:rPr>
          <w:lang w:val="sv-SE"/>
        </w:rPr>
        <w:t>:1Cor 12:8]]</w:t>
      </w:r>
      <w:r w:rsidRPr="000767E2">
        <w:rPr>
          <w:vertAlign w:val="superscript"/>
          <w:lang w:val="sv-SE"/>
        </w:rPr>
        <w:t>8</w:t>
      </w:r>
      <w:r w:rsidRPr="000767E2">
        <w:rPr>
          <w:lang w:val="sv-SE"/>
        </w:rPr>
        <w:t xml:space="preserve"> {{field-on:bible}}För åt den ene ges genom Anden ett ord av vishet, och åt en annan ett ord av kunskap efter samma Ande.{{field-off:bible}} [[@</w:t>
      </w:r>
      <w:r w:rsidR="0096445B" w:rsidRPr="000767E2">
        <w:rPr>
          <w:lang w:val="sv-SE"/>
        </w:rPr>
        <w:t>BibleBIBEL82</w:t>
      </w:r>
      <w:r w:rsidRPr="000767E2">
        <w:rPr>
          <w:lang w:val="sv-SE"/>
        </w:rPr>
        <w:t>:1Cor 12:9]]</w:t>
      </w:r>
      <w:r w:rsidRPr="000767E2">
        <w:rPr>
          <w:vertAlign w:val="superscript"/>
          <w:lang w:val="sv-SE"/>
        </w:rPr>
        <w:t>9</w:t>
      </w:r>
      <w:r w:rsidRPr="000767E2">
        <w:rPr>
          <w:lang w:val="sv-SE"/>
        </w:rPr>
        <w:t xml:space="preserve"> {{field-on:bible}}Åt en annan tro i samma Ande, och åt en annan nådegåvor av helanden i den enda Anden.{{field-off:bible}} [[@</w:t>
      </w:r>
      <w:r w:rsidR="0096445B" w:rsidRPr="000767E2">
        <w:rPr>
          <w:lang w:val="sv-SE"/>
        </w:rPr>
        <w:t>BibleBIBEL82</w:t>
      </w:r>
      <w:r w:rsidRPr="000767E2">
        <w:rPr>
          <w:lang w:val="sv-SE"/>
        </w:rPr>
        <w:t>:1Cor 12:10]]</w:t>
      </w:r>
      <w:r w:rsidRPr="000767E2">
        <w:rPr>
          <w:vertAlign w:val="superscript"/>
          <w:lang w:val="sv-SE"/>
        </w:rPr>
        <w:t>10</w:t>
      </w:r>
      <w:r w:rsidRPr="000767E2">
        <w:rPr>
          <w:lang w:val="sv-SE"/>
        </w:rPr>
        <w:t xml:space="preserve"> {{field-on:bible}}Och åt en annan kraftgärningars verkningar, [och] åt en annan profetia, [och] åt en annan urskillning av andar. Åt en annan släkten av tungor, och åt en annan tolkning av tungor.{{field-off:bible}} [[@</w:t>
      </w:r>
      <w:r w:rsidR="0096445B" w:rsidRPr="000767E2">
        <w:rPr>
          <w:lang w:val="sv-SE"/>
        </w:rPr>
        <w:t>BibleBIBEL82</w:t>
      </w:r>
      <w:r w:rsidRPr="000767E2">
        <w:rPr>
          <w:lang w:val="sv-SE"/>
        </w:rPr>
        <w:t>:1Cor 12:11]]</w:t>
      </w:r>
      <w:r w:rsidRPr="000767E2">
        <w:rPr>
          <w:vertAlign w:val="superscript"/>
          <w:lang w:val="sv-SE"/>
        </w:rPr>
        <w:t>11</w:t>
      </w:r>
      <w:r w:rsidRPr="000767E2">
        <w:rPr>
          <w:lang w:val="sv-SE"/>
        </w:rPr>
        <w:t xml:space="preserve"> {{field-on:bible}}Men allt detta verkar den enda och samma Anden, som själv fördelar åt var och en så som den önskar.{{field-off:bible}}</w:t>
      </w:r>
    </w:p>
    <w:p w14:paraId="27634545" w14:textId="33AEC1C5" w:rsidR="00BA33AB" w:rsidRPr="000767E2" w:rsidRDefault="00000000">
      <w:pPr>
        <w:rPr>
          <w:lang w:val="sv-SE"/>
        </w:rPr>
      </w:pPr>
      <w:r w:rsidRPr="000767E2">
        <w:rPr>
          <w:lang w:val="sv-SE"/>
        </w:rPr>
        <w:t>[[@</w:t>
      </w:r>
      <w:r w:rsidR="0096445B" w:rsidRPr="000767E2">
        <w:rPr>
          <w:lang w:val="sv-SE"/>
        </w:rPr>
        <w:t>BibleBIBEL82</w:t>
      </w:r>
      <w:r w:rsidRPr="000767E2">
        <w:rPr>
          <w:lang w:val="sv-SE"/>
        </w:rPr>
        <w:t>:1Cor 12:12]]</w:t>
      </w:r>
      <w:r w:rsidRPr="000767E2">
        <w:rPr>
          <w:vertAlign w:val="superscript"/>
          <w:lang w:val="sv-SE"/>
        </w:rPr>
        <w:t>12</w:t>
      </w:r>
      <w:r w:rsidRPr="000767E2">
        <w:rPr>
          <w:lang w:val="sv-SE"/>
        </w:rPr>
        <w:t xml:space="preserve"> {{field-on:bible}}För liksom kroppen är en och har många lemmar, men kroppens alla lemmar som är många är en kropp, så även Kristus.{{field-off:bible}} [[@</w:t>
      </w:r>
      <w:r w:rsidR="0096445B" w:rsidRPr="000767E2">
        <w:rPr>
          <w:lang w:val="sv-SE"/>
        </w:rPr>
        <w:t>BibleBIBEL82</w:t>
      </w:r>
      <w:r w:rsidRPr="000767E2">
        <w:rPr>
          <w:lang w:val="sv-SE"/>
        </w:rPr>
        <w:t>:1Cor 12:13]]</w:t>
      </w:r>
      <w:r w:rsidRPr="000767E2">
        <w:rPr>
          <w:vertAlign w:val="superscript"/>
          <w:lang w:val="sv-SE"/>
        </w:rPr>
        <w:t>13</w:t>
      </w:r>
      <w:r w:rsidRPr="000767E2">
        <w:rPr>
          <w:lang w:val="sv-SE"/>
        </w:rPr>
        <w:t xml:space="preserve"> {{field-on:bible}}För i en Ande har vi alla också döpts in i en kropp, om så judar eller greker eller fasttjänare eller fria, och alla har vi fått en Ande att dricka.{{field-off:bible}}</w:t>
      </w:r>
    </w:p>
    <w:p w14:paraId="266529A1" w14:textId="5265B2DD" w:rsidR="00BA33AB" w:rsidRPr="000767E2" w:rsidRDefault="00000000">
      <w:pPr>
        <w:rPr>
          <w:lang w:val="sv-SE"/>
        </w:rPr>
      </w:pPr>
      <w:r w:rsidRPr="000767E2">
        <w:rPr>
          <w:lang w:val="sv-SE"/>
        </w:rPr>
        <w:t>[[@</w:t>
      </w:r>
      <w:r w:rsidR="0096445B" w:rsidRPr="000767E2">
        <w:rPr>
          <w:lang w:val="sv-SE"/>
        </w:rPr>
        <w:t>BibleBIBEL82</w:t>
      </w:r>
      <w:r w:rsidRPr="000767E2">
        <w:rPr>
          <w:lang w:val="sv-SE"/>
        </w:rPr>
        <w:t>:1Cor 12:14]]</w:t>
      </w:r>
      <w:r w:rsidRPr="000767E2">
        <w:rPr>
          <w:vertAlign w:val="superscript"/>
          <w:lang w:val="sv-SE"/>
        </w:rPr>
        <w:t>14</w:t>
      </w:r>
      <w:r w:rsidRPr="000767E2">
        <w:rPr>
          <w:lang w:val="sv-SE"/>
        </w:rPr>
        <w:t xml:space="preserve"> {{field-on:bible}}Och kroppen är ju inte en </w:t>
      </w:r>
      <w:r w:rsidRPr="000767E2">
        <w:rPr>
          <w:i/>
          <w:lang w:val="sv-SE"/>
        </w:rPr>
        <w:t>enda</w:t>
      </w:r>
      <w:r w:rsidRPr="000767E2">
        <w:rPr>
          <w:lang w:val="sv-SE"/>
        </w:rPr>
        <w:t xml:space="preserve"> lem utan många.{{field-off:bible}} [[@</w:t>
      </w:r>
      <w:r w:rsidR="0096445B" w:rsidRPr="000767E2">
        <w:rPr>
          <w:lang w:val="sv-SE"/>
        </w:rPr>
        <w:t>BibleBIBEL82</w:t>
      </w:r>
      <w:r w:rsidRPr="000767E2">
        <w:rPr>
          <w:lang w:val="sv-SE"/>
        </w:rPr>
        <w:t>:1Cor 12:15]]</w:t>
      </w:r>
      <w:r w:rsidRPr="000767E2">
        <w:rPr>
          <w:vertAlign w:val="superscript"/>
          <w:lang w:val="sv-SE"/>
        </w:rPr>
        <w:t>15</w:t>
      </w:r>
      <w:r w:rsidRPr="000767E2">
        <w:rPr>
          <w:lang w:val="sv-SE"/>
        </w:rPr>
        <w:t xml:space="preserve"> {{field-on:bible}}Om foten säger: ”Eftersom jag inte är hand, är jag inte av kroppen”, är den inte för det inte av kroppen.{{field-off:bible}} [[@</w:t>
      </w:r>
      <w:r w:rsidR="0096445B" w:rsidRPr="000767E2">
        <w:rPr>
          <w:lang w:val="sv-SE"/>
        </w:rPr>
        <w:t>BibleBIBEL82</w:t>
      </w:r>
      <w:r w:rsidRPr="000767E2">
        <w:rPr>
          <w:lang w:val="sv-SE"/>
        </w:rPr>
        <w:t>:1Cor 12:16]]</w:t>
      </w:r>
      <w:r w:rsidRPr="000767E2">
        <w:rPr>
          <w:vertAlign w:val="superscript"/>
          <w:lang w:val="sv-SE"/>
        </w:rPr>
        <w:t>16</w:t>
      </w:r>
      <w:r w:rsidRPr="000767E2">
        <w:rPr>
          <w:lang w:val="sv-SE"/>
        </w:rPr>
        <w:t xml:space="preserve"> {{field-on:bible}}Och om örat säger: ”Eftersom jag inte är öga, är jag inte av kroppen”, är det inte för det inte av kroppen.{{field-off:bible}} [[@</w:t>
      </w:r>
      <w:r w:rsidR="0096445B" w:rsidRPr="000767E2">
        <w:rPr>
          <w:lang w:val="sv-SE"/>
        </w:rPr>
        <w:t>BibleBIBEL82</w:t>
      </w:r>
      <w:r w:rsidRPr="000767E2">
        <w:rPr>
          <w:lang w:val="sv-SE"/>
        </w:rPr>
        <w:t>:1Cor 12:17]]</w:t>
      </w:r>
      <w:r w:rsidRPr="000767E2">
        <w:rPr>
          <w:vertAlign w:val="superscript"/>
          <w:lang w:val="sv-SE"/>
        </w:rPr>
        <w:t>17</w:t>
      </w:r>
      <w:r w:rsidRPr="000767E2">
        <w:rPr>
          <w:lang w:val="sv-SE"/>
        </w:rPr>
        <w:t xml:space="preserve"> {{field-on:bible}}Om hela kroppen </w:t>
      </w:r>
      <w:r w:rsidRPr="000767E2">
        <w:rPr>
          <w:i/>
          <w:lang w:val="sv-SE"/>
        </w:rPr>
        <w:t>är</w:t>
      </w:r>
      <w:r w:rsidRPr="000767E2">
        <w:rPr>
          <w:lang w:val="sv-SE"/>
        </w:rPr>
        <w:t xml:space="preserve"> öga, var </w:t>
      </w:r>
      <w:r w:rsidRPr="000767E2">
        <w:rPr>
          <w:i/>
          <w:lang w:val="sv-SE"/>
        </w:rPr>
        <w:t>är</w:t>
      </w:r>
      <w:r w:rsidRPr="000767E2">
        <w:rPr>
          <w:lang w:val="sv-SE"/>
        </w:rPr>
        <w:t xml:space="preserve"> hörandet? Om hela </w:t>
      </w:r>
      <w:r w:rsidRPr="000767E2">
        <w:rPr>
          <w:i/>
          <w:lang w:val="sv-SE"/>
        </w:rPr>
        <w:t>är</w:t>
      </w:r>
      <w:r w:rsidRPr="000767E2">
        <w:rPr>
          <w:lang w:val="sv-SE"/>
        </w:rPr>
        <w:t xml:space="preserve"> hörande, var </w:t>
      </w:r>
      <w:r w:rsidRPr="000767E2">
        <w:rPr>
          <w:i/>
          <w:lang w:val="sv-SE"/>
        </w:rPr>
        <w:t>är</w:t>
      </w:r>
      <w:r w:rsidRPr="000767E2">
        <w:rPr>
          <w:lang w:val="sv-SE"/>
        </w:rPr>
        <w:t xml:space="preserve"> luktsinnet?{{field-off:bible}} [[@</w:t>
      </w:r>
      <w:r w:rsidR="0096445B" w:rsidRPr="000767E2">
        <w:rPr>
          <w:lang w:val="sv-SE"/>
        </w:rPr>
        <w:t>BibleBIBEL82</w:t>
      </w:r>
      <w:r w:rsidRPr="000767E2">
        <w:rPr>
          <w:lang w:val="sv-SE"/>
        </w:rPr>
        <w:t>:1Cor 12:18]]</w:t>
      </w:r>
      <w:r w:rsidRPr="000767E2">
        <w:rPr>
          <w:vertAlign w:val="superscript"/>
          <w:lang w:val="sv-SE"/>
        </w:rPr>
        <w:t>18</w:t>
      </w:r>
      <w:r w:rsidRPr="000767E2">
        <w:rPr>
          <w:lang w:val="sv-SE"/>
        </w:rPr>
        <w:t xml:space="preserve"> {{field-on:bible}}Men nu har Gud satt lemmarna, var och en av dem, i kroppen så som han </w:t>
      </w:r>
      <w:r w:rsidRPr="000767E2">
        <w:rPr>
          <w:lang w:val="sv-SE"/>
        </w:rPr>
        <w:lastRenderedPageBreak/>
        <w:t>ville.{{field-off:bible}} [[@</w:t>
      </w:r>
      <w:r w:rsidR="0096445B" w:rsidRPr="000767E2">
        <w:rPr>
          <w:lang w:val="sv-SE"/>
        </w:rPr>
        <w:t>BibleBIBEL82</w:t>
      </w:r>
      <w:r w:rsidRPr="000767E2">
        <w:rPr>
          <w:lang w:val="sv-SE"/>
        </w:rPr>
        <w:t>:1Cor 12:19]]</w:t>
      </w:r>
      <w:r w:rsidRPr="000767E2">
        <w:rPr>
          <w:vertAlign w:val="superscript"/>
          <w:lang w:val="sv-SE"/>
        </w:rPr>
        <w:t>19</w:t>
      </w:r>
      <w:r w:rsidRPr="000767E2">
        <w:rPr>
          <w:lang w:val="sv-SE"/>
        </w:rPr>
        <w:t xml:space="preserve"> {{field-on:bible}}Och om allt var en </w:t>
      </w:r>
      <w:r w:rsidRPr="000767E2">
        <w:rPr>
          <w:i/>
          <w:lang w:val="sv-SE"/>
        </w:rPr>
        <w:t>enda</w:t>
      </w:r>
      <w:r w:rsidRPr="000767E2">
        <w:rPr>
          <w:lang w:val="sv-SE"/>
        </w:rPr>
        <w:t xml:space="preserve"> lem, var </w:t>
      </w:r>
      <w:r w:rsidRPr="000767E2">
        <w:rPr>
          <w:i/>
          <w:lang w:val="sv-SE"/>
        </w:rPr>
        <w:t>är</w:t>
      </w:r>
      <w:r w:rsidRPr="000767E2">
        <w:rPr>
          <w:lang w:val="sv-SE"/>
        </w:rPr>
        <w:t xml:space="preserve"> kroppen?{{field-off:bible}}</w:t>
      </w:r>
    </w:p>
    <w:p w14:paraId="11FADCDC" w14:textId="0AFC72F2" w:rsidR="00BA33AB" w:rsidRPr="000767E2" w:rsidRDefault="00000000">
      <w:pPr>
        <w:rPr>
          <w:lang w:val="sv-SE"/>
        </w:rPr>
      </w:pPr>
      <w:r w:rsidRPr="000767E2">
        <w:rPr>
          <w:lang w:val="sv-SE"/>
        </w:rPr>
        <w:t>[[@</w:t>
      </w:r>
      <w:r w:rsidR="0096445B" w:rsidRPr="000767E2">
        <w:rPr>
          <w:lang w:val="sv-SE"/>
        </w:rPr>
        <w:t>BibleBIBEL82</w:t>
      </w:r>
      <w:r w:rsidRPr="000767E2">
        <w:rPr>
          <w:lang w:val="sv-SE"/>
        </w:rPr>
        <w:t>:1Cor 12:20]]</w:t>
      </w:r>
      <w:r w:rsidRPr="000767E2">
        <w:rPr>
          <w:vertAlign w:val="superscript"/>
          <w:lang w:val="sv-SE"/>
        </w:rPr>
        <w:t>20</w:t>
      </w:r>
      <w:r w:rsidRPr="000767E2">
        <w:rPr>
          <w:lang w:val="sv-SE"/>
        </w:rPr>
        <w:t xml:space="preserve"> {{field-on:bible}}Men nu </w:t>
      </w:r>
      <w:r w:rsidRPr="000767E2">
        <w:rPr>
          <w:i/>
          <w:lang w:val="sv-SE"/>
        </w:rPr>
        <w:t>är det</w:t>
      </w:r>
      <w:r w:rsidRPr="000767E2">
        <w:rPr>
          <w:lang w:val="sv-SE"/>
        </w:rPr>
        <w:t xml:space="preserve"> många lemmar och en kropp.{{field-off:bible}} [[@</w:t>
      </w:r>
      <w:r w:rsidR="0096445B" w:rsidRPr="000767E2">
        <w:rPr>
          <w:lang w:val="sv-SE"/>
        </w:rPr>
        <w:t>BibleBIBEL82</w:t>
      </w:r>
      <w:r w:rsidRPr="000767E2">
        <w:rPr>
          <w:lang w:val="sv-SE"/>
        </w:rPr>
        <w:t>:1Cor 12:21]]</w:t>
      </w:r>
      <w:r w:rsidRPr="000767E2">
        <w:rPr>
          <w:vertAlign w:val="superscript"/>
          <w:lang w:val="sv-SE"/>
        </w:rPr>
        <w:t>21</w:t>
      </w:r>
      <w:r w:rsidRPr="000767E2">
        <w:rPr>
          <w:lang w:val="sv-SE"/>
        </w:rPr>
        <w:t xml:space="preserve"> {{field-on:bible}}Och ögat kan inte säga till handen: ”Jag har inget behov av dig”, eller åter huvudet till fötterna: ”Jag har inget behov av er.”{{field-off:bible}} [[@</w:t>
      </w:r>
      <w:r w:rsidR="0096445B" w:rsidRPr="000767E2">
        <w:rPr>
          <w:lang w:val="sv-SE"/>
        </w:rPr>
        <w:t>BibleBIBEL82</w:t>
      </w:r>
      <w:r w:rsidRPr="000767E2">
        <w:rPr>
          <w:lang w:val="sv-SE"/>
        </w:rPr>
        <w:t>:1Cor 12:22]]</w:t>
      </w:r>
      <w:r w:rsidRPr="000767E2">
        <w:rPr>
          <w:vertAlign w:val="superscript"/>
          <w:lang w:val="sv-SE"/>
        </w:rPr>
        <w:t>22</w:t>
      </w:r>
      <w:r w:rsidRPr="000767E2">
        <w:rPr>
          <w:lang w:val="sv-SE"/>
        </w:rPr>
        <w:t xml:space="preserve"> {{field-on:bible}}Nej, </w:t>
      </w:r>
      <w:r w:rsidRPr="000767E2">
        <w:rPr>
          <w:i/>
          <w:lang w:val="sv-SE"/>
        </w:rPr>
        <w:t>så</w:t>
      </w:r>
      <w:r w:rsidRPr="000767E2">
        <w:rPr>
          <w:lang w:val="sv-SE"/>
        </w:rPr>
        <w:t xml:space="preserve"> mycket mer är de lemmar i kroppen som tycks vara svagare nödvändiga.{{field-off:bible}} [[@</w:t>
      </w:r>
      <w:r w:rsidR="0096445B" w:rsidRPr="000767E2">
        <w:rPr>
          <w:lang w:val="sv-SE"/>
        </w:rPr>
        <w:t>BibleBIBEL82</w:t>
      </w:r>
      <w:r w:rsidRPr="000767E2">
        <w:rPr>
          <w:lang w:val="sv-SE"/>
        </w:rPr>
        <w:t>:1Cor 12:23]]</w:t>
      </w:r>
      <w:r w:rsidRPr="000767E2">
        <w:rPr>
          <w:vertAlign w:val="superscript"/>
          <w:lang w:val="sv-SE"/>
        </w:rPr>
        <w:t>23</w:t>
      </w:r>
      <w:r w:rsidRPr="000767E2">
        <w:rPr>
          <w:lang w:val="sv-SE"/>
        </w:rPr>
        <w:t xml:space="preserve"> {{field-on:bible}}Och de som tycks vara mer ohedrade i kroppen, dessa höljer vi med </w:t>
      </w:r>
      <w:r w:rsidRPr="000767E2">
        <w:rPr>
          <w:i/>
          <w:lang w:val="sv-SE"/>
        </w:rPr>
        <w:t>så</w:t>
      </w:r>
      <w:r w:rsidRPr="000767E2">
        <w:rPr>
          <w:lang w:val="sv-SE"/>
        </w:rPr>
        <w:t xml:space="preserve"> mycket mer heder. Och våra oanständiga har </w:t>
      </w:r>
      <w:r w:rsidRPr="000767E2">
        <w:rPr>
          <w:i/>
          <w:lang w:val="sv-SE"/>
        </w:rPr>
        <w:t>så</w:t>
      </w:r>
      <w:r w:rsidRPr="000767E2">
        <w:rPr>
          <w:lang w:val="sv-SE"/>
        </w:rPr>
        <w:t xml:space="preserve"> mycket mer anständighet,{{field-off:bible}} [[@</w:t>
      </w:r>
      <w:r w:rsidR="0096445B" w:rsidRPr="000767E2">
        <w:rPr>
          <w:lang w:val="sv-SE"/>
        </w:rPr>
        <w:t>BibleBIBEL82</w:t>
      </w:r>
      <w:r w:rsidRPr="000767E2">
        <w:rPr>
          <w:lang w:val="sv-SE"/>
        </w:rPr>
        <w:t>:1Cor 12:24]]</w:t>
      </w:r>
      <w:r w:rsidRPr="000767E2">
        <w:rPr>
          <w:vertAlign w:val="superscript"/>
          <w:lang w:val="sv-SE"/>
        </w:rPr>
        <w:t>24</w:t>
      </w:r>
      <w:r w:rsidRPr="000767E2">
        <w:rPr>
          <w:lang w:val="sv-SE"/>
        </w:rPr>
        <w:t xml:space="preserve"> {{field-on:bible}}men våra anständiga har inte behov.{{field-off:bible}}</w:t>
      </w:r>
    </w:p>
    <w:p w14:paraId="5FF78F74" w14:textId="67343180" w:rsidR="00BA33AB" w:rsidRPr="000767E2" w:rsidRDefault="00000000">
      <w:pPr>
        <w:rPr>
          <w:lang w:val="sv-SE"/>
        </w:rPr>
      </w:pPr>
      <w:r w:rsidRPr="000767E2">
        <w:rPr>
          <w:lang w:val="sv-SE"/>
        </w:rPr>
        <w:t>{{field-on:bible}}Men Gud har hopfogat kroppen och gett mycket mer heder åt den som saknar,{{field-off:bible}} [[@</w:t>
      </w:r>
      <w:r w:rsidR="0096445B" w:rsidRPr="000767E2">
        <w:rPr>
          <w:lang w:val="sv-SE"/>
        </w:rPr>
        <w:t>BibleBIBEL82</w:t>
      </w:r>
      <w:r w:rsidRPr="000767E2">
        <w:rPr>
          <w:lang w:val="sv-SE"/>
        </w:rPr>
        <w:t>:1Cor 12:25]]</w:t>
      </w:r>
      <w:r w:rsidRPr="000767E2">
        <w:rPr>
          <w:vertAlign w:val="superscript"/>
          <w:lang w:val="sv-SE"/>
        </w:rPr>
        <w:t>25</w:t>
      </w:r>
      <w:r w:rsidRPr="000767E2">
        <w:rPr>
          <w:lang w:val="sv-SE"/>
        </w:rPr>
        <w:t xml:space="preserve"> {{field-on:bible}}för att det inte ska vara schism i kroppen utan </w:t>
      </w:r>
      <w:r w:rsidRPr="000767E2">
        <w:rPr>
          <w:i/>
          <w:lang w:val="sv-SE"/>
        </w:rPr>
        <w:t>att</w:t>
      </w:r>
      <w:r w:rsidRPr="000767E2">
        <w:rPr>
          <w:lang w:val="sv-SE"/>
        </w:rPr>
        <w:t xml:space="preserve"> lemmarna ska bekymra sig detsamma för varandra.{{field-off:bible}} [[@</w:t>
      </w:r>
      <w:r w:rsidR="0096445B" w:rsidRPr="000767E2">
        <w:rPr>
          <w:lang w:val="sv-SE"/>
        </w:rPr>
        <w:t>BibleBIBEL82</w:t>
      </w:r>
      <w:r w:rsidRPr="000767E2">
        <w:rPr>
          <w:lang w:val="sv-SE"/>
        </w:rPr>
        <w:t>:1Cor 12:26]]</w:t>
      </w:r>
      <w:r w:rsidRPr="000767E2">
        <w:rPr>
          <w:vertAlign w:val="superscript"/>
          <w:lang w:val="sv-SE"/>
        </w:rPr>
        <w:t>26</w:t>
      </w:r>
      <w:r w:rsidRPr="000767E2">
        <w:rPr>
          <w:lang w:val="sv-SE"/>
        </w:rPr>
        <w:t xml:space="preserve"> {{field-on:bible}}Om så en lem lider, </w:t>
      </w:r>
      <w:r w:rsidRPr="000767E2">
        <w:rPr>
          <w:i/>
          <w:lang w:val="sv-SE"/>
        </w:rPr>
        <w:t>är</w:t>
      </w:r>
      <w:r w:rsidRPr="000767E2">
        <w:rPr>
          <w:lang w:val="sv-SE"/>
        </w:rPr>
        <w:t xml:space="preserve"> alla lemmarna med </w:t>
      </w:r>
      <w:r w:rsidRPr="000767E2">
        <w:rPr>
          <w:i/>
          <w:lang w:val="sv-SE"/>
        </w:rPr>
        <w:t>och</w:t>
      </w:r>
      <w:r w:rsidRPr="000767E2">
        <w:rPr>
          <w:lang w:val="sv-SE"/>
        </w:rPr>
        <w:t xml:space="preserve"> lider. Om så en lem blir ärad, </w:t>
      </w:r>
      <w:r w:rsidRPr="000767E2">
        <w:rPr>
          <w:i/>
          <w:lang w:val="sv-SE"/>
        </w:rPr>
        <w:t>är</w:t>
      </w:r>
      <w:r w:rsidRPr="000767E2">
        <w:rPr>
          <w:lang w:val="sv-SE"/>
        </w:rPr>
        <w:t xml:space="preserve"> alla lemmarna med </w:t>
      </w:r>
      <w:r w:rsidRPr="000767E2">
        <w:rPr>
          <w:i/>
          <w:lang w:val="sv-SE"/>
        </w:rPr>
        <w:t>och</w:t>
      </w:r>
      <w:r w:rsidRPr="000767E2">
        <w:rPr>
          <w:lang w:val="sv-SE"/>
        </w:rPr>
        <w:t xml:space="preserve"> gläder sig.{{field-off:bible}}</w:t>
      </w:r>
    </w:p>
    <w:p w14:paraId="37474370" w14:textId="7A099916" w:rsidR="00BA33AB" w:rsidRPr="000767E2" w:rsidRDefault="00000000">
      <w:pPr>
        <w:rPr>
          <w:lang w:val="sv-SE"/>
        </w:rPr>
      </w:pPr>
      <w:r w:rsidRPr="000767E2">
        <w:rPr>
          <w:lang w:val="sv-SE"/>
        </w:rPr>
        <w:t>[[@</w:t>
      </w:r>
      <w:r w:rsidR="0096445B" w:rsidRPr="000767E2">
        <w:rPr>
          <w:lang w:val="sv-SE"/>
        </w:rPr>
        <w:t>BibleBIBEL82</w:t>
      </w:r>
      <w:r w:rsidRPr="000767E2">
        <w:rPr>
          <w:lang w:val="sv-SE"/>
        </w:rPr>
        <w:t>:1Cor 12:27]]</w:t>
      </w:r>
      <w:r w:rsidRPr="000767E2">
        <w:rPr>
          <w:vertAlign w:val="superscript"/>
          <w:lang w:val="sv-SE"/>
        </w:rPr>
        <w:t>27</w:t>
      </w:r>
      <w:r w:rsidRPr="000767E2">
        <w:rPr>
          <w:lang w:val="sv-SE"/>
        </w:rPr>
        <w:t xml:space="preserve"> {{field-on:bible}}Men ni är Kristi kropp och lemmar var för sig.{{field-off:bible}} [[@</w:t>
      </w:r>
      <w:r w:rsidR="0096445B" w:rsidRPr="000767E2">
        <w:rPr>
          <w:lang w:val="sv-SE"/>
        </w:rPr>
        <w:t>BibleBIBEL82</w:t>
      </w:r>
      <w:r w:rsidRPr="000767E2">
        <w:rPr>
          <w:lang w:val="sv-SE"/>
        </w:rPr>
        <w:t>:1Cor 12:28]]</w:t>
      </w:r>
      <w:r w:rsidRPr="000767E2">
        <w:rPr>
          <w:vertAlign w:val="superscript"/>
          <w:lang w:val="sv-SE"/>
        </w:rPr>
        <w:t>28</w:t>
      </w:r>
      <w:r w:rsidRPr="000767E2">
        <w:rPr>
          <w:lang w:val="sv-SE"/>
        </w:rPr>
        <w:t xml:space="preserve"> {{field-on:bible}}Och några har Gud satt i församlingen först </w:t>
      </w:r>
      <w:r w:rsidRPr="000767E2">
        <w:rPr>
          <w:i/>
          <w:lang w:val="sv-SE"/>
        </w:rPr>
        <w:t>till</w:t>
      </w:r>
      <w:r w:rsidRPr="000767E2">
        <w:rPr>
          <w:lang w:val="sv-SE"/>
        </w:rPr>
        <w:t xml:space="preserve"> apostlar, </w:t>
      </w:r>
      <w:r w:rsidRPr="000767E2">
        <w:rPr>
          <w:i/>
          <w:lang w:val="sv-SE"/>
        </w:rPr>
        <w:t>för det</w:t>
      </w:r>
      <w:r w:rsidRPr="000767E2">
        <w:rPr>
          <w:lang w:val="sv-SE"/>
        </w:rPr>
        <w:t xml:space="preserve"> andra </w:t>
      </w:r>
      <w:r w:rsidRPr="000767E2">
        <w:rPr>
          <w:i/>
          <w:lang w:val="sv-SE"/>
        </w:rPr>
        <w:t>till</w:t>
      </w:r>
      <w:r w:rsidRPr="000767E2">
        <w:rPr>
          <w:lang w:val="sv-SE"/>
        </w:rPr>
        <w:t xml:space="preserve"> profeter, </w:t>
      </w:r>
      <w:r w:rsidRPr="000767E2">
        <w:rPr>
          <w:i/>
          <w:lang w:val="sv-SE"/>
        </w:rPr>
        <w:t>för det</w:t>
      </w:r>
      <w:r w:rsidRPr="000767E2">
        <w:rPr>
          <w:lang w:val="sv-SE"/>
        </w:rPr>
        <w:t xml:space="preserve"> tredje </w:t>
      </w:r>
      <w:r w:rsidRPr="000767E2">
        <w:rPr>
          <w:i/>
          <w:lang w:val="sv-SE"/>
        </w:rPr>
        <w:t>till</w:t>
      </w:r>
      <w:r w:rsidRPr="000767E2">
        <w:rPr>
          <w:lang w:val="sv-SE"/>
        </w:rPr>
        <w:t xml:space="preserve"> lärare, sedan kraftgärningar, sedan nådegåvor av helanden, hjälpanden, styrningar, släkten av tungor.{{field-off:bible}} [[@</w:t>
      </w:r>
      <w:r w:rsidR="0096445B" w:rsidRPr="000767E2">
        <w:rPr>
          <w:lang w:val="sv-SE"/>
        </w:rPr>
        <w:t>BibleBIBEL82</w:t>
      </w:r>
      <w:r w:rsidRPr="000767E2">
        <w:rPr>
          <w:lang w:val="sv-SE"/>
        </w:rPr>
        <w:t>:1Cor 12:29]]</w:t>
      </w:r>
      <w:r w:rsidRPr="000767E2">
        <w:rPr>
          <w:vertAlign w:val="superscript"/>
          <w:lang w:val="sv-SE"/>
        </w:rPr>
        <w:t>29</w:t>
      </w:r>
      <w:r w:rsidRPr="000767E2">
        <w:rPr>
          <w:lang w:val="sv-SE"/>
        </w:rPr>
        <w:t xml:space="preserve"> {{field-on:bible}}Inte </w:t>
      </w:r>
      <w:r w:rsidRPr="000767E2">
        <w:rPr>
          <w:i/>
          <w:lang w:val="sv-SE"/>
        </w:rPr>
        <w:t>är</w:t>
      </w:r>
      <w:r w:rsidRPr="000767E2">
        <w:rPr>
          <w:lang w:val="sv-SE"/>
        </w:rPr>
        <w:t xml:space="preserve"> alla apostlar? Inte </w:t>
      </w:r>
      <w:r w:rsidRPr="000767E2">
        <w:rPr>
          <w:i/>
          <w:lang w:val="sv-SE"/>
        </w:rPr>
        <w:t>är</w:t>
      </w:r>
      <w:r w:rsidRPr="000767E2">
        <w:rPr>
          <w:lang w:val="sv-SE"/>
        </w:rPr>
        <w:t xml:space="preserve"> alla profeter? Inte </w:t>
      </w:r>
      <w:r w:rsidRPr="000767E2">
        <w:rPr>
          <w:i/>
          <w:lang w:val="sv-SE"/>
        </w:rPr>
        <w:t>är</w:t>
      </w:r>
      <w:r w:rsidRPr="000767E2">
        <w:rPr>
          <w:lang w:val="sv-SE"/>
        </w:rPr>
        <w:t xml:space="preserve"> alla lärare? Inte </w:t>
      </w:r>
      <w:r w:rsidRPr="000767E2">
        <w:rPr>
          <w:i/>
          <w:lang w:val="sv-SE"/>
        </w:rPr>
        <w:t>gör</w:t>
      </w:r>
      <w:r w:rsidRPr="000767E2">
        <w:rPr>
          <w:lang w:val="sv-SE"/>
        </w:rPr>
        <w:t xml:space="preserve"> alla kraftgärningar?{{field-off:bible}} [[@</w:t>
      </w:r>
      <w:r w:rsidR="0096445B" w:rsidRPr="000767E2">
        <w:rPr>
          <w:lang w:val="sv-SE"/>
        </w:rPr>
        <w:t>BibleBIBEL82</w:t>
      </w:r>
      <w:r w:rsidRPr="000767E2">
        <w:rPr>
          <w:lang w:val="sv-SE"/>
        </w:rPr>
        <w:t>:1Cor 12:30]]</w:t>
      </w:r>
      <w:r w:rsidRPr="000767E2">
        <w:rPr>
          <w:vertAlign w:val="superscript"/>
          <w:lang w:val="sv-SE"/>
        </w:rPr>
        <w:t>30</w:t>
      </w:r>
      <w:r w:rsidRPr="000767E2">
        <w:rPr>
          <w:lang w:val="sv-SE"/>
        </w:rPr>
        <w:t xml:space="preserve"> {{field-on:bible}}Inte har alla nådegåvor av helanden? Inte talar alla med tungor? Inte uttolkar alla?{{field-off:bible}} [[@</w:t>
      </w:r>
      <w:r w:rsidR="0096445B" w:rsidRPr="000767E2">
        <w:rPr>
          <w:lang w:val="sv-SE"/>
        </w:rPr>
        <w:t>BibleBIBEL82</w:t>
      </w:r>
      <w:r w:rsidRPr="000767E2">
        <w:rPr>
          <w:lang w:val="sv-SE"/>
        </w:rPr>
        <w:t>:1Cor 12:31]]</w:t>
      </w:r>
      <w:r w:rsidRPr="000767E2">
        <w:rPr>
          <w:vertAlign w:val="superscript"/>
          <w:lang w:val="sv-SE"/>
        </w:rPr>
        <w:t>31</w:t>
      </w:r>
      <w:r w:rsidRPr="000767E2">
        <w:rPr>
          <w:lang w:val="sv-SE"/>
        </w:rPr>
        <w:t xml:space="preserve"> {{field-on:bible}}Men var nitiska efter de nådegåvor </w:t>
      </w:r>
      <w:r w:rsidRPr="000767E2">
        <w:rPr>
          <w:i/>
          <w:lang w:val="sv-SE"/>
        </w:rPr>
        <w:t>som är</w:t>
      </w:r>
      <w:r w:rsidRPr="000767E2">
        <w:rPr>
          <w:lang w:val="sv-SE"/>
        </w:rPr>
        <w:t xml:space="preserve"> större.{{field-off:bible}}</w:t>
      </w:r>
    </w:p>
    <w:p w14:paraId="43F2E18D" w14:textId="77777777" w:rsidR="00BA33AB" w:rsidRPr="000767E2" w:rsidRDefault="00000000">
      <w:pPr>
        <w:rPr>
          <w:lang w:val="sv-SE"/>
        </w:rPr>
      </w:pPr>
      <w:r w:rsidRPr="000767E2">
        <w:rPr>
          <w:lang w:val="sv-SE"/>
        </w:rPr>
        <w:t xml:space="preserve">{{field-on:bible}}Och en ännu </w:t>
      </w:r>
      <w:r w:rsidRPr="000767E2">
        <w:rPr>
          <w:i/>
          <w:lang w:val="sv-SE"/>
        </w:rPr>
        <w:t>mer</w:t>
      </w:r>
      <w:r w:rsidRPr="000767E2">
        <w:rPr>
          <w:lang w:val="sv-SE"/>
        </w:rPr>
        <w:t xml:space="preserve"> utomordentlig väg visar jag er:{{field-off:bible}}</w:t>
      </w:r>
    </w:p>
    <w:p w14:paraId="57C3AB19" w14:textId="6687525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13]]Kapitel 13</w:t>
      </w:r>
    </w:p>
    <w:p w14:paraId="0887C5DD" w14:textId="77777777" w:rsidR="00BA33AB" w:rsidRPr="000767E2" w:rsidRDefault="00000000">
      <w:pPr>
        <w:pStyle w:val="Rubrik3"/>
        <w:rPr>
          <w:lang w:val="sv-SE"/>
        </w:rPr>
      </w:pPr>
      <w:r w:rsidRPr="000767E2">
        <w:rPr>
          <w:lang w:val="sv-SE"/>
        </w:rPr>
        <w:t>Kärlekens väg</w:t>
      </w:r>
    </w:p>
    <w:p w14:paraId="5BBE525A" w14:textId="7DB9D6B4" w:rsidR="00BA33AB" w:rsidRPr="000767E2" w:rsidRDefault="00000000">
      <w:pPr>
        <w:rPr>
          <w:lang w:val="sv-SE"/>
        </w:rPr>
      </w:pPr>
      <w:r w:rsidRPr="000767E2">
        <w:rPr>
          <w:lang w:val="sv-SE"/>
        </w:rPr>
        <w:t>[[@</w:t>
      </w:r>
      <w:r w:rsidR="0096445B" w:rsidRPr="000767E2">
        <w:rPr>
          <w:lang w:val="sv-SE"/>
        </w:rPr>
        <w:t>BibleBIBEL82</w:t>
      </w:r>
      <w:r w:rsidRPr="000767E2">
        <w:rPr>
          <w:lang w:val="sv-SE"/>
        </w:rPr>
        <w:t>:1Cor 13:1]]</w:t>
      </w:r>
      <w:r w:rsidRPr="000767E2">
        <w:rPr>
          <w:vertAlign w:val="superscript"/>
          <w:lang w:val="sv-SE"/>
        </w:rPr>
        <w:t>1</w:t>
      </w:r>
      <w:r w:rsidRPr="000767E2">
        <w:rPr>
          <w:lang w:val="sv-SE"/>
        </w:rPr>
        <w:t xml:space="preserve"> {{field-on:bible}}Om jag talar med människornas tungor och änglarnas, men inte har kärlek, har jag blivit ekande brons eller en skrällande cymbal.{{field-off:bible}} [[@</w:t>
      </w:r>
      <w:r w:rsidR="0096445B" w:rsidRPr="000767E2">
        <w:rPr>
          <w:lang w:val="sv-SE"/>
        </w:rPr>
        <w:t>BibleBIBEL82</w:t>
      </w:r>
      <w:r w:rsidRPr="000767E2">
        <w:rPr>
          <w:lang w:val="sv-SE"/>
        </w:rPr>
        <w:t>:1Cor 13:2]]</w:t>
      </w:r>
      <w:r w:rsidRPr="000767E2">
        <w:rPr>
          <w:vertAlign w:val="superscript"/>
          <w:lang w:val="sv-SE"/>
        </w:rPr>
        <w:t>2</w:t>
      </w:r>
      <w:r w:rsidRPr="000767E2">
        <w:rPr>
          <w:lang w:val="sv-SE"/>
        </w:rPr>
        <w:t xml:space="preserve"> {{field-on:bible}}Och om jag har profetia och förstår alla mysterierna och all kunskapen, och om jag har all tron för att flytta berg men inte har kärlek, är jag ingenting.{{field-off:bible}} [[@</w:t>
      </w:r>
      <w:r w:rsidR="0096445B" w:rsidRPr="000767E2">
        <w:rPr>
          <w:lang w:val="sv-SE"/>
        </w:rPr>
        <w:t>BibleBIBEL82</w:t>
      </w:r>
      <w:r w:rsidRPr="000767E2">
        <w:rPr>
          <w:lang w:val="sv-SE"/>
        </w:rPr>
        <w:t>:1Cor 13:3]]</w:t>
      </w:r>
      <w:r w:rsidRPr="000767E2">
        <w:rPr>
          <w:vertAlign w:val="superscript"/>
          <w:lang w:val="sv-SE"/>
        </w:rPr>
        <w:t>3</w:t>
      </w:r>
      <w:r w:rsidRPr="000767E2">
        <w:rPr>
          <w:lang w:val="sv-SE"/>
        </w:rPr>
        <w:t xml:space="preserve"> {{field-on:bible}}Och om jag utspisar allt som är mitt, och om jag utlämnar min kropp för att stoltsera men inte har kärlek, får jag ingen nytta.{{field-off:bible}}</w:t>
      </w:r>
    </w:p>
    <w:p w14:paraId="2F6A20D6" w14:textId="536A71D3" w:rsidR="00BA33AB" w:rsidRPr="000767E2" w:rsidRDefault="00000000">
      <w:pPr>
        <w:rPr>
          <w:lang w:val="sv-SE"/>
        </w:rPr>
      </w:pPr>
      <w:r w:rsidRPr="000767E2">
        <w:rPr>
          <w:lang w:val="sv-SE"/>
        </w:rPr>
        <w:t>[[@</w:t>
      </w:r>
      <w:r w:rsidR="0096445B" w:rsidRPr="000767E2">
        <w:rPr>
          <w:lang w:val="sv-SE"/>
        </w:rPr>
        <w:t>BibleBIBEL82</w:t>
      </w:r>
      <w:r w:rsidRPr="000767E2">
        <w:rPr>
          <w:lang w:val="sv-SE"/>
        </w:rPr>
        <w:t>:1Cor 13:4]]</w:t>
      </w:r>
      <w:r w:rsidRPr="000767E2">
        <w:rPr>
          <w:vertAlign w:val="superscript"/>
          <w:lang w:val="sv-SE"/>
        </w:rPr>
        <w:t>4</w:t>
      </w:r>
      <w:r w:rsidRPr="000767E2">
        <w:rPr>
          <w:lang w:val="sv-SE"/>
        </w:rPr>
        <w:t xml:space="preserve"> {{field-on:bible}}Kärleken är tålmodig. Snäll är kärleken. Den är inte avundsam, [kärleken] skrävlar inte, är inte uppblåst,{{field-off:bible}} [[@</w:t>
      </w:r>
      <w:r w:rsidR="0096445B" w:rsidRPr="000767E2">
        <w:rPr>
          <w:lang w:val="sv-SE"/>
        </w:rPr>
        <w:t>BibleBIBEL82</w:t>
      </w:r>
      <w:r w:rsidRPr="000767E2">
        <w:rPr>
          <w:lang w:val="sv-SE"/>
        </w:rPr>
        <w:t>:1Cor 13:5]]</w:t>
      </w:r>
      <w:r w:rsidRPr="000767E2">
        <w:rPr>
          <w:vertAlign w:val="superscript"/>
          <w:lang w:val="sv-SE"/>
        </w:rPr>
        <w:t>5</w:t>
      </w:r>
      <w:r w:rsidRPr="000767E2">
        <w:rPr>
          <w:lang w:val="sv-SE"/>
        </w:rPr>
        <w:t xml:space="preserve"> {{field-on:bible}}agerar inte oanständigt, söker inte sitt, eggas </w:t>
      </w:r>
      <w:r w:rsidRPr="000767E2">
        <w:rPr>
          <w:lang w:val="sv-SE"/>
        </w:rPr>
        <w:lastRenderedPageBreak/>
        <w:t>inte upp, räknar inte det onda.{{field-off:bible}} [[@</w:t>
      </w:r>
      <w:r w:rsidR="0096445B" w:rsidRPr="000767E2">
        <w:rPr>
          <w:lang w:val="sv-SE"/>
        </w:rPr>
        <w:t>BibleBIBEL82</w:t>
      </w:r>
      <w:r w:rsidRPr="000767E2">
        <w:rPr>
          <w:lang w:val="sv-SE"/>
        </w:rPr>
        <w:t>:1Cor 13:6]]</w:t>
      </w:r>
      <w:r w:rsidRPr="000767E2">
        <w:rPr>
          <w:vertAlign w:val="superscript"/>
          <w:lang w:val="sv-SE"/>
        </w:rPr>
        <w:t>6</w:t>
      </w:r>
      <w:r w:rsidRPr="000767E2">
        <w:rPr>
          <w:lang w:val="sv-SE"/>
        </w:rPr>
        <w:t xml:space="preserve"> {{field-on:bible}}Den gläder sig inte över orätten men gläds med sanningen.{{field-off:bible}} [[@</w:t>
      </w:r>
      <w:r w:rsidR="0096445B" w:rsidRPr="000767E2">
        <w:rPr>
          <w:lang w:val="sv-SE"/>
        </w:rPr>
        <w:t>BibleBIBEL82</w:t>
      </w:r>
      <w:r w:rsidRPr="000767E2">
        <w:rPr>
          <w:lang w:val="sv-SE"/>
        </w:rPr>
        <w:t>:1Cor 13:7]]</w:t>
      </w:r>
      <w:r w:rsidRPr="000767E2">
        <w:rPr>
          <w:vertAlign w:val="superscript"/>
          <w:lang w:val="sv-SE"/>
        </w:rPr>
        <w:t>7</w:t>
      </w:r>
      <w:r w:rsidRPr="000767E2">
        <w:rPr>
          <w:lang w:val="sv-SE"/>
        </w:rPr>
        <w:t xml:space="preserve"> {{field-on:bible}}Allt tål den. Allt tror den. Allt hoppas den. I allt håller den ut.{{field-off:bible}}</w:t>
      </w:r>
    </w:p>
    <w:p w14:paraId="157A78ED" w14:textId="69A951BB" w:rsidR="00BA33AB" w:rsidRPr="000767E2" w:rsidRDefault="00000000">
      <w:pPr>
        <w:rPr>
          <w:lang w:val="sv-SE"/>
        </w:rPr>
      </w:pPr>
      <w:r w:rsidRPr="000767E2">
        <w:rPr>
          <w:lang w:val="sv-SE"/>
        </w:rPr>
        <w:t>[[@</w:t>
      </w:r>
      <w:r w:rsidR="0096445B" w:rsidRPr="000767E2">
        <w:rPr>
          <w:lang w:val="sv-SE"/>
        </w:rPr>
        <w:t>BibleBIBEL82</w:t>
      </w:r>
      <w:r w:rsidRPr="000767E2">
        <w:rPr>
          <w:lang w:val="sv-SE"/>
        </w:rPr>
        <w:t>:1Cor 13:8]]</w:t>
      </w:r>
      <w:r w:rsidRPr="000767E2">
        <w:rPr>
          <w:vertAlign w:val="superscript"/>
          <w:lang w:val="sv-SE"/>
        </w:rPr>
        <w:t>8</w:t>
      </w:r>
      <w:r w:rsidRPr="000767E2">
        <w:rPr>
          <w:lang w:val="sv-SE"/>
        </w:rPr>
        <w:t xml:space="preserve"> {{field-on:bible}}Kärleken faller aldrig. Men om så profetior, ska de upphävas. Om så tungor, ska de sluta. Om så kunskap, ska den upphävas.{{field-off:bible}} [[@</w:t>
      </w:r>
      <w:r w:rsidR="0096445B" w:rsidRPr="000767E2">
        <w:rPr>
          <w:lang w:val="sv-SE"/>
        </w:rPr>
        <w:t>BibleBIBEL82</w:t>
      </w:r>
      <w:r w:rsidRPr="000767E2">
        <w:rPr>
          <w:lang w:val="sv-SE"/>
        </w:rPr>
        <w:t>:1Cor 13:9]]</w:t>
      </w:r>
      <w:r w:rsidRPr="000767E2">
        <w:rPr>
          <w:vertAlign w:val="superscript"/>
          <w:lang w:val="sv-SE"/>
        </w:rPr>
        <w:t>9</w:t>
      </w:r>
      <w:r w:rsidRPr="000767E2">
        <w:rPr>
          <w:lang w:val="sv-SE"/>
        </w:rPr>
        <w:t xml:space="preserve"> {{field-on:bible}}För till en del förstår vi och till en del profeterar vi,{{field-off:bible}} [[@</w:t>
      </w:r>
      <w:r w:rsidR="0096445B" w:rsidRPr="000767E2">
        <w:rPr>
          <w:lang w:val="sv-SE"/>
        </w:rPr>
        <w:t>BibleBIBEL82</w:t>
      </w:r>
      <w:r w:rsidRPr="000767E2">
        <w:rPr>
          <w:lang w:val="sv-SE"/>
        </w:rPr>
        <w:t>:1Cor 13:10]]</w:t>
      </w:r>
      <w:r w:rsidRPr="000767E2">
        <w:rPr>
          <w:vertAlign w:val="superscript"/>
          <w:lang w:val="sv-SE"/>
        </w:rPr>
        <w:t>10</w:t>
      </w:r>
      <w:r w:rsidRPr="000767E2">
        <w:rPr>
          <w:lang w:val="sv-SE"/>
        </w:rPr>
        <w:t xml:space="preserve"> {{field-on:bible}}men när det fullkomliga kommer ska det </w:t>
      </w:r>
      <w:r w:rsidRPr="000767E2">
        <w:rPr>
          <w:i/>
          <w:lang w:val="sv-SE"/>
        </w:rPr>
        <w:t>som är</w:t>
      </w:r>
      <w:r w:rsidRPr="000767E2">
        <w:rPr>
          <w:lang w:val="sv-SE"/>
        </w:rPr>
        <w:t xml:space="preserve"> till en del upphävas.{{field-off:bible}} [[@</w:t>
      </w:r>
      <w:r w:rsidR="0096445B" w:rsidRPr="000767E2">
        <w:rPr>
          <w:lang w:val="sv-SE"/>
        </w:rPr>
        <w:t>BibleBIBEL82</w:t>
      </w:r>
      <w:r w:rsidRPr="000767E2">
        <w:rPr>
          <w:lang w:val="sv-SE"/>
        </w:rPr>
        <w:t>:1Cor 13:11]]</w:t>
      </w:r>
      <w:r w:rsidRPr="000767E2">
        <w:rPr>
          <w:vertAlign w:val="superscript"/>
          <w:lang w:val="sv-SE"/>
        </w:rPr>
        <w:t>11</w:t>
      </w:r>
      <w:r w:rsidRPr="000767E2">
        <w:rPr>
          <w:lang w:val="sv-SE"/>
        </w:rPr>
        <w:t xml:space="preserve"> {{field-on:bible}}När jag var ett småbarn talade jag som ett småbarn, tänkte som ett småbarn, räknade som ett småbarn. När jag blivit man, har jag upphävt det </w:t>
      </w:r>
      <w:r w:rsidRPr="000767E2">
        <w:rPr>
          <w:i/>
          <w:lang w:val="sv-SE"/>
        </w:rPr>
        <w:t>som hör</w:t>
      </w:r>
      <w:r w:rsidRPr="000767E2">
        <w:rPr>
          <w:lang w:val="sv-SE"/>
        </w:rPr>
        <w:t xml:space="preserve"> till småbarnet.{{field-off:bible}} [[@</w:t>
      </w:r>
      <w:r w:rsidR="0096445B" w:rsidRPr="000767E2">
        <w:rPr>
          <w:lang w:val="sv-SE"/>
        </w:rPr>
        <w:t>BibleBIBEL82</w:t>
      </w:r>
      <w:r w:rsidRPr="000767E2">
        <w:rPr>
          <w:lang w:val="sv-SE"/>
        </w:rPr>
        <w:t>:1Cor 13:12]]</w:t>
      </w:r>
      <w:r w:rsidRPr="000767E2">
        <w:rPr>
          <w:vertAlign w:val="superscript"/>
          <w:lang w:val="sv-SE"/>
        </w:rPr>
        <w:t>12</w:t>
      </w:r>
      <w:r w:rsidRPr="000767E2">
        <w:rPr>
          <w:lang w:val="sv-SE"/>
        </w:rPr>
        <w:t xml:space="preserve"> {{field-on:bible}}För vi ser nu genom en spegel i en gåta, men då ansikte mot ansikte. Nu förstår jag till en del, men då ska jag känna </w:t>
      </w:r>
      <w:r w:rsidRPr="000767E2">
        <w:rPr>
          <w:i/>
          <w:lang w:val="sv-SE"/>
        </w:rPr>
        <w:t>helt</w:t>
      </w:r>
      <w:r w:rsidRPr="000767E2">
        <w:rPr>
          <w:lang w:val="sv-SE"/>
        </w:rPr>
        <w:t xml:space="preserve">, så som jag också </w:t>
      </w:r>
      <w:r w:rsidRPr="000767E2">
        <w:rPr>
          <w:i/>
          <w:lang w:val="sv-SE"/>
        </w:rPr>
        <w:t>helt</w:t>
      </w:r>
      <w:r w:rsidRPr="000767E2">
        <w:rPr>
          <w:lang w:val="sv-SE"/>
        </w:rPr>
        <w:t xml:space="preserve"> blivit känd.{{field-off:bible}} [[@</w:t>
      </w:r>
      <w:r w:rsidR="0096445B" w:rsidRPr="000767E2">
        <w:rPr>
          <w:lang w:val="sv-SE"/>
        </w:rPr>
        <w:t>BibleBIBEL82</w:t>
      </w:r>
      <w:r w:rsidRPr="000767E2">
        <w:rPr>
          <w:lang w:val="sv-SE"/>
        </w:rPr>
        <w:t>:1Cor 13:13]]</w:t>
      </w:r>
      <w:r w:rsidRPr="000767E2">
        <w:rPr>
          <w:vertAlign w:val="superscript"/>
          <w:lang w:val="sv-SE"/>
        </w:rPr>
        <w:t>13</w:t>
      </w:r>
      <w:r w:rsidRPr="000767E2">
        <w:rPr>
          <w:lang w:val="sv-SE"/>
        </w:rPr>
        <w:t xml:space="preserve"> {{field-on:bible}}Och nu består tro, hopp, kärlek, dessa tre. Och störst av dessa </w:t>
      </w:r>
      <w:r w:rsidRPr="000767E2">
        <w:rPr>
          <w:i/>
          <w:lang w:val="sv-SE"/>
        </w:rPr>
        <w:t>är</w:t>
      </w:r>
      <w:r w:rsidRPr="000767E2">
        <w:rPr>
          <w:lang w:val="sv-SE"/>
        </w:rPr>
        <w:t xml:space="preserve"> kärleken.{{field-off:bible}}</w:t>
      </w:r>
    </w:p>
    <w:p w14:paraId="167DE501" w14:textId="7402A9C0"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14]]Kapitel 14</w:t>
      </w:r>
    </w:p>
    <w:p w14:paraId="76C72715" w14:textId="77777777" w:rsidR="00BA33AB" w:rsidRPr="000767E2" w:rsidRDefault="00000000">
      <w:pPr>
        <w:pStyle w:val="Rubrik3"/>
        <w:rPr>
          <w:lang w:val="sv-SE"/>
        </w:rPr>
      </w:pPr>
      <w:r w:rsidRPr="000767E2">
        <w:rPr>
          <w:lang w:val="sv-SE"/>
        </w:rPr>
        <w:t>Profetia och tungor</w:t>
      </w:r>
    </w:p>
    <w:p w14:paraId="51335B05" w14:textId="0D4D456F" w:rsidR="00BA33AB" w:rsidRPr="000767E2" w:rsidRDefault="00000000">
      <w:pPr>
        <w:rPr>
          <w:lang w:val="sv-SE"/>
        </w:rPr>
      </w:pPr>
      <w:r w:rsidRPr="000767E2">
        <w:rPr>
          <w:lang w:val="sv-SE"/>
        </w:rPr>
        <w:t>[[@</w:t>
      </w:r>
      <w:r w:rsidR="0096445B" w:rsidRPr="000767E2">
        <w:rPr>
          <w:lang w:val="sv-SE"/>
        </w:rPr>
        <w:t>BibleBIBEL82</w:t>
      </w:r>
      <w:r w:rsidRPr="000767E2">
        <w:rPr>
          <w:lang w:val="sv-SE"/>
        </w:rPr>
        <w:t>:1Cor 14:1]]</w:t>
      </w:r>
      <w:r w:rsidRPr="000767E2">
        <w:rPr>
          <w:vertAlign w:val="superscript"/>
          <w:lang w:val="sv-SE"/>
        </w:rPr>
        <w:t>1</w:t>
      </w:r>
      <w:r w:rsidRPr="000767E2">
        <w:rPr>
          <w:lang w:val="sv-SE"/>
        </w:rPr>
        <w:t xml:space="preserve"> {{field-on:bible}}Jaga efter kärleken, men var </w:t>
      </w:r>
      <w:r w:rsidRPr="000767E2">
        <w:rPr>
          <w:i/>
          <w:lang w:val="sv-SE"/>
        </w:rPr>
        <w:t>också</w:t>
      </w:r>
      <w:r w:rsidRPr="000767E2">
        <w:rPr>
          <w:lang w:val="sv-SE"/>
        </w:rPr>
        <w:t xml:space="preserve"> nitiska efter det andliga, helst att ni ska profetera.{{field-off:bible}} [[@</w:t>
      </w:r>
      <w:r w:rsidR="0096445B" w:rsidRPr="000767E2">
        <w:rPr>
          <w:lang w:val="sv-SE"/>
        </w:rPr>
        <w:t>BibleBIBEL82</w:t>
      </w:r>
      <w:r w:rsidRPr="000767E2">
        <w:rPr>
          <w:lang w:val="sv-SE"/>
        </w:rPr>
        <w:t>:1Cor 14:2]]</w:t>
      </w:r>
      <w:r w:rsidRPr="000767E2">
        <w:rPr>
          <w:vertAlign w:val="superscript"/>
          <w:lang w:val="sv-SE"/>
        </w:rPr>
        <w:t>2</w:t>
      </w:r>
      <w:r w:rsidRPr="000767E2">
        <w:rPr>
          <w:lang w:val="sv-SE"/>
        </w:rPr>
        <w:t xml:space="preserve"> {{field-on:bible}}För den som talar med en tunga talar inte till människor utan till Gud. För ingen lyssnar, utan i Ande talar han mysterier.{{field-off:bible}} [[@</w:t>
      </w:r>
      <w:r w:rsidR="0096445B" w:rsidRPr="000767E2">
        <w:rPr>
          <w:lang w:val="sv-SE"/>
        </w:rPr>
        <w:t>BibleBIBEL82</w:t>
      </w:r>
      <w:r w:rsidRPr="000767E2">
        <w:rPr>
          <w:lang w:val="sv-SE"/>
        </w:rPr>
        <w:t>:1Cor 14:3]]</w:t>
      </w:r>
      <w:r w:rsidRPr="000767E2">
        <w:rPr>
          <w:vertAlign w:val="superscript"/>
          <w:lang w:val="sv-SE"/>
        </w:rPr>
        <w:t>3</w:t>
      </w:r>
      <w:r w:rsidRPr="000767E2">
        <w:rPr>
          <w:lang w:val="sv-SE"/>
        </w:rPr>
        <w:t xml:space="preserve"> {{field-on:bible}}Men den som profeterar talar till människor, uppbyggelse och tröst och uppmuntran.{{field-off:bible}} [[@</w:t>
      </w:r>
      <w:r w:rsidR="0096445B" w:rsidRPr="000767E2">
        <w:rPr>
          <w:lang w:val="sv-SE"/>
        </w:rPr>
        <w:t>BibleBIBEL82</w:t>
      </w:r>
      <w:r w:rsidRPr="000767E2">
        <w:rPr>
          <w:lang w:val="sv-SE"/>
        </w:rPr>
        <w:t>:1Cor 14:4]]</w:t>
      </w:r>
      <w:r w:rsidRPr="000767E2">
        <w:rPr>
          <w:vertAlign w:val="superscript"/>
          <w:lang w:val="sv-SE"/>
        </w:rPr>
        <w:t>4</w:t>
      </w:r>
      <w:r w:rsidRPr="000767E2">
        <w:rPr>
          <w:lang w:val="sv-SE"/>
        </w:rPr>
        <w:t xml:space="preserve"> {{field-on:bible}}Den som talar med en tunga bygger upp sig själv. Men den som profeterar bygger upp en församling.{{field-off:bible}} [[@</w:t>
      </w:r>
      <w:r w:rsidR="0096445B" w:rsidRPr="000767E2">
        <w:rPr>
          <w:lang w:val="sv-SE"/>
        </w:rPr>
        <w:t>BibleBIBEL82</w:t>
      </w:r>
      <w:r w:rsidRPr="000767E2">
        <w:rPr>
          <w:lang w:val="sv-SE"/>
        </w:rPr>
        <w:t>:1Cor 14:5]]</w:t>
      </w:r>
      <w:r w:rsidRPr="000767E2">
        <w:rPr>
          <w:vertAlign w:val="superscript"/>
          <w:lang w:val="sv-SE"/>
        </w:rPr>
        <w:t>5</w:t>
      </w:r>
      <w:r w:rsidRPr="000767E2">
        <w:rPr>
          <w:lang w:val="sv-SE"/>
        </w:rPr>
        <w:t xml:space="preserve"> {{field-on:bible}}Och jag vill att ni alla talar med tungor, men hellre att ni profeterar. Och större </w:t>
      </w:r>
      <w:r w:rsidRPr="000767E2">
        <w:rPr>
          <w:i/>
          <w:lang w:val="sv-SE"/>
        </w:rPr>
        <w:t>är</w:t>
      </w:r>
      <w:r w:rsidRPr="000767E2">
        <w:rPr>
          <w:lang w:val="sv-SE"/>
        </w:rPr>
        <w:t xml:space="preserve"> den som profeterar än den som talar med tungor, om inte han uttolkar så att församlingen får uppbyggelse.{{field-off:bible}}</w:t>
      </w:r>
    </w:p>
    <w:p w14:paraId="3A37BB8A" w14:textId="3D3806B7" w:rsidR="00BA33AB" w:rsidRPr="000767E2" w:rsidRDefault="00000000">
      <w:pPr>
        <w:rPr>
          <w:lang w:val="sv-SE"/>
        </w:rPr>
      </w:pPr>
      <w:r w:rsidRPr="000767E2">
        <w:rPr>
          <w:lang w:val="sv-SE"/>
        </w:rPr>
        <w:t>[[@</w:t>
      </w:r>
      <w:r w:rsidR="0096445B" w:rsidRPr="000767E2">
        <w:rPr>
          <w:lang w:val="sv-SE"/>
        </w:rPr>
        <w:t>BibleBIBEL82</w:t>
      </w:r>
      <w:r w:rsidRPr="000767E2">
        <w:rPr>
          <w:lang w:val="sv-SE"/>
        </w:rPr>
        <w:t>:1Cor 14:6]]</w:t>
      </w:r>
      <w:r w:rsidRPr="000767E2">
        <w:rPr>
          <w:vertAlign w:val="superscript"/>
          <w:lang w:val="sv-SE"/>
        </w:rPr>
        <w:t>6</w:t>
      </w:r>
      <w:r w:rsidRPr="000767E2">
        <w:rPr>
          <w:lang w:val="sv-SE"/>
        </w:rPr>
        <w:t xml:space="preserve"> {{field-on:bible}}Men nu, syskon: om jag kommer till er och talar med tungor, vad nytta kommer jag att göra för er, om jag inte talar till er antingen med uppenbarelse eller med kunskap eller med profetia eller [med] undervisning?{{field-off:bible}} [[@</w:t>
      </w:r>
      <w:r w:rsidR="0096445B" w:rsidRPr="000767E2">
        <w:rPr>
          <w:lang w:val="sv-SE"/>
        </w:rPr>
        <w:t>BibleBIBEL82</w:t>
      </w:r>
      <w:r w:rsidRPr="000767E2">
        <w:rPr>
          <w:lang w:val="sv-SE"/>
        </w:rPr>
        <w:t>:1Cor 14:7]]</w:t>
      </w:r>
      <w:r w:rsidRPr="000767E2">
        <w:rPr>
          <w:vertAlign w:val="superscript"/>
          <w:lang w:val="sv-SE"/>
        </w:rPr>
        <w:t>7</w:t>
      </w:r>
      <w:r w:rsidRPr="000767E2">
        <w:rPr>
          <w:lang w:val="sv-SE"/>
        </w:rPr>
        <w:t xml:space="preserve"> {{field-on:bible}}Även det själlösa som ger ljud, om så flöjt eller harpa: om det inte ger en skillnad i tonerna, hur ska det förstås </w:t>
      </w:r>
      <w:r w:rsidRPr="000767E2">
        <w:rPr>
          <w:i/>
          <w:lang w:val="sv-SE"/>
        </w:rPr>
        <w:t>vad</w:t>
      </w:r>
      <w:r w:rsidRPr="000767E2">
        <w:rPr>
          <w:lang w:val="sv-SE"/>
        </w:rPr>
        <w:t xml:space="preserve"> som flöjtas eller harpas?{{field-off:bible}} [[@</w:t>
      </w:r>
      <w:r w:rsidR="0096445B" w:rsidRPr="000767E2">
        <w:rPr>
          <w:lang w:val="sv-SE"/>
        </w:rPr>
        <w:t>BibleBIBEL82</w:t>
      </w:r>
      <w:r w:rsidRPr="000767E2">
        <w:rPr>
          <w:lang w:val="sv-SE"/>
        </w:rPr>
        <w:t>:1Cor 14:8]]</w:t>
      </w:r>
      <w:r w:rsidRPr="000767E2">
        <w:rPr>
          <w:vertAlign w:val="superscript"/>
          <w:lang w:val="sv-SE"/>
        </w:rPr>
        <w:t>8</w:t>
      </w:r>
      <w:r w:rsidRPr="000767E2">
        <w:rPr>
          <w:lang w:val="sv-SE"/>
        </w:rPr>
        <w:t xml:space="preserve"> {{field-on:bible}}För dessutom: om en basun ger ett otydligt ljud, vem förbereder sig för krig?{{field-off:bible}}</w:t>
      </w:r>
    </w:p>
    <w:p w14:paraId="0722661E" w14:textId="22BD3428" w:rsidR="00BA33AB" w:rsidRPr="000767E2" w:rsidRDefault="00000000">
      <w:pPr>
        <w:rPr>
          <w:lang w:val="sv-SE"/>
        </w:rPr>
      </w:pPr>
      <w:r w:rsidRPr="000767E2">
        <w:rPr>
          <w:lang w:val="sv-SE"/>
        </w:rPr>
        <w:t>[[@</w:t>
      </w:r>
      <w:r w:rsidR="0096445B" w:rsidRPr="000767E2">
        <w:rPr>
          <w:lang w:val="sv-SE"/>
        </w:rPr>
        <w:t>BibleBIBEL82</w:t>
      </w:r>
      <w:r w:rsidRPr="000767E2">
        <w:rPr>
          <w:lang w:val="sv-SE"/>
        </w:rPr>
        <w:t>:1Cor 14:9]]</w:t>
      </w:r>
      <w:r w:rsidRPr="000767E2">
        <w:rPr>
          <w:vertAlign w:val="superscript"/>
          <w:lang w:val="sv-SE"/>
        </w:rPr>
        <w:t>9</w:t>
      </w:r>
      <w:r w:rsidRPr="000767E2">
        <w:rPr>
          <w:lang w:val="sv-SE"/>
        </w:rPr>
        <w:t xml:space="preserve"> {{field-on:bible}}Så även ni med tungan. Om </w:t>
      </w:r>
      <w:r w:rsidRPr="000767E2">
        <w:rPr>
          <w:i/>
          <w:lang w:val="sv-SE"/>
        </w:rPr>
        <w:t>det</w:t>
      </w:r>
      <w:r w:rsidRPr="000767E2">
        <w:rPr>
          <w:lang w:val="sv-SE"/>
        </w:rPr>
        <w:t xml:space="preserve"> inte </w:t>
      </w:r>
      <w:r w:rsidRPr="000767E2">
        <w:rPr>
          <w:i/>
          <w:lang w:val="sv-SE"/>
        </w:rPr>
        <w:t>är</w:t>
      </w:r>
      <w:r w:rsidRPr="000767E2">
        <w:rPr>
          <w:lang w:val="sv-SE"/>
        </w:rPr>
        <w:t xml:space="preserve"> ett distinkt ord ni ger, hur ska det förstås </w:t>
      </w:r>
      <w:r w:rsidRPr="000767E2">
        <w:rPr>
          <w:i/>
          <w:lang w:val="sv-SE"/>
        </w:rPr>
        <w:t>vad</w:t>
      </w:r>
      <w:r w:rsidRPr="000767E2">
        <w:rPr>
          <w:lang w:val="sv-SE"/>
        </w:rPr>
        <w:t xml:space="preserve"> som talas? För ni blir talande </w:t>
      </w:r>
      <w:r w:rsidRPr="000767E2">
        <w:rPr>
          <w:i/>
          <w:lang w:val="sv-SE"/>
        </w:rPr>
        <w:t>ut</w:t>
      </w:r>
      <w:r w:rsidRPr="000767E2">
        <w:rPr>
          <w:lang w:val="sv-SE"/>
        </w:rPr>
        <w:t xml:space="preserve"> i luften.{{field-off:bible}} [[@</w:t>
      </w:r>
      <w:r w:rsidR="0096445B" w:rsidRPr="000767E2">
        <w:rPr>
          <w:lang w:val="sv-SE"/>
        </w:rPr>
        <w:t>BibleBIBEL82</w:t>
      </w:r>
      <w:r w:rsidRPr="000767E2">
        <w:rPr>
          <w:lang w:val="sv-SE"/>
        </w:rPr>
        <w:t>:1Cor 14:10]]</w:t>
      </w:r>
      <w:r w:rsidRPr="000767E2">
        <w:rPr>
          <w:vertAlign w:val="superscript"/>
          <w:lang w:val="sv-SE"/>
        </w:rPr>
        <w:t>10</w:t>
      </w:r>
      <w:r w:rsidRPr="000767E2">
        <w:rPr>
          <w:lang w:val="sv-SE"/>
        </w:rPr>
        <w:t xml:space="preserve"> {{field-on:bible}}Så många släkten av ljud måhända finns i världen, och inget </w:t>
      </w:r>
      <w:r w:rsidRPr="000767E2">
        <w:rPr>
          <w:i/>
          <w:lang w:val="sv-SE"/>
        </w:rPr>
        <w:t>är</w:t>
      </w:r>
      <w:r w:rsidRPr="000767E2">
        <w:rPr>
          <w:lang w:val="sv-SE"/>
        </w:rPr>
        <w:t xml:space="preserve"> ljudlöst.{{field-off:bible}} [[@</w:t>
      </w:r>
      <w:r w:rsidR="0096445B" w:rsidRPr="000767E2">
        <w:rPr>
          <w:lang w:val="sv-SE"/>
        </w:rPr>
        <w:t>BibleBIBEL82</w:t>
      </w:r>
      <w:r w:rsidRPr="000767E2">
        <w:rPr>
          <w:lang w:val="sv-SE"/>
        </w:rPr>
        <w:t>:1Cor 14:11]]</w:t>
      </w:r>
      <w:r w:rsidRPr="000767E2">
        <w:rPr>
          <w:vertAlign w:val="superscript"/>
          <w:lang w:val="sv-SE"/>
        </w:rPr>
        <w:t>11</w:t>
      </w:r>
      <w:r w:rsidRPr="000767E2">
        <w:rPr>
          <w:lang w:val="sv-SE"/>
        </w:rPr>
        <w:t xml:space="preserve"> {{field-on:bible}}Om jag nu inte förstår innebörden i ljudet blir jag en barbar för den </w:t>
      </w:r>
      <w:r w:rsidRPr="000767E2">
        <w:rPr>
          <w:lang w:val="sv-SE"/>
        </w:rPr>
        <w:lastRenderedPageBreak/>
        <w:t>som talar, och den som talar en barbar för mig.{{field-off:bible}} [[@</w:t>
      </w:r>
      <w:r w:rsidR="0096445B" w:rsidRPr="000767E2">
        <w:rPr>
          <w:lang w:val="sv-SE"/>
        </w:rPr>
        <w:t>BibleBIBEL82</w:t>
      </w:r>
      <w:r w:rsidRPr="000767E2">
        <w:rPr>
          <w:lang w:val="sv-SE"/>
        </w:rPr>
        <w:t>:1Cor 14:12]]</w:t>
      </w:r>
      <w:r w:rsidRPr="000767E2">
        <w:rPr>
          <w:vertAlign w:val="superscript"/>
          <w:lang w:val="sv-SE"/>
        </w:rPr>
        <w:t>12</w:t>
      </w:r>
      <w:r w:rsidRPr="000767E2">
        <w:rPr>
          <w:lang w:val="sv-SE"/>
        </w:rPr>
        <w:t xml:space="preserve"> {{field-on:bible}}Så även ni. Då ni är nitiska efter andar, sök </w:t>
      </w:r>
      <w:r w:rsidRPr="000767E2">
        <w:rPr>
          <w:i/>
          <w:lang w:val="sv-SE"/>
        </w:rPr>
        <w:t>dem</w:t>
      </w:r>
      <w:r w:rsidRPr="000767E2">
        <w:rPr>
          <w:lang w:val="sv-SE"/>
        </w:rPr>
        <w:t xml:space="preserve"> till församlingens uppbyggelse så att ni har överflöd.{{field-off:bible}}</w:t>
      </w:r>
    </w:p>
    <w:p w14:paraId="4DB43D3A" w14:textId="77777777" w:rsidR="00BA33AB" w:rsidRPr="000767E2" w:rsidRDefault="00000000">
      <w:pPr>
        <w:pStyle w:val="Rubrik3"/>
        <w:rPr>
          <w:lang w:val="sv-SE"/>
        </w:rPr>
      </w:pPr>
      <w:r w:rsidRPr="000767E2">
        <w:rPr>
          <w:lang w:val="sv-SE"/>
        </w:rPr>
        <w:t>Tungor måste uttolkas</w:t>
      </w:r>
    </w:p>
    <w:p w14:paraId="169DB9FB" w14:textId="2494962D" w:rsidR="00BA33AB" w:rsidRPr="000767E2" w:rsidRDefault="00000000">
      <w:pPr>
        <w:rPr>
          <w:lang w:val="sv-SE"/>
        </w:rPr>
      </w:pPr>
      <w:r w:rsidRPr="000767E2">
        <w:rPr>
          <w:lang w:val="sv-SE"/>
        </w:rPr>
        <w:t>[[@</w:t>
      </w:r>
      <w:r w:rsidR="0096445B" w:rsidRPr="000767E2">
        <w:rPr>
          <w:lang w:val="sv-SE"/>
        </w:rPr>
        <w:t>BibleBIBEL82</w:t>
      </w:r>
      <w:r w:rsidRPr="000767E2">
        <w:rPr>
          <w:lang w:val="sv-SE"/>
        </w:rPr>
        <w:t>:1Cor 14:13]]</w:t>
      </w:r>
      <w:r w:rsidRPr="000767E2">
        <w:rPr>
          <w:vertAlign w:val="superscript"/>
          <w:lang w:val="sv-SE"/>
        </w:rPr>
        <w:t>13</w:t>
      </w:r>
      <w:r w:rsidRPr="000767E2">
        <w:rPr>
          <w:lang w:val="sv-SE"/>
        </w:rPr>
        <w:t xml:space="preserve"> {{field-on:bible}}Därför ska den som talar med en tunga be att han må uttolka.{{field-off:bible}} [[@</w:t>
      </w:r>
      <w:r w:rsidR="0096445B" w:rsidRPr="000767E2">
        <w:rPr>
          <w:lang w:val="sv-SE"/>
        </w:rPr>
        <w:t>BibleBIBEL82</w:t>
      </w:r>
      <w:r w:rsidRPr="000767E2">
        <w:rPr>
          <w:lang w:val="sv-SE"/>
        </w:rPr>
        <w:t>:1Cor 14:14]]</w:t>
      </w:r>
      <w:r w:rsidRPr="000767E2">
        <w:rPr>
          <w:vertAlign w:val="superscript"/>
          <w:lang w:val="sv-SE"/>
        </w:rPr>
        <w:t>14</w:t>
      </w:r>
      <w:r w:rsidRPr="000767E2">
        <w:rPr>
          <w:lang w:val="sv-SE"/>
        </w:rPr>
        <w:t xml:space="preserve"> {{field-on:bible}}[För] om jag ber med en tunga ber min ande, men mitt förnuft är utan frukt.{{field-off:bible}}</w:t>
      </w:r>
    </w:p>
    <w:p w14:paraId="3BF498D7" w14:textId="2F620CDF" w:rsidR="00BA33AB" w:rsidRPr="000767E2" w:rsidRDefault="00000000">
      <w:pPr>
        <w:rPr>
          <w:lang w:val="sv-SE"/>
        </w:rPr>
      </w:pPr>
      <w:r w:rsidRPr="000767E2">
        <w:rPr>
          <w:lang w:val="sv-SE"/>
        </w:rPr>
        <w:t>[[@</w:t>
      </w:r>
      <w:r w:rsidR="0096445B" w:rsidRPr="000767E2">
        <w:rPr>
          <w:lang w:val="sv-SE"/>
        </w:rPr>
        <w:t>BibleBIBEL82</w:t>
      </w:r>
      <w:r w:rsidRPr="000767E2">
        <w:rPr>
          <w:lang w:val="sv-SE"/>
        </w:rPr>
        <w:t>:1Cor 14:15]]</w:t>
      </w:r>
      <w:r w:rsidRPr="000767E2">
        <w:rPr>
          <w:vertAlign w:val="superscript"/>
          <w:lang w:val="sv-SE"/>
        </w:rPr>
        <w:t>15</w:t>
      </w:r>
      <w:r w:rsidRPr="000767E2">
        <w:rPr>
          <w:lang w:val="sv-SE"/>
        </w:rPr>
        <w:t xml:space="preserve"> {{field-on:bible}}Hur är det då? Jag ska be med anden, men jag ska be även med förnuftet. Jag ska lovsjunga med anden, men jag ska lovsjunga även med förnuftet.{{field-off:bible}} [[@</w:t>
      </w:r>
      <w:r w:rsidR="0096445B" w:rsidRPr="000767E2">
        <w:rPr>
          <w:lang w:val="sv-SE"/>
        </w:rPr>
        <w:t>BibleBIBEL82</w:t>
      </w:r>
      <w:r w:rsidRPr="000767E2">
        <w:rPr>
          <w:lang w:val="sv-SE"/>
        </w:rPr>
        <w:t>:1Cor 14:16]]</w:t>
      </w:r>
      <w:r w:rsidRPr="000767E2">
        <w:rPr>
          <w:vertAlign w:val="superscript"/>
          <w:lang w:val="sv-SE"/>
        </w:rPr>
        <w:t>16</w:t>
      </w:r>
      <w:r w:rsidRPr="000767E2">
        <w:rPr>
          <w:lang w:val="sv-SE"/>
        </w:rPr>
        <w:t xml:space="preserve"> {{field-on:bible}}Annars, om du välsignar i Ande: den som uppfyller den oinvigdes plats, hur ska han säga Amen till din tacksägelse då han nu inte förstår vad du säger?{{field-off:bible}} [[@</w:t>
      </w:r>
      <w:r w:rsidR="0096445B" w:rsidRPr="000767E2">
        <w:rPr>
          <w:lang w:val="sv-SE"/>
        </w:rPr>
        <w:t>BibleBIBEL82</w:t>
      </w:r>
      <w:r w:rsidRPr="000767E2">
        <w:rPr>
          <w:lang w:val="sv-SE"/>
        </w:rPr>
        <w:t>:1Cor 14:17]]</w:t>
      </w:r>
      <w:r w:rsidRPr="000767E2">
        <w:rPr>
          <w:vertAlign w:val="superscript"/>
          <w:lang w:val="sv-SE"/>
        </w:rPr>
        <w:t>17</w:t>
      </w:r>
      <w:r w:rsidRPr="000767E2">
        <w:rPr>
          <w:lang w:val="sv-SE"/>
        </w:rPr>
        <w:t xml:space="preserve"> {{field-on:bible}}För du tackar bra, men den andre blir inte uppbyggd.{{field-off:bible}}</w:t>
      </w:r>
    </w:p>
    <w:p w14:paraId="319854F6" w14:textId="3A9ABDA0" w:rsidR="00BA33AB" w:rsidRPr="000767E2" w:rsidRDefault="00000000">
      <w:pPr>
        <w:rPr>
          <w:lang w:val="sv-SE"/>
        </w:rPr>
      </w:pPr>
      <w:r w:rsidRPr="000767E2">
        <w:rPr>
          <w:lang w:val="sv-SE"/>
        </w:rPr>
        <w:t>[[@</w:t>
      </w:r>
      <w:r w:rsidR="0096445B" w:rsidRPr="000767E2">
        <w:rPr>
          <w:lang w:val="sv-SE"/>
        </w:rPr>
        <w:t>BibleBIBEL82</w:t>
      </w:r>
      <w:r w:rsidRPr="000767E2">
        <w:rPr>
          <w:lang w:val="sv-SE"/>
        </w:rPr>
        <w:t>:1Cor 14:18]]</w:t>
      </w:r>
      <w:r w:rsidRPr="000767E2">
        <w:rPr>
          <w:vertAlign w:val="superscript"/>
          <w:lang w:val="sv-SE"/>
        </w:rPr>
        <w:t>18</w:t>
      </w:r>
      <w:r w:rsidRPr="000767E2">
        <w:rPr>
          <w:lang w:val="sv-SE"/>
        </w:rPr>
        <w:t xml:space="preserve"> {{field-on:bible}}Jag tackar Gud, mer än er alla talar jag med tungor.{{field-off:bible}} [[@</w:t>
      </w:r>
      <w:r w:rsidR="0096445B" w:rsidRPr="000767E2">
        <w:rPr>
          <w:lang w:val="sv-SE"/>
        </w:rPr>
        <w:t>BibleBIBEL82</w:t>
      </w:r>
      <w:r w:rsidRPr="000767E2">
        <w:rPr>
          <w:lang w:val="sv-SE"/>
        </w:rPr>
        <w:t>:1Cor 14:19]]</w:t>
      </w:r>
      <w:r w:rsidRPr="000767E2">
        <w:rPr>
          <w:vertAlign w:val="superscript"/>
          <w:lang w:val="sv-SE"/>
        </w:rPr>
        <w:t>19</w:t>
      </w:r>
      <w:r w:rsidRPr="000767E2">
        <w:rPr>
          <w:lang w:val="sv-SE"/>
        </w:rPr>
        <w:t xml:space="preserve"> {{field-on:bible}}Men i församling vill jag </w:t>
      </w:r>
      <w:r w:rsidRPr="000767E2">
        <w:rPr>
          <w:i/>
          <w:lang w:val="sv-SE"/>
        </w:rPr>
        <w:t>hellre</w:t>
      </w:r>
      <w:r w:rsidRPr="000767E2">
        <w:rPr>
          <w:lang w:val="sv-SE"/>
        </w:rPr>
        <w:t xml:space="preserve"> tala fem ord med mitt förnuft, för att också underrätta andra, än myriader ord med en tunga.{{field-off:bible}}</w:t>
      </w:r>
    </w:p>
    <w:p w14:paraId="3C002793" w14:textId="77777777" w:rsidR="00BA33AB" w:rsidRPr="000767E2" w:rsidRDefault="00000000">
      <w:pPr>
        <w:pStyle w:val="Rubrik3"/>
        <w:rPr>
          <w:lang w:val="sv-SE"/>
        </w:rPr>
      </w:pPr>
      <w:r w:rsidRPr="000767E2">
        <w:rPr>
          <w:lang w:val="sv-SE"/>
        </w:rPr>
        <w:t>Ett tecken för de otroende</w:t>
      </w:r>
    </w:p>
    <w:p w14:paraId="6CFB13CF" w14:textId="6AA00187" w:rsidR="00BA33AB" w:rsidRPr="000767E2" w:rsidRDefault="00000000">
      <w:pPr>
        <w:rPr>
          <w:lang w:val="sv-SE"/>
        </w:rPr>
      </w:pPr>
      <w:r w:rsidRPr="000767E2">
        <w:rPr>
          <w:lang w:val="sv-SE"/>
        </w:rPr>
        <w:t>[[@</w:t>
      </w:r>
      <w:r w:rsidR="0096445B" w:rsidRPr="000767E2">
        <w:rPr>
          <w:lang w:val="sv-SE"/>
        </w:rPr>
        <w:t>BibleBIBEL82</w:t>
      </w:r>
      <w:r w:rsidRPr="000767E2">
        <w:rPr>
          <w:lang w:val="sv-SE"/>
        </w:rPr>
        <w:t>:1Cor 14:20]]</w:t>
      </w:r>
      <w:r w:rsidRPr="000767E2">
        <w:rPr>
          <w:vertAlign w:val="superscript"/>
          <w:lang w:val="sv-SE"/>
        </w:rPr>
        <w:t>20</w:t>
      </w:r>
      <w:r w:rsidRPr="000767E2">
        <w:rPr>
          <w:lang w:val="sv-SE"/>
        </w:rPr>
        <w:t xml:space="preserve"> {{field-on:bible}}Syskon, var inte barn till tänkandet. Nej, gentemot ondskan ska ni vara småbarn, men till tänkandet ska ni vara fullvuxna.{{field-off:bible}} [[@</w:t>
      </w:r>
      <w:r w:rsidR="0096445B" w:rsidRPr="000767E2">
        <w:rPr>
          <w:lang w:val="sv-SE"/>
        </w:rPr>
        <w:t>BibleBIBEL82</w:t>
      </w:r>
      <w:r w:rsidRPr="000767E2">
        <w:rPr>
          <w:lang w:val="sv-SE"/>
        </w:rPr>
        <w:t>:1Cor 14:21]]</w:t>
      </w:r>
      <w:r w:rsidRPr="000767E2">
        <w:rPr>
          <w:vertAlign w:val="superscript"/>
          <w:lang w:val="sv-SE"/>
        </w:rPr>
        <w:t>21</w:t>
      </w:r>
      <w:r w:rsidRPr="000767E2">
        <w:rPr>
          <w:lang w:val="sv-SE"/>
        </w:rPr>
        <w:t xml:space="preserve"> {{field-on:bible}}I lagen är det skrivet att:{{field-off:bible}}</w:t>
      </w:r>
    </w:p>
    <w:p w14:paraId="7733CB21" w14:textId="77777777" w:rsidR="00BA33AB" w:rsidRPr="000767E2" w:rsidRDefault="00000000">
      <w:pPr>
        <w:rPr>
          <w:lang w:val="sv-SE"/>
        </w:rPr>
      </w:pPr>
      <w:r w:rsidRPr="000767E2">
        <w:rPr>
          <w:lang w:val="sv-SE"/>
        </w:rPr>
        <w:t>{{field-on:bible}}Genom annanspråkiga och genom andras läppar</w:t>
      </w:r>
      <w:r w:rsidRPr="000767E2">
        <w:rPr>
          <w:lang w:val="sv-SE"/>
        </w:rPr>
        <w:br/>
        <w:t>ska jag tala till detta folk,</w:t>
      </w:r>
      <w:r w:rsidRPr="000767E2">
        <w:rPr>
          <w:lang w:val="sv-SE"/>
        </w:rPr>
        <w:br/>
        <w:t>och inte ens så ska de lyssna till mig, säger Herren.{{field-off:bible}}</w:t>
      </w:r>
    </w:p>
    <w:p w14:paraId="1904B697" w14:textId="7A6B5006" w:rsidR="00BA33AB" w:rsidRPr="000767E2" w:rsidRDefault="00000000">
      <w:pPr>
        <w:rPr>
          <w:lang w:val="sv-SE"/>
        </w:rPr>
      </w:pPr>
      <w:r w:rsidRPr="000767E2">
        <w:rPr>
          <w:lang w:val="sv-SE"/>
        </w:rPr>
        <w:t>[[@</w:t>
      </w:r>
      <w:r w:rsidR="0096445B" w:rsidRPr="000767E2">
        <w:rPr>
          <w:lang w:val="sv-SE"/>
        </w:rPr>
        <w:t>BibleBIBEL82</w:t>
      </w:r>
      <w:r w:rsidRPr="000767E2">
        <w:rPr>
          <w:lang w:val="sv-SE"/>
        </w:rPr>
        <w:t>:1Cor 14:22]]</w:t>
      </w:r>
      <w:r w:rsidRPr="000767E2">
        <w:rPr>
          <w:vertAlign w:val="superscript"/>
          <w:lang w:val="sv-SE"/>
        </w:rPr>
        <w:t>22</w:t>
      </w:r>
      <w:r w:rsidRPr="000767E2">
        <w:rPr>
          <w:lang w:val="sv-SE"/>
        </w:rPr>
        <w:t xml:space="preserve"> {{field-on:bible}}Alltså är tungorna till ett tecken inte för de troende, utan för de otroende. Men profetian </w:t>
      </w:r>
      <w:r w:rsidRPr="000767E2">
        <w:rPr>
          <w:i/>
          <w:lang w:val="sv-SE"/>
        </w:rPr>
        <w:t>är</w:t>
      </w:r>
      <w:r w:rsidRPr="000767E2">
        <w:rPr>
          <w:lang w:val="sv-SE"/>
        </w:rPr>
        <w:t xml:space="preserve"> inte för de otroende utan för de troende.{{field-off:bible}}</w:t>
      </w:r>
    </w:p>
    <w:p w14:paraId="64DD6D3C" w14:textId="7F0A5CE3" w:rsidR="00BA33AB" w:rsidRPr="000767E2" w:rsidRDefault="00000000">
      <w:pPr>
        <w:rPr>
          <w:lang w:val="sv-SE"/>
        </w:rPr>
      </w:pPr>
      <w:r w:rsidRPr="000767E2">
        <w:rPr>
          <w:lang w:val="sv-SE"/>
        </w:rPr>
        <w:t>[[@</w:t>
      </w:r>
      <w:r w:rsidR="0096445B" w:rsidRPr="000767E2">
        <w:rPr>
          <w:lang w:val="sv-SE"/>
        </w:rPr>
        <w:t>BibleBIBEL82</w:t>
      </w:r>
      <w:r w:rsidRPr="000767E2">
        <w:rPr>
          <w:lang w:val="sv-SE"/>
        </w:rPr>
        <w:t>:1Cor 14:23]]</w:t>
      </w:r>
      <w:r w:rsidRPr="000767E2">
        <w:rPr>
          <w:vertAlign w:val="superscript"/>
          <w:lang w:val="sv-SE"/>
        </w:rPr>
        <w:t>23</w:t>
      </w:r>
      <w:r w:rsidRPr="000767E2">
        <w:rPr>
          <w:lang w:val="sv-SE"/>
        </w:rPr>
        <w:t xml:space="preserve"> {{field-on:bible}}Om nu hela församlingen kommer samman tillsammans och alla talar med tungor, och </w:t>
      </w:r>
      <w:r w:rsidRPr="000767E2">
        <w:rPr>
          <w:i/>
          <w:lang w:val="sv-SE"/>
        </w:rPr>
        <w:t>det</w:t>
      </w:r>
      <w:r w:rsidRPr="000767E2">
        <w:rPr>
          <w:lang w:val="sv-SE"/>
        </w:rPr>
        <w:t xml:space="preserve"> kommer in oinvigda eller otroende, ska de inte säga att ni är galna?{{field-off:bible}} [[@</w:t>
      </w:r>
      <w:r w:rsidR="0096445B" w:rsidRPr="000767E2">
        <w:rPr>
          <w:lang w:val="sv-SE"/>
        </w:rPr>
        <w:t>BibleBIBEL82</w:t>
      </w:r>
      <w:r w:rsidRPr="000767E2">
        <w:rPr>
          <w:lang w:val="sv-SE"/>
        </w:rPr>
        <w:t>:1Cor 14:24]]</w:t>
      </w:r>
      <w:r w:rsidRPr="000767E2">
        <w:rPr>
          <w:vertAlign w:val="superscript"/>
          <w:lang w:val="sv-SE"/>
        </w:rPr>
        <w:t>24</w:t>
      </w:r>
      <w:r w:rsidRPr="000767E2">
        <w:rPr>
          <w:lang w:val="sv-SE"/>
        </w:rPr>
        <w:t xml:space="preserve"> {{field-on:bible}}Men om alla profeterar och </w:t>
      </w:r>
      <w:r w:rsidRPr="000767E2">
        <w:rPr>
          <w:i/>
          <w:lang w:val="sv-SE"/>
        </w:rPr>
        <w:t>det</w:t>
      </w:r>
      <w:r w:rsidRPr="000767E2">
        <w:rPr>
          <w:lang w:val="sv-SE"/>
        </w:rPr>
        <w:t xml:space="preserve"> kommer in en otroende eller oinvigd blir han avslöjad av alla, bedömd av alla,{{field-off:bible}} [[@</w:t>
      </w:r>
      <w:r w:rsidR="0096445B" w:rsidRPr="000767E2">
        <w:rPr>
          <w:lang w:val="sv-SE"/>
        </w:rPr>
        <w:t>BibleBIBEL82</w:t>
      </w:r>
      <w:r w:rsidRPr="000767E2">
        <w:rPr>
          <w:lang w:val="sv-SE"/>
        </w:rPr>
        <w:t>:1Cor 14:25]]</w:t>
      </w:r>
      <w:r w:rsidRPr="000767E2">
        <w:rPr>
          <w:vertAlign w:val="superscript"/>
          <w:lang w:val="sv-SE"/>
        </w:rPr>
        <w:t>25</w:t>
      </w:r>
      <w:r w:rsidRPr="000767E2">
        <w:rPr>
          <w:lang w:val="sv-SE"/>
        </w:rPr>
        <w:t xml:space="preserve"> {{field-on:bible}}det fördolda i hans hjärta blir uppenbart. Och så ska han falla </w:t>
      </w:r>
      <w:r w:rsidRPr="000767E2">
        <w:rPr>
          <w:i/>
          <w:lang w:val="sv-SE"/>
        </w:rPr>
        <w:t>ner</w:t>
      </w:r>
      <w:r w:rsidRPr="000767E2">
        <w:rPr>
          <w:lang w:val="sv-SE"/>
        </w:rPr>
        <w:t xml:space="preserve"> på </w:t>
      </w:r>
      <w:r w:rsidRPr="000767E2">
        <w:rPr>
          <w:i/>
          <w:lang w:val="sv-SE"/>
        </w:rPr>
        <w:t>sitt</w:t>
      </w:r>
      <w:r w:rsidRPr="000767E2">
        <w:rPr>
          <w:lang w:val="sv-SE"/>
        </w:rPr>
        <w:t xml:space="preserve"> ansikte och tillbe Gud och meddela att: ”Verkligen, Gud finns i er!”{{field-off:bible}}</w:t>
      </w:r>
    </w:p>
    <w:p w14:paraId="1DB48159" w14:textId="77777777" w:rsidR="00BA33AB" w:rsidRPr="000767E2" w:rsidRDefault="00000000">
      <w:pPr>
        <w:pStyle w:val="Rubrik3"/>
        <w:rPr>
          <w:lang w:val="sv-SE"/>
        </w:rPr>
      </w:pPr>
      <w:r w:rsidRPr="000767E2">
        <w:rPr>
          <w:lang w:val="sv-SE"/>
        </w:rPr>
        <w:lastRenderedPageBreak/>
        <w:t>Ordningen vid gudstjänsten</w:t>
      </w:r>
    </w:p>
    <w:p w14:paraId="30D2F20C" w14:textId="1580E1A0" w:rsidR="00BA33AB" w:rsidRPr="000767E2" w:rsidRDefault="00000000">
      <w:pPr>
        <w:rPr>
          <w:lang w:val="sv-SE"/>
        </w:rPr>
      </w:pPr>
      <w:r w:rsidRPr="000767E2">
        <w:rPr>
          <w:lang w:val="sv-SE"/>
        </w:rPr>
        <w:t>[[@</w:t>
      </w:r>
      <w:r w:rsidR="0096445B" w:rsidRPr="000767E2">
        <w:rPr>
          <w:lang w:val="sv-SE"/>
        </w:rPr>
        <w:t>BibleBIBEL82</w:t>
      </w:r>
      <w:r w:rsidRPr="000767E2">
        <w:rPr>
          <w:lang w:val="sv-SE"/>
        </w:rPr>
        <w:t>:1Cor 14:26]]</w:t>
      </w:r>
      <w:r w:rsidRPr="000767E2">
        <w:rPr>
          <w:vertAlign w:val="superscript"/>
          <w:lang w:val="sv-SE"/>
        </w:rPr>
        <w:t>26</w:t>
      </w:r>
      <w:r w:rsidRPr="000767E2">
        <w:rPr>
          <w:lang w:val="sv-SE"/>
        </w:rPr>
        <w:t xml:space="preserve"> {{field-on:bible}}Hur är det då, syskon? När ni kommer samman: var och en har en psalm, har en undervisning, har en uppenbarelse, har en tunga, har en tolkning. Allt ska ske till uppbyggelse.{{field-off:bible}} [[@</w:t>
      </w:r>
      <w:r w:rsidR="0096445B" w:rsidRPr="000767E2">
        <w:rPr>
          <w:lang w:val="sv-SE"/>
        </w:rPr>
        <w:t>BibleBIBEL82</w:t>
      </w:r>
      <w:r w:rsidRPr="000767E2">
        <w:rPr>
          <w:lang w:val="sv-SE"/>
        </w:rPr>
        <w:t>:1Cor 14:27]]</w:t>
      </w:r>
      <w:r w:rsidRPr="000767E2">
        <w:rPr>
          <w:vertAlign w:val="superscript"/>
          <w:lang w:val="sv-SE"/>
        </w:rPr>
        <w:t>27</w:t>
      </w:r>
      <w:r w:rsidRPr="000767E2">
        <w:rPr>
          <w:lang w:val="sv-SE"/>
        </w:rPr>
        <w:t xml:space="preserve"> {{field-on:bible}}Om så någon talar med en tunga: två åt gången eller </w:t>
      </w:r>
      <w:r w:rsidRPr="000767E2">
        <w:rPr>
          <w:i/>
          <w:lang w:val="sv-SE"/>
        </w:rPr>
        <w:t>som</w:t>
      </w:r>
      <w:r w:rsidRPr="000767E2">
        <w:rPr>
          <w:lang w:val="sv-SE"/>
        </w:rPr>
        <w:t xml:space="preserve"> mest tre. Och var för sig, och en ska uttolka.{{field-off:bible}} [[@</w:t>
      </w:r>
      <w:r w:rsidR="0096445B" w:rsidRPr="000767E2">
        <w:rPr>
          <w:lang w:val="sv-SE"/>
        </w:rPr>
        <w:t>BibleBIBEL82</w:t>
      </w:r>
      <w:r w:rsidRPr="000767E2">
        <w:rPr>
          <w:lang w:val="sv-SE"/>
        </w:rPr>
        <w:t>:1Cor 14:28]]</w:t>
      </w:r>
      <w:r w:rsidRPr="000767E2">
        <w:rPr>
          <w:vertAlign w:val="superscript"/>
          <w:lang w:val="sv-SE"/>
        </w:rPr>
        <w:t>28</w:t>
      </w:r>
      <w:r w:rsidRPr="000767E2">
        <w:rPr>
          <w:lang w:val="sv-SE"/>
        </w:rPr>
        <w:t xml:space="preserve"> {{field-on:bible}}Men om det inte finns tolk, ska han tiga i församling och tala för sig själv och för Gud.{{field-off:bible}}</w:t>
      </w:r>
    </w:p>
    <w:p w14:paraId="279C9179" w14:textId="7A69DB32" w:rsidR="00BA33AB" w:rsidRPr="000767E2" w:rsidRDefault="00000000">
      <w:pPr>
        <w:rPr>
          <w:lang w:val="sv-SE"/>
        </w:rPr>
      </w:pPr>
      <w:r w:rsidRPr="000767E2">
        <w:rPr>
          <w:lang w:val="sv-SE"/>
        </w:rPr>
        <w:t>[[@</w:t>
      </w:r>
      <w:r w:rsidR="0096445B" w:rsidRPr="000767E2">
        <w:rPr>
          <w:lang w:val="sv-SE"/>
        </w:rPr>
        <w:t>BibleBIBEL82</w:t>
      </w:r>
      <w:r w:rsidRPr="000767E2">
        <w:rPr>
          <w:lang w:val="sv-SE"/>
        </w:rPr>
        <w:t>:1Cor 14:29]]</w:t>
      </w:r>
      <w:r w:rsidRPr="000767E2">
        <w:rPr>
          <w:vertAlign w:val="superscript"/>
          <w:lang w:val="sv-SE"/>
        </w:rPr>
        <w:t>29</w:t>
      </w:r>
      <w:r w:rsidRPr="000767E2">
        <w:rPr>
          <w:lang w:val="sv-SE"/>
        </w:rPr>
        <w:t xml:space="preserve"> {{field-on:bible}}Och två eller tre profeter ska tala, och de andra ska urskilja.{{field-off:bible}} [[@</w:t>
      </w:r>
      <w:r w:rsidR="0096445B" w:rsidRPr="000767E2">
        <w:rPr>
          <w:lang w:val="sv-SE"/>
        </w:rPr>
        <w:t>BibleBIBEL82</w:t>
      </w:r>
      <w:r w:rsidRPr="000767E2">
        <w:rPr>
          <w:lang w:val="sv-SE"/>
        </w:rPr>
        <w:t>:1Cor 14:30]]</w:t>
      </w:r>
      <w:r w:rsidRPr="000767E2">
        <w:rPr>
          <w:vertAlign w:val="superscript"/>
          <w:lang w:val="sv-SE"/>
        </w:rPr>
        <w:t>30</w:t>
      </w:r>
      <w:r w:rsidRPr="000767E2">
        <w:rPr>
          <w:lang w:val="sv-SE"/>
        </w:rPr>
        <w:t xml:space="preserve"> {{field-on:bible}}Men om det uppenbaras för en annan som sitter ska den förste tiga.{{field-off:bible}} [[@</w:t>
      </w:r>
      <w:r w:rsidR="0096445B" w:rsidRPr="000767E2">
        <w:rPr>
          <w:lang w:val="sv-SE"/>
        </w:rPr>
        <w:t>BibleBIBEL82</w:t>
      </w:r>
      <w:r w:rsidRPr="000767E2">
        <w:rPr>
          <w:lang w:val="sv-SE"/>
        </w:rPr>
        <w:t>:1Cor 14:31]]</w:t>
      </w:r>
      <w:r w:rsidRPr="000767E2">
        <w:rPr>
          <w:vertAlign w:val="superscript"/>
          <w:lang w:val="sv-SE"/>
        </w:rPr>
        <w:t>31</w:t>
      </w:r>
      <w:r w:rsidRPr="000767E2">
        <w:rPr>
          <w:lang w:val="sv-SE"/>
        </w:rPr>
        <w:t xml:space="preserve"> {{field-on:bible}}För ni kan </w:t>
      </w:r>
      <w:r w:rsidRPr="000767E2">
        <w:rPr>
          <w:i/>
          <w:lang w:val="sv-SE"/>
        </w:rPr>
        <w:t>en</w:t>
      </w:r>
      <w:r w:rsidRPr="000767E2">
        <w:rPr>
          <w:lang w:val="sv-SE"/>
        </w:rPr>
        <w:t xml:space="preserve"> efter en alla profetera, så att alla lär sig och alla blir uppmuntrade.{{field-off:bible}} [[@</w:t>
      </w:r>
      <w:r w:rsidR="0096445B" w:rsidRPr="000767E2">
        <w:rPr>
          <w:lang w:val="sv-SE"/>
        </w:rPr>
        <w:t>BibleBIBEL82</w:t>
      </w:r>
      <w:r w:rsidRPr="000767E2">
        <w:rPr>
          <w:lang w:val="sv-SE"/>
        </w:rPr>
        <w:t>:1Cor 14:32]]</w:t>
      </w:r>
      <w:r w:rsidRPr="000767E2">
        <w:rPr>
          <w:vertAlign w:val="superscript"/>
          <w:lang w:val="sv-SE"/>
        </w:rPr>
        <w:t>32</w:t>
      </w:r>
      <w:r w:rsidRPr="000767E2">
        <w:rPr>
          <w:lang w:val="sv-SE"/>
        </w:rPr>
        <w:t xml:space="preserve"> {{field-on:bible}}Och profeters andar underordnar sig profeter.{{field-off:bible}} [[@</w:t>
      </w:r>
      <w:r w:rsidR="0096445B" w:rsidRPr="000767E2">
        <w:rPr>
          <w:lang w:val="sv-SE"/>
        </w:rPr>
        <w:t>BibleBIBEL82</w:t>
      </w:r>
      <w:r w:rsidRPr="000767E2">
        <w:rPr>
          <w:lang w:val="sv-SE"/>
        </w:rPr>
        <w:t>:1Cor 14:33]]</w:t>
      </w:r>
      <w:r w:rsidRPr="000767E2">
        <w:rPr>
          <w:vertAlign w:val="superscript"/>
          <w:lang w:val="sv-SE"/>
        </w:rPr>
        <w:t>33</w:t>
      </w:r>
      <w:r w:rsidRPr="000767E2">
        <w:rPr>
          <w:lang w:val="sv-SE"/>
        </w:rPr>
        <w:t xml:space="preserve"> {{field-on:bible}}För Gud är inte av orolighet, utan av frid.{{field-off:bible}}</w:t>
      </w:r>
    </w:p>
    <w:p w14:paraId="3C85A400" w14:textId="182A8EBC" w:rsidR="00BA33AB" w:rsidRPr="000767E2" w:rsidRDefault="00000000">
      <w:pPr>
        <w:rPr>
          <w:lang w:val="sv-SE"/>
        </w:rPr>
      </w:pPr>
      <w:r w:rsidRPr="000767E2">
        <w:rPr>
          <w:lang w:val="sv-SE"/>
        </w:rPr>
        <w:t>{{field-on:bible}}Som i alla de heligas församlingar{{field-off:bible}} [[@</w:t>
      </w:r>
      <w:r w:rsidR="0096445B" w:rsidRPr="000767E2">
        <w:rPr>
          <w:lang w:val="sv-SE"/>
        </w:rPr>
        <w:t>BibleBIBEL82</w:t>
      </w:r>
      <w:r w:rsidRPr="000767E2">
        <w:rPr>
          <w:lang w:val="sv-SE"/>
        </w:rPr>
        <w:t>:1Cor 14:34]]</w:t>
      </w:r>
      <w:r w:rsidRPr="000767E2">
        <w:rPr>
          <w:vertAlign w:val="superscript"/>
          <w:lang w:val="sv-SE"/>
        </w:rPr>
        <w:t>34</w:t>
      </w:r>
      <w:r w:rsidRPr="000767E2">
        <w:rPr>
          <w:lang w:val="sv-SE"/>
        </w:rPr>
        <w:t xml:space="preserve"> {{field-on:bible}}ska kvinnorna i församlingarna tiga. För det tillåts dem inte att tala, utan de ska underordna sig, liksom även lagen säger.{{field-off:bible}} [[@</w:t>
      </w:r>
      <w:r w:rsidR="0096445B" w:rsidRPr="000767E2">
        <w:rPr>
          <w:lang w:val="sv-SE"/>
        </w:rPr>
        <w:t>BibleBIBEL82</w:t>
      </w:r>
      <w:r w:rsidRPr="000767E2">
        <w:rPr>
          <w:lang w:val="sv-SE"/>
        </w:rPr>
        <w:t>:1Cor 14:35]]</w:t>
      </w:r>
      <w:r w:rsidRPr="000767E2">
        <w:rPr>
          <w:vertAlign w:val="superscript"/>
          <w:lang w:val="sv-SE"/>
        </w:rPr>
        <w:t>35</w:t>
      </w:r>
      <w:r w:rsidRPr="000767E2">
        <w:rPr>
          <w:lang w:val="sv-SE"/>
        </w:rPr>
        <w:t xml:space="preserve"> {{field-on:bible}}Men om </w:t>
      </w:r>
      <w:r w:rsidRPr="000767E2">
        <w:rPr>
          <w:i/>
          <w:lang w:val="sv-SE"/>
        </w:rPr>
        <w:t>det är</w:t>
      </w:r>
      <w:r w:rsidRPr="000767E2">
        <w:rPr>
          <w:lang w:val="sv-SE"/>
        </w:rPr>
        <w:t xml:space="preserve"> något de vill få reda på, ska de i hemmet fråga </w:t>
      </w:r>
      <w:r w:rsidRPr="000767E2">
        <w:rPr>
          <w:i/>
          <w:lang w:val="sv-SE"/>
        </w:rPr>
        <w:t>sina</w:t>
      </w:r>
      <w:r w:rsidRPr="000767E2">
        <w:rPr>
          <w:lang w:val="sv-SE"/>
        </w:rPr>
        <w:t xml:space="preserve"> egna män. För det är skamligt för en kvinna att tala i församling.{{field-off:bible}} [[@</w:t>
      </w:r>
      <w:r w:rsidR="0096445B" w:rsidRPr="000767E2">
        <w:rPr>
          <w:lang w:val="sv-SE"/>
        </w:rPr>
        <w:t>BibleBIBEL82</w:t>
      </w:r>
      <w:r w:rsidRPr="000767E2">
        <w:rPr>
          <w:lang w:val="sv-SE"/>
        </w:rPr>
        <w:t>:1Cor 14:36]]</w:t>
      </w:r>
      <w:r w:rsidRPr="000767E2">
        <w:rPr>
          <w:vertAlign w:val="superscript"/>
          <w:lang w:val="sv-SE"/>
        </w:rPr>
        <w:t>36</w:t>
      </w:r>
      <w:r w:rsidRPr="000767E2">
        <w:rPr>
          <w:lang w:val="sv-SE"/>
        </w:rPr>
        <w:t xml:space="preserve"> {{field-on:bible}}Eller </w:t>
      </w:r>
      <w:r w:rsidRPr="000767E2">
        <w:rPr>
          <w:i/>
          <w:lang w:val="sv-SE"/>
        </w:rPr>
        <w:t>är det</w:t>
      </w:r>
      <w:r w:rsidRPr="000767E2">
        <w:rPr>
          <w:lang w:val="sv-SE"/>
        </w:rPr>
        <w:t xml:space="preserve"> från er Guds ord har gått ut? Eller bara till er det nått fram?{{field-off:bible}}</w:t>
      </w:r>
    </w:p>
    <w:p w14:paraId="6DF1740E" w14:textId="2CAFB130" w:rsidR="00BA33AB" w:rsidRPr="000767E2" w:rsidRDefault="00000000">
      <w:pPr>
        <w:rPr>
          <w:lang w:val="sv-SE"/>
        </w:rPr>
      </w:pPr>
      <w:r w:rsidRPr="000767E2">
        <w:rPr>
          <w:lang w:val="sv-SE"/>
        </w:rPr>
        <w:t>[[@</w:t>
      </w:r>
      <w:r w:rsidR="0096445B" w:rsidRPr="000767E2">
        <w:rPr>
          <w:lang w:val="sv-SE"/>
        </w:rPr>
        <w:t>BibleBIBEL82</w:t>
      </w:r>
      <w:r w:rsidRPr="000767E2">
        <w:rPr>
          <w:lang w:val="sv-SE"/>
        </w:rPr>
        <w:t>:1Cor 14:37]]</w:t>
      </w:r>
      <w:r w:rsidRPr="000767E2">
        <w:rPr>
          <w:vertAlign w:val="superscript"/>
          <w:lang w:val="sv-SE"/>
        </w:rPr>
        <w:t>37</w:t>
      </w:r>
      <w:r w:rsidRPr="000767E2">
        <w:rPr>
          <w:lang w:val="sv-SE"/>
        </w:rPr>
        <w:t xml:space="preserve"> {{field-on:bible}}Om någon tycker sig vara profet eller andlig ska han erkänna det jag skriver till er, att det är Herrens bud.{{field-off:bible}} [[@</w:t>
      </w:r>
      <w:r w:rsidR="0096445B" w:rsidRPr="000767E2">
        <w:rPr>
          <w:lang w:val="sv-SE"/>
        </w:rPr>
        <w:t>BibleBIBEL82</w:t>
      </w:r>
      <w:r w:rsidRPr="000767E2">
        <w:rPr>
          <w:lang w:val="sv-SE"/>
        </w:rPr>
        <w:t>:1Cor 14:38]]</w:t>
      </w:r>
      <w:r w:rsidRPr="000767E2">
        <w:rPr>
          <w:vertAlign w:val="superscript"/>
          <w:lang w:val="sv-SE"/>
        </w:rPr>
        <w:t>38</w:t>
      </w:r>
      <w:r w:rsidRPr="000767E2">
        <w:rPr>
          <w:lang w:val="sv-SE"/>
        </w:rPr>
        <w:t xml:space="preserve"> {{field-on:bible}}Men om någon inte erkänner, är han inte erkänd.{{field-off:bible}}</w:t>
      </w:r>
    </w:p>
    <w:p w14:paraId="62FE380B" w14:textId="61E00C49" w:rsidR="00BA33AB" w:rsidRPr="000767E2" w:rsidRDefault="00000000">
      <w:pPr>
        <w:rPr>
          <w:lang w:val="sv-SE"/>
        </w:rPr>
      </w:pPr>
      <w:r w:rsidRPr="000767E2">
        <w:rPr>
          <w:lang w:val="sv-SE"/>
        </w:rPr>
        <w:t>[[@</w:t>
      </w:r>
      <w:r w:rsidR="0096445B" w:rsidRPr="000767E2">
        <w:rPr>
          <w:lang w:val="sv-SE"/>
        </w:rPr>
        <w:t>BibleBIBEL82</w:t>
      </w:r>
      <w:r w:rsidRPr="000767E2">
        <w:rPr>
          <w:lang w:val="sv-SE"/>
        </w:rPr>
        <w:t>:1Cor 14:39]]</w:t>
      </w:r>
      <w:r w:rsidRPr="000767E2">
        <w:rPr>
          <w:vertAlign w:val="superscript"/>
          <w:lang w:val="sv-SE"/>
        </w:rPr>
        <w:t>39</w:t>
      </w:r>
      <w:r w:rsidRPr="000767E2">
        <w:rPr>
          <w:lang w:val="sv-SE"/>
        </w:rPr>
        <w:t xml:space="preserve"> {{field-on:bible}}Alltså, [mina] syskon: var nitiska att profetera, och det att tala med tungor ska ni inte hindra.{{field-off:bible}} [[@</w:t>
      </w:r>
      <w:r w:rsidR="0096445B" w:rsidRPr="000767E2">
        <w:rPr>
          <w:lang w:val="sv-SE"/>
        </w:rPr>
        <w:t>BibleBIBEL82</w:t>
      </w:r>
      <w:r w:rsidRPr="000767E2">
        <w:rPr>
          <w:lang w:val="sv-SE"/>
        </w:rPr>
        <w:t>:1Cor 14:40]]</w:t>
      </w:r>
      <w:r w:rsidRPr="000767E2">
        <w:rPr>
          <w:vertAlign w:val="superscript"/>
          <w:lang w:val="sv-SE"/>
        </w:rPr>
        <w:t>40</w:t>
      </w:r>
      <w:r w:rsidRPr="000767E2">
        <w:rPr>
          <w:lang w:val="sv-SE"/>
        </w:rPr>
        <w:t xml:space="preserve"> {{field-on:bible}}Men allt ska ske anständigt och efter ordning.{{field-off:bible}}</w:t>
      </w:r>
    </w:p>
    <w:p w14:paraId="4DB8DAAF" w14:textId="311BA21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15]]Kapitel 15</w:t>
      </w:r>
    </w:p>
    <w:p w14:paraId="47AA3980" w14:textId="77777777" w:rsidR="00BA33AB" w:rsidRPr="000767E2" w:rsidRDefault="00000000">
      <w:pPr>
        <w:pStyle w:val="Rubrik3"/>
        <w:rPr>
          <w:lang w:val="sv-SE"/>
        </w:rPr>
      </w:pPr>
      <w:r w:rsidRPr="000767E2">
        <w:rPr>
          <w:lang w:val="sv-SE"/>
        </w:rPr>
        <w:t>Kristi uppståndelse</w:t>
      </w:r>
    </w:p>
    <w:p w14:paraId="686CB9BE" w14:textId="6BB9251F" w:rsidR="00BA33AB" w:rsidRPr="000767E2" w:rsidRDefault="00000000">
      <w:pPr>
        <w:rPr>
          <w:lang w:val="sv-SE"/>
        </w:rPr>
      </w:pPr>
      <w:r w:rsidRPr="000767E2">
        <w:rPr>
          <w:lang w:val="sv-SE"/>
        </w:rPr>
        <w:t>[[@</w:t>
      </w:r>
      <w:r w:rsidR="0096445B" w:rsidRPr="000767E2">
        <w:rPr>
          <w:lang w:val="sv-SE"/>
        </w:rPr>
        <w:t>BibleBIBEL82</w:t>
      </w:r>
      <w:r w:rsidRPr="000767E2">
        <w:rPr>
          <w:lang w:val="sv-SE"/>
        </w:rPr>
        <w:t>:1Cor 15:1]]</w:t>
      </w:r>
      <w:r w:rsidRPr="000767E2">
        <w:rPr>
          <w:vertAlign w:val="superscript"/>
          <w:lang w:val="sv-SE"/>
        </w:rPr>
        <w:t>1</w:t>
      </w:r>
      <w:r w:rsidRPr="000767E2">
        <w:rPr>
          <w:lang w:val="sv-SE"/>
        </w:rPr>
        <w:t xml:space="preserve"> {{field-on:bible}}Men jag kungör för er, syskon, det evangelium som jag evangeliserade för er: som ni också tog emot, i vilket ni också står fasta,{{field-off:bible}} [[@</w:t>
      </w:r>
      <w:r w:rsidR="0096445B" w:rsidRPr="000767E2">
        <w:rPr>
          <w:lang w:val="sv-SE"/>
        </w:rPr>
        <w:t>BibleBIBEL82</w:t>
      </w:r>
      <w:r w:rsidRPr="000767E2">
        <w:rPr>
          <w:lang w:val="sv-SE"/>
        </w:rPr>
        <w:t>:1Cor 15:2]]</w:t>
      </w:r>
      <w:r w:rsidRPr="000767E2">
        <w:rPr>
          <w:vertAlign w:val="superscript"/>
          <w:lang w:val="sv-SE"/>
        </w:rPr>
        <w:t>2</w:t>
      </w:r>
      <w:r w:rsidRPr="000767E2">
        <w:rPr>
          <w:lang w:val="sv-SE"/>
        </w:rPr>
        <w:t xml:space="preserve"> {{field-on:bible}}genom vilket ni också blir frälsta, med ett ord jag evangeliserade för er – om ni håller fast. Annars, om inte, </w:t>
      </w:r>
      <w:r w:rsidRPr="000767E2">
        <w:rPr>
          <w:i/>
          <w:lang w:val="sv-SE"/>
        </w:rPr>
        <w:t>var det</w:t>
      </w:r>
      <w:r w:rsidRPr="000767E2">
        <w:rPr>
          <w:lang w:val="sv-SE"/>
        </w:rPr>
        <w:t xml:space="preserve"> i onödan ni kom till tro.{{field-off:bible}}</w:t>
      </w:r>
    </w:p>
    <w:p w14:paraId="2E1E8A7D" w14:textId="0BAAEF70"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:1Cor 15:3]]</w:t>
      </w:r>
      <w:r w:rsidRPr="000767E2">
        <w:rPr>
          <w:vertAlign w:val="superscript"/>
          <w:lang w:val="sv-SE"/>
        </w:rPr>
        <w:t>3</w:t>
      </w:r>
      <w:r w:rsidRPr="000767E2">
        <w:rPr>
          <w:lang w:val="sv-SE"/>
        </w:rPr>
        <w:t xml:space="preserve"> {{field-on:bible}}För jag överlämnade till er, som </w:t>
      </w:r>
      <w:r w:rsidRPr="000767E2">
        <w:rPr>
          <w:i/>
          <w:lang w:val="sv-SE"/>
        </w:rPr>
        <w:t>det</w:t>
      </w:r>
      <w:r w:rsidRPr="000767E2">
        <w:rPr>
          <w:lang w:val="sv-SE"/>
        </w:rPr>
        <w:t xml:space="preserve"> första, vad jag också har tagit emot: att Kristus dog för våra synder enligt Skrifterna,{{field-off:bible}} [[@</w:t>
      </w:r>
      <w:r w:rsidR="0096445B" w:rsidRPr="000767E2">
        <w:rPr>
          <w:lang w:val="sv-SE"/>
        </w:rPr>
        <w:t>BibleBIBEL82</w:t>
      </w:r>
      <w:r w:rsidRPr="000767E2">
        <w:rPr>
          <w:lang w:val="sv-SE"/>
        </w:rPr>
        <w:t>:1Cor 15:4]]</w:t>
      </w:r>
      <w:r w:rsidRPr="000767E2">
        <w:rPr>
          <w:vertAlign w:val="superscript"/>
          <w:lang w:val="sv-SE"/>
        </w:rPr>
        <w:t>4</w:t>
      </w:r>
      <w:r w:rsidRPr="000767E2">
        <w:rPr>
          <w:lang w:val="sv-SE"/>
        </w:rPr>
        <w:t xml:space="preserve"> {{field-on:bible}}och att han begravdes, och att han blivit uppväckt den tredje dagen enligt Skrifterna,{{field-off:bible}} [[@</w:t>
      </w:r>
      <w:r w:rsidR="0096445B" w:rsidRPr="000767E2">
        <w:rPr>
          <w:lang w:val="sv-SE"/>
        </w:rPr>
        <w:t>BibleBIBEL82</w:t>
      </w:r>
      <w:r w:rsidRPr="000767E2">
        <w:rPr>
          <w:lang w:val="sv-SE"/>
        </w:rPr>
        <w:t>:1Cor 15:5]]</w:t>
      </w:r>
      <w:r w:rsidRPr="000767E2">
        <w:rPr>
          <w:vertAlign w:val="superscript"/>
          <w:lang w:val="sv-SE"/>
        </w:rPr>
        <w:t>5</w:t>
      </w:r>
      <w:r w:rsidRPr="000767E2">
        <w:rPr>
          <w:lang w:val="sv-SE"/>
        </w:rPr>
        <w:t xml:space="preserve"> {{field-on:bible}}och att han visade sig för Kefas, sedan för de tolv.{{field-off:bible}} [[@</w:t>
      </w:r>
      <w:r w:rsidR="0096445B" w:rsidRPr="000767E2">
        <w:rPr>
          <w:lang w:val="sv-SE"/>
        </w:rPr>
        <w:t>BibleBIBEL82</w:t>
      </w:r>
      <w:r w:rsidRPr="000767E2">
        <w:rPr>
          <w:lang w:val="sv-SE"/>
        </w:rPr>
        <w:t>:1Cor 15:6]]</w:t>
      </w:r>
      <w:r w:rsidRPr="000767E2">
        <w:rPr>
          <w:vertAlign w:val="superscript"/>
          <w:lang w:val="sv-SE"/>
        </w:rPr>
        <w:t>6</w:t>
      </w:r>
      <w:r w:rsidRPr="000767E2">
        <w:rPr>
          <w:lang w:val="sv-SE"/>
        </w:rPr>
        <w:t xml:space="preserve"> {{field-on:bible}}Sedan visade han sig för över femhundra syskon på en gång, av vilka de flesta är kvar fram till nu, men några har insomnat.{{field-off:bible}} [[@</w:t>
      </w:r>
      <w:r w:rsidR="0096445B" w:rsidRPr="000767E2">
        <w:rPr>
          <w:lang w:val="sv-SE"/>
        </w:rPr>
        <w:t>BibleBIBEL82</w:t>
      </w:r>
      <w:r w:rsidRPr="000767E2">
        <w:rPr>
          <w:lang w:val="sv-SE"/>
        </w:rPr>
        <w:t>:1Cor 15:7]]</w:t>
      </w:r>
      <w:r w:rsidRPr="000767E2">
        <w:rPr>
          <w:vertAlign w:val="superscript"/>
          <w:lang w:val="sv-SE"/>
        </w:rPr>
        <w:t>7</w:t>
      </w:r>
      <w:r w:rsidRPr="000767E2">
        <w:rPr>
          <w:lang w:val="sv-SE"/>
        </w:rPr>
        <w:t xml:space="preserve"> {{field-on:bible}}Sedan visade han sig för Jakob, sedan för alla apostlarna.{{field-off:bible}} [[@</w:t>
      </w:r>
      <w:r w:rsidR="0096445B" w:rsidRPr="000767E2">
        <w:rPr>
          <w:lang w:val="sv-SE"/>
        </w:rPr>
        <w:t>BibleBIBEL82</w:t>
      </w:r>
      <w:r w:rsidRPr="000767E2">
        <w:rPr>
          <w:lang w:val="sv-SE"/>
        </w:rPr>
        <w:t>:1Cor 15:8]]</w:t>
      </w:r>
      <w:r w:rsidRPr="000767E2">
        <w:rPr>
          <w:vertAlign w:val="superscript"/>
          <w:lang w:val="sv-SE"/>
        </w:rPr>
        <w:t>8</w:t>
      </w:r>
      <w:r w:rsidRPr="000767E2">
        <w:rPr>
          <w:lang w:val="sv-SE"/>
        </w:rPr>
        <w:t xml:space="preserve"> {{field-on:bible}}Och sist av alla, som för den ofullgångne, visade han sig också för mig.{{field-off:bible}}</w:t>
      </w:r>
    </w:p>
    <w:p w14:paraId="64B3966E" w14:textId="2DACDAA3" w:rsidR="00BA33AB" w:rsidRPr="000767E2" w:rsidRDefault="00000000">
      <w:pPr>
        <w:rPr>
          <w:lang w:val="sv-SE"/>
        </w:rPr>
      </w:pPr>
      <w:r w:rsidRPr="000767E2">
        <w:rPr>
          <w:lang w:val="sv-SE"/>
        </w:rPr>
        <w:t>[[@</w:t>
      </w:r>
      <w:r w:rsidR="0096445B" w:rsidRPr="000767E2">
        <w:rPr>
          <w:lang w:val="sv-SE"/>
        </w:rPr>
        <w:t>BibleBIBEL82</w:t>
      </w:r>
      <w:r w:rsidRPr="000767E2">
        <w:rPr>
          <w:lang w:val="sv-SE"/>
        </w:rPr>
        <w:t>:1Cor 15:9]]</w:t>
      </w:r>
      <w:r w:rsidRPr="000767E2">
        <w:rPr>
          <w:vertAlign w:val="superscript"/>
          <w:lang w:val="sv-SE"/>
        </w:rPr>
        <w:t>9</w:t>
      </w:r>
      <w:r w:rsidRPr="000767E2">
        <w:rPr>
          <w:lang w:val="sv-SE"/>
        </w:rPr>
        <w:t xml:space="preserve"> {{field-on:bible}}För jag är den minste av apostlarna, som inte är förtjänt att kallas apostel eftersom jag har förföljt Guds församling.{{field-off:bible}} [[@</w:t>
      </w:r>
      <w:r w:rsidR="0096445B" w:rsidRPr="000767E2">
        <w:rPr>
          <w:lang w:val="sv-SE"/>
        </w:rPr>
        <w:t>BibleBIBEL82</w:t>
      </w:r>
      <w:r w:rsidRPr="000767E2">
        <w:rPr>
          <w:lang w:val="sv-SE"/>
        </w:rPr>
        <w:t>:1Cor 15:10]]</w:t>
      </w:r>
      <w:r w:rsidRPr="000767E2">
        <w:rPr>
          <w:vertAlign w:val="superscript"/>
          <w:lang w:val="sv-SE"/>
        </w:rPr>
        <w:t>10</w:t>
      </w:r>
      <w:r w:rsidRPr="000767E2">
        <w:rPr>
          <w:lang w:val="sv-SE"/>
        </w:rPr>
        <w:t xml:space="preserve"> {{field-on:bible}}Men genom Guds nåd är jag vad jag är. Och hans nåd mot mig har inte blivit tom, utan ännu mer än dem alla har jag slitit – men inte jag, utan Guds nåd med mig.{{field-off:bible}} [[@</w:t>
      </w:r>
      <w:r w:rsidR="0096445B" w:rsidRPr="000767E2">
        <w:rPr>
          <w:lang w:val="sv-SE"/>
        </w:rPr>
        <w:t>BibleBIBEL82</w:t>
      </w:r>
      <w:r w:rsidRPr="000767E2">
        <w:rPr>
          <w:lang w:val="sv-SE"/>
        </w:rPr>
        <w:t>:1Cor 15:11]]</w:t>
      </w:r>
      <w:r w:rsidRPr="000767E2">
        <w:rPr>
          <w:vertAlign w:val="superscript"/>
          <w:lang w:val="sv-SE"/>
        </w:rPr>
        <w:t>11</w:t>
      </w:r>
      <w:r w:rsidRPr="000767E2">
        <w:rPr>
          <w:lang w:val="sv-SE"/>
        </w:rPr>
        <w:t xml:space="preserve"> {{field-on:bible}}Antingen nu jag eller dessa, </w:t>
      </w:r>
      <w:r w:rsidRPr="000767E2">
        <w:rPr>
          <w:i/>
          <w:lang w:val="sv-SE"/>
        </w:rPr>
        <w:t>är det</w:t>
      </w:r>
      <w:r w:rsidRPr="000767E2">
        <w:rPr>
          <w:lang w:val="sv-SE"/>
        </w:rPr>
        <w:t xml:space="preserve"> så vi förkunnar och så ni har kommit till tro.{{field-off:bible}}</w:t>
      </w:r>
    </w:p>
    <w:p w14:paraId="589EDC91" w14:textId="77777777" w:rsidR="00BA33AB" w:rsidRPr="000767E2" w:rsidRDefault="00000000">
      <w:pPr>
        <w:pStyle w:val="Rubrik3"/>
        <w:rPr>
          <w:lang w:val="sv-SE"/>
        </w:rPr>
      </w:pPr>
      <w:r w:rsidRPr="000767E2">
        <w:rPr>
          <w:lang w:val="sv-SE"/>
        </w:rPr>
        <w:t>De dödas uppståndelse</w:t>
      </w:r>
    </w:p>
    <w:p w14:paraId="61808203" w14:textId="6CC76FF5" w:rsidR="00BA33AB" w:rsidRPr="000767E2" w:rsidRDefault="00000000">
      <w:pPr>
        <w:rPr>
          <w:lang w:val="sv-SE"/>
        </w:rPr>
      </w:pPr>
      <w:r w:rsidRPr="000767E2">
        <w:rPr>
          <w:lang w:val="sv-SE"/>
        </w:rPr>
        <w:t>[[@</w:t>
      </w:r>
      <w:r w:rsidR="0096445B" w:rsidRPr="000767E2">
        <w:rPr>
          <w:lang w:val="sv-SE"/>
        </w:rPr>
        <w:t>BibleBIBEL82</w:t>
      </w:r>
      <w:r w:rsidRPr="000767E2">
        <w:rPr>
          <w:lang w:val="sv-SE"/>
        </w:rPr>
        <w:t>:1Cor 15:12]]</w:t>
      </w:r>
      <w:r w:rsidRPr="000767E2">
        <w:rPr>
          <w:vertAlign w:val="superscript"/>
          <w:lang w:val="sv-SE"/>
        </w:rPr>
        <w:t>12</w:t>
      </w:r>
      <w:r w:rsidRPr="000767E2">
        <w:rPr>
          <w:lang w:val="sv-SE"/>
        </w:rPr>
        <w:t xml:space="preserve"> {{field-on:bible}}Men om Kristus blir förkunnad att han uppväckts från </w:t>
      </w:r>
      <w:r w:rsidRPr="000767E2">
        <w:rPr>
          <w:i/>
          <w:lang w:val="sv-SE"/>
        </w:rPr>
        <w:t>de</w:t>
      </w:r>
      <w:r w:rsidRPr="000767E2">
        <w:rPr>
          <w:lang w:val="sv-SE"/>
        </w:rPr>
        <w:t xml:space="preserve"> döda, hur </w:t>
      </w:r>
      <w:r w:rsidRPr="000767E2">
        <w:rPr>
          <w:i/>
          <w:lang w:val="sv-SE"/>
        </w:rPr>
        <w:t>kan</w:t>
      </w:r>
      <w:r w:rsidRPr="000767E2">
        <w:rPr>
          <w:lang w:val="sv-SE"/>
        </w:rPr>
        <w:t xml:space="preserve"> några bland er säga att dödas uppståndelse inte finns?{{field-off:bible}} [[@</w:t>
      </w:r>
      <w:r w:rsidR="0096445B" w:rsidRPr="000767E2">
        <w:rPr>
          <w:lang w:val="sv-SE"/>
        </w:rPr>
        <w:t>BibleBIBEL82</w:t>
      </w:r>
      <w:r w:rsidRPr="000767E2">
        <w:rPr>
          <w:lang w:val="sv-SE"/>
        </w:rPr>
        <w:t>:1Cor 15:13]]</w:t>
      </w:r>
      <w:r w:rsidRPr="000767E2">
        <w:rPr>
          <w:vertAlign w:val="superscript"/>
          <w:lang w:val="sv-SE"/>
        </w:rPr>
        <w:t>13</w:t>
      </w:r>
      <w:r w:rsidRPr="000767E2">
        <w:rPr>
          <w:lang w:val="sv-SE"/>
        </w:rPr>
        <w:t xml:space="preserve"> {{field-on:bible}}Men om dödas uppståndelse inte finns, har inte heller Kristus blivit uppväckt.{{field-off:bible}} [[@</w:t>
      </w:r>
      <w:r w:rsidR="0096445B" w:rsidRPr="000767E2">
        <w:rPr>
          <w:lang w:val="sv-SE"/>
        </w:rPr>
        <w:t>BibleBIBEL82</w:t>
      </w:r>
      <w:r w:rsidRPr="000767E2">
        <w:rPr>
          <w:lang w:val="sv-SE"/>
        </w:rPr>
        <w:t>:1Cor 15:14]]</w:t>
      </w:r>
      <w:r w:rsidRPr="000767E2">
        <w:rPr>
          <w:vertAlign w:val="superscript"/>
          <w:lang w:val="sv-SE"/>
        </w:rPr>
        <w:t>14</w:t>
      </w:r>
      <w:r w:rsidRPr="000767E2">
        <w:rPr>
          <w:lang w:val="sv-SE"/>
        </w:rPr>
        <w:t xml:space="preserve"> {{field-on:bible}}Och om Kristus inte blivit uppväckt, tom </w:t>
      </w:r>
      <w:r w:rsidRPr="000767E2">
        <w:rPr>
          <w:i/>
          <w:lang w:val="sv-SE"/>
        </w:rPr>
        <w:t>är</w:t>
      </w:r>
      <w:r w:rsidRPr="000767E2">
        <w:rPr>
          <w:lang w:val="sv-SE"/>
        </w:rPr>
        <w:t xml:space="preserve"> då [både] vår förkunnelse och tom också er tro.{{field-off:bible}} [[@</w:t>
      </w:r>
      <w:r w:rsidR="0096445B" w:rsidRPr="000767E2">
        <w:rPr>
          <w:lang w:val="sv-SE"/>
        </w:rPr>
        <w:t>BibleBIBEL82</w:t>
      </w:r>
      <w:r w:rsidRPr="000767E2">
        <w:rPr>
          <w:lang w:val="sv-SE"/>
        </w:rPr>
        <w:t>:1Cor 15:15]]</w:t>
      </w:r>
      <w:r w:rsidRPr="000767E2">
        <w:rPr>
          <w:vertAlign w:val="superscript"/>
          <w:lang w:val="sv-SE"/>
        </w:rPr>
        <w:t>15</w:t>
      </w:r>
      <w:r w:rsidRPr="000767E2">
        <w:rPr>
          <w:lang w:val="sv-SE"/>
        </w:rPr>
        <w:t xml:space="preserve"> {{field-on:bible}}Och vi befinns också </w:t>
      </w:r>
      <w:r w:rsidRPr="000767E2">
        <w:rPr>
          <w:i/>
          <w:lang w:val="sv-SE"/>
        </w:rPr>
        <w:t>vara</w:t>
      </w:r>
      <w:r w:rsidRPr="000767E2">
        <w:rPr>
          <w:lang w:val="sv-SE"/>
        </w:rPr>
        <w:t xml:space="preserve"> falska vittnen om Gud, eftersom vi har vittnat mot Gud att han har uppväckt Kristus – som han inte har uppväckt, om nu då döda inte uppväcks.{{field-off:bible}} [[@</w:t>
      </w:r>
      <w:r w:rsidR="0096445B" w:rsidRPr="000767E2">
        <w:rPr>
          <w:lang w:val="sv-SE"/>
        </w:rPr>
        <w:t>BibleBIBEL82</w:t>
      </w:r>
      <w:r w:rsidRPr="000767E2">
        <w:rPr>
          <w:lang w:val="sv-SE"/>
        </w:rPr>
        <w:t>:1Cor 15:16]]</w:t>
      </w:r>
      <w:r w:rsidRPr="000767E2">
        <w:rPr>
          <w:vertAlign w:val="superscript"/>
          <w:lang w:val="sv-SE"/>
        </w:rPr>
        <w:t>16</w:t>
      </w:r>
      <w:r w:rsidRPr="000767E2">
        <w:rPr>
          <w:lang w:val="sv-SE"/>
        </w:rPr>
        <w:t xml:space="preserve"> {{field-on:bible}}För om döda inte uppväcks har inte heller Kristus blivit uppväckt.{{field-off:bible}} [[@</w:t>
      </w:r>
      <w:r w:rsidR="0096445B" w:rsidRPr="000767E2">
        <w:rPr>
          <w:lang w:val="sv-SE"/>
        </w:rPr>
        <w:t>BibleBIBEL82</w:t>
      </w:r>
      <w:r w:rsidRPr="000767E2">
        <w:rPr>
          <w:lang w:val="sv-SE"/>
        </w:rPr>
        <w:t>:1Cor 15:17]]</w:t>
      </w:r>
      <w:r w:rsidRPr="000767E2">
        <w:rPr>
          <w:vertAlign w:val="superscript"/>
          <w:lang w:val="sv-SE"/>
        </w:rPr>
        <w:t>17</w:t>
      </w:r>
      <w:r w:rsidRPr="000767E2">
        <w:rPr>
          <w:lang w:val="sv-SE"/>
        </w:rPr>
        <w:t xml:space="preserve"> {{field-on:bible}}Men om Kristus inte blivit uppväckt: fåfänglig </w:t>
      </w:r>
      <w:r w:rsidRPr="000767E2">
        <w:rPr>
          <w:i/>
          <w:lang w:val="sv-SE"/>
        </w:rPr>
        <w:t>är</w:t>
      </w:r>
      <w:r w:rsidRPr="000767E2">
        <w:rPr>
          <w:lang w:val="sv-SE"/>
        </w:rPr>
        <w:t xml:space="preserve"> er tro, ännu är ni </w:t>
      </w:r>
      <w:r w:rsidRPr="000767E2">
        <w:rPr>
          <w:i/>
          <w:lang w:val="sv-SE"/>
        </w:rPr>
        <w:t>kvar</w:t>
      </w:r>
      <w:r w:rsidRPr="000767E2">
        <w:rPr>
          <w:lang w:val="sv-SE"/>
        </w:rPr>
        <w:t xml:space="preserve"> i era synder,{{field-off:bible}} [[@</w:t>
      </w:r>
      <w:r w:rsidR="0096445B" w:rsidRPr="000767E2">
        <w:rPr>
          <w:lang w:val="sv-SE"/>
        </w:rPr>
        <w:t>BibleBIBEL82</w:t>
      </w:r>
      <w:r w:rsidRPr="000767E2">
        <w:rPr>
          <w:lang w:val="sv-SE"/>
        </w:rPr>
        <w:t>:1Cor 15:18]]</w:t>
      </w:r>
      <w:r w:rsidRPr="000767E2">
        <w:rPr>
          <w:vertAlign w:val="superscript"/>
          <w:lang w:val="sv-SE"/>
        </w:rPr>
        <w:t>18</w:t>
      </w:r>
      <w:r w:rsidRPr="000767E2">
        <w:rPr>
          <w:lang w:val="sv-SE"/>
        </w:rPr>
        <w:t xml:space="preserve"> {{field-on:bible}}då är också de som insomnat i Kristus förlorade.{{field-off:bible}} [[@</w:t>
      </w:r>
      <w:r w:rsidR="0096445B" w:rsidRPr="000767E2">
        <w:rPr>
          <w:lang w:val="sv-SE"/>
        </w:rPr>
        <w:t>BibleBIBEL82</w:t>
      </w:r>
      <w:r w:rsidRPr="000767E2">
        <w:rPr>
          <w:lang w:val="sv-SE"/>
        </w:rPr>
        <w:t>:1Cor 15:19]]</w:t>
      </w:r>
      <w:r w:rsidRPr="000767E2">
        <w:rPr>
          <w:vertAlign w:val="superscript"/>
          <w:lang w:val="sv-SE"/>
        </w:rPr>
        <w:t>19</w:t>
      </w:r>
      <w:r w:rsidRPr="000767E2">
        <w:rPr>
          <w:lang w:val="sv-SE"/>
        </w:rPr>
        <w:t xml:space="preserve"> {{field-on:bible}}Om </w:t>
      </w:r>
      <w:r w:rsidRPr="000767E2">
        <w:rPr>
          <w:i/>
          <w:lang w:val="sv-SE"/>
        </w:rPr>
        <w:t>det</w:t>
      </w:r>
      <w:r w:rsidRPr="000767E2">
        <w:rPr>
          <w:lang w:val="sv-SE"/>
        </w:rPr>
        <w:t xml:space="preserve"> bara </w:t>
      </w:r>
      <w:r w:rsidRPr="000767E2">
        <w:rPr>
          <w:i/>
          <w:lang w:val="sv-SE"/>
        </w:rPr>
        <w:t>är</w:t>
      </w:r>
      <w:r w:rsidRPr="000767E2">
        <w:rPr>
          <w:lang w:val="sv-SE"/>
        </w:rPr>
        <w:t xml:space="preserve"> i detta livet vi har satt hopp till Kristus, är vi ynkligast av alla människor.{{field-off:bible}}</w:t>
      </w:r>
    </w:p>
    <w:p w14:paraId="1A08970B" w14:textId="7B7A086D" w:rsidR="00BA33AB" w:rsidRPr="000767E2" w:rsidRDefault="00000000">
      <w:pPr>
        <w:rPr>
          <w:lang w:val="sv-SE"/>
        </w:rPr>
      </w:pPr>
      <w:r w:rsidRPr="000767E2">
        <w:rPr>
          <w:lang w:val="sv-SE"/>
        </w:rPr>
        <w:t>[[@</w:t>
      </w:r>
      <w:r w:rsidR="0096445B" w:rsidRPr="000767E2">
        <w:rPr>
          <w:lang w:val="sv-SE"/>
        </w:rPr>
        <w:t>BibleBIBEL82</w:t>
      </w:r>
      <w:r w:rsidRPr="000767E2">
        <w:rPr>
          <w:lang w:val="sv-SE"/>
        </w:rPr>
        <w:t>:1Cor 15:20]]</w:t>
      </w:r>
      <w:r w:rsidRPr="000767E2">
        <w:rPr>
          <w:vertAlign w:val="superscript"/>
          <w:lang w:val="sv-SE"/>
        </w:rPr>
        <w:t>20</w:t>
      </w:r>
      <w:r w:rsidRPr="000767E2">
        <w:rPr>
          <w:lang w:val="sv-SE"/>
        </w:rPr>
        <w:t xml:space="preserve"> {{field-on:bible}}Men nu har Kristus uppväckts från </w:t>
      </w:r>
      <w:r w:rsidRPr="000767E2">
        <w:rPr>
          <w:i/>
          <w:lang w:val="sv-SE"/>
        </w:rPr>
        <w:t>de</w:t>
      </w:r>
      <w:r w:rsidRPr="000767E2">
        <w:rPr>
          <w:lang w:val="sv-SE"/>
        </w:rPr>
        <w:t xml:space="preserve"> döda, </w:t>
      </w:r>
      <w:r w:rsidRPr="000767E2">
        <w:rPr>
          <w:i/>
          <w:lang w:val="sv-SE"/>
        </w:rPr>
        <w:t>som</w:t>
      </w:r>
      <w:r w:rsidRPr="000767E2">
        <w:rPr>
          <w:lang w:val="sv-SE"/>
        </w:rPr>
        <w:t xml:space="preserve"> en förstling av de insomnade.{{field-off:bible}} [[@</w:t>
      </w:r>
      <w:r w:rsidR="0096445B" w:rsidRPr="000767E2">
        <w:rPr>
          <w:lang w:val="sv-SE"/>
        </w:rPr>
        <w:t>BibleBIBEL82</w:t>
      </w:r>
      <w:r w:rsidRPr="000767E2">
        <w:rPr>
          <w:lang w:val="sv-SE"/>
        </w:rPr>
        <w:t>:1Cor 15:21]]</w:t>
      </w:r>
      <w:r w:rsidRPr="000767E2">
        <w:rPr>
          <w:vertAlign w:val="superscript"/>
          <w:lang w:val="sv-SE"/>
        </w:rPr>
        <w:t>21</w:t>
      </w:r>
      <w:r w:rsidRPr="000767E2">
        <w:rPr>
          <w:lang w:val="sv-SE"/>
        </w:rPr>
        <w:t xml:space="preserve"> {{field-on:bible}}För då nu döden </w:t>
      </w:r>
      <w:r w:rsidRPr="000767E2">
        <w:rPr>
          <w:i/>
          <w:lang w:val="sv-SE"/>
        </w:rPr>
        <w:t>kom</w:t>
      </w:r>
      <w:r w:rsidRPr="000767E2">
        <w:rPr>
          <w:lang w:val="sv-SE"/>
        </w:rPr>
        <w:t xml:space="preserve"> genom en människa, </w:t>
      </w:r>
      <w:r w:rsidRPr="000767E2">
        <w:rPr>
          <w:i/>
          <w:lang w:val="sv-SE"/>
        </w:rPr>
        <w:t>kom</w:t>
      </w:r>
      <w:r w:rsidRPr="000767E2">
        <w:rPr>
          <w:lang w:val="sv-SE"/>
        </w:rPr>
        <w:t xml:space="preserve"> också </w:t>
      </w:r>
      <w:r w:rsidRPr="000767E2">
        <w:rPr>
          <w:i/>
          <w:lang w:val="sv-SE"/>
        </w:rPr>
        <w:t>de</w:t>
      </w:r>
      <w:r w:rsidRPr="000767E2">
        <w:rPr>
          <w:lang w:val="sv-SE"/>
        </w:rPr>
        <w:t xml:space="preserve"> dödas uppståndelse genom en människa.{{field-off:bible}} [[@</w:t>
      </w:r>
      <w:r w:rsidR="0096445B" w:rsidRPr="000767E2">
        <w:rPr>
          <w:lang w:val="sv-SE"/>
        </w:rPr>
        <w:t>BibleBIBEL82</w:t>
      </w:r>
      <w:r w:rsidRPr="000767E2">
        <w:rPr>
          <w:lang w:val="sv-SE"/>
        </w:rPr>
        <w:t>:1Cor 15:22]]</w:t>
      </w:r>
      <w:r w:rsidRPr="000767E2">
        <w:rPr>
          <w:vertAlign w:val="superscript"/>
          <w:lang w:val="sv-SE"/>
        </w:rPr>
        <w:t>22</w:t>
      </w:r>
      <w:r w:rsidRPr="000767E2">
        <w:rPr>
          <w:lang w:val="sv-SE"/>
        </w:rPr>
        <w:t xml:space="preserve"> {{field-on:bible}}För såsom i Adam alla dör, så ska också i Kristus alla levandegöras.{{field-off:bible}} [[@</w:t>
      </w:r>
      <w:r w:rsidR="0096445B" w:rsidRPr="000767E2">
        <w:rPr>
          <w:lang w:val="sv-SE"/>
        </w:rPr>
        <w:t>BibleBIBEL82</w:t>
      </w:r>
      <w:r w:rsidRPr="000767E2">
        <w:rPr>
          <w:lang w:val="sv-SE"/>
        </w:rPr>
        <w:t>:1Cor 15:23]]</w:t>
      </w:r>
      <w:r w:rsidRPr="000767E2">
        <w:rPr>
          <w:vertAlign w:val="superscript"/>
          <w:lang w:val="sv-SE"/>
        </w:rPr>
        <w:t>23</w:t>
      </w:r>
      <w:r w:rsidRPr="000767E2">
        <w:rPr>
          <w:lang w:val="sv-SE"/>
        </w:rPr>
        <w:t xml:space="preserve"> {{field-on:bible}}Men var och en i </w:t>
      </w:r>
      <w:r w:rsidRPr="000767E2">
        <w:rPr>
          <w:i/>
          <w:lang w:val="sv-SE"/>
        </w:rPr>
        <w:t>sin</w:t>
      </w:r>
      <w:r w:rsidRPr="000767E2">
        <w:rPr>
          <w:lang w:val="sv-SE"/>
        </w:rPr>
        <w:t xml:space="preserve"> egen ordning: </w:t>
      </w:r>
      <w:r w:rsidRPr="000767E2">
        <w:rPr>
          <w:i/>
          <w:lang w:val="sv-SE"/>
        </w:rPr>
        <w:t>som</w:t>
      </w:r>
      <w:r w:rsidRPr="000767E2">
        <w:rPr>
          <w:lang w:val="sv-SE"/>
        </w:rPr>
        <w:t xml:space="preserve"> förstling Kristus, sedan de som tillhör Kristus vid hans ankomst.{{field-off:bible}} [[@</w:t>
      </w:r>
      <w:r w:rsidR="0096445B" w:rsidRPr="000767E2">
        <w:rPr>
          <w:lang w:val="sv-SE"/>
        </w:rPr>
        <w:t>BibleBIBEL82</w:t>
      </w:r>
      <w:r w:rsidRPr="000767E2">
        <w:rPr>
          <w:lang w:val="sv-SE"/>
        </w:rPr>
        <w:t>:1Cor 15:24]]</w:t>
      </w:r>
      <w:r w:rsidRPr="000767E2">
        <w:rPr>
          <w:vertAlign w:val="superscript"/>
          <w:lang w:val="sv-SE"/>
        </w:rPr>
        <w:t>24</w:t>
      </w:r>
      <w:r w:rsidRPr="000767E2">
        <w:rPr>
          <w:lang w:val="sv-SE"/>
        </w:rPr>
        <w:t xml:space="preserve"> {{field-on:bible}}Sedan </w:t>
      </w:r>
      <w:r w:rsidRPr="000767E2">
        <w:rPr>
          <w:i/>
          <w:lang w:val="sv-SE"/>
        </w:rPr>
        <w:t>kommer</w:t>
      </w:r>
      <w:r w:rsidRPr="000767E2">
        <w:rPr>
          <w:lang w:val="sv-SE"/>
        </w:rPr>
        <w:t xml:space="preserve"> slutet, när han överlämnar </w:t>
      </w:r>
      <w:r w:rsidRPr="000767E2">
        <w:rPr>
          <w:lang w:val="sv-SE"/>
        </w:rPr>
        <w:lastRenderedPageBreak/>
        <w:t>riket åt Gud och Fadern, när han har upphävt varje furstlighet och varje auktoritet och makt.{{field-off:bible}}</w:t>
      </w:r>
    </w:p>
    <w:p w14:paraId="56972E54" w14:textId="5E88205F" w:rsidR="00BA33AB" w:rsidRPr="000767E2" w:rsidRDefault="00000000">
      <w:pPr>
        <w:rPr>
          <w:lang w:val="sv-SE"/>
        </w:rPr>
      </w:pPr>
      <w:r w:rsidRPr="000767E2">
        <w:rPr>
          <w:lang w:val="sv-SE"/>
        </w:rPr>
        <w:t>[[@</w:t>
      </w:r>
      <w:r w:rsidR="0096445B" w:rsidRPr="000767E2">
        <w:rPr>
          <w:lang w:val="sv-SE"/>
        </w:rPr>
        <w:t>BibleBIBEL82</w:t>
      </w:r>
      <w:r w:rsidRPr="000767E2">
        <w:rPr>
          <w:lang w:val="sv-SE"/>
        </w:rPr>
        <w:t>:1Cor 15:25]]</w:t>
      </w:r>
      <w:r w:rsidRPr="000767E2">
        <w:rPr>
          <w:vertAlign w:val="superscript"/>
          <w:lang w:val="sv-SE"/>
        </w:rPr>
        <w:t>25</w:t>
      </w:r>
      <w:r w:rsidRPr="000767E2">
        <w:rPr>
          <w:lang w:val="sv-SE"/>
        </w:rPr>
        <w:t xml:space="preserve"> {{field-on:bible}}För han måste regera fram tills han lagt alla fienderna under sina fötter.{{field-off:bible}} [[@</w:t>
      </w:r>
      <w:r w:rsidR="0096445B" w:rsidRPr="000767E2">
        <w:rPr>
          <w:lang w:val="sv-SE"/>
        </w:rPr>
        <w:t>BibleBIBEL82</w:t>
      </w:r>
      <w:r w:rsidRPr="000767E2">
        <w:rPr>
          <w:lang w:val="sv-SE"/>
        </w:rPr>
        <w:t>:1Cor 15:26]]</w:t>
      </w:r>
      <w:r w:rsidRPr="000767E2">
        <w:rPr>
          <w:vertAlign w:val="superscript"/>
          <w:lang w:val="sv-SE"/>
        </w:rPr>
        <w:t>26</w:t>
      </w:r>
      <w:r w:rsidRPr="000767E2">
        <w:rPr>
          <w:lang w:val="sv-SE"/>
        </w:rPr>
        <w:t xml:space="preserve"> {{field-on:bible}}</w:t>
      </w:r>
      <w:r w:rsidRPr="000767E2">
        <w:rPr>
          <w:i/>
          <w:lang w:val="sv-SE"/>
        </w:rPr>
        <w:t>Som</w:t>
      </w:r>
      <w:r w:rsidRPr="000767E2">
        <w:rPr>
          <w:lang w:val="sv-SE"/>
        </w:rPr>
        <w:t xml:space="preserve"> sista fiende upphävs döden,{{field-off:bible}} [[@</w:t>
      </w:r>
      <w:r w:rsidR="0096445B" w:rsidRPr="000767E2">
        <w:rPr>
          <w:lang w:val="sv-SE"/>
        </w:rPr>
        <w:t>BibleBIBEL82</w:t>
      </w:r>
      <w:r w:rsidRPr="000767E2">
        <w:rPr>
          <w:lang w:val="sv-SE"/>
        </w:rPr>
        <w:t>:1Cor 15:27]]</w:t>
      </w:r>
      <w:r w:rsidRPr="000767E2">
        <w:rPr>
          <w:vertAlign w:val="superscript"/>
          <w:lang w:val="sv-SE"/>
        </w:rPr>
        <w:t>27</w:t>
      </w:r>
      <w:r w:rsidRPr="000767E2">
        <w:rPr>
          <w:lang w:val="sv-SE"/>
        </w:rPr>
        <w:t xml:space="preserve"> {{field-on:bible}}för allt har han underordnat under hans fötter. Men när han säger att allt är underordnat, </w:t>
      </w:r>
      <w:r w:rsidRPr="000767E2">
        <w:rPr>
          <w:i/>
          <w:lang w:val="sv-SE"/>
        </w:rPr>
        <w:t>är det</w:t>
      </w:r>
      <w:r w:rsidRPr="000767E2">
        <w:rPr>
          <w:lang w:val="sv-SE"/>
        </w:rPr>
        <w:t xml:space="preserve"> tydligt att </w:t>
      </w:r>
      <w:r w:rsidRPr="000767E2">
        <w:rPr>
          <w:i/>
          <w:lang w:val="sv-SE"/>
        </w:rPr>
        <w:t>det är</w:t>
      </w:r>
      <w:r w:rsidRPr="000767E2">
        <w:rPr>
          <w:lang w:val="sv-SE"/>
        </w:rPr>
        <w:t xml:space="preserve"> utom honom som har underordnat allt under honom.{{field-off:bible}} [[@</w:t>
      </w:r>
      <w:r w:rsidR="0096445B" w:rsidRPr="000767E2">
        <w:rPr>
          <w:lang w:val="sv-SE"/>
        </w:rPr>
        <w:t>BibleBIBEL82</w:t>
      </w:r>
      <w:r w:rsidRPr="000767E2">
        <w:rPr>
          <w:lang w:val="sv-SE"/>
        </w:rPr>
        <w:t>:1Cor 15:28]]</w:t>
      </w:r>
      <w:r w:rsidRPr="000767E2">
        <w:rPr>
          <w:vertAlign w:val="superscript"/>
          <w:lang w:val="sv-SE"/>
        </w:rPr>
        <w:t>28</w:t>
      </w:r>
      <w:r w:rsidRPr="000767E2">
        <w:rPr>
          <w:lang w:val="sv-SE"/>
        </w:rPr>
        <w:t xml:space="preserve"> {{field-on:bible}}Och när allt har underordnats honom, då ska [också] Sonen själv underordna sig honom som har underordnat allt under honom, så att Gud är allt i alla.{{field-off:bible}}</w:t>
      </w:r>
    </w:p>
    <w:p w14:paraId="00D9223D" w14:textId="6CBBE4FD" w:rsidR="00BA33AB" w:rsidRPr="000767E2" w:rsidRDefault="00000000">
      <w:pPr>
        <w:rPr>
          <w:lang w:val="sv-SE"/>
        </w:rPr>
      </w:pPr>
      <w:r w:rsidRPr="000767E2">
        <w:rPr>
          <w:lang w:val="sv-SE"/>
        </w:rPr>
        <w:t>[[@</w:t>
      </w:r>
      <w:r w:rsidR="0096445B" w:rsidRPr="000767E2">
        <w:rPr>
          <w:lang w:val="sv-SE"/>
        </w:rPr>
        <w:t>BibleBIBEL82</w:t>
      </w:r>
      <w:r w:rsidRPr="000767E2">
        <w:rPr>
          <w:lang w:val="sv-SE"/>
        </w:rPr>
        <w:t>:1Cor 15:29]]</w:t>
      </w:r>
      <w:r w:rsidRPr="000767E2">
        <w:rPr>
          <w:vertAlign w:val="superscript"/>
          <w:lang w:val="sv-SE"/>
        </w:rPr>
        <w:t>29</w:t>
      </w:r>
      <w:r w:rsidRPr="000767E2">
        <w:rPr>
          <w:lang w:val="sv-SE"/>
        </w:rPr>
        <w:t xml:space="preserve"> {{field-on:bible}}Annars, vad ska de göra som döper sig för de döda? Om döda alls inte uppväcks, varför döper de sig ens för deras skull?{{field-off:bible}} [[@</w:t>
      </w:r>
      <w:r w:rsidR="0096445B" w:rsidRPr="000767E2">
        <w:rPr>
          <w:lang w:val="sv-SE"/>
        </w:rPr>
        <w:t>BibleBIBEL82</w:t>
      </w:r>
      <w:r w:rsidRPr="000767E2">
        <w:rPr>
          <w:lang w:val="sv-SE"/>
        </w:rPr>
        <w:t>:1Cor 15:30]]</w:t>
      </w:r>
      <w:r w:rsidRPr="000767E2">
        <w:rPr>
          <w:vertAlign w:val="superscript"/>
          <w:lang w:val="sv-SE"/>
        </w:rPr>
        <w:t>30</w:t>
      </w:r>
      <w:r w:rsidRPr="000767E2">
        <w:rPr>
          <w:lang w:val="sv-SE"/>
        </w:rPr>
        <w:t xml:space="preserve"> {{field-on:bible}}Varför är också vi i fara varje stund?{{field-off:bible}} [[@</w:t>
      </w:r>
      <w:r w:rsidR="0096445B" w:rsidRPr="000767E2">
        <w:rPr>
          <w:lang w:val="sv-SE"/>
        </w:rPr>
        <w:t>BibleBIBEL82</w:t>
      </w:r>
      <w:r w:rsidRPr="000767E2">
        <w:rPr>
          <w:lang w:val="sv-SE"/>
        </w:rPr>
        <w:t>:1Cor 15:31]]</w:t>
      </w:r>
      <w:r w:rsidRPr="000767E2">
        <w:rPr>
          <w:vertAlign w:val="superscript"/>
          <w:lang w:val="sv-SE"/>
        </w:rPr>
        <w:t>31</w:t>
      </w:r>
      <w:r w:rsidRPr="000767E2">
        <w:rPr>
          <w:lang w:val="sv-SE"/>
        </w:rPr>
        <w:t xml:space="preserve"> {{field-on:bible}}Varje dag dör jag, vid stoltheten över er, [syskon,] som jag har i Kristus Jesus vår Herre.{{field-off:bible}} [[@</w:t>
      </w:r>
      <w:r w:rsidR="0096445B" w:rsidRPr="000767E2">
        <w:rPr>
          <w:lang w:val="sv-SE"/>
        </w:rPr>
        <w:t>BibleBIBEL82</w:t>
      </w:r>
      <w:r w:rsidRPr="000767E2">
        <w:rPr>
          <w:lang w:val="sv-SE"/>
        </w:rPr>
        <w:t>:1Cor 15:32]]</w:t>
      </w:r>
      <w:r w:rsidRPr="000767E2">
        <w:rPr>
          <w:vertAlign w:val="superscript"/>
          <w:lang w:val="sv-SE"/>
        </w:rPr>
        <w:t>32</w:t>
      </w:r>
      <w:r w:rsidRPr="000767E2">
        <w:rPr>
          <w:lang w:val="sv-SE"/>
        </w:rPr>
        <w:t xml:space="preserve"> {{field-on:bible}}Om </w:t>
      </w:r>
      <w:r w:rsidRPr="000767E2">
        <w:rPr>
          <w:i/>
          <w:lang w:val="sv-SE"/>
        </w:rPr>
        <w:t>det bara var</w:t>
      </w:r>
      <w:r w:rsidRPr="000767E2">
        <w:rPr>
          <w:lang w:val="sv-SE"/>
        </w:rPr>
        <w:t xml:space="preserve"> på en människas vis jag stred mot vilddjur i Efesos, vad </w:t>
      </w:r>
      <w:r w:rsidRPr="000767E2">
        <w:rPr>
          <w:i/>
          <w:lang w:val="sv-SE"/>
        </w:rPr>
        <w:t>var</w:t>
      </w:r>
      <w:r w:rsidRPr="000767E2">
        <w:rPr>
          <w:lang w:val="sv-SE"/>
        </w:rPr>
        <w:t xml:space="preserve"> nyttan för mig? Om döda inte uppväcks, låt oss äta och dricka, för imorgon dör vi.{{field-off:bible}} [[@</w:t>
      </w:r>
      <w:r w:rsidR="0096445B" w:rsidRPr="000767E2">
        <w:rPr>
          <w:lang w:val="sv-SE"/>
        </w:rPr>
        <w:t>BibleBIBEL82</w:t>
      </w:r>
      <w:r w:rsidRPr="000767E2">
        <w:rPr>
          <w:lang w:val="sv-SE"/>
        </w:rPr>
        <w:t>:1Cor 15:33]]</w:t>
      </w:r>
      <w:r w:rsidRPr="000767E2">
        <w:rPr>
          <w:vertAlign w:val="superscript"/>
          <w:lang w:val="sv-SE"/>
        </w:rPr>
        <w:t>33</w:t>
      </w:r>
      <w:r w:rsidRPr="000767E2">
        <w:rPr>
          <w:lang w:val="sv-SE"/>
        </w:rPr>
        <w:t xml:space="preserve"> {{field-on:bible}}Förvilla er inte. Snälla seder fördärvas </w:t>
      </w:r>
      <w:r w:rsidRPr="000767E2">
        <w:rPr>
          <w:i/>
          <w:lang w:val="sv-SE"/>
        </w:rPr>
        <w:t>av</w:t>
      </w:r>
      <w:r w:rsidRPr="000767E2">
        <w:rPr>
          <w:lang w:val="sv-SE"/>
        </w:rPr>
        <w:t xml:space="preserve"> dåliga umgängen.{{field-off:bible}} [[@</w:t>
      </w:r>
      <w:r w:rsidR="0096445B" w:rsidRPr="000767E2">
        <w:rPr>
          <w:lang w:val="sv-SE"/>
        </w:rPr>
        <w:t>BibleBIBEL82</w:t>
      </w:r>
      <w:r w:rsidRPr="000767E2">
        <w:rPr>
          <w:lang w:val="sv-SE"/>
        </w:rPr>
        <w:t>:1Cor 15:34]]</w:t>
      </w:r>
      <w:r w:rsidRPr="000767E2">
        <w:rPr>
          <w:vertAlign w:val="superscript"/>
          <w:lang w:val="sv-SE"/>
        </w:rPr>
        <w:t>34</w:t>
      </w:r>
      <w:r w:rsidRPr="000767E2">
        <w:rPr>
          <w:lang w:val="sv-SE"/>
        </w:rPr>
        <w:t xml:space="preserve"> {{field-on:bible}}Nyktra till rättfärdigt och synda inte! För några har okunskap om Gud. Till genans för er talar jag.{{field-off:bible}}</w:t>
      </w:r>
    </w:p>
    <w:p w14:paraId="250329D8" w14:textId="77777777" w:rsidR="00BA33AB" w:rsidRPr="000767E2" w:rsidRDefault="00000000">
      <w:pPr>
        <w:pStyle w:val="Rubrik3"/>
        <w:rPr>
          <w:lang w:val="sv-SE"/>
        </w:rPr>
      </w:pPr>
      <w:r w:rsidRPr="000767E2">
        <w:rPr>
          <w:lang w:val="sv-SE"/>
        </w:rPr>
        <w:t>Uppståndelsekroppen</w:t>
      </w:r>
    </w:p>
    <w:p w14:paraId="05691957" w14:textId="3893BD90" w:rsidR="00BA33AB" w:rsidRPr="000767E2" w:rsidRDefault="00000000">
      <w:pPr>
        <w:rPr>
          <w:lang w:val="sv-SE"/>
        </w:rPr>
      </w:pPr>
      <w:r w:rsidRPr="000767E2">
        <w:rPr>
          <w:lang w:val="sv-SE"/>
        </w:rPr>
        <w:t>[[@</w:t>
      </w:r>
      <w:r w:rsidR="0096445B" w:rsidRPr="000767E2">
        <w:rPr>
          <w:lang w:val="sv-SE"/>
        </w:rPr>
        <w:t>BibleBIBEL82</w:t>
      </w:r>
      <w:r w:rsidRPr="000767E2">
        <w:rPr>
          <w:lang w:val="sv-SE"/>
        </w:rPr>
        <w:t>:1Cor 15:35]]</w:t>
      </w:r>
      <w:r w:rsidRPr="000767E2">
        <w:rPr>
          <w:vertAlign w:val="superscript"/>
          <w:lang w:val="sv-SE"/>
        </w:rPr>
        <w:t>35</w:t>
      </w:r>
      <w:r w:rsidRPr="000767E2">
        <w:rPr>
          <w:lang w:val="sv-SE"/>
        </w:rPr>
        <w:t xml:space="preserve"> {{field-on:bible}}Men någon kommer att säga: Hur uppväcks de döda? Och med vilken kropp kommer de?{{field-off:bible}} [[@</w:t>
      </w:r>
      <w:r w:rsidR="0096445B" w:rsidRPr="000767E2">
        <w:rPr>
          <w:lang w:val="sv-SE"/>
        </w:rPr>
        <w:t>BibleBIBEL82</w:t>
      </w:r>
      <w:r w:rsidRPr="000767E2">
        <w:rPr>
          <w:lang w:val="sv-SE"/>
        </w:rPr>
        <w:t>:1Cor 15:36]]</w:t>
      </w:r>
      <w:r w:rsidRPr="000767E2">
        <w:rPr>
          <w:vertAlign w:val="superscript"/>
          <w:lang w:val="sv-SE"/>
        </w:rPr>
        <w:t>36</w:t>
      </w:r>
      <w:r w:rsidRPr="000767E2">
        <w:rPr>
          <w:lang w:val="sv-SE"/>
        </w:rPr>
        <w:t xml:space="preserve"> {{field-on:bible}}Vettlöse! Det du sår blir inte levandegjort om det inte dör.{{field-off:bible}} [[@</w:t>
      </w:r>
      <w:r w:rsidR="0096445B" w:rsidRPr="000767E2">
        <w:rPr>
          <w:lang w:val="sv-SE"/>
        </w:rPr>
        <w:t>BibleBIBEL82</w:t>
      </w:r>
      <w:r w:rsidRPr="000767E2">
        <w:rPr>
          <w:lang w:val="sv-SE"/>
        </w:rPr>
        <w:t>:1Cor 15:37]]</w:t>
      </w:r>
      <w:r w:rsidRPr="000767E2">
        <w:rPr>
          <w:vertAlign w:val="superscript"/>
          <w:lang w:val="sv-SE"/>
        </w:rPr>
        <w:t>37</w:t>
      </w:r>
      <w:r w:rsidRPr="000767E2">
        <w:rPr>
          <w:lang w:val="sv-SE"/>
        </w:rPr>
        <w:t xml:space="preserve"> {{field-on:bible}}Och det du sår, </w:t>
      </w:r>
      <w:r w:rsidRPr="000767E2">
        <w:rPr>
          <w:i/>
          <w:lang w:val="sv-SE"/>
        </w:rPr>
        <w:t>det är</w:t>
      </w:r>
      <w:r w:rsidRPr="000767E2">
        <w:rPr>
          <w:lang w:val="sv-SE"/>
        </w:rPr>
        <w:t xml:space="preserve"> inte den kropp som ska bli du sår utan ett naket korn, måhända av vete eller något av de övriga.{{field-off:bible}} [[@</w:t>
      </w:r>
      <w:r w:rsidR="0096445B" w:rsidRPr="000767E2">
        <w:rPr>
          <w:lang w:val="sv-SE"/>
        </w:rPr>
        <w:t>BibleBIBEL82</w:t>
      </w:r>
      <w:r w:rsidRPr="000767E2">
        <w:rPr>
          <w:lang w:val="sv-SE"/>
        </w:rPr>
        <w:t>:1Cor 15:38]]</w:t>
      </w:r>
      <w:r w:rsidRPr="000767E2">
        <w:rPr>
          <w:vertAlign w:val="superscript"/>
          <w:lang w:val="sv-SE"/>
        </w:rPr>
        <w:t>38</w:t>
      </w:r>
      <w:r w:rsidRPr="000767E2">
        <w:rPr>
          <w:lang w:val="sv-SE"/>
        </w:rPr>
        <w:t xml:space="preserve"> {{field-on:bible}}Men Gud ger det en kropp så som han ville, och åt vart och ett av fröna </w:t>
      </w:r>
      <w:r w:rsidRPr="000767E2">
        <w:rPr>
          <w:i/>
          <w:lang w:val="sv-SE"/>
        </w:rPr>
        <w:t>sin</w:t>
      </w:r>
      <w:r w:rsidRPr="000767E2">
        <w:rPr>
          <w:lang w:val="sv-SE"/>
        </w:rPr>
        <w:t xml:space="preserve"> egen kropp.{{field-off:bible}} [[@</w:t>
      </w:r>
      <w:r w:rsidR="0096445B" w:rsidRPr="000767E2">
        <w:rPr>
          <w:lang w:val="sv-SE"/>
        </w:rPr>
        <w:t>BibleBIBEL82</w:t>
      </w:r>
      <w:r w:rsidRPr="000767E2">
        <w:rPr>
          <w:lang w:val="sv-SE"/>
        </w:rPr>
        <w:t>:1Cor 15:39]]</w:t>
      </w:r>
      <w:r w:rsidRPr="000767E2">
        <w:rPr>
          <w:vertAlign w:val="superscript"/>
          <w:lang w:val="sv-SE"/>
        </w:rPr>
        <w:t>39</w:t>
      </w:r>
      <w:r w:rsidRPr="000767E2">
        <w:rPr>
          <w:lang w:val="sv-SE"/>
        </w:rPr>
        <w:t xml:space="preserve"> {{field-on:bible}}Allt kött </w:t>
      </w:r>
      <w:r w:rsidRPr="000767E2">
        <w:rPr>
          <w:i/>
          <w:lang w:val="sv-SE"/>
        </w:rPr>
        <w:t>är</w:t>
      </w:r>
      <w:r w:rsidRPr="000767E2">
        <w:rPr>
          <w:lang w:val="sv-SE"/>
        </w:rPr>
        <w:t xml:space="preserve"> inte samma kött, utan ett </w:t>
      </w:r>
      <w:r w:rsidRPr="000767E2">
        <w:rPr>
          <w:i/>
          <w:lang w:val="sv-SE"/>
        </w:rPr>
        <w:t>är</w:t>
      </w:r>
      <w:r w:rsidRPr="000767E2">
        <w:rPr>
          <w:lang w:val="sv-SE"/>
        </w:rPr>
        <w:t xml:space="preserve"> människors, och ett annat </w:t>
      </w:r>
      <w:r w:rsidRPr="000767E2">
        <w:rPr>
          <w:i/>
          <w:lang w:val="sv-SE"/>
        </w:rPr>
        <w:t>är</w:t>
      </w:r>
      <w:r w:rsidRPr="000767E2">
        <w:rPr>
          <w:lang w:val="sv-SE"/>
        </w:rPr>
        <w:t xml:space="preserve"> boskaps kött, och ett annat </w:t>
      </w:r>
      <w:r w:rsidRPr="000767E2">
        <w:rPr>
          <w:i/>
          <w:lang w:val="sv-SE"/>
        </w:rPr>
        <w:t>är</w:t>
      </w:r>
      <w:r w:rsidRPr="000767E2">
        <w:rPr>
          <w:lang w:val="sv-SE"/>
        </w:rPr>
        <w:t xml:space="preserve"> bevingades kött, och ett annat </w:t>
      </w:r>
      <w:r w:rsidRPr="000767E2">
        <w:rPr>
          <w:i/>
          <w:lang w:val="sv-SE"/>
        </w:rPr>
        <w:t>är</w:t>
      </w:r>
      <w:r w:rsidRPr="000767E2">
        <w:rPr>
          <w:lang w:val="sv-SE"/>
        </w:rPr>
        <w:t xml:space="preserve"> fiskars.{{field-off:bible}} [[@</w:t>
      </w:r>
      <w:r w:rsidR="0096445B" w:rsidRPr="000767E2">
        <w:rPr>
          <w:lang w:val="sv-SE"/>
        </w:rPr>
        <w:t>BibleBIBEL82</w:t>
      </w:r>
      <w:r w:rsidRPr="000767E2">
        <w:rPr>
          <w:lang w:val="sv-SE"/>
        </w:rPr>
        <w:t>:1Cor 15:40]]</w:t>
      </w:r>
      <w:r w:rsidRPr="000767E2">
        <w:rPr>
          <w:vertAlign w:val="superscript"/>
          <w:lang w:val="sv-SE"/>
        </w:rPr>
        <w:t>40</w:t>
      </w:r>
      <w:r w:rsidRPr="000767E2">
        <w:rPr>
          <w:lang w:val="sv-SE"/>
        </w:rPr>
        <w:t xml:space="preserve"> {{field-on:bible}}</w:t>
      </w:r>
      <w:r w:rsidRPr="000767E2">
        <w:rPr>
          <w:i/>
          <w:lang w:val="sv-SE"/>
        </w:rPr>
        <w:t>Det finns</w:t>
      </w:r>
      <w:r w:rsidRPr="000767E2">
        <w:rPr>
          <w:lang w:val="sv-SE"/>
        </w:rPr>
        <w:t xml:space="preserve"> både himmelska kroppar och jordiska kroppar. Och en </w:t>
      </w:r>
      <w:r w:rsidRPr="000767E2">
        <w:rPr>
          <w:i/>
          <w:lang w:val="sv-SE"/>
        </w:rPr>
        <w:t>är</w:t>
      </w:r>
      <w:r w:rsidRPr="000767E2">
        <w:rPr>
          <w:lang w:val="sv-SE"/>
        </w:rPr>
        <w:t xml:space="preserve"> de himmelskas härlighet, och en annan de jordiskas.{{field-off:bible}} [[@</w:t>
      </w:r>
      <w:r w:rsidR="0096445B" w:rsidRPr="000767E2">
        <w:rPr>
          <w:lang w:val="sv-SE"/>
        </w:rPr>
        <w:t>BibleBIBEL82</w:t>
      </w:r>
      <w:r w:rsidRPr="000767E2">
        <w:rPr>
          <w:lang w:val="sv-SE"/>
        </w:rPr>
        <w:t>:1Cor 15:41]]</w:t>
      </w:r>
      <w:r w:rsidRPr="000767E2">
        <w:rPr>
          <w:vertAlign w:val="superscript"/>
          <w:lang w:val="sv-SE"/>
        </w:rPr>
        <w:t>41</w:t>
      </w:r>
      <w:r w:rsidRPr="000767E2">
        <w:rPr>
          <w:lang w:val="sv-SE"/>
        </w:rPr>
        <w:t xml:space="preserve"> {{field-on:bible}}En härlighet </w:t>
      </w:r>
      <w:r w:rsidRPr="000767E2">
        <w:rPr>
          <w:i/>
          <w:lang w:val="sv-SE"/>
        </w:rPr>
        <w:t>är</w:t>
      </w:r>
      <w:r w:rsidRPr="000767E2">
        <w:rPr>
          <w:lang w:val="sv-SE"/>
        </w:rPr>
        <w:t xml:space="preserve"> solens, och en annan härlighet månens, och en annan härlighet stjärnornas. För stjärna från stjärna skiljer sig i härlighet.{{field-off:bible}}</w:t>
      </w:r>
    </w:p>
    <w:p w14:paraId="2BFDE3BA" w14:textId="0080C0C7" w:rsidR="00BA33AB" w:rsidRPr="000767E2" w:rsidRDefault="00000000">
      <w:pPr>
        <w:rPr>
          <w:lang w:val="sv-SE"/>
        </w:rPr>
      </w:pPr>
      <w:r w:rsidRPr="000767E2">
        <w:rPr>
          <w:lang w:val="sv-SE"/>
        </w:rPr>
        <w:t>[[@</w:t>
      </w:r>
      <w:r w:rsidR="0096445B" w:rsidRPr="000767E2">
        <w:rPr>
          <w:lang w:val="sv-SE"/>
        </w:rPr>
        <w:t>BibleBIBEL82</w:t>
      </w:r>
      <w:r w:rsidRPr="000767E2">
        <w:rPr>
          <w:lang w:val="sv-SE"/>
        </w:rPr>
        <w:t>:1Cor 15:42]]</w:t>
      </w:r>
      <w:r w:rsidRPr="000767E2">
        <w:rPr>
          <w:vertAlign w:val="superscript"/>
          <w:lang w:val="sv-SE"/>
        </w:rPr>
        <w:t>42</w:t>
      </w:r>
      <w:r w:rsidRPr="000767E2">
        <w:rPr>
          <w:lang w:val="sv-SE"/>
        </w:rPr>
        <w:t xml:space="preserve"> {{field-on:bible}}Så </w:t>
      </w:r>
      <w:r w:rsidRPr="000767E2">
        <w:rPr>
          <w:i/>
          <w:lang w:val="sv-SE"/>
        </w:rPr>
        <w:t>är</w:t>
      </w:r>
      <w:r w:rsidRPr="000767E2">
        <w:rPr>
          <w:lang w:val="sv-SE"/>
        </w:rPr>
        <w:t xml:space="preserve"> också de dödas uppståndelse. Det sås i förgängelse, det uppväcks i oförgänglighet.{{field-off:bible}} [[@</w:t>
      </w:r>
      <w:r w:rsidR="0096445B" w:rsidRPr="000767E2">
        <w:rPr>
          <w:lang w:val="sv-SE"/>
        </w:rPr>
        <w:t>BibleBIBEL82</w:t>
      </w:r>
      <w:r w:rsidRPr="000767E2">
        <w:rPr>
          <w:lang w:val="sv-SE"/>
        </w:rPr>
        <w:t>:1Cor 15:43]]</w:t>
      </w:r>
      <w:r w:rsidRPr="000767E2">
        <w:rPr>
          <w:vertAlign w:val="superscript"/>
          <w:lang w:val="sv-SE"/>
        </w:rPr>
        <w:t>43</w:t>
      </w:r>
      <w:r w:rsidRPr="000767E2">
        <w:rPr>
          <w:lang w:val="sv-SE"/>
        </w:rPr>
        <w:t xml:space="preserve"> {{field-on:bible}}Det sås i oheder, det uppväcks i härlighet. Det sås i svaghet, det uppväcks i kraft.{{field-off:bible}} [[@</w:t>
      </w:r>
      <w:r w:rsidR="0096445B" w:rsidRPr="000767E2">
        <w:rPr>
          <w:lang w:val="sv-SE"/>
        </w:rPr>
        <w:t>BibleBIBEL82</w:t>
      </w:r>
      <w:r w:rsidRPr="000767E2">
        <w:rPr>
          <w:lang w:val="sv-SE"/>
        </w:rPr>
        <w:t>:1Cor 15:44]]</w:t>
      </w:r>
      <w:r w:rsidRPr="000767E2">
        <w:rPr>
          <w:vertAlign w:val="superscript"/>
          <w:lang w:val="sv-SE"/>
        </w:rPr>
        <w:t>44</w:t>
      </w:r>
      <w:r w:rsidRPr="000767E2">
        <w:rPr>
          <w:lang w:val="sv-SE"/>
        </w:rPr>
        <w:t xml:space="preserve"> {{field-on:bible}}Det sås en själisk kropp, det uppväcks en andlig kropp. Om det finns en själisk kropp, finns också en andlig.{{field-</w:t>
      </w:r>
      <w:r w:rsidRPr="000767E2">
        <w:rPr>
          <w:lang w:val="sv-SE"/>
        </w:rPr>
        <w:lastRenderedPageBreak/>
        <w:t>off:bible}} [[@</w:t>
      </w:r>
      <w:r w:rsidR="0096445B" w:rsidRPr="000767E2">
        <w:rPr>
          <w:lang w:val="sv-SE"/>
        </w:rPr>
        <w:t>BibleBIBEL82</w:t>
      </w:r>
      <w:r w:rsidRPr="000767E2">
        <w:rPr>
          <w:lang w:val="sv-SE"/>
        </w:rPr>
        <w:t>:1Cor 15:45]]</w:t>
      </w:r>
      <w:r w:rsidRPr="000767E2">
        <w:rPr>
          <w:vertAlign w:val="superscript"/>
          <w:lang w:val="sv-SE"/>
        </w:rPr>
        <w:t>45</w:t>
      </w:r>
      <w:r w:rsidRPr="000767E2">
        <w:rPr>
          <w:lang w:val="sv-SE"/>
        </w:rPr>
        <w:t xml:space="preserve"> {{field-on:bible}}Så är det också skrivet: Den första människan Adam blev till en levande själ – den siste Adam till en levandegörande Ande.{{field-off:bible}}</w:t>
      </w:r>
    </w:p>
    <w:p w14:paraId="461632D8" w14:textId="5C699250" w:rsidR="00BA33AB" w:rsidRPr="000767E2" w:rsidRDefault="00000000">
      <w:pPr>
        <w:rPr>
          <w:lang w:val="sv-SE"/>
        </w:rPr>
      </w:pPr>
      <w:r w:rsidRPr="000767E2">
        <w:rPr>
          <w:lang w:val="sv-SE"/>
        </w:rPr>
        <w:t>[[@</w:t>
      </w:r>
      <w:r w:rsidR="0096445B" w:rsidRPr="000767E2">
        <w:rPr>
          <w:lang w:val="sv-SE"/>
        </w:rPr>
        <w:t>BibleBIBEL82</w:t>
      </w:r>
      <w:r w:rsidRPr="000767E2">
        <w:rPr>
          <w:lang w:val="sv-SE"/>
        </w:rPr>
        <w:t>:1Cor 15:46]]</w:t>
      </w:r>
      <w:r w:rsidRPr="000767E2">
        <w:rPr>
          <w:vertAlign w:val="superscript"/>
          <w:lang w:val="sv-SE"/>
        </w:rPr>
        <w:t>46</w:t>
      </w:r>
      <w:r w:rsidRPr="000767E2">
        <w:rPr>
          <w:lang w:val="sv-SE"/>
        </w:rPr>
        <w:t xml:space="preserve"> {{field-on:bible}}Men först </w:t>
      </w:r>
      <w:r w:rsidRPr="000767E2">
        <w:rPr>
          <w:i/>
          <w:lang w:val="sv-SE"/>
        </w:rPr>
        <w:t>är</w:t>
      </w:r>
      <w:r w:rsidRPr="000767E2">
        <w:rPr>
          <w:lang w:val="sv-SE"/>
        </w:rPr>
        <w:t xml:space="preserve"> inte det andliga, utan det själiska. Sedan det andliga.{{field-off:bible}} [[@</w:t>
      </w:r>
      <w:r w:rsidR="0096445B" w:rsidRPr="000767E2">
        <w:rPr>
          <w:lang w:val="sv-SE"/>
        </w:rPr>
        <w:t>BibleBIBEL82</w:t>
      </w:r>
      <w:r w:rsidRPr="000767E2">
        <w:rPr>
          <w:lang w:val="sv-SE"/>
        </w:rPr>
        <w:t>:1Cor 15:47]]</w:t>
      </w:r>
      <w:r w:rsidRPr="000767E2">
        <w:rPr>
          <w:vertAlign w:val="superscript"/>
          <w:lang w:val="sv-SE"/>
        </w:rPr>
        <w:t>47</w:t>
      </w:r>
      <w:r w:rsidRPr="000767E2">
        <w:rPr>
          <w:lang w:val="sv-SE"/>
        </w:rPr>
        <w:t xml:space="preserve"> {{field-on:bible}}Den första människan </w:t>
      </w:r>
      <w:r w:rsidRPr="000767E2">
        <w:rPr>
          <w:i/>
          <w:lang w:val="sv-SE"/>
        </w:rPr>
        <w:t>var</w:t>
      </w:r>
      <w:r w:rsidRPr="000767E2">
        <w:rPr>
          <w:lang w:val="sv-SE"/>
        </w:rPr>
        <w:t xml:space="preserve"> från jorden, av stoft. Den andra människan </w:t>
      </w:r>
      <w:r w:rsidRPr="000767E2">
        <w:rPr>
          <w:i/>
          <w:lang w:val="sv-SE"/>
        </w:rPr>
        <w:t>var</w:t>
      </w:r>
      <w:r w:rsidRPr="000767E2">
        <w:rPr>
          <w:lang w:val="sv-SE"/>
        </w:rPr>
        <w:t xml:space="preserve"> från himlen.{{field-off:bible}} [[@</w:t>
      </w:r>
      <w:r w:rsidR="0096445B" w:rsidRPr="000767E2">
        <w:rPr>
          <w:lang w:val="sv-SE"/>
        </w:rPr>
        <w:t>BibleBIBEL82</w:t>
      </w:r>
      <w:r w:rsidRPr="000767E2">
        <w:rPr>
          <w:lang w:val="sv-SE"/>
        </w:rPr>
        <w:t>:1Cor 15:48]]</w:t>
      </w:r>
      <w:r w:rsidRPr="000767E2">
        <w:rPr>
          <w:vertAlign w:val="superscript"/>
          <w:lang w:val="sv-SE"/>
        </w:rPr>
        <w:t>48</w:t>
      </w:r>
      <w:r w:rsidRPr="000767E2">
        <w:rPr>
          <w:lang w:val="sv-SE"/>
        </w:rPr>
        <w:t xml:space="preserve"> {{field-on:bible}}</w:t>
      </w:r>
      <w:r w:rsidRPr="000767E2">
        <w:rPr>
          <w:i/>
          <w:lang w:val="sv-SE"/>
        </w:rPr>
        <w:t>Så</w:t>
      </w:r>
      <w:r w:rsidRPr="000767E2">
        <w:rPr>
          <w:lang w:val="sv-SE"/>
        </w:rPr>
        <w:t xml:space="preserve"> som han av stoft, sådana </w:t>
      </w:r>
      <w:r w:rsidRPr="000767E2">
        <w:rPr>
          <w:i/>
          <w:lang w:val="sv-SE"/>
        </w:rPr>
        <w:t>är</w:t>
      </w:r>
      <w:r w:rsidRPr="000767E2">
        <w:rPr>
          <w:lang w:val="sv-SE"/>
        </w:rPr>
        <w:t xml:space="preserve"> också de av stoft. Och </w:t>
      </w:r>
      <w:r w:rsidRPr="000767E2">
        <w:rPr>
          <w:i/>
          <w:lang w:val="sv-SE"/>
        </w:rPr>
        <w:t>så</w:t>
      </w:r>
      <w:r w:rsidRPr="000767E2">
        <w:rPr>
          <w:lang w:val="sv-SE"/>
        </w:rPr>
        <w:t xml:space="preserve"> som den himmelske, sådana </w:t>
      </w:r>
      <w:r w:rsidRPr="000767E2">
        <w:rPr>
          <w:i/>
          <w:lang w:val="sv-SE"/>
        </w:rPr>
        <w:t>är</w:t>
      </w:r>
      <w:r w:rsidRPr="000767E2">
        <w:rPr>
          <w:lang w:val="sv-SE"/>
        </w:rPr>
        <w:t xml:space="preserve"> också de himmelska.{{field-off:bible}} [[@</w:t>
      </w:r>
      <w:r w:rsidR="0096445B" w:rsidRPr="000767E2">
        <w:rPr>
          <w:lang w:val="sv-SE"/>
        </w:rPr>
        <w:t>BibleBIBEL82</w:t>
      </w:r>
      <w:r w:rsidRPr="000767E2">
        <w:rPr>
          <w:lang w:val="sv-SE"/>
        </w:rPr>
        <w:t>:1Cor 15:49]]</w:t>
      </w:r>
      <w:r w:rsidRPr="000767E2">
        <w:rPr>
          <w:vertAlign w:val="superscript"/>
          <w:lang w:val="sv-SE"/>
        </w:rPr>
        <w:t>49</w:t>
      </w:r>
      <w:r w:rsidRPr="000767E2">
        <w:rPr>
          <w:lang w:val="sv-SE"/>
        </w:rPr>
        <w:t xml:space="preserve"> {{field-on:bible}}Och så som vi har burit avbilden av honom av stoft, ska vi också bära avbilden av den himmelske.{{field-off:bible}}</w:t>
      </w:r>
    </w:p>
    <w:p w14:paraId="5CA9699D" w14:textId="3D3651D9" w:rsidR="00BA33AB" w:rsidRPr="000767E2" w:rsidRDefault="00000000">
      <w:pPr>
        <w:rPr>
          <w:lang w:val="sv-SE"/>
        </w:rPr>
      </w:pPr>
      <w:r w:rsidRPr="000767E2">
        <w:rPr>
          <w:lang w:val="sv-SE"/>
        </w:rPr>
        <w:t>[[@</w:t>
      </w:r>
      <w:r w:rsidR="0096445B" w:rsidRPr="000767E2">
        <w:rPr>
          <w:lang w:val="sv-SE"/>
        </w:rPr>
        <w:t>BibleBIBEL82</w:t>
      </w:r>
      <w:r w:rsidRPr="000767E2">
        <w:rPr>
          <w:lang w:val="sv-SE"/>
        </w:rPr>
        <w:t>:1Cor 15:50]]</w:t>
      </w:r>
      <w:r w:rsidRPr="000767E2">
        <w:rPr>
          <w:vertAlign w:val="superscript"/>
          <w:lang w:val="sv-SE"/>
        </w:rPr>
        <w:t>50</w:t>
      </w:r>
      <w:r w:rsidRPr="000767E2">
        <w:rPr>
          <w:lang w:val="sv-SE"/>
        </w:rPr>
        <w:t xml:space="preserve"> {{field-on:bible}}Men detta säger jag, syskon, att kött och blod inte kan ärva Guds rike. Inte heller ärver förgängelsen oförgängligheten.{{field-off:bible}} [[@</w:t>
      </w:r>
      <w:r w:rsidR="0096445B" w:rsidRPr="000767E2">
        <w:rPr>
          <w:lang w:val="sv-SE"/>
        </w:rPr>
        <w:t>BibleBIBEL82</w:t>
      </w:r>
      <w:r w:rsidRPr="000767E2">
        <w:rPr>
          <w:lang w:val="sv-SE"/>
        </w:rPr>
        <w:t>:1Cor 15:51]]</w:t>
      </w:r>
      <w:r w:rsidRPr="000767E2">
        <w:rPr>
          <w:vertAlign w:val="superscript"/>
          <w:lang w:val="sv-SE"/>
        </w:rPr>
        <w:t>51</w:t>
      </w:r>
      <w:r w:rsidRPr="000767E2">
        <w:rPr>
          <w:lang w:val="sv-SE"/>
        </w:rPr>
        <w:t xml:space="preserve"> {{field-on:bible}}Se: ett mysterium säger jag er. Alla ska vi inte insomna, men alla ska vi förändras:{{field-off:bible}} [[@</w:t>
      </w:r>
      <w:r w:rsidR="0096445B" w:rsidRPr="000767E2">
        <w:rPr>
          <w:lang w:val="sv-SE"/>
        </w:rPr>
        <w:t>BibleBIBEL82</w:t>
      </w:r>
      <w:r w:rsidRPr="000767E2">
        <w:rPr>
          <w:lang w:val="sv-SE"/>
        </w:rPr>
        <w:t>:1Cor 15:52]]</w:t>
      </w:r>
      <w:r w:rsidRPr="000767E2">
        <w:rPr>
          <w:vertAlign w:val="superscript"/>
          <w:lang w:val="sv-SE"/>
        </w:rPr>
        <w:t>52</w:t>
      </w:r>
      <w:r w:rsidRPr="000767E2">
        <w:rPr>
          <w:lang w:val="sv-SE"/>
        </w:rPr>
        <w:t xml:space="preserve"> {{field-on:bible}}i ett odelbart </w:t>
      </w:r>
      <w:r w:rsidRPr="000767E2">
        <w:rPr>
          <w:i/>
          <w:lang w:val="sv-SE"/>
        </w:rPr>
        <w:t>nu</w:t>
      </w:r>
      <w:r w:rsidRPr="000767E2">
        <w:rPr>
          <w:lang w:val="sv-SE"/>
        </w:rPr>
        <w:t>, i ett ögonblink, vid den sista basunen. För den ska basunera, och de döda ska uppväckas oförgängliga och vi ska förändras.{{field-off:bible}} [[@</w:t>
      </w:r>
      <w:r w:rsidR="0096445B" w:rsidRPr="000767E2">
        <w:rPr>
          <w:lang w:val="sv-SE"/>
        </w:rPr>
        <w:t>BibleBIBEL82</w:t>
      </w:r>
      <w:r w:rsidRPr="000767E2">
        <w:rPr>
          <w:lang w:val="sv-SE"/>
        </w:rPr>
        <w:t>:1Cor 15:53]]</w:t>
      </w:r>
      <w:r w:rsidRPr="000767E2">
        <w:rPr>
          <w:vertAlign w:val="superscript"/>
          <w:lang w:val="sv-SE"/>
        </w:rPr>
        <w:t>53</w:t>
      </w:r>
      <w:r w:rsidRPr="000767E2">
        <w:rPr>
          <w:lang w:val="sv-SE"/>
        </w:rPr>
        <w:t xml:space="preserve"> {{field-on:bible}}För detta förgängliga måste iklä sig oförgänglighet, och detta dödliga iklä sig odödlighet.{{field-off:bible}} [[@</w:t>
      </w:r>
      <w:r w:rsidR="0096445B" w:rsidRPr="000767E2">
        <w:rPr>
          <w:lang w:val="sv-SE"/>
        </w:rPr>
        <w:t>BibleBIBEL82</w:t>
      </w:r>
      <w:r w:rsidRPr="000767E2">
        <w:rPr>
          <w:lang w:val="sv-SE"/>
        </w:rPr>
        <w:t>:1Cor 15:54]]</w:t>
      </w:r>
      <w:r w:rsidRPr="000767E2">
        <w:rPr>
          <w:vertAlign w:val="superscript"/>
          <w:lang w:val="sv-SE"/>
        </w:rPr>
        <w:t>54</w:t>
      </w:r>
      <w:r w:rsidRPr="000767E2">
        <w:rPr>
          <w:lang w:val="sv-SE"/>
        </w:rPr>
        <w:t xml:space="preserve"> {{field-on:bible}}Och när detta förgängliga har iklätts oförgänglighet och detta dödliga iklätts odödlighet, då ska ske ordet </w:t>
      </w:r>
      <w:r w:rsidRPr="000767E2">
        <w:rPr>
          <w:i/>
          <w:lang w:val="sv-SE"/>
        </w:rPr>
        <w:t>som är</w:t>
      </w:r>
      <w:r w:rsidRPr="000767E2">
        <w:rPr>
          <w:lang w:val="sv-SE"/>
        </w:rPr>
        <w:t xml:space="preserve"> skrivet:{{field-off:bible}}</w:t>
      </w:r>
    </w:p>
    <w:p w14:paraId="6A4585CC" w14:textId="77777777" w:rsidR="00BA33AB" w:rsidRPr="000767E2" w:rsidRDefault="00000000">
      <w:pPr>
        <w:rPr>
          <w:lang w:val="sv-SE"/>
        </w:rPr>
      </w:pPr>
      <w:r w:rsidRPr="000767E2">
        <w:rPr>
          <w:lang w:val="sv-SE"/>
        </w:rPr>
        <w:t>{{field-on:bible}}Uppslukad är döden i seger.{{field-off:bible}}</w:t>
      </w:r>
    </w:p>
    <w:p w14:paraId="082AD42E" w14:textId="4F30AC59" w:rsidR="00BA33AB" w:rsidRPr="000767E2" w:rsidRDefault="00000000">
      <w:pPr>
        <w:rPr>
          <w:lang w:val="sv-SE"/>
        </w:rPr>
      </w:pPr>
      <w:r w:rsidRPr="000767E2">
        <w:rPr>
          <w:lang w:val="sv-SE"/>
        </w:rPr>
        <w:t>[[@</w:t>
      </w:r>
      <w:r w:rsidR="0096445B" w:rsidRPr="000767E2">
        <w:rPr>
          <w:lang w:val="sv-SE"/>
        </w:rPr>
        <w:t>BibleBIBEL82</w:t>
      </w:r>
      <w:r w:rsidRPr="000767E2">
        <w:rPr>
          <w:lang w:val="sv-SE"/>
        </w:rPr>
        <w:t>:1Cor 15:55]]</w:t>
      </w:r>
      <w:r w:rsidRPr="000767E2">
        <w:rPr>
          <w:vertAlign w:val="superscript"/>
          <w:lang w:val="sv-SE"/>
        </w:rPr>
        <w:t>55</w:t>
      </w:r>
      <w:r w:rsidRPr="000767E2">
        <w:rPr>
          <w:lang w:val="sv-SE"/>
        </w:rPr>
        <w:t xml:space="preserve"> {{field-on:bible}}Var, död, </w:t>
      </w:r>
      <w:r w:rsidRPr="000767E2">
        <w:rPr>
          <w:i/>
          <w:lang w:val="sv-SE"/>
        </w:rPr>
        <w:t>är</w:t>
      </w:r>
      <w:r w:rsidRPr="000767E2">
        <w:rPr>
          <w:lang w:val="sv-SE"/>
        </w:rPr>
        <w:t xml:space="preserve"> din seger?{{field-off:bible}}</w:t>
      </w:r>
    </w:p>
    <w:p w14:paraId="6E1A9FDB" w14:textId="77777777" w:rsidR="00BA33AB" w:rsidRPr="000767E2" w:rsidRDefault="00000000">
      <w:pPr>
        <w:rPr>
          <w:lang w:val="sv-SE"/>
        </w:rPr>
      </w:pPr>
      <w:r w:rsidRPr="000767E2">
        <w:rPr>
          <w:lang w:val="sv-SE"/>
        </w:rPr>
        <w:t xml:space="preserve">{{field-on:bible}}Var, död, </w:t>
      </w:r>
      <w:r w:rsidRPr="000767E2">
        <w:rPr>
          <w:i/>
          <w:lang w:val="sv-SE"/>
        </w:rPr>
        <w:t>är</w:t>
      </w:r>
      <w:r w:rsidRPr="000767E2">
        <w:rPr>
          <w:lang w:val="sv-SE"/>
        </w:rPr>
        <w:t xml:space="preserve"> din udd?{{field-off:bible}}</w:t>
      </w:r>
    </w:p>
    <w:p w14:paraId="0E7388C7" w14:textId="7662C235" w:rsidR="00BA33AB" w:rsidRPr="000767E2" w:rsidRDefault="00000000">
      <w:pPr>
        <w:rPr>
          <w:lang w:val="sv-SE"/>
        </w:rPr>
      </w:pPr>
      <w:r w:rsidRPr="000767E2">
        <w:rPr>
          <w:lang w:val="sv-SE"/>
        </w:rPr>
        <w:t>[[@</w:t>
      </w:r>
      <w:r w:rsidR="0096445B" w:rsidRPr="000767E2">
        <w:rPr>
          <w:lang w:val="sv-SE"/>
        </w:rPr>
        <w:t>BibleBIBEL82</w:t>
      </w:r>
      <w:r w:rsidRPr="000767E2">
        <w:rPr>
          <w:lang w:val="sv-SE"/>
        </w:rPr>
        <w:t>:1Cor 15:56]]</w:t>
      </w:r>
      <w:r w:rsidRPr="000767E2">
        <w:rPr>
          <w:vertAlign w:val="superscript"/>
          <w:lang w:val="sv-SE"/>
        </w:rPr>
        <w:t>56</w:t>
      </w:r>
      <w:r w:rsidRPr="000767E2">
        <w:rPr>
          <w:lang w:val="sv-SE"/>
        </w:rPr>
        <w:t xml:space="preserve"> {{field-on:bible}}För dödens udd </w:t>
      </w:r>
      <w:r w:rsidRPr="000767E2">
        <w:rPr>
          <w:i/>
          <w:lang w:val="sv-SE"/>
        </w:rPr>
        <w:t>är</w:t>
      </w:r>
      <w:r w:rsidRPr="000767E2">
        <w:rPr>
          <w:lang w:val="sv-SE"/>
        </w:rPr>
        <w:t xml:space="preserve"> synden, och syndens makt </w:t>
      </w:r>
      <w:r w:rsidRPr="000767E2">
        <w:rPr>
          <w:i/>
          <w:lang w:val="sv-SE"/>
        </w:rPr>
        <w:t>är</w:t>
      </w:r>
      <w:r w:rsidRPr="000767E2">
        <w:rPr>
          <w:lang w:val="sv-SE"/>
        </w:rPr>
        <w:t xml:space="preserve"> lagen.{{field-off:bible}} [[@</w:t>
      </w:r>
      <w:r w:rsidR="0096445B" w:rsidRPr="000767E2">
        <w:rPr>
          <w:lang w:val="sv-SE"/>
        </w:rPr>
        <w:t>BibleBIBEL82</w:t>
      </w:r>
      <w:r w:rsidRPr="000767E2">
        <w:rPr>
          <w:lang w:val="sv-SE"/>
        </w:rPr>
        <w:t>:1Cor 15:57]]</w:t>
      </w:r>
      <w:r w:rsidRPr="000767E2">
        <w:rPr>
          <w:vertAlign w:val="superscript"/>
          <w:lang w:val="sv-SE"/>
        </w:rPr>
        <w:t>57</w:t>
      </w:r>
      <w:r w:rsidRPr="000767E2">
        <w:rPr>
          <w:lang w:val="sv-SE"/>
        </w:rPr>
        <w:t xml:space="preserve"> {{field-on:bible}}Men Gud </w:t>
      </w:r>
      <w:r w:rsidRPr="000767E2">
        <w:rPr>
          <w:i/>
          <w:lang w:val="sv-SE"/>
        </w:rPr>
        <w:t>vare</w:t>
      </w:r>
      <w:r w:rsidRPr="000767E2">
        <w:rPr>
          <w:lang w:val="sv-SE"/>
        </w:rPr>
        <w:t xml:space="preserve"> tack, som ger oss segern genom vår Herre Jesus Kristus!{{field-off:bible}}</w:t>
      </w:r>
    </w:p>
    <w:p w14:paraId="0152E348" w14:textId="281EDB02" w:rsidR="00BA33AB" w:rsidRPr="000767E2" w:rsidRDefault="00000000">
      <w:pPr>
        <w:rPr>
          <w:lang w:val="sv-SE"/>
        </w:rPr>
      </w:pPr>
      <w:r w:rsidRPr="000767E2">
        <w:rPr>
          <w:lang w:val="sv-SE"/>
        </w:rPr>
        <w:t>[[@</w:t>
      </w:r>
      <w:r w:rsidR="0096445B" w:rsidRPr="000767E2">
        <w:rPr>
          <w:lang w:val="sv-SE"/>
        </w:rPr>
        <w:t>BibleBIBEL82</w:t>
      </w:r>
      <w:r w:rsidRPr="000767E2">
        <w:rPr>
          <w:lang w:val="sv-SE"/>
        </w:rPr>
        <w:t>:1Cor 15:58]]</w:t>
      </w:r>
      <w:r w:rsidRPr="000767E2">
        <w:rPr>
          <w:vertAlign w:val="superscript"/>
          <w:lang w:val="sv-SE"/>
        </w:rPr>
        <w:t>58</w:t>
      </w:r>
      <w:r w:rsidRPr="000767E2">
        <w:rPr>
          <w:lang w:val="sv-SE"/>
        </w:rPr>
        <w:t xml:space="preserve"> {{field-on:bible}}Därför, mina älskade syskon: bli grundfasta, orubbliga, alltid överflödande i Herrens verk, då ni vet att er möda inte är tom i Herren.{{field-off:bible}}</w:t>
      </w:r>
    </w:p>
    <w:p w14:paraId="63E60258" w14:textId="0E037E0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:1Cor 16]]Kapitel 16</w:t>
      </w:r>
    </w:p>
    <w:p w14:paraId="09F4C4DD" w14:textId="77777777" w:rsidR="00BA33AB" w:rsidRPr="000767E2" w:rsidRDefault="00000000">
      <w:pPr>
        <w:pStyle w:val="Rubrik3"/>
        <w:rPr>
          <w:lang w:val="sv-SE"/>
        </w:rPr>
      </w:pPr>
      <w:r w:rsidRPr="000767E2">
        <w:rPr>
          <w:lang w:val="sv-SE"/>
        </w:rPr>
        <w:t>Insamlingen till de heliga</w:t>
      </w:r>
    </w:p>
    <w:p w14:paraId="0E30F787" w14:textId="45320B26" w:rsidR="00BA33AB" w:rsidRPr="000767E2" w:rsidRDefault="00000000">
      <w:pPr>
        <w:rPr>
          <w:lang w:val="sv-SE"/>
        </w:rPr>
      </w:pPr>
      <w:r w:rsidRPr="000767E2">
        <w:rPr>
          <w:lang w:val="sv-SE"/>
        </w:rPr>
        <w:t>[[@</w:t>
      </w:r>
      <w:r w:rsidR="0096445B" w:rsidRPr="000767E2">
        <w:rPr>
          <w:lang w:val="sv-SE"/>
        </w:rPr>
        <w:t>BibleBIBEL82</w:t>
      </w:r>
      <w:r w:rsidRPr="000767E2">
        <w:rPr>
          <w:lang w:val="sv-SE"/>
        </w:rPr>
        <w:t>:1Cor 16:1]]</w:t>
      </w:r>
      <w:r w:rsidRPr="000767E2">
        <w:rPr>
          <w:vertAlign w:val="superscript"/>
          <w:lang w:val="sv-SE"/>
        </w:rPr>
        <w:t>1</w:t>
      </w:r>
      <w:r w:rsidRPr="000767E2">
        <w:rPr>
          <w:lang w:val="sv-SE"/>
        </w:rPr>
        <w:t xml:space="preserve"> {{field-on:bible}}Men om insamlingen till de heliga: såsom jag förordnat för församlingarna i Galatien, så ska också ni göra.{{field-off:bible}} [[@</w:t>
      </w:r>
      <w:r w:rsidR="0096445B" w:rsidRPr="000767E2">
        <w:rPr>
          <w:lang w:val="sv-SE"/>
        </w:rPr>
        <w:t>BibleBIBEL82</w:t>
      </w:r>
      <w:r w:rsidRPr="000767E2">
        <w:rPr>
          <w:lang w:val="sv-SE"/>
        </w:rPr>
        <w:t>:1Cor 16:2]]</w:t>
      </w:r>
      <w:r w:rsidRPr="000767E2">
        <w:rPr>
          <w:vertAlign w:val="superscript"/>
          <w:lang w:val="sv-SE"/>
        </w:rPr>
        <w:t>2</w:t>
      </w:r>
      <w:r w:rsidRPr="000767E2">
        <w:rPr>
          <w:lang w:val="sv-SE"/>
        </w:rPr>
        <w:t xml:space="preserve"> {{field-on:bible}}Varje första </w:t>
      </w:r>
      <w:r w:rsidRPr="000767E2">
        <w:rPr>
          <w:i/>
          <w:lang w:val="sv-SE"/>
        </w:rPr>
        <w:t>dag</w:t>
      </w:r>
      <w:r w:rsidRPr="000767E2">
        <w:rPr>
          <w:lang w:val="sv-SE"/>
        </w:rPr>
        <w:t xml:space="preserve"> i veckan ska var och en av er hos sig själv lägga </w:t>
      </w:r>
      <w:r w:rsidRPr="000767E2">
        <w:rPr>
          <w:i/>
          <w:lang w:val="sv-SE"/>
        </w:rPr>
        <w:t>undan</w:t>
      </w:r>
      <w:r w:rsidRPr="000767E2">
        <w:rPr>
          <w:lang w:val="sv-SE"/>
        </w:rPr>
        <w:t xml:space="preserve"> och spara ihop vad han har välgång till, så att inte när jag kommer, då sker insamlingar.{{field-off:bible}} [[@</w:t>
      </w:r>
      <w:r w:rsidR="0096445B" w:rsidRPr="000767E2">
        <w:rPr>
          <w:lang w:val="sv-SE"/>
        </w:rPr>
        <w:t>BibleBIBEL82</w:t>
      </w:r>
      <w:r w:rsidRPr="000767E2">
        <w:rPr>
          <w:lang w:val="sv-SE"/>
        </w:rPr>
        <w:t>:1Cor 16:3]]</w:t>
      </w:r>
      <w:r w:rsidRPr="000767E2">
        <w:rPr>
          <w:vertAlign w:val="superscript"/>
          <w:lang w:val="sv-SE"/>
        </w:rPr>
        <w:t>3</w:t>
      </w:r>
      <w:r w:rsidRPr="000767E2">
        <w:rPr>
          <w:lang w:val="sv-SE"/>
        </w:rPr>
        <w:t xml:space="preserve"> {{field-on:bible}}Och när </w:t>
      </w:r>
      <w:r w:rsidRPr="000767E2">
        <w:rPr>
          <w:lang w:val="sv-SE"/>
        </w:rPr>
        <w:lastRenderedPageBreak/>
        <w:t>jag kommer dit: dem som ni har godkänt, dessa ska jag med brev skicka att bära iväg er nåd till Jerusalem.{{field-off:bible}} [[@</w:t>
      </w:r>
      <w:r w:rsidR="0096445B" w:rsidRPr="000767E2">
        <w:rPr>
          <w:lang w:val="sv-SE"/>
        </w:rPr>
        <w:t>BibleBIBEL82</w:t>
      </w:r>
      <w:r w:rsidRPr="000767E2">
        <w:rPr>
          <w:lang w:val="sv-SE"/>
        </w:rPr>
        <w:t>:1Cor 16:4]]</w:t>
      </w:r>
      <w:r w:rsidRPr="000767E2">
        <w:rPr>
          <w:vertAlign w:val="superscript"/>
          <w:lang w:val="sv-SE"/>
        </w:rPr>
        <w:t>4</w:t>
      </w:r>
      <w:r w:rsidRPr="000767E2">
        <w:rPr>
          <w:lang w:val="sv-SE"/>
        </w:rPr>
        <w:t xml:space="preserve"> {{field-on:bible}}Och om det är värt att även jag far, kommer de att fara med mig.{{field-off:bible}}</w:t>
      </w:r>
    </w:p>
    <w:p w14:paraId="0794B416" w14:textId="77777777" w:rsidR="00BA33AB" w:rsidRPr="000767E2" w:rsidRDefault="00000000">
      <w:pPr>
        <w:pStyle w:val="Rubrik3"/>
        <w:rPr>
          <w:lang w:val="sv-SE"/>
        </w:rPr>
      </w:pPr>
      <w:r w:rsidRPr="000767E2">
        <w:rPr>
          <w:lang w:val="sv-SE"/>
        </w:rPr>
        <w:t>Apostelns resplaner</w:t>
      </w:r>
    </w:p>
    <w:p w14:paraId="6ECD72C0" w14:textId="0949483C" w:rsidR="00BA33AB" w:rsidRPr="000767E2" w:rsidRDefault="00000000">
      <w:pPr>
        <w:rPr>
          <w:lang w:val="sv-SE"/>
        </w:rPr>
      </w:pPr>
      <w:r w:rsidRPr="000767E2">
        <w:rPr>
          <w:lang w:val="sv-SE"/>
        </w:rPr>
        <w:t>[[@</w:t>
      </w:r>
      <w:r w:rsidR="0096445B" w:rsidRPr="000767E2">
        <w:rPr>
          <w:lang w:val="sv-SE"/>
        </w:rPr>
        <w:t>BibleBIBEL82</w:t>
      </w:r>
      <w:r w:rsidRPr="000767E2">
        <w:rPr>
          <w:lang w:val="sv-SE"/>
        </w:rPr>
        <w:t>:1Cor 16:5]]</w:t>
      </w:r>
      <w:r w:rsidRPr="000767E2">
        <w:rPr>
          <w:vertAlign w:val="superscript"/>
          <w:lang w:val="sv-SE"/>
        </w:rPr>
        <w:t>5</w:t>
      </w:r>
      <w:r w:rsidRPr="000767E2">
        <w:rPr>
          <w:lang w:val="sv-SE"/>
        </w:rPr>
        <w:t xml:space="preserve"> {{field-on:bible}}Men jag ska komma till er när jag har gått genom Makedonien. För genom Makedonien går jag,{{field-off:bible}} [[@</w:t>
      </w:r>
      <w:r w:rsidR="0096445B" w:rsidRPr="000767E2">
        <w:rPr>
          <w:lang w:val="sv-SE"/>
        </w:rPr>
        <w:t>BibleBIBEL82</w:t>
      </w:r>
      <w:r w:rsidRPr="000767E2">
        <w:rPr>
          <w:lang w:val="sv-SE"/>
        </w:rPr>
        <w:t>:1Cor 16:6]]</w:t>
      </w:r>
      <w:r w:rsidRPr="000767E2">
        <w:rPr>
          <w:vertAlign w:val="superscript"/>
          <w:lang w:val="sv-SE"/>
        </w:rPr>
        <w:t>6</w:t>
      </w:r>
      <w:r w:rsidRPr="000767E2">
        <w:rPr>
          <w:lang w:val="sv-SE"/>
        </w:rPr>
        <w:t xml:space="preserve"> {{field-on:bible}}och hos er ska jag måhända bli kvar eller </w:t>
      </w:r>
      <w:r w:rsidRPr="000767E2">
        <w:rPr>
          <w:i/>
          <w:lang w:val="sv-SE"/>
        </w:rPr>
        <w:t>till</w:t>
      </w:r>
      <w:r w:rsidRPr="000767E2">
        <w:rPr>
          <w:lang w:val="sv-SE"/>
        </w:rPr>
        <w:t xml:space="preserve"> och </w:t>
      </w:r>
      <w:r w:rsidRPr="000767E2">
        <w:rPr>
          <w:i/>
          <w:lang w:val="sv-SE"/>
        </w:rPr>
        <w:t>med</w:t>
      </w:r>
      <w:r w:rsidRPr="000767E2">
        <w:rPr>
          <w:lang w:val="sv-SE"/>
        </w:rPr>
        <w:t xml:space="preserve"> övervintra, så att ni får hjälpa mig iväg vart jag än går.{{field-off:bible}} [[@</w:t>
      </w:r>
      <w:r w:rsidR="0096445B" w:rsidRPr="000767E2">
        <w:rPr>
          <w:lang w:val="sv-SE"/>
        </w:rPr>
        <w:t>BibleBIBEL82</w:t>
      </w:r>
      <w:r w:rsidRPr="000767E2">
        <w:rPr>
          <w:lang w:val="sv-SE"/>
        </w:rPr>
        <w:t>:1Cor 16:7]]</w:t>
      </w:r>
      <w:r w:rsidRPr="000767E2">
        <w:rPr>
          <w:vertAlign w:val="superscript"/>
          <w:lang w:val="sv-SE"/>
        </w:rPr>
        <w:t>7</w:t>
      </w:r>
      <w:r w:rsidRPr="000767E2">
        <w:rPr>
          <w:lang w:val="sv-SE"/>
        </w:rPr>
        <w:t xml:space="preserve"> {{field-on:bible}}För jag vill inte se er nu på vägen förbi, för jag hoppas bli kvar en tid hos er, om Herren tillåter.{{field-off:bible}} [[@</w:t>
      </w:r>
      <w:r w:rsidR="0096445B" w:rsidRPr="000767E2">
        <w:rPr>
          <w:lang w:val="sv-SE"/>
        </w:rPr>
        <w:t>BibleBIBEL82</w:t>
      </w:r>
      <w:r w:rsidRPr="000767E2">
        <w:rPr>
          <w:lang w:val="sv-SE"/>
        </w:rPr>
        <w:t>:1Cor 16:8]]</w:t>
      </w:r>
      <w:r w:rsidRPr="000767E2">
        <w:rPr>
          <w:vertAlign w:val="superscript"/>
          <w:lang w:val="sv-SE"/>
        </w:rPr>
        <w:t>8</w:t>
      </w:r>
      <w:r w:rsidRPr="000767E2">
        <w:rPr>
          <w:lang w:val="sv-SE"/>
        </w:rPr>
        <w:t xml:space="preserve"> {{field-on:bible}}Men jag ska bli kvar i Efesos fram till pingsten.{{field-off:bible}} [[@</w:t>
      </w:r>
      <w:r w:rsidR="0096445B" w:rsidRPr="000767E2">
        <w:rPr>
          <w:lang w:val="sv-SE"/>
        </w:rPr>
        <w:t>BibleBIBEL82</w:t>
      </w:r>
      <w:r w:rsidRPr="000767E2">
        <w:rPr>
          <w:lang w:val="sv-SE"/>
        </w:rPr>
        <w:t>:1Cor 16:9]]</w:t>
      </w:r>
      <w:r w:rsidRPr="000767E2">
        <w:rPr>
          <w:vertAlign w:val="superscript"/>
          <w:lang w:val="sv-SE"/>
        </w:rPr>
        <w:t>9</w:t>
      </w:r>
      <w:r w:rsidRPr="000767E2">
        <w:rPr>
          <w:lang w:val="sv-SE"/>
        </w:rPr>
        <w:t xml:space="preserve"> {{field-on:bible}}För en dörr har öppnats för mig, stor och verksam, och många motståndare.{{field-off:bible}}</w:t>
      </w:r>
    </w:p>
    <w:p w14:paraId="5AB829E2" w14:textId="12877BB7" w:rsidR="00BA33AB" w:rsidRPr="000767E2" w:rsidRDefault="00000000">
      <w:pPr>
        <w:rPr>
          <w:lang w:val="sv-SE"/>
        </w:rPr>
      </w:pPr>
      <w:r w:rsidRPr="000767E2">
        <w:rPr>
          <w:lang w:val="sv-SE"/>
        </w:rPr>
        <w:t>[[@</w:t>
      </w:r>
      <w:r w:rsidR="0096445B" w:rsidRPr="000767E2">
        <w:rPr>
          <w:lang w:val="sv-SE"/>
        </w:rPr>
        <w:t>BibleBIBEL82</w:t>
      </w:r>
      <w:r w:rsidRPr="000767E2">
        <w:rPr>
          <w:lang w:val="sv-SE"/>
        </w:rPr>
        <w:t>:1Cor 16:10]]</w:t>
      </w:r>
      <w:r w:rsidRPr="000767E2">
        <w:rPr>
          <w:vertAlign w:val="superscript"/>
          <w:lang w:val="sv-SE"/>
        </w:rPr>
        <w:t>10</w:t>
      </w:r>
      <w:r w:rsidRPr="000767E2">
        <w:rPr>
          <w:lang w:val="sv-SE"/>
        </w:rPr>
        <w:t xml:space="preserve"> {{field-on:bible}}Men om Timotheos kommer, se till att han kan vara utan fruktan hos er. För han utför Herrens verk såsom också jag.{{field-off:bible}} [[@</w:t>
      </w:r>
      <w:r w:rsidR="0096445B" w:rsidRPr="000767E2">
        <w:rPr>
          <w:lang w:val="sv-SE"/>
        </w:rPr>
        <w:t>BibleBIBEL82</w:t>
      </w:r>
      <w:r w:rsidRPr="000767E2">
        <w:rPr>
          <w:lang w:val="sv-SE"/>
        </w:rPr>
        <w:t>:1Cor 16:11]]</w:t>
      </w:r>
      <w:r w:rsidRPr="000767E2">
        <w:rPr>
          <w:vertAlign w:val="superscript"/>
          <w:lang w:val="sv-SE"/>
        </w:rPr>
        <w:t>11</w:t>
      </w:r>
      <w:r w:rsidRPr="000767E2">
        <w:rPr>
          <w:lang w:val="sv-SE"/>
        </w:rPr>
        <w:t xml:space="preserve"> {{field-on:bible}}Ingen ska alltså förakta honom. Men hjälp honom iväg i frid så att han kommer till mig, för jag väntar på honom med syskonen.{{field-off:bible}}</w:t>
      </w:r>
    </w:p>
    <w:p w14:paraId="662B9FF0" w14:textId="4878918A" w:rsidR="00BA33AB" w:rsidRPr="000767E2" w:rsidRDefault="00000000">
      <w:pPr>
        <w:rPr>
          <w:lang w:val="sv-SE"/>
        </w:rPr>
      </w:pPr>
      <w:r w:rsidRPr="000767E2">
        <w:rPr>
          <w:lang w:val="sv-SE"/>
        </w:rPr>
        <w:t>[[@</w:t>
      </w:r>
      <w:r w:rsidR="0096445B" w:rsidRPr="000767E2">
        <w:rPr>
          <w:lang w:val="sv-SE"/>
        </w:rPr>
        <w:t>BibleBIBEL82</w:t>
      </w:r>
      <w:r w:rsidRPr="000767E2">
        <w:rPr>
          <w:lang w:val="sv-SE"/>
        </w:rPr>
        <w:t>:1Cor 16:12]]</w:t>
      </w:r>
      <w:r w:rsidRPr="000767E2">
        <w:rPr>
          <w:vertAlign w:val="superscript"/>
          <w:lang w:val="sv-SE"/>
        </w:rPr>
        <w:t>12</w:t>
      </w:r>
      <w:r w:rsidRPr="000767E2">
        <w:rPr>
          <w:lang w:val="sv-SE"/>
        </w:rPr>
        <w:t xml:space="preserve"> {{field-on:bible}}Men gällande brodern Apollos har jag uppmanat honom mycket att komma till er med syskonen. Och det fanns alls ingen vilja att komma nu, utan han ska komma när han får tillfälle.{{field-off:bible}}</w:t>
      </w:r>
    </w:p>
    <w:p w14:paraId="32A3960D" w14:textId="77777777" w:rsidR="00BA33AB" w:rsidRDefault="00000000">
      <w:pPr>
        <w:pStyle w:val="Rubrik3"/>
      </w:pPr>
      <w:proofErr w:type="spellStart"/>
      <w:r>
        <w:t>Uppmaningar</w:t>
      </w:r>
      <w:proofErr w:type="spellEnd"/>
    </w:p>
    <w:p w14:paraId="48C03EB9" w14:textId="6760005F" w:rsidR="00BA33AB" w:rsidRPr="000767E2" w:rsidRDefault="00000000">
      <w:pPr>
        <w:rPr>
          <w:lang w:val="sv-SE"/>
        </w:rPr>
      </w:pPr>
      <w:r>
        <w:t>[[@</w:t>
      </w:r>
      <w:r w:rsidR="0096445B">
        <w:t>BibleBIBEL82</w:t>
      </w:r>
      <w:r>
        <w:t>:1Cor 16:13]]</w:t>
      </w:r>
      <w:r>
        <w:rPr>
          <w:vertAlign w:val="superscript"/>
        </w:rPr>
        <w:t>13</w:t>
      </w:r>
      <w:r>
        <w:t xml:space="preserve"> {{</w:t>
      </w:r>
      <w:proofErr w:type="spellStart"/>
      <w:r>
        <w:t>field-</w:t>
      </w:r>
      <w:proofErr w:type="gramStart"/>
      <w:r>
        <w:t>on:bible</w:t>
      </w:r>
      <w:proofErr w:type="spellEnd"/>
      <w:r>
        <w:t>}}Var</w:t>
      </w:r>
      <w:proofErr w:type="gramEnd"/>
      <w:r>
        <w:t xml:space="preserve"> </w:t>
      </w:r>
      <w:proofErr w:type="spellStart"/>
      <w:r>
        <w:t>vakna</w:t>
      </w:r>
      <w:proofErr w:type="spellEnd"/>
      <w:r>
        <w:t xml:space="preserve">. </w:t>
      </w:r>
      <w:r w:rsidRPr="000767E2">
        <w:rPr>
          <w:lang w:val="sv-SE"/>
        </w:rPr>
        <w:t xml:space="preserve">Stå </w:t>
      </w:r>
      <w:r w:rsidRPr="000767E2">
        <w:rPr>
          <w:i/>
          <w:lang w:val="sv-SE"/>
        </w:rPr>
        <w:t>fasta</w:t>
      </w:r>
      <w:r w:rsidRPr="000767E2">
        <w:rPr>
          <w:lang w:val="sv-SE"/>
        </w:rPr>
        <w:t xml:space="preserve"> i tron. Var manliga, var starka.{{field-off:bible}} [[@</w:t>
      </w:r>
      <w:r w:rsidR="0096445B" w:rsidRPr="000767E2">
        <w:rPr>
          <w:lang w:val="sv-SE"/>
        </w:rPr>
        <w:t>BibleBIBEL82</w:t>
      </w:r>
      <w:r w:rsidRPr="000767E2">
        <w:rPr>
          <w:lang w:val="sv-SE"/>
        </w:rPr>
        <w:t>:1Cor 16:14]]</w:t>
      </w:r>
      <w:r w:rsidRPr="000767E2">
        <w:rPr>
          <w:vertAlign w:val="superscript"/>
          <w:lang w:val="sv-SE"/>
        </w:rPr>
        <w:t>14</w:t>
      </w:r>
      <w:r w:rsidRPr="000767E2">
        <w:rPr>
          <w:lang w:val="sv-SE"/>
        </w:rPr>
        <w:t xml:space="preserve"> {{field-on:bible}}Allt ert ska ske i kärlek.{{field-off:bible}}</w:t>
      </w:r>
    </w:p>
    <w:p w14:paraId="12331C6C" w14:textId="7998B78E" w:rsidR="00BA33AB" w:rsidRPr="000767E2" w:rsidRDefault="00000000">
      <w:pPr>
        <w:rPr>
          <w:lang w:val="sv-SE"/>
        </w:rPr>
      </w:pPr>
      <w:r w:rsidRPr="000767E2">
        <w:rPr>
          <w:lang w:val="sv-SE"/>
        </w:rPr>
        <w:t>[[@</w:t>
      </w:r>
      <w:r w:rsidR="0096445B" w:rsidRPr="000767E2">
        <w:rPr>
          <w:lang w:val="sv-SE"/>
        </w:rPr>
        <w:t>BibleBIBEL82</w:t>
      </w:r>
      <w:r w:rsidRPr="000767E2">
        <w:rPr>
          <w:lang w:val="sv-SE"/>
        </w:rPr>
        <w:t>:1Cor 16:15]]</w:t>
      </w:r>
      <w:r w:rsidRPr="000767E2">
        <w:rPr>
          <w:vertAlign w:val="superscript"/>
          <w:lang w:val="sv-SE"/>
        </w:rPr>
        <w:t>15</w:t>
      </w:r>
      <w:r w:rsidRPr="000767E2">
        <w:rPr>
          <w:lang w:val="sv-SE"/>
        </w:rPr>
        <w:t xml:space="preserve"> {{field-on:bible}}Men jag uppmanar er syskon: Ni känner Stefanas hus, att det är Achaias förstling och </w:t>
      </w:r>
      <w:r w:rsidRPr="000767E2">
        <w:rPr>
          <w:i/>
          <w:lang w:val="sv-SE"/>
        </w:rPr>
        <w:t>att</w:t>
      </w:r>
      <w:r w:rsidRPr="000767E2">
        <w:rPr>
          <w:lang w:val="sv-SE"/>
        </w:rPr>
        <w:t xml:space="preserve"> de har inordnat sig själva till tjänst för de heliga?{{field-off:bible}} [[@</w:t>
      </w:r>
      <w:r w:rsidR="0096445B" w:rsidRPr="000767E2">
        <w:rPr>
          <w:lang w:val="sv-SE"/>
        </w:rPr>
        <w:t>BibleBIBEL82</w:t>
      </w:r>
      <w:r w:rsidRPr="000767E2">
        <w:rPr>
          <w:lang w:val="sv-SE"/>
        </w:rPr>
        <w:t>:1Cor 16:16]]</w:t>
      </w:r>
      <w:r w:rsidRPr="000767E2">
        <w:rPr>
          <w:vertAlign w:val="superscript"/>
          <w:lang w:val="sv-SE"/>
        </w:rPr>
        <w:t>16</w:t>
      </w:r>
      <w:r w:rsidRPr="000767E2">
        <w:rPr>
          <w:lang w:val="sv-SE"/>
        </w:rPr>
        <w:t xml:space="preserve"> {{field-on:bible}}Att också ni ska underordna er sådana, och under var och en som samverkar och sliter.{{field-off:bible}} [[@</w:t>
      </w:r>
      <w:r w:rsidR="0096445B" w:rsidRPr="000767E2">
        <w:rPr>
          <w:lang w:val="sv-SE"/>
        </w:rPr>
        <w:t>BibleBIBEL82</w:t>
      </w:r>
      <w:r w:rsidRPr="000767E2">
        <w:rPr>
          <w:lang w:val="sv-SE"/>
        </w:rPr>
        <w:t>:1Cor 16:17]]</w:t>
      </w:r>
      <w:r w:rsidRPr="000767E2">
        <w:rPr>
          <w:vertAlign w:val="superscript"/>
          <w:lang w:val="sv-SE"/>
        </w:rPr>
        <w:t>17</w:t>
      </w:r>
      <w:r w:rsidRPr="000767E2">
        <w:rPr>
          <w:lang w:val="sv-SE"/>
        </w:rPr>
        <w:t xml:space="preserve"> {{field-on:bible}}Men jag är glad över närvaron av Stefanas och Fortunatus och Achaikos, för avsaknaden av er har dessa uppfyllt.{{field-off:bible}} [[@</w:t>
      </w:r>
      <w:r w:rsidR="0096445B" w:rsidRPr="000767E2">
        <w:rPr>
          <w:lang w:val="sv-SE"/>
        </w:rPr>
        <w:t>BibleBIBEL82</w:t>
      </w:r>
      <w:r w:rsidRPr="000767E2">
        <w:rPr>
          <w:lang w:val="sv-SE"/>
        </w:rPr>
        <w:t>:1Cor 16:18]]</w:t>
      </w:r>
      <w:r w:rsidRPr="000767E2">
        <w:rPr>
          <w:vertAlign w:val="superscript"/>
          <w:lang w:val="sv-SE"/>
        </w:rPr>
        <w:t>18</w:t>
      </w:r>
      <w:r w:rsidRPr="000767E2">
        <w:rPr>
          <w:lang w:val="sv-SE"/>
        </w:rPr>
        <w:t xml:space="preserve"> {{field-on:bible}}För de har gett ro åt min ande och er. Erkänn nu sådana.{{field-off:bible}}</w:t>
      </w:r>
    </w:p>
    <w:p w14:paraId="4DD60D36" w14:textId="77777777" w:rsidR="00BA33AB" w:rsidRPr="000767E2" w:rsidRDefault="00000000">
      <w:pPr>
        <w:pStyle w:val="Rubrik3"/>
        <w:rPr>
          <w:lang w:val="sv-SE"/>
        </w:rPr>
      </w:pPr>
      <w:r w:rsidRPr="000767E2">
        <w:rPr>
          <w:lang w:val="sv-SE"/>
        </w:rPr>
        <w:t>Sluthälsningar</w:t>
      </w:r>
    </w:p>
    <w:p w14:paraId="27C5B061" w14:textId="1CBFFFB2" w:rsidR="00BA33AB" w:rsidRPr="000767E2" w:rsidRDefault="00000000">
      <w:pPr>
        <w:rPr>
          <w:lang w:val="sv-SE"/>
        </w:rPr>
      </w:pPr>
      <w:r w:rsidRPr="000767E2">
        <w:rPr>
          <w:lang w:val="sv-SE"/>
        </w:rPr>
        <w:t>[[@</w:t>
      </w:r>
      <w:r w:rsidR="0096445B" w:rsidRPr="000767E2">
        <w:rPr>
          <w:lang w:val="sv-SE"/>
        </w:rPr>
        <w:t>BibleBIBEL82</w:t>
      </w:r>
      <w:r w:rsidRPr="000767E2">
        <w:rPr>
          <w:lang w:val="sv-SE"/>
        </w:rPr>
        <w:t>:1Cor 16:19]]</w:t>
      </w:r>
      <w:r w:rsidRPr="000767E2">
        <w:rPr>
          <w:vertAlign w:val="superscript"/>
          <w:lang w:val="sv-SE"/>
        </w:rPr>
        <w:t>19</w:t>
      </w:r>
      <w:r w:rsidRPr="000767E2">
        <w:rPr>
          <w:lang w:val="sv-SE"/>
        </w:rPr>
        <w:t xml:space="preserve"> {{field-on:bible}}Hälsar er </w:t>
      </w:r>
      <w:r w:rsidRPr="000767E2">
        <w:rPr>
          <w:i/>
          <w:lang w:val="sv-SE"/>
        </w:rPr>
        <w:t>gör</w:t>
      </w:r>
      <w:r w:rsidRPr="000767E2">
        <w:rPr>
          <w:lang w:val="sv-SE"/>
        </w:rPr>
        <w:t xml:space="preserve"> församlingarna i Asien. Hälsar er i Herren mycket </w:t>
      </w:r>
      <w:r w:rsidRPr="000767E2">
        <w:rPr>
          <w:i/>
          <w:lang w:val="sv-SE"/>
        </w:rPr>
        <w:t>gör</w:t>
      </w:r>
      <w:r w:rsidRPr="000767E2">
        <w:rPr>
          <w:lang w:val="sv-SE"/>
        </w:rPr>
        <w:t xml:space="preserve"> Aquila och Prisca, med församlingen i deras hus.{{field-off:bible}} [[@</w:t>
      </w:r>
      <w:r w:rsidR="0096445B" w:rsidRPr="000767E2">
        <w:rPr>
          <w:lang w:val="sv-SE"/>
        </w:rPr>
        <w:t>BibleBIBEL82</w:t>
      </w:r>
      <w:r w:rsidRPr="000767E2">
        <w:rPr>
          <w:lang w:val="sv-SE"/>
        </w:rPr>
        <w:t>:1Cor 16:20]]</w:t>
      </w:r>
      <w:r w:rsidRPr="000767E2">
        <w:rPr>
          <w:vertAlign w:val="superscript"/>
          <w:lang w:val="sv-SE"/>
        </w:rPr>
        <w:t>20</w:t>
      </w:r>
      <w:r w:rsidRPr="000767E2">
        <w:rPr>
          <w:lang w:val="sv-SE"/>
        </w:rPr>
        <w:t xml:space="preserve"> {{field-on:bible}}Hälsar er </w:t>
      </w:r>
      <w:r w:rsidRPr="000767E2">
        <w:rPr>
          <w:i/>
          <w:lang w:val="sv-SE"/>
        </w:rPr>
        <w:t>gör</w:t>
      </w:r>
      <w:r w:rsidRPr="000767E2">
        <w:rPr>
          <w:lang w:val="sv-SE"/>
        </w:rPr>
        <w:t xml:space="preserve"> alla syskonen. Hälsa varandra med en helig kyss.{{field-off:bible}}</w:t>
      </w:r>
    </w:p>
    <w:p w14:paraId="660C31F5" w14:textId="6B2BF671"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:1Cor 16:21]]</w:t>
      </w:r>
      <w:r w:rsidRPr="000767E2">
        <w:rPr>
          <w:vertAlign w:val="superscript"/>
          <w:lang w:val="sv-SE"/>
        </w:rPr>
        <w:t>21</w:t>
      </w:r>
      <w:r w:rsidRPr="000767E2">
        <w:rPr>
          <w:lang w:val="sv-SE"/>
        </w:rPr>
        <w:t xml:space="preserve"> {{field-on:bible}}Hälsningen med min hand: från Paulus.{{field-off:bible}} [[@</w:t>
      </w:r>
      <w:r w:rsidR="0096445B" w:rsidRPr="000767E2">
        <w:rPr>
          <w:lang w:val="sv-SE"/>
        </w:rPr>
        <w:t>BibleBIBEL82</w:t>
      </w:r>
      <w:r w:rsidRPr="000767E2">
        <w:rPr>
          <w:lang w:val="sv-SE"/>
        </w:rPr>
        <w:t>:1Cor 16:22]]</w:t>
      </w:r>
      <w:r w:rsidRPr="000767E2">
        <w:rPr>
          <w:vertAlign w:val="superscript"/>
          <w:lang w:val="sv-SE"/>
        </w:rPr>
        <w:t>22</w:t>
      </w:r>
      <w:r w:rsidRPr="000767E2">
        <w:rPr>
          <w:lang w:val="sv-SE"/>
        </w:rPr>
        <w:t xml:space="preserve"> {{field-on:bible}}Om någon inte har Herren kär ska han vara anatema. Marana tha!{{field-off:bible}} [[@</w:t>
      </w:r>
      <w:r w:rsidR="0096445B" w:rsidRPr="000767E2">
        <w:rPr>
          <w:lang w:val="sv-SE"/>
        </w:rPr>
        <w:t>BibleBIBEL82</w:t>
      </w:r>
      <w:r w:rsidRPr="000767E2">
        <w:rPr>
          <w:lang w:val="sv-SE"/>
        </w:rPr>
        <w:t>:1Cor 16:23]]</w:t>
      </w:r>
      <w:r w:rsidRPr="000767E2">
        <w:rPr>
          <w:vertAlign w:val="superscript"/>
          <w:lang w:val="sv-SE"/>
        </w:rPr>
        <w:t>23</w:t>
      </w:r>
      <w:r w:rsidRPr="000767E2">
        <w:rPr>
          <w:lang w:val="sv-SE"/>
        </w:rPr>
        <w:t xml:space="preserve"> {{field-on:bible}}Herren Jesu nåd </w:t>
      </w:r>
      <w:r w:rsidRPr="000767E2">
        <w:rPr>
          <w:i/>
          <w:lang w:val="sv-SE"/>
        </w:rPr>
        <w:t>vare</w:t>
      </w:r>
      <w:r w:rsidRPr="000767E2">
        <w:rPr>
          <w:lang w:val="sv-SE"/>
        </w:rPr>
        <w:t xml:space="preserve"> med er.{{field-off:bible}} [[@</w:t>
      </w:r>
      <w:r w:rsidR="0096445B" w:rsidRPr="000767E2">
        <w:rPr>
          <w:lang w:val="sv-SE"/>
        </w:rPr>
        <w:t>BibleBIBEL82</w:t>
      </w:r>
      <w:r w:rsidRPr="000767E2">
        <w:rPr>
          <w:lang w:val="sv-SE"/>
        </w:rPr>
        <w:t>:1Cor 16:24]]</w:t>
      </w:r>
      <w:r w:rsidRPr="000767E2">
        <w:rPr>
          <w:vertAlign w:val="superscript"/>
          <w:lang w:val="sv-SE"/>
        </w:rPr>
        <w:t>24</w:t>
      </w:r>
      <w:r w:rsidRPr="000767E2">
        <w:rPr>
          <w:lang w:val="sv-SE"/>
        </w:rPr>
        <w:t xml:space="preserve"> {{field-on:bible}}Min kärlek </w:t>
      </w:r>
      <w:r w:rsidRPr="000767E2">
        <w:rPr>
          <w:i/>
          <w:lang w:val="sv-SE"/>
        </w:rPr>
        <w:t>är</w:t>
      </w:r>
      <w:r w:rsidRPr="000767E2">
        <w:rPr>
          <w:lang w:val="sv-SE"/>
        </w:rPr>
        <w:t xml:space="preserve"> med er alla i Kristus Jesus.{{field-off:bible}}</w:t>
      </w:r>
    </w:p>
    <w:p w14:paraId="7CE57119" w14:textId="0A47CBBA"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:2Cor]]Till korinthierna: Andra brevet</w:t>
      </w:r>
    </w:p>
    <w:p w14:paraId="0930B7E8" w14:textId="06A4CA7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1]]Kapitel 1</w:t>
      </w:r>
    </w:p>
    <w:p w14:paraId="2D0C0172" w14:textId="77777777" w:rsidR="00BA33AB" w:rsidRPr="000767E2" w:rsidRDefault="00000000">
      <w:pPr>
        <w:pStyle w:val="Rubrik3"/>
        <w:rPr>
          <w:lang w:val="sv-SE"/>
        </w:rPr>
      </w:pPr>
      <w:r w:rsidRPr="000767E2">
        <w:rPr>
          <w:lang w:val="sv-SE"/>
        </w:rPr>
        <w:t>Hälsning</w:t>
      </w:r>
    </w:p>
    <w:p w14:paraId="40A034CD" w14:textId="3CBED2D6" w:rsidR="00BA33AB" w:rsidRPr="000767E2" w:rsidRDefault="00000000">
      <w:pPr>
        <w:rPr>
          <w:lang w:val="sv-SE"/>
        </w:rPr>
      </w:pPr>
      <w:r w:rsidRPr="000767E2">
        <w:rPr>
          <w:lang w:val="sv-SE"/>
        </w:rPr>
        <w:t>[[@</w:t>
      </w:r>
      <w:r w:rsidR="0096445B" w:rsidRPr="000767E2">
        <w:rPr>
          <w:lang w:val="sv-SE"/>
        </w:rPr>
        <w:t>BibleBIBEL82</w:t>
      </w:r>
      <w:r w:rsidRPr="000767E2">
        <w:rPr>
          <w:lang w:val="sv-SE"/>
        </w:rPr>
        <w:t>:2Cor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Kristi Jesu apostel genom Guds vilja, och brodern Timotheos. Till Guds församling som är i Korinth, med alla de heliga som är i hela Achaia:{{field-off:bible}} [[@</w:t>
      </w:r>
      <w:r w:rsidR="0096445B" w:rsidRPr="000767E2">
        <w:rPr>
          <w:lang w:val="sv-SE"/>
        </w:rPr>
        <w:t>BibleBIBEL82</w:t>
      </w:r>
      <w:r w:rsidRPr="000767E2">
        <w:rPr>
          <w:lang w:val="sv-SE"/>
        </w:rPr>
        <w:t>:2Cor 1:2]]</w:t>
      </w:r>
      <w:r w:rsidRPr="000767E2">
        <w:rPr>
          <w:vertAlign w:val="superscript"/>
          <w:lang w:val="sv-SE"/>
        </w:rPr>
        <w:t>2</w:t>
      </w:r>
      <w:r w:rsidRPr="000767E2">
        <w:rPr>
          <w:lang w:val="sv-SE"/>
        </w:rPr>
        <w:t xml:space="preserve"> {{field-on:bible}}Nåd åt er och frid från Gud vår Far och Herren Jesus Kristus.{{field-off:bible}}</w:t>
      </w:r>
    </w:p>
    <w:p w14:paraId="5D1673C3" w14:textId="77777777" w:rsidR="00BA33AB" w:rsidRPr="000767E2" w:rsidRDefault="00000000">
      <w:pPr>
        <w:pStyle w:val="Rubrik3"/>
        <w:rPr>
          <w:lang w:val="sv-SE"/>
        </w:rPr>
      </w:pPr>
      <w:r w:rsidRPr="000767E2">
        <w:rPr>
          <w:lang w:val="sv-SE"/>
        </w:rPr>
        <w:t>All trösts Gud</w:t>
      </w:r>
    </w:p>
    <w:p w14:paraId="4163F122" w14:textId="325C3212" w:rsidR="00BA33AB" w:rsidRPr="000767E2" w:rsidRDefault="00000000">
      <w:pPr>
        <w:rPr>
          <w:lang w:val="sv-SE"/>
        </w:rPr>
      </w:pPr>
      <w:r w:rsidRPr="000767E2">
        <w:rPr>
          <w:lang w:val="sv-SE"/>
        </w:rPr>
        <w:t>[[@</w:t>
      </w:r>
      <w:r w:rsidR="0096445B" w:rsidRPr="000767E2">
        <w:rPr>
          <w:lang w:val="sv-SE"/>
        </w:rPr>
        <w:t>BibleBIBEL82</w:t>
      </w:r>
      <w:r w:rsidRPr="000767E2">
        <w:rPr>
          <w:lang w:val="sv-SE"/>
        </w:rPr>
        <w:t>:2Cor 1:3]]</w:t>
      </w:r>
      <w:r w:rsidRPr="000767E2">
        <w:rPr>
          <w:vertAlign w:val="superscript"/>
          <w:lang w:val="sv-SE"/>
        </w:rPr>
        <w:t>3</w:t>
      </w:r>
      <w:r w:rsidRPr="000767E2">
        <w:rPr>
          <w:lang w:val="sv-SE"/>
        </w:rPr>
        <w:t xml:space="preserve"> {{field-on:bible}}Välsignad </w:t>
      </w:r>
      <w:r w:rsidRPr="000767E2">
        <w:rPr>
          <w:i/>
          <w:lang w:val="sv-SE"/>
        </w:rPr>
        <w:t>är</w:t>
      </w:r>
      <w:r w:rsidRPr="000767E2">
        <w:rPr>
          <w:lang w:val="sv-SE"/>
        </w:rPr>
        <w:t xml:space="preserve"> vår Herre Jesu Kristi Gud och Far, medlidandets Far och all trösts Gud,{{field-off:bible}} [[@</w:t>
      </w:r>
      <w:r w:rsidR="0096445B" w:rsidRPr="000767E2">
        <w:rPr>
          <w:lang w:val="sv-SE"/>
        </w:rPr>
        <w:t>BibleBIBEL82</w:t>
      </w:r>
      <w:r w:rsidRPr="000767E2">
        <w:rPr>
          <w:lang w:val="sv-SE"/>
        </w:rPr>
        <w:t>:2Cor 1:4]]</w:t>
      </w:r>
      <w:r w:rsidRPr="000767E2">
        <w:rPr>
          <w:vertAlign w:val="superscript"/>
          <w:lang w:val="sv-SE"/>
        </w:rPr>
        <w:t>4</w:t>
      </w:r>
      <w:r w:rsidRPr="000767E2">
        <w:rPr>
          <w:lang w:val="sv-SE"/>
        </w:rPr>
        <w:t xml:space="preserve"> {{field-on:bible}}som tröstar oss vid all vår nöd så att vi kan trösta dem </w:t>
      </w:r>
      <w:r w:rsidRPr="000767E2">
        <w:rPr>
          <w:i/>
          <w:lang w:val="sv-SE"/>
        </w:rPr>
        <w:t>som är</w:t>
      </w:r>
      <w:r w:rsidRPr="000767E2">
        <w:rPr>
          <w:lang w:val="sv-SE"/>
        </w:rPr>
        <w:t xml:space="preserve"> i all nöd med trösten som vi själva tröstats med av Gud.{{field-off:bible}} [[@</w:t>
      </w:r>
      <w:r w:rsidR="0096445B" w:rsidRPr="000767E2">
        <w:rPr>
          <w:lang w:val="sv-SE"/>
        </w:rPr>
        <w:t>BibleBIBEL82</w:t>
      </w:r>
      <w:r w:rsidRPr="000767E2">
        <w:rPr>
          <w:lang w:val="sv-SE"/>
        </w:rPr>
        <w:t>:2Cor 1:5]]</w:t>
      </w:r>
      <w:r w:rsidRPr="000767E2">
        <w:rPr>
          <w:vertAlign w:val="superscript"/>
          <w:lang w:val="sv-SE"/>
        </w:rPr>
        <w:t>5</w:t>
      </w:r>
      <w:r w:rsidRPr="000767E2">
        <w:rPr>
          <w:lang w:val="sv-SE"/>
        </w:rPr>
        <w:t xml:space="preserve"> {{field-on:bible}}För liksom Kristi lidanden överflödar till oss, så överflödar genom Kristus också vår tröst.{{field-off:bible}} [[@</w:t>
      </w:r>
      <w:r w:rsidR="0096445B" w:rsidRPr="000767E2">
        <w:rPr>
          <w:lang w:val="sv-SE"/>
        </w:rPr>
        <w:t>BibleBIBEL82</w:t>
      </w:r>
      <w:r w:rsidRPr="000767E2">
        <w:rPr>
          <w:lang w:val="sv-SE"/>
        </w:rPr>
        <w:t>:2Cor 1:6]]</w:t>
      </w:r>
      <w:r w:rsidRPr="000767E2">
        <w:rPr>
          <w:vertAlign w:val="superscript"/>
          <w:lang w:val="sv-SE"/>
        </w:rPr>
        <w:t>6</w:t>
      </w:r>
      <w:r w:rsidRPr="000767E2">
        <w:rPr>
          <w:lang w:val="sv-SE"/>
        </w:rPr>
        <w:t xml:space="preserve"> {{field-on:bible}}Om vi är pressade, </w:t>
      </w:r>
      <w:r w:rsidRPr="000767E2">
        <w:rPr>
          <w:i/>
          <w:lang w:val="sv-SE"/>
        </w:rPr>
        <w:t>är det</w:t>
      </w:r>
      <w:r w:rsidRPr="000767E2">
        <w:rPr>
          <w:lang w:val="sv-SE"/>
        </w:rPr>
        <w:t xml:space="preserve"> för er tröst och frälsning. Och om vi blir tröstade </w:t>
      </w:r>
      <w:r w:rsidRPr="000767E2">
        <w:rPr>
          <w:i/>
          <w:lang w:val="sv-SE"/>
        </w:rPr>
        <w:t>är det</w:t>
      </w:r>
      <w:r w:rsidRPr="000767E2">
        <w:rPr>
          <w:lang w:val="sv-SE"/>
        </w:rPr>
        <w:t xml:space="preserve"> för er tröst, som verkar i uthållighet under samma lidanden som också vi lider.{{field-off:bible}} [[@</w:t>
      </w:r>
      <w:r w:rsidR="0096445B" w:rsidRPr="000767E2">
        <w:rPr>
          <w:lang w:val="sv-SE"/>
        </w:rPr>
        <w:t>BibleBIBEL82</w:t>
      </w:r>
      <w:r w:rsidRPr="000767E2">
        <w:rPr>
          <w:lang w:val="sv-SE"/>
        </w:rPr>
        <w:t>:2Cor 1:7]]</w:t>
      </w:r>
      <w:r w:rsidRPr="000767E2">
        <w:rPr>
          <w:vertAlign w:val="superscript"/>
          <w:lang w:val="sv-SE"/>
        </w:rPr>
        <w:t>7</w:t>
      </w:r>
      <w:r w:rsidRPr="000767E2">
        <w:rPr>
          <w:lang w:val="sv-SE"/>
        </w:rPr>
        <w:t xml:space="preserve"> {{field-on:bible}}Och vårt hopp om er </w:t>
      </w:r>
      <w:r w:rsidRPr="000767E2">
        <w:rPr>
          <w:i/>
          <w:lang w:val="sv-SE"/>
        </w:rPr>
        <w:t>är</w:t>
      </w:r>
      <w:r w:rsidRPr="000767E2">
        <w:rPr>
          <w:lang w:val="sv-SE"/>
        </w:rPr>
        <w:t xml:space="preserve"> fast, då vi vet att såsom ni är delaktiga i lidandena, så även i trösten.{{field-off:bible}}</w:t>
      </w:r>
    </w:p>
    <w:p w14:paraId="32267168" w14:textId="2DEA9748" w:rsidR="00BA33AB" w:rsidRPr="000767E2" w:rsidRDefault="00000000">
      <w:pPr>
        <w:rPr>
          <w:lang w:val="sv-SE"/>
        </w:rPr>
      </w:pPr>
      <w:r w:rsidRPr="000767E2">
        <w:rPr>
          <w:lang w:val="sv-SE"/>
        </w:rPr>
        <w:t>[[@</w:t>
      </w:r>
      <w:r w:rsidR="0096445B" w:rsidRPr="000767E2">
        <w:rPr>
          <w:lang w:val="sv-SE"/>
        </w:rPr>
        <w:t>BibleBIBEL82</w:t>
      </w:r>
      <w:r w:rsidRPr="000767E2">
        <w:rPr>
          <w:lang w:val="sv-SE"/>
        </w:rPr>
        <w:t>:2Cor 1:8]]</w:t>
      </w:r>
      <w:r w:rsidRPr="000767E2">
        <w:rPr>
          <w:vertAlign w:val="superscript"/>
          <w:lang w:val="sv-SE"/>
        </w:rPr>
        <w:t>8</w:t>
      </w:r>
      <w:r w:rsidRPr="000767E2">
        <w:rPr>
          <w:lang w:val="sv-SE"/>
        </w:rPr>
        <w:t xml:space="preserve"> {{field-on:bible}}För vi vill inte att ni ska vara ovetande, syskon, om vår nöd som kom i Asien. Att vi var utomordentligt tyngda, över förmåga, så att vi misströstade </w:t>
      </w:r>
      <w:r w:rsidRPr="000767E2">
        <w:rPr>
          <w:i/>
          <w:lang w:val="sv-SE"/>
        </w:rPr>
        <w:t>till</w:t>
      </w:r>
      <w:r w:rsidRPr="000767E2">
        <w:rPr>
          <w:lang w:val="sv-SE"/>
        </w:rPr>
        <w:t xml:space="preserve"> och </w:t>
      </w:r>
      <w:r w:rsidRPr="000767E2">
        <w:rPr>
          <w:i/>
          <w:lang w:val="sv-SE"/>
        </w:rPr>
        <w:t>med</w:t>
      </w:r>
      <w:r w:rsidRPr="000767E2">
        <w:rPr>
          <w:lang w:val="sv-SE"/>
        </w:rPr>
        <w:t xml:space="preserve"> om att leva.{{field-off:bible}} [[@</w:t>
      </w:r>
      <w:r w:rsidR="0096445B" w:rsidRPr="000767E2">
        <w:rPr>
          <w:lang w:val="sv-SE"/>
        </w:rPr>
        <w:t>BibleBIBEL82</w:t>
      </w:r>
      <w:r w:rsidRPr="000767E2">
        <w:rPr>
          <w:lang w:val="sv-SE"/>
        </w:rPr>
        <w:t>:2Cor 1:9]]</w:t>
      </w:r>
      <w:r w:rsidRPr="000767E2">
        <w:rPr>
          <w:vertAlign w:val="superscript"/>
          <w:lang w:val="sv-SE"/>
        </w:rPr>
        <w:t>9</w:t>
      </w:r>
      <w:r w:rsidRPr="000767E2">
        <w:rPr>
          <w:lang w:val="sv-SE"/>
        </w:rPr>
        <w:t xml:space="preserve"> {{field-on:bible}}Nej, själva har vi haft inom oss dödens domslut, för att vi inte ska förtrösta på oss själva utan på Gud, som uppväcker de döda.{{field-off:bible}} [[@</w:t>
      </w:r>
      <w:r w:rsidR="0096445B" w:rsidRPr="000767E2">
        <w:rPr>
          <w:lang w:val="sv-SE"/>
        </w:rPr>
        <w:t>BibleBIBEL82</w:t>
      </w:r>
      <w:r w:rsidRPr="000767E2">
        <w:rPr>
          <w:lang w:val="sv-SE"/>
        </w:rPr>
        <w:t>:2Cor 1:10]]</w:t>
      </w:r>
      <w:r w:rsidRPr="000767E2">
        <w:rPr>
          <w:vertAlign w:val="superscript"/>
          <w:lang w:val="sv-SE"/>
        </w:rPr>
        <w:t>10</w:t>
      </w:r>
      <w:r w:rsidRPr="000767E2">
        <w:rPr>
          <w:lang w:val="sv-SE"/>
        </w:rPr>
        <w:t xml:space="preserve"> {{field-on:bible}}Från en sådan död har han räddat oss, och han kommer att rädda. Till honom har vi satt hopp [att] han också fortfarande kommer att rädda,{{field-off:bible}} [[@</w:t>
      </w:r>
      <w:r w:rsidR="0096445B" w:rsidRPr="000767E2">
        <w:rPr>
          <w:lang w:val="sv-SE"/>
        </w:rPr>
        <w:t>BibleBIBEL82</w:t>
      </w:r>
      <w:r w:rsidRPr="000767E2">
        <w:rPr>
          <w:lang w:val="sv-SE"/>
        </w:rPr>
        <w:t>:2Cor 1:11]]</w:t>
      </w:r>
      <w:r w:rsidRPr="000767E2">
        <w:rPr>
          <w:vertAlign w:val="superscript"/>
          <w:lang w:val="sv-SE"/>
        </w:rPr>
        <w:t>11</w:t>
      </w:r>
      <w:r w:rsidRPr="000767E2">
        <w:rPr>
          <w:lang w:val="sv-SE"/>
        </w:rPr>
        <w:t xml:space="preserve"> {{field-on:bible}}när också ni samarbetar för oss med förbönen, så att det från många ansikten tackas för oss, </w:t>
      </w:r>
      <w:r w:rsidRPr="000767E2">
        <w:rPr>
          <w:i/>
          <w:lang w:val="sv-SE"/>
        </w:rPr>
        <w:t>för</w:t>
      </w:r>
      <w:r w:rsidRPr="000767E2">
        <w:rPr>
          <w:lang w:val="sv-SE"/>
        </w:rPr>
        <w:t xml:space="preserve"> nådegåvan till oss genom många.{{field-off:bible}}</w:t>
      </w:r>
    </w:p>
    <w:p w14:paraId="07D96446" w14:textId="77777777" w:rsidR="00BA33AB" w:rsidRPr="000767E2" w:rsidRDefault="00000000">
      <w:pPr>
        <w:pStyle w:val="Rubrik3"/>
        <w:rPr>
          <w:lang w:val="sv-SE"/>
        </w:rPr>
      </w:pPr>
      <w:r w:rsidRPr="000767E2">
        <w:rPr>
          <w:lang w:val="sv-SE"/>
        </w:rPr>
        <w:lastRenderedPageBreak/>
        <w:t>Ändrade resplaner</w:t>
      </w:r>
    </w:p>
    <w:p w14:paraId="39E87B77" w14:textId="1B612816" w:rsidR="00BA33AB" w:rsidRPr="000767E2" w:rsidRDefault="00000000">
      <w:pPr>
        <w:rPr>
          <w:lang w:val="sv-SE"/>
        </w:rPr>
      </w:pPr>
      <w:r w:rsidRPr="000767E2">
        <w:rPr>
          <w:lang w:val="sv-SE"/>
        </w:rPr>
        <w:t>[[@</w:t>
      </w:r>
      <w:r w:rsidR="0096445B" w:rsidRPr="000767E2">
        <w:rPr>
          <w:lang w:val="sv-SE"/>
        </w:rPr>
        <w:t>BibleBIBEL82</w:t>
      </w:r>
      <w:r w:rsidRPr="000767E2">
        <w:rPr>
          <w:lang w:val="sv-SE"/>
        </w:rPr>
        <w:t>:2Cor 1:12]]</w:t>
      </w:r>
      <w:r w:rsidRPr="000767E2">
        <w:rPr>
          <w:vertAlign w:val="superscript"/>
          <w:lang w:val="sv-SE"/>
        </w:rPr>
        <w:t>12</w:t>
      </w:r>
      <w:r w:rsidRPr="000767E2">
        <w:rPr>
          <w:lang w:val="sv-SE"/>
        </w:rPr>
        <w:t xml:space="preserve"> {{field-on:bible}}För vår stolthet är denna, vårt samvetes vittnesbörd: att vi har agerat med Guds uppriktighet och ärlighet, [och] inte med köttslig vishet utan med Guds nåd, </w:t>
      </w:r>
      <w:r w:rsidRPr="000767E2">
        <w:rPr>
          <w:i/>
          <w:lang w:val="sv-SE"/>
        </w:rPr>
        <w:t>dels</w:t>
      </w:r>
      <w:r w:rsidRPr="000767E2">
        <w:rPr>
          <w:lang w:val="sv-SE"/>
        </w:rPr>
        <w:t xml:space="preserve"> i världen och ännu mer mot er.{{field-off:bible}} [[@</w:t>
      </w:r>
      <w:r w:rsidR="0096445B" w:rsidRPr="000767E2">
        <w:rPr>
          <w:lang w:val="sv-SE"/>
        </w:rPr>
        <w:t>BibleBIBEL82</w:t>
      </w:r>
      <w:r w:rsidRPr="000767E2">
        <w:rPr>
          <w:lang w:val="sv-SE"/>
        </w:rPr>
        <w:t>:2Cor 1:13]]</w:t>
      </w:r>
      <w:r w:rsidRPr="000767E2">
        <w:rPr>
          <w:vertAlign w:val="superscript"/>
          <w:lang w:val="sv-SE"/>
        </w:rPr>
        <w:t>13</w:t>
      </w:r>
      <w:r w:rsidRPr="000767E2">
        <w:rPr>
          <w:lang w:val="sv-SE"/>
        </w:rPr>
        <w:t xml:space="preserve"> {{field-on:bible}}För vi skriver inget annat till er än det ni antingen läser eller också inser. Och jag hoppas att ni till slut ska inse,{{field-off:bible}} [[@</w:t>
      </w:r>
      <w:r w:rsidR="0096445B" w:rsidRPr="000767E2">
        <w:rPr>
          <w:lang w:val="sv-SE"/>
        </w:rPr>
        <w:t>BibleBIBEL82</w:t>
      </w:r>
      <w:r w:rsidRPr="000767E2">
        <w:rPr>
          <w:lang w:val="sv-SE"/>
        </w:rPr>
        <w:t>:2Cor 1:14]]</w:t>
      </w:r>
      <w:r w:rsidRPr="000767E2">
        <w:rPr>
          <w:vertAlign w:val="superscript"/>
          <w:lang w:val="sv-SE"/>
        </w:rPr>
        <w:t>14</w:t>
      </w:r>
      <w:r w:rsidRPr="000767E2">
        <w:rPr>
          <w:lang w:val="sv-SE"/>
        </w:rPr>
        <w:t xml:space="preserve"> {{field-on:bible}}liksom ni också har insett </w:t>
      </w:r>
      <w:r w:rsidRPr="000767E2">
        <w:rPr>
          <w:i/>
          <w:lang w:val="sv-SE"/>
        </w:rPr>
        <w:t>om</w:t>
      </w:r>
      <w:r w:rsidRPr="000767E2">
        <w:rPr>
          <w:lang w:val="sv-SE"/>
        </w:rPr>
        <w:t xml:space="preserve"> oss till </w:t>
      </w:r>
      <w:r w:rsidRPr="000767E2">
        <w:rPr>
          <w:i/>
          <w:lang w:val="sv-SE"/>
        </w:rPr>
        <w:t>viss</w:t>
      </w:r>
      <w:r w:rsidRPr="000767E2">
        <w:rPr>
          <w:lang w:val="sv-SE"/>
        </w:rPr>
        <w:t xml:space="preserve"> del: att vi är er stolthet, liksom också ni vår, på [vår] Herre Jesu dag.{{field-off:bible}}</w:t>
      </w:r>
    </w:p>
    <w:p w14:paraId="26D55A40" w14:textId="6A444E66" w:rsidR="00BA33AB" w:rsidRPr="000767E2" w:rsidRDefault="00000000">
      <w:pPr>
        <w:rPr>
          <w:lang w:val="sv-SE"/>
        </w:rPr>
      </w:pPr>
      <w:r w:rsidRPr="000767E2">
        <w:rPr>
          <w:lang w:val="sv-SE"/>
        </w:rPr>
        <w:t>[[@</w:t>
      </w:r>
      <w:r w:rsidR="0096445B" w:rsidRPr="000767E2">
        <w:rPr>
          <w:lang w:val="sv-SE"/>
        </w:rPr>
        <w:t>BibleBIBEL82</w:t>
      </w:r>
      <w:r w:rsidRPr="000767E2">
        <w:rPr>
          <w:lang w:val="sv-SE"/>
        </w:rPr>
        <w:t>:2Cor 1:15]]</w:t>
      </w:r>
      <w:r w:rsidRPr="000767E2">
        <w:rPr>
          <w:vertAlign w:val="superscript"/>
          <w:lang w:val="sv-SE"/>
        </w:rPr>
        <w:t>15</w:t>
      </w:r>
      <w:r w:rsidRPr="000767E2">
        <w:rPr>
          <w:lang w:val="sv-SE"/>
        </w:rPr>
        <w:t xml:space="preserve"> {{field-on:bible}}Och med denna förtröstan beslöt jag att komma till er tidigare, för att ni skulle få en andra nåd,{{field-off:bible}} [[@</w:t>
      </w:r>
      <w:r w:rsidR="0096445B" w:rsidRPr="000767E2">
        <w:rPr>
          <w:lang w:val="sv-SE"/>
        </w:rPr>
        <w:t>BibleBIBEL82</w:t>
      </w:r>
      <w:r w:rsidRPr="000767E2">
        <w:rPr>
          <w:lang w:val="sv-SE"/>
        </w:rPr>
        <w:t>:2Cor 1:16]]</w:t>
      </w:r>
      <w:r w:rsidRPr="000767E2">
        <w:rPr>
          <w:vertAlign w:val="superscript"/>
          <w:lang w:val="sv-SE"/>
        </w:rPr>
        <w:t>16</w:t>
      </w:r>
      <w:r w:rsidRPr="000767E2">
        <w:rPr>
          <w:lang w:val="sv-SE"/>
        </w:rPr>
        <w:t xml:space="preserve"> {{field-on:bible}}och fara över er till Makedonien. Och </w:t>
      </w:r>
      <w:r w:rsidRPr="000767E2">
        <w:rPr>
          <w:i/>
          <w:lang w:val="sv-SE"/>
        </w:rPr>
        <w:t>sedan</w:t>
      </w:r>
      <w:r w:rsidRPr="000767E2">
        <w:rPr>
          <w:lang w:val="sv-SE"/>
        </w:rPr>
        <w:t xml:space="preserve"> åter från Makedonien komma till er, och av er bli hjälpt iväg till Judeen.{{field-off:bible}}</w:t>
      </w:r>
    </w:p>
    <w:p w14:paraId="61F410CE" w14:textId="5EF8E337" w:rsidR="00BA33AB" w:rsidRPr="000767E2" w:rsidRDefault="00000000">
      <w:pPr>
        <w:rPr>
          <w:lang w:val="sv-SE"/>
        </w:rPr>
      </w:pPr>
      <w:r w:rsidRPr="000767E2">
        <w:rPr>
          <w:lang w:val="sv-SE"/>
        </w:rPr>
        <w:t>[[@</w:t>
      </w:r>
      <w:r w:rsidR="0096445B" w:rsidRPr="000767E2">
        <w:rPr>
          <w:lang w:val="sv-SE"/>
        </w:rPr>
        <w:t>BibleBIBEL82</w:t>
      </w:r>
      <w:r w:rsidRPr="000767E2">
        <w:rPr>
          <w:lang w:val="sv-SE"/>
        </w:rPr>
        <w:t>:2Cor 1:17]]</w:t>
      </w:r>
      <w:r w:rsidRPr="000767E2">
        <w:rPr>
          <w:vertAlign w:val="superscript"/>
          <w:lang w:val="sv-SE"/>
        </w:rPr>
        <w:t>17</w:t>
      </w:r>
      <w:r w:rsidRPr="000767E2">
        <w:rPr>
          <w:lang w:val="sv-SE"/>
        </w:rPr>
        <w:t xml:space="preserve"> {{field-on:bible}}När jag så beslutade detta, inte har jag väl då uppträtt med lättsinne? Eller beslutar jag det jag beslutar efter köttet, så att det hos mig </w:t>
      </w:r>
      <w:r w:rsidRPr="000767E2">
        <w:rPr>
          <w:i/>
          <w:lang w:val="sv-SE"/>
        </w:rPr>
        <w:t>samtidigt</w:t>
      </w:r>
      <w:r w:rsidRPr="000767E2">
        <w:rPr>
          <w:lang w:val="sv-SE"/>
        </w:rPr>
        <w:t xml:space="preserve"> är ”ja, ja” och ”nej, nej”?{{field-off:bible}} [[@</w:t>
      </w:r>
      <w:r w:rsidR="0096445B" w:rsidRPr="000767E2">
        <w:rPr>
          <w:lang w:val="sv-SE"/>
        </w:rPr>
        <w:t>BibleBIBEL82</w:t>
      </w:r>
      <w:r w:rsidRPr="000767E2">
        <w:rPr>
          <w:lang w:val="sv-SE"/>
        </w:rPr>
        <w:t>:2Cor 1:18]]</w:t>
      </w:r>
      <w:r w:rsidRPr="000767E2">
        <w:rPr>
          <w:vertAlign w:val="superscript"/>
          <w:lang w:val="sv-SE"/>
        </w:rPr>
        <w:t>18</w:t>
      </w:r>
      <w:r w:rsidRPr="000767E2">
        <w:rPr>
          <w:lang w:val="sv-SE"/>
        </w:rPr>
        <w:t xml:space="preserve"> {{field-on:bible}}Men trofast </w:t>
      </w:r>
      <w:r w:rsidRPr="000767E2">
        <w:rPr>
          <w:i/>
          <w:lang w:val="sv-SE"/>
        </w:rPr>
        <w:t>är</w:t>
      </w:r>
      <w:r w:rsidRPr="000767E2">
        <w:rPr>
          <w:lang w:val="sv-SE"/>
        </w:rPr>
        <w:t xml:space="preserve"> Gud, att vårt ord till er inte är ja och nej.{{field-off:bible}} [[@</w:t>
      </w:r>
      <w:r w:rsidR="0096445B" w:rsidRPr="000767E2">
        <w:rPr>
          <w:lang w:val="sv-SE"/>
        </w:rPr>
        <w:t>BibleBIBEL82</w:t>
      </w:r>
      <w:r w:rsidRPr="000767E2">
        <w:rPr>
          <w:lang w:val="sv-SE"/>
        </w:rPr>
        <w:t>:2Cor 1:19]]</w:t>
      </w:r>
      <w:r w:rsidRPr="000767E2">
        <w:rPr>
          <w:vertAlign w:val="superscript"/>
          <w:lang w:val="sv-SE"/>
        </w:rPr>
        <w:t>19</w:t>
      </w:r>
      <w:r w:rsidRPr="000767E2">
        <w:rPr>
          <w:lang w:val="sv-SE"/>
        </w:rPr>
        <w:t xml:space="preserve"> {{field-on:bible}}För Guds Son Jesus Kristus, som bland er har förkunnats genom oss – genom mig och Silvanus och Timotheos – han kom inte </w:t>
      </w:r>
      <w:r w:rsidRPr="000767E2">
        <w:rPr>
          <w:i/>
          <w:lang w:val="sv-SE"/>
        </w:rPr>
        <w:t>som</w:t>
      </w:r>
      <w:r w:rsidRPr="000767E2">
        <w:rPr>
          <w:lang w:val="sv-SE"/>
        </w:rPr>
        <w:t xml:space="preserve"> ja och nej, utan </w:t>
      </w:r>
      <w:r w:rsidRPr="000767E2">
        <w:rPr>
          <w:i/>
          <w:lang w:val="sv-SE"/>
        </w:rPr>
        <w:t>ett</w:t>
      </w:r>
      <w:r w:rsidRPr="000767E2">
        <w:rPr>
          <w:lang w:val="sv-SE"/>
        </w:rPr>
        <w:t xml:space="preserve"> ja har kommit i honom.{{field-off:bible}} [[@</w:t>
      </w:r>
      <w:r w:rsidR="0096445B" w:rsidRPr="000767E2">
        <w:rPr>
          <w:lang w:val="sv-SE"/>
        </w:rPr>
        <w:t>BibleBIBEL82</w:t>
      </w:r>
      <w:r w:rsidRPr="000767E2">
        <w:rPr>
          <w:lang w:val="sv-SE"/>
        </w:rPr>
        <w:t>:2Cor 1:20]]</w:t>
      </w:r>
      <w:r w:rsidRPr="000767E2">
        <w:rPr>
          <w:vertAlign w:val="superscript"/>
          <w:lang w:val="sv-SE"/>
        </w:rPr>
        <w:t>20</w:t>
      </w:r>
      <w:r w:rsidRPr="000767E2">
        <w:rPr>
          <w:lang w:val="sv-SE"/>
        </w:rPr>
        <w:t xml:space="preserve"> {{field-on:bible}}För alla Guds löften </w:t>
      </w:r>
      <w:r w:rsidRPr="000767E2">
        <w:rPr>
          <w:i/>
          <w:lang w:val="sv-SE"/>
        </w:rPr>
        <w:t>är</w:t>
      </w:r>
      <w:r w:rsidRPr="000767E2">
        <w:rPr>
          <w:lang w:val="sv-SE"/>
        </w:rPr>
        <w:t xml:space="preserve"> i honom ett ja. Därför </w:t>
      </w:r>
      <w:r w:rsidRPr="000767E2">
        <w:rPr>
          <w:i/>
          <w:lang w:val="sv-SE"/>
        </w:rPr>
        <w:t>kommer</w:t>
      </w:r>
      <w:r w:rsidRPr="000767E2">
        <w:rPr>
          <w:lang w:val="sv-SE"/>
        </w:rPr>
        <w:t xml:space="preserve"> också genom honom ett Amen till Gud, till ära genom oss.{{field-off:bible}} [[@</w:t>
      </w:r>
      <w:r w:rsidR="0096445B" w:rsidRPr="000767E2">
        <w:rPr>
          <w:lang w:val="sv-SE"/>
        </w:rPr>
        <w:t>BibleBIBEL82</w:t>
      </w:r>
      <w:r w:rsidRPr="000767E2">
        <w:rPr>
          <w:lang w:val="sv-SE"/>
        </w:rPr>
        <w:t>:2Cor 1:21]]</w:t>
      </w:r>
      <w:r w:rsidRPr="000767E2">
        <w:rPr>
          <w:vertAlign w:val="superscript"/>
          <w:lang w:val="sv-SE"/>
        </w:rPr>
        <w:t>21</w:t>
      </w:r>
      <w:r w:rsidRPr="000767E2">
        <w:rPr>
          <w:lang w:val="sv-SE"/>
        </w:rPr>
        <w:t xml:space="preserve"> {{field-on:bible}}Och den som befäster oss med er i Kristus och som har smort oss </w:t>
      </w:r>
      <w:r w:rsidRPr="000767E2">
        <w:rPr>
          <w:i/>
          <w:lang w:val="sv-SE"/>
        </w:rPr>
        <w:t>är</w:t>
      </w:r>
      <w:r w:rsidRPr="000767E2">
        <w:rPr>
          <w:lang w:val="sv-SE"/>
        </w:rPr>
        <w:t xml:space="preserve"> Gud,{{field-off:bible}} [[@</w:t>
      </w:r>
      <w:r w:rsidR="0096445B" w:rsidRPr="000767E2">
        <w:rPr>
          <w:lang w:val="sv-SE"/>
        </w:rPr>
        <w:t>BibleBIBEL82</w:t>
      </w:r>
      <w:r w:rsidRPr="000767E2">
        <w:rPr>
          <w:lang w:val="sv-SE"/>
        </w:rPr>
        <w:t>:2Cor 1:22]]</w:t>
      </w:r>
      <w:r w:rsidRPr="000767E2">
        <w:rPr>
          <w:vertAlign w:val="superscript"/>
          <w:lang w:val="sv-SE"/>
        </w:rPr>
        <w:t>22</w:t>
      </w:r>
      <w:r w:rsidRPr="000767E2">
        <w:rPr>
          <w:lang w:val="sv-SE"/>
        </w:rPr>
        <w:t xml:space="preserve"> {{field-on:bible}}som också har satt sigill på oss och gett Andens förskott i våra hjärtan.{{field-off:bible}}</w:t>
      </w:r>
    </w:p>
    <w:p w14:paraId="6B359A95" w14:textId="5A8C1C43" w:rsidR="00BA33AB" w:rsidRPr="000767E2" w:rsidRDefault="00000000">
      <w:pPr>
        <w:rPr>
          <w:lang w:val="sv-SE"/>
        </w:rPr>
      </w:pPr>
      <w:r w:rsidRPr="000767E2">
        <w:rPr>
          <w:lang w:val="sv-SE"/>
        </w:rPr>
        <w:t>[[@</w:t>
      </w:r>
      <w:r w:rsidR="0096445B" w:rsidRPr="000767E2">
        <w:rPr>
          <w:lang w:val="sv-SE"/>
        </w:rPr>
        <w:t>BibleBIBEL82</w:t>
      </w:r>
      <w:r w:rsidRPr="000767E2">
        <w:rPr>
          <w:lang w:val="sv-SE"/>
        </w:rPr>
        <w:t>:2Cor 1:23]]</w:t>
      </w:r>
      <w:r w:rsidRPr="000767E2">
        <w:rPr>
          <w:vertAlign w:val="superscript"/>
          <w:lang w:val="sv-SE"/>
        </w:rPr>
        <w:t>23</w:t>
      </w:r>
      <w:r w:rsidRPr="000767E2">
        <w:rPr>
          <w:lang w:val="sv-SE"/>
        </w:rPr>
        <w:t xml:space="preserve"> {{field-on:bible}}Men jag åkallar Gud </w:t>
      </w:r>
      <w:r w:rsidRPr="000767E2">
        <w:rPr>
          <w:i/>
          <w:lang w:val="sv-SE"/>
        </w:rPr>
        <w:t>som</w:t>
      </w:r>
      <w:r w:rsidRPr="000767E2">
        <w:rPr>
          <w:lang w:val="sv-SE"/>
        </w:rPr>
        <w:t xml:space="preserve"> vittne över min själ att jag skonade er när jag inte mer kom till Korinth.{{field-off:bible}} [[@</w:t>
      </w:r>
      <w:r w:rsidR="0096445B" w:rsidRPr="000767E2">
        <w:rPr>
          <w:lang w:val="sv-SE"/>
        </w:rPr>
        <w:t>BibleBIBEL82</w:t>
      </w:r>
      <w:r w:rsidRPr="000767E2">
        <w:rPr>
          <w:lang w:val="sv-SE"/>
        </w:rPr>
        <w:t>:2Cor 1:24]]</w:t>
      </w:r>
      <w:r w:rsidRPr="000767E2">
        <w:rPr>
          <w:vertAlign w:val="superscript"/>
          <w:lang w:val="sv-SE"/>
        </w:rPr>
        <w:t>24</w:t>
      </w:r>
      <w:r w:rsidRPr="000767E2">
        <w:rPr>
          <w:lang w:val="sv-SE"/>
        </w:rPr>
        <w:t xml:space="preserve"> {{field-on:bible}}Inte att vi är herrar över er tro, utan vi är medarbetare i er glädje. För i tron står ni </w:t>
      </w:r>
      <w:r w:rsidRPr="000767E2">
        <w:rPr>
          <w:i/>
          <w:lang w:val="sv-SE"/>
        </w:rPr>
        <w:t>fasta</w:t>
      </w:r>
      <w:r w:rsidRPr="000767E2">
        <w:rPr>
          <w:lang w:val="sv-SE"/>
        </w:rPr>
        <w:t>.{{field-off:bible}}</w:t>
      </w:r>
    </w:p>
    <w:p w14:paraId="0278279D" w14:textId="48DE58D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2]]Kapitel 2</w:t>
      </w:r>
    </w:p>
    <w:p w14:paraId="569471A6" w14:textId="3E85B27B" w:rsidR="00BA33AB" w:rsidRPr="000767E2" w:rsidRDefault="00000000">
      <w:pPr>
        <w:rPr>
          <w:lang w:val="sv-SE"/>
        </w:rPr>
      </w:pPr>
      <w:r w:rsidRPr="000767E2">
        <w:rPr>
          <w:lang w:val="sv-SE"/>
        </w:rPr>
        <w:t>[[@</w:t>
      </w:r>
      <w:r w:rsidR="0096445B" w:rsidRPr="000767E2">
        <w:rPr>
          <w:lang w:val="sv-SE"/>
        </w:rPr>
        <w:t>BibleBIBEL82</w:t>
      </w:r>
      <w:r w:rsidRPr="000767E2">
        <w:rPr>
          <w:lang w:val="sv-SE"/>
        </w:rPr>
        <w:t>:2Cor 2:1]]</w:t>
      </w:r>
      <w:r w:rsidRPr="000767E2">
        <w:rPr>
          <w:vertAlign w:val="superscript"/>
          <w:lang w:val="sv-SE"/>
        </w:rPr>
        <w:t>1</w:t>
      </w:r>
      <w:r w:rsidRPr="000767E2">
        <w:rPr>
          <w:lang w:val="sv-SE"/>
        </w:rPr>
        <w:t xml:space="preserve"> {{field-on:bible}}För jag hade bestämt mig för detta, att inte igen komma med bedrövelse till er.{{field-off:bible}} [[@</w:t>
      </w:r>
      <w:r w:rsidR="0096445B" w:rsidRPr="000767E2">
        <w:rPr>
          <w:lang w:val="sv-SE"/>
        </w:rPr>
        <w:t>BibleBIBEL82</w:t>
      </w:r>
      <w:r w:rsidRPr="000767E2">
        <w:rPr>
          <w:lang w:val="sv-SE"/>
        </w:rPr>
        <w:t>:2Cor 2:2]]</w:t>
      </w:r>
      <w:r w:rsidRPr="000767E2">
        <w:rPr>
          <w:vertAlign w:val="superscript"/>
          <w:lang w:val="sv-SE"/>
        </w:rPr>
        <w:t>2</w:t>
      </w:r>
      <w:r w:rsidRPr="000767E2">
        <w:rPr>
          <w:lang w:val="sv-SE"/>
        </w:rPr>
        <w:t xml:space="preserve"> {{field-on:bible}}För om jag bedrövar er, vem får mig då att fröjdas, om </w:t>
      </w:r>
      <w:r w:rsidRPr="000767E2">
        <w:rPr>
          <w:i/>
          <w:lang w:val="sv-SE"/>
        </w:rPr>
        <w:t>det</w:t>
      </w:r>
      <w:r w:rsidRPr="000767E2">
        <w:rPr>
          <w:lang w:val="sv-SE"/>
        </w:rPr>
        <w:t xml:space="preserve"> inte </w:t>
      </w:r>
      <w:r w:rsidRPr="000767E2">
        <w:rPr>
          <w:i/>
          <w:lang w:val="sv-SE"/>
        </w:rPr>
        <w:t>är</w:t>
      </w:r>
      <w:r w:rsidRPr="000767E2">
        <w:rPr>
          <w:lang w:val="sv-SE"/>
        </w:rPr>
        <w:t xml:space="preserve"> den som har bedrövats av mig?{{field-off:bible}} [[@</w:t>
      </w:r>
      <w:r w:rsidR="0096445B" w:rsidRPr="000767E2">
        <w:rPr>
          <w:lang w:val="sv-SE"/>
        </w:rPr>
        <w:t>BibleBIBEL82</w:t>
      </w:r>
      <w:r w:rsidRPr="000767E2">
        <w:rPr>
          <w:lang w:val="sv-SE"/>
        </w:rPr>
        <w:t>:2Cor 2:3]]</w:t>
      </w:r>
      <w:r w:rsidRPr="000767E2">
        <w:rPr>
          <w:vertAlign w:val="superscript"/>
          <w:lang w:val="sv-SE"/>
        </w:rPr>
        <w:t>3</w:t>
      </w:r>
      <w:r w:rsidRPr="000767E2">
        <w:rPr>
          <w:lang w:val="sv-SE"/>
        </w:rPr>
        <w:t xml:space="preserve"> {{field-on:bible}}Och jag skrev just detta för att inte komma och få bedrövelse av dem som borde glädja mig, och förtröstade på er alla att min glädje är er allas.{{field-off:bible}} [[@</w:t>
      </w:r>
      <w:r w:rsidR="0096445B" w:rsidRPr="000767E2">
        <w:rPr>
          <w:lang w:val="sv-SE"/>
        </w:rPr>
        <w:t>BibleBIBEL82</w:t>
      </w:r>
      <w:r w:rsidRPr="000767E2">
        <w:rPr>
          <w:lang w:val="sv-SE"/>
        </w:rPr>
        <w:t>:2Cor 2:4]]</w:t>
      </w:r>
      <w:r w:rsidRPr="000767E2">
        <w:rPr>
          <w:vertAlign w:val="superscript"/>
          <w:lang w:val="sv-SE"/>
        </w:rPr>
        <w:t>4</w:t>
      </w:r>
      <w:r w:rsidRPr="000767E2">
        <w:rPr>
          <w:lang w:val="sv-SE"/>
        </w:rPr>
        <w:t xml:space="preserve"> {{field-on:bible}}För </w:t>
      </w:r>
      <w:r w:rsidRPr="000767E2">
        <w:rPr>
          <w:i/>
          <w:lang w:val="sv-SE"/>
        </w:rPr>
        <w:t>det var</w:t>
      </w:r>
      <w:r w:rsidRPr="000767E2">
        <w:rPr>
          <w:lang w:val="sv-SE"/>
        </w:rPr>
        <w:t xml:space="preserve"> utifrån stor nöd och hjärtats ångest jag skrev till er, med många tårar. Inte för att bedröva, utan för att ni skulle förstå den kärlek som jag ännu mer har till er.{{field-off:bible}}</w:t>
      </w:r>
    </w:p>
    <w:p w14:paraId="17D8CF51" w14:textId="77777777" w:rsidR="00BA33AB" w:rsidRPr="000767E2" w:rsidRDefault="00000000">
      <w:pPr>
        <w:pStyle w:val="Rubrik3"/>
        <w:rPr>
          <w:lang w:val="sv-SE"/>
        </w:rPr>
      </w:pPr>
      <w:r w:rsidRPr="000767E2">
        <w:rPr>
          <w:lang w:val="sv-SE"/>
        </w:rPr>
        <w:lastRenderedPageBreak/>
        <w:t>Förlåtelse för den som syndat</w:t>
      </w:r>
    </w:p>
    <w:p w14:paraId="73961104" w14:textId="32279EDD" w:rsidR="00BA33AB" w:rsidRPr="000767E2" w:rsidRDefault="00000000">
      <w:pPr>
        <w:rPr>
          <w:lang w:val="sv-SE"/>
        </w:rPr>
      </w:pPr>
      <w:r w:rsidRPr="000767E2">
        <w:rPr>
          <w:lang w:val="sv-SE"/>
        </w:rPr>
        <w:t>[[@</w:t>
      </w:r>
      <w:r w:rsidR="0096445B" w:rsidRPr="000767E2">
        <w:rPr>
          <w:lang w:val="sv-SE"/>
        </w:rPr>
        <w:t>BibleBIBEL82</w:t>
      </w:r>
      <w:r w:rsidRPr="000767E2">
        <w:rPr>
          <w:lang w:val="sv-SE"/>
        </w:rPr>
        <w:t>:2Cor 2:5]]</w:t>
      </w:r>
      <w:r w:rsidRPr="000767E2">
        <w:rPr>
          <w:vertAlign w:val="superscript"/>
          <w:lang w:val="sv-SE"/>
        </w:rPr>
        <w:t>5</w:t>
      </w:r>
      <w:r w:rsidRPr="000767E2">
        <w:rPr>
          <w:lang w:val="sv-SE"/>
        </w:rPr>
        <w:t xml:space="preserve"> {{field-on:bible}}Men om någon har bedrövat </w:t>
      </w:r>
      <w:r w:rsidRPr="000767E2">
        <w:rPr>
          <w:i/>
          <w:lang w:val="sv-SE"/>
        </w:rPr>
        <w:t>är det</w:t>
      </w:r>
      <w:r w:rsidRPr="000767E2">
        <w:rPr>
          <w:lang w:val="sv-SE"/>
        </w:rPr>
        <w:t xml:space="preserve"> inte mig han har bedrövat, utan till </w:t>
      </w:r>
      <w:r w:rsidRPr="000767E2">
        <w:rPr>
          <w:i/>
          <w:lang w:val="sv-SE"/>
        </w:rPr>
        <w:t>viss</w:t>
      </w:r>
      <w:r w:rsidRPr="000767E2">
        <w:rPr>
          <w:lang w:val="sv-SE"/>
        </w:rPr>
        <w:t xml:space="preserve"> del – för att inte betunga – er alla.{{field-off:bible}} [[@</w:t>
      </w:r>
      <w:r w:rsidR="0096445B" w:rsidRPr="000767E2">
        <w:rPr>
          <w:lang w:val="sv-SE"/>
        </w:rPr>
        <w:t>BibleBIBEL82</w:t>
      </w:r>
      <w:r w:rsidRPr="000767E2">
        <w:rPr>
          <w:lang w:val="sv-SE"/>
        </w:rPr>
        <w:t>:2Cor 2:6]]</w:t>
      </w:r>
      <w:r w:rsidRPr="000767E2">
        <w:rPr>
          <w:vertAlign w:val="superscript"/>
          <w:lang w:val="sv-SE"/>
        </w:rPr>
        <w:t>6</w:t>
      </w:r>
      <w:r w:rsidRPr="000767E2">
        <w:rPr>
          <w:lang w:val="sv-SE"/>
        </w:rPr>
        <w:t xml:space="preserve"> {{field-on:bible}}</w:t>
      </w:r>
      <w:r w:rsidRPr="000767E2">
        <w:rPr>
          <w:i/>
          <w:lang w:val="sv-SE"/>
        </w:rPr>
        <w:t>Det är</w:t>
      </w:r>
      <w:r w:rsidRPr="000767E2">
        <w:rPr>
          <w:lang w:val="sv-SE"/>
        </w:rPr>
        <w:t xml:space="preserve"> nog för en sådan </w:t>
      </w:r>
      <w:r w:rsidRPr="000767E2">
        <w:rPr>
          <w:i/>
          <w:lang w:val="sv-SE"/>
        </w:rPr>
        <w:t>med</w:t>
      </w:r>
      <w:r w:rsidRPr="000767E2">
        <w:rPr>
          <w:lang w:val="sv-SE"/>
        </w:rPr>
        <w:t xml:space="preserve"> denna näpst från de flesta.{{field-off:bible}} [[@</w:t>
      </w:r>
      <w:r w:rsidR="0096445B" w:rsidRPr="000767E2">
        <w:rPr>
          <w:lang w:val="sv-SE"/>
        </w:rPr>
        <w:t>BibleBIBEL82</w:t>
      </w:r>
      <w:r w:rsidRPr="000767E2">
        <w:rPr>
          <w:lang w:val="sv-SE"/>
        </w:rPr>
        <w:t>:2Cor 2:7]]</w:t>
      </w:r>
      <w:r w:rsidRPr="000767E2">
        <w:rPr>
          <w:vertAlign w:val="superscript"/>
          <w:lang w:val="sv-SE"/>
        </w:rPr>
        <w:t>7</w:t>
      </w:r>
      <w:r w:rsidRPr="000767E2">
        <w:rPr>
          <w:lang w:val="sv-SE"/>
        </w:rPr>
        <w:t xml:space="preserve"> {{field-on:bible}}Alltså ska ni </w:t>
      </w:r>
      <w:r w:rsidRPr="000767E2">
        <w:rPr>
          <w:i/>
          <w:lang w:val="sv-SE"/>
        </w:rPr>
        <w:t>nu</w:t>
      </w:r>
      <w:r w:rsidRPr="000767E2">
        <w:rPr>
          <w:lang w:val="sv-SE"/>
        </w:rPr>
        <w:t xml:space="preserve"> tvärtom snarare efterskänka och trösta, så att inte en sådan blir uppslukad av den än mer </w:t>
      </w:r>
      <w:r w:rsidRPr="000767E2">
        <w:rPr>
          <w:i/>
          <w:lang w:val="sv-SE"/>
        </w:rPr>
        <w:t>myckna</w:t>
      </w:r>
      <w:r w:rsidRPr="000767E2">
        <w:rPr>
          <w:lang w:val="sv-SE"/>
        </w:rPr>
        <w:t xml:space="preserve"> sorgen.{{field-off:bible}} [[@</w:t>
      </w:r>
      <w:r w:rsidR="0096445B" w:rsidRPr="000767E2">
        <w:rPr>
          <w:lang w:val="sv-SE"/>
        </w:rPr>
        <w:t>BibleBIBEL82</w:t>
      </w:r>
      <w:r w:rsidRPr="000767E2">
        <w:rPr>
          <w:lang w:val="sv-SE"/>
        </w:rPr>
        <w:t>:2Cor 2:8]]</w:t>
      </w:r>
      <w:r w:rsidRPr="000767E2">
        <w:rPr>
          <w:vertAlign w:val="superscript"/>
          <w:lang w:val="sv-SE"/>
        </w:rPr>
        <w:t>8</w:t>
      </w:r>
      <w:r w:rsidRPr="000767E2">
        <w:rPr>
          <w:lang w:val="sv-SE"/>
        </w:rPr>
        <w:t xml:space="preserve"> {{field-on:bible}}Därför uppmanar jag er att bekräfta kärlek till honom.{{field-off:bible}}</w:t>
      </w:r>
    </w:p>
    <w:p w14:paraId="5F17C84D" w14:textId="4F3564BD" w:rsidR="00BA33AB" w:rsidRPr="000767E2" w:rsidRDefault="00000000">
      <w:pPr>
        <w:rPr>
          <w:lang w:val="sv-SE"/>
        </w:rPr>
      </w:pPr>
      <w:r w:rsidRPr="000767E2">
        <w:rPr>
          <w:lang w:val="sv-SE"/>
        </w:rPr>
        <w:t>[[@</w:t>
      </w:r>
      <w:r w:rsidR="0096445B" w:rsidRPr="000767E2">
        <w:rPr>
          <w:lang w:val="sv-SE"/>
        </w:rPr>
        <w:t>BibleBIBEL82</w:t>
      </w:r>
      <w:r w:rsidRPr="000767E2">
        <w:rPr>
          <w:lang w:val="sv-SE"/>
        </w:rPr>
        <w:t>:2Cor 2:9]]</w:t>
      </w:r>
      <w:r w:rsidRPr="000767E2">
        <w:rPr>
          <w:vertAlign w:val="superscript"/>
          <w:lang w:val="sv-SE"/>
        </w:rPr>
        <w:t>9</w:t>
      </w:r>
      <w:r w:rsidRPr="000767E2">
        <w:rPr>
          <w:lang w:val="sv-SE"/>
        </w:rPr>
        <w:t xml:space="preserve"> {{field-on:bible}}</w:t>
      </w:r>
      <w:r w:rsidRPr="000767E2">
        <w:rPr>
          <w:i/>
          <w:lang w:val="sv-SE"/>
        </w:rPr>
        <w:t>Det var</w:t>
      </w:r>
      <w:r w:rsidRPr="000767E2">
        <w:rPr>
          <w:lang w:val="sv-SE"/>
        </w:rPr>
        <w:t xml:space="preserve"> nämligen för detta jag också skrev, för att </w:t>
      </w:r>
      <w:r w:rsidRPr="000767E2">
        <w:rPr>
          <w:i/>
          <w:lang w:val="sv-SE"/>
        </w:rPr>
        <w:t>få</w:t>
      </w:r>
      <w:r w:rsidRPr="000767E2">
        <w:rPr>
          <w:lang w:val="sv-SE"/>
        </w:rPr>
        <w:t xml:space="preserve"> veta er beprövadhet, om ni till allt är hörsamma.{{field-off:bible}} [[@</w:t>
      </w:r>
      <w:r w:rsidR="0096445B" w:rsidRPr="000767E2">
        <w:rPr>
          <w:lang w:val="sv-SE"/>
        </w:rPr>
        <w:t>BibleBIBEL82</w:t>
      </w:r>
      <w:r w:rsidRPr="000767E2">
        <w:rPr>
          <w:lang w:val="sv-SE"/>
        </w:rPr>
        <w:t>:2Cor 2:10]]</w:t>
      </w:r>
      <w:r w:rsidRPr="000767E2">
        <w:rPr>
          <w:vertAlign w:val="superscript"/>
          <w:lang w:val="sv-SE"/>
        </w:rPr>
        <w:t>10</w:t>
      </w:r>
      <w:r w:rsidRPr="000767E2">
        <w:rPr>
          <w:lang w:val="sv-SE"/>
        </w:rPr>
        <w:t xml:space="preserve"> {{field-on:bible}}Och den som ni efterskänker något </w:t>
      </w:r>
      <w:r w:rsidRPr="000767E2">
        <w:rPr>
          <w:i/>
          <w:lang w:val="sv-SE"/>
        </w:rPr>
        <w:t>förlåter</w:t>
      </w:r>
      <w:r w:rsidRPr="000767E2">
        <w:rPr>
          <w:lang w:val="sv-SE"/>
        </w:rPr>
        <w:t xml:space="preserve"> också jag. Och det jag då har efterskänkt, om jag har efterskänkt något, </w:t>
      </w:r>
      <w:r w:rsidRPr="000767E2">
        <w:rPr>
          <w:i/>
          <w:lang w:val="sv-SE"/>
        </w:rPr>
        <w:t>det är</w:t>
      </w:r>
      <w:r w:rsidRPr="000767E2">
        <w:rPr>
          <w:lang w:val="sv-SE"/>
        </w:rPr>
        <w:t xml:space="preserve"> för er skull inför Kristi ansikte,{{field-off:bible}} [[@</w:t>
      </w:r>
      <w:r w:rsidR="0096445B" w:rsidRPr="000767E2">
        <w:rPr>
          <w:lang w:val="sv-SE"/>
        </w:rPr>
        <w:t>BibleBIBEL82</w:t>
      </w:r>
      <w:r w:rsidRPr="000767E2">
        <w:rPr>
          <w:lang w:val="sv-SE"/>
        </w:rPr>
        <w:t>:2Cor 2:11]]</w:t>
      </w:r>
      <w:r w:rsidRPr="000767E2">
        <w:rPr>
          <w:vertAlign w:val="superscript"/>
          <w:lang w:val="sv-SE"/>
        </w:rPr>
        <w:t>11</w:t>
      </w:r>
      <w:r w:rsidRPr="000767E2">
        <w:rPr>
          <w:lang w:val="sv-SE"/>
        </w:rPr>
        <w:t xml:space="preserve"> {{field-on:bible}}för att vi inte ska bli utnyttjade av Satan. Hans tankar är vi ju inte ovetande om.{{field-off:bible}}</w:t>
      </w:r>
    </w:p>
    <w:p w14:paraId="2E6C29EF" w14:textId="77777777" w:rsidR="00BA33AB" w:rsidRPr="000767E2" w:rsidRDefault="00000000">
      <w:pPr>
        <w:pStyle w:val="Rubrik3"/>
        <w:rPr>
          <w:lang w:val="sv-SE"/>
        </w:rPr>
      </w:pPr>
      <w:r w:rsidRPr="000767E2">
        <w:rPr>
          <w:lang w:val="sv-SE"/>
        </w:rPr>
        <w:t>Triumf i Kristus</w:t>
      </w:r>
    </w:p>
    <w:p w14:paraId="06918840" w14:textId="24A0A290" w:rsidR="00BA33AB" w:rsidRPr="000767E2" w:rsidRDefault="00000000">
      <w:pPr>
        <w:rPr>
          <w:lang w:val="sv-SE"/>
        </w:rPr>
      </w:pPr>
      <w:r w:rsidRPr="000767E2">
        <w:rPr>
          <w:lang w:val="sv-SE"/>
        </w:rPr>
        <w:t>[[@</w:t>
      </w:r>
      <w:r w:rsidR="0096445B" w:rsidRPr="000767E2">
        <w:rPr>
          <w:lang w:val="sv-SE"/>
        </w:rPr>
        <w:t>BibleBIBEL82</w:t>
      </w:r>
      <w:r w:rsidRPr="000767E2">
        <w:rPr>
          <w:lang w:val="sv-SE"/>
        </w:rPr>
        <w:t>:2Cor 2:12]]</w:t>
      </w:r>
      <w:r w:rsidRPr="000767E2">
        <w:rPr>
          <w:vertAlign w:val="superscript"/>
          <w:lang w:val="sv-SE"/>
        </w:rPr>
        <w:t>12</w:t>
      </w:r>
      <w:r w:rsidRPr="000767E2">
        <w:rPr>
          <w:lang w:val="sv-SE"/>
        </w:rPr>
        <w:t xml:space="preserve"> {{field-on:bible}}Men när jag kom till Troas för Kristi evangelium och en dörr var öppnad för mig i Herren,{{field-off:bible}} [[@</w:t>
      </w:r>
      <w:r w:rsidR="0096445B" w:rsidRPr="000767E2">
        <w:rPr>
          <w:lang w:val="sv-SE"/>
        </w:rPr>
        <w:t>BibleBIBEL82</w:t>
      </w:r>
      <w:r w:rsidRPr="000767E2">
        <w:rPr>
          <w:lang w:val="sv-SE"/>
        </w:rPr>
        <w:t>:2Cor 2:13]]</w:t>
      </w:r>
      <w:r w:rsidRPr="000767E2">
        <w:rPr>
          <w:vertAlign w:val="superscript"/>
          <w:lang w:val="sv-SE"/>
        </w:rPr>
        <w:t>13</w:t>
      </w:r>
      <w:r w:rsidRPr="000767E2">
        <w:rPr>
          <w:lang w:val="sv-SE"/>
        </w:rPr>
        <w:t xml:space="preserve"> {{field-on:bible}}fick jag </w:t>
      </w:r>
      <w:r w:rsidRPr="000767E2">
        <w:rPr>
          <w:i/>
          <w:lang w:val="sv-SE"/>
        </w:rPr>
        <w:t>ändå</w:t>
      </w:r>
      <w:r w:rsidRPr="000767E2">
        <w:rPr>
          <w:lang w:val="sv-SE"/>
        </w:rPr>
        <w:t xml:space="preserve"> ingen lättnad för min ande, genom att jag inte fann Titus min broder. Nej, jag tog avsked av dem och for ut till Makedonien.{{field-off:bible}}</w:t>
      </w:r>
    </w:p>
    <w:p w14:paraId="1824AB3C" w14:textId="6275C2FA" w:rsidR="00BA33AB" w:rsidRPr="000767E2" w:rsidRDefault="00000000">
      <w:pPr>
        <w:rPr>
          <w:lang w:val="sv-SE"/>
        </w:rPr>
      </w:pPr>
      <w:r w:rsidRPr="000767E2">
        <w:rPr>
          <w:lang w:val="sv-SE"/>
        </w:rPr>
        <w:t>[[@</w:t>
      </w:r>
      <w:r w:rsidR="0096445B" w:rsidRPr="000767E2">
        <w:rPr>
          <w:lang w:val="sv-SE"/>
        </w:rPr>
        <w:t>BibleBIBEL82</w:t>
      </w:r>
      <w:r w:rsidRPr="000767E2">
        <w:rPr>
          <w:lang w:val="sv-SE"/>
        </w:rPr>
        <w:t>:2Cor 2:14]]</w:t>
      </w:r>
      <w:r w:rsidRPr="000767E2">
        <w:rPr>
          <w:vertAlign w:val="superscript"/>
          <w:lang w:val="sv-SE"/>
        </w:rPr>
        <w:t>14</w:t>
      </w:r>
      <w:r w:rsidRPr="000767E2">
        <w:rPr>
          <w:lang w:val="sv-SE"/>
        </w:rPr>
        <w:t xml:space="preserve"> {{field-on:bible}}Men Gud </w:t>
      </w:r>
      <w:r w:rsidRPr="000767E2">
        <w:rPr>
          <w:i/>
          <w:lang w:val="sv-SE"/>
        </w:rPr>
        <w:t>vare</w:t>
      </w:r>
      <w:r w:rsidRPr="000767E2">
        <w:rPr>
          <w:lang w:val="sv-SE"/>
        </w:rPr>
        <w:t xml:space="preserve"> tack, som alltid triumferar med oss i Kristus och låter doften av hans kunskap framträda genom oss på varje plats.{{field-off:bible}} [[@</w:t>
      </w:r>
      <w:r w:rsidR="0096445B" w:rsidRPr="000767E2">
        <w:rPr>
          <w:lang w:val="sv-SE"/>
        </w:rPr>
        <w:t>BibleBIBEL82</w:t>
      </w:r>
      <w:r w:rsidRPr="000767E2">
        <w:rPr>
          <w:lang w:val="sv-SE"/>
        </w:rPr>
        <w:t>:2Cor 2:15]]</w:t>
      </w:r>
      <w:r w:rsidRPr="000767E2">
        <w:rPr>
          <w:vertAlign w:val="superscript"/>
          <w:lang w:val="sv-SE"/>
        </w:rPr>
        <w:t>15</w:t>
      </w:r>
      <w:r w:rsidRPr="000767E2">
        <w:rPr>
          <w:lang w:val="sv-SE"/>
        </w:rPr>
        <w:t xml:space="preserve"> {{field-on:bible}}För en Kristi väldoft är vi för Gud, bland dem som blir frälsta och bland dem som går förlorade:{{field-off:bible}} [[@</w:t>
      </w:r>
      <w:r w:rsidR="0096445B" w:rsidRPr="000767E2">
        <w:rPr>
          <w:lang w:val="sv-SE"/>
        </w:rPr>
        <w:t>BibleBIBEL82</w:t>
      </w:r>
      <w:r w:rsidRPr="000767E2">
        <w:rPr>
          <w:lang w:val="sv-SE"/>
        </w:rPr>
        <w:t>:2Cor 2:16]]</w:t>
      </w:r>
      <w:r w:rsidRPr="000767E2">
        <w:rPr>
          <w:vertAlign w:val="superscript"/>
          <w:lang w:val="sv-SE"/>
        </w:rPr>
        <w:t>16</w:t>
      </w:r>
      <w:r w:rsidRPr="000767E2">
        <w:rPr>
          <w:lang w:val="sv-SE"/>
        </w:rPr>
        <w:t xml:space="preserve"> {{field-on:bible}}för några en doft av död till död, för andra en doft av liv till liv. Och för detta, vem </w:t>
      </w:r>
      <w:r w:rsidRPr="000767E2">
        <w:rPr>
          <w:i/>
          <w:lang w:val="sv-SE"/>
        </w:rPr>
        <w:t>är</w:t>
      </w:r>
      <w:r w:rsidRPr="000767E2">
        <w:rPr>
          <w:lang w:val="sv-SE"/>
        </w:rPr>
        <w:t xml:space="preserve"> nog?{{field-off:bible}} [[@</w:t>
      </w:r>
      <w:r w:rsidR="0096445B" w:rsidRPr="000767E2">
        <w:rPr>
          <w:lang w:val="sv-SE"/>
        </w:rPr>
        <w:t>BibleBIBEL82</w:t>
      </w:r>
      <w:r w:rsidRPr="000767E2">
        <w:rPr>
          <w:lang w:val="sv-SE"/>
        </w:rPr>
        <w:t>:2Cor 2:17]]</w:t>
      </w:r>
      <w:r w:rsidRPr="000767E2">
        <w:rPr>
          <w:vertAlign w:val="superscript"/>
          <w:lang w:val="sv-SE"/>
        </w:rPr>
        <w:t>17</w:t>
      </w:r>
      <w:r w:rsidRPr="000767E2">
        <w:rPr>
          <w:lang w:val="sv-SE"/>
        </w:rPr>
        <w:t xml:space="preserve"> {{field-on:bible}}För vi är inte som de många som månglar med Guds ord. Nej, som av ärlighet, nej, som från Gud talar vi inför Gud i Kristus.{{field-off:bible}}</w:t>
      </w:r>
    </w:p>
    <w:p w14:paraId="51C9E82D" w14:textId="724FB7C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3]]Kapitel 3</w:t>
      </w:r>
    </w:p>
    <w:p w14:paraId="49DCD5D9" w14:textId="77777777" w:rsidR="00BA33AB" w:rsidRPr="000767E2" w:rsidRDefault="00000000">
      <w:pPr>
        <w:pStyle w:val="Rubrik3"/>
        <w:rPr>
          <w:lang w:val="sv-SE"/>
        </w:rPr>
      </w:pPr>
      <w:r w:rsidRPr="000767E2">
        <w:rPr>
          <w:lang w:val="sv-SE"/>
        </w:rPr>
        <w:t>Det nya förbundets tjänare</w:t>
      </w:r>
    </w:p>
    <w:p w14:paraId="3804B4F5" w14:textId="5E5AD0C4" w:rsidR="00BA33AB" w:rsidRPr="000767E2" w:rsidRDefault="00000000">
      <w:pPr>
        <w:rPr>
          <w:lang w:val="sv-SE"/>
        </w:rPr>
      </w:pPr>
      <w:r w:rsidRPr="000767E2">
        <w:rPr>
          <w:lang w:val="sv-SE"/>
        </w:rPr>
        <w:t>[[@</w:t>
      </w:r>
      <w:r w:rsidR="0096445B" w:rsidRPr="000767E2">
        <w:rPr>
          <w:lang w:val="sv-SE"/>
        </w:rPr>
        <w:t>BibleBIBEL82</w:t>
      </w:r>
      <w:r w:rsidRPr="000767E2">
        <w:rPr>
          <w:lang w:val="sv-SE"/>
        </w:rPr>
        <w:t>:2Cor 3:1]]</w:t>
      </w:r>
      <w:r w:rsidRPr="000767E2">
        <w:rPr>
          <w:vertAlign w:val="superscript"/>
          <w:lang w:val="sv-SE"/>
        </w:rPr>
        <w:t>1</w:t>
      </w:r>
      <w:r w:rsidRPr="000767E2">
        <w:rPr>
          <w:lang w:val="sv-SE"/>
        </w:rPr>
        <w:t xml:space="preserve"> {{field-on:bible}}Börjar vi åter lyfta fram oss själva? Eller inte behöver vi, som vissa, rekommendationsbrev till er eller från er?{{field-off:bible}} [[@</w:t>
      </w:r>
      <w:r w:rsidR="0096445B" w:rsidRPr="000767E2">
        <w:rPr>
          <w:lang w:val="sv-SE"/>
        </w:rPr>
        <w:t>BibleBIBEL82</w:t>
      </w:r>
      <w:r w:rsidRPr="000767E2">
        <w:rPr>
          <w:lang w:val="sv-SE"/>
        </w:rPr>
        <w:t>:2Cor 3:2]]</w:t>
      </w:r>
      <w:r w:rsidRPr="000767E2">
        <w:rPr>
          <w:vertAlign w:val="superscript"/>
          <w:lang w:val="sv-SE"/>
        </w:rPr>
        <w:t>2</w:t>
      </w:r>
      <w:r w:rsidRPr="000767E2">
        <w:rPr>
          <w:lang w:val="sv-SE"/>
        </w:rPr>
        <w:t xml:space="preserve"> {{field-on:bible}}Vårt brev är ni: inskrivet i våra hjärtan, känt och läst av alla människor,{{field-off:bible}} [[@</w:t>
      </w:r>
      <w:r w:rsidR="0096445B" w:rsidRPr="000767E2">
        <w:rPr>
          <w:lang w:val="sv-SE"/>
        </w:rPr>
        <w:t>BibleBIBEL82</w:t>
      </w:r>
      <w:r w:rsidRPr="000767E2">
        <w:rPr>
          <w:lang w:val="sv-SE"/>
        </w:rPr>
        <w:t>:2Cor 3:3]]</w:t>
      </w:r>
      <w:r w:rsidRPr="000767E2">
        <w:rPr>
          <w:vertAlign w:val="superscript"/>
          <w:lang w:val="sv-SE"/>
        </w:rPr>
        <w:t>3</w:t>
      </w:r>
      <w:r w:rsidRPr="000767E2">
        <w:rPr>
          <w:lang w:val="sv-SE"/>
        </w:rPr>
        <w:t xml:space="preserve"> {{field-on:bible}}när ni visar att ni är ett Kristusbrev förmedlat av oss – inskrivet inte med bläck utan med levande Guds Ande, inte på tavlor av sten utan på tavlor </w:t>
      </w:r>
      <w:r w:rsidRPr="000767E2">
        <w:rPr>
          <w:i/>
          <w:lang w:val="sv-SE"/>
        </w:rPr>
        <w:t>som är</w:t>
      </w:r>
      <w:r w:rsidRPr="000767E2">
        <w:rPr>
          <w:lang w:val="sv-SE"/>
        </w:rPr>
        <w:t xml:space="preserve"> hjärtan av kött.{{field-off:bible}}</w:t>
      </w:r>
    </w:p>
    <w:p w14:paraId="279EEDA7" w14:textId="50C84A99" w:rsidR="00BA33AB" w:rsidRPr="000767E2" w:rsidRDefault="00000000">
      <w:pPr>
        <w:rPr>
          <w:lang w:val="sv-SE"/>
        </w:rPr>
      </w:pPr>
      <w:r w:rsidRPr="000767E2">
        <w:rPr>
          <w:lang w:val="sv-SE"/>
        </w:rPr>
        <w:t>[[@</w:t>
      </w:r>
      <w:r w:rsidR="0096445B" w:rsidRPr="000767E2">
        <w:rPr>
          <w:lang w:val="sv-SE"/>
        </w:rPr>
        <w:t>BibleBIBEL82</w:t>
      </w:r>
      <w:r w:rsidRPr="000767E2">
        <w:rPr>
          <w:lang w:val="sv-SE"/>
        </w:rPr>
        <w:t>:2Cor 3:4]]</w:t>
      </w:r>
      <w:r w:rsidRPr="000767E2">
        <w:rPr>
          <w:vertAlign w:val="superscript"/>
          <w:lang w:val="sv-SE"/>
        </w:rPr>
        <w:t>4</w:t>
      </w:r>
      <w:r w:rsidRPr="000767E2">
        <w:rPr>
          <w:lang w:val="sv-SE"/>
        </w:rPr>
        <w:t xml:space="preserve"> {{field-on:bible}}Och en sådan förtröstan har vi genom Kristus på Gud.{{field-off:bible}} [[@</w:t>
      </w:r>
      <w:r w:rsidR="0096445B" w:rsidRPr="000767E2">
        <w:rPr>
          <w:lang w:val="sv-SE"/>
        </w:rPr>
        <w:t>BibleBIBEL82</w:t>
      </w:r>
      <w:r w:rsidRPr="000767E2">
        <w:rPr>
          <w:lang w:val="sv-SE"/>
        </w:rPr>
        <w:t>:2Cor 3:5]]</w:t>
      </w:r>
      <w:r w:rsidRPr="000767E2">
        <w:rPr>
          <w:vertAlign w:val="superscript"/>
          <w:lang w:val="sv-SE"/>
        </w:rPr>
        <w:t>5</w:t>
      </w:r>
      <w:r w:rsidRPr="000767E2">
        <w:rPr>
          <w:lang w:val="sv-SE"/>
        </w:rPr>
        <w:t xml:space="preserve"> {{field-on:bible}}Inte att vi från oss själva är nog </w:t>
      </w:r>
      <w:r w:rsidRPr="000767E2">
        <w:rPr>
          <w:i/>
          <w:lang w:val="sv-SE"/>
        </w:rPr>
        <w:t>för</w:t>
      </w:r>
      <w:r w:rsidRPr="000767E2">
        <w:rPr>
          <w:lang w:val="sv-SE"/>
        </w:rPr>
        <w:t xml:space="preserve"> att tänka </w:t>
      </w:r>
      <w:r w:rsidRPr="000767E2">
        <w:rPr>
          <w:i/>
          <w:lang w:val="sv-SE"/>
        </w:rPr>
        <w:t>ut</w:t>
      </w:r>
      <w:r w:rsidRPr="000767E2">
        <w:rPr>
          <w:lang w:val="sv-SE"/>
        </w:rPr>
        <w:t xml:space="preserve"> något, som av oss själva. Nej, vår kapacitet </w:t>
      </w:r>
      <w:r w:rsidRPr="000767E2">
        <w:rPr>
          <w:i/>
          <w:lang w:val="sv-SE"/>
        </w:rPr>
        <w:t>är</w:t>
      </w:r>
      <w:r w:rsidRPr="000767E2">
        <w:rPr>
          <w:lang w:val="sv-SE"/>
        </w:rPr>
        <w:t xml:space="preserve"> från Gud,{{field-</w:t>
      </w:r>
      <w:r w:rsidRPr="000767E2">
        <w:rPr>
          <w:lang w:val="sv-SE"/>
        </w:rPr>
        <w:lastRenderedPageBreak/>
        <w:t>off:bible}} [[@</w:t>
      </w:r>
      <w:r w:rsidR="0096445B" w:rsidRPr="000767E2">
        <w:rPr>
          <w:lang w:val="sv-SE"/>
        </w:rPr>
        <w:t>BibleBIBEL82</w:t>
      </w:r>
      <w:r w:rsidRPr="000767E2">
        <w:rPr>
          <w:lang w:val="sv-SE"/>
        </w:rPr>
        <w:t>:2Cor 3:6]]</w:t>
      </w:r>
      <w:r w:rsidRPr="000767E2">
        <w:rPr>
          <w:vertAlign w:val="superscript"/>
          <w:lang w:val="sv-SE"/>
        </w:rPr>
        <w:t>6</w:t>
      </w:r>
      <w:r w:rsidRPr="000767E2">
        <w:rPr>
          <w:lang w:val="sv-SE"/>
        </w:rPr>
        <w:t xml:space="preserve"> {{field-on:bible}}som också har gjort oss kapabla </w:t>
      </w:r>
      <w:r w:rsidRPr="000767E2">
        <w:rPr>
          <w:i/>
          <w:lang w:val="sv-SE"/>
        </w:rPr>
        <w:t>som</w:t>
      </w:r>
      <w:r w:rsidRPr="000767E2">
        <w:rPr>
          <w:lang w:val="sv-SE"/>
        </w:rPr>
        <w:t xml:space="preserve"> tjänare för ett nytt förbund, inte av bokstav utan av Ande. För bokstaven dödar, men Anden levandegör.{{field-off:bible}}</w:t>
      </w:r>
    </w:p>
    <w:p w14:paraId="170FE08F" w14:textId="77777777" w:rsidR="00BA33AB" w:rsidRPr="000767E2" w:rsidRDefault="00000000">
      <w:pPr>
        <w:pStyle w:val="Rubrik3"/>
        <w:rPr>
          <w:lang w:val="sv-SE"/>
        </w:rPr>
      </w:pPr>
      <w:r w:rsidRPr="000767E2">
        <w:rPr>
          <w:lang w:val="sv-SE"/>
        </w:rPr>
        <w:t>Det nya förbundets härlighet</w:t>
      </w:r>
    </w:p>
    <w:p w14:paraId="57268CF6" w14:textId="23A6E669" w:rsidR="00BA33AB" w:rsidRPr="000767E2" w:rsidRDefault="00000000">
      <w:pPr>
        <w:rPr>
          <w:lang w:val="sv-SE"/>
        </w:rPr>
      </w:pPr>
      <w:r w:rsidRPr="000767E2">
        <w:rPr>
          <w:lang w:val="sv-SE"/>
        </w:rPr>
        <w:t>[[@</w:t>
      </w:r>
      <w:r w:rsidR="0096445B" w:rsidRPr="000767E2">
        <w:rPr>
          <w:lang w:val="sv-SE"/>
        </w:rPr>
        <w:t>BibleBIBEL82</w:t>
      </w:r>
      <w:r w:rsidRPr="000767E2">
        <w:rPr>
          <w:lang w:val="sv-SE"/>
        </w:rPr>
        <w:t>:2Cor 3:7]]</w:t>
      </w:r>
      <w:r w:rsidRPr="000767E2">
        <w:rPr>
          <w:vertAlign w:val="superscript"/>
          <w:lang w:val="sv-SE"/>
        </w:rPr>
        <w:t>7</w:t>
      </w:r>
      <w:r w:rsidRPr="000767E2">
        <w:rPr>
          <w:lang w:val="sv-SE"/>
        </w:rPr>
        <w:t xml:space="preserve"> {{field-on:bible}}Men om dödens tjänst, med bokstäver inristad på stenar, kom med sådan härlighet att Israels söner inte kunde blicka in i Moses ansikte för hans ansiktes strålglans – som </w:t>
      </w:r>
      <w:r w:rsidRPr="000767E2">
        <w:rPr>
          <w:i/>
          <w:lang w:val="sv-SE"/>
        </w:rPr>
        <w:t>skulle</w:t>
      </w:r>
      <w:r w:rsidRPr="000767E2">
        <w:rPr>
          <w:lang w:val="sv-SE"/>
        </w:rPr>
        <w:t xml:space="preserve"> upphävas –{{field-off:bible}} [[@</w:t>
      </w:r>
      <w:r w:rsidR="0096445B" w:rsidRPr="000767E2">
        <w:rPr>
          <w:lang w:val="sv-SE"/>
        </w:rPr>
        <w:t>BibleBIBEL82</w:t>
      </w:r>
      <w:r w:rsidRPr="000767E2">
        <w:rPr>
          <w:lang w:val="sv-SE"/>
        </w:rPr>
        <w:t>:2Cor 3:8]]</w:t>
      </w:r>
      <w:r w:rsidRPr="000767E2">
        <w:rPr>
          <w:vertAlign w:val="superscript"/>
          <w:lang w:val="sv-SE"/>
        </w:rPr>
        <w:t>8</w:t>
      </w:r>
      <w:r w:rsidRPr="000767E2">
        <w:rPr>
          <w:lang w:val="sv-SE"/>
        </w:rPr>
        <w:t xml:space="preserve"> {{field-on:bible}}hur mycket större ska inte Andens tjänst vara i härlighet?{{field-off:bible}} [[@</w:t>
      </w:r>
      <w:r w:rsidR="0096445B" w:rsidRPr="000767E2">
        <w:rPr>
          <w:lang w:val="sv-SE"/>
        </w:rPr>
        <w:t>BibleBIBEL82</w:t>
      </w:r>
      <w:r w:rsidRPr="000767E2">
        <w:rPr>
          <w:lang w:val="sv-SE"/>
        </w:rPr>
        <w:t>:2Cor 3:9]]</w:t>
      </w:r>
      <w:r w:rsidRPr="000767E2">
        <w:rPr>
          <w:vertAlign w:val="superscript"/>
          <w:lang w:val="sv-SE"/>
        </w:rPr>
        <w:t>9</w:t>
      </w:r>
      <w:r w:rsidRPr="000767E2">
        <w:rPr>
          <w:lang w:val="sv-SE"/>
        </w:rPr>
        <w:t xml:space="preserve"> {{field-on:bible}}För om fördömelsens tjänst </w:t>
      </w:r>
      <w:r w:rsidRPr="000767E2">
        <w:rPr>
          <w:i/>
          <w:lang w:val="sv-SE"/>
        </w:rPr>
        <w:t>hade</w:t>
      </w:r>
      <w:r w:rsidRPr="000767E2">
        <w:rPr>
          <w:lang w:val="sv-SE"/>
        </w:rPr>
        <w:t xml:space="preserve"> härlighet, överflödar </w:t>
      </w:r>
      <w:r w:rsidRPr="000767E2">
        <w:rPr>
          <w:i/>
          <w:lang w:val="sv-SE"/>
        </w:rPr>
        <w:t>så</w:t>
      </w:r>
      <w:r w:rsidRPr="000767E2">
        <w:rPr>
          <w:lang w:val="sv-SE"/>
        </w:rPr>
        <w:t xml:space="preserve"> mycket mer rättfärdighetens tjänst i härlighet.{{field-off:bible}} [[@</w:t>
      </w:r>
      <w:r w:rsidR="0096445B" w:rsidRPr="000767E2">
        <w:rPr>
          <w:lang w:val="sv-SE"/>
        </w:rPr>
        <w:t>BibleBIBEL82</w:t>
      </w:r>
      <w:r w:rsidRPr="000767E2">
        <w:rPr>
          <w:lang w:val="sv-SE"/>
        </w:rPr>
        <w:t>:2Cor 3:10]]</w:t>
      </w:r>
      <w:r w:rsidRPr="000767E2">
        <w:rPr>
          <w:vertAlign w:val="superscript"/>
          <w:lang w:val="sv-SE"/>
        </w:rPr>
        <w:t>10</w:t>
      </w:r>
      <w:r w:rsidRPr="000767E2">
        <w:rPr>
          <w:lang w:val="sv-SE"/>
        </w:rPr>
        <w:t xml:space="preserve"> {{field-on:bible}}Och det </w:t>
      </w:r>
      <w:r w:rsidRPr="000767E2">
        <w:rPr>
          <w:i/>
          <w:lang w:val="sv-SE"/>
        </w:rPr>
        <w:t>som var</w:t>
      </w:r>
      <w:r w:rsidRPr="000767E2">
        <w:rPr>
          <w:lang w:val="sv-SE"/>
        </w:rPr>
        <w:t xml:space="preserve"> förhärligat är nämligen </w:t>
      </w:r>
      <w:r w:rsidRPr="000767E2">
        <w:rPr>
          <w:i/>
          <w:lang w:val="sv-SE"/>
        </w:rPr>
        <w:t>nu</w:t>
      </w:r>
      <w:r w:rsidRPr="000767E2">
        <w:rPr>
          <w:lang w:val="sv-SE"/>
        </w:rPr>
        <w:t xml:space="preserve"> inte förhärligat i denna detalj, på grund av den översvallande härligheten.{{field-off:bible}} [[@</w:t>
      </w:r>
      <w:r w:rsidR="0096445B" w:rsidRPr="000767E2">
        <w:rPr>
          <w:lang w:val="sv-SE"/>
        </w:rPr>
        <w:t>BibleBIBEL82</w:t>
      </w:r>
      <w:r w:rsidRPr="000767E2">
        <w:rPr>
          <w:lang w:val="sv-SE"/>
        </w:rPr>
        <w:t>:2Cor 3:11]]</w:t>
      </w:r>
      <w:r w:rsidRPr="000767E2">
        <w:rPr>
          <w:vertAlign w:val="superscript"/>
          <w:lang w:val="sv-SE"/>
        </w:rPr>
        <w:t>11</w:t>
      </w:r>
      <w:r w:rsidRPr="000767E2">
        <w:rPr>
          <w:lang w:val="sv-SE"/>
        </w:rPr>
        <w:t xml:space="preserve"> {{field-on:bible}}För om det som </w:t>
      </w:r>
      <w:r w:rsidRPr="000767E2">
        <w:rPr>
          <w:i/>
          <w:lang w:val="sv-SE"/>
        </w:rPr>
        <w:t>skulle</w:t>
      </w:r>
      <w:r w:rsidRPr="000767E2">
        <w:rPr>
          <w:lang w:val="sv-SE"/>
        </w:rPr>
        <w:t xml:space="preserve"> upphävas </w:t>
      </w:r>
      <w:r w:rsidRPr="000767E2">
        <w:rPr>
          <w:i/>
          <w:lang w:val="sv-SE"/>
        </w:rPr>
        <w:t>kom</w:t>
      </w:r>
      <w:r w:rsidRPr="000767E2">
        <w:rPr>
          <w:lang w:val="sv-SE"/>
        </w:rPr>
        <w:t xml:space="preserve"> genom härlighet, </w:t>
      </w:r>
      <w:r w:rsidRPr="000767E2">
        <w:rPr>
          <w:i/>
          <w:lang w:val="sv-SE"/>
        </w:rPr>
        <w:t>kom så</w:t>
      </w:r>
      <w:r w:rsidRPr="000767E2">
        <w:rPr>
          <w:lang w:val="sv-SE"/>
        </w:rPr>
        <w:t xml:space="preserve"> mycket mer det bestående med härlighet.{{field-off:bible}}</w:t>
      </w:r>
    </w:p>
    <w:p w14:paraId="7CFAB05A" w14:textId="35B56525" w:rsidR="00BA33AB" w:rsidRPr="000767E2" w:rsidRDefault="00000000">
      <w:pPr>
        <w:rPr>
          <w:lang w:val="sv-SE"/>
        </w:rPr>
      </w:pPr>
      <w:r w:rsidRPr="000767E2">
        <w:rPr>
          <w:lang w:val="sv-SE"/>
        </w:rPr>
        <w:t>[[@</w:t>
      </w:r>
      <w:r w:rsidR="0096445B" w:rsidRPr="000767E2">
        <w:rPr>
          <w:lang w:val="sv-SE"/>
        </w:rPr>
        <w:t>BibleBIBEL82</w:t>
      </w:r>
      <w:r w:rsidRPr="000767E2">
        <w:rPr>
          <w:lang w:val="sv-SE"/>
        </w:rPr>
        <w:t>:2Cor 3:12]]</w:t>
      </w:r>
      <w:r w:rsidRPr="000767E2">
        <w:rPr>
          <w:vertAlign w:val="superscript"/>
          <w:lang w:val="sv-SE"/>
        </w:rPr>
        <w:t>12</w:t>
      </w:r>
      <w:r w:rsidRPr="000767E2">
        <w:rPr>
          <w:lang w:val="sv-SE"/>
        </w:rPr>
        <w:t xml:space="preserve"> {{field-on:bible}}När vi nu har ett sådant hopp uppträder vi med stor frimodighet,{{field-off:bible}} [[@</w:t>
      </w:r>
      <w:r w:rsidR="0096445B" w:rsidRPr="000767E2">
        <w:rPr>
          <w:lang w:val="sv-SE"/>
        </w:rPr>
        <w:t>BibleBIBEL82</w:t>
      </w:r>
      <w:r w:rsidRPr="000767E2">
        <w:rPr>
          <w:lang w:val="sv-SE"/>
        </w:rPr>
        <w:t>:2Cor 3:13]]</w:t>
      </w:r>
      <w:r w:rsidRPr="000767E2">
        <w:rPr>
          <w:vertAlign w:val="superscript"/>
          <w:lang w:val="sv-SE"/>
        </w:rPr>
        <w:t>13</w:t>
      </w:r>
      <w:r w:rsidRPr="000767E2">
        <w:rPr>
          <w:lang w:val="sv-SE"/>
        </w:rPr>
        <w:t xml:space="preserve"> {{field-on:bible}}och inte så som Mose satte en slöja för sitt ansikte, för att inte Israels barn </w:t>
      </w:r>
      <w:r w:rsidRPr="000767E2">
        <w:rPr>
          <w:i/>
          <w:lang w:val="sv-SE"/>
        </w:rPr>
        <w:t>skulle</w:t>
      </w:r>
      <w:r w:rsidRPr="000767E2">
        <w:rPr>
          <w:lang w:val="sv-SE"/>
        </w:rPr>
        <w:t xml:space="preserve"> blicka på slutet för det som </w:t>
      </w:r>
      <w:r w:rsidRPr="000767E2">
        <w:rPr>
          <w:i/>
          <w:lang w:val="sv-SE"/>
        </w:rPr>
        <w:t>skulle</w:t>
      </w:r>
      <w:r w:rsidRPr="000767E2">
        <w:rPr>
          <w:lang w:val="sv-SE"/>
        </w:rPr>
        <w:t xml:space="preserve"> upphävas.{{field-off:bible}} [[@</w:t>
      </w:r>
      <w:r w:rsidR="0096445B" w:rsidRPr="000767E2">
        <w:rPr>
          <w:lang w:val="sv-SE"/>
        </w:rPr>
        <w:t>BibleBIBEL82</w:t>
      </w:r>
      <w:r w:rsidRPr="000767E2">
        <w:rPr>
          <w:lang w:val="sv-SE"/>
        </w:rPr>
        <w:t>:2Cor 3:14]]</w:t>
      </w:r>
      <w:r w:rsidRPr="000767E2">
        <w:rPr>
          <w:vertAlign w:val="superscript"/>
          <w:lang w:val="sv-SE"/>
        </w:rPr>
        <w:t>14</w:t>
      </w:r>
      <w:r w:rsidRPr="000767E2">
        <w:rPr>
          <w:lang w:val="sv-SE"/>
        </w:rPr>
        <w:t xml:space="preserve"> {{field-on:bible}}Men deras tankar förhårdnades. För ända till dagen idag är samma slöja kvar vid läsningen av det gamla förbundet, och den avtäcks inte eftersom </w:t>
      </w:r>
      <w:r w:rsidRPr="000767E2">
        <w:rPr>
          <w:i/>
          <w:lang w:val="sv-SE"/>
        </w:rPr>
        <w:t>det är</w:t>
      </w:r>
      <w:r w:rsidRPr="000767E2">
        <w:rPr>
          <w:lang w:val="sv-SE"/>
        </w:rPr>
        <w:t xml:space="preserve"> i Kristus den upphävs.{{field-off:bible}} [[@</w:t>
      </w:r>
      <w:r w:rsidR="0096445B" w:rsidRPr="000767E2">
        <w:rPr>
          <w:lang w:val="sv-SE"/>
        </w:rPr>
        <w:t>BibleBIBEL82</w:t>
      </w:r>
      <w:r w:rsidRPr="000767E2">
        <w:rPr>
          <w:lang w:val="sv-SE"/>
        </w:rPr>
        <w:t>:2Cor 3:15]]</w:t>
      </w:r>
      <w:r w:rsidRPr="000767E2">
        <w:rPr>
          <w:vertAlign w:val="superscript"/>
          <w:lang w:val="sv-SE"/>
        </w:rPr>
        <w:t>15</w:t>
      </w:r>
      <w:r w:rsidRPr="000767E2">
        <w:rPr>
          <w:lang w:val="sv-SE"/>
        </w:rPr>
        <w:t xml:space="preserve"> {{field-on:bible}}Nej, tills idag närhelst Mose läses ligger en slöja över deras hjärta.{{field-off:bible}}</w:t>
      </w:r>
    </w:p>
    <w:p w14:paraId="384C579E" w14:textId="7C7FD277" w:rsidR="00BA33AB" w:rsidRPr="000767E2" w:rsidRDefault="00000000">
      <w:pPr>
        <w:rPr>
          <w:lang w:val="sv-SE"/>
        </w:rPr>
      </w:pPr>
      <w:r w:rsidRPr="000767E2">
        <w:rPr>
          <w:lang w:val="sv-SE"/>
        </w:rPr>
        <w:t>[[@</w:t>
      </w:r>
      <w:r w:rsidR="0096445B" w:rsidRPr="000767E2">
        <w:rPr>
          <w:lang w:val="sv-SE"/>
        </w:rPr>
        <w:t>BibleBIBEL82</w:t>
      </w:r>
      <w:r w:rsidRPr="000767E2">
        <w:rPr>
          <w:lang w:val="sv-SE"/>
        </w:rPr>
        <w:t>:2Cor 3:16]]</w:t>
      </w:r>
      <w:r w:rsidRPr="000767E2">
        <w:rPr>
          <w:vertAlign w:val="superscript"/>
          <w:lang w:val="sv-SE"/>
        </w:rPr>
        <w:t>16</w:t>
      </w:r>
      <w:r w:rsidRPr="000767E2">
        <w:rPr>
          <w:lang w:val="sv-SE"/>
        </w:rPr>
        <w:t xml:space="preserve"> {{field-on:bible}}Men närhelst man vänder om till Herren tas slöjan bort.{{field-off:bible}} [[@</w:t>
      </w:r>
      <w:r w:rsidR="0096445B" w:rsidRPr="000767E2">
        <w:rPr>
          <w:lang w:val="sv-SE"/>
        </w:rPr>
        <w:t>BibleBIBEL82</w:t>
      </w:r>
      <w:r w:rsidRPr="000767E2">
        <w:rPr>
          <w:lang w:val="sv-SE"/>
        </w:rPr>
        <w:t>:2Cor 3:17]]</w:t>
      </w:r>
      <w:r w:rsidRPr="000767E2">
        <w:rPr>
          <w:vertAlign w:val="superscript"/>
          <w:lang w:val="sv-SE"/>
        </w:rPr>
        <w:t>17</w:t>
      </w:r>
      <w:r w:rsidRPr="000767E2">
        <w:rPr>
          <w:lang w:val="sv-SE"/>
        </w:rPr>
        <w:t xml:space="preserve"> {{field-on:bible}}Och Herren är Anden, och där Herrens Ande </w:t>
      </w:r>
      <w:r w:rsidRPr="000767E2">
        <w:rPr>
          <w:i/>
          <w:lang w:val="sv-SE"/>
        </w:rPr>
        <w:t>är finns</w:t>
      </w:r>
      <w:r w:rsidRPr="000767E2">
        <w:rPr>
          <w:lang w:val="sv-SE"/>
        </w:rPr>
        <w:t xml:space="preserve"> frihet.{{field-off:bible}} [[@</w:t>
      </w:r>
      <w:r w:rsidR="0096445B" w:rsidRPr="000767E2">
        <w:rPr>
          <w:lang w:val="sv-SE"/>
        </w:rPr>
        <w:t>BibleBIBEL82</w:t>
      </w:r>
      <w:r w:rsidRPr="000767E2">
        <w:rPr>
          <w:lang w:val="sv-SE"/>
        </w:rPr>
        <w:t>:2Cor 3:18]]</w:t>
      </w:r>
      <w:r w:rsidRPr="000767E2">
        <w:rPr>
          <w:vertAlign w:val="superscript"/>
          <w:lang w:val="sv-SE"/>
        </w:rPr>
        <w:t>18</w:t>
      </w:r>
      <w:r w:rsidRPr="000767E2">
        <w:rPr>
          <w:lang w:val="sv-SE"/>
        </w:rPr>
        <w:t xml:space="preserve"> {{field-on:bible}}Och alla vi som med avtäckt ansikte bespeglar Herrens härlighet förvandlas till samma avbild, från härlighet till härlighet, liksom av Herrens Ande.{{field-off:bible}}</w:t>
      </w:r>
    </w:p>
    <w:p w14:paraId="63CA2A07" w14:textId="52359B06"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4]]Kapitel 4</w:t>
      </w:r>
    </w:p>
    <w:p w14:paraId="5DBB4261" w14:textId="62C9A204" w:rsidR="00BA33AB" w:rsidRPr="000767E2" w:rsidRDefault="00000000">
      <w:pPr>
        <w:rPr>
          <w:lang w:val="sv-SE"/>
        </w:rPr>
      </w:pPr>
      <w:r w:rsidRPr="000767E2">
        <w:rPr>
          <w:lang w:val="sv-SE"/>
        </w:rPr>
        <w:t>[[@</w:t>
      </w:r>
      <w:r w:rsidR="0096445B" w:rsidRPr="000767E2">
        <w:rPr>
          <w:lang w:val="sv-SE"/>
        </w:rPr>
        <w:t>BibleBIBEL82</w:t>
      </w:r>
      <w:r w:rsidRPr="000767E2">
        <w:rPr>
          <w:lang w:val="sv-SE"/>
        </w:rPr>
        <w:t>:2Cor 4:1]]</w:t>
      </w:r>
      <w:r w:rsidRPr="000767E2">
        <w:rPr>
          <w:vertAlign w:val="superscript"/>
          <w:lang w:val="sv-SE"/>
        </w:rPr>
        <w:t>1</w:t>
      </w:r>
      <w:r w:rsidRPr="000767E2">
        <w:rPr>
          <w:lang w:val="sv-SE"/>
        </w:rPr>
        <w:t xml:space="preserve"> {{field-on:bible}}Därför, då vi har denna tjänst så som vi fått barmhärtighet, tappar vi inte modet.{{field-off:bible}} [[@</w:t>
      </w:r>
      <w:r w:rsidR="0096445B" w:rsidRPr="000767E2">
        <w:rPr>
          <w:lang w:val="sv-SE"/>
        </w:rPr>
        <w:t>BibleBIBEL82</w:t>
      </w:r>
      <w:r w:rsidRPr="000767E2">
        <w:rPr>
          <w:lang w:val="sv-SE"/>
        </w:rPr>
        <w:t>:2Cor 4:2]]</w:t>
      </w:r>
      <w:r w:rsidRPr="000767E2">
        <w:rPr>
          <w:vertAlign w:val="superscript"/>
          <w:lang w:val="sv-SE"/>
        </w:rPr>
        <w:t>2</w:t>
      </w:r>
      <w:r w:rsidRPr="000767E2">
        <w:rPr>
          <w:lang w:val="sv-SE"/>
        </w:rPr>
        <w:t xml:space="preserve"> {{field-on:bible}}Nej, vi har avsagt oss skammens dolda </w:t>
      </w:r>
      <w:r w:rsidRPr="000767E2">
        <w:rPr>
          <w:i/>
          <w:lang w:val="sv-SE"/>
        </w:rPr>
        <w:t>ting</w:t>
      </w:r>
      <w:r w:rsidRPr="000767E2">
        <w:rPr>
          <w:lang w:val="sv-SE"/>
        </w:rPr>
        <w:t xml:space="preserve"> och vandrar inte i slughet eller förfalskar Guds ord, utan genom framvisningen av sanningen lyfter vi fram oss själva för varje samvete hos människor inför Gud.{{field-off:bible}}</w:t>
      </w:r>
    </w:p>
    <w:p w14:paraId="73EE7C65" w14:textId="2D8380F2" w:rsidR="00BA33AB" w:rsidRPr="000767E2" w:rsidRDefault="00000000">
      <w:pPr>
        <w:rPr>
          <w:lang w:val="sv-SE"/>
        </w:rPr>
      </w:pPr>
      <w:r w:rsidRPr="000767E2">
        <w:rPr>
          <w:lang w:val="sv-SE"/>
        </w:rPr>
        <w:t>[[@</w:t>
      </w:r>
      <w:r w:rsidR="0096445B" w:rsidRPr="000767E2">
        <w:rPr>
          <w:lang w:val="sv-SE"/>
        </w:rPr>
        <w:t>BibleBIBEL82</w:t>
      </w:r>
      <w:r w:rsidRPr="000767E2">
        <w:rPr>
          <w:lang w:val="sv-SE"/>
        </w:rPr>
        <w:t>:2Cor 4:3]]</w:t>
      </w:r>
      <w:r w:rsidRPr="000767E2">
        <w:rPr>
          <w:vertAlign w:val="superscript"/>
          <w:lang w:val="sv-SE"/>
        </w:rPr>
        <w:t>3</w:t>
      </w:r>
      <w:r w:rsidRPr="000767E2">
        <w:rPr>
          <w:lang w:val="sv-SE"/>
        </w:rPr>
        <w:t xml:space="preserve"> {{field-on:bible}}Och även om vårt evangelium är övertäckt, är det övertäckt hos dem som går förlorade.{{field-off:bible}} [[@</w:t>
      </w:r>
      <w:r w:rsidR="0096445B" w:rsidRPr="000767E2">
        <w:rPr>
          <w:lang w:val="sv-SE"/>
        </w:rPr>
        <w:t>BibleBIBEL82</w:t>
      </w:r>
      <w:r w:rsidRPr="000767E2">
        <w:rPr>
          <w:lang w:val="sv-SE"/>
        </w:rPr>
        <w:t>:2Cor 4:4]]</w:t>
      </w:r>
      <w:r w:rsidRPr="000767E2">
        <w:rPr>
          <w:vertAlign w:val="superscript"/>
          <w:lang w:val="sv-SE"/>
        </w:rPr>
        <w:t>4</w:t>
      </w:r>
      <w:r w:rsidRPr="000767E2">
        <w:rPr>
          <w:lang w:val="sv-SE"/>
        </w:rPr>
        <w:t xml:space="preserve"> {{field-on:bible}}Hos dem har denna eons gud förblindat de otroendes tankar till att inte klart se upplysningen från evangeliet om härligheten hos Kristus, som är Guds avbild.{{field-off:bible}} [[@</w:t>
      </w:r>
      <w:r w:rsidR="0096445B" w:rsidRPr="000767E2">
        <w:rPr>
          <w:lang w:val="sv-SE"/>
        </w:rPr>
        <w:t>BibleBIBEL82</w:t>
      </w:r>
      <w:r w:rsidRPr="000767E2">
        <w:rPr>
          <w:lang w:val="sv-SE"/>
        </w:rPr>
        <w:t>:2Cor 4:5]]</w:t>
      </w:r>
      <w:r w:rsidRPr="000767E2">
        <w:rPr>
          <w:vertAlign w:val="superscript"/>
          <w:lang w:val="sv-SE"/>
        </w:rPr>
        <w:t>5</w:t>
      </w:r>
      <w:r w:rsidRPr="000767E2">
        <w:rPr>
          <w:lang w:val="sv-SE"/>
        </w:rPr>
        <w:t xml:space="preserve"> {{field-on:bible}}För </w:t>
      </w:r>
      <w:r w:rsidRPr="000767E2">
        <w:rPr>
          <w:i/>
          <w:lang w:val="sv-SE"/>
        </w:rPr>
        <w:t>det är</w:t>
      </w:r>
      <w:r w:rsidRPr="000767E2">
        <w:rPr>
          <w:lang w:val="sv-SE"/>
        </w:rPr>
        <w:t xml:space="preserve"> inte oss själva vi förkunnar, utan Jesus Kristus </w:t>
      </w:r>
      <w:r w:rsidRPr="000767E2">
        <w:rPr>
          <w:i/>
          <w:lang w:val="sv-SE"/>
        </w:rPr>
        <w:t>som</w:t>
      </w:r>
      <w:r w:rsidRPr="000767E2">
        <w:rPr>
          <w:lang w:val="sv-SE"/>
        </w:rPr>
        <w:t xml:space="preserve"> Herre och oss själva </w:t>
      </w:r>
      <w:r w:rsidRPr="000767E2">
        <w:rPr>
          <w:i/>
          <w:lang w:val="sv-SE"/>
        </w:rPr>
        <w:t>som</w:t>
      </w:r>
      <w:r w:rsidRPr="000767E2">
        <w:rPr>
          <w:lang w:val="sv-SE"/>
        </w:rPr>
        <w:t xml:space="preserve"> era fasttjänare för Jesu skull.{{field-off:bible}} [[@</w:t>
      </w:r>
      <w:r w:rsidR="0096445B" w:rsidRPr="000767E2">
        <w:rPr>
          <w:lang w:val="sv-SE"/>
        </w:rPr>
        <w:t>BibleBIBEL82</w:t>
      </w:r>
      <w:r w:rsidRPr="000767E2">
        <w:rPr>
          <w:lang w:val="sv-SE"/>
        </w:rPr>
        <w:t>:2Cor 4:6]]</w:t>
      </w:r>
      <w:r w:rsidRPr="000767E2">
        <w:rPr>
          <w:vertAlign w:val="superscript"/>
          <w:lang w:val="sv-SE"/>
        </w:rPr>
        <w:t>6</w:t>
      </w:r>
      <w:r w:rsidRPr="000767E2">
        <w:rPr>
          <w:lang w:val="sv-SE"/>
        </w:rPr>
        <w:t xml:space="preserve"> {{field-on:bible}}För Gud som sade: ”Ur mörker ska ljus skina”, </w:t>
      </w:r>
      <w:r w:rsidRPr="000767E2">
        <w:rPr>
          <w:lang w:val="sv-SE"/>
        </w:rPr>
        <w:lastRenderedPageBreak/>
        <w:t>han har skinit i våra hjärtan till upplysning av kunskapen om Guds härlighet i [Jesu] Kristi ansikte.{{field-off:bible}}</w:t>
      </w:r>
    </w:p>
    <w:p w14:paraId="1F2723E2" w14:textId="77777777" w:rsidR="00BA33AB" w:rsidRPr="000767E2" w:rsidRDefault="00000000">
      <w:pPr>
        <w:pStyle w:val="Rubrik3"/>
        <w:rPr>
          <w:lang w:val="sv-SE"/>
        </w:rPr>
      </w:pPr>
      <w:r w:rsidRPr="000767E2">
        <w:rPr>
          <w:lang w:val="sv-SE"/>
        </w:rPr>
        <w:t>En skatt i lerkärl</w:t>
      </w:r>
    </w:p>
    <w:p w14:paraId="3B984BE0" w14:textId="78293C50" w:rsidR="00BA33AB" w:rsidRPr="000767E2" w:rsidRDefault="00000000">
      <w:pPr>
        <w:rPr>
          <w:lang w:val="sv-SE"/>
        </w:rPr>
      </w:pPr>
      <w:r w:rsidRPr="000767E2">
        <w:rPr>
          <w:lang w:val="sv-SE"/>
        </w:rPr>
        <w:t>[[@</w:t>
      </w:r>
      <w:r w:rsidR="0096445B" w:rsidRPr="000767E2">
        <w:rPr>
          <w:lang w:val="sv-SE"/>
        </w:rPr>
        <w:t>BibleBIBEL82</w:t>
      </w:r>
      <w:r w:rsidRPr="000767E2">
        <w:rPr>
          <w:lang w:val="sv-SE"/>
        </w:rPr>
        <w:t>:2Cor 4:7]]</w:t>
      </w:r>
      <w:r w:rsidRPr="000767E2">
        <w:rPr>
          <w:vertAlign w:val="superscript"/>
          <w:lang w:val="sv-SE"/>
        </w:rPr>
        <w:t>7</w:t>
      </w:r>
      <w:r w:rsidRPr="000767E2">
        <w:rPr>
          <w:lang w:val="sv-SE"/>
        </w:rPr>
        <w:t xml:space="preserve"> {{field-on:bible}}Men vi har denna skatt i lerkärl, för att det utomordentliga i kraften ska vara Guds och inte från oss:{{field-off:bible}} [[@</w:t>
      </w:r>
      <w:r w:rsidR="0096445B" w:rsidRPr="000767E2">
        <w:rPr>
          <w:lang w:val="sv-SE"/>
        </w:rPr>
        <w:t>BibleBIBEL82</w:t>
      </w:r>
      <w:r w:rsidRPr="000767E2">
        <w:rPr>
          <w:lang w:val="sv-SE"/>
        </w:rPr>
        <w:t>:2Cor 4:8]]</w:t>
      </w:r>
      <w:r w:rsidRPr="000767E2">
        <w:rPr>
          <w:vertAlign w:val="superscript"/>
          <w:lang w:val="sv-SE"/>
        </w:rPr>
        <w:t>8</w:t>
      </w:r>
      <w:r w:rsidRPr="000767E2">
        <w:rPr>
          <w:lang w:val="sv-SE"/>
        </w:rPr>
        <w:t xml:space="preserve"> {{field-on:bible}}i allt pressade men inte trängda, rådvilla men inte misströstande,{{field-off:bible}} [[@</w:t>
      </w:r>
      <w:r w:rsidR="0096445B" w:rsidRPr="000767E2">
        <w:rPr>
          <w:lang w:val="sv-SE"/>
        </w:rPr>
        <w:t>BibleBIBEL82</w:t>
      </w:r>
      <w:r w:rsidRPr="000767E2">
        <w:rPr>
          <w:lang w:val="sv-SE"/>
        </w:rPr>
        <w:t>:2Cor 4:9]]</w:t>
      </w:r>
      <w:r w:rsidRPr="000767E2">
        <w:rPr>
          <w:vertAlign w:val="superscript"/>
          <w:lang w:val="sv-SE"/>
        </w:rPr>
        <w:t>9</w:t>
      </w:r>
      <w:r w:rsidRPr="000767E2">
        <w:rPr>
          <w:lang w:val="sv-SE"/>
        </w:rPr>
        <w:t xml:space="preserve"> {{field-on:bible}}förföljda men inte övergivna, nerslagna men inte förgjorda,{{field-off:bible}} [[@</w:t>
      </w:r>
      <w:r w:rsidR="0096445B" w:rsidRPr="000767E2">
        <w:rPr>
          <w:lang w:val="sv-SE"/>
        </w:rPr>
        <w:t>BibleBIBEL82</w:t>
      </w:r>
      <w:r w:rsidRPr="000767E2">
        <w:rPr>
          <w:lang w:val="sv-SE"/>
        </w:rPr>
        <w:t>:2Cor 4:10]]</w:t>
      </w:r>
      <w:r w:rsidRPr="000767E2">
        <w:rPr>
          <w:vertAlign w:val="superscript"/>
          <w:lang w:val="sv-SE"/>
        </w:rPr>
        <w:t>10</w:t>
      </w:r>
      <w:r w:rsidRPr="000767E2">
        <w:rPr>
          <w:lang w:val="sv-SE"/>
        </w:rPr>
        <w:t xml:space="preserve"> {{field-on:bible}}alltid bärande omkring Jesu dödhet i kroppen för att också Jesu liv ska framträda i vår kropp.{{field-off:bible}} [[@</w:t>
      </w:r>
      <w:r w:rsidR="0096445B" w:rsidRPr="000767E2">
        <w:rPr>
          <w:lang w:val="sv-SE"/>
        </w:rPr>
        <w:t>BibleBIBEL82</w:t>
      </w:r>
      <w:r w:rsidRPr="000767E2">
        <w:rPr>
          <w:lang w:val="sv-SE"/>
        </w:rPr>
        <w:t>:2Cor 4:11]]</w:t>
      </w:r>
      <w:r w:rsidRPr="000767E2">
        <w:rPr>
          <w:vertAlign w:val="superscript"/>
          <w:lang w:val="sv-SE"/>
        </w:rPr>
        <w:t>11</w:t>
      </w:r>
      <w:r w:rsidRPr="000767E2">
        <w:rPr>
          <w:lang w:val="sv-SE"/>
        </w:rPr>
        <w:t xml:space="preserve"> {{field-on:bible}}För ständigt blir vi som lever utlämnade åt döden för Jesu skull, för att också Jesu liv ska framträda i vårt dödliga kött.{{field-off:bible}} [[@</w:t>
      </w:r>
      <w:r w:rsidR="0096445B" w:rsidRPr="000767E2">
        <w:rPr>
          <w:lang w:val="sv-SE"/>
        </w:rPr>
        <w:t>BibleBIBEL82</w:t>
      </w:r>
      <w:r w:rsidRPr="000767E2">
        <w:rPr>
          <w:lang w:val="sv-SE"/>
        </w:rPr>
        <w:t>:2Cor 4:12]]</w:t>
      </w:r>
      <w:r w:rsidRPr="000767E2">
        <w:rPr>
          <w:vertAlign w:val="superscript"/>
          <w:lang w:val="sv-SE"/>
        </w:rPr>
        <w:t>12</w:t>
      </w:r>
      <w:r w:rsidRPr="000767E2">
        <w:rPr>
          <w:lang w:val="sv-SE"/>
        </w:rPr>
        <w:t xml:space="preserve"> {{field-on:bible}}Alltså verkar döden i oss och livet i er.{{field-off:bible}}</w:t>
      </w:r>
    </w:p>
    <w:p w14:paraId="5CA3A1BF" w14:textId="635984A8" w:rsidR="00BA33AB" w:rsidRPr="000767E2" w:rsidRDefault="00000000">
      <w:pPr>
        <w:rPr>
          <w:lang w:val="sv-SE"/>
        </w:rPr>
      </w:pPr>
      <w:r w:rsidRPr="000767E2">
        <w:rPr>
          <w:lang w:val="sv-SE"/>
        </w:rPr>
        <w:t>[[@</w:t>
      </w:r>
      <w:r w:rsidR="0096445B" w:rsidRPr="000767E2">
        <w:rPr>
          <w:lang w:val="sv-SE"/>
        </w:rPr>
        <w:t>BibleBIBEL82</w:t>
      </w:r>
      <w:r w:rsidRPr="000767E2">
        <w:rPr>
          <w:lang w:val="sv-SE"/>
        </w:rPr>
        <w:t>:2Cor 4:13]]</w:t>
      </w:r>
      <w:r w:rsidRPr="000767E2">
        <w:rPr>
          <w:vertAlign w:val="superscript"/>
          <w:lang w:val="sv-SE"/>
        </w:rPr>
        <w:t>13</w:t>
      </w:r>
      <w:r w:rsidRPr="000767E2">
        <w:rPr>
          <w:lang w:val="sv-SE"/>
        </w:rPr>
        <w:t xml:space="preserve"> {{field-on:bible}}Men då vi har samma trons ande enligt det </w:t>
      </w:r>
      <w:r w:rsidRPr="000767E2">
        <w:rPr>
          <w:i/>
          <w:lang w:val="sv-SE"/>
        </w:rPr>
        <w:t>som är</w:t>
      </w:r>
      <w:r w:rsidRPr="000767E2">
        <w:rPr>
          <w:lang w:val="sv-SE"/>
        </w:rPr>
        <w:t xml:space="preserve"> skrivet: Jag trodde, därför talade jag, </w:t>
      </w:r>
      <w:r w:rsidRPr="000767E2">
        <w:rPr>
          <w:i/>
          <w:lang w:val="sv-SE"/>
        </w:rPr>
        <w:t>så</w:t>
      </w:r>
      <w:r w:rsidRPr="000767E2">
        <w:rPr>
          <w:lang w:val="sv-SE"/>
        </w:rPr>
        <w:t xml:space="preserve"> tror också vi, därför talar vi också,{{field-off:bible}} [[@</w:t>
      </w:r>
      <w:r w:rsidR="0096445B" w:rsidRPr="000767E2">
        <w:rPr>
          <w:lang w:val="sv-SE"/>
        </w:rPr>
        <w:t>BibleBIBEL82</w:t>
      </w:r>
      <w:r w:rsidRPr="000767E2">
        <w:rPr>
          <w:lang w:val="sv-SE"/>
        </w:rPr>
        <w:t>:2Cor 4:14]]</w:t>
      </w:r>
      <w:r w:rsidRPr="000767E2">
        <w:rPr>
          <w:vertAlign w:val="superscript"/>
          <w:lang w:val="sv-SE"/>
        </w:rPr>
        <w:t>14</w:t>
      </w:r>
      <w:r w:rsidRPr="000767E2">
        <w:rPr>
          <w:lang w:val="sv-SE"/>
        </w:rPr>
        <w:t xml:space="preserve"> {{field-on:bible}}då vi vet att han som har uppväckt Herren Jesus också ska uppväcka oss med Jesus och ställa fram med er.{{field-off:bible}} [[@</w:t>
      </w:r>
      <w:r w:rsidR="0096445B" w:rsidRPr="000767E2">
        <w:rPr>
          <w:lang w:val="sv-SE"/>
        </w:rPr>
        <w:t>BibleBIBEL82</w:t>
      </w:r>
      <w:r w:rsidRPr="000767E2">
        <w:rPr>
          <w:lang w:val="sv-SE"/>
        </w:rPr>
        <w:t>:2Cor 4:15]]</w:t>
      </w:r>
      <w:r w:rsidRPr="000767E2">
        <w:rPr>
          <w:vertAlign w:val="superscript"/>
          <w:lang w:val="sv-SE"/>
        </w:rPr>
        <w:t>15</w:t>
      </w:r>
      <w:r w:rsidRPr="000767E2">
        <w:rPr>
          <w:lang w:val="sv-SE"/>
        </w:rPr>
        <w:t xml:space="preserve"> {{field-on:bible}}Allt </w:t>
      </w:r>
      <w:r w:rsidRPr="000767E2">
        <w:rPr>
          <w:i/>
          <w:lang w:val="sv-SE"/>
        </w:rPr>
        <w:t>är</w:t>
      </w:r>
      <w:r w:rsidRPr="000767E2">
        <w:rPr>
          <w:lang w:val="sv-SE"/>
        </w:rPr>
        <w:t xml:space="preserve"> ju för er skull, för att nåden ska förmeras genom </w:t>
      </w:r>
      <w:r w:rsidRPr="000767E2">
        <w:rPr>
          <w:i/>
          <w:lang w:val="sv-SE"/>
        </w:rPr>
        <w:t>desto</w:t>
      </w:r>
      <w:r w:rsidRPr="000767E2">
        <w:rPr>
          <w:lang w:val="sv-SE"/>
        </w:rPr>
        <w:t xml:space="preserve"> fler och få tacksägelsen att överflöda till Guds ära.{{field-off:bible}}</w:t>
      </w:r>
    </w:p>
    <w:p w14:paraId="0C810045" w14:textId="43B42434" w:rsidR="00BA33AB" w:rsidRPr="000767E2" w:rsidRDefault="00000000">
      <w:pPr>
        <w:rPr>
          <w:lang w:val="sv-SE"/>
        </w:rPr>
      </w:pPr>
      <w:r w:rsidRPr="000767E2">
        <w:rPr>
          <w:lang w:val="sv-SE"/>
        </w:rPr>
        <w:t>[[@</w:t>
      </w:r>
      <w:r w:rsidR="0096445B" w:rsidRPr="000767E2">
        <w:rPr>
          <w:lang w:val="sv-SE"/>
        </w:rPr>
        <w:t>BibleBIBEL82</w:t>
      </w:r>
      <w:r w:rsidRPr="000767E2">
        <w:rPr>
          <w:lang w:val="sv-SE"/>
        </w:rPr>
        <w:t>:2Cor 4:16]]</w:t>
      </w:r>
      <w:r w:rsidRPr="000767E2">
        <w:rPr>
          <w:vertAlign w:val="superscript"/>
          <w:lang w:val="sv-SE"/>
        </w:rPr>
        <w:t>16</w:t>
      </w:r>
      <w:r w:rsidRPr="000767E2">
        <w:rPr>
          <w:lang w:val="sv-SE"/>
        </w:rPr>
        <w:t xml:space="preserve"> {{field-on:bible}}Därför tappar vi inte modet. Nej, även om vår yttre människa fördärvas, förnyas dock vår inre dag </w:t>
      </w:r>
      <w:r w:rsidRPr="000767E2">
        <w:rPr>
          <w:i/>
          <w:lang w:val="sv-SE"/>
        </w:rPr>
        <w:t>för</w:t>
      </w:r>
      <w:r w:rsidRPr="000767E2">
        <w:rPr>
          <w:lang w:val="sv-SE"/>
        </w:rPr>
        <w:t xml:space="preserve"> dag.{{field-off:bible}} [[@</w:t>
      </w:r>
      <w:r w:rsidR="0096445B" w:rsidRPr="000767E2">
        <w:rPr>
          <w:lang w:val="sv-SE"/>
        </w:rPr>
        <w:t>BibleBIBEL82</w:t>
      </w:r>
      <w:r w:rsidRPr="000767E2">
        <w:rPr>
          <w:lang w:val="sv-SE"/>
        </w:rPr>
        <w:t>:2Cor 4:17]]</w:t>
      </w:r>
      <w:r w:rsidRPr="000767E2">
        <w:rPr>
          <w:vertAlign w:val="superscript"/>
          <w:lang w:val="sv-SE"/>
        </w:rPr>
        <w:t>17</w:t>
      </w:r>
      <w:r w:rsidRPr="000767E2">
        <w:rPr>
          <w:lang w:val="sv-SE"/>
        </w:rPr>
        <w:t xml:space="preserve"> {{field-on:bible}}För vår nöds momentana lätthet frambringar åt oss en utomordentligt utomordentlig eonisk tyngd av härlighet,{{field-off:bible}} [[@</w:t>
      </w:r>
      <w:r w:rsidR="0096445B" w:rsidRPr="000767E2">
        <w:rPr>
          <w:lang w:val="sv-SE"/>
        </w:rPr>
        <w:t>BibleBIBEL82</w:t>
      </w:r>
      <w:r w:rsidRPr="000767E2">
        <w:rPr>
          <w:lang w:val="sv-SE"/>
        </w:rPr>
        <w:t>:2Cor 4:18]]</w:t>
      </w:r>
      <w:r w:rsidRPr="000767E2">
        <w:rPr>
          <w:vertAlign w:val="superscript"/>
          <w:lang w:val="sv-SE"/>
        </w:rPr>
        <w:t>18</w:t>
      </w:r>
      <w:r w:rsidRPr="000767E2">
        <w:rPr>
          <w:lang w:val="sv-SE"/>
        </w:rPr>
        <w:t xml:space="preserve"> {{field-on:bible}}när vi inte observerar det sedda utan det icke sedda. För det sedda </w:t>
      </w:r>
      <w:r w:rsidRPr="000767E2">
        <w:rPr>
          <w:i/>
          <w:lang w:val="sv-SE"/>
        </w:rPr>
        <w:t>är</w:t>
      </w:r>
      <w:r w:rsidRPr="000767E2">
        <w:rPr>
          <w:lang w:val="sv-SE"/>
        </w:rPr>
        <w:t xml:space="preserve"> tillfälligt, men det icke sedda </w:t>
      </w:r>
      <w:r w:rsidRPr="000767E2">
        <w:rPr>
          <w:i/>
          <w:lang w:val="sv-SE"/>
        </w:rPr>
        <w:t>är</w:t>
      </w:r>
      <w:r w:rsidRPr="000767E2">
        <w:rPr>
          <w:lang w:val="sv-SE"/>
        </w:rPr>
        <w:t xml:space="preserve"> eoniskt.{{field-off:bible}}</w:t>
      </w:r>
    </w:p>
    <w:p w14:paraId="4BF40F69" w14:textId="0407BAF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5]]Kapitel 5</w:t>
      </w:r>
    </w:p>
    <w:p w14:paraId="6D001FC2" w14:textId="77777777" w:rsidR="00BA33AB" w:rsidRPr="000767E2" w:rsidRDefault="00000000">
      <w:pPr>
        <w:pStyle w:val="Rubrik3"/>
        <w:rPr>
          <w:lang w:val="sv-SE"/>
        </w:rPr>
      </w:pPr>
      <w:r w:rsidRPr="000767E2">
        <w:rPr>
          <w:lang w:val="sv-SE"/>
        </w:rPr>
        <w:t>Hemma hos Herren</w:t>
      </w:r>
    </w:p>
    <w:p w14:paraId="38CF55E8" w14:textId="38445C69" w:rsidR="00BA33AB" w:rsidRPr="000767E2" w:rsidRDefault="00000000">
      <w:pPr>
        <w:rPr>
          <w:lang w:val="sv-SE"/>
        </w:rPr>
      </w:pPr>
      <w:r w:rsidRPr="000767E2">
        <w:rPr>
          <w:lang w:val="sv-SE"/>
        </w:rPr>
        <w:t>[[@</w:t>
      </w:r>
      <w:r w:rsidR="0096445B" w:rsidRPr="000767E2">
        <w:rPr>
          <w:lang w:val="sv-SE"/>
        </w:rPr>
        <w:t>BibleBIBEL82</w:t>
      </w:r>
      <w:r w:rsidRPr="000767E2">
        <w:rPr>
          <w:lang w:val="sv-SE"/>
        </w:rPr>
        <w:t>:2Cor 5:1]]</w:t>
      </w:r>
      <w:r w:rsidRPr="000767E2">
        <w:rPr>
          <w:vertAlign w:val="superscript"/>
          <w:lang w:val="sv-SE"/>
        </w:rPr>
        <w:t>1</w:t>
      </w:r>
      <w:r w:rsidRPr="000767E2">
        <w:rPr>
          <w:lang w:val="sv-SE"/>
        </w:rPr>
        <w:t xml:space="preserve"> {{field-on:bible}}För vi vet att om vårt jordiska tälthus rivs ner har vi en byggnad från Gud, ett eoniskt icke handgjort hus i himlarna.{{field-off:bible}} [[@</w:t>
      </w:r>
      <w:r w:rsidR="0096445B" w:rsidRPr="000767E2">
        <w:rPr>
          <w:lang w:val="sv-SE"/>
        </w:rPr>
        <w:t>BibleBIBEL82</w:t>
      </w:r>
      <w:r w:rsidRPr="000767E2">
        <w:rPr>
          <w:lang w:val="sv-SE"/>
        </w:rPr>
        <w:t>:2Cor 5:2]]</w:t>
      </w:r>
      <w:r w:rsidRPr="000767E2">
        <w:rPr>
          <w:vertAlign w:val="superscript"/>
          <w:lang w:val="sv-SE"/>
        </w:rPr>
        <w:t>2</w:t>
      </w:r>
      <w:r w:rsidRPr="000767E2">
        <w:rPr>
          <w:lang w:val="sv-SE"/>
        </w:rPr>
        <w:t xml:space="preserve"> {{field-on:bible}}För även i detta suckar vi, och vår boning från himlen längtar vi att </w:t>
      </w:r>
      <w:r w:rsidRPr="000767E2">
        <w:rPr>
          <w:i/>
          <w:lang w:val="sv-SE"/>
        </w:rPr>
        <w:t>få</w:t>
      </w:r>
      <w:r w:rsidRPr="000767E2">
        <w:rPr>
          <w:lang w:val="sv-SE"/>
        </w:rPr>
        <w:t xml:space="preserve"> överklä oss.{{field-off:bible}} [[@</w:t>
      </w:r>
      <w:r w:rsidR="0096445B" w:rsidRPr="000767E2">
        <w:rPr>
          <w:lang w:val="sv-SE"/>
        </w:rPr>
        <w:t>BibleBIBEL82</w:t>
      </w:r>
      <w:r w:rsidRPr="000767E2">
        <w:rPr>
          <w:lang w:val="sv-SE"/>
        </w:rPr>
        <w:t>:2Cor 5:3]]</w:t>
      </w:r>
      <w:r w:rsidRPr="000767E2">
        <w:rPr>
          <w:vertAlign w:val="superscript"/>
          <w:lang w:val="sv-SE"/>
        </w:rPr>
        <w:t>3</w:t>
      </w:r>
      <w:r w:rsidRPr="000767E2">
        <w:rPr>
          <w:lang w:val="sv-SE"/>
        </w:rPr>
        <w:t xml:space="preserve"> {{field-on:bible}}Om nu också iklädda, ska vi inte befinnas nakna.{{field-off:bible}} [[@</w:t>
      </w:r>
      <w:r w:rsidR="0096445B" w:rsidRPr="000767E2">
        <w:rPr>
          <w:lang w:val="sv-SE"/>
        </w:rPr>
        <w:t>BibleBIBEL82</w:t>
      </w:r>
      <w:r w:rsidRPr="000767E2">
        <w:rPr>
          <w:lang w:val="sv-SE"/>
        </w:rPr>
        <w:t>:2Cor 5:4]]</w:t>
      </w:r>
      <w:r w:rsidRPr="000767E2">
        <w:rPr>
          <w:vertAlign w:val="superscript"/>
          <w:lang w:val="sv-SE"/>
        </w:rPr>
        <w:t>4</w:t>
      </w:r>
      <w:r w:rsidRPr="000767E2">
        <w:rPr>
          <w:lang w:val="sv-SE"/>
        </w:rPr>
        <w:t xml:space="preserve"> {{field-on:bible}}För även vi som är i tältet suckar tyngda, eftersom vi inte vill bli avklädda utan överklädda, så att det dödliga uppslukas av livet.{{field-off:bible}} [[@</w:t>
      </w:r>
      <w:r w:rsidR="0096445B" w:rsidRPr="000767E2">
        <w:rPr>
          <w:lang w:val="sv-SE"/>
        </w:rPr>
        <w:t>BibleBIBEL82</w:t>
      </w:r>
      <w:r w:rsidRPr="000767E2">
        <w:rPr>
          <w:lang w:val="sv-SE"/>
        </w:rPr>
        <w:t>:2Cor 5:5]]</w:t>
      </w:r>
      <w:r w:rsidRPr="000767E2">
        <w:rPr>
          <w:vertAlign w:val="superscript"/>
          <w:lang w:val="sv-SE"/>
        </w:rPr>
        <w:t>5</w:t>
      </w:r>
      <w:r w:rsidRPr="000767E2">
        <w:rPr>
          <w:lang w:val="sv-SE"/>
        </w:rPr>
        <w:t xml:space="preserve"> {{field-on:bible}}Och den som har frambringat oss för just detta </w:t>
      </w:r>
      <w:r w:rsidRPr="000767E2">
        <w:rPr>
          <w:i/>
          <w:lang w:val="sv-SE"/>
        </w:rPr>
        <w:t>är</w:t>
      </w:r>
      <w:r w:rsidRPr="000767E2">
        <w:rPr>
          <w:lang w:val="sv-SE"/>
        </w:rPr>
        <w:t xml:space="preserve"> Gud, som har gett oss Andens förskott.{{field-off:bible}}</w:t>
      </w:r>
    </w:p>
    <w:p w14:paraId="051F65A6" w14:textId="2537629C" w:rsidR="00BA33AB" w:rsidRPr="000767E2" w:rsidRDefault="00000000">
      <w:pPr>
        <w:rPr>
          <w:lang w:val="sv-SE"/>
        </w:rPr>
      </w:pPr>
      <w:r w:rsidRPr="000767E2">
        <w:rPr>
          <w:lang w:val="sv-SE"/>
        </w:rPr>
        <w:t>[[@</w:t>
      </w:r>
      <w:r w:rsidR="0096445B" w:rsidRPr="000767E2">
        <w:rPr>
          <w:lang w:val="sv-SE"/>
        </w:rPr>
        <w:t>BibleBIBEL82</w:t>
      </w:r>
      <w:r w:rsidRPr="000767E2">
        <w:rPr>
          <w:lang w:val="sv-SE"/>
        </w:rPr>
        <w:t>:2Cor 5:6]]</w:t>
      </w:r>
      <w:r w:rsidRPr="000767E2">
        <w:rPr>
          <w:vertAlign w:val="superscript"/>
          <w:lang w:val="sv-SE"/>
        </w:rPr>
        <w:t>6</w:t>
      </w:r>
      <w:r w:rsidRPr="000767E2">
        <w:rPr>
          <w:lang w:val="sv-SE"/>
        </w:rPr>
        <w:t xml:space="preserve"> {{field-on:bible}}</w:t>
      </w:r>
      <w:r w:rsidRPr="000767E2">
        <w:rPr>
          <w:i/>
          <w:lang w:val="sv-SE"/>
        </w:rPr>
        <w:t>Vi</w:t>
      </w:r>
      <w:r w:rsidRPr="000767E2">
        <w:rPr>
          <w:lang w:val="sv-SE"/>
        </w:rPr>
        <w:t xml:space="preserve"> har alltså alltid gott mod och vet att vi hemma i kroppen är borta från Herren.{{field-off:bible}} [[@</w:t>
      </w:r>
      <w:r w:rsidR="0096445B" w:rsidRPr="000767E2">
        <w:rPr>
          <w:lang w:val="sv-SE"/>
        </w:rPr>
        <w:t>BibleBIBEL82</w:t>
      </w:r>
      <w:r w:rsidRPr="000767E2">
        <w:rPr>
          <w:lang w:val="sv-SE"/>
        </w:rPr>
        <w:t>:2Cor 5:7]]</w:t>
      </w:r>
      <w:r w:rsidRPr="000767E2">
        <w:rPr>
          <w:vertAlign w:val="superscript"/>
          <w:lang w:val="sv-SE"/>
        </w:rPr>
        <w:t>7</w:t>
      </w:r>
      <w:r w:rsidRPr="000767E2">
        <w:rPr>
          <w:lang w:val="sv-SE"/>
        </w:rPr>
        <w:t xml:space="preserve"> {{field-on:bible}}För </w:t>
      </w:r>
      <w:r w:rsidRPr="000767E2">
        <w:rPr>
          <w:i/>
          <w:lang w:val="sv-SE"/>
        </w:rPr>
        <w:t>det är</w:t>
      </w:r>
      <w:r w:rsidRPr="000767E2">
        <w:rPr>
          <w:lang w:val="sv-SE"/>
        </w:rPr>
        <w:t xml:space="preserve"> genom tro vi vandrar, inte genom åskådning.{{field-off:bible}} </w:t>
      </w:r>
      <w:r w:rsidRPr="000767E2">
        <w:rPr>
          <w:lang w:val="sv-SE"/>
        </w:rPr>
        <w:lastRenderedPageBreak/>
        <w:t>[[@</w:t>
      </w:r>
      <w:r w:rsidR="0096445B" w:rsidRPr="000767E2">
        <w:rPr>
          <w:lang w:val="sv-SE"/>
        </w:rPr>
        <w:t>BibleBIBEL82</w:t>
      </w:r>
      <w:r w:rsidRPr="000767E2">
        <w:rPr>
          <w:lang w:val="sv-SE"/>
        </w:rPr>
        <w:t>:2Cor 5:8]]</w:t>
      </w:r>
      <w:r w:rsidRPr="000767E2">
        <w:rPr>
          <w:vertAlign w:val="superscript"/>
          <w:lang w:val="sv-SE"/>
        </w:rPr>
        <w:t>8</w:t>
      </w:r>
      <w:r w:rsidRPr="000767E2">
        <w:rPr>
          <w:lang w:val="sv-SE"/>
        </w:rPr>
        <w:t xml:space="preserve"> {{field-on:bible}}Men vi har gott mod och behagar hellre vara borta från kroppen och hemma hos Herren.{{field-off:bible}}</w:t>
      </w:r>
    </w:p>
    <w:p w14:paraId="208B45E8" w14:textId="42E93FC8" w:rsidR="00BA33AB" w:rsidRPr="000767E2" w:rsidRDefault="00000000">
      <w:pPr>
        <w:rPr>
          <w:lang w:val="sv-SE"/>
        </w:rPr>
      </w:pPr>
      <w:r w:rsidRPr="000767E2">
        <w:rPr>
          <w:lang w:val="sv-SE"/>
        </w:rPr>
        <w:t>[[@</w:t>
      </w:r>
      <w:r w:rsidR="0096445B" w:rsidRPr="000767E2">
        <w:rPr>
          <w:lang w:val="sv-SE"/>
        </w:rPr>
        <w:t>BibleBIBEL82</w:t>
      </w:r>
      <w:r w:rsidRPr="000767E2">
        <w:rPr>
          <w:lang w:val="sv-SE"/>
        </w:rPr>
        <w:t>:2Cor 5:9]]</w:t>
      </w:r>
      <w:r w:rsidRPr="000767E2">
        <w:rPr>
          <w:vertAlign w:val="superscript"/>
          <w:lang w:val="sv-SE"/>
        </w:rPr>
        <w:t>9</w:t>
      </w:r>
      <w:r w:rsidRPr="000767E2">
        <w:rPr>
          <w:lang w:val="sv-SE"/>
        </w:rPr>
        <w:t xml:space="preserve"> {{field-on:bible}}Därför sätter vi också en ära i att, antingen hemma eller borta, vara välbehagliga för honom.{{field-off:bible}} [[@</w:t>
      </w:r>
      <w:r w:rsidR="0096445B" w:rsidRPr="000767E2">
        <w:rPr>
          <w:lang w:val="sv-SE"/>
        </w:rPr>
        <w:t>BibleBIBEL82</w:t>
      </w:r>
      <w:r w:rsidRPr="000767E2">
        <w:rPr>
          <w:lang w:val="sv-SE"/>
        </w:rPr>
        <w:t>:2Cor 5:10]]</w:t>
      </w:r>
      <w:r w:rsidRPr="000767E2">
        <w:rPr>
          <w:vertAlign w:val="superscript"/>
          <w:lang w:val="sv-SE"/>
        </w:rPr>
        <w:t>10</w:t>
      </w:r>
      <w:r w:rsidRPr="000767E2">
        <w:rPr>
          <w:lang w:val="sv-SE"/>
        </w:rPr>
        <w:t xml:space="preserve"> {{field-on:bible}}För alla måste vi träda fram inför Kristi domarsäte, för att var och en ska få ut det </w:t>
      </w:r>
      <w:r w:rsidRPr="000767E2">
        <w:rPr>
          <w:i/>
          <w:lang w:val="sv-SE"/>
        </w:rPr>
        <w:t>som gjorts</w:t>
      </w:r>
      <w:r w:rsidRPr="000767E2">
        <w:rPr>
          <w:lang w:val="sv-SE"/>
        </w:rPr>
        <w:t xml:space="preserve"> genom kroppen för det han har begått, antingen gott eller uselt.{{field-off:bible}}</w:t>
      </w:r>
    </w:p>
    <w:p w14:paraId="1A059C64" w14:textId="77777777" w:rsidR="00BA33AB" w:rsidRPr="000767E2" w:rsidRDefault="00000000">
      <w:pPr>
        <w:pStyle w:val="Rubrik3"/>
        <w:rPr>
          <w:lang w:val="sv-SE"/>
        </w:rPr>
      </w:pPr>
      <w:r w:rsidRPr="000767E2">
        <w:rPr>
          <w:lang w:val="sv-SE"/>
        </w:rPr>
        <w:t>Försoningens tjänst</w:t>
      </w:r>
    </w:p>
    <w:p w14:paraId="644D6A43" w14:textId="41B8F16E" w:rsidR="00BA33AB" w:rsidRPr="000767E2" w:rsidRDefault="00000000">
      <w:pPr>
        <w:rPr>
          <w:lang w:val="sv-SE"/>
        </w:rPr>
      </w:pPr>
      <w:r w:rsidRPr="000767E2">
        <w:rPr>
          <w:lang w:val="sv-SE"/>
        </w:rPr>
        <w:t>[[@</w:t>
      </w:r>
      <w:r w:rsidR="0096445B" w:rsidRPr="000767E2">
        <w:rPr>
          <w:lang w:val="sv-SE"/>
        </w:rPr>
        <w:t>BibleBIBEL82</w:t>
      </w:r>
      <w:r w:rsidRPr="000767E2">
        <w:rPr>
          <w:lang w:val="sv-SE"/>
        </w:rPr>
        <w:t>:2Cor 5:11]]</w:t>
      </w:r>
      <w:r w:rsidRPr="000767E2">
        <w:rPr>
          <w:vertAlign w:val="superscript"/>
          <w:lang w:val="sv-SE"/>
        </w:rPr>
        <w:t>11</w:t>
      </w:r>
      <w:r w:rsidRPr="000767E2">
        <w:rPr>
          <w:lang w:val="sv-SE"/>
        </w:rPr>
        <w:t xml:space="preserve"> {{field-on:bible}}Då vi alltså förstår fruktan för Herren </w:t>
      </w:r>
      <w:r w:rsidRPr="000767E2">
        <w:rPr>
          <w:i/>
          <w:lang w:val="sv-SE"/>
        </w:rPr>
        <w:t>söker</w:t>
      </w:r>
      <w:r w:rsidRPr="000767E2">
        <w:rPr>
          <w:lang w:val="sv-SE"/>
        </w:rPr>
        <w:t xml:space="preserve"> vi övertyga människor. Men för Gud har vi framträtt, och jag hoppas ha framträtt också i era samveten.{{field-off:bible}} [[@</w:t>
      </w:r>
      <w:r w:rsidR="0096445B" w:rsidRPr="000767E2">
        <w:rPr>
          <w:lang w:val="sv-SE"/>
        </w:rPr>
        <w:t>BibleBIBEL82</w:t>
      </w:r>
      <w:r w:rsidRPr="000767E2">
        <w:rPr>
          <w:lang w:val="sv-SE"/>
        </w:rPr>
        <w:t>:2Cor 5:12]]</w:t>
      </w:r>
      <w:r w:rsidRPr="000767E2">
        <w:rPr>
          <w:vertAlign w:val="superscript"/>
          <w:lang w:val="sv-SE"/>
        </w:rPr>
        <w:t>12</w:t>
      </w:r>
      <w:r w:rsidRPr="000767E2">
        <w:rPr>
          <w:lang w:val="sv-SE"/>
        </w:rPr>
        <w:t xml:space="preserve"> {{field-on:bible}}Vi lyfter inte åter fram oss själva för er. Nej, vi ger er ett tillfälle till stolthet över oss, så att ni har </w:t>
      </w:r>
      <w:r w:rsidRPr="000767E2">
        <w:rPr>
          <w:i/>
          <w:lang w:val="sv-SE"/>
        </w:rPr>
        <w:t>det</w:t>
      </w:r>
      <w:r w:rsidRPr="000767E2">
        <w:rPr>
          <w:lang w:val="sv-SE"/>
        </w:rPr>
        <w:t xml:space="preserve"> gentemot dem som är stolta över ansiktet och inte över hjärtat.{{field-off:bible}} [[@</w:t>
      </w:r>
      <w:r w:rsidR="0096445B" w:rsidRPr="000767E2">
        <w:rPr>
          <w:lang w:val="sv-SE"/>
        </w:rPr>
        <w:t>BibleBIBEL82</w:t>
      </w:r>
      <w:r w:rsidRPr="000767E2">
        <w:rPr>
          <w:lang w:val="sv-SE"/>
        </w:rPr>
        <w:t>:2Cor 5:13]]</w:t>
      </w:r>
      <w:r w:rsidRPr="000767E2">
        <w:rPr>
          <w:vertAlign w:val="superscript"/>
          <w:lang w:val="sv-SE"/>
        </w:rPr>
        <w:t>13</w:t>
      </w:r>
      <w:r w:rsidRPr="000767E2">
        <w:rPr>
          <w:lang w:val="sv-SE"/>
        </w:rPr>
        <w:t xml:space="preserve"> {{field-on:bible}}För om vi har varit utom oss, </w:t>
      </w:r>
      <w:r w:rsidRPr="000767E2">
        <w:rPr>
          <w:i/>
          <w:lang w:val="sv-SE"/>
        </w:rPr>
        <w:t>var det</w:t>
      </w:r>
      <w:r w:rsidRPr="000767E2">
        <w:rPr>
          <w:lang w:val="sv-SE"/>
        </w:rPr>
        <w:t xml:space="preserve"> för Gud. Och om vi är sansade </w:t>
      </w:r>
      <w:r w:rsidRPr="000767E2">
        <w:rPr>
          <w:i/>
          <w:lang w:val="sv-SE"/>
        </w:rPr>
        <w:t>är det</w:t>
      </w:r>
      <w:r w:rsidRPr="000767E2">
        <w:rPr>
          <w:lang w:val="sv-SE"/>
        </w:rPr>
        <w:t xml:space="preserve"> för er.{{field-off:bible}}</w:t>
      </w:r>
    </w:p>
    <w:p w14:paraId="08F2868D" w14:textId="579AA215" w:rsidR="00BA33AB" w:rsidRPr="000767E2" w:rsidRDefault="00000000">
      <w:pPr>
        <w:rPr>
          <w:lang w:val="sv-SE"/>
        </w:rPr>
      </w:pPr>
      <w:r w:rsidRPr="000767E2">
        <w:rPr>
          <w:lang w:val="sv-SE"/>
        </w:rPr>
        <w:t>[[@</w:t>
      </w:r>
      <w:r w:rsidR="0096445B" w:rsidRPr="000767E2">
        <w:rPr>
          <w:lang w:val="sv-SE"/>
        </w:rPr>
        <w:t>BibleBIBEL82</w:t>
      </w:r>
      <w:r w:rsidRPr="000767E2">
        <w:rPr>
          <w:lang w:val="sv-SE"/>
        </w:rPr>
        <w:t>:2Cor 5:14]]</w:t>
      </w:r>
      <w:r w:rsidRPr="000767E2">
        <w:rPr>
          <w:vertAlign w:val="superscript"/>
          <w:lang w:val="sv-SE"/>
        </w:rPr>
        <w:t>14</w:t>
      </w:r>
      <w:r w:rsidRPr="000767E2">
        <w:rPr>
          <w:lang w:val="sv-SE"/>
        </w:rPr>
        <w:t xml:space="preserve"> {{field-on:bible}}För Kristi kärlek ansätter oss, då vi har bedömt detta att en har dött för alla, alltså har alla dött.{{field-off:bible}} [[@</w:t>
      </w:r>
      <w:r w:rsidR="0096445B" w:rsidRPr="000767E2">
        <w:rPr>
          <w:lang w:val="sv-SE"/>
        </w:rPr>
        <w:t>BibleBIBEL82</w:t>
      </w:r>
      <w:r w:rsidRPr="000767E2">
        <w:rPr>
          <w:lang w:val="sv-SE"/>
        </w:rPr>
        <w:t>:2Cor 5:15]]</w:t>
      </w:r>
      <w:r w:rsidRPr="000767E2">
        <w:rPr>
          <w:vertAlign w:val="superscript"/>
          <w:lang w:val="sv-SE"/>
        </w:rPr>
        <w:t>15</w:t>
      </w:r>
      <w:r w:rsidRPr="000767E2">
        <w:rPr>
          <w:lang w:val="sv-SE"/>
        </w:rPr>
        <w:t xml:space="preserve"> {{field-on:bible}}Och för alla har han dött, för att de som lever inte mer ska leva för sig själva, utan för honom som för dem har dött och blivit uppväckt.{{field-off:bible}}</w:t>
      </w:r>
    </w:p>
    <w:p w14:paraId="5B208C83" w14:textId="60DC8268" w:rsidR="00BA33AB" w:rsidRPr="000767E2" w:rsidRDefault="00000000">
      <w:pPr>
        <w:rPr>
          <w:lang w:val="sv-SE"/>
        </w:rPr>
      </w:pPr>
      <w:r w:rsidRPr="000767E2">
        <w:rPr>
          <w:lang w:val="sv-SE"/>
        </w:rPr>
        <w:t>[[@</w:t>
      </w:r>
      <w:r w:rsidR="0096445B" w:rsidRPr="000767E2">
        <w:rPr>
          <w:lang w:val="sv-SE"/>
        </w:rPr>
        <w:t>BibleBIBEL82</w:t>
      </w:r>
      <w:r w:rsidRPr="000767E2">
        <w:rPr>
          <w:lang w:val="sv-SE"/>
        </w:rPr>
        <w:t>:2Cor 5:16]]</w:t>
      </w:r>
      <w:r w:rsidRPr="000767E2">
        <w:rPr>
          <w:vertAlign w:val="superscript"/>
          <w:lang w:val="sv-SE"/>
        </w:rPr>
        <w:t>16</w:t>
      </w:r>
      <w:r w:rsidRPr="000767E2">
        <w:rPr>
          <w:lang w:val="sv-SE"/>
        </w:rPr>
        <w:t xml:space="preserve"> {{field-on:bible}}Därför känner vi från nu inte någon på köttets vis. Även om vi har känt Kristus på köttets vis, känner vi </w:t>
      </w:r>
      <w:r w:rsidRPr="000767E2">
        <w:rPr>
          <w:i/>
          <w:lang w:val="sv-SE"/>
        </w:rPr>
        <w:t>honom</w:t>
      </w:r>
      <w:r w:rsidRPr="000767E2">
        <w:rPr>
          <w:lang w:val="sv-SE"/>
        </w:rPr>
        <w:t xml:space="preserve"> dock nu inte mer </w:t>
      </w:r>
      <w:r w:rsidRPr="000767E2">
        <w:rPr>
          <w:i/>
          <w:lang w:val="sv-SE"/>
        </w:rPr>
        <w:t>så</w:t>
      </w:r>
      <w:r w:rsidRPr="000767E2">
        <w:rPr>
          <w:lang w:val="sv-SE"/>
        </w:rPr>
        <w:t>.{{field-off:bible}} [[@</w:t>
      </w:r>
      <w:r w:rsidR="0096445B" w:rsidRPr="000767E2">
        <w:rPr>
          <w:lang w:val="sv-SE"/>
        </w:rPr>
        <w:t>BibleBIBEL82</w:t>
      </w:r>
      <w:r w:rsidRPr="000767E2">
        <w:rPr>
          <w:lang w:val="sv-SE"/>
        </w:rPr>
        <w:t>:2Cor 5:17]]</w:t>
      </w:r>
      <w:r w:rsidRPr="000767E2">
        <w:rPr>
          <w:vertAlign w:val="superscript"/>
          <w:lang w:val="sv-SE"/>
        </w:rPr>
        <w:t>17</w:t>
      </w:r>
      <w:r w:rsidRPr="000767E2">
        <w:rPr>
          <w:lang w:val="sv-SE"/>
        </w:rPr>
        <w:t xml:space="preserve"> {{field-on:bible}}Därför, om någon </w:t>
      </w:r>
      <w:r w:rsidRPr="000767E2">
        <w:rPr>
          <w:i/>
          <w:lang w:val="sv-SE"/>
        </w:rPr>
        <w:t>är</w:t>
      </w:r>
      <w:r w:rsidRPr="000767E2">
        <w:rPr>
          <w:lang w:val="sv-SE"/>
        </w:rPr>
        <w:t xml:space="preserve"> i Kristus </w:t>
      </w:r>
      <w:r w:rsidRPr="000767E2">
        <w:rPr>
          <w:i/>
          <w:lang w:val="sv-SE"/>
        </w:rPr>
        <w:t>är han</w:t>
      </w:r>
      <w:r w:rsidRPr="000767E2">
        <w:rPr>
          <w:lang w:val="sv-SE"/>
        </w:rPr>
        <w:t xml:space="preserve"> en ny skapelse. Det urtida är förgånget, se: </w:t>
      </w:r>
      <w:r w:rsidRPr="000767E2">
        <w:rPr>
          <w:i/>
          <w:lang w:val="sv-SE"/>
        </w:rPr>
        <w:t>något</w:t>
      </w:r>
      <w:r w:rsidRPr="000767E2">
        <w:rPr>
          <w:lang w:val="sv-SE"/>
        </w:rPr>
        <w:t xml:space="preserve"> nytt har kommit.{{field-off:bible}} [[@</w:t>
      </w:r>
      <w:r w:rsidR="0096445B" w:rsidRPr="000767E2">
        <w:rPr>
          <w:lang w:val="sv-SE"/>
        </w:rPr>
        <w:t>BibleBIBEL82</w:t>
      </w:r>
      <w:r w:rsidRPr="000767E2">
        <w:rPr>
          <w:lang w:val="sv-SE"/>
        </w:rPr>
        <w:t>:2Cor 5:18]]</w:t>
      </w:r>
      <w:r w:rsidRPr="000767E2">
        <w:rPr>
          <w:vertAlign w:val="superscript"/>
          <w:lang w:val="sv-SE"/>
        </w:rPr>
        <w:t>18</w:t>
      </w:r>
      <w:r w:rsidRPr="000767E2">
        <w:rPr>
          <w:lang w:val="sv-SE"/>
        </w:rPr>
        <w:t xml:space="preserve"> {{field-on:bible}}Och allt </w:t>
      </w:r>
      <w:r w:rsidRPr="000767E2">
        <w:rPr>
          <w:i/>
          <w:lang w:val="sv-SE"/>
        </w:rPr>
        <w:t>är</w:t>
      </w:r>
      <w:r w:rsidRPr="000767E2">
        <w:rPr>
          <w:lang w:val="sv-SE"/>
        </w:rPr>
        <w:t xml:space="preserve"> från Gud, som har försonat oss med sig själv genom Kristus och gett oss försoningens tjänst –{{field-off:bible}} [[@</w:t>
      </w:r>
      <w:r w:rsidR="0096445B" w:rsidRPr="000767E2">
        <w:rPr>
          <w:lang w:val="sv-SE"/>
        </w:rPr>
        <w:t>BibleBIBEL82</w:t>
      </w:r>
      <w:r w:rsidRPr="000767E2">
        <w:rPr>
          <w:lang w:val="sv-SE"/>
        </w:rPr>
        <w:t>:2Cor 5:19]]</w:t>
      </w:r>
      <w:r w:rsidRPr="000767E2">
        <w:rPr>
          <w:vertAlign w:val="superscript"/>
          <w:lang w:val="sv-SE"/>
        </w:rPr>
        <w:t>19</w:t>
      </w:r>
      <w:r w:rsidRPr="000767E2">
        <w:rPr>
          <w:lang w:val="sv-SE"/>
        </w:rPr>
        <w:t xml:space="preserve"> {{field-on:bible}}som att Gud var i Kristus och försonade världen med sig själv, när han inte tillräknade dem deras felsteg och satte hos oss försoningens ord.{{field-off:bible}}</w:t>
      </w:r>
    </w:p>
    <w:p w14:paraId="0ABB6DC3" w14:textId="02C7524F" w:rsidR="00BA33AB" w:rsidRPr="000767E2" w:rsidRDefault="00000000">
      <w:pPr>
        <w:rPr>
          <w:lang w:val="sv-SE"/>
        </w:rPr>
      </w:pPr>
      <w:r w:rsidRPr="000767E2">
        <w:rPr>
          <w:lang w:val="sv-SE"/>
        </w:rPr>
        <w:t>[[@</w:t>
      </w:r>
      <w:r w:rsidR="0096445B" w:rsidRPr="000767E2">
        <w:rPr>
          <w:lang w:val="sv-SE"/>
        </w:rPr>
        <w:t>BibleBIBEL82</w:t>
      </w:r>
      <w:r w:rsidRPr="000767E2">
        <w:rPr>
          <w:lang w:val="sv-SE"/>
        </w:rPr>
        <w:t>:2Cor 5:20]]</w:t>
      </w:r>
      <w:r w:rsidRPr="000767E2">
        <w:rPr>
          <w:vertAlign w:val="superscript"/>
          <w:lang w:val="sv-SE"/>
        </w:rPr>
        <w:t>20</w:t>
      </w:r>
      <w:r w:rsidRPr="000767E2">
        <w:rPr>
          <w:lang w:val="sv-SE"/>
        </w:rPr>
        <w:t xml:space="preserve"> {{field-on:bible}}I Kristi ställe är vi alltså sändebud, som </w:t>
      </w:r>
      <w:r w:rsidRPr="000767E2">
        <w:rPr>
          <w:i/>
          <w:lang w:val="sv-SE"/>
        </w:rPr>
        <w:t>att</w:t>
      </w:r>
      <w:r w:rsidRPr="000767E2">
        <w:rPr>
          <w:lang w:val="sv-SE"/>
        </w:rPr>
        <w:t xml:space="preserve"> Gud vädjar genom oss. Vi bönfaller i Kristi ställe: Bli försonade med Gud!{{field-off:bible}} [[@</w:t>
      </w:r>
      <w:r w:rsidR="0096445B" w:rsidRPr="000767E2">
        <w:rPr>
          <w:lang w:val="sv-SE"/>
        </w:rPr>
        <w:t>BibleBIBEL82</w:t>
      </w:r>
      <w:r w:rsidRPr="000767E2">
        <w:rPr>
          <w:lang w:val="sv-SE"/>
        </w:rPr>
        <w:t>:2Cor 5:21]]</w:t>
      </w:r>
      <w:r w:rsidRPr="000767E2">
        <w:rPr>
          <w:vertAlign w:val="superscript"/>
          <w:lang w:val="sv-SE"/>
        </w:rPr>
        <w:t>21</w:t>
      </w:r>
      <w:r w:rsidRPr="000767E2">
        <w:rPr>
          <w:lang w:val="sv-SE"/>
        </w:rPr>
        <w:t xml:space="preserve"> {{field-on:bible}}Honom som inte visste </w:t>
      </w:r>
      <w:r w:rsidRPr="000767E2">
        <w:rPr>
          <w:i/>
          <w:lang w:val="sv-SE"/>
        </w:rPr>
        <w:t>av</w:t>
      </w:r>
      <w:r w:rsidRPr="000767E2">
        <w:rPr>
          <w:lang w:val="sv-SE"/>
        </w:rPr>
        <w:t xml:space="preserve"> synd har han i vårt ställe gjort </w:t>
      </w:r>
      <w:r w:rsidRPr="000767E2">
        <w:rPr>
          <w:i/>
          <w:lang w:val="sv-SE"/>
        </w:rPr>
        <w:t>till</w:t>
      </w:r>
      <w:r w:rsidRPr="000767E2">
        <w:rPr>
          <w:lang w:val="sv-SE"/>
        </w:rPr>
        <w:t xml:space="preserve"> synd, för att vi skulle bli Guds rättfärdighet i honom.{{field-off:bible}}</w:t>
      </w:r>
    </w:p>
    <w:p w14:paraId="536E8218" w14:textId="1BA5927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6]]Kapitel 6</w:t>
      </w:r>
    </w:p>
    <w:p w14:paraId="5181ABA8" w14:textId="7B893FCA" w:rsidR="00BA33AB" w:rsidRPr="000767E2" w:rsidRDefault="00000000">
      <w:pPr>
        <w:rPr>
          <w:lang w:val="sv-SE"/>
        </w:rPr>
      </w:pPr>
      <w:r w:rsidRPr="000767E2">
        <w:rPr>
          <w:lang w:val="sv-SE"/>
        </w:rPr>
        <w:t>[[@</w:t>
      </w:r>
      <w:r w:rsidR="0096445B" w:rsidRPr="000767E2">
        <w:rPr>
          <w:lang w:val="sv-SE"/>
        </w:rPr>
        <w:t>BibleBIBEL82</w:t>
      </w:r>
      <w:r w:rsidRPr="000767E2">
        <w:rPr>
          <w:lang w:val="sv-SE"/>
        </w:rPr>
        <w:t>:2Cor 6:1]]</w:t>
      </w:r>
      <w:r w:rsidRPr="000767E2">
        <w:rPr>
          <w:vertAlign w:val="superscript"/>
          <w:lang w:val="sv-SE"/>
        </w:rPr>
        <w:t>1</w:t>
      </w:r>
      <w:r w:rsidRPr="000767E2">
        <w:rPr>
          <w:lang w:val="sv-SE"/>
        </w:rPr>
        <w:t xml:space="preserve"> {{field-on:bible}}Men samverkande uppmanar vi också att ni inte ska motta Guds nåd förgäves.{{field-off:bible}} [[@</w:t>
      </w:r>
      <w:r w:rsidR="0096445B" w:rsidRPr="000767E2">
        <w:rPr>
          <w:lang w:val="sv-SE"/>
        </w:rPr>
        <w:t>BibleBIBEL82</w:t>
      </w:r>
      <w:r w:rsidRPr="000767E2">
        <w:rPr>
          <w:lang w:val="sv-SE"/>
        </w:rPr>
        <w:t>:2Cor 6:2]]</w:t>
      </w:r>
      <w:r w:rsidRPr="000767E2">
        <w:rPr>
          <w:vertAlign w:val="superscript"/>
          <w:lang w:val="sv-SE"/>
        </w:rPr>
        <w:t>2</w:t>
      </w:r>
      <w:r w:rsidRPr="000767E2">
        <w:rPr>
          <w:lang w:val="sv-SE"/>
        </w:rPr>
        <w:t xml:space="preserve"> {{field-on:bible}}För han säger:{{field-off:bible}}</w:t>
      </w:r>
    </w:p>
    <w:p w14:paraId="76A33D2C" w14:textId="77777777" w:rsidR="00BA33AB" w:rsidRPr="000767E2" w:rsidRDefault="00000000">
      <w:pPr>
        <w:rPr>
          <w:lang w:val="sv-SE"/>
        </w:rPr>
      </w:pPr>
      <w:r w:rsidRPr="000767E2">
        <w:rPr>
          <w:lang w:val="sv-SE"/>
        </w:rPr>
        <w:t>{{field-on:bible}}Vid välkommen tid lyssnade jag till dig,</w:t>
      </w:r>
      <w:r w:rsidRPr="000767E2">
        <w:rPr>
          <w:lang w:val="sv-SE"/>
        </w:rPr>
        <w:br/>
        <w:t>och på frälsningens dag hjälpte jag dig.{{field-off:bible}}</w:t>
      </w:r>
    </w:p>
    <w:p w14:paraId="6F6EA576" w14:textId="77777777" w:rsidR="00BA33AB" w:rsidRPr="000767E2" w:rsidRDefault="00000000">
      <w:pPr>
        <w:rPr>
          <w:lang w:val="sv-SE"/>
        </w:rPr>
      </w:pPr>
      <w:r w:rsidRPr="000767E2">
        <w:rPr>
          <w:lang w:val="sv-SE"/>
        </w:rPr>
        <w:lastRenderedPageBreak/>
        <w:t xml:space="preserve">{{field-on:bible}}Se, nu </w:t>
      </w:r>
      <w:r w:rsidRPr="000767E2">
        <w:rPr>
          <w:i/>
          <w:lang w:val="sv-SE"/>
        </w:rPr>
        <w:t>är</w:t>
      </w:r>
      <w:r w:rsidRPr="000767E2">
        <w:rPr>
          <w:lang w:val="sv-SE"/>
        </w:rPr>
        <w:t xml:space="preserve"> en välmottaglig tid. Se, nu </w:t>
      </w:r>
      <w:r w:rsidRPr="000767E2">
        <w:rPr>
          <w:i/>
          <w:lang w:val="sv-SE"/>
        </w:rPr>
        <w:t>är</w:t>
      </w:r>
      <w:r w:rsidRPr="000767E2">
        <w:rPr>
          <w:lang w:val="sv-SE"/>
        </w:rPr>
        <w:t xml:space="preserve"> frälsningens dag.{{field-off:bible}}</w:t>
      </w:r>
    </w:p>
    <w:p w14:paraId="02CE900A" w14:textId="77777777" w:rsidR="00BA33AB" w:rsidRPr="000767E2" w:rsidRDefault="00000000">
      <w:pPr>
        <w:pStyle w:val="Rubrik3"/>
        <w:rPr>
          <w:lang w:val="sv-SE"/>
        </w:rPr>
      </w:pPr>
      <w:r w:rsidRPr="000767E2">
        <w:rPr>
          <w:lang w:val="sv-SE"/>
        </w:rPr>
        <w:t>Prövningar i tjänsten</w:t>
      </w:r>
    </w:p>
    <w:p w14:paraId="49787FF6" w14:textId="19B6330F" w:rsidR="00BA33AB" w:rsidRPr="000767E2" w:rsidRDefault="00000000">
      <w:pPr>
        <w:rPr>
          <w:lang w:val="sv-SE"/>
        </w:rPr>
      </w:pPr>
      <w:r w:rsidRPr="000767E2">
        <w:rPr>
          <w:lang w:val="sv-SE"/>
        </w:rPr>
        <w:t>[[@</w:t>
      </w:r>
      <w:r w:rsidR="0096445B" w:rsidRPr="000767E2">
        <w:rPr>
          <w:lang w:val="sv-SE"/>
        </w:rPr>
        <w:t>BibleBIBEL82</w:t>
      </w:r>
      <w:r w:rsidRPr="000767E2">
        <w:rPr>
          <w:lang w:val="sv-SE"/>
        </w:rPr>
        <w:t>:2Cor 6:3]]</w:t>
      </w:r>
      <w:r w:rsidRPr="000767E2">
        <w:rPr>
          <w:vertAlign w:val="superscript"/>
          <w:lang w:val="sv-SE"/>
        </w:rPr>
        <w:t>3</w:t>
      </w:r>
      <w:r w:rsidRPr="000767E2">
        <w:rPr>
          <w:lang w:val="sv-SE"/>
        </w:rPr>
        <w:t xml:space="preserve"> {{field-on:bible}}Inte i något ger </w:t>
      </w:r>
      <w:r w:rsidRPr="000767E2">
        <w:rPr>
          <w:i/>
          <w:lang w:val="sv-SE"/>
        </w:rPr>
        <w:t>vi</w:t>
      </w:r>
      <w:r w:rsidRPr="000767E2">
        <w:rPr>
          <w:lang w:val="sv-SE"/>
        </w:rPr>
        <w:t xml:space="preserve"> något anstöt, för att inte tjänsten ska tadlas.{{field-off:bible}} [[@</w:t>
      </w:r>
      <w:r w:rsidR="0096445B" w:rsidRPr="000767E2">
        <w:rPr>
          <w:lang w:val="sv-SE"/>
        </w:rPr>
        <w:t>BibleBIBEL82</w:t>
      </w:r>
      <w:r w:rsidRPr="000767E2">
        <w:rPr>
          <w:lang w:val="sv-SE"/>
        </w:rPr>
        <w:t>:2Cor 6:4]]</w:t>
      </w:r>
      <w:r w:rsidRPr="000767E2">
        <w:rPr>
          <w:vertAlign w:val="superscript"/>
          <w:lang w:val="sv-SE"/>
        </w:rPr>
        <w:t>4</w:t>
      </w:r>
      <w:r w:rsidRPr="000767E2">
        <w:rPr>
          <w:lang w:val="sv-SE"/>
        </w:rPr>
        <w:t xml:space="preserve"> {{field-on:bible}}Nej, i allt lyfter vi fram oss själva som Guds tjänare: i stor uthållighet, i vedermödor, i nödtvång, i trångmål,{{field-off:bible}} [[@</w:t>
      </w:r>
      <w:r w:rsidR="0096445B" w:rsidRPr="000767E2">
        <w:rPr>
          <w:lang w:val="sv-SE"/>
        </w:rPr>
        <w:t>BibleBIBEL82</w:t>
      </w:r>
      <w:r w:rsidRPr="000767E2">
        <w:rPr>
          <w:lang w:val="sv-SE"/>
        </w:rPr>
        <w:t>:2Cor 6:5]]</w:t>
      </w:r>
      <w:r w:rsidRPr="000767E2">
        <w:rPr>
          <w:vertAlign w:val="superscript"/>
          <w:lang w:val="sv-SE"/>
        </w:rPr>
        <w:t>5</w:t>
      </w:r>
      <w:r w:rsidRPr="000767E2">
        <w:rPr>
          <w:lang w:val="sv-SE"/>
        </w:rPr>
        <w:t xml:space="preserve"> {{field-on:bible}}i slag, i fängelser, i oroligheter, i mödor, i nattvakor, i fastor.{{field-off:bible}} [[@</w:t>
      </w:r>
      <w:r w:rsidR="0096445B" w:rsidRPr="000767E2">
        <w:rPr>
          <w:lang w:val="sv-SE"/>
        </w:rPr>
        <w:t>BibleBIBEL82</w:t>
      </w:r>
      <w:r w:rsidRPr="000767E2">
        <w:rPr>
          <w:lang w:val="sv-SE"/>
        </w:rPr>
        <w:t>:2Cor 6:6]]</w:t>
      </w:r>
      <w:r w:rsidRPr="000767E2">
        <w:rPr>
          <w:vertAlign w:val="superscript"/>
          <w:lang w:val="sv-SE"/>
        </w:rPr>
        <w:t>6</w:t>
      </w:r>
      <w:r w:rsidRPr="000767E2">
        <w:rPr>
          <w:lang w:val="sv-SE"/>
        </w:rPr>
        <w:t xml:space="preserve"> {{field-on:bible}}I renhet, i kunskap, i tålamod, i snällhet, i helig Ande, i oförställd kärlek.{{field-off:bible}} [[@</w:t>
      </w:r>
      <w:r w:rsidR="0096445B" w:rsidRPr="000767E2">
        <w:rPr>
          <w:lang w:val="sv-SE"/>
        </w:rPr>
        <w:t>BibleBIBEL82</w:t>
      </w:r>
      <w:r w:rsidRPr="000767E2">
        <w:rPr>
          <w:lang w:val="sv-SE"/>
        </w:rPr>
        <w:t>:2Cor 6:7]]</w:t>
      </w:r>
      <w:r w:rsidRPr="000767E2">
        <w:rPr>
          <w:vertAlign w:val="superscript"/>
          <w:lang w:val="sv-SE"/>
        </w:rPr>
        <w:t>7</w:t>
      </w:r>
      <w:r w:rsidRPr="000767E2">
        <w:rPr>
          <w:lang w:val="sv-SE"/>
        </w:rPr>
        <w:t xml:space="preserve"> {{field-on:bible}}Med sanningens ord, med Guds kraft. Genom rättfärdighetens vapen </w:t>
      </w:r>
      <w:r w:rsidRPr="000767E2">
        <w:rPr>
          <w:i/>
          <w:lang w:val="sv-SE"/>
        </w:rPr>
        <w:t>till</w:t>
      </w:r>
      <w:r w:rsidRPr="000767E2">
        <w:rPr>
          <w:lang w:val="sv-SE"/>
        </w:rPr>
        <w:t xml:space="preserve"> höger och vänster.{{field-off:bible}} [[@</w:t>
      </w:r>
      <w:r w:rsidR="0096445B" w:rsidRPr="000767E2">
        <w:rPr>
          <w:lang w:val="sv-SE"/>
        </w:rPr>
        <w:t>BibleBIBEL82</w:t>
      </w:r>
      <w:r w:rsidRPr="000767E2">
        <w:rPr>
          <w:lang w:val="sv-SE"/>
        </w:rPr>
        <w:t>:2Cor 6:8]]</w:t>
      </w:r>
      <w:r w:rsidRPr="000767E2">
        <w:rPr>
          <w:vertAlign w:val="superscript"/>
          <w:lang w:val="sv-SE"/>
        </w:rPr>
        <w:t>8</w:t>
      </w:r>
      <w:r w:rsidRPr="000767E2">
        <w:rPr>
          <w:lang w:val="sv-SE"/>
        </w:rPr>
        <w:t xml:space="preserve"> {{field-on:bible}}Genom ära och oheder, genom vanrykte och gott rykte. Som förvillare och </w:t>
      </w:r>
      <w:r w:rsidRPr="000767E2">
        <w:rPr>
          <w:i/>
          <w:lang w:val="sv-SE"/>
        </w:rPr>
        <w:t>ändå</w:t>
      </w:r>
      <w:r w:rsidRPr="000767E2">
        <w:rPr>
          <w:lang w:val="sv-SE"/>
        </w:rPr>
        <w:t xml:space="preserve"> sanna.{{field-off:bible}} [[@</w:t>
      </w:r>
      <w:r w:rsidR="0096445B" w:rsidRPr="000767E2">
        <w:rPr>
          <w:lang w:val="sv-SE"/>
        </w:rPr>
        <w:t>BibleBIBEL82</w:t>
      </w:r>
      <w:r w:rsidRPr="000767E2">
        <w:rPr>
          <w:lang w:val="sv-SE"/>
        </w:rPr>
        <w:t>:2Cor 6:9]]</w:t>
      </w:r>
      <w:r w:rsidRPr="000767E2">
        <w:rPr>
          <w:vertAlign w:val="superscript"/>
          <w:lang w:val="sv-SE"/>
        </w:rPr>
        <w:t>9</w:t>
      </w:r>
      <w:r w:rsidRPr="000767E2">
        <w:rPr>
          <w:lang w:val="sv-SE"/>
        </w:rPr>
        <w:t xml:space="preserve"> {{field-on:bible}}Som okända och </w:t>
      </w:r>
      <w:r w:rsidRPr="000767E2">
        <w:rPr>
          <w:i/>
          <w:lang w:val="sv-SE"/>
        </w:rPr>
        <w:t>ändå</w:t>
      </w:r>
      <w:r w:rsidRPr="000767E2">
        <w:rPr>
          <w:lang w:val="sv-SE"/>
        </w:rPr>
        <w:t xml:space="preserve"> erkända. Som döende </w:t>
      </w:r>
      <w:r w:rsidRPr="000767E2">
        <w:rPr>
          <w:i/>
          <w:lang w:val="sv-SE"/>
        </w:rPr>
        <w:t>och</w:t>
      </w:r>
      <w:r w:rsidRPr="000767E2">
        <w:rPr>
          <w:lang w:val="sv-SE"/>
        </w:rPr>
        <w:t xml:space="preserve"> se, vi lever. Som tuktade och inte dödade.{{field-off:bible}} [[@</w:t>
      </w:r>
      <w:r w:rsidR="0096445B" w:rsidRPr="000767E2">
        <w:rPr>
          <w:lang w:val="sv-SE"/>
        </w:rPr>
        <w:t>BibleBIBEL82</w:t>
      </w:r>
      <w:r w:rsidRPr="000767E2">
        <w:rPr>
          <w:lang w:val="sv-SE"/>
        </w:rPr>
        <w:t>:2Cor 6:10]]</w:t>
      </w:r>
      <w:r w:rsidRPr="000767E2">
        <w:rPr>
          <w:vertAlign w:val="superscript"/>
          <w:lang w:val="sv-SE"/>
        </w:rPr>
        <w:t>10</w:t>
      </w:r>
      <w:r w:rsidRPr="000767E2">
        <w:rPr>
          <w:lang w:val="sv-SE"/>
        </w:rPr>
        <w:t xml:space="preserve"> {{field-on:bible}}Som bedrövade men ständigt glada. Som fattiga men berikar många. Som </w:t>
      </w:r>
      <w:r w:rsidRPr="000767E2">
        <w:rPr>
          <w:i/>
          <w:lang w:val="sv-SE"/>
        </w:rPr>
        <w:t>att vi</w:t>
      </w:r>
      <w:r w:rsidRPr="000767E2">
        <w:rPr>
          <w:lang w:val="sv-SE"/>
        </w:rPr>
        <w:t xml:space="preserve"> inget har och behåller allt.{{field-off:bible}}</w:t>
      </w:r>
    </w:p>
    <w:p w14:paraId="2ED1E047" w14:textId="05E02CF2" w:rsidR="00BA33AB" w:rsidRPr="000767E2" w:rsidRDefault="00000000">
      <w:pPr>
        <w:rPr>
          <w:lang w:val="sv-SE"/>
        </w:rPr>
      </w:pPr>
      <w:r w:rsidRPr="000767E2">
        <w:rPr>
          <w:lang w:val="sv-SE"/>
        </w:rPr>
        <w:t>[[@</w:t>
      </w:r>
      <w:r w:rsidR="0096445B" w:rsidRPr="000767E2">
        <w:rPr>
          <w:lang w:val="sv-SE"/>
        </w:rPr>
        <w:t>BibleBIBEL82</w:t>
      </w:r>
      <w:r w:rsidRPr="000767E2">
        <w:rPr>
          <w:lang w:val="sv-SE"/>
        </w:rPr>
        <w:t>:2Cor 6:11]]</w:t>
      </w:r>
      <w:r w:rsidRPr="000767E2">
        <w:rPr>
          <w:vertAlign w:val="superscript"/>
          <w:lang w:val="sv-SE"/>
        </w:rPr>
        <w:t>11</w:t>
      </w:r>
      <w:r w:rsidRPr="000767E2">
        <w:rPr>
          <w:lang w:val="sv-SE"/>
        </w:rPr>
        <w:t xml:space="preserve"> {{field-on:bible}}Vår mun är öppen gentemot er korinthier. Vårt hjärta är vidgat.{{field-off:bible}} [[@</w:t>
      </w:r>
      <w:r w:rsidR="0096445B" w:rsidRPr="000767E2">
        <w:rPr>
          <w:lang w:val="sv-SE"/>
        </w:rPr>
        <w:t>BibleBIBEL82</w:t>
      </w:r>
      <w:r w:rsidRPr="000767E2">
        <w:rPr>
          <w:lang w:val="sv-SE"/>
        </w:rPr>
        <w:t>:2Cor 6:12]]</w:t>
      </w:r>
      <w:r w:rsidRPr="000767E2">
        <w:rPr>
          <w:vertAlign w:val="superscript"/>
          <w:lang w:val="sv-SE"/>
        </w:rPr>
        <w:t>12</w:t>
      </w:r>
      <w:r w:rsidRPr="000767E2">
        <w:rPr>
          <w:lang w:val="sv-SE"/>
        </w:rPr>
        <w:t xml:space="preserve"> {{field-on:bible}}Ni är inte trängda hos oss. Men ni är trängda i ert inre.{{field-off:bible}} [[@</w:t>
      </w:r>
      <w:r w:rsidR="0096445B" w:rsidRPr="000767E2">
        <w:rPr>
          <w:lang w:val="sv-SE"/>
        </w:rPr>
        <w:t>BibleBIBEL82</w:t>
      </w:r>
      <w:r w:rsidRPr="000767E2">
        <w:rPr>
          <w:lang w:val="sv-SE"/>
        </w:rPr>
        <w:t>:2Cor 6:13]]</w:t>
      </w:r>
      <w:r w:rsidRPr="000767E2">
        <w:rPr>
          <w:vertAlign w:val="superscript"/>
          <w:lang w:val="sv-SE"/>
        </w:rPr>
        <w:t>13</w:t>
      </w:r>
      <w:r w:rsidRPr="000767E2">
        <w:rPr>
          <w:lang w:val="sv-SE"/>
        </w:rPr>
        <w:t xml:space="preserve"> {{field-on:bible}}Och </w:t>
      </w:r>
      <w:r w:rsidRPr="000767E2">
        <w:rPr>
          <w:i/>
          <w:lang w:val="sv-SE"/>
        </w:rPr>
        <w:t>som</w:t>
      </w:r>
      <w:r w:rsidRPr="000767E2">
        <w:rPr>
          <w:lang w:val="sv-SE"/>
        </w:rPr>
        <w:t xml:space="preserve"> samma motlön, som till barn talar jag: vidga er också ni.{{field-off:bible}}</w:t>
      </w:r>
    </w:p>
    <w:p w14:paraId="4495E174" w14:textId="77777777" w:rsidR="00BA33AB" w:rsidRPr="000767E2" w:rsidRDefault="00000000">
      <w:pPr>
        <w:pStyle w:val="Rubrik3"/>
        <w:rPr>
          <w:lang w:val="sv-SE"/>
        </w:rPr>
      </w:pPr>
      <w:r w:rsidRPr="000767E2">
        <w:rPr>
          <w:lang w:val="sv-SE"/>
        </w:rPr>
        <w:t>Levande Guds tempel</w:t>
      </w:r>
    </w:p>
    <w:p w14:paraId="44F6FAEE" w14:textId="37A3B5F8" w:rsidR="00BA33AB" w:rsidRPr="000767E2" w:rsidRDefault="00000000">
      <w:pPr>
        <w:rPr>
          <w:lang w:val="sv-SE"/>
        </w:rPr>
      </w:pPr>
      <w:r w:rsidRPr="000767E2">
        <w:rPr>
          <w:lang w:val="sv-SE"/>
        </w:rPr>
        <w:t>[[@</w:t>
      </w:r>
      <w:r w:rsidR="0096445B" w:rsidRPr="000767E2">
        <w:rPr>
          <w:lang w:val="sv-SE"/>
        </w:rPr>
        <w:t>BibleBIBEL82</w:t>
      </w:r>
      <w:r w:rsidRPr="000767E2">
        <w:rPr>
          <w:lang w:val="sv-SE"/>
        </w:rPr>
        <w:t>:2Cor 6:14]]</w:t>
      </w:r>
      <w:r w:rsidRPr="000767E2">
        <w:rPr>
          <w:vertAlign w:val="superscript"/>
          <w:lang w:val="sv-SE"/>
        </w:rPr>
        <w:t>14</w:t>
      </w:r>
      <w:r w:rsidRPr="000767E2">
        <w:rPr>
          <w:lang w:val="sv-SE"/>
        </w:rPr>
        <w:t xml:space="preserve"> {{field-on:bible}}Var inte olikt okade med otroende. För vilken delaktighet </w:t>
      </w:r>
      <w:r w:rsidRPr="000767E2">
        <w:rPr>
          <w:i/>
          <w:lang w:val="sv-SE"/>
        </w:rPr>
        <w:t>har</w:t>
      </w:r>
      <w:r w:rsidRPr="000767E2">
        <w:rPr>
          <w:lang w:val="sv-SE"/>
        </w:rPr>
        <w:t xml:space="preserve"> rättfärdighet och laglöshet? Eller vilken gemenskap </w:t>
      </w:r>
      <w:r w:rsidRPr="000767E2">
        <w:rPr>
          <w:i/>
          <w:lang w:val="sv-SE"/>
        </w:rPr>
        <w:t>har</w:t>
      </w:r>
      <w:r w:rsidRPr="000767E2">
        <w:rPr>
          <w:lang w:val="sv-SE"/>
        </w:rPr>
        <w:t xml:space="preserve"> ljus med mörker?{{field-off:bible}} [[@</w:t>
      </w:r>
      <w:r w:rsidR="0096445B" w:rsidRPr="000767E2">
        <w:rPr>
          <w:lang w:val="sv-SE"/>
        </w:rPr>
        <w:t>BibleBIBEL82</w:t>
      </w:r>
      <w:r w:rsidRPr="000767E2">
        <w:rPr>
          <w:lang w:val="sv-SE"/>
        </w:rPr>
        <w:t>:2Cor 6:15]]</w:t>
      </w:r>
      <w:r w:rsidRPr="000767E2">
        <w:rPr>
          <w:vertAlign w:val="superscript"/>
          <w:lang w:val="sv-SE"/>
        </w:rPr>
        <w:t>15</w:t>
      </w:r>
      <w:r w:rsidRPr="000767E2">
        <w:rPr>
          <w:lang w:val="sv-SE"/>
        </w:rPr>
        <w:t xml:space="preserve"> {{field-on:bible}}Och vilken samstämmighet </w:t>
      </w:r>
      <w:r w:rsidRPr="000767E2">
        <w:rPr>
          <w:i/>
          <w:lang w:val="sv-SE"/>
        </w:rPr>
        <w:t>har</w:t>
      </w:r>
      <w:r w:rsidRPr="000767E2">
        <w:rPr>
          <w:lang w:val="sv-SE"/>
        </w:rPr>
        <w:t xml:space="preserve"> Kristus med Beliar? Eller vilken del </w:t>
      </w:r>
      <w:r w:rsidRPr="000767E2">
        <w:rPr>
          <w:i/>
          <w:lang w:val="sv-SE"/>
        </w:rPr>
        <w:t>har</w:t>
      </w:r>
      <w:r w:rsidRPr="000767E2">
        <w:rPr>
          <w:lang w:val="sv-SE"/>
        </w:rPr>
        <w:t xml:space="preserve"> en troende med en otroende?{{field-off:bible}} [[@</w:t>
      </w:r>
      <w:r w:rsidR="0096445B" w:rsidRPr="000767E2">
        <w:rPr>
          <w:lang w:val="sv-SE"/>
        </w:rPr>
        <w:t>BibleBIBEL82</w:t>
      </w:r>
      <w:r w:rsidRPr="000767E2">
        <w:rPr>
          <w:lang w:val="sv-SE"/>
        </w:rPr>
        <w:t>:2Cor 6:16]]</w:t>
      </w:r>
      <w:r w:rsidRPr="000767E2">
        <w:rPr>
          <w:vertAlign w:val="superscript"/>
          <w:lang w:val="sv-SE"/>
        </w:rPr>
        <w:t>16</w:t>
      </w:r>
      <w:r w:rsidRPr="000767E2">
        <w:rPr>
          <w:lang w:val="sv-SE"/>
        </w:rPr>
        <w:t xml:space="preserve"> {{field-on:bible}}Och vilken överensstämmelse </w:t>
      </w:r>
      <w:r w:rsidRPr="000767E2">
        <w:rPr>
          <w:i/>
          <w:lang w:val="sv-SE"/>
        </w:rPr>
        <w:t>har</w:t>
      </w:r>
      <w:r w:rsidRPr="000767E2">
        <w:rPr>
          <w:lang w:val="sv-SE"/>
        </w:rPr>
        <w:t xml:space="preserve"> Guds tempelbyggnad med avgudar? För vi är en levande Guds tempelbyggnad, så som Gud har sagt, att:{{field-off:bible}}</w:t>
      </w:r>
    </w:p>
    <w:p w14:paraId="5205437E" w14:textId="77777777" w:rsidR="00BA33AB" w:rsidRPr="000767E2" w:rsidRDefault="00000000">
      <w:pPr>
        <w:rPr>
          <w:lang w:val="sv-SE"/>
        </w:rPr>
      </w:pPr>
      <w:r w:rsidRPr="000767E2">
        <w:rPr>
          <w:lang w:val="sv-SE"/>
        </w:rPr>
        <w:t xml:space="preserve">{{field-on:bible}}Jag ska bo bland dem och vandra bland </w:t>
      </w:r>
      <w:r w:rsidRPr="000767E2">
        <w:rPr>
          <w:i/>
          <w:lang w:val="sv-SE"/>
        </w:rPr>
        <w:t>dem</w:t>
      </w:r>
      <w:r w:rsidRPr="000767E2">
        <w:rPr>
          <w:lang w:val="sv-SE"/>
        </w:rPr>
        <w:t>.</w:t>
      </w:r>
      <w:r w:rsidRPr="000767E2">
        <w:rPr>
          <w:lang w:val="sv-SE"/>
        </w:rPr>
        <w:br/>
        <w:t>Och jag ska vara deras Gud, och de ska vara mitt folk.{{field-off:bible}}</w:t>
      </w:r>
    </w:p>
    <w:p w14:paraId="2EFB1A1B" w14:textId="7E9C0624" w:rsidR="00BA33AB" w:rsidRDefault="00000000">
      <w:r>
        <w:t>[[@</w:t>
      </w:r>
      <w:r w:rsidR="0096445B">
        <w:t>BibleBIBEL82</w:t>
      </w:r>
      <w:r>
        <w:t>:2Cor 6:17]]</w:t>
      </w:r>
      <w:r>
        <w:rPr>
          <w:vertAlign w:val="superscript"/>
        </w:rPr>
        <w:t>17</w:t>
      </w:r>
      <w:r>
        <w:t xml:space="preserve"> {{</w:t>
      </w:r>
      <w:proofErr w:type="spellStart"/>
      <w:r>
        <w:t>field-</w:t>
      </w:r>
      <w:proofErr w:type="gramStart"/>
      <w:r>
        <w:t>on:bible</w:t>
      </w:r>
      <w:proofErr w:type="spellEnd"/>
      <w:r>
        <w:t>}}</w:t>
      </w:r>
      <w:proofErr w:type="spellStart"/>
      <w:r>
        <w:t>Därför</w:t>
      </w:r>
      <w:proofErr w:type="spellEnd"/>
      <w:proofErr w:type="gramEnd"/>
      <w:r>
        <w:t>:{{</w:t>
      </w:r>
      <w:proofErr w:type="spellStart"/>
      <w:r>
        <w:t>field-</w:t>
      </w:r>
      <w:proofErr w:type="gramStart"/>
      <w:r>
        <w:t>off:bible</w:t>
      </w:r>
      <w:proofErr w:type="spellEnd"/>
      <w:proofErr w:type="gramEnd"/>
      <w:r>
        <w:t>}}</w:t>
      </w:r>
    </w:p>
    <w:p w14:paraId="722555C6" w14:textId="3E9EE3BC" w:rsidR="00BA33AB" w:rsidRPr="000767E2" w:rsidRDefault="00000000">
      <w:pPr>
        <w:rPr>
          <w:lang w:val="sv-SE"/>
        </w:rPr>
      </w:pPr>
      <w:r w:rsidRPr="000767E2">
        <w:rPr>
          <w:lang w:val="sv-SE"/>
        </w:rPr>
        <w:t>{{field-on:bible}}Gå ut från deras mitt och avskilj er, säger Herren,</w:t>
      </w:r>
      <w:r w:rsidRPr="000767E2">
        <w:rPr>
          <w:lang w:val="sv-SE"/>
        </w:rPr>
        <w:br/>
        <w:t xml:space="preserve">och </w:t>
      </w:r>
      <w:r w:rsidRPr="000767E2">
        <w:rPr>
          <w:i/>
          <w:lang w:val="sv-SE"/>
        </w:rPr>
        <w:t>något</w:t>
      </w:r>
      <w:r w:rsidRPr="000767E2">
        <w:rPr>
          <w:lang w:val="sv-SE"/>
        </w:rPr>
        <w:t xml:space="preserve"> orent ska ni inte röra.</w:t>
      </w:r>
      <w:r w:rsidRPr="000767E2">
        <w:rPr>
          <w:lang w:val="sv-SE"/>
        </w:rPr>
        <w:br/>
        <w:t>Och jag ska välkomna er in,{{field-off:bible}}</w:t>
      </w:r>
      <w:r w:rsidRPr="000767E2">
        <w:rPr>
          <w:lang w:val="sv-SE"/>
        </w:rPr>
        <w:br/>
        <w:t>[[@</w:t>
      </w:r>
      <w:r w:rsidR="0096445B" w:rsidRPr="000767E2">
        <w:rPr>
          <w:lang w:val="sv-SE"/>
        </w:rPr>
        <w:t>BibleBIBEL82</w:t>
      </w:r>
      <w:r w:rsidRPr="000767E2">
        <w:rPr>
          <w:lang w:val="sv-SE"/>
        </w:rPr>
        <w:t>:2Cor 6:18]]</w:t>
      </w:r>
      <w:r w:rsidRPr="000767E2">
        <w:rPr>
          <w:vertAlign w:val="superscript"/>
          <w:lang w:val="sv-SE"/>
        </w:rPr>
        <w:t>18</w:t>
      </w:r>
      <w:r w:rsidRPr="000767E2">
        <w:rPr>
          <w:lang w:val="sv-SE"/>
        </w:rPr>
        <w:t xml:space="preserve"> {{field-on:bible}}och jag ska vara för er till Far,</w:t>
      </w:r>
      <w:r w:rsidRPr="000767E2">
        <w:rPr>
          <w:lang w:val="sv-SE"/>
        </w:rPr>
        <w:br/>
        <w:t>och ni ska vara för mig till söner och döttrar,</w:t>
      </w:r>
      <w:r w:rsidRPr="000767E2">
        <w:rPr>
          <w:lang w:val="sv-SE"/>
        </w:rPr>
        <w:br/>
        <w:t>säger Herren Allshärskaren.{{field-off:bible}}</w:t>
      </w:r>
    </w:p>
    <w:p w14:paraId="1D587036" w14:textId="63B62A96"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:2Cor 7]]Kapitel 7</w:t>
      </w:r>
    </w:p>
    <w:p w14:paraId="64D59504" w14:textId="54083A30" w:rsidR="00BA33AB" w:rsidRPr="000767E2" w:rsidRDefault="00000000">
      <w:pPr>
        <w:rPr>
          <w:lang w:val="sv-SE"/>
        </w:rPr>
      </w:pPr>
      <w:r w:rsidRPr="000767E2">
        <w:rPr>
          <w:lang w:val="sv-SE"/>
        </w:rPr>
        <w:t>[[@</w:t>
      </w:r>
      <w:r w:rsidR="0096445B" w:rsidRPr="000767E2">
        <w:rPr>
          <w:lang w:val="sv-SE"/>
        </w:rPr>
        <w:t>BibleBIBEL82</w:t>
      </w:r>
      <w:r w:rsidRPr="000767E2">
        <w:rPr>
          <w:lang w:val="sv-SE"/>
        </w:rPr>
        <w:t>:2Cor 7:1]]</w:t>
      </w:r>
      <w:r w:rsidRPr="000767E2">
        <w:rPr>
          <w:vertAlign w:val="superscript"/>
          <w:lang w:val="sv-SE"/>
        </w:rPr>
        <w:t>1</w:t>
      </w:r>
      <w:r w:rsidRPr="000767E2">
        <w:rPr>
          <w:lang w:val="sv-SE"/>
        </w:rPr>
        <w:t xml:space="preserve"> {{field-on:bible}}När vi nu har dessa löften, </w:t>
      </w:r>
      <w:r w:rsidRPr="000767E2">
        <w:rPr>
          <w:i/>
          <w:lang w:val="sv-SE"/>
        </w:rPr>
        <w:t>mina</w:t>
      </w:r>
      <w:r w:rsidRPr="000767E2">
        <w:rPr>
          <w:lang w:val="sv-SE"/>
        </w:rPr>
        <w:t xml:space="preserve"> älskade, låt oss rena oss själva från all besudlan av kött och ande och fullborda helighet i fruktan för Gud.{{field-off:bible}}</w:t>
      </w:r>
    </w:p>
    <w:p w14:paraId="70C2ACA4" w14:textId="77777777" w:rsidR="00BA33AB" w:rsidRPr="000767E2" w:rsidRDefault="00000000">
      <w:pPr>
        <w:pStyle w:val="Rubrik3"/>
        <w:rPr>
          <w:lang w:val="sv-SE"/>
        </w:rPr>
      </w:pPr>
      <w:r w:rsidRPr="000767E2">
        <w:rPr>
          <w:lang w:val="sv-SE"/>
        </w:rPr>
        <w:t>Glädje över korinthiernas ånger</w:t>
      </w:r>
    </w:p>
    <w:p w14:paraId="776608E2" w14:textId="680EA875" w:rsidR="00BA33AB" w:rsidRPr="000767E2" w:rsidRDefault="00000000">
      <w:pPr>
        <w:rPr>
          <w:lang w:val="sv-SE"/>
        </w:rPr>
      </w:pPr>
      <w:r w:rsidRPr="000767E2">
        <w:rPr>
          <w:lang w:val="sv-SE"/>
        </w:rPr>
        <w:t>[[@</w:t>
      </w:r>
      <w:r w:rsidR="0096445B" w:rsidRPr="000767E2">
        <w:rPr>
          <w:lang w:val="sv-SE"/>
        </w:rPr>
        <w:t>BibleBIBEL82</w:t>
      </w:r>
      <w:r w:rsidRPr="000767E2">
        <w:rPr>
          <w:lang w:val="sv-SE"/>
        </w:rPr>
        <w:t>:2Cor 7:2]]</w:t>
      </w:r>
      <w:r w:rsidRPr="000767E2">
        <w:rPr>
          <w:vertAlign w:val="superscript"/>
          <w:lang w:val="sv-SE"/>
        </w:rPr>
        <w:t>2</w:t>
      </w:r>
      <w:r w:rsidRPr="000767E2">
        <w:rPr>
          <w:lang w:val="sv-SE"/>
        </w:rPr>
        <w:t xml:space="preserve"> {{field-on:bible}}Ha rum för oss. Ingen har vi gjort orätt mot, ingen har vi fördärvat, ingen har vi utnyttjat.{{field-off:bible}} [[@</w:t>
      </w:r>
      <w:r w:rsidR="0096445B" w:rsidRPr="000767E2">
        <w:rPr>
          <w:lang w:val="sv-SE"/>
        </w:rPr>
        <w:t>BibleBIBEL82</w:t>
      </w:r>
      <w:r w:rsidRPr="000767E2">
        <w:rPr>
          <w:lang w:val="sv-SE"/>
        </w:rPr>
        <w:t>:2Cor 7:3]]</w:t>
      </w:r>
      <w:r w:rsidRPr="000767E2">
        <w:rPr>
          <w:vertAlign w:val="superscript"/>
          <w:lang w:val="sv-SE"/>
        </w:rPr>
        <w:t>3</w:t>
      </w:r>
      <w:r w:rsidRPr="000767E2">
        <w:rPr>
          <w:lang w:val="sv-SE"/>
        </w:rPr>
        <w:t xml:space="preserve"> {{field-on:bible}}</w:t>
      </w:r>
      <w:r w:rsidRPr="000767E2">
        <w:rPr>
          <w:i/>
          <w:lang w:val="sv-SE"/>
        </w:rPr>
        <w:t>Det är</w:t>
      </w:r>
      <w:r w:rsidRPr="000767E2">
        <w:rPr>
          <w:lang w:val="sv-SE"/>
        </w:rPr>
        <w:t xml:space="preserve"> inte till fördömelse jag säger </w:t>
      </w:r>
      <w:r w:rsidRPr="000767E2">
        <w:rPr>
          <w:i/>
          <w:lang w:val="sv-SE"/>
        </w:rPr>
        <w:t>det</w:t>
      </w:r>
      <w:r w:rsidRPr="000767E2">
        <w:rPr>
          <w:lang w:val="sv-SE"/>
        </w:rPr>
        <w:t>. För jag har förut sagt att i våra hjärtan finns ni, för att dö tillsammans och leva tillsammans.{{field-off:bible}} [[@</w:t>
      </w:r>
      <w:r w:rsidR="0096445B" w:rsidRPr="000767E2">
        <w:rPr>
          <w:lang w:val="sv-SE"/>
        </w:rPr>
        <w:t>BibleBIBEL82</w:t>
      </w:r>
      <w:r w:rsidRPr="000767E2">
        <w:rPr>
          <w:lang w:val="sv-SE"/>
        </w:rPr>
        <w:t>:2Cor 7:4]]</w:t>
      </w:r>
      <w:r w:rsidRPr="000767E2">
        <w:rPr>
          <w:vertAlign w:val="superscript"/>
          <w:lang w:val="sv-SE"/>
        </w:rPr>
        <w:t>4</w:t>
      </w:r>
      <w:r w:rsidRPr="000767E2">
        <w:rPr>
          <w:lang w:val="sv-SE"/>
        </w:rPr>
        <w:t xml:space="preserve"> {{field-on:bible}}Stor frimodighet </w:t>
      </w:r>
      <w:r w:rsidRPr="000767E2">
        <w:rPr>
          <w:i/>
          <w:lang w:val="sv-SE"/>
        </w:rPr>
        <w:t>har</w:t>
      </w:r>
      <w:r w:rsidRPr="000767E2">
        <w:rPr>
          <w:lang w:val="sv-SE"/>
        </w:rPr>
        <w:t xml:space="preserve"> jag gentemot er. Stor stolthet </w:t>
      </w:r>
      <w:r w:rsidRPr="000767E2">
        <w:rPr>
          <w:i/>
          <w:lang w:val="sv-SE"/>
        </w:rPr>
        <w:t>har</w:t>
      </w:r>
      <w:r w:rsidRPr="000767E2">
        <w:rPr>
          <w:lang w:val="sv-SE"/>
        </w:rPr>
        <w:t xml:space="preserve"> jag över er. Jag är uppfylld av trösten, jag överflödar ännu mer av glädjen i all vår nöd.{{field-off:bible}}</w:t>
      </w:r>
    </w:p>
    <w:p w14:paraId="206FC94E" w14:textId="7180B076" w:rsidR="00BA33AB" w:rsidRPr="000767E2" w:rsidRDefault="00000000">
      <w:pPr>
        <w:rPr>
          <w:lang w:val="sv-SE"/>
        </w:rPr>
      </w:pPr>
      <w:r w:rsidRPr="000767E2">
        <w:rPr>
          <w:lang w:val="sv-SE"/>
        </w:rPr>
        <w:t>[[@</w:t>
      </w:r>
      <w:r w:rsidR="0096445B" w:rsidRPr="000767E2">
        <w:rPr>
          <w:lang w:val="sv-SE"/>
        </w:rPr>
        <w:t>BibleBIBEL82</w:t>
      </w:r>
      <w:r w:rsidRPr="000767E2">
        <w:rPr>
          <w:lang w:val="sv-SE"/>
        </w:rPr>
        <w:t>:2Cor 7:5]]</w:t>
      </w:r>
      <w:r w:rsidRPr="000767E2">
        <w:rPr>
          <w:vertAlign w:val="superscript"/>
          <w:lang w:val="sv-SE"/>
        </w:rPr>
        <w:t>5</w:t>
      </w:r>
      <w:r w:rsidRPr="000767E2">
        <w:rPr>
          <w:lang w:val="sv-SE"/>
        </w:rPr>
        <w:t xml:space="preserve"> {{field-on:bible}}För även när vi kom till Makedonien fick vårt kött ingen lättnad. Nej, i allt </w:t>
      </w:r>
      <w:r w:rsidRPr="000767E2">
        <w:rPr>
          <w:i/>
          <w:lang w:val="sv-SE"/>
        </w:rPr>
        <w:t>var vi</w:t>
      </w:r>
      <w:r w:rsidRPr="000767E2">
        <w:rPr>
          <w:lang w:val="sv-SE"/>
        </w:rPr>
        <w:t xml:space="preserve"> pressade: utifrån bråk, inifrån rädslor.{{field-off:bible}} [[@</w:t>
      </w:r>
      <w:r w:rsidR="0096445B" w:rsidRPr="000767E2">
        <w:rPr>
          <w:lang w:val="sv-SE"/>
        </w:rPr>
        <w:t>BibleBIBEL82</w:t>
      </w:r>
      <w:r w:rsidRPr="000767E2">
        <w:rPr>
          <w:lang w:val="sv-SE"/>
        </w:rPr>
        <w:t>:2Cor 7:6]]</w:t>
      </w:r>
      <w:r w:rsidRPr="000767E2">
        <w:rPr>
          <w:vertAlign w:val="superscript"/>
          <w:lang w:val="sv-SE"/>
        </w:rPr>
        <w:t>6</w:t>
      </w:r>
      <w:r w:rsidRPr="000767E2">
        <w:rPr>
          <w:lang w:val="sv-SE"/>
        </w:rPr>
        <w:t xml:space="preserve"> {{field-on:bible}}Men han som tröstar de låga tröstade oss, Gud med Titus ankomst.{{field-off:bible}} [[@</w:t>
      </w:r>
      <w:r w:rsidR="0096445B" w:rsidRPr="000767E2">
        <w:rPr>
          <w:lang w:val="sv-SE"/>
        </w:rPr>
        <w:t>BibleBIBEL82</w:t>
      </w:r>
      <w:r w:rsidRPr="000767E2">
        <w:rPr>
          <w:lang w:val="sv-SE"/>
        </w:rPr>
        <w:t>:2Cor 7:7]]</w:t>
      </w:r>
      <w:r w:rsidRPr="000767E2">
        <w:rPr>
          <w:vertAlign w:val="superscript"/>
          <w:lang w:val="sv-SE"/>
        </w:rPr>
        <w:t>7</w:t>
      </w:r>
      <w:r w:rsidRPr="000767E2">
        <w:rPr>
          <w:lang w:val="sv-SE"/>
        </w:rPr>
        <w:t xml:space="preserve"> {{field-on:bible}}Och inte bara med hans ankomst, utan också med den tröst som han hade blivit tröstad med hos er, när han delgav för oss er längtan, er klagan, ert nit för min skull, så att jag gladde mig </w:t>
      </w:r>
      <w:r w:rsidRPr="000767E2">
        <w:rPr>
          <w:i/>
          <w:lang w:val="sv-SE"/>
        </w:rPr>
        <w:t>desto</w:t>
      </w:r>
      <w:r w:rsidRPr="000767E2">
        <w:rPr>
          <w:lang w:val="sv-SE"/>
        </w:rPr>
        <w:t xml:space="preserve"> mer.{{field-off:bible}}</w:t>
      </w:r>
    </w:p>
    <w:p w14:paraId="7B8A6AE8" w14:textId="0CCD99BC" w:rsidR="00BA33AB" w:rsidRPr="000767E2" w:rsidRDefault="00000000">
      <w:pPr>
        <w:rPr>
          <w:lang w:val="sv-SE"/>
        </w:rPr>
      </w:pPr>
      <w:r w:rsidRPr="000767E2">
        <w:rPr>
          <w:lang w:val="sv-SE"/>
        </w:rPr>
        <w:t>[[@</w:t>
      </w:r>
      <w:r w:rsidR="0096445B" w:rsidRPr="000767E2">
        <w:rPr>
          <w:lang w:val="sv-SE"/>
        </w:rPr>
        <w:t>BibleBIBEL82</w:t>
      </w:r>
      <w:r w:rsidRPr="000767E2">
        <w:rPr>
          <w:lang w:val="sv-SE"/>
        </w:rPr>
        <w:t>:2Cor 7:8]]</w:t>
      </w:r>
      <w:r w:rsidRPr="000767E2">
        <w:rPr>
          <w:vertAlign w:val="superscript"/>
          <w:lang w:val="sv-SE"/>
        </w:rPr>
        <w:t>8</w:t>
      </w:r>
      <w:r w:rsidRPr="000767E2">
        <w:rPr>
          <w:lang w:val="sv-SE"/>
        </w:rPr>
        <w:t xml:space="preserve"> {{field-on:bible}}För även om jag bedrövade er med brevet ångrar jag </w:t>
      </w:r>
      <w:r w:rsidRPr="000767E2">
        <w:rPr>
          <w:i/>
          <w:lang w:val="sv-SE"/>
        </w:rPr>
        <w:t>det</w:t>
      </w:r>
      <w:r w:rsidRPr="000767E2">
        <w:rPr>
          <w:lang w:val="sv-SE"/>
        </w:rPr>
        <w:t xml:space="preserve"> inte, även om jag </w:t>
      </w:r>
      <w:r w:rsidRPr="000767E2">
        <w:rPr>
          <w:i/>
          <w:lang w:val="sv-SE"/>
        </w:rPr>
        <w:t>först</w:t>
      </w:r>
      <w:r w:rsidRPr="000767E2">
        <w:rPr>
          <w:lang w:val="sv-SE"/>
        </w:rPr>
        <w:t xml:space="preserve"> ångrade mig. Jag ser [ju] att detta brev, om också för en stund, bedrövade er.{{field-off:bible}} [[@</w:t>
      </w:r>
      <w:r w:rsidR="0096445B" w:rsidRPr="000767E2">
        <w:rPr>
          <w:lang w:val="sv-SE"/>
        </w:rPr>
        <w:t>BibleBIBEL82</w:t>
      </w:r>
      <w:r w:rsidRPr="000767E2">
        <w:rPr>
          <w:lang w:val="sv-SE"/>
        </w:rPr>
        <w:t>:2Cor 7:9]]</w:t>
      </w:r>
      <w:r w:rsidRPr="000767E2">
        <w:rPr>
          <w:vertAlign w:val="superscript"/>
          <w:lang w:val="sv-SE"/>
        </w:rPr>
        <w:t>9</w:t>
      </w:r>
      <w:r w:rsidRPr="000767E2">
        <w:rPr>
          <w:lang w:val="sv-SE"/>
        </w:rPr>
        <w:t xml:space="preserve"> {{field-on:bible}}Nu gläder jag mig. Inte för att ni blev bedrövade, utan för att ni blev bedrövade till sinnesändring. För ni blev bedrövade på Guds vis, så att ni inte har gått miste om något genom oss.{{field-off:bible}} [[@</w:t>
      </w:r>
      <w:r w:rsidR="0096445B" w:rsidRPr="000767E2">
        <w:rPr>
          <w:lang w:val="sv-SE"/>
        </w:rPr>
        <w:t>BibleBIBEL82</w:t>
      </w:r>
      <w:r w:rsidRPr="000767E2">
        <w:rPr>
          <w:lang w:val="sv-SE"/>
        </w:rPr>
        <w:t>:2Cor 7:10]]</w:t>
      </w:r>
      <w:r w:rsidRPr="000767E2">
        <w:rPr>
          <w:vertAlign w:val="superscript"/>
          <w:lang w:val="sv-SE"/>
        </w:rPr>
        <w:t>10</w:t>
      </w:r>
      <w:r w:rsidRPr="000767E2">
        <w:rPr>
          <w:lang w:val="sv-SE"/>
        </w:rPr>
        <w:t xml:space="preserve"> {{field-on:bible}}För bedrövelsen på Guds vis utför en sinnesändring till frälsning </w:t>
      </w:r>
      <w:r w:rsidRPr="000767E2">
        <w:rPr>
          <w:i/>
          <w:lang w:val="sv-SE"/>
        </w:rPr>
        <w:t>som är</w:t>
      </w:r>
      <w:r w:rsidRPr="000767E2">
        <w:rPr>
          <w:lang w:val="sv-SE"/>
        </w:rPr>
        <w:t xml:space="preserve"> utan ånger. Men världens bedrövelse frambringar död.{{field-off:bible}}</w:t>
      </w:r>
    </w:p>
    <w:p w14:paraId="0834419E" w14:textId="7EC2AEE3" w:rsidR="00BA33AB" w:rsidRPr="000767E2" w:rsidRDefault="00000000">
      <w:pPr>
        <w:rPr>
          <w:lang w:val="sv-SE"/>
        </w:rPr>
      </w:pPr>
      <w:r w:rsidRPr="000767E2">
        <w:rPr>
          <w:lang w:val="sv-SE"/>
        </w:rPr>
        <w:t>[[@</w:t>
      </w:r>
      <w:r w:rsidR="0096445B" w:rsidRPr="000767E2">
        <w:rPr>
          <w:lang w:val="sv-SE"/>
        </w:rPr>
        <w:t>BibleBIBEL82</w:t>
      </w:r>
      <w:r w:rsidRPr="000767E2">
        <w:rPr>
          <w:lang w:val="sv-SE"/>
        </w:rPr>
        <w:t>:2Cor 7:11]]</w:t>
      </w:r>
      <w:r w:rsidRPr="000767E2">
        <w:rPr>
          <w:vertAlign w:val="superscript"/>
          <w:lang w:val="sv-SE"/>
        </w:rPr>
        <w:t>11</w:t>
      </w:r>
      <w:r w:rsidRPr="000767E2">
        <w:rPr>
          <w:lang w:val="sv-SE"/>
        </w:rPr>
        <w:t xml:space="preserve"> {{field-on:bible}}För se: just detta att bli bedrövad på Guds vis, hur mycket det har frambringat för er </w:t>
      </w:r>
      <w:r w:rsidRPr="000767E2">
        <w:rPr>
          <w:i/>
          <w:lang w:val="sv-SE"/>
        </w:rPr>
        <w:t>av</w:t>
      </w:r>
      <w:r w:rsidRPr="000767E2">
        <w:rPr>
          <w:lang w:val="sv-SE"/>
        </w:rPr>
        <w:t xml:space="preserve"> iver, och försvar, och indignation, och fruktan, och längtan, och nit, och rättskipning. I allt har ni demonstrerat att ni själva är rena i </w:t>
      </w:r>
      <w:r w:rsidRPr="000767E2">
        <w:rPr>
          <w:i/>
          <w:lang w:val="sv-SE"/>
        </w:rPr>
        <w:t>det</w:t>
      </w:r>
      <w:r w:rsidRPr="000767E2">
        <w:rPr>
          <w:lang w:val="sv-SE"/>
        </w:rPr>
        <w:t xml:space="preserve"> ärendet.{{field-off:bible}} [[@</w:t>
      </w:r>
      <w:r w:rsidR="0096445B" w:rsidRPr="000767E2">
        <w:rPr>
          <w:lang w:val="sv-SE"/>
        </w:rPr>
        <w:t>BibleBIBEL82</w:t>
      </w:r>
      <w:r w:rsidRPr="000767E2">
        <w:rPr>
          <w:lang w:val="sv-SE"/>
        </w:rPr>
        <w:t>:2Cor 7:12]]</w:t>
      </w:r>
      <w:r w:rsidRPr="000767E2">
        <w:rPr>
          <w:vertAlign w:val="superscript"/>
          <w:lang w:val="sv-SE"/>
        </w:rPr>
        <w:t>12</w:t>
      </w:r>
      <w:r w:rsidRPr="000767E2">
        <w:rPr>
          <w:lang w:val="sv-SE"/>
        </w:rPr>
        <w:t xml:space="preserve"> {{field-on:bible}}Alltså, även om jag skrev till er </w:t>
      </w:r>
      <w:r w:rsidRPr="000767E2">
        <w:rPr>
          <w:i/>
          <w:lang w:val="sv-SE"/>
        </w:rPr>
        <w:t>var det</w:t>
      </w:r>
      <w:r w:rsidRPr="000767E2">
        <w:rPr>
          <w:lang w:val="sv-SE"/>
        </w:rPr>
        <w:t xml:space="preserve"> inte för den som gjort orätt eller för den som lidit orätt, utan för att er iver för oss skulle framträda hos er inför Gud.{{field-off:bible}} [[@</w:t>
      </w:r>
      <w:r w:rsidR="0096445B" w:rsidRPr="000767E2">
        <w:rPr>
          <w:lang w:val="sv-SE"/>
        </w:rPr>
        <w:t>BibleBIBEL82</w:t>
      </w:r>
      <w:r w:rsidRPr="000767E2">
        <w:rPr>
          <w:lang w:val="sv-SE"/>
        </w:rPr>
        <w:t>:2Cor 7:13]]</w:t>
      </w:r>
      <w:r w:rsidRPr="000767E2">
        <w:rPr>
          <w:vertAlign w:val="superscript"/>
          <w:lang w:val="sv-SE"/>
        </w:rPr>
        <w:t>13</w:t>
      </w:r>
      <w:r w:rsidRPr="000767E2">
        <w:rPr>
          <w:lang w:val="sv-SE"/>
        </w:rPr>
        <w:t xml:space="preserve"> {{field-on:bible}}Därför har vi blivit uppmuntrade.{{field-off:bible}}</w:t>
      </w:r>
    </w:p>
    <w:p w14:paraId="57C5FD46" w14:textId="3167DC84" w:rsidR="00BA33AB" w:rsidRPr="000767E2" w:rsidRDefault="00000000">
      <w:pPr>
        <w:rPr>
          <w:lang w:val="sv-SE"/>
        </w:rPr>
      </w:pPr>
      <w:r w:rsidRPr="000767E2">
        <w:rPr>
          <w:lang w:val="sv-SE"/>
        </w:rPr>
        <w:t>{{field-on:bible}}Och ovanpå vår uppmuntran har vi ännu mycket mer glatt oss över Titus glädje, för hans ande har fått ro av er alla.{{field-off:bible}} [[@</w:t>
      </w:r>
      <w:r w:rsidR="0096445B" w:rsidRPr="000767E2">
        <w:rPr>
          <w:lang w:val="sv-SE"/>
        </w:rPr>
        <w:t>BibleBIBEL82</w:t>
      </w:r>
      <w:r w:rsidRPr="000767E2">
        <w:rPr>
          <w:lang w:val="sv-SE"/>
        </w:rPr>
        <w:t>:2Cor 7:14]]</w:t>
      </w:r>
      <w:r w:rsidRPr="000767E2">
        <w:rPr>
          <w:vertAlign w:val="superscript"/>
          <w:lang w:val="sv-SE"/>
        </w:rPr>
        <w:t>14</w:t>
      </w:r>
      <w:r w:rsidRPr="000767E2">
        <w:rPr>
          <w:lang w:val="sv-SE"/>
        </w:rPr>
        <w:t xml:space="preserve"> {{field-on:bible}}För om jag inför honom har varit något stolt över er, har jag inte </w:t>
      </w:r>
      <w:r w:rsidRPr="000767E2">
        <w:rPr>
          <w:i/>
          <w:lang w:val="sv-SE"/>
        </w:rPr>
        <w:t>behövt</w:t>
      </w:r>
      <w:r w:rsidRPr="000767E2">
        <w:rPr>
          <w:lang w:val="sv-SE"/>
        </w:rPr>
        <w:t xml:space="preserve"> skämmas. Nej, såsom vi har talat allt i sanning för er, så har också vårt stoltserande inför Titus blivit sanning.{{field-off:bible}} [[@</w:t>
      </w:r>
      <w:r w:rsidR="0096445B" w:rsidRPr="000767E2">
        <w:rPr>
          <w:lang w:val="sv-SE"/>
        </w:rPr>
        <w:t>BibleBIBEL82</w:t>
      </w:r>
      <w:r w:rsidRPr="000767E2">
        <w:rPr>
          <w:lang w:val="sv-SE"/>
        </w:rPr>
        <w:t>:2Cor 7:15]]</w:t>
      </w:r>
      <w:r w:rsidRPr="000767E2">
        <w:rPr>
          <w:vertAlign w:val="superscript"/>
          <w:lang w:val="sv-SE"/>
        </w:rPr>
        <w:t>15</w:t>
      </w:r>
      <w:r w:rsidRPr="000767E2">
        <w:rPr>
          <w:lang w:val="sv-SE"/>
        </w:rPr>
        <w:t xml:space="preserve"> {{field-on:bible}}Och hans inre är ännu mer </w:t>
      </w:r>
      <w:r w:rsidRPr="000767E2">
        <w:rPr>
          <w:i/>
          <w:lang w:val="sv-SE"/>
        </w:rPr>
        <w:t>vänt</w:t>
      </w:r>
      <w:r w:rsidRPr="000767E2">
        <w:rPr>
          <w:lang w:val="sv-SE"/>
        </w:rPr>
        <w:t xml:space="preserve"> till er när han minns allas er hörsamhet, hur ni med fruktan och darran </w:t>
      </w:r>
      <w:r w:rsidRPr="000767E2">
        <w:rPr>
          <w:lang w:val="sv-SE"/>
        </w:rPr>
        <w:lastRenderedPageBreak/>
        <w:t>välkomnade honom.{{field-off:bible}} [[@</w:t>
      </w:r>
      <w:r w:rsidR="0096445B" w:rsidRPr="000767E2">
        <w:rPr>
          <w:lang w:val="sv-SE"/>
        </w:rPr>
        <w:t>BibleBIBEL82</w:t>
      </w:r>
      <w:r w:rsidRPr="000767E2">
        <w:rPr>
          <w:lang w:val="sv-SE"/>
        </w:rPr>
        <w:t>:2Cor 7:16]]</w:t>
      </w:r>
      <w:r w:rsidRPr="000767E2">
        <w:rPr>
          <w:vertAlign w:val="superscript"/>
          <w:lang w:val="sv-SE"/>
        </w:rPr>
        <w:t>16</w:t>
      </w:r>
      <w:r w:rsidRPr="000767E2">
        <w:rPr>
          <w:lang w:val="sv-SE"/>
        </w:rPr>
        <w:t xml:space="preserve"> {{field-on:bible}}Jag är glad att jag i allt </w:t>
      </w:r>
      <w:r w:rsidRPr="000767E2">
        <w:rPr>
          <w:i/>
          <w:lang w:val="sv-SE"/>
        </w:rPr>
        <w:t>kan</w:t>
      </w:r>
      <w:r w:rsidRPr="000767E2">
        <w:rPr>
          <w:lang w:val="sv-SE"/>
        </w:rPr>
        <w:t xml:space="preserve"> lita på er.{{field-off:bible}}</w:t>
      </w:r>
    </w:p>
    <w:p w14:paraId="61924D14" w14:textId="65E14496"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8]]Kapitel 8</w:t>
      </w:r>
    </w:p>
    <w:p w14:paraId="44A3F2A0" w14:textId="77777777" w:rsidR="00BA33AB" w:rsidRPr="000767E2" w:rsidRDefault="00000000">
      <w:pPr>
        <w:pStyle w:val="Rubrik3"/>
        <w:rPr>
          <w:lang w:val="sv-SE"/>
        </w:rPr>
      </w:pPr>
      <w:r w:rsidRPr="000767E2">
        <w:rPr>
          <w:lang w:val="sv-SE"/>
        </w:rPr>
        <w:t>Insamlingen till Jerusalem</w:t>
      </w:r>
    </w:p>
    <w:p w14:paraId="609FAF5A" w14:textId="1282184C" w:rsidR="00BA33AB" w:rsidRPr="000767E2" w:rsidRDefault="00000000">
      <w:pPr>
        <w:rPr>
          <w:lang w:val="sv-SE"/>
        </w:rPr>
      </w:pPr>
      <w:r w:rsidRPr="000767E2">
        <w:rPr>
          <w:lang w:val="sv-SE"/>
        </w:rPr>
        <w:t>[[@</w:t>
      </w:r>
      <w:r w:rsidR="0096445B" w:rsidRPr="000767E2">
        <w:rPr>
          <w:lang w:val="sv-SE"/>
        </w:rPr>
        <w:t>BibleBIBEL82</w:t>
      </w:r>
      <w:r w:rsidRPr="000767E2">
        <w:rPr>
          <w:lang w:val="sv-SE"/>
        </w:rPr>
        <w:t>:2Cor 8:1]]</w:t>
      </w:r>
      <w:r w:rsidRPr="000767E2">
        <w:rPr>
          <w:vertAlign w:val="superscript"/>
          <w:lang w:val="sv-SE"/>
        </w:rPr>
        <w:t>1</w:t>
      </w:r>
      <w:r w:rsidRPr="000767E2">
        <w:rPr>
          <w:lang w:val="sv-SE"/>
        </w:rPr>
        <w:t xml:space="preserve"> {{field-on:bible}}Men vi kungör för er syskon den Guds nåd </w:t>
      </w:r>
      <w:r w:rsidRPr="000767E2">
        <w:rPr>
          <w:i/>
          <w:lang w:val="sv-SE"/>
        </w:rPr>
        <w:t>som är</w:t>
      </w:r>
      <w:r w:rsidRPr="000767E2">
        <w:rPr>
          <w:lang w:val="sv-SE"/>
        </w:rPr>
        <w:t xml:space="preserve"> given bland församlingarna i Makedonien,{{field-off:bible}} [[@</w:t>
      </w:r>
      <w:r w:rsidR="0096445B" w:rsidRPr="000767E2">
        <w:rPr>
          <w:lang w:val="sv-SE"/>
        </w:rPr>
        <w:t>BibleBIBEL82</w:t>
      </w:r>
      <w:r w:rsidRPr="000767E2">
        <w:rPr>
          <w:lang w:val="sv-SE"/>
        </w:rPr>
        <w:t>:2Cor 8:2]]</w:t>
      </w:r>
      <w:r w:rsidRPr="000767E2">
        <w:rPr>
          <w:vertAlign w:val="superscript"/>
          <w:lang w:val="sv-SE"/>
        </w:rPr>
        <w:t>2</w:t>
      </w:r>
      <w:r w:rsidRPr="000767E2">
        <w:rPr>
          <w:lang w:val="sv-SE"/>
        </w:rPr>
        <w:t xml:space="preserve"> {{field-on:bible}}att under stor beprövadhet i nöd har deras överflöd av glädje och deras djupa fattigdom överflödat in i rikedomen i deras generositet.{{field-off:bible}} [[@</w:t>
      </w:r>
      <w:r w:rsidR="0096445B" w:rsidRPr="000767E2">
        <w:rPr>
          <w:lang w:val="sv-SE"/>
        </w:rPr>
        <w:t>BibleBIBEL82</w:t>
      </w:r>
      <w:r w:rsidRPr="000767E2">
        <w:rPr>
          <w:lang w:val="sv-SE"/>
        </w:rPr>
        <w:t>:2Cor 8:3]]</w:t>
      </w:r>
      <w:r w:rsidRPr="000767E2">
        <w:rPr>
          <w:vertAlign w:val="superscript"/>
          <w:lang w:val="sv-SE"/>
        </w:rPr>
        <w:t>3</w:t>
      </w:r>
      <w:r w:rsidRPr="000767E2">
        <w:rPr>
          <w:lang w:val="sv-SE"/>
        </w:rPr>
        <w:t xml:space="preserve"> {{field-on:bible}}För de har efter förmåga, vittnar jag, och över förmåga självvalt{{field-off:bible}} [[@</w:t>
      </w:r>
      <w:r w:rsidR="0096445B" w:rsidRPr="000767E2">
        <w:rPr>
          <w:lang w:val="sv-SE"/>
        </w:rPr>
        <w:t>BibleBIBEL82</w:t>
      </w:r>
      <w:r w:rsidRPr="000767E2">
        <w:rPr>
          <w:lang w:val="sv-SE"/>
        </w:rPr>
        <w:t>:2Cor 8:4]]</w:t>
      </w:r>
      <w:r w:rsidRPr="000767E2">
        <w:rPr>
          <w:vertAlign w:val="superscript"/>
          <w:lang w:val="sv-SE"/>
        </w:rPr>
        <w:t>4</w:t>
      </w:r>
      <w:r w:rsidRPr="000767E2">
        <w:rPr>
          <w:lang w:val="sv-SE"/>
        </w:rPr>
        <w:t xml:space="preserve"> {{field-on:bible}}med mycket uppmaning bönfallit oss om nåden och delaktigheten i betjäningen till de heliga.{{field-off:bible}}</w:t>
      </w:r>
    </w:p>
    <w:p w14:paraId="6916F79E" w14:textId="2CFFB957" w:rsidR="00BA33AB" w:rsidRPr="000767E2" w:rsidRDefault="00000000">
      <w:pPr>
        <w:rPr>
          <w:lang w:val="sv-SE"/>
        </w:rPr>
      </w:pPr>
      <w:r w:rsidRPr="000767E2">
        <w:rPr>
          <w:lang w:val="sv-SE"/>
        </w:rPr>
        <w:t>[[@</w:t>
      </w:r>
      <w:r w:rsidR="0096445B" w:rsidRPr="000767E2">
        <w:rPr>
          <w:lang w:val="sv-SE"/>
        </w:rPr>
        <w:t>BibleBIBEL82</w:t>
      </w:r>
      <w:r w:rsidRPr="000767E2">
        <w:rPr>
          <w:lang w:val="sv-SE"/>
        </w:rPr>
        <w:t>:2Cor 8:5]]</w:t>
      </w:r>
      <w:r w:rsidRPr="000767E2">
        <w:rPr>
          <w:vertAlign w:val="superscript"/>
          <w:lang w:val="sv-SE"/>
        </w:rPr>
        <w:t>5</w:t>
      </w:r>
      <w:r w:rsidRPr="000767E2">
        <w:rPr>
          <w:lang w:val="sv-SE"/>
        </w:rPr>
        <w:t xml:space="preserve"> {{field-on:bible}}Och inte så som vi hade hoppats, utan sig själva gav de, först åt Herren och </w:t>
      </w:r>
      <w:r w:rsidRPr="000767E2">
        <w:rPr>
          <w:i/>
          <w:lang w:val="sv-SE"/>
        </w:rPr>
        <w:t>sedan</w:t>
      </w:r>
      <w:r w:rsidRPr="000767E2">
        <w:rPr>
          <w:lang w:val="sv-SE"/>
        </w:rPr>
        <w:t xml:space="preserve"> åt oss genom Guds vilja,{{field-off:bible}} [[@</w:t>
      </w:r>
      <w:r w:rsidR="0096445B" w:rsidRPr="000767E2">
        <w:rPr>
          <w:lang w:val="sv-SE"/>
        </w:rPr>
        <w:t>BibleBIBEL82</w:t>
      </w:r>
      <w:r w:rsidRPr="000767E2">
        <w:rPr>
          <w:lang w:val="sv-SE"/>
        </w:rPr>
        <w:t>:2Cor 8:6]]</w:t>
      </w:r>
      <w:r w:rsidRPr="000767E2">
        <w:rPr>
          <w:vertAlign w:val="superscript"/>
          <w:lang w:val="sv-SE"/>
        </w:rPr>
        <w:t>6</w:t>
      </w:r>
      <w:r w:rsidRPr="000767E2">
        <w:rPr>
          <w:lang w:val="sv-SE"/>
        </w:rPr>
        <w:t xml:space="preserve"> {{field-on:bible}}så att vi uppmanade Titus att liksom han redan hade börjat, så skulle han också fullborda hos er även denna nåd.{{field-off:bible}} [[@</w:t>
      </w:r>
      <w:r w:rsidR="0096445B" w:rsidRPr="000767E2">
        <w:rPr>
          <w:lang w:val="sv-SE"/>
        </w:rPr>
        <w:t>BibleBIBEL82</w:t>
      </w:r>
      <w:r w:rsidRPr="000767E2">
        <w:rPr>
          <w:lang w:val="sv-SE"/>
        </w:rPr>
        <w:t>:2Cor 8:7]]</w:t>
      </w:r>
      <w:r w:rsidRPr="000767E2">
        <w:rPr>
          <w:vertAlign w:val="superscript"/>
          <w:lang w:val="sv-SE"/>
        </w:rPr>
        <w:t>7</w:t>
      </w:r>
      <w:r w:rsidRPr="000767E2">
        <w:rPr>
          <w:lang w:val="sv-SE"/>
        </w:rPr>
        <w:t xml:space="preserve"> {{field-on:bible}}Men såsom ni i allt har överflöd, i tro och ord och kunskap och all iver och kärleken från oss bland er, att ni också i denna nåd ska ha överflöd.{{field-off:bible}}</w:t>
      </w:r>
    </w:p>
    <w:p w14:paraId="31266621" w14:textId="35C7E707" w:rsidR="00BA33AB" w:rsidRPr="000767E2" w:rsidRDefault="00000000">
      <w:pPr>
        <w:rPr>
          <w:lang w:val="sv-SE"/>
        </w:rPr>
      </w:pPr>
      <w:r w:rsidRPr="000767E2">
        <w:rPr>
          <w:lang w:val="sv-SE"/>
        </w:rPr>
        <w:t>[[@</w:t>
      </w:r>
      <w:r w:rsidR="0096445B" w:rsidRPr="000767E2">
        <w:rPr>
          <w:lang w:val="sv-SE"/>
        </w:rPr>
        <w:t>BibleBIBEL82</w:t>
      </w:r>
      <w:r w:rsidRPr="000767E2">
        <w:rPr>
          <w:lang w:val="sv-SE"/>
        </w:rPr>
        <w:t>:2Cor 8:8]]</w:t>
      </w:r>
      <w:r w:rsidRPr="000767E2">
        <w:rPr>
          <w:vertAlign w:val="superscript"/>
          <w:lang w:val="sv-SE"/>
        </w:rPr>
        <w:t>8</w:t>
      </w:r>
      <w:r w:rsidRPr="000767E2">
        <w:rPr>
          <w:lang w:val="sv-SE"/>
        </w:rPr>
        <w:t xml:space="preserve"> {{field-on:bible}}Inte som en befallning säger jag </w:t>
      </w:r>
      <w:r w:rsidRPr="000767E2">
        <w:rPr>
          <w:i/>
          <w:lang w:val="sv-SE"/>
        </w:rPr>
        <w:t>det</w:t>
      </w:r>
      <w:r w:rsidRPr="000767E2">
        <w:rPr>
          <w:lang w:val="sv-SE"/>
        </w:rPr>
        <w:t>. Nej, genom andras iver beprövar jag också er kärleks äkthet.{{field-off:bible}} [[@</w:t>
      </w:r>
      <w:r w:rsidR="0096445B" w:rsidRPr="000767E2">
        <w:rPr>
          <w:lang w:val="sv-SE"/>
        </w:rPr>
        <w:t>BibleBIBEL82</w:t>
      </w:r>
      <w:r w:rsidRPr="000767E2">
        <w:rPr>
          <w:lang w:val="sv-SE"/>
        </w:rPr>
        <w:t>:2Cor 8:9]]</w:t>
      </w:r>
      <w:r w:rsidRPr="000767E2">
        <w:rPr>
          <w:vertAlign w:val="superscript"/>
          <w:lang w:val="sv-SE"/>
        </w:rPr>
        <w:t>9</w:t>
      </w:r>
      <w:r w:rsidRPr="000767E2">
        <w:rPr>
          <w:lang w:val="sv-SE"/>
        </w:rPr>
        <w:t xml:space="preserve"> {{field-on:bible}}För ni känner nåden hos vår Herre Jesus Kristus, att han för er skull blev fattig när han var rik, för att ni genom dennes fattigdom skulle bli rika.{{field-off:bible}}</w:t>
      </w:r>
    </w:p>
    <w:p w14:paraId="2928D1E3" w14:textId="069CAB54" w:rsidR="00BA33AB" w:rsidRPr="000767E2" w:rsidRDefault="00000000">
      <w:pPr>
        <w:rPr>
          <w:lang w:val="sv-SE"/>
        </w:rPr>
      </w:pPr>
      <w:r w:rsidRPr="000767E2">
        <w:rPr>
          <w:lang w:val="sv-SE"/>
        </w:rPr>
        <w:t>[[@</w:t>
      </w:r>
      <w:r w:rsidR="0096445B" w:rsidRPr="000767E2">
        <w:rPr>
          <w:lang w:val="sv-SE"/>
        </w:rPr>
        <w:t>BibleBIBEL82</w:t>
      </w:r>
      <w:r w:rsidRPr="000767E2">
        <w:rPr>
          <w:lang w:val="sv-SE"/>
        </w:rPr>
        <w:t>:2Cor 8:10]]</w:t>
      </w:r>
      <w:r w:rsidRPr="000767E2">
        <w:rPr>
          <w:vertAlign w:val="superscript"/>
          <w:lang w:val="sv-SE"/>
        </w:rPr>
        <w:t>10</w:t>
      </w:r>
      <w:r w:rsidRPr="000767E2">
        <w:rPr>
          <w:lang w:val="sv-SE"/>
        </w:rPr>
        <w:t xml:space="preserve"> {{field-on:bible}}Och </w:t>
      </w:r>
      <w:r w:rsidRPr="000767E2">
        <w:rPr>
          <w:i/>
          <w:lang w:val="sv-SE"/>
        </w:rPr>
        <w:t>min</w:t>
      </w:r>
      <w:r w:rsidRPr="000767E2">
        <w:rPr>
          <w:lang w:val="sv-SE"/>
        </w:rPr>
        <w:t xml:space="preserve"> mening i detta ger jag. För detta gagnar er som redan har börjat </w:t>
      </w:r>
      <w:r w:rsidRPr="000767E2">
        <w:rPr>
          <w:i/>
          <w:lang w:val="sv-SE"/>
        </w:rPr>
        <w:t>med</w:t>
      </w:r>
      <w:r w:rsidRPr="000767E2">
        <w:rPr>
          <w:lang w:val="sv-SE"/>
        </w:rPr>
        <w:t xml:space="preserve"> att inte bara göra, utan också att vilja, sedan i fjol.{{field-off:bible}} [[@</w:t>
      </w:r>
      <w:r w:rsidR="0096445B" w:rsidRPr="000767E2">
        <w:rPr>
          <w:lang w:val="sv-SE"/>
        </w:rPr>
        <w:t>BibleBIBEL82</w:t>
      </w:r>
      <w:r w:rsidRPr="000767E2">
        <w:rPr>
          <w:lang w:val="sv-SE"/>
        </w:rPr>
        <w:t>:2Cor 8:11]]</w:t>
      </w:r>
      <w:r w:rsidRPr="000767E2">
        <w:rPr>
          <w:vertAlign w:val="superscript"/>
          <w:lang w:val="sv-SE"/>
        </w:rPr>
        <w:t>11</w:t>
      </w:r>
      <w:r w:rsidRPr="000767E2">
        <w:rPr>
          <w:lang w:val="sv-SE"/>
        </w:rPr>
        <w:t xml:space="preserve"> {{field-on:bible}}Och nu, fullborda också detta </w:t>
      </w:r>
      <w:r w:rsidRPr="000767E2">
        <w:rPr>
          <w:i/>
          <w:lang w:val="sv-SE"/>
        </w:rPr>
        <w:t>med</w:t>
      </w:r>
      <w:r w:rsidRPr="000767E2">
        <w:rPr>
          <w:lang w:val="sv-SE"/>
        </w:rPr>
        <w:t xml:space="preserve"> att göra, så att liksom villigheten </w:t>
      </w:r>
      <w:r w:rsidRPr="000767E2">
        <w:rPr>
          <w:i/>
          <w:lang w:val="sv-SE"/>
        </w:rPr>
        <w:t>finns</w:t>
      </w:r>
      <w:r w:rsidRPr="000767E2">
        <w:rPr>
          <w:lang w:val="sv-SE"/>
        </w:rPr>
        <w:t xml:space="preserve"> att vilja, så också att fullborda utifrån det </w:t>
      </w:r>
      <w:r w:rsidRPr="000767E2">
        <w:rPr>
          <w:i/>
          <w:lang w:val="sv-SE"/>
        </w:rPr>
        <w:t>ni</w:t>
      </w:r>
      <w:r w:rsidRPr="000767E2">
        <w:rPr>
          <w:lang w:val="sv-SE"/>
        </w:rPr>
        <w:t xml:space="preserve"> har.{{field-off:bible}} [[@</w:t>
      </w:r>
      <w:r w:rsidR="0096445B" w:rsidRPr="000767E2">
        <w:rPr>
          <w:lang w:val="sv-SE"/>
        </w:rPr>
        <w:t>BibleBIBEL82</w:t>
      </w:r>
      <w:r w:rsidRPr="000767E2">
        <w:rPr>
          <w:lang w:val="sv-SE"/>
        </w:rPr>
        <w:t>:2Cor 8:12]]</w:t>
      </w:r>
      <w:r w:rsidRPr="000767E2">
        <w:rPr>
          <w:vertAlign w:val="superscript"/>
          <w:lang w:val="sv-SE"/>
        </w:rPr>
        <w:t>12</w:t>
      </w:r>
      <w:r w:rsidRPr="000767E2">
        <w:rPr>
          <w:lang w:val="sv-SE"/>
        </w:rPr>
        <w:t xml:space="preserve"> {{field-on:bible}}För om villigheten föreligger </w:t>
      </w:r>
      <w:r w:rsidRPr="000767E2">
        <w:rPr>
          <w:i/>
          <w:lang w:val="sv-SE"/>
        </w:rPr>
        <w:t>är den</w:t>
      </w:r>
      <w:r w:rsidRPr="000767E2">
        <w:rPr>
          <w:lang w:val="sv-SE"/>
        </w:rPr>
        <w:t xml:space="preserve"> välmottaglig såvitt den har, inte såvitt den inte har.{{field-off:bible}} [[@</w:t>
      </w:r>
      <w:r w:rsidR="0096445B" w:rsidRPr="000767E2">
        <w:rPr>
          <w:lang w:val="sv-SE"/>
        </w:rPr>
        <w:t>BibleBIBEL82</w:t>
      </w:r>
      <w:r w:rsidRPr="000767E2">
        <w:rPr>
          <w:lang w:val="sv-SE"/>
        </w:rPr>
        <w:t>:2Cor 8:13]]</w:t>
      </w:r>
      <w:r w:rsidRPr="000767E2">
        <w:rPr>
          <w:vertAlign w:val="superscript"/>
          <w:lang w:val="sv-SE"/>
        </w:rPr>
        <w:t>13</w:t>
      </w:r>
      <w:r w:rsidRPr="000767E2">
        <w:rPr>
          <w:lang w:val="sv-SE"/>
        </w:rPr>
        <w:t xml:space="preserve"> {{field-on:bible}}</w:t>
      </w:r>
      <w:r w:rsidRPr="000767E2">
        <w:rPr>
          <w:i/>
          <w:lang w:val="sv-SE"/>
        </w:rPr>
        <w:t>Det är</w:t>
      </w:r>
      <w:r w:rsidRPr="000767E2">
        <w:rPr>
          <w:lang w:val="sv-SE"/>
        </w:rPr>
        <w:t xml:space="preserve"> ju inte för att </w:t>
      </w:r>
      <w:r w:rsidRPr="000767E2">
        <w:rPr>
          <w:i/>
          <w:lang w:val="sv-SE"/>
        </w:rPr>
        <w:t>ge</w:t>
      </w:r>
      <w:r w:rsidRPr="000767E2">
        <w:rPr>
          <w:lang w:val="sv-SE"/>
        </w:rPr>
        <w:t xml:space="preserve"> lättnad åt andra </w:t>
      </w:r>
      <w:r w:rsidRPr="000767E2">
        <w:rPr>
          <w:i/>
          <w:lang w:val="sv-SE"/>
        </w:rPr>
        <w:t>och</w:t>
      </w:r>
      <w:r w:rsidRPr="000767E2">
        <w:rPr>
          <w:lang w:val="sv-SE"/>
        </w:rPr>
        <w:t xml:space="preserve"> nöd åt er, utan utifrån jämlikhet.{{field-off:bible}} [[@</w:t>
      </w:r>
      <w:r w:rsidR="0096445B" w:rsidRPr="000767E2">
        <w:rPr>
          <w:lang w:val="sv-SE"/>
        </w:rPr>
        <w:t>BibleBIBEL82</w:t>
      </w:r>
      <w:r w:rsidRPr="000767E2">
        <w:rPr>
          <w:lang w:val="sv-SE"/>
        </w:rPr>
        <w:t>:2Cor 8:14]]</w:t>
      </w:r>
      <w:r w:rsidRPr="000767E2">
        <w:rPr>
          <w:vertAlign w:val="superscript"/>
          <w:lang w:val="sv-SE"/>
        </w:rPr>
        <w:t>14</w:t>
      </w:r>
      <w:r w:rsidRPr="000767E2">
        <w:rPr>
          <w:lang w:val="sv-SE"/>
        </w:rPr>
        <w:t xml:space="preserve"> {{field-on:bible}}I den nuvarande tiden </w:t>
      </w:r>
      <w:r w:rsidRPr="000767E2">
        <w:rPr>
          <w:i/>
          <w:lang w:val="sv-SE"/>
        </w:rPr>
        <w:t>går</w:t>
      </w:r>
      <w:r w:rsidRPr="000767E2">
        <w:rPr>
          <w:lang w:val="sv-SE"/>
        </w:rPr>
        <w:t xml:space="preserve"> ert överflöd till dessas brist, för att även dessas överflöd ska komma till er brist, så att det blir jämlikhet.{{field-off:bible}} [[@</w:t>
      </w:r>
      <w:r w:rsidR="0096445B" w:rsidRPr="000767E2">
        <w:rPr>
          <w:lang w:val="sv-SE"/>
        </w:rPr>
        <w:t>BibleBIBEL82</w:t>
      </w:r>
      <w:r w:rsidRPr="000767E2">
        <w:rPr>
          <w:lang w:val="sv-SE"/>
        </w:rPr>
        <w:t>:2Cor 8:15]]</w:t>
      </w:r>
      <w:r w:rsidRPr="000767E2">
        <w:rPr>
          <w:vertAlign w:val="superscript"/>
          <w:lang w:val="sv-SE"/>
        </w:rPr>
        <w:t>15</w:t>
      </w:r>
      <w:r w:rsidRPr="000767E2">
        <w:rPr>
          <w:lang w:val="sv-SE"/>
        </w:rPr>
        <w:t xml:space="preserve"> {{field-on:bible}}Så som det är skrivet: Den </w:t>
      </w:r>
      <w:r w:rsidRPr="000767E2">
        <w:rPr>
          <w:i/>
          <w:lang w:val="sv-SE"/>
        </w:rPr>
        <w:t>med</w:t>
      </w:r>
      <w:r w:rsidRPr="000767E2">
        <w:rPr>
          <w:lang w:val="sv-SE"/>
        </w:rPr>
        <w:t xml:space="preserve"> mycket hade inte för mycket, och den </w:t>
      </w:r>
      <w:r w:rsidRPr="000767E2">
        <w:rPr>
          <w:i/>
          <w:lang w:val="sv-SE"/>
        </w:rPr>
        <w:t>med</w:t>
      </w:r>
      <w:r w:rsidRPr="000767E2">
        <w:rPr>
          <w:lang w:val="sv-SE"/>
        </w:rPr>
        <w:t xml:space="preserve"> lite hade inte för lite.{{field-off:bible}}</w:t>
      </w:r>
    </w:p>
    <w:p w14:paraId="1E08B966" w14:textId="77777777" w:rsidR="00BA33AB" w:rsidRPr="000767E2" w:rsidRDefault="00000000">
      <w:pPr>
        <w:pStyle w:val="Rubrik3"/>
        <w:rPr>
          <w:lang w:val="sv-SE"/>
        </w:rPr>
      </w:pPr>
      <w:r w:rsidRPr="000767E2">
        <w:rPr>
          <w:lang w:val="sv-SE"/>
        </w:rPr>
        <w:t>Medhjälpare vid insamlingen</w:t>
      </w:r>
    </w:p>
    <w:p w14:paraId="4FBD3FEB" w14:textId="6627186F" w:rsidR="00BA33AB" w:rsidRPr="000767E2" w:rsidRDefault="00000000">
      <w:pPr>
        <w:rPr>
          <w:lang w:val="sv-SE"/>
        </w:rPr>
      </w:pPr>
      <w:r w:rsidRPr="000767E2">
        <w:rPr>
          <w:lang w:val="sv-SE"/>
        </w:rPr>
        <w:t>[[@</w:t>
      </w:r>
      <w:r w:rsidR="0096445B" w:rsidRPr="000767E2">
        <w:rPr>
          <w:lang w:val="sv-SE"/>
        </w:rPr>
        <w:t>BibleBIBEL82</w:t>
      </w:r>
      <w:r w:rsidRPr="000767E2">
        <w:rPr>
          <w:lang w:val="sv-SE"/>
        </w:rPr>
        <w:t>:2Cor 8:16]]</w:t>
      </w:r>
      <w:r w:rsidRPr="000767E2">
        <w:rPr>
          <w:vertAlign w:val="superscript"/>
          <w:lang w:val="sv-SE"/>
        </w:rPr>
        <w:t>16</w:t>
      </w:r>
      <w:r w:rsidRPr="000767E2">
        <w:rPr>
          <w:lang w:val="sv-SE"/>
        </w:rPr>
        <w:t xml:space="preserve"> {{field-on:bible}}Men tack Gud som har gett samma iver för er i Titus hjärta.{{field-off:bible}} [[@</w:t>
      </w:r>
      <w:r w:rsidR="0096445B" w:rsidRPr="000767E2">
        <w:rPr>
          <w:lang w:val="sv-SE"/>
        </w:rPr>
        <w:t>BibleBIBEL82</w:t>
      </w:r>
      <w:r w:rsidRPr="000767E2">
        <w:rPr>
          <w:lang w:val="sv-SE"/>
        </w:rPr>
        <w:t>:2Cor 8:17]]</w:t>
      </w:r>
      <w:r w:rsidRPr="000767E2">
        <w:rPr>
          <w:vertAlign w:val="superscript"/>
          <w:lang w:val="sv-SE"/>
        </w:rPr>
        <w:t>17</w:t>
      </w:r>
      <w:r w:rsidRPr="000767E2">
        <w:rPr>
          <w:lang w:val="sv-SE"/>
        </w:rPr>
        <w:t xml:space="preserve"> {{field-on:bible}}För </w:t>
      </w:r>
      <w:r w:rsidRPr="000767E2">
        <w:rPr>
          <w:lang w:val="sv-SE"/>
        </w:rPr>
        <w:lastRenderedPageBreak/>
        <w:t xml:space="preserve">uppmaningen välkomnade han, men han var </w:t>
      </w:r>
      <w:r w:rsidRPr="000767E2">
        <w:rPr>
          <w:i/>
          <w:lang w:val="sv-SE"/>
        </w:rPr>
        <w:t>ännu</w:t>
      </w:r>
      <w:r w:rsidRPr="000767E2">
        <w:rPr>
          <w:lang w:val="sv-SE"/>
        </w:rPr>
        <w:t xml:space="preserve"> ivrigare och for självvalt ut till er.{{field-off:bible}} [[@</w:t>
      </w:r>
      <w:r w:rsidR="0096445B" w:rsidRPr="000767E2">
        <w:rPr>
          <w:lang w:val="sv-SE"/>
        </w:rPr>
        <w:t>BibleBIBEL82</w:t>
      </w:r>
      <w:r w:rsidRPr="000767E2">
        <w:rPr>
          <w:lang w:val="sv-SE"/>
        </w:rPr>
        <w:t>:2Cor 8:18]]</w:t>
      </w:r>
      <w:r w:rsidRPr="000767E2">
        <w:rPr>
          <w:vertAlign w:val="superscript"/>
          <w:lang w:val="sv-SE"/>
        </w:rPr>
        <w:t>18</w:t>
      </w:r>
      <w:r w:rsidRPr="000767E2">
        <w:rPr>
          <w:lang w:val="sv-SE"/>
        </w:rPr>
        <w:t xml:space="preserve"> {{field-on:bible}}Och med honom har vi medskickat den broder vars lovord i evangeliet </w:t>
      </w:r>
      <w:r w:rsidRPr="000767E2">
        <w:rPr>
          <w:i/>
          <w:lang w:val="sv-SE"/>
        </w:rPr>
        <w:t>gått ut</w:t>
      </w:r>
      <w:r w:rsidRPr="000767E2">
        <w:rPr>
          <w:lang w:val="sv-SE"/>
        </w:rPr>
        <w:t xml:space="preserve"> genom alla församlingarna.{{field-off:bible}} [[@</w:t>
      </w:r>
      <w:r w:rsidR="0096445B" w:rsidRPr="000767E2">
        <w:rPr>
          <w:lang w:val="sv-SE"/>
        </w:rPr>
        <w:t>BibleBIBEL82</w:t>
      </w:r>
      <w:r w:rsidRPr="000767E2">
        <w:rPr>
          <w:lang w:val="sv-SE"/>
        </w:rPr>
        <w:t>:2Cor 8:19]]</w:t>
      </w:r>
      <w:r w:rsidRPr="000767E2">
        <w:rPr>
          <w:vertAlign w:val="superscript"/>
          <w:lang w:val="sv-SE"/>
        </w:rPr>
        <w:t>19</w:t>
      </w:r>
      <w:r w:rsidRPr="000767E2">
        <w:rPr>
          <w:lang w:val="sv-SE"/>
        </w:rPr>
        <w:t xml:space="preserve"> {{field-on:bible}}Och inte bara </w:t>
      </w:r>
      <w:r w:rsidRPr="000767E2">
        <w:rPr>
          <w:i/>
          <w:lang w:val="sv-SE"/>
        </w:rPr>
        <w:t>det</w:t>
      </w:r>
      <w:r w:rsidRPr="000767E2">
        <w:rPr>
          <w:lang w:val="sv-SE"/>
        </w:rPr>
        <w:t xml:space="preserve">, utan </w:t>
      </w:r>
      <w:r w:rsidRPr="000767E2">
        <w:rPr>
          <w:i/>
          <w:lang w:val="sv-SE"/>
        </w:rPr>
        <w:t>han är</w:t>
      </w:r>
      <w:r w:rsidRPr="000767E2">
        <w:rPr>
          <w:lang w:val="sv-SE"/>
        </w:rPr>
        <w:t xml:space="preserve"> också handvald av församlingarna </w:t>
      </w:r>
      <w:r w:rsidRPr="000767E2">
        <w:rPr>
          <w:i/>
          <w:lang w:val="sv-SE"/>
        </w:rPr>
        <w:t>som</w:t>
      </w:r>
      <w:r w:rsidRPr="000767E2">
        <w:rPr>
          <w:lang w:val="sv-SE"/>
        </w:rPr>
        <w:t xml:space="preserve"> vår medresenär med denna nåd som förmedlas av oss, för Herrens [egen] ära och vår villighet,{{field-off:bible}} [[@</w:t>
      </w:r>
      <w:r w:rsidR="0096445B" w:rsidRPr="000767E2">
        <w:rPr>
          <w:lang w:val="sv-SE"/>
        </w:rPr>
        <w:t>BibleBIBEL82</w:t>
      </w:r>
      <w:r w:rsidRPr="000767E2">
        <w:rPr>
          <w:lang w:val="sv-SE"/>
        </w:rPr>
        <w:t>:2Cor 8:20]]</w:t>
      </w:r>
      <w:r w:rsidRPr="000767E2">
        <w:rPr>
          <w:vertAlign w:val="superscript"/>
          <w:lang w:val="sv-SE"/>
        </w:rPr>
        <w:t>20</w:t>
      </w:r>
      <w:r w:rsidRPr="000767E2">
        <w:rPr>
          <w:lang w:val="sv-SE"/>
        </w:rPr>
        <w:t xml:space="preserve"> {{field-on:bible}}medan vi håller oss undan detta </w:t>
      </w:r>
      <w:r w:rsidRPr="000767E2">
        <w:rPr>
          <w:i/>
          <w:lang w:val="sv-SE"/>
        </w:rPr>
        <w:t>så att</w:t>
      </w:r>
      <w:r w:rsidRPr="000767E2">
        <w:rPr>
          <w:lang w:val="sv-SE"/>
        </w:rPr>
        <w:t xml:space="preserve"> ingen ska tadla oss i </w:t>
      </w:r>
      <w:r w:rsidRPr="000767E2">
        <w:rPr>
          <w:i/>
          <w:lang w:val="sv-SE"/>
        </w:rPr>
        <w:t>fråga om</w:t>
      </w:r>
      <w:r w:rsidRPr="000767E2">
        <w:rPr>
          <w:lang w:val="sv-SE"/>
        </w:rPr>
        <w:t xml:space="preserve"> denna ymnighet som förmedlas av oss.{{field-off:bible}} [[@</w:t>
      </w:r>
      <w:r w:rsidR="0096445B" w:rsidRPr="000767E2">
        <w:rPr>
          <w:lang w:val="sv-SE"/>
        </w:rPr>
        <w:t>BibleBIBEL82</w:t>
      </w:r>
      <w:r w:rsidRPr="000767E2">
        <w:rPr>
          <w:lang w:val="sv-SE"/>
        </w:rPr>
        <w:t>:2Cor 8:21]]</w:t>
      </w:r>
      <w:r w:rsidRPr="000767E2">
        <w:rPr>
          <w:vertAlign w:val="superscript"/>
          <w:lang w:val="sv-SE"/>
        </w:rPr>
        <w:t>21</w:t>
      </w:r>
      <w:r w:rsidRPr="000767E2">
        <w:rPr>
          <w:lang w:val="sv-SE"/>
        </w:rPr>
        <w:t xml:space="preserve"> {{field-on:bible}}För vi har omtanke om </w:t>
      </w:r>
      <w:r w:rsidRPr="000767E2">
        <w:rPr>
          <w:i/>
          <w:lang w:val="sv-SE"/>
        </w:rPr>
        <w:t>det som är</w:t>
      </w:r>
      <w:r w:rsidRPr="000767E2">
        <w:rPr>
          <w:lang w:val="sv-SE"/>
        </w:rPr>
        <w:t xml:space="preserve"> bra inte bara inför Herren, utan också inför människor.{{field-off:bible}}</w:t>
      </w:r>
    </w:p>
    <w:p w14:paraId="2A49E740" w14:textId="4C3F4628" w:rsidR="00BA33AB" w:rsidRPr="000767E2" w:rsidRDefault="00000000">
      <w:pPr>
        <w:rPr>
          <w:lang w:val="sv-SE"/>
        </w:rPr>
      </w:pPr>
      <w:r w:rsidRPr="000767E2">
        <w:rPr>
          <w:lang w:val="sv-SE"/>
        </w:rPr>
        <w:t>[[@</w:t>
      </w:r>
      <w:r w:rsidR="0096445B" w:rsidRPr="000767E2">
        <w:rPr>
          <w:lang w:val="sv-SE"/>
        </w:rPr>
        <w:t>BibleBIBEL82</w:t>
      </w:r>
      <w:r w:rsidRPr="000767E2">
        <w:rPr>
          <w:lang w:val="sv-SE"/>
        </w:rPr>
        <w:t>:2Cor 8:22]]</w:t>
      </w:r>
      <w:r w:rsidRPr="000767E2">
        <w:rPr>
          <w:vertAlign w:val="superscript"/>
          <w:lang w:val="sv-SE"/>
        </w:rPr>
        <w:t>22</w:t>
      </w:r>
      <w:r w:rsidRPr="000767E2">
        <w:rPr>
          <w:lang w:val="sv-SE"/>
        </w:rPr>
        <w:t xml:space="preserve"> {{field-on:bible}}Och vi har medskickat med dem vår broder, som vi har beprövat i mycket många gånger och som är ivrig, och nu mycket ivrigare med stor förtröstan på er.{{field-off:bible}} [[@</w:t>
      </w:r>
      <w:r w:rsidR="0096445B" w:rsidRPr="000767E2">
        <w:rPr>
          <w:lang w:val="sv-SE"/>
        </w:rPr>
        <w:t>BibleBIBEL82</w:t>
      </w:r>
      <w:r w:rsidRPr="000767E2">
        <w:rPr>
          <w:lang w:val="sv-SE"/>
        </w:rPr>
        <w:t>:2Cor 8:23]]</w:t>
      </w:r>
      <w:r w:rsidRPr="000767E2">
        <w:rPr>
          <w:vertAlign w:val="superscript"/>
          <w:lang w:val="sv-SE"/>
        </w:rPr>
        <w:t>23</w:t>
      </w:r>
      <w:r w:rsidRPr="000767E2">
        <w:rPr>
          <w:lang w:val="sv-SE"/>
        </w:rPr>
        <w:t xml:space="preserve"> {{field-on:bible}}Om så gällande Titus </w:t>
      </w:r>
      <w:r w:rsidRPr="000767E2">
        <w:rPr>
          <w:i/>
          <w:lang w:val="sv-SE"/>
        </w:rPr>
        <w:t>är han</w:t>
      </w:r>
      <w:r w:rsidRPr="000767E2">
        <w:rPr>
          <w:lang w:val="sv-SE"/>
        </w:rPr>
        <w:t xml:space="preserve"> min kompanjon och gentemot er en medarbetare, om så våra bröder </w:t>
      </w:r>
      <w:r w:rsidRPr="000767E2">
        <w:rPr>
          <w:i/>
          <w:lang w:val="sv-SE"/>
        </w:rPr>
        <w:t>är de</w:t>
      </w:r>
      <w:r w:rsidRPr="000767E2">
        <w:rPr>
          <w:lang w:val="sv-SE"/>
        </w:rPr>
        <w:t xml:space="preserve"> församlingarnas apostlar, Kristi ära.{{field-off:bible}} [[@</w:t>
      </w:r>
      <w:r w:rsidR="0096445B" w:rsidRPr="000767E2">
        <w:rPr>
          <w:lang w:val="sv-SE"/>
        </w:rPr>
        <w:t>BibleBIBEL82</w:t>
      </w:r>
      <w:r w:rsidRPr="000767E2">
        <w:rPr>
          <w:lang w:val="sv-SE"/>
        </w:rPr>
        <w:t>:2Cor 8:24]]</w:t>
      </w:r>
      <w:r w:rsidRPr="000767E2">
        <w:rPr>
          <w:vertAlign w:val="superscript"/>
          <w:lang w:val="sv-SE"/>
        </w:rPr>
        <w:t>24</w:t>
      </w:r>
      <w:r w:rsidRPr="000767E2">
        <w:rPr>
          <w:lang w:val="sv-SE"/>
        </w:rPr>
        <w:t xml:space="preserve"> {{field-on:bible}}Bevisningen av er kärlek, och av vår stolthet över er inför dem, </w:t>
      </w:r>
      <w:r w:rsidRPr="000767E2">
        <w:rPr>
          <w:i/>
          <w:lang w:val="sv-SE"/>
        </w:rPr>
        <w:t>må ni</w:t>
      </w:r>
      <w:r w:rsidRPr="000767E2">
        <w:rPr>
          <w:lang w:val="sv-SE"/>
        </w:rPr>
        <w:t xml:space="preserve"> nu uppvisa inför ansiktet hos församlingarna.{{field-off:bible}}</w:t>
      </w:r>
    </w:p>
    <w:p w14:paraId="703943A9" w14:textId="0CE66A9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9]]Kapitel 9</w:t>
      </w:r>
    </w:p>
    <w:p w14:paraId="5FE59A30" w14:textId="77777777" w:rsidR="00BA33AB" w:rsidRPr="000767E2" w:rsidRDefault="00000000">
      <w:pPr>
        <w:pStyle w:val="Rubrik3"/>
        <w:rPr>
          <w:lang w:val="sv-SE"/>
        </w:rPr>
      </w:pPr>
      <w:r w:rsidRPr="000767E2">
        <w:rPr>
          <w:lang w:val="sv-SE"/>
        </w:rPr>
        <w:t>Frejdiga givare</w:t>
      </w:r>
    </w:p>
    <w:p w14:paraId="0658FD95" w14:textId="23A76A3B" w:rsidR="00BA33AB" w:rsidRPr="000767E2" w:rsidRDefault="00000000">
      <w:pPr>
        <w:rPr>
          <w:lang w:val="sv-SE"/>
        </w:rPr>
      </w:pPr>
      <w:r w:rsidRPr="000767E2">
        <w:rPr>
          <w:lang w:val="sv-SE"/>
        </w:rPr>
        <w:t>[[@</w:t>
      </w:r>
      <w:r w:rsidR="0096445B" w:rsidRPr="000767E2">
        <w:rPr>
          <w:lang w:val="sv-SE"/>
        </w:rPr>
        <w:t>BibleBIBEL82</w:t>
      </w:r>
      <w:r w:rsidRPr="000767E2">
        <w:rPr>
          <w:lang w:val="sv-SE"/>
        </w:rPr>
        <w:t>:2Cor 9:1]]</w:t>
      </w:r>
      <w:r w:rsidRPr="000767E2">
        <w:rPr>
          <w:vertAlign w:val="superscript"/>
          <w:lang w:val="sv-SE"/>
        </w:rPr>
        <w:t>1</w:t>
      </w:r>
      <w:r w:rsidRPr="000767E2">
        <w:rPr>
          <w:lang w:val="sv-SE"/>
        </w:rPr>
        <w:t xml:space="preserve"> {{field-on:bible}}För om betjäningen till de heliga är det överflödigt för mig att skriva till er.{{field-off:bible}} [[@</w:t>
      </w:r>
      <w:r w:rsidR="0096445B" w:rsidRPr="000767E2">
        <w:rPr>
          <w:lang w:val="sv-SE"/>
        </w:rPr>
        <w:t>BibleBIBEL82</w:t>
      </w:r>
      <w:r w:rsidRPr="000767E2">
        <w:rPr>
          <w:lang w:val="sv-SE"/>
        </w:rPr>
        <w:t>:2Cor 9:2]]</w:t>
      </w:r>
      <w:r w:rsidRPr="000767E2">
        <w:rPr>
          <w:vertAlign w:val="superscript"/>
          <w:lang w:val="sv-SE"/>
        </w:rPr>
        <w:t>2</w:t>
      </w:r>
      <w:r w:rsidRPr="000767E2">
        <w:rPr>
          <w:lang w:val="sv-SE"/>
        </w:rPr>
        <w:t xml:space="preserve"> {{field-on:bible}}För jag känner er villighet, </w:t>
      </w:r>
      <w:r w:rsidRPr="000767E2">
        <w:rPr>
          <w:i/>
          <w:lang w:val="sv-SE"/>
        </w:rPr>
        <w:t>och för</w:t>
      </w:r>
      <w:r w:rsidRPr="000767E2">
        <w:rPr>
          <w:lang w:val="sv-SE"/>
        </w:rPr>
        <w:t xml:space="preserve"> den är jag stolt över er inför makedonierna: att Achaia har förberett sig sedan i fjol. Och ert nit har triggat de flesta.{{field-off:bible}}</w:t>
      </w:r>
    </w:p>
    <w:p w14:paraId="1F04DDF3" w14:textId="41BA4F3B" w:rsidR="00BA33AB" w:rsidRPr="000767E2" w:rsidRDefault="00000000">
      <w:pPr>
        <w:rPr>
          <w:lang w:val="sv-SE"/>
        </w:rPr>
      </w:pPr>
      <w:r w:rsidRPr="000767E2">
        <w:rPr>
          <w:lang w:val="sv-SE"/>
        </w:rPr>
        <w:t>[[@</w:t>
      </w:r>
      <w:r w:rsidR="0096445B" w:rsidRPr="000767E2">
        <w:rPr>
          <w:lang w:val="sv-SE"/>
        </w:rPr>
        <w:t>BibleBIBEL82</w:t>
      </w:r>
      <w:r w:rsidRPr="000767E2">
        <w:rPr>
          <w:lang w:val="sv-SE"/>
        </w:rPr>
        <w:t>:2Cor 9:3]]</w:t>
      </w:r>
      <w:r w:rsidRPr="000767E2">
        <w:rPr>
          <w:vertAlign w:val="superscript"/>
          <w:lang w:val="sv-SE"/>
        </w:rPr>
        <w:t>3</w:t>
      </w:r>
      <w:r w:rsidRPr="000767E2">
        <w:rPr>
          <w:lang w:val="sv-SE"/>
        </w:rPr>
        <w:t xml:space="preserve"> {{field-on:bible}}Men jag har skickat syskonen för att inte vårt stoltserande över er ska bli tomt i denna detalj, för att ni så som jag sagt ska vara förberedda.{{field-off:bible}} [[@</w:t>
      </w:r>
      <w:r w:rsidR="0096445B" w:rsidRPr="000767E2">
        <w:rPr>
          <w:lang w:val="sv-SE"/>
        </w:rPr>
        <w:t>BibleBIBEL82</w:t>
      </w:r>
      <w:r w:rsidRPr="000767E2">
        <w:rPr>
          <w:lang w:val="sv-SE"/>
        </w:rPr>
        <w:t>:2Cor 9:4]]</w:t>
      </w:r>
      <w:r w:rsidRPr="000767E2">
        <w:rPr>
          <w:vertAlign w:val="superscript"/>
          <w:lang w:val="sv-SE"/>
        </w:rPr>
        <w:t>4</w:t>
      </w:r>
      <w:r w:rsidRPr="000767E2">
        <w:rPr>
          <w:lang w:val="sv-SE"/>
        </w:rPr>
        <w:t xml:space="preserve"> {{field-on:bible}}Annars, om </w:t>
      </w:r>
      <w:r w:rsidRPr="000767E2">
        <w:rPr>
          <w:i/>
          <w:lang w:val="sv-SE"/>
        </w:rPr>
        <w:t>det</w:t>
      </w:r>
      <w:r w:rsidRPr="000767E2">
        <w:rPr>
          <w:lang w:val="sv-SE"/>
        </w:rPr>
        <w:t xml:space="preserve"> kommer med mig makedonier och de finner er oförberedda, </w:t>
      </w:r>
      <w:r w:rsidRPr="000767E2">
        <w:rPr>
          <w:i/>
          <w:lang w:val="sv-SE"/>
        </w:rPr>
        <w:t>så</w:t>
      </w:r>
      <w:r w:rsidRPr="000767E2">
        <w:rPr>
          <w:lang w:val="sv-SE"/>
        </w:rPr>
        <w:t xml:space="preserve"> skäms vi – för att inte säga ni – i denna tillförsikt.{{field-off:bible}} [[@</w:t>
      </w:r>
      <w:r w:rsidR="0096445B" w:rsidRPr="000767E2">
        <w:rPr>
          <w:lang w:val="sv-SE"/>
        </w:rPr>
        <w:t>BibleBIBEL82</w:t>
      </w:r>
      <w:r w:rsidRPr="000767E2">
        <w:rPr>
          <w:lang w:val="sv-SE"/>
        </w:rPr>
        <w:t>:2Cor 9:5]]</w:t>
      </w:r>
      <w:r w:rsidRPr="000767E2">
        <w:rPr>
          <w:vertAlign w:val="superscript"/>
          <w:lang w:val="sv-SE"/>
        </w:rPr>
        <w:t>5</w:t>
      </w:r>
      <w:r w:rsidRPr="000767E2">
        <w:rPr>
          <w:lang w:val="sv-SE"/>
        </w:rPr>
        <w:t xml:space="preserve"> {{field-on:bible}}Jag ansåg </w:t>
      </w:r>
      <w:r w:rsidRPr="000767E2">
        <w:rPr>
          <w:i/>
          <w:lang w:val="sv-SE"/>
        </w:rPr>
        <w:t>det</w:t>
      </w:r>
      <w:r w:rsidRPr="000767E2">
        <w:rPr>
          <w:lang w:val="sv-SE"/>
        </w:rPr>
        <w:t xml:space="preserve"> alltså nödvändigt att uppmana syskonen att fara före till er och i förväg förfärdiga er förutlovade välsignelse, </w:t>
      </w:r>
      <w:r w:rsidRPr="000767E2">
        <w:rPr>
          <w:i/>
          <w:lang w:val="sv-SE"/>
        </w:rPr>
        <w:t>så</w:t>
      </w:r>
      <w:r w:rsidRPr="000767E2">
        <w:rPr>
          <w:lang w:val="sv-SE"/>
        </w:rPr>
        <w:t xml:space="preserve"> att denna är beredd så som en välsignelse och inte som en girighet.{{field-off:bible}}</w:t>
      </w:r>
    </w:p>
    <w:p w14:paraId="18C37C2F" w14:textId="72A30D86" w:rsidR="00BA33AB" w:rsidRPr="000767E2" w:rsidRDefault="00000000">
      <w:pPr>
        <w:rPr>
          <w:lang w:val="sv-SE"/>
        </w:rPr>
      </w:pPr>
      <w:r w:rsidRPr="000767E2">
        <w:rPr>
          <w:lang w:val="sv-SE"/>
        </w:rPr>
        <w:t>[[@</w:t>
      </w:r>
      <w:r w:rsidR="0096445B" w:rsidRPr="000767E2">
        <w:rPr>
          <w:lang w:val="sv-SE"/>
        </w:rPr>
        <w:t>BibleBIBEL82</w:t>
      </w:r>
      <w:r w:rsidRPr="000767E2">
        <w:rPr>
          <w:lang w:val="sv-SE"/>
        </w:rPr>
        <w:t>:2Cor 9:6]]</w:t>
      </w:r>
      <w:r w:rsidRPr="000767E2">
        <w:rPr>
          <w:vertAlign w:val="superscript"/>
          <w:lang w:val="sv-SE"/>
        </w:rPr>
        <w:t>6</w:t>
      </w:r>
      <w:r w:rsidRPr="000767E2">
        <w:rPr>
          <w:lang w:val="sv-SE"/>
        </w:rPr>
        <w:t xml:space="preserve"> {{field-on:bible}}Men </w:t>
      </w:r>
      <w:r w:rsidRPr="000767E2">
        <w:rPr>
          <w:i/>
          <w:lang w:val="sv-SE"/>
        </w:rPr>
        <w:t>tänk på</w:t>
      </w:r>
      <w:r w:rsidRPr="000767E2">
        <w:rPr>
          <w:lang w:val="sv-SE"/>
        </w:rPr>
        <w:t xml:space="preserve"> detta: Den som sår sparsamt ska också sparsamt skörda. Och den som sår med välsignelser ska också med välsignelser skörda.{{field-off:bible}} [[@</w:t>
      </w:r>
      <w:r w:rsidR="0096445B" w:rsidRPr="000767E2">
        <w:rPr>
          <w:lang w:val="sv-SE"/>
        </w:rPr>
        <w:t>BibleBIBEL82</w:t>
      </w:r>
      <w:r w:rsidRPr="000767E2">
        <w:rPr>
          <w:lang w:val="sv-SE"/>
        </w:rPr>
        <w:t>:2Cor 9:7]]</w:t>
      </w:r>
      <w:r w:rsidRPr="000767E2">
        <w:rPr>
          <w:vertAlign w:val="superscript"/>
          <w:lang w:val="sv-SE"/>
        </w:rPr>
        <w:t>7</w:t>
      </w:r>
      <w:r w:rsidRPr="000767E2">
        <w:rPr>
          <w:lang w:val="sv-SE"/>
        </w:rPr>
        <w:t xml:space="preserve"> {{field-on:bible}}Var och en </w:t>
      </w:r>
      <w:r w:rsidRPr="000767E2">
        <w:rPr>
          <w:i/>
          <w:lang w:val="sv-SE"/>
        </w:rPr>
        <w:t>ska ge</w:t>
      </w:r>
      <w:r w:rsidRPr="000767E2">
        <w:rPr>
          <w:lang w:val="sv-SE"/>
        </w:rPr>
        <w:t xml:space="preserve"> så som han förut har valt i hjärtat, inte av bedrövelse eller av tvång. För Gud älskar en frejdig givare.{{field-off:bible}} [[@</w:t>
      </w:r>
      <w:r w:rsidR="0096445B" w:rsidRPr="000767E2">
        <w:rPr>
          <w:lang w:val="sv-SE"/>
        </w:rPr>
        <w:t>BibleBIBEL82</w:t>
      </w:r>
      <w:r w:rsidRPr="000767E2">
        <w:rPr>
          <w:lang w:val="sv-SE"/>
        </w:rPr>
        <w:t>:2Cor 9:8]]</w:t>
      </w:r>
      <w:r w:rsidRPr="000767E2">
        <w:rPr>
          <w:vertAlign w:val="superscript"/>
          <w:lang w:val="sv-SE"/>
        </w:rPr>
        <w:t>8</w:t>
      </w:r>
      <w:r w:rsidRPr="000767E2">
        <w:rPr>
          <w:lang w:val="sv-SE"/>
        </w:rPr>
        <w:t xml:space="preserve"> {{field-on:bible}}Och Gud är mäktig att låta all nåd överflöda till er, så att ni alltid i allt har all självförsörjning och har överflöd till varje gott verk,{{field-off:bible}} [[@</w:t>
      </w:r>
      <w:r w:rsidR="0096445B" w:rsidRPr="000767E2">
        <w:rPr>
          <w:lang w:val="sv-SE"/>
        </w:rPr>
        <w:t>BibleBIBEL82</w:t>
      </w:r>
      <w:r w:rsidRPr="000767E2">
        <w:rPr>
          <w:lang w:val="sv-SE"/>
        </w:rPr>
        <w:t>:2Cor 9:9]]</w:t>
      </w:r>
      <w:r w:rsidRPr="000767E2">
        <w:rPr>
          <w:vertAlign w:val="superscript"/>
          <w:lang w:val="sv-SE"/>
        </w:rPr>
        <w:t>9</w:t>
      </w:r>
      <w:r w:rsidRPr="000767E2">
        <w:rPr>
          <w:lang w:val="sv-SE"/>
        </w:rPr>
        <w:t xml:space="preserve"> {{field-on:bible}}så som det är skrivet:{{field-off:bible}}</w:t>
      </w:r>
    </w:p>
    <w:p w14:paraId="1E7FE6CD" w14:textId="77777777" w:rsidR="00BA33AB" w:rsidRPr="000767E2" w:rsidRDefault="00000000">
      <w:pPr>
        <w:rPr>
          <w:lang w:val="sv-SE"/>
        </w:rPr>
      </w:pPr>
      <w:r w:rsidRPr="000767E2">
        <w:rPr>
          <w:lang w:val="sv-SE"/>
        </w:rPr>
        <w:lastRenderedPageBreak/>
        <w:t>{{field-on:bible}}Han skingrade, han gav åt de arma.</w:t>
      </w:r>
      <w:r w:rsidRPr="000767E2">
        <w:rPr>
          <w:lang w:val="sv-SE"/>
        </w:rPr>
        <w:br/>
        <w:t>Hans rättfärdighet består till eonen.{{field-off:bible}}</w:t>
      </w:r>
    </w:p>
    <w:p w14:paraId="2BC60424" w14:textId="11C28C85" w:rsidR="00BA33AB" w:rsidRPr="000767E2" w:rsidRDefault="00000000">
      <w:pPr>
        <w:rPr>
          <w:lang w:val="sv-SE"/>
        </w:rPr>
      </w:pPr>
      <w:r w:rsidRPr="000767E2">
        <w:rPr>
          <w:lang w:val="sv-SE"/>
        </w:rPr>
        <w:t>[[@</w:t>
      </w:r>
      <w:r w:rsidR="0096445B" w:rsidRPr="000767E2">
        <w:rPr>
          <w:lang w:val="sv-SE"/>
        </w:rPr>
        <w:t>BibleBIBEL82</w:t>
      </w:r>
      <w:r w:rsidRPr="000767E2">
        <w:rPr>
          <w:lang w:val="sv-SE"/>
        </w:rPr>
        <w:t>:2Cor 9:10]]</w:t>
      </w:r>
      <w:r w:rsidRPr="000767E2">
        <w:rPr>
          <w:vertAlign w:val="superscript"/>
          <w:lang w:val="sv-SE"/>
        </w:rPr>
        <w:t>10</w:t>
      </w:r>
      <w:r w:rsidRPr="000767E2">
        <w:rPr>
          <w:lang w:val="sv-SE"/>
        </w:rPr>
        <w:t xml:space="preserve"> {{field-on:bible}}Och han som bibringar utsäde åt såningsmannen och bröd till ätande ska bringa och föröka ert utsäde och låta bärgningarna av er rättfärdighet växa,{{field-off:bible}} [[@</w:t>
      </w:r>
      <w:r w:rsidR="0096445B" w:rsidRPr="000767E2">
        <w:rPr>
          <w:lang w:val="sv-SE"/>
        </w:rPr>
        <w:t>BibleBIBEL82</w:t>
      </w:r>
      <w:r w:rsidRPr="000767E2">
        <w:rPr>
          <w:lang w:val="sv-SE"/>
        </w:rPr>
        <w:t>:2Cor 9:11]]</w:t>
      </w:r>
      <w:r w:rsidRPr="000767E2">
        <w:rPr>
          <w:vertAlign w:val="superscript"/>
          <w:lang w:val="sv-SE"/>
        </w:rPr>
        <w:t>11</w:t>
      </w:r>
      <w:r w:rsidRPr="000767E2">
        <w:rPr>
          <w:lang w:val="sv-SE"/>
        </w:rPr>
        <w:t xml:space="preserve"> {{field-on:bible}}i allt berikade till all generositet, som genom er frambringar tacksägelse till Gud.{{field-off:bible}}</w:t>
      </w:r>
    </w:p>
    <w:p w14:paraId="66999F5C" w14:textId="27427B1C" w:rsidR="00BA33AB" w:rsidRPr="000767E2" w:rsidRDefault="00000000">
      <w:pPr>
        <w:rPr>
          <w:lang w:val="sv-SE"/>
        </w:rPr>
      </w:pPr>
      <w:r w:rsidRPr="000767E2">
        <w:rPr>
          <w:lang w:val="sv-SE"/>
        </w:rPr>
        <w:t>[[@</w:t>
      </w:r>
      <w:r w:rsidR="0096445B" w:rsidRPr="000767E2">
        <w:rPr>
          <w:lang w:val="sv-SE"/>
        </w:rPr>
        <w:t>BibleBIBEL82</w:t>
      </w:r>
      <w:r w:rsidRPr="000767E2">
        <w:rPr>
          <w:lang w:val="sv-SE"/>
        </w:rPr>
        <w:t>:2Cor 9:12]]</w:t>
      </w:r>
      <w:r w:rsidRPr="000767E2">
        <w:rPr>
          <w:vertAlign w:val="superscript"/>
          <w:lang w:val="sv-SE"/>
        </w:rPr>
        <w:t>12</w:t>
      </w:r>
      <w:r w:rsidRPr="000767E2">
        <w:rPr>
          <w:lang w:val="sv-SE"/>
        </w:rPr>
        <w:t xml:space="preserve"> {{field-on:bible}}För betjäningen med denna tjänstgöring inte bara ännu mer uppfyller de heligas brister, utan överflödar också genom många tacksägelser till Gud.{{field-off:bible}} [[@</w:t>
      </w:r>
      <w:r w:rsidR="0096445B" w:rsidRPr="000767E2">
        <w:rPr>
          <w:lang w:val="sv-SE"/>
        </w:rPr>
        <w:t>BibleBIBEL82</w:t>
      </w:r>
      <w:r w:rsidRPr="000767E2">
        <w:rPr>
          <w:lang w:val="sv-SE"/>
        </w:rPr>
        <w:t>:2Cor 9:13]]</w:t>
      </w:r>
      <w:r w:rsidRPr="000767E2">
        <w:rPr>
          <w:vertAlign w:val="superscript"/>
          <w:lang w:val="sv-SE"/>
        </w:rPr>
        <w:t>13</w:t>
      </w:r>
      <w:r w:rsidRPr="000767E2">
        <w:rPr>
          <w:lang w:val="sv-SE"/>
        </w:rPr>
        <w:t xml:space="preserve"> {{field-on:bible}}Genom </w:t>
      </w:r>
      <w:r w:rsidRPr="000767E2">
        <w:rPr>
          <w:i/>
          <w:lang w:val="sv-SE"/>
        </w:rPr>
        <w:t>er</w:t>
      </w:r>
      <w:r w:rsidRPr="000767E2">
        <w:rPr>
          <w:lang w:val="sv-SE"/>
        </w:rPr>
        <w:t xml:space="preserve"> beprövadhet i denna betjäning ärar de Gud för er underordning under bekännelsen till Kristi evangelium och </w:t>
      </w:r>
      <w:r w:rsidRPr="000767E2">
        <w:rPr>
          <w:i/>
          <w:lang w:val="sv-SE"/>
        </w:rPr>
        <w:t>er</w:t>
      </w:r>
      <w:r w:rsidRPr="000767E2">
        <w:rPr>
          <w:lang w:val="sv-SE"/>
        </w:rPr>
        <w:t xml:space="preserve"> generositet i delaktigheten gentemot dem och gentemot alla,{{field-off:bible}} [[@</w:t>
      </w:r>
      <w:r w:rsidR="0096445B" w:rsidRPr="000767E2">
        <w:rPr>
          <w:lang w:val="sv-SE"/>
        </w:rPr>
        <w:t>BibleBIBEL82</w:t>
      </w:r>
      <w:r w:rsidRPr="000767E2">
        <w:rPr>
          <w:lang w:val="sv-SE"/>
        </w:rPr>
        <w:t>:2Cor 9:14]]</w:t>
      </w:r>
      <w:r w:rsidRPr="000767E2">
        <w:rPr>
          <w:vertAlign w:val="superscript"/>
          <w:lang w:val="sv-SE"/>
        </w:rPr>
        <w:t>14</w:t>
      </w:r>
      <w:r w:rsidRPr="000767E2">
        <w:rPr>
          <w:lang w:val="sv-SE"/>
        </w:rPr>
        <w:t xml:space="preserve"> {{field-on:bible}}medan de i sin förbön för er längtar efter er på grund av Guds översvallande nåd över er.{{field-off:bible}} [[@</w:t>
      </w:r>
      <w:r w:rsidR="0096445B" w:rsidRPr="000767E2">
        <w:rPr>
          <w:lang w:val="sv-SE"/>
        </w:rPr>
        <w:t>BibleBIBEL82</w:t>
      </w:r>
      <w:r w:rsidRPr="000767E2">
        <w:rPr>
          <w:lang w:val="sv-SE"/>
        </w:rPr>
        <w:t>:2Cor 9:15]]</w:t>
      </w:r>
      <w:r w:rsidRPr="000767E2">
        <w:rPr>
          <w:vertAlign w:val="superscript"/>
          <w:lang w:val="sv-SE"/>
        </w:rPr>
        <w:t>15</w:t>
      </w:r>
      <w:r w:rsidRPr="000767E2">
        <w:rPr>
          <w:lang w:val="sv-SE"/>
        </w:rPr>
        <w:t xml:space="preserve"> {{field-on:bible}}Tack Gud för hans obeskrivliga fria gåva!{{field-off:bible}}</w:t>
      </w:r>
    </w:p>
    <w:p w14:paraId="2E8374CC" w14:textId="23649DA6"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10]]Kapitel 10</w:t>
      </w:r>
    </w:p>
    <w:p w14:paraId="042490ED" w14:textId="77777777" w:rsidR="00BA33AB" w:rsidRPr="000767E2" w:rsidRDefault="00000000">
      <w:pPr>
        <w:pStyle w:val="Rubrik3"/>
        <w:rPr>
          <w:lang w:val="sv-SE"/>
        </w:rPr>
      </w:pPr>
      <w:r w:rsidRPr="000767E2">
        <w:rPr>
          <w:lang w:val="sv-SE"/>
        </w:rPr>
        <w:t>Paulus försvarar sin tjänst</w:t>
      </w:r>
    </w:p>
    <w:p w14:paraId="09D88D46" w14:textId="57796A02" w:rsidR="00BA33AB" w:rsidRPr="000767E2" w:rsidRDefault="00000000">
      <w:pPr>
        <w:rPr>
          <w:lang w:val="sv-SE"/>
        </w:rPr>
      </w:pPr>
      <w:r w:rsidRPr="000767E2">
        <w:rPr>
          <w:lang w:val="sv-SE"/>
        </w:rPr>
        <w:t>[[@</w:t>
      </w:r>
      <w:r w:rsidR="0096445B" w:rsidRPr="000767E2">
        <w:rPr>
          <w:lang w:val="sv-SE"/>
        </w:rPr>
        <w:t>BibleBIBEL82</w:t>
      </w:r>
      <w:r w:rsidRPr="000767E2">
        <w:rPr>
          <w:lang w:val="sv-SE"/>
        </w:rPr>
        <w:t>:2Cor 10:1]]</w:t>
      </w:r>
      <w:r w:rsidRPr="000767E2">
        <w:rPr>
          <w:vertAlign w:val="superscript"/>
          <w:lang w:val="sv-SE"/>
        </w:rPr>
        <w:t>1</w:t>
      </w:r>
      <w:r w:rsidRPr="000767E2">
        <w:rPr>
          <w:lang w:val="sv-SE"/>
        </w:rPr>
        <w:t xml:space="preserve"> {{field-on:bible}}Men jag själv, Paulus, uppmanar er genom Kristi mildhet och vänlighet, </w:t>
      </w:r>
      <w:r w:rsidRPr="000767E2">
        <w:rPr>
          <w:i/>
          <w:lang w:val="sv-SE"/>
        </w:rPr>
        <w:t>jag</w:t>
      </w:r>
      <w:r w:rsidRPr="000767E2">
        <w:rPr>
          <w:lang w:val="sv-SE"/>
        </w:rPr>
        <w:t xml:space="preserve"> som inför ansiktet </w:t>
      </w:r>
      <w:r w:rsidRPr="000767E2">
        <w:rPr>
          <w:i/>
          <w:lang w:val="sv-SE"/>
        </w:rPr>
        <w:t>är</w:t>
      </w:r>
      <w:r w:rsidRPr="000767E2">
        <w:rPr>
          <w:lang w:val="sv-SE"/>
        </w:rPr>
        <w:t xml:space="preserve"> ödmjuk bland er men iväg är modig mot er.{{field-off:bible}} [[@</w:t>
      </w:r>
      <w:r w:rsidR="0096445B" w:rsidRPr="000767E2">
        <w:rPr>
          <w:lang w:val="sv-SE"/>
        </w:rPr>
        <w:t>BibleBIBEL82</w:t>
      </w:r>
      <w:r w:rsidRPr="000767E2">
        <w:rPr>
          <w:lang w:val="sv-SE"/>
        </w:rPr>
        <w:t>:2Cor 10:2]]</w:t>
      </w:r>
      <w:r w:rsidRPr="000767E2">
        <w:rPr>
          <w:vertAlign w:val="superscript"/>
          <w:lang w:val="sv-SE"/>
        </w:rPr>
        <w:t>2</w:t>
      </w:r>
      <w:r w:rsidRPr="000767E2">
        <w:rPr>
          <w:lang w:val="sv-SE"/>
        </w:rPr>
        <w:t xml:space="preserve"> {{field-on:bible}}Och jag bönfaller att </w:t>
      </w:r>
      <w:r w:rsidRPr="000767E2">
        <w:rPr>
          <w:i/>
          <w:lang w:val="sv-SE"/>
        </w:rPr>
        <w:t>jag</w:t>
      </w:r>
      <w:r w:rsidRPr="000767E2">
        <w:rPr>
          <w:lang w:val="sv-SE"/>
        </w:rPr>
        <w:t xml:space="preserve"> inte där </w:t>
      </w:r>
      <w:r w:rsidRPr="000767E2">
        <w:rPr>
          <w:i/>
          <w:lang w:val="sv-SE"/>
        </w:rPr>
        <w:t>måste</w:t>
      </w:r>
      <w:r w:rsidRPr="000767E2">
        <w:rPr>
          <w:lang w:val="sv-SE"/>
        </w:rPr>
        <w:t xml:space="preserve"> vara modig med den förtröstan som jag tänker våga mot vissa som tänker att vi vandrar som på köttets vis.{{field-off:bible}} [[@</w:t>
      </w:r>
      <w:r w:rsidR="0096445B" w:rsidRPr="000767E2">
        <w:rPr>
          <w:lang w:val="sv-SE"/>
        </w:rPr>
        <w:t>BibleBIBEL82</w:t>
      </w:r>
      <w:r w:rsidRPr="000767E2">
        <w:rPr>
          <w:lang w:val="sv-SE"/>
        </w:rPr>
        <w:t>:2Cor 10:3]]</w:t>
      </w:r>
      <w:r w:rsidRPr="000767E2">
        <w:rPr>
          <w:vertAlign w:val="superscript"/>
          <w:lang w:val="sv-SE"/>
        </w:rPr>
        <w:t>3</w:t>
      </w:r>
      <w:r w:rsidRPr="000767E2">
        <w:rPr>
          <w:lang w:val="sv-SE"/>
        </w:rPr>
        <w:t xml:space="preserve"> {{field-on:bible}}För </w:t>
      </w:r>
      <w:r w:rsidRPr="000767E2">
        <w:rPr>
          <w:i/>
          <w:lang w:val="sv-SE"/>
        </w:rPr>
        <w:t>även om</w:t>
      </w:r>
      <w:r w:rsidRPr="000767E2">
        <w:rPr>
          <w:lang w:val="sv-SE"/>
        </w:rPr>
        <w:t xml:space="preserve"> vi vandrar i kött, strider vi inte på köttets vis.{{field-off:bible}} [[@</w:t>
      </w:r>
      <w:r w:rsidR="0096445B" w:rsidRPr="000767E2">
        <w:rPr>
          <w:lang w:val="sv-SE"/>
        </w:rPr>
        <w:t>BibleBIBEL82</w:t>
      </w:r>
      <w:r w:rsidRPr="000767E2">
        <w:rPr>
          <w:lang w:val="sv-SE"/>
        </w:rPr>
        <w:t>:2Cor 10:4]]</w:t>
      </w:r>
      <w:r w:rsidRPr="000767E2">
        <w:rPr>
          <w:vertAlign w:val="superscript"/>
          <w:lang w:val="sv-SE"/>
        </w:rPr>
        <w:t>4</w:t>
      </w:r>
      <w:r w:rsidRPr="000767E2">
        <w:rPr>
          <w:lang w:val="sv-SE"/>
        </w:rPr>
        <w:t xml:space="preserve"> {{field-on:bible}}För våra stridsvapen </w:t>
      </w:r>
      <w:r w:rsidRPr="000767E2">
        <w:rPr>
          <w:i/>
          <w:lang w:val="sv-SE"/>
        </w:rPr>
        <w:t>är</w:t>
      </w:r>
      <w:r w:rsidRPr="000767E2">
        <w:rPr>
          <w:lang w:val="sv-SE"/>
        </w:rPr>
        <w:t xml:space="preserve"> inte köttsliga, utan mäktiga genom Gud till nedtagande av fästen, och vi tar ner resonemang{{field-off:bible}} [[@</w:t>
      </w:r>
      <w:r w:rsidR="0096445B" w:rsidRPr="000767E2">
        <w:rPr>
          <w:lang w:val="sv-SE"/>
        </w:rPr>
        <w:t>BibleBIBEL82</w:t>
      </w:r>
      <w:r w:rsidRPr="000767E2">
        <w:rPr>
          <w:lang w:val="sv-SE"/>
        </w:rPr>
        <w:t>:2Cor 10:5]]</w:t>
      </w:r>
      <w:r w:rsidRPr="000767E2">
        <w:rPr>
          <w:vertAlign w:val="superscript"/>
          <w:lang w:val="sv-SE"/>
        </w:rPr>
        <w:t>5</w:t>
      </w:r>
      <w:r w:rsidRPr="000767E2">
        <w:rPr>
          <w:lang w:val="sv-SE"/>
        </w:rPr>
        <w:t xml:space="preserve"> {{field-on:bible}}och varje höjd som höjer sig mot kunskapen om Gud, och vi tillfångatar varje tanke till hörsamheten hos Kristus{{field-off:bible}} [[@</w:t>
      </w:r>
      <w:r w:rsidR="0096445B" w:rsidRPr="000767E2">
        <w:rPr>
          <w:lang w:val="sv-SE"/>
        </w:rPr>
        <w:t>BibleBIBEL82</w:t>
      </w:r>
      <w:r w:rsidRPr="000767E2">
        <w:rPr>
          <w:lang w:val="sv-SE"/>
        </w:rPr>
        <w:t>:2Cor 10:6]]</w:t>
      </w:r>
      <w:r w:rsidRPr="000767E2">
        <w:rPr>
          <w:vertAlign w:val="superscript"/>
          <w:lang w:val="sv-SE"/>
        </w:rPr>
        <w:t>6</w:t>
      </w:r>
      <w:r w:rsidRPr="000767E2">
        <w:rPr>
          <w:lang w:val="sv-SE"/>
        </w:rPr>
        <w:t xml:space="preserve"> {{field-on:bible}}och har </w:t>
      </w:r>
      <w:r w:rsidRPr="000767E2">
        <w:rPr>
          <w:i/>
          <w:lang w:val="sv-SE"/>
        </w:rPr>
        <w:t>det</w:t>
      </w:r>
      <w:r w:rsidRPr="000767E2">
        <w:rPr>
          <w:lang w:val="sv-SE"/>
        </w:rPr>
        <w:t xml:space="preserve"> berett att skipa rätt mot varje ohörsamhet, när er hörsamhet blivit uppfylld.{{field-off:bible}}</w:t>
      </w:r>
    </w:p>
    <w:p w14:paraId="53B05A3F" w14:textId="11668994" w:rsidR="00BA33AB" w:rsidRPr="000767E2" w:rsidRDefault="00000000">
      <w:pPr>
        <w:rPr>
          <w:lang w:val="sv-SE"/>
        </w:rPr>
      </w:pPr>
      <w:r w:rsidRPr="000767E2">
        <w:rPr>
          <w:lang w:val="sv-SE"/>
        </w:rPr>
        <w:t>[[@</w:t>
      </w:r>
      <w:r w:rsidR="0096445B" w:rsidRPr="000767E2">
        <w:rPr>
          <w:lang w:val="sv-SE"/>
        </w:rPr>
        <w:t>BibleBIBEL82</w:t>
      </w:r>
      <w:r w:rsidRPr="000767E2">
        <w:rPr>
          <w:lang w:val="sv-SE"/>
        </w:rPr>
        <w:t>:2Cor 10:7]]</w:t>
      </w:r>
      <w:r w:rsidRPr="000767E2">
        <w:rPr>
          <w:vertAlign w:val="superscript"/>
          <w:lang w:val="sv-SE"/>
        </w:rPr>
        <w:t>7</w:t>
      </w:r>
      <w:r w:rsidRPr="000767E2">
        <w:rPr>
          <w:lang w:val="sv-SE"/>
        </w:rPr>
        <w:t xml:space="preserve"> {{field-on:bible}}Det </w:t>
      </w:r>
      <w:r w:rsidRPr="000767E2">
        <w:rPr>
          <w:i/>
          <w:lang w:val="sv-SE"/>
        </w:rPr>
        <w:t>som är</w:t>
      </w:r>
      <w:r w:rsidRPr="000767E2">
        <w:rPr>
          <w:lang w:val="sv-SE"/>
        </w:rPr>
        <w:t xml:space="preserve"> inför ansiktet ser ni. Om någon har övertygat sig själv om att tillhöra Kristus ska han tänka detta igen för sig själv, att liksom han tillhör Kristus, så även vi.{{field-off:bible}} [[@</w:t>
      </w:r>
      <w:r w:rsidR="0096445B" w:rsidRPr="000767E2">
        <w:rPr>
          <w:lang w:val="sv-SE"/>
        </w:rPr>
        <w:t>BibleBIBEL82</w:t>
      </w:r>
      <w:r w:rsidRPr="000767E2">
        <w:rPr>
          <w:lang w:val="sv-SE"/>
        </w:rPr>
        <w:t>:2Cor 10:8]]</w:t>
      </w:r>
      <w:r w:rsidRPr="000767E2">
        <w:rPr>
          <w:vertAlign w:val="superscript"/>
          <w:lang w:val="sv-SE"/>
        </w:rPr>
        <w:t>8</w:t>
      </w:r>
      <w:r w:rsidRPr="000767E2">
        <w:rPr>
          <w:lang w:val="sv-SE"/>
        </w:rPr>
        <w:t xml:space="preserve"> {{field-on:bible}}För [även] om jag något ännu mer skulle stoltsera över vår auktoritet, som Herren har gett till uppbyggelse och inte till ert nedtagande, kommer jag inte att </w:t>
      </w:r>
      <w:r w:rsidRPr="000767E2">
        <w:rPr>
          <w:i/>
          <w:lang w:val="sv-SE"/>
        </w:rPr>
        <w:t>behöva</w:t>
      </w:r>
      <w:r w:rsidRPr="000767E2">
        <w:rPr>
          <w:lang w:val="sv-SE"/>
        </w:rPr>
        <w:t xml:space="preserve"> skämmas,{{field-off:bible}} [[@</w:t>
      </w:r>
      <w:r w:rsidR="0096445B" w:rsidRPr="000767E2">
        <w:rPr>
          <w:lang w:val="sv-SE"/>
        </w:rPr>
        <w:t>BibleBIBEL82</w:t>
      </w:r>
      <w:r w:rsidRPr="000767E2">
        <w:rPr>
          <w:lang w:val="sv-SE"/>
        </w:rPr>
        <w:t>:2Cor 10:9]]</w:t>
      </w:r>
      <w:r w:rsidRPr="000767E2">
        <w:rPr>
          <w:vertAlign w:val="superscript"/>
          <w:lang w:val="sv-SE"/>
        </w:rPr>
        <w:t>9</w:t>
      </w:r>
      <w:r w:rsidRPr="000767E2">
        <w:rPr>
          <w:lang w:val="sv-SE"/>
        </w:rPr>
        <w:t xml:space="preserve"> {{field-on:bible}}så att jag inte tycks skrämma er med breven.{{field-off:bible}} [[@</w:t>
      </w:r>
      <w:r w:rsidR="0096445B" w:rsidRPr="000767E2">
        <w:rPr>
          <w:lang w:val="sv-SE"/>
        </w:rPr>
        <w:t>BibleBIBEL82</w:t>
      </w:r>
      <w:r w:rsidRPr="000767E2">
        <w:rPr>
          <w:lang w:val="sv-SE"/>
        </w:rPr>
        <w:t>:2Cor 10:10]]</w:t>
      </w:r>
      <w:r w:rsidRPr="000767E2">
        <w:rPr>
          <w:vertAlign w:val="superscript"/>
          <w:lang w:val="sv-SE"/>
        </w:rPr>
        <w:t>10</w:t>
      </w:r>
      <w:r w:rsidRPr="000767E2">
        <w:rPr>
          <w:lang w:val="sv-SE"/>
        </w:rPr>
        <w:t xml:space="preserve"> {{field-on:bible}}”För breven”, säger man, ”</w:t>
      </w:r>
      <w:r w:rsidRPr="000767E2">
        <w:rPr>
          <w:i/>
          <w:lang w:val="sv-SE"/>
        </w:rPr>
        <w:t>är</w:t>
      </w:r>
      <w:r w:rsidRPr="000767E2">
        <w:rPr>
          <w:lang w:val="sv-SE"/>
        </w:rPr>
        <w:t xml:space="preserve"> tunga och starka, men </w:t>
      </w:r>
      <w:r w:rsidRPr="000767E2">
        <w:rPr>
          <w:i/>
          <w:lang w:val="sv-SE"/>
        </w:rPr>
        <w:t>hans</w:t>
      </w:r>
      <w:r w:rsidRPr="000767E2">
        <w:rPr>
          <w:lang w:val="sv-SE"/>
        </w:rPr>
        <w:t xml:space="preserve"> närvaro till kroppen </w:t>
      </w:r>
      <w:r w:rsidRPr="000767E2">
        <w:rPr>
          <w:i/>
          <w:lang w:val="sv-SE"/>
        </w:rPr>
        <w:t>är</w:t>
      </w:r>
      <w:r w:rsidRPr="000767E2">
        <w:rPr>
          <w:lang w:val="sv-SE"/>
        </w:rPr>
        <w:t xml:space="preserve"> svag och ordet föraktat.”{{field-off:bible}} [[@</w:t>
      </w:r>
      <w:r w:rsidR="0096445B" w:rsidRPr="000767E2">
        <w:rPr>
          <w:lang w:val="sv-SE"/>
        </w:rPr>
        <w:t>BibleBIBEL82</w:t>
      </w:r>
      <w:r w:rsidRPr="000767E2">
        <w:rPr>
          <w:lang w:val="sv-SE"/>
        </w:rPr>
        <w:t>:2Cor 10:11]]</w:t>
      </w:r>
      <w:r w:rsidRPr="000767E2">
        <w:rPr>
          <w:vertAlign w:val="superscript"/>
          <w:lang w:val="sv-SE"/>
        </w:rPr>
        <w:t>11</w:t>
      </w:r>
      <w:r w:rsidRPr="000767E2">
        <w:rPr>
          <w:lang w:val="sv-SE"/>
        </w:rPr>
        <w:t xml:space="preserve"> {{field-on:bible}}Detta ska en sådan tänka: att </w:t>
      </w:r>
      <w:r w:rsidRPr="000767E2">
        <w:rPr>
          <w:i/>
          <w:lang w:val="sv-SE"/>
        </w:rPr>
        <w:t>så</w:t>
      </w:r>
      <w:r w:rsidRPr="000767E2">
        <w:rPr>
          <w:lang w:val="sv-SE"/>
        </w:rPr>
        <w:t xml:space="preserve"> som vi är i ord genom brev när vi är iväg, sådana </w:t>
      </w:r>
      <w:r w:rsidRPr="000767E2">
        <w:rPr>
          <w:i/>
          <w:lang w:val="sv-SE"/>
        </w:rPr>
        <w:t>är vi</w:t>
      </w:r>
      <w:r w:rsidRPr="000767E2">
        <w:rPr>
          <w:lang w:val="sv-SE"/>
        </w:rPr>
        <w:t xml:space="preserve"> också när vi är där i gärning.{{field-off:bible}}</w:t>
      </w:r>
    </w:p>
    <w:p w14:paraId="2F82F5FC" w14:textId="78E674D6"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:2Cor 10:12]]</w:t>
      </w:r>
      <w:r w:rsidRPr="000767E2">
        <w:rPr>
          <w:vertAlign w:val="superscript"/>
          <w:lang w:val="sv-SE"/>
        </w:rPr>
        <w:t>12</w:t>
      </w:r>
      <w:r w:rsidRPr="000767E2">
        <w:rPr>
          <w:lang w:val="sv-SE"/>
        </w:rPr>
        <w:t xml:space="preserve"> {{field-on:bible}}För vi vågar inte indela eller jämföra oss själva med vissa av dem som lyfter fram sig själva. Nej, när de mäter sig med sig själva och jämför sig med sig själva förstår de inte.{{field-off:bible}} [[@</w:t>
      </w:r>
      <w:r w:rsidR="0096445B" w:rsidRPr="000767E2">
        <w:rPr>
          <w:lang w:val="sv-SE"/>
        </w:rPr>
        <w:t>BibleBIBEL82</w:t>
      </w:r>
      <w:r w:rsidRPr="000767E2">
        <w:rPr>
          <w:lang w:val="sv-SE"/>
        </w:rPr>
        <w:t>:2Cor 10:13]]</w:t>
      </w:r>
      <w:r w:rsidRPr="000767E2">
        <w:rPr>
          <w:vertAlign w:val="superscript"/>
          <w:lang w:val="sv-SE"/>
        </w:rPr>
        <w:t>13</w:t>
      </w:r>
      <w:r w:rsidRPr="000767E2">
        <w:rPr>
          <w:lang w:val="sv-SE"/>
        </w:rPr>
        <w:t xml:space="preserve"> {{field-on:bible}}Men vi ska inte stoltsera måttlöst, utan efter måttet av det arbetsfält som Gud har tilldelat oss som mått: att nå fram även till er.{{field-off:bible}} [[@</w:t>
      </w:r>
      <w:r w:rsidR="0096445B" w:rsidRPr="000767E2">
        <w:rPr>
          <w:lang w:val="sv-SE"/>
        </w:rPr>
        <w:t>BibleBIBEL82</w:t>
      </w:r>
      <w:r w:rsidRPr="000767E2">
        <w:rPr>
          <w:lang w:val="sv-SE"/>
        </w:rPr>
        <w:t>:2Cor 10:14]]</w:t>
      </w:r>
      <w:r w:rsidRPr="000767E2">
        <w:rPr>
          <w:vertAlign w:val="superscript"/>
          <w:lang w:val="sv-SE"/>
        </w:rPr>
        <w:t>14</w:t>
      </w:r>
      <w:r w:rsidRPr="000767E2">
        <w:rPr>
          <w:lang w:val="sv-SE"/>
        </w:rPr>
        <w:t xml:space="preserve"> {{field-on:bible}}För </w:t>
      </w:r>
      <w:r w:rsidRPr="000767E2">
        <w:rPr>
          <w:i/>
          <w:lang w:val="sv-SE"/>
        </w:rPr>
        <w:t>det är</w:t>
      </w:r>
      <w:r w:rsidRPr="000767E2">
        <w:rPr>
          <w:lang w:val="sv-SE"/>
        </w:rPr>
        <w:t xml:space="preserve"> inte som att vi inte har nått fram till er </w:t>
      </w:r>
      <w:r w:rsidRPr="000767E2">
        <w:rPr>
          <w:i/>
          <w:lang w:val="sv-SE"/>
        </w:rPr>
        <w:t>och</w:t>
      </w:r>
      <w:r w:rsidRPr="000767E2">
        <w:rPr>
          <w:lang w:val="sv-SE"/>
        </w:rPr>
        <w:t xml:space="preserve"> sträcker oss för långt. För även fram till er kom vi före med Kristi evangelium,{{field-off:bible}} [[@</w:t>
      </w:r>
      <w:r w:rsidR="0096445B" w:rsidRPr="000767E2">
        <w:rPr>
          <w:lang w:val="sv-SE"/>
        </w:rPr>
        <w:t>BibleBIBEL82</w:t>
      </w:r>
      <w:r w:rsidRPr="000767E2">
        <w:rPr>
          <w:lang w:val="sv-SE"/>
        </w:rPr>
        <w:t>:2Cor 10:15]]</w:t>
      </w:r>
      <w:r w:rsidRPr="000767E2">
        <w:rPr>
          <w:vertAlign w:val="superscript"/>
          <w:lang w:val="sv-SE"/>
        </w:rPr>
        <w:t>15</w:t>
      </w:r>
      <w:r w:rsidRPr="000767E2">
        <w:rPr>
          <w:lang w:val="sv-SE"/>
        </w:rPr>
        <w:t xml:space="preserve"> {{field-on:bible}}och vi stoltserar inte måttlöst över andras mödor, men vi har ett hopp: att när er tro växer bland er </w:t>
      </w:r>
      <w:r w:rsidRPr="000767E2">
        <w:rPr>
          <w:i/>
          <w:lang w:val="sv-SE"/>
        </w:rPr>
        <w:t>få</w:t>
      </w:r>
      <w:r w:rsidRPr="000767E2">
        <w:rPr>
          <w:lang w:val="sv-SE"/>
        </w:rPr>
        <w:t xml:space="preserve"> göras större i vårt arbetsfält till överflöd,{{field-off:bible}} [[@</w:t>
      </w:r>
      <w:r w:rsidR="0096445B" w:rsidRPr="000767E2">
        <w:rPr>
          <w:lang w:val="sv-SE"/>
        </w:rPr>
        <w:t>BibleBIBEL82</w:t>
      </w:r>
      <w:r w:rsidRPr="000767E2">
        <w:rPr>
          <w:lang w:val="sv-SE"/>
        </w:rPr>
        <w:t>:2Cor 10:16]]</w:t>
      </w:r>
      <w:r w:rsidRPr="000767E2">
        <w:rPr>
          <w:vertAlign w:val="superscript"/>
          <w:lang w:val="sv-SE"/>
        </w:rPr>
        <w:t>16</w:t>
      </w:r>
      <w:r w:rsidRPr="000767E2">
        <w:rPr>
          <w:lang w:val="sv-SE"/>
        </w:rPr>
        <w:t xml:space="preserve"> {{field-on:bible}}</w:t>
      </w:r>
      <w:r w:rsidRPr="000767E2">
        <w:rPr>
          <w:i/>
          <w:lang w:val="sv-SE"/>
        </w:rPr>
        <w:t>till</w:t>
      </w:r>
      <w:r w:rsidRPr="000767E2">
        <w:rPr>
          <w:lang w:val="sv-SE"/>
        </w:rPr>
        <w:t xml:space="preserve"> att evangelisera i </w:t>
      </w:r>
      <w:r w:rsidRPr="000767E2">
        <w:rPr>
          <w:i/>
          <w:lang w:val="sv-SE"/>
        </w:rPr>
        <w:t>områden</w:t>
      </w:r>
      <w:r w:rsidRPr="000767E2">
        <w:rPr>
          <w:lang w:val="sv-SE"/>
        </w:rPr>
        <w:t xml:space="preserve"> bortom ert </w:t>
      </w:r>
      <w:r w:rsidRPr="000767E2">
        <w:rPr>
          <w:i/>
          <w:lang w:val="sv-SE"/>
        </w:rPr>
        <w:t>och</w:t>
      </w:r>
      <w:r w:rsidRPr="000767E2">
        <w:rPr>
          <w:lang w:val="sv-SE"/>
        </w:rPr>
        <w:t xml:space="preserve"> inte stoltsera på en annans arbetsfält över det </w:t>
      </w:r>
      <w:r w:rsidRPr="000767E2">
        <w:rPr>
          <w:i/>
          <w:lang w:val="sv-SE"/>
        </w:rPr>
        <w:t>som redan är</w:t>
      </w:r>
      <w:r w:rsidRPr="000767E2">
        <w:rPr>
          <w:lang w:val="sv-SE"/>
        </w:rPr>
        <w:t xml:space="preserve"> berett.{{field-off:bible}} [[@</w:t>
      </w:r>
      <w:r w:rsidR="0096445B" w:rsidRPr="000767E2">
        <w:rPr>
          <w:lang w:val="sv-SE"/>
        </w:rPr>
        <w:t>BibleBIBEL82</w:t>
      </w:r>
      <w:r w:rsidRPr="000767E2">
        <w:rPr>
          <w:lang w:val="sv-SE"/>
        </w:rPr>
        <w:t>:2Cor 10:17]]</w:t>
      </w:r>
      <w:r w:rsidRPr="000767E2">
        <w:rPr>
          <w:vertAlign w:val="superscript"/>
          <w:lang w:val="sv-SE"/>
        </w:rPr>
        <w:t>17</w:t>
      </w:r>
      <w:r w:rsidRPr="000767E2">
        <w:rPr>
          <w:lang w:val="sv-SE"/>
        </w:rPr>
        <w:t xml:space="preserve"> {{field-on:bible}}Men den som är stolt ska vara stolt i Herren.{{field-off:bible}} [[@</w:t>
      </w:r>
      <w:r w:rsidR="0096445B" w:rsidRPr="000767E2">
        <w:rPr>
          <w:lang w:val="sv-SE"/>
        </w:rPr>
        <w:t>BibleBIBEL82</w:t>
      </w:r>
      <w:r w:rsidRPr="000767E2">
        <w:rPr>
          <w:lang w:val="sv-SE"/>
        </w:rPr>
        <w:t>:2Cor 10:18]]</w:t>
      </w:r>
      <w:r w:rsidRPr="000767E2">
        <w:rPr>
          <w:vertAlign w:val="superscript"/>
          <w:lang w:val="sv-SE"/>
        </w:rPr>
        <w:t>18</w:t>
      </w:r>
      <w:r w:rsidRPr="000767E2">
        <w:rPr>
          <w:lang w:val="sv-SE"/>
        </w:rPr>
        <w:t xml:space="preserve"> {{field-on:bible}}</w:t>
      </w:r>
      <w:r w:rsidRPr="000767E2">
        <w:rPr>
          <w:i/>
          <w:lang w:val="sv-SE"/>
        </w:rPr>
        <w:t>Det är</w:t>
      </w:r>
      <w:r w:rsidRPr="000767E2">
        <w:rPr>
          <w:lang w:val="sv-SE"/>
        </w:rPr>
        <w:t xml:space="preserve"> ju inte den som lyfter fram sig själv, </w:t>
      </w:r>
      <w:r w:rsidRPr="000767E2">
        <w:rPr>
          <w:i/>
          <w:lang w:val="sv-SE"/>
        </w:rPr>
        <w:t>att</w:t>
      </w:r>
      <w:r w:rsidRPr="000767E2">
        <w:rPr>
          <w:lang w:val="sv-SE"/>
        </w:rPr>
        <w:t xml:space="preserve"> denne är godkänd, utan den som Herren lyfter fram.{{field-off:bible}}</w:t>
      </w:r>
    </w:p>
    <w:p w14:paraId="4E2388E2" w14:textId="441C1FB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11]]Kapitel 11</w:t>
      </w:r>
    </w:p>
    <w:p w14:paraId="444712C1" w14:textId="77777777" w:rsidR="00BA33AB" w:rsidRPr="000767E2" w:rsidRDefault="00000000">
      <w:pPr>
        <w:pStyle w:val="Rubrik3"/>
        <w:rPr>
          <w:lang w:val="sv-SE"/>
        </w:rPr>
      </w:pPr>
      <w:r w:rsidRPr="000767E2">
        <w:rPr>
          <w:lang w:val="sv-SE"/>
        </w:rPr>
        <w:t>Paulus och de falska apostlarna</w:t>
      </w:r>
    </w:p>
    <w:p w14:paraId="75A748FB" w14:textId="0ABBA819" w:rsidR="00BA33AB" w:rsidRPr="000767E2" w:rsidRDefault="00000000">
      <w:pPr>
        <w:rPr>
          <w:lang w:val="sv-SE"/>
        </w:rPr>
      </w:pPr>
      <w:r w:rsidRPr="000767E2">
        <w:rPr>
          <w:lang w:val="sv-SE"/>
        </w:rPr>
        <w:t>[[@</w:t>
      </w:r>
      <w:r w:rsidR="0096445B" w:rsidRPr="000767E2">
        <w:rPr>
          <w:lang w:val="sv-SE"/>
        </w:rPr>
        <w:t>BibleBIBEL82</w:t>
      </w:r>
      <w:r w:rsidRPr="000767E2">
        <w:rPr>
          <w:lang w:val="sv-SE"/>
        </w:rPr>
        <w:t>:2Cor 11:1]]</w:t>
      </w:r>
      <w:r w:rsidRPr="000767E2">
        <w:rPr>
          <w:vertAlign w:val="superscript"/>
          <w:lang w:val="sv-SE"/>
        </w:rPr>
        <w:t>1</w:t>
      </w:r>
      <w:r w:rsidRPr="000767E2">
        <w:rPr>
          <w:lang w:val="sv-SE"/>
        </w:rPr>
        <w:t xml:space="preserve"> {{field-on:bible}}O att ni stod ut med mig, </w:t>
      </w:r>
      <w:r w:rsidRPr="000767E2">
        <w:rPr>
          <w:i/>
          <w:lang w:val="sv-SE"/>
        </w:rPr>
        <w:t>med</w:t>
      </w:r>
      <w:r w:rsidRPr="000767E2">
        <w:rPr>
          <w:lang w:val="sv-SE"/>
        </w:rPr>
        <w:t xml:space="preserve"> något litet av vettlöshet! Dock står ni också ut med mig.{{field-off:bible}} [[@</w:t>
      </w:r>
      <w:r w:rsidR="0096445B" w:rsidRPr="000767E2">
        <w:rPr>
          <w:lang w:val="sv-SE"/>
        </w:rPr>
        <w:t>BibleBIBEL82</w:t>
      </w:r>
      <w:r w:rsidRPr="000767E2">
        <w:rPr>
          <w:lang w:val="sv-SE"/>
        </w:rPr>
        <w:t>:2Cor 11:2]]</w:t>
      </w:r>
      <w:r w:rsidRPr="000767E2">
        <w:rPr>
          <w:vertAlign w:val="superscript"/>
          <w:lang w:val="sv-SE"/>
        </w:rPr>
        <w:t>2</w:t>
      </w:r>
      <w:r w:rsidRPr="000767E2">
        <w:rPr>
          <w:lang w:val="sv-SE"/>
        </w:rPr>
        <w:t xml:space="preserve"> {{field-on:bible}}För jag är nitisk för er med Guds nit. Jag har ju passat ihop er med en </w:t>
      </w:r>
      <w:r w:rsidRPr="000767E2">
        <w:rPr>
          <w:i/>
          <w:lang w:val="sv-SE"/>
        </w:rPr>
        <w:t>enda</w:t>
      </w:r>
      <w:r w:rsidRPr="000767E2">
        <w:rPr>
          <w:lang w:val="sv-SE"/>
        </w:rPr>
        <w:t xml:space="preserve"> man, </w:t>
      </w:r>
      <w:r w:rsidRPr="000767E2">
        <w:rPr>
          <w:i/>
          <w:lang w:val="sv-SE"/>
        </w:rPr>
        <w:t>för</w:t>
      </w:r>
      <w:r w:rsidRPr="000767E2">
        <w:rPr>
          <w:lang w:val="sv-SE"/>
        </w:rPr>
        <w:t xml:space="preserve"> att ställa fram en ren jungfru för Kristus.{{field-off:bible}} [[@</w:t>
      </w:r>
      <w:r w:rsidR="0096445B" w:rsidRPr="000767E2">
        <w:rPr>
          <w:lang w:val="sv-SE"/>
        </w:rPr>
        <w:t>BibleBIBEL82</w:t>
      </w:r>
      <w:r w:rsidRPr="000767E2">
        <w:rPr>
          <w:lang w:val="sv-SE"/>
        </w:rPr>
        <w:t>:2Cor 11:3]]</w:t>
      </w:r>
      <w:r w:rsidRPr="000767E2">
        <w:rPr>
          <w:vertAlign w:val="superscript"/>
          <w:lang w:val="sv-SE"/>
        </w:rPr>
        <w:t>3</w:t>
      </w:r>
      <w:r w:rsidRPr="000767E2">
        <w:rPr>
          <w:lang w:val="sv-SE"/>
        </w:rPr>
        <w:t xml:space="preserve"> {{field-on:bible}}Men jag fruktar så att inte, såsom ormen grundlurade Eva med sin slughet, era tankar ska fördärvas från uppriktigheten och renheten gentemot Kristus.{{field-off:bible}}</w:t>
      </w:r>
    </w:p>
    <w:p w14:paraId="2DA7C157" w14:textId="6A082CF3" w:rsidR="00BA33AB" w:rsidRPr="000767E2" w:rsidRDefault="00000000">
      <w:pPr>
        <w:rPr>
          <w:lang w:val="sv-SE"/>
        </w:rPr>
      </w:pPr>
      <w:r w:rsidRPr="000767E2">
        <w:rPr>
          <w:lang w:val="sv-SE"/>
        </w:rPr>
        <w:t>[[@</w:t>
      </w:r>
      <w:r w:rsidR="0096445B" w:rsidRPr="000767E2">
        <w:rPr>
          <w:lang w:val="sv-SE"/>
        </w:rPr>
        <w:t>BibleBIBEL82</w:t>
      </w:r>
      <w:r w:rsidRPr="000767E2">
        <w:rPr>
          <w:lang w:val="sv-SE"/>
        </w:rPr>
        <w:t>:2Cor 11:4]]</w:t>
      </w:r>
      <w:r w:rsidRPr="000767E2">
        <w:rPr>
          <w:vertAlign w:val="superscript"/>
          <w:lang w:val="sv-SE"/>
        </w:rPr>
        <w:t>4</w:t>
      </w:r>
      <w:r w:rsidRPr="000767E2">
        <w:rPr>
          <w:lang w:val="sv-SE"/>
        </w:rPr>
        <w:t xml:space="preserve"> {{field-on:bible}}För om den som kommer förkunnar en annan Jesus som vi inte har förkunnat, eller ni tar </w:t>
      </w:r>
      <w:r w:rsidRPr="000767E2">
        <w:rPr>
          <w:i/>
          <w:lang w:val="sv-SE"/>
        </w:rPr>
        <w:t>emot</w:t>
      </w:r>
      <w:r w:rsidRPr="000767E2">
        <w:rPr>
          <w:lang w:val="sv-SE"/>
        </w:rPr>
        <w:t xml:space="preserve"> en annan ande som ni inte har tagit </w:t>
      </w:r>
      <w:r w:rsidRPr="000767E2">
        <w:rPr>
          <w:i/>
          <w:lang w:val="sv-SE"/>
        </w:rPr>
        <w:t>emot</w:t>
      </w:r>
      <w:r w:rsidRPr="000767E2">
        <w:rPr>
          <w:lang w:val="sv-SE"/>
        </w:rPr>
        <w:t xml:space="preserve">, eller ett annat evangelium som ni inte mottagit, står ni </w:t>
      </w:r>
      <w:r w:rsidRPr="000767E2">
        <w:rPr>
          <w:i/>
          <w:lang w:val="sv-SE"/>
        </w:rPr>
        <w:t>mycket</w:t>
      </w:r>
      <w:r w:rsidRPr="000767E2">
        <w:rPr>
          <w:lang w:val="sv-SE"/>
        </w:rPr>
        <w:t xml:space="preserve"> väl ut.{{field-off:bible}} [[@</w:t>
      </w:r>
      <w:r w:rsidR="0096445B" w:rsidRPr="000767E2">
        <w:rPr>
          <w:lang w:val="sv-SE"/>
        </w:rPr>
        <w:t>BibleBIBEL82</w:t>
      </w:r>
      <w:r w:rsidRPr="000767E2">
        <w:rPr>
          <w:lang w:val="sv-SE"/>
        </w:rPr>
        <w:t>:2Cor 11:5]]</w:t>
      </w:r>
      <w:r w:rsidRPr="000767E2">
        <w:rPr>
          <w:vertAlign w:val="superscript"/>
          <w:lang w:val="sv-SE"/>
        </w:rPr>
        <w:t>5</w:t>
      </w:r>
      <w:r w:rsidRPr="000767E2">
        <w:rPr>
          <w:lang w:val="sv-SE"/>
        </w:rPr>
        <w:t xml:space="preserve"> {{field-on:bible}}För jag tänker att </w:t>
      </w:r>
      <w:r w:rsidRPr="000767E2">
        <w:rPr>
          <w:i/>
          <w:lang w:val="sv-SE"/>
        </w:rPr>
        <w:t>jag</w:t>
      </w:r>
      <w:r w:rsidRPr="000767E2">
        <w:rPr>
          <w:lang w:val="sv-SE"/>
        </w:rPr>
        <w:t xml:space="preserve"> inte kommit till korta mot de överstora apostlarna.{{field-off:bible}} [[@</w:t>
      </w:r>
      <w:r w:rsidR="0096445B" w:rsidRPr="000767E2">
        <w:rPr>
          <w:lang w:val="sv-SE"/>
        </w:rPr>
        <w:t>BibleBIBEL82</w:t>
      </w:r>
      <w:r w:rsidRPr="000767E2">
        <w:rPr>
          <w:lang w:val="sv-SE"/>
        </w:rPr>
        <w:t>:2Cor 11:6]]</w:t>
      </w:r>
      <w:r w:rsidRPr="000767E2">
        <w:rPr>
          <w:vertAlign w:val="superscript"/>
          <w:lang w:val="sv-SE"/>
        </w:rPr>
        <w:t>6</w:t>
      </w:r>
      <w:r w:rsidRPr="000767E2">
        <w:rPr>
          <w:lang w:val="sv-SE"/>
        </w:rPr>
        <w:t xml:space="preserve"> {{field-on:bible}}Och om än obildad till ordet, dock inte till kunskapen. Nej, i allt har vi visat </w:t>
      </w:r>
      <w:r w:rsidRPr="000767E2">
        <w:rPr>
          <w:i/>
          <w:lang w:val="sv-SE"/>
        </w:rPr>
        <w:t>det</w:t>
      </w:r>
      <w:r w:rsidRPr="000767E2">
        <w:rPr>
          <w:lang w:val="sv-SE"/>
        </w:rPr>
        <w:t xml:space="preserve"> i alla </w:t>
      </w:r>
      <w:r w:rsidRPr="000767E2">
        <w:rPr>
          <w:i/>
          <w:lang w:val="sv-SE"/>
        </w:rPr>
        <w:t>stycken</w:t>
      </w:r>
      <w:r w:rsidRPr="000767E2">
        <w:rPr>
          <w:lang w:val="sv-SE"/>
        </w:rPr>
        <w:t xml:space="preserve"> för er.{{field-off:bible}}</w:t>
      </w:r>
    </w:p>
    <w:p w14:paraId="17B0FFB3" w14:textId="7C66799A" w:rsidR="00BA33AB" w:rsidRPr="000767E2" w:rsidRDefault="00000000">
      <w:pPr>
        <w:rPr>
          <w:lang w:val="sv-SE"/>
        </w:rPr>
      </w:pPr>
      <w:r w:rsidRPr="000767E2">
        <w:rPr>
          <w:lang w:val="sv-SE"/>
        </w:rPr>
        <w:t>[[@</w:t>
      </w:r>
      <w:r w:rsidR="0096445B" w:rsidRPr="000767E2">
        <w:rPr>
          <w:lang w:val="sv-SE"/>
        </w:rPr>
        <w:t>BibleBIBEL82</w:t>
      </w:r>
      <w:r w:rsidRPr="000767E2">
        <w:rPr>
          <w:lang w:val="sv-SE"/>
        </w:rPr>
        <w:t>:2Cor 11:7]]</w:t>
      </w:r>
      <w:r w:rsidRPr="000767E2">
        <w:rPr>
          <w:vertAlign w:val="superscript"/>
          <w:lang w:val="sv-SE"/>
        </w:rPr>
        <w:t>7</w:t>
      </w:r>
      <w:r w:rsidRPr="000767E2">
        <w:rPr>
          <w:lang w:val="sv-SE"/>
        </w:rPr>
        <w:t xml:space="preserve"> {{field-on:bible}}Eller </w:t>
      </w:r>
      <w:r w:rsidRPr="000767E2">
        <w:rPr>
          <w:i/>
          <w:lang w:val="sv-SE"/>
        </w:rPr>
        <w:t>var det</w:t>
      </w:r>
      <w:r w:rsidRPr="000767E2">
        <w:rPr>
          <w:lang w:val="sv-SE"/>
        </w:rPr>
        <w:t xml:space="preserve"> en synd jag gjorde, när jag ödmjukade mig själv för att ni skulle upphöjas? Att jag gratis evangeliserade Guds evangelium för er?{{field-off:bible}} [[@</w:t>
      </w:r>
      <w:r w:rsidR="0096445B" w:rsidRPr="000767E2">
        <w:rPr>
          <w:lang w:val="sv-SE"/>
        </w:rPr>
        <w:t>BibleBIBEL82</w:t>
      </w:r>
      <w:r w:rsidRPr="000767E2">
        <w:rPr>
          <w:lang w:val="sv-SE"/>
        </w:rPr>
        <w:t>:2Cor 11:8]]</w:t>
      </w:r>
      <w:r w:rsidRPr="000767E2">
        <w:rPr>
          <w:vertAlign w:val="superscript"/>
          <w:lang w:val="sv-SE"/>
        </w:rPr>
        <w:t>8</w:t>
      </w:r>
      <w:r w:rsidRPr="000767E2">
        <w:rPr>
          <w:lang w:val="sv-SE"/>
        </w:rPr>
        <w:t xml:space="preserve"> {{field-on:bible}}Andra församlingar plundrade jag </w:t>
      </w:r>
      <w:r w:rsidRPr="000767E2">
        <w:rPr>
          <w:i/>
          <w:lang w:val="sv-SE"/>
        </w:rPr>
        <w:t>genom att</w:t>
      </w:r>
      <w:r w:rsidRPr="000767E2">
        <w:rPr>
          <w:lang w:val="sv-SE"/>
        </w:rPr>
        <w:t xml:space="preserve"> ta </w:t>
      </w:r>
      <w:r w:rsidRPr="000767E2">
        <w:rPr>
          <w:i/>
          <w:lang w:val="sv-SE"/>
        </w:rPr>
        <w:t>emot</w:t>
      </w:r>
      <w:r w:rsidRPr="000767E2">
        <w:rPr>
          <w:lang w:val="sv-SE"/>
        </w:rPr>
        <w:t xml:space="preserve"> sold för er betjäning.{{field-off:bible}} [[@</w:t>
      </w:r>
      <w:r w:rsidR="0096445B" w:rsidRPr="000767E2">
        <w:rPr>
          <w:lang w:val="sv-SE"/>
        </w:rPr>
        <w:t>BibleBIBEL82</w:t>
      </w:r>
      <w:r w:rsidRPr="000767E2">
        <w:rPr>
          <w:lang w:val="sv-SE"/>
        </w:rPr>
        <w:t>:2Cor 11:9]]</w:t>
      </w:r>
      <w:r w:rsidRPr="000767E2">
        <w:rPr>
          <w:vertAlign w:val="superscript"/>
          <w:lang w:val="sv-SE"/>
        </w:rPr>
        <w:t>9</w:t>
      </w:r>
      <w:r w:rsidRPr="000767E2">
        <w:rPr>
          <w:lang w:val="sv-SE"/>
        </w:rPr>
        <w:t xml:space="preserve"> {{field-on:bible}}Och när jag var där hos er och led brist låg jag ingen till last, för min brist uppfylldes ännu mer </w:t>
      </w:r>
      <w:r w:rsidRPr="000767E2">
        <w:rPr>
          <w:i/>
          <w:lang w:val="sv-SE"/>
        </w:rPr>
        <w:t>av</w:t>
      </w:r>
      <w:r w:rsidRPr="000767E2">
        <w:rPr>
          <w:lang w:val="sv-SE"/>
        </w:rPr>
        <w:t xml:space="preserve"> syskonen som kom från Makedonien. Och i allt har jag bevarat mig själv obetungande för er, och kommer att bevara </w:t>
      </w:r>
      <w:r w:rsidRPr="000767E2">
        <w:rPr>
          <w:i/>
          <w:lang w:val="sv-SE"/>
        </w:rPr>
        <w:t>mig så</w:t>
      </w:r>
      <w:r w:rsidRPr="000767E2">
        <w:rPr>
          <w:lang w:val="sv-SE"/>
        </w:rPr>
        <w:t>.{{field-off:bible}} [[@</w:t>
      </w:r>
      <w:r w:rsidR="0096445B" w:rsidRPr="000767E2">
        <w:rPr>
          <w:lang w:val="sv-SE"/>
        </w:rPr>
        <w:t>BibleBIBEL82</w:t>
      </w:r>
      <w:r w:rsidRPr="000767E2">
        <w:rPr>
          <w:lang w:val="sv-SE"/>
        </w:rPr>
        <w:t>:2Cor 11:10]]</w:t>
      </w:r>
      <w:r w:rsidRPr="000767E2">
        <w:rPr>
          <w:vertAlign w:val="superscript"/>
          <w:lang w:val="sv-SE"/>
        </w:rPr>
        <w:t>10</w:t>
      </w:r>
      <w:r w:rsidRPr="000767E2">
        <w:rPr>
          <w:lang w:val="sv-SE"/>
        </w:rPr>
        <w:t xml:space="preserve"> {{field-on:bible}}Det är Kristi sanning i mig att detta stoltserande inte ska spärras för mig i Achaias regioner.{{field-off:bible}} </w:t>
      </w:r>
      <w:r w:rsidRPr="000767E2">
        <w:rPr>
          <w:lang w:val="sv-SE"/>
        </w:rPr>
        <w:lastRenderedPageBreak/>
        <w:t>[[@</w:t>
      </w:r>
      <w:r w:rsidR="0096445B" w:rsidRPr="000767E2">
        <w:rPr>
          <w:lang w:val="sv-SE"/>
        </w:rPr>
        <w:t>BibleBIBEL82</w:t>
      </w:r>
      <w:r w:rsidRPr="000767E2">
        <w:rPr>
          <w:lang w:val="sv-SE"/>
        </w:rPr>
        <w:t>:2Cor 11:11]]</w:t>
      </w:r>
      <w:r w:rsidRPr="000767E2">
        <w:rPr>
          <w:vertAlign w:val="superscript"/>
          <w:lang w:val="sv-SE"/>
        </w:rPr>
        <w:t>11</w:t>
      </w:r>
      <w:r w:rsidRPr="000767E2">
        <w:rPr>
          <w:lang w:val="sv-SE"/>
        </w:rPr>
        <w:t xml:space="preserve"> {{field-on:bible}}Varför? För att jag inte älskar er? Gud vet </w:t>
      </w:r>
      <w:r w:rsidRPr="000767E2">
        <w:rPr>
          <w:i/>
          <w:lang w:val="sv-SE"/>
        </w:rPr>
        <w:t>att jag gör det</w:t>
      </w:r>
      <w:r w:rsidRPr="000767E2">
        <w:rPr>
          <w:lang w:val="sv-SE"/>
        </w:rPr>
        <w:t>.{{field-off:bible}}</w:t>
      </w:r>
    </w:p>
    <w:p w14:paraId="7C4E2860" w14:textId="6F382BAF" w:rsidR="00BA33AB" w:rsidRPr="000767E2" w:rsidRDefault="00000000">
      <w:pPr>
        <w:rPr>
          <w:lang w:val="sv-SE"/>
        </w:rPr>
      </w:pPr>
      <w:r w:rsidRPr="000767E2">
        <w:rPr>
          <w:lang w:val="sv-SE"/>
        </w:rPr>
        <w:t>[[@</w:t>
      </w:r>
      <w:r w:rsidR="0096445B" w:rsidRPr="000767E2">
        <w:rPr>
          <w:lang w:val="sv-SE"/>
        </w:rPr>
        <w:t>BibleBIBEL82</w:t>
      </w:r>
      <w:r w:rsidRPr="000767E2">
        <w:rPr>
          <w:lang w:val="sv-SE"/>
        </w:rPr>
        <w:t>:2Cor 11:12]]</w:t>
      </w:r>
      <w:r w:rsidRPr="000767E2">
        <w:rPr>
          <w:vertAlign w:val="superscript"/>
          <w:lang w:val="sv-SE"/>
        </w:rPr>
        <w:t>12</w:t>
      </w:r>
      <w:r w:rsidRPr="000767E2">
        <w:rPr>
          <w:lang w:val="sv-SE"/>
        </w:rPr>
        <w:t xml:space="preserve"> {{field-on:bible}}Och det jag gör kommer jag också att göra, för att hugga bort tillfället från dem som vill </w:t>
      </w:r>
      <w:r w:rsidRPr="000767E2">
        <w:rPr>
          <w:i/>
          <w:lang w:val="sv-SE"/>
        </w:rPr>
        <w:t>ha</w:t>
      </w:r>
      <w:r w:rsidRPr="000767E2">
        <w:rPr>
          <w:lang w:val="sv-SE"/>
        </w:rPr>
        <w:t xml:space="preserve"> ett tillfälle att befinnas så som också vi i det de stoltserar över.{{field-off:bible}} [[@</w:t>
      </w:r>
      <w:r w:rsidR="0096445B" w:rsidRPr="000767E2">
        <w:rPr>
          <w:lang w:val="sv-SE"/>
        </w:rPr>
        <w:t>BibleBIBEL82</w:t>
      </w:r>
      <w:r w:rsidRPr="000767E2">
        <w:rPr>
          <w:lang w:val="sv-SE"/>
        </w:rPr>
        <w:t>:2Cor 11:13]]</w:t>
      </w:r>
      <w:r w:rsidRPr="000767E2">
        <w:rPr>
          <w:vertAlign w:val="superscript"/>
          <w:lang w:val="sv-SE"/>
        </w:rPr>
        <w:t>13</w:t>
      </w:r>
      <w:r w:rsidRPr="000767E2">
        <w:rPr>
          <w:lang w:val="sv-SE"/>
        </w:rPr>
        <w:t xml:space="preserve"> {{field-on:bible}}För sådana </w:t>
      </w:r>
      <w:r w:rsidRPr="000767E2">
        <w:rPr>
          <w:i/>
          <w:lang w:val="sv-SE"/>
        </w:rPr>
        <w:t>är</w:t>
      </w:r>
      <w:r w:rsidRPr="000767E2">
        <w:rPr>
          <w:lang w:val="sv-SE"/>
        </w:rPr>
        <w:t xml:space="preserve"> falska apostlar, svekfulla arbetare som omformar sig till Kristi apostlar.{{field-off:bible}} [[@</w:t>
      </w:r>
      <w:r w:rsidR="0096445B" w:rsidRPr="000767E2">
        <w:rPr>
          <w:lang w:val="sv-SE"/>
        </w:rPr>
        <w:t>BibleBIBEL82</w:t>
      </w:r>
      <w:r w:rsidRPr="000767E2">
        <w:rPr>
          <w:lang w:val="sv-SE"/>
        </w:rPr>
        <w:t>:2Cor 11:14]]</w:t>
      </w:r>
      <w:r w:rsidRPr="000767E2">
        <w:rPr>
          <w:vertAlign w:val="superscript"/>
          <w:lang w:val="sv-SE"/>
        </w:rPr>
        <w:t>14</w:t>
      </w:r>
      <w:r w:rsidRPr="000767E2">
        <w:rPr>
          <w:lang w:val="sv-SE"/>
        </w:rPr>
        <w:t xml:space="preserve"> {{field-on:bible}}Och ingen undran, för Satan själv omformar sig till en ljusets ängel.{{field-off:bible}} [[@</w:t>
      </w:r>
      <w:r w:rsidR="0096445B" w:rsidRPr="000767E2">
        <w:rPr>
          <w:lang w:val="sv-SE"/>
        </w:rPr>
        <w:t>BibleBIBEL82</w:t>
      </w:r>
      <w:r w:rsidRPr="000767E2">
        <w:rPr>
          <w:lang w:val="sv-SE"/>
        </w:rPr>
        <w:t>:2Cor 11:15]]</w:t>
      </w:r>
      <w:r w:rsidRPr="000767E2">
        <w:rPr>
          <w:vertAlign w:val="superscript"/>
          <w:lang w:val="sv-SE"/>
        </w:rPr>
        <w:t>15</w:t>
      </w:r>
      <w:r w:rsidRPr="000767E2">
        <w:rPr>
          <w:lang w:val="sv-SE"/>
        </w:rPr>
        <w:t xml:space="preserve"> {{field-on:bible}}</w:t>
      </w:r>
      <w:r w:rsidRPr="000767E2">
        <w:rPr>
          <w:i/>
          <w:lang w:val="sv-SE"/>
        </w:rPr>
        <w:t>Det är</w:t>
      </w:r>
      <w:r w:rsidRPr="000767E2">
        <w:rPr>
          <w:lang w:val="sv-SE"/>
        </w:rPr>
        <w:t xml:space="preserve"> då inte stort om även hans tjänare omformar sig som rättfärdighetstjänare. Deras slut ska bli efter deras gärningar.{{field-off:bible}}</w:t>
      </w:r>
    </w:p>
    <w:p w14:paraId="5D6FED79" w14:textId="77777777" w:rsidR="00BA33AB" w:rsidRPr="000767E2" w:rsidRDefault="00000000">
      <w:pPr>
        <w:pStyle w:val="Rubrik3"/>
        <w:rPr>
          <w:lang w:val="sv-SE"/>
        </w:rPr>
      </w:pPr>
      <w:r w:rsidRPr="000767E2">
        <w:rPr>
          <w:lang w:val="sv-SE"/>
        </w:rPr>
        <w:t>Apostelns mödor</w:t>
      </w:r>
    </w:p>
    <w:p w14:paraId="29F62BE0" w14:textId="086B8073" w:rsidR="00BA33AB" w:rsidRPr="000767E2" w:rsidRDefault="00000000">
      <w:pPr>
        <w:rPr>
          <w:lang w:val="sv-SE"/>
        </w:rPr>
      </w:pPr>
      <w:r w:rsidRPr="000767E2">
        <w:rPr>
          <w:lang w:val="sv-SE"/>
        </w:rPr>
        <w:t>[[@</w:t>
      </w:r>
      <w:r w:rsidR="0096445B" w:rsidRPr="000767E2">
        <w:rPr>
          <w:lang w:val="sv-SE"/>
        </w:rPr>
        <w:t>BibleBIBEL82</w:t>
      </w:r>
      <w:r w:rsidRPr="000767E2">
        <w:rPr>
          <w:lang w:val="sv-SE"/>
        </w:rPr>
        <w:t>:2Cor 11:16]]</w:t>
      </w:r>
      <w:r w:rsidRPr="000767E2">
        <w:rPr>
          <w:vertAlign w:val="superscript"/>
          <w:lang w:val="sv-SE"/>
        </w:rPr>
        <w:t>16</w:t>
      </w:r>
      <w:r w:rsidRPr="000767E2">
        <w:rPr>
          <w:lang w:val="sv-SE"/>
        </w:rPr>
        <w:t xml:space="preserve"> {{field-on:bible}}Åter säger jag: ingen ska tänka sig att jag är vettlös. Och annars ska ni också motta mig som en vettlös, så att även jag får stoltsera något lite.{{field-off:bible}} [[@</w:t>
      </w:r>
      <w:r w:rsidR="0096445B" w:rsidRPr="000767E2">
        <w:rPr>
          <w:lang w:val="sv-SE"/>
        </w:rPr>
        <w:t>BibleBIBEL82</w:t>
      </w:r>
      <w:r w:rsidRPr="000767E2">
        <w:rPr>
          <w:lang w:val="sv-SE"/>
        </w:rPr>
        <w:t>:2Cor 11:17]]</w:t>
      </w:r>
      <w:r w:rsidRPr="000767E2">
        <w:rPr>
          <w:vertAlign w:val="superscript"/>
          <w:lang w:val="sv-SE"/>
        </w:rPr>
        <w:t>17</w:t>
      </w:r>
      <w:r w:rsidRPr="000767E2">
        <w:rPr>
          <w:lang w:val="sv-SE"/>
        </w:rPr>
        <w:t xml:space="preserve"> {{field-on:bible}}Det jag </w:t>
      </w:r>
      <w:r w:rsidRPr="000767E2">
        <w:rPr>
          <w:i/>
          <w:lang w:val="sv-SE"/>
        </w:rPr>
        <w:t>nu</w:t>
      </w:r>
      <w:r w:rsidRPr="000767E2">
        <w:rPr>
          <w:lang w:val="sv-SE"/>
        </w:rPr>
        <w:t xml:space="preserve"> talar, talar jag inte på Herrens vis utan som i vettlöshet, i denna stolthetens tillförsikt.{{field-off:bible}} [[@</w:t>
      </w:r>
      <w:r w:rsidR="0096445B" w:rsidRPr="000767E2">
        <w:rPr>
          <w:lang w:val="sv-SE"/>
        </w:rPr>
        <w:t>BibleBIBEL82</w:t>
      </w:r>
      <w:r w:rsidRPr="000767E2">
        <w:rPr>
          <w:lang w:val="sv-SE"/>
        </w:rPr>
        <w:t>:2Cor 11:18]]</w:t>
      </w:r>
      <w:r w:rsidRPr="000767E2">
        <w:rPr>
          <w:vertAlign w:val="superscript"/>
          <w:lang w:val="sv-SE"/>
        </w:rPr>
        <w:t>18</w:t>
      </w:r>
      <w:r w:rsidRPr="000767E2">
        <w:rPr>
          <w:lang w:val="sv-SE"/>
        </w:rPr>
        <w:t xml:space="preserve"> {{field-on:bible}}Då många stoltserar på köttets vis ska också jag stoltsera.{{field-off:bible}} [[@</w:t>
      </w:r>
      <w:r w:rsidR="0096445B" w:rsidRPr="000767E2">
        <w:rPr>
          <w:lang w:val="sv-SE"/>
        </w:rPr>
        <w:t>BibleBIBEL82</w:t>
      </w:r>
      <w:r w:rsidRPr="000767E2">
        <w:rPr>
          <w:lang w:val="sv-SE"/>
        </w:rPr>
        <w:t>:2Cor 11:19]]</w:t>
      </w:r>
      <w:r w:rsidRPr="000767E2">
        <w:rPr>
          <w:vertAlign w:val="superscript"/>
          <w:lang w:val="sv-SE"/>
        </w:rPr>
        <w:t>19</w:t>
      </w:r>
      <w:r w:rsidRPr="000767E2">
        <w:rPr>
          <w:lang w:val="sv-SE"/>
        </w:rPr>
        <w:t xml:space="preserve"> {{field-on:bible}}För ni står gärna ut med de vettlösa, </w:t>
      </w:r>
      <w:r w:rsidRPr="000767E2">
        <w:rPr>
          <w:i/>
          <w:lang w:val="sv-SE"/>
        </w:rPr>
        <w:t>ni</w:t>
      </w:r>
      <w:r w:rsidRPr="000767E2">
        <w:rPr>
          <w:lang w:val="sv-SE"/>
        </w:rPr>
        <w:t xml:space="preserve"> som är kloka.{{field-off:bible}} [[@</w:t>
      </w:r>
      <w:r w:rsidR="0096445B" w:rsidRPr="000767E2">
        <w:rPr>
          <w:lang w:val="sv-SE"/>
        </w:rPr>
        <w:t>BibleBIBEL82</w:t>
      </w:r>
      <w:r w:rsidRPr="000767E2">
        <w:rPr>
          <w:lang w:val="sv-SE"/>
        </w:rPr>
        <w:t>:2Cor 11:20]]</w:t>
      </w:r>
      <w:r w:rsidRPr="000767E2">
        <w:rPr>
          <w:vertAlign w:val="superscript"/>
          <w:lang w:val="sv-SE"/>
        </w:rPr>
        <w:t>20</w:t>
      </w:r>
      <w:r w:rsidRPr="000767E2">
        <w:rPr>
          <w:lang w:val="sv-SE"/>
        </w:rPr>
        <w:t xml:space="preserve"> {{field-on:bible}}För ni står ut om någon förslavar er, om någon äter upp, om någon tar, om någon höjer sig, om någon pryglar er i ansiktet.{{field-off:bible}} [[@</w:t>
      </w:r>
      <w:r w:rsidR="0096445B" w:rsidRPr="000767E2">
        <w:rPr>
          <w:lang w:val="sv-SE"/>
        </w:rPr>
        <w:t>BibleBIBEL82</w:t>
      </w:r>
      <w:r w:rsidRPr="000767E2">
        <w:rPr>
          <w:lang w:val="sv-SE"/>
        </w:rPr>
        <w:t>:2Cor 11:21]]</w:t>
      </w:r>
      <w:r w:rsidRPr="000767E2">
        <w:rPr>
          <w:vertAlign w:val="superscript"/>
          <w:lang w:val="sv-SE"/>
        </w:rPr>
        <w:t>21</w:t>
      </w:r>
      <w:r w:rsidRPr="000767E2">
        <w:rPr>
          <w:lang w:val="sv-SE"/>
        </w:rPr>
        <w:t xml:space="preserve"> {{field-on:bible}}Till oheder säger jag </w:t>
      </w:r>
      <w:r w:rsidRPr="000767E2">
        <w:rPr>
          <w:i/>
          <w:lang w:val="sv-SE"/>
        </w:rPr>
        <w:t>det</w:t>
      </w:r>
      <w:r w:rsidRPr="000767E2">
        <w:rPr>
          <w:lang w:val="sv-SE"/>
        </w:rPr>
        <w:t>, som att vi har varit svaga.{{field-off:bible}}</w:t>
      </w:r>
    </w:p>
    <w:p w14:paraId="63FDFFF2" w14:textId="1DDD3558" w:rsidR="00BA33AB" w:rsidRPr="000767E2" w:rsidRDefault="00000000">
      <w:pPr>
        <w:rPr>
          <w:lang w:val="sv-SE"/>
        </w:rPr>
      </w:pPr>
      <w:r w:rsidRPr="000767E2">
        <w:rPr>
          <w:lang w:val="sv-SE"/>
        </w:rPr>
        <w:t xml:space="preserve">{{field-on:bible}}Men i det som någon vågar – i vettlöshet säger jag </w:t>
      </w:r>
      <w:r w:rsidRPr="000767E2">
        <w:rPr>
          <w:i/>
          <w:lang w:val="sv-SE"/>
        </w:rPr>
        <w:t>detta</w:t>
      </w:r>
      <w:r w:rsidRPr="000767E2">
        <w:rPr>
          <w:lang w:val="sv-SE"/>
        </w:rPr>
        <w:t xml:space="preserve"> – vågar också jag.{{field-off:bible}} [[@</w:t>
      </w:r>
      <w:r w:rsidR="0096445B" w:rsidRPr="000767E2">
        <w:rPr>
          <w:lang w:val="sv-SE"/>
        </w:rPr>
        <w:t>BibleBIBEL82</w:t>
      </w:r>
      <w:r w:rsidRPr="000767E2">
        <w:rPr>
          <w:lang w:val="sv-SE"/>
        </w:rPr>
        <w:t>:2Cor 11:22]]</w:t>
      </w:r>
      <w:r w:rsidRPr="000767E2">
        <w:rPr>
          <w:vertAlign w:val="superscript"/>
          <w:lang w:val="sv-SE"/>
        </w:rPr>
        <w:t>22</w:t>
      </w:r>
      <w:r w:rsidRPr="000767E2">
        <w:rPr>
          <w:lang w:val="sv-SE"/>
        </w:rPr>
        <w:t xml:space="preserve"> {{field-on:bible}}Är de hebreer? Jag också. Är de israeliter? Jag också. Är de Abrahams säd? Jag också.{{field-off:bible}} [[@</w:t>
      </w:r>
      <w:r w:rsidR="0096445B" w:rsidRPr="000767E2">
        <w:rPr>
          <w:lang w:val="sv-SE"/>
        </w:rPr>
        <w:t>BibleBIBEL82</w:t>
      </w:r>
      <w:r w:rsidRPr="000767E2">
        <w:rPr>
          <w:lang w:val="sv-SE"/>
        </w:rPr>
        <w:t>:2Cor 11:23]]</w:t>
      </w:r>
      <w:r w:rsidRPr="000767E2">
        <w:rPr>
          <w:vertAlign w:val="superscript"/>
          <w:lang w:val="sv-SE"/>
        </w:rPr>
        <w:t>23</w:t>
      </w:r>
      <w:r w:rsidRPr="000767E2">
        <w:rPr>
          <w:lang w:val="sv-SE"/>
        </w:rPr>
        <w:t xml:space="preserve"> {{field-on:bible}}Är de Kristi tjänare? Vanvettigt talar jag: Jag än mer. I mödor ännu mer, i fängelser ännu mer, i slag översvallande, i dödsfaror många gånger.{{field-off:bible}} [[@</w:t>
      </w:r>
      <w:r w:rsidR="0096445B" w:rsidRPr="000767E2">
        <w:rPr>
          <w:lang w:val="sv-SE"/>
        </w:rPr>
        <w:t>BibleBIBEL82</w:t>
      </w:r>
      <w:r w:rsidRPr="000767E2">
        <w:rPr>
          <w:lang w:val="sv-SE"/>
        </w:rPr>
        <w:t>:2Cor 11:24]]</w:t>
      </w:r>
      <w:r w:rsidRPr="000767E2">
        <w:rPr>
          <w:vertAlign w:val="superscript"/>
          <w:lang w:val="sv-SE"/>
        </w:rPr>
        <w:t>24</w:t>
      </w:r>
      <w:r w:rsidRPr="000767E2">
        <w:rPr>
          <w:lang w:val="sv-SE"/>
        </w:rPr>
        <w:t xml:space="preserve"> {{field-on:bible}}Av judar har jag fem gånger fått fyrtio </w:t>
      </w:r>
      <w:r w:rsidRPr="000767E2">
        <w:rPr>
          <w:i/>
          <w:lang w:val="sv-SE"/>
        </w:rPr>
        <w:t>rapp</w:t>
      </w:r>
      <w:r w:rsidRPr="000767E2">
        <w:rPr>
          <w:lang w:val="sv-SE"/>
        </w:rPr>
        <w:t xml:space="preserve"> minus ett.{{field-off:bible}} [[@</w:t>
      </w:r>
      <w:r w:rsidR="0096445B" w:rsidRPr="000767E2">
        <w:rPr>
          <w:lang w:val="sv-SE"/>
        </w:rPr>
        <w:t>BibleBIBEL82</w:t>
      </w:r>
      <w:r w:rsidRPr="000767E2">
        <w:rPr>
          <w:lang w:val="sv-SE"/>
        </w:rPr>
        <w:t>:2Cor 11:25]]</w:t>
      </w:r>
      <w:r w:rsidRPr="000767E2">
        <w:rPr>
          <w:vertAlign w:val="superscript"/>
          <w:lang w:val="sv-SE"/>
        </w:rPr>
        <w:t>25</w:t>
      </w:r>
      <w:r w:rsidRPr="000767E2">
        <w:rPr>
          <w:lang w:val="sv-SE"/>
        </w:rPr>
        <w:t xml:space="preserve"> {{field-on:bible}}Tre gånger blev jag spöad, en gång stenad. Tre gånger led jag skeppsbrott. En natt och dag på djupet har jag gjort.{{field-off:bible}} [[@</w:t>
      </w:r>
      <w:r w:rsidR="0096445B" w:rsidRPr="000767E2">
        <w:rPr>
          <w:lang w:val="sv-SE"/>
        </w:rPr>
        <w:t>BibleBIBEL82</w:t>
      </w:r>
      <w:r w:rsidRPr="000767E2">
        <w:rPr>
          <w:lang w:val="sv-SE"/>
        </w:rPr>
        <w:t>:2Cor 11:26]]</w:t>
      </w:r>
      <w:r w:rsidRPr="000767E2">
        <w:rPr>
          <w:vertAlign w:val="superscript"/>
          <w:lang w:val="sv-SE"/>
        </w:rPr>
        <w:t>26</w:t>
      </w:r>
      <w:r w:rsidRPr="000767E2">
        <w:rPr>
          <w:lang w:val="sv-SE"/>
        </w:rPr>
        <w:t xml:space="preserve"> {{field-on:bible}}På vägfärder många gånger: i faror från floder, faror från rövare, faror från </w:t>
      </w:r>
      <w:r w:rsidRPr="000767E2">
        <w:rPr>
          <w:i/>
          <w:lang w:val="sv-SE"/>
        </w:rPr>
        <w:t>mitt</w:t>
      </w:r>
      <w:r w:rsidRPr="000767E2">
        <w:rPr>
          <w:lang w:val="sv-SE"/>
        </w:rPr>
        <w:t xml:space="preserve"> släkte, faror från folkslag, faror i stad, faror i ödetrakt, faror på hav, faror bland falska syskon.{{field-off:bible}} [[@</w:t>
      </w:r>
      <w:r w:rsidR="0096445B" w:rsidRPr="000767E2">
        <w:rPr>
          <w:lang w:val="sv-SE"/>
        </w:rPr>
        <w:t>BibleBIBEL82</w:t>
      </w:r>
      <w:r w:rsidRPr="000767E2">
        <w:rPr>
          <w:lang w:val="sv-SE"/>
        </w:rPr>
        <w:t>:2Cor 11:27]]</w:t>
      </w:r>
      <w:r w:rsidRPr="000767E2">
        <w:rPr>
          <w:vertAlign w:val="superscript"/>
          <w:lang w:val="sv-SE"/>
        </w:rPr>
        <w:t>27</w:t>
      </w:r>
      <w:r w:rsidRPr="000767E2">
        <w:rPr>
          <w:lang w:val="sv-SE"/>
        </w:rPr>
        <w:t xml:space="preserve"> {{field-on:bible}}Med möda och slit, många gånger i nattvakor. I svält och törst, många gånger i fastor, i kyla och nakenhet.{{field-off:bible}}</w:t>
      </w:r>
    </w:p>
    <w:p w14:paraId="2250E35F" w14:textId="7698E933" w:rsidR="00BA33AB" w:rsidRPr="000767E2" w:rsidRDefault="00000000">
      <w:pPr>
        <w:rPr>
          <w:lang w:val="sv-SE"/>
        </w:rPr>
      </w:pPr>
      <w:r w:rsidRPr="000767E2">
        <w:rPr>
          <w:lang w:val="sv-SE"/>
        </w:rPr>
        <w:t>[[@</w:t>
      </w:r>
      <w:r w:rsidR="0096445B" w:rsidRPr="000767E2">
        <w:rPr>
          <w:lang w:val="sv-SE"/>
        </w:rPr>
        <w:t>BibleBIBEL82</w:t>
      </w:r>
      <w:r w:rsidRPr="000767E2">
        <w:rPr>
          <w:lang w:val="sv-SE"/>
        </w:rPr>
        <w:t>:2Cor 11:28]]</w:t>
      </w:r>
      <w:r w:rsidRPr="000767E2">
        <w:rPr>
          <w:vertAlign w:val="superscript"/>
          <w:lang w:val="sv-SE"/>
        </w:rPr>
        <w:t>28</w:t>
      </w:r>
      <w:r w:rsidRPr="000767E2">
        <w:rPr>
          <w:lang w:val="sv-SE"/>
        </w:rPr>
        <w:t xml:space="preserve"> {{field-on:bible}}Utom det </w:t>
      </w:r>
      <w:r w:rsidRPr="000767E2">
        <w:rPr>
          <w:i/>
          <w:lang w:val="sv-SE"/>
        </w:rPr>
        <w:t>som är</w:t>
      </w:r>
      <w:r w:rsidRPr="000767E2">
        <w:rPr>
          <w:lang w:val="sv-SE"/>
        </w:rPr>
        <w:t xml:space="preserve"> förutom </w:t>
      </w:r>
      <w:r w:rsidRPr="000767E2">
        <w:rPr>
          <w:i/>
          <w:lang w:val="sv-SE"/>
        </w:rPr>
        <w:t>har</w:t>
      </w:r>
      <w:r w:rsidRPr="000767E2">
        <w:rPr>
          <w:lang w:val="sv-SE"/>
        </w:rPr>
        <w:t xml:space="preserve"> jag ansvaret varje dag, bekymret för alla församlingarna.{{field-off:bible}} [[@</w:t>
      </w:r>
      <w:r w:rsidR="0096445B" w:rsidRPr="000767E2">
        <w:rPr>
          <w:lang w:val="sv-SE"/>
        </w:rPr>
        <w:t>BibleBIBEL82</w:t>
      </w:r>
      <w:r w:rsidRPr="000767E2">
        <w:rPr>
          <w:lang w:val="sv-SE"/>
        </w:rPr>
        <w:t>:2Cor 11:29]]</w:t>
      </w:r>
      <w:r w:rsidRPr="000767E2">
        <w:rPr>
          <w:vertAlign w:val="superscript"/>
          <w:lang w:val="sv-SE"/>
        </w:rPr>
        <w:t>29</w:t>
      </w:r>
      <w:r w:rsidRPr="000767E2">
        <w:rPr>
          <w:lang w:val="sv-SE"/>
        </w:rPr>
        <w:t xml:space="preserve"> {{field-on:bible}}Vem är svag och jag är inte svag? Vem blir skandaliserad och jag glöder inte?{{field-off:bible}} [[@</w:t>
      </w:r>
      <w:r w:rsidR="0096445B" w:rsidRPr="000767E2">
        <w:rPr>
          <w:lang w:val="sv-SE"/>
        </w:rPr>
        <w:t>BibleBIBEL82</w:t>
      </w:r>
      <w:r w:rsidRPr="000767E2">
        <w:rPr>
          <w:lang w:val="sv-SE"/>
        </w:rPr>
        <w:t>:2Cor 11:30]]</w:t>
      </w:r>
      <w:r w:rsidRPr="000767E2">
        <w:rPr>
          <w:vertAlign w:val="superscript"/>
          <w:lang w:val="sv-SE"/>
        </w:rPr>
        <w:t>30</w:t>
      </w:r>
      <w:r w:rsidRPr="000767E2">
        <w:rPr>
          <w:lang w:val="sv-SE"/>
        </w:rPr>
        <w:t xml:space="preserve"> {{field-on:bible}}Om jag måste stoltsera, ska jag stoltsera med det </w:t>
      </w:r>
      <w:r w:rsidRPr="000767E2">
        <w:rPr>
          <w:i/>
          <w:lang w:val="sv-SE"/>
        </w:rPr>
        <w:t>som hör</w:t>
      </w:r>
      <w:r w:rsidRPr="000767E2">
        <w:rPr>
          <w:lang w:val="sv-SE"/>
        </w:rPr>
        <w:t xml:space="preserve"> till min svaghet.{{field-off:bible}} [[@</w:t>
      </w:r>
      <w:r w:rsidR="0096445B" w:rsidRPr="000767E2">
        <w:rPr>
          <w:lang w:val="sv-SE"/>
        </w:rPr>
        <w:t>BibleBIBEL82</w:t>
      </w:r>
      <w:r w:rsidRPr="000767E2">
        <w:rPr>
          <w:lang w:val="sv-SE"/>
        </w:rPr>
        <w:t>:2Cor 11:31]]</w:t>
      </w:r>
      <w:r w:rsidRPr="000767E2">
        <w:rPr>
          <w:vertAlign w:val="superscript"/>
          <w:lang w:val="sv-SE"/>
        </w:rPr>
        <w:t>31</w:t>
      </w:r>
      <w:r w:rsidRPr="000767E2">
        <w:rPr>
          <w:lang w:val="sv-SE"/>
        </w:rPr>
        <w:t xml:space="preserve"> {{field-on:bible}}Herren Jesu Gud och Far vet, han som är välsignad till eonerna, att jag inte ljuger.{{field-off:bible}} [[@</w:t>
      </w:r>
      <w:r w:rsidR="0096445B" w:rsidRPr="000767E2">
        <w:rPr>
          <w:lang w:val="sv-SE"/>
        </w:rPr>
        <w:t>BibleBIBEL82</w:t>
      </w:r>
      <w:r w:rsidRPr="000767E2">
        <w:rPr>
          <w:lang w:val="sv-SE"/>
        </w:rPr>
        <w:t>:2Cor 11:32]]</w:t>
      </w:r>
      <w:r w:rsidRPr="000767E2">
        <w:rPr>
          <w:vertAlign w:val="superscript"/>
          <w:lang w:val="sv-SE"/>
        </w:rPr>
        <w:t>32</w:t>
      </w:r>
      <w:r w:rsidRPr="000767E2">
        <w:rPr>
          <w:lang w:val="sv-SE"/>
        </w:rPr>
        <w:t xml:space="preserve"> </w:t>
      </w:r>
      <w:r w:rsidRPr="000767E2">
        <w:rPr>
          <w:lang w:val="sv-SE"/>
        </w:rPr>
        <w:lastRenderedPageBreak/>
        <w:t xml:space="preserve">{{field-on:bible}}I Damaskus bevakade kung Aretas etnark damaskenernas stad </w:t>
      </w:r>
      <w:r w:rsidRPr="000767E2">
        <w:rPr>
          <w:i/>
          <w:lang w:val="sv-SE"/>
        </w:rPr>
        <w:t>för</w:t>
      </w:r>
      <w:r w:rsidRPr="000767E2">
        <w:rPr>
          <w:lang w:val="sv-SE"/>
        </w:rPr>
        <w:t xml:space="preserve"> att fånga mig,{{field-off:bible}} [[@</w:t>
      </w:r>
      <w:r w:rsidR="0096445B" w:rsidRPr="000767E2">
        <w:rPr>
          <w:lang w:val="sv-SE"/>
        </w:rPr>
        <w:t>BibleBIBEL82</w:t>
      </w:r>
      <w:r w:rsidRPr="000767E2">
        <w:rPr>
          <w:lang w:val="sv-SE"/>
        </w:rPr>
        <w:t>:2Cor 11:33]]</w:t>
      </w:r>
      <w:r w:rsidRPr="000767E2">
        <w:rPr>
          <w:vertAlign w:val="superscript"/>
          <w:lang w:val="sv-SE"/>
        </w:rPr>
        <w:t>33</w:t>
      </w:r>
      <w:r w:rsidRPr="000767E2">
        <w:rPr>
          <w:lang w:val="sv-SE"/>
        </w:rPr>
        <w:t xml:space="preserve"> {{field-on:bible}}och genom ett fönster blev jag i en flätkorg nedfirad genom muren och undkom hans händer.{{field-off:bible}}</w:t>
      </w:r>
    </w:p>
    <w:p w14:paraId="142F820A" w14:textId="574308A6"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12]]Kapitel 12</w:t>
      </w:r>
    </w:p>
    <w:p w14:paraId="7D9C7AE4" w14:textId="77777777" w:rsidR="00BA33AB" w:rsidRPr="000767E2" w:rsidRDefault="00000000">
      <w:pPr>
        <w:pStyle w:val="Rubrik3"/>
        <w:rPr>
          <w:lang w:val="sv-SE"/>
        </w:rPr>
      </w:pPr>
      <w:r w:rsidRPr="000767E2">
        <w:rPr>
          <w:lang w:val="sv-SE"/>
        </w:rPr>
        <w:t>Visioner och uppenbarelser</w:t>
      </w:r>
    </w:p>
    <w:p w14:paraId="7723850B" w14:textId="06A19104" w:rsidR="00BA33AB" w:rsidRPr="000767E2" w:rsidRDefault="00000000">
      <w:pPr>
        <w:rPr>
          <w:lang w:val="sv-SE"/>
        </w:rPr>
      </w:pPr>
      <w:r w:rsidRPr="000767E2">
        <w:rPr>
          <w:lang w:val="sv-SE"/>
        </w:rPr>
        <w:t>[[@</w:t>
      </w:r>
      <w:r w:rsidR="0096445B" w:rsidRPr="000767E2">
        <w:rPr>
          <w:lang w:val="sv-SE"/>
        </w:rPr>
        <w:t>BibleBIBEL82</w:t>
      </w:r>
      <w:r w:rsidRPr="000767E2">
        <w:rPr>
          <w:lang w:val="sv-SE"/>
        </w:rPr>
        <w:t>:2Cor 12:1]]</w:t>
      </w:r>
      <w:r w:rsidRPr="000767E2">
        <w:rPr>
          <w:vertAlign w:val="superscript"/>
          <w:lang w:val="sv-SE"/>
        </w:rPr>
        <w:t>1</w:t>
      </w:r>
      <w:r w:rsidRPr="000767E2">
        <w:rPr>
          <w:lang w:val="sv-SE"/>
        </w:rPr>
        <w:t xml:space="preserve"> {{field-on:bible}}Jag måste stoltsera. Det gagnar inte, men jag ska komma till visioner och uppenbarelser från Herren.{{field-off:bible}} [[@</w:t>
      </w:r>
      <w:r w:rsidR="0096445B" w:rsidRPr="000767E2">
        <w:rPr>
          <w:lang w:val="sv-SE"/>
        </w:rPr>
        <w:t>BibleBIBEL82</w:t>
      </w:r>
      <w:r w:rsidRPr="000767E2">
        <w:rPr>
          <w:lang w:val="sv-SE"/>
        </w:rPr>
        <w:t>:2Cor 12:2]]</w:t>
      </w:r>
      <w:r w:rsidRPr="000767E2">
        <w:rPr>
          <w:vertAlign w:val="superscript"/>
          <w:lang w:val="sv-SE"/>
        </w:rPr>
        <w:t>2</w:t>
      </w:r>
      <w:r w:rsidRPr="000767E2">
        <w:rPr>
          <w:lang w:val="sv-SE"/>
        </w:rPr>
        <w:t xml:space="preserve"> {{field-on:bible}}Jag vet en människa i Kristus som för fjorton år sedan – antingen i kroppen, jag vet inte, eller utom kroppen: jag vet inte, Gud vet – en sådan blev ryckt </w:t>
      </w:r>
      <w:r w:rsidRPr="000767E2">
        <w:rPr>
          <w:i/>
          <w:lang w:val="sv-SE"/>
        </w:rPr>
        <w:t>upp</w:t>
      </w:r>
      <w:r w:rsidRPr="000767E2">
        <w:rPr>
          <w:lang w:val="sv-SE"/>
        </w:rPr>
        <w:t xml:space="preserve"> till tredje himlen.{{field-off:bible}} [[@</w:t>
      </w:r>
      <w:r w:rsidR="0096445B" w:rsidRPr="000767E2">
        <w:rPr>
          <w:lang w:val="sv-SE"/>
        </w:rPr>
        <w:t>BibleBIBEL82</w:t>
      </w:r>
      <w:r w:rsidRPr="000767E2">
        <w:rPr>
          <w:lang w:val="sv-SE"/>
        </w:rPr>
        <w:t>:2Cor 12:3]]</w:t>
      </w:r>
      <w:r w:rsidRPr="000767E2">
        <w:rPr>
          <w:vertAlign w:val="superscript"/>
          <w:lang w:val="sv-SE"/>
        </w:rPr>
        <w:t>3</w:t>
      </w:r>
      <w:r w:rsidRPr="000767E2">
        <w:rPr>
          <w:lang w:val="sv-SE"/>
        </w:rPr>
        <w:t xml:space="preserve"> {{field-on:bible}}Och jag vet en sådan människa – antingen i kroppen eller utan kroppen, jag vet inte, Gud vet –{{field-off:bible}} [[@</w:t>
      </w:r>
      <w:r w:rsidR="0096445B" w:rsidRPr="000767E2">
        <w:rPr>
          <w:lang w:val="sv-SE"/>
        </w:rPr>
        <w:t>BibleBIBEL82</w:t>
      </w:r>
      <w:r w:rsidRPr="000767E2">
        <w:rPr>
          <w:lang w:val="sv-SE"/>
        </w:rPr>
        <w:t>:2Cor 12:4]]</w:t>
      </w:r>
      <w:r w:rsidRPr="000767E2">
        <w:rPr>
          <w:vertAlign w:val="superscript"/>
          <w:lang w:val="sv-SE"/>
        </w:rPr>
        <w:t>4</w:t>
      </w:r>
      <w:r w:rsidRPr="000767E2">
        <w:rPr>
          <w:lang w:val="sv-SE"/>
        </w:rPr>
        <w:t xml:space="preserve"> {{field-on:bible}}att han rycktes </w:t>
      </w:r>
      <w:r w:rsidRPr="000767E2">
        <w:rPr>
          <w:i/>
          <w:lang w:val="sv-SE"/>
        </w:rPr>
        <w:t>upp</w:t>
      </w:r>
      <w:r w:rsidRPr="000767E2">
        <w:rPr>
          <w:lang w:val="sv-SE"/>
        </w:rPr>
        <w:t xml:space="preserve"> till paradiset och hörde osägliga ord som </w:t>
      </w:r>
      <w:r w:rsidRPr="000767E2">
        <w:rPr>
          <w:i/>
          <w:lang w:val="sv-SE"/>
        </w:rPr>
        <w:t>det</w:t>
      </w:r>
      <w:r w:rsidRPr="000767E2">
        <w:rPr>
          <w:lang w:val="sv-SE"/>
        </w:rPr>
        <w:t xml:space="preserve"> inte </w:t>
      </w:r>
      <w:r w:rsidRPr="000767E2">
        <w:rPr>
          <w:i/>
          <w:lang w:val="sv-SE"/>
        </w:rPr>
        <w:t>är</w:t>
      </w:r>
      <w:r w:rsidRPr="000767E2">
        <w:rPr>
          <w:lang w:val="sv-SE"/>
        </w:rPr>
        <w:t xml:space="preserve"> tillåtet för en människa att tala.{{field-off:bible}}</w:t>
      </w:r>
    </w:p>
    <w:p w14:paraId="28B3FFE4" w14:textId="20CE26EA" w:rsidR="00BA33AB" w:rsidRPr="000767E2" w:rsidRDefault="00000000">
      <w:pPr>
        <w:rPr>
          <w:lang w:val="sv-SE"/>
        </w:rPr>
      </w:pPr>
      <w:r w:rsidRPr="000767E2">
        <w:rPr>
          <w:lang w:val="sv-SE"/>
        </w:rPr>
        <w:t>[[@</w:t>
      </w:r>
      <w:r w:rsidR="0096445B" w:rsidRPr="000767E2">
        <w:rPr>
          <w:lang w:val="sv-SE"/>
        </w:rPr>
        <w:t>BibleBIBEL82</w:t>
      </w:r>
      <w:r w:rsidRPr="000767E2">
        <w:rPr>
          <w:lang w:val="sv-SE"/>
        </w:rPr>
        <w:t>:2Cor 12:5]]</w:t>
      </w:r>
      <w:r w:rsidRPr="000767E2">
        <w:rPr>
          <w:vertAlign w:val="superscript"/>
          <w:lang w:val="sv-SE"/>
        </w:rPr>
        <w:t>5</w:t>
      </w:r>
      <w:r w:rsidRPr="000767E2">
        <w:rPr>
          <w:lang w:val="sv-SE"/>
        </w:rPr>
        <w:t xml:space="preserve"> {{field-on:bible}}Över en sådan ska jag stoltsera. Men över mig själv ska jag inte stoltsera, utom med svagheterna.{{field-off:bible}} [[@</w:t>
      </w:r>
      <w:r w:rsidR="0096445B" w:rsidRPr="000767E2">
        <w:rPr>
          <w:lang w:val="sv-SE"/>
        </w:rPr>
        <w:t>BibleBIBEL82</w:t>
      </w:r>
      <w:r w:rsidRPr="000767E2">
        <w:rPr>
          <w:lang w:val="sv-SE"/>
        </w:rPr>
        <w:t>:2Cor 12:6]]</w:t>
      </w:r>
      <w:r w:rsidRPr="000767E2">
        <w:rPr>
          <w:vertAlign w:val="superscript"/>
          <w:lang w:val="sv-SE"/>
        </w:rPr>
        <w:t>6</w:t>
      </w:r>
      <w:r w:rsidRPr="000767E2">
        <w:rPr>
          <w:lang w:val="sv-SE"/>
        </w:rPr>
        <w:t xml:space="preserve"> {{field-on:bible}}För om jag skulle vilja stoltsera skulle jag inte vara vettlös, för jag skulle säga sanningen. Men jag skonar </w:t>
      </w:r>
      <w:r w:rsidRPr="000767E2">
        <w:rPr>
          <w:i/>
          <w:lang w:val="sv-SE"/>
        </w:rPr>
        <w:t>er</w:t>
      </w:r>
      <w:r w:rsidRPr="000767E2">
        <w:rPr>
          <w:lang w:val="sv-SE"/>
        </w:rPr>
        <w:t xml:space="preserve">, </w:t>
      </w:r>
      <w:r w:rsidRPr="000767E2">
        <w:rPr>
          <w:i/>
          <w:lang w:val="sv-SE"/>
        </w:rPr>
        <w:t>så</w:t>
      </w:r>
      <w:r w:rsidRPr="000767E2">
        <w:rPr>
          <w:lang w:val="sv-SE"/>
        </w:rPr>
        <w:t xml:space="preserve"> att ingen tänker mer om mig än det han ser </w:t>
      </w:r>
      <w:r w:rsidRPr="000767E2">
        <w:rPr>
          <w:i/>
          <w:lang w:val="sv-SE"/>
        </w:rPr>
        <w:t>hos</w:t>
      </w:r>
      <w:r w:rsidRPr="000767E2">
        <w:rPr>
          <w:lang w:val="sv-SE"/>
        </w:rPr>
        <w:t xml:space="preserve"> mig eller hör [något] från mig,{{field-off:bible}} [[@</w:t>
      </w:r>
      <w:r w:rsidR="0096445B" w:rsidRPr="000767E2">
        <w:rPr>
          <w:lang w:val="sv-SE"/>
        </w:rPr>
        <w:t>BibleBIBEL82</w:t>
      </w:r>
      <w:r w:rsidRPr="000767E2">
        <w:rPr>
          <w:lang w:val="sv-SE"/>
        </w:rPr>
        <w:t>:2Cor 12:7]]</w:t>
      </w:r>
      <w:r w:rsidRPr="000767E2">
        <w:rPr>
          <w:vertAlign w:val="superscript"/>
          <w:lang w:val="sv-SE"/>
        </w:rPr>
        <w:t>7</w:t>
      </w:r>
      <w:r w:rsidRPr="000767E2">
        <w:rPr>
          <w:lang w:val="sv-SE"/>
        </w:rPr>
        <w:t xml:space="preserve"> {{field-on:bible}}även för det utomordentliga i uppenbarelserna.{{field-off:bible}}</w:t>
      </w:r>
    </w:p>
    <w:p w14:paraId="1C6CA246" w14:textId="3D105C85" w:rsidR="00BA33AB" w:rsidRPr="000767E2" w:rsidRDefault="00000000">
      <w:pPr>
        <w:rPr>
          <w:lang w:val="sv-SE"/>
        </w:rPr>
      </w:pPr>
      <w:r w:rsidRPr="000767E2">
        <w:rPr>
          <w:lang w:val="sv-SE"/>
        </w:rPr>
        <w:t xml:space="preserve">{{field-on:bible}}Därför, för att jag inte ska förhäva mig, har </w:t>
      </w:r>
      <w:r w:rsidRPr="000767E2">
        <w:rPr>
          <w:i/>
          <w:lang w:val="sv-SE"/>
        </w:rPr>
        <w:t>det</w:t>
      </w:r>
      <w:r w:rsidRPr="000767E2">
        <w:rPr>
          <w:lang w:val="sv-SE"/>
        </w:rPr>
        <w:t xml:space="preserve"> getts mig en tagg i köttet, en ängel från Satan för att puckla på mig så att jag inte förhäver mig.{{field-off:bible}} [[@</w:t>
      </w:r>
      <w:r w:rsidR="0096445B" w:rsidRPr="000767E2">
        <w:rPr>
          <w:lang w:val="sv-SE"/>
        </w:rPr>
        <w:t>BibleBIBEL82</w:t>
      </w:r>
      <w:r w:rsidRPr="000767E2">
        <w:rPr>
          <w:lang w:val="sv-SE"/>
        </w:rPr>
        <w:t>:2Cor 12:8]]</w:t>
      </w:r>
      <w:r w:rsidRPr="000767E2">
        <w:rPr>
          <w:vertAlign w:val="superscript"/>
          <w:lang w:val="sv-SE"/>
        </w:rPr>
        <w:t>8</w:t>
      </w:r>
      <w:r w:rsidRPr="000767E2">
        <w:rPr>
          <w:lang w:val="sv-SE"/>
        </w:rPr>
        <w:t xml:space="preserve"> {{field-on:bible}}Om denna har jag tre gånger till Herren vädjat att den ska avlägsna sig från mig.{{field-off:bible}} [[@</w:t>
      </w:r>
      <w:r w:rsidR="0096445B" w:rsidRPr="000767E2">
        <w:rPr>
          <w:lang w:val="sv-SE"/>
        </w:rPr>
        <w:t>BibleBIBEL82</w:t>
      </w:r>
      <w:r w:rsidRPr="000767E2">
        <w:rPr>
          <w:lang w:val="sv-SE"/>
        </w:rPr>
        <w:t>:2Cor 12:9]]</w:t>
      </w:r>
      <w:r w:rsidRPr="000767E2">
        <w:rPr>
          <w:vertAlign w:val="superscript"/>
          <w:lang w:val="sv-SE"/>
        </w:rPr>
        <w:t>9</w:t>
      </w:r>
      <w:r w:rsidRPr="000767E2">
        <w:rPr>
          <w:lang w:val="sv-SE"/>
        </w:rPr>
        <w:t xml:space="preserve"> {{field-on:bible}}Och han har sagt mig: ”Det räcker för dig </w:t>
      </w:r>
      <w:r w:rsidRPr="000767E2">
        <w:rPr>
          <w:i/>
          <w:lang w:val="sv-SE"/>
        </w:rPr>
        <w:t>med</w:t>
      </w:r>
      <w:r w:rsidRPr="000767E2">
        <w:rPr>
          <w:lang w:val="sv-SE"/>
        </w:rPr>
        <w:t xml:space="preserve"> min nåd. För kraften fullbordas i svaghet.”{{field-off:bible}}</w:t>
      </w:r>
    </w:p>
    <w:p w14:paraId="0E9A261C" w14:textId="7E10ACF5" w:rsidR="00BA33AB" w:rsidRPr="000767E2" w:rsidRDefault="00000000">
      <w:pPr>
        <w:rPr>
          <w:lang w:val="sv-SE"/>
        </w:rPr>
      </w:pPr>
      <w:r w:rsidRPr="000767E2">
        <w:rPr>
          <w:lang w:val="sv-SE"/>
        </w:rPr>
        <w:t>{{field-on:bible}}Än mer gärna ska jag då snarare stoltsera med mina svagheter, för att Kristi kraft ska ha sitt tält över mig.{{field-off:bible}} [[@</w:t>
      </w:r>
      <w:r w:rsidR="0096445B" w:rsidRPr="000767E2">
        <w:rPr>
          <w:lang w:val="sv-SE"/>
        </w:rPr>
        <w:t>BibleBIBEL82</w:t>
      </w:r>
      <w:r w:rsidRPr="000767E2">
        <w:rPr>
          <w:lang w:val="sv-SE"/>
        </w:rPr>
        <w:t>:2Cor 12:10]]</w:t>
      </w:r>
      <w:r w:rsidRPr="000767E2">
        <w:rPr>
          <w:vertAlign w:val="superscript"/>
          <w:lang w:val="sv-SE"/>
        </w:rPr>
        <w:t>10</w:t>
      </w:r>
      <w:r w:rsidRPr="000767E2">
        <w:rPr>
          <w:lang w:val="sv-SE"/>
        </w:rPr>
        <w:t xml:space="preserve"> {{field-on:bible}}Därför finner jag behag i svagheter, i skymfer, i nödtvång, i förföljelser och trångmål för Kristi skull. För när jag är svag, då är jag mäktig.{{field-off:bible}}</w:t>
      </w:r>
    </w:p>
    <w:p w14:paraId="4AB4A902" w14:textId="77777777" w:rsidR="00BA33AB" w:rsidRPr="000767E2" w:rsidRDefault="00000000">
      <w:pPr>
        <w:pStyle w:val="Rubrik3"/>
        <w:rPr>
          <w:lang w:val="sv-SE"/>
        </w:rPr>
      </w:pPr>
      <w:r w:rsidRPr="000767E2">
        <w:rPr>
          <w:lang w:val="sv-SE"/>
        </w:rPr>
        <w:t>Inför apostelns besök i Korinth</w:t>
      </w:r>
    </w:p>
    <w:p w14:paraId="0FC48B58" w14:textId="505D77C0" w:rsidR="00BA33AB" w:rsidRPr="000767E2" w:rsidRDefault="00000000">
      <w:pPr>
        <w:rPr>
          <w:lang w:val="sv-SE"/>
        </w:rPr>
      </w:pPr>
      <w:r w:rsidRPr="000767E2">
        <w:rPr>
          <w:lang w:val="sv-SE"/>
        </w:rPr>
        <w:t>[[@</w:t>
      </w:r>
      <w:r w:rsidR="0096445B" w:rsidRPr="000767E2">
        <w:rPr>
          <w:lang w:val="sv-SE"/>
        </w:rPr>
        <w:t>BibleBIBEL82</w:t>
      </w:r>
      <w:r w:rsidRPr="000767E2">
        <w:rPr>
          <w:lang w:val="sv-SE"/>
        </w:rPr>
        <w:t>:2Cor 12:11]]</w:t>
      </w:r>
      <w:r w:rsidRPr="000767E2">
        <w:rPr>
          <w:vertAlign w:val="superscript"/>
          <w:lang w:val="sv-SE"/>
        </w:rPr>
        <w:t>11</w:t>
      </w:r>
      <w:r w:rsidRPr="000767E2">
        <w:rPr>
          <w:lang w:val="sv-SE"/>
        </w:rPr>
        <w:t xml:space="preserve"> {{field-on:bible}}Jag har blivit en vettlös. Ni har nödgat mig. Jag borde ju ha blivit framlyft av er. För jag har inte kommit till korta mot de överstora apostlarna, även om jag ingenting är.{{field-off:bible}} [[@</w:t>
      </w:r>
      <w:r w:rsidR="0096445B" w:rsidRPr="000767E2">
        <w:rPr>
          <w:lang w:val="sv-SE"/>
        </w:rPr>
        <w:t>BibleBIBEL82</w:t>
      </w:r>
      <w:r w:rsidRPr="000767E2">
        <w:rPr>
          <w:lang w:val="sv-SE"/>
        </w:rPr>
        <w:t>:2Cor 12:12]]</w:t>
      </w:r>
      <w:r w:rsidRPr="000767E2">
        <w:rPr>
          <w:vertAlign w:val="superscript"/>
          <w:lang w:val="sv-SE"/>
        </w:rPr>
        <w:t>12</w:t>
      </w:r>
      <w:r w:rsidRPr="000767E2">
        <w:rPr>
          <w:lang w:val="sv-SE"/>
        </w:rPr>
        <w:t xml:space="preserve"> {{field-on:bible}}Apostelns tecken har utförts bland er i all uthållighet, med tecken och under och kraftgärningar.{{field-off:bible}} [[@</w:t>
      </w:r>
      <w:r w:rsidR="0096445B" w:rsidRPr="000767E2">
        <w:rPr>
          <w:lang w:val="sv-SE"/>
        </w:rPr>
        <w:t>BibleBIBEL82</w:t>
      </w:r>
      <w:r w:rsidRPr="000767E2">
        <w:rPr>
          <w:lang w:val="sv-SE"/>
        </w:rPr>
        <w:t>:2Cor 12:13]]</w:t>
      </w:r>
      <w:r w:rsidRPr="000767E2">
        <w:rPr>
          <w:vertAlign w:val="superscript"/>
          <w:lang w:val="sv-SE"/>
        </w:rPr>
        <w:t>13</w:t>
      </w:r>
      <w:r w:rsidRPr="000767E2">
        <w:rPr>
          <w:lang w:val="sv-SE"/>
        </w:rPr>
        <w:t xml:space="preserve"> {{field-on:bible}}För </w:t>
      </w:r>
      <w:r w:rsidRPr="000767E2">
        <w:rPr>
          <w:i/>
          <w:lang w:val="sv-SE"/>
        </w:rPr>
        <w:t>i</w:t>
      </w:r>
      <w:r w:rsidRPr="000767E2">
        <w:rPr>
          <w:lang w:val="sv-SE"/>
        </w:rPr>
        <w:t xml:space="preserve"> vad är det som ni blev eftersatta mer än de övriga församlingarna? Utom att jag själv inte låg er till last. Efterskänk mig denna orätt!{{field-off:bible}}</w:t>
      </w:r>
    </w:p>
    <w:p w14:paraId="02226BBD" w14:textId="58A584B2"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:2Cor 12:14]]</w:t>
      </w:r>
      <w:r w:rsidRPr="000767E2">
        <w:rPr>
          <w:vertAlign w:val="superscript"/>
          <w:lang w:val="sv-SE"/>
        </w:rPr>
        <w:t>14</w:t>
      </w:r>
      <w:r w:rsidRPr="000767E2">
        <w:rPr>
          <w:lang w:val="sv-SE"/>
        </w:rPr>
        <w:t xml:space="preserve"> {{field-on:bible}}Se, detta </w:t>
      </w:r>
      <w:r w:rsidRPr="000767E2">
        <w:rPr>
          <w:i/>
          <w:lang w:val="sv-SE"/>
        </w:rPr>
        <w:t>är</w:t>
      </w:r>
      <w:r w:rsidRPr="000767E2">
        <w:rPr>
          <w:lang w:val="sv-SE"/>
        </w:rPr>
        <w:t xml:space="preserve"> tredje </w:t>
      </w:r>
      <w:r w:rsidRPr="000767E2">
        <w:rPr>
          <w:i/>
          <w:lang w:val="sv-SE"/>
        </w:rPr>
        <w:t>gången</w:t>
      </w:r>
      <w:r w:rsidRPr="000767E2">
        <w:rPr>
          <w:lang w:val="sv-SE"/>
        </w:rPr>
        <w:t xml:space="preserve"> jag har </w:t>
      </w:r>
      <w:r w:rsidRPr="000767E2">
        <w:rPr>
          <w:i/>
          <w:lang w:val="sv-SE"/>
        </w:rPr>
        <w:t>det</w:t>
      </w:r>
      <w:r w:rsidRPr="000767E2">
        <w:rPr>
          <w:lang w:val="sv-SE"/>
        </w:rPr>
        <w:t xml:space="preserve"> berett att komma till er. Och jag ska inte ligga till last. För jag söker inte det </w:t>
      </w:r>
      <w:r w:rsidRPr="000767E2">
        <w:rPr>
          <w:i/>
          <w:lang w:val="sv-SE"/>
        </w:rPr>
        <w:t>som är</w:t>
      </w:r>
      <w:r w:rsidRPr="000767E2">
        <w:rPr>
          <w:lang w:val="sv-SE"/>
        </w:rPr>
        <w:t xml:space="preserve"> ert, utan er. För barnen är inte skyldiga att spara ihop åt föräldrarna, utan föräldrarna åt barnen.{{field-off:bible}} [[@</w:t>
      </w:r>
      <w:r w:rsidR="0096445B" w:rsidRPr="000767E2">
        <w:rPr>
          <w:lang w:val="sv-SE"/>
        </w:rPr>
        <w:t>BibleBIBEL82</w:t>
      </w:r>
      <w:r w:rsidRPr="000767E2">
        <w:rPr>
          <w:lang w:val="sv-SE"/>
        </w:rPr>
        <w:t>:2Cor 12:15]]</w:t>
      </w:r>
      <w:r w:rsidRPr="000767E2">
        <w:rPr>
          <w:vertAlign w:val="superscript"/>
          <w:lang w:val="sv-SE"/>
        </w:rPr>
        <w:t>15</w:t>
      </w:r>
      <w:r w:rsidRPr="000767E2">
        <w:rPr>
          <w:lang w:val="sv-SE"/>
        </w:rPr>
        <w:t xml:space="preserve"> {{field-on:bible}}Och jag ska än mer gärna spendera och bli utspenderad för era själars skull. Om jag älskar er ännu mer, blir jag </w:t>
      </w:r>
      <w:r w:rsidRPr="000767E2">
        <w:rPr>
          <w:i/>
          <w:lang w:val="sv-SE"/>
        </w:rPr>
        <w:t>då</w:t>
      </w:r>
      <w:r w:rsidRPr="000767E2">
        <w:rPr>
          <w:lang w:val="sv-SE"/>
        </w:rPr>
        <w:t xml:space="preserve"> sämre älskad?{{field-off:bible}}</w:t>
      </w:r>
    </w:p>
    <w:p w14:paraId="7D8BF10C" w14:textId="00EA8B61" w:rsidR="00BA33AB" w:rsidRPr="000767E2" w:rsidRDefault="00000000">
      <w:pPr>
        <w:rPr>
          <w:lang w:val="sv-SE"/>
        </w:rPr>
      </w:pPr>
      <w:r w:rsidRPr="000767E2">
        <w:rPr>
          <w:lang w:val="sv-SE"/>
        </w:rPr>
        <w:t>[[@</w:t>
      </w:r>
      <w:r w:rsidR="0096445B" w:rsidRPr="000767E2">
        <w:rPr>
          <w:lang w:val="sv-SE"/>
        </w:rPr>
        <w:t>BibleBIBEL82</w:t>
      </w:r>
      <w:r w:rsidRPr="000767E2">
        <w:rPr>
          <w:lang w:val="sv-SE"/>
        </w:rPr>
        <w:t>:2Cor 12:16]]</w:t>
      </w:r>
      <w:r w:rsidRPr="000767E2">
        <w:rPr>
          <w:vertAlign w:val="superscript"/>
          <w:lang w:val="sv-SE"/>
        </w:rPr>
        <w:t>16</w:t>
      </w:r>
      <w:r w:rsidRPr="000767E2">
        <w:rPr>
          <w:lang w:val="sv-SE"/>
        </w:rPr>
        <w:t xml:space="preserve"> {{field-on:bible}}Men må </w:t>
      </w:r>
      <w:r w:rsidRPr="000767E2">
        <w:rPr>
          <w:i/>
          <w:lang w:val="sv-SE"/>
        </w:rPr>
        <w:t>så</w:t>
      </w:r>
      <w:r w:rsidRPr="000767E2">
        <w:rPr>
          <w:lang w:val="sv-SE"/>
        </w:rPr>
        <w:t xml:space="preserve"> vara. Jag har inte betungat er. Men då jag är slug, </w:t>
      </w:r>
      <w:r w:rsidRPr="000767E2">
        <w:rPr>
          <w:i/>
          <w:lang w:val="sv-SE"/>
        </w:rPr>
        <w:t>kanske</w:t>
      </w:r>
      <w:r w:rsidRPr="000767E2">
        <w:rPr>
          <w:lang w:val="sv-SE"/>
        </w:rPr>
        <w:t xml:space="preserve"> jag med list har tagit er?{{field-off:bible}} [[@</w:t>
      </w:r>
      <w:r w:rsidR="0096445B" w:rsidRPr="000767E2">
        <w:rPr>
          <w:lang w:val="sv-SE"/>
        </w:rPr>
        <w:t>BibleBIBEL82</w:t>
      </w:r>
      <w:r w:rsidRPr="000767E2">
        <w:rPr>
          <w:lang w:val="sv-SE"/>
        </w:rPr>
        <w:t>:2Cor 12:17]]</w:t>
      </w:r>
      <w:r w:rsidRPr="000767E2">
        <w:rPr>
          <w:vertAlign w:val="superscript"/>
          <w:lang w:val="sv-SE"/>
        </w:rPr>
        <w:t>17</w:t>
      </w:r>
      <w:r w:rsidRPr="000767E2">
        <w:rPr>
          <w:lang w:val="sv-SE"/>
        </w:rPr>
        <w:t xml:space="preserve"> {{field-on:bible}}Inte </w:t>
      </w:r>
      <w:r w:rsidRPr="000767E2">
        <w:rPr>
          <w:i/>
          <w:lang w:val="sv-SE"/>
        </w:rPr>
        <w:t>är det</w:t>
      </w:r>
      <w:r w:rsidRPr="000767E2">
        <w:rPr>
          <w:lang w:val="sv-SE"/>
        </w:rPr>
        <w:t xml:space="preserve"> någon av dem jag har sänt till er, </w:t>
      </w:r>
      <w:r w:rsidRPr="000767E2">
        <w:rPr>
          <w:i/>
          <w:lang w:val="sv-SE"/>
        </w:rPr>
        <w:t>att</w:t>
      </w:r>
      <w:r w:rsidRPr="000767E2">
        <w:rPr>
          <w:lang w:val="sv-SE"/>
        </w:rPr>
        <w:t xml:space="preserve"> jag genom honom har utnyttjat er?{{field-off:bible}} [[@</w:t>
      </w:r>
      <w:r w:rsidR="0096445B" w:rsidRPr="000767E2">
        <w:rPr>
          <w:lang w:val="sv-SE"/>
        </w:rPr>
        <w:t>BibleBIBEL82</w:t>
      </w:r>
      <w:r w:rsidRPr="000767E2">
        <w:rPr>
          <w:lang w:val="sv-SE"/>
        </w:rPr>
        <w:t>:2Cor 12:18]]</w:t>
      </w:r>
      <w:r w:rsidRPr="000767E2">
        <w:rPr>
          <w:vertAlign w:val="superscript"/>
          <w:lang w:val="sv-SE"/>
        </w:rPr>
        <w:t>18</w:t>
      </w:r>
      <w:r w:rsidRPr="000767E2">
        <w:rPr>
          <w:lang w:val="sv-SE"/>
        </w:rPr>
        <w:t xml:space="preserve"> {{field-on:bible}}Jag uppmanade Titus och sände brodern med. Inte har väl Titus utnyttjat er? </w:t>
      </w:r>
      <w:r w:rsidRPr="000767E2">
        <w:rPr>
          <w:i/>
          <w:lang w:val="sv-SE"/>
        </w:rPr>
        <w:t>Är det</w:t>
      </w:r>
      <w:r w:rsidRPr="000767E2">
        <w:rPr>
          <w:lang w:val="sv-SE"/>
        </w:rPr>
        <w:t xml:space="preserve"> inte i samma ande vi har vandrat? Inte i samma fotspår?{{field-off:bible}}</w:t>
      </w:r>
    </w:p>
    <w:p w14:paraId="7CAB4CD3" w14:textId="30B48841" w:rsidR="00BA33AB" w:rsidRPr="000767E2" w:rsidRDefault="00000000">
      <w:pPr>
        <w:rPr>
          <w:lang w:val="sv-SE"/>
        </w:rPr>
      </w:pPr>
      <w:r w:rsidRPr="000767E2">
        <w:rPr>
          <w:lang w:val="sv-SE"/>
        </w:rPr>
        <w:t>[[@</w:t>
      </w:r>
      <w:r w:rsidR="0096445B" w:rsidRPr="000767E2">
        <w:rPr>
          <w:lang w:val="sv-SE"/>
        </w:rPr>
        <w:t>BibleBIBEL82</w:t>
      </w:r>
      <w:r w:rsidRPr="000767E2">
        <w:rPr>
          <w:lang w:val="sv-SE"/>
        </w:rPr>
        <w:t>:2Cor 12:19]]</w:t>
      </w:r>
      <w:r w:rsidRPr="000767E2">
        <w:rPr>
          <w:vertAlign w:val="superscript"/>
          <w:lang w:val="sv-SE"/>
        </w:rPr>
        <w:t>19</w:t>
      </w:r>
      <w:r w:rsidRPr="000767E2">
        <w:rPr>
          <w:lang w:val="sv-SE"/>
        </w:rPr>
        <w:t xml:space="preserve"> {{field-on:bible}}Sedan länge har ni tänkt er att </w:t>
      </w:r>
      <w:r w:rsidRPr="000767E2">
        <w:rPr>
          <w:i/>
          <w:lang w:val="sv-SE"/>
        </w:rPr>
        <w:t>det är</w:t>
      </w:r>
      <w:r w:rsidRPr="000767E2">
        <w:rPr>
          <w:lang w:val="sv-SE"/>
        </w:rPr>
        <w:t xml:space="preserve"> inför er vi försvarar oss. </w:t>
      </w:r>
      <w:r w:rsidRPr="000767E2">
        <w:rPr>
          <w:i/>
          <w:lang w:val="sv-SE"/>
        </w:rPr>
        <w:t>Det är</w:t>
      </w:r>
      <w:r w:rsidRPr="000767E2">
        <w:rPr>
          <w:lang w:val="sv-SE"/>
        </w:rPr>
        <w:t xml:space="preserve"> inför Gud i Kristus vi talar. Och allt, </w:t>
      </w:r>
      <w:r w:rsidRPr="000767E2">
        <w:rPr>
          <w:i/>
          <w:lang w:val="sv-SE"/>
        </w:rPr>
        <w:t>mina</w:t>
      </w:r>
      <w:r w:rsidRPr="000767E2">
        <w:rPr>
          <w:lang w:val="sv-SE"/>
        </w:rPr>
        <w:t xml:space="preserve"> älskade, </w:t>
      </w:r>
      <w:r w:rsidRPr="000767E2">
        <w:rPr>
          <w:i/>
          <w:lang w:val="sv-SE"/>
        </w:rPr>
        <w:t>är</w:t>
      </w:r>
      <w:r w:rsidRPr="000767E2">
        <w:rPr>
          <w:lang w:val="sv-SE"/>
        </w:rPr>
        <w:t xml:space="preserve"> för er uppbyggelse.{{field-off:bible}} [[@</w:t>
      </w:r>
      <w:r w:rsidR="0096445B" w:rsidRPr="000767E2">
        <w:rPr>
          <w:lang w:val="sv-SE"/>
        </w:rPr>
        <w:t>BibleBIBEL82</w:t>
      </w:r>
      <w:r w:rsidRPr="000767E2">
        <w:rPr>
          <w:lang w:val="sv-SE"/>
        </w:rPr>
        <w:t>:2Cor 12:20]]</w:t>
      </w:r>
      <w:r w:rsidRPr="000767E2">
        <w:rPr>
          <w:vertAlign w:val="superscript"/>
          <w:lang w:val="sv-SE"/>
        </w:rPr>
        <w:t>20</w:t>
      </w:r>
      <w:r w:rsidRPr="000767E2">
        <w:rPr>
          <w:lang w:val="sv-SE"/>
        </w:rPr>
        <w:t xml:space="preserve"> {{field-on:bible}}För jag fruktar så att inte jag kommer och finner er sådana </w:t>
      </w:r>
      <w:r w:rsidRPr="000767E2">
        <w:rPr>
          <w:i/>
          <w:lang w:val="sv-SE"/>
        </w:rPr>
        <w:t>som</w:t>
      </w:r>
      <w:r w:rsidRPr="000767E2">
        <w:rPr>
          <w:lang w:val="sv-SE"/>
        </w:rPr>
        <w:t xml:space="preserve"> jag inte vill, och jag blir funnen för er sådan </w:t>
      </w:r>
      <w:r w:rsidRPr="000767E2">
        <w:rPr>
          <w:i/>
          <w:lang w:val="sv-SE"/>
        </w:rPr>
        <w:t>som</w:t>
      </w:r>
      <w:r w:rsidRPr="000767E2">
        <w:rPr>
          <w:lang w:val="sv-SE"/>
        </w:rPr>
        <w:t xml:space="preserve"> ni inte vill. Så att </w:t>
      </w:r>
      <w:r w:rsidRPr="000767E2">
        <w:rPr>
          <w:i/>
          <w:lang w:val="sv-SE"/>
        </w:rPr>
        <w:t>det</w:t>
      </w:r>
      <w:r w:rsidRPr="000767E2">
        <w:rPr>
          <w:lang w:val="sv-SE"/>
        </w:rPr>
        <w:t xml:space="preserve"> inte </w:t>
      </w:r>
      <w:r w:rsidRPr="000767E2">
        <w:rPr>
          <w:i/>
          <w:lang w:val="sv-SE"/>
        </w:rPr>
        <w:t>finns</w:t>
      </w:r>
      <w:r w:rsidRPr="000767E2">
        <w:rPr>
          <w:lang w:val="sv-SE"/>
        </w:rPr>
        <w:t xml:space="preserve"> osämja, rivalitet, raserier, självhävdelser, förtal, viskningar, uppblåstheter, oroligheter.{{field-off:bible}} [[@</w:t>
      </w:r>
      <w:r w:rsidR="0096445B" w:rsidRPr="000767E2">
        <w:rPr>
          <w:lang w:val="sv-SE"/>
        </w:rPr>
        <w:t>BibleBIBEL82</w:t>
      </w:r>
      <w:r w:rsidRPr="000767E2">
        <w:rPr>
          <w:lang w:val="sv-SE"/>
        </w:rPr>
        <w:t>:2Cor 12:21]]</w:t>
      </w:r>
      <w:r w:rsidRPr="000767E2">
        <w:rPr>
          <w:vertAlign w:val="superscript"/>
          <w:lang w:val="sv-SE"/>
        </w:rPr>
        <w:t>21</w:t>
      </w:r>
      <w:r w:rsidRPr="000767E2">
        <w:rPr>
          <w:lang w:val="sv-SE"/>
        </w:rPr>
        <w:t xml:space="preserve"> {{field-on:bible}}</w:t>
      </w:r>
      <w:r w:rsidRPr="000767E2">
        <w:rPr>
          <w:i/>
          <w:lang w:val="sv-SE"/>
        </w:rPr>
        <w:t>Så att</w:t>
      </w:r>
      <w:r w:rsidRPr="000767E2">
        <w:rPr>
          <w:lang w:val="sv-SE"/>
        </w:rPr>
        <w:t xml:space="preserve"> inte åter när jag kommer min Gud ödmjukar mig inför er, och jag </w:t>
      </w:r>
      <w:r w:rsidRPr="000767E2">
        <w:rPr>
          <w:i/>
          <w:lang w:val="sv-SE"/>
        </w:rPr>
        <w:t>får</w:t>
      </w:r>
      <w:r w:rsidRPr="000767E2">
        <w:rPr>
          <w:lang w:val="sv-SE"/>
        </w:rPr>
        <w:t xml:space="preserve"> sörja över många som förut har syndat och inte ändrat sinne över den orenhet och otukt och hämningslöshet som de har begått.{{field-off:bible}}</w:t>
      </w:r>
    </w:p>
    <w:p w14:paraId="52AF27F9" w14:textId="4701438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:2Cor 13]]Kapitel 13</w:t>
      </w:r>
    </w:p>
    <w:p w14:paraId="249D55E6" w14:textId="1D919043" w:rsidR="00BA33AB" w:rsidRPr="000767E2" w:rsidRDefault="00000000">
      <w:pPr>
        <w:rPr>
          <w:lang w:val="sv-SE"/>
        </w:rPr>
      </w:pPr>
      <w:r w:rsidRPr="000767E2">
        <w:rPr>
          <w:lang w:val="sv-SE"/>
        </w:rPr>
        <w:t>[[@</w:t>
      </w:r>
      <w:r w:rsidR="0096445B" w:rsidRPr="000767E2">
        <w:rPr>
          <w:lang w:val="sv-SE"/>
        </w:rPr>
        <w:t>BibleBIBEL82</w:t>
      </w:r>
      <w:r w:rsidRPr="000767E2">
        <w:rPr>
          <w:lang w:val="sv-SE"/>
        </w:rPr>
        <w:t>:2Cor 13:1]]</w:t>
      </w:r>
      <w:r w:rsidRPr="000767E2">
        <w:rPr>
          <w:vertAlign w:val="superscript"/>
          <w:lang w:val="sv-SE"/>
        </w:rPr>
        <w:t>1</w:t>
      </w:r>
      <w:r w:rsidRPr="000767E2">
        <w:rPr>
          <w:lang w:val="sv-SE"/>
        </w:rPr>
        <w:t xml:space="preserve"> {{field-on:bible}}Detta </w:t>
      </w:r>
      <w:r w:rsidRPr="000767E2">
        <w:rPr>
          <w:i/>
          <w:lang w:val="sv-SE"/>
        </w:rPr>
        <w:t>är</w:t>
      </w:r>
      <w:r w:rsidRPr="000767E2">
        <w:rPr>
          <w:lang w:val="sv-SE"/>
        </w:rPr>
        <w:t xml:space="preserve"> tredje </w:t>
      </w:r>
      <w:r w:rsidRPr="000767E2">
        <w:rPr>
          <w:i/>
          <w:lang w:val="sv-SE"/>
        </w:rPr>
        <w:t>gången</w:t>
      </w:r>
      <w:r w:rsidRPr="000767E2">
        <w:rPr>
          <w:lang w:val="sv-SE"/>
        </w:rPr>
        <w:t xml:space="preserve"> jag kommer till er. Vid två vittnens mun och tre ska varje ord stå </w:t>
      </w:r>
      <w:r w:rsidRPr="000767E2">
        <w:rPr>
          <w:i/>
          <w:lang w:val="sv-SE"/>
        </w:rPr>
        <w:t>fast</w:t>
      </w:r>
      <w:r w:rsidRPr="000767E2">
        <w:rPr>
          <w:lang w:val="sv-SE"/>
        </w:rPr>
        <w:t>.{{field-off:bible}} [[@</w:t>
      </w:r>
      <w:r w:rsidR="0096445B" w:rsidRPr="000767E2">
        <w:rPr>
          <w:lang w:val="sv-SE"/>
        </w:rPr>
        <w:t>BibleBIBEL82</w:t>
      </w:r>
      <w:r w:rsidRPr="000767E2">
        <w:rPr>
          <w:lang w:val="sv-SE"/>
        </w:rPr>
        <w:t>:2Cor 13:2]]</w:t>
      </w:r>
      <w:r w:rsidRPr="000767E2">
        <w:rPr>
          <w:vertAlign w:val="superscript"/>
          <w:lang w:val="sv-SE"/>
        </w:rPr>
        <w:t>2</w:t>
      </w:r>
      <w:r w:rsidRPr="000767E2">
        <w:rPr>
          <w:lang w:val="sv-SE"/>
        </w:rPr>
        <w:t xml:space="preserve"> {{field-on:bible}}Jag har förut sagt och förutsäger, som när jag var där andra </w:t>
      </w:r>
      <w:r w:rsidRPr="000767E2">
        <w:rPr>
          <w:i/>
          <w:lang w:val="sv-SE"/>
        </w:rPr>
        <w:t>gången</w:t>
      </w:r>
      <w:r w:rsidRPr="000767E2">
        <w:rPr>
          <w:lang w:val="sv-SE"/>
        </w:rPr>
        <w:t xml:space="preserve"> </w:t>
      </w:r>
      <w:r w:rsidRPr="000767E2">
        <w:rPr>
          <w:i/>
          <w:lang w:val="sv-SE"/>
        </w:rPr>
        <w:t>och</w:t>
      </w:r>
      <w:r w:rsidRPr="000767E2">
        <w:rPr>
          <w:lang w:val="sv-SE"/>
        </w:rPr>
        <w:t xml:space="preserve"> även nu när jag är iväg, för dem som förut har syndat och till alla de övriga: att när jag kommer åter ska jag inte skona,{{field-off:bible}} [[@</w:t>
      </w:r>
      <w:r w:rsidR="0096445B" w:rsidRPr="000767E2">
        <w:rPr>
          <w:lang w:val="sv-SE"/>
        </w:rPr>
        <w:t>BibleBIBEL82</w:t>
      </w:r>
      <w:r w:rsidRPr="000767E2">
        <w:rPr>
          <w:lang w:val="sv-SE"/>
        </w:rPr>
        <w:t>:2Cor 13:3]]</w:t>
      </w:r>
      <w:r w:rsidRPr="000767E2">
        <w:rPr>
          <w:vertAlign w:val="superscript"/>
          <w:lang w:val="sv-SE"/>
        </w:rPr>
        <w:t>3</w:t>
      </w:r>
      <w:r w:rsidRPr="000767E2">
        <w:rPr>
          <w:lang w:val="sv-SE"/>
        </w:rPr>
        <w:t xml:space="preserve"> {{field-on:bible}}då ni söker beprövadhet att i mig talar Kristus. Han är gentemot er inte svag, utan mäktig bland er.{{field-off:bible}} [[@</w:t>
      </w:r>
      <w:r w:rsidR="0096445B" w:rsidRPr="000767E2">
        <w:rPr>
          <w:lang w:val="sv-SE"/>
        </w:rPr>
        <w:t>BibleBIBEL82</w:t>
      </w:r>
      <w:r w:rsidRPr="000767E2">
        <w:rPr>
          <w:lang w:val="sv-SE"/>
        </w:rPr>
        <w:t>:2Cor 13:4]]</w:t>
      </w:r>
      <w:r w:rsidRPr="000767E2">
        <w:rPr>
          <w:vertAlign w:val="superscript"/>
          <w:lang w:val="sv-SE"/>
        </w:rPr>
        <w:t>4</w:t>
      </w:r>
      <w:r w:rsidRPr="000767E2">
        <w:rPr>
          <w:lang w:val="sv-SE"/>
        </w:rPr>
        <w:t xml:space="preserve"> {{field-on:bible}}För han blev också korsfäst utifrån svaghet, men han lever utifrån Guds kraft. För vi är också svaga i honom, men vi ska leva med honom utifrån Guds kraft gentemot er.{{field-off:bible}}</w:t>
      </w:r>
    </w:p>
    <w:p w14:paraId="42F5153F" w14:textId="24D9D84F" w:rsidR="00BA33AB" w:rsidRPr="000767E2" w:rsidRDefault="00000000">
      <w:pPr>
        <w:rPr>
          <w:lang w:val="sv-SE"/>
        </w:rPr>
      </w:pPr>
      <w:r w:rsidRPr="000767E2">
        <w:rPr>
          <w:lang w:val="sv-SE"/>
        </w:rPr>
        <w:t>[[@</w:t>
      </w:r>
      <w:r w:rsidR="0096445B" w:rsidRPr="000767E2">
        <w:rPr>
          <w:lang w:val="sv-SE"/>
        </w:rPr>
        <w:t>BibleBIBEL82</w:t>
      </w:r>
      <w:r w:rsidRPr="000767E2">
        <w:rPr>
          <w:lang w:val="sv-SE"/>
        </w:rPr>
        <w:t>:2Cor 13:5]]</w:t>
      </w:r>
      <w:r w:rsidRPr="000767E2">
        <w:rPr>
          <w:vertAlign w:val="superscript"/>
          <w:lang w:val="sv-SE"/>
        </w:rPr>
        <w:t>5</w:t>
      </w:r>
      <w:r w:rsidRPr="000767E2">
        <w:rPr>
          <w:lang w:val="sv-SE"/>
        </w:rPr>
        <w:t xml:space="preserve"> {{field-on:bible}}Pröva er själva om ni är i tron, bepröva er själva. Eller känner ni inte er själva, att Jesus Kristus </w:t>
      </w:r>
      <w:r w:rsidRPr="000767E2">
        <w:rPr>
          <w:i/>
          <w:lang w:val="sv-SE"/>
        </w:rPr>
        <w:t>är</w:t>
      </w:r>
      <w:r w:rsidRPr="000767E2">
        <w:rPr>
          <w:lang w:val="sv-SE"/>
        </w:rPr>
        <w:t xml:space="preserve"> i er? Om ni väl inte är odugliga?{{field-off:bible}} [[@</w:t>
      </w:r>
      <w:r w:rsidR="0096445B" w:rsidRPr="000767E2">
        <w:rPr>
          <w:lang w:val="sv-SE"/>
        </w:rPr>
        <w:t>BibleBIBEL82</w:t>
      </w:r>
      <w:r w:rsidRPr="000767E2">
        <w:rPr>
          <w:lang w:val="sv-SE"/>
        </w:rPr>
        <w:t>:2Cor 13:6]]</w:t>
      </w:r>
      <w:r w:rsidRPr="000767E2">
        <w:rPr>
          <w:vertAlign w:val="superscript"/>
          <w:lang w:val="sv-SE"/>
        </w:rPr>
        <w:t>6</w:t>
      </w:r>
      <w:r w:rsidRPr="000767E2">
        <w:rPr>
          <w:lang w:val="sv-SE"/>
        </w:rPr>
        <w:t xml:space="preserve"> {{field-on:bible}}Men jag hoppas att ni ska förstå att vi inte är odugliga.{{field-off:bible}} [[@</w:t>
      </w:r>
      <w:r w:rsidR="0096445B" w:rsidRPr="000767E2">
        <w:rPr>
          <w:lang w:val="sv-SE"/>
        </w:rPr>
        <w:t>BibleBIBEL82</w:t>
      </w:r>
      <w:r w:rsidRPr="000767E2">
        <w:rPr>
          <w:lang w:val="sv-SE"/>
        </w:rPr>
        <w:t>:2Cor 13:7]]</w:t>
      </w:r>
      <w:r w:rsidRPr="000767E2">
        <w:rPr>
          <w:vertAlign w:val="superscript"/>
          <w:lang w:val="sv-SE"/>
        </w:rPr>
        <w:t>7</w:t>
      </w:r>
      <w:r w:rsidRPr="000767E2">
        <w:rPr>
          <w:lang w:val="sv-SE"/>
        </w:rPr>
        <w:t xml:space="preserve"> {{field-on:bible}}Och vi önskeber till Gud att ni inte ska göra något ont. Inte för att vi ska visa oss godkända, utan för att ni ska göra det </w:t>
      </w:r>
      <w:r w:rsidRPr="000767E2">
        <w:rPr>
          <w:i/>
          <w:lang w:val="sv-SE"/>
        </w:rPr>
        <w:t>som är</w:t>
      </w:r>
      <w:r w:rsidRPr="000767E2">
        <w:rPr>
          <w:lang w:val="sv-SE"/>
        </w:rPr>
        <w:t xml:space="preserve"> bra, och vi kan </w:t>
      </w:r>
      <w:r w:rsidRPr="000767E2">
        <w:rPr>
          <w:i/>
          <w:lang w:val="sv-SE"/>
        </w:rPr>
        <w:t>då</w:t>
      </w:r>
      <w:r w:rsidRPr="000767E2">
        <w:rPr>
          <w:lang w:val="sv-SE"/>
        </w:rPr>
        <w:t xml:space="preserve"> vara som odugliga.{{field-off:bible}}</w:t>
      </w:r>
    </w:p>
    <w:p w14:paraId="4F3CF0AC" w14:textId="18E0B30E" w:rsidR="00BA33AB" w:rsidRPr="000767E2" w:rsidRDefault="00000000">
      <w:pPr>
        <w:rPr>
          <w:lang w:val="sv-SE"/>
        </w:rPr>
      </w:pPr>
      <w:r w:rsidRPr="000767E2">
        <w:rPr>
          <w:lang w:val="sv-SE"/>
        </w:rPr>
        <w:t>[[@</w:t>
      </w:r>
      <w:r w:rsidR="0096445B" w:rsidRPr="000767E2">
        <w:rPr>
          <w:lang w:val="sv-SE"/>
        </w:rPr>
        <w:t>BibleBIBEL82</w:t>
      </w:r>
      <w:r w:rsidRPr="000767E2">
        <w:rPr>
          <w:lang w:val="sv-SE"/>
        </w:rPr>
        <w:t>:2Cor 13:8]]</w:t>
      </w:r>
      <w:r w:rsidRPr="000767E2">
        <w:rPr>
          <w:vertAlign w:val="superscript"/>
          <w:lang w:val="sv-SE"/>
        </w:rPr>
        <w:t>8</w:t>
      </w:r>
      <w:r w:rsidRPr="000767E2">
        <w:rPr>
          <w:lang w:val="sv-SE"/>
        </w:rPr>
        <w:t xml:space="preserve"> {{field-on:bible}}För vi kan inte något emot sanningen, utan </w:t>
      </w:r>
      <w:r w:rsidRPr="000767E2">
        <w:rPr>
          <w:i/>
          <w:lang w:val="sv-SE"/>
        </w:rPr>
        <w:t>bara</w:t>
      </w:r>
      <w:r w:rsidRPr="000767E2">
        <w:rPr>
          <w:lang w:val="sv-SE"/>
        </w:rPr>
        <w:t xml:space="preserve"> för sanningen.{{field-off:bible}} [[@</w:t>
      </w:r>
      <w:r w:rsidR="0096445B" w:rsidRPr="000767E2">
        <w:rPr>
          <w:lang w:val="sv-SE"/>
        </w:rPr>
        <w:t>BibleBIBEL82</w:t>
      </w:r>
      <w:r w:rsidRPr="000767E2">
        <w:rPr>
          <w:lang w:val="sv-SE"/>
        </w:rPr>
        <w:t>:2Cor 13:9]]</w:t>
      </w:r>
      <w:r w:rsidRPr="000767E2">
        <w:rPr>
          <w:vertAlign w:val="superscript"/>
          <w:lang w:val="sv-SE"/>
        </w:rPr>
        <w:t>9</w:t>
      </w:r>
      <w:r w:rsidRPr="000767E2">
        <w:rPr>
          <w:lang w:val="sv-SE"/>
        </w:rPr>
        <w:t xml:space="preserve"> {{field-on:bible}}För vi gläder oss när vi är svaga och ni är mäktiga. Detta önskeber vi också om: ert </w:t>
      </w:r>
      <w:r w:rsidRPr="000767E2">
        <w:rPr>
          <w:lang w:val="sv-SE"/>
        </w:rPr>
        <w:lastRenderedPageBreak/>
        <w:t>förfärdigande.{{field-off:bible}} [[@</w:t>
      </w:r>
      <w:r w:rsidR="0096445B" w:rsidRPr="000767E2">
        <w:rPr>
          <w:lang w:val="sv-SE"/>
        </w:rPr>
        <w:t>BibleBIBEL82</w:t>
      </w:r>
      <w:r w:rsidRPr="000767E2">
        <w:rPr>
          <w:lang w:val="sv-SE"/>
        </w:rPr>
        <w:t>:2Cor 13:10]]</w:t>
      </w:r>
      <w:r w:rsidRPr="000767E2">
        <w:rPr>
          <w:vertAlign w:val="superscript"/>
          <w:lang w:val="sv-SE"/>
        </w:rPr>
        <w:t>10</w:t>
      </w:r>
      <w:r w:rsidRPr="000767E2">
        <w:rPr>
          <w:lang w:val="sv-SE"/>
        </w:rPr>
        <w:t xml:space="preserve"> {{field-on:bible}}Därför skriver jag detta när jag är iväg, för att inte när jag är där </w:t>
      </w:r>
      <w:r w:rsidRPr="000767E2">
        <w:rPr>
          <w:i/>
          <w:lang w:val="sv-SE"/>
        </w:rPr>
        <w:t>behöva</w:t>
      </w:r>
      <w:r w:rsidRPr="000767E2">
        <w:rPr>
          <w:lang w:val="sv-SE"/>
        </w:rPr>
        <w:t xml:space="preserve"> uppträda strängt med den auktoritet som Herren har gett mig, till uppbyggelse och inte till nedtagande.{{field-off:bible}}</w:t>
      </w:r>
    </w:p>
    <w:p w14:paraId="6FE9C7B4" w14:textId="77777777" w:rsidR="00BA33AB" w:rsidRPr="000767E2" w:rsidRDefault="00000000">
      <w:pPr>
        <w:pStyle w:val="Rubrik3"/>
        <w:rPr>
          <w:lang w:val="sv-SE"/>
        </w:rPr>
      </w:pPr>
      <w:r w:rsidRPr="000767E2">
        <w:rPr>
          <w:lang w:val="sv-SE"/>
        </w:rPr>
        <w:t>Sluthälsningar</w:t>
      </w:r>
    </w:p>
    <w:p w14:paraId="769F40B2" w14:textId="1C04C57C" w:rsidR="00BA33AB" w:rsidRPr="000767E2" w:rsidRDefault="00000000">
      <w:pPr>
        <w:rPr>
          <w:lang w:val="sv-SE"/>
        </w:rPr>
      </w:pPr>
      <w:r w:rsidRPr="000767E2">
        <w:rPr>
          <w:lang w:val="sv-SE"/>
        </w:rPr>
        <w:t>[[@</w:t>
      </w:r>
      <w:r w:rsidR="0096445B" w:rsidRPr="000767E2">
        <w:rPr>
          <w:lang w:val="sv-SE"/>
        </w:rPr>
        <w:t>BibleBIBEL82</w:t>
      </w:r>
      <w:r w:rsidRPr="000767E2">
        <w:rPr>
          <w:lang w:val="sv-SE"/>
        </w:rPr>
        <w:t>:2Cor 13:11]]</w:t>
      </w:r>
      <w:r w:rsidRPr="000767E2">
        <w:rPr>
          <w:vertAlign w:val="superscript"/>
          <w:lang w:val="sv-SE"/>
        </w:rPr>
        <w:t>11</w:t>
      </w:r>
      <w:r w:rsidRPr="000767E2">
        <w:rPr>
          <w:lang w:val="sv-SE"/>
        </w:rPr>
        <w:t xml:space="preserve"> {{field-on:bible}}För övrigt, syskon: Gläd er. </w:t>
      </w:r>
      <w:r w:rsidRPr="000767E2">
        <w:rPr>
          <w:i/>
          <w:lang w:val="sv-SE"/>
        </w:rPr>
        <w:t>Låt er</w:t>
      </w:r>
      <w:r w:rsidRPr="000767E2">
        <w:rPr>
          <w:lang w:val="sv-SE"/>
        </w:rPr>
        <w:t xml:space="preserve"> förfärdigas. </w:t>
      </w:r>
      <w:r w:rsidRPr="000767E2">
        <w:rPr>
          <w:i/>
          <w:lang w:val="sv-SE"/>
        </w:rPr>
        <w:t>Låt er</w:t>
      </w:r>
      <w:r w:rsidRPr="000767E2">
        <w:rPr>
          <w:lang w:val="sv-SE"/>
        </w:rPr>
        <w:t xml:space="preserve"> uppmuntras. Tänk detsamma. Var fridsamma. Och kärlekens och fridens Gud ska vara med er.{{field-off:bible}}</w:t>
      </w:r>
    </w:p>
    <w:p w14:paraId="5681D3B0" w14:textId="47BB79A2" w:rsidR="00BA33AB" w:rsidRPr="000767E2" w:rsidRDefault="00000000">
      <w:pPr>
        <w:rPr>
          <w:lang w:val="sv-SE"/>
        </w:rPr>
      </w:pPr>
      <w:r w:rsidRPr="000767E2">
        <w:rPr>
          <w:lang w:val="sv-SE"/>
        </w:rPr>
        <w:t>[[@</w:t>
      </w:r>
      <w:r w:rsidR="0096445B" w:rsidRPr="000767E2">
        <w:rPr>
          <w:lang w:val="sv-SE"/>
        </w:rPr>
        <w:t>BibleBIBEL82</w:t>
      </w:r>
      <w:r w:rsidRPr="000767E2">
        <w:rPr>
          <w:lang w:val="sv-SE"/>
        </w:rPr>
        <w:t>:2Cor 13:12]]</w:t>
      </w:r>
      <w:r w:rsidRPr="000767E2">
        <w:rPr>
          <w:vertAlign w:val="superscript"/>
          <w:lang w:val="sv-SE"/>
        </w:rPr>
        <w:t>12</w:t>
      </w:r>
      <w:r w:rsidRPr="000767E2">
        <w:rPr>
          <w:lang w:val="sv-SE"/>
        </w:rPr>
        <w:t xml:space="preserve"> {{field-on:bible}}Hälsa varandra med en helig kyss. Hälsar till er </w:t>
      </w:r>
      <w:r w:rsidRPr="000767E2">
        <w:rPr>
          <w:i/>
          <w:lang w:val="sv-SE"/>
        </w:rPr>
        <w:t>gör</w:t>
      </w:r>
      <w:r w:rsidRPr="000767E2">
        <w:rPr>
          <w:lang w:val="sv-SE"/>
        </w:rPr>
        <w:t xml:space="preserve"> alla de heliga.{{field-off:bible}} [[@</w:t>
      </w:r>
      <w:r w:rsidR="0096445B" w:rsidRPr="000767E2">
        <w:rPr>
          <w:lang w:val="sv-SE"/>
        </w:rPr>
        <w:t>BibleBIBEL82</w:t>
      </w:r>
      <w:r w:rsidRPr="000767E2">
        <w:rPr>
          <w:lang w:val="sv-SE"/>
        </w:rPr>
        <w:t>:2Cor 13:13]]</w:t>
      </w:r>
      <w:r w:rsidRPr="000767E2">
        <w:rPr>
          <w:vertAlign w:val="superscript"/>
          <w:lang w:val="sv-SE"/>
        </w:rPr>
        <w:t>13</w:t>
      </w:r>
      <w:r w:rsidRPr="000767E2">
        <w:rPr>
          <w:lang w:val="sv-SE"/>
        </w:rPr>
        <w:t xml:space="preserve"> {{field-on:bible}}Herren Jesu Kristi nåd och Guds kärlek och den heliga Andens delaktighet </w:t>
      </w:r>
      <w:r w:rsidRPr="000767E2">
        <w:rPr>
          <w:i/>
          <w:lang w:val="sv-SE"/>
        </w:rPr>
        <w:t>vare</w:t>
      </w:r>
      <w:r w:rsidRPr="000767E2">
        <w:rPr>
          <w:lang w:val="sv-SE"/>
        </w:rPr>
        <w:t xml:space="preserve"> med er alla.{{field-off:bible}}</w:t>
      </w:r>
    </w:p>
    <w:p w14:paraId="4DA2FDD9" w14:textId="7AC5C629"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:Gal]]Till galaterna</w:t>
      </w:r>
    </w:p>
    <w:p w14:paraId="00F151CA" w14:textId="6AA8FB7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:Gal 1]]Kapitel 1</w:t>
      </w:r>
    </w:p>
    <w:p w14:paraId="44DB71B2" w14:textId="77777777" w:rsidR="00BA33AB" w:rsidRPr="000767E2" w:rsidRDefault="00000000">
      <w:pPr>
        <w:pStyle w:val="Rubrik3"/>
        <w:rPr>
          <w:lang w:val="sv-SE"/>
        </w:rPr>
      </w:pPr>
      <w:r w:rsidRPr="000767E2">
        <w:rPr>
          <w:lang w:val="sv-SE"/>
        </w:rPr>
        <w:t>Hälsning</w:t>
      </w:r>
    </w:p>
    <w:p w14:paraId="31A5A62A" w14:textId="5948A26A" w:rsidR="00BA33AB" w:rsidRPr="000767E2" w:rsidRDefault="00000000">
      <w:pPr>
        <w:rPr>
          <w:lang w:val="sv-SE"/>
        </w:rPr>
      </w:pPr>
      <w:r w:rsidRPr="000767E2">
        <w:rPr>
          <w:lang w:val="sv-SE"/>
        </w:rPr>
        <w:t>[[@</w:t>
      </w:r>
      <w:r w:rsidR="0096445B" w:rsidRPr="000767E2">
        <w:rPr>
          <w:lang w:val="sv-SE"/>
        </w:rPr>
        <w:t>BibleBIBEL82</w:t>
      </w:r>
      <w:r w:rsidRPr="000767E2">
        <w:rPr>
          <w:lang w:val="sv-SE"/>
        </w:rPr>
        <w:t>:Gal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apostel – </w:t>
      </w:r>
      <w:r w:rsidRPr="000767E2">
        <w:rPr>
          <w:i/>
          <w:lang w:val="sv-SE"/>
        </w:rPr>
        <w:t>sänd</w:t>
      </w:r>
      <w:r w:rsidRPr="000767E2">
        <w:rPr>
          <w:lang w:val="sv-SE"/>
        </w:rPr>
        <w:t xml:space="preserve"> inte av människor eller genom en människa, utan genom Jesus Kristus och Gud Fader som har uppväckt honom från </w:t>
      </w:r>
      <w:r w:rsidRPr="000767E2">
        <w:rPr>
          <w:i/>
          <w:lang w:val="sv-SE"/>
        </w:rPr>
        <w:t>de</w:t>
      </w:r>
      <w:r w:rsidRPr="000767E2">
        <w:rPr>
          <w:lang w:val="sv-SE"/>
        </w:rPr>
        <w:t xml:space="preserve"> döda –{{field-off:bible}} [[@</w:t>
      </w:r>
      <w:r w:rsidR="0096445B" w:rsidRPr="000767E2">
        <w:rPr>
          <w:lang w:val="sv-SE"/>
        </w:rPr>
        <w:t>BibleBIBEL82</w:t>
      </w:r>
      <w:r w:rsidRPr="000767E2">
        <w:rPr>
          <w:lang w:val="sv-SE"/>
        </w:rPr>
        <w:t>:Gal 1:2]]</w:t>
      </w:r>
      <w:r w:rsidRPr="000767E2">
        <w:rPr>
          <w:vertAlign w:val="superscript"/>
          <w:lang w:val="sv-SE"/>
        </w:rPr>
        <w:t>2</w:t>
      </w:r>
      <w:r w:rsidRPr="000767E2">
        <w:rPr>
          <w:lang w:val="sv-SE"/>
        </w:rPr>
        <w:t xml:space="preserve"> {{field-on:bible}}och </w:t>
      </w:r>
      <w:r w:rsidRPr="000767E2">
        <w:rPr>
          <w:i/>
          <w:lang w:val="sv-SE"/>
        </w:rPr>
        <w:t>från</w:t>
      </w:r>
      <w:r w:rsidRPr="000767E2">
        <w:rPr>
          <w:lang w:val="sv-SE"/>
        </w:rPr>
        <w:t xml:space="preserve"> alla syskonen </w:t>
      </w:r>
      <w:r w:rsidRPr="000767E2">
        <w:rPr>
          <w:i/>
          <w:lang w:val="sv-SE"/>
        </w:rPr>
        <w:t>här</w:t>
      </w:r>
      <w:r w:rsidRPr="000767E2">
        <w:rPr>
          <w:lang w:val="sv-SE"/>
        </w:rPr>
        <w:t xml:space="preserve"> med mig. Till församlingarna i Galatien:{{field-off:bible}} [[@</w:t>
      </w:r>
      <w:r w:rsidR="0096445B" w:rsidRPr="000767E2">
        <w:rPr>
          <w:lang w:val="sv-SE"/>
        </w:rPr>
        <w:t>BibleBIBEL82</w:t>
      </w:r>
      <w:r w:rsidRPr="000767E2">
        <w:rPr>
          <w:lang w:val="sv-SE"/>
        </w:rPr>
        <w:t>:Gal 1:3]]</w:t>
      </w:r>
      <w:r w:rsidRPr="000767E2">
        <w:rPr>
          <w:vertAlign w:val="superscript"/>
          <w:lang w:val="sv-SE"/>
        </w:rPr>
        <w:t>3</w:t>
      </w:r>
      <w:r w:rsidRPr="000767E2">
        <w:rPr>
          <w:lang w:val="sv-SE"/>
        </w:rPr>
        <w:t xml:space="preserve"> {{field-on:bible}}Nåd åt er och frid från Gud vår Far och Herren Jesus Kristus,{{field-off:bible}} [[@</w:t>
      </w:r>
      <w:r w:rsidR="0096445B" w:rsidRPr="000767E2">
        <w:rPr>
          <w:lang w:val="sv-SE"/>
        </w:rPr>
        <w:t>BibleBIBEL82</w:t>
      </w:r>
      <w:r w:rsidRPr="000767E2">
        <w:rPr>
          <w:lang w:val="sv-SE"/>
        </w:rPr>
        <w:t>:Gal 1:4]]</w:t>
      </w:r>
      <w:r w:rsidRPr="000767E2">
        <w:rPr>
          <w:vertAlign w:val="superscript"/>
          <w:lang w:val="sv-SE"/>
        </w:rPr>
        <w:t>4</w:t>
      </w:r>
      <w:r w:rsidRPr="000767E2">
        <w:rPr>
          <w:lang w:val="sv-SE"/>
        </w:rPr>
        <w:t xml:space="preserve"> {{field-on:bible}}som har gett sig själv för våra synder för att ta ut oss ur den innevarande onda eonen efter vår Guds och Fars vilja.{{field-off:bible}} [[@</w:t>
      </w:r>
      <w:r w:rsidR="0096445B" w:rsidRPr="000767E2">
        <w:rPr>
          <w:lang w:val="sv-SE"/>
        </w:rPr>
        <w:t>BibleBIBEL82</w:t>
      </w:r>
      <w:r w:rsidRPr="000767E2">
        <w:rPr>
          <w:lang w:val="sv-SE"/>
        </w:rPr>
        <w:t>:Gal 1:5]]</w:t>
      </w:r>
      <w:r w:rsidRPr="000767E2">
        <w:rPr>
          <w:vertAlign w:val="superscript"/>
          <w:lang w:val="sv-SE"/>
        </w:rPr>
        <w:t>5</w:t>
      </w:r>
      <w:r w:rsidRPr="000767E2">
        <w:rPr>
          <w:lang w:val="sv-SE"/>
        </w:rPr>
        <w:t xml:space="preserve"> {{field-on:bible}}Hans </w:t>
      </w:r>
      <w:r w:rsidRPr="000767E2">
        <w:rPr>
          <w:i/>
          <w:lang w:val="sv-SE"/>
        </w:rPr>
        <w:t>är</w:t>
      </w:r>
      <w:r w:rsidRPr="000767E2">
        <w:rPr>
          <w:lang w:val="sv-SE"/>
        </w:rPr>
        <w:t xml:space="preserve"> äran till eonernas eoner. Amen.{{field-off:bible}}</w:t>
      </w:r>
    </w:p>
    <w:p w14:paraId="3AE458CC" w14:textId="77777777" w:rsidR="00BA33AB" w:rsidRPr="000767E2" w:rsidRDefault="00000000">
      <w:pPr>
        <w:pStyle w:val="Rubrik3"/>
        <w:rPr>
          <w:lang w:val="sv-SE"/>
        </w:rPr>
      </w:pPr>
      <w:r w:rsidRPr="000767E2">
        <w:rPr>
          <w:lang w:val="sv-SE"/>
        </w:rPr>
        <w:t>Inget annat evangelium</w:t>
      </w:r>
    </w:p>
    <w:p w14:paraId="652F6525" w14:textId="319D65C3" w:rsidR="00BA33AB" w:rsidRPr="000767E2" w:rsidRDefault="00000000">
      <w:pPr>
        <w:rPr>
          <w:lang w:val="sv-SE"/>
        </w:rPr>
      </w:pPr>
      <w:r w:rsidRPr="000767E2">
        <w:rPr>
          <w:lang w:val="sv-SE"/>
        </w:rPr>
        <w:t>[[@</w:t>
      </w:r>
      <w:r w:rsidR="0096445B" w:rsidRPr="000767E2">
        <w:rPr>
          <w:lang w:val="sv-SE"/>
        </w:rPr>
        <w:t>BibleBIBEL82</w:t>
      </w:r>
      <w:r w:rsidRPr="000767E2">
        <w:rPr>
          <w:lang w:val="sv-SE"/>
        </w:rPr>
        <w:t>:Gal 1:6]]</w:t>
      </w:r>
      <w:r w:rsidRPr="000767E2">
        <w:rPr>
          <w:vertAlign w:val="superscript"/>
          <w:lang w:val="sv-SE"/>
        </w:rPr>
        <w:t>6</w:t>
      </w:r>
      <w:r w:rsidRPr="000767E2">
        <w:rPr>
          <w:lang w:val="sv-SE"/>
        </w:rPr>
        <w:t xml:space="preserve"> {{field-on:bible}}Jag är förundrad att ni så fort förflyttar er från honom som har kallat er i [Kristi] nåd till ett annat evangelium –{{field-off:bible}} [[@</w:t>
      </w:r>
      <w:r w:rsidR="0096445B" w:rsidRPr="000767E2">
        <w:rPr>
          <w:lang w:val="sv-SE"/>
        </w:rPr>
        <w:t>BibleBIBEL82</w:t>
      </w:r>
      <w:r w:rsidRPr="000767E2">
        <w:rPr>
          <w:lang w:val="sv-SE"/>
        </w:rPr>
        <w:t>:Gal 1:7]]</w:t>
      </w:r>
      <w:r w:rsidRPr="000767E2">
        <w:rPr>
          <w:vertAlign w:val="superscript"/>
          <w:lang w:val="sv-SE"/>
        </w:rPr>
        <w:t>7</w:t>
      </w:r>
      <w:r w:rsidRPr="000767E2">
        <w:rPr>
          <w:lang w:val="sv-SE"/>
        </w:rPr>
        <w:t xml:space="preserve"> {{field-on:bible}}som inte är ett annat, utan det är några som oroar er och vill förvända Kristi evangelium.{{field-off:bible}} [[@</w:t>
      </w:r>
      <w:r w:rsidR="0096445B" w:rsidRPr="000767E2">
        <w:rPr>
          <w:lang w:val="sv-SE"/>
        </w:rPr>
        <w:t>BibleBIBEL82</w:t>
      </w:r>
      <w:r w:rsidRPr="000767E2">
        <w:rPr>
          <w:lang w:val="sv-SE"/>
        </w:rPr>
        <w:t>:Gal 1:8]]</w:t>
      </w:r>
      <w:r w:rsidRPr="000767E2">
        <w:rPr>
          <w:vertAlign w:val="superscript"/>
          <w:lang w:val="sv-SE"/>
        </w:rPr>
        <w:t>8</w:t>
      </w:r>
      <w:r w:rsidRPr="000767E2">
        <w:rPr>
          <w:lang w:val="sv-SE"/>
        </w:rPr>
        <w:t xml:space="preserve"> {{field-on:bible}}Men även om vi eller en ängel från himlen skulle evangelisera [för er] emot det vi har evangeliserat för er, ska han vara anatema.{{field-off:bible}} [[@</w:t>
      </w:r>
      <w:r w:rsidR="0096445B" w:rsidRPr="000767E2">
        <w:rPr>
          <w:lang w:val="sv-SE"/>
        </w:rPr>
        <w:t>BibleBIBEL82</w:t>
      </w:r>
      <w:r w:rsidRPr="000767E2">
        <w:rPr>
          <w:lang w:val="sv-SE"/>
        </w:rPr>
        <w:t>:Gal 1:9]]</w:t>
      </w:r>
      <w:r w:rsidRPr="000767E2">
        <w:rPr>
          <w:vertAlign w:val="superscript"/>
          <w:lang w:val="sv-SE"/>
        </w:rPr>
        <w:t>9</w:t>
      </w:r>
      <w:r w:rsidRPr="000767E2">
        <w:rPr>
          <w:lang w:val="sv-SE"/>
        </w:rPr>
        <w:t xml:space="preserve"> {{field-on:bible}}Såsom vi förut sagt, säger jag också nu igen: om någon evangeliserar er emot det ni har tagit emot, ska han vara anatema.{{field-off:bible}}</w:t>
      </w:r>
    </w:p>
    <w:p w14:paraId="664830E1" w14:textId="38389ECD" w:rsidR="00BA33AB" w:rsidRPr="000767E2" w:rsidRDefault="00000000">
      <w:pPr>
        <w:rPr>
          <w:lang w:val="sv-SE"/>
        </w:rPr>
      </w:pPr>
      <w:r w:rsidRPr="000767E2">
        <w:rPr>
          <w:lang w:val="sv-SE"/>
        </w:rPr>
        <w:t>[[@</w:t>
      </w:r>
      <w:r w:rsidR="0096445B" w:rsidRPr="000767E2">
        <w:rPr>
          <w:lang w:val="sv-SE"/>
        </w:rPr>
        <w:t>BibleBIBEL82</w:t>
      </w:r>
      <w:r w:rsidRPr="000767E2">
        <w:rPr>
          <w:lang w:val="sv-SE"/>
        </w:rPr>
        <w:t>:Gal 1:10]]</w:t>
      </w:r>
      <w:r w:rsidRPr="000767E2">
        <w:rPr>
          <w:vertAlign w:val="superscript"/>
          <w:lang w:val="sv-SE"/>
        </w:rPr>
        <w:t>10</w:t>
      </w:r>
      <w:r w:rsidRPr="000767E2">
        <w:rPr>
          <w:lang w:val="sv-SE"/>
        </w:rPr>
        <w:t xml:space="preserve"> {{field-on:bible}}För </w:t>
      </w:r>
      <w:r w:rsidRPr="000767E2">
        <w:rPr>
          <w:i/>
          <w:lang w:val="sv-SE"/>
        </w:rPr>
        <w:t>är det</w:t>
      </w:r>
      <w:r w:rsidRPr="000767E2">
        <w:rPr>
          <w:lang w:val="sv-SE"/>
        </w:rPr>
        <w:t xml:space="preserve"> nu människor jag </w:t>
      </w:r>
      <w:r w:rsidRPr="000767E2">
        <w:rPr>
          <w:i/>
          <w:lang w:val="sv-SE"/>
        </w:rPr>
        <w:t>söker</w:t>
      </w:r>
      <w:r w:rsidRPr="000767E2">
        <w:rPr>
          <w:lang w:val="sv-SE"/>
        </w:rPr>
        <w:t xml:space="preserve"> övertyga, eller Gud? Eller söker jag behaga människor? Om </w:t>
      </w:r>
      <w:r w:rsidRPr="000767E2">
        <w:rPr>
          <w:i/>
          <w:lang w:val="sv-SE"/>
        </w:rPr>
        <w:t>det</w:t>
      </w:r>
      <w:r w:rsidRPr="000767E2">
        <w:rPr>
          <w:lang w:val="sv-SE"/>
        </w:rPr>
        <w:t xml:space="preserve"> ännu </w:t>
      </w:r>
      <w:r w:rsidRPr="000767E2">
        <w:rPr>
          <w:i/>
          <w:lang w:val="sv-SE"/>
        </w:rPr>
        <w:t>var</w:t>
      </w:r>
      <w:r w:rsidRPr="000767E2">
        <w:rPr>
          <w:lang w:val="sv-SE"/>
        </w:rPr>
        <w:t xml:space="preserve"> människor jag </w:t>
      </w:r>
      <w:r w:rsidRPr="000767E2">
        <w:rPr>
          <w:i/>
          <w:lang w:val="sv-SE"/>
        </w:rPr>
        <w:t>sökte</w:t>
      </w:r>
      <w:r w:rsidRPr="000767E2">
        <w:rPr>
          <w:lang w:val="sv-SE"/>
        </w:rPr>
        <w:t xml:space="preserve"> behaga, vore jag inte Kristi fasttjänare.{{field-off:bible}}</w:t>
      </w:r>
    </w:p>
    <w:p w14:paraId="7A880BEA" w14:textId="77777777" w:rsidR="00BA33AB" w:rsidRPr="000767E2" w:rsidRDefault="00000000">
      <w:pPr>
        <w:pStyle w:val="Rubrik3"/>
        <w:rPr>
          <w:lang w:val="sv-SE"/>
        </w:rPr>
      </w:pPr>
      <w:r w:rsidRPr="000767E2">
        <w:rPr>
          <w:lang w:val="sv-SE"/>
        </w:rPr>
        <w:lastRenderedPageBreak/>
        <w:t>Inte av mänskligt ursprung</w:t>
      </w:r>
    </w:p>
    <w:p w14:paraId="503E0A97" w14:textId="20E51418" w:rsidR="00BA33AB" w:rsidRPr="000767E2" w:rsidRDefault="00000000">
      <w:pPr>
        <w:rPr>
          <w:lang w:val="sv-SE"/>
        </w:rPr>
      </w:pPr>
      <w:r w:rsidRPr="000767E2">
        <w:rPr>
          <w:lang w:val="sv-SE"/>
        </w:rPr>
        <w:t>[[@</w:t>
      </w:r>
      <w:r w:rsidR="0096445B" w:rsidRPr="000767E2">
        <w:rPr>
          <w:lang w:val="sv-SE"/>
        </w:rPr>
        <w:t>BibleBIBEL82</w:t>
      </w:r>
      <w:r w:rsidRPr="000767E2">
        <w:rPr>
          <w:lang w:val="sv-SE"/>
        </w:rPr>
        <w:t>:Gal 1:11]]</w:t>
      </w:r>
      <w:r w:rsidRPr="000767E2">
        <w:rPr>
          <w:vertAlign w:val="superscript"/>
          <w:lang w:val="sv-SE"/>
        </w:rPr>
        <w:t>11</w:t>
      </w:r>
      <w:r w:rsidRPr="000767E2">
        <w:rPr>
          <w:lang w:val="sv-SE"/>
        </w:rPr>
        <w:t xml:space="preserve"> {{field-on:bible}}För jag kungör för er, syskon, </w:t>
      </w:r>
      <w:r w:rsidRPr="000767E2">
        <w:rPr>
          <w:i/>
          <w:lang w:val="sv-SE"/>
        </w:rPr>
        <w:t>om</w:t>
      </w:r>
      <w:r w:rsidRPr="000767E2">
        <w:rPr>
          <w:lang w:val="sv-SE"/>
        </w:rPr>
        <w:t xml:space="preserve"> evangeliet som har evangeliserats av mig, att det inte är på en människas vis.{{field-off:bible}} [[@</w:t>
      </w:r>
      <w:r w:rsidR="0096445B" w:rsidRPr="000767E2">
        <w:rPr>
          <w:lang w:val="sv-SE"/>
        </w:rPr>
        <w:t>BibleBIBEL82</w:t>
      </w:r>
      <w:r w:rsidRPr="000767E2">
        <w:rPr>
          <w:lang w:val="sv-SE"/>
        </w:rPr>
        <w:t>:Gal 1:12]]</w:t>
      </w:r>
      <w:r w:rsidRPr="000767E2">
        <w:rPr>
          <w:vertAlign w:val="superscript"/>
          <w:lang w:val="sv-SE"/>
        </w:rPr>
        <w:t>12</w:t>
      </w:r>
      <w:r w:rsidRPr="000767E2">
        <w:rPr>
          <w:lang w:val="sv-SE"/>
        </w:rPr>
        <w:t xml:space="preserve"> {{field-on:bible}}För inte heller </w:t>
      </w:r>
      <w:r w:rsidRPr="000767E2">
        <w:rPr>
          <w:i/>
          <w:lang w:val="sv-SE"/>
        </w:rPr>
        <w:t>är det</w:t>
      </w:r>
      <w:r w:rsidRPr="000767E2">
        <w:rPr>
          <w:lang w:val="sv-SE"/>
        </w:rPr>
        <w:t xml:space="preserve"> från en människa jag har tagit emot det eller blivit undervisad, utan genom Jesu Kristi uppenbarelse.{{field-off:bible}}</w:t>
      </w:r>
    </w:p>
    <w:p w14:paraId="772922FC" w14:textId="72230E16" w:rsidR="00BA33AB" w:rsidRPr="000767E2" w:rsidRDefault="00000000">
      <w:pPr>
        <w:rPr>
          <w:lang w:val="sv-SE"/>
        </w:rPr>
      </w:pPr>
      <w:r w:rsidRPr="000767E2">
        <w:rPr>
          <w:lang w:val="sv-SE"/>
        </w:rPr>
        <w:t>[[@</w:t>
      </w:r>
      <w:r w:rsidR="0096445B" w:rsidRPr="000767E2">
        <w:rPr>
          <w:lang w:val="sv-SE"/>
        </w:rPr>
        <w:t>BibleBIBEL82</w:t>
      </w:r>
      <w:r w:rsidRPr="000767E2">
        <w:rPr>
          <w:lang w:val="sv-SE"/>
        </w:rPr>
        <w:t>:Gal 1:13]]</w:t>
      </w:r>
      <w:r w:rsidRPr="000767E2">
        <w:rPr>
          <w:vertAlign w:val="superscript"/>
          <w:lang w:val="sv-SE"/>
        </w:rPr>
        <w:t>13</w:t>
      </w:r>
      <w:r w:rsidRPr="000767E2">
        <w:rPr>
          <w:lang w:val="sv-SE"/>
        </w:rPr>
        <w:t xml:space="preserve"> {{field-on:bible}}För ni har hört </w:t>
      </w:r>
      <w:r w:rsidRPr="000767E2">
        <w:rPr>
          <w:i/>
          <w:lang w:val="sv-SE"/>
        </w:rPr>
        <w:t>om</w:t>
      </w:r>
      <w:r w:rsidRPr="000767E2">
        <w:rPr>
          <w:lang w:val="sv-SE"/>
        </w:rPr>
        <w:t xml:space="preserve"> mitt agerande en gång inom judendomen, att jag utomordentligt förföljde Guds församling och </w:t>
      </w:r>
      <w:r w:rsidRPr="000767E2">
        <w:rPr>
          <w:i/>
          <w:lang w:val="sv-SE"/>
        </w:rPr>
        <w:t>började</w:t>
      </w:r>
      <w:r w:rsidRPr="000767E2">
        <w:rPr>
          <w:lang w:val="sv-SE"/>
        </w:rPr>
        <w:t xml:space="preserve"> utplåna den.{{field-off:bible}} [[@</w:t>
      </w:r>
      <w:r w:rsidR="0096445B" w:rsidRPr="000767E2">
        <w:rPr>
          <w:lang w:val="sv-SE"/>
        </w:rPr>
        <w:t>BibleBIBEL82</w:t>
      </w:r>
      <w:r w:rsidRPr="000767E2">
        <w:rPr>
          <w:lang w:val="sv-SE"/>
        </w:rPr>
        <w:t>:Gal 1:14]]</w:t>
      </w:r>
      <w:r w:rsidRPr="000767E2">
        <w:rPr>
          <w:vertAlign w:val="superscript"/>
          <w:lang w:val="sv-SE"/>
        </w:rPr>
        <w:t>14</w:t>
      </w:r>
      <w:r w:rsidRPr="000767E2">
        <w:rPr>
          <w:lang w:val="sv-SE"/>
        </w:rPr>
        <w:t xml:space="preserve"> {{field-on:bible}}Och jag gick fram inom judendomen utöver många jämnåriga i mitt släkte och var ännu mer nitisk för mina fäders traditioner.{{field-off:bible}}</w:t>
      </w:r>
    </w:p>
    <w:p w14:paraId="00301F7A" w14:textId="45B05BB9" w:rsidR="00BA33AB" w:rsidRPr="000767E2" w:rsidRDefault="00000000">
      <w:pPr>
        <w:rPr>
          <w:lang w:val="sv-SE"/>
        </w:rPr>
      </w:pPr>
      <w:r w:rsidRPr="000767E2">
        <w:rPr>
          <w:lang w:val="sv-SE"/>
        </w:rPr>
        <w:t>[[@</w:t>
      </w:r>
      <w:r w:rsidR="0096445B" w:rsidRPr="000767E2">
        <w:rPr>
          <w:lang w:val="sv-SE"/>
        </w:rPr>
        <w:t>BibleBIBEL82</w:t>
      </w:r>
      <w:r w:rsidRPr="000767E2">
        <w:rPr>
          <w:lang w:val="sv-SE"/>
        </w:rPr>
        <w:t>:Gal 1:15]]</w:t>
      </w:r>
      <w:r w:rsidRPr="000767E2">
        <w:rPr>
          <w:vertAlign w:val="superscript"/>
          <w:lang w:val="sv-SE"/>
        </w:rPr>
        <w:t>15</w:t>
      </w:r>
      <w:r w:rsidRPr="000767E2">
        <w:rPr>
          <w:lang w:val="sv-SE"/>
        </w:rPr>
        <w:t xml:space="preserve"> {{field-on:bible}}Men när Gud, som har avskilt mig från min mors moderliv och kallat genom sin nåd, behagade{{field-off:bible}} [[@</w:t>
      </w:r>
      <w:r w:rsidR="0096445B" w:rsidRPr="000767E2">
        <w:rPr>
          <w:lang w:val="sv-SE"/>
        </w:rPr>
        <w:t>BibleBIBEL82</w:t>
      </w:r>
      <w:r w:rsidRPr="000767E2">
        <w:rPr>
          <w:lang w:val="sv-SE"/>
        </w:rPr>
        <w:t>:Gal 1:16]]</w:t>
      </w:r>
      <w:r w:rsidRPr="000767E2">
        <w:rPr>
          <w:vertAlign w:val="superscript"/>
          <w:lang w:val="sv-SE"/>
        </w:rPr>
        <w:t>16</w:t>
      </w:r>
      <w:r w:rsidRPr="000767E2">
        <w:rPr>
          <w:lang w:val="sv-SE"/>
        </w:rPr>
        <w:t xml:space="preserve"> {{field-on:bible}}uppenbara sin Son i mig för att jag ska evangelisera </w:t>
      </w:r>
      <w:r w:rsidRPr="000767E2">
        <w:rPr>
          <w:i/>
          <w:lang w:val="sv-SE"/>
        </w:rPr>
        <w:t>om</w:t>
      </w:r>
      <w:r w:rsidRPr="000767E2">
        <w:rPr>
          <w:lang w:val="sv-SE"/>
        </w:rPr>
        <w:t xml:space="preserve"> honom bland folkslagen, lade jag inte direkt fram det för kött och blod{{field-off:bible}} [[@</w:t>
      </w:r>
      <w:r w:rsidR="0096445B" w:rsidRPr="000767E2">
        <w:rPr>
          <w:lang w:val="sv-SE"/>
        </w:rPr>
        <w:t>BibleBIBEL82</w:t>
      </w:r>
      <w:r w:rsidRPr="000767E2">
        <w:rPr>
          <w:lang w:val="sv-SE"/>
        </w:rPr>
        <w:t>:Gal 1:17]]</w:t>
      </w:r>
      <w:r w:rsidRPr="000767E2">
        <w:rPr>
          <w:vertAlign w:val="superscript"/>
          <w:lang w:val="sv-SE"/>
        </w:rPr>
        <w:t>17</w:t>
      </w:r>
      <w:r w:rsidRPr="000767E2">
        <w:rPr>
          <w:lang w:val="sv-SE"/>
        </w:rPr>
        <w:t xml:space="preserve"> {{field-on:bible}}eller gick upp till Jerusalem, till dem </w:t>
      </w:r>
      <w:r w:rsidRPr="000767E2">
        <w:rPr>
          <w:i/>
          <w:lang w:val="sv-SE"/>
        </w:rPr>
        <w:t>som var</w:t>
      </w:r>
      <w:r w:rsidRPr="000767E2">
        <w:rPr>
          <w:lang w:val="sv-SE"/>
        </w:rPr>
        <w:t xml:space="preserve"> apostlar före mig. Nej, jag gick iväg till Arabien och återvände igen till Damaskus.{{field-off:bible}}</w:t>
      </w:r>
    </w:p>
    <w:p w14:paraId="51343D99" w14:textId="606A6DEC" w:rsidR="00BA33AB" w:rsidRPr="000767E2" w:rsidRDefault="00000000">
      <w:pPr>
        <w:rPr>
          <w:lang w:val="sv-SE"/>
        </w:rPr>
      </w:pPr>
      <w:r w:rsidRPr="000767E2">
        <w:rPr>
          <w:lang w:val="sv-SE"/>
        </w:rPr>
        <w:t>[[@</w:t>
      </w:r>
      <w:r w:rsidR="0096445B" w:rsidRPr="000767E2">
        <w:rPr>
          <w:lang w:val="sv-SE"/>
        </w:rPr>
        <w:t>BibleBIBEL82</w:t>
      </w:r>
      <w:r w:rsidRPr="000767E2">
        <w:rPr>
          <w:lang w:val="sv-SE"/>
        </w:rPr>
        <w:t>:Gal 1:18]]</w:t>
      </w:r>
      <w:r w:rsidRPr="000767E2">
        <w:rPr>
          <w:vertAlign w:val="superscript"/>
          <w:lang w:val="sv-SE"/>
        </w:rPr>
        <w:t>18</w:t>
      </w:r>
      <w:r w:rsidRPr="000767E2">
        <w:rPr>
          <w:lang w:val="sv-SE"/>
        </w:rPr>
        <w:t xml:space="preserve"> {{field-on:bible}}Sedan, efter tre år, gick jag upp till Jerusalem för att bekanta mig med Kefas, och blev kvar hos honom femton dagar.{{field-off:bible}} [[@</w:t>
      </w:r>
      <w:r w:rsidR="0096445B" w:rsidRPr="000767E2">
        <w:rPr>
          <w:lang w:val="sv-SE"/>
        </w:rPr>
        <w:t>BibleBIBEL82</w:t>
      </w:r>
      <w:r w:rsidRPr="000767E2">
        <w:rPr>
          <w:lang w:val="sv-SE"/>
        </w:rPr>
        <w:t>:Gal 1:19]]</w:t>
      </w:r>
      <w:r w:rsidRPr="000767E2">
        <w:rPr>
          <w:vertAlign w:val="superscript"/>
          <w:lang w:val="sv-SE"/>
        </w:rPr>
        <w:t>19</w:t>
      </w:r>
      <w:r w:rsidRPr="000767E2">
        <w:rPr>
          <w:lang w:val="sv-SE"/>
        </w:rPr>
        <w:t xml:space="preserve"> {{field-on:bible}}Men </w:t>
      </w:r>
      <w:r w:rsidRPr="000767E2">
        <w:rPr>
          <w:i/>
          <w:lang w:val="sv-SE"/>
        </w:rPr>
        <w:t>någon</w:t>
      </w:r>
      <w:r w:rsidRPr="000767E2">
        <w:rPr>
          <w:lang w:val="sv-SE"/>
        </w:rPr>
        <w:t xml:space="preserve"> annan av apostlarna såg jag inte, utom Jakob, Herrens bror.{{field-off:bible}} [[@</w:t>
      </w:r>
      <w:r w:rsidR="0096445B" w:rsidRPr="000767E2">
        <w:rPr>
          <w:lang w:val="sv-SE"/>
        </w:rPr>
        <w:t>BibleBIBEL82</w:t>
      </w:r>
      <w:r w:rsidRPr="000767E2">
        <w:rPr>
          <w:lang w:val="sv-SE"/>
        </w:rPr>
        <w:t>:Gal 1:20]]</w:t>
      </w:r>
      <w:r w:rsidRPr="000767E2">
        <w:rPr>
          <w:vertAlign w:val="superscript"/>
          <w:lang w:val="sv-SE"/>
        </w:rPr>
        <w:t>20</w:t>
      </w:r>
      <w:r w:rsidRPr="000767E2">
        <w:rPr>
          <w:lang w:val="sv-SE"/>
        </w:rPr>
        <w:t xml:space="preserve"> {{field-on:bible}}Och det jag skriver till er, se: </w:t>
      </w:r>
      <w:r w:rsidRPr="000767E2">
        <w:rPr>
          <w:i/>
          <w:lang w:val="sv-SE"/>
        </w:rPr>
        <w:t>det är</w:t>
      </w:r>
      <w:r w:rsidRPr="000767E2">
        <w:rPr>
          <w:lang w:val="sv-SE"/>
        </w:rPr>
        <w:t xml:space="preserve"> inför Gud att jag inte ljuger.{{field-off:bible}} [[@</w:t>
      </w:r>
      <w:r w:rsidR="0096445B" w:rsidRPr="000767E2">
        <w:rPr>
          <w:lang w:val="sv-SE"/>
        </w:rPr>
        <w:t>BibleBIBEL82</w:t>
      </w:r>
      <w:r w:rsidRPr="000767E2">
        <w:rPr>
          <w:lang w:val="sv-SE"/>
        </w:rPr>
        <w:t>:Gal 1:21]]</w:t>
      </w:r>
      <w:r w:rsidRPr="000767E2">
        <w:rPr>
          <w:vertAlign w:val="superscript"/>
          <w:lang w:val="sv-SE"/>
        </w:rPr>
        <w:t>21</w:t>
      </w:r>
      <w:r w:rsidRPr="000767E2">
        <w:rPr>
          <w:lang w:val="sv-SE"/>
        </w:rPr>
        <w:t xml:space="preserve"> {{field-on:bible}}Sedan for jag till Syriens och Kilikiens regioner.{{field-off:bible}} [[@</w:t>
      </w:r>
      <w:r w:rsidR="0096445B" w:rsidRPr="000767E2">
        <w:rPr>
          <w:lang w:val="sv-SE"/>
        </w:rPr>
        <w:t>BibleBIBEL82</w:t>
      </w:r>
      <w:r w:rsidRPr="000767E2">
        <w:rPr>
          <w:lang w:val="sv-SE"/>
        </w:rPr>
        <w:t>:Gal 1:22]]</w:t>
      </w:r>
      <w:r w:rsidRPr="000767E2">
        <w:rPr>
          <w:vertAlign w:val="superscript"/>
          <w:lang w:val="sv-SE"/>
        </w:rPr>
        <w:t>22</w:t>
      </w:r>
      <w:r w:rsidRPr="000767E2">
        <w:rPr>
          <w:lang w:val="sv-SE"/>
        </w:rPr>
        <w:t xml:space="preserve"> {{field-on:bible}}Men jag var okänd till ansiktet för Judeens församlingar i Kristus,{{field-off:bible}} [[@</w:t>
      </w:r>
      <w:r w:rsidR="0096445B" w:rsidRPr="000767E2">
        <w:rPr>
          <w:lang w:val="sv-SE"/>
        </w:rPr>
        <w:t>BibleBIBEL82</w:t>
      </w:r>
      <w:r w:rsidRPr="000767E2">
        <w:rPr>
          <w:lang w:val="sv-SE"/>
        </w:rPr>
        <w:t>:Gal 1:23]]</w:t>
      </w:r>
      <w:r w:rsidRPr="000767E2">
        <w:rPr>
          <w:vertAlign w:val="superscript"/>
          <w:lang w:val="sv-SE"/>
        </w:rPr>
        <w:t>23</w:t>
      </w:r>
      <w:r w:rsidRPr="000767E2">
        <w:rPr>
          <w:lang w:val="sv-SE"/>
        </w:rPr>
        <w:t xml:space="preserve"> {{field-on:bible}}och de hörde bara att: ”Han som förföljde oss en gång, nu evangeliserar han </w:t>
      </w:r>
      <w:r w:rsidRPr="000767E2">
        <w:rPr>
          <w:i/>
          <w:lang w:val="sv-SE"/>
        </w:rPr>
        <w:t>om</w:t>
      </w:r>
      <w:r w:rsidRPr="000767E2">
        <w:rPr>
          <w:lang w:val="sv-SE"/>
        </w:rPr>
        <w:t xml:space="preserve"> tron som han en gång </w:t>
      </w:r>
      <w:r w:rsidRPr="000767E2">
        <w:rPr>
          <w:i/>
          <w:lang w:val="sv-SE"/>
        </w:rPr>
        <w:t>började</w:t>
      </w:r>
      <w:r w:rsidRPr="000767E2">
        <w:rPr>
          <w:lang w:val="sv-SE"/>
        </w:rPr>
        <w:t xml:space="preserve"> utplåna.”{{field-off:bible}} [[@</w:t>
      </w:r>
      <w:r w:rsidR="0096445B" w:rsidRPr="000767E2">
        <w:rPr>
          <w:lang w:val="sv-SE"/>
        </w:rPr>
        <w:t>BibleBIBEL82</w:t>
      </w:r>
      <w:r w:rsidRPr="000767E2">
        <w:rPr>
          <w:lang w:val="sv-SE"/>
        </w:rPr>
        <w:t>:Gal 1:24]]</w:t>
      </w:r>
      <w:r w:rsidRPr="000767E2">
        <w:rPr>
          <w:vertAlign w:val="superscript"/>
          <w:lang w:val="sv-SE"/>
        </w:rPr>
        <w:t>24</w:t>
      </w:r>
      <w:r w:rsidRPr="000767E2">
        <w:rPr>
          <w:lang w:val="sv-SE"/>
        </w:rPr>
        <w:t xml:space="preserve"> {{field-on:bible}}Och de ärade Gud för mig.{{field-off:bible}}</w:t>
      </w:r>
    </w:p>
    <w:p w14:paraId="5C2BEBDA" w14:textId="41FE04D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:Gal 2]]Kapitel 2</w:t>
      </w:r>
    </w:p>
    <w:p w14:paraId="1C03E72F" w14:textId="77777777" w:rsidR="00BA33AB" w:rsidRPr="000767E2" w:rsidRDefault="00000000">
      <w:pPr>
        <w:pStyle w:val="Rubrik3"/>
        <w:rPr>
          <w:lang w:val="sv-SE"/>
        </w:rPr>
      </w:pPr>
      <w:r w:rsidRPr="000767E2">
        <w:rPr>
          <w:lang w:val="sv-SE"/>
        </w:rPr>
        <w:t>Mötet med de ansedda i Jerusalem</w:t>
      </w:r>
    </w:p>
    <w:p w14:paraId="5CC8B982" w14:textId="0BD04ABB" w:rsidR="00BA33AB" w:rsidRPr="000767E2" w:rsidRDefault="00000000">
      <w:pPr>
        <w:rPr>
          <w:lang w:val="sv-SE"/>
        </w:rPr>
      </w:pPr>
      <w:r w:rsidRPr="000767E2">
        <w:rPr>
          <w:lang w:val="sv-SE"/>
        </w:rPr>
        <w:t>[[@</w:t>
      </w:r>
      <w:r w:rsidR="0096445B" w:rsidRPr="000767E2">
        <w:rPr>
          <w:lang w:val="sv-SE"/>
        </w:rPr>
        <w:t>BibleBIBEL82</w:t>
      </w:r>
      <w:r w:rsidRPr="000767E2">
        <w:rPr>
          <w:lang w:val="sv-SE"/>
        </w:rPr>
        <w:t>:Gal 2:1]]</w:t>
      </w:r>
      <w:r w:rsidRPr="000767E2">
        <w:rPr>
          <w:vertAlign w:val="superscript"/>
          <w:lang w:val="sv-SE"/>
        </w:rPr>
        <w:t>1</w:t>
      </w:r>
      <w:r w:rsidRPr="000767E2">
        <w:rPr>
          <w:lang w:val="sv-SE"/>
        </w:rPr>
        <w:t xml:space="preserve"> {{field-on:bible}}Sedan, efter fjorton år, gick jag åter upp till Jerusalem med Barnabas och tog även med Titus.{{field-off:bible}} [[@</w:t>
      </w:r>
      <w:r w:rsidR="0096445B" w:rsidRPr="000767E2">
        <w:rPr>
          <w:lang w:val="sv-SE"/>
        </w:rPr>
        <w:t>BibleBIBEL82</w:t>
      </w:r>
      <w:r w:rsidRPr="000767E2">
        <w:rPr>
          <w:lang w:val="sv-SE"/>
        </w:rPr>
        <w:t>:Gal 2:2]]</w:t>
      </w:r>
      <w:r w:rsidRPr="000767E2">
        <w:rPr>
          <w:vertAlign w:val="superscript"/>
          <w:lang w:val="sv-SE"/>
        </w:rPr>
        <w:t>2</w:t>
      </w:r>
      <w:r w:rsidRPr="000767E2">
        <w:rPr>
          <w:lang w:val="sv-SE"/>
        </w:rPr>
        <w:t xml:space="preserve"> {{field-on:bible}}Och jag gick upp efter en uppenbarelse och lade upp för dem evangeliet som jag förkunnar bland folkslagen. Men enskilt, för de ansedda, så att jag inte springer eller har sprungit förgäves.{{field-off:bible}}</w:t>
      </w:r>
    </w:p>
    <w:p w14:paraId="1B819C5A" w14:textId="61193644" w:rsidR="00BA33AB" w:rsidRPr="000767E2" w:rsidRDefault="00000000">
      <w:pPr>
        <w:rPr>
          <w:lang w:val="sv-SE"/>
        </w:rPr>
      </w:pPr>
      <w:r w:rsidRPr="000767E2">
        <w:rPr>
          <w:lang w:val="sv-SE"/>
        </w:rPr>
        <w:t>[[@</w:t>
      </w:r>
      <w:r w:rsidR="0096445B" w:rsidRPr="000767E2">
        <w:rPr>
          <w:lang w:val="sv-SE"/>
        </w:rPr>
        <w:t>BibleBIBEL82</w:t>
      </w:r>
      <w:r w:rsidRPr="000767E2">
        <w:rPr>
          <w:lang w:val="sv-SE"/>
        </w:rPr>
        <w:t>:Gal 2:3]]</w:t>
      </w:r>
      <w:r w:rsidRPr="000767E2">
        <w:rPr>
          <w:vertAlign w:val="superscript"/>
          <w:lang w:val="sv-SE"/>
        </w:rPr>
        <w:t>3</w:t>
      </w:r>
      <w:r w:rsidRPr="000767E2">
        <w:rPr>
          <w:lang w:val="sv-SE"/>
        </w:rPr>
        <w:t xml:space="preserve"> {{field-on:bible}}Men inte ens Titus, som </w:t>
      </w:r>
      <w:r w:rsidRPr="000767E2">
        <w:rPr>
          <w:i/>
          <w:lang w:val="sv-SE"/>
        </w:rPr>
        <w:t>var</w:t>
      </w:r>
      <w:r w:rsidRPr="000767E2">
        <w:rPr>
          <w:lang w:val="sv-SE"/>
        </w:rPr>
        <w:t xml:space="preserve"> med mig och är grek, blev nödgad att omskära sig.{{field-off:bible}} [[@</w:t>
      </w:r>
      <w:r w:rsidR="0096445B" w:rsidRPr="000767E2">
        <w:rPr>
          <w:lang w:val="sv-SE"/>
        </w:rPr>
        <w:t>BibleBIBEL82</w:t>
      </w:r>
      <w:r w:rsidRPr="000767E2">
        <w:rPr>
          <w:lang w:val="sv-SE"/>
        </w:rPr>
        <w:t>:Gal 2:4]]</w:t>
      </w:r>
      <w:r w:rsidRPr="000767E2">
        <w:rPr>
          <w:vertAlign w:val="superscript"/>
          <w:lang w:val="sv-SE"/>
        </w:rPr>
        <w:t>4</w:t>
      </w:r>
      <w:r w:rsidRPr="000767E2">
        <w:rPr>
          <w:lang w:val="sv-SE"/>
        </w:rPr>
        <w:t xml:space="preserve"> {{field-on:bible}}Och </w:t>
      </w:r>
      <w:r w:rsidRPr="000767E2">
        <w:rPr>
          <w:i/>
          <w:lang w:val="sv-SE"/>
        </w:rPr>
        <w:t>det var</w:t>
      </w:r>
      <w:r w:rsidRPr="000767E2">
        <w:rPr>
          <w:lang w:val="sv-SE"/>
        </w:rPr>
        <w:t xml:space="preserve"> på grund av de insmugna falska syskonen, som hade tagit sig in för att spionera på vår frihet som vi har i Kristus Jesus för att förslava oss.{{field-off:bible}} </w:t>
      </w:r>
      <w:r w:rsidRPr="000767E2">
        <w:rPr>
          <w:lang w:val="sv-SE"/>
        </w:rPr>
        <w:lastRenderedPageBreak/>
        <w:t>[[@</w:t>
      </w:r>
      <w:r w:rsidR="0096445B" w:rsidRPr="000767E2">
        <w:rPr>
          <w:lang w:val="sv-SE"/>
        </w:rPr>
        <w:t>BibleBIBEL82</w:t>
      </w:r>
      <w:r w:rsidRPr="000767E2">
        <w:rPr>
          <w:lang w:val="sv-SE"/>
        </w:rPr>
        <w:t>:Gal 2:5]]</w:t>
      </w:r>
      <w:r w:rsidRPr="000767E2">
        <w:rPr>
          <w:vertAlign w:val="superscript"/>
          <w:lang w:val="sv-SE"/>
        </w:rPr>
        <w:t>5</w:t>
      </w:r>
      <w:r w:rsidRPr="000767E2">
        <w:rPr>
          <w:lang w:val="sv-SE"/>
        </w:rPr>
        <w:t xml:space="preserve"> {{field-on:bible}}Inte ens för en stund gav vi efter för dem till underordning, för att evangeliets sanning skulle förbli hos er.{{field-off:bible}}</w:t>
      </w:r>
    </w:p>
    <w:p w14:paraId="5657E04B" w14:textId="069FBBE4" w:rsidR="00BA33AB" w:rsidRPr="000767E2" w:rsidRDefault="00000000">
      <w:pPr>
        <w:rPr>
          <w:lang w:val="sv-SE"/>
        </w:rPr>
      </w:pPr>
      <w:r w:rsidRPr="000767E2">
        <w:rPr>
          <w:lang w:val="sv-SE"/>
        </w:rPr>
        <w:t>[[@</w:t>
      </w:r>
      <w:r w:rsidR="0096445B" w:rsidRPr="000767E2">
        <w:rPr>
          <w:lang w:val="sv-SE"/>
        </w:rPr>
        <w:t>BibleBIBEL82</w:t>
      </w:r>
      <w:r w:rsidRPr="000767E2">
        <w:rPr>
          <w:lang w:val="sv-SE"/>
        </w:rPr>
        <w:t>:Gal 2:6]]</w:t>
      </w:r>
      <w:r w:rsidRPr="000767E2">
        <w:rPr>
          <w:vertAlign w:val="superscript"/>
          <w:lang w:val="sv-SE"/>
        </w:rPr>
        <w:t>6</w:t>
      </w:r>
      <w:r w:rsidRPr="000767E2">
        <w:rPr>
          <w:lang w:val="sv-SE"/>
        </w:rPr>
        <w:t xml:space="preserve"> {{field-on:bible}}Och från dem som ansågs vara något – hurdana de en gång var är för mig inte viktigt, Gud tar inte </w:t>
      </w:r>
      <w:r w:rsidRPr="000767E2">
        <w:rPr>
          <w:i/>
          <w:lang w:val="sv-SE"/>
        </w:rPr>
        <w:t>emot</w:t>
      </w:r>
      <w:r w:rsidRPr="000767E2">
        <w:rPr>
          <w:lang w:val="sv-SE"/>
        </w:rPr>
        <w:t xml:space="preserve"> en människas ansikte – lade nämligen inte de ansedda fram något mer för mig.{{field-off:bible}} [[@</w:t>
      </w:r>
      <w:r w:rsidR="0096445B" w:rsidRPr="000767E2">
        <w:rPr>
          <w:lang w:val="sv-SE"/>
        </w:rPr>
        <w:t>BibleBIBEL82</w:t>
      </w:r>
      <w:r w:rsidRPr="000767E2">
        <w:rPr>
          <w:lang w:val="sv-SE"/>
        </w:rPr>
        <w:t>:Gal 2:7]]</w:t>
      </w:r>
      <w:r w:rsidRPr="000767E2">
        <w:rPr>
          <w:vertAlign w:val="superscript"/>
          <w:lang w:val="sv-SE"/>
        </w:rPr>
        <w:t>7</w:t>
      </w:r>
      <w:r w:rsidRPr="000767E2">
        <w:rPr>
          <w:lang w:val="sv-SE"/>
        </w:rPr>
        <w:t xml:space="preserve"> {{field-on:bible}}Utan tvärtom: när de såg att jag blivit anförtrodd </w:t>
      </w:r>
      <w:r w:rsidRPr="000767E2">
        <w:rPr>
          <w:i/>
          <w:lang w:val="sv-SE"/>
        </w:rPr>
        <w:t>med</w:t>
      </w:r>
      <w:r w:rsidRPr="000767E2">
        <w:rPr>
          <w:lang w:val="sv-SE"/>
        </w:rPr>
        <w:t xml:space="preserve"> evangeliet för förhuden liksom Petrus för omskärelsen,{{field-off:bible}} [[@</w:t>
      </w:r>
      <w:r w:rsidR="0096445B" w:rsidRPr="000767E2">
        <w:rPr>
          <w:lang w:val="sv-SE"/>
        </w:rPr>
        <w:t>BibleBIBEL82</w:t>
      </w:r>
      <w:r w:rsidRPr="000767E2">
        <w:rPr>
          <w:lang w:val="sv-SE"/>
        </w:rPr>
        <w:t>:Gal 2:8]]</w:t>
      </w:r>
      <w:r w:rsidRPr="000767E2">
        <w:rPr>
          <w:vertAlign w:val="superscript"/>
          <w:lang w:val="sv-SE"/>
        </w:rPr>
        <w:t>8</w:t>
      </w:r>
      <w:r w:rsidRPr="000767E2">
        <w:rPr>
          <w:lang w:val="sv-SE"/>
        </w:rPr>
        <w:t xml:space="preserve"> {{field-on:bible}}för han som har verkat i Petrus till apostolat för omskärelsen har verkat också i mig för folkslagen,{{field-off:bible}} [[@</w:t>
      </w:r>
      <w:r w:rsidR="0096445B" w:rsidRPr="000767E2">
        <w:rPr>
          <w:lang w:val="sv-SE"/>
        </w:rPr>
        <w:t>BibleBIBEL82</w:t>
      </w:r>
      <w:r w:rsidRPr="000767E2">
        <w:rPr>
          <w:lang w:val="sv-SE"/>
        </w:rPr>
        <w:t>:Gal 2:9]]</w:t>
      </w:r>
      <w:r w:rsidRPr="000767E2">
        <w:rPr>
          <w:vertAlign w:val="superscript"/>
          <w:lang w:val="sv-SE"/>
        </w:rPr>
        <w:t>9</w:t>
      </w:r>
      <w:r w:rsidRPr="000767E2">
        <w:rPr>
          <w:lang w:val="sv-SE"/>
        </w:rPr>
        <w:t xml:space="preserve"> {{field-on:bible}}och när de förstod den nåd som har getts mig – Jakob och Kefas och Johannes, de som ansågs vara pelare – gav de mig och Barnabas högra </w:t>
      </w:r>
      <w:r w:rsidRPr="000767E2">
        <w:rPr>
          <w:i/>
          <w:lang w:val="sv-SE"/>
        </w:rPr>
        <w:t>handen</w:t>
      </w:r>
      <w:r w:rsidRPr="000767E2">
        <w:rPr>
          <w:lang w:val="sv-SE"/>
        </w:rPr>
        <w:t xml:space="preserve"> till gemenskap: att vi </w:t>
      </w:r>
      <w:r w:rsidRPr="000767E2">
        <w:rPr>
          <w:i/>
          <w:lang w:val="sv-SE"/>
        </w:rPr>
        <w:t>ska</w:t>
      </w:r>
      <w:r w:rsidRPr="000767E2">
        <w:rPr>
          <w:lang w:val="sv-SE"/>
        </w:rPr>
        <w:t xml:space="preserve"> till folkslagen och de till omskärelsen.{{field-off:bible}} [[@</w:t>
      </w:r>
      <w:r w:rsidR="0096445B" w:rsidRPr="000767E2">
        <w:rPr>
          <w:lang w:val="sv-SE"/>
        </w:rPr>
        <w:t>BibleBIBEL82</w:t>
      </w:r>
      <w:r w:rsidRPr="000767E2">
        <w:rPr>
          <w:lang w:val="sv-SE"/>
        </w:rPr>
        <w:t>:Gal 2:10]]</w:t>
      </w:r>
      <w:r w:rsidRPr="000767E2">
        <w:rPr>
          <w:vertAlign w:val="superscript"/>
          <w:lang w:val="sv-SE"/>
        </w:rPr>
        <w:t>10</w:t>
      </w:r>
      <w:r w:rsidRPr="000767E2">
        <w:rPr>
          <w:lang w:val="sv-SE"/>
        </w:rPr>
        <w:t xml:space="preserve"> {{field-on:bible}}</w:t>
      </w:r>
      <w:r w:rsidRPr="000767E2">
        <w:rPr>
          <w:i/>
          <w:lang w:val="sv-SE"/>
        </w:rPr>
        <w:t>Det var</w:t>
      </w:r>
      <w:r w:rsidRPr="000767E2">
        <w:rPr>
          <w:lang w:val="sv-SE"/>
        </w:rPr>
        <w:t xml:space="preserve"> bara de fattiga, att vi skulle minnas </w:t>
      </w:r>
      <w:r w:rsidRPr="000767E2">
        <w:rPr>
          <w:i/>
          <w:lang w:val="sv-SE"/>
        </w:rPr>
        <w:t>dem</w:t>
      </w:r>
      <w:r w:rsidRPr="000767E2">
        <w:rPr>
          <w:lang w:val="sv-SE"/>
        </w:rPr>
        <w:t>. Det har jag också ivrat för, att göra just detta.{{field-off:bible}}</w:t>
      </w:r>
    </w:p>
    <w:p w14:paraId="04446E8C" w14:textId="77777777" w:rsidR="00BA33AB" w:rsidRPr="000767E2" w:rsidRDefault="00000000">
      <w:pPr>
        <w:pStyle w:val="Rubrik3"/>
        <w:rPr>
          <w:lang w:val="sv-SE"/>
        </w:rPr>
      </w:pPr>
      <w:r w:rsidRPr="000767E2">
        <w:rPr>
          <w:lang w:val="sv-SE"/>
        </w:rPr>
        <w:t>Paulus går emot Kefas</w:t>
      </w:r>
    </w:p>
    <w:p w14:paraId="5051A768" w14:textId="5BA98507" w:rsidR="00BA33AB" w:rsidRPr="000767E2" w:rsidRDefault="00000000">
      <w:pPr>
        <w:rPr>
          <w:lang w:val="sv-SE"/>
        </w:rPr>
      </w:pPr>
      <w:r w:rsidRPr="000767E2">
        <w:rPr>
          <w:lang w:val="sv-SE"/>
        </w:rPr>
        <w:t>[[@</w:t>
      </w:r>
      <w:r w:rsidR="0096445B" w:rsidRPr="000767E2">
        <w:rPr>
          <w:lang w:val="sv-SE"/>
        </w:rPr>
        <w:t>BibleBIBEL82</w:t>
      </w:r>
      <w:r w:rsidRPr="000767E2">
        <w:rPr>
          <w:lang w:val="sv-SE"/>
        </w:rPr>
        <w:t>:Gal 2:11]]</w:t>
      </w:r>
      <w:r w:rsidRPr="000767E2">
        <w:rPr>
          <w:vertAlign w:val="superscript"/>
          <w:lang w:val="sv-SE"/>
        </w:rPr>
        <w:t>11</w:t>
      </w:r>
      <w:r w:rsidRPr="000767E2">
        <w:rPr>
          <w:lang w:val="sv-SE"/>
        </w:rPr>
        <w:t xml:space="preserve"> {{field-on:bible}}Men när Kefas kom till Antiochia stod jag emot honom </w:t>
      </w:r>
      <w:r w:rsidRPr="000767E2">
        <w:rPr>
          <w:i/>
          <w:lang w:val="sv-SE"/>
        </w:rPr>
        <w:t>rakt</w:t>
      </w:r>
      <w:r w:rsidRPr="000767E2">
        <w:rPr>
          <w:lang w:val="sv-SE"/>
        </w:rPr>
        <w:t xml:space="preserve"> i ansiktet, eftersom han var dömd.{{field-off:bible}} [[@</w:t>
      </w:r>
      <w:r w:rsidR="0096445B" w:rsidRPr="000767E2">
        <w:rPr>
          <w:lang w:val="sv-SE"/>
        </w:rPr>
        <w:t>BibleBIBEL82</w:t>
      </w:r>
      <w:r w:rsidRPr="000767E2">
        <w:rPr>
          <w:lang w:val="sv-SE"/>
        </w:rPr>
        <w:t>:Gal 2:12]]</w:t>
      </w:r>
      <w:r w:rsidRPr="000767E2">
        <w:rPr>
          <w:vertAlign w:val="superscript"/>
          <w:lang w:val="sv-SE"/>
        </w:rPr>
        <w:t>12</w:t>
      </w:r>
      <w:r w:rsidRPr="000767E2">
        <w:rPr>
          <w:lang w:val="sv-SE"/>
        </w:rPr>
        <w:t xml:space="preserve"> {{field-on:bible}}För innan </w:t>
      </w:r>
      <w:r w:rsidRPr="000767E2">
        <w:rPr>
          <w:i/>
          <w:lang w:val="sv-SE"/>
        </w:rPr>
        <w:t>det</w:t>
      </w:r>
      <w:r w:rsidRPr="000767E2">
        <w:rPr>
          <w:lang w:val="sv-SE"/>
        </w:rPr>
        <w:t xml:space="preserve"> kom några från Jakob, åt han tillsammans med folkslagen. Men när de kom, skyggade han undan och avskilde sig själv, då han fruktade dem av omskärelsen.{{field-off:bible}} [[@</w:t>
      </w:r>
      <w:r w:rsidR="0096445B" w:rsidRPr="000767E2">
        <w:rPr>
          <w:lang w:val="sv-SE"/>
        </w:rPr>
        <w:t>BibleBIBEL82</w:t>
      </w:r>
      <w:r w:rsidRPr="000767E2">
        <w:rPr>
          <w:lang w:val="sv-SE"/>
        </w:rPr>
        <w:t>:Gal 2:13]]</w:t>
      </w:r>
      <w:r w:rsidRPr="000767E2">
        <w:rPr>
          <w:vertAlign w:val="superscript"/>
          <w:lang w:val="sv-SE"/>
        </w:rPr>
        <w:t>13</w:t>
      </w:r>
      <w:r w:rsidRPr="000767E2">
        <w:rPr>
          <w:lang w:val="sv-SE"/>
        </w:rPr>
        <w:t xml:space="preserve"> {{field-on:bible}}Och med honom hycklade [även] de övriga judarna, så att </w:t>
      </w:r>
      <w:r w:rsidRPr="000767E2">
        <w:rPr>
          <w:i/>
          <w:lang w:val="sv-SE"/>
        </w:rPr>
        <w:t>till</w:t>
      </w:r>
      <w:r w:rsidRPr="000767E2">
        <w:rPr>
          <w:lang w:val="sv-SE"/>
        </w:rPr>
        <w:t xml:space="preserve"> och </w:t>
      </w:r>
      <w:r w:rsidRPr="000767E2">
        <w:rPr>
          <w:i/>
          <w:lang w:val="sv-SE"/>
        </w:rPr>
        <w:t>med</w:t>
      </w:r>
      <w:r w:rsidRPr="000767E2">
        <w:rPr>
          <w:lang w:val="sv-SE"/>
        </w:rPr>
        <w:t xml:space="preserve"> Barnabas drogs med i deras hyckleri.{{field-off:bible}}</w:t>
      </w:r>
    </w:p>
    <w:p w14:paraId="6790239C" w14:textId="5D39D25F" w:rsidR="00BA33AB" w:rsidRPr="000767E2" w:rsidRDefault="00000000">
      <w:pPr>
        <w:rPr>
          <w:lang w:val="sv-SE"/>
        </w:rPr>
      </w:pPr>
      <w:r w:rsidRPr="000767E2">
        <w:rPr>
          <w:lang w:val="sv-SE"/>
        </w:rPr>
        <w:t>[[@</w:t>
      </w:r>
      <w:r w:rsidR="0096445B" w:rsidRPr="000767E2">
        <w:rPr>
          <w:lang w:val="sv-SE"/>
        </w:rPr>
        <w:t>BibleBIBEL82</w:t>
      </w:r>
      <w:r w:rsidRPr="000767E2">
        <w:rPr>
          <w:lang w:val="sv-SE"/>
        </w:rPr>
        <w:t>:Gal 2:14]]</w:t>
      </w:r>
      <w:r w:rsidRPr="000767E2">
        <w:rPr>
          <w:vertAlign w:val="superscript"/>
          <w:lang w:val="sv-SE"/>
        </w:rPr>
        <w:t>14</w:t>
      </w:r>
      <w:r w:rsidRPr="000767E2">
        <w:rPr>
          <w:lang w:val="sv-SE"/>
        </w:rPr>
        <w:t xml:space="preserve"> {{field-on:bible}}Men när jag såg att de inte vandrar rätt efter evangeliets sanning, sade jag till Kefas inför alla: ”Om du som är jude lever som hos folkslagen och inte judaiskt, hur </w:t>
      </w:r>
      <w:r w:rsidRPr="000767E2">
        <w:rPr>
          <w:i/>
          <w:lang w:val="sv-SE"/>
        </w:rPr>
        <w:t>kan</w:t>
      </w:r>
      <w:r w:rsidRPr="000767E2">
        <w:rPr>
          <w:lang w:val="sv-SE"/>
        </w:rPr>
        <w:t xml:space="preserve"> du nödga folkslagen att judaisera?”{{field-off:bible}}</w:t>
      </w:r>
    </w:p>
    <w:p w14:paraId="1FB307EB" w14:textId="77777777" w:rsidR="00BA33AB" w:rsidRPr="000767E2" w:rsidRDefault="00000000">
      <w:pPr>
        <w:pStyle w:val="Rubrik3"/>
        <w:rPr>
          <w:lang w:val="sv-SE"/>
        </w:rPr>
      </w:pPr>
      <w:r w:rsidRPr="000767E2">
        <w:rPr>
          <w:lang w:val="sv-SE"/>
        </w:rPr>
        <w:t>Rättfärdig av tro</w:t>
      </w:r>
    </w:p>
    <w:p w14:paraId="32437998" w14:textId="0110E06C" w:rsidR="00BA33AB" w:rsidRPr="000767E2" w:rsidRDefault="00000000">
      <w:pPr>
        <w:rPr>
          <w:lang w:val="sv-SE"/>
        </w:rPr>
      </w:pPr>
      <w:r w:rsidRPr="000767E2">
        <w:rPr>
          <w:lang w:val="sv-SE"/>
        </w:rPr>
        <w:t>[[@</w:t>
      </w:r>
      <w:r w:rsidR="0096445B" w:rsidRPr="000767E2">
        <w:rPr>
          <w:lang w:val="sv-SE"/>
        </w:rPr>
        <w:t>BibleBIBEL82</w:t>
      </w:r>
      <w:r w:rsidRPr="000767E2">
        <w:rPr>
          <w:lang w:val="sv-SE"/>
        </w:rPr>
        <w:t>:Gal 2:15]]</w:t>
      </w:r>
      <w:r w:rsidRPr="000767E2">
        <w:rPr>
          <w:vertAlign w:val="superscript"/>
          <w:lang w:val="sv-SE"/>
        </w:rPr>
        <w:t>15</w:t>
      </w:r>
      <w:r w:rsidRPr="000767E2">
        <w:rPr>
          <w:lang w:val="sv-SE"/>
        </w:rPr>
        <w:t xml:space="preserve"> {{field-on:bible}}Vi </w:t>
      </w:r>
      <w:r w:rsidRPr="000767E2">
        <w:rPr>
          <w:i/>
          <w:lang w:val="sv-SE"/>
        </w:rPr>
        <w:t>är</w:t>
      </w:r>
      <w:r w:rsidRPr="000767E2">
        <w:rPr>
          <w:lang w:val="sv-SE"/>
        </w:rPr>
        <w:t xml:space="preserve"> judar av naturen och inte syndare från folkslag.{{field-off:bible}} [[@</w:t>
      </w:r>
      <w:r w:rsidR="0096445B" w:rsidRPr="000767E2">
        <w:rPr>
          <w:lang w:val="sv-SE"/>
        </w:rPr>
        <w:t>BibleBIBEL82</w:t>
      </w:r>
      <w:r w:rsidRPr="000767E2">
        <w:rPr>
          <w:lang w:val="sv-SE"/>
        </w:rPr>
        <w:t>:Gal 2:16]]</w:t>
      </w:r>
      <w:r w:rsidRPr="000767E2">
        <w:rPr>
          <w:vertAlign w:val="superscript"/>
          <w:lang w:val="sv-SE"/>
        </w:rPr>
        <w:t>16</w:t>
      </w:r>
      <w:r w:rsidRPr="000767E2">
        <w:rPr>
          <w:lang w:val="sv-SE"/>
        </w:rPr>
        <w:t xml:space="preserve"> {{field-on:bible}}[Men] då vi vet att en människa inte förklaras rättfärdig av laggärningar utan genom tro på Jesus Kristus, har också vi kommit till tro på Kristus Jesus, för att bli rättfärdigförklarade av tro på Kristus och inte av laggärningar. För av laggärningar rättfärdigförklaras inget kött.{{field-off:bible}}</w:t>
      </w:r>
    </w:p>
    <w:p w14:paraId="619C9109" w14:textId="41D896A7" w:rsidR="00BA33AB" w:rsidRPr="000767E2" w:rsidRDefault="00000000">
      <w:pPr>
        <w:rPr>
          <w:lang w:val="sv-SE"/>
        </w:rPr>
      </w:pPr>
      <w:r w:rsidRPr="000767E2">
        <w:rPr>
          <w:lang w:val="sv-SE"/>
        </w:rPr>
        <w:t>[[@</w:t>
      </w:r>
      <w:r w:rsidR="0096445B" w:rsidRPr="000767E2">
        <w:rPr>
          <w:lang w:val="sv-SE"/>
        </w:rPr>
        <w:t>BibleBIBEL82</w:t>
      </w:r>
      <w:r w:rsidRPr="000767E2">
        <w:rPr>
          <w:lang w:val="sv-SE"/>
        </w:rPr>
        <w:t>:Gal 2:17]]</w:t>
      </w:r>
      <w:r w:rsidRPr="000767E2">
        <w:rPr>
          <w:vertAlign w:val="superscript"/>
          <w:lang w:val="sv-SE"/>
        </w:rPr>
        <w:t>17</w:t>
      </w:r>
      <w:r w:rsidRPr="000767E2">
        <w:rPr>
          <w:lang w:val="sv-SE"/>
        </w:rPr>
        <w:t xml:space="preserve"> {{field-on:bible}}Men om vi söker förklaras rättfärdiga i Kristus och även själva befinns </w:t>
      </w:r>
      <w:r w:rsidRPr="000767E2">
        <w:rPr>
          <w:i/>
          <w:lang w:val="sv-SE"/>
        </w:rPr>
        <w:t>vara</w:t>
      </w:r>
      <w:r w:rsidRPr="000767E2">
        <w:rPr>
          <w:lang w:val="sv-SE"/>
        </w:rPr>
        <w:t xml:space="preserve"> syndare, är då Kristus en syndens tjänare? Får inte ske!{{field-off:bible}} [[@</w:t>
      </w:r>
      <w:r w:rsidR="0096445B" w:rsidRPr="000767E2">
        <w:rPr>
          <w:lang w:val="sv-SE"/>
        </w:rPr>
        <w:t>BibleBIBEL82</w:t>
      </w:r>
      <w:r w:rsidRPr="000767E2">
        <w:rPr>
          <w:lang w:val="sv-SE"/>
        </w:rPr>
        <w:t>:Gal 2:18]]</w:t>
      </w:r>
      <w:r w:rsidRPr="000767E2">
        <w:rPr>
          <w:vertAlign w:val="superscript"/>
          <w:lang w:val="sv-SE"/>
        </w:rPr>
        <w:t>18</w:t>
      </w:r>
      <w:r w:rsidRPr="000767E2">
        <w:rPr>
          <w:lang w:val="sv-SE"/>
        </w:rPr>
        <w:t xml:space="preserve"> {{field-on:bible}}För om jag bygger upp detta igen som jag rev ner, demonstrerar jag </w:t>
      </w:r>
      <w:r w:rsidRPr="000767E2">
        <w:rPr>
          <w:i/>
          <w:lang w:val="sv-SE"/>
        </w:rPr>
        <w:t>att</w:t>
      </w:r>
      <w:r w:rsidRPr="000767E2">
        <w:rPr>
          <w:lang w:val="sv-SE"/>
        </w:rPr>
        <w:t xml:space="preserve"> jag själv </w:t>
      </w:r>
      <w:r w:rsidRPr="000767E2">
        <w:rPr>
          <w:i/>
          <w:lang w:val="sv-SE"/>
        </w:rPr>
        <w:t>är en</w:t>
      </w:r>
      <w:r w:rsidRPr="000767E2">
        <w:rPr>
          <w:lang w:val="sv-SE"/>
        </w:rPr>
        <w:t xml:space="preserve"> överträdare.{{field-off:bible}} [[@</w:t>
      </w:r>
      <w:r w:rsidR="0096445B" w:rsidRPr="000767E2">
        <w:rPr>
          <w:lang w:val="sv-SE"/>
        </w:rPr>
        <w:t>BibleBIBEL82</w:t>
      </w:r>
      <w:r w:rsidRPr="000767E2">
        <w:rPr>
          <w:lang w:val="sv-SE"/>
        </w:rPr>
        <w:t>:Gal 2:19]]</w:t>
      </w:r>
      <w:r w:rsidRPr="000767E2">
        <w:rPr>
          <w:vertAlign w:val="superscript"/>
          <w:lang w:val="sv-SE"/>
        </w:rPr>
        <w:t>19</w:t>
      </w:r>
      <w:r w:rsidRPr="000767E2">
        <w:rPr>
          <w:lang w:val="sv-SE"/>
        </w:rPr>
        <w:t xml:space="preserve"> {{field-on:bible}}För jag har genom lag dött gentemot lag, för att leva gentemot Gud. Med Kristus är jag korsfäst.{{field-off:bible}} [[@</w:t>
      </w:r>
      <w:r w:rsidR="0096445B" w:rsidRPr="000767E2">
        <w:rPr>
          <w:lang w:val="sv-SE"/>
        </w:rPr>
        <w:t>BibleBIBEL82</w:t>
      </w:r>
      <w:r w:rsidRPr="000767E2">
        <w:rPr>
          <w:lang w:val="sv-SE"/>
        </w:rPr>
        <w:t>:Gal 2:20]]</w:t>
      </w:r>
      <w:r w:rsidRPr="000767E2">
        <w:rPr>
          <w:vertAlign w:val="superscript"/>
          <w:lang w:val="sv-SE"/>
        </w:rPr>
        <w:t>20</w:t>
      </w:r>
      <w:r w:rsidRPr="000767E2">
        <w:rPr>
          <w:lang w:val="sv-SE"/>
        </w:rPr>
        <w:t xml:space="preserve"> {{field-on:bible}}Och jag lever, </w:t>
      </w:r>
      <w:r w:rsidRPr="000767E2">
        <w:rPr>
          <w:i/>
          <w:lang w:val="sv-SE"/>
        </w:rPr>
        <w:t>men</w:t>
      </w:r>
      <w:r w:rsidRPr="000767E2">
        <w:rPr>
          <w:lang w:val="sv-SE"/>
        </w:rPr>
        <w:t xml:space="preserve"> inte längre jag, utan </w:t>
      </w:r>
      <w:r w:rsidRPr="000767E2">
        <w:rPr>
          <w:i/>
          <w:lang w:val="sv-SE"/>
        </w:rPr>
        <w:t>nu</w:t>
      </w:r>
      <w:r w:rsidRPr="000767E2">
        <w:rPr>
          <w:lang w:val="sv-SE"/>
        </w:rPr>
        <w:t xml:space="preserve"> lever i mig Kristus. Och det jag nu lever i köttet lever jag i tro på Guds Son, som har älskat mig och utlämnat sig själv för mig.{{field-off:bible}} [[@</w:t>
      </w:r>
      <w:r w:rsidR="0096445B" w:rsidRPr="000767E2">
        <w:rPr>
          <w:lang w:val="sv-SE"/>
        </w:rPr>
        <w:t>BibleBIBEL82</w:t>
      </w:r>
      <w:r w:rsidRPr="000767E2">
        <w:rPr>
          <w:lang w:val="sv-SE"/>
        </w:rPr>
        <w:t>:Gal 2:21]]</w:t>
      </w:r>
      <w:r w:rsidRPr="000767E2">
        <w:rPr>
          <w:vertAlign w:val="superscript"/>
          <w:lang w:val="sv-SE"/>
        </w:rPr>
        <w:t>21</w:t>
      </w:r>
      <w:r w:rsidRPr="000767E2">
        <w:rPr>
          <w:lang w:val="sv-SE"/>
        </w:rPr>
        <w:t xml:space="preserve"> {{field-on:bible}}Jag avvisar inte Guds </w:t>
      </w:r>
      <w:r w:rsidRPr="000767E2">
        <w:rPr>
          <w:lang w:val="sv-SE"/>
        </w:rPr>
        <w:lastRenderedPageBreak/>
        <w:t xml:space="preserve">nåd. För om </w:t>
      </w:r>
      <w:r w:rsidRPr="000767E2">
        <w:rPr>
          <w:i/>
          <w:lang w:val="sv-SE"/>
        </w:rPr>
        <w:t>det är</w:t>
      </w:r>
      <w:r w:rsidRPr="000767E2">
        <w:rPr>
          <w:lang w:val="sv-SE"/>
        </w:rPr>
        <w:t xml:space="preserve"> genom lag rättfärdighet </w:t>
      </w:r>
      <w:r w:rsidRPr="000767E2">
        <w:rPr>
          <w:i/>
          <w:lang w:val="sv-SE"/>
        </w:rPr>
        <w:t>kommer</w:t>
      </w:r>
      <w:r w:rsidRPr="000767E2">
        <w:rPr>
          <w:lang w:val="sv-SE"/>
        </w:rPr>
        <w:t>, då har Kristus dött utan orsak.{{field-off:bible}}</w:t>
      </w:r>
    </w:p>
    <w:p w14:paraId="4E74F7C9" w14:textId="1A02BD8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:Gal 3]]Kapitel 3</w:t>
      </w:r>
    </w:p>
    <w:p w14:paraId="7852BAF9" w14:textId="77777777" w:rsidR="00BA33AB" w:rsidRPr="000767E2" w:rsidRDefault="00000000">
      <w:pPr>
        <w:pStyle w:val="Rubrik3"/>
        <w:rPr>
          <w:lang w:val="sv-SE"/>
        </w:rPr>
      </w:pPr>
      <w:r w:rsidRPr="000767E2">
        <w:rPr>
          <w:lang w:val="sv-SE"/>
        </w:rPr>
        <w:t>Abrahams barn av tro</w:t>
      </w:r>
    </w:p>
    <w:p w14:paraId="18DBE44F" w14:textId="45DF4E30" w:rsidR="00BA33AB" w:rsidRPr="000767E2" w:rsidRDefault="00000000">
      <w:pPr>
        <w:rPr>
          <w:lang w:val="sv-SE"/>
        </w:rPr>
      </w:pPr>
      <w:r w:rsidRPr="000767E2">
        <w:rPr>
          <w:lang w:val="sv-SE"/>
        </w:rPr>
        <w:t>[[@</w:t>
      </w:r>
      <w:r w:rsidR="0096445B" w:rsidRPr="000767E2">
        <w:rPr>
          <w:lang w:val="sv-SE"/>
        </w:rPr>
        <w:t>BibleBIBEL82</w:t>
      </w:r>
      <w:r w:rsidRPr="000767E2">
        <w:rPr>
          <w:lang w:val="sv-SE"/>
        </w:rPr>
        <w:t>:Gal 3:1]]</w:t>
      </w:r>
      <w:r w:rsidRPr="000767E2">
        <w:rPr>
          <w:vertAlign w:val="superscript"/>
          <w:lang w:val="sv-SE"/>
        </w:rPr>
        <w:t>1</w:t>
      </w:r>
      <w:r w:rsidRPr="000767E2">
        <w:rPr>
          <w:lang w:val="sv-SE"/>
        </w:rPr>
        <w:t xml:space="preserve"> {{field-on:bible}}O oförnuftiga galater! Vem har förhäxat er, </w:t>
      </w:r>
      <w:r w:rsidRPr="000767E2">
        <w:rPr>
          <w:i/>
          <w:lang w:val="sv-SE"/>
        </w:rPr>
        <w:t>ni</w:t>
      </w:r>
      <w:r w:rsidRPr="000767E2">
        <w:rPr>
          <w:lang w:val="sv-SE"/>
        </w:rPr>
        <w:t xml:space="preserve"> som för ögonen har </w:t>
      </w:r>
      <w:r w:rsidRPr="000767E2">
        <w:rPr>
          <w:i/>
          <w:lang w:val="sv-SE"/>
        </w:rPr>
        <w:t>fått</w:t>
      </w:r>
      <w:r w:rsidRPr="000767E2">
        <w:rPr>
          <w:lang w:val="sv-SE"/>
        </w:rPr>
        <w:t xml:space="preserve"> Jesus Kristus frammålad </w:t>
      </w:r>
      <w:r w:rsidRPr="000767E2">
        <w:rPr>
          <w:i/>
          <w:lang w:val="sv-SE"/>
        </w:rPr>
        <w:t>som</w:t>
      </w:r>
      <w:r w:rsidRPr="000767E2">
        <w:rPr>
          <w:lang w:val="sv-SE"/>
        </w:rPr>
        <w:t xml:space="preserve"> korsfäst?{{field-off:bible}} [[@</w:t>
      </w:r>
      <w:r w:rsidR="0096445B" w:rsidRPr="000767E2">
        <w:rPr>
          <w:lang w:val="sv-SE"/>
        </w:rPr>
        <w:t>BibleBIBEL82</w:t>
      </w:r>
      <w:r w:rsidRPr="000767E2">
        <w:rPr>
          <w:lang w:val="sv-SE"/>
        </w:rPr>
        <w:t>:Gal 3:2]]</w:t>
      </w:r>
      <w:r w:rsidRPr="000767E2">
        <w:rPr>
          <w:vertAlign w:val="superscript"/>
          <w:lang w:val="sv-SE"/>
        </w:rPr>
        <w:t>2</w:t>
      </w:r>
      <w:r w:rsidRPr="000767E2">
        <w:rPr>
          <w:lang w:val="sv-SE"/>
        </w:rPr>
        <w:t xml:space="preserve"> {{field-on:bible}}Detta enda vill jag få reda på från er: </w:t>
      </w:r>
      <w:r w:rsidRPr="000767E2">
        <w:rPr>
          <w:i/>
          <w:lang w:val="sv-SE"/>
        </w:rPr>
        <w:t>var det</w:t>
      </w:r>
      <w:r w:rsidRPr="000767E2">
        <w:rPr>
          <w:lang w:val="sv-SE"/>
        </w:rPr>
        <w:t xml:space="preserve"> av laggärningar ni </w:t>
      </w:r>
      <w:r w:rsidRPr="000767E2">
        <w:rPr>
          <w:i/>
          <w:lang w:val="sv-SE"/>
        </w:rPr>
        <w:t>fick</w:t>
      </w:r>
      <w:r w:rsidRPr="000767E2">
        <w:rPr>
          <w:lang w:val="sv-SE"/>
        </w:rPr>
        <w:t xml:space="preserve"> ta </w:t>
      </w:r>
      <w:r w:rsidRPr="000767E2">
        <w:rPr>
          <w:i/>
          <w:lang w:val="sv-SE"/>
        </w:rPr>
        <w:t>emot</w:t>
      </w:r>
      <w:r w:rsidRPr="000767E2">
        <w:rPr>
          <w:lang w:val="sv-SE"/>
        </w:rPr>
        <w:t xml:space="preserve"> Anden, eller av hörande i tro?{{field-off:bible}} [[@</w:t>
      </w:r>
      <w:r w:rsidR="0096445B" w:rsidRPr="000767E2">
        <w:rPr>
          <w:lang w:val="sv-SE"/>
        </w:rPr>
        <w:t>BibleBIBEL82</w:t>
      </w:r>
      <w:r w:rsidRPr="000767E2">
        <w:rPr>
          <w:lang w:val="sv-SE"/>
        </w:rPr>
        <w:t>:Gal 3:3]]</w:t>
      </w:r>
      <w:r w:rsidRPr="000767E2">
        <w:rPr>
          <w:vertAlign w:val="superscript"/>
          <w:lang w:val="sv-SE"/>
        </w:rPr>
        <w:t>3</w:t>
      </w:r>
      <w:r w:rsidRPr="000767E2">
        <w:rPr>
          <w:lang w:val="sv-SE"/>
        </w:rPr>
        <w:t xml:space="preserve"> {{field-on:bible}}Är ni så oförnuftiga? När ni påbörjat i Ande, </w:t>
      </w:r>
      <w:r w:rsidRPr="000767E2">
        <w:rPr>
          <w:i/>
          <w:lang w:val="sv-SE"/>
        </w:rPr>
        <w:t>är det</w:t>
      </w:r>
      <w:r w:rsidRPr="000767E2">
        <w:rPr>
          <w:lang w:val="sv-SE"/>
        </w:rPr>
        <w:t xml:space="preserve"> nu i kött ni fullbordar?{{field-off:bible}} [[@</w:t>
      </w:r>
      <w:r w:rsidR="0096445B" w:rsidRPr="000767E2">
        <w:rPr>
          <w:lang w:val="sv-SE"/>
        </w:rPr>
        <w:t>BibleBIBEL82</w:t>
      </w:r>
      <w:r w:rsidRPr="000767E2">
        <w:rPr>
          <w:lang w:val="sv-SE"/>
        </w:rPr>
        <w:t>:Gal 3:4]]</w:t>
      </w:r>
      <w:r w:rsidRPr="000767E2">
        <w:rPr>
          <w:vertAlign w:val="superscript"/>
          <w:lang w:val="sv-SE"/>
        </w:rPr>
        <w:t>4</w:t>
      </w:r>
      <w:r w:rsidRPr="000767E2">
        <w:rPr>
          <w:lang w:val="sv-SE"/>
        </w:rPr>
        <w:t xml:space="preserve"> {{field-on:bible}}Har ni lidit så mycket i onödan? Om </w:t>
      </w:r>
      <w:r w:rsidRPr="000767E2">
        <w:rPr>
          <w:i/>
          <w:lang w:val="sv-SE"/>
        </w:rPr>
        <w:t>det</w:t>
      </w:r>
      <w:r w:rsidRPr="000767E2">
        <w:rPr>
          <w:lang w:val="sv-SE"/>
        </w:rPr>
        <w:t xml:space="preserve"> nu också </w:t>
      </w:r>
      <w:r w:rsidRPr="000767E2">
        <w:rPr>
          <w:i/>
          <w:lang w:val="sv-SE"/>
        </w:rPr>
        <w:t>var</w:t>
      </w:r>
      <w:r w:rsidRPr="000767E2">
        <w:rPr>
          <w:lang w:val="sv-SE"/>
        </w:rPr>
        <w:t xml:space="preserve"> i onödan.{{field-off:bible}} [[@</w:t>
      </w:r>
      <w:r w:rsidR="0096445B" w:rsidRPr="000767E2">
        <w:rPr>
          <w:lang w:val="sv-SE"/>
        </w:rPr>
        <w:t>BibleBIBEL82</w:t>
      </w:r>
      <w:r w:rsidRPr="000767E2">
        <w:rPr>
          <w:lang w:val="sv-SE"/>
        </w:rPr>
        <w:t>:Gal 3:5]]</w:t>
      </w:r>
      <w:r w:rsidRPr="000767E2">
        <w:rPr>
          <w:vertAlign w:val="superscript"/>
          <w:lang w:val="sv-SE"/>
        </w:rPr>
        <w:t>5</w:t>
      </w:r>
      <w:r w:rsidRPr="000767E2">
        <w:rPr>
          <w:lang w:val="sv-SE"/>
        </w:rPr>
        <w:t xml:space="preserve"> {{field-on:bible}}Han som alltså bibringar er Anden och verkar kraftgärningar bland er, </w:t>
      </w:r>
      <w:r w:rsidRPr="000767E2">
        <w:rPr>
          <w:i/>
          <w:lang w:val="sv-SE"/>
        </w:rPr>
        <w:t>är det</w:t>
      </w:r>
      <w:r w:rsidRPr="000767E2">
        <w:rPr>
          <w:lang w:val="sv-SE"/>
        </w:rPr>
        <w:t xml:space="preserve"> av laggärningar? Eller av hörande i tro?{{field-off:bible}}</w:t>
      </w:r>
    </w:p>
    <w:p w14:paraId="46D27C4C" w14:textId="59F6EECF" w:rsidR="00BA33AB" w:rsidRPr="000767E2" w:rsidRDefault="00000000">
      <w:pPr>
        <w:rPr>
          <w:lang w:val="sv-SE"/>
        </w:rPr>
      </w:pPr>
      <w:r w:rsidRPr="000767E2">
        <w:rPr>
          <w:lang w:val="sv-SE"/>
        </w:rPr>
        <w:t>[[@</w:t>
      </w:r>
      <w:r w:rsidR="0096445B" w:rsidRPr="000767E2">
        <w:rPr>
          <w:lang w:val="sv-SE"/>
        </w:rPr>
        <w:t>BibleBIBEL82</w:t>
      </w:r>
      <w:r w:rsidRPr="000767E2">
        <w:rPr>
          <w:lang w:val="sv-SE"/>
        </w:rPr>
        <w:t>:Gal 3:6]]</w:t>
      </w:r>
      <w:r w:rsidRPr="000767E2">
        <w:rPr>
          <w:vertAlign w:val="superscript"/>
          <w:lang w:val="sv-SE"/>
        </w:rPr>
        <w:t>6</w:t>
      </w:r>
      <w:r w:rsidRPr="000767E2">
        <w:rPr>
          <w:lang w:val="sv-SE"/>
        </w:rPr>
        <w:t xml:space="preserve"> {{field-on:bible}}Liksom Abraham: han trodde Gud, och det räknades honom till rättfärdighet.{{field-off:bible}} [[@</w:t>
      </w:r>
      <w:r w:rsidR="0096445B" w:rsidRPr="000767E2">
        <w:rPr>
          <w:lang w:val="sv-SE"/>
        </w:rPr>
        <w:t>BibleBIBEL82</w:t>
      </w:r>
      <w:r w:rsidRPr="000767E2">
        <w:rPr>
          <w:lang w:val="sv-SE"/>
        </w:rPr>
        <w:t>:Gal 3:7]]</w:t>
      </w:r>
      <w:r w:rsidRPr="000767E2">
        <w:rPr>
          <w:vertAlign w:val="superscript"/>
          <w:lang w:val="sv-SE"/>
        </w:rPr>
        <w:t>7</w:t>
      </w:r>
      <w:r w:rsidRPr="000767E2">
        <w:rPr>
          <w:lang w:val="sv-SE"/>
        </w:rPr>
        <w:t xml:space="preserve"> {{field-on:bible}}Förstå då att de </w:t>
      </w:r>
      <w:r w:rsidRPr="000767E2">
        <w:rPr>
          <w:i/>
          <w:lang w:val="sv-SE"/>
        </w:rPr>
        <w:t>som är</w:t>
      </w:r>
      <w:r w:rsidRPr="000767E2">
        <w:rPr>
          <w:lang w:val="sv-SE"/>
        </w:rPr>
        <w:t xml:space="preserve"> av tro, dessa är söner till Abraham.{{field-off:bible}} [[@</w:t>
      </w:r>
      <w:r w:rsidR="0096445B" w:rsidRPr="000767E2">
        <w:rPr>
          <w:lang w:val="sv-SE"/>
        </w:rPr>
        <w:t>BibleBIBEL82</w:t>
      </w:r>
      <w:r w:rsidRPr="000767E2">
        <w:rPr>
          <w:lang w:val="sv-SE"/>
        </w:rPr>
        <w:t>:Gal 3:8]]</w:t>
      </w:r>
      <w:r w:rsidRPr="000767E2">
        <w:rPr>
          <w:vertAlign w:val="superscript"/>
          <w:lang w:val="sv-SE"/>
        </w:rPr>
        <w:t>8</w:t>
      </w:r>
      <w:r w:rsidRPr="000767E2">
        <w:rPr>
          <w:lang w:val="sv-SE"/>
        </w:rPr>
        <w:t xml:space="preserve"> {{field-on:bible}}Och då Skriften förutsåg att Gud av tro förklarar folkslagen rättfärdiga, evangeliserade den i förväg för Abraham att: I dig ska alla folkslagen bli välsignade.{{field-off:bible}} [[@</w:t>
      </w:r>
      <w:r w:rsidR="0096445B" w:rsidRPr="000767E2">
        <w:rPr>
          <w:lang w:val="sv-SE"/>
        </w:rPr>
        <w:t>BibleBIBEL82</w:t>
      </w:r>
      <w:r w:rsidRPr="000767E2">
        <w:rPr>
          <w:lang w:val="sv-SE"/>
        </w:rPr>
        <w:t>:Gal 3:9]]</w:t>
      </w:r>
      <w:r w:rsidRPr="000767E2">
        <w:rPr>
          <w:vertAlign w:val="superscript"/>
          <w:lang w:val="sv-SE"/>
        </w:rPr>
        <w:t>9</w:t>
      </w:r>
      <w:r w:rsidRPr="000767E2">
        <w:rPr>
          <w:lang w:val="sv-SE"/>
        </w:rPr>
        <w:t xml:space="preserve"> {{field-on:bible}}Alltså blir de </w:t>
      </w:r>
      <w:r w:rsidRPr="000767E2">
        <w:rPr>
          <w:i/>
          <w:lang w:val="sv-SE"/>
        </w:rPr>
        <w:t>som är</w:t>
      </w:r>
      <w:r w:rsidRPr="000767E2">
        <w:rPr>
          <w:lang w:val="sv-SE"/>
        </w:rPr>
        <w:t xml:space="preserve"> av tro välsignade med den troende Abraham.{{field-off:bible}}</w:t>
      </w:r>
    </w:p>
    <w:p w14:paraId="13F74209" w14:textId="70D6CE87" w:rsidR="00BA33AB" w:rsidRPr="000767E2" w:rsidRDefault="00000000">
      <w:pPr>
        <w:rPr>
          <w:lang w:val="sv-SE"/>
        </w:rPr>
      </w:pPr>
      <w:r w:rsidRPr="000767E2">
        <w:rPr>
          <w:lang w:val="sv-SE"/>
        </w:rPr>
        <w:t>[[@</w:t>
      </w:r>
      <w:r w:rsidR="0096445B" w:rsidRPr="000767E2">
        <w:rPr>
          <w:lang w:val="sv-SE"/>
        </w:rPr>
        <w:t>BibleBIBEL82</w:t>
      </w:r>
      <w:r w:rsidRPr="000767E2">
        <w:rPr>
          <w:lang w:val="sv-SE"/>
        </w:rPr>
        <w:t>:Gal 3:10]]</w:t>
      </w:r>
      <w:r w:rsidRPr="000767E2">
        <w:rPr>
          <w:vertAlign w:val="superscript"/>
          <w:lang w:val="sv-SE"/>
        </w:rPr>
        <w:t>10</w:t>
      </w:r>
      <w:r w:rsidRPr="000767E2">
        <w:rPr>
          <w:lang w:val="sv-SE"/>
        </w:rPr>
        <w:t xml:space="preserve"> {{field-on:bible}}</w:t>
      </w:r>
      <w:r w:rsidRPr="000767E2">
        <w:rPr>
          <w:i/>
          <w:lang w:val="sv-SE"/>
        </w:rPr>
        <w:t>Alla</w:t>
      </w:r>
      <w:r w:rsidRPr="000767E2">
        <w:rPr>
          <w:lang w:val="sv-SE"/>
        </w:rPr>
        <w:t xml:space="preserve"> som är av laggärningar är nämligen under förbannelse, för det är skrivet att: Förbannad </w:t>
      </w:r>
      <w:r w:rsidRPr="000767E2">
        <w:rPr>
          <w:i/>
          <w:lang w:val="sv-SE"/>
        </w:rPr>
        <w:t>är</w:t>
      </w:r>
      <w:r w:rsidRPr="000767E2">
        <w:rPr>
          <w:lang w:val="sv-SE"/>
        </w:rPr>
        <w:t xml:space="preserve"> var och en som inte blir kvar i allt </w:t>
      </w:r>
      <w:r w:rsidRPr="000767E2">
        <w:rPr>
          <w:i/>
          <w:lang w:val="sv-SE"/>
        </w:rPr>
        <w:t>som är</w:t>
      </w:r>
      <w:r w:rsidRPr="000767E2">
        <w:rPr>
          <w:lang w:val="sv-SE"/>
        </w:rPr>
        <w:t xml:space="preserve"> skrivet i lagens bokrulle för att göra det.{{field-off:bible}} [[@</w:t>
      </w:r>
      <w:r w:rsidR="0096445B" w:rsidRPr="000767E2">
        <w:rPr>
          <w:lang w:val="sv-SE"/>
        </w:rPr>
        <w:t>BibleBIBEL82</w:t>
      </w:r>
      <w:r w:rsidRPr="000767E2">
        <w:rPr>
          <w:lang w:val="sv-SE"/>
        </w:rPr>
        <w:t>:Gal 3:11]]</w:t>
      </w:r>
      <w:r w:rsidRPr="000767E2">
        <w:rPr>
          <w:vertAlign w:val="superscript"/>
          <w:lang w:val="sv-SE"/>
        </w:rPr>
        <w:t>11</w:t>
      </w:r>
      <w:r w:rsidRPr="000767E2">
        <w:rPr>
          <w:lang w:val="sv-SE"/>
        </w:rPr>
        <w:t xml:space="preserve"> {{field-on:bible}}Men att ingen genom lag förklaras rättfärdig inför Gud </w:t>
      </w:r>
      <w:r w:rsidRPr="000767E2">
        <w:rPr>
          <w:i/>
          <w:lang w:val="sv-SE"/>
        </w:rPr>
        <w:t>är</w:t>
      </w:r>
      <w:r w:rsidRPr="000767E2">
        <w:rPr>
          <w:lang w:val="sv-SE"/>
        </w:rPr>
        <w:t xml:space="preserve"> tydligt, eftersom den rättfärdige av tro ska leva.{{field-off:bible}} [[@</w:t>
      </w:r>
      <w:r w:rsidR="0096445B" w:rsidRPr="000767E2">
        <w:rPr>
          <w:lang w:val="sv-SE"/>
        </w:rPr>
        <w:t>BibleBIBEL82</w:t>
      </w:r>
      <w:r w:rsidRPr="000767E2">
        <w:rPr>
          <w:lang w:val="sv-SE"/>
        </w:rPr>
        <w:t>:Gal 3:12]]</w:t>
      </w:r>
      <w:r w:rsidRPr="000767E2">
        <w:rPr>
          <w:vertAlign w:val="superscript"/>
          <w:lang w:val="sv-SE"/>
        </w:rPr>
        <w:t>12</w:t>
      </w:r>
      <w:r w:rsidRPr="000767E2">
        <w:rPr>
          <w:lang w:val="sv-SE"/>
        </w:rPr>
        <w:t xml:space="preserve"> {{field-on:bible}}Men lagen är inte av tro. Nej, den som gör dem ska leva genom dem.{{field-off:bible}} [[@</w:t>
      </w:r>
      <w:r w:rsidR="0096445B" w:rsidRPr="000767E2">
        <w:rPr>
          <w:lang w:val="sv-SE"/>
        </w:rPr>
        <w:t>BibleBIBEL82</w:t>
      </w:r>
      <w:r w:rsidRPr="000767E2">
        <w:rPr>
          <w:lang w:val="sv-SE"/>
        </w:rPr>
        <w:t>:Gal 3:13]]</w:t>
      </w:r>
      <w:r w:rsidRPr="000767E2">
        <w:rPr>
          <w:vertAlign w:val="superscript"/>
          <w:lang w:val="sv-SE"/>
        </w:rPr>
        <w:t>13</w:t>
      </w:r>
      <w:r w:rsidRPr="000767E2">
        <w:rPr>
          <w:lang w:val="sv-SE"/>
        </w:rPr>
        <w:t xml:space="preserve"> {{field-on:bible}}Kristus har köpt loss oss från lagens förbannelse och i vårt ställe blivit en förbannelse, eftersom det är skrivet: Förbannad </w:t>
      </w:r>
      <w:r w:rsidRPr="000767E2">
        <w:rPr>
          <w:i/>
          <w:lang w:val="sv-SE"/>
        </w:rPr>
        <w:t>är</w:t>
      </w:r>
      <w:r w:rsidRPr="000767E2">
        <w:rPr>
          <w:lang w:val="sv-SE"/>
        </w:rPr>
        <w:t xml:space="preserve"> var och en </w:t>
      </w:r>
      <w:r w:rsidRPr="000767E2">
        <w:rPr>
          <w:i/>
          <w:lang w:val="sv-SE"/>
        </w:rPr>
        <w:t>som är</w:t>
      </w:r>
      <w:r w:rsidRPr="000767E2">
        <w:rPr>
          <w:lang w:val="sv-SE"/>
        </w:rPr>
        <w:t xml:space="preserve"> upphängd på trä,{{field-off:bible}} [[@</w:t>
      </w:r>
      <w:r w:rsidR="0096445B" w:rsidRPr="000767E2">
        <w:rPr>
          <w:lang w:val="sv-SE"/>
        </w:rPr>
        <w:t>BibleBIBEL82</w:t>
      </w:r>
      <w:r w:rsidRPr="000767E2">
        <w:rPr>
          <w:lang w:val="sv-SE"/>
        </w:rPr>
        <w:t>:Gal 3:14]]</w:t>
      </w:r>
      <w:r w:rsidRPr="000767E2">
        <w:rPr>
          <w:vertAlign w:val="superscript"/>
          <w:lang w:val="sv-SE"/>
        </w:rPr>
        <w:t>14</w:t>
      </w:r>
      <w:r w:rsidRPr="000767E2">
        <w:rPr>
          <w:lang w:val="sv-SE"/>
        </w:rPr>
        <w:t xml:space="preserve"> {{field-on:bible}}för att Abrahams välsignelse skulle komma till folkslagen i Jesus Kristus, så att vi </w:t>
      </w:r>
      <w:r w:rsidRPr="000767E2">
        <w:rPr>
          <w:i/>
          <w:lang w:val="sv-SE"/>
        </w:rPr>
        <w:t>får</w:t>
      </w:r>
      <w:r w:rsidRPr="000767E2">
        <w:rPr>
          <w:lang w:val="sv-SE"/>
        </w:rPr>
        <w:t xml:space="preserve"> ta </w:t>
      </w:r>
      <w:r w:rsidRPr="000767E2">
        <w:rPr>
          <w:i/>
          <w:lang w:val="sv-SE"/>
        </w:rPr>
        <w:t>emot</w:t>
      </w:r>
      <w:r w:rsidRPr="000767E2">
        <w:rPr>
          <w:lang w:val="sv-SE"/>
        </w:rPr>
        <w:t xml:space="preserve"> Andens löfte genom tron.{{field-off:bible}}</w:t>
      </w:r>
    </w:p>
    <w:p w14:paraId="0FACFF41" w14:textId="77777777" w:rsidR="00BA33AB" w:rsidRPr="000767E2" w:rsidRDefault="00000000">
      <w:pPr>
        <w:pStyle w:val="Rubrik3"/>
        <w:rPr>
          <w:lang w:val="sv-SE"/>
        </w:rPr>
      </w:pPr>
      <w:r w:rsidRPr="000767E2">
        <w:rPr>
          <w:lang w:val="sv-SE"/>
        </w:rPr>
        <w:t>Lagen upphäver inte löftet</w:t>
      </w:r>
    </w:p>
    <w:p w14:paraId="7AC92BFD" w14:textId="551D9EDC" w:rsidR="00BA33AB" w:rsidRPr="000767E2" w:rsidRDefault="00000000">
      <w:pPr>
        <w:rPr>
          <w:lang w:val="sv-SE"/>
        </w:rPr>
      </w:pPr>
      <w:r w:rsidRPr="000767E2">
        <w:rPr>
          <w:lang w:val="sv-SE"/>
        </w:rPr>
        <w:t>[[@</w:t>
      </w:r>
      <w:r w:rsidR="0096445B" w:rsidRPr="000767E2">
        <w:rPr>
          <w:lang w:val="sv-SE"/>
        </w:rPr>
        <w:t>BibleBIBEL82</w:t>
      </w:r>
      <w:r w:rsidRPr="000767E2">
        <w:rPr>
          <w:lang w:val="sv-SE"/>
        </w:rPr>
        <w:t>:Gal 3:15]]</w:t>
      </w:r>
      <w:r w:rsidRPr="000767E2">
        <w:rPr>
          <w:vertAlign w:val="superscript"/>
          <w:lang w:val="sv-SE"/>
        </w:rPr>
        <w:t>15</w:t>
      </w:r>
      <w:r w:rsidRPr="000767E2">
        <w:rPr>
          <w:lang w:val="sv-SE"/>
        </w:rPr>
        <w:t xml:space="preserve"> {{field-on:bible}}Syskon, på en människas vis talar jag: Även en människas testamente, </w:t>
      </w:r>
      <w:r w:rsidRPr="000767E2">
        <w:rPr>
          <w:i/>
          <w:lang w:val="sv-SE"/>
        </w:rPr>
        <w:t>väl</w:t>
      </w:r>
      <w:r w:rsidRPr="000767E2">
        <w:rPr>
          <w:lang w:val="sv-SE"/>
        </w:rPr>
        <w:t xml:space="preserve"> bekräftat, </w:t>
      </w:r>
      <w:r w:rsidRPr="000767E2">
        <w:rPr>
          <w:i/>
          <w:lang w:val="sv-SE"/>
        </w:rPr>
        <w:t>är det</w:t>
      </w:r>
      <w:r w:rsidRPr="000767E2">
        <w:rPr>
          <w:lang w:val="sv-SE"/>
        </w:rPr>
        <w:t xml:space="preserve"> ingen </w:t>
      </w:r>
      <w:r w:rsidRPr="000767E2">
        <w:rPr>
          <w:i/>
          <w:lang w:val="sv-SE"/>
        </w:rPr>
        <w:t>som</w:t>
      </w:r>
      <w:r w:rsidRPr="000767E2">
        <w:rPr>
          <w:lang w:val="sv-SE"/>
        </w:rPr>
        <w:t xml:space="preserve"> annullerar eller utökar.{{field-off:bible}} [[@</w:t>
      </w:r>
      <w:r w:rsidR="0096445B" w:rsidRPr="000767E2">
        <w:rPr>
          <w:lang w:val="sv-SE"/>
        </w:rPr>
        <w:t>BibleBIBEL82</w:t>
      </w:r>
      <w:r w:rsidRPr="000767E2">
        <w:rPr>
          <w:lang w:val="sv-SE"/>
        </w:rPr>
        <w:t>:Gal 3:16]]</w:t>
      </w:r>
      <w:r w:rsidRPr="000767E2">
        <w:rPr>
          <w:vertAlign w:val="superscript"/>
          <w:lang w:val="sv-SE"/>
        </w:rPr>
        <w:t>16</w:t>
      </w:r>
      <w:r w:rsidRPr="000767E2">
        <w:rPr>
          <w:lang w:val="sv-SE"/>
        </w:rPr>
        <w:t xml:space="preserve"> {{field-on:bible}}Och </w:t>
      </w:r>
      <w:r w:rsidRPr="000767E2">
        <w:rPr>
          <w:i/>
          <w:lang w:val="sv-SE"/>
        </w:rPr>
        <w:t>det var</w:t>
      </w:r>
      <w:r w:rsidRPr="000767E2">
        <w:rPr>
          <w:lang w:val="sv-SE"/>
        </w:rPr>
        <w:t xml:space="preserve"> till Abraham löftena sades, och till hans säd. Han säger inte: ”och till sädar”, som vid många, utan som vid en: och till din säd, som är Kristus.{{field-off:bible}} [[@</w:t>
      </w:r>
      <w:r w:rsidR="0096445B" w:rsidRPr="000767E2">
        <w:rPr>
          <w:lang w:val="sv-SE"/>
        </w:rPr>
        <w:t>BibleBIBEL82</w:t>
      </w:r>
      <w:r w:rsidRPr="000767E2">
        <w:rPr>
          <w:lang w:val="sv-SE"/>
        </w:rPr>
        <w:t>:Gal 3:17]]</w:t>
      </w:r>
      <w:r w:rsidRPr="000767E2">
        <w:rPr>
          <w:vertAlign w:val="superscript"/>
          <w:lang w:val="sv-SE"/>
        </w:rPr>
        <w:t>17</w:t>
      </w:r>
      <w:r w:rsidRPr="000767E2">
        <w:rPr>
          <w:lang w:val="sv-SE"/>
        </w:rPr>
        <w:t xml:space="preserve"> {{field-on:bible}}Och detta menar jag: ett testamente i förväg bekräftat av Gud </w:t>
      </w:r>
      <w:r w:rsidRPr="000767E2">
        <w:rPr>
          <w:i/>
          <w:lang w:val="sv-SE"/>
        </w:rPr>
        <w:t>kan</w:t>
      </w:r>
      <w:r w:rsidRPr="000767E2">
        <w:rPr>
          <w:lang w:val="sv-SE"/>
        </w:rPr>
        <w:t xml:space="preserve"> inte lagen, som kom efter fyrahundra och trettio år, ogiltigförklara så att det upphäver löftet.{{field-off:bible}} [[@</w:t>
      </w:r>
      <w:r w:rsidR="0096445B" w:rsidRPr="000767E2">
        <w:rPr>
          <w:lang w:val="sv-SE"/>
        </w:rPr>
        <w:t>BibleBIBEL82</w:t>
      </w:r>
      <w:r w:rsidRPr="000767E2">
        <w:rPr>
          <w:lang w:val="sv-SE"/>
        </w:rPr>
        <w:t>:Gal 3:18]]</w:t>
      </w:r>
      <w:r w:rsidRPr="000767E2">
        <w:rPr>
          <w:vertAlign w:val="superscript"/>
          <w:lang w:val="sv-SE"/>
        </w:rPr>
        <w:t>18</w:t>
      </w:r>
      <w:r w:rsidRPr="000767E2">
        <w:rPr>
          <w:lang w:val="sv-SE"/>
        </w:rPr>
        <w:t xml:space="preserve"> </w:t>
      </w:r>
      <w:r w:rsidRPr="000767E2">
        <w:rPr>
          <w:lang w:val="sv-SE"/>
        </w:rPr>
        <w:lastRenderedPageBreak/>
        <w:t xml:space="preserve">{{field-on:bible}}För om arvet </w:t>
      </w:r>
      <w:r w:rsidRPr="000767E2">
        <w:rPr>
          <w:i/>
          <w:lang w:val="sv-SE"/>
        </w:rPr>
        <w:t>är</w:t>
      </w:r>
      <w:r w:rsidRPr="000767E2">
        <w:rPr>
          <w:lang w:val="sv-SE"/>
        </w:rPr>
        <w:t xml:space="preserve"> av lag, </w:t>
      </w:r>
      <w:r w:rsidRPr="000767E2">
        <w:rPr>
          <w:i/>
          <w:lang w:val="sv-SE"/>
        </w:rPr>
        <w:t>är</w:t>
      </w:r>
      <w:r w:rsidRPr="000767E2">
        <w:rPr>
          <w:lang w:val="sv-SE"/>
        </w:rPr>
        <w:t xml:space="preserve"> det inte längre av löfte. Men till Abraham har Gud skänkt </w:t>
      </w:r>
      <w:r w:rsidRPr="000767E2">
        <w:rPr>
          <w:i/>
          <w:lang w:val="sv-SE"/>
        </w:rPr>
        <w:t>det</w:t>
      </w:r>
      <w:r w:rsidRPr="000767E2">
        <w:rPr>
          <w:lang w:val="sv-SE"/>
        </w:rPr>
        <w:t xml:space="preserve"> genom ett löfte.{{field-off:bible}}</w:t>
      </w:r>
    </w:p>
    <w:p w14:paraId="12A97EC7" w14:textId="5BF249C8" w:rsidR="00BA33AB" w:rsidRPr="000767E2" w:rsidRDefault="00000000">
      <w:pPr>
        <w:rPr>
          <w:lang w:val="sv-SE"/>
        </w:rPr>
      </w:pPr>
      <w:r w:rsidRPr="000767E2">
        <w:rPr>
          <w:lang w:val="sv-SE"/>
        </w:rPr>
        <w:t>[[@</w:t>
      </w:r>
      <w:r w:rsidR="0096445B" w:rsidRPr="000767E2">
        <w:rPr>
          <w:lang w:val="sv-SE"/>
        </w:rPr>
        <w:t>BibleBIBEL82</w:t>
      </w:r>
      <w:r w:rsidRPr="000767E2">
        <w:rPr>
          <w:lang w:val="sv-SE"/>
        </w:rPr>
        <w:t>:Gal 3:19]]</w:t>
      </w:r>
      <w:r w:rsidRPr="000767E2">
        <w:rPr>
          <w:vertAlign w:val="superscript"/>
          <w:lang w:val="sv-SE"/>
        </w:rPr>
        <w:t>19</w:t>
      </w:r>
      <w:r w:rsidRPr="000767E2">
        <w:rPr>
          <w:lang w:val="sv-SE"/>
        </w:rPr>
        <w:t xml:space="preserve"> {{field-on:bible}}Varför </w:t>
      </w:r>
      <w:r w:rsidRPr="000767E2">
        <w:rPr>
          <w:i/>
          <w:lang w:val="sv-SE"/>
        </w:rPr>
        <w:t>kom</w:t>
      </w:r>
      <w:r w:rsidRPr="000767E2">
        <w:rPr>
          <w:lang w:val="sv-SE"/>
        </w:rPr>
        <w:t xml:space="preserve"> då lagen? För överträdelsernas skull blev den tillagd, fram tills den säd åt vilken det utlovats kom, och förordnad genom änglar i en medlares hand.{{field-off:bible}} [[@</w:t>
      </w:r>
      <w:r w:rsidR="0096445B" w:rsidRPr="000767E2">
        <w:rPr>
          <w:lang w:val="sv-SE"/>
        </w:rPr>
        <w:t>BibleBIBEL82</w:t>
      </w:r>
      <w:r w:rsidRPr="000767E2">
        <w:rPr>
          <w:lang w:val="sv-SE"/>
        </w:rPr>
        <w:t>:Gal 3:20]]</w:t>
      </w:r>
      <w:r w:rsidRPr="000767E2">
        <w:rPr>
          <w:vertAlign w:val="superscript"/>
          <w:lang w:val="sv-SE"/>
        </w:rPr>
        <w:t>20</w:t>
      </w:r>
      <w:r w:rsidRPr="000767E2">
        <w:rPr>
          <w:lang w:val="sv-SE"/>
        </w:rPr>
        <w:t xml:space="preserve"> {{field-on:bible}}Och medlaren är inte </w:t>
      </w:r>
      <w:r w:rsidRPr="000767E2">
        <w:rPr>
          <w:i/>
          <w:lang w:val="sv-SE"/>
        </w:rPr>
        <w:t>bara</w:t>
      </w:r>
      <w:r w:rsidRPr="000767E2">
        <w:rPr>
          <w:lang w:val="sv-SE"/>
        </w:rPr>
        <w:t xml:space="preserve"> för en </w:t>
      </w:r>
      <w:r w:rsidRPr="000767E2">
        <w:rPr>
          <w:i/>
          <w:lang w:val="sv-SE"/>
        </w:rPr>
        <w:t>enda</w:t>
      </w:r>
      <w:r w:rsidRPr="000767E2">
        <w:rPr>
          <w:lang w:val="sv-SE"/>
        </w:rPr>
        <w:t>. Men Gud är en.{{field-off:bible}}</w:t>
      </w:r>
    </w:p>
    <w:p w14:paraId="0B714122" w14:textId="1B506576" w:rsidR="00BA33AB" w:rsidRPr="000767E2" w:rsidRDefault="00000000">
      <w:pPr>
        <w:rPr>
          <w:lang w:val="sv-SE"/>
        </w:rPr>
      </w:pPr>
      <w:r w:rsidRPr="000767E2">
        <w:rPr>
          <w:lang w:val="sv-SE"/>
        </w:rPr>
        <w:t>[[@</w:t>
      </w:r>
      <w:r w:rsidR="0096445B" w:rsidRPr="000767E2">
        <w:rPr>
          <w:lang w:val="sv-SE"/>
        </w:rPr>
        <w:t>BibleBIBEL82</w:t>
      </w:r>
      <w:r w:rsidRPr="000767E2">
        <w:rPr>
          <w:lang w:val="sv-SE"/>
        </w:rPr>
        <w:t>:Gal 3:21]]</w:t>
      </w:r>
      <w:r w:rsidRPr="000767E2">
        <w:rPr>
          <w:vertAlign w:val="superscript"/>
          <w:lang w:val="sv-SE"/>
        </w:rPr>
        <w:t>21</w:t>
      </w:r>
      <w:r w:rsidRPr="000767E2">
        <w:rPr>
          <w:lang w:val="sv-SE"/>
        </w:rPr>
        <w:t xml:space="preserve"> {{field-on:bible}}</w:t>
      </w:r>
      <w:r w:rsidRPr="000767E2">
        <w:rPr>
          <w:i/>
          <w:lang w:val="sv-SE"/>
        </w:rPr>
        <w:t>Är</w:t>
      </w:r>
      <w:r w:rsidRPr="000767E2">
        <w:rPr>
          <w:lang w:val="sv-SE"/>
        </w:rPr>
        <w:t xml:space="preserve"> då lagen emot Guds löften? Får inte ske! För om </w:t>
      </w:r>
      <w:r w:rsidRPr="000767E2">
        <w:rPr>
          <w:i/>
          <w:lang w:val="sv-SE"/>
        </w:rPr>
        <w:t>det</w:t>
      </w:r>
      <w:r w:rsidRPr="000767E2">
        <w:rPr>
          <w:lang w:val="sv-SE"/>
        </w:rPr>
        <w:t xml:space="preserve"> hade getts en lag som kunde levandegöra, hade rättfärdigheten verkligen varit av lag.{{field-off:bible}} [[@</w:t>
      </w:r>
      <w:r w:rsidR="0096445B" w:rsidRPr="000767E2">
        <w:rPr>
          <w:lang w:val="sv-SE"/>
        </w:rPr>
        <w:t>BibleBIBEL82</w:t>
      </w:r>
      <w:r w:rsidRPr="000767E2">
        <w:rPr>
          <w:lang w:val="sv-SE"/>
        </w:rPr>
        <w:t>:Gal 3:22]]</w:t>
      </w:r>
      <w:r w:rsidRPr="000767E2">
        <w:rPr>
          <w:vertAlign w:val="superscript"/>
          <w:lang w:val="sv-SE"/>
        </w:rPr>
        <w:t>22</w:t>
      </w:r>
      <w:r w:rsidRPr="000767E2">
        <w:rPr>
          <w:lang w:val="sv-SE"/>
        </w:rPr>
        <w:t xml:space="preserve"> {{field-on:bible}}Men </w:t>
      </w:r>
      <w:r w:rsidRPr="000767E2">
        <w:rPr>
          <w:i/>
          <w:lang w:val="sv-SE"/>
        </w:rPr>
        <w:t>nu</w:t>
      </w:r>
      <w:r w:rsidRPr="000767E2">
        <w:rPr>
          <w:lang w:val="sv-SE"/>
        </w:rPr>
        <w:t xml:space="preserve"> inneslöt Skriften allt under synd, för att löftet av tro på Jesus Kristus ska ges åt dem som tror.{{field-off:bible}} [[@</w:t>
      </w:r>
      <w:r w:rsidR="0096445B" w:rsidRPr="000767E2">
        <w:rPr>
          <w:lang w:val="sv-SE"/>
        </w:rPr>
        <w:t>BibleBIBEL82</w:t>
      </w:r>
      <w:r w:rsidRPr="000767E2">
        <w:rPr>
          <w:lang w:val="sv-SE"/>
        </w:rPr>
        <w:t>:Gal 3:23]]</w:t>
      </w:r>
      <w:r w:rsidRPr="000767E2">
        <w:rPr>
          <w:vertAlign w:val="superscript"/>
          <w:lang w:val="sv-SE"/>
        </w:rPr>
        <w:t>23</w:t>
      </w:r>
      <w:r w:rsidRPr="000767E2">
        <w:rPr>
          <w:lang w:val="sv-SE"/>
        </w:rPr>
        <w:t xml:space="preserve"> {{field-on:bible}}Innan tron kom var vi bevakade av lag, inneslutna </w:t>
      </w:r>
      <w:r w:rsidRPr="000767E2">
        <w:rPr>
          <w:i/>
          <w:lang w:val="sv-SE"/>
        </w:rPr>
        <w:t>fram</w:t>
      </w:r>
      <w:r w:rsidRPr="000767E2">
        <w:rPr>
          <w:lang w:val="sv-SE"/>
        </w:rPr>
        <w:t xml:space="preserve"> till den tro som skulle uppenbaras.{{field-off:bible}} [[@</w:t>
      </w:r>
      <w:r w:rsidR="0096445B" w:rsidRPr="000767E2">
        <w:rPr>
          <w:lang w:val="sv-SE"/>
        </w:rPr>
        <w:t>BibleBIBEL82</w:t>
      </w:r>
      <w:r w:rsidRPr="000767E2">
        <w:rPr>
          <w:lang w:val="sv-SE"/>
        </w:rPr>
        <w:t>:Gal 3:24]]</w:t>
      </w:r>
      <w:r w:rsidRPr="000767E2">
        <w:rPr>
          <w:vertAlign w:val="superscript"/>
          <w:lang w:val="sv-SE"/>
        </w:rPr>
        <w:t>24</w:t>
      </w:r>
      <w:r w:rsidRPr="000767E2">
        <w:rPr>
          <w:lang w:val="sv-SE"/>
        </w:rPr>
        <w:t xml:space="preserve"> {{field-on:bible}}Alltså har lagen blivit vår uppfostrare </w:t>
      </w:r>
      <w:r w:rsidRPr="000767E2">
        <w:rPr>
          <w:i/>
          <w:lang w:val="sv-SE"/>
        </w:rPr>
        <w:t>fram</w:t>
      </w:r>
      <w:r w:rsidRPr="000767E2">
        <w:rPr>
          <w:lang w:val="sv-SE"/>
        </w:rPr>
        <w:t xml:space="preserve"> till Kristus, för att vi av tro ska förklaras rättfärdiga.{{field-off:bible}} [[@</w:t>
      </w:r>
      <w:r w:rsidR="0096445B" w:rsidRPr="000767E2">
        <w:rPr>
          <w:lang w:val="sv-SE"/>
        </w:rPr>
        <w:t>BibleBIBEL82</w:t>
      </w:r>
      <w:r w:rsidRPr="000767E2">
        <w:rPr>
          <w:lang w:val="sv-SE"/>
        </w:rPr>
        <w:t>:Gal 3:25]]</w:t>
      </w:r>
      <w:r w:rsidRPr="000767E2">
        <w:rPr>
          <w:vertAlign w:val="superscript"/>
          <w:lang w:val="sv-SE"/>
        </w:rPr>
        <w:t>25</w:t>
      </w:r>
      <w:r w:rsidRPr="000767E2">
        <w:rPr>
          <w:lang w:val="sv-SE"/>
        </w:rPr>
        <w:t xml:space="preserve"> {{field-on:bible}}Men när tron har kommit är vi inte längre under en uppfostrare.{{field-off:bible}}</w:t>
      </w:r>
    </w:p>
    <w:p w14:paraId="12DC689B" w14:textId="77777777" w:rsidR="00BA33AB" w:rsidRPr="000767E2" w:rsidRDefault="00000000">
      <w:pPr>
        <w:pStyle w:val="Rubrik3"/>
        <w:rPr>
          <w:lang w:val="sv-SE"/>
        </w:rPr>
      </w:pPr>
      <w:r w:rsidRPr="000767E2">
        <w:rPr>
          <w:lang w:val="sv-SE"/>
        </w:rPr>
        <w:t>Abrahams barn och arvingar</w:t>
      </w:r>
    </w:p>
    <w:p w14:paraId="2CA5BF14" w14:textId="1C709B4A" w:rsidR="00BA33AB" w:rsidRPr="000767E2" w:rsidRDefault="00000000">
      <w:pPr>
        <w:rPr>
          <w:lang w:val="sv-SE"/>
        </w:rPr>
      </w:pPr>
      <w:r w:rsidRPr="000767E2">
        <w:rPr>
          <w:lang w:val="sv-SE"/>
        </w:rPr>
        <w:t>[[@</w:t>
      </w:r>
      <w:r w:rsidR="0096445B" w:rsidRPr="000767E2">
        <w:rPr>
          <w:lang w:val="sv-SE"/>
        </w:rPr>
        <w:t>BibleBIBEL82</w:t>
      </w:r>
      <w:r w:rsidRPr="000767E2">
        <w:rPr>
          <w:lang w:val="sv-SE"/>
        </w:rPr>
        <w:t>:Gal 3:26]]</w:t>
      </w:r>
      <w:r w:rsidRPr="000767E2">
        <w:rPr>
          <w:vertAlign w:val="superscript"/>
          <w:lang w:val="sv-SE"/>
        </w:rPr>
        <w:t>26</w:t>
      </w:r>
      <w:r w:rsidRPr="000767E2">
        <w:rPr>
          <w:lang w:val="sv-SE"/>
        </w:rPr>
        <w:t xml:space="preserve"> {{field-on:bible}}För alla är ni Guds söner genom tron i Kristus Jesus.{{field-off:bible}} [[@</w:t>
      </w:r>
      <w:r w:rsidR="0096445B" w:rsidRPr="000767E2">
        <w:rPr>
          <w:lang w:val="sv-SE"/>
        </w:rPr>
        <w:t>BibleBIBEL82</w:t>
      </w:r>
      <w:r w:rsidRPr="000767E2">
        <w:rPr>
          <w:lang w:val="sv-SE"/>
        </w:rPr>
        <w:t>:Gal 3:27]]</w:t>
      </w:r>
      <w:r w:rsidRPr="000767E2">
        <w:rPr>
          <w:vertAlign w:val="superscript"/>
          <w:lang w:val="sv-SE"/>
        </w:rPr>
        <w:t>27</w:t>
      </w:r>
      <w:r w:rsidRPr="000767E2">
        <w:rPr>
          <w:lang w:val="sv-SE"/>
        </w:rPr>
        <w:t xml:space="preserve"> {{field-on:bible}}För alla ni som blivit döpta in i Kristus har iklätt er Kristus.{{field-off:bible}} [[@</w:t>
      </w:r>
      <w:r w:rsidR="0096445B" w:rsidRPr="000767E2">
        <w:rPr>
          <w:lang w:val="sv-SE"/>
        </w:rPr>
        <w:t>BibleBIBEL82</w:t>
      </w:r>
      <w:r w:rsidRPr="000767E2">
        <w:rPr>
          <w:lang w:val="sv-SE"/>
        </w:rPr>
        <w:t>:Gal 3:28]]</w:t>
      </w:r>
      <w:r w:rsidRPr="000767E2">
        <w:rPr>
          <w:vertAlign w:val="superscript"/>
          <w:lang w:val="sv-SE"/>
        </w:rPr>
        <w:t>28</w:t>
      </w:r>
      <w:r w:rsidRPr="000767E2">
        <w:rPr>
          <w:lang w:val="sv-SE"/>
        </w:rPr>
        <w:t xml:space="preserve"> {{field-on:bible}}Det finns inte jude eller grek, finns inte fasttjänare eller fri, finns inte man och kvinna. För alla är ni ett i Kristus Jesus.{{field-off:bible}} [[@</w:t>
      </w:r>
      <w:r w:rsidR="0096445B" w:rsidRPr="000767E2">
        <w:rPr>
          <w:lang w:val="sv-SE"/>
        </w:rPr>
        <w:t>BibleBIBEL82</w:t>
      </w:r>
      <w:r w:rsidRPr="000767E2">
        <w:rPr>
          <w:lang w:val="sv-SE"/>
        </w:rPr>
        <w:t>:Gal 3:29]]</w:t>
      </w:r>
      <w:r w:rsidRPr="000767E2">
        <w:rPr>
          <w:vertAlign w:val="superscript"/>
          <w:lang w:val="sv-SE"/>
        </w:rPr>
        <w:t>29</w:t>
      </w:r>
      <w:r w:rsidRPr="000767E2">
        <w:rPr>
          <w:lang w:val="sv-SE"/>
        </w:rPr>
        <w:t xml:space="preserve"> {{field-on:bible}}Och om ni tillhör Kristus, då är ni Abrahams säd, arvingar efter löfte.{{field-off:bible}}</w:t>
      </w:r>
    </w:p>
    <w:p w14:paraId="6DA021A7" w14:textId="196DCF3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:Gal 4]]Kapitel 4</w:t>
      </w:r>
    </w:p>
    <w:p w14:paraId="3337F722" w14:textId="72EB6169" w:rsidR="00BA33AB" w:rsidRPr="000767E2" w:rsidRDefault="00000000">
      <w:pPr>
        <w:rPr>
          <w:lang w:val="sv-SE"/>
        </w:rPr>
      </w:pPr>
      <w:r w:rsidRPr="000767E2">
        <w:rPr>
          <w:lang w:val="sv-SE"/>
        </w:rPr>
        <w:t>[[@</w:t>
      </w:r>
      <w:r w:rsidR="0096445B" w:rsidRPr="000767E2">
        <w:rPr>
          <w:lang w:val="sv-SE"/>
        </w:rPr>
        <w:t>BibleBIBEL82</w:t>
      </w:r>
      <w:r w:rsidRPr="000767E2">
        <w:rPr>
          <w:lang w:val="sv-SE"/>
        </w:rPr>
        <w:t>:Gal 4:1]]</w:t>
      </w:r>
      <w:r w:rsidRPr="000767E2">
        <w:rPr>
          <w:vertAlign w:val="superscript"/>
          <w:lang w:val="sv-SE"/>
        </w:rPr>
        <w:t>1</w:t>
      </w:r>
      <w:r w:rsidRPr="000767E2">
        <w:rPr>
          <w:lang w:val="sv-SE"/>
        </w:rPr>
        <w:t xml:space="preserve"> {{field-on:bible}}Men jag menar: så lång tid arvingen är ett småbarn skiljer han sig inte från en fasttjänare, </w:t>
      </w:r>
      <w:r w:rsidRPr="000767E2">
        <w:rPr>
          <w:i/>
          <w:lang w:val="sv-SE"/>
        </w:rPr>
        <w:t>även om</w:t>
      </w:r>
      <w:r w:rsidRPr="000767E2">
        <w:rPr>
          <w:lang w:val="sv-SE"/>
        </w:rPr>
        <w:t xml:space="preserve"> han är herre till allt,{{field-off:bible}} [[@</w:t>
      </w:r>
      <w:r w:rsidR="0096445B" w:rsidRPr="000767E2">
        <w:rPr>
          <w:lang w:val="sv-SE"/>
        </w:rPr>
        <w:t>BibleBIBEL82</w:t>
      </w:r>
      <w:r w:rsidRPr="000767E2">
        <w:rPr>
          <w:lang w:val="sv-SE"/>
        </w:rPr>
        <w:t>:Gal 4:2]]</w:t>
      </w:r>
      <w:r w:rsidRPr="000767E2">
        <w:rPr>
          <w:vertAlign w:val="superscript"/>
          <w:lang w:val="sv-SE"/>
        </w:rPr>
        <w:t>2</w:t>
      </w:r>
      <w:r w:rsidRPr="000767E2">
        <w:rPr>
          <w:lang w:val="sv-SE"/>
        </w:rPr>
        <w:t xml:space="preserve"> {{field-on:bible}}utan är under förmän och förvaltare fram till faderns förutbestämda </w:t>
      </w:r>
      <w:r w:rsidRPr="000767E2">
        <w:rPr>
          <w:i/>
          <w:lang w:val="sv-SE"/>
        </w:rPr>
        <w:t>dag</w:t>
      </w:r>
      <w:r w:rsidRPr="000767E2">
        <w:rPr>
          <w:lang w:val="sv-SE"/>
        </w:rPr>
        <w:t>.{{field-off:bible}}</w:t>
      </w:r>
    </w:p>
    <w:p w14:paraId="0510A9BF" w14:textId="34837E25" w:rsidR="00BA33AB" w:rsidRPr="000767E2" w:rsidRDefault="00000000">
      <w:pPr>
        <w:rPr>
          <w:lang w:val="sv-SE"/>
        </w:rPr>
      </w:pPr>
      <w:r w:rsidRPr="000767E2">
        <w:rPr>
          <w:lang w:val="sv-SE"/>
        </w:rPr>
        <w:t>[[@</w:t>
      </w:r>
      <w:r w:rsidR="0096445B" w:rsidRPr="000767E2">
        <w:rPr>
          <w:lang w:val="sv-SE"/>
        </w:rPr>
        <w:t>BibleBIBEL82</w:t>
      </w:r>
      <w:r w:rsidRPr="000767E2">
        <w:rPr>
          <w:lang w:val="sv-SE"/>
        </w:rPr>
        <w:t>:Gal 4:3]]</w:t>
      </w:r>
      <w:r w:rsidRPr="000767E2">
        <w:rPr>
          <w:vertAlign w:val="superscript"/>
          <w:lang w:val="sv-SE"/>
        </w:rPr>
        <w:t>3</w:t>
      </w:r>
      <w:r w:rsidRPr="000767E2">
        <w:rPr>
          <w:lang w:val="sv-SE"/>
        </w:rPr>
        <w:t xml:space="preserve"> {{field-on:bible}}Så även vi. När vi var småbarn, var vi förslavade under världens element.{{field-off:bible}} [[@</w:t>
      </w:r>
      <w:r w:rsidR="0096445B" w:rsidRPr="000767E2">
        <w:rPr>
          <w:lang w:val="sv-SE"/>
        </w:rPr>
        <w:t>BibleBIBEL82</w:t>
      </w:r>
      <w:r w:rsidRPr="000767E2">
        <w:rPr>
          <w:lang w:val="sv-SE"/>
        </w:rPr>
        <w:t>:Gal 4:4]]</w:t>
      </w:r>
      <w:r w:rsidRPr="000767E2">
        <w:rPr>
          <w:vertAlign w:val="superscript"/>
          <w:lang w:val="sv-SE"/>
        </w:rPr>
        <w:t>4</w:t>
      </w:r>
      <w:r w:rsidRPr="000767E2">
        <w:rPr>
          <w:lang w:val="sv-SE"/>
        </w:rPr>
        <w:t xml:space="preserve"> {{field-on:bible}}Men när tidens fullhet kom sände Gud ut sin Son, född av kvinna, född under lag,{{field-off:bible}} [[@</w:t>
      </w:r>
      <w:r w:rsidR="0096445B" w:rsidRPr="000767E2">
        <w:rPr>
          <w:lang w:val="sv-SE"/>
        </w:rPr>
        <w:t>BibleBIBEL82</w:t>
      </w:r>
      <w:r w:rsidRPr="000767E2">
        <w:rPr>
          <w:lang w:val="sv-SE"/>
        </w:rPr>
        <w:t>:Gal 4:5]]</w:t>
      </w:r>
      <w:r w:rsidRPr="000767E2">
        <w:rPr>
          <w:vertAlign w:val="superscript"/>
          <w:lang w:val="sv-SE"/>
        </w:rPr>
        <w:t>5</w:t>
      </w:r>
      <w:r w:rsidRPr="000767E2">
        <w:rPr>
          <w:lang w:val="sv-SE"/>
        </w:rPr>
        <w:t xml:space="preserve"> {{field-on:bible}}för att köpa loss dem </w:t>
      </w:r>
      <w:r w:rsidRPr="000767E2">
        <w:rPr>
          <w:i/>
          <w:lang w:val="sv-SE"/>
        </w:rPr>
        <w:t>som var</w:t>
      </w:r>
      <w:r w:rsidRPr="000767E2">
        <w:rPr>
          <w:lang w:val="sv-SE"/>
        </w:rPr>
        <w:t xml:space="preserve"> under lag, för att vi skulle erhålla adoptionen.{{field-off:bible}} [[@</w:t>
      </w:r>
      <w:r w:rsidR="0096445B" w:rsidRPr="000767E2">
        <w:rPr>
          <w:lang w:val="sv-SE"/>
        </w:rPr>
        <w:t>BibleBIBEL82</w:t>
      </w:r>
      <w:r w:rsidRPr="000767E2">
        <w:rPr>
          <w:lang w:val="sv-SE"/>
        </w:rPr>
        <w:t>:Gal 4:6]]</w:t>
      </w:r>
      <w:r w:rsidRPr="000767E2">
        <w:rPr>
          <w:vertAlign w:val="superscript"/>
          <w:lang w:val="sv-SE"/>
        </w:rPr>
        <w:t>6</w:t>
      </w:r>
      <w:r w:rsidRPr="000767E2">
        <w:rPr>
          <w:lang w:val="sv-SE"/>
        </w:rPr>
        <w:t xml:space="preserve"> {{field-on:bible}}Och eftersom ni är söner har Gud sänt ut sin Sons Ande i våra hjärtan, och den ropar: ”Abba! Far!”{{field-off:bible}} [[@</w:t>
      </w:r>
      <w:r w:rsidR="0096445B" w:rsidRPr="000767E2">
        <w:rPr>
          <w:lang w:val="sv-SE"/>
        </w:rPr>
        <w:t>BibleBIBEL82</w:t>
      </w:r>
      <w:r w:rsidRPr="000767E2">
        <w:rPr>
          <w:lang w:val="sv-SE"/>
        </w:rPr>
        <w:t>:Gal 4:7]]</w:t>
      </w:r>
      <w:r w:rsidRPr="000767E2">
        <w:rPr>
          <w:vertAlign w:val="superscript"/>
          <w:lang w:val="sv-SE"/>
        </w:rPr>
        <w:t>7</w:t>
      </w:r>
      <w:r w:rsidRPr="000767E2">
        <w:rPr>
          <w:lang w:val="sv-SE"/>
        </w:rPr>
        <w:t xml:space="preserve"> {{field-on:bible}}Alltså är du inte längre fasttjänare utan son. Och om son, också arvinge genom Gud.{{field-off:bible}}</w:t>
      </w:r>
    </w:p>
    <w:p w14:paraId="6B4CC86B" w14:textId="77777777" w:rsidR="00BA33AB" w:rsidRPr="000767E2" w:rsidRDefault="00000000">
      <w:pPr>
        <w:pStyle w:val="Rubrik3"/>
        <w:rPr>
          <w:lang w:val="sv-SE"/>
        </w:rPr>
      </w:pPr>
      <w:r w:rsidRPr="000767E2">
        <w:rPr>
          <w:lang w:val="sv-SE"/>
        </w:rPr>
        <w:t>Vänd inte tillbaka till lagen</w:t>
      </w:r>
    </w:p>
    <w:p w14:paraId="7BB1AE5F" w14:textId="648ECA2E" w:rsidR="00BA33AB" w:rsidRPr="000767E2" w:rsidRDefault="00000000">
      <w:pPr>
        <w:rPr>
          <w:lang w:val="sv-SE"/>
        </w:rPr>
      </w:pPr>
      <w:r w:rsidRPr="000767E2">
        <w:rPr>
          <w:lang w:val="sv-SE"/>
        </w:rPr>
        <w:t>[[@</w:t>
      </w:r>
      <w:r w:rsidR="0096445B" w:rsidRPr="000767E2">
        <w:rPr>
          <w:lang w:val="sv-SE"/>
        </w:rPr>
        <w:t>BibleBIBEL82</w:t>
      </w:r>
      <w:r w:rsidRPr="000767E2">
        <w:rPr>
          <w:lang w:val="sv-SE"/>
        </w:rPr>
        <w:t>:Gal 4:8]]</w:t>
      </w:r>
      <w:r w:rsidRPr="000767E2">
        <w:rPr>
          <w:vertAlign w:val="superscript"/>
          <w:lang w:val="sv-SE"/>
        </w:rPr>
        <w:t>8</w:t>
      </w:r>
      <w:r w:rsidRPr="000767E2">
        <w:rPr>
          <w:lang w:val="sv-SE"/>
        </w:rPr>
        <w:t xml:space="preserve"> {{field-on:bible}}Men då när ni inte kände Gud, fasttjänade ni dem som av naturen inte är gudar.{{field-off:bible}} [[@</w:t>
      </w:r>
      <w:r w:rsidR="0096445B" w:rsidRPr="000767E2">
        <w:rPr>
          <w:lang w:val="sv-SE"/>
        </w:rPr>
        <w:t>BibleBIBEL82</w:t>
      </w:r>
      <w:r w:rsidRPr="000767E2">
        <w:rPr>
          <w:lang w:val="sv-SE"/>
        </w:rPr>
        <w:t>:Gal 4:9]]</w:t>
      </w:r>
      <w:r w:rsidRPr="000767E2">
        <w:rPr>
          <w:vertAlign w:val="superscript"/>
          <w:lang w:val="sv-SE"/>
        </w:rPr>
        <w:t>9</w:t>
      </w:r>
      <w:r w:rsidRPr="000767E2">
        <w:rPr>
          <w:lang w:val="sv-SE"/>
        </w:rPr>
        <w:t xml:space="preserve"> {{field-</w:t>
      </w:r>
      <w:r w:rsidRPr="000767E2">
        <w:rPr>
          <w:lang w:val="sv-SE"/>
        </w:rPr>
        <w:lastRenderedPageBreak/>
        <w:t xml:space="preserve">on:bible}}Men nu när ni har lärt känna Gud, och snarare blivit kända av Gud, hur </w:t>
      </w:r>
      <w:r w:rsidRPr="000767E2">
        <w:rPr>
          <w:i/>
          <w:lang w:val="sv-SE"/>
        </w:rPr>
        <w:t>kan</w:t>
      </w:r>
      <w:r w:rsidRPr="000767E2">
        <w:rPr>
          <w:lang w:val="sv-SE"/>
        </w:rPr>
        <w:t xml:space="preserve"> ni vända om igen till de svaga och fattiga elementen som ni åter på nytt vill fasttjäna?{{field-off:bible}} [[@</w:t>
      </w:r>
      <w:r w:rsidR="0096445B" w:rsidRPr="000767E2">
        <w:rPr>
          <w:lang w:val="sv-SE"/>
        </w:rPr>
        <w:t>BibleBIBEL82</w:t>
      </w:r>
      <w:r w:rsidRPr="000767E2">
        <w:rPr>
          <w:lang w:val="sv-SE"/>
        </w:rPr>
        <w:t>:Gal 4:10]]</w:t>
      </w:r>
      <w:r w:rsidRPr="000767E2">
        <w:rPr>
          <w:vertAlign w:val="superscript"/>
          <w:lang w:val="sv-SE"/>
        </w:rPr>
        <w:t>10</w:t>
      </w:r>
      <w:r w:rsidRPr="000767E2">
        <w:rPr>
          <w:lang w:val="sv-SE"/>
        </w:rPr>
        <w:t xml:space="preserve"> {{field-on:bible}}Dagar vaktar ni noga på, och månader och tider och år.{{field-off:bible}} [[@</w:t>
      </w:r>
      <w:r w:rsidR="0096445B" w:rsidRPr="000767E2">
        <w:rPr>
          <w:lang w:val="sv-SE"/>
        </w:rPr>
        <w:t>BibleBIBEL82</w:t>
      </w:r>
      <w:r w:rsidRPr="000767E2">
        <w:rPr>
          <w:lang w:val="sv-SE"/>
        </w:rPr>
        <w:t>:Gal 4:11]]</w:t>
      </w:r>
      <w:r w:rsidRPr="000767E2">
        <w:rPr>
          <w:vertAlign w:val="superscript"/>
          <w:lang w:val="sv-SE"/>
        </w:rPr>
        <w:t>11</w:t>
      </w:r>
      <w:r w:rsidRPr="000767E2">
        <w:rPr>
          <w:lang w:val="sv-SE"/>
        </w:rPr>
        <w:t xml:space="preserve"> {{field-on:bible}}Jag fruktar </w:t>
      </w:r>
      <w:r w:rsidRPr="000767E2">
        <w:rPr>
          <w:i/>
          <w:lang w:val="sv-SE"/>
        </w:rPr>
        <w:t>för</w:t>
      </w:r>
      <w:r w:rsidRPr="000767E2">
        <w:rPr>
          <w:lang w:val="sv-SE"/>
        </w:rPr>
        <w:t xml:space="preserve"> er </w:t>
      </w:r>
      <w:r w:rsidRPr="000767E2">
        <w:rPr>
          <w:i/>
          <w:lang w:val="sv-SE"/>
        </w:rPr>
        <w:t>skull</w:t>
      </w:r>
      <w:r w:rsidRPr="000767E2">
        <w:rPr>
          <w:lang w:val="sv-SE"/>
        </w:rPr>
        <w:t>, så att jag inte i onödan har slitit för er.{{field-off:bible}}</w:t>
      </w:r>
    </w:p>
    <w:p w14:paraId="6A7B7C4D" w14:textId="42A97FC7" w:rsidR="00BA33AB" w:rsidRPr="000767E2" w:rsidRDefault="00000000">
      <w:pPr>
        <w:rPr>
          <w:lang w:val="sv-SE"/>
        </w:rPr>
      </w:pPr>
      <w:r w:rsidRPr="000767E2">
        <w:rPr>
          <w:lang w:val="sv-SE"/>
        </w:rPr>
        <w:t>[[@</w:t>
      </w:r>
      <w:r w:rsidR="0096445B" w:rsidRPr="000767E2">
        <w:rPr>
          <w:lang w:val="sv-SE"/>
        </w:rPr>
        <w:t>BibleBIBEL82</w:t>
      </w:r>
      <w:r w:rsidRPr="000767E2">
        <w:rPr>
          <w:lang w:val="sv-SE"/>
        </w:rPr>
        <w:t>:Gal 4:12]]</w:t>
      </w:r>
      <w:r w:rsidRPr="000767E2">
        <w:rPr>
          <w:vertAlign w:val="superscript"/>
          <w:lang w:val="sv-SE"/>
        </w:rPr>
        <w:t>12</w:t>
      </w:r>
      <w:r w:rsidRPr="000767E2">
        <w:rPr>
          <w:lang w:val="sv-SE"/>
        </w:rPr>
        <w:t xml:space="preserve"> {{field-on:bible}}Bli som jag. För även jag </w:t>
      </w:r>
      <w:r w:rsidRPr="000767E2">
        <w:rPr>
          <w:i/>
          <w:lang w:val="sv-SE"/>
        </w:rPr>
        <w:t>blev</w:t>
      </w:r>
      <w:r w:rsidRPr="000767E2">
        <w:rPr>
          <w:lang w:val="sv-SE"/>
        </w:rPr>
        <w:t xml:space="preserve"> som ni. Syskon, jag bönfaller er. Inget orätt mot mig har ni gjort.{{field-off:bible}} [[@</w:t>
      </w:r>
      <w:r w:rsidR="0096445B" w:rsidRPr="000767E2">
        <w:rPr>
          <w:lang w:val="sv-SE"/>
        </w:rPr>
        <w:t>BibleBIBEL82</w:t>
      </w:r>
      <w:r w:rsidRPr="000767E2">
        <w:rPr>
          <w:lang w:val="sv-SE"/>
        </w:rPr>
        <w:t>:Gal 4:13]]</w:t>
      </w:r>
      <w:r w:rsidRPr="000767E2">
        <w:rPr>
          <w:vertAlign w:val="superscript"/>
          <w:lang w:val="sv-SE"/>
        </w:rPr>
        <w:t>13</w:t>
      </w:r>
      <w:r w:rsidRPr="000767E2">
        <w:rPr>
          <w:lang w:val="sv-SE"/>
        </w:rPr>
        <w:t xml:space="preserve"> {{field-on:bible}}Men ni vet att </w:t>
      </w:r>
      <w:r w:rsidRPr="000767E2">
        <w:rPr>
          <w:i/>
          <w:lang w:val="sv-SE"/>
        </w:rPr>
        <w:t>det var</w:t>
      </w:r>
      <w:r w:rsidRPr="000767E2">
        <w:rPr>
          <w:lang w:val="sv-SE"/>
        </w:rPr>
        <w:t xml:space="preserve"> på grund av en köttets svaghet jag evangeliserade för er tidigare.{{field-off:bible}} [[@</w:t>
      </w:r>
      <w:r w:rsidR="0096445B" w:rsidRPr="000767E2">
        <w:rPr>
          <w:lang w:val="sv-SE"/>
        </w:rPr>
        <w:t>BibleBIBEL82</w:t>
      </w:r>
      <w:r w:rsidRPr="000767E2">
        <w:rPr>
          <w:lang w:val="sv-SE"/>
        </w:rPr>
        <w:t>:Gal 4:14]]</w:t>
      </w:r>
      <w:r w:rsidRPr="000767E2">
        <w:rPr>
          <w:vertAlign w:val="superscript"/>
          <w:lang w:val="sv-SE"/>
        </w:rPr>
        <w:t>14</w:t>
      </w:r>
      <w:r w:rsidRPr="000767E2">
        <w:rPr>
          <w:lang w:val="sv-SE"/>
        </w:rPr>
        <w:t xml:space="preserve"> {{field-on:bible}}Och </w:t>
      </w:r>
      <w:r w:rsidRPr="000767E2">
        <w:rPr>
          <w:i/>
          <w:lang w:val="sv-SE"/>
        </w:rPr>
        <w:t>denna</w:t>
      </w:r>
      <w:r w:rsidRPr="000767E2">
        <w:rPr>
          <w:lang w:val="sv-SE"/>
        </w:rPr>
        <w:t xml:space="preserve"> er prövning i mitt kött föraktade ni inte eller spottade åt. Nej, som en Guds ängel välkomnade ni mig, som Kristus Jesus.{{field-off:bible}} [[@</w:t>
      </w:r>
      <w:r w:rsidR="0096445B" w:rsidRPr="000767E2">
        <w:rPr>
          <w:lang w:val="sv-SE"/>
        </w:rPr>
        <w:t>BibleBIBEL82</w:t>
      </w:r>
      <w:r w:rsidRPr="000767E2">
        <w:rPr>
          <w:lang w:val="sv-SE"/>
        </w:rPr>
        <w:t>:Gal 4:15]]</w:t>
      </w:r>
      <w:r w:rsidRPr="000767E2">
        <w:rPr>
          <w:vertAlign w:val="superscript"/>
          <w:lang w:val="sv-SE"/>
        </w:rPr>
        <w:t>15</w:t>
      </w:r>
      <w:r w:rsidRPr="000767E2">
        <w:rPr>
          <w:lang w:val="sv-SE"/>
        </w:rPr>
        <w:t xml:space="preserve"> {{field-on:bible}}Var </w:t>
      </w:r>
      <w:r w:rsidRPr="000767E2">
        <w:rPr>
          <w:i/>
          <w:lang w:val="sv-SE"/>
        </w:rPr>
        <w:t>är</w:t>
      </w:r>
      <w:r w:rsidRPr="000767E2">
        <w:rPr>
          <w:lang w:val="sv-SE"/>
        </w:rPr>
        <w:t xml:space="preserve"> nu er saligprisning? För jag vittnar för er att ni, om möjligt, hade grävt ut era ögon och gett till mig.{{field-off:bible}} [[@</w:t>
      </w:r>
      <w:r w:rsidR="0096445B" w:rsidRPr="000767E2">
        <w:rPr>
          <w:lang w:val="sv-SE"/>
        </w:rPr>
        <w:t>BibleBIBEL82</w:t>
      </w:r>
      <w:r w:rsidRPr="000767E2">
        <w:rPr>
          <w:lang w:val="sv-SE"/>
        </w:rPr>
        <w:t>:Gal 4:16]]</w:t>
      </w:r>
      <w:r w:rsidRPr="000767E2">
        <w:rPr>
          <w:vertAlign w:val="superscript"/>
          <w:lang w:val="sv-SE"/>
        </w:rPr>
        <w:t>16</w:t>
      </w:r>
      <w:r w:rsidRPr="000767E2">
        <w:rPr>
          <w:lang w:val="sv-SE"/>
        </w:rPr>
        <w:t xml:space="preserve"> {{field-on:bible}}Alltså: har jag blivit er fiende när jag är sann mot er?{{field-off:bible}}</w:t>
      </w:r>
    </w:p>
    <w:p w14:paraId="1E5C97AD" w14:textId="59F78A8B" w:rsidR="00BA33AB" w:rsidRPr="000767E2" w:rsidRDefault="00000000">
      <w:pPr>
        <w:rPr>
          <w:lang w:val="sv-SE"/>
        </w:rPr>
      </w:pPr>
      <w:r w:rsidRPr="000767E2">
        <w:rPr>
          <w:lang w:val="sv-SE"/>
        </w:rPr>
        <w:t>[[@</w:t>
      </w:r>
      <w:r w:rsidR="0096445B" w:rsidRPr="000767E2">
        <w:rPr>
          <w:lang w:val="sv-SE"/>
        </w:rPr>
        <w:t>BibleBIBEL82</w:t>
      </w:r>
      <w:r w:rsidRPr="000767E2">
        <w:rPr>
          <w:lang w:val="sv-SE"/>
        </w:rPr>
        <w:t>:Gal 4:17]]</w:t>
      </w:r>
      <w:r w:rsidRPr="000767E2">
        <w:rPr>
          <w:vertAlign w:val="superscript"/>
          <w:lang w:val="sv-SE"/>
        </w:rPr>
        <w:t>17</w:t>
      </w:r>
      <w:r w:rsidRPr="000767E2">
        <w:rPr>
          <w:lang w:val="sv-SE"/>
        </w:rPr>
        <w:t xml:space="preserve"> {{field-on:bible}}De är nitiska för er, </w:t>
      </w:r>
      <w:r w:rsidRPr="000767E2">
        <w:rPr>
          <w:i/>
          <w:lang w:val="sv-SE"/>
        </w:rPr>
        <w:t>men</w:t>
      </w:r>
      <w:r w:rsidRPr="000767E2">
        <w:rPr>
          <w:lang w:val="sv-SE"/>
        </w:rPr>
        <w:t xml:space="preserve"> inte </w:t>
      </w:r>
      <w:r w:rsidRPr="000767E2">
        <w:rPr>
          <w:i/>
          <w:lang w:val="sv-SE"/>
        </w:rPr>
        <w:t>på ett</w:t>
      </w:r>
      <w:r w:rsidRPr="000767E2">
        <w:rPr>
          <w:lang w:val="sv-SE"/>
        </w:rPr>
        <w:t xml:space="preserve"> bra </w:t>
      </w:r>
      <w:r w:rsidRPr="000767E2">
        <w:rPr>
          <w:i/>
          <w:lang w:val="sv-SE"/>
        </w:rPr>
        <w:t>sätt</w:t>
      </w:r>
      <w:r w:rsidRPr="000767E2">
        <w:rPr>
          <w:lang w:val="sv-SE"/>
        </w:rPr>
        <w:t>. Nej, utestänga er vill de, så att ni är nitiska för dem.{{field-off:bible}} [[@</w:t>
      </w:r>
      <w:r w:rsidR="0096445B" w:rsidRPr="000767E2">
        <w:rPr>
          <w:lang w:val="sv-SE"/>
        </w:rPr>
        <w:t>BibleBIBEL82</w:t>
      </w:r>
      <w:r w:rsidRPr="000767E2">
        <w:rPr>
          <w:lang w:val="sv-SE"/>
        </w:rPr>
        <w:t>:Gal 4:18]]</w:t>
      </w:r>
      <w:r w:rsidRPr="000767E2">
        <w:rPr>
          <w:vertAlign w:val="superscript"/>
          <w:lang w:val="sv-SE"/>
        </w:rPr>
        <w:t>18</w:t>
      </w:r>
      <w:r w:rsidRPr="000767E2">
        <w:rPr>
          <w:lang w:val="sv-SE"/>
        </w:rPr>
        <w:t xml:space="preserve"> {{field-on:bible}}Och </w:t>
      </w:r>
      <w:r w:rsidRPr="000767E2">
        <w:rPr>
          <w:i/>
          <w:lang w:val="sv-SE"/>
        </w:rPr>
        <w:t>det är</w:t>
      </w:r>
      <w:r w:rsidRPr="000767E2">
        <w:rPr>
          <w:lang w:val="sv-SE"/>
        </w:rPr>
        <w:t xml:space="preserve"> bra att vara nitisk i </w:t>
      </w:r>
      <w:r w:rsidRPr="000767E2">
        <w:rPr>
          <w:i/>
          <w:lang w:val="sv-SE"/>
        </w:rPr>
        <w:t>det som är</w:t>
      </w:r>
      <w:r w:rsidRPr="000767E2">
        <w:rPr>
          <w:lang w:val="sv-SE"/>
        </w:rPr>
        <w:t xml:space="preserve"> bra, alltid och inte bara under det att jag är där hos er.{{field-off:bible}}</w:t>
      </w:r>
    </w:p>
    <w:p w14:paraId="61338B6E" w14:textId="4A13ADF2" w:rsidR="00BA33AB" w:rsidRPr="000767E2" w:rsidRDefault="00000000">
      <w:pPr>
        <w:rPr>
          <w:lang w:val="sv-SE"/>
        </w:rPr>
      </w:pPr>
      <w:r w:rsidRPr="000767E2">
        <w:rPr>
          <w:lang w:val="sv-SE"/>
        </w:rPr>
        <w:t>[[@</w:t>
      </w:r>
      <w:r w:rsidR="0096445B" w:rsidRPr="000767E2">
        <w:rPr>
          <w:lang w:val="sv-SE"/>
        </w:rPr>
        <w:t>BibleBIBEL82</w:t>
      </w:r>
      <w:r w:rsidRPr="000767E2">
        <w:rPr>
          <w:lang w:val="sv-SE"/>
        </w:rPr>
        <w:t>:Gal 4:19]]</w:t>
      </w:r>
      <w:r w:rsidRPr="000767E2">
        <w:rPr>
          <w:vertAlign w:val="superscript"/>
          <w:lang w:val="sv-SE"/>
        </w:rPr>
        <w:t>19</w:t>
      </w:r>
      <w:r w:rsidRPr="000767E2">
        <w:rPr>
          <w:lang w:val="sv-SE"/>
        </w:rPr>
        <w:t xml:space="preserve"> {{field-on:bible}}Mina barn, som jag åter har värkar med, fram tills Kristus har gestaltats i er!{{field-off:bible}} [[@</w:t>
      </w:r>
      <w:r w:rsidR="0096445B" w:rsidRPr="000767E2">
        <w:rPr>
          <w:lang w:val="sv-SE"/>
        </w:rPr>
        <w:t>BibleBIBEL82</w:t>
      </w:r>
      <w:r w:rsidRPr="000767E2">
        <w:rPr>
          <w:lang w:val="sv-SE"/>
        </w:rPr>
        <w:t>:Gal 4:20]]</w:t>
      </w:r>
      <w:r w:rsidRPr="000767E2">
        <w:rPr>
          <w:vertAlign w:val="superscript"/>
          <w:lang w:val="sv-SE"/>
        </w:rPr>
        <w:t>20</w:t>
      </w:r>
      <w:r w:rsidRPr="000767E2">
        <w:rPr>
          <w:lang w:val="sv-SE"/>
        </w:rPr>
        <w:t xml:space="preserve"> {{field-on:bible}}Men jag hade velat vara där hos er nu och förändra min röst. För jag är villrådig med er.{{field-off:bible}}</w:t>
      </w:r>
    </w:p>
    <w:p w14:paraId="1178F506" w14:textId="77777777" w:rsidR="00BA33AB" w:rsidRPr="000767E2" w:rsidRDefault="00000000">
      <w:pPr>
        <w:pStyle w:val="Rubrik3"/>
        <w:rPr>
          <w:lang w:val="sv-SE"/>
        </w:rPr>
      </w:pPr>
      <w:r w:rsidRPr="000767E2">
        <w:rPr>
          <w:lang w:val="sv-SE"/>
        </w:rPr>
        <w:t>Hagar och Sara som exempel</w:t>
      </w:r>
    </w:p>
    <w:p w14:paraId="685C9688" w14:textId="447930EA" w:rsidR="00BA33AB" w:rsidRPr="000767E2" w:rsidRDefault="00000000">
      <w:pPr>
        <w:rPr>
          <w:lang w:val="sv-SE"/>
        </w:rPr>
      </w:pPr>
      <w:r w:rsidRPr="000767E2">
        <w:rPr>
          <w:lang w:val="sv-SE"/>
        </w:rPr>
        <w:t>[[@</w:t>
      </w:r>
      <w:r w:rsidR="0096445B" w:rsidRPr="000767E2">
        <w:rPr>
          <w:lang w:val="sv-SE"/>
        </w:rPr>
        <w:t>BibleBIBEL82</w:t>
      </w:r>
      <w:r w:rsidRPr="000767E2">
        <w:rPr>
          <w:lang w:val="sv-SE"/>
        </w:rPr>
        <w:t>:Gal 4:21]]</w:t>
      </w:r>
      <w:r w:rsidRPr="000767E2">
        <w:rPr>
          <w:vertAlign w:val="superscript"/>
          <w:lang w:val="sv-SE"/>
        </w:rPr>
        <w:t>21</w:t>
      </w:r>
      <w:r w:rsidRPr="000767E2">
        <w:rPr>
          <w:lang w:val="sv-SE"/>
        </w:rPr>
        <w:t xml:space="preserve"> {{field-on:bible}}Säg mig, ni som vill vara under lag: lyssnar ni inte till lagen?{{field-off:bible}} [[@</w:t>
      </w:r>
      <w:r w:rsidR="0096445B" w:rsidRPr="000767E2">
        <w:rPr>
          <w:lang w:val="sv-SE"/>
        </w:rPr>
        <w:t>BibleBIBEL82</w:t>
      </w:r>
      <w:r w:rsidRPr="000767E2">
        <w:rPr>
          <w:lang w:val="sv-SE"/>
        </w:rPr>
        <w:t>:Gal 4:22]]</w:t>
      </w:r>
      <w:r w:rsidRPr="000767E2">
        <w:rPr>
          <w:vertAlign w:val="superscript"/>
          <w:lang w:val="sv-SE"/>
        </w:rPr>
        <w:t>22</w:t>
      </w:r>
      <w:r w:rsidRPr="000767E2">
        <w:rPr>
          <w:lang w:val="sv-SE"/>
        </w:rPr>
        <w:t xml:space="preserve"> {{field-on:bible}}För det är skrivet att Abraham hade två söner, en från tjänsteflickan och en från den fria </w:t>
      </w:r>
      <w:r w:rsidRPr="000767E2">
        <w:rPr>
          <w:i/>
          <w:lang w:val="sv-SE"/>
        </w:rPr>
        <w:t>hustrun</w:t>
      </w:r>
      <w:r w:rsidRPr="000767E2">
        <w:rPr>
          <w:lang w:val="sv-SE"/>
        </w:rPr>
        <w:t>.{{field-off:bible}} [[@</w:t>
      </w:r>
      <w:r w:rsidR="0096445B" w:rsidRPr="000767E2">
        <w:rPr>
          <w:lang w:val="sv-SE"/>
        </w:rPr>
        <w:t>BibleBIBEL82</w:t>
      </w:r>
      <w:r w:rsidRPr="000767E2">
        <w:rPr>
          <w:lang w:val="sv-SE"/>
        </w:rPr>
        <w:t>:Gal 4:23]]</w:t>
      </w:r>
      <w:r w:rsidRPr="000767E2">
        <w:rPr>
          <w:vertAlign w:val="superscript"/>
          <w:lang w:val="sv-SE"/>
        </w:rPr>
        <w:t>23</w:t>
      </w:r>
      <w:r w:rsidRPr="000767E2">
        <w:rPr>
          <w:lang w:val="sv-SE"/>
        </w:rPr>
        <w:t xml:space="preserve"> {{field-on:bible}}Men han från tjänsteflickan var född efter kött, och han från den fria genom löfte.{{field-off:bible}}</w:t>
      </w:r>
    </w:p>
    <w:p w14:paraId="4307D7D1" w14:textId="4FF7ACC9" w:rsidR="00BA33AB" w:rsidRPr="000767E2" w:rsidRDefault="00000000">
      <w:pPr>
        <w:rPr>
          <w:lang w:val="sv-SE"/>
        </w:rPr>
      </w:pPr>
      <w:r w:rsidRPr="000767E2">
        <w:rPr>
          <w:lang w:val="sv-SE"/>
        </w:rPr>
        <w:t>[[@</w:t>
      </w:r>
      <w:r w:rsidR="0096445B" w:rsidRPr="000767E2">
        <w:rPr>
          <w:lang w:val="sv-SE"/>
        </w:rPr>
        <w:t>BibleBIBEL82</w:t>
      </w:r>
      <w:r w:rsidRPr="000767E2">
        <w:rPr>
          <w:lang w:val="sv-SE"/>
        </w:rPr>
        <w:t>:Gal 4:24]]</w:t>
      </w:r>
      <w:r w:rsidRPr="000767E2">
        <w:rPr>
          <w:vertAlign w:val="superscript"/>
          <w:lang w:val="sv-SE"/>
        </w:rPr>
        <w:t>24</w:t>
      </w:r>
      <w:r w:rsidRPr="000767E2">
        <w:rPr>
          <w:lang w:val="sv-SE"/>
        </w:rPr>
        <w:t xml:space="preserve"> {{field-on:bible}}Detta är allegoriserande, för dessa </w:t>
      </w:r>
      <w:r w:rsidRPr="000767E2">
        <w:rPr>
          <w:i/>
          <w:lang w:val="sv-SE"/>
        </w:rPr>
        <w:t>kvinnor</w:t>
      </w:r>
      <w:r w:rsidRPr="000767E2">
        <w:rPr>
          <w:lang w:val="sv-SE"/>
        </w:rPr>
        <w:t xml:space="preserve"> är två förbund. Ett </w:t>
      </w:r>
      <w:r w:rsidRPr="000767E2">
        <w:rPr>
          <w:i/>
          <w:lang w:val="sv-SE"/>
        </w:rPr>
        <w:t>är</w:t>
      </w:r>
      <w:r w:rsidRPr="000767E2">
        <w:rPr>
          <w:lang w:val="sv-SE"/>
        </w:rPr>
        <w:t xml:space="preserve"> från berget Sinai som föder till slaveri, det är Hagar.{{field-off:bible}} [[@</w:t>
      </w:r>
      <w:r w:rsidR="0096445B" w:rsidRPr="000767E2">
        <w:rPr>
          <w:lang w:val="sv-SE"/>
        </w:rPr>
        <w:t>BibleBIBEL82</w:t>
      </w:r>
      <w:r w:rsidRPr="000767E2">
        <w:rPr>
          <w:lang w:val="sv-SE"/>
        </w:rPr>
        <w:t>:Gal 4:25]]</w:t>
      </w:r>
      <w:r w:rsidRPr="000767E2">
        <w:rPr>
          <w:vertAlign w:val="superscript"/>
          <w:lang w:val="sv-SE"/>
        </w:rPr>
        <w:t>25</w:t>
      </w:r>
      <w:r w:rsidRPr="000767E2">
        <w:rPr>
          <w:lang w:val="sv-SE"/>
        </w:rPr>
        <w:t xml:space="preserve"> {{field-on:bible}}Och Hagar är Sinai berg i Arabien, och det motsvarar det nuvarande Jerusalem, för det fasttjänar med sina barn.{{field-off:bible}} [[@</w:t>
      </w:r>
      <w:r w:rsidR="0096445B" w:rsidRPr="000767E2">
        <w:rPr>
          <w:lang w:val="sv-SE"/>
        </w:rPr>
        <w:t>BibleBIBEL82</w:t>
      </w:r>
      <w:r w:rsidRPr="000767E2">
        <w:rPr>
          <w:lang w:val="sv-SE"/>
        </w:rPr>
        <w:t>:Gal 4:26]]</w:t>
      </w:r>
      <w:r w:rsidRPr="000767E2">
        <w:rPr>
          <w:vertAlign w:val="superscript"/>
          <w:lang w:val="sv-SE"/>
        </w:rPr>
        <w:t>26</w:t>
      </w:r>
      <w:r w:rsidRPr="000767E2">
        <w:rPr>
          <w:lang w:val="sv-SE"/>
        </w:rPr>
        <w:t xml:space="preserve"> {{field-on:bible}}Men Jerusalem </w:t>
      </w:r>
      <w:r w:rsidRPr="000767E2">
        <w:rPr>
          <w:i/>
          <w:lang w:val="sv-SE"/>
        </w:rPr>
        <w:t>där</w:t>
      </w:r>
      <w:r w:rsidRPr="000767E2">
        <w:rPr>
          <w:lang w:val="sv-SE"/>
        </w:rPr>
        <w:t xml:space="preserve"> ovan är fritt, </w:t>
      </w:r>
      <w:r w:rsidRPr="000767E2">
        <w:rPr>
          <w:i/>
          <w:lang w:val="sv-SE"/>
        </w:rPr>
        <w:t>och</w:t>
      </w:r>
      <w:r w:rsidRPr="000767E2">
        <w:rPr>
          <w:lang w:val="sv-SE"/>
        </w:rPr>
        <w:t xml:space="preserve"> det är vår moder.{{field-off:bible}} [[@</w:t>
      </w:r>
      <w:r w:rsidR="0096445B" w:rsidRPr="000767E2">
        <w:rPr>
          <w:lang w:val="sv-SE"/>
        </w:rPr>
        <w:t>BibleBIBEL82</w:t>
      </w:r>
      <w:r w:rsidRPr="000767E2">
        <w:rPr>
          <w:lang w:val="sv-SE"/>
        </w:rPr>
        <w:t>:Gal 4:27]]</w:t>
      </w:r>
      <w:r w:rsidRPr="000767E2">
        <w:rPr>
          <w:vertAlign w:val="superscript"/>
          <w:lang w:val="sv-SE"/>
        </w:rPr>
        <w:t>27</w:t>
      </w:r>
      <w:r w:rsidRPr="000767E2">
        <w:rPr>
          <w:lang w:val="sv-SE"/>
        </w:rPr>
        <w:t xml:space="preserve"> {{field-on:bible}}För det är skrivet:{{field-off:bible}}</w:t>
      </w:r>
    </w:p>
    <w:p w14:paraId="1EEF42CC" w14:textId="77777777" w:rsidR="00BA33AB" w:rsidRPr="000767E2" w:rsidRDefault="00000000">
      <w:pPr>
        <w:rPr>
          <w:lang w:val="sv-SE"/>
        </w:rPr>
      </w:pPr>
      <w:r w:rsidRPr="000767E2">
        <w:rPr>
          <w:lang w:val="sv-SE"/>
        </w:rPr>
        <w:t xml:space="preserve">{{field-on:bible}}Fröjda dig, </w:t>
      </w:r>
      <w:r w:rsidRPr="000767E2">
        <w:rPr>
          <w:i/>
          <w:lang w:val="sv-SE"/>
        </w:rPr>
        <w:t>du</w:t>
      </w:r>
      <w:r w:rsidRPr="000767E2">
        <w:rPr>
          <w:lang w:val="sv-SE"/>
        </w:rPr>
        <w:t xml:space="preserve"> ofruktsamma som inte föder!</w:t>
      </w:r>
      <w:r w:rsidRPr="000767E2">
        <w:rPr>
          <w:lang w:val="sv-SE"/>
        </w:rPr>
        <w:br/>
        <w:t xml:space="preserve">Brist ut och ropa, </w:t>
      </w:r>
      <w:r w:rsidRPr="000767E2">
        <w:rPr>
          <w:i/>
          <w:lang w:val="sv-SE"/>
        </w:rPr>
        <w:t>du</w:t>
      </w:r>
      <w:r w:rsidRPr="000767E2">
        <w:rPr>
          <w:lang w:val="sv-SE"/>
        </w:rPr>
        <w:t xml:space="preserve"> som inte har värkar!</w:t>
      </w:r>
      <w:r w:rsidRPr="000767E2">
        <w:rPr>
          <w:lang w:val="sv-SE"/>
        </w:rPr>
        <w:br/>
        <w:t xml:space="preserve">För den övergivnas barn </w:t>
      </w:r>
      <w:r w:rsidRPr="000767E2">
        <w:rPr>
          <w:i/>
          <w:lang w:val="sv-SE"/>
        </w:rPr>
        <w:t>är</w:t>
      </w:r>
      <w:r w:rsidRPr="000767E2">
        <w:rPr>
          <w:lang w:val="sv-SE"/>
        </w:rPr>
        <w:t xml:space="preserve"> många,</w:t>
      </w:r>
      <w:r w:rsidRPr="000767E2">
        <w:rPr>
          <w:lang w:val="sv-SE"/>
        </w:rPr>
        <w:br/>
        <w:t>fler än hennes som har mannen.{{field-off:bible}}</w:t>
      </w:r>
    </w:p>
    <w:p w14:paraId="5BE245BA" w14:textId="37FCF4A8"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:Gal 4:28]]</w:t>
      </w:r>
      <w:r w:rsidRPr="000767E2">
        <w:rPr>
          <w:vertAlign w:val="superscript"/>
          <w:lang w:val="sv-SE"/>
        </w:rPr>
        <w:t>28</w:t>
      </w:r>
      <w:r w:rsidRPr="000767E2">
        <w:rPr>
          <w:lang w:val="sv-SE"/>
        </w:rPr>
        <w:t xml:space="preserve"> {{field-on:bible}}Och ni, syskon, på Isaaks vis är ni löftets barn.{{field-off:bible}} [[@</w:t>
      </w:r>
      <w:r w:rsidR="0096445B" w:rsidRPr="000767E2">
        <w:rPr>
          <w:lang w:val="sv-SE"/>
        </w:rPr>
        <w:t>BibleBIBEL82</w:t>
      </w:r>
      <w:r w:rsidRPr="000767E2">
        <w:rPr>
          <w:lang w:val="sv-SE"/>
        </w:rPr>
        <w:t>:Gal 4:29]]</w:t>
      </w:r>
      <w:r w:rsidRPr="000767E2">
        <w:rPr>
          <w:vertAlign w:val="superscript"/>
          <w:lang w:val="sv-SE"/>
        </w:rPr>
        <w:t>29</w:t>
      </w:r>
      <w:r w:rsidRPr="000767E2">
        <w:rPr>
          <w:lang w:val="sv-SE"/>
        </w:rPr>
        <w:t xml:space="preserve"> {{field-on:bible}}Men såsom då, </w:t>
      </w:r>
      <w:r w:rsidRPr="000767E2">
        <w:rPr>
          <w:i/>
          <w:lang w:val="sv-SE"/>
        </w:rPr>
        <w:t>att</w:t>
      </w:r>
      <w:r w:rsidRPr="000767E2">
        <w:rPr>
          <w:lang w:val="sv-SE"/>
        </w:rPr>
        <w:t xml:space="preserve"> den </w:t>
      </w:r>
      <w:r w:rsidRPr="000767E2">
        <w:rPr>
          <w:i/>
          <w:lang w:val="sv-SE"/>
        </w:rPr>
        <w:t>som var</w:t>
      </w:r>
      <w:r w:rsidRPr="000767E2">
        <w:rPr>
          <w:lang w:val="sv-SE"/>
        </w:rPr>
        <w:t xml:space="preserve"> född efter kött förföljde den efter Ande, så också nu.{{field-off:bible}} [[@</w:t>
      </w:r>
      <w:r w:rsidR="0096445B" w:rsidRPr="000767E2">
        <w:rPr>
          <w:lang w:val="sv-SE"/>
        </w:rPr>
        <w:t>BibleBIBEL82</w:t>
      </w:r>
      <w:r w:rsidRPr="000767E2">
        <w:rPr>
          <w:lang w:val="sv-SE"/>
        </w:rPr>
        <w:t>:Gal 4:30]]</w:t>
      </w:r>
      <w:r w:rsidRPr="000767E2">
        <w:rPr>
          <w:vertAlign w:val="superscript"/>
          <w:lang w:val="sv-SE"/>
        </w:rPr>
        <w:t>30</w:t>
      </w:r>
      <w:r w:rsidRPr="000767E2">
        <w:rPr>
          <w:lang w:val="sv-SE"/>
        </w:rPr>
        <w:t xml:space="preserve"> {{field-on:bible}}Men vad säger Skriften? Driv ut tjänsteflickan och hennes son. För aldrig ska tjänsteflickans son </w:t>
      </w:r>
      <w:r w:rsidRPr="000767E2">
        <w:rPr>
          <w:i/>
          <w:lang w:val="sv-SE"/>
        </w:rPr>
        <w:t>få</w:t>
      </w:r>
      <w:r w:rsidRPr="000767E2">
        <w:rPr>
          <w:lang w:val="sv-SE"/>
        </w:rPr>
        <w:t xml:space="preserve"> ärva med den frias son.{{field-off:bible}} [[@</w:t>
      </w:r>
      <w:r w:rsidR="0096445B" w:rsidRPr="000767E2">
        <w:rPr>
          <w:lang w:val="sv-SE"/>
        </w:rPr>
        <w:t>BibleBIBEL82</w:t>
      </w:r>
      <w:r w:rsidRPr="000767E2">
        <w:rPr>
          <w:lang w:val="sv-SE"/>
        </w:rPr>
        <w:t>:Gal 4:31]]</w:t>
      </w:r>
      <w:r w:rsidRPr="000767E2">
        <w:rPr>
          <w:vertAlign w:val="superscript"/>
          <w:lang w:val="sv-SE"/>
        </w:rPr>
        <w:t>31</w:t>
      </w:r>
      <w:r w:rsidRPr="000767E2">
        <w:rPr>
          <w:lang w:val="sv-SE"/>
        </w:rPr>
        <w:t xml:space="preserve"> {{field-on:bible}}Därför, syskon, är vi inte en tjänsteflickas barn utan den frias.{{field-off:bible}}</w:t>
      </w:r>
    </w:p>
    <w:p w14:paraId="1299E490" w14:textId="5C185BE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:Gal 5]]Kapitel 5</w:t>
      </w:r>
    </w:p>
    <w:p w14:paraId="34E222AF" w14:textId="77777777" w:rsidR="00BA33AB" w:rsidRPr="000767E2" w:rsidRDefault="00000000">
      <w:pPr>
        <w:pStyle w:val="Rubrik3"/>
        <w:rPr>
          <w:lang w:val="sv-SE"/>
        </w:rPr>
      </w:pPr>
      <w:r w:rsidRPr="000767E2">
        <w:rPr>
          <w:lang w:val="sv-SE"/>
        </w:rPr>
        <w:t>Frihet i Kristus</w:t>
      </w:r>
    </w:p>
    <w:p w14:paraId="62595A28" w14:textId="165831A4" w:rsidR="00BA33AB" w:rsidRPr="000767E2" w:rsidRDefault="00000000">
      <w:pPr>
        <w:rPr>
          <w:lang w:val="sv-SE"/>
        </w:rPr>
      </w:pPr>
      <w:r w:rsidRPr="000767E2">
        <w:rPr>
          <w:lang w:val="sv-SE"/>
        </w:rPr>
        <w:t>[[@</w:t>
      </w:r>
      <w:r w:rsidR="0096445B" w:rsidRPr="000767E2">
        <w:rPr>
          <w:lang w:val="sv-SE"/>
        </w:rPr>
        <w:t>BibleBIBEL82</w:t>
      </w:r>
      <w:r w:rsidRPr="000767E2">
        <w:rPr>
          <w:lang w:val="sv-SE"/>
        </w:rPr>
        <w:t>:Gal 5:1]]</w:t>
      </w:r>
      <w:r w:rsidRPr="000767E2">
        <w:rPr>
          <w:vertAlign w:val="superscript"/>
          <w:lang w:val="sv-SE"/>
        </w:rPr>
        <w:t>1</w:t>
      </w:r>
      <w:r w:rsidRPr="000767E2">
        <w:rPr>
          <w:lang w:val="sv-SE"/>
        </w:rPr>
        <w:t xml:space="preserve"> {{field-on:bible}}Till </w:t>
      </w:r>
      <w:r w:rsidRPr="000767E2">
        <w:rPr>
          <w:i/>
          <w:lang w:val="sv-SE"/>
        </w:rPr>
        <w:t>den</w:t>
      </w:r>
      <w:r w:rsidRPr="000767E2">
        <w:rPr>
          <w:lang w:val="sv-SE"/>
        </w:rPr>
        <w:t xml:space="preserve"> friheten har Kristus gjort oss fria. Stå då </w:t>
      </w:r>
      <w:r w:rsidRPr="000767E2">
        <w:rPr>
          <w:i/>
          <w:lang w:val="sv-SE"/>
        </w:rPr>
        <w:t>fasta</w:t>
      </w:r>
      <w:r w:rsidRPr="000767E2">
        <w:rPr>
          <w:lang w:val="sv-SE"/>
        </w:rPr>
        <w:t xml:space="preserve"> och bli inte åter inhållna i slaveriets ok.{{field-off:bible}} [[@</w:t>
      </w:r>
      <w:r w:rsidR="0096445B" w:rsidRPr="000767E2">
        <w:rPr>
          <w:lang w:val="sv-SE"/>
        </w:rPr>
        <w:t>BibleBIBEL82</w:t>
      </w:r>
      <w:r w:rsidRPr="000767E2">
        <w:rPr>
          <w:lang w:val="sv-SE"/>
        </w:rPr>
        <w:t>:Gal 5:2]]</w:t>
      </w:r>
      <w:r w:rsidRPr="000767E2">
        <w:rPr>
          <w:vertAlign w:val="superscript"/>
          <w:lang w:val="sv-SE"/>
        </w:rPr>
        <w:t>2</w:t>
      </w:r>
      <w:r w:rsidRPr="000767E2">
        <w:rPr>
          <w:lang w:val="sv-SE"/>
        </w:rPr>
        <w:t xml:space="preserve"> {{field-on:bible}}Se: jag, Paulus, säger er att om ni omskär er, kommer inte Kristus att göra någon nytta för er.{{field-off:bible}} [[@</w:t>
      </w:r>
      <w:r w:rsidR="0096445B" w:rsidRPr="000767E2">
        <w:rPr>
          <w:lang w:val="sv-SE"/>
        </w:rPr>
        <w:t>BibleBIBEL82</w:t>
      </w:r>
      <w:r w:rsidRPr="000767E2">
        <w:rPr>
          <w:lang w:val="sv-SE"/>
        </w:rPr>
        <w:t>:Gal 5:3]]</w:t>
      </w:r>
      <w:r w:rsidRPr="000767E2">
        <w:rPr>
          <w:vertAlign w:val="superscript"/>
          <w:lang w:val="sv-SE"/>
        </w:rPr>
        <w:t>3</w:t>
      </w:r>
      <w:r w:rsidRPr="000767E2">
        <w:rPr>
          <w:lang w:val="sv-SE"/>
        </w:rPr>
        <w:t xml:space="preserve"> {{field-on:bible}}Och jag vittnar igen för varje människa som omskär sig att han är förpliktad att göra hela lagen.{{field-off:bible}} [[@</w:t>
      </w:r>
      <w:r w:rsidR="0096445B" w:rsidRPr="000767E2">
        <w:rPr>
          <w:lang w:val="sv-SE"/>
        </w:rPr>
        <w:t>BibleBIBEL82</w:t>
      </w:r>
      <w:r w:rsidRPr="000767E2">
        <w:rPr>
          <w:lang w:val="sv-SE"/>
        </w:rPr>
        <w:t>:Gal 5:4]]</w:t>
      </w:r>
      <w:r w:rsidRPr="000767E2">
        <w:rPr>
          <w:vertAlign w:val="superscript"/>
          <w:lang w:val="sv-SE"/>
        </w:rPr>
        <w:t>4</w:t>
      </w:r>
      <w:r w:rsidRPr="000767E2">
        <w:rPr>
          <w:lang w:val="sv-SE"/>
        </w:rPr>
        <w:t xml:space="preserve"> {{field-on:bible}}Ni är upphävda från Kristus, </w:t>
      </w:r>
      <w:r w:rsidRPr="000767E2">
        <w:rPr>
          <w:i/>
          <w:lang w:val="sv-SE"/>
        </w:rPr>
        <w:t>ni</w:t>
      </w:r>
      <w:r w:rsidRPr="000767E2">
        <w:rPr>
          <w:lang w:val="sv-SE"/>
        </w:rPr>
        <w:t xml:space="preserve"> som rättfärdigförklarar er genom lag. Ni har fallit bort ur nåden.{{field-off:bible}} [[@</w:t>
      </w:r>
      <w:r w:rsidR="0096445B" w:rsidRPr="000767E2">
        <w:rPr>
          <w:lang w:val="sv-SE"/>
        </w:rPr>
        <w:t>BibleBIBEL82</w:t>
      </w:r>
      <w:r w:rsidRPr="000767E2">
        <w:rPr>
          <w:lang w:val="sv-SE"/>
        </w:rPr>
        <w:t>:Gal 5:5]]</w:t>
      </w:r>
      <w:r w:rsidRPr="000767E2">
        <w:rPr>
          <w:vertAlign w:val="superscript"/>
          <w:lang w:val="sv-SE"/>
        </w:rPr>
        <w:t>5</w:t>
      </w:r>
      <w:r w:rsidRPr="000767E2">
        <w:rPr>
          <w:lang w:val="sv-SE"/>
        </w:rPr>
        <w:t xml:space="preserve"> {{field-on:bible}}För vi väntar genom Ande av tro ett rättfärdighetens hopp.{{field-off:bible}} [[@</w:t>
      </w:r>
      <w:r w:rsidR="0096445B" w:rsidRPr="000767E2">
        <w:rPr>
          <w:lang w:val="sv-SE"/>
        </w:rPr>
        <w:t>BibleBIBEL82</w:t>
      </w:r>
      <w:r w:rsidRPr="000767E2">
        <w:rPr>
          <w:lang w:val="sv-SE"/>
        </w:rPr>
        <w:t>:Gal 5:6]]</w:t>
      </w:r>
      <w:r w:rsidRPr="000767E2">
        <w:rPr>
          <w:vertAlign w:val="superscript"/>
          <w:lang w:val="sv-SE"/>
        </w:rPr>
        <w:t>6</w:t>
      </w:r>
      <w:r w:rsidRPr="000767E2">
        <w:rPr>
          <w:lang w:val="sv-SE"/>
        </w:rPr>
        <w:t xml:space="preserve"> {{field-on:bible}}För i Kristus Jesus har varken omskärelse eller förhud någon kraft, utan tro som verkar genom kärlek.{{field-off:bible}}</w:t>
      </w:r>
    </w:p>
    <w:p w14:paraId="18E48E6B" w14:textId="67C650DF" w:rsidR="00BA33AB" w:rsidRPr="000767E2" w:rsidRDefault="00000000">
      <w:pPr>
        <w:rPr>
          <w:lang w:val="sv-SE"/>
        </w:rPr>
      </w:pPr>
      <w:r>
        <w:t>[[@</w:t>
      </w:r>
      <w:r w:rsidR="0096445B">
        <w:t>BibleBIBEL</w:t>
      </w:r>
      <w:proofErr w:type="gramStart"/>
      <w:r w:rsidR="0096445B">
        <w:t>82</w:t>
      </w:r>
      <w:r>
        <w:t>:Gal</w:t>
      </w:r>
      <w:proofErr w:type="gramEnd"/>
      <w:r>
        <w:t xml:space="preserve"> 5:7]]</w:t>
      </w:r>
      <w:r>
        <w:rPr>
          <w:vertAlign w:val="superscript"/>
        </w:rPr>
        <w:t>7</w:t>
      </w:r>
      <w:r>
        <w:t xml:space="preserve"> {{</w:t>
      </w:r>
      <w:proofErr w:type="spellStart"/>
      <w:r>
        <w:t>field-</w:t>
      </w:r>
      <w:proofErr w:type="gramStart"/>
      <w:r>
        <w:t>on:bible</w:t>
      </w:r>
      <w:proofErr w:type="spellEnd"/>
      <w:r>
        <w:t>}}Ni</w:t>
      </w:r>
      <w:proofErr w:type="gramEnd"/>
      <w:r>
        <w:t xml:space="preserve"> sprang bra. </w:t>
      </w:r>
      <w:r w:rsidRPr="000767E2">
        <w:rPr>
          <w:lang w:val="sv-SE"/>
        </w:rPr>
        <w:t xml:space="preserve">Vem har förhindrat er, </w:t>
      </w:r>
      <w:r w:rsidRPr="000767E2">
        <w:rPr>
          <w:i/>
          <w:lang w:val="sv-SE"/>
        </w:rPr>
        <w:t>så</w:t>
      </w:r>
      <w:r w:rsidRPr="000767E2">
        <w:rPr>
          <w:lang w:val="sv-SE"/>
        </w:rPr>
        <w:t xml:space="preserve"> att </w:t>
      </w:r>
      <w:r w:rsidRPr="000767E2">
        <w:rPr>
          <w:i/>
          <w:lang w:val="sv-SE"/>
        </w:rPr>
        <w:t>ni</w:t>
      </w:r>
      <w:r w:rsidRPr="000767E2">
        <w:rPr>
          <w:lang w:val="sv-SE"/>
        </w:rPr>
        <w:t xml:space="preserve"> inte övertygas av sanningen?{{field-off:bible}} [[@</w:t>
      </w:r>
      <w:r w:rsidR="0096445B" w:rsidRPr="000767E2">
        <w:rPr>
          <w:lang w:val="sv-SE"/>
        </w:rPr>
        <w:t>BibleBIBEL82</w:t>
      </w:r>
      <w:r w:rsidRPr="000767E2">
        <w:rPr>
          <w:lang w:val="sv-SE"/>
        </w:rPr>
        <w:t>:Gal 5:8]]</w:t>
      </w:r>
      <w:r w:rsidRPr="000767E2">
        <w:rPr>
          <w:vertAlign w:val="superscript"/>
          <w:lang w:val="sv-SE"/>
        </w:rPr>
        <w:t>8</w:t>
      </w:r>
      <w:r w:rsidRPr="000767E2">
        <w:rPr>
          <w:lang w:val="sv-SE"/>
        </w:rPr>
        <w:t xml:space="preserve"> {{field-on:bible}}</w:t>
      </w:r>
      <w:r w:rsidRPr="000767E2">
        <w:rPr>
          <w:i/>
          <w:lang w:val="sv-SE"/>
        </w:rPr>
        <w:t>Den</w:t>
      </w:r>
      <w:r w:rsidRPr="000767E2">
        <w:rPr>
          <w:lang w:val="sv-SE"/>
        </w:rPr>
        <w:t xml:space="preserve"> övertalningen </w:t>
      </w:r>
      <w:r w:rsidRPr="000767E2">
        <w:rPr>
          <w:i/>
          <w:lang w:val="sv-SE"/>
        </w:rPr>
        <w:t>är</w:t>
      </w:r>
      <w:r w:rsidRPr="000767E2">
        <w:rPr>
          <w:lang w:val="sv-SE"/>
        </w:rPr>
        <w:t xml:space="preserve"> inte från honom som kallar er.{{field-off:bible}} [[@</w:t>
      </w:r>
      <w:r w:rsidR="0096445B" w:rsidRPr="000767E2">
        <w:rPr>
          <w:lang w:val="sv-SE"/>
        </w:rPr>
        <w:t>BibleBIBEL82</w:t>
      </w:r>
      <w:r w:rsidRPr="000767E2">
        <w:rPr>
          <w:lang w:val="sv-SE"/>
        </w:rPr>
        <w:t>:Gal 5:9]]</w:t>
      </w:r>
      <w:r w:rsidRPr="000767E2">
        <w:rPr>
          <w:vertAlign w:val="superscript"/>
          <w:lang w:val="sv-SE"/>
        </w:rPr>
        <w:t>9</w:t>
      </w:r>
      <w:r w:rsidRPr="000767E2">
        <w:rPr>
          <w:lang w:val="sv-SE"/>
        </w:rPr>
        <w:t xml:space="preserve"> {{field-on:bible}}En liten surdeg syrar hela degen.{{field-off:bible}} [[@</w:t>
      </w:r>
      <w:r w:rsidR="0096445B" w:rsidRPr="000767E2">
        <w:rPr>
          <w:lang w:val="sv-SE"/>
        </w:rPr>
        <w:t>BibleBIBEL82</w:t>
      </w:r>
      <w:r w:rsidRPr="000767E2">
        <w:rPr>
          <w:lang w:val="sv-SE"/>
        </w:rPr>
        <w:t>:Gal 5:10]]</w:t>
      </w:r>
      <w:r w:rsidRPr="000767E2">
        <w:rPr>
          <w:vertAlign w:val="superscript"/>
          <w:lang w:val="sv-SE"/>
        </w:rPr>
        <w:t>10</w:t>
      </w:r>
      <w:r w:rsidRPr="000767E2">
        <w:rPr>
          <w:lang w:val="sv-SE"/>
        </w:rPr>
        <w:t xml:space="preserve"> {{field-on:bible}}Jag förtröstar på er i Herren att ni inte ska tänka något annat. Men den som oroar er ska bära domen, vem han än är.{{field-off:bible}}</w:t>
      </w:r>
    </w:p>
    <w:p w14:paraId="13386934" w14:textId="1CF33DAB" w:rsidR="00BA33AB" w:rsidRPr="000767E2" w:rsidRDefault="00000000">
      <w:pPr>
        <w:rPr>
          <w:lang w:val="sv-SE"/>
        </w:rPr>
      </w:pPr>
      <w:r w:rsidRPr="000767E2">
        <w:rPr>
          <w:lang w:val="sv-SE"/>
        </w:rPr>
        <w:t>[[@</w:t>
      </w:r>
      <w:r w:rsidR="0096445B" w:rsidRPr="000767E2">
        <w:rPr>
          <w:lang w:val="sv-SE"/>
        </w:rPr>
        <w:t>BibleBIBEL82</w:t>
      </w:r>
      <w:r w:rsidRPr="000767E2">
        <w:rPr>
          <w:lang w:val="sv-SE"/>
        </w:rPr>
        <w:t>:Gal 5:11]]</w:t>
      </w:r>
      <w:r w:rsidRPr="000767E2">
        <w:rPr>
          <w:vertAlign w:val="superscript"/>
          <w:lang w:val="sv-SE"/>
        </w:rPr>
        <w:t>11</w:t>
      </w:r>
      <w:r w:rsidRPr="000767E2">
        <w:rPr>
          <w:lang w:val="sv-SE"/>
        </w:rPr>
        <w:t xml:space="preserve"> {{field-on:bible}}Men jag, syskon: om jag fortfarande förkunnar omskärelse, varför blir jag fortfarande förföljd? Då hade korsets skandal varit upphävd.{{field-off:bible}} [[@</w:t>
      </w:r>
      <w:r w:rsidR="0096445B" w:rsidRPr="000767E2">
        <w:rPr>
          <w:lang w:val="sv-SE"/>
        </w:rPr>
        <w:t>BibleBIBEL82</w:t>
      </w:r>
      <w:r w:rsidRPr="000767E2">
        <w:rPr>
          <w:lang w:val="sv-SE"/>
        </w:rPr>
        <w:t>:Gal 5:12]]</w:t>
      </w:r>
      <w:r w:rsidRPr="000767E2">
        <w:rPr>
          <w:vertAlign w:val="superscript"/>
          <w:lang w:val="sv-SE"/>
        </w:rPr>
        <w:t>12</w:t>
      </w:r>
      <w:r w:rsidRPr="000767E2">
        <w:rPr>
          <w:lang w:val="sv-SE"/>
        </w:rPr>
        <w:t xml:space="preserve"> {{field-on:bible}}O att de också skulle hugga av sig, de som väcker uppror </w:t>
      </w:r>
      <w:r w:rsidRPr="000767E2">
        <w:rPr>
          <w:i/>
          <w:lang w:val="sv-SE"/>
        </w:rPr>
        <w:t>hos</w:t>
      </w:r>
      <w:r w:rsidRPr="000767E2">
        <w:rPr>
          <w:lang w:val="sv-SE"/>
        </w:rPr>
        <w:t xml:space="preserve"> er!{{field-off:bible}}</w:t>
      </w:r>
    </w:p>
    <w:p w14:paraId="7628AA8E" w14:textId="6E941DE0" w:rsidR="00BA33AB" w:rsidRPr="000767E2" w:rsidRDefault="00000000">
      <w:pPr>
        <w:rPr>
          <w:lang w:val="sv-SE"/>
        </w:rPr>
      </w:pPr>
      <w:r w:rsidRPr="000767E2">
        <w:rPr>
          <w:lang w:val="sv-SE"/>
        </w:rPr>
        <w:t>[[@</w:t>
      </w:r>
      <w:r w:rsidR="0096445B" w:rsidRPr="000767E2">
        <w:rPr>
          <w:lang w:val="sv-SE"/>
        </w:rPr>
        <w:t>BibleBIBEL82</w:t>
      </w:r>
      <w:r w:rsidRPr="000767E2">
        <w:rPr>
          <w:lang w:val="sv-SE"/>
        </w:rPr>
        <w:t>:Gal 5:13]]</w:t>
      </w:r>
      <w:r w:rsidRPr="000767E2">
        <w:rPr>
          <w:vertAlign w:val="superscript"/>
          <w:lang w:val="sv-SE"/>
        </w:rPr>
        <w:t>13</w:t>
      </w:r>
      <w:r w:rsidRPr="000767E2">
        <w:rPr>
          <w:lang w:val="sv-SE"/>
        </w:rPr>
        <w:t xml:space="preserve"> {{field-on:bible}}För ni är kallade till frihet, syskon. </w:t>
      </w:r>
      <w:r w:rsidRPr="000767E2">
        <w:rPr>
          <w:i/>
          <w:lang w:val="sv-SE"/>
        </w:rPr>
        <w:t>Låt</w:t>
      </w:r>
      <w:r w:rsidRPr="000767E2">
        <w:rPr>
          <w:lang w:val="sv-SE"/>
        </w:rPr>
        <w:t xml:space="preserve"> bara inte friheten </w:t>
      </w:r>
      <w:r w:rsidRPr="000767E2">
        <w:rPr>
          <w:i/>
          <w:lang w:val="sv-SE"/>
        </w:rPr>
        <w:t>bli</w:t>
      </w:r>
      <w:r w:rsidRPr="000767E2">
        <w:rPr>
          <w:lang w:val="sv-SE"/>
        </w:rPr>
        <w:t xml:space="preserve"> till ett tillfälle för köttet, utan fasttjäna varandra genom kärleken.{{field-off:bible}} [[@</w:t>
      </w:r>
      <w:r w:rsidR="0096445B" w:rsidRPr="000767E2">
        <w:rPr>
          <w:lang w:val="sv-SE"/>
        </w:rPr>
        <w:t>BibleBIBEL82</w:t>
      </w:r>
      <w:r w:rsidRPr="000767E2">
        <w:rPr>
          <w:lang w:val="sv-SE"/>
        </w:rPr>
        <w:t>:Gal 5:14]]</w:t>
      </w:r>
      <w:r w:rsidRPr="000767E2">
        <w:rPr>
          <w:vertAlign w:val="superscript"/>
          <w:lang w:val="sv-SE"/>
        </w:rPr>
        <w:t>14</w:t>
      </w:r>
      <w:r w:rsidRPr="000767E2">
        <w:rPr>
          <w:lang w:val="sv-SE"/>
        </w:rPr>
        <w:t xml:space="preserve"> {{field-on:bible}}För hela lagen har i ett </w:t>
      </w:r>
      <w:r w:rsidRPr="000767E2">
        <w:rPr>
          <w:i/>
          <w:lang w:val="sv-SE"/>
        </w:rPr>
        <w:t>enda</w:t>
      </w:r>
      <w:r w:rsidRPr="000767E2">
        <w:rPr>
          <w:lang w:val="sv-SE"/>
        </w:rPr>
        <w:t xml:space="preserve"> ord uppfyllts, i att: Du ska älska din nästa som dig själv.{{field-off:bible}} [[@</w:t>
      </w:r>
      <w:r w:rsidR="0096445B" w:rsidRPr="000767E2">
        <w:rPr>
          <w:lang w:val="sv-SE"/>
        </w:rPr>
        <w:t>BibleBIBEL82</w:t>
      </w:r>
      <w:r w:rsidRPr="000767E2">
        <w:rPr>
          <w:lang w:val="sv-SE"/>
        </w:rPr>
        <w:t>:Gal 5:15]]</w:t>
      </w:r>
      <w:r w:rsidRPr="000767E2">
        <w:rPr>
          <w:vertAlign w:val="superscript"/>
          <w:lang w:val="sv-SE"/>
        </w:rPr>
        <w:t>15</w:t>
      </w:r>
      <w:r w:rsidRPr="000767E2">
        <w:rPr>
          <w:lang w:val="sv-SE"/>
        </w:rPr>
        <w:t xml:space="preserve"> {{field-on:bible}}Men om ni biter och äter upp varandra, se upp att ni inte förtärs av varandra.{{field-off:bible}}</w:t>
      </w:r>
    </w:p>
    <w:p w14:paraId="11241268" w14:textId="77777777" w:rsidR="00BA33AB" w:rsidRPr="000767E2" w:rsidRDefault="00000000">
      <w:pPr>
        <w:pStyle w:val="Rubrik3"/>
        <w:rPr>
          <w:lang w:val="sv-SE"/>
        </w:rPr>
      </w:pPr>
      <w:r w:rsidRPr="000767E2">
        <w:rPr>
          <w:lang w:val="sv-SE"/>
        </w:rPr>
        <w:lastRenderedPageBreak/>
        <w:t>Köttets gärningar och Andens frukt</w:t>
      </w:r>
    </w:p>
    <w:p w14:paraId="2FE2ED55" w14:textId="6BB4AA83" w:rsidR="00BA33AB" w:rsidRPr="000767E2" w:rsidRDefault="00000000">
      <w:pPr>
        <w:rPr>
          <w:lang w:val="sv-SE"/>
        </w:rPr>
      </w:pPr>
      <w:r w:rsidRPr="000767E2">
        <w:rPr>
          <w:lang w:val="sv-SE"/>
        </w:rPr>
        <w:t>[[@</w:t>
      </w:r>
      <w:r w:rsidR="0096445B" w:rsidRPr="000767E2">
        <w:rPr>
          <w:lang w:val="sv-SE"/>
        </w:rPr>
        <w:t>BibleBIBEL82</w:t>
      </w:r>
      <w:r w:rsidRPr="000767E2">
        <w:rPr>
          <w:lang w:val="sv-SE"/>
        </w:rPr>
        <w:t>:Gal 5:16]]</w:t>
      </w:r>
      <w:r w:rsidRPr="000767E2">
        <w:rPr>
          <w:vertAlign w:val="superscript"/>
          <w:lang w:val="sv-SE"/>
        </w:rPr>
        <w:t>16</w:t>
      </w:r>
      <w:r w:rsidRPr="000767E2">
        <w:rPr>
          <w:lang w:val="sv-SE"/>
        </w:rPr>
        <w:t xml:space="preserve"> {{field-on:bible}}Men jag säger: vandra i Ande och ni kommer aldrig att fullborda köttets begär.{{field-off:bible}} [[@</w:t>
      </w:r>
      <w:r w:rsidR="0096445B" w:rsidRPr="000767E2">
        <w:rPr>
          <w:lang w:val="sv-SE"/>
        </w:rPr>
        <w:t>BibleBIBEL82</w:t>
      </w:r>
      <w:r w:rsidRPr="000767E2">
        <w:rPr>
          <w:lang w:val="sv-SE"/>
        </w:rPr>
        <w:t>:Gal 5:17]]</w:t>
      </w:r>
      <w:r w:rsidRPr="000767E2">
        <w:rPr>
          <w:vertAlign w:val="superscript"/>
          <w:lang w:val="sv-SE"/>
        </w:rPr>
        <w:t>17</w:t>
      </w:r>
      <w:r w:rsidRPr="000767E2">
        <w:rPr>
          <w:lang w:val="sv-SE"/>
        </w:rPr>
        <w:t xml:space="preserve"> {{field-on:bible}}För köttet har begär emot Anden, och Anden emot köttet. För dessa är emot varandra så att det ni vill, det gör ni inte.{{field-off:bible}} [[@</w:t>
      </w:r>
      <w:r w:rsidR="0096445B" w:rsidRPr="000767E2">
        <w:rPr>
          <w:lang w:val="sv-SE"/>
        </w:rPr>
        <w:t>BibleBIBEL82</w:t>
      </w:r>
      <w:r w:rsidRPr="000767E2">
        <w:rPr>
          <w:lang w:val="sv-SE"/>
        </w:rPr>
        <w:t>:Gal 5:18]]</w:t>
      </w:r>
      <w:r w:rsidRPr="000767E2">
        <w:rPr>
          <w:vertAlign w:val="superscript"/>
          <w:lang w:val="sv-SE"/>
        </w:rPr>
        <w:t>18</w:t>
      </w:r>
      <w:r w:rsidRPr="000767E2">
        <w:rPr>
          <w:lang w:val="sv-SE"/>
        </w:rPr>
        <w:t xml:space="preserve"> {{field-on:bible}}Men om ni leds av Ande är ni inte under lag.{{field-off:bible}} [[@</w:t>
      </w:r>
      <w:r w:rsidR="0096445B" w:rsidRPr="000767E2">
        <w:rPr>
          <w:lang w:val="sv-SE"/>
        </w:rPr>
        <w:t>BibleBIBEL82</w:t>
      </w:r>
      <w:r w:rsidRPr="000767E2">
        <w:rPr>
          <w:lang w:val="sv-SE"/>
        </w:rPr>
        <w:t>:Gal 5:19]]</w:t>
      </w:r>
      <w:r w:rsidRPr="000767E2">
        <w:rPr>
          <w:vertAlign w:val="superscript"/>
          <w:lang w:val="sv-SE"/>
        </w:rPr>
        <w:t>19</w:t>
      </w:r>
      <w:r w:rsidRPr="000767E2">
        <w:rPr>
          <w:lang w:val="sv-SE"/>
        </w:rPr>
        <w:t xml:space="preserve"> {{field-on:bible}}Och uppenbara är köttets gärningar, som är otukt, orenhet, hämningslöshet,{{field-off:bible}} [[@</w:t>
      </w:r>
      <w:r w:rsidR="0096445B" w:rsidRPr="000767E2">
        <w:rPr>
          <w:lang w:val="sv-SE"/>
        </w:rPr>
        <w:t>BibleBIBEL82</w:t>
      </w:r>
      <w:r w:rsidRPr="000767E2">
        <w:rPr>
          <w:lang w:val="sv-SE"/>
        </w:rPr>
        <w:t>:Gal 5:20]]</w:t>
      </w:r>
      <w:r w:rsidRPr="000767E2">
        <w:rPr>
          <w:vertAlign w:val="superscript"/>
          <w:lang w:val="sv-SE"/>
        </w:rPr>
        <w:t>20</w:t>
      </w:r>
      <w:r w:rsidRPr="000767E2">
        <w:rPr>
          <w:lang w:val="sv-SE"/>
        </w:rPr>
        <w:t xml:space="preserve"> {{field-on:bible}}avgudadyrkan, häxkonst, fiendskaper, osämja, rivalitet, raserier, självhävdelser, splittringar, fraktioner,{{field-off:bible}} [[@</w:t>
      </w:r>
      <w:r w:rsidR="0096445B" w:rsidRPr="000767E2">
        <w:rPr>
          <w:lang w:val="sv-SE"/>
        </w:rPr>
        <w:t>BibleBIBEL82</w:t>
      </w:r>
      <w:r w:rsidRPr="000767E2">
        <w:rPr>
          <w:lang w:val="sv-SE"/>
        </w:rPr>
        <w:t>:Gal 5:21]]</w:t>
      </w:r>
      <w:r w:rsidRPr="000767E2">
        <w:rPr>
          <w:vertAlign w:val="superscript"/>
          <w:lang w:val="sv-SE"/>
        </w:rPr>
        <w:t>21</w:t>
      </w:r>
      <w:r w:rsidRPr="000767E2">
        <w:rPr>
          <w:lang w:val="sv-SE"/>
        </w:rPr>
        <w:t xml:space="preserve"> {{field-on:bible}}avundsjukor, rus, orgier och det </w:t>
      </w:r>
      <w:r w:rsidRPr="000767E2">
        <w:rPr>
          <w:i/>
          <w:lang w:val="sv-SE"/>
        </w:rPr>
        <w:t>som är</w:t>
      </w:r>
      <w:r w:rsidRPr="000767E2">
        <w:rPr>
          <w:lang w:val="sv-SE"/>
        </w:rPr>
        <w:t xml:space="preserve"> likt detta. Detta förutsäger jag för er, så som jag förut har sagt, att de som begår sådant inte kommer att ärva Guds rike.{{field-off:bible}}</w:t>
      </w:r>
    </w:p>
    <w:p w14:paraId="2FB7AFA5" w14:textId="6ABC53D5" w:rsidR="00BA33AB" w:rsidRPr="000767E2" w:rsidRDefault="00000000">
      <w:pPr>
        <w:rPr>
          <w:lang w:val="sv-SE"/>
        </w:rPr>
      </w:pPr>
      <w:r w:rsidRPr="000767E2">
        <w:rPr>
          <w:lang w:val="sv-SE"/>
        </w:rPr>
        <w:t>[[@</w:t>
      </w:r>
      <w:r w:rsidR="0096445B" w:rsidRPr="000767E2">
        <w:rPr>
          <w:lang w:val="sv-SE"/>
        </w:rPr>
        <w:t>BibleBIBEL82</w:t>
      </w:r>
      <w:r w:rsidRPr="000767E2">
        <w:rPr>
          <w:lang w:val="sv-SE"/>
        </w:rPr>
        <w:t>:Gal 5:22]]</w:t>
      </w:r>
      <w:r w:rsidRPr="000767E2">
        <w:rPr>
          <w:vertAlign w:val="superscript"/>
          <w:lang w:val="sv-SE"/>
        </w:rPr>
        <w:t>22</w:t>
      </w:r>
      <w:r w:rsidRPr="000767E2">
        <w:rPr>
          <w:lang w:val="sv-SE"/>
        </w:rPr>
        <w:t xml:space="preserve"> {{field-on:bible}}Men Andens frukt är kärlek, glädje, frid, tålamod, snällhet, godhet, trohet,{{field-off:bible}} [[@</w:t>
      </w:r>
      <w:r w:rsidR="0096445B" w:rsidRPr="000767E2">
        <w:rPr>
          <w:lang w:val="sv-SE"/>
        </w:rPr>
        <w:t>BibleBIBEL82</w:t>
      </w:r>
      <w:r w:rsidRPr="000767E2">
        <w:rPr>
          <w:lang w:val="sv-SE"/>
        </w:rPr>
        <w:t>:Gal 5:23]]</w:t>
      </w:r>
      <w:r w:rsidRPr="000767E2">
        <w:rPr>
          <w:vertAlign w:val="superscript"/>
          <w:lang w:val="sv-SE"/>
        </w:rPr>
        <w:t>23</w:t>
      </w:r>
      <w:r w:rsidRPr="000767E2">
        <w:rPr>
          <w:lang w:val="sv-SE"/>
        </w:rPr>
        <w:t xml:space="preserve"> {{field-on:bible}}mildhet, självbehärskning. Mot sådant finns ingen lag.{{field-off:bible}} [[@</w:t>
      </w:r>
      <w:r w:rsidR="0096445B" w:rsidRPr="000767E2">
        <w:rPr>
          <w:lang w:val="sv-SE"/>
        </w:rPr>
        <w:t>BibleBIBEL82</w:t>
      </w:r>
      <w:r w:rsidRPr="000767E2">
        <w:rPr>
          <w:lang w:val="sv-SE"/>
        </w:rPr>
        <w:t>:Gal 5:24]]</w:t>
      </w:r>
      <w:r w:rsidRPr="000767E2">
        <w:rPr>
          <w:vertAlign w:val="superscript"/>
          <w:lang w:val="sv-SE"/>
        </w:rPr>
        <w:t>24</w:t>
      </w:r>
      <w:r w:rsidRPr="000767E2">
        <w:rPr>
          <w:lang w:val="sv-SE"/>
        </w:rPr>
        <w:t xml:space="preserve"> {{field-on:bible}}Och de som tillhör Kristus [Jesus] har korsfäst köttet med lidelserna och begären.{{field-off:bible}} [[@</w:t>
      </w:r>
      <w:r w:rsidR="0096445B" w:rsidRPr="000767E2">
        <w:rPr>
          <w:lang w:val="sv-SE"/>
        </w:rPr>
        <w:t>BibleBIBEL82</w:t>
      </w:r>
      <w:r w:rsidRPr="000767E2">
        <w:rPr>
          <w:lang w:val="sv-SE"/>
        </w:rPr>
        <w:t>:Gal 5:25]]</w:t>
      </w:r>
      <w:r w:rsidRPr="000767E2">
        <w:rPr>
          <w:vertAlign w:val="superscript"/>
          <w:lang w:val="sv-SE"/>
        </w:rPr>
        <w:t>25</w:t>
      </w:r>
      <w:r w:rsidRPr="000767E2">
        <w:rPr>
          <w:lang w:val="sv-SE"/>
        </w:rPr>
        <w:t xml:space="preserve"> {{field-on:bible}}Om vi lever genom Ande, låt oss också vara i linje med Ande.{{field-off:bible}} [[@</w:t>
      </w:r>
      <w:r w:rsidR="0096445B" w:rsidRPr="000767E2">
        <w:rPr>
          <w:lang w:val="sv-SE"/>
        </w:rPr>
        <w:t>BibleBIBEL82</w:t>
      </w:r>
      <w:r w:rsidRPr="000767E2">
        <w:rPr>
          <w:lang w:val="sv-SE"/>
        </w:rPr>
        <w:t>:Gal 5:26]]</w:t>
      </w:r>
      <w:r w:rsidRPr="000767E2">
        <w:rPr>
          <w:vertAlign w:val="superscript"/>
          <w:lang w:val="sv-SE"/>
        </w:rPr>
        <w:t>26</w:t>
      </w:r>
      <w:r w:rsidRPr="000767E2">
        <w:rPr>
          <w:lang w:val="sv-SE"/>
        </w:rPr>
        <w:t xml:space="preserve"> {{field-on:bible}}Låt oss inte bli fåfänga, utmana varandra, avundas varandra.{{field-off:bible}}</w:t>
      </w:r>
    </w:p>
    <w:p w14:paraId="34DA17A5" w14:textId="64A6A76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:Gal 6]]Kapitel 6</w:t>
      </w:r>
    </w:p>
    <w:p w14:paraId="2DC9F274" w14:textId="77777777" w:rsidR="00BA33AB" w:rsidRPr="000767E2" w:rsidRDefault="00000000">
      <w:pPr>
        <w:pStyle w:val="Rubrik3"/>
        <w:rPr>
          <w:lang w:val="sv-SE"/>
        </w:rPr>
      </w:pPr>
      <w:r w:rsidRPr="000767E2">
        <w:rPr>
          <w:lang w:val="sv-SE"/>
        </w:rPr>
        <w:t>Bär varandras bördor</w:t>
      </w:r>
    </w:p>
    <w:p w14:paraId="376719FE" w14:textId="72D22B75" w:rsidR="00BA33AB" w:rsidRPr="000767E2" w:rsidRDefault="00000000">
      <w:pPr>
        <w:rPr>
          <w:lang w:val="sv-SE"/>
        </w:rPr>
      </w:pPr>
      <w:r w:rsidRPr="000767E2">
        <w:rPr>
          <w:lang w:val="sv-SE"/>
        </w:rPr>
        <w:t>[[@</w:t>
      </w:r>
      <w:r w:rsidR="0096445B" w:rsidRPr="000767E2">
        <w:rPr>
          <w:lang w:val="sv-SE"/>
        </w:rPr>
        <w:t>BibleBIBEL82</w:t>
      </w:r>
      <w:r w:rsidRPr="000767E2">
        <w:rPr>
          <w:lang w:val="sv-SE"/>
        </w:rPr>
        <w:t>:Gal 6:1]]</w:t>
      </w:r>
      <w:r w:rsidRPr="000767E2">
        <w:rPr>
          <w:vertAlign w:val="superscript"/>
          <w:lang w:val="sv-SE"/>
        </w:rPr>
        <w:t>1</w:t>
      </w:r>
      <w:r w:rsidRPr="000767E2">
        <w:rPr>
          <w:lang w:val="sv-SE"/>
        </w:rPr>
        <w:t xml:space="preserve"> {{field-on:bible}}Syskon, även om en människa skulle bli påkommen i något felsteg, ska ni </w:t>
      </w:r>
      <w:r w:rsidRPr="000767E2">
        <w:rPr>
          <w:i/>
          <w:lang w:val="sv-SE"/>
        </w:rPr>
        <w:t>som är</w:t>
      </w:r>
      <w:r w:rsidRPr="000767E2">
        <w:rPr>
          <w:lang w:val="sv-SE"/>
        </w:rPr>
        <w:t xml:space="preserve"> andliga förfärdiga en sådan i ande av mildhet, medan du observerar dig själv </w:t>
      </w:r>
      <w:r w:rsidRPr="000767E2">
        <w:rPr>
          <w:i/>
          <w:lang w:val="sv-SE"/>
        </w:rPr>
        <w:t>så att</w:t>
      </w:r>
      <w:r w:rsidRPr="000767E2">
        <w:rPr>
          <w:lang w:val="sv-SE"/>
        </w:rPr>
        <w:t xml:space="preserve"> inte också du blir frestad.{{field-off:bible}} [[@</w:t>
      </w:r>
      <w:r w:rsidR="0096445B" w:rsidRPr="000767E2">
        <w:rPr>
          <w:lang w:val="sv-SE"/>
        </w:rPr>
        <w:t>BibleBIBEL82</w:t>
      </w:r>
      <w:r w:rsidRPr="000767E2">
        <w:rPr>
          <w:lang w:val="sv-SE"/>
        </w:rPr>
        <w:t>:Gal 6:2]]</w:t>
      </w:r>
      <w:r w:rsidRPr="000767E2">
        <w:rPr>
          <w:vertAlign w:val="superscript"/>
          <w:lang w:val="sv-SE"/>
        </w:rPr>
        <w:t>2</w:t>
      </w:r>
      <w:r w:rsidRPr="000767E2">
        <w:rPr>
          <w:lang w:val="sv-SE"/>
        </w:rPr>
        <w:t xml:space="preserve"> {{field-on:bible}}Varandras tyngder ska ni bära och så uppfylla Kristi lag.{{field-off:bible}} [[@</w:t>
      </w:r>
      <w:r w:rsidR="0096445B" w:rsidRPr="000767E2">
        <w:rPr>
          <w:lang w:val="sv-SE"/>
        </w:rPr>
        <w:t>BibleBIBEL82</w:t>
      </w:r>
      <w:r w:rsidRPr="000767E2">
        <w:rPr>
          <w:lang w:val="sv-SE"/>
        </w:rPr>
        <w:t>:Gal 6:3]]</w:t>
      </w:r>
      <w:r w:rsidRPr="000767E2">
        <w:rPr>
          <w:vertAlign w:val="superscript"/>
          <w:lang w:val="sv-SE"/>
        </w:rPr>
        <w:t>3</w:t>
      </w:r>
      <w:r w:rsidRPr="000767E2">
        <w:rPr>
          <w:lang w:val="sv-SE"/>
        </w:rPr>
        <w:t xml:space="preserve"> {{field-on:bible}}För om någon tycker sig vara något </w:t>
      </w:r>
      <w:r w:rsidRPr="000767E2">
        <w:rPr>
          <w:i/>
          <w:lang w:val="sv-SE"/>
        </w:rPr>
        <w:t>men</w:t>
      </w:r>
      <w:r w:rsidRPr="000767E2">
        <w:rPr>
          <w:lang w:val="sv-SE"/>
        </w:rPr>
        <w:t xml:space="preserve"> ingenting är, duperar han sig själv.{{field-off:bible}} [[@</w:t>
      </w:r>
      <w:r w:rsidR="0096445B" w:rsidRPr="000767E2">
        <w:rPr>
          <w:lang w:val="sv-SE"/>
        </w:rPr>
        <w:t>BibleBIBEL82</w:t>
      </w:r>
      <w:r w:rsidRPr="000767E2">
        <w:rPr>
          <w:lang w:val="sv-SE"/>
        </w:rPr>
        <w:t>:Gal 6:4]]</w:t>
      </w:r>
      <w:r w:rsidRPr="000767E2">
        <w:rPr>
          <w:vertAlign w:val="superscript"/>
          <w:lang w:val="sv-SE"/>
        </w:rPr>
        <w:t>4</w:t>
      </w:r>
      <w:r w:rsidRPr="000767E2">
        <w:rPr>
          <w:lang w:val="sv-SE"/>
        </w:rPr>
        <w:t xml:space="preserve"> {{field-on:bible}}Men sin egen gärning ska var och en bepröva och sedan ha stoltheten bara för sig själv, och inte gentemot den andre.{{field-off:bible}} [[@</w:t>
      </w:r>
      <w:r w:rsidR="0096445B" w:rsidRPr="000767E2">
        <w:rPr>
          <w:lang w:val="sv-SE"/>
        </w:rPr>
        <w:t>BibleBIBEL82</w:t>
      </w:r>
      <w:r w:rsidRPr="000767E2">
        <w:rPr>
          <w:lang w:val="sv-SE"/>
        </w:rPr>
        <w:t>:Gal 6:5]]</w:t>
      </w:r>
      <w:r w:rsidRPr="000767E2">
        <w:rPr>
          <w:vertAlign w:val="superscript"/>
          <w:lang w:val="sv-SE"/>
        </w:rPr>
        <w:t>5</w:t>
      </w:r>
      <w:r w:rsidRPr="000767E2">
        <w:rPr>
          <w:lang w:val="sv-SE"/>
        </w:rPr>
        <w:t xml:space="preserve"> {{field-on:bible}}För var och en kommer att bära </w:t>
      </w:r>
      <w:r w:rsidRPr="000767E2">
        <w:rPr>
          <w:i/>
          <w:lang w:val="sv-SE"/>
        </w:rPr>
        <w:t>sin</w:t>
      </w:r>
      <w:r w:rsidRPr="000767E2">
        <w:rPr>
          <w:lang w:val="sv-SE"/>
        </w:rPr>
        <w:t xml:space="preserve"> egen börda.{{field-off:bible}}</w:t>
      </w:r>
    </w:p>
    <w:p w14:paraId="095CF48D" w14:textId="3A705EA0" w:rsidR="00BA33AB" w:rsidRPr="000767E2" w:rsidRDefault="00000000">
      <w:pPr>
        <w:rPr>
          <w:lang w:val="sv-SE"/>
        </w:rPr>
      </w:pPr>
      <w:r w:rsidRPr="000767E2">
        <w:rPr>
          <w:lang w:val="sv-SE"/>
        </w:rPr>
        <w:t>[[@</w:t>
      </w:r>
      <w:r w:rsidR="0096445B" w:rsidRPr="000767E2">
        <w:rPr>
          <w:lang w:val="sv-SE"/>
        </w:rPr>
        <w:t>BibleBIBEL82</w:t>
      </w:r>
      <w:r w:rsidRPr="000767E2">
        <w:rPr>
          <w:lang w:val="sv-SE"/>
        </w:rPr>
        <w:t>:Gal 6:6]]</w:t>
      </w:r>
      <w:r w:rsidRPr="000767E2">
        <w:rPr>
          <w:vertAlign w:val="superscript"/>
          <w:lang w:val="sv-SE"/>
        </w:rPr>
        <w:t>6</w:t>
      </w:r>
      <w:r w:rsidRPr="000767E2">
        <w:rPr>
          <w:lang w:val="sv-SE"/>
        </w:rPr>
        <w:t xml:space="preserve"> {{field-on:bible}}Men den som blir underrättad i ordet ska vara delaktig med den som underrättar i allt gott.{{field-off:bible}} [[@</w:t>
      </w:r>
      <w:r w:rsidR="0096445B" w:rsidRPr="000767E2">
        <w:rPr>
          <w:lang w:val="sv-SE"/>
        </w:rPr>
        <w:t>BibleBIBEL82</w:t>
      </w:r>
      <w:r w:rsidRPr="000767E2">
        <w:rPr>
          <w:lang w:val="sv-SE"/>
        </w:rPr>
        <w:t>:Gal 6:7]]</w:t>
      </w:r>
      <w:r w:rsidRPr="000767E2">
        <w:rPr>
          <w:vertAlign w:val="superscript"/>
          <w:lang w:val="sv-SE"/>
        </w:rPr>
        <w:t>7</w:t>
      </w:r>
      <w:r w:rsidRPr="000767E2">
        <w:rPr>
          <w:lang w:val="sv-SE"/>
        </w:rPr>
        <w:t xml:space="preserve"> {{field-on:bible}}Förvilla er inte. Gud fnyser </w:t>
      </w:r>
      <w:r w:rsidRPr="000767E2">
        <w:rPr>
          <w:i/>
          <w:lang w:val="sv-SE"/>
        </w:rPr>
        <w:t>man</w:t>
      </w:r>
      <w:r w:rsidRPr="000767E2">
        <w:rPr>
          <w:lang w:val="sv-SE"/>
        </w:rPr>
        <w:t xml:space="preserve"> inte åt. För det en människa sår, detta ska han också skörda.{{field-off:bible}} [[@</w:t>
      </w:r>
      <w:r w:rsidR="0096445B" w:rsidRPr="000767E2">
        <w:rPr>
          <w:lang w:val="sv-SE"/>
        </w:rPr>
        <w:t>BibleBIBEL82</w:t>
      </w:r>
      <w:r w:rsidRPr="000767E2">
        <w:rPr>
          <w:lang w:val="sv-SE"/>
        </w:rPr>
        <w:t>:Gal 6:8]]</w:t>
      </w:r>
      <w:r w:rsidRPr="000767E2">
        <w:rPr>
          <w:vertAlign w:val="superscript"/>
          <w:lang w:val="sv-SE"/>
        </w:rPr>
        <w:t>8</w:t>
      </w:r>
      <w:r w:rsidRPr="000767E2">
        <w:rPr>
          <w:lang w:val="sv-SE"/>
        </w:rPr>
        <w:t xml:space="preserve"> {{field-on:bible}}För den som sår i sitt eget kött ska från köttet skörda förgängelse. Men den som sår i Anden ska från Anden skörda eoniskt liv.{{field-off:bible}} [[@</w:t>
      </w:r>
      <w:r w:rsidR="0096445B" w:rsidRPr="000767E2">
        <w:rPr>
          <w:lang w:val="sv-SE"/>
        </w:rPr>
        <w:t>BibleBIBEL82</w:t>
      </w:r>
      <w:r w:rsidRPr="000767E2">
        <w:rPr>
          <w:lang w:val="sv-SE"/>
        </w:rPr>
        <w:t>:Gal 6:9]]</w:t>
      </w:r>
      <w:r w:rsidRPr="000767E2">
        <w:rPr>
          <w:vertAlign w:val="superscript"/>
          <w:lang w:val="sv-SE"/>
        </w:rPr>
        <w:t>9</w:t>
      </w:r>
      <w:r w:rsidRPr="000767E2">
        <w:rPr>
          <w:lang w:val="sv-SE"/>
        </w:rPr>
        <w:t xml:space="preserve"> {{field-on:bible}}Och när vi gör det </w:t>
      </w:r>
      <w:r w:rsidRPr="000767E2">
        <w:rPr>
          <w:i/>
          <w:lang w:val="sv-SE"/>
        </w:rPr>
        <w:t>som är</w:t>
      </w:r>
      <w:r w:rsidRPr="000767E2">
        <w:rPr>
          <w:lang w:val="sv-SE"/>
        </w:rPr>
        <w:t xml:space="preserve"> bra, ska vi inte tappa modet. För i sinom tid ska vi </w:t>
      </w:r>
      <w:r w:rsidRPr="000767E2">
        <w:rPr>
          <w:i/>
          <w:lang w:val="sv-SE"/>
        </w:rPr>
        <w:t>få</w:t>
      </w:r>
      <w:r w:rsidRPr="000767E2">
        <w:rPr>
          <w:lang w:val="sv-SE"/>
        </w:rPr>
        <w:t xml:space="preserve"> skörda, </w:t>
      </w:r>
      <w:r w:rsidRPr="000767E2">
        <w:rPr>
          <w:i/>
          <w:lang w:val="sv-SE"/>
        </w:rPr>
        <w:t>om</w:t>
      </w:r>
      <w:r w:rsidRPr="000767E2">
        <w:rPr>
          <w:lang w:val="sv-SE"/>
        </w:rPr>
        <w:t xml:space="preserve"> vi inte mattas.{{field-off:bible}} [[@</w:t>
      </w:r>
      <w:r w:rsidR="0096445B" w:rsidRPr="000767E2">
        <w:rPr>
          <w:lang w:val="sv-SE"/>
        </w:rPr>
        <w:t>BibleBIBEL82</w:t>
      </w:r>
      <w:r w:rsidRPr="000767E2">
        <w:rPr>
          <w:lang w:val="sv-SE"/>
        </w:rPr>
        <w:t>:Gal 6:10]]</w:t>
      </w:r>
      <w:r w:rsidRPr="000767E2">
        <w:rPr>
          <w:vertAlign w:val="superscript"/>
          <w:lang w:val="sv-SE"/>
        </w:rPr>
        <w:t>10</w:t>
      </w:r>
      <w:r w:rsidRPr="000767E2">
        <w:rPr>
          <w:lang w:val="sv-SE"/>
        </w:rPr>
        <w:t xml:space="preserve"> {{field-on:bible}}När vi alltså då har </w:t>
      </w:r>
      <w:r w:rsidRPr="000767E2">
        <w:rPr>
          <w:lang w:val="sv-SE"/>
        </w:rPr>
        <w:lastRenderedPageBreak/>
        <w:t xml:space="preserve">tillfälle ska vi utföra det </w:t>
      </w:r>
      <w:r w:rsidRPr="000767E2">
        <w:rPr>
          <w:i/>
          <w:lang w:val="sv-SE"/>
        </w:rPr>
        <w:t>som är</w:t>
      </w:r>
      <w:r w:rsidRPr="000767E2">
        <w:rPr>
          <w:lang w:val="sv-SE"/>
        </w:rPr>
        <w:t xml:space="preserve"> gott mot alla, och särskilt mot familjemedlemmarna i tron.{{field-off:bible}}</w:t>
      </w:r>
    </w:p>
    <w:p w14:paraId="4E1E7F71" w14:textId="77777777" w:rsidR="00BA33AB" w:rsidRPr="000767E2" w:rsidRDefault="00000000">
      <w:pPr>
        <w:pStyle w:val="Rubrik3"/>
        <w:rPr>
          <w:lang w:val="sv-SE"/>
        </w:rPr>
      </w:pPr>
      <w:r w:rsidRPr="000767E2">
        <w:rPr>
          <w:lang w:val="sv-SE"/>
        </w:rPr>
        <w:t>Slutord</w:t>
      </w:r>
    </w:p>
    <w:p w14:paraId="030BF110" w14:textId="31ED0B07" w:rsidR="00BA33AB" w:rsidRPr="000767E2" w:rsidRDefault="00000000">
      <w:pPr>
        <w:rPr>
          <w:lang w:val="sv-SE"/>
        </w:rPr>
      </w:pPr>
      <w:r w:rsidRPr="000767E2">
        <w:rPr>
          <w:lang w:val="sv-SE"/>
        </w:rPr>
        <w:t>[[@</w:t>
      </w:r>
      <w:r w:rsidR="0096445B" w:rsidRPr="000767E2">
        <w:rPr>
          <w:lang w:val="sv-SE"/>
        </w:rPr>
        <w:t>BibleBIBEL82</w:t>
      </w:r>
      <w:r w:rsidRPr="000767E2">
        <w:rPr>
          <w:lang w:val="sv-SE"/>
        </w:rPr>
        <w:t>:Gal 6:11]]</w:t>
      </w:r>
      <w:r w:rsidRPr="000767E2">
        <w:rPr>
          <w:vertAlign w:val="superscript"/>
          <w:lang w:val="sv-SE"/>
        </w:rPr>
        <w:t>11</w:t>
      </w:r>
      <w:r w:rsidRPr="000767E2">
        <w:rPr>
          <w:lang w:val="sv-SE"/>
        </w:rPr>
        <w:t xml:space="preserve"> {{field-on:bible}}Se med vilka stora bokstäver jag skrivit till er med min hand.{{field-off:bible}} [[@</w:t>
      </w:r>
      <w:r w:rsidR="0096445B" w:rsidRPr="000767E2">
        <w:rPr>
          <w:lang w:val="sv-SE"/>
        </w:rPr>
        <w:t>BibleBIBEL82</w:t>
      </w:r>
      <w:r w:rsidRPr="000767E2">
        <w:rPr>
          <w:lang w:val="sv-SE"/>
        </w:rPr>
        <w:t>:Gal 6:12]]</w:t>
      </w:r>
      <w:r w:rsidRPr="000767E2">
        <w:rPr>
          <w:vertAlign w:val="superscript"/>
          <w:lang w:val="sv-SE"/>
        </w:rPr>
        <w:t>12</w:t>
      </w:r>
      <w:r w:rsidRPr="000767E2">
        <w:rPr>
          <w:lang w:val="sv-SE"/>
        </w:rPr>
        <w:t xml:space="preserve"> {{field-on:bible}}</w:t>
      </w:r>
      <w:r w:rsidRPr="000767E2">
        <w:rPr>
          <w:i/>
          <w:lang w:val="sv-SE"/>
        </w:rPr>
        <w:t>Alla</w:t>
      </w:r>
      <w:r w:rsidRPr="000767E2">
        <w:rPr>
          <w:lang w:val="sv-SE"/>
        </w:rPr>
        <w:t xml:space="preserve"> de som vill visa upp ett fint ansikte i kött, dessa nödgar er att omskära er bara för att inte bli förföljda för Kristi kors.{{field-off:bible}} [[@</w:t>
      </w:r>
      <w:r w:rsidR="0096445B" w:rsidRPr="000767E2">
        <w:rPr>
          <w:lang w:val="sv-SE"/>
        </w:rPr>
        <w:t>BibleBIBEL82</w:t>
      </w:r>
      <w:r w:rsidRPr="000767E2">
        <w:rPr>
          <w:lang w:val="sv-SE"/>
        </w:rPr>
        <w:t>:Gal 6:13]]</w:t>
      </w:r>
      <w:r w:rsidRPr="000767E2">
        <w:rPr>
          <w:vertAlign w:val="superscript"/>
          <w:lang w:val="sv-SE"/>
        </w:rPr>
        <w:t>13</w:t>
      </w:r>
      <w:r w:rsidRPr="000767E2">
        <w:rPr>
          <w:lang w:val="sv-SE"/>
        </w:rPr>
        <w:t xml:space="preserve"> {{field-on:bible}}För inte ens de som omskär sig iakttar lagen själva. Men de vill att ni omskär er, så att de kan stoltsera över ert kött.{{field-off:bible}}</w:t>
      </w:r>
    </w:p>
    <w:p w14:paraId="7C2BB293" w14:textId="4F590C3F" w:rsidR="00BA33AB" w:rsidRPr="000767E2" w:rsidRDefault="00000000">
      <w:pPr>
        <w:rPr>
          <w:lang w:val="sv-SE"/>
        </w:rPr>
      </w:pPr>
      <w:r w:rsidRPr="000767E2">
        <w:rPr>
          <w:lang w:val="sv-SE"/>
        </w:rPr>
        <w:t>[[@</w:t>
      </w:r>
      <w:r w:rsidR="0096445B" w:rsidRPr="000767E2">
        <w:rPr>
          <w:lang w:val="sv-SE"/>
        </w:rPr>
        <w:t>BibleBIBEL82</w:t>
      </w:r>
      <w:r w:rsidRPr="000767E2">
        <w:rPr>
          <w:lang w:val="sv-SE"/>
        </w:rPr>
        <w:t>:Gal 6:14]]</w:t>
      </w:r>
      <w:r w:rsidRPr="000767E2">
        <w:rPr>
          <w:vertAlign w:val="superscript"/>
          <w:lang w:val="sv-SE"/>
        </w:rPr>
        <w:t>14</w:t>
      </w:r>
      <w:r w:rsidRPr="000767E2">
        <w:rPr>
          <w:lang w:val="sv-SE"/>
        </w:rPr>
        <w:t xml:space="preserve"> {{field-on:bible}}Men för mig får inte ske att </w:t>
      </w:r>
      <w:r w:rsidRPr="000767E2">
        <w:rPr>
          <w:i/>
          <w:lang w:val="sv-SE"/>
        </w:rPr>
        <w:t>jag</w:t>
      </w:r>
      <w:r w:rsidRPr="000767E2">
        <w:rPr>
          <w:lang w:val="sv-SE"/>
        </w:rPr>
        <w:t xml:space="preserve"> stoltserar. Utom över vår Herre Jesu Kristi kors, genom vilket världen är korsfäst för mig och jag för världen.{{field-off:bible}} [[@</w:t>
      </w:r>
      <w:r w:rsidR="0096445B" w:rsidRPr="000767E2">
        <w:rPr>
          <w:lang w:val="sv-SE"/>
        </w:rPr>
        <w:t>BibleBIBEL82</w:t>
      </w:r>
      <w:r w:rsidRPr="000767E2">
        <w:rPr>
          <w:lang w:val="sv-SE"/>
        </w:rPr>
        <w:t>:Gal 6:15]]</w:t>
      </w:r>
      <w:r w:rsidRPr="000767E2">
        <w:rPr>
          <w:vertAlign w:val="superscript"/>
          <w:lang w:val="sv-SE"/>
        </w:rPr>
        <w:t>15</w:t>
      </w:r>
      <w:r w:rsidRPr="000767E2">
        <w:rPr>
          <w:lang w:val="sv-SE"/>
        </w:rPr>
        <w:t xml:space="preserve"> {{field-on:bible}}För varken omskärelse eller förhud är något, utan en ny skapelse.{{field-off:bible}} [[@</w:t>
      </w:r>
      <w:r w:rsidR="0096445B" w:rsidRPr="000767E2">
        <w:rPr>
          <w:lang w:val="sv-SE"/>
        </w:rPr>
        <w:t>BibleBIBEL82</w:t>
      </w:r>
      <w:r w:rsidRPr="000767E2">
        <w:rPr>
          <w:lang w:val="sv-SE"/>
        </w:rPr>
        <w:t>:Gal 6:16]]</w:t>
      </w:r>
      <w:r w:rsidRPr="000767E2">
        <w:rPr>
          <w:vertAlign w:val="superscript"/>
          <w:lang w:val="sv-SE"/>
        </w:rPr>
        <w:t>16</w:t>
      </w:r>
      <w:r w:rsidRPr="000767E2">
        <w:rPr>
          <w:lang w:val="sv-SE"/>
        </w:rPr>
        <w:t xml:space="preserve"> {{field-on:bible}}Och </w:t>
      </w:r>
      <w:r w:rsidRPr="000767E2">
        <w:rPr>
          <w:i/>
          <w:lang w:val="sv-SE"/>
        </w:rPr>
        <w:t>alla</w:t>
      </w:r>
      <w:r w:rsidRPr="000767E2">
        <w:rPr>
          <w:lang w:val="sv-SE"/>
        </w:rPr>
        <w:t xml:space="preserve"> som är i linje med detta rättesnöre, frid över dem och barmhärtighet, och över Guds Israel.{{field-off:bible}}</w:t>
      </w:r>
    </w:p>
    <w:p w14:paraId="336EA159" w14:textId="1AF12B3F" w:rsidR="00BA33AB" w:rsidRPr="000767E2" w:rsidRDefault="00000000">
      <w:pPr>
        <w:rPr>
          <w:lang w:val="sv-SE"/>
        </w:rPr>
      </w:pPr>
      <w:r w:rsidRPr="000767E2">
        <w:rPr>
          <w:lang w:val="sv-SE"/>
        </w:rPr>
        <w:t>[[@</w:t>
      </w:r>
      <w:r w:rsidR="0096445B" w:rsidRPr="000767E2">
        <w:rPr>
          <w:lang w:val="sv-SE"/>
        </w:rPr>
        <w:t>BibleBIBEL82</w:t>
      </w:r>
      <w:r w:rsidRPr="000767E2">
        <w:rPr>
          <w:lang w:val="sv-SE"/>
        </w:rPr>
        <w:t>:Gal 6:17]]</w:t>
      </w:r>
      <w:r w:rsidRPr="000767E2">
        <w:rPr>
          <w:vertAlign w:val="superscript"/>
          <w:lang w:val="sv-SE"/>
        </w:rPr>
        <w:t>17</w:t>
      </w:r>
      <w:r w:rsidRPr="000767E2">
        <w:rPr>
          <w:lang w:val="sv-SE"/>
        </w:rPr>
        <w:t xml:space="preserve"> {{field-on:bible}}I övrigt får ingen skaffa mig besvär. För jag bär Jesu stigmata i min kropp.{{field-off:bible}} [[@</w:t>
      </w:r>
      <w:r w:rsidR="0096445B" w:rsidRPr="000767E2">
        <w:rPr>
          <w:lang w:val="sv-SE"/>
        </w:rPr>
        <w:t>BibleBIBEL82</w:t>
      </w:r>
      <w:r w:rsidRPr="000767E2">
        <w:rPr>
          <w:lang w:val="sv-SE"/>
        </w:rPr>
        <w:t>:Gal 6:18]]</w:t>
      </w:r>
      <w:r w:rsidRPr="000767E2">
        <w:rPr>
          <w:vertAlign w:val="superscript"/>
          <w:lang w:val="sv-SE"/>
        </w:rPr>
        <w:t>18</w:t>
      </w:r>
      <w:r w:rsidRPr="000767E2">
        <w:rPr>
          <w:lang w:val="sv-SE"/>
        </w:rPr>
        <w:t xml:space="preserve"> {{field-on:bible}}Vår Herre Jesu Kristi nåd </w:t>
      </w:r>
      <w:r w:rsidRPr="000767E2">
        <w:rPr>
          <w:i/>
          <w:lang w:val="sv-SE"/>
        </w:rPr>
        <w:t>vare</w:t>
      </w:r>
      <w:r w:rsidRPr="000767E2">
        <w:rPr>
          <w:lang w:val="sv-SE"/>
        </w:rPr>
        <w:t xml:space="preserve"> med er ande, syskon. Amen.{{field-off:bible}}</w:t>
      </w:r>
    </w:p>
    <w:p w14:paraId="3630AC1F" w14:textId="04DC955B"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:Eph]]Till efesierna</w:t>
      </w:r>
    </w:p>
    <w:p w14:paraId="04480479" w14:textId="3504394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:Eph 1]]Kapitel 1</w:t>
      </w:r>
    </w:p>
    <w:p w14:paraId="59E035F3" w14:textId="77777777" w:rsidR="00BA33AB" w:rsidRPr="000767E2" w:rsidRDefault="00000000">
      <w:pPr>
        <w:pStyle w:val="Rubrik3"/>
        <w:rPr>
          <w:lang w:val="sv-SE"/>
        </w:rPr>
      </w:pPr>
      <w:r w:rsidRPr="000767E2">
        <w:rPr>
          <w:lang w:val="sv-SE"/>
        </w:rPr>
        <w:t>Hälsning</w:t>
      </w:r>
    </w:p>
    <w:p w14:paraId="09829AA0" w14:textId="65EBDCEE" w:rsidR="00BA33AB" w:rsidRPr="000767E2" w:rsidRDefault="00000000">
      <w:pPr>
        <w:rPr>
          <w:lang w:val="sv-SE"/>
        </w:rPr>
      </w:pPr>
      <w:r w:rsidRPr="000767E2">
        <w:rPr>
          <w:lang w:val="sv-SE"/>
        </w:rPr>
        <w:t>[[@</w:t>
      </w:r>
      <w:r w:rsidR="0096445B" w:rsidRPr="000767E2">
        <w:rPr>
          <w:lang w:val="sv-SE"/>
        </w:rPr>
        <w:t>BibleBIBEL82</w:t>
      </w:r>
      <w:r w:rsidRPr="000767E2">
        <w:rPr>
          <w:lang w:val="sv-SE"/>
        </w:rPr>
        <w:t>:Eph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Kristi Jesu apostel genom Guds vilja. Till de heliga som är [i Efesos] och troende på Kristus Jesus:{{field-off:bible}} [[@</w:t>
      </w:r>
      <w:r w:rsidR="0096445B" w:rsidRPr="000767E2">
        <w:rPr>
          <w:lang w:val="sv-SE"/>
        </w:rPr>
        <w:t>BibleBIBEL82</w:t>
      </w:r>
      <w:r w:rsidRPr="000767E2">
        <w:rPr>
          <w:lang w:val="sv-SE"/>
        </w:rPr>
        <w:t>:Eph 1:2]]</w:t>
      </w:r>
      <w:r w:rsidRPr="000767E2">
        <w:rPr>
          <w:vertAlign w:val="superscript"/>
          <w:lang w:val="sv-SE"/>
        </w:rPr>
        <w:t>2</w:t>
      </w:r>
      <w:r w:rsidRPr="000767E2">
        <w:rPr>
          <w:lang w:val="sv-SE"/>
        </w:rPr>
        <w:t xml:space="preserve"> {{field-on:bible}}Nåd åt er och frid från Gud vår Far och Herren Jesus Kristus.{{field-off:bible}}</w:t>
      </w:r>
    </w:p>
    <w:p w14:paraId="72729C73" w14:textId="77777777" w:rsidR="00BA33AB" w:rsidRPr="000767E2" w:rsidRDefault="00000000">
      <w:pPr>
        <w:pStyle w:val="Rubrik3"/>
        <w:rPr>
          <w:lang w:val="sv-SE"/>
        </w:rPr>
      </w:pPr>
      <w:r w:rsidRPr="000767E2">
        <w:rPr>
          <w:lang w:val="sv-SE"/>
        </w:rPr>
        <w:t>Andlig välsignelse i Kristus</w:t>
      </w:r>
    </w:p>
    <w:p w14:paraId="31E8EE0D" w14:textId="0873D568" w:rsidR="00BA33AB" w:rsidRPr="000767E2" w:rsidRDefault="00000000">
      <w:pPr>
        <w:rPr>
          <w:lang w:val="sv-SE"/>
        </w:rPr>
      </w:pPr>
      <w:r w:rsidRPr="000767E2">
        <w:rPr>
          <w:lang w:val="sv-SE"/>
        </w:rPr>
        <w:t>[[@</w:t>
      </w:r>
      <w:r w:rsidR="0096445B" w:rsidRPr="000767E2">
        <w:rPr>
          <w:lang w:val="sv-SE"/>
        </w:rPr>
        <w:t>BibleBIBEL82</w:t>
      </w:r>
      <w:r w:rsidRPr="000767E2">
        <w:rPr>
          <w:lang w:val="sv-SE"/>
        </w:rPr>
        <w:t>:Eph 1:3]]</w:t>
      </w:r>
      <w:r w:rsidRPr="000767E2">
        <w:rPr>
          <w:vertAlign w:val="superscript"/>
          <w:lang w:val="sv-SE"/>
        </w:rPr>
        <w:t>3</w:t>
      </w:r>
      <w:r w:rsidRPr="000767E2">
        <w:rPr>
          <w:lang w:val="sv-SE"/>
        </w:rPr>
        <w:t xml:space="preserve"> {{field-on:bible}}Välsignad </w:t>
      </w:r>
      <w:r w:rsidRPr="000767E2">
        <w:rPr>
          <w:i/>
          <w:lang w:val="sv-SE"/>
        </w:rPr>
        <w:t>är</w:t>
      </w:r>
      <w:r w:rsidRPr="000767E2">
        <w:rPr>
          <w:lang w:val="sv-SE"/>
        </w:rPr>
        <w:t xml:space="preserve"> vår Herre Jesu Kristi Gud och Far, som har välsignat oss med all andlig välsignelse i det himmelska i Kristus,{{field-off:bible}} [[@</w:t>
      </w:r>
      <w:r w:rsidR="0096445B" w:rsidRPr="000767E2">
        <w:rPr>
          <w:lang w:val="sv-SE"/>
        </w:rPr>
        <w:t>BibleBIBEL82</w:t>
      </w:r>
      <w:r w:rsidRPr="000767E2">
        <w:rPr>
          <w:lang w:val="sv-SE"/>
        </w:rPr>
        <w:t>:Eph 1:4]]</w:t>
      </w:r>
      <w:r w:rsidRPr="000767E2">
        <w:rPr>
          <w:vertAlign w:val="superscript"/>
          <w:lang w:val="sv-SE"/>
        </w:rPr>
        <w:t>4</w:t>
      </w:r>
      <w:r w:rsidRPr="000767E2">
        <w:rPr>
          <w:lang w:val="sv-SE"/>
        </w:rPr>
        <w:t xml:space="preserve"> {{field-on:bible}}liksom han har utvalt oss i honom före världens grundläggning </w:t>
      </w:r>
      <w:r w:rsidRPr="000767E2">
        <w:rPr>
          <w:i/>
          <w:lang w:val="sv-SE"/>
        </w:rPr>
        <w:t>till</w:t>
      </w:r>
      <w:r w:rsidRPr="000767E2">
        <w:rPr>
          <w:lang w:val="sv-SE"/>
        </w:rPr>
        <w:t xml:space="preserve"> att vara heliga och felfria inför honom i kärlek,{{field-off:bible}} [[@</w:t>
      </w:r>
      <w:r w:rsidR="0096445B" w:rsidRPr="000767E2">
        <w:rPr>
          <w:lang w:val="sv-SE"/>
        </w:rPr>
        <w:t>BibleBIBEL82</w:t>
      </w:r>
      <w:r w:rsidRPr="000767E2">
        <w:rPr>
          <w:lang w:val="sv-SE"/>
        </w:rPr>
        <w:t>:Eph 1:5]]</w:t>
      </w:r>
      <w:r w:rsidRPr="000767E2">
        <w:rPr>
          <w:vertAlign w:val="superscript"/>
          <w:lang w:val="sv-SE"/>
        </w:rPr>
        <w:t>5</w:t>
      </w:r>
      <w:r w:rsidRPr="000767E2">
        <w:rPr>
          <w:lang w:val="sv-SE"/>
        </w:rPr>
        <w:t xml:space="preserve"> {{field-on:bible}}och förutbestämt oss till adoption genom Jesus Kristus hos honom efter hans viljas välbehag,{{field-off:bible}} [[@</w:t>
      </w:r>
      <w:r w:rsidR="0096445B" w:rsidRPr="000767E2">
        <w:rPr>
          <w:lang w:val="sv-SE"/>
        </w:rPr>
        <w:t>BibleBIBEL82</w:t>
      </w:r>
      <w:r w:rsidRPr="000767E2">
        <w:rPr>
          <w:lang w:val="sv-SE"/>
        </w:rPr>
        <w:t>:Eph 1:6]]</w:t>
      </w:r>
      <w:r w:rsidRPr="000767E2">
        <w:rPr>
          <w:vertAlign w:val="superscript"/>
          <w:lang w:val="sv-SE"/>
        </w:rPr>
        <w:t>6</w:t>
      </w:r>
      <w:r w:rsidRPr="000767E2">
        <w:rPr>
          <w:lang w:val="sv-SE"/>
        </w:rPr>
        <w:t xml:space="preserve"> {{field-on:bible}}till lovord för äran i hans nåd, med vilken han har benådat oss i den Älskade.{{field-off:bible}} [[@</w:t>
      </w:r>
      <w:r w:rsidR="0096445B" w:rsidRPr="000767E2">
        <w:rPr>
          <w:lang w:val="sv-SE"/>
        </w:rPr>
        <w:t>BibleBIBEL82</w:t>
      </w:r>
      <w:r w:rsidRPr="000767E2">
        <w:rPr>
          <w:lang w:val="sv-SE"/>
        </w:rPr>
        <w:t>:Eph 1:7]]</w:t>
      </w:r>
      <w:r w:rsidRPr="000767E2">
        <w:rPr>
          <w:vertAlign w:val="superscript"/>
          <w:lang w:val="sv-SE"/>
        </w:rPr>
        <w:t>7</w:t>
      </w:r>
      <w:r w:rsidRPr="000767E2">
        <w:rPr>
          <w:lang w:val="sv-SE"/>
        </w:rPr>
        <w:t xml:space="preserve"> {{field-on:bible}}I honom har vi återlösningen genom hans blod, förlåtelsen för felstegen, efter rikedomen i hans nåd{{field-off:bible}} [[@</w:t>
      </w:r>
      <w:r w:rsidR="0096445B" w:rsidRPr="000767E2">
        <w:rPr>
          <w:lang w:val="sv-SE"/>
        </w:rPr>
        <w:t>BibleBIBEL82</w:t>
      </w:r>
      <w:r w:rsidRPr="000767E2">
        <w:rPr>
          <w:lang w:val="sv-SE"/>
        </w:rPr>
        <w:t>:Eph 1:8]]</w:t>
      </w:r>
      <w:r w:rsidRPr="000767E2">
        <w:rPr>
          <w:vertAlign w:val="superscript"/>
          <w:lang w:val="sv-SE"/>
        </w:rPr>
        <w:t>8</w:t>
      </w:r>
      <w:r w:rsidRPr="000767E2">
        <w:rPr>
          <w:lang w:val="sv-SE"/>
        </w:rPr>
        <w:t xml:space="preserve"> {{field-on:bible}}som han har låtit överflöda till oss </w:t>
      </w:r>
      <w:r w:rsidRPr="000767E2">
        <w:rPr>
          <w:lang w:val="sv-SE"/>
        </w:rPr>
        <w:lastRenderedPageBreak/>
        <w:t>med all vishet och klokhet,{{field-off:bible}} [[@</w:t>
      </w:r>
      <w:r w:rsidR="0096445B" w:rsidRPr="000767E2">
        <w:rPr>
          <w:lang w:val="sv-SE"/>
        </w:rPr>
        <w:t>BibleBIBEL82</w:t>
      </w:r>
      <w:r w:rsidRPr="000767E2">
        <w:rPr>
          <w:lang w:val="sv-SE"/>
        </w:rPr>
        <w:t>:Eph 1:9]]</w:t>
      </w:r>
      <w:r w:rsidRPr="000767E2">
        <w:rPr>
          <w:vertAlign w:val="superscript"/>
          <w:lang w:val="sv-SE"/>
        </w:rPr>
        <w:t>9</w:t>
      </w:r>
      <w:r w:rsidRPr="000767E2">
        <w:rPr>
          <w:lang w:val="sv-SE"/>
        </w:rPr>
        <w:t xml:space="preserve"> {{field-on:bible}}sedan han kungjort för oss sin viljas mysterium efter hans välbehag, som han har föresatt sig i honom{{field-off:bible}} [[@</w:t>
      </w:r>
      <w:r w:rsidR="0096445B" w:rsidRPr="000767E2">
        <w:rPr>
          <w:lang w:val="sv-SE"/>
        </w:rPr>
        <w:t>BibleBIBEL82</w:t>
      </w:r>
      <w:r w:rsidRPr="000767E2">
        <w:rPr>
          <w:lang w:val="sv-SE"/>
        </w:rPr>
        <w:t>:Eph 1:10]]</w:t>
      </w:r>
      <w:r w:rsidRPr="000767E2">
        <w:rPr>
          <w:vertAlign w:val="superscript"/>
          <w:lang w:val="sv-SE"/>
        </w:rPr>
        <w:t>10</w:t>
      </w:r>
      <w:r w:rsidRPr="000767E2">
        <w:rPr>
          <w:lang w:val="sv-SE"/>
        </w:rPr>
        <w:t xml:space="preserve"> {{field-on:bible}}till en förvaltning i tidernas fullhet: att sammanfatta allt i Kristus, det i himlarna och det på jorden i honom.{{field-off:bible}}</w:t>
      </w:r>
    </w:p>
    <w:p w14:paraId="50012F61" w14:textId="2625EAD4" w:rsidR="00BA33AB" w:rsidRPr="000767E2" w:rsidRDefault="00000000">
      <w:pPr>
        <w:rPr>
          <w:lang w:val="sv-SE"/>
        </w:rPr>
      </w:pPr>
      <w:r w:rsidRPr="000767E2">
        <w:rPr>
          <w:lang w:val="sv-SE"/>
        </w:rPr>
        <w:t>[[@</w:t>
      </w:r>
      <w:r w:rsidR="0096445B" w:rsidRPr="000767E2">
        <w:rPr>
          <w:lang w:val="sv-SE"/>
        </w:rPr>
        <w:t>BibleBIBEL82</w:t>
      </w:r>
      <w:r w:rsidRPr="000767E2">
        <w:rPr>
          <w:lang w:val="sv-SE"/>
        </w:rPr>
        <w:t>:Eph 1:11]]</w:t>
      </w:r>
      <w:r w:rsidRPr="000767E2">
        <w:rPr>
          <w:vertAlign w:val="superscript"/>
          <w:lang w:val="sv-SE"/>
        </w:rPr>
        <w:t>11</w:t>
      </w:r>
      <w:r w:rsidRPr="000767E2">
        <w:rPr>
          <w:lang w:val="sv-SE"/>
        </w:rPr>
        <w:t xml:space="preserve"> {{field-on:bible}}I honom har vi också fått vår lott, förutbestämda enligt föresats från honom som verkar allt efter sin viljas plan,{{field-off:bible}} [[@</w:t>
      </w:r>
      <w:r w:rsidR="0096445B" w:rsidRPr="000767E2">
        <w:rPr>
          <w:lang w:val="sv-SE"/>
        </w:rPr>
        <w:t>BibleBIBEL82</w:t>
      </w:r>
      <w:r w:rsidRPr="000767E2">
        <w:rPr>
          <w:lang w:val="sv-SE"/>
        </w:rPr>
        <w:t>:Eph 1:12]]</w:t>
      </w:r>
      <w:r w:rsidRPr="000767E2">
        <w:rPr>
          <w:vertAlign w:val="superscript"/>
          <w:lang w:val="sv-SE"/>
        </w:rPr>
        <w:t>12</w:t>
      </w:r>
      <w:r w:rsidRPr="000767E2">
        <w:rPr>
          <w:lang w:val="sv-SE"/>
        </w:rPr>
        <w:t xml:space="preserve"> {{field-on:bible}}för att vi </w:t>
      </w:r>
      <w:r w:rsidRPr="000767E2">
        <w:rPr>
          <w:i/>
          <w:lang w:val="sv-SE"/>
        </w:rPr>
        <w:t>ska</w:t>
      </w:r>
      <w:r w:rsidRPr="000767E2">
        <w:rPr>
          <w:lang w:val="sv-SE"/>
        </w:rPr>
        <w:t xml:space="preserve"> vara till lovord för hans ära, </w:t>
      </w:r>
      <w:r w:rsidRPr="000767E2">
        <w:rPr>
          <w:i/>
          <w:lang w:val="sv-SE"/>
        </w:rPr>
        <w:t>vi</w:t>
      </w:r>
      <w:r w:rsidRPr="000767E2">
        <w:rPr>
          <w:lang w:val="sv-SE"/>
        </w:rPr>
        <w:t xml:space="preserve"> som i förväg har satt hopp till Kristus.{{field-off:bible}} [[@</w:t>
      </w:r>
      <w:r w:rsidR="0096445B" w:rsidRPr="000767E2">
        <w:rPr>
          <w:lang w:val="sv-SE"/>
        </w:rPr>
        <w:t>BibleBIBEL82</w:t>
      </w:r>
      <w:r w:rsidRPr="000767E2">
        <w:rPr>
          <w:lang w:val="sv-SE"/>
        </w:rPr>
        <w:t>:Eph 1:13]]</w:t>
      </w:r>
      <w:r w:rsidRPr="000767E2">
        <w:rPr>
          <w:vertAlign w:val="superscript"/>
          <w:lang w:val="sv-SE"/>
        </w:rPr>
        <w:t>13</w:t>
      </w:r>
      <w:r w:rsidRPr="000767E2">
        <w:rPr>
          <w:lang w:val="sv-SE"/>
        </w:rPr>
        <w:t xml:space="preserve"> {{field-on:bible}}I honom har också ni, sedan ni hört sanningens ord, er frälsnings evangelium, i honom har också ni kommit till tro och fått sigillet genom löftets heliga Ande,{{field-off:bible}} [[@</w:t>
      </w:r>
      <w:r w:rsidR="0096445B" w:rsidRPr="000767E2">
        <w:rPr>
          <w:lang w:val="sv-SE"/>
        </w:rPr>
        <w:t>BibleBIBEL82</w:t>
      </w:r>
      <w:r w:rsidRPr="000767E2">
        <w:rPr>
          <w:lang w:val="sv-SE"/>
        </w:rPr>
        <w:t>:Eph 1:14]]</w:t>
      </w:r>
      <w:r w:rsidRPr="000767E2">
        <w:rPr>
          <w:vertAlign w:val="superscript"/>
          <w:lang w:val="sv-SE"/>
        </w:rPr>
        <w:t>14</w:t>
      </w:r>
      <w:r w:rsidRPr="000767E2">
        <w:rPr>
          <w:lang w:val="sv-SE"/>
        </w:rPr>
        <w:t xml:space="preserve"> {{field-on:bible}}som är ett förskott på vårt arv </w:t>
      </w:r>
      <w:r w:rsidRPr="000767E2">
        <w:rPr>
          <w:i/>
          <w:lang w:val="sv-SE"/>
        </w:rPr>
        <w:t>fram</w:t>
      </w:r>
      <w:r w:rsidRPr="000767E2">
        <w:rPr>
          <w:lang w:val="sv-SE"/>
        </w:rPr>
        <w:t xml:space="preserve"> till förvärvets återlösning, till lovord för hans ära.{{field-off:bible}}</w:t>
      </w:r>
    </w:p>
    <w:p w14:paraId="58838117" w14:textId="77777777" w:rsidR="00BA33AB" w:rsidRPr="000767E2" w:rsidRDefault="00000000">
      <w:pPr>
        <w:pStyle w:val="Rubrik3"/>
        <w:rPr>
          <w:lang w:val="sv-SE"/>
        </w:rPr>
      </w:pPr>
      <w:r w:rsidRPr="000767E2">
        <w:rPr>
          <w:lang w:val="sv-SE"/>
        </w:rPr>
        <w:t>Tacksägelse och förbön</w:t>
      </w:r>
    </w:p>
    <w:p w14:paraId="47FC3BED" w14:textId="1E111614" w:rsidR="00BA33AB" w:rsidRPr="000767E2" w:rsidRDefault="00000000">
      <w:pPr>
        <w:rPr>
          <w:lang w:val="sv-SE"/>
        </w:rPr>
      </w:pPr>
      <w:r w:rsidRPr="000767E2">
        <w:rPr>
          <w:lang w:val="sv-SE"/>
        </w:rPr>
        <w:t>[[@</w:t>
      </w:r>
      <w:r w:rsidR="0096445B" w:rsidRPr="000767E2">
        <w:rPr>
          <w:lang w:val="sv-SE"/>
        </w:rPr>
        <w:t>BibleBIBEL82</w:t>
      </w:r>
      <w:r w:rsidRPr="000767E2">
        <w:rPr>
          <w:lang w:val="sv-SE"/>
        </w:rPr>
        <w:t>:Eph 1:15]]</w:t>
      </w:r>
      <w:r w:rsidRPr="000767E2">
        <w:rPr>
          <w:vertAlign w:val="superscript"/>
          <w:lang w:val="sv-SE"/>
        </w:rPr>
        <w:t>15</w:t>
      </w:r>
      <w:r w:rsidRPr="000767E2">
        <w:rPr>
          <w:lang w:val="sv-SE"/>
        </w:rPr>
        <w:t xml:space="preserve"> {{field-on:bible}}Därför, när också jag har hört om tron hos er på Herren Jesus och kärleken till alla de heliga,{{field-off:bible}} [[@</w:t>
      </w:r>
      <w:r w:rsidR="0096445B" w:rsidRPr="000767E2">
        <w:rPr>
          <w:lang w:val="sv-SE"/>
        </w:rPr>
        <w:t>BibleBIBEL82</w:t>
      </w:r>
      <w:r w:rsidRPr="000767E2">
        <w:rPr>
          <w:lang w:val="sv-SE"/>
        </w:rPr>
        <w:t>:Eph 1:16]]</w:t>
      </w:r>
      <w:r w:rsidRPr="000767E2">
        <w:rPr>
          <w:vertAlign w:val="superscript"/>
          <w:lang w:val="sv-SE"/>
        </w:rPr>
        <w:t>16</w:t>
      </w:r>
      <w:r w:rsidRPr="000767E2">
        <w:rPr>
          <w:lang w:val="sv-SE"/>
        </w:rPr>
        <w:t xml:space="preserve"> {{field-on:bible}}slutar jag inte att tacka för er medan jag gör hågkomst vid mina böner:{{field-off:bible}} [[@</w:t>
      </w:r>
      <w:r w:rsidR="0096445B" w:rsidRPr="000767E2">
        <w:rPr>
          <w:lang w:val="sv-SE"/>
        </w:rPr>
        <w:t>BibleBIBEL82</w:t>
      </w:r>
      <w:r w:rsidRPr="000767E2">
        <w:rPr>
          <w:lang w:val="sv-SE"/>
        </w:rPr>
        <w:t>:Eph 1:17]]</w:t>
      </w:r>
      <w:r w:rsidRPr="000767E2">
        <w:rPr>
          <w:vertAlign w:val="superscript"/>
          <w:lang w:val="sv-SE"/>
        </w:rPr>
        <w:t>17</w:t>
      </w:r>
      <w:r w:rsidRPr="000767E2">
        <w:rPr>
          <w:lang w:val="sv-SE"/>
        </w:rPr>
        <w:t xml:space="preserve"> {{field-on:bible}}att vår Herre Jesu Kristi Gud, härlighetens Far, ska ge er en Ande av vishet och uppenbarelse med insikt om honom,{{field-off:bible}} [[@</w:t>
      </w:r>
      <w:r w:rsidR="0096445B" w:rsidRPr="000767E2">
        <w:rPr>
          <w:lang w:val="sv-SE"/>
        </w:rPr>
        <w:t>BibleBIBEL82</w:t>
      </w:r>
      <w:r w:rsidRPr="000767E2">
        <w:rPr>
          <w:lang w:val="sv-SE"/>
        </w:rPr>
        <w:t>:Eph 1:18]]</w:t>
      </w:r>
      <w:r w:rsidRPr="000767E2">
        <w:rPr>
          <w:vertAlign w:val="superscript"/>
          <w:lang w:val="sv-SE"/>
        </w:rPr>
        <w:t>18</w:t>
      </w:r>
      <w:r w:rsidRPr="000767E2">
        <w:rPr>
          <w:lang w:val="sv-SE"/>
        </w:rPr>
        <w:t xml:space="preserve"> {{field-on:bible}}</w:t>
      </w:r>
      <w:r w:rsidRPr="000767E2">
        <w:rPr>
          <w:i/>
          <w:lang w:val="sv-SE"/>
        </w:rPr>
        <w:t>med</w:t>
      </w:r>
      <w:r w:rsidRPr="000767E2">
        <w:rPr>
          <w:lang w:val="sv-SE"/>
        </w:rPr>
        <w:t xml:space="preserve"> ert hjärtas ögon upplysta så att ni förstår vilket hopp det finns i hans kallelse, vilken rikedom av härlighet i hans arv bland de heliga{{field-off:bible}} [[@</w:t>
      </w:r>
      <w:r w:rsidR="0096445B" w:rsidRPr="000767E2">
        <w:rPr>
          <w:lang w:val="sv-SE"/>
        </w:rPr>
        <w:t>BibleBIBEL82</w:t>
      </w:r>
      <w:r w:rsidRPr="000767E2">
        <w:rPr>
          <w:lang w:val="sv-SE"/>
        </w:rPr>
        <w:t>:Eph 1:19]]</w:t>
      </w:r>
      <w:r w:rsidRPr="000767E2">
        <w:rPr>
          <w:vertAlign w:val="superscript"/>
          <w:lang w:val="sv-SE"/>
        </w:rPr>
        <w:t>19</w:t>
      </w:r>
      <w:r w:rsidRPr="000767E2">
        <w:rPr>
          <w:lang w:val="sv-SE"/>
        </w:rPr>
        <w:t xml:space="preserve"> {{field-on:bible}}och vilken översvallande storhet i hans makt för er som tror, efter hans styrkas väldighets inverkan.{{field-off:bible}}</w:t>
      </w:r>
    </w:p>
    <w:p w14:paraId="3293D481" w14:textId="1F24EB50" w:rsidR="00BA33AB" w:rsidRPr="000767E2" w:rsidRDefault="00000000">
      <w:pPr>
        <w:rPr>
          <w:lang w:val="sv-SE"/>
        </w:rPr>
      </w:pPr>
      <w:r w:rsidRPr="000767E2">
        <w:rPr>
          <w:lang w:val="sv-SE"/>
        </w:rPr>
        <w:t>[[@</w:t>
      </w:r>
      <w:r w:rsidR="0096445B" w:rsidRPr="000767E2">
        <w:rPr>
          <w:lang w:val="sv-SE"/>
        </w:rPr>
        <w:t>BibleBIBEL82</w:t>
      </w:r>
      <w:r w:rsidRPr="000767E2">
        <w:rPr>
          <w:lang w:val="sv-SE"/>
        </w:rPr>
        <w:t>:Eph 1:20]]</w:t>
      </w:r>
      <w:r w:rsidRPr="000767E2">
        <w:rPr>
          <w:vertAlign w:val="superscript"/>
          <w:lang w:val="sv-SE"/>
        </w:rPr>
        <w:t>20</w:t>
      </w:r>
      <w:r w:rsidRPr="000767E2">
        <w:rPr>
          <w:lang w:val="sv-SE"/>
        </w:rPr>
        <w:t xml:space="preserve"> {{field-on:bible}}Med den verkade han i Kristus, när han uppväckte honom från </w:t>
      </w:r>
      <w:r w:rsidRPr="000767E2">
        <w:rPr>
          <w:i/>
          <w:lang w:val="sv-SE"/>
        </w:rPr>
        <w:t>de</w:t>
      </w:r>
      <w:r w:rsidRPr="000767E2">
        <w:rPr>
          <w:lang w:val="sv-SE"/>
        </w:rPr>
        <w:t xml:space="preserve"> döda och satte vid sin högra </w:t>
      </w:r>
      <w:r w:rsidRPr="000767E2">
        <w:rPr>
          <w:i/>
          <w:lang w:val="sv-SE"/>
        </w:rPr>
        <w:t>hand</w:t>
      </w:r>
      <w:r w:rsidRPr="000767E2">
        <w:rPr>
          <w:lang w:val="sv-SE"/>
        </w:rPr>
        <w:t xml:space="preserve"> i det himmelska,{{field-off:bible}} [[@</w:t>
      </w:r>
      <w:r w:rsidR="0096445B" w:rsidRPr="000767E2">
        <w:rPr>
          <w:lang w:val="sv-SE"/>
        </w:rPr>
        <w:t>BibleBIBEL82</w:t>
      </w:r>
      <w:r w:rsidRPr="000767E2">
        <w:rPr>
          <w:lang w:val="sv-SE"/>
        </w:rPr>
        <w:t>:Eph 1:21]]</w:t>
      </w:r>
      <w:r w:rsidRPr="000767E2">
        <w:rPr>
          <w:vertAlign w:val="superscript"/>
          <w:lang w:val="sv-SE"/>
        </w:rPr>
        <w:t>21</w:t>
      </w:r>
      <w:r w:rsidRPr="000767E2">
        <w:rPr>
          <w:lang w:val="sv-SE"/>
        </w:rPr>
        <w:t xml:space="preserve"> {{field-on:bible}}högt över varje furstlighet och auktoritet och makt och herradöme och varje namn som nämns, inte bara i denna eon utan också i den kommande.{{field-off:bible}} [[@</w:t>
      </w:r>
      <w:r w:rsidR="0096445B" w:rsidRPr="000767E2">
        <w:rPr>
          <w:lang w:val="sv-SE"/>
        </w:rPr>
        <w:t>BibleBIBEL82</w:t>
      </w:r>
      <w:r w:rsidRPr="000767E2">
        <w:rPr>
          <w:lang w:val="sv-SE"/>
        </w:rPr>
        <w:t>:Eph 1:22]]</w:t>
      </w:r>
      <w:r w:rsidRPr="000767E2">
        <w:rPr>
          <w:vertAlign w:val="superscript"/>
          <w:lang w:val="sv-SE"/>
        </w:rPr>
        <w:t>22</w:t>
      </w:r>
      <w:r w:rsidRPr="000767E2">
        <w:rPr>
          <w:lang w:val="sv-SE"/>
        </w:rPr>
        <w:t xml:space="preserve"> {{field-on:bible}}Och allt underordnade han under hans fötter. Och honom gav han </w:t>
      </w:r>
      <w:r w:rsidRPr="000767E2">
        <w:rPr>
          <w:i/>
          <w:lang w:val="sv-SE"/>
        </w:rPr>
        <w:t>som</w:t>
      </w:r>
      <w:r w:rsidRPr="000767E2">
        <w:rPr>
          <w:lang w:val="sv-SE"/>
        </w:rPr>
        <w:t xml:space="preserve"> huvud över allt åt församlingen,{{field-off:bible}} [[@</w:t>
      </w:r>
      <w:r w:rsidR="0096445B" w:rsidRPr="000767E2">
        <w:rPr>
          <w:lang w:val="sv-SE"/>
        </w:rPr>
        <w:t>BibleBIBEL82</w:t>
      </w:r>
      <w:r w:rsidRPr="000767E2">
        <w:rPr>
          <w:lang w:val="sv-SE"/>
        </w:rPr>
        <w:t>:Eph 1:23]]</w:t>
      </w:r>
      <w:r w:rsidRPr="000767E2">
        <w:rPr>
          <w:vertAlign w:val="superscript"/>
          <w:lang w:val="sv-SE"/>
        </w:rPr>
        <w:t>23</w:t>
      </w:r>
      <w:r w:rsidRPr="000767E2">
        <w:rPr>
          <w:lang w:val="sv-SE"/>
        </w:rPr>
        <w:t xml:space="preserve"> {{field-on:bible}}som är hans kropp, fullheten av honom som uppfyller allt i alla.{{field-off:bible}}</w:t>
      </w:r>
    </w:p>
    <w:p w14:paraId="6C4C37CC" w14:textId="273C383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:Eph 2]]Kapitel 2</w:t>
      </w:r>
    </w:p>
    <w:p w14:paraId="43056C45" w14:textId="77777777" w:rsidR="00BA33AB" w:rsidRPr="000767E2" w:rsidRDefault="00000000">
      <w:pPr>
        <w:pStyle w:val="Rubrik3"/>
        <w:rPr>
          <w:lang w:val="sv-SE"/>
        </w:rPr>
      </w:pPr>
      <w:r w:rsidRPr="000767E2">
        <w:rPr>
          <w:lang w:val="sv-SE"/>
        </w:rPr>
        <w:t>Från död till liv</w:t>
      </w:r>
    </w:p>
    <w:p w14:paraId="421760EB" w14:textId="2F5EAAF5" w:rsidR="00BA33AB" w:rsidRPr="000767E2" w:rsidRDefault="00000000">
      <w:pPr>
        <w:rPr>
          <w:lang w:val="sv-SE"/>
        </w:rPr>
      </w:pPr>
      <w:r w:rsidRPr="000767E2">
        <w:rPr>
          <w:lang w:val="sv-SE"/>
        </w:rPr>
        <w:t>[[@</w:t>
      </w:r>
      <w:r w:rsidR="0096445B" w:rsidRPr="000767E2">
        <w:rPr>
          <w:lang w:val="sv-SE"/>
        </w:rPr>
        <w:t>BibleBIBEL82</w:t>
      </w:r>
      <w:r w:rsidRPr="000767E2">
        <w:rPr>
          <w:lang w:val="sv-SE"/>
        </w:rPr>
        <w:t>:Eph 2:1]]</w:t>
      </w:r>
      <w:r w:rsidRPr="000767E2">
        <w:rPr>
          <w:vertAlign w:val="superscript"/>
          <w:lang w:val="sv-SE"/>
        </w:rPr>
        <w:t>1</w:t>
      </w:r>
      <w:r w:rsidRPr="000767E2">
        <w:rPr>
          <w:lang w:val="sv-SE"/>
        </w:rPr>
        <w:t xml:space="preserve"> {{field-on:bible}}</w:t>
      </w:r>
      <w:r w:rsidRPr="000767E2">
        <w:rPr>
          <w:i/>
          <w:lang w:val="sv-SE"/>
        </w:rPr>
        <w:t>Så</w:t>
      </w:r>
      <w:r w:rsidRPr="000767E2">
        <w:rPr>
          <w:lang w:val="sv-SE"/>
        </w:rPr>
        <w:t xml:space="preserve"> även er, som var döda genom era felsteg och synder,{{field-off:bible}} [[@</w:t>
      </w:r>
      <w:r w:rsidR="0096445B" w:rsidRPr="000767E2">
        <w:rPr>
          <w:lang w:val="sv-SE"/>
        </w:rPr>
        <w:t>BibleBIBEL82</w:t>
      </w:r>
      <w:r w:rsidRPr="000767E2">
        <w:rPr>
          <w:lang w:val="sv-SE"/>
        </w:rPr>
        <w:t>:Eph 2:2]]</w:t>
      </w:r>
      <w:r w:rsidRPr="000767E2">
        <w:rPr>
          <w:vertAlign w:val="superscript"/>
          <w:lang w:val="sv-SE"/>
        </w:rPr>
        <w:t>2</w:t>
      </w:r>
      <w:r w:rsidRPr="000767E2">
        <w:rPr>
          <w:lang w:val="sv-SE"/>
        </w:rPr>
        <w:t xml:space="preserve"> {{field-on:bible}}i vilka ni en gång vandrade efter denna världs eon, efter fursten över luftens auktoritet, den ande som nu verkar i ohörsamhetens söner.{{field-off:bible}} [[@</w:t>
      </w:r>
      <w:r w:rsidR="0096445B" w:rsidRPr="000767E2">
        <w:rPr>
          <w:lang w:val="sv-SE"/>
        </w:rPr>
        <w:t>BibleBIBEL82</w:t>
      </w:r>
      <w:r w:rsidRPr="000767E2">
        <w:rPr>
          <w:lang w:val="sv-SE"/>
        </w:rPr>
        <w:t>:Eph 2:3]]</w:t>
      </w:r>
      <w:r w:rsidRPr="000767E2">
        <w:rPr>
          <w:vertAlign w:val="superscript"/>
          <w:lang w:val="sv-SE"/>
        </w:rPr>
        <w:t>3</w:t>
      </w:r>
      <w:r w:rsidRPr="000767E2">
        <w:rPr>
          <w:lang w:val="sv-SE"/>
        </w:rPr>
        <w:t xml:space="preserve"> {{field-on:bible}}Bland dem har också vi alla agerat en gång i vårt kötts begär och gjort köttets och hågarnas viljor. Och vi var vredens barn av naturen, såsom även de övriga.{{field-off:bible}}</w:t>
      </w:r>
    </w:p>
    <w:p w14:paraId="15EDE6A6" w14:textId="222AD308"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:Eph 2:4]]</w:t>
      </w:r>
      <w:r w:rsidRPr="000767E2">
        <w:rPr>
          <w:vertAlign w:val="superscript"/>
          <w:lang w:val="sv-SE"/>
        </w:rPr>
        <w:t>4</w:t>
      </w:r>
      <w:r w:rsidRPr="000767E2">
        <w:rPr>
          <w:lang w:val="sv-SE"/>
        </w:rPr>
        <w:t xml:space="preserve"> {{field-on:bible}}Men Gud, som är rik på barmhärtighet på grund av den stora kärlek med vilken han har älskat oss,{{field-off:bible}} [[@</w:t>
      </w:r>
      <w:r w:rsidR="0096445B" w:rsidRPr="000767E2">
        <w:rPr>
          <w:lang w:val="sv-SE"/>
        </w:rPr>
        <w:t>BibleBIBEL82</w:t>
      </w:r>
      <w:r w:rsidRPr="000767E2">
        <w:rPr>
          <w:lang w:val="sv-SE"/>
        </w:rPr>
        <w:t>:Eph 2:5]]</w:t>
      </w:r>
      <w:r w:rsidRPr="000767E2">
        <w:rPr>
          <w:vertAlign w:val="superscript"/>
          <w:lang w:val="sv-SE"/>
        </w:rPr>
        <w:t>5</w:t>
      </w:r>
      <w:r w:rsidRPr="000767E2">
        <w:rPr>
          <w:lang w:val="sv-SE"/>
        </w:rPr>
        <w:t xml:space="preserve"> {{field-on:bible}}även när vi var döda genom felstegen, har levandegjort </w:t>
      </w:r>
      <w:r w:rsidRPr="000767E2">
        <w:rPr>
          <w:i/>
          <w:lang w:val="sv-SE"/>
        </w:rPr>
        <w:t>oss</w:t>
      </w:r>
      <w:r w:rsidRPr="000767E2">
        <w:rPr>
          <w:lang w:val="sv-SE"/>
        </w:rPr>
        <w:t xml:space="preserve"> med Kristus – av nåd är ni frälsta –{{field-off:bible}} [[@</w:t>
      </w:r>
      <w:r w:rsidR="0096445B" w:rsidRPr="000767E2">
        <w:rPr>
          <w:lang w:val="sv-SE"/>
        </w:rPr>
        <w:t>BibleBIBEL82</w:t>
      </w:r>
      <w:r w:rsidRPr="000767E2">
        <w:rPr>
          <w:lang w:val="sv-SE"/>
        </w:rPr>
        <w:t>:Eph 2:6]]</w:t>
      </w:r>
      <w:r w:rsidRPr="000767E2">
        <w:rPr>
          <w:vertAlign w:val="superscript"/>
          <w:lang w:val="sv-SE"/>
        </w:rPr>
        <w:t>6</w:t>
      </w:r>
      <w:r w:rsidRPr="000767E2">
        <w:rPr>
          <w:lang w:val="sv-SE"/>
        </w:rPr>
        <w:t xml:space="preserve"> {{field-on:bible}}och samuppväckt och satt </w:t>
      </w:r>
      <w:r w:rsidRPr="000767E2">
        <w:rPr>
          <w:i/>
          <w:lang w:val="sv-SE"/>
        </w:rPr>
        <w:t>oss</w:t>
      </w:r>
      <w:r w:rsidRPr="000767E2">
        <w:rPr>
          <w:lang w:val="sv-SE"/>
        </w:rPr>
        <w:t xml:space="preserve"> tillsammans i det himmelska i Kristus Jesus,{{field-off:bible}} [[@</w:t>
      </w:r>
      <w:r w:rsidR="0096445B" w:rsidRPr="000767E2">
        <w:rPr>
          <w:lang w:val="sv-SE"/>
        </w:rPr>
        <w:t>BibleBIBEL82</w:t>
      </w:r>
      <w:r w:rsidRPr="000767E2">
        <w:rPr>
          <w:lang w:val="sv-SE"/>
        </w:rPr>
        <w:t>:Eph 2:7]]</w:t>
      </w:r>
      <w:r w:rsidRPr="000767E2">
        <w:rPr>
          <w:vertAlign w:val="superscript"/>
          <w:lang w:val="sv-SE"/>
        </w:rPr>
        <w:t>7</w:t>
      </w:r>
      <w:r w:rsidRPr="000767E2">
        <w:rPr>
          <w:lang w:val="sv-SE"/>
        </w:rPr>
        <w:t xml:space="preserve"> {{field-on:bible}}för att i de kommande eonerna uppvisa den översvallande rikedomen i hans nåd genom ljuvhet mot oss i Kristus Jesus.{{field-off:bible}} [[@</w:t>
      </w:r>
      <w:r w:rsidR="0096445B" w:rsidRPr="000767E2">
        <w:rPr>
          <w:lang w:val="sv-SE"/>
        </w:rPr>
        <w:t>BibleBIBEL82</w:t>
      </w:r>
      <w:r w:rsidRPr="000767E2">
        <w:rPr>
          <w:lang w:val="sv-SE"/>
        </w:rPr>
        <w:t>:Eph 2:8]]</w:t>
      </w:r>
      <w:r w:rsidRPr="000767E2">
        <w:rPr>
          <w:vertAlign w:val="superscript"/>
          <w:lang w:val="sv-SE"/>
        </w:rPr>
        <w:t>8</w:t>
      </w:r>
      <w:r w:rsidRPr="000767E2">
        <w:rPr>
          <w:lang w:val="sv-SE"/>
        </w:rPr>
        <w:t xml:space="preserve"> {{field-on:bible}}För av nåden är ni frälsta genom tro. Och detta </w:t>
      </w:r>
      <w:r w:rsidRPr="000767E2">
        <w:rPr>
          <w:i/>
          <w:lang w:val="sv-SE"/>
        </w:rPr>
        <w:t>är</w:t>
      </w:r>
      <w:r w:rsidRPr="000767E2">
        <w:rPr>
          <w:lang w:val="sv-SE"/>
        </w:rPr>
        <w:t xml:space="preserve"> inte av er, Guds </w:t>
      </w:r>
      <w:r w:rsidRPr="000767E2">
        <w:rPr>
          <w:i/>
          <w:lang w:val="sv-SE"/>
        </w:rPr>
        <w:t>är</w:t>
      </w:r>
      <w:r w:rsidRPr="000767E2">
        <w:rPr>
          <w:lang w:val="sv-SE"/>
        </w:rPr>
        <w:t xml:space="preserve"> äregåvan,{{field-off:bible}} [[@</w:t>
      </w:r>
      <w:r w:rsidR="0096445B" w:rsidRPr="000767E2">
        <w:rPr>
          <w:lang w:val="sv-SE"/>
        </w:rPr>
        <w:t>BibleBIBEL82</w:t>
      </w:r>
      <w:r w:rsidRPr="000767E2">
        <w:rPr>
          <w:lang w:val="sv-SE"/>
        </w:rPr>
        <w:t>:Eph 2:9]]</w:t>
      </w:r>
      <w:r w:rsidRPr="000767E2">
        <w:rPr>
          <w:vertAlign w:val="superscript"/>
          <w:lang w:val="sv-SE"/>
        </w:rPr>
        <w:t>9</w:t>
      </w:r>
      <w:r w:rsidRPr="000767E2">
        <w:rPr>
          <w:lang w:val="sv-SE"/>
        </w:rPr>
        <w:t xml:space="preserve"> {{field-on:bible}}inte av gärningar för att ingen ska stoltsera.{{field-off:bible}} [[@</w:t>
      </w:r>
      <w:r w:rsidR="0096445B" w:rsidRPr="000767E2">
        <w:rPr>
          <w:lang w:val="sv-SE"/>
        </w:rPr>
        <w:t>BibleBIBEL82</w:t>
      </w:r>
      <w:r w:rsidRPr="000767E2">
        <w:rPr>
          <w:lang w:val="sv-SE"/>
        </w:rPr>
        <w:t>:Eph 2:10]]</w:t>
      </w:r>
      <w:r w:rsidRPr="000767E2">
        <w:rPr>
          <w:vertAlign w:val="superscript"/>
          <w:lang w:val="sv-SE"/>
        </w:rPr>
        <w:t>10</w:t>
      </w:r>
      <w:r w:rsidRPr="000767E2">
        <w:rPr>
          <w:lang w:val="sv-SE"/>
        </w:rPr>
        <w:t xml:space="preserve"> {{field-on:bible}}För hans alster är vi, skapade i Kristus Jesus för goda gärningar som Gud i förväg har berett för att vi ska vandra i dem.{{field-off:bible}}</w:t>
      </w:r>
    </w:p>
    <w:p w14:paraId="62B62886" w14:textId="77777777" w:rsidR="00BA33AB" w:rsidRPr="000767E2" w:rsidRDefault="00000000">
      <w:pPr>
        <w:pStyle w:val="Rubrik3"/>
        <w:rPr>
          <w:lang w:val="sv-SE"/>
        </w:rPr>
      </w:pPr>
      <w:r w:rsidRPr="000767E2">
        <w:rPr>
          <w:lang w:val="sv-SE"/>
        </w:rPr>
        <w:t>Skiljemuren riven</w:t>
      </w:r>
    </w:p>
    <w:p w14:paraId="013D7BB1" w14:textId="3B932D69" w:rsidR="00BA33AB" w:rsidRPr="000767E2" w:rsidRDefault="00000000">
      <w:pPr>
        <w:rPr>
          <w:lang w:val="sv-SE"/>
        </w:rPr>
      </w:pPr>
      <w:r w:rsidRPr="000767E2">
        <w:rPr>
          <w:lang w:val="sv-SE"/>
        </w:rPr>
        <w:t>[[@</w:t>
      </w:r>
      <w:r w:rsidR="0096445B" w:rsidRPr="000767E2">
        <w:rPr>
          <w:lang w:val="sv-SE"/>
        </w:rPr>
        <w:t>BibleBIBEL82</w:t>
      </w:r>
      <w:r w:rsidRPr="000767E2">
        <w:rPr>
          <w:lang w:val="sv-SE"/>
        </w:rPr>
        <w:t>:Eph 2:11]]</w:t>
      </w:r>
      <w:r w:rsidRPr="000767E2">
        <w:rPr>
          <w:vertAlign w:val="superscript"/>
          <w:lang w:val="sv-SE"/>
        </w:rPr>
        <w:t>11</w:t>
      </w:r>
      <w:r w:rsidRPr="000767E2">
        <w:rPr>
          <w:lang w:val="sv-SE"/>
        </w:rPr>
        <w:t xml:space="preserve"> {{field-on:bible}}Därför ska ni minnas att en gång </w:t>
      </w:r>
      <w:r w:rsidRPr="000767E2">
        <w:rPr>
          <w:i/>
          <w:lang w:val="sv-SE"/>
        </w:rPr>
        <w:t>var</w:t>
      </w:r>
      <w:r w:rsidRPr="000767E2">
        <w:rPr>
          <w:lang w:val="sv-SE"/>
        </w:rPr>
        <w:t xml:space="preserve"> ni folkslag i köttet, de som kallas förhud av det som kallas omskärelsen, handgjord i kött –{{field-off:bible}} [[@</w:t>
      </w:r>
      <w:r w:rsidR="0096445B" w:rsidRPr="000767E2">
        <w:rPr>
          <w:lang w:val="sv-SE"/>
        </w:rPr>
        <w:t>BibleBIBEL82</w:t>
      </w:r>
      <w:r w:rsidRPr="000767E2">
        <w:rPr>
          <w:lang w:val="sv-SE"/>
        </w:rPr>
        <w:t>:Eph 2:12]]</w:t>
      </w:r>
      <w:r w:rsidRPr="000767E2">
        <w:rPr>
          <w:vertAlign w:val="superscript"/>
          <w:lang w:val="sv-SE"/>
        </w:rPr>
        <w:t>12</w:t>
      </w:r>
      <w:r w:rsidRPr="000767E2">
        <w:rPr>
          <w:lang w:val="sv-SE"/>
        </w:rPr>
        <w:t xml:space="preserve"> {{field-on:bible}}att ni på den tiden var utan Kristus, alienerade från medborgarskapet i Israel och främlingar för löftets förbund, och hade inget hopp och </w:t>
      </w:r>
      <w:r w:rsidRPr="000767E2">
        <w:rPr>
          <w:i/>
          <w:lang w:val="sv-SE"/>
        </w:rPr>
        <w:t>var</w:t>
      </w:r>
      <w:r w:rsidRPr="000767E2">
        <w:rPr>
          <w:lang w:val="sv-SE"/>
        </w:rPr>
        <w:t xml:space="preserve"> utan Gud i världen.{{field-off:bible}}</w:t>
      </w:r>
    </w:p>
    <w:p w14:paraId="2EBEF511" w14:textId="63B7947F" w:rsidR="00BA33AB" w:rsidRPr="000767E2" w:rsidRDefault="00000000">
      <w:pPr>
        <w:rPr>
          <w:lang w:val="sv-SE"/>
        </w:rPr>
      </w:pPr>
      <w:r w:rsidRPr="000767E2">
        <w:rPr>
          <w:lang w:val="sv-SE"/>
        </w:rPr>
        <w:t>[[@</w:t>
      </w:r>
      <w:r w:rsidR="0096445B" w:rsidRPr="000767E2">
        <w:rPr>
          <w:lang w:val="sv-SE"/>
        </w:rPr>
        <w:t>BibleBIBEL82</w:t>
      </w:r>
      <w:r w:rsidRPr="000767E2">
        <w:rPr>
          <w:lang w:val="sv-SE"/>
        </w:rPr>
        <w:t>:Eph 2:13]]</w:t>
      </w:r>
      <w:r w:rsidRPr="000767E2">
        <w:rPr>
          <w:vertAlign w:val="superscript"/>
          <w:lang w:val="sv-SE"/>
        </w:rPr>
        <w:t>13</w:t>
      </w:r>
      <w:r w:rsidRPr="000767E2">
        <w:rPr>
          <w:lang w:val="sv-SE"/>
        </w:rPr>
        <w:t xml:space="preserve"> {{field-on:bible}}Men nu, i Kristus Jesus, har ni som en gång var långt borta kommit nära genom Kristi blod.{{field-off:bible}} [[@</w:t>
      </w:r>
      <w:r w:rsidR="0096445B" w:rsidRPr="000767E2">
        <w:rPr>
          <w:lang w:val="sv-SE"/>
        </w:rPr>
        <w:t>BibleBIBEL82</w:t>
      </w:r>
      <w:r w:rsidRPr="000767E2">
        <w:rPr>
          <w:lang w:val="sv-SE"/>
        </w:rPr>
        <w:t>:Eph 2:14]]</w:t>
      </w:r>
      <w:r w:rsidRPr="000767E2">
        <w:rPr>
          <w:vertAlign w:val="superscript"/>
          <w:lang w:val="sv-SE"/>
        </w:rPr>
        <w:t>14</w:t>
      </w:r>
      <w:r w:rsidRPr="000767E2">
        <w:rPr>
          <w:lang w:val="sv-SE"/>
        </w:rPr>
        <w:t xml:space="preserve"> {{field-on:bible}}För han är vår frid, han som har gjort de båda </w:t>
      </w:r>
      <w:r w:rsidRPr="000767E2">
        <w:rPr>
          <w:i/>
          <w:lang w:val="sv-SE"/>
        </w:rPr>
        <w:t>till</w:t>
      </w:r>
      <w:r w:rsidRPr="000767E2">
        <w:rPr>
          <w:lang w:val="sv-SE"/>
        </w:rPr>
        <w:t xml:space="preserve"> ett och rivit stängslets skiljemur, fiendskapen i sitt kött,{{field-off:bible}} [[@</w:t>
      </w:r>
      <w:r w:rsidR="0096445B" w:rsidRPr="000767E2">
        <w:rPr>
          <w:lang w:val="sv-SE"/>
        </w:rPr>
        <w:t>BibleBIBEL82</w:t>
      </w:r>
      <w:r w:rsidRPr="000767E2">
        <w:rPr>
          <w:lang w:val="sv-SE"/>
        </w:rPr>
        <w:t>:Eph 2:15]]</w:t>
      </w:r>
      <w:r w:rsidRPr="000767E2">
        <w:rPr>
          <w:vertAlign w:val="superscript"/>
          <w:lang w:val="sv-SE"/>
        </w:rPr>
        <w:t>15</w:t>
      </w:r>
      <w:r w:rsidRPr="000767E2">
        <w:rPr>
          <w:lang w:val="sv-SE"/>
        </w:rPr>
        <w:t xml:space="preserve"> {{field-on:bible}}när han stoppade budens lag med </w:t>
      </w:r>
      <w:r w:rsidRPr="000767E2">
        <w:rPr>
          <w:i/>
          <w:lang w:val="sv-SE"/>
        </w:rPr>
        <w:t>dess</w:t>
      </w:r>
      <w:r w:rsidRPr="000767E2">
        <w:rPr>
          <w:lang w:val="sv-SE"/>
        </w:rPr>
        <w:t xml:space="preserve"> edikt för att skapa de två i honom till en </w:t>
      </w:r>
      <w:r w:rsidRPr="000767E2">
        <w:rPr>
          <w:i/>
          <w:lang w:val="sv-SE"/>
        </w:rPr>
        <w:t>enda</w:t>
      </w:r>
      <w:r w:rsidRPr="000767E2">
        <w:rPr>
          <w:lang w:val="sv-SE"/>
        </w:rPr>
        <w:t xml:space="preserve"> ny människa och göra frid,{{field-off:bible}} [[@</w:t>
      </w:r>
      <w:r w:rsidR="0096445B" w:rsidRPr="000767E2">
        <w:rPr>
          <w:lang w:val="sv-SE"/>
        </w:rPr>
        <w:t>BibleBIBEL82</w:t>
      </w:r>
      <w:r w:rsidRPr="000767E2">
        <w:rPr>
          <w:lang w:val="sv-SE"/>
        </w:rPr>
        <w:t>:Eph 2:16]]</w:t>
      </w:r>
      <w:r w:rsidRPr="000767E2">
        <w:rPr>
          <w:vertAlign w:val="superscript"/>
          <w:lang w:val="sv-SE"/>
        </w:rPr>
        <w:t>16</w:t>
      </w:r>
      <w:r w:rsidRPr="000767E2">
        <w:rPr>
          <w:lang w:val="sv-SE"/>
        </w:rPr>
        <w:t xml:space="preserve"> {{field-on:bible}}och försona de båda i en </w:t>
      </w:r>
      <w:r w:rsidRPr="000767E2">
        <w:rPr>
          <w:i/>
          <w:lang w:val="sv-SE"/>
        </w:rPr>
        <w:t>enda</w:t>
      </w:r>
      <w:r w:rsidRPr="000767E2">
        <w:rPr>
          <w:lang w:val="sv-SE"/>
        </w:rPr>
        <w:t xml:space="preserve"> kropp med Gud genom korset, sedan han dödat fiendskapen genom det.{{field-off:bible}} [[@</w:t>
      </w:r>
      <w:r w:rsidR="0096445B" w:rsidRPr="000767E2">
        <w:rPr>
          <w:lang w:val="sv-SE"/>
        </w:rPr>
        <w:t>BibleBIBEL82</w:t>
      </w:r>
      <w:r w:rsidRPr="000767E2">
        <w:rPr>
          <w:lang w:val="sv-SE"/>
        </w:rPr>
        <w:t>:Eph 2:17]]</w:t>
      </w:r>
      <w:r w:rsidRPr="000767E2">
        <w:rPr>
          <w:vertAlign w:val="superscript"/>
          <w:lang w:val="sv-SE"/>
        </w:rPr>
        <w:t>17</w:t>
      </w:r>
      <w:r w:rsidRPr="000767E2">
        <w:rPr>
          <w:lang w:val="sv-SE"/>
        </w:rPr>
        <w:t xml:space="preserve"> {{field-on:bible}}Och han har kommit och evangeliserat frid för er </w:t>
      </w:r>
      <w:r w:rsidRPr="000767E2">
        <w:rPr>
          <w:i/>
          <w:lang w:val="sv-SE"/>
        </w:rPr>
        <w:t>som är</w:t>
      </w:r>
      <w:r w:rsidRPr="000767E2">
        <w:rPr>
          <w:lang w:val="sv-SE"/>
        </w:rPr>
        <w:t xml:space="preserve"> långt borta och frid för dem </w:t>
      </w:r>
      <w:r w:rsidRPr="000767E2">
        <w:rPr>
          <w:i/>
          <w:lang w:val="sv-SE"/>
        </w:rPr>
        <w:t>som är</w:t>
      </w:r>
      <w:r w:rsidRPr="000767E2">
        <w:rPr>
          <w:lang w:val="sv-SE"/>
        </w:rPr>
        <w:t xml:space="preserve"> nära,{{field-off:bible}} [[@</w:t>
      </w:r>
      <w:r w:rsidR="0096445B" w:rsidRPr="000767E2">
        <w:rPr>
          <w:lang w:val="sv-SE"/>
        </w:rPr>
        <w:t>BibleBIBEL82</w:t>
      </w:r>
      <w:r w:rsidRPr="000767E2">
        <w:rPr>
          <w:lang w:val="sv-SE"/>
        </w:rPr>
        <w:t>:Eph 2:18]]</w:t>
      </w:r>
      <w:r w:rsidRPr="000767E2">
        <w:rPr>
          <w:vertAlign w:val="superscript"/>
          <w:lang w:val="sv-SE"/>
        </w:rPr>
        <w:t>18</w:t>
      </w:r>
      <w:r w:rsidRPr="000767E2">
        <w:rPr>
          <w:lang w:val="sv-SE"/>
        </w:rPr>
        <w:t xml:space="preserve"> {{field-on:bible}}för genom honom har vi båda tillträdet i en </w:t>
      </w:r>
      <w:r w:rsidRPr="000767E2">
        <w:rPr>
          <w:i/>
          <w:lang w:val="sv-SE"/>
        </w:rPr>
        <w:t>enda</w:t>
      </w:r>
      <w:r w:rsidRPr="000767E2">
        <w:rPr>
          <w:lang w:val="sv-SE"/>
        </w:rPr>
        <w:t xml:space="preserve"> Ande till Fadern.{{field-off:bible}}</w:t>
      </w:r>
    </w:p>
    <w:p w14:paraId="6ECC56C1" w14:textId="7768B70D" w:rsidR="00BA33AB" w:rsidRPr="000767E2" w:rsidRDefault="00000000">
      <w:pPr>
        <w:rPr>
          <w:lang w:val="sv-SE"/>
        </w:rPr>
      </w:pPr>
      <w:r w:rsidRPr="000767E2">
        <w:rPr>
          <w:lang w:val="sv-SE"/>
        </w:rPr>
        <w:t>[[@</w:t>
      </w:r>
      <w:r w:rsidR="0096445B" w:rsidRPr="000767E2">
        <w:rPr>
          <w:lang w:val="sv-SE"/>
        </w:rPr>
        <w:t>BibleBIBEL82</w:t>
      </w:r>
      <w:r w:rsidRPr="000767E2">
        <w:rPr>
          <w:lang w:val="sv-SE"/>
        </w:rPr>
        <w:t>:Eph 2:19]]</w:t>
      </w:r>
      <w:r w:rsidRPr="000767E2">
        <w:rPr>
          <w:vertAlign w:val="superscript"/>
          <w:lang w:val="sv-SE"/>
        </w:rPr>
        <w:t>19</w:t>
      </w:r>
      <w:r w:rsidRPr="000767E2">
        <w:rPr>
          <w:lang w:val="sv-SE"/>
        </w:rPr>
        <w:t xml:space="preserve"> {{field-on:bible}}Alltså är ni då inte längre främlingar och utbölingar, utan ni är medborgare med de heliga och Guds familjemedlemmar,{{field-off:bible}} [[@</w:t>
      </w:r>
      <w:r w:rsidR="0096445B" w:rsidRPr="000767E2">
        <w:rPr>
          <w:lang w:val="sv-SE"/>
        </w:rPr>
        <w:t>BibleBIBEL82</w:t>
      </w:r>
      <w:r w:rsidRPr="000767E2">
        <w:rPr>
          <w:lang w:val="sv-SE"/>
        </w:rPr>
        <w:t>:Eph 2:20]]</w:t>
      </w:r>
      <w:r w:rsidRPr="000767E2">
        <w:rPr>
          <w:vertAlign w:val="superscript"/>
          <w:lang w:val="sv-SE"/>
        </w:rPr>
        <w:t>20</w:t>
      </w:r>
      <w:r w:rsidRPr="000767E2">
        <w:rPr>
          <w:lang w:val="sv-SE"/>
        </w:rPr>
        <w:t xml:space="preserve"> {{field-on:bible}}påbyggda på apostlarnas och profeternas grund medan dess ytterhörn</w:t>
      </w:r>
      <w:r w:rsidRPr="000767E2">
        <w:rPr>
          <w:i/>
          <w:lang w:val="sv-SE"/>
        </w:rPr>
        <w:t>sten</w:t>
      </w:r>
      <w:r w:rsidRPr="000767E2">
        <w:rPr>
          <w:lang w:val="sv-SE"/>
        </w:rPr>
        <w:t xml:space="preserve"> är Kristus Jesus.{{field-off:bible}} [[@</w:t>
      </w:r>
      <w:r w:rsidR="0096445B" w:rsidRPr="000767E2">
        <w:rPr>
          <w:lang w:val="sv-SE"/>
        </w:rPr>
        <w:t>BibleBIBEL82</w:t>
      </w:r>
      <w:r w:rsidRPr="000767E2">
        <w:rPr>
          <w:lang w:val="sv-SE"/>
        </w:rPr>
        <w:t>:Eph 2:21]]</w:t>
      </w:r>
      <w:r w:rsidRPr="000767E2">
        <w:rPr>
          <w:vertAlign w:val="superscript"/>
          <w:lang w:val="sv-SE"/>
        </w:rPr>
        <w:t>21</w:t>
      </w:r>
      <w:r w:rsidRPr="000767E2">
        <w:rPr>
          <w:lang w:val="sv-SE"/>
        </w:rPr>
        <w:t xml:space="preserve"> {{field-on:bible}}I honom blir hela byggnaden sammanfogad och växer till en helig tempelbyggnad i Herren.{{field-off:bible}} [[@</w:t>
      </w:r>
      <w:r w:rsidR="0096445B" w:rsidRPr="000767E2">
        <w:rPr>
          <w:lang w:val="sv-SE"/>
        </w:rPr>
        <w:t>BibleBIBEL82</w:t>
      </w:r>
      <w:r w:rsidRPr="000767E2">
        <w:rPr>
          <w:lang w:val="sv-SE"/>
        </w:rPr>
        <w:t>:Eph 2:22]]</w:t>
      </w:r>
      <w:r w:rsidRPr="000767E2">
        <w:rPr>
          <w:vertAlign w:val="superscript"/>
          <w:lang w:val="sv-SE"/>
        </w:rPr>
        <w:t>22</w:t>
      </w:r>
      <w:r w:rsidRPr="000767E2">
        <w:rPr>
          <w:lang w:val="sv-SE"/>
        </w:rPr>
        <w:t xml:space="preserve"> {{field-on:bible}}I honom blir också ni sammanbyggda till en Guds boningsplats i Ande.{{field-off:bible}}</w:t>
      </w:r>
    </w:p>
    <w:p w14:paraId="30291DB1" w14:textId="3F58E03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:Eph 3]]Kapitel 3</w:t>
      </w:r>
    </w:p>
    <w:p w14:paraId="3464DD01" w14:textId="77777777" w:rsidR="00BA33AB" w:rsidRPr="000767E2" w:rsidRDefault="00000000">
      <w:pPr>
        <w:pStyle w:val="Rubrik3"/>
        <w:rPr>
          <w:lang w:val="sv-SE"/>
        </w:rPr>
      </w:pPr>
      <w:r w:rsidRPr="000767E2">
        <w:rPr>
          <w:lang w:val="sv-SE"/>
        </w:rPr>
        <w:t>Kristi mysterium uppenbarat</w:t>
      </w:r>
    </w:p>
    <w:p w14:paraId="1C7F30B4" w14:textId="3D565C20" w:rsidR="00BA33AB" w:rsidRPr="000767E2" w:rsidRDefault="00000000">
      <w:pPr>
        <w:rPr>
          <w:lang w:val="sv-SE"/>
        </w:rPr>
      </w:pPr>
      <w:r w:rsidRPr="000767E2">
        <w:rPr>
          <w:lang w:val="sv-SE"/>
        </w:rPr>
        <w:t>[[@</w:t>
      </w:r>
      <w:r w:rsidR="0096445B" w:rsidRPr="000767E2">
        <w:rPr>
          <w:lang w:val="sv-SE"/>
        </w:rPr>
        <w:t>BibleBIBEL82</w:t>
      </w:r>
      <w:r w:rsidRPr="000767E2">
        <w:rPr>
          <w:lang w:val="sv-SE"/>
        </w:rPr>
        <w:t>:Eph 3:1]]</w:t>
      </w:r>
      <w:r w:rsidRPr="000767E2">
        <w:rPr>
          <w:vertAlign w:val="superscript"/>
          <w:lang w:val="sv-SE"/>
        </w:rPr>
        <w:t>1</w:t>
      </w:r>
      <w:r w:rsidRPr="000767E2">
        <w:rPr>
          <w:lang w:val="sv-SE"/>
        </w:rPr>
        <w:t xml:space="preserve"> {{field-on:bible}}Tack vare detta </w:t>
      </w:r>
      <w:r w:rsidRPr="000767E2">
        <w:rPr>
          <w:i/>
          <w:lang w:val="sv-SE"/>
        </w:rPr>
        <w:t>vill</w:t>
      </w:r>
      <w:r w:rsidRPr="000767E2">
        <w:rPr>
          <w:lang w:val="sv-SE"/>
        </w:rPr>
        <w:t xml:space="preserve"> jag, Paulus, Kristi [Jesu] fånge för er från folkslagen –{{field-off:bible}} [[@</w:t>
      </w:r>
      <w:r w:rsidR="0096445B" w:rsidRPr="000767E2">
        <w:rPr>
          <w:lang w:val="sv-SE"/>
        </w:rPr>
        <w:t>BibleBIBEL82</w:t>
      </w:r>
      <w:r w:rsidRPr="000767E2">
        <w:rPr>
          <w:lang w:val="sv-SE"/>
        </w:rPr>
        <w:t>:Eph 3:2]]</w:t>
      </w:r>
      <w:r w:rsidRPr="000767E2">
        <w:rPr>
          <w:vertAlign w:val="superscript"/>
          <w:lang w:val="sv-SE"/>
        </w:rPr>
        <w:t>2</w:t>
      </w:r>
      <w:r w:rsidRPr="000767E2">
        <w:rPr>
          <w:lang w:val="sv-SE"/>
        </w:rPr>
        <w:t xml:space="preserve"> {{field-</w:t>
      </w:r>
      <w:r w:rsidRPr="000767E2">
        <w:rPr>
          <w:lang w:val="sv-SE"/>
        </w:rPr>
        <w:lastRenderedPageBreak/>
        <w:t xml:space="preserve">on:bible}}om ni nu har hört </w:t>
      </w:r>
      <w:r w:rsidRPr="000767E2">
        <w:rPr>
          <w:i/>
          <w:lang w:val="sv-SE"/>
        </w:rPr>
        <w:t>om</w:t>
      </w:r>
      <w:r w:rsidRPr="000767E2">
        <w:rPr>
          <w:lang w:val="sv-SE"/>
        </w:rPr>
        <w:t xml:space="preserve"> Guds nåds förvaltning som har getts mig för er skull,{{field-off:bible}} [[@</w:t>
      </w:r>
      <w:r w:rsidR="0096445B" w:rsidRPr="000767E2">
        <w:rPr>
          <w:lang w:val="sv-SE"/>
        </w:rPr>
        <w:t>BibleBIBEL82</w:t>
      </w:r>
      <w:r w:rsidRPr="000767E2">
        <w:rPr>
          <w:lang w:val="sv-SE"/>
        </w:rPr>
        <w:t>:Eph 3:3]]</w:t>
      </w:r>
      <w:r w:rsidRPr="000767E2">
        <w:rPr>
          <w:vertAlign w:val="superscript"/>
          <w:lang w:val="sv-SE"/>
        </w:rPr>
        <w:t>3</w:t>
      </w:r>
      <w:r w:rsidRPr="000767E2">
        <w:rPr>
          <w:lang w:val="sv-SE"/>
        </w:rPr>
        <w:t xml:space="preserve"> {{field-on:bible}}att mysteriet genom uppenbarelse har kungjorts för mig, så som jag förut har skrivit i korthet.{{field-off:bible}} [[@</w:t>
      </w:r>
      <w:r w:rsidR="0096445B" w:rsidRPr="000767E2">
        <w:rPr>
          <w:lang w:val="sv-SE"/>
        </w:rPr>
        <w:t>BibleBIBEL82</w:t>
      </w:r>
      <w:r w:rsidRPr="000767E2">
        <w:rPr>
          <w:lang w:val="sv-SE"/>
        </w:rPr>
        <w:t>:Eph 3:4]]</w:t>
      </w:r>
      <w:r w:rsidRPr="000767E2">
        <w:rPr>
          <w:vertAlign w:val="superscript"/>
          <w:lang w:val="sv-SE"/>
        </w:rPr>
        <w:t>4</w:t>
      </w:r>
      <w:r w:rsidRPr="000767E2">
        <w:rPr>
          <w:lang w:val="sv-SE"/>
        </w:rPr>
        <w:t xml:space="preserve"> {{field-on:bible}}I detta kan ni läsa och fatta min förståelse i Kristi mysterium,{{field-off:bible}} [[@</w:t>
      </w:r>
      <w:r w:rsidR="0096445B" w:rsidRPr="000767E2">
        <w:rPr>
          <w:lang w:val="sv-SE"/>
        </w:rPr>
        <w:t>BibleBIBEL82</w:t>
      </w:r>
      <w:r w:rsidRPr="000767E2">
        <w:rPr>
          <w:lang w:val="sv-SE"/>
        </w:rPr>
        <w:t>:Eph 3:5]]</w:t>
      </w:r>
      <w:r w:rsidRPr="000767E2">
        <w:rPr>
          <w:vertAlign w:val="superscript"/>
          <w:lang w:val="sv-SE"/>
        </w:rPr>
        <w:t>5</w:t>
      </w:r>
      <w:r w:rsidRPr="000767E2">
        <w:rPr>
          <w:lang w:val="sv-SE"/>
        </w:rPr>
        <w:t xml:space="preserve"> {{field-on:bible}}som i andra släkten inte har kungjorts för människornas söner såsom det nu har uppenbarats för hans heliga apostlar och profeter i Ande:{{field-off:bible}} [[@</w:t>
      </w:r>
      <w:r w:rsidR="0096445B" w:rsidRPr="000767E2">
        <w:rPr>
          <w:lang w:val="sv-SE"/>
        </w:rPr>
        <w:t>BibleBIBEL82</w:t>
      </w:r>
      <w:r w:rsidRPr="000767E2">
        <w:rPr>
          <w:lang w:val="sv-SE"/>
        </w:rPr>
        <w:t>:Eph 3:6]]</w:t>
      </w:r>
      <w:r w:rsidRPr="000767E2">
        <w:rPr>
          <w:vertAlign w:val="superscript"/>
          <w:lang w:val="sv-SE"/>
        </w:rPr>
        <w:t>6</w:t>
      </w:r>
      <w:r w:rsidRPr="000767E2">
        <w:rPr>
          <w:lang w:val="sv-SE"/>
        </w:rPr>
        <w:t xml:space="preserve"> {{field-on:bible}}att folkslagen är medarvingar och medkropp och samdelaktiga i löftet i Kristus Jesus genom evangeliet,{{field-off:bible}} [[@</w:t>
      </w:r>
      <w:r w:rsidR="0096445B" w:rsidRPr="000767E2">
        <w:rPr>
          <w:lang w:val="sv-SE"/>
        </w:rPr>
        <w:t>BibleBIBEL82</w:t>
      </w:r>
      <w:r w:rsidRPr="000767E2">
        <w:rPr>
          <w:lang w:val="sv-SE"/>
        </w:rPr>
        <w:t>:Eph 3:7]]</w:t>
      </w:r>
      <w:r w:rsidRPr="000767E2">
        <w:rPr>
          <w:vertAlign w:val="superscript"/>
          <w:lang w:val="sv-SE"/>
        </w:rPr>
        <w:t>7</w:t>
      </w:r>
      <w:r w:rsidRPr="000767E2">
        <w:rPr>
          <w:lang w:val="sv-SE"/>
        </w:rPr>
        <w:t xml:space="preserve"> {{field-on:bible}}vars tjänare jag blivit efter Guds nåds fria gåva som har getts mig efter inverkan av hans kraft.{{field-off:bible}}</w:t>
      </w:r>
    </w:p>
    <w:p w14:paraId="567C2BDA" w14:textId="346F50AB" w:rsidR="00BA33AB" w:rsidRPr="000767E2" w:rsidRDefault="00000000">
      <w:pPr>
        <w:rPr>
          <w:lang w:val="sv-SE"/>
        </w:rPr>
      </w:pPr>
      <w:r w:rsidRPr="000767E2">
        <w:rPr>
          <w:lang w:val="sv-SE"/>
        </w:rPr>
        <w:t>[[@</w:t>
      </w:r>
      <w:r w:rsidR="0096445B" w:rsidRPr="000767E2">
        <w:rPr>
          <w:lang w:val="sv-SE"/>
        </w:rPr>
        <w:t>BibleBIBEL82</w:t>
      </w:r>
      <w:r w:rsidRPr="000767E2">
        <w:rPr>
          <w:lang w:val="sv-SE"/>
        </w:rPr>
        <w:t>:Eph 3:8]]</w:t>
      </w:r>
      <w:r w:rsidRPr="000767E2">
        <w:rPr>
          <w:vertAlign w:val="superscript"/>
          <w:lang w:val="sv-SE"/>
        </w:rPr>
        <w:t>8</w:t>
      </w:r>
      <w:r w:rsidRPr="000767E2">
        <w:rPr>
          <w:lang w:val="sv-SE"/>
        </w:rPr>
        <w:t xml:space="preserve"> {{field-on:bible}}Åt mig, den allra minste av alla heliga, har getts denna nåd att för folkslagen evangelisera </w:t>
      </w:r>
      <w:r w:rsidRPr="000767E2">
        <w:rPr>
          <w:i/>
          <w:lang w:val="sv-SE"/>
        </w:rPr>
        <w:t>om</w:t>
      </w:r>
      <w:r w:rsidRPr="000767E2">
        <w:rPr>
          <w:lang w:val="sv-SE"/>
        </w:rPr>
        <w:t xml:space="preserve"> Kristi outgrundliga rikedom{{field-off:bible}} [[@</w:t>
      </w:r>
      <w:r w:rsidR="0096445B" w:rsidRPr="000767E2">
        <w:rPr>
          <w:lang w:val="sv-SE"/>
        </w:rPr>
        <w:t>BibleBIBEL82</w:t>
      </w:r>
      <w:r w:rsidRPr="000767E2">
        <w:rPr>
          <w:lang w:val="sv-SE"/>
        </w:rPr>
        <w:t>:Eph 3:9]]</w:t>
      </w:r>
      <w:r w:rsidRPr="000767E2">
        <w:rPr>
          <w:vertAlign w:val="superscript"/>
          <w:lang w:val="sv-SE"/>
        </w:rPr>
        <w:t>9</w:t>
      </w:r>
      <w:r w:rsidRPr="000767E2">
        <w:rPr>
          <w:lang w:val="sv-SE"/>
        </w:rPr>
        <w:t xml:space="preserve"> {{field-on:bible}}och upplysa alla vad förvaltningen </w:t>
      </w:r>
      <w:r w:rsidRPr="000767E2">
        <w:rPr>
          <w:i/>
          <w:lang w:val="sv-SE"/>
        </w:rPr>
        <w:t>är</w:t>
      </w:r>
      <w:r w:rsidRPr="000767E2">
        <w:rPr>
          <w:lang w:val="sv-SE"/>
        </w:rPr>
        <w:t xml:space="preserve"> av mysteriet, </w:t>
      </w:r>
      <w:r w:rsidRPr="000767E2">
        <w:rPr>
          <w:i/>
          <w:lang w:val="sv-SE"/>
        </w:rPr>
        <w:t>som</w:t>
      </w:r>
      <w:r w:rsidRPr="000767E2">
        <w:rPr>
          <w:lang w:val="sv-SE"/>
        </w:rPr>
        <w:t xml:space="preserve"> </w:t>
      </w:r>
      <w:r w:rsidRPr="000767E2">
        <w:rPr>
          <w:i/>
          <w:lang w:val="sv-SE"/>
        </w:rPr>
        <w:t>varit</w:t>
      </w:r>
      <w:r w:rsidRPr="000767E2">
        <w:rPr>
          <w:lang w:val="sv-SE"/>
        </w:rPr>
        <w:t xml:space="preserve"> förborgat från eonerna i Gud som skapat allt,{{field-off:bible}} [[@</w:t>
      </w:r>
      <w:r w:rsidR="0096445B" w:rsidRPr="000767E2">
        <w:rPr>
          <w:lang w:val="sv-SE"/>
        </w:rPr>
        <w:t>BibleBIBEL82</w:t>
      </w:r>
      <w:r w:rsidRPr="000767E2">
        <w:rPr>
          <w:lang w:val="sv-SE"/>
        </w:rPr>
        <w:t>:Eph 3:10]]</w:t>
      </w:r>
      <w:r w:rsidRPr="000767E2">
        <w:rPr>
          <w:vertAlign w:val="superscript"/>
          <w:lang w:val="sv-SE"/>
        </w:rPr>
        <w:t>10</w:t>
      </w:r>
      <w:r w:rsidRPr="000767E2">
        <w:rPr>
          <w:lang w:val="sv-SE"/>
        </w:rPr>
        <w:t xml:space="preserve"> {{field-on:bible}}för att Guds mångfaldiga vishet nu skulle kungöras för furstligheterna och auktoriteterna i det himmelska genom församlingen,{{field-off:bible}} [[@</w:t>
      </w:r>
      <w:r w:rsidR="0096445B" w:rsidRPr="000767E2">
        <w:rPr>
          <w:lang w:val="sv-SE"/>
        </w:rPr>
        <w:t>BibleBIBEL82</w:t>
      </w:r>
      <w:r w:rsidRPr="000767E2">
        <w:rPr>
          <w:lang w:val="sv-SE"/>
        </w:rPr>
        <w:t>:Eph 3:11]]</w:t>
      </w:r>
      <w:r w:rsidRPr="000767E2">
        <w:rPr>
          <w:vertAlign w:val="superscript"/>
          <w:lang w:val="sv-SE"/>
        </w:rPr>
        <w:t>11</w:t>
      </w:r>
      <w:r w:rsidRPr="000767E2">
        <w:rPr>
          <w:lang w:val="sv-SE"/>
        </w:rPr>
        <w:t xml:space="preserve"> {{field-on:bible}}efter eonernas föresats som han gjort i Kristus Jesus vår Herre,{{field-off:bible}} [[@</w:t>
      </w:r>
      <w:r w:rsidR="0096445B" w:rsidRPr="000767E2">
        <w:rPr>
          <w:lang w:val="sv-SE"/>
        </w:rPr>
        <w:t>BibleBIBEL82</w:t>
      </w:r>
      <w:r w:rsidRPr="000767E2">
        <w:rPr>
          <w:lang w:val="sv-SE"/>
        </w:rPr>
        <w:t>:Eph 3:12]]</w:t>
      </w:r>
      <w:r w:rsidRPr="000767E2">
        <w:rPr>
          <w:vertAlign w:val="superscript"/>
          <w:lang w:val="sv-SE"/>
        </w:rPr>
        <w:t>12</w:t>
      </w:r>
      <w:r w:rsidRPr="000767E2">
        <w:rPr>
          <w:lang w:val="sv-SE"/>
        </w:rPr>
        <w:t xml:space="preserve"> {{field-on:bible}}i vilken vi har frimodigheten och tillträdet i förtröstan genom tron på honom.{{field-off:bible}}</w:t>
      </w:r>
    </w:p>
    <w:p w14:paraId="74AB2874" w14:textId="354D0E6C" w:rsidR="00BA33AB" w:rsidRPr="000767E2" w:rsidRDefault="00000000">
      <w:pPr>
        <w:rPr>
          <w:lang w:val="sv-SE"/>
        </w:rPr>
      </w:pPr>
      <w:r w:rsidRPr="000767E2">
        <w:rPr>
          <w:lang w:val="sv-SE"/>
        </w:rPr>
        <w:t>[[@</w:t>
      </w:r>
      <w:r w:rsidR="0096445B" w:rsidRPr="000767E2">
        <w:rPr>
          <w:lang w:val="sv-SE"/>
        </w:rPr>
        <w:t>BibleBIBEL82</w:t>
      </w:r>
      <w:r w:rsidRPr="000767E2">
        <w:rPr>
          <w:lang w:val="sv-SE"/>
        </w:rPr>
        <w:t>:Eph 3:13]]</w:t>
      </w:r>
      <w:r w:rsidRPr="000767E2">
        <w:rPr>
          <w:vertAlign w:val="superscript"/>
          <w:lang w:val="sv-SE"/>
        </w:rPr>
        <w:t>13</w:t>
      </w:r>
      <w:r w:rsidRPr="000767E2">
        <w:rPr>
          <w:lang w:val="sv-SE"/>
        </w:rPr>
        <w:t xml:space="preserve"> {{field-on:bible}}Därför ber jag </w:t>
      </w:r>
      <w:r w:rsidRPr="000767E2">
        <w:rPr>
          <w:i/>
          <w:lang w:val="sv-SE"/>
        </w:rPr>
        <w:t>er</w:t>
      </w:r>
      <w:r w:rsidRPr="000767E2">
        <w:rPr>
          <w:lang w:val="sv-SE"/>
        </w:rPr>
        <w:t xml:space="preserve"> att inte tappa modet under mina vedermödor för er skull, som är en ära för er.{{field-off:bible}}</w:t>
      </w:r>
    </w:p>
    <w:p w14:paraId="653BD74F" w14:textId="77777777" w:rsidR="00BA33AB" w:rsidRPr="000767E2" w:rsidRDefault="00000000">
      <w:pPr>
        <w:pStyle w:val="Rubrik3"/>
        <w:rPr>
          <w:lang w:val="sv-SE"/>
        </w:rPr>
      </w:pPr>
      <w:r w:rsidRPr="000767E2">
        <w:rPr>
          <w:lang w:val="sv-SE"/>
        </w:rPr>
        <w:t>Förbön och lovprisning</w:t>
      </w:r>
    </w:p>
    <w:p w14:paraId="43BFE490" w14:textId="0903BAF5" w:rsidR="00BA33AB" w:rsidRPr="000767E2" w:rsidRDefault="00000000">
      <w:pPr>
        <w:rPr>
          <w:lang w:val="sv-SE"/>
        </w:rPr>
      </w:pPr>
      <w:r w:rsidRPr="000767E2">
        <w:rPr>
          <w:lang w:val="sv-SE"/>
        </w:rPr>
        <w:t>[[@</w:t>
      </w:r>
      <w:r w:rsidR="0096445B" w:rsidRPr="000767E2">
        <w:rPr>
          <w:lang w:val="sv-SE"/>
        </w:rPr>
        <w:t>BibleBIBEL82</w:t>
      </w:r>
      <w:r w:rsidRPr="000767E2">
        <w:rPr>
          <w:lang w:val="sv-SE"/>
        </w:rPr>
        <w:t>:Eph 3:14]]</w:t>
      </w:r>
      <w:r w:rsidRPr="000767E2">
        <w:rPr>
          <w:vertAlign w:val="superscript"/>
          <w:lang w:val="sv-SE"/>
        </w:rPr>
        <w:t>14</w:t>
      </w:r>
      <w:r w:rsidRPr="000767E2">
        <w:rPr>
          <w:lang w:val="sv-SE"/>
        </w:rPr>
        <w:t xml:space="preserve"> {{field-on:bible}}Tack vare detta böjer jag mina knän inför Fadern,{{field-off:bible}} [[@</w:t>
      </w:r>
      <w:r w:rsidR="0096445B" w:rsidRPr="000767E2">
        <w:rPr>
          <w:lang w:val="sv-SE"/>
        </w:rPr>
        <w:t>BibleBIBEL82</w:t>
      </w:r>
      <w:r w:rsidRPr="000767E2">
        <w:rPr>
          <w:lang w:val="sv-SE"/>
        </w:rPr>
        <w:t>:Eph 3:15]]</w:t>
      </w:r>
      <w:r w:rsidRPr="000767E2">
        <w:rPr>
          <w:vertAlign w:val="superscript"/>
          <w:lang w:val="sv-SE"/>
        </w:rPr>
        <w:t>15</w:t>
      </w:r>
      <w:r w:rsidRPr="000767E2">
        <w:rPr>
          <w:lang w:val="sv-SE"/>
        </w:rPr>
        <w:t xml:space="preserve"> {{field-on:bible}}från vilken varje faderssläkt i himlar och på jord benämns:{{field-off:bible}} [[@</w:t>
      </w:r>
      <w:r w:rsidR="0096445B" w:rsidRPr="000767E2">
        <w:rPr>
          <w:lang w:val="sv-SE"/>
        </w:rPr>
        <w:t>BibleBIBEL82</w:t>
      </w:r>
      <w:r w:rsidRPr="000767E2">
        <w:rPr>
          <w:lang w:val="sv-SE"/>
        </w:rPr>
        <w:t>:Eph 3:16]]</w:t>
      </w:r>
      <w:r w:rsidRPr="000767E2">
        <w:rPr>
          <w:vertAlign w:val="superscript"/>
          <w:lang w:val="sv-SE"/>
        </w:rPr>
        <w:t>16</w:t>
      </w:r>
      <w:r w:rsidRPr="000767E2">
        <w:rPr>
          <w:lang w:val="sv-SE"/>
        </w:rPr>
        <w:t xml:space="preserve"> {{field-on:bible}}att han ska ge er efter sin härlighets rikedom att med kraft bli starka genom hans Ande i den inre människan,{{field-off:bible}} [[@</w:t>
      </w:r>
      <w:r w:rsidR="0096445B" w:rsidRPr="000767E2">
        <w:rPr>
          <w:lang w:val="sv-SE"/>
        </w:rPr>
        <w:t>BibleBIBEL82</w:t>
      </w:r>
      <w:r w:rsidRPr="000767E2">
        <w:rPr>
          <w:lang w:val="sv-SE"/>
        </w:rPr>
        <w:t>:Eph 3:17]]</w:t>
      </w:r>
      <w:r w:rsidRPr="000767E2">
        <w:rPr>
          <w:vertAlign w:val="superscript"/>
          <w:lang w:val="sv-SE"/>
        </w:rPr>
        <w:t>17</w:t>
      </w:r>
      <w:r w:rsidRPr="000767E2">
        <w:rPr>
          <w:lang w:val="sv-SE"/>
        </w:rPr>
        <w:t xml:space="preserve"> {{field-on:bible}}</w:t>
      </w:r>
      <w:r w:rsidRPr="000767E2">
        <w:rPr>
          <w:i/>
          <w:lang w:val="sv-SE"/>
        </w:rPr>
        <w:t>för</w:t>
      </w:r>
      <w:r w:rsidRPr="000767E2">
        <w:rPr>
          <w:lang w:val="sv-SE"/>
        </w:rPr>
        <w:t xml:space="preserve"> att Kristus </w:t>
      </w:r>
      <w:r w:rsidRPr="000767E2">
        <w:rPr>
          <w:i/>
          <w:lang w:val="sv-SE"/>
        </w:rPr>
        <w:t>ska</w:t>
      </w:r>
      <w:r w:rsidRPr="000767E2">
        <w:rPr>
          <w:lang w:val="sv-SE"/>
        </w:rPr>
        <w:t xml:space="preserve"> bo genom tron i era hjärtan, i kärlek rotade och grundade,{{field-off:bible}} [[@</w:t>
      </w:r>
      <w:r w:rsidR="0096445B" w:rsidRPr="000767E2">
        <w:rPr>
          <w:lang w:val="sv-SE"/>
        </w:rPr>
        <w:t>BibleBIBEL82</w:t>
      </w:r>
      <w:r w:rsidRPr="000767E2">
        <w:rPr>
          <w:lang w:val="sv-SE"/>
        </w:rPr>
        <w:t>:Eph 3:18]]</w:t>
      </w:r>
      <w:r w:rsidRPr="000767E2">
        <w:rPr>
          <w:vertAlign w:val="superscript"/>
          <w:lang w:val="sv-SE"/>
        </w:rPr>
        <w:t>18</w:t>
      </w:r>
      <w:r w:rsidRPr="000767E2">
        <w:rPr>
          <w:lang w:val="sv-SE"/>
        </w:rPr>
        <w:t xml:space="preserve"> {{field-on:bible}}så att ni mäktar helt att begripa med alla de heliga vad bredden </w:t>
      </w:r>
      <w:r w:rsidRPr="000767E2">
        <w:rPr>
          <w:i/>
          <w:lang w:val="sv-SE"/>
        </w:rPr>
        <w:t>är</w:t>
      </w:r>
      <w:r w:rsidRPr="000767E2">
        <w:rPr>
          <w:lang w:val="sv-SE"/>
        </w:rPr>
        <w:t xml:space="preserve"> och längden och höjden och djupet{{field-off:bible}} [[@</w:t>
      </w:r>
      <w:r w:rsidR="0096445B" w:rsidRPr="000767E2">
        <w:rPr>
          <w:lang w:val="sv-SE"/>
        </w:rPr>
        <w:t>BibleBIBEL82</w:t>
      </w:r>
      <w:r w:rsidRPr="000767E2">
        <w:rPr>
          <w:lang w:val="sv-SE"/>
        </w:rPr>
        <w:t>:Eph 3:19]]</w:t>
      </w:r>
      <w:r w:rsidRPr="000767E2">
        <w:rPr>
          <w:vertAlign w:val="superscript"/>
          <w:lang w:val="sv-SE"/>
        </w:rPr>
        <w:t>19</w:t>
      </w:r>
      <w:r w:rsidRPr="000767E2">
        <w:rPr>
          <w:lang w:val="sv-SE"/>
        </w:rPr>
        <w:t xml:space="preserve"> {{field-on:bible}}och lära känna Kristi kärlek, som översvallar mer än kunskapen, för att bli uppfyllda till all Guds fullhet.{{field-off:bible}}</w:t>
      </w:r>
    </w:p>
    <w:p w14:paraId="33B0539C" w14:textId="11EBA0A4" w:rsidR="00BA33AB" w:rsidRPr="000767E2" w:rsidRDefault="00000000">
      <w:pPr>
        <w:rPr>
          <w:lang w:val="sv-SE"/>
        </w:rPr>
      </w:pPr>
      <w:r w:rsidRPr="000767E2">
        <w:rPr>
          <w:lang w:val="sv-SE"/>
        </w:rPr>
        <w:t>[[@</w:t>
      </w:r>
      <w:r w:rsidR="0096445B" w:rsidRPr="000767E2">
        <w:rPr>
          <w:lang w:val="sv-SE"/>
        </w:rPr>
        <w:t>BibleBIBEL82</w:t>
      </w:r>
      <w:r w:rsidRPr="000767E2">
        <w:rPr>
          <w:lang w:val="sv-SE"/>
        </w:rPr>
        <w:t>:Eph 3:20]]</w:t>
      </w:r>
      <w:r w:rsidRPr="000767E2">
        <w:rPr>
          <w:vertAlign w:val="superscript"/>
          <w:lang w:val="sv-SE"/>
        </w:rPr>
        <w:t>20</w:t>
      </w:r>
      <w:r w:rsidRPr="000767E2">
        <w:rPr>
          <w:lang w:val="sv-SE"/>
        </w:rPr>
        <w:t xml:space="preserve"> {{field-on:bible}}Till honom som kan göra övermåttan utöver allt som vi ber om eller fattar, efter den kraft som verkar i oss,{{field-off:bible}} [[@</w:t>
      </w:r>
      <w:r w:rsidR="0096445B" w:rsidRPr="000767E2">
        <w:rPr>
          <w:lang w:val="sv-SE"/>
        </w:rPr>
        <w:t>BibleBIBEL82</w:t>
      </w:r>
      <w:r w:rsidRPr="000767E2">
        <w:rPr>
          <w:lang w:val="sv-SE"/>
        </w:rPr>
        <w:t>:Eph 3:21]]</w:t>
      </w:r>
      <w:r w:rsidRPr="000767E2">
        <w:rPr>
          <w:vertAlign w:val="superscript"/>
          <w:lang w:val="sv-SE"/>
        </w:rPr>
        <w:t>21</w:t>
      </w:r>
      <w:r w:rsidRPr="000767E2">
        <w:rPr>
          <w:lang w:val="sv-SE"/>
        </w:rPr>
        <w:t xml:space="preserve"> {{field-on:bible}}till honom </w:t>
      </w:r>
      <w:r w:rsidRPr="000767E2">
        <w:rPr>
          <w:i/>
          <w:lang w:val="sv-SE"/>
        </w:rPr>
        <w:t>hör</w:t>
      </w:r>
      <w:r w:rsidRPr="000767E2">
        <w:rPr>
          <w:lang w:val="sv-SE"/>
        </w:rPr>
        <w:t xml:space="preserve"> äran i församlingen och i Kristus Jesus till alla släkten i eonernas eon. Amen.{{field-off:bible}}</w:t>
      </w:r>
    </w:p>
    <w:p w14:paraId="0E8465B6" w14:textId="6AFBCAF3"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:Eph 4]]Kapitel 4</w:t>
      </w:r>
    </w:p>
    <w:p w14:paraId="083EA906" w14:textId="77777777" w:rsidR="00BA33AB" w:rsidRPr="000767E2" w:rsidRDefault="00000000">
      <w:pPr>
        <w:pStyle w:val="Rubrik3"/>
        <w:rPr>
          <w:lang w:val="sv-SE"/>
        </w:rPr>
      </w:pPr>
      <w:r w:rsidRPr="000767E2">
        <w:rPr>
          <w:lang w:val="sv-SE"/>
        </w:rPr>
        <w:t>Enhet i Kristi kropp</w:t>
      </w:r>
    </w:p>
    <w:p w14:paraId="66E6FD9B" w14:textId="635B4AC3" w:rsidR="00BA33AB" w:rsidRPr="000767E2" w:rsidRDefault="00000000">
      <w:pPr>
        <w:rPr>
          <w:lang w:val="sv-SE"/>
        </w:rPr>
      </w:pPr>
      <w:r w:rsidRPr="000767E2">
        <w:rPr>
          <w:lang w:val="sv-SE"/>
        </w:rPr>
        <w:t>[[@</w:t>
      </w:r>
      <w:r w:rsidR="0096445B" w:rsidRPr="000767E2">
        <w:rPr>
          <w:lang w:val="sv-SE"/>
        </w:rPr>
        <w:t>BibleBIBEL82</w:t>
      </w:r>
      <w:r w:rsidRPr="000767E2">
        <w:rPr>
          <w:lang w:val="sv-SE"/>
        </w:rPr>
        <w:t>:Eph 4:1]]</w:t>
      </w:r>
      <w:r w:rsidRPr="000767E2">
        <w:rPr>
          <w:vertAlign w:val="superscript"/>
          <w:lang w:val="sv-SE"/>
        </w:rPr>
        <w:t>1</w:t>
      </w:r>
      <w:r w:rsidRPr="000767E2">
        <w:rPr>
          <w:lang w:val="sv-SE"/>
        </w:rPr>
        <w:t xml:space="preserve"> {{field-on:bible}}Jag uppmanar därför er, jag </w:t>
      </w:r>
      <w:r w:rsidRPr="000767E2">
        <w:rPr>
          <w:i/>
          <w:lang w:val="sv-SE"/>
        </w:rPr>
        <w:t>som är</w:t>
      </w:r>
      <w:r w:rsidRPr="000767E2">
        <w:rPr>
          <w:lang w:val="sv-SE"/>
        </w:rPr>
        <w:t xml:space="preserve"> fången i Herren, att vandra värdigt den kallelse </w:t>
      </w:r>
      <w:r w:rsidRPr="000767E2">
        <w:rPr>
          <w:i/>
          <w:lang w:val="sv-SE"/>
        </w:rPr>
        <w:t>med</w:t>
      </w:r>
      <w:r w:rsidRPr="000767E2">
        <w:rPr>
          <w:lang w:val="sv-SE"/>
        </w:rPr>
        <w:t xml:space="preserve"> vilken ni kallats,{{field-off:bible}} [[@</w:t>
      </w:r>
      <w:r w:rsidR="0096445B" w:rsidRPr="000767E2">
        <w:rPr>
          <w:lang w:val="sv-SE"/>
        </w:rPr>
        <w:t>BibleBIBEL82</w:t>
      </w:r>
      <w:r w:rsidRPr="000767E2">
        <w:rPr>
          <w:lang w:val="sv-SE"/>
        </w:rPr>
        <w:t>:Eph 4:2]]</w:t>
      </w:r>
      <w:r w:rsidRPr="000767E2">
        <w:rPr>
          <w:vertAlign w:val="superscript"/>
          <w:lang w:val="sv-SE"/>
        </w:rPr>
        <w:t>2</w:t>
      </w:r>
      <w:r w:rsidRPr="000767E2">
        <w:rPr>
          <w:lang w:val="sv-SE"/>
        </w:rPr>
        <w:t xml:space="preserve"> {{field-on:bible}}med all ödmjukhet och mildhet, med tålamod medan ni står ut med varandra i kärlek,{{field-off:bible}} [[@</w:t>
      </w:r>
      <w:r w:rsidR="0096445B" w:rsidRPr="000767E2">
        <w:rPr>
          <w:lang w:val="sv-SE"/>
        </w:rPr>
        <w:t>BibleBIBEL82</w:t>
      </w:r>
      <w:r w:rsidRPr="000767E2">
        <w:rPr>
          <w:lang w:val="sv-SE"/>
        </w:rPr>
        <w:t>:Eph 4:3]]</w:t>
      </w:r>
      <w:r w:rsidRPr="000767E2">
        <w:rPr>
          <w:vertAlign w:val="superscript"/>
          <w:lang w:val="sv-SE"/>
        </w:rPr>
        <w:t>3</w:t>
      </w:r>
      <w:r w:rsidRPr="000767E2">
        <w:rPr>
          <w:lang w:val="sv-SE"/>
        </w:rPr>
        <w:t xml:space="preserve"> {{field-on:bible}}ivriga att bevara Andens enhet genom fridens band:{{field-off:bible}} [[@</w:t>
      </w:r>
      <w:r w:rsidR="0096445B" w:rsidRPr="000767E2">
        <w:rPr>
          <w:lang w:val="sv-SE"/>
        </w:rPr>
        <w:t>BibleBIBEL82</w:t>
      </w:r>
      <w:r w:rsidRPr="000767E2">
        <w:rPr>
          <w:lang w:val="sv-SE"/>
        </w:rPr>
        <w:t>:Eph 4:4]]</w:t>
      </w:r>
      <w:r w:rsidRPr="000767E2">
        <w:rPr>
          <w:vertAlign w:val="superscript"/>
          <w:lang w:val="sv-SE"/>
        </w:rPr>
        <w:t>4</w:t>
      </w:r>
      <w:r w:rsidRPr="000767E2">
        <w:rPr>
          <w:lang w:val="sv-SE"/>
        </w:rPr>
        <w:t xml:space="preserve"> {{field-on:bible}}en kropp och en Ande, så som ni också har kallats med ett hopp i er kallelse.{{field-off:bible}} [[@</w:t>
      </w:r>
      <w:r w:rsidR="0096445B" w:rsidRPr="000767E2">
        <w:rPr>
          <w:lang w:val="sv-SE"/>
        </w:rPr>
        <w:t>BibleBIBEL82</w:t>
      </w:r>
      <w:r w:rsidRPr="000767E2">
        <w:rPr>
          <w:lang w:val="sv-SE"/>
        </w:rPr>
        <w:t>:Eph 4:5]]</w:t>
      </w:r>
      <w:r w:rsidRPr="000767E2">
        <w:rPr>
          <w:vertAlign w:val="superscript"/>
          <w:lang w:val="sv-SE"/>
        </w:rPr>
        <w:t>5</w:t>
      </w:r>
      <w:r w:rsidRPr="000767E2">
        <w:rPr>
          <w:lang w:val="sv-SE"/>
        </w:rPr>
        <w:t xml:space="preserve"> {{field-on:bible}}En Herre, en tro, ett dop,{{field-off:bible}} [[@</w:t>
      </w:r>
      <w:r w:rsidR="0096445B" w:rsidRPr="000767E2">
        <w:rPr>
          <w:lang w:val="sv-SE"/>
        </w:rPr>
        <w:t>BibleBIBEL82</w:t>
      </w:r>
      <w:r w:rsidRPr="000767E2">
        <w:rPr>
          <w:lang w:val="sv-SE"/>
        </w:rPr>
        <w:t>:Eph 4:6]]</w:t>
      </w:r>
      <w:r w:rsidRPr="000767E2">
        <w:rPr>
          <w:vertAlign w:val="superscript"/>
          <w:lang w:val="sv-SE"/>
        </w:rPr>
        <w:t>6</w:t>
      </w:r>
      <w:r w:rsidRPr="000767E2">
        <w:rPr>
          <w:lang w:val="sv-SE"/>
        </w:rPr>
        <w:t xml:space="preserve"> {{field-on:bible}}en Gud och allas Far, </w:t>
      </w:r>
      <w:r w:rsidRPr="000767E2">
        <w:rPr>
          <w:i/>
          <w:lang w:val="sv-SE"/>
        </w:rPr>
        <w:t>som är</w:t>
      </w:r>
      <w:r w:rsidRPr="000767E2">
        <w:rPr>
          <w:lang w:val="sv-SE"/>
        </w:rPr>
        <w:t xml:space="preserve"> över alla och genom alla och i alla.{{field-off:bible}}</w:t>
      </w:r>
    </w:p>
    <w:p w14:paraId="469C0683" w14:textId="3C4566F7" w:rsidR="00BA33AB" w:rsidRPr="000767E2" w:rsidRDefault="00000000">
      <w:pPr>
        <w:rPr>
          <w:lang w:val="sv-SE"/>
        </w:rPr>
      </w:pPr>
      <w:r w:rsidRPr="000767E2">
        <w:rPr>
          <w:lang w:val="sv-SE"/>
        </w:rPr>
        <w:t>[[@</w:t>
      </w:r>
      <w:r w:rsidR="0096445B" w:rsidRPr="000767E2">
        <w:rPr>
          <w:lang w:val="sv-SE"/>
        </w:rPr>
        <w:t>BibleBIBEL82</w:t>
      </w:r>
      <w:r w:rsidRPr="000767E2">
        <w:rPr>
          <w:lang w:val="sv-SE"/>
        </w:rPr>
        <w:t>:Eph 4:7]]</w:t>
      </w:r>
      <w:r w:rsidRPr="000767E2">
        <w:rPr>
          <w:vertAlign w:val="superscript"/>
          <w:lang w:val="sv-SE"/>
        </w:rPr>
        <w:t>7</w:t>
      </w:r>
      <w:r w:rsidRPr="000767E2">
        <w:rPr>
          <w:lang w:val="sv-SE"/>
        </w:rPr>
        <w:t xml:space="preserve"> {{field-on:bible}}Men åt var och en av oss har nåden getts efter måttet av Kristi fria gåva.{{field-off:bible}} [[@</w:t>
      </w:r>
      <w:r w:rsidR="0096445B" w:rsidRPr="000767E2">
        <w:rPr>
          <w:lang w:val="sv-SE"/>
        </w:rPr>
        <w:t>BibleBIBEL82</w:t>
      </w:r>
      <w:r w:rsidRPr="000767E2">
        <w:rPr>
          <w:lang w:val="sv-SE"/>
        </w:rPr>
        <w:t>:Eph 4:8]]</w:t>
      </w:r>
      <w:r w:rsidRPr="000767E2">
        <w:rPr>
          <w:vertAlign w:val="superscript"/>
          <w:lang w:val="sv-SE"/>
        </w:rPr>
        <w:t>8</w:t>
      </w:r>
      <w:r w:rsidRPr="000767E2">
        <w:rPr>
          <w:lang w:val="sv-SE"/>
        </w:rPr>
        <w:t xml:space="preserve"> {{field-on:bible}}Därför heter det:{{field-off:bible}}</w:t>
      </w:r>
    </w:p>
    <w:p w14:paraId="6AB2BC4F" w14:textId="77777777" w:rsidR="00BA33AB" w:rsidRPr="000767E2" w:rsidRDefault="00000000">
      <w:pPr>
        <w:rPr>
          <w:lang w:val="sv-SE"/>
        </w:rPr>
      </w:pPr>
      <w:r w:rsidRPr="000767E2">
        <w:rPr>
          <w:lang w:val="sv-SE"/>
        </w:rPr>
        <w:t xml:space="preserve">{{field-on:bible}}Han steg upp till höjden och förde fångar </w:t>
      </w:r>
      <w:r w:rsidRPr="000767E2">
        <w:rPr>
          <w:i/>
          <w:lang w:val="sv-SE"/>
        </w:rPr>
        <w:t>i</w:t>
      </w:r>
      <w:r w:rsidRPr="000767E2">
        <w:rPr>
          <w:lang w:val="sv-SE"/>
        </w:rPr>
        <w:t xml:space="preserve"> fångenskap,</w:t>
      </w:r>
      <w:r w:rsidRPr="000767E2">
        <w:rPr>
          <w:lang w:val="sv-SE"/>
        </w:rPr>
        <w:br/>
        <w:t>han gav gåvor till människorna.{{field-off:bible}}</w:t>
      </w:r>
    </w:p>
    <w:p w14:paraId="65EF120A" w14:textId="0F30F4C6" w:rsidR="00BA33AB" w:rsidRPr="000767E2" w:rsidRDefault="00000000">
      <w:pPr>
        <w:rPr>
          <w:lang w:val="sv-SE"/>
        </w:rPr>
      </w:pPr>
      <w:r w:rsidRPr="000767E2">
        <w:rPr>
          <w:lang w:val="sv-SE"/>
        </w:rPr>
        <w:t>[[@</w:t>
      </w:r>
      <w:r w:rsidR="0096445B" w:rsidRPr="000767E2">
        <w:rPr>
          <w:lang w:val="sv-SE"/>
        </w:rPr>
        <w:t>BibleBIBEL82</w:t>
      </w:r>
      <w:r w:rsidRPr="000767E2">
        <w:rPr>
          <w:lang w:val="sv-SE"/>
        </w:rPr>
        <w:t>:Eph 4:9]]</w:t>
      </w:r>
      <w:r w:rsidRPr="000767E2">
        <w:rPr>
          <w:vertAlign w:val="superscript"/>
          <w:lang w:val="sv-SE"/>
        </w:rPr>
        <w:t>9</w:t>
      </w:r>
      <w:r w:rsidRPr="000767E2">
        <w:rPr>
          <w:lang w:val="sv-SE"/>
        </w:rPr>
        <w:t xml:space="preserve"> {{field-on:bible}}Men det att han steg upp, vad är det om inte att han också steg ner till de lägre [delarna] av jorden?{{field-off:bible}} [[@</w:t>
      </w:r>
      <w:r w:rsidR="0096445B" w:rsidRPr="000767E2">
        <w:rPr>
          <w:lang w:val="sv-SE"/>
        </w:rPr>
        <w:t>BibleBIBEL82</w:t>
      </w:r>
      <w:r w:rsidRPr="000767E2">
        <w:rPr>
          <w:lang w:val="sv-SE"/>
        </w:rPr>
        <w:t>:Eph 4:10]]</w:t>
      </w:r>
      <w:r w:rsidRPr="000767E2">
        <w:rPr>
          <w:vertAlign w:val="superscript"/>
          <w:lang w:val="sv-SE"/>
        </w:rPr>
        <w:t>10</w:t>
      </w:r>
      <w:r w:rsidRPr="000767E2">
        <w:rPr>
          <w:lang w:val="sv-SE"/>
        </w:rPr>
        <w:t xml:space="preserve"> {{field-on:bible}}Han som steg ner är själv också den som steg upp högt över alla himlarna för att uppfylla allt.{{field-off:bible}}</w:t>
      </w:r>
    </w:p>
    <w:p w14:paraId="1F9406B1" w14:textId="17E5611E" w:rsidR="00BA33AB" w:rsidRPr="000767E2" w:rsidRDefault="00000000">
      <w:pPr>
        <w:rPr>
          <w:lang w:val="sv-SE"/>
        </w:rPr>
      </w:pPr>
      <w:r w:rsidRPr="000767E2">
        <w:rPr>
          <w:lang w:val="sv-SE"/>
        </w:rPr>
        <w:t>[[@</w:t>
      </w:r>
      <w:r w:rsidR="0096445B" w:rsidRPr="000767E2">
        <w:rPr>
          <w:lang w:val="sv-SE"/>
        </w:rPr>
        <w:t>BibleBIBEL82</w:t>
      </w:r>
      <w:r w:rsidRPr="000767E2">
        <w:rPr>
          <w:lang w:val="sv-SE"/>
        </w:rPr>
        <w:t>:Eph 4:11]]</w:t>
      </w:r>
      <w:r w:rsidRPr="000767E2">
        <w:rPr>
          <w:vertAlign w:val="superscript"/>
          <w:lang w:val="sv-SE"/>
        </w:rPr>
        <w:t>11</w:t>
      </w:r>
      <w:r w:rsidRPr="000767E2">
        <w:rPr>
          <w:lang w:val="sv-SE"/>
        </w:rPr>
        <w:t xml:space="preserve"> {{field-on:bible}}Och han gav några </w:t>
      </w:r>
      <w:r w:rsidRPr="000767E2">
        <w:rPr>
          <w:i/>
          <w:lang w:val="sv-SE"/>
        </w:rPr>
        <w:t>som</w:t>
      </w:r>
      <w:r w:rsidRPr="000767E2">
        <w:rPr>
          <w:lang w:val="sv-SE"/>
        </w:rPr>
        <w:t xml:space="preserve"> apostlar, andra </w:t>
      </w:r>
      <w:r w:rsidRPr="000767E2">
        <w:rPr>
          <w:i/>
          <w:lang w:val="sv-SE"/>
        </w:rPr>
        <w:t>som</w:t>
      </w:r>
      <w:r w:rsidRPr="000767E2">
        <w:rPr>
          <w:lang w:val="sv-SE"/>
        </w:rPr>
        <w:t xml:space="preserve"> profeter, andra </w:t>
      </w:r>
      <w:r w:rsidRPr="000767E2">
        <w:rPr>
          <w:i/>
          <w:lang w:val="sv-SE"/>
        </w:rPr>
        <w:t>som</w:t>
      </w:r>
      <w:r w:rsidRPr="000767E2">
        <w:rPr>
          <w:lang w:val="sv-SE"/>
        </w:rPr>
        <w:t xml:space="preserve"> evangelister, andra </w:t>
      </w:r>
      <w:r w:rsidRPr="000767E2">
        <w:rPr>
          <w:i/>
          <w:lang w:val="sv-SE"/>
        </w:rPr>
        <w:t>som</w:t>
      </w:r>
      <w:r w:rsidRPr="000767E2">
        <w:rPr>
          <w:lang w:val="sv-SE"/>
        </w:rPr>
        <w:t xml:space="preserve"> herdar och lärare{{field-off:bible}} [[@</w:t>
      </w:r>
      <w:r w:rsidR="0096445B" w:rsidRPr="000767E2">
        <w:rPr>
          <w:lang w:val="sv-SE"/>
        </w:rPr>
        <w:t>BibleBIBEL82</w:t>
      </w:r>
      <w:r w:rsidRPr="000767E2">
        <w:rPr>
          <w:lang w:val="sv-SE"/>
        </w:rPr>
        <w:t>:Eph 4:12]]</w:t>
      </w:r>
      <w:r w:rsidRPr="000767E2">
        <w:rPr>
          <w:vertAlign w:val="superscript"/>
          <w:lang w:val="sv-SE"/>
        </w:rPr>
        <w:t>12</w:t>
      </w:r>
      <w:r w:rsidRPr="000767E2">
        <w:rPr>
          <w:lang w:val="sv-SE"/>
        </w:rPr>
        <w:t xml:space="preserve"> {{field-on:bible}}för de heligas förfärdigande till tjänstegärning, till uppbyggelse av Kristi kropp,{{field-off:bible}} [[@</w:t>
      </w:r>
      <w:r w:rsidR="0096445B" w:rsidRPr="000767E2">
        <w:rPr>
          <w:lang w:val="sv-SE"/>
        </w:rPr>
        <w:t>BibleBIBEL82</w:t>
      </w:r>
      <w:r w:rsidRPr="000767E2">
        <w:rPr>
          <w:lang w:val="sv-SE"/>
        </w:rPr>
        <w:t>:Eph 4:13]]</w:t>
      </w:r>
      <w:r w:rsidRPr="000767E2">
        <w:rPr>
          <w:vertAlign w:val="superscript"/>
          <w:lang w:val="sv-SE"/>
        </w:rPr>
        <w:t>13</w:t>
      </w:r>
      <w:r w:rsidRPr="000767E2">
        <w:rPr>
          <w:lang w:val="sv-SE"/>
        </w:rPr>
        <w:t xml:space="preserve"> {{field-on:bible}}tills vi alla når fram till enheten i tron och i insikten om Guds Son, till en fullvuxen man, till ett mått av resning </w:t>
      </w:r>
      <w:r w:rsidRPr="000767E2">
        <w:rPr>
          <w:i/>
          <w:lang w:val="sv-SE"/>
        </w:rPr>
        <w:t>som hör</w:t>
      </w:r>
      <w:r w:rsidRPr="000767E2">
        <w:rPr>
          <w:lang w:val="sv-SE"/>
        </w:rPr>
        <w:t xml:space="preserve"> till Kristi fullhet{{field-off:bible}} [[@</w:t>
      </w:r>
      <w:r w:rsidR="0096445B" w:rsidRPr="000767E2">
        <w:rPr>
          <w:lang w:val="sv-SE"/>
        </w:rPr>
        <w:t>BibleBIBEL82</w:t>
      </w:r>
      <w:r w:rsidRPr="000767E2">
        <w:rPr>
          <w:lang w:val="sv-SE"/>
        </w:rPr>
        <w:t>:Eph 4:14]]</w:t>
      </w:r>
      <w:r w:rsidRPr="000767E2">
        <w:rPr>
          <w:vertAlign w:val="superscript"/>
          <w:lang w:val="sv-SE"/>
        </w:rPr>
        <w:t>14</w:t>
      </w:r>
      <w:r w:rsidRPr="000767E2">
        <w:rPr>
          <w:lang w:val="sv-SE"/>
        </w:rPr>
        <w:t xml:space="preserve"> {{field-on:bible}}så att vi inte mer är småbarn, vågkastade och kringförda med varje lärovind i människornas spel, i slughet till villfarelsens trick.{{field-off:bible}}</w:t>
      </w:r>
    </w:p>
    <w:p w14:paraId="0CD16DD9" w14:textId="783B63B8" w:rsidR="00BA33AB" w:rsidRPr="000767E2" w:rsidRDefault="00000000">
      <w:pPr>
        <w:rPr>
          <w:lang w:val="sv-SE"/>
        </w:rPr>
      </w:pPr>
      <w:r w:rsidRPr="000767E2">
        <w:rPr>
          <w:lang w:val="sv-SE"/>
        </w:rPr>
        <w:t>[[@</w:t>
      </w:r>
      <w:r w:rsidR="0096445B" w:rsidRPr="000767E2">
        <w:rPr>
          <w:lang w:val="sv-SE"/>
        </w:rPr>
        <w:t>BibleBIBEL82</w:t>
      </w:r>
      <w:r w:rsidRPr="000767E2">
        <w:rPr>
          <w:lang w:val="sv-SE"/>
        </w:rPr>
        <w:t>:Eph 4:15]]</w:t>
      </w:r>
      <w:r w:rsidRPr="000767E2">
        <w:rPr>
          <w:vertAlign w:val="superscript"/>
          <w:lang w:val="sv-SE"/>
        </w:rPr>
        <w:t>15</w:t>
      </w:r>
      <w:r w:rsidRPr="000767E2">
        <w:rPr>
          <w:lang w:val="sv-SE"/>
        </w:rPr>
        <w:t xml:space="preserve"> {{field-on:bible}}Nej, vi ska vara sanna i kärlek och växa </w:t>
      </w:r>
      <w:r w:rsidRPr="000767E2">
        <w:rPr>
          <w:i/>
          <w:lang w:val="sv-SE"/>
        </w:rPr>
        <w:t>upp</w:t>
      </w:r>
      <w:r w:rsidRPr="000767E2">
        <w:rPr>
          <w:lang w:val="sv-SE"/>
        </w:rPr>
        <w:t xml:space="preserve"> </w:t>
      </w:r>
      <w:r w:rsidRPr="000767E2">
        <w:rPr>
          <w:i/>
          <w:lang w:val="sv-SE"/>
        </w:rPr>
        <w:t>i</w:t>
      </w:r>
      <w:r w:rsidRPr="000767E2">
        <w:rPr>
          <w:lang w:val="sv-SE"/>
        </w:rPr>
        <w:t xml:space="preserve"> allt till honom som är huvudet, Kristus,{{field-off:bible}} [[@</w:t>
      </w:r>
      <w:r w:rsidR="0096445B" w:rsidRPr="000767E2">
        <w:rPr>
          <w:lang w:val="sv-SE"/>
        </w:rPr>
        <w:t>BibleBIBEL82</w:t>
      </w:r>
      <w:r w:rsidRPr="000767E2">
        <w:rPr>
          <w:lang w:val="sv-SE"/>
        </w:rPr>
        <w:t>:Eph 4:16]]</w:t>
      </w:r>
      <w:r w:rsidRPr="000767E2">
        <w:rPr>
          <w:vertAlign w:val="superscript"/>
          <w:lang w:val="sv-SE"/>
        </w:rPr>
        <w:t>16</w:t>
      </w:r>
      <w:r w:rsidRPr="000767E2">
        <w:rPr>
          <w:lang w:val="sv-SE"/>
        </w:rPr>
        <w:t xml:space="preserve"> {{field-on:bible}}från vilken hela kroppen sammanfogas och sammanhålls genom varje bibringandets ligament, efter inverkan i mått av varje enskild del, och gör kroppens tillväxt till uppbyggelse av sig själv i kärlek.{{field-off:bible}}</w:t>
      </w:r>
    </w:p>
    <w:p w14:paraId="596FE47D" w14:textId="77777777" w:rsidR="00BA33AB" w:rsidRPr="000767E2" w:rsidRDefault="00000000">
      <w:pPr>
        <w:pStyle w:val="Rubrik3"/>
        <w:rPr>
          <w:lang w:val="sv-SE"/>
        </w:rPr>
      </w:pPr>
      <w:r w:rsidRPr="000767E2">
        <w:rPr>
          <w:lang w:val="sv-SE"/>
        </w:rPr>
        <w:t>Ett nytt liv i Kristus</w:t>
      </w:r>
    </w:p>
    <w:p w14:paraId="349D7444" w14:textId="5B182D26" w:rsidR="00BA33AB" w:rsidRPr="000767E2" w:rsidRDefault="00000000">
      <w:pPr>
        <w:rPr>
          <w:lang w:val="sv-SE"/>
        </w:rPr>
      </w:pPr>
      <w:r w:rsidRPr="000767E2">
        <w:rPr>
          <w:lang w:val="sv-SE"/>
        </w:rPr>
        <w:t>[[@</w:t>
      </w:r>
      <w:r w:rsidR="0096445B" w:rsidRPr="000767E2">
        <w:rPr>
          <w:lang w:val="sv-SE"/>
        </w:rPr>
        <w:t>BibleBIBEL82</w:t>
      </w:r>
      <w:r w:rsidRPr="000767E2">
        <w:rPr>
          <w:lang w:val="sv-SE"/>
        </w:rPr>
        <w:t>:Eph 4:17]]</w:t>
      </w:r>
      <w:r w:rsidRPr="000767E2">
        <w:rPr>
          <w:vertAlign w:val="superscript"/>
          <w:lang w:val="sv-SE"/>
        </w:rPr>
        <w:t>17</w:t>
      </w:r>
      <w:r w:rsidRPr="000767E2">
        <w:rPr>
          <w:lang w:val="sv-SE"/>
        </w:rPr>
        <w:t xml:space="preserve"> {{field-on:bible}}Detta säger jag nu och uppfordrar i Herren, att ni inte mer </w:t>
      </w:r>
      <w:r w:rsidRPr="000767E2">
        <w:rPr>
          <w:i/>
          <w:lang w:val="sv-SE"/>
        </w:rPr>
        <w:t>ska</w:t>
      </w:r>
      <w:r w:rsidRPr="000767E2">
        <w:rPr>
          <w:lang w:val="sv-SE"/>
        </w:rPr>
        <w:t xml:space="preserve"> vandra så som också folkslagen vandrar i sitt sinnes fåfänglighet:{{field-off:bible}} [[@</w:t>
      </w:r>
      <w:r w:rsidR="0096445B" w:rsidRPr="000767E2">
        <w:rPr>
          <w:lang w:val="sv-SE"/>
        </w:rPr>
        <w:t>BibleBIBEL82</w:t>
      </w:r>
      <w:r w:rsidRPr="000767E2">
        <w:rPr>
          <w:lang w:val="sv-SE"/>
        </w:rPr>
        <w:t>:Eph 4:18]]</w:t>
      </w:r>
      <w:r w:rsidRPr="000767E2">
        <w:rPr>
          <w:vertAlign w:val="superscript"/>
          <w:lang w:val="sv-SE"/>
        </w:rPr>
        <w:t>18</w:t>
      </w:r>
      <w:r w:rsidRPr="000767E2">
        <w:rPr>
          <w:lang w:val="sv-SE"/>
        </w:rPr>
        <w:t xml:space="preserve"> {{field-on:bible}}förmörkade i hågen, alienerade från Guds liv på grund av okunnigheten som finns i dem, på grund av förhårdnaden i deras </w:t>
      </w:r>
      <w:r w:rsidRPr="000767E2">
        <w:rPr>
          <w:lang w:val="sv-SE"/>
        </w:rPr>
        <w:lastRenderedPageBreak/>
        <w:t>hjärta.{{field-off:bible}} [[@</w:t>
      </w:r>
      <w:r w:rsidR="0096445B" w:rsidRPr="000767E2">
        <w:rPr>
          <w:lang w:val="sv-SE"/>
        </w:rPr>
        <w:t>BibleBIBEL82</w:t>
      </w:r>
      <w:r w:rsidRPr="000767E2">
        <w:rPr>
          <w:lang w:val="sv-SE"/>
        </w:rPr>
        <w:t>:Eph 4:19]]</w:t>
      </w:r>
      <w:r w:rsidRPr="000767E2">
        <w:rPr>
          <w:vertAlign w:val="superscript"/>
          <w:lang w:val="sv-SE"/>
        </w:rPr>
        <w:t>19</w:t>
      </w:r>
      <w:r w:rsidRPr="000767E2">
        <w:rPr>
          <w:lang w:val="sv-SE"/>
        </w:rPr>
        <w:t xml:space="preserve"> {{field-on:bible}}De har avtrubbade överlämnat sig själva åt hämningslösheten, till utförande av all orenhet i girighet.{{field-off:bible}}</w:t>
      </w:r>
    </w:p>
    <w:p w14:paraId="17821AEA" w14:textId="01D2D022" w:rsidR="00BA33AB" w:rsidRPr="000767E2" w:rsidRDefault="00000000">
      <w:pPr>
        <w:rPr>
          <w:lang w:val="sv-SE"/>
        </w:rPr>
      </w:pPr>
      <w:r w:rsidRPr="000767E2">
        <w:rPr>
          <w:lang w:val="sv-SE"/>
        </w:rPr>
        <w:t>[[@</w:t>
      </w:r>
      <w:r w:rsidR="0096445B" w:rsidRPr="000767E2">
        <w:rPr>
          <w:lang w:val="sv-SE"/>
        </w:rPr>
        <w:t>BibleBIBEL82</w:t>
      </w:r>
      <w:r w:rsidRPr="000767E2">
        <w:rPr>
          <w:lang w:val="sv-SE"/>
        </w:rPr>
        <w:t>:Eph 4:20]]</w:t>
      </w:r>
      <w:r w:rsidRPr="000767E2">
        <w:rPr>
          <w:vertAlign w:val="superscript"/>
          <w:lang w:val="sv-SE"/>
        </w:rPr>
        <w:t>20</w:t>
      </w:r>
      <w:r w:rsidRPr="000767E2">
        <w:rPr>
          <w:lang w:val="sv-SE"/>
        </w:rPr>
        <w:t xml:space="preserve"> {{field-on:bible}}Men </w:t>
      </w:r>
      <w:r w:rsidRPr="000767E2">
        <w:rPr>
          <w:i/>
          <w:lang w:val="sv-SE"/>
        </w:rPr>
        <w:t>det är</w:t>
      </w:r>
      <w:r w:rsidRPr="000767E2">
        <w:rPr>
          <w:lang w:val="sv-SE"/>
        </w:rPr>
        <w:t xml:space="preserve"> inte så ni har lärt er Kristus,{{field-off:bible}} [[@</w:t>
      </w:r>
      <w:r w:rsidR="0096445B" w:rsidRPr="000767E2">
        <w:rPr>
          <w:lang w:val="sv-SE"/>
        </w:rPr>
        <w:t>BibleBIBEL82</w:t>
      </w:r>
      <w:r w:rsidRPr="000767E2">
        <w:rPr>
          <w:lang w:val="sv-SE"/>
        </w:rPr>
        <w:t>:Eph 4:21]]</w:t>
      </w:r>
      <w:r w:rsidRPr="000767E2">
        <w:rPr>
          <w:vertAlign w:val="superscript"/>
          <w:lang w:val="sv-SE"/>
        </w:rPr>
        <w:t>21</w:t>
      </w:r>
      <w:r w:rsidRPr="000767E2">
        <w:rPr>
          <w:lang w:val="sv-SE"/>
        </w:rPr>
        <w:t xml:space="preserve"> {{field-on:bible}}om ni nu har hört </w:t>
      </w:r>
      <w:r w:rsidRPr="000767E2">
        <w:rPr>
          <w:i/>
          <w:lang w:val="sv-SE"/>
        </w:rPr>
        <w:t>om</w:t>
      </w:r>
      <w:r w:rsidRPr="000767E2">
        <w:rPr>
          <w:lang w:val="sv-SE"/>
        </w:rPr>
        <w:t xml:space="preserve"> honom och blivit undervisade i honom så som är sanning i Jesus:{{field-off:bible}} [[@</w:t>
      </w:r>
      <w:r w:rsidR="0096445B" w:rsidRPr="000767E2">
        <w:rPr>
          <w:lang w:val="sv-SE"/>
        </w:rPr>
        <w:t>BibleBIBEL82</w:t>
      </w:r>
      <w:r w:rsidRPr="000767E2">
        <w:rPr>
          <w:lang w:val="sv-SE"/>
        </w:rPr>
        <w:t>:Eph 4:22]]</w:t>
      </w:r>
      <w:r w:rsidRPr="000767E2">
        <w:rPr>
          <w:vertAlign w:val="superscript"/>
          <w:lang w:val="sv-SE"/>
        </w:rPr>
        <w:t>22</w:t>
      </w:r>
      <w:r w:rsidRPr="000767E2">
        <w:rPr>
          <w:lang w:val="sv-SE"/>
        </w:rPr>
        <w:t xml:space="preserve"> {{field-on:bible}}att ni efter det tidigare agerandet ska lägga bort den gamla människan, som fördärvas efter tjusningens begär,{{field-off:bible}} [[@</w:t>
      </w:r>
      <w:r w:rsidR="0096445B" w:rsidRPr="000767E2">
        <w:rPr>
          <w:lang w:val="sv-SE"/>
        </w:rPr>
        <w:t>BibleBIBEL82</w:t>
      </w:r>
      <w:r w:rsidRPr="000767E2">
        <w:rPr>
          <w:lang w:val="sv-SE"/>
        </w:rPr>
        <w:t>:Eph 4:23]]</w:t>
      </w:r>
      <w:r w:rsidRPr="000767E2">
        <w:rPr>
          <w:vertAlign w:val="superscript"/>
          <w:lang w:val="sv-SE"/>
        </w:rPr>
        <w:t>23</w:t>
      </w:r>
      <w:r w:rsidRPr="000767E2">
        <w:rPr>
          <w:lang w:val="sv-SE"/>
        </w:rPr>
        <w:t xml:space="preserve"> {{field-on:bible}}och förnyas i ert förnufts ande{{field-off:bible}} [[@</w:t>
      </w:r>
      <w:r w:rsidR="0096445B" w:rsidRPr="000767E2">
        <w:rPr>
          <w:lang w:val="sv-SE"/>
        </w:rPr>
        <w:t>BibleBIBEL82</w:t>
      </w:r>
      <w:r w:rsidRPr="000767E2">
        <w:rPr>
          <w:lang w:val="sv-SE"/>
        </w:rPr>
        <w:t>:Eph 4:24]]</w:t>
      </w:r>
      <w:r w:rsidRPr="000767E2">
        <w:rPr>
          <w:vertAlign w:val="superscript"/>
          <w:lang w:val="sv-SE"/>
        </w:rPr>
        <w:t>24</w:t>
      </w:r>
      <w:r w:rsidRPr="000767E2">
        <w:rPr>
          <w:lang w:val="sv-SE"/>
        </w:rPr>
        <w:t xml:space="preserve"> {{field-on:bible}}och iklä er den nya människan, på Guds vis skapad i sanningens rättfärdighet och gudlighet.{{field-off:bible}}</w:t>
      </w:r>
    </w:p>
    <w:p w14:paraId="754F3E0C" w14:textId="77777777" w:rsidR="00BA33AB" w:rsidRPr="000767E2" w:rsidRDefault="00000000">
      <w:pPr>
        <w:pStyle w:val="Rubrik3"/>
        <w:rPr>
          <w:lang w:val="sv-SE"/>
        </w:rPr>
      </w:pPr>
      <w:r w:rsidRPr="000767E2">
        <w:rPr>
          <w:lang w:val="sv-SE"/>
        </w:rPr>
        <w:t>Se upp hur ni lever</w:t>
      </w:r>
    </w:p>
    <w:p w14:paraId="7C0C57A7" w14:textId="3C690894" w:rsidR="00BA33AB" w:rsidRPr="000767E2" w:rsidRDefault="00000000">
      <w:pPr>
        <w:rPr>
          <w:lang w:val="sv-SE"/>
        </w:rPr>
      </w:pPr>
      <w:r w:rsidRPr="000767E2">
        <w:rPr>
          <w:lang w:val="sv-SE"/>
        </w:rPr>
        <w:t>[[@</w:t>
      </w:r>
      <w:r w:rsidR="0096445B" w:rsidRPr="000767E2">
        <w:rPr>
          <w:lang w:val="sv-SE"/>
        </w:rPr>
        <w:t>BibleBIBEL82</w:t>
      </w:r>
      <w:r w:rsidRPr="000767E2">
        <w:rPr>
          <w:lang w:val="sv-SE"/>
        </w:rPr>
        <w:t>:Eph 4:25]]</w:t>
      </w:r>
      <w:r w:rsidRPr="000767E2">
        <w:rPr>
          <w:vertAlign w:val="superscript"/>
          <w:lang w:val="sv-SE"/>
        </w:rPr>
        <w:t>25</w:t>
      </w:r>
      <w:r w:rsidRPr="000767E2">
        <w:rPr>
          <w:lang w:val="sv-SE"/>
        </w:rPr>
        <w:t xml:space="preserve"> {{field-on:bible}}Lägg därför bort lögnen och tala sanning, var och en med sin nästa, eftersom vi är varandras lemmar.{{field-off:bible}} [[@</w:t>
      </w:r>
      <w:r w:rsidR="0096445B" w:rsidRPr="000767E2">
        <w:rPr>
          <w:lang w:val="sv-SE"/>
        </w:rPr>
        <w:t>BibleBIBEL82</w:t>
      </w:r>
      <w:r w:rsidRPr="000767E2">
        <w:rPr>
          <w:lang w:val="sv-SE"/>
        </w:rPr>
        <w:t>:Eph 4:26]]</w:t>
      </w:r>
      <w:r w:rsidRPr="000767E2">
        <w:rPr>
          <w:vertAlign w:val="superscript"/>
          <w:lang w:val="sv-SE"/>
        </w:rPr>
        <w:t>26</w:t>
      </w:r>
      <w:r w:rsidRPr="000767E2">
        <w:rPr>
          <w:lang w:val="sv-SE"/>
        </w:rPr>
        <w:t xml:space="preserve"> {{field-on:bible}}Vredgas och synda inte. Solen ska inte gå ner över er uppretadhet,{{field-off:bible}} [[@</w:t>
      </w:r>
      <w:r w:rsidR="0096445B" w:rsidRPr="000767E2">
        <w:rPr>
          <w:lang w:val="sv-SE"/>
        </w:rPr>
        <w:t>BibleBIBEL82</w:t>
      </w:r>
      <w:r w:rsidRPr="000767E2">
        <w:rPr>
          <w:lang w:val="sv-SE"/>
        </w:rPr>
        <w:t>:Eph 4:27]]</w:t>
      </w:r>
      <w:r w:rsidRPr="000767E2">
        <w:rPr>
          <w:vertAlign w:val="superscript"/>
          <w:lang w:val="sv-SE"/>
        </w:rPr>
        <w:t>27</w:t>
      </w:r>
      <w:r w:rsidRPr="000767E2">
        <w:rPr>
          <w:lang w:val="sv-SE"/>
        </w:rPr>
        <w:t xml:space="preserve"> {{field-on:bible}}och ge inte utrymme åt djävulen.{{field-off:bible}} [[@</w:t>
      </w:r>
      <w:r w:rsidR="0096445B" w:rsidRPr="000767E2">
        <w:rPr>
          <w:lang w:val="sv-SE"/>
        </w:rPr>
        <w:t>BibleBIBEL82</w:t>
      </w:r>
      <w:r w:rsidRPr="000767E2">
        <w:rPr>
          <w:lang w:val="sv-SE"/>
        </w:rPr>
        <w:t>:Eph 4:28]]</w:t>
      </w:r>
      <w:r w:rsidRPr="000767E2">
        <w:rPr>
          <w:vertAlign w:val="superscript"/>
          <w:lang w:val="sv-SE"/>
        </w:rPr>
        <w:t>28</w:t>
      </w:r>
      <w:r w:rsidRPr="000767E2">
        <w:rPr>
          <w:lang w:val="sv-SE"/>
        </w:rPr>
        <w:t xml:space="preserve"> {{field-on:bible}}Den som stjäl ska inte längre stjäla, utan snarare slita och arbeta med [de egna] händerna </w:t>
      </w:r>
      <w:r w:rsidRPr="000767E2">
        <w:rPr>
          <w:i/>
          <w:lang w:val="sv-SE"/>
        </w:rPr>
        <w:t>för</w:t>
      </w:r>
      <w:r w:rsidRPr="000767E2">
        <w:rPr>
          <w:lang w:val="sv-SE"/>
        </w:rPr>
        <w:t xml:space="preserve"> det </w:t>
      </w:r>
      <w:r w:rsidRPr="000767E2">
        <w:rPr>
          <w:i/>
          <w:lang w:val="sv-SE"/>
        </w:rPr>
        <w:t>som är</w:t>
      </w:r>
      <w:r w:rsidRPr="000767E2">
        <w:rPr>
          <w:lang w:val="sv-SE"/>
        </w:rPr>
        <w:t xml:space="preserve"> gott, så att han har att dela med sig av till den som har behov.{{field-off:bible}}</w:t>
      </w:r>
    </w:p>
    <w:p w14:paraId="008BA745" w14:textId="1EF42ABD" w:rsidR="00BA33AB" w:rsidRPr="000767E2" w:rsidRDefault="00000000">
      <w:pPr>
        <w:rPr>
          <w:lang w:val="sv-SE"/>
        </w:rPr>
      </w:pPr>
      <w:r w:rsidRPr="000767E2">
        <w:rPr>
          <w:lang w:val="sv-SE"/>
        </w:rPr>
        <w:t>[[@</w:t>
      </w:r>
      <w:r w:rsidR="0096445B" w:rsidRPr="000767E2">
        <w:rPr>
          <w:lang w:val="sv-SE"/>
        </w:rPr>
        <w:t>BibleBIBEL82</w:t>
      </w:r>
      <w:r w:rsidRPr="000767E2">
        <w:rPr>
          <w:lang w:val="sv-SE"/>
        </w:rPr>
        <w:t>:Eph 4:29]]</w:t>
      </w:r>
      <w:r w:rsidRPr="000767E2">
        <w:rPr>
          <w:vertAlign w:val="superscript"/>
          <w:lang w:val="sv-SE"/>
        </w:rPr>
        <w:t>29</w:t>
      </w:r>
      <w:r w:rsidRPr="000767E2">
        <w:rPr>
          <w:lang w:val="sv-SE"/>
        </w:rPr>
        <w:t xml:space="preserve"> {{field-on:bible}}Inget ruttet ord ska utgå ur er mun, utan </w:t>
      </w:r>
      <w:r w:rsidRPr="000767E2">
        <w:rPr>
          <w:i/>
          <w:lang w:val="sv-SE"/>
        </w:rPr>
        <w:t>bara</w:t>
      </w:r>
      <w:r w:rsidRPr="000767E2">
        <w:rPr>
          <w:lang w:val="sv-SE"/>
        </w:rPr>
        <w:t xml:space="preserve"> om något </w:t>
      </w:r>
      <w:r w:rsidRPr="000767E2">
        <w:rPr>
          <w:i/>
          <w:lang w:val="sv-SE"/>
        </w:rPr>
        <w:t>är</w:t>
      </w:r>
      <w:r w:rsidRPr="000767E2">
        <w:rPr>
          <w:lang w:val="sv-SE"/>
        </w:rPr>
        <w:t xml:space="preserve"> gott till uppbyggelse av behovet så att det ger nåd åt dem som lyssnar.{{field-off:bible}} [[@</w:t>
      </w:r>
      <w:r w:rsidR="0096445B" w:rsidRPr="000767E2">
        <w:rPr>
          <w:lang w:val="sv-SE"/>
        </w:rPr>
        <w:t>BibleBIBEL82</w:t>
      </w:r>
      <w:r w:rsidRPr="000767E2">
        <w:rPr>
          <w:lang w:val="sv-SE"/>
        </w:rPr>
        <w:t>:Eph 4:30]]</w:t>
      </w:r>
      <w:r w:rsidRPr="000767E2">
        <w:rPr>
          <w:vertAlign w:val="superscript"/>
          <w:lang w:val="sv-SE"/>
        </w:rPr>
        <w:t>30</w:t>
      </w:r>
      <w:r w:rsidRPr="000767E2">
        <w:rPr>
          <w:lang w:val="sv-SE"/>
        </w:rPr>
        <w:t xml:space="preserve"> {{field-on:bible}}Och bedröva inte Guds heliga Ande, i vilken ni har fått sigillet till återlösningens dag.{{field-off:bible}} [[@</w:t>
      </w:r>
      <w:r w:rsidR="0096445B" w:rsidRPr="000767E2">
        <w:rPr>
          <w:lang w:val="sv-SE"/>
        </w:rPr>
        <w:t>BibleBIBEL82</w:t>
      </w:r>
      <w:r w:rsidRPr="000767E2">
        <w:rPr>
          <w:lang w:val="sv-SE"/>
        </w:rPr>
        <w:t>:Eph 4:31]]</w:t>
      </w:r>
      <w:r w:rsidRPr="000767E2">
        <w:rPr>
          <w:vertAlign w:val="superscript"/>
          <w:lang w:val="sv-SE"/>
        </w:rPr>
        <w:t>31</w:t>
      </w:r>
      <w:r w:rsidRPr="000767E2">
        <w:rPr>
          <w:lang w:val="sv-SE"/>
        </w:rPr>
        <w:t xml:space="preserve"> {{field-on:bible}}All bitterhet och raseri och vrede och vrål och smädelse ska tas bort från er, med all ondska.{{field-off:bible}} [[@</w:t>
      </w:r>
      <w:r w:rsidR="0096445B" w:rsidRPr="000767E2">
        <w:rPr>
          <w:lang w:val="sv-SE"/>
        </w:rPr>
        <w:t>BibleBIBEL82</w:t>
      </w:r>
      <w:r w:rsidRPr="000767E2">
        <w:rPr>
          <w:lang w:val="sv-SE"/>
        </w:rPr>
        <w:t>:Eph 4:32]]</w:t>
      </w:r>
      <w:r w:rsidRPr="000767E2">
        <w:rPr>
          <w:vertAlign w:val="superscript"/>
          <w:lang w:val="sv-SE"/>
        </w:rPr>
        <w:t>32</w:t>
      </w:r>
      <w:r w:rsidRPr="000767E2">
        <w:rPr>
          <w:lang w:val="sv-SE"/>
        </w:rPr>
        <w:t xml:space="preserve"> {{field-on:bible}}[Och] var mot varandra snälla, innerligt medkännande och efterskänk varann, så som också Gud i Kristus har efterskänkt er.{{field-off:bible}}</w:t>
      </w:r>
    </w:p>
    <w:p w14:paraId="089CB073" w14:textId="7B42E27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:Eph 5]]Kapitel 5</w:t>
      </w:r>
    </w:p>
    <w:p w14:paraId="7E29EFF6" w14:textId="36BA412D" w:rsidR="00BA33AB" w:rsidRPr="000767E2" w:rsidRDefault="00000000">
      <w:pPr>
        <w:rPr>
          <w:lang w:val="sv-SE"/>
        </w:rPr>
      </w:pPr>
      <w:r w:rsidRPr="000767E2">
        <w:rPr>
          <w:lang w:val="sv-SE"/>
        </w:rPr>
        <w:t>[[@</w:t>
      </w:r>
      <w:r w:rsidR="0096445B" w:rsidRPr="000767E2">
        <w:rPr>
          <w:lang w:val="sv-SE"/>
        </w:rPr>
        <w:t>BibleBIBEL82</w:t>
      </w:r>
      <w:r w:rsidRPr="000767E2">
        <w:rPr>
          <w:lang w:val="sv-SE"/>
        </w:rPr>
        <w:t>:Eph 5:1]]</w:t>
      </w:r>
      <w:r w:rsidRPr="000767E2">
        <w:rPr>
          <w:vertAlign w:val="superscript"/>
          <w:lang w:val="sv-SE"/>
        </w:rPr>
        <w:t>1</w:t>
      </w:r>
      <w:r w:rsidRPr="000767E2">
        <w:rPr>
          <w:lang w:val="sv-SE"/>
        </w:rPr>
        <w:t xml:space="preserve"> {{field-on:bible}}Bli alltså Guds imitatörer, som älskade barn.{{field-off:bible}} [[@</w:t>
      </w:r>
      <w:r w:rsidR="0096445B" w:rsidRPr="000767E2">
        <w:rPr>
          <w:lang w:val="sv-SE"/>
        </w:rPr>
        <w:t>BibleBIBEL82</w:t>
      </w:r>
      <w:r w:rsidRPr="000767E2">
        <w:rPr>
          <w:lang w:val="sv-SE"/>
        </w:rPr>
        <w:t>:Eph 5:2]]</w:t>
      </w:r>
      <w:r w:rsidRPr="000767E2">
        <w:rPr>
          <w:vertAlign w:val="superscript"/>
          <w:lang w:val="sv-SE"/>
        </w:rPr>
        <w:t>2</w:t>
      </w:r>
      <w:r w:rsidRPr="000767E2">
        <w:rPr>
          <w:lang w:val="sv-SE"/>
        </w:rPr>
        <w:t xml:space="preserve"> {{field-on:bible}}Och vandra i kärlek, så som även Kristus har älskat oss och utlämnat sig själv för oss </w:t>
      </w:r>
      <w:r w:rsidRPr="000767E2">
        <w:rPr>
          <w:i/>
          <w:lang w:val="sv-SE"/>
        </w:rPr>
        <w:t>som</w:t>
      </w:r>
      <w:r w:rsidRPr="000767E2">
        <w:rPr>
          <w:lang w:val="sv-SE"/>
        </w:rPr>
        <w:t xml:space="preserve"> ett frambärande och offer åt Gud, till en väldofts lukt.{{field-off:bible}}</w:t>
      </w:r>
    </w:p>
    <w:p w14:paraId="29E7A0F3" w14:textId="00BCAF1A" w:rsidR="00BA33AB" w:rsidRPr="000767E2" w:rsidRDefault="00000000">
      <w:pPr>
        <w:rPr>
          <w:lang w:val="sv-SE"/>
        </w:rPr>
      </w:pPr>
      <w:r w:rsidRPr="000767E2">
        <w:rPr>
          <w:lang w:val="sv-SE"/>
        </w:rPr>
        <w:t>[[@</w:t>
      </w:r>
      <w:r w:rsidR="0096445B" w:rsidRPr="000767E2">
        <w:rPr>
          <w:lang w:val="sv-SE"/>
        </w:rPr>
        <w:t>BibleBIBEL82</w:t>
      </w:r>
      <w:r w:rsidRPr="000767E2">
        <w:rPr>
          <w:lang w:val="sv-SE"/>
        </w:rPr>
        <w:t>:Eph 5:3]]</w:t>
      </w:r>
      <w:r w:rsidRPr="000767E2">
        <w:rPr>
          <w:vertAlign w:val="superscript"/>
          <w:lang w:val="sv-SE"/>
        </w:rPr>
        <w:t>3</w:t>
      </w:r>
      <w:r w:rsidRPr="000767E2">
        <w:rPr>
          <w:lang w:val="sv-SE"/>
        </w:rPr>
        <w:t xml:space="preserve"> {{field-on:bible}}Men otukt och all orenhet eller girighet ska inte ens nämnas bland er, så som det anstår heliga.{{field-off:bible}} [[@</w:t>
      </w:r>
      <w:r w:rsidR="0096445B" w:rsidRPr="000767E2">
        <w:rPr>
          <w:lang w:val="sv-SE"/>
        </w:rPr>
        <w:t>BibleBIBEL82</w:t>
      </w:r>
      <w:r w:rsidRPr="000767E2">
        <w:rPr>
          <w:lang w:val="sv-SE"/>
        </w:rPr>
        <w:t>:Eph 5:4]]</w:t>
      </w:r>
      <w:r w:rsidRPr="000767E2">
        <w:rPr>
          <w:vertAlign w:val="superscript"/>
          <w:lang w:val="sv-SE"/>
        </w:rPr>
        <w:t>4</w:t>
      </w:r>
      <w:r w:rsidRPr="000767E2">
        <w:rPr>
          <w:lang w:val="sv-SE"/>
        </w:rPr>
        <w:t xml:space="preserve"> {{field-on:bible}}Även skamlighet och dåraktigt prat eller vitsande, vilket inte passar sig, utan snarare tacksägelse.{{field-off:bible}} [[@</w:t>
      </w:r>
      <w:r w:rsidR="0096445B" w:rsidRPr="000767E2">
        <w:rPr>
          <w:lang w:val="sv-SE"/>
        </w:rPr>
        <w:t>BibleBIBEL82</w:t>
      </w:r>
      <w:r w:rsidRPr="000767E2">
        <w:rPr>
          <w:lang w:val="sv-SE"/>
        </w:rPr>
        <w:t>:Eph 5:5]]</w:t>
      </w:r>
      <w:r w:rsidRPr="000767E2">
        <w:rPr>
          <w:vertAlign w:val="superscript"/>
          <w:lang w:val="sv-SE"/>
        </w:rPr>
        <w:t>5</w:t>
      </w:r>
      <w:r w:rsidRPr="000767E2">
        <w:rPr>
          <w:lang w:val="sv-SE"/>
        </w:rPr>
        <w:t xml:space="preserve"> {{field-on:bible}}För detta ska ni veta och förstå, att ingen otuktig eller oren eller girig, vilket är en avgudadyrkare, har arv i Kristi och Guds rike.{{field-off:bible}} [[@</w:t>
      </w:r>
      <w:r w:rsidR="0096445B" w:rsidRPr="000767E2">
        <w:rPr>
          <w:lang w:val="sv-SE"/>
        </w:rPr>
        <w:t>BibleBIBEL82</w:t>
      </w:r>
      <w:r w:rsidRPr="000767E2">
        <w:rPr>
          <w:lang w:val="sv-SE"/>
        </w:rPr>
        <w:t>:Eph 5:6]]</w:t>
      </w:r>
      <w:r w:rsidRPr="000767E2">
        <w:rPr>
          <w:vertAlign w:val="superscript"/>
          <w:lang w:val="sv-SE"/>
        </w:rPr>
        <w:t>6</w:t>
      </w:r>
      <w:r w:rsidRPr="000767E2">
        <w:rPr>
          <w:lang w:val="sv-SE"/>
        </w:rPr>
        <w:t xml:space="preserve"> {{field-on:bible}}Ingen ska lura er med tomma ord, för på grund av detta kommer Guds vrede över ohörsamhetens </w:t>
      </w:r>
      <w:r w:rsidRPr="000767E2">
        <w:rPr>
          <w:lang w:val="sv-SE"/>
        </w:rPr>
        <w:lastRenderedPageBreak/>
        <w:t>söner.{{field-off:bible}} [[@</w:t>
      </w:r>
      <w:r w:rsidR="0096445B" w:rsidRPr="000767E2">
        <w:rPr>
          <w:lang w:val="sv-SE"/>
        </w:rPr>
        <w:t>BibleBIBEL82</w:t>
      </w:r>
      <w:r w:rsidRPr="000767E2">
        <w:rPr>
          <w:lang w:val="sv-SE"/>
        </w:rPr>
        <w:t>:Eph 5:7]]</w:t>
      </w:r>
      <w:r w:rsidRPr="000767E2">
        <w:rPr>
          <w:vertAlign w:val="superscript"/>
          <w:lang w:val="sv-SE"/>
        </w:rPr>
        <w:t>7</w:t>
      </w:r>
      <w:r w:rsidRPr="000767E2">
        <w:rPr>
          <w:lang w:val="sv-SE"/>
        </w:rPr>
        <w:t xml:space="preserve"> {{field-on:bible}}Var då inte samdelaktiga med dem.{{field-off:bible}}</w:t>
      </w:r>
    </w:p>
    <w:p w14:paraId="36164DCA" w14:textId="6952683A" w:rsidR="00BA33AB" w:rsidRPr="000767E2" w:rsidRDefault="00000000">
      <w:pPr>
        <w:rPr>
          <w:lang w:val="sv-SE"/>
        </w:rPr>
      </w:pPr>
      <w:r w:rsidRPr="000767E2">
        <w:rPr>
          <w:lang w:val="sv-SE"/>
        </w:rPr>
        <w:t>[[@</w:t>
      </w:r>
      <w:r w:rsidR="0096445B" w:rsidRPr="000767E2">
        <w:rPr>
          <w:lang w:val="sv-SE"/>
        </w:rPr>
        <w:t>BibleBIBEL82</w:t>
      </w:r>
      <w:r w:rsidRPr="000767E2">
        <w:rPr>
          <w:lang w:val="sv-SE"/>
        </w:rPr>
        <w:t>:Eph 5:8]]</w:t>
      </w:r>
      <w:r w:rsidRPr="000767E2">
        <w:rPr>
          <w:vertAlign w:val="superscript"/>
          <w:lang w:val="sv-SE"/>
        </w:rPr>
        <w:t>8</w:t>
      </w:r>
      <w:r w:rsidRPr="000767E2">
        <w:rPr>
          <w:lang w:val="sv-SE"/>
        </w:rPr>
        <w:t xml:space="preserve"> {{field-on:bible}}För ni var en gång mörker, men </w:t>
      </w:r>
      <w:r w:rsidRPr="000767E2">
        <w:rPr>
          <w:i/>
          <w:lang w:val="sv-SE"/>
        </w:rPr>
        <w:t>är</w:t>
      </w:r>
      <w:r w:rsidRPr="000767E2">
        <w:rPr>
          <w:lang w:val="sv-SE"/>
        </w:rPr>
        <w:t xml:space="preserve"> nu ljus i Herren. Som ljusets barn ska ni vandra,{{field-off:bible}} [[@</w:t>
      </w:r>
      <w:r w:rsidR="0096445B" w:rsidRPr="000767E2">
        <w:rPr>
          <w:lang w:val="sv-SE"/>
        </w:rPr>
        <w:t>BibleBIBEL82</w:t>
      </w:r>
      <w:r w:rsidRPr="000767E2">
        <w:rPr>
          <w:lang w:val="sv-SE"/>
        </w:rPr>
        <w:t>:Eph 5:9]]</w:t>
      </w:r>
      <w:r w:rsidRPr="000767E2">
        <w:rPr>
          <w:vertAlign w:val="superscript"/>
          <w:lang w:val="sv-SE"/>
        </w:rPr>
        <w:t>9</w:t>
      </w:r>
      <w:r w:rsidRPr="000767E2">
        <w:rPr>
          <w:lang w:val="sv-SE"/>
        </w:rPr>
        <w:t xml:space="preserve"> {{field-on:bible}}för ljusets frukt </w:t>
      </w:r>
      <w:r w:rsidRPr="000767E2">
        <w:rPr>
          <w:i/>
          <w:lang w:val="sv-SE"/>
        </w:rPr>
        <w:t>består</w:t>
      </w:r>
      <w:r w:rsidRPr="000767E2">
        <w:rPr>
          <w:lang w:val="sv-SE"/>
        </w:rPr>
        <w:t xml:space="preserve"> i all godhet och rättfärdighet och sanning,{{field-off:bible}} [[@</w:t>
      </w:r>
      <w:r w:rsidR="0096445B" w:rsidRPr="000767E2">
        <w:rPr>
          <w:lang w:val="sv-SE"/>
        </w:rPr>
        <w:t>BibleBIBEL82</w:t>
      </w:r>
      <w:r w:rsidRPr="000767E2">
        <w:rPr>
          <w:lang w:val="sv-SE"/>
        </w:rPr>
        <w:t>:Eph 5:10]]</w:t>
      </w:r>
      <w:r w:rsidRPr="000767E2">
        <w:rPr>
          <w:vertAlign w:val="superscript"/>
          <w:lang w:val="sv-SE"/>
        </w:rPr>
        <w:t>10</w:t>
      </w:r>
      <w:r w:rsidRPr="000767E2">
        <w:rPr>
          <w:lang w:val="sv-SE"/>
        </w:rPr>
        <w:t xml:space="preserve"> {{field-on:bible}}medan ni avgör vad </w:t>
      </w:r>
      <w:r w:rsidRPr="000767E2">
        <w:rPr>
          <w:i/>
          <w:lang w:val="sv-SE"/>
        </w:rPr>
        <w:t>som</w:t>
      </w:r>
      <w:r w:rsidRPr="000767E2">
        <w:rPr>
          <w:lang w:val="sv-SE"/>
        </w:rPr>
        <w:t xml:space="preserve"> är välbehagligt för Herren.{{field-off:bible}} [[@</w:t>
      </w:r>
      <w:r w:rsidR="0096445B" w:rsidRPr="000767E2">
        <w:rPr>
          <w:lang w:val="sv-SE"/>
        </w:rPr>
        <w:t>BibleBIBEL82</w:t>
      </w:r>
      <w:r w:rsidRPr="000767E2">
        <w:rPr>
          <w:lang w:val="sv-SE"/>
        </w:rPr>
        <w:t>:Eph 5:11]]</w:t>
      </w:r>
      <w:r w:rsidRPr="000767E2">
        <w:rPr>
          <w:vertAlign w:val="superscript"/>
          <w:lang w:val="sv-SE"/>
        </w:rPr>
        <w:t>11</w:t>
      </w:r>
      <w:r w:rsidRPr="000767E2">
        <w:rPr>
          <w:lang w:val="sv-SE"/>
        </w:rPr>
        <w:t xml:space="preserve"> {{field-on:bible}}Och ni ska inte vara samdelaktiga i mörkrets ofruktbara gärningar, utan snarare </w:t>
      </w:r>
      <w:r w:rsidRPr="000767E2">
        <w:rPr>
          <w:i/>
          <w:lang w:val="sv-SE"/>
        </w:rPr>
        <w:t>till</w:t>
      </w:r>
      <w:r w:rsidRPr="000767E2">
        <w:rPr>
          <w:lang w:val="sv-SE"/>
        </w:rPr>
        <w:t xml:space="preserve"> och </w:t>
      </w:r>
      <w:r w:rsidRPr="000767E2">
        <w:rPr>
          <w:i/>
          <w:lang w:val="sv-SE"/>
        </w:rPr>
        <w:t>med</w:t>
      </w:r>
      <w:r w:rsidRPr="000767E2">
        <w:rPr>
          <w:lang w:val="sv-SE"/>
        </w:rPr>
        <w:t xml:space="preserve"> avslöja </w:t>
      </w:r>
      <w:r w:rsidRPr="000767E2">
        <w:rPr>
          <w:i/>
          <w:lang w:val="sv-SE"/>
        </w:rPr>
        <w:t>dem</w:t>
      </w:r>
      <w:r w:rsidRPr="000767E2">
        <w:rPr>
          <w:lang w:val="sv-SE"/>
        </w:rPr>
        <w:t>.{{field-off:bible}} [[@</w:t>
      </w:r>
      <w:r w:rsidR="0096445B" w:rsidRPr="000767E2">
        <w:rPr>
          <w:lang w:val="sv-SE"/>
        </w:rPr>
        <w:t>BibleBIBEL82</w:t>
      </w:r>
      <w:r w:rsidRPr="000767E2">
        <w:rPr>
          <w:lang w:val="sv-SE"/>
        </w:rPr>
        <w:t>:Eph 5:12]]</w:t>
      </w:r>
      <w:r w:rsidRPr="000767E2">
        <w:rPr>
          <w:vertAlign w:val="superscript"/>
          <w:lang w:val="sv-SE"/>
        </w:rPr>
        <w:t>12</w:t>
      </w:r>
      <w:r w:rsidRPr="000767E2">
        <w:rPr>
          <w:lang w:val="sv-SE"/>
        </w:rPr>
        <w:t xml:space="preserve"> {{field-on:bible}}För det som görs fördolt av dem är skamligt även att säga.{{field-off:bible}} [[@</w:t>
      </w:r>
      <w:r w:rsidR="0096445B" w:rsidRPr="000767E2">
        <w:rPr>
          <w:lang w:val="sv-SE"/>
        </w:rPr>
        <w:t>BibleBIBEL82</w:t>
      </w:r>
      <w:r w:rsidRPr="000767E2">
        <w:rPr>
          <w:lang w:val="sv-SE"/>
        </w:rPr>
        <w:t>:Eph 5:13]]</w:t>
      </w:r>
      <w:r w:rsidRPr="000767E2">
        <w:rPr>
          <w:vertAlign w:val="superscript"/>
          <w:lang w:val="sv-SE"/>
        </w:rPr>
        <w:t>13</w:t>
      </w:r>
      <w:r w:rsidRPr="000767E2">
        <w:rPr>
          <w:lang w:val="sv-SE"/>
        </w:rPr>
        <w:t xml:space="preserve"> {{field-on:bible}}Men allt som avslöjas av ljuset framträder,{{field-off:bible}} [[@</w:t>
      </w:r>
      <w:r w:rsidR="0096445B" w:rsidRPr="000767E2">
        <w:rPr>
          <w:lang w:val="sv-SE"/>
        </w:rPr>
        <w:t>BibleBIBEL82</w:t>
      </w:r>
      <w:r w:rsidRPr="000767E2">
        <w:rPr>
          <w:lang w:val="sv-SE"/>
        </w:rPr>
        <w:t>:Eph 5:14]]</w:t>
      </w:r>
      <w:r w:rsidRPr="000767E2">
        <w:rPr>
          <w:vertAlign w:val="superscript"/>
          <w:lang w:val="sv-SE"/>
        </w:rPr>
        <w:t>14</w:t>
      </w:r>
      <w:r w:rsidRPr="000767E2">
        <w:rPr>
          <w:lang w:val="sv-SE"/>
        </w:rPr>
        <w:t xml:space="preserve"> {{field-on:bible}}för allt som framträder är ljus. Därför heter det:{{field-off:bible}}</w:t>
      </w:r>
    </w:p>
    <w:p w14:paraId="10B30B1D" w14:textId="77777777" w:rsidR="00BA33AB" w:rsidRPr="000767E2" w:rsidRDefault="00000000">
      <w:pPr>
        <w:rPr>
          <w:lang w:val="sv-SE"/>
        </w:rPr>
      </w:pPr>
      <w:r w:rsidRPr="000767E2">
        <w:rPr>
          <w:lang w:val="sv-SE"/>
        </w:rPr>
        <w:t xml:space="preserve">{{field-on:bible}}”Res dig, </w:t>
      </w:r>
      <w:r w:rsidRPr="000767E2">
        <w:rPr>
          <w:i/>
          <w:lang w:val="sv-SE"/>
        </w:rPr>
        <w:t>du</w:t>
      </w:r>
      <w:r w:rsidRPr="000767E2">
        <w:rPr>
          <w:lang w:val="sv-SE"/>
        </w:rPr>
        <w:t xml:space="preserve"> som sover,</w:t>
      </w:r>
      <w:r w:rsidRPr="000767E2">
        <w:rPr>
          <w:lang w:val="sv-SE"/>
        </w:rPr>
        <w:br/>
        <w:t>och stå upp från de döda,</w:t>
      </w:r>
      <w:r w:rsidRPr="000767E2">
        <w:rPr>
          <w:lang w:val="sv-SE"/>
        </w:rPr>
        <w:br/>
        <w:t>och Kristus ska stråla över dig.”{{field-off:bible}}</w:t>
      </w:r>
    </w:p>
    <w:p w14:paraId="3FBE0B03" w14:textId="7E245BEB" w:rsidR="00BA33AB" w:rsidRPr="000767E2" w:rsidRDefault="00000000">
      <w:pPr>
        <w:rPr>
          <w:lang w:val="sv-SE"/>
        </w:rPr>
      </w:pPr>
      <w:r w:rsidRPr="000767E2">
        <w:rPr>
          <w:lang w:val="sv-SE"/>
        </w:rPr>
        <w:t>[[@</w:t>
      </w:r>
      <w:r w:rsidR="0096445B" w:rsidRPr="000767E2">
        <w:rPr>
          <w:lang w:val="sv-SE"/>
        </w:rPr>
        <w:t>BibleBIBEL82</w:t>
      </w:r>
      <w:r w:rsidRPr="000767E2">
        <w:rPr>
          <w:lang w:val="sv-SE"/>
        </w:rPr>
        <w:t>:Eph 5:15]]</w:t>
      </w:r>
      <w:r w:rsidRPr="000767E2">
        <w:rPr>
          <w:vertAlign w:val="superscript"/>
          <w:lang w:val="sv-SE"/>
        </w:rPr>
        <w:t>15</w:t>
      </w:r>
      <w:r w:rsidRPr="000767E2">
        <w:rPr>
          <w:lang w:val="sv-SE"/>
        </w:rPr>
        <w:t xml:space="preserve"> {{field-on:bible}}Se då noga upp hur ni vandrar, inte som ovisa utan som visa,{{field-off:bible}} [[@</w:t>
      </w:r>
      <w:r w:rsidR="0096445B" w:rsidRPr="000767E2">
        <w:rPr>
          <w:lang w:val="sv-SE"/>
        </w:rPr>
        <w:t>BibleBIBEL82</w:t>
      </w:r>
      <w:r w:rsidRPr="000767E2">
        <w:rPr>
          <w:lang w:val="sv-SE"/>
        </w:rPr>
        <w:t>:Eph 5:16]]</w:t>
      </w:r>
      <w:r w:rsidRPr="000767E2">
        <w:rPr>
          <w:vertAlign w:val="superscript"/>
          <w:lang w:val="sv-SE"/>
        </w:rPr>
        <w:t>16</w:t>
      </w:r>
      <w:r w:rsidRPr="000767E2">
        <w:rPr>
          <w:lang w:val="sv-SE"/>
        </w:rPr>
        <w:t xml:space="preserve"> {{field-on:bible}}och köp loss tiden eftersom dagarna är onda.{{field-off:bible}} [[@</w:t>
      </w:r>
      <w:r w:rsidR="0096445B" w:rsidRPr="000767E2">
        <w:rPr>
          <w:lang w:val="sv-SE"/>
        </w:rPr>
        <w:t>BibleBIBEL82</w:t>
      </w:r>
      <w:r w:rsidRPr="000767E2">
        <w:rPr>
          <w:lang w:val="sv-SE"/>
        </w:rPr>
        <w:t>:Eph 5:17]]</w:t>
      </w:r>
      <w:r w:rsidRPr="000767E2">
        <w:rPr>
          <w:vertAlign w:val="superscript"/>
          <w:lang w:val="sv-SE"/>
        </w:rPr>
        <w:t>17</w:t>
      </w:r>
      <w:r w:rsidRPr="000767E2">
        <w:rPr>
          <w:lang w:val="sv-SE"/>
        </w:rPr>
        <w:t xml:space="preserve"> {{field-on:bible}}Var därför inte vettlösa, utan förstå vad </w:t>
      </w:r>
      <w:r w:rsidRPr="000767E2">
        <w:rPr>
          <w:i/>
          <w:lang w:val="sv-SE"/>
        </w:rPr>
        <w:t>som</w:t>
      </w:r>
      <w:r w:rsidRPr="000767E2">
        <w:rPr>
          <w:lang w:val="sv-SE"/>
        </w:rPr>
        <w:t xml:space="preserve"> </w:t>
      </w:r>
      <w:r w:rsidRPr="000767E2">
        <w:rPr>
          <w:i/>
          <w:lang w:val="sv-SE"/>
        </w:rPr>
        <w:t>är</w:t>
      </w:r>
      <w:r w:rsidRPr="000767E2">
        <w:rPr>
          <w:lang w:val="sv-SE"/>
        </w:rPr>
        <w:t xml:space="preserve"> Herrens vilja.{{field-off:bible}} [[@</w:t>
      </w:r>
      <w:r w:rsidR="0096445B" w:rsidRPr="000767E2">
        <w:rPr>
          <w:lang w:val="sv-SE"/>
        </w:rPr>
        <w:t>BibleBIBEL82</w:t>
      </w:r>
      <w:r w:rsidRPr="000767E2">
        <w:rPr>
          <w:lang w:val="sv-SE"/>
        </w:rPr>
        <w:t>:Eph 5:18]]</w:t>
      </w:r>
      <w:r w:rsidRPr="000767E2">
        <w:rPr>
          <w:vertAlign w:val="superscript"/>
          <w:lang w:val="sv-SE"/>
        </w:rPr>
        <w:t>18</w:t>
      </w:r>
      <w:r w:rsidRPr="000767E2">
        <w:rPr>
          <w:lang w:val="sv-SE"/>
        </w:rPr>
        <w:t xml:space="preserve"> {{field-on:bible}}Och berusa er inte med vin, i vilket omåttlighet finns. Nej, bli uppfyllda i Ande{{field-off:bible}} [[@</w:t>
      </w:r>
      <w:r w:rsidR="0096445B" w:rsidRPr="000767E2">
        <w:rPr>
          <w:lang w:val="sv-SE"/>
        </w:rPr>
        <w:t>BibleBIBEL82</w:t>
      </w:r>
      <w:r w:rsidRPr="000767E2">
        <w:rPr>
          <w:lang w:val="sv-SE"/>
        </w:rPr>
        <w:t>:Eph 5:19]]</w:t>
      </w:r>
      <w:r w:rsidRPr="000767E2">
        <w:rPr>
          <w:vertAlign w:val="superscript"/>
          <w:lang w:val="sv-SE"/>
        </w:rPr>
        <w:t>19</w:t>
      </w:r>
      <w:r w:rsidRPr="000767E2">
        <w:rPr>
          <w:lang w:val="sv-SE"/>
        </w:rPr>
        <w:t xml:space="preserve"> {{field-on:bible}}och tala till varann med psalmer och hymner och andliga sånger, sjungande och spelande med ert hjärta för Herren,{{field-off:bible}} [[@</w:t>
      </w:r>
      <w:r w:rsidR="0096445B" w:rsidRPr="000767E2">
        <w:rPr>
          <w:lang w:val="sv-SE"/>
        </w:rPr>
        <w:t>BibleBIBEL82</w:t>
      </w:r>
      <w:r w:rsidRPr="000767E2">
        <w:rPr>
          <w:lang w:val="sv-SE"/>
        </w:rPr>
        <w:t>:Eph 5:20]]</w:t>
      </w:r>
      <w:r w:rsidRPr="000767E2">
        <w:rPr>
          <w:vertAlign w:val="superscript"/>
          <w:lang w:val="sv-SE"/>
        </w:rPr>
        <w:t>20</w:t>
      </w:r>
      <w:r w:rsidRPr="000767E2">
        <w:rPr>
          <w:lang w:val="sv-SE"/>
        </w:rPr>
        <w:t xml:space="preserve"> {{field-on:bible}}alltid tackande för allt i vår Herre Jesu Kristi namn inför Gud och Fadern.{{field-off:bible}}</w:t>
      </w:r>
    </w:p>
    <w:p w14:paraId="78B943C2" w14:textId="77777777" w:rsidR="00BA33AB" w:rsidRPr="000767E2" w:rsidRDefault="00000000">
      <w:pPr>
        <w:pStyle w:val="Rubrik3"/>
        <w:rPr>
          <w:lang w:val="sv-SE"/>
        </w:rPr>
      </w:pPr>
      <w:r w:rsidRPr="000767E2">
        <w:rPr>
          <w:lang w:val="sv-SE"/>
        </w:rPr>
        <w:t>Man och hustru i Kristus</w:t>
      </w:r>
    </w:p>
    <w:p w14:paraId="7669693A" w14:textId="405CF597" w:rsidR="00BA33AB" w:rsidRPr="000767E2" w:rsidRDefault="00000000">
      <w:pPr>
        <w:rPr>
          <w:lang w:val="sv-SE"/>
        </w:rPr>
      </w:pPr>
      <w:r w:rsidRPr="000767E2">
        <w:rPr>
          <w:lang w:val="sv-SE"/>
        </w:rPr>
        <w:t>[[@</w:t>
      </w:r>
      <w:r w:rsidR="0096445B" w:rsidRPr="000767E2">
        <w:rPr>
          <w:lang w:val="sv-SE"/>
        </w:rPr>
        <w:t>BibleBIBEL82</w:t>
      </w:r>
      <w:r w:rsidRPr="000767E2">
        <w:rPr>
          <w:lang w:val="sv-SE"/>
        </w:rPr>
        <w:t>:Eph 5:21]]</w:t>
      </w:r>
      <w:r w:rsidRPr="000767E2">
        <w:rPr>
          <w:vertAlign w:val="superscript"/>
          <w:lang w:val="sv-SE"/>
        </w:rPr>
        <w:t>21</w:t>
      </w:r>
      <w:r w:rsidRPr="000767E2">
        <w:rPr>
          <w:lang w:val="sv-SE"/>
        </w:rPr>
        <w:t xml:space="preserve"> {{field-on:bible}}Underordna er varandra i Kristi fruktan.{{field-off:bible}} [[@</w:t>
      </w:r>
      <w:r w:rsidR="0096445B" w:rsidRPr="000767E2">
        <w:rPr>
          <w:lang w:val="sv-SE"/>
        </w:rPr>
        <w:t>BibleBIBEL82</w:t>
      </w:r>
      <w:r w:rsidRPr="000767E2">
        <w:rPr>
          <w:lang w:val="sv-SE"/>
        </w:rPr>
        <w:t>:Eph 5:22]]</w:t>
      </w:r>
      <w:r w:rsidRPr="000767E2">
        <w:rPr>
          <w:vertAlign w:val="superscript"/>
          <w:lang w:val="sv-SE"/>
        </w:rPr>
        <w:t>22</w:t>
      </w:r>
      <w:r w:rsidRPr="000767E2">
        <w:rPr>
          <w:lang w:val="sv-SE"/>
        </w:rPr>
        <w:t xml:space="preserve"> {{field-on:bible}}Hustrurna gentemot </w:t>
      </w:r>
      <w:r w:rsidRPr="000767E2">
        <w:rPr>
          <w:i/>
          <w:lang w:val="sv-SE"/>
        </w:rPr>
        <w:t>sina</w:t>
      </w:r>
      <w:r w:rsidRPr="000767E2">
        <w:rPr>
          <w:lang w:val="sv-SE"/>
        </w:rPr>
        <w:t xml:space="preserve"> egna män, som för Herren.{{field-off:bible}} [[@</w:t>
      </w:r>
      <w:r w:rsidR="0096445B" w:rsidRPr="000767E2">
        <w:rPr>
          <w:lang w:val="sv-SE"/>
        </w:rPr>
        <w:t>BibleBIBEL82</w:t>
      </w:r>
      <w:r w:rsidRPr="000767E2">
        <w:rPr>
          <w:lang w:val="sv-SE"/>
        </w:rPr>
        <w:t>:Eph 5:23]]</w:t>
      </w:r>
      <w:r w:rsidRPr="000767E2">
        <w:rPr>
          <w:vertAlign w:val="superscript"/>
          <w:lang w:val="sv-SE"/>
        </w:rPr>
        <w:t>23</w:t>
      </w:r>
      <w:r w:rsidRPr="000767E2">
        <w:rPr>
          <w:lang w:val="sv-SE"/>
        </w:rPr>
        <w:t xml:space="preserve"> {{field-on:bible}}För en man är hustruns huvud, såsom även Kristus </w:t>
      </w:r>
      <w:r w:rsidRPr="000767E2">
        <w:rPr>
          <w:i/>
          <w:lang w:val="sv-SE"/>
        </w:rPr>
        <w:t>är</w:t>
      </w:r>
      <w:r w:rsidRPr="000767E2">
        <w:rPr>
          <w:lang w:val="sv-SE"/>
        </w:rPr>
        <w:t xml:space="preserve"> församlingens huvud, själv Frälsare för kroppen.{{field-off:bible}} [[@</w:t>
      </w:r>
      <w:r w:rsidR="0096445B" w:rsidRPr="000767E2">
        <w:rPr>
          <w:lang w:val="sv-SE"/>
        </w:rPr>
        <w:t>BibleBIBEL82</w:t>
      </w:r>
      <w:r w:rsidRPr="000767E2">
        <w:rPr>
          <w:lang w:val="sv-SE"/>
        </w:rPr>
        <w:t>:Eph 5:24]]</w:t>
      </w:r>
      <w:r w:rsidRPr="000767E2">
        <w:rPr>
          <w:vertAlign w:val="superscript"/>
          <w:lang w:val="sv-SE"/>
        </w:rPr>
        <w:t>24</w:t>
      </w:r>
      <w:r w:rsidRPr="000767E2">
        <w:rPr>
          <w:lang w:val="sv-SE"/>
        </w:rPr>
        <w:t xml:space="preserve"> {{field-on:bible}}Men såsom församlingen underordnar sig Kristus, så även hustrurna gentemot männen i allt.{{field-off:bible}}</w:t>
      </w:r>
    </w:p>
    <w:p w14:paraId="44F6CABC" w14:textId="74F4D365" w:rsidR="00BA33AB" w:rsidRPr="000767E2" w:rsidRDefault="00000000">
      <w:pPr>
        <w:rPr>
          <w:lang w:val="sv-SE"/>
        </w:rPr>
      </w:pPr>
      <w:r w:rsidRPr="000767E2">
        <w:rPr>
          <w:lang w:val="sv-SE"/>
        </w:rPr>
        <w:t>[[@</w:t>
      </w:r>
      <w:r w:rsidR="0096445B" w:rsidRPr="000767E2">
        <w:rPr>
          <w:lang w:val="sv-SE"/>
        </w:rPr>
        <w:t>BibleBIBEL82</w:t>
      </w:r>
      <w:r w:rsidRPr="000767E2">
        <w:rPr>
          <w:lang w:val="sv-SE"/>
        </w:rPr>
        <w:t>:Eph 5:25]]</w:t>
      </w:r>
      <w:r w:rsidRPr="000767E2">
        <w:rPr>
          <w:vertAlign w:val="superscript"/>
          <w:lang w:val="sv-SE"/>
        </w:rPr>
        <w:t>25</w:t>
      </w:r>
      <w:r w:rsidRPr="000767E2">
        <w:rPr>
          <w:lang w:val="sv-SE"/>
        </w:rPr>
        <w:t xml:space="preserve"> {{field-on:bible}}</w:t>
      </w:r>
      <w:r w:rsidRPr="000767E2">
        <w:rPr>
          <w:i/>
          <w:lang w:val="sv-SE"/>
        </w:rPr>
        <w:t>Ni</w:t>
      </w:r>
      <w:r w:rsidRPr="000767E2">
        <w:rPr>
          <w:lang w:val="sv-SE"/>
        </w:rPr>
        <w:t xml:space="preserve"> män, älska hustrurna, så som även Kristus har älskat församlingen och utlämnat sig själv för den,{{field-off:bible}} [[@</w:t>
      </w:r>
      <w:r w:rsidR="0096445B" w:rsidRPr="000767E2">
        <w:rPr>
          <w:lang w:val="sv-SE"/>
        </w:rPr>
        <w:t>BibleBIBEL82</w:t>
      </w:r>
      <w:r w:rsidRPr="000767E2">
        <w:rPr>
          <w:lang w:val="sv-SE"/>
        </w:rPr>
        <w:t>:Eph 5:26]]</w:t>
      </w:r>
      <w:r w:rsidRPr="000767E2">
        <w:rPr>
          <w:vertAlign w:val="superscript"/>
          <w:lang w:val="sv-SE"/>
        </w:rPr>
        <w:t>26</w:t>
      </w:r>
      <w:r w:rsidRPr="000767E2">
        <w:rPr>
          <w:lang w:val="sv-SE"/>
        </w:rPr>
        <w:t xml:space="preserve"> {{field-on:bible}}för att helga den och rena med vattnets bad genom ordet,{{field-off:bible}} [[@</w:t>
      </w:r>
      <w:r w:rsidR="0096445B" w:rsidRPr="000767E2">
        <w:rPr>
          <w:lang w:val="sv-SE"/>
        </w:rPr>
        <w:t>BibleBIBEL82</w:t>
      </w:r>
      <w:r w:rsidRPr="000767E2">
        <w:rPr>
          <w:lang w:val="sv-SE"/>
        </w:rPr>
        <w:t>:Eph 5:27]]</w:t>
      </w:r>
      <w:r w:rsidRPr="000767E2">
        <w:rPr>
          <w:vertAlign w:val="superscript"/>
          <w:lang w:val="sv-SE"/>
        </w:rPr>
        <w:t>27</w:t>
      </w:r>
      <w:r w:rsidRPr="000767E2">
        <w:rPr>
          <w:lang w:val="sv-SE"/>
        </w:rPr>
        <w:t xml:space="preserve"> {{field-on:bible}}för att själv ställa fram församlingen inför sig härlig, utan att ha fläck eller skrynkla eller något av sådant. Nej, för att den ska vara helig och felfri.{{field-off:bible}}</w:t>
      </w:r>
    </w:p>
    <w:p w14:paraId="4ACC6118" w14:textId="36E9A474"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:Eph 5:28]]</w:t>
      </w:r>
      <w:r w:rsidRPr="000767E2">
        <w:rPr>
          <w:vertAlign w:val="superscript"/>
          <w:lang w:val="sv-SE"/>
        </w:rPr>
        <w:t>28</w:t>
      </w:r>
      <w:r w:rsidRPr="000767E2">
        <w:rPr>
          <w:lang w:val="sv-SE"/>
        </w:rPr>
        <w:t xml:space="preserve"> {{field-on:bible}}Så är [också] männen skyldiga att älska sina egna hustrur som sina egna kroppar. Den som älskar sin egen hustru älskar sig själv.{{field-off:bible}} [[@</w:t>
      </w:r>
      <w:r w:rsidR="0096445B" w:rsidRPr="000767E2">
        <w:rPr>
          <w:lang w:val="sv-SE"/>
        </w:rPr>
        <w:t>BibleBIBEL82</w:t>
      </w:r>
      <w:r w:rsidRPr="000767E2">
        <w:rPr>
          <w:lang w:val="sv-SE"/>
        </w:rPr>
        <w:t>:Eph 5:29]]</w:t>
      </w:r>
      <w:r w:rsidRPr="000767E2">
        <w:rPr>
          <w:vertAlign w:val="superscript"/>
          <w:lang w:val="sv-SE"/>
        </w:rPr>
        <w:t>29</w:t>
      </w:r>
      <w:r w:rsidRPr="000767E2">
        <w:rPr>
          <w:lang w:val="sv-SE"/>
        </w:rPr>
        <w:t xml:space="preserve"> {{field-on:bible}}Ingen har ju någonsin hatat sitt eget kött. Nej, man föder upp och omhuldar det, så som också Kristus </w:t>
      </w:r>
      <w:r w:rsidRPr="000767E2">
        <w:rPr>
          <w:i/>
          <w:lang w:val="sv-SE"/>
        </w:rPr>
        <w:t>med</w:t>
      </w:r>
      <w:r w:rsidRPr="000767E2">
        <w:rPr>
          <w:lang w:val="sv-SE"/>
        </w:rPr>
        <w:t xml:space="preserve"> församlingen,{{field-off:bible}} [[@</w:t>
      </w:r>
      <w:r w:rsidR="0096445B" w:rsidRPr="000767E2">
        <w:rPr>
          <w:lang w:val="sv-SE"/>
        </w:rPr>
        <w:t>BibleBIBEL82</w:t>
      </w:r>
      <w:r w:rsidRPr="000767E2">
        <w:rPr>
          <w:lang w:val="sv-SE"/>
        </w:rPr>
        <w:t>:Eph 5:30]]</w:t>
      </w:r>
      <w:r w:rsidRPr="000767E2">
        <w:rPr>
          <w:vertAlign w:val="superscript"/>
          <w:lang w:val="sv-SE"/>
        </w:rPr>
        <w:t>30</w:t>
      </w:r>
      <w:r w:rsidRPr="000767E2">
        <w:rPr>
          <w:lang w:val="sv-SE"/>
        </w:rPr>
        <w:t xml:space="preserve"> {{field-on:bible}}eftersom vi är lemmar i hans kropp.{{field-off:bible}} [[@</w:t>
      </w:r>
      <w:r w:rsidR="0096445B" w:rsidRPr="000767E2">
        <w:rPr>
          <w:lang w:val="sv-SE"/>
        </w:rPr>
        <w:t>BibleBIBEL82</w:t>
      </w:r>
      <w:r w:rsidRPr="000767E2">
        <w:rPr>
          <w:lang w:val="sv-SE"/>
        </w:rPr>
        <w:t>:Eph 5:31]]</w:t>
      </w:r>
      <w:r w:rsidRPr="000767E2">
        <w:rPr>
          <w:vertAlign w:val="superscript"/>
          <w:lang w:val="sv-SE"/>
        </w:rPr>
        <w:t>31</w:t>
      </w:r>
      <w:r w:rsidRPr="000767E2">
        <w:rPr>
          <w:lang w:val="sv-SE"/>
        </w:rPr>
        <w:t xml:space="preserve"> {{field-on:bible}}För detta ska en man lämna fader[n] och moder[n] och ansluta sig till sin hustru, och de två ska bli till ett kött.{{field-off:bible}} [[@</w:t>
      </w:r>
      <w:r w:rsidR="0096445B" w:rsidRPr="000767E2">
        <w:rPr>
          <w:lang w:val="sv-SE"/>
        </w:rPr>
        <w:t>BibleBIBEL82</w:t>
      </w:r>
      <w:r w:rsidRPr="000767E2">
        <w:rPr>
          <w:lang w:val="sv-SE"/>
        </w:rPr>
        <w:t>:Eph 5:32]]</w:t>
      </w:r>
      <w:r w:rsidRPr="000767E2">
        <w:rPr>
          <w:vertAlign w:val="superscript"/>
          <w:lang w:val="sv-SE"/>
        </w:rPr>
        <w:t>32</w:t>
      </w:r>
      <w:r w:rsidRPr="000767E2">
        <w:rPr>
          <w:lang w:val="sv-SE"/>
        </w:rPr>
        <w:t xml:space="preserve"> {{field-on:bible}}Detta mysterium är stort. Och jag talar om Kristus och om församlingen.{{field-off:bible}} [[@</w:t>
      </w:r>
      <w:r w:rsidR="0096445B" w:rsidRPr="000767E2">
        <w:rPr>
          <w:lang w:val="sv-SE"/>
        </w:rPr>
        <w:t>BibleBIBEL82</w:t>
      </w:r>
      <w:r w:rsidRPr="000767E2">
        <w:rPr>
          <w:lang w:val="sv-SE"/>
        </w:rPr>
        <w:t>:Eph 5:33]]</w:t>
      </w:r>
      <w:r w:rsidRPr="000767E2">
        <w:rPr>
          <w:vertAlign w:val="superscript"/>
          <w:lang w:val="sv-SE"/>
        </w:rPr>
        <w:t>33</w:t>
      </w:r>
      <w:r w:rsidRPr="000767E2">
        <w:rPr>
          <w:lang w:val="sv-SE"/>
        </w:rPr>
        <w:t xml:space="preserve"> {{field-on:bible}}Men också ni, </w:t>
      </w:r>
      <w:r w:rsidRPr="000767E2">
        <w:rPr>
          <w:i/>
          <w:lang w:val="sv-SE"/>
        </w:rPr>
        <w:t>en</w:t>
      </w:r>
      <w:r w:rsidRPr="000767E2">
        <w:rPr>
          <w:lang w:val="sv-SE"/>
        </w:rPr>
        <w:t xml:space="preserve"> efter en, ska var och en älska sin egen hustru så som sig själv. Och hustrun, att hon ska frukta mannen.{{field-off:bible}}</w:t>
      </w:r>
    </w:p>
    <w:p w14:paraId="1DB5A48C" w14:textId="6AE9F81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:Eph 6]]Kapitel 6</w:t>
      </w:r>
    </w:p>
    <w:p w14:paraId="5C7645A1" w14:textId="77777777" w:rsidR="00BA33AB" w:rsidRPr="000767E2" w:rsidRDefault="00000000">
      <w:pPr>
        <w:pStyle w:val="Rubrik3"/>
        <w:rPr>
          <w:lang w:val="sv-SE"/>
        </w:rPr>
      </w:pPr>
      <w:r w:rsidRPr="000767E2">
        <w:rPr>
          <w:lang w:val="sv-SE"/>
        </w:rPr>
        <w:t>Barn och föräldrar</w:t>
      </w:r>
    </w:p>
    <w:p w14:paraId="405A2939" w14:textId="3FB16608" w:rsidR="00BA33AB" w:rsidRPr="000767E2" w:rsidRDefault="00000000">
      <w:pPr>
        <w:rPr>
          <w:lang w:val="sv-SE"/>
        </w:rPr>
      </w:pPr>
      <w:r w:rsidRPr="000767E2">
        <w:rPr>
          <w:lang w:val="sv-SE"/>
        </w:rPr>
        <w:t>[[@</w:t>
      </w:r>
      <w:r w:rsidR="0096445B" w:rsidRPr="000767E2">
        <w:rPr>
          <w:lang w:val="sv-SE"/>
        </w:rPr>
        <w:t>BibleBIBEL82</w:t>
      </w:r>
      <w:r w:rsidRPr="000767E2">
        <w:rPr>
          <w:lang w:val="sv-SE"/>
        </w:rPr>
        <w:t>:Eph 6:1]]</w:t>
      </w:r>
      <w:r w:rsidRPr="000767E2">
        <w:rPr>
          <w:vertAlign w:val="superscript"/>
          <w:lang w:val="sv-SE"/>
        </w:rPr>
        <w:t>1</w:t>
      </w:r>
      <w:r w:rsidRPr="000767E2">
        <w:rPr>
          <w:lang w:val="sv-SE"/>
        </w:rPr>
        <w:t xml:space="preserve"> {{field-on:bible}}</w:t>
      </w:r>
      <w:r w:rsidRPr="000767E2">
        <w:rPr>
          <w:i/>
          <w:lang w:val="sv-SE"/>
        </w:rPr>
        <w:t>Ni</w:t>
      </w:r>
      <w:r w:rsidRPr="000767E2">
        <w:rPr>
          <w:lang w:val="sv-SE"/>
        </w:rPr>
        <w:t xml:space="preserve"> barn, hörsamma era föräldrar [i Herren], för detta är rättfärdigt.{{field-off:bible}} [[@</w:t>
      </w:r>
      <w:r w:rsidR="0096445B" w:rsidRPr="000767E2">
        <w:rPr>
          <w:lang w:val="sv-SE"/>
        </w:rPr>
        <w:t>BibleBIBEL82</w:t>
      </w:r>
      <w:r w:rsidRPr="000767E2">
        <w:rPr>
          <w:lang w:val="sv-SE"/>
        </w:rPr>
        <w:t>:Eph 6:2]]</w:t>
      </w:r>
      <w:r w:rsidRPr="000767E2">
        <w:rPr>
          <w:vertAlign w:val="superscript"/>
          <w:lang w:val="sv-SE"/>
        </w:rPr>
        <w:t>2</w:t>
      </w:r>
      <w:r w:rsidRPr="000767E2">
        <w:rPr>
          <w:lang w:val="sv-SE"/>
        </w:rPr>
        <w:t xml:space="preserve"> {{field-on:bible}}Hedra din far och mor. Detta är ett första bud med ett löfte:{{field-off:bible}} [[@</w:t>
      </w:r>
      <w:r w:rsidR="0096445B" w:rsidRPr="000767E2">
        <w:rPr>
          <w:lang w:val="sv-SE"/>
        </w:rPr>
        <w:t>BibleBIBEL82</w:t>
      </w:r>
      <w:r w:rsidRPr="000767E2">
        <w:rPr>
          <w:lang w:val="sv-SE"/>
        </w:rPr>
        <w:t>:Eph 6:3]]</w:t>
      </w:r>
      <w:r w:rsidRPr="000767E2">
        <w:rPr>
          <w:vertAlign w:val="superscript"/>
          <w:lang w:val="sv-SE"/>
        </w:rPr>
        <w:t>3</w:t>
      </w:r>
      <w:r w:rsidRPr="000767E2">
        <w:rPr>
          <w:lang w:val="sv-SE"/>
        </w:rPr>
        <w:t xml:space="preserve"> {{field-on:bible}}så att det blir bra för dig och du blir långvarig på jorden.{{field-off:bible}}</w:t>
      </w:r>
    </w:p>
    <w:p w14:paraId="5DEC5396" w14:textId="164769BB" w:rsidR="00BA33AB" w:rsidRPr="000767E2" w:rsidRDefault="00000000">
      <w:pPr>
        <w:rPr>
          <w:lang w:val="sv-SE"/>
        </w:rPr>
      </w:pPr>
      <w:r w:rsidRPr="000767E2">
        <w:rPr>
          <w:lang w:val="sv-SE"/>
        </w:rPr>
        <w:t>[[@</w:t>
      </w:r>
      <w:r w:rsidR="0096445B" w:rsidRPr="000767E2">
        <w:rPr>
          <w:lang w:val="sv-SE"/>
        </w:rPr>
        <w:t>BibleBIBEL82</w:t>
      </w:r>
      <w:r w:rsidRPr="000767E2">
        <w:rPr>
          <w:lang w:val="sv-SE"/>
        </w:rPr>
        <w:t>:Eph 6:4]]</w:t>
      </w:r>
      <w:r w:rsidRPr="000767E2">
        <w:rPr>
          <w:vertAlign w:val="superscript"/>
          <w:lang w:val="sv-SE"/>
        </w:rPr>
        <w:t>4</w:t>
      </w:r>
      <w:r w:rsidRPr="000767E2">
        <w:rPr>
          <w:lang w:val="sv-SE"/>
        </w:rPr>
        <w:t xml:space="preserve"> {{field-on:bible}}Och </w:t>
      </w:r>
      <w:r w:rsidRPr="000767E2">
        <w:rPr>
          <w:i/>
          <w:lang w:val="sv-SE"/>
        </w:rPr>
        <w:t>ni</w:t>
      </w:r>
      <w:r w:rsidRPr="000767E2">
        <w:rPr>
          <w:lang w:val="sv-SE"/>
        </w:rPr>
        <w:t xml:space="preserve"> fäder, reta inte upp era barn, utan föd upp dem i Herrens fostran och förmaning.{{field-off:bible}}</w:t>
      </w:r>
    </w:p>
    <w:p w14:paraId="4E4F8033" w14:textId="77777777" w:rsidR="00BA33AB" w:rsidRPr="000767E2" w:rsidRDefault="00000000">
      <w:pPr>
        <w:pStyle w:val="Rubrik3"/>
        <w:rPr>
          <w:lang w:val="sv-SE"/>
        </w:rPr>
      </w:pPr>
      <w:r w:rsidRPr="000767E2">
        <w:rPr>
          <w:lang w:val="sv-SE"/>
        </w:rPr>
        <w:t>Fasttjänare och herrar</w:t>
      </w:r>
    </w:p>
    <w:p w14:paraId="5AF61525" w14:textId="0FDDF9CB" w:rsidR="00BA33AB" w:rsidRPr="000767E2" w:rsidRDefault="00000000">
      <w:pPr>
        <w:rPr>
          <w:lang w:val="sv-SE"/>
        </w:rPr>
      </w:pPr>
      <w:r w:rsidRPr="000767E2">
        <w:rPr>
          <w:lang w:val="sv-SE"/>
        </w:rPr>
        <w:t>[[@</w:t>
      </w:r>
      <w:r w:rsidR="0096445B" w:rsidRPr="000767E2">
        <w:rPr>
          <w:lang w:val="sv-SE"/>
        </w:rPr>
        <w:t>BibleBIBEL82</w:t>
      </w:r>
      <w:r w:rsidRPr="000767E2">
        <w:rPr>
          <w:lang w:val="sv-SE"/>
        </w:rPr>
        <w:t>:Eph 6:5]]</w:t>
      </w:r>
      <w:r w:rsidRPr="000767E2">
        <w:rPr>
          <w:vertAlign w:val="superscript"/>
          <w:lang w:val="sv-SE"/>
        </w:rPr>
        <w:t>5</w:t>
      </w:r>
      <w:r w:rsidRPr="000767E2">
        <w:rPr>
          <w:lang w:val="sv-SE"/>
        </w:rPr>
        <w:t xml:space="preserve"> {{field-on:bible}}</w:t>
      </w:r>
      <w:r w:rsidRPr="000767E2">
        <w:rPr>
          <w:i/>
          <w:lang w:val="sv-SE"/>
        </w:rPr>
        <w:t>Ni</w:t>
      </w:r>
      <w:r w:rsidRPr="000767E2">
        <w:rPr>
          <w:lang w:val="sv-SE"/>
        </w:rPr>
        <w:t xml:space="preserve"> fasttjänare, hörsamma herrarna efter köttet med fruktan och darran i ert hjärtas uppriktighet, som gentemot Kristus:{{field-off:bible}} [[@</w:t>
      </w:r>
      <w:r w:rsidR="0096445B" w:rsidRPr="000767E2">
        <w:rPr>
          <w:lang w:val="sv-SE"/>
        </w:rPr>
        <w:t>BibleBIBEL82</w:t>
      </w:r>
      <w:r w:rsidRPr="000767E2">
        <w:rPr>
          <w:lang w:val="sv-SE"/>
        </w:rPr>
        <w:t>:Eph 6:6]]</w:t>
      </w:r>
      <w:r w:rsidRPr="000767E2">
        <w:rPr>
          <w:vertAlign w:val="superscript"/>
          <w:lang w:val="sv-SE"/>
        </w:rPr>
        <w:t>6</w:t>
      </w:r>
      <w:r w:rsidRPr="000767E2">
        <w:rPr>
          <w:lang w:val="sv-SE"/>
        </w:rPr>
        <w:t xml:space="preserve"> {{field-on:bible}}inte med ögontjäneri som människobehagare, utan som Kristi fasttjänare som gör Guds vilja av själen{{field-off:bible}} [[@</w:t>
      </w:r>
      <w:r w:rsidR="0096445B" w:rsidRPr="000767E2">
        <w:rPr>
          <w:lang w:val="sv-SE"/>
        </w:rPr>
        <w:t>BibleBIBEL82</w:t>
      </w:r>
      <w:r w:rsidRPr="000767E2">
        <w:rPr>
          <w:lang w:val="sv-SE"/>
        </w:rPr>
        <w:t>:Eph 6:7]]</w:t>
      </w:r>
      <w:r w:rsidRPr="000767E2">
        <w:rPr>
          <w:vertAlign w:val="superscript"/>
          <w:lang w:val="sv-SE"/>
        </w:rPr>
        <w:t>7</w:t>
      </w:r>
      <w:r w:rsidRPr="000767E2">
        <w:rPr>
          <w:lang w:val="sv-SE"/>
        </w:rPr>
        <w:t xml:space="preserve"> {{field-on:bible}}</w:t>
      </w:r>
      <w:r w:rsidRPr="000767E2">
        <w:rPr>
          <w:i/>
          <w:lang w:val="sv-SE"/>
        </w:rPr>
        <w:t>och</w:t>
      </w:r>
      <w:r w:rsidRPr="000767E2">
        <w:rPr>
          <w:lang w:val="sv-SE"/>
        </w:rPr>
        <w:t xml:space="preserve"> fasttjänar med godsinthet, som för Herren och inte för människor,{{field-off:bible}} [[@</w:t>
      </w:r>
      <w:r w:rsidR="0096445B" w:rsidRPr="000767E2">
        <w:rPr>
          <w:lang w:val="sv-SE"/>
        </w:rPr>
        <w:t>BibleBIBEL82</w:t>
      </w:r>
      <w:r w:rsidRPr="000767E2">
        <w:rPr>
          <w:lang w:val="sv-SE"/>
        </w:rPr>
        <w:t>:Eph 6:8]]</w:t>
      </w:r>
      <w:r w:rsidRPr="000767E2">
        <w:rPr>
          <w:vertAlign w:val="superscript"/>
          <w:lang w:val="sv-SE"/>
        </w:rPr>
        <w:t>8</w:t>
      </w:r>
      <w:r w:rsidRPr="000767E2">
        <w:rPr>
          <w:lang w:val="sv-SE"/>
        </w:rPr>
        <w:t xml:space="preserve"> {{field-on:bible}}då ni vet att var och en som gör något gott ska få ut detta från Herren, om så fasttjänare eller fri.{{field-off:bible}}</w:t>
      </w:r>
    </w:p>
    <w:p w14:paraId="2D960682" w14:textId="7E883417" w:rsidR="00BA33AB" w:rsidRPr="000767E2" w:rsidRDefault="00000000">
      <w:pPr>
        <w:rPr>
          <w:lang w:val="sv-SE"/>
        </w:rPr>
      </w:pPr>
      <w:r w:rsidRPr="000767E2">
        <w:rPr>
          <w:lang w:val="sv-SE"/>
        </w:rPr>
        <w:t>[[@</w:t>
      </w:r>
      <w:r w:rsidR="0096445B" w:rsidRPr="000767E2">
        <w:rPr>
          <w:lang w:val="sv-SE"/>
        </w:rPr>
        <w:t>BibleBIBEL82</w:t>
      </w:r>
      <w:r w:rsidRPr="000767E2">
        <w:rPr>
          <w:lang w:val="sv-SE"/>
        </w:rPr>
        <w:t>:Eph 6:9]]</w:t>
      </w:r>
      <w:r w:rsidRPr="000767E2">
        <w:rPr>
          <w:vertAlign w:val="superscript"/>
          <w:lang w:val="sv-SE"/>
        </w:rPr>
        <w:t>9</w:t>
      </w:r>
      <w:r w:rsidRPr="000767E2">
        <w:rPr>
          <w:lang w:val="sv-SE"/>
        </w:rPr>
        <w:t xml:space="preserve"> {{field-on:bible}}Och </w:t>
      </w:r>
      <w:r w:rsidRPr="000767E2">
        <w:rPr>
          <w:i/>
          <w:lang w:val="sv-SE"/>
        </w:rPr>
        <w:t>ni</w:t>
      </w:r>
      <w:r w:rsidRPr="000767E2">
        <w:rPr>
          <w:lang w:val="sv-SE"/>
        </w:rPr>
        <w:t xml:space="preserve"> herrar, gör detsamma gentemot dem och släpp hotet, då ni vet att både deras och er Herre är i himlarna. Och det finns ingen partiskhet hos honom.{{field-off:bible}}</w:t>
      </w:r>
    </w:p>
    <w:p w14:paraId="6F846970" w14:textId="77777777" w:rsidR="00BA33AB" w:rsidRPr="000767E2" w:rsidRDefault="00000000">
      <w:pPr>
        <w:pStyle w:val="Rubrik3"/>
        <w:rPr>
          <w:lang w:val="sv-SE"/>
        </w:rPr>
      </w:pPr>
      <w:r w:rsidRPr="000767E2">
        <w:rPr>
          <w:lang w:val="sv-SE"/>
        </w:rPr>
        <w:t>Guds vapenrustning</w:t>
      </w:r>
    </w:p>
    <w:p w14:paraId="45CDE114" w14:textId="62A2160A" w:rsidR="00BA33AB" w:rsidRPr="000767E2" w:rsidRDefault="00000000">
      <w:pPr>
        <w:rPr>
          <w:lang w:val="sv-SE"/>
        </w:rPr>
      </w:pPr>
      <w:r w:rsidRPr="000767E2">
        <w:rPr>
          <w:lang w:val="sv-SE"/>
        </w:rPr>
        <w:t>[[@</w:t>
      </w:r>
      <w:r w:rsidR="0096445B" w:rsidRPr="000767E2">
        <w:rPr>
          <w:lang w:val="sv-SE"/>
        </w:rPr>
        <w:t>BibleBIBEL82</w:t>
      </w:r>
      <w:r w:rsidRPr="000767E2">
        <w:rPr>
          <w:lang w:val="sv-SE"/>
        </w:rPr>
        <w:t>:Eph 6:10]]</w:t>
      </w:r>
      <w:r w:rsidRPr="000767E2">
        <w:rPr>
          <w:vertAlign w:val="superscript"/>
          <w:lang w:val="sv-SE"/>
        </w:rPr>
        <w:t>10</w:t>
      </w:r>
      <w:r w:rsidRPr="000767E2">
        <w:rPr>
          <w:lang w:val="sv-SE"/>
        </w:rPr>
        <w:t xml:space="preserve"> {{field-on:bible}}I övrigt, hämta kraft i Herren och i hans styrkas väldighet.{{field-off:bible}} [[@</w:t>
      </w:r>
      <w:r w:rsidR="0096445B" w:rsidRPr="000767E2">
        <w:rPr>
          <w:lang w:val="sv-SE"/>
        </w:rPr>
        <w:t>BibleBIBEL82</w:t>
      </w:r>
      <w:r w:rsidRPr="000767E2">
        <w:rPr>
          <w:lang w:val="sv-SE"/>
        </w:rPr>
        <w:t>:Eph 6:11]]</w:t>
      </w:r>
      <w:r w:rsidRPr="000767E2">
        <w:rPr>
          <w:vertAlign w:val="superscript"/>
          <w:lang w:val="sv-SE"/>
        </w:rPr>
        <w:t>11</w:t>
      </w:r>
      <w:r w:rsidRPr="000767E2">
        <w:rPr>
          <w:lang w:val="sv-SE"/>
        </w:rPr>
        <w:t xml:space="preserve"> {{field-on:bible}}Iklä er Guds vapenrustning, så att ni kan stå mot djävulens trick.{{field-off:bible}} [[@</w:t>
      </w:r>
      <w:r w:rsidR="0096445B" w:rsidRPr="000767E2">
        <w:rPr>
          <w:lang w:val="sv-SE"/>
        </w:rPr>
        <w:t>BibleBIBEL82</w:t>
      </w:r>
      <w:r w:rsidRPr="000767E2">
        <w:rPr>
          <w:lang w:val="sv-SE"/>
        </w:rPr>
        <w:t>:Eph 6:12]]</w:t>
      </w:r>
      <w:r w:rsidRPr="000767E2">
        <w:rPr>
          <w:vertAlign w:val="superscript"/>
          <w:lang w:val="sv-SE"/>
        </w:rPr>
        <w:t>12</w:t>
      </w:r>
      <w:r w:rsidRPr="000767E2">
        <w:rPr>
          <w:lang w:val="sv-SE"/>
        </w:rPr>
        <w:t xml:space="preserve"> {{field-on:bible}}För vår brottning är inte mot kött och blod utan mot furstligheterna, mot auktoriteterna, mot världshärskarna i detta mörker, mot ondskans andliga </w:t>
      </w:r>
      <w:r w:rsidRPr="000767E2">
        <w:rPr>
          <w:i/>
          <w:lang w:val="sv-SE"/>
        </w:rPr>
        <w:t>ting</w:t>
      </w:r>
      <w:r w:rsidRPr="000767E2">
        <w:rPr>
          <w:lang w:val="sv-SE"/>
        </w:rPr>
        <w:t xml:space="preserve"> i det himmelska.{{field-off:bible}} [[@</w:t>
      </w:r>
      <w:r w:rsidR="0096445B" w:rsidRPr="000767E2">
        <w:rPr>
          <w:lang w:val="sv-SE"/>
        </w:rPr>
        <w:t>BibleBIBEL82</w:t>
      </w:r>
      <w:r w:rsidRPr="000767E2">
        <w:rPr>
          <w:lang w:val="sv-SE"/>
        </w:rPr>
        <w:t>:Eph 6:13]]</w:t>
      </w:r>
      <w:r w:rsidRPr="000767E2">
        <w:rPr>
          <w:vertAlign w:val="superscript"/>
          <w:lang w:val="sv-SE"/>
        </w:rPr>
        <w:t>13</w:t>
      </w:r>
      <w:r w:rsidRPr="000767E2">
        <w:rPr>
          <w:lang w:val="sv-SE"/>
        </w:rPr>
        <w:t xml:space="preserve"> {{field-</w:t>
      </w:r>
      <w:r w:rsidRPr="000767E2">
        <w:rPr>
          <w:lang w:val="sv-SE"/>
        </w:rPr>
        <w:lastRenderedPageBreak/>
        <w:t xml:space="preserve">on:bible}}Ta därför upp Guds vapenrustning så att ni kan stå emot på den onda dagen, och sedan ni utfört alltsammans stå </w:t>
      </w:r>
      <w:r w:rsidRPr="000767E2">
        <w:rPr>
          <w:i/>
          <w:lang w:val="sv-SE"/>
        </w:rPr>
        <w:t>fasta</w:t>
      </w:r>
      <w:r w:rsidRPr="000767E2">
        <w:rPr>
          <w:lang w:val="sv-SE"/>
        </w:rPr>
        <w:t>.{{field-off:bible}}</w:t>
      </w:r>
    </w:p>
    <w:p w14:paraId="06408B9E" w14:textId="30220644" w:rsidR="00BA33AB" w:rsidRPr="000767E2" w:rsidRDefault="00000000">
      <w:pPr>
        <w:rPr>
          <w:lang w:val="sv-SE"/>
        </w:rPr>
      </w:pPr>
      <w:r w:rsidRPr="000767E2">
        <w:rPr>
          <w:lang w:val="sv-SE"/>
        </w:rPr>
        <w:t>[[@</w:t>
      </w:r>
      <w:r w:rsidR="0096445B" w:rsidRPr="000767E2">
        <w:rPr>
          <w:lang w:val="sv-SE"/>
        </w:rPr>
        <w:t>BibleBIBEL82</w:t>
      </w:r>
      <w:r w:rsidRPr="000767E2">
        <w:rPr>
          <w:lang w:val="sv-SE"/>
        </w:rPr>
        <w:t>:Eph 6:14]]</w:t>
      </w:r>
      <w:r w:rsidRPr="000767E2">
        <w:rPr>
          <w:vertAlign w:val="superscript"/>
          <w:lang w:val="sv-SE"/>
        </w:rPr>
        <w:t>14</w:t>
      </w:r>
      <w:r w:rsidRPr="000767E2">
        <w:rPr>
          <w:lang w:val="sv-SE"/>
        </w:rPr>
        <w:t xml:space="preserve"> {{field-on:bible}}Stå alltså </w:t>
      </w:r>
      <w:r w:rsidRPr="000767E2">
        <w:rPr>
          <w:i/>
          <w:lang w:val="sv-SE"/>
        </w:rPr>
        <w:t>fasta</w:t>
      </w:r>
      <w:r w:rsidRPr="000767E2">
        <w:rPr>
          <w:lang w:val="sv-SE"/>
        </w:rPr>
        <w:t xml:space="preserve">, ombältade </w:t>
      </w:r>
      <w:r w:rsidRPr="000767E2">
        <w:rPr>
          <w:i/>
          <w:lang w:val="sv-SE"/>
        </w:rPr>
        <w:t>runt</w:t>
      </w:r>
      <w:r w:rsidRPr="000767E2">
        <w:rPr>
          <w:lang w:val="sv-SE"/>
        </w:rPr>
        <w:t xml:space="preserve"> er höft med sanning, och iklädda rättfärdighetens bröstpansar{{field-off:bible}} [[@</w:t>
      </w:r>
      <w:r w:rsidR="0096445B" w:rsidRPr="000767E2">
        <w:rPr>
          <w:lang w:val="sv-SE"/>
        </w:rPr>
        <w:t>BibleBIBEL82</w:t>
      </w:r>
      <w:r w:rsidRPr="000767E2">
        <w:rPr>
          <w:lang w:val="sv-SE"/>
        </w:rPr>
        <w:t>:Eph 6:15]]</w:t>
      </w:r>
      <w:r w:rsidRPr="000767E2">
        <w:rPr>
          <w:vertAlign w:val="superscript"/>
          <w:lang w:val="sv-SE"/>
        </w:rPr>
        <w:t>15</w:t>
      </w:r>
      <w:r w:rsidRPr="000767E2">
        <w:rPr>
          <w:lang w:val="sv-SE"/>
        </w:rPr>
        <w:t xml:space="preserve"> {{field-on:bible}}och skodda </w:t>
      </w:r>
      <w:r w:rsidRPr="000767E2">
        <w:rPr>
          <w:i/>
          <w:lang w:val="sv-SE"/>
        </w:rPr>
        <w:t>på</w:t>
      </w:r>
      <w:r w:rsidRPr="000767E2">
        <w:rPr>
          <w:lang w:val="sv-SE"/>
        </w:rPr>
        <w:t xml:space="preserve"> fötterna med fridens evangeliums beredskap,{{field-off:bible}} [[@</w:t>
      </w:r>
      <w:r w:rsidR="0096445B" w:rsidRPr="000767E2">
        <w:rPr>
          <w:lang w:val="sv-SE"/>
        </w:rPr>
        <w:t>BibleBIBEL82</w:t>
      </w:r>
      <w:r w:rsidRPr="000767E2">
        <w:rPr>
          <w:lang w:val="sv-SE"/>
        </w:rPr>
        <w:t>:Eph 6:16]]</w:t>
      </w:r>
      <w:r w:rsidRPr="000767E2">
        <w:rPr>
          <w:vertAlign w:val="superscript"/>
          <w:lang w:val="sv-SE"/>
        </w:rPr>
        <w:t>16</w:t>
      </w:r>
      <w:r w:rsidRPr="000767E2">
        <w:rPr>
          <w:lang w:val="sv-SE"/>
        </w:rPr>
        <w:t xml:space="preserve"> {{field-on:bible}}medan ni i allt tar upp trons sköld. Med den ska ni kunna släcka alla den ondes flammande pilar.{{field-off:bible}} [[@</w:t>
      </w:r>
      <w:r w:rsidR="0096445B" w:rsidRPr="000767E2">
        <w:rPr>
          <w:lang w:val="sv-SE"/>
        </w:rPr>
        <w:t>BibleBIBEL82</w:t>
      </w:r>
      <w:r w:rsidRPr="000767E2">
        <w:rPr>
          <w:lang w:val="sv-SE"/>
        </w:rPr>
        <w:t>:Eph 6:17]]</w:t>
      </w:r>
      <w:r w:rsidRPr="000767E2">
        <w:rPr>
          <w:vertAlign w:val="superscript"/>
          <w:lang w:val="sv-SE"/>
        </w:rPr>
        <w:t>17</w:t>
      </w:r>
      <w:r w:rsidRPr="000767E2">
        <w:rPr>
          <w:lang w:val="sv-SE"/>
        </w:rPr>
        <w:t xml:space="preserve"> {{field-on:bible}}Och frälsningens hjälm ska ni motta, och Andens svärd som är Guds ord,{{field-off:bible}} [[@</w:t>
      </w:r>
      <w:r w:rsidR="0096445B" w:rsidRPr="000767E2">
        <w:rPr>
          <w:lang w:val="sv-SE"/>
        </w:rPr>
        <w:t>BibleBIBEL82</w:t>
      </w:r>
      <w:r w:rsidRPr="000767E2">
        <w:rPr>
          <w:lang w:val="sv-SE"/>
        </w:rPr>
        <w:t>:Eph 6:18]]</w:t>
      </w:r>
      <w:r w:rsidRPr="000767E2">
        <w:rPr>
          <w:vertAlign w:val="superscript"/>
          <w:lang w:val="sv-SE"/>
        </w:rPr>
        <w:t>18</w:t>
      </w:r>
      <w:r w:rsidRPr="000767E2">
        <w:rPr>
          <w:lang w:val="sv-SE"/>
        </w:rPr>
        <w:t xml:space="preserve"> {{field-on:bible}}under all bön och vädjan, medan ni ber vid varje tid i Ande och för detta vakar i all ståndaktighet och förbön för alla de heliga.{{field-off:bible}} [[@</w:t>
      </w:r>
      <w:r w:rsidR="0096445B" w:rsidRPr="000767E2">
        <w:rPr>
          <w:lang w:val="sv-SE"/>
        </w:rPr>
        <w:t>BibleBIBEL82</w:t>
      </w:r>
      <w:r w:rsidRPr="000767E2">
        <w:rPr>
          <w:lang w:val="sv-SE"/>
        </w:rPr>
        <w:t>:Eph 6:19]]</w:t>
      </w:r>
      <w:r w:rsidRPr="000767E2">
        <w:rPr>
          <w:vertAlign w:val="superscript"/>
          <w:lang w:val="sv-SE"/>
        </w:rPr>
        <w:t>19</w:t>
      </w:r>
      <w:r w:rsidRPr="000767E2">
        <w:rPr>
          <w:lang w:val="sv-SE"/>
        </w:rPr>
        <w:t xml:space="preserve"> {{field-on:bible}}Även för mig: att ordet ges mig vid öppnandet av min mun </w:t>
      </w:r>
      <w:r w:rsidRPr="000767E2">
        <w:rPr>
          <w:i/>
          <w:lang w:val="sv-SE"/>
        </w:rPr>
        <w:t>för</w:t>
      </w:r>
      <w:r w:rsidRPr="000767E2">
        <w:rPr>
          <w:lang w:val="sv-SE"/>
        </w:rPr>
        <w:t xml:space="preserve"> att i frimodighet kungöra evangeliets mysterium,{{field-off:bible}} [[@</w:t>
      </w:r>
      <w:r w:rsidR="0096445B" w:rsidRPr="000767E2">
        <w:rPr>
          <w:lang w:val="sv-SE"/>
        </w:rPr>
        <w:t>BibleBIBEL82</w:t>
      </w:r>
      <w:r w:rsidRPr="000767E2">
        <w:rPr>
          <w:lang w:val="sv-SE"/>
        </w:rPr>
        <w:t>:Eph 6:20]]</w:t>
      </w:r>
      <w:r w:rsidRPr="000767E2">
        <w:rPr>
          <w:vertAlign w:val="superscript"/>
          <w:lang w:val="sv-SE"/>
        </w:rPr>
        <w:t>20</w:t>
      </w:r>
      <w:r w:rsidRPr="000767E2">
        <w:rPr>
          <w:lang w:val="sv-SE"/>
        </w:rPr>
        <w:t xml:space="preserve"> {{field-on:bible}}för vilket jag är ett sändebud i kedjor, så att jag är frimodig med det såsom jag bör tala.{{field-off:bible}}</w:t>
      </w:r>
    </w:p>
    <w:p w14:paraId="7538ED95" w14:textId="77777777" w:rsidR="00BA33AB" w:rsidRPr="000767E2" w:rsidRDefault="00000000">
      <w:pPr>
        <w:pStyle w:val="Rubrik3"/>
        <w:rPr>
          <w:lang w:val="sv-SE"/>
        </w:rPr>
      </w:pPr>
      <w:r w:rsidRPr="000767E2">
        <w:rPr>
          <w:lang w:val="sv-SE"/>
        </w:rPr>
        <w:t>Sluthälsning</w:t>
      </w:r>
    </w:p>
    <w:p w14:paraId="23FF6E62" w14:textId="059B0A9D" w:rsidR="00BA33AB" w:rsidRPr="000767E2" w:rsidRDefault="00000000">
      <w:pPr>
        <w:rPr>
          <w:lang w:val="sv-SE"/>
        </w:rPr>
      </w:pPr>
      <w:r w:rsidRPr="000767E2">
        <w:rPr>
          <w:lang w:val="sv-SE"/>
        </w:rPr>
        <w:t>[[@</w:t>
      </w:r>
      <w:r w:rsidR="0096445B" w:rsidRPr="000767E2">
        <w:rPr>
          <w:lang w:val="sv-SE"/>
        </w:rPr>
        <w:t>BibleBIBEL82</w:t>
      </w:r>
      <w:r w:rsidRPr="000767E2">
        <w:rPr>
          <w:lang w:val="sv-SE"/>
        </w:rPr>
        <w:t>:Eph 6:21]]</w:t>
      </w:r>
      <w:r w:rsidRPr="000767E2">
        <w:rPr>
          <w:vertAlign w:val="superscript"/>
          <w:lang w:val="sv-SE"/>
        </w:rPr>
        <w:t>21</w:t>
      </w:r>
      <w:r w:rsidRPr="000767E2">
        <w:rPr>
          <w:lang w:val="sv-SE"/>
        </w:rPr>
        <w:t xml:space="preserve"> {{field-on:bible}}Men för att också ni ska </w:t>
      </w:r>
      <w:r w:rsidRPr="000767E2">
        <w:rPr>
          <w:i/>
          <w:lang w:val="sv-SE"/>
        </w:rPr>
        <w:t>få</w:t>
      </w:r>
      <w:r w:rsidRPr="000767E2">
        <w:rPr>
          <w:lang w:val="sv-SE"/>
        </w:rPr>
        <w:t xml:space="preserve"> veta det som gäller mig, vad jag sysslar med, ska allt kungöras för er </w:t>
      </w:r>
      <w:r w:rsidRPr="000767E2">
        <w:rPr>
          <w:i/>
          <w:lang w:val="sv-SE"/>
        </w:rPr>
        <w:t>av</w:t>
      </w:r>
      <w:r w:rsidRPr="000767E2">
        <w:rPr>
          <w:lang w:val="sv-SE"/>
        </w:rPr>
        <w:t xml:space="preserve"> Tychikos, den älskade brodern och trogne tjänaren i Herren.{{field-off:bible}} [[@</w:t>
      </w:r>
      <w:r w:rsidR="0096445B" w:rsidRPr="000767E2">
        <w:rPr>
          <w:lang w:val="sv-SE"/>
        </w:rPr>
        <w:t>BibleBIBEL82</w:t>
      </w:r>
      <w:r w:rsidRPr="000767E2">
        <w:rPr>
          <w:lang w:val="sv-SE"/>
        </w:rPr>
        <w:t>:Eph 6:22]]</w:t>
      </w:r>
      <w:r w:rsidRPr="000767E2">
        <w:rPr>
          <w:vertAlign w:val="superscript"/>
          <w:lang w:val="sv-SE"/>
        </w:rPr>
        <w:t>22</w:t>
      </w:r>
      <w:r w:rsidRPr="000767E2">
        <w:rPr>
          <w:lang w:val="sv-SE"/>
        </w:rPr>
        <w:t xml:space="preserve"> {{field-on:bible}}Honom har jag skickat till er för just detta, att ni ska </w:t>
      </w:r>
      <w:r w:rsidRPr="000767E2">
        <w:rPr>
          <w:i/>
          <w:lang w:val="sv-SE"/>
        </w:rPr>
        <w:t>få</w:t>
      </w:r>
      <w:r w:rsidRPr="000767E2">
        <w:rPr>
          <w:lang w:val="sv-SE"/>
        </w:rPr>
        <w:t xml:space="preserve"> veta om vårt och </w:t>
      </w:r>
      <w:r w:rsidRPr="000767E2">
        <w:rPr>
          <w:i/>
          <w:lang w:val="sv-SE"/>
        </w:rPr>
        <w:t>att</w:t>
      </w:r>
      <w:r w:rsidRPr="000767E2">
        <w:rPr>
          <w:lang w:val="sv-SE"/>
        </w:rPr>
        <w:t xml:space="preserve"> han ska uppmuntra era hjärtan.{{field-off:bible}}</w:t>
      </w:r>
    </w:p>
    <w:p w14:paraId="193A65D1" w14:textId="036D766C" w:rsidR="00BA33AB" w:rsidRPr="000767E2" w:rsidRDefault="00000000">
      <w:pPr>
        <w:rPr>
          <w:lang w:val="sv-SE"/>
        </w:rPr>
      </w:pPr>
      <w:r w:rsidRPr="000767E2">
        <w:rPr>
          <w:lang w:val="sv-SE"/>
        </w:rPr>
        <w:t>[[@</w:t>
      </w:r>
      <w:r w:rsidR="0096445B" w:rsidRPr="000767E2">
        <w:rPr>
          <w:lang w:val="sv-SE"/>
        </w:rPr>
        <w:t>BibleBIBEL82</w:t>
      </w:r>
      <w:r w:rsidRPr="000767E2">
        <w:rPr>
          <w:lang w:val="sv-SE"/>
        </w:rPr>
        <w:t>:Eph 6:23]]</w:t>
      </w:r>
      <w:r w:rsidRPr="000767E2">
        <w:rPr>
          <w:vertAlign w:val="superscript"/>
          <w:lang w:val="sv-SE"/>
        </w:rPr>
        <w:t>23</w:t>
      </w:r>
      <w:r w:rsidRPr="000767E2">
        <w:rPr>
          <w:lang w:val="sv-SE"/>
        </w:rPr>
        <w:t xml:space="preserve"> {{field-on:bible}}Frid åt syskonen, och kärlek med tro från Gud Fader och Herren Jesus Kristus.{{field-off:bible}} [[@</w:t>
      </w:r>
      <w:r w:rsidR="0096445B" w:rsidRPr="000767E2">
        <w:rPr>
          <w:lang w:val="sv-SE"/>
        </w:rPr>
        <w:t>BibleBIBEL82</w:t>
      </w:r>
      <w:r w:rsidRPr="000767E2">
        <w:rPr>
          <w:lang w:val="sv-SE"/>
        </w:rPr>
        <w:t>:Eph 6:24]]</w:t>
      </w:r>
      <w:r w:rsidRPr="000767E2">
        <w:rPr>
          <w:vertAlign w:val="superscript"/>
          <w:lang w:val="sv-SE"/>
        </w:rPr>
        <w:t>24</w:t>
      </w:r>
      <w:r w:rsidRPr="000767E2">
        <w:rPr>
          <w:lang w:val="sv-SE"/>
        </w:rPr>
        <w:t xml:space="preserve"> {{field-on:bible}}Nåden </w:t>
      </w:r>
      <w:r w:rsidRPr="000767E2">
        <w:rPr>
          <w:i/>
          <w:lang w:val="sv-SE"/>
        </w:rPr>
        <w:t>vare</w:t>
      </w:r>
      <w:r w:rsidRPr="000767E2">
        <w:rPr>
          <w:lang w:val="sv-SE"/>
        </w:rPr>
        <w:t xml:space="preserve"> med alla som älskar vår Herre Jesus Kristus i oförgänglighet.{{field-off:bible}}</w:t>
      </w:r>
    </w:p>
    <w:p w14:paraId="7060CFF3" w14:textId="478FCB51"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:Phil]]Till filipperna</w:t>
      </w:r>
    </w:p>
    <w:p w14:paraId="4D1692FD" w14:textId="77B1E08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:Phil 1]]Kapitel 1</w:t>
      </w:r>
    </w:p>
    <w:p w14:paraId="7611DB88" w14:textId="77777777" w:rsidR="00BA33AB" w:rsidRPr="000767E2" w:rsidRDefault="00000000">
      <w:pPr>
        <w:pStyle w:val="Rubrik3"/>
        <w:rPr>
          <w:lang w:val="sv-SE"/>
        </w:rPr>
      </w:pPr>
      <w:r w:rsidRPr="000767E2">
        <w:rPr>
          <w:lang w:val="sv-SE"/>
        </w:rPr>
        <w:t>Hälsning</w:t>
      </w:r>
    </w:p>
    <w:p w14:paraId="261FF8A1" w14:textId="3302C0EA" w:rsidR="00BA33AB" w:rsidRPr="000767E2" w:rsidRDefault="00000000">
      <w:pPr>
        <w:rPr>
          <w:lang w:val="sv-SE"/>
        </w:rPr>
      </w:pPr>
      <w:r w:rsidRPr="000767E2">
        <w:rPr>
          <w:lang w:val="sv-SE"/>
        </w:rPr>
        <w:t>[[@</w:t>
      </w:r>
      <w:r w:rsidR="0096445B" w:rsidRPr="000767E2">
        <w:rPr>
          <w:lang w:val="sv-SE"/>
        </w:rPr>
        <w:t>BibleBIBEL82</w:t>
      </w:r>
      <w:r w:rsidRPr="000767E2">
        <w:rPr>
          <w:lang w:val="sv-SE"/>
        </w:rPr>
        <w:t>:Phil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och Timotheos, Kristi Jesu fasttjänare. Till alla de heliga i Kristus Jesus som är i Filippi, med tillsyningsmän och tjänare:{{field-off:bible}} [[@</w:t>
      </w:r>
      <w:r w:rsidR="0096445B" w:rsidRPr="000767E2">
        <w:rPr>
          <w:lang w:val="sv-SE"/>
        </w:rPr>
        <w:t>BibleBIBEL82</w:t>
      </w:r>
      <w:r w:rsidRPr="000767E2">
        <w:rPr>
          <w:lang w:val="sv-SE"/>
        </w:rPr>
        <w:t>:Phil 1:2]]</w:t>
      </w:r>
      <w:r w:rsidRPr="000767E2">
        <w:rPr>
          <w:vertAlign w:val="superscript"/>
          <w:lang w:val="sv-SE"/>
        </w:rPr>
        <w:t>2</w:t>
      </w:r>
      <w:r w:rsidRPr="000767E2">
        <w:rPr>
          <w:lang w:val="sv-SE"/>
        </w:rPr>
        <w:t xml:space="preserve"> {{field-on:bible}}Nåd åt er och frid från Gud vår Far och Herren Jesus Kristus.{{field-off:bible}}</w:t>
      </w:r>
    </w:p>
    <w:p w14:paraId="3391F4A8" w14:textId="77777777" w:rsidR="00BA33AB" w:rsidRPr="000767E2" w:rsidRDefault="00000000">
      <w:pPr>
        <w:pStyle w:val="Rubrik3"/>
        <w:rPr>
          <w:lang w:val="sv-SE"/>
        </w:rPr>
      </w:pPr>
      <w:r w:rsidRPr="000767E2">
        <w:rPr>
          <w:lang w:val="sv-SE"/>
        </w:rPr>
        <w:t>Tacksägelse och förbön</w:t>
      </w:r>
    </w:p>
    <w:p w14:paraId="0163A568" w14:textId="6A13F6F7" w:rsidR="00BA33AB" w:rsidRPr="000767E2" w:rsidRDefault="00000000">
      <w:pPr>
        <w:rPr>
          <w:lang w:val="sv-SE"/>
        </w:rPr>
      </w:pPr>
      <w:r w:rsidRPr="000767E2">
        <w:rPr>
          <w:lang w:val="sv-SE"/>
        </w:rPr>
        <w:t>[[@</w:t>
      </w:r>
      <w:r w:rsidR="0096445B" w:rsidRPr="000767E2">
        <w:rPr>
          <w:lang w:val="sv-SE"/>
        </w:rPr>
        <w:t>BibleBIBEL82</w:t>
      </w:r>
      <w:r w:rsidRPr="000767E2">
        <w:rPr>
          <w:lang w:val="sv-SE"/>
        </w:rPr>
        <w:t>:Phil 1:3]]</w:t>
      </w:r>
      <w:r w:rsidRPr="000767E2">
        <w:rPr>
          <w:vertAlign w:val="superscript"/>
          <w:lang w:val="sv-SE"/>
        </w:rPr>
        <w:t>3</w:t>
      </w:r>
      <w:r w:rsidRPr="000767E2">
        <w:rPr>
          <w:lang w:val="sv-SE"/>
        </w:rPr>
        <w:t xml:space="preserve"> {{field-on:bible}}Jag tackar min Gud vid varje hågkomst av er,{{field-off:bible}} [[@</w:t>
      </w:r>
      <w:r w:rsidR="0096445B" w:rsidRPr="000767E2">
        <w:rPr>
          <w:lang w:val="sv-SE"/>
        </w:rPr>
        <w:t>BibleBIBEL82</w:t>
      </w:r>
      <w:r w:rsidRPr="000767E2">
        <w:rPr>
          <w:lang w:val="sv-SE"/>
        </w:rPr>
        <w:t>:Phil 1:4]]</w:t>
      </w:r>
      <w:r w:rsidRPr="000767E2">
        <w:rPr>
          <w:vertAlign w:val="superscript"/>
          <w:lang w:val="sv-SE"/>
        </w:rPr>
        <w:t>4</w:t>
      </w:r>
      <w:r w:rsidRPr="000767E2">
        <w:rPr>
          <w:lang w:val="sv-SE"/>
        </w:rPr>
        <w:t xml:space="preserve"> {{field-on:bible}}alltid i all min förbön för er alla, medan jag med glädje gör förbönen{{field-off:bible}} [[@</w:t>
      </w:r>
      <w:r w:rsidR="0096445B" w:rsidRPr="000767E2">
        <w:rPr>
          <w:lang w:val="sv-SE"/>
        </w:rPr>
        <w:t>BibleBIBEL82</w:t>
      </w:r>
      <w:r w:rsidRPr="000767E2">
        <w:rPr>
          <w:lang w:val="sv-SE"/>
        </w:rPr>
        <w:t>:Phil 1:5]]</w:t>
      </w:r>
      <w:r w:rsidRPr="000767E2">
        <w:rPr>
          <w:vertAlign w:val="superscript"/>
          <w:lang w:val="sv-SE"/>
        </w:rPr>
        <w:t>5</w:t>
      </w:r>
      <w:r w:rsidRPr="000767E2">
        <w:rPr>
          <w:lang w:val="sv-SE"/>
        </w:rPr>
        <w:t xml:space="preserve"> </w:t>
      </w:r>
      <w:r w:rsidRPr="000767E2">
        <w:rPr>
          <w:lang w:val="sv-SE"/>
        </w:rPr>
        <w:lastRenderedPageBreak/>
        <w:t>{{field-on:bible}}på grund av er gemenskap för evangeliet från första dagen ända till nu,{{field-off:bible}} [[@</w:t>
      </w:r>
      <w:r w:rsidR="0096445B" w:rsidRPr="000767E2">
        <w:rPr>
          <w:lang w:val="sv-SE"/>
        </w:rPr>
        <w:t>BibleBIBEL82</w:t>
      </w:r>
      <w:r w:rsidRPr="000767E2">
        <w:rPr>
          <w:lang w:val="sv-SE"/>
        </w:rPr>
        <w:t>:Phil 1:6]]</w:t>
      </w:r>
      <w:r w:rsidRPr="000767E2">
        <w:rPr>
          <w:vertAlign w:val="superscript"/>
          <w:lang w:val="sv-SE"/>
        </w:rPr>
        <w:t>6</w:t>
      </w:r>
      <w:r w:rsidRPr="000767E2">
        <w:rPr>
          <w:lang w:val="sv-SE"/>
        </w:rPr>
        <w:t xml:space="preserve"> {{field-on:bible}}övertygad om just detta: att han som har påbörjat i er ett gott verk ska fullborda fram till Kristi Jesu dag.{{field-off:bible}}</w:t>
      </w:r>
    </w:p>
    <w:p w14:paraId="66CD281F" w14:textId="658E00E1" w:rsidR="00BA33AB" w:rsidRPr="000767E2" w:rsidRDefault="00000000">
      <w:pPr>
        <w:rPr>
          <w:lang w:val="sv-SE"/>
        </w:rPr>
      </w:pPr>
      <w:r w:rsidRPr="000767E2">
        <w:rPr>
          <w:lang w:val="sv-SE"/>
        </w:rPr>
        <w:t>[[@</w:t>
      </w:r>
      <w:r w:rsidR="0096445B" w:rsidRPr="000767E2">
        <w:rPr>
          <w:lang w:val="sv-SE"/>
        </w:rPr>
        <w:t>BibleBIBEL82</w:t>
      </w:r>
      <w:r w:rsidRPr="000767E2">
        <w:rPr>
          <w:lang w:val="sv-SE"/>
        </w:rPr>
        <w:t>:Phil 1:7]]</w:t>
      </w:r>
      <w:r w:rsidRPr="000767E2">
        <w:rPr>
          <w:vertAlign w:val="superscript"/>
          <w:lang w:val="sv-SE"/>
        </w:rPr>
        <w:t>7</w:t>
      </w:r>
      <w:r w:rsidRPr="000767E2">
        <w:rPr>
          <w:lang w:val="sv-SE"/>
        </w:rPr>
        <w:t xml:space="preserve"> {{field-on:bible}}Så är det rättfärdigt för mig att tänka detta om er alla, eftersom jag har er i hjärtat, och både i mina bojor och i försvaret och befästandet av evangeliet är ni alla samdelaktiga med mig i nåden.{{field-off:bible}} [[@</w:t>
      </w:r>
      <w:r w:rsidR="0096445B" w:rsidRPr="000767E2">
        <w:rPr>
          <w:lang w:val="sv-SE"/>
        </w:rPr>
        <w:t>BibleBIBEL82</w:t>
      </w:r>
      <w:r w:rsidRPr="000767E2">
        <w:rPr>
          <w:lang w:val="sv-SE"/>
        </w:rPr>
        <w:t>:Phil 1:8]]</w:t>
      </w:r>
      <w:r w:rsidRPr="000767E2">
        <w:rPr>
          <w:vertAlign w:val="superscript"/>
          <w:lang w:val="sv-SE"/>
        </w:rPr>
        <w:t>8</w:t>
      </w:r>
      <w:r w:rsidRPr="000767E2">
        <w:rPr>
          <w:lang w:val="sv-SE"/>
        </w:rPr>
        <w:t xml:space="preserve"> {{field-on:bible}}För mitt vittne </w:t>
      </w:r>
      <w:r w:rsidRPr="000767E2">
        <w:rPr>
          <w:i/>
          <w:lang w:val="sv-SE"/>
        </w:rPr>
        <w:t>är</w:t>
      </w:r>
      <w:r w:rsidRPr="000767E2">
        <w:rPr>
          <w:lang w:val="sv-SE"/>
        </w:rPr>
        <w:t xml:space="preserve"> Gud, hur jag längtar efter er alla med Kristi Jesu innerlighet.{{field-off:bible}}</w:t>
      </w:r>
    </w:p>
    <w:p w14:paraId="678926F2" w14:textId="7A346985" w:rsidR="00BA33AB" w:rsidRPr="000767E2" w:rsidRDefault="00000000">
      <w:pPr>
        <w:rPr>
          <w:lang w:val="sv-SE"/>
        </w:rPr>
      </w:pPr>
      <w:r w:rsidRPr="000767E2">
        <w:rPr>
          <w:lang w:val="sv-SE"/>
        </w:rPr>
        <w:t>[[@</w:t>
      </w:r>
      <w:r w:rsidR="0096445B" w:rsidRPr="000767E2">
        <w:rPr>
          <w:lang w:val="sv-SE"/>
        </w:rPr>
        <w:t>BibleBIBEL82</w:t>
      </w:r>
      <w:r w:rsidRPr="000767E2">
        <w:rPr>
          <w:lang w:val="sv-SE"/>
        </w:rPr>
        <w:t>:Phil 1:9]]</w:t>
      </w:r>
      <w:r w:rsidRPr="000767E2">
        <w:rPr>
          <w:vertAlign w:val="superscript"/>
          <w:lang w:val="sv-SE"/>
        </w:rPr>
        <w:t>9</w:t>
      </w:r>
      <w:r w:rsidRPr="000767E2">
        <w:rPr>
          <w:lang w:val="sv-SE"/>
        </w:rPr>
        <w:t xml:space="preserve"> {{field-on:bible}}Och detta ber jag: att er kärlek ännu mer och mer ska överflöda med insikt och allt omdöme{{field-off:bible}} [[@</w:t>
      </w:r>
      <w:r w:rsidR="0096445B" w:rsidRPr="000767E2">
        <w:rPr>
          <w:lang w:val="sv-SE"/>
        </w:rPr>
        <w:t>BibleBIBEL82</w:t>
      </w:r>
      <w:r w:rsidRPr="000767E2">
        <w:rPr>
          <w:lang w:val="sv-SE"/>
        </w:rPr>
        <w:t>:Phil 1:10]]</w:t>
      </w:r>
      <w:r w:rsidRPr="000767E2">
        <w:rPr>
          <w:vertAlign w:val="superscript"/>
          <w:lang w:val="sv-SE"/>
        </w:rPr>
        <w:t>10</w:t>
      </w:r>
      <w:r w:rsidRPr="000767E2">
        <w:rPr>
          <w:lang w:val="sv-SE"/>
        </w:rPr>
        <w:t xml:space="preserve"> {{field-on:bible}}så att ni avgör vad </w:t>
      </w:r>
      <w:r w:rsidRPr="000767E2">
        <w:rPr>
          <w:i/>
          <w:lang w:val="sv-SE"/>
        </w:rPr>
        <w:t>som är</w:t>
      </w:r>
      <w:r w:rsidRPr="000767E2">
        <w:rPr>
          <w:lang w:val="sv-SE"/>
        </w:rPr>
        <w:t xml:space="preserve"> viktigt, så att ni är ärliga och oanstötliga till Kristi dag,{{field-off:bible}} [[@</w:t>
      </w:r>
      <w:r w:rsidR="0096445B" w:rsidRPr="000767E2">
        <w:rPr>
          <w:lang w:val="sv-SE"/>
        </w:rPr>
        <w:t>BibleBIBEL82</w:t>
      </w:r>
      <w:r w:rsidRPr="000767E2">
        <w:rPr>
          <w:lang w:val="sv-SE"/>
        </w:rPr>
        <w:t>:Phil 1:11]]</w:t>
      </w:r>
      <w:r w:rsidRPr="000767E2">
        <w:rPr>
          <w:vertAlign w:val="superscript"/>
          <w:lang w:val="sv-SE"/>
        </w:rPr>
        <w:t>11</w:t>
      </w:r>
      <w:r w:rsidRPr="000767E2">
        <w:rPr>
          <w:lang w:val="sv-SE"/>
        </w:rPr>
        <w:t xml:space="preserve"> {{field-on:bible}}uppfyllda av rättfärdighetsfrukt genom Jesus Kristus till ära och lovord åt Gud.{{field-off:bible}}</w:t>
      </w:r>
    </w:p>
    <w:p w14:paraId="13A7F69F" w14:textId="77777777" w:rsidR="00BA33AB" w:rsidRPr="000767E2" w:rsidRDefault="00000000">
      <w:pPr>
        <w:pStyle w:val="Rubrik3"/>
        <w:rPr>
          <w:lang w:val="sv-SE"/>
        </w:rPr>
      </w:pPr>
      <w:r w:rsidRPr="000767E2">
        <w:rPr>
          <w:lang w:val="sv-SE"/>
        </w:rPr>
        <w:t>Fånge för Kristus</w:t>
      </w:r>
    </w:p>
    <w:p w14:paraId="2DACEA09" w14:textId="30D33BCC" w:rsidR="00BA33AB" w:rsidRPr="000767E2" w:rsidRDefault="00000000">
      <w:pPr>
        <w:rPr>
          <w:lang w:val="sv-SE"/>
        </w:rPr>
      </w:pPr>
      <w:r w:rsidRPr="000767E2">
        <w:rPr>
          <w:lang w:val="sv-SE"/>
        </w:rPr>
        <w:t>[[@</w:t>
      </w:r>
      <w:r w:rsidR="0096445B" w:rsidRPr="000767E2">
        <w:rPr>
          <w:lang w:val="sv-SE"/>
        </w:rPr>
        <w:t>BibleBIBEL82</w:t>
      </w:r>
      <w:r w:rsidRPr="000767E2">
        <w:rPr>
          <w:lang w:val="sv-SE"/>
        </w:rPr>
        <w:t>:Phil 1:12]]</w:t>
      </w:r>
      <w:r w:rsidRPr="000767E2">
        <w:rPr>
          <w:vertAlign w:val="superscript"/>
          <w:lang w:val="sv-SE"/>
        </w:rPr>
        <w:t>12</w:t>
      </w:r>
      <w:r w:rsidRPr="000767E2">
        <w:rPr>
          <w:lang w:val="sv-SE"/>
        </w:rPr>
        <w:t xml:space="preserve"> {{field-on:bible}}Men att ni ska veta önskar jag, syskon, att det </w:t>
      </w:r>
      <w:r w:rsidRPr="000767E2">
        <w:rPr>
          <w:i/>
          <w:lang w:val="sv-SE"/>
        </w:rPr>
        <w:t>som</w:t>
      </w:r>
      <w:r w:rsidRPr="000767E2">
        <w:rPr>
          <w:lang w:val="sv-SE"/>
        </w:rPr>
        <w:t xml:space="preserve"> </w:t>
      </w:r>
      <w:r w:rsidRPr="000767E2">
        <w:rPr>
          <w:i/>
          <w:lang w:val="sv-SE"/>
        </w:rPr>
        <w:t>gått</w:t>
      </w:r>
      <w:r w:rsidRPr="000767E2">
        <w:rPr>
          <w:lang w:val="sv-SE"/>
        </w:rPr>
        <w:t xml:space="preserve"> emot mig snarare har gått till framsteg för evangeliet,{{field-off:bible}} [[@</w:t>
      </w:r>
      <w:r w:rsidR="0096445B" w:rsidRPr="000767E2">
        <w:rPr>
          <w:lang w:val="sv-SE"/>
        </w:rPr>
        <w:t>BibleBIBEL82</w:t>
      </w:r>
      <w:r w:rsidRPr="000767E2">
        <w:rPr>
          <w:lang w:val="sv-SE"/>
        </w:rPr>
        <w:t>:Phil 1:13]]</w:t>
      </w:r>
      <w:r w:rsidRPr="000767E2">
        <w:rPr>
          <w:vertAlign w:val="superscript"/>
          <w:lang w:val="sv-SE"/>
        </w:rPr>
        <w:t>13</w:t>
      </w:r>
      <w:r w:rsidRPr="000767E2">
        <w:rPr>
          <w:lang w:val="sv-SE"/>
        </w:rPr>
        <w:t xml:space="preserve"> {{field-on:bible}}så att mina bojor blivit uppenbara i Kristus i hela pretoriet och för alla de övriga,{{field-off:bible}} [[@</w:t>
      </w:r>
      <w:r w:rsidR="0096445B" w:rsidRPr="000767E2">
        <w:rPr>
          <w:lang w:val="sv-SE"/>
        </w:rPr>
        <w:t>BibleBIBEL82</w:t>
      </w:r>
      <w:r w:rsidRPr="000767E2">
        <w:rPr>
          <w:lang w:val="sv-SE"/>
        </w:rPr>
        <w:t>:Phil 1:14]]</w:t>
      </w:r>
      <w:r w:rsidRPr="000767E2">
        <w:rPr>
          <w:vertAlign w:val="superscript"/>
          <w:lang w:val="sv-SE"/>
        </w:rPr>
        <w:t>14</w:t>
      </w:r>
      <w:r w:rsidRPr="000767E2">
        <w:rPr>
          <w:lang w:val="sv-SE"/>
        </w:rPr>
        <w:t xml:space="preserve"> {{field-on:bible}}och de flesta av syskonen i Herren </w:t>
      </w:r>
      <w:r w:rsidRPr="000767E2">
        <w:rPr>
          <w:i/>
          <w:lang w:val="sv-SE"/>
        </w:rPr>
        <w:t>är nu så</w:t>
      </w:r>
      <w:r w:rsidRPr="000767E2">
        <w:rPr>
          <w:lang w:val="sv-SE"/>
        </w:rPr>
        <w:t xml:space="preserve"> övertygade genom mina bojor att de ännu mer vågar tala ordet utan fruktan.{{field-off:bible}}</w:t>
      </w:r>
    </w:p>
    <w:p w14:paraId="5D9B1E8E" w14:textId="3FCFEE93" w:rsidR="00BA33AB" w:rsidRPr="000767E2" w:rsidRDefault="00000000">
      <w:pPr>
        <w:rPr>
          <w:lang w:val="sv-SE"/>
        </w:rPr>
      </w:pPr>
      <w:r w:rsidRPr="000767E2">
        <w:rPr>
          <w:lang w:val="sv-SE"/>
        </w:rPr>
        <w:t>[[@</w:t>
      </w:r>
      <w:r w:rsidR="0096445B" w:rsidRPr="000767E2">
        <w:rPr>
          <w:lang w:val="sv-SE"/>
        </w:rPr>
        <w:t>BibleBIBEL82</w:t>
      </w:r>
      <w:r w:rsidRPr="000767E2">
        <w:rPr>
          <w:lang w:val="sv-SE"/>
        </w:rPr>
        <w:t>:Phil 1:15]]</w:t>
      </w:r>
      <w:r w:rsidRPr="000767E2">
        <w:rPr>
          <w:vertAlign w:val="superscript"/>
          <w:lang w:val="sv-SE"/>
        </w:rPr>
        <w:t>15</w:t>
      </w:r>
      <w:r w:rsidRPr="000767E2">
        <w:rPr>
          <w:lang w:val="sv-SE"/>
        </w:rPr>
        <w:t xml:space="preserve"> {{field-on:bible}}Några </w:t>
      </w:r>
      <w:r w:rsidRPr="000767E2">
        <w:rPr>
          <w:i/>
          <w:lang w:val="sv-SE"/>
        </w:rPr>
        <w:t>gör det</w:t>
      </w:r>
      <w:r w:rsidRPr="000767E2">
        <w:rPr>
          <w:lang w:val="sv-SE"/>
        </w:rPr>
        <w:t xml:space="preserve"> visserligen också av avund och osämja, men några förkunnar också Kristus av god vilja:{{field-off:bible}} [[@</w:t>
      </w:r>
      <w:r w:rsidR="0096445B" w:rsidRPr="000767E2">
        <w:rPr>
          <w:lang w:val="sv-SE"/>
        </w:rPr>
        <w:t>BibleBIBEL82</w:t>
      </w:r>
      <w:r w:rsidRPr="000767E2">
        <w:rPr>
          <w:lang w:val="sv-SE"/>
        </w:rPr>
        <w:t>:Phil 1:16]]</w:t>
      </w:r>
      <w:r w:rsidRPr="000767E2">
        <w:rPr>
          <w:vertAlign w:val="superscript"/>
          <w:lang w:val="sv-SE"/>
        </w:rPr>
        <w:t>16</w:t>
      </w:r>
      <w:r w:rsidRPr="000767E2">
        <w:rPr>
          <w:lang w:val="sv-SE"/>
        </w:rPr>
        <w:t xml:space="preserve"> {{field-on:bible}}de ena av kärlek, då de vet att jag är satt till försvar för evangeliet,{{field-off:bible}} [[@</w:t>
      </w:r>
      <w:r w:rsidR="0096445B" w:rsidRPr="000767E2">
        <w:rPr>
          <w:lang w:val="sv-SE"/>
        </w:rPr>
        <w:t>BibleBIBEL82</w:t>
      </w:r>
      <w:r w:rsidRPr="000767E2">
        <w:rPr>
          <w:lang w:val="sv-SE"/>
        </w:rPr>
        <w:t>:Phil 1:17]]</w:t>
      </w:r>
      <w:r w:rsidRPr="000767E2">
        <w:rPr>
          <w:vertAlign w:val="superscript"/>
          <w:lang w:val="sv-SE"/>
        </w:rPr>
        <w:t>17</w:t>
      </w:r>
      <w:r w:rsidRPr="000767E2">
        <w:rPr>
          <w:lang w:val="sv-SE"/>
        </w:rPr>
        <w:t xml:space="preserve"> {{field-on:bible}}men de andra predikar Kristus av självhävdelse, inte rent, och föreställer sig </w:t>
      </w:r>
      <w:r w:rsidRPr="000767E2">
        <w:rPr>
          <w:i/>
          <w:lang w:val="sv-SE"/>
        </w:rPr>
        <w:t>kunna</w:t>
      </w:r>
      <w:r w:rsidRPr="000767E2">
        <w:rPr>
          <w:lang w:val="sv-SE"/>
        </w:rPr>
        <w:t xml:space="preserve"> väcka upp nöd i mina bojor.{{field-off:bible}} [[@</w:t>
      </w:r>
      <w:r w:rsidR="0096445B" w:rsidRPr="000767E2">
        <w:rPr>
          <w:lang w:val="sv-SE"/>
        </w:rPr>
        <w:t>BibleBIBEL82</w:t>
      </w:r>
      <w:r w:rsidRPr="000767E2">
        <w:rPr>
          <w:lang w:val="sv-SE"/>
        </w:rPr>
        <w:t>:Phil 1:18]]</w:t>
      </w:r>
      <w:r w:rsidRPr="000767E2">
        <w:rPr>
          <w:vertAlign w:val="superscript"/>
          <w:lang w:val="sv-SE"/>
        </w:rPr>
        <w:t>18</w:t>
      </w:r>
      <w:r w:rsidRPr="000767E2">
        <w:rPr>
          <w:lang w:val="sv-SE"/>
        </w:rPr>
        <w:t xml:space="preserve"> {{field-on:bible}}Så vad? Bara att på varje sätt, antingen som förevändning eller i sanning, blir Kristus predikad.{{field-off:bible}}</w:t>
      </w:r>
    </w:p>
    <w:p w14:paraId="22F00BC6" w14:textId="0B4B642F" w:rsidR="00BA33AB" w:rsidRPr="000767E2" w:rsidRDefault="00000000">
      <w:pPr>
        <w:rPr>
          <w:lang w:val="sv-SE"/>
        </w:rPr>
      </w:pPr>
      <w:r w:rsidRPr="000767E2">
        <w:rPr>
          <w:lang w:val="sv-SE"/>
        </w:rPr>
        <w:t>{{field-on:bible}}Och i detta gläder jag mig. Men jag kommer också att glädja mig,{{field-off:bible}} [[@</w:t>
      </w:r>
      <w:r w:rsidR="0096445B" w:rsidRPr="000767E2">
        <w:rPr>
          <w:lang w:val="sv-SE"/>
        </w:rPr>
        <w:t>BibleBIBEL82</w:t>
      </w:r>
      <w:r w:rsidRPr="000767E2">
        <w:rPr>
          <w:lang w:val="sv-SE"/>
        </w:rPr>
        <w:t>:Phil 1:19]]</w:t>
      </w:r>
      <w:r w:rsidRPr="000767E2">
        <w:rPr>
          <w:vertAlign w:val="superscript"/>
          <w:lang w:val="sv-SE"/>
        </w:rPr>
        <w:t>19</w:t>
      </w:r>
      <w:r w:rsidRPr="000767E2">
        <w:rPr>
          <w:lang w:val="sv-SE"/>
        </w:rPr>
        <w:t xml:space="preserve"> {{field-on:bible}}för jag vet att detta för mig ska komma ut till frälsning, genom er förbön och bibringande från Jesu Kristi Ande,{{field-off:bible}} [[@</w:t>
      </w:r>
      <w:r w:rsidR="0096445B" w:rsidRPr="000767E2">
        <w:rPr>
          <w:lang w:val="sv-SE"/>
        </w:rPr>
        <w:t>BibleBIBEL82</w:t>
      </w:r>
      <w:r w:rsidRPr="000767E2">
        <w:rPr>
          <w:lang w:val="sv-SE"/>
        </w:rPr>
        <w:t>:Phil 1:20]]</w:t>
      </w:r>
      <w:r w:rsidRPr="000767E2">
        <w:rPr>
          <w:vertAlign w:val="superscript"/>
          <w:lang w:val="sv-SE"/>
        </w:rPr>
        <w:t>20</w:t>
      </w:r>
      <w:r w:rsidRPr="000767E2">
        <w:rPr>
          <w:lang w:val="sv-SE"/>
        </w:rPr>
        <w:t xml:space="preserve"> {{field-on:bible}}efter min spända förväntan och </w:t>
      </w:r>
      <w:r w:rsidRPr="000767E2">
        <w:rPr>
          <w:i/>
          <w:lang w:val="sv-SE"/>
        </w:rPr>
        <w:t>mitt</w:t>
      </w:r>
      <w:r w:rsidRPr="000767E2">
        <w:rPr>
          <w:lang w:val="sv-SE"/>
        </w:rPr>
        <w:t xml:space="preserve"> hopp: att jag inte i något ska </w:t>
      </w:r>
      <w:r w:rsidRPr="000767E2">
        <w:rPr>
          <w:i/>
          <w:lang w:val="sv-SE"/>
        </w:rPr>
        <w:t>behöva</w:t>
      </w:r>
      <w:r w:rsidRPr="000767E2">
        <w:rPr>
          <w:lang w:val="sv-SE"/>
        </w:rPr>
        <w:t xml:space="preserve"> skämmas, utan med all frimodighet, som alltid även nu, ska Kristus bli stor i min kropp, antingen genom liv eller genom död.{{field-off:bible}} [[@</w:t>
      </w:r>
      <w:r w:rsidR="0096445B" w:rsidRPr="000767E2">
        <w:rPr>
          <w:lang w:val="sv-SE"/>
        </w:rPr>
        <w:t>BibleBIBEL82</w:t>
      </w:r>
      <w:r w:rsidRPr="000767E2">
        <w:rPr>
          <w:lang w:val="sv-SE"/>
        </w:rPr>
        <w:t>:Phil 1:21]]</w:t>
      </w:r>
      <w:r w:rsidRPr="000767E2">
        <w:rPr>
          <w:vertAlign w:val="superscript"/>
          <w:lang w:val="sv-SE"/>
        </w:rPr>
        <w:t>21</w:t>
      </w:r>
      <w:r w:rsidRPr="000767E2">
        <w:rPr>
          <w:lang w:val="sv-SE"/>
        </w:rPr>
        <w:t xml:space="preserve"> {{field-on:bible}}För mig </w:t>
      </w:r>
      <w:r w:rsidRPr="000767E2">
        <w:rPr>
          <w:i/>
          <w:lang w:val="sv-SE"/>
        </w:rPr>
        <w:t>är</w:t>
      </w:r>
      <w:r w:rsidRPr="000767E2">
        <w:rPr>
          <w:lang w:val="sv-SE"/>
        </w:rPr>
        <w:t xml:space="preserve"> nämligen att leva Kristus, och att dö </w:t>
      </w:r>
      <w:r w:rsidRPr="000767E2">
        <w:rPr>
          <w:i/>
          <w:lang w:val="sv-SE"/>
        </w:rPr>
        <w:t>är</w:t>
      </w:r>
      <w:r w:rsidRPr="000767E2">
        <w:rPr>
          <w:lang w:val="sv-SE"/>
        </w:rPr>
        <w:t xml:space="preserve"> en vinning.{{field-off:bible}}</w:t>
      </w:r>
    </w:p>
    <w:p w14:paraId="6E006AC4" w14:textId="7D6EC66D" w:rsidR="00BA33AB" w:rsidRPr="000767E2" w:rsidRDefault="00000000">
      <w:pPr>
        <w:rPr>
          <w:lang w:val="sv-SE"/>
        </w:rPr>
      </w:pPr>
      <w:r w:rsidRPr="000767E2">
        <w:rPr>
          <w:lang w:val="sv-SE"/>
        </w:rPr>
        <w:t>[[@</w:t>
      </w:r>
      <w:r w:rsidR="0096445B" w:rsidRPr="000767E2">
        <w:rPr>
          <w:lang w:val="sv-SE"/>
        </w:rPr>
        <w:t>BibleBIBEL82</w:t>
      </w:r>
      <w:r w:rsidRPr="000767E2">
        <w:rPr>
          <w:lang w:val="sv-SE"/>
        </w:rPr>
        <w:t>:Phil 1:22]]</w:t>
      </w:r>
      <w:r w:rsidRPr="000767E2">
        <w:rPr>
          <w:vertAlign w:val="superscript"/>
          <w:lang w:val="sv-SE"/>
        </w:rPr>
        <w:t>22</w:t>
      </w:r>
      <w:r w:rsidRPr="000767E2">
        <w:rPr>
          <w:lang w:val="sv-SE"/>
        </w:rPr>
        <w:t xml:space="preserve"> {{field-on:bible}}Men om </w:t>
      </w:r>
      <w:r w:rsidRPr="000767E2">
        <w:rPr>
          <w:i/>
          <w:lang w:val="sv-SE"/>
        </w:rPr>
        <w:t>jag får</w:t>
      </w:r>
      <w:r w:rsidRPr="000767E2">
        <w:rPr>
          <w:lang w:val="sv-SE"/>
        </w:rPr>
        <w:t xml:space="preserve"> leva i köttet </w:t>
      </w:r>
      <w:r w:rsidRPr="000767E2">
        <w:rPr>
          <w:i/>
          <w:lang w:val="sv-SE"/>
        </w:rPr>
        <w:t>ger</w:t>
      </w:r>
      <w:r w:rsidRPr="000767E2">
        <w:rPr>
          <w:lang w:val="sv-SE"/>
        </w:rPr>
        <w:t xml:space="preserve"> detta mig frukt av </w:t>
      </w:r>
      <w:r w:rsidRPr="000767E2">
        <w:rPr>
          <w:i/>
          <w:lang w:val="sv-SE"/>
        </w:rPr>
        <w:t>min</w:t>
      </w:r>
      <w:r w:rsidRPr="000767E2">
        <w:rPr>
          <w:lang w:val="sv-SE"/>
        </w:rPr>
        <w:t xml:space="preserve"> gärning. Och vad ska jag välja? </w:t>
      </w:r>
      <w:r w:rsidRPr="000767E2">
        <w:rPr>
          <w:i/>
          <w:lang w:val="sv-SE"/>
        </w:rPr>
        <w:t>Det</w:t>
      </w:r>
      <w:r w:rsidRPr="000767E2">
        <w:rPr>
          <w:lang w:val="sv-SE"/>
        </w:rPr>
        <w:t xml:space="preserve"> kungör jag inte.{{field-off:bible}} [[@</w:t>
      </w:r>
      <w:r w:rsidR="0096445B" w:rsidRPr="000767E2">
        <w:rPr>
          <w:lang w:val="sv-SE"/>
        </w:rPr>
        <w:t>BibleBIBEL82</w:t>
      </w:r>
      <w:r w:rsidRPr="000767E2">
        <w:rPr>
          <w:lang w:val="sv-SE"/>
        </w:rPr>
        <w:t>:Phil 1:23]]</w:t>
      </w:r>
      <w:r w:rsidRPr="000767E2">
        <w:rPr>
          <w:vertAlign w:val="superscript"/>
          <w:lang w:val="sv-SE"/>
        </w:rPr>
        <w:t>23</w:t>
      </w:r>
      <w:r w:rsidRPr="000767E2">
        <w:rPr>
          <w:lang w:val="sv-SE"/>
        </w:rPr>
        <w:t xml:space="preserve"> {{field-on:bible}}Men jag är ansatt från de två </w:t>
      </w:r>
      <w:r w:rsidRPr="000767E2">
        <w:rPr>
          <w:i/>
          <w:lang w:val="sv-SE"/>
        </w:rPr>
        <w:t>hållen</w:t>
      </w:r>
      <w:r w:rsidRPr="000767E2">
        <w:rPr>
          <w:lang w:val="sv-SE"/>
        </w:rPr>
        <w:t xml:space="preserve">, och begäret har jag till att bryta upp och vara med Kristus, [för] </w:t>
      </w:r>
      <w:r w:rsidRPr="000767E2">
        <w:rPr>
          <w:i/>
          <w:lang w:val="sv-SE"/>
        </w:rPr>
        <w:t>det är</w:t>
      </w:r>
      <w:r w:rsidRPr="000767E2">
        <w:rPr>
          <w:lang w:val="sv-SE"/>
        </w:rPr>
        <w:t xml:space="preserve"> snarare mycket bättre.{{field-</w:t>
      </w:r>
      <w:r w:rsidRPr="000767E2">
        <w:rPr>
          <w:lang w:val="sv-SE"/>
        </w:rPr>
        <w:lastRenderedPageBreak/>
        <w:t>off:bible}} [[@</w:t>
      </w:r>
      <w:r w:rsidR="0096445B" w:rsidRPr="000767E2">
        <w:rPr>
          <w:lang w:val="sv-SE"/>
        </w:rPr>
        <w:t>BibleBIBEL82</w:t>
      </w:r>
      <w:r w:rsidRPr="000767E2">
        <w:rPr>
          <w:lang w:val="sv-SE"/>
        </w:rPr>
        <w:t>:Phil 1:24]]</w:t>
      </w:r>
      <w:r w:rsidRPr="000767E2">
        <w:rPr>
          <w:vertAlign w:val="superscript"/>
          <w:lang w:val="sv-SE"/>
        </w:rPr>
        <w:t>24</w:t>
      </w:r>
      <w:r w:rsidRPr="000767E2">
        <w:rPr>
          <w:lang w:val="sv-SE"/>
        </w:rPr>
        <w:t xml:space="preserve"> {{field-on:bible}}Men att bli kvar i köttet är mer nödvändigt för er skull.{{field-off:bible}} [[@</w:t>
      </w:r>
      <w:r w:rsidR="0096445B" w:rsidRPr="000767E2">
        <w:rPr>
          <w:lang w:val="sv-SE"/>
        </w:rPr>
        <w:t>BibleBIBEL82</w:t>
      </w:r>
      <w:r w:rsidRPr="000767E2">
        <w:rPr>
          <w:lang w:val="sv-SE"/>
        </w:rPr>
        <w:t>:Phil 1:25]]</w:t>
      </w:r>
      <w:r w:rsidRPr="000767E2">
        <w:rPr>
          <w:vertAlign w:val="superscript"/>
          <w:lang w:val="sv-SE"/>
        </w:rPr>
        <w:t>25</w:t>
      </w:r>
      <w:r w:rsidRPr="000767E2">
        <w:rPr>
          <w:lang w:val="sv-SE"/>
        </w:rPr>
        <w:t xml:space="preserve"> {{field-on:bible}}Och övertygad om detta vet jag att jag ska vara kvar och bli kvar hos er alla, till framsteg för er och glädje i tron,{{field-off:bible}} [[@</w:t>
      </w:r>
      <w:r w:rsidR="0096445B" w:rsidRPr="000767E2">
        <w:rPr>
          <w:lang w:val="sv-SE"/>
        </w:rPr>
        <w:t>BibleBIBEL82</w:t>
      </w:r>
      <w:r w:rsidRPr="000767E2">
        <w:rPr>
          <w:lang w:val="sv-SE"/>
        </w:rPr>
        <w:t>:Phil 1:26]]</w:t>
      </w:r>
      <w:r w:rsidRPr="000767E2">
        <w:rPr>
          <w:vertAlign w:val="superscript"/>
          <w:lang w:val="sv-SE"/>
        </w:rPr>
        <w:t>26</w:t>
      </w:r>
      <w:r w:rsidRPr="000767E2">
        <w:rPr>
          <w:lang w:val="sv-SE"/>
        </w:rPr>
        <w:t xml:space="preserve"> {{field-on:bible}}så att er stolthet överflödar i Kristus Jesus över mig genom min närvaro igen hos er.{{field-off:bible}}</w:t>
      </w:r>
    </w:p>
    <w:p w14:paraId="210CD81E" w14:textId="77777777" w:rsidR="00BA33AB" w:rsidRPr="000767E2" w:rsidRDefault="00000000">
      <w:pPr>
        <w:pStyle w:val="Rubrik3"/>
        <w:rPr>
          <w:lang w:val="sv-SE"/>
        </w:rPr>
      </w:pPr>
      <w:r w:rsidRPr="000767E2">
        <w:rPr>
          <w:lang w:val="sv-SE"/>
        </w:rPr>
        <w:t>Kämpa för tron</w:t>
      </w:r>
    </w:p>
    <w:p w14:paraId="04CBB492" w14:textId="381C8F26" w:rsidR="00BA33AB" w:rsidRPr="000767E2" w:rsidRDefault="00000000">
      <w:pPr>
        <w:rPr>
          <w:lang w:val="sv-SE"/>
        </w:rPr>
      </w:pPr>
      <w:r w:rsidRPr="000767E2">
        <w:rPr>
          <w:lang w:val="sv-SE"/>
        </w:rPr>
        <w:t>[[@</w:t>
      </w:r>
      <w:r w:rsidR="0096445B" w:rsidRPr="000767E2">
        <w:rPr>
          <w:lang w:val="sv-SE"/>
        </w:rPr>
        <w:t>BibleBIBEL82</w:t>
      </w:r>
      <w:r w:rsidRPr="000767E2">
        <w:rPr>
          <w:lang w:val="sv-SE"/>
        </w:rPr>
        <w:t>:Phil 1:27]]</w:t>
      </w:r>
      <w:r w:rsidRPr="000767E2">
        <w:rPr>
          <w:vertAlign w:val="superscript"/>
          <w:lang w:val="sv-SE"/>
        </w:rPr>
        <w:t>27</w:t>
      </w:r>
      <w:r w:rsidRPr="000767E2">
        <w:rPr>
          <w:lang w:val="sv-SE"/>
        </w:rPr>
        <w:t xml:space="preserve"> {{field-on:bible}}Sköt er bara värdigt Kristi evangelium, så att antingen jag kommer och ser er eller är iväg, jag </w:t>
      </w:r>
      <w:r w:rsidRPr="000767E2">
        <w:rPr>
          <w:i/>
          <w:lang w:val="sv-SE"/>
        </w:rPr>
        <w:t>får</w:t>
      </w:r>
      <w:r w:rsidRPr="000767E2">
        <w:rPr>
          <w:lang w:val="sv-SE"/>
        </w:rPr>
        <w:t xml:space="preserve"> höra detta om er att ni står </w:t>
      </w:r>
      <w:r w:rsidRPr="000767E2">
        <w:rPr>
          <w:i/>
          <w:lang w:val="sv-SE"/>
        </w:rPr>
        <w:t>fasta</w:t>
      </w:r>
      <w:r w:rsidRPr="000767E2">
        <w:rPr>
          <w:lang w:val="sv-SE"/>
        </w:rPr>
        <w:t xml:space="preserve"> i en ande, en själ och kämpar tillsammans för tron på evangeliet{{field-off:bible}} [[@</w:t>
      </w:r>
      <w:r w:rsidR="0096445B" w:rsidRPr="000767E2">
        <w:rPr>
          <w:lang w:val="sv-SE"/>
        </w:rPr>
        <w:t>BibleBIBEL82</w:t>
      </w:r>
      <w:r w:rsidRPr="000767E2">
        <w:rPr>
          <w:lang w:val="sv-SE"/>
        </w:rPr>
        <w:t>:Phil 1:28]]</w:t>
      </w:r>
      <w:r w:rsidRPr="000767E2">
        <w:rPr>
          <w:vertAlign w:val="superscript"/>
          <w:lang w:val="sv-SE"/>
        </w:rPr>
        <w:t>28</w:t>
      </w:r>
      <w:r w:rsidRPr="000767E2">
        <w:rPr>
          <w:lang w:val="sv-SE"/>
        </w:rPr>
        <w:t xml:space="preserve"> {{field-on:bible}}och inte i något förfäras av motståndarna. Det är för dem ett bevis på fördärv, men hos er på frälsning och det från Gud.{{field-off:bible}} [[@</w:t>
      </w:r>
      <w:r w:rsidR="0096445B" w:rsidRPr="000767E2">
        <w:rPr>
          <w:lang w:val="sv-SE"/>
        </w:rPr>
        <w:t>BibleBIBEL82</w:t>
      </w:r>
      <w:r w:rsidRPr="000767E2">
        <w:rPr>
          <w:lang w:val="sv-SE"/>
        </w:rPr>
        <w:t>:Phil 1:29]]</w:t>
      </w:r>
      <w:r w:rsidRPr="000767E2">
        <w:rPr>
          <w:vertAlign w:val="superscript"/>
          <w:lang w:val="sv-SE"/>
        </w:rPr>
        <w:t>29</w:t>
      </w:r>
      <w:r w:rsidRPr="000767E2">
        <w:rPr>
          <w:lang w:val="sv-SE"/>
        </w:rPr>
        <w:t xml:space="preserve"> {{field-on:bible}}För åt er är det skänkt att för Kristi skull inte bara </w:t>
      </w:r>
      <w:r w:rsidRPr="000767E2">
        <w:rPr>
          <w:i/>
          <w:lang w:val="sv-SE"/>
        </w:rPr>
        <w:t>få</w:t>
      </w:r>
      <w:r w:rsidRPr="000767E2">
        <w:rPr>
          <w:lang w:val="sv-SE"/>
        </w:rPr>
        <w:t xml:space="preserve"> tro på honom utan också lida för honom,{{field-off:bible}} [[@</w:t>
      </w:r>
      <w:r w:rsidR="0096445B" w:rsidRPr="000767E2">
        <w:rPr>
          <w:lang w:val="sv-SE"/>
        </w:rPr>
        <w:t>BibleBIBEL82</w:t>
      </w:r>
      <w:r w:rsidRPr="000767E2">
        <w:rPr>
          <w:lang w:val="sv-SE"/>
        </w:rPr>
        <w:t>:Phil 1:30]]</w:t>
      </w:r>
      <w:r w:rsidRPr="000767E2">
        <w:rPr>
          <w:vertAlign w:val="superscript"/>
          <w:lang w:val="sv-SE"/>
        </w:rPr>
        <w:t>30</w:t>
      </w:r>
      <w:r w:rsidRPr="000767E2">
        <w:rPr>
          <w:lang w:val="sv-SE"/>
        </w:rPr>
        <w:t xml:space="preserve"> {{field-on:bible}}då ni har samma kamp som ni har sett hos mig och nu hör </w:t>
      </w:r>
      <w:r w:rsidRPr="000767E2">
        <w:rPr>
          <w:i/>
          <w:lang w:val="sv-SE"/>
        </w:rPr>
        <w:t>om</w:t>
      </w:r>
      <w:r w:rsidRPr="000767E2">
        <w:rPr>
          <w:lang w:val="sv-SE"/>
        </w:rPr>
        <w:t xml:space="preserve"> hos mig.{{field-off:bible}}</w:t>
      </w:r>
    </w:p>
    <w:p w14:paraId="15DAE4F6" w14:textId="036CD52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:Phil 2]]Kapitel 2</w:t>
      </w:r>
    </w:p>
    <w:p w14:paraId="098E7362" w14:textId="77777777" w:rsidR="00BA33AB" w:rsidRPr="000767E2" w:rsidRDefault="00000000">
      <w:pPr>
        <w:pStyle w:val="Rubrik3"/>
        <w:rPr>
          <w:lang w:val="sv-SE"/>
        </w:rPr>
      </w:pPr>
      <w:r w:rsidRPr="000767E2">
        <w:rPr>
          <w:lang w:val="sv-SE"/>
        </w:rPr>
        <w:t>Kristi ödmjukhet och upphöjelse</w:t>
      </w:r>
    </w:p>
    <w:p w14:paraId="38ED2B0D" w14:textId="0849377A" w:rsidR="00BA33AB" w:rsidRPr="000767E2" w:rsidRDefault="00000000">
      <w:pPr>
        <w:rPr>
          <w:lang w:val="sv-SE"/>
        </w:rPr>
      </w:pPr>
      <w:r w:rsidRPr="000767E2">
        <w:rPr>
          <w:lang w:val="sv-SE"/>
        </w:rPr>
        <w:t>[[@</w:t>
      </w:r>
      <w:r w:rsidR="0096445B" w:rsidRPr="000767E2">
        <w:rPr>
          <w:lang w:val="sv-SE"/>
        </w:rPr>
        <w:t>BibleBIBEL82</w:t>
      </w:r>
      <w:r w:rsidRPr="000767E2">
        <w:rPr>
          <w:lang w:val="sv-SE"/>
        </w:rPr>
        <w:t>:Phil 2:1]]</w:t>
      </w:r>
      <w:r w:rsidRPr="000767E2">
        <w:rPr>
          <w:vertAlign w:val="superscript"/>
          <w:lang w:val="sv-SE"/>
        </w:rPr>
        <w:t>1</w:t>
      </w:r>
      <w:r w:rsidRPr="000767E2">
        <w:rPr>
          <w:lang w:val="sv-SE"/>
        </w:rPr>
        <w:t xml:space="preserve"> {{field-on:bible}}Om </w:t>
      </w:r>
      <w:r w:rsidRPr="000767E2">
        <w:rPr>
          <w:i/>
          <w:lang w:val="sv-SE"/>
        </w:rPr>
        <w:t>det</w:t>
      </w:r>
      <w:r w:rsidRPr="000767E2">
        <w:rPr>
          <w:lang w:val="sv-SE"/>
        </w:rPr>
        <w:t xml:space="preserve"> nu </w:t>
      </w:r>
      <w:r w:rsidRPr="000767E2">
        <w:rPr>
          <w:i/>
          <w:lang w:val="sv-SE"/>
        </w:rPr>
        <w:t>finns</w:t>
      </w:r>
      <w:r w:rsidRPr="000767E2">
        <w:rPr>
          <w:lang w:val="sv-SE"/>
        </w:rPr>
        <w:t xml:space="preserve"> någon tröst i Kristus, om någon uppmuntran av kärlek, om någon gemenskap i Ande, om någon innerlighet och medlidande,{{field-off:bible}} [[@</w:t>
      </w:r>
      <w:r w:rsidR="0096445B" w:rsidRPr="000767E2">
        <w:rPr>
          <w:lang w:val="sv-SE"/>
        </w:rPr>
        <w:t>BibleBIBEL82</w:t>
      </w:r>
      <w:r w:rsidRPr="000767E2">
        <w:rPr>
          <w:lang w:val="sv-SE"/>
        </w:rPr>
        <w:t>:Phil 2:2]]</w:t>
      </w:r>
      <w:r w:rsidRPr="000767E2">
        <w:rPr>
          <w:vertAlign w:val="superscript"/>
          <w:lang w:val="sv-SE"/>
        </w:rPr>
        <w:t>2</w:t>
      </w:r>
      <w:r w:rsidRPr="000767E2">
        <w:rPr>
          <w:lang w:val="sv-SE"/>
        </w:rPr>
        <w:t xml:space="preserve"> {{field-on:bible}}uppfyll </w:t>
      </w:r>
      <w:r w:rsidRPr="000767E2">
        <w:rPr>
          <w:i/>
          <w:lang w:val="sv-SE"/>
        </w:rPr>
        <w:t>då</w:t>
      </w:r>
      <w:r w:rsidRPr="000767E2">
        <w:rPr>
          <w:lang w:val="sv-SE"/>
        </w:rPr>
        <w:t xml:space="preserve"> min glädje så att ni tänker detsamma och har samma kärlek, </w:t>
      </w:r>
      <w:r w:rsidRPr="000767E2">
        <w:rPr>
          <w:i/>
          <w:lang w:val="sv-SE"/>
        </w:rPr>
        <w:t>är</w:t>
      </w:r>
      <w:r w:rsidRPr="000767E2">
        <w:rPr>
          <w:lang w:val="sv-SE"/>
        </w:rPr>
        <w:t xml:space="preserve"> samsjälade, tänker ett </w:t>
      </w:r>
      <w:r w:rsidRPr="000767E2">
        <w:rPr>
          <w:i/>
          <w:lang w:val="sv-SE"/>
        </w:rPr>
        <w:t>enda</w:t>
      </w:r>
      <w:r w:rsidRPr="000767E2">
        <w:rPr>
          <w:lang w:val="sv-SE"/>
        </w:rPr>
        <w:t>:{{field-off:bible}} [[@</w:t>
      </w:r>
      <w:r w:rsidR="0096445B" w:rsidRPr="000767E2">
        <w:rPr>
          <w:lang w:val="sv-SE"/>
        </w:rPr>
        <w:t>BibleBIBEL82</w:t>
      </w:r>
      <w:r w:rsidRPr="000767E2">
        <w:rPr>
          <w:lang w:val="sv-SE"/>
        </w:rPr>
        <w:t>:Phil 2:3]]</w:t>
      </w:r>
      <w:r w:rsidRPr="000767E2">
        <w:rPr>
          <w:vertAlign w:val="superscript"/>
          <w:lang w:val="sv-SE"/>
        </w:rPr>
        <w:t>3</w:t>
      </w:r>
      <w:r w:rsidRPr="000767E2">
        <w:rPr>
          <w:lang w:val="sv-SE"/>
        </w:rPr>
        <w:t xml:space="preserve"> {{field-on:bible}}inte i självhävdelse eller i fåfänga, utan i ödmjukheten anser varandra stå högre än er själva,{{field-off:bible}} [[@</w:t>
      </w:r>
      <w:r w:rsidR="0096445B" w:rsidRPr="000767E2">
        <w:rPr>
          <w:lang w:val="sv-SE"/>
        </w:rPr>
        <w:t>BibleBIBEL82</w:t>
      </w:r>
      <w:r w:rsidRPr="000767E2">
        <w:rPr>
          <w:lang w:val="sv-SE"/>
        </w:rPr>
        <w:t>:Phil 2:4]]</w:t>
      </w:r>
      <w:r w:rsidRPr="000767E2">
        <w:rPr>
          <w:vertAlign w:val="superscript"/>
          <w:lang w:val="sv-SE"/>
        </w:rPr>
        <w:t>4</w:t>
      </w:r>
      <w:r w:rsidRPr="000767E2">
        <w:rPr>
          <w:lang w:val="sv-SE"/>
        </w:rPr>
        <w:t xml:space="preserve"> {{field-on:bible}}</w:t>
      </w:r>
      <w:r w:rsidRPr="000767E2">
        <w:rPr>
          <w:i/>
          <w:lang w:val="sv-SE"/>
        </w:rPr>
        <w:t>så att</w:t>
      </w:r>
      <w:r w:rsidRPr="000767E2">
        <w:rPr>
          <w:lang w:val="sv-SE"/>
        </w:rPr>
        <w:t xml:space="preserve"> inte var och en observerar sitt eget utan också var och en de andras.{{field-off:bible}} [[@</w:t>
      </w:r>
      <w:r w:rsidR="0096445B" w:rsidRPr="000767E2">
        <w:rPr>
          <w:lang w:val="sv-SE"/>
        </w:rPr>
        <w:t>BibleBIBEL82</w:t>
      </w:r>
      <w:r w:rsidRPr="000767E2">
        <w:rPr>
          <w:lang w:val="sv-SE"/>
        </w:rPr>
        <w:t>:Phil 2:5]]</w:t>
      </w:r>
      <w:r w:rsidRPr="000767E2">
        <w:rPr>
          <w:vertAlign w:val="superscript"/>
          <w:lang w:val="sv-SE"/>
        </w:rPr>
        <w:t>5</w:t>
      </w:r>
      <w:r w:rsidRPr="000767E2">
        <w:rPr>
          <w:lang w:val="sv-SE"/>
        </w:rPr>
        <w:t xml:space="preserve"> {{field-on:bible}}Detta ska ni tänka inom er, det </w:t>
      </w:r>
      <w:r w:rsidRPr="000767E2">
        <w:rPr>
          <w:i/>
          <w:lang w:val="sv-SE"/>
        </w:rPr>
        <w:t>som</w:t>
      </w:r>
      <w:r w:rsidRPr="000767E2">
        <w:rPr>
          <w:lang w:val="sv-SE"/>
        </w:rPr>
        <w:t xml:space="preserve"> också </w:t>
      </w:r>
      <w:r w:rsidRPr="000767E2">
        <w:rPr>
          <w:i/>
          <w:lang w:val="sv-SE"/>
        </w:rPr>
        <w:t>finns</w:t>
      </w:r>
      <w:r w:rsidRPr="000767E2">
        <w:rPr>
          <w:lang w:val="sv-SE"/>
        </w:rPr>
        <w:t xml:space="preserve"> i Kristus Jesus:{{field-off:bible}}</w:t>
      </w:r>
    </w:p>
    <w:p w14:paraId="7D997141" w14:textId="5061DF22" w:rsidR="00BA33AB" w:rsidRPr="000767E2" w:rsidRDefault="00000000">
      <w:pPr>
        <w:rPr>
          <w:lang w:val="sv-SE"/>
        </w:rPr>
      </w:pPr>
      <w:r w:rsidRPr="000767E2">
        <w:rPr>
          <w:lang w:val="sv-SE"/>
        </w:rPr>
        <w:t>[[@</w:t>
      </w:r>
      <w:r w:rsidR="0096445B" w:rsidRPr="000767E2">
        <w:rPr>
          <w:lang w:val="sv-SE"/>
        </w:rPr>
        <w:t>BibleBIBEL82</w:t>
      </w:r>
      <w:r w:rsidRPr="000767E2">
        <w:rPr>
          <w:lang w:val="sv-SE"/>
        </w:rPr>
        <w:t>:Phil 2:6]]</w:t>
      </w:r>
      <w:r w:rsidRPr="000767E2">
        <w:rPr>
          <w:vertAlign w:val="superscript"/>
          <w:lang w:val="sv-SE"/>
        </w:rPr>
        <w:t>6</w:t>
      </w:r>
      <w:r w:rsidRPr="000767E2">
        <w:rPr>
          <w:lang w:val="sv-SE"/>
        </w:rPr>
        <w:t xml:space="preserve"> {{field-on:bible}}Han var i Guds gestalt</w:t>
      </w:r>
      <w:r w:rsidRPr="000767E2">
        <w:rPr>
          <w:lang w:val="sv-SE"/>
        </w:rPr>
        <w:br/>
      </w:r>
      <w:r w:rsidRPr="000767E2">
        <w:rPr>
          <w:i/>
          <w:lang w:val="sv-SE"/>
        </w:rPr>
        <w:t>men</w:t>
      </w:r>
      <w:r w:rsidRPr="000767E2">
        <w:rPr>
          <w:lang w:val="sv-SE"/>
        </w:rPr>
        <w:t xml:space="preserve"> ansåg </w:t>
      </w:r>
      <w:r w:rsidRPr="000767E2">
        <w:rPr>
          <w:i/>
          <w:lang w:val="sv-SE"/>
        </w:rPr>
        <w:t>det</w:t>
      </w:r>
      <w:r w:rsidRPr="000767E2">
        <w:rPr>
          <w:lang w:val="sv-SE"/>
        </w:rPr>
        <w:t xml:space="preserve"> inte ett kap att vara lik Gud,{{field-off:bible}}</w:t>
      </w:r>
      <w:r w:rsidRPr="000767E2">
        <w:rPr>
          <w:lang w:val="sv-SE"/>
        </w:rPr>
        <w:br/>
        <w:t>[[@</w:t>
      </w:r>
      <w:r w:rsidR="0096445B" w:rsidRPr="000767E2">
        <w:rPr>
          <w:lang w:val="sv-SE"/>
        </w:rPr>
        <w:t>BibleBIBEL82</w:t>
      </w:r>
      <w:r w:rsidRPr="000767E2">
        <w:rPr>
          <w:lang w:val="sv-SE"/>
        </w:rPr>
        <w:t>:Phil 2:7]]</w:t>
      </w:r>
      <w:r w:rsidRPr="000767E2">
        <w:rPr>
          <w:vertAlign w:val="superscript"/>
          <w:lang w:val="sv-SE"/>
        </w:rPr>
        <w:t>7</w:t>
      </w:r>
      <w:r w:rsidRPr="000767E2">
        <w:rPr>
          <w:lang w:val="sv-SE"/>
        </w:rPr>
        <w:t xml:space="preserve"> {{field-on:bible}}utan gjorde sig själv tom</w:t>
      </w:r>
      <w:r w:rsidRPr="000767E2">
        <w:rPr>
          <w:lang w:val="sv-SE"/>
        </w:rPr>
        <w:br/>
        <w:t xml:space="preserve">och tog en fasttjänares gestalt </w:t>
      </w:r>
      <w:r w:rsidRPr="000767E2">
        <w:rPr>
          <w:i/>
          <w:lang w:val="sv-SE"/>
        </w:rPr>
        <w:t>och</w:t>
      </w:r>
      <w:r w:rsidRPr="000767E2">
        <w:rPr>
          <w:lang w:val="sv-SE"/>
        </w:rPr>
        <w:t xml:space="preserve"> kom i människors likhet.</w:t>
      </w:r>
      <w:r w:rsidRPr="000767E2">
        <w:rPr>
          <w:lang w:val="sv-SE"/>
        </w:rPr>
        <w:br/>
        <w:t>Och till yttre form funnen som en människa{{field-off:bible}}</w:t>
      </w:r>
      <w:r w:rsidRPr="000767E2">
        <w:rPr>
          <w:lang w:val="sv-SE"/>
        </w:rPr>
        <w:br/>
        <w:t>[[@</w:t>
      </w:r>
      <w:r w:rsidR="0096445B" w:rsidRPr="000767E2">
        <w:rPr>
          <w:lang w:val="sv-SE"/>
        </w:rPr>
        <w:t>BibleBIBEL82</w:t>
      </w:r>
      <w:r w:rsidRPr="000767E2">
        <w:rPr>
          <w:lang w:val="sv-SE"/>
        </w:rPr>
        <w:t>:Phil 2:8]]</w:t>
      </w:r>
      <w:r w:rsidRPr="000767E2">
        <w:rPr>
          <w:vertAlign w:val="superscript"/>
          <w:lang w:val="sv-SE"/>
        </w:rPr>
        <w:t>8</w:t>
      </w:r>
      <w:r w:rsidRPr="000767E2">
        <w:rPr>
          <w:lang w:val="sv-SE"/>
        </w:rPr>
        <w:t xml:space="preserve"> {{field-on:bible}}ödmjukade han sig själv och blev hörsam</w:t>
      </w:r>
      <w:r w:rsidRPr="000767E2">
        <w:rPr>
          <w:lang w:val="sv-SE"/>
        </w:rPr>
        <w:br/>
        <w:t>ända till döden, och döden på ett kors.{{field-off:bible}}</w:t>
      </w:r>
      <w:r w:rsidRPr="000767E2">
        <w:rPr>
          <w:lang w:val="sv-SE"/>
        </w:rPr>
        <w:br/>
        <w:t>[[@</w:t>
      </w:r>
      <w:r w:rsidR="0096445B" w:rsidRPr="000767E2">
        <w:rPr>
          <w:lang w:val="sv-SE"/>
        </w:rPr>
        <w:t>BibleBIBEL82</w:t>
      </w:r>
      <w:r w:rsidRPr="000767E2">
        <w:rPr>
          <w:lang w:val="sv-SE"/>
        </w:rPr>
        <w:t>:Phil 2:9]]</w:t>
      </w:r>
      <w:r w:rsidRPr="000767E2">
        <w:rPr>
          <w:vertAlign w:val="superscript"/>
          <w:lang w:val="sv-SE"/>
        </w:rPr>
        <w:t>9</w:t>
      </w:r>
      <w:r w:rsidRPr="000767E2">
        <w:rPr>
          <w:lang w:val="sv-SE"/>
        </w:rPr>
        <w:t xml:space="preserve"> {{field-on:bible}}Därför har också Gud överupphöjt honom</w:t>
      </w:r>
      <w:r w:rsidRPr="000767E2">
        <w:rPr>
          <w:lang w:val="sv-SE"/>
        </w:rPr>
        <w:br/>
        <w:t>och skänkt honom namnet över varje namn,{{field-off:bible}}</w:t>
      </w:r>
      <w:r w:rsidRPr="000767E2">
        <w:rPr>
          <w:lang w:val="sv-SE"/>
        </w:rPr>
        <w:br/>
        <w:t>[[@</w:t>
      </w:r>
      <w:r w:rsidR="0096445B" w:rsidRPr="000767E2">
        <w:rPr>
          <w:lang w:val="sv-SE"/>
        </w:rPr>
        <w:t>BibleBIBEL82</w:t>
      </w:r>
      <w:r w:rsidRPr="000767E2">
        <w:rPr>
          <w:lang w:val="sv-SE"/>
        </w:rPr>
        <w:t>:Phil 2:10]]</w:t>
      </w:r>
      <w:r w:rsidRPr="000767E2">
        <w:rPr>
          <w:vertAlign w:val="superscript"/>
          <w:lang w:val="sv-SE"/>
        </w:rPr>
        <w:t>10</w:t>
      </w:r>
      <w:r w:rsidRPr="000767E2">
        <w:rPr>
          <w:lang w:val="sv-SE"/>
        </w:rPr>
        <w:t xml:space="preserve"> {{field-on:bible}}för att i Jesu namn varje knä ska böjas,</w:t>
      </w:r>
      <w:r w:rsidRPr="000767E2">
        <w:rPr>
          <w:lang w:val="sv-SE"/>
        </w:rPr>
        <w:br/>
        <w:t>hos himmelska och jordiska och underjordiska,{{field-off:bible}}</w:t>
      </w:r>
      <w:r w:rsidRPr="000767E2">
        <w:rPr>
          <w:lang w:val="sv-SE"/>
        </w:rPr>
        <w:br/>
        <w:t>[[@</w:t>
      </w:r>
      <w:r w:rsidR="0096445B" w:rsidRPr="000767E2">
        <w:rPr>
          <w:lang w:val="sv-SE"/>
        </w:rPr>
        <w:t>BibleBIBEL82</w:t>
      </w:r>
      <w:r w:rsidRPr="000767E2">
        <w:rPr>
          <w:lang w:val="sv-SE"/>
        </w:rPr>
        <w:t>:Phil 2:11]]</w:t>
      </w:r>
      <w:r w:rsidRPr="000767E2">
        <w:rPr>
          <w:vertAlign w:val="superscript"/>
          <w:lang w:val="sv-SE"/>
        </w:rPr>
        <w:t>11</w:t>
      </w:r>
      <w:r w:rsidRPr="000767E2">
        <w:rPr>
          <w:lang w:val="sv-SE"/>
        </w:rPr>
        <w:t xml:space="preserve"> {{field-on:bible}}och varje tunga erkänna att Jesus Kristus </w:t>
      </w:r>
      <w:r w:rsidRPr="000767E2">
        <w:rPr>
          <w:i/>
          <w:lang w:val="sv-SE"/>
        </w:rPr>
        <w:t>är</w:t>
      </w:r>
      <w:r w:rsidRPr="000767E2">
        <w:rPr>
          <w:lang w:val="sv-SE"/>
        </w:rPr>
        <w:t xml:space="preserve"> Herre,</w:t>
      </w:r>
      <w:r w:rsidRPr="000767E2">
        <w:rPr>
          <w:lang w:val="sv-SE"/>
        </w:rPr>
        <w:br/>
        <w:t>till ära för Gud Fader.{{field-off:bible}}</w:t>
      </w:r>
    </w:p>
    <w:p w14:paraId="029ABB29" w14:textId="77777777" w:rsidR="00BA33AB" w:rsidRPr="000767E2" w:rsidRDefault="00000000">
      <w:pPr>
        <w:pStyle w:val="Rubrik3"/>
        <w:rPr>
          <w:lang w:val="sv-SE"/>
        </w:rPr>
      </w:pPr>
      <w:r w:rsidRPr="000767E2">
        <w:rPr>
          <w:lang w:val="sv-SE"/>
        </w:rPr>
        <w:lastRenderedPageBreak/>
        <w:t>Ljusbringare i världen</w:t>
      </w:r>
    </w:p>
    <w:p w14:paraId="050AC0C8" w14:textId="0495A9FC" w:rsidR="00BA33AB" w:rsidRPr="000767E2" w:rsidRDefault="00000000">
      <w:pPr>
        <w:rPr>
          <w:lang w:val="sv-SE"/>
        </w:rPr>
      </w:pPr>
      <w:r w:rsidRPr="000767E2">
        <w:rPr>
          <w:lang w:val="sv-SE"/>
        </w:rPr>
        <w:t>[[@</w:t>
      </w:r>
      <w:r w:rsidR="0096445B" w:rsidRPr="000767E2">
        <w:rPr>
          <w:lang w:val="sv-SE"/>
        </w:rPr>
        <w:t>BibleBIBEL82</w:t>
      </w:r>
      <w:r w:rsidRPr="000767E2">
        <w:rPr>
          <w:lang w:val="sv-SE"/>
        </w:rPr>
        <w:t>:Phil 2:12]]</w:t>
      </w:r>
      <w:r w:rsidRPr="000767E2">
        <w:rPr>
          <w:vertAlign w:val="superscript"/>
          <w:lang w:val="sv-SE"/>
        </w:rPr>
        <w:t>12</w:t>
      </w:r>
      <w:r w:rsidRPr="000767E2">
        <w:rPr>
          <w:lang w:val="sv-SE"/>
        </w:rPr>
        <w:t xml:space="preserve"> {{field-on:bible}}Därför, mina älskade, så som ni alltid har hörsammat, inte bara som i min närvaro utan nu mycket mer i min frånvaro: med fruktan och darran ska ni frambringa er egen frälsning,{{field-off:bible}} [[@</w:t>
      </w:r>
      <w:r w:rsidR="0096445B" w:rsidRPr="000767E2">
        <w:rPr>
          <w:lang w:val="sv-SE"/>
        </w:rPr>
        <w:t>BibleBIBEL82</w:t>
      </w:r>
      <w:r w:rsidRPr="000767E2">
        <w:rPr>
          <w:lang w:val="sv-SE"/>
        </w:rPr>
        <w:t>:Phil 2:13]]</w:t>
      </w:r>
      <w:r w:rsidRPr="000767E2">
        <w:rPr>
          <w:vertAlign w:val="superscript"/>
          <w:lang w:val="sv-SE"/>
        </w:rPr>
        <w:t>13</w:t>
      </w:r>
      <w:r w:rsidRPr="000767E2">
        <w:rPr>
          <w:lang w:val="sv-SE"/>
        </w:rPr>
        <w:t xml:space="preserve"> {{field-on:bible}}för det är Gud som verkar i er, både att vilja och att verka för den goda viljan.{{field-off:bible}}</w:t>
      </w:r>
    </w:p>
    <w:p w14:paraId="08926492" w14:textId="50E8BF1D" w:rsidR="00BA33AB" w:rsidRPr="000767E2" w:rsidRDefault="00000000">
      <w:pPr>
        <w:rPr>
          <w:lang w:val="sv-SE"/>
        </w:rPr>
      </w:pPr>
      <w:r w:rsidRPr="000767E2">
        <w:rPr>
          <w:lang w:val="sv-SE"/>
        </w:rPr>
        <w:t>[[@</w:t>
      </w:r>
      <w:r w:rsidR="0096445B" w:rsidRPr="000767E2">
        <w:rPr>
          <w:lang w:val="sv-SE"/>
        </w:rPr>
        <w:t>BibleBIBEL82</w:t>
      </w:r>
      <w:r w:rsidRPr="000767E2">
        <w:rPr>
          <w:lang w:val="sv-SE"/>
        </w:rPr>
        <w:t>:Phil 2:14]]</w:t>
      </w:r>
      <w:r w:rsidRPr="000767E2">
        <w:rPr>
          <w:vertAlign w:val="superscript"/>
          <w:lang w:val="sv-SE"/>
        </w:rPr>
        <w:t>14</w:t>
      </w:r>
      <w:r w:rsidRPr="000767E2">
        <w:rPr>
          <w:lang w:val="sv-SE"/>
        </w:rPr>
        <w:t xml:space="preserve"> {{field-on:bible}}Gör allt utan muttrande och funderingar{{field-off:bible}} [[@</w:t>
      </w:r>
      <w:r w:rsidR="0096445B" w:rsidRPr="000767E2">
        <w:rPr>
          <w:lang w:val="sv-SE"/>
        </w:rPr>
        <w:t>BibleBIBEL82</w:t>
      </w:r>
      <w:r w:rsidRPr="000767E2">
        <w:rPr>
          <w:lang w:val="sv-SE"/>
        </w:rPr>
        <w:t>:Phil 2:15]]</w:t>
      </w:r>
      <w:r w:rsidRPr="000767E2">
        <w:rPr>
          <w:vertAlign w:val="superscript"/>
          <w:lang w:val="sv-SE"/>
        </w:rPr>
        <w:t>15</w:t>
      </w:r>
      <w:r w:rsidRPr="000767E2">
        <w:rPr>
          <w:lang w:val="sv-SE"/>
        </w:rPr>
        <w:t xml:space="preserve"> {{field-on:bible}}så att ni blir klanderfria och oförvanskade, felfria Guds barn mitt i ett krokigt och förvridet släkte, bland vilka ni lyser som ljusbringare i världen{{field-off:bible}} [[@</w:t>
      </w:r>
      <w:r w:rsidR="0096445B" w:rsidRPr="000767E2">
        <w:rPr>
          <w:lang w:val="sv-SE"/>
        </w:rPr>
        <w:t>BibleBIBEL82</w:t>
      </w:r>
      <w:r w:rsidRPr="000767E2">
        <w:rPr>
          <w:lang w:val="sv-SE"/>
        </w:rPr>
        <w:t>:Phil 2:16]]</w:t>
      </w:r>
      <w:r w:rsidRPr="000767E2">
        <w:rPr>
          <w:vertAlign w:val="superscript"/>
          <w:lang w:val="sv-SE"/>
        </w:rPr>
        <w:t>16</w:t>
      </w:r>
      <w:r w:rsidRPr="000767E2">
        <w:rPr>
          <w:lang w:val="sv-SE"/>
        </w:rPr>
        <w:t xml:space="preserve"> {{field-on:bible}}medan ni tar fasta på livets ord, till stolthet för mig till Kristi dag: att </w:t>
      </w:r>
      <w:r w:rsidRPr="000767E2">
        <w:rPr>
          <w:i/>
          <w:lang w:val="sv-SE"/>
        </w:rPr>
        <w:t>det</w:t>
      </w:r>
      <w:r w:rsidRPr="000767E2">
        <w:rPr>
          <w:lang w:val="sv-SE"/>
        </w:rPr>
        <w:t xml:space="preserve"> inte </w:t>
      </w:r>
      <w:r w:rsidRPr="000767E2">
        <w:rPr>
          <w:i/>
          <w:lang w:val="sv-SE"/>
        </w:rPr>
        <w:t>var</w:t>
      </w:r>
      <w:r w:rsidRPr="000767E2">
        <w:rPr>
          <w:lang w:val="sv-SE"/>
        </w:rPr>
        <w:t xml:space="preserve"> förgäves jag sprang eller förgäves jag slet.{{field-off:bible}} [[@</w:t>
      </w:r>
      <w:r w:rsidR="0096445B" w:rsidRPr="000767E2">
        <w:rPr>
          <w:lang w:val="sv-SE"/>
        </w:rPr>
        <w:t>BibleBIBEL82</w:t>
      </w:r>
      <w:r w:rsidRPr="000767E2">
        <w:rPr>
          <w:lang w:val="sv-SE"/>
        </w:rPr>
        <w:t>:Phil 2:17]]</w:t>
      </w:r>
      <w:r w:rsidRPr="000767E2">
        <w:rPr>
          <w:vertAlign w:val="superscript"/>
          <w:lang w:val="sv-SE"/>
        </w:rPr>
        <w:t>17</w:t>
      </w:r>
      <w:r w:rsidRPr="000767E2">
        <w:rPr>
          <w:lang w:val="sv-SE"/>
        </w:rPr>
        <w:t xml:space="preserve"> {{field-on:bible}}Nej, även om jag dryckesoffras över er tros offer och tjänstgöring är jag glad och gläds med er alla.{{field-off:bible}} [[@</w:t>
      </w:r>
      <w:r w:rsidR="0096445B" w:rsidRPr="000767E2">
        <w:rPr>
          <w:lang w:val="sv-SE"/>
        </w:rPr>
        <w:t>BibleBIBEL82</w:t>
      </w:r>
      <w:r w:rsidRPr="000767E2">
        <w:rPr>
          <w:lang w:val="sv-SE"/>
        </w:rPr>
        <w:t>:Phil 2:18]]</w:t>
      </w:r>
      <w:r w:rsidRPr="000767E2">
        <w:rPr>
          <w:vertAlign w:val="superscript"/>
          <w:lang w:val="sv-SE"/>
        </w:rPr>
        <w:t>18</w:t>
      </w:r>
      <w:r w:rsidRPr="000767E2">
        <w:rPr>
          <w:lang w:val="sv-SE"/>
        </w:rPr>
        <w:t xml:space="preserve"> {{field-on:bible}}Och </w:t>
      </w:r>
      <w:r w:rsidRPr="000767E2">
        <w:rPr>
          <w:i/>
          <w:lang w:val="sv-SE"/>
        </w:rPr>
        <w:t>på</w:t>
      </w:r>
      <w:r w:rsidRPr="000767E2">
        <w:rPr>
          <w:lang w:val="sv-SE"/>
        </w:rPr>
        <w:t xml:space="preserve"> samma </w:t>
      </w:r>
      <w:r w:rsidRPr="000767E2">
        <w:rPr>
          <w:i/>
          <w:lang w:val="sv-SE"/>
        </w:rPr>
        <w:t>sätt</w:t>
      </w:r>
      <w:r w:rsidRPr="000767E2">
        <w:rPr>
          <w:lang w:val="sv-SE"/>
        </w:rPr>
        <w:t xml:space="preserve"> ska även ni vara glada och glädjas med mig.{{field-off:bible}}</w:t>
      </w:r>
    </w:p>
    <w:p w14:paraId="7328EA13" w14:textId="77777777" w:rsidR="00BA33AB" w:rsidRPr="000767E2" w:rsidRDefault="00000000">
      <w:pPr>
        <w:pStyle w:val="Rubrik3"/>
        <w:rPr>
          <w:lang w:val="sv-SE"/>
        </w:rPr>
      </w:pPr>
      <w:r w:rsidRPr="000767E2">
        <w:rPr>
          <w:lang w:val="sv-SE"/>
        </w:rPr>
        <w:t>Timotheos och Epafroditos</w:t>
      </w:r>
    </w:p>
    <w:p w14:paraId="03A8E2EE" w14:textId="010178E5" w:rsidR="00BA33AB" w:rsidRPr="000767E2" w:rsidRDefault="00000000">
      <w:pPr>
        <w:rPr>
          <w:lang w:val="sv-SE"/>
        </w:rPr>
      </w:pPr>
      <w:r w:rsidRPr="000767E2">
        <w:rPr>
          <w:lang w:val="sv-SE"/>
        </w:rPr>
        <w:t>[[@</w:t>
      </w:r>
      <w:r w:rsidR="0096445B" w:rsidRPr="000767E2">
        <w:rPr>
          <w:lang w:val="sv-SE"/>
        </w:rPr>
        <w:t>BibleBIBEL82</w:t>
      </w:r>
      <w:r w:rsidRPr="000767E2">
        <w:rPr>
          <w:lang w:val="sv-SE"/>
        </w:rPr>
        <w:t>:Phil 2:19]]</w:t>
      </w:r>
      <w:r w:rsidRPr="000767E2">
        <w:rPr>
          <w:vertAlign w:val="superscript"/>
          <w:lang w:val="sv-SE"/>
        </w:rPr>
        <w:t>19</w:t>
      </w:r>
      <w:r w:rsidRPr="000767E2">
        <w:rPr>
          <w:lang w:val="sv-SE"/>
        </w:rPr>
        <w:t xml:space="preserve"> {{field-on:bible}}Men jag hoppas i Herren Jesus att fort skicka Timotheos till er, så att även jag blir väl till mods när jag får veta om ert.{{field-off:bible}} [[@</w:t>
      </w:r>
      <w:r w:rsidR="0096445B" w:rsidRPr="000767E2">
        <w:rPr>
          <w:lang w:val="sv-SE"/>
        </w:rPr>
        <w:t>BibleBIBEL82</w:t>
      </w:r>
      <w:r w:rsidRPr="000767E2">
        <w:rPr>
          <w:lang w:val="sv-SE"/>
        </w:rPr>
        <w:t>:Phil 2:20]]</w:t>
      </w:r>
      <w:r w:rsidRPr="000767E2">
        <w:rPr>
          <w:vertAlign w:val="superscript"/>
          <w:lang w:val="sv-SE"/>
        </w:rPr>
        <w:t>20</w:t>
      </w:r>
      <w:r w:rsidRPr="000767E2">
        <w:rPr>
          <w:lang w:val="sv-SE"/>
        </w:rPr>
        <w:t xml:space="preserve"> {{field-on:bible}}För jag har ingen likasinnad som </w:t>
      </w:r>
      <w:r w:rsidRPr="000767E2">
        <w:rPr>
          <w:i/>
          <w:lang w:val="sv-SE"/>
        </w:rPr>
        <w:t>så</w:t>
      </w:r>
      <w:r w:rsidRPr="000767E2">
        <w:rPr>
          <w:lang w:val="sv-SE"/>
        </w:rPr>
        <w:t xml:space="preserve"> äkta kommer att bekymra sig om ert.{{field-off:bible}} [[@</w:t>
      </w:r>
      <w:r w:rsidR="0096445B" w:rsidRPr="000767E2">
        <w:rPr>
          <w:lang w:val="sv-SE"/>
        </w:rPr>
        <w:t>BibleBIBEL82</w:t>
      </w:r>
      <w:r w:rsidRPr="000767E2">
        <w:rPr>
          <w:lang w:val="sv-SE"/>
        </w:rPr>
        <w:t>:Phil 2:21]]</w:t>
      </w:r>
      <w:r w:rsidRPr="000767E2">
        <w:rPr>
          <w:vertAlign w:val="superscript"/>
          <w:lang w:val="sv-SE"/>
        </w:rPr>
        <w:t>21</w:t>
      </w:r>
      <w:r w:rsidRPr="000767E2">
        <w:rPr>
          <w:lang w:val="sv-SE"/>
        </w:rPr>
        <w:t xml:space="preserve"> {{field-on:bible}}För alla söker de sitt eget, inte Jesu Kristi </w:t>
      </w:r>
      <w:r w:rsidRPr="000767E2">
        <w:rPr>
          <w:i/>
          <w:lang w:val="sv-SE"/>
        </w:rPr>
        <w:t>sak</w:t>
      </w:r>
      <w:r w:rsidRPr="000767E2">
        <w:rPr>
          <w:lang w:val="sv-SE"/>
        </w:rPr>
        <w:t>.{{field-off:bible}}</w:t>
      </w:r>
    </w:p>
    <w:p w14:paraId="011672FF" w14:textId="7A7EB07C" w:rsidR="00BA33AB" w:rsidRPr="000767E2" w:rsidRDefault="00000000">
      <w:pPr>
        <w:rPr>
          <w:lang w:val="sv-SE"/>
        </w:rPr>
      </w:pPr>
      <w:r w:rsidRPr="000767E2">
        <w:rPr>
          <w:lang w:val="sv-SE"/>
        </w:rPr>
        <w:t>[[@</w:t>
      </w:r>
      <w:r w:rsidR="0096445B" w:rsidRPr="000767E2">
        <w:rPr>
          <w:lang w:val="sv-SE"/>
        </w:rPr>
        <w:t>BibleBIBEL82</w:t>
      </w:r>
      <w:r w:rsidRPr="000767E2">
        <w:rPr>
          <w:lang w:val="sv-SE"/>
        </w:rPr>
        <w:t>:Phil 2:22]]</w:t>
      </w:r>
      <w:r w:rsidRPr="000767E2">
        <w:rPr>
          <w:vertAlign w:val="superscript"/>
          <w:lang w:val="sv-SE"/>
        </w:rPr>
        <w:t>22</w:t>
      </w:r>
      <w:r w:rsidRPr="000767E2">
        <w:rPr>
          <w:lang w:val="sv-SE"/>
        </w:rPr>
        <w:t xml:space="preserve"> {{field-on:bible}}Men hans beprövadhet känner ni, att han som ett barn för </w:t>
      </w:r>
      <w:r w:rsidRPr="000767E2">
        <w:rPr>
          <w:i/>
          <w:lang w:val="sv-SE"/>
        </w:rPr>
        <w:t>sin</w:t>
      </w:r>
      <w:r w:rsidRPr="000767E2">
        <w:rPr>
          <w:lang w:val="sv-SE"/>
        </w:rPr>
        <w:t xml:space="preserve"> far har fasttjänat med mig för evangeliet.{{field-off:bible}} [[@</w:t>
      </w:r>
      <w:r w:rsidR="0096445B" w:rsidRPr="000767E2">
        <w:rPr>
          <w:lang w:val="sv-SE"/>
        </w:rPr>
        <w:t>BibleBIBEL82</w:t>
      </w:r>
      <w:r w:rsidRPr="000767E2">
        <w:rPr>
          <w:lang w:val="sv-SE"/>
        </w:rPr>
        <w:t>:Phil 2:23]]</w:t>
      </w:r>
      <w:r w:rsidRPr="000767E2">
        <w:rPr>
          <w:vertAlign w:val="superscript"/>
          <w:lang w:val="sv-SE"/>
        </w:rPr>
        <w:t>23</w:t>
      </w:r>
      <w:r w:rsidRPr="000767E2">
        <w:rPr>
          <w:lang w:val="sv-SE"/>
        </w:rPr>
        <w:t xml:space="preserve"> {{field-on:bible}}Denne hoppas jag nu skicka när jag </w:t>
      </w:r>
      <w:r w:rsidRPr="000767E2">
        <w:rPr>
          <w:i/>
          <w:lang w:val="sv-SE"/>
        </w:rPr>
        <w:t>fått</w:t>
      </w:r>
      <w:r w:rsidRPr="000767E2">
        <w:rPr>
          <w:lang w:val="sv-SE"/>
        </w:rPr>
        <w:t xml:space="preserve"> överblicka det </w:t>
      </w:r>
      <w:r w:rsidRPr="000767E2">
        <w:rPr>
          <w:i/>
          <w:lang w:val="sv-SE"/>
        </w:rPr>
        <w:t>som</w:t>
      </w:r>
      <w:r w:rsidRPr="000767E2">
        <w:rPr>
          <w:lang w:val="sv-SE"/>
        </w:rPr>
        <w:t xml:space="preserve"> </w:t>
      </w:r>
      <w:r w:rsidRPr="000767E2">
        <w:rPr>
          <w:i/>
          <w:lang w:val="sv-SE"/>
        </w:rPr>
        <w:t>sker</w:t>
      </w:r>
      <w:r w:rsidRPr="000767E2">
        <w:rPr>
          <w:lang w:val="sv-SE"/>
        </w:rPr>
        <w:t xml:space="preserve"> omkring mig, med detsamma.{{field-off:bible}} [[@</w:t>
      </w:r>
      <w:r w:rsidR="0096445B" w:rsidRPr="000767E2">
        <w:rPr>
          <w:lang w:val="sv-SE"/>
        </w:rPr>
        <w:t>BibleBIBEL82</w:t>
      </w:r>
      <w:r w:rsidRPr="000767E2">
        <w:rPr>
          <w:lang w:val="sv-SE"/>
        </w:rPr>
        <w:t>:Phil 2:24]]</w:t>
      </w:r>
      <w:r w:rsidRPr="000767E2">
        <w:rPr>
          <w:vertAlign w:val="superscript"/>
          <w:lang w:val="sv-SE"/>
        </w:rPr>
        <w:t>24</w:t>
      </w:r>
      <w:r w:rsidRPr="000767E2">
        <w:rPr>
          <w:lang w:val="sv-SE"/>
        </w:rPr>
        <w:t xml:space="preserve"> {{field-on:bible}}Och jag är övertygad i Herren att jag också själv ska komma fort.{{field-off:bible}}</w:t>
      </w:r>
    </w:p>
    <w:p w14:paraId="55464C65" w14:textId="0A1B4899" w:rsidR="00BA33AB" w:rsidRPr="000767E2" w:rsidRDefault="00000000">
      <w:pPr>
        <w:rPr>
          <w:lang w:val="sv-SE"/>
        </w:rPr>
      </w:pPr>
      <w:r w:rsidRPr="000767E2">
        <w:rPr>
          <w:lang w:val="sv-SE"/>
        </w:rPr>
        <w:t>[[@</w:t>
      </w:r>
      <w:r w:rsidR="0096445B" w:rsidRPr="000767E2">
        <w:rPr>
          <w:lang w:val="sv-SE"/>
        </w:rPr>
        <w:t>BibleBIBEL82</w:t>
      </w:r>
      <w:r w:rsidRPr="000767E2">
        <w:rPr>
          <w:lang w:val="sv-SE"/>
        </w:rPr>
        <w:t>:Phil 2:25]]</w:t>
      </w:r>
      <w:r w:rsidRPr="000767E2">
        <w:rPr>
          <w:vertAlign w:val="superscript"/>
          <w:lang w:val="sv-SE"/>
        </w:rPr>
        <w:t>25</w:t>
      </w:r>
      <w:r w:rsidRPr="000767E2">
        <w:rPr>
          <w:lang w:val="sv-SE"/>
        </w:rPr>
        <w:t xml:space="preserve"> {{field-on:bible}}Men jag ansåg det nödvändigt att Epafroditos, min broder och medarbetare och medkämpe och er apostel och tjänstgörande för mitt behov, </w:t>
      </w:r>
      <w:r w:rsidRPr="000767E2">
        <w:rPr>
          <w:i/>
          <w:lang w:val="sv-SE"/>
        </w:rPr>
        <w:t>skulle</w:t>
      </w:r>
      <w:r w:rsidRPr="000767E2">
        <w:rPr>
          <w:lang w:val="sv-SE"/>
        </w:rPr>
        <w:t xml:space="preserve"> jag skicka till er,{{field-off:bible}} [[@</w:t>
      </w:r>
      <w:r w:rsidR="0096445B" w:rsidRPr="000767E2">
        <w:rPr>
          <w:lang w:val="sv-SE"/>
        </w:rPr>
        <w:t>BibleBIBEL82</w:t>
      </w:r>
      <w:r w:rsidRPr="000767E2">
        <w:rPr>
          <w:lang w:val="sv-SE"/>
        </w:rPr>
        <w:t>:Phil 2:26]]</w:t>
      </w:r>
      <w:r w:rsidRPr="000767E2">
        <w:rPr>
          <w:vertAlign w:val="superscript"/>
          <w:lang w:val="sv-SE"/>
        </w:rPr>
        <w:t>26</w:t>
      </w:r>
      <w:r w:rsidRPr="000767E2">
        <w:rPr>
          <w:lang w:val="sv-SE"/>
        </w:rPr>
        <w:t xml:space="preserve"> {{field-on:bible}}då han nu var längtande efter er alla och ängslades, eftersom ni hade hört att han var sjuk.{{field-off:bible}} [[@</w:t>
      </w:r>
      <w:r w:rsidR="0096445B" w:rsidRPr="000767E2">
        <w:rPr>
          <w:lang w:val="sv-SE"/>
        </w:rPr>
        <w:t>BibleBIBEL82</w:t>
      </w:r>
      <w:r w:rsidRPr="000767E2">
        <w:rPr>
          <w:lang w:val="sv-SE"/>
        </w:rPr>
        <w:t>:Phil 2:27]]</w:t>
      </w:r>
      <w:r w:rsidRPr="000767E2">
        <w:rPr>
          <w:vertAlign w:val="superscript"/>
          <w:lang w:val="sv-SE"/>
        </w:rPr>
        <w:t>27</w:t>
      </w:r>
      <w:r w:rsidRPr="000767E2">
        <w:rPr>
          <w:lang w:val="sv-SE"/>
        </w:rPr>
        <w:t xml:space="preserve"> {{field-on:bible}}För han var också sjuk, nära intill döden. Men Gud förbarmade sig över honom, och inte bara över honom utan även över mig, så att jag inte skulle ha bedrövelse på bedrövelse.{{field-off:bible}}</w:t>
      </w:r>
    </w:p>
    <w:p w14:paraId="04ED9B88" w14:textId="08AE1566" w:rsidR="00BA33AB" w:rsidRPr="000767E2" w:rsidRDefault="00000000">
      <w:pPr>
        <w:rPr>
          <w:lang w:val="sv-SE"/>
        </w:rPr>
      </w:pPr>
      <w:r w:rsidRPr="000767E2">
        <w:rPr>
          <w:lang w:val="sv-SE"/>
        </w:rPr>
        <w:t>[[@</w:t>
      </w:r>
      <w:r w:rsidR="0096445B" w:rsidRPr="000767E2">
        <w:rPr>
          <w:lang w:val="sv-SE"/>
        </w:rPr>
        <w:t>BibleBIBEL82</w:t>
      </w:r>
      <w:r w:rsidRPr="000767E2">
        <w:rPr>
          <w:lang w:val="sv-SE"/>
        </w:rPr>
        <w:t>:Phil 2:28]]</w:t>
      </w:r>
      <w:r w:rsidRPr="000767E2">
        <w:rPr>
          <w:vertAlign w:val="superscript"/>
          <w:lang w:val="sv-SE"/>
        </w:rPr>
        <w:t>28</w:t>
      </w:r>
      <w:r w:rsidRPr="000767E2">
        <w:rPr>
          <w:lang w:val="sv-SE"/>
        </w:rPr>
        <w:t xml:space="preserve"> {{field-on:bible}}</w:t>
      </w:r>
      <w:r w:rsidRPr="000767E2">
        <w:rPr>
          <w:i/>
          <w:lang w:val="sv-SE"/>
        </w:rPr>
        <w:t>Desto</w:t>
      </w:r>
      <w:r w:rsidRPr="000767E2">
        <w:rPr>
          <w:lang w:val="sv-SE"/>
        </w:rPr>
        <w:t xml:space="preserve"> ivrigare har jag nu skickat honom, så att ni </w:t>
      </w:r>
      <w:r w:rsidRPr="000767E2">
        <w:rPr>
          <w:i/>
          <w:lang w:val="sv-SE"/>
        </w:rPr>
        <w:t>får</w:t>
      </w:r>
      <w:r w:rsidRPr="000767E2">
        <w:rPr>
          <w:lang w:val="sv-SE"/>
        </w:rPr>
        <w:t xml:space="preserve"> se honom och åter glädjas och jag </w:t>
      </w:r>
      <w:r w:rsidRPr="000767E2">
        <w:rPr>
          <w:i/>
          <w:lang w:val="sv-SE"/>
        </w:rPr>
        <w:t>får</w:t>
      </w:r>
      <w:r w:rsidRPr="000767E2">
        <w:rPr>
          <w:lang w:val="sv-SE"/>
        </w:rPr>
        <w:t xml:space="preserve"> vara </w:t>
      </w:r>
      <w:r w:rsidRPr="000767E2">
        <w:rPr>
          <w:i/>
          <w:lang w:val="sv-SE"/>
        </w:rPr>
        <w:t>desto</w:t>
      </w:r>
      <w:r w:rsidRPr="000767E2">
        <w:rPr>
          <w:lang w:val="sv-SE"/>
        </w:rPr>
        <w:t xml:space="preserve"> mer obedrövad.{{field-off:bible}} [[@</w:t>
      </w:r>
      <w:r w:rsidR="0096445B" w:rsidRPr="000767E2">
        <w:rPr>
          <w:lang w:val="sv-SE"/>
        </w:rPr>
        <w:t>BibleBIBEL82</w:t>
      </w:r>
      <w:r w:rsidRPr="000767E2">
        <w:rPr>
          <w:lang w:val="sv-SE"/>
        </w:rPr>
        <w:t>:Phil 2:29]]</w:t>
      </w:r>
      <w:r w:rsidRPr="000767E2">
        <w:rPr>
          <w:vertAlign w:val="superscript"/>
          <w:lang w:val="sv-SE"/>
        </w:rPr>
        <w:t>29</w:t>
      </w:r>
      <w:r w:rsidRPr="000767E2">
        <w:rPr>
          <w:lang w:val="sv-SE"/>
        </w:rPr>
        <w:t xml:space="preserve"> {{field-on:bible}}Välkomna honom nu i Herren med all glädje. Och sådana ska ni hålla hedrade,{{field-off:bible}} [[@</w:t>
      </w:r>
      <w:r w:rsidR="0096445B" w:rsidRPr="000767E2">
        <w:rPr>
          <w:lang w:val="sv-SE"/>
        </w:rPr>
        <w:t>BibleBIBEL82</w:t>
      </w:r>
      <w:r w:rsidRPr="000767E2">
        <w:rPr>
          <w:lang w:val="sv-SE"/>
        </w:rPr>
        <w:t>:Phil 2:30]]</w:t>
      </w:r>
      <w:r w:rsidRPr="000767E2">
        <w:rPr>
          <w:vertAlign w:val="superscript"/>
          <w:lang w:val="sv-SE"/>
        </w:rPr>
        <w:t>30</w:t>
      </w:r>
      <w:r w:rsidRPr="000767E2">
        <w:rPr>
          <w:lang w:val="sv-SE"/>
        </w:rPr>
        <w:t xml:space="preserve"> {{field-on:bible}}eftersom han för Kristi verk närmade sig ända till döden och riskerade själen, för att uppfylla avsaknaden av er i tjänstgöringen för mig.{{field-off:bible}}</w:t>
      </w:r>
    </w:p>
    <w:p w14:paraId="2A74715F" w14:textId="1DF16FED"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:Phil 3]]Kapitel 3</w:t>
      </w:r>
    </w:p>
    <w:p w14:paraId="502E0F7E" w14:textId="77777777" w:rsidR="00BA33AB" w:rsidRPr="000767E2" w:rsidRDefault="00000000">
      <w:pPr>
        <w:pStyle w:val="Rubrik3"/>
        <w:rPr>
          <w:lang w:val="sv-SE"/>
        </w:rPr>
      </w:pPr>
      <w:r w:rsidRPr="000767E2">
        <w:rPr>
          <w:lang w:val="sv-SE"/>
        </w:rPr>
        <w:t>Rättfärdighet genom tro</w:t>
      </w:r>
    </w:p>
    <w:p w14:paraId="121547A4" w14:textId="35B30251" w:rsidR="00BA33AB" w:rsidRPr="000767E2" w:rsidRDefault="00000000">
      <w:pPr>
        <w:rPr>
          <w:lang w:val="sv-SE"/>
        </w:rPr>
      </w:pPr>
      <w:r w:rsidRPr="000767E2">
        <w:rPr>
          <w:lang w:val="sv-SE"/>
        </w:rPr>
        <w:t>[[@</w:t>
      </w:r>
      <w:r w:rsidR="0096445B" w:rsidRPr="000767E2">
        <w:rPr>
          <w:lang w:val="sv-SE"/>
        </w:rPr>
        <w:t>BibleBIBEL82</w:t>
      </w:r>
      <w:r w:rsidRPr="000767E2">
        <w:rPr>
          <w:lang w:val="sv-SE"/>
        </w:rPr>
        <w:t>:Phil 3:1]]</w:t>
      </w:r>
      <w:r w:rsidRPr="000767E2">
        <w:rPr>
          <w:vertAlign w:val="superscript"/>
          <w:lang w:val="sv-SE"/>
        </w:rPr>
        <w:t>1</w:t>
      </w:r>
      <w:r w:rsidRPr="000767E2">
        <w:rPr>
          <w:lang w:val="sv-SE"/>
        </w:rPr>
        <w:t xml:space="preserve"> {{field-on:bible}}För övrigt, mina syskon, gläd er i Herren! Att skriva samma till er </w:t>
      </w:r>
      <w:r w:rsidRPr="000767E2">
        <w:rPr>
          <w:i/>
          <w:lang w:val="sv-SE"/>
        </w:rPr>
        <w:t>är</w:t>
      </w:r>
      <w:r w:rsidRPr="000767E2">
        <w:rPr>
          <w:lang w:val="sv-SE"/>
        </w:rPr>
        <w:t xml:space="preserve"> för mig inte motigt, och för er </w:t>
      </w:r>
      <w:r w:rsidRPr="000767E2">
        <w:rPr>
          <w:i/>
          <w:lang w:val="sv-SE"/>
        </w:rPr>
        <w:t>är det</w:t>
      </w:r>
      <w:r w:rsidRPr="000767E2">
        <w:rPr>
          <w:lang w:val="sv-SE"/>
        </w:rPr>
        <w:t xml:space="preserve"> säkert.{{field-off:bible}}</w:t>
      </w:r>
    </w:p>
    <w:p w14:paraId="556A2383" w14:textId="068B2383" w:rsidR="00BA33AB" w:rsidRPr="000767E2" w:rsidRDefault="00000000">
      <w:pPr>
        <w:rPr>
          <w:lang w:val="sv-SE"/>
        </w:rPr>
      </w:pPr>
      <w:r w:rsidRPr="000767E2">
        <w:rPr>
          <w:lang w:val="sv-SE"/>
        </w:rPr>
        <w:t>[[@</w:t>
      </w:r>
      <w:r w:rsidR="0096445B" w:rsidRPr="000767E2">
        <w:rPr>
          <w:lang w:val="sv-SE"/>
        </w:rPr>
        <w:t>BibleBIBEL82</w:t>
      </w:r>
      <w:r w:rsidRPr="000767E2">
        <w:rPr>
          <w:lang w:val="sv-SE"/>
        </w:rPr>
        <w:t>:Phil 3:2]]</w:t>
      </w:r>
      <w:r w:rsidRPr="000767E2">
        <w:rPr>
          <w:vertAlign w:val="superscript"/>
          <w:lang w:val="sv-SE"/>
        </w:rPr>
        <w:t>2</w:t>
      </w:r>
      <w:r w:rsidRPr="000767E2">
        <w:rPr>
          <w:lang w:val="sv-SE"/>
        </w:rPr>
        <w:t xml:space="preserve"> {{field-on:bible}}Se upp för hundarna. Se upp för de onda arbetarna. Se upp för sönderskärelsen.{{field-off:bible}} [[@</w:t>
      </w:r>
      <w:r w:rsidR="0096445B" w:rsidRPr="000767E2">
        <w:rPr>
          <w:lang w:val="sv-SE"/>
        </w:rPr>
        <w:t>BibleBIBEL82</w:t>
      </w:r>
      <w:r w:rsidRPr="000767E2">
        <w:rPr>
          <w:lang w:val="sv-SE"/>
        </w:rPr>
        <w:t>:Phil 3:3]]</w:t>
      </w:r>
      <w:r w:rsidRPr="000767E2">
        <w:rPr>
          <w:vertAlign w:val="superscript"/>
          <w:lang w:val="sv-SE"/>
        </w:rPr>
        <w:t>3</w:t>
      </w:r>
      <w:r w:rsidRPr="000767E2">
        <w:rPr>
          <w:lang w:val="sv-SE"/>
        </w:rPr>
        <w:t xml:space="preserve"> {{field-on:bible}}För vi är omskärelsen, </w:t>
      </w:r>
      <w:r w:rsidRPr="000767E2">
        <w:rPr>
          <w:i/>
          <w:lang w:val="sv-SE"/>
        </w:rPr>
        <w:t>vi</w:t>
      </w:r>
      <w:r w:rsidRPr="000767E2">
        <w:rPr>
          <w:lang w:val="sv-SE"/>
        </w:rPr>
        <w:t xml:space="preserve"> som genom Guds Ande dyrkar och är stolta i Kristus Jesus och inte förtröstar genom köttet –{{field-off:bible}} [[@</w:t>
      </w:r>
      <w:r w:rsidR="0096445B" w:rsidRPr="000767E2">
        <w:rPr>
          <w:lang w:val="sv-SE"/>
        </w:rPr>
        <w:t>BibleBIBEL82</w:t>
      </w:r>
      <w:r w:rsidRPr="000767E2">
        <w:rPr>
          <w:lang w:val="sv-SE"/>
        </w:rPr>
        <w:t>:Phil 3:4]]</w:t>
      </w:r>
      <w:r w:rsidRPr="000767E2">
        <w:rPr>
          <w:vertAlign w:val="superscript"/>
          <w:lang w:val="sv-SE"/>
        </w:rPr>
        <w:t>4</w:t>
      </w:r>
      <w:r w:rsidRPr="000767E2">
        <w:rPr>
          <w:lang w:val="sv-SE"/>
        </w:rPr>
        <w:t xml:space="preserve"> {{field-on:bible}}även om jag har en förtröstan också genom köttet. Om någon annan tycker sig </w:t>
      </w:r>
      <w:r w:rsidRPr="000767E2">
        <w:rPr>
          <w:i/>
          <w:lang w:val="sv-SE"/>
        </w:rPr>
        <w:t>kunna</w:t>
      </w:r>
      <w:r w:rsidRPr="000767E2">
        <w:rPr>
          <w:lang w:val="sv-SE"/>
        </w:rPr>
        <w:t xml:space="preserve"> förtrösta genom köttet, </w:t>
      </w:r>
      <w:r w:rsidRPr="000767E2">
        <w:rPr>
          <w:i/>
          <w:lang w:val="sv-SE"/>
        </w:rPr>
        <w:t>kan</w:t>
      </w:r>
      <w:r w:rsidRPr="000767E2">
        <w:rPr>
          <w:lang w:val="sv-SE"/>
        </w:rPr>
        <w:t xml:space="preserve"> jag </w:t>
      </w:r>
      <w:r w:rsidRPr="000767E2">
        <w:rPr>
          <w:i/>
          <w:lang w:val="sv-SE"/>
        </w:rPr>
        <w:t>det</w:t>
      </w:r>
      <w:r w:rsidRPr="000767E2">
        <w:rPr>
          <w:lang w:val="sv-SE"/>
        </w:rPr>
        <w:t xml:space="preserve"> mer:{{field-off:bible}} [[@</w:t>
      </w:r>
      <w:r w:rsidR="0096445B" w:rsidRPr="000767E2">
        <w:rPr>
          <w:lang w:val="sv-SE"/>
        </w:rPr>
        <w:t>BibleBIBEL82</w:t>
      </w:r>
      <w:r w:rsidRPr="000767E2">
        <w:rPr>
          <w:lang w:val="sv-SE"/>
        </w:rPr>
        <w:t>:Phil 3:5]]</w:t>
      </w:r>
      <w:r w:rsidRPr="000767E2">
        <w:rPr>
          <w:vertAlign w:val="superscript"/>
          <w:lang w:val="sv-SE"/>
        </w:rPr>
        <w:t>5</w:t>
      </w:r>
      <w:r w:rsidRPr="000767E2">
        <w:rPr>
          <w:lang w:val="sv-SE"/>
        </w:rPr>
        <w:t xml:space="preserve"> {{field-on:bible}}med åttadagars omskärelse, av Israels släkte, Benjamins stam, hebré av hebreer, efter lag farisé,{{field-off:bible}} [[@</w:t>
      </w:r>
      <w:r w:rsidR="0096445B" w:rsidRPr="000767E2">
        <w:rPr>
          <w:lang w:val="sv-SE"/>
        </w:rPr>
        <w:t>BibleBIBEL82</w:t>
      </w:r>
      <w:r w:rsidRPr="000767E2">
        <w:rPr>
          <w:lang w:val="sv-SE"/>
        </w:rPr>
        <w:t>:Phil 3:6]]</w:t>
      </w:r>
      <w:r w:rsidRPr="000767E2">
        <w:rPr>
          <w:vertAlign w:val="superscript"/>
          <w:lang w:val="sv-SE"/>
        </w:rPr>
        <w:t>6</w:t>
      </w:r>
      <w:r w:rsidRPr="000767E2">
        <w:rPr>
          <w:lang w:val="sv-SE"/>
        </w:rPr>
        <w:t xml:space="preserve"> {{field-on:bible}}efter nit en som förföljer församlingen, efter rättfärdighet genom lag bliven klanderfri.{{field-off:bible}}</w:t>
      </w:r>
    </w:p>
    <w:p w14:paraId="63E1369F" w14:textId="4E81EF35" w:rsidR="00BA33AB" w:rsidRPr="000767E2" w:rsidRDefault="00000000">
      <w:pPr>
        <w:rPr>
          <w:lang w:val="sv-SE"/>
        </w:rPr>
      </w:pPr>
      <w:r w:rsidRPr="000767E2">
        <w:rPr>
          <w:lang w:val="sv-SE"/>
        </w:rPr>
        <w:t>[[@</w:t>
      </w:r>
      <w:r w:rsidR="0096445B" w:rsidRPr="000767E2">
        <w:rPr>
          <w:lang w:val="sv-SE"/>
        </w:rPr>
        <w:t>BibleBIBEL82</w:t>
      </w:r>
      <w:r w:rsidRPr="000767E2">
        <w:rPr>
          <w:lang w:val="sv-SE"/>
        </w:rPr>
        <w:t>:Phil 3:7]]</w:t>
      </w:r>
      <w:r w:rsidRPr="000767E2">
        <w:rPr>
          <w:vertAlign w:val="superscript"/>
          <w:lang w:val="sv-SE"/>
        </w:rPr>
        <w:t>7</w:t>
      </w:r>
      <w:r w:rsidRPr="000767E2">
        <w:rPr>
          <w:lang w:val="sv-SE"/>
        </w:rPr>
        <w:t xml:space="preserve"> {{field-on:bible}}[Men] det som var för mig en vinning, detta har jag för Kristi skull ansett </w:t>
      </w:r>
      <w:r w:rsidRPr="000767E2">
        <w:rPr>
          <w:i/>
          <w:lang w:val="sv-SE"/>
        </w:rPr>
        <w:t>som</w:t>
      </w:r>
      <w:r w:rsidRPr="000767E2">
        <w:rPr>
          <w:lang w:val="sv-SE"/>
        </w:rPr>
        <w:t xml:space="preserve"> förlust.{{field-off:bible}} [[@</w:t>
      </w:r>
      <w:r w:rsidR="0096445B" w:rsidRPr="000767E2">
        <w:rPr>
          <w:lang w:val="sv-SE"/>
        </w:rPr>
        <w:t>BibleBIBEL82</w:t>
      </w:r>
      <w:r w:rsidRPr="000767E2">
        <w:rPr>
          <w:lang w:val="sv-SE"/>
        </w:rPr>
        <w:t>:Phil 3:8]]</w:t>
      </w:r>
      <w:r w:rsidRPr="000767E2">
        <w:rPr>
          <w:vertAlign w:val="superscript"/>
          <w:lang w:val="sv-SE"/>
        </w:rPr>
        <w:t>8</w:t>
      </w:r>
      <w:r w:rsidRPr="000767E2">
        <w:rPr>
          <w:lang w:val="sv-SE"/>
        </w:rPr>
        <w:t xml:space="preserve"> {{field-on:bible}}Nej, snarare anser jag också allt vara förlust på grund av den högre stående kunskapen om Kristus Jesus min Herre. För honom har jag mist allt och anser </w:t>
      </w:r>
      <w:r w:rsidRPr="000767E2">
        <w:rPr>
          <w:i/>
          <w:lang w:val="sv-SE"/>
        </w:rPr>
        <w:t>det</w:t>
      </w:r>
      <w:r w:rsidRPr="000767E2">
        <w:rPr>
          <w:lang w:val="sv-SE"/>
        </w:rPr>
        <w:t xml:space="preserve"> </w:t>
      </w:r>
      <w:r w:rsidRPr="000767E2">
        <w:rPr>
          <w:i/>
          <w:lang w:val="sv-SE"/>
        </w:rPr>
        <w:t>som</w:t>
      </w:r>
      <w:r w:rsidRPr="000767E2">
        <w:rPr>
          <w:lang w:val="sv-SE"/>
        </w:rPr>
        <w:t xml:space="preserve"> sopor, för att vinna Kristus{{field-off:bible}} [[@</w:t>
      </w:r>
      <w:r w:rsidR="0096445B" w:rsidRPr="000767E2">
        <w:rPr>
          <w:lang w:val="sv-SE"/>
        </w:rPr>
        <w:t>BibleBIBEL82</w:t>
      </w:r>
      <w:r w:rsidRPr="000767E2">
        <w:rPr>
          <w:lang w:val="sv-SE"/>
        </w:rPr>
        <w:t>:Phil 3:9]]</w:t>
      </w:r>
      <w:r w:rsidRPr="000767E2">
        <w:rPr>
          <w:vertAlign w:val="superscript"/>
          <w:lang w:val="sv-SE"/>
        </w:rPr>
        <w:t>9</w:t>
      </w:r>
      <w:r w:rsidRPr="000767E2">
        <w:rPr>
          <w:lang w:val="sv-SE"/>
        </w:rPr>
        <w:t xml:space="preserve"> {{field-on:bible}}och bli funnen i honom, och inte ha min </w:t>
      </w:r>
      <w:r w:rsidRPr="000767E2">
        <w:rPr>
          <w:i/>
          <w:lang w:val="sv-SE"/>
        </w:rPr>
        <w:t>egen</w:t>
      </w:r>
      <w:r w:rsidRPr="000767E2">
        <w:rPr>
          <w:lang w:val="sv-SE"/>
        </w:rPr>
        <w:t xml:space="preserve"> rättfärdighet utifrån lag utan den genom tro på Kristus, rättfärdigheten från Gud på grund av tron,{{field-off:bible}} [[@</w:t>
      </w:r>
      <w:r w:rsidR="0096445B" w:rsidRPr="000767E2">
        <w:rPr>
          <w:lang w:val="sv-SE"/>
        </w:rPr>
        <w:t>BibleBIBEL82</w:t>
      </w:r>
      <w:r w:rsidRPr="000767E2">
        <w:rPr>
          <w:lang w:val="sv-SE"/>
        </w:rPr>
        <w:t>:Phil 3:10]]</w:t>
      </w:r>
      <w:r w:rsidRPr="000767E2">
        <w:rPr>
          <w:vertAlign w:val="superscript"/>
          <w:lang w:val="sv-SE"/>
        </w:rPr>
        <w:t>10</w:t>
      </w:r>
      <w:r w:rsidRPr="000767E2">
        <w:rPr>
          <w:lang w:val="sv-SE"/>
        </w:rPr>
        <w:t xml:space="preserve"> {{field-on:bible}}för att känna honom och kraften i hans uppståndelse och delaktigheten i hans lidanden, samgestaltad med hans död,{{field-off:bible}} [[@</w:t>
      </w:r>
      <w:r w:rsidR="0096445B" w:rsidRPr="000767E2">
        <w:rPr>
          <w:lang w:val="sv-SE"/>
        </w:rPr>
        <w:t>BibleBIBEL82</w:t>
      </w:r>
      <w:r w:rsidRPr="000767E2">
        <w:rPr>
          <w:lang w:val="sv-SE"/>
        </w:rPr>
        <w:t>:Phil 3:11]]</w:t>
      </w:r>
      <w:r w:rsidRPr="000767E2">
        <w:rPr>
          <w:vertAlign w:val="superscript"/>
          <w:lang w:val="sv-SE"/>
        </w:rPr>
        <w:t>11</w:t>
      </w:r>
      <w:r w:rsidRPr="000767E2">
        <w:rPr>
          <w:lang w:val="sv-SE"/>
        </w:rPr>
        <w:t xml:space="preserve"> {{field-on:bible}}om jag möjligen ska nå fram till återuppståndelsen från de döda.{{field-off:bible}}</w:t>
      </w:r>
    </w:p>
    <w:p w14:paraId="51F97064" w14:textId="77777777" w:rsidR="00BA33AB" w:rsidRPr="000767E2" w:rsidRDefault="00000000">
      <w:pPr>
        <w:pStyle w:val="Rubrik3"/>
        <w:rPr>
          <w:lang w:val="sv-SE"/>
        </w:rPr>
      </w:pPr>
      <w:r w:rsidRPr="000767E2">
        <w:rPr>
          <w:lang w:val="sv-SE"/>
        </w:rPr>
        <w:t>Mot målet</w:t>
      </w:r>
    </w:p>
    <w:p w14:paraId="6959851E" w14:textId="37D1E023" w:rsidR="00BA33AB" w:rsidRPr="000767E2" w:rsidRDefault="00000000">
      <w:pPr>
        <w:rPr>
          <w:lang w:val="sv-SE"/>
        </w:rPr>
      </w:pPr>
      <w:r w:rsidRPr="000767E2">
        <w:rPr>
          <w:lang w:val="sv-SE"/>
        </w:rPr>
        <w:t>[[@</w:t>
      </w:r>
      <w:r w:rsidR="0096445B" w:rsidRPr="000767E2">
        <w:rPr>
          <w:lang w:val="sv-SE"/>
        </w:rPr>
        <w:t>BibleBIBEL82</w:t>
      </w:r>
      <w:r w:rsidRPr="000767E2">
        <w:rPr>
          <w:lang w:val="sv-SE"/>
        </w:rPr>
        <w:t>:Phil 3:12]]</w:t>
      </w:r>
      <w:r w:rsidRPr="000767E2">
        <w:rPr>
          <w:vertAlign w:val="superscript"/>
          <w:lang w:val="sv-SE"/>
        </w:rPr>
        <w:t>12</w:t>
      </w:r>
      <w:r w:rsidRPr="000767E2">
        <w:rPr>
          <w:lang w:val="sv-SE"/>
        </w:rPr>
        <w:t xml:space="preserve"> {{field-on:bible}}Inte att jag redan har fått </w:t>
      </w:r>
      <w:r w:rsidRPr="000767E2">
        <w:rPr>
          <w:i/>
          <w:lang w:val="sv-SE"/>
        </w:rPr>
        <w:t>det</w:t>
      </w:r>
      <w:r w:rsidRPr="000767E2">
        <w:rPr>
          <w:lang w:val="sv-SE"/>
        </w:rPr>
        <w:t xml:space="preserve"> eller redan blivit fullkomnad. Men jag jagar, om jag då kan gripa </w:t>
      </w:r>
      <w:r w:rsidRPr="000767E2">
        <w:rPr>
          <w:i/>
          <w:lang w:val="sv-SE"/>
        </w:rPr>
        <w:t>det</w:t>
      </w:r>
      <w:r w:rsidRPr="000767E2">
        <w:rPr>
          <w:lang w:val="sv-SE"/>
        </w:rPr>
        <w:t xml:space="preserve"> för vilket jag också blivit gripen av Kristus Jesus.{{field-off:bible}} [[@</w:t>
      </w:r>
      <w:r w:rsidR="0096445B" w:rsidRPr="000767E2">
        <w:rPr>
          <w:lang w:val="sv-SE"/>
        </w:rPr>
        <w:t>BibleBIBEL82</w:t>
      </w:r>
      <w:r w:rsidRPr="000767E2">
        <w:rPr>
          <w:lang w:val="sv-SE"/>
        </w:rPr>
        <w:t>:Phil 3:13]]</w:t>
      </w:r>
      <w:r w:rsidRPr="000767E2">
        <w:rPr>
          <w:vertAlign w:val="superscript"/>
          <w:lang w:val="sv-SE"/>
        </w:rPr>
        <w:t>13</w:t>
      </w:r>
      <w:r w:rsidRPr="000767E2">
        <w:rPr>
          <w:lang w:val="sv-SE"/>
        </w:rPr>
        <w:t xml:space="preserve"> {{field-on:bible}}Syskon, jag tänker mig inte ha gripit </w:t>
      </w:r>
      <w:r w:rsidRPr="000767E2">
        <w:rPr>
          <w:i/>
          <w:lang w:val="sv-SE"/>
        </w:rPr>
        <w:t>det</w:t>
      </w:r>
      <w:r w:rsidRPr="000767E2">
        <w:rPr>
          <w:lang w:val="sv-SE"/>
        </w:rPr>
        <w:t xml:space="preserve">. Men ett: det </w:t>
      </w:r>
      <w:r w:rsidRPr="000767E2">
        <w:rPr>
          <w:i/>
          <w:lang w:val="sv-SE"/>
        </w:rPr>
        <w:t>som</w:t>
      </w:r>
      <w:r w:rsidRPr="000767E2">
        <w:rPr>
          <w:lang w:val="sv-SE"/>
        </w:rPr>
        <w:t xml:space="preserve"> </w:t>
      </w:r>
      <w:r w:rsidRPr="000767E2">
        <w:rPr>
          <w:i/>
          <w:lang w:val="sv-SE"/>
        </w:rPr>
        <w:t>är</w:t>
      </w:r>
      <w:r w:rsidRPr="000767E2">
        <w:rPr>
          <w:lang w:val="sv-SE"/>
        </w:rPr>
        <w:t xml:space="preserve"> bakom glömmer jag, och det </w:t>
      </w:r>
      <w:r w:rsidRPr="000767E2">
        <w:rPr>
          <w:i/>
          <w:lang w:val="sv-SE"/>
        </w:rPr>
        <w:t>som</w:t>
      </w:r>
      <w:r w:rsidRPr="000767E2">
        <w:rPr>
          <w:lang w:val="sv-SE"/>
        </w:rPr>
        <w:t xml:space="preserve"> </w:t>
      </w:r>
      <w:r w:rsidRPr="000767E2">
        <w:rPr>
          <w:i/>
          <w:lang w:val="sv-SE"/>
        </w:rPr>
        <w:t>är</w:t>
      </w:r>
      <w:r w:rsidRPr="000767E2">
        <w:rPr>
          <w:lang w:val="sv-SE"/>
        </w:rPr>
        <w:t xml:space="preserve"> framför sträcker jag mig mot{{field-off:bible}} [[@</w:t>
      </w:r>
      <w:r w:rsidR="0096445B" w:rsidRPr="000767E2">
        <w:rPr>
          <w:lang w:val="sv-SE"/>
        </w:rPr>
        <w:t>BibleBIBEL82</w:t>
      </w:r>
      <w:r w:rsidRPr="000767E2">
        <w:rPr>
          <w:lang w:val="sv-SE"/>
        </w:rPr>
        <w:t>:Phil 3:14]]</w:t>
      </w:r>
      <w:r w:rsidRPr="000767E2">
        <w:rPr>
          <w:vertAlign w:val="superscript"/>
          <w:lang w:val="sv-SE"/>
        </w:rPr>
        <w:t>14</w:t>
      </w:r>
      <w:r w:rsidRPr="000767E2">
        <w:rPr>
          <w:lang w:val="sv-SE"/>
        </w:rPr>
        <w:t xml:space="preserve"> {{field-on:bible}}och jagar mot målet, till segerpriset i kallelsen </w:t>
      </w:r>
      <w:r w:rsidRPr="000767E2">
        <w:rPr>
          <w:i/>
          <w:lang w:val="sv-SE"/>
        </w:rPr>
        <w:t>där</w:t>
      </w:r>
      <w:r w:rsidRPr="000767E2">
        <w:rPr>
          <w:lang w:val="sv-SE"/>
        </w:rPr>
        <w:t xml:space="preserve"> ovan från Gud i Kristus Jesus.{{field-off:bible}}</w:t>
      </w:r>
    </w:p>
    <w:p w14:paraId="2A54B31B" w14:textId="408F8CCA" w:rsidR="00BA33AB" w:rsidRPr="000767E2" w:rsidRDefault="00000000">
      <w:pPr>
        <w:rPr>
          <w:lang w:val="sv-SE"/>
        </w:rPr>
      </w:pPr>
      <w:r w:rsidRPr="000767E2">
        <w:rPr>
          <w:lang w:val="sv-SE"/>
        </w:rPr>
        <w:t>[[@</w:t>
      </w:r>
      <w:r w:rsidR="0096445B" w:rsidRPr="000767E2">
        <w:rPr>
          <w:lang w:val="sv-SE"/>
        </w:rPr>
        <w:t>BibleBIBEL82</w:t>
      </w:r>
      <w:r w:rsidRPr="000767E2">
        <w:rPr>
          <w:lang w:val="sv-SE"/>
        </w:rPr>
        <w:t>:Phil 3:15]]</w:t>
      </w:r>
      <w:r w:rsidRPr="000767E2">
        <w:rPr>
          <w:vertAlign w:val="superscript"/>
          <w:lang w:val="sv-SE"/>
        </w:rPr>
        <w:t>15</w:t>
      </w:r>
      <w:r w:rsidRPr="000767E2">
        <w:rPr>
          <w:lang w:val="sv-SE"/>
        </w:rPr>
        <w:t xml:space="preserve"> {{field-on:bible}}</w:t>
      </w:r>
      <w:r w:rsidRPr="000767E2">
        <w:rPr>
          <w:i/>
          <w:lang w:val="sv-SE"/>
        </w:rPr>
        <w:t>Alla</w:t>
      </w:r>
      <w:r w:rsidRPr="000767E2">
        <w:rPr>
          <w:lang w:val="sv-SE"/>
        </w:rPr>
        <w:t xml:space="preserve"> </w:t>
      </w:r>
      <w:r w:rsidRPr="000767E2">
        <w:rPr>
          <w:i/>
          <w:lang w:val="sv-SE"/>
        </w:rPr>
        <w:t>vi</w:t>
      </w:r>
      <w:r w:rsidRPr="000767E2">
        <w:rPr>
          <w:lang w:val="sv-SE"/>
        </w:rPr>
        <w:t xml:space="preserve"> som alltså </w:t>
      </w:r>
      <w:r w:rsidRPr="000767E2">
        <w:rPr>
          <w:i/>
          <w:lang w:val="sv-SE"/>
        </w:rPr>
        <w:t>är</w:t>
      </w:r>
      <w:r w:rsidRPr="000767E2">
        <w:rPr>
          <w:lang w:val="sv-SE"/>
        </w:rPr>
        <w:t xml:space="preserve"> fullvuxna, detta ska vi tänka. Och om ni tänker något annorlunda ska Gud uppenbara även detta för er.{{field-off:bible}} [[@</w:t>
      </w:r>
      <w:r w:rsidR="0096445B" w:rsidRPr="000767E2">
        <w:rPr>
          <w:lang w:val="sv-SE"/>
        </w:rPr>
        <w:t>BibleBIBEL82</w:t>
      </w:r>
      <w:r w:rsidRPr="000767E2">
        <w:rPr>
          <w:lang w:val="sv-SE"/>
        </w:rPr>
        <w:t>:Phil 3:16]]</w:t>
      </w:r>
      <w:r w:rsidRPr="000767E2">
        <w:rPr>
          <w:vertAlign w:val="superscript"/>
          <w:lang w:val="sv-SE"/>
        </w:rPr>
        <w:t>16</w:t>
      </w:r>
      <w:r w:rsidRPr="000767E2">
        <w:rPr>
          <w:lang w:val="sv-SE"/>
        </w:rPr>
        <w:t xml:space="preserve"> {{field-on:bible}}Men </w:t>
      </w:r>
      <w:r w:rsidRPr="000767E2">
        <w:rPr>
          <w:i/>
          <w:lang w:val="sv-SE"/>
        </w:rPr>
        <w:t>det</w:t>
      </w:r>
      <w:r w:rsidRPr="000767E2">
        <w:rPr>
          <w:lang w:val="sv-SE"/>
        </w:rPr>
        <w:t xml:space="preserve"> till vilket vi nått fram, </w:t>
      </w:r>
      <w:r w:rsidRPr="000767E2">
        <w:rPr>
          <w:i/>
          <w:lang w:val="sv-SE"/>
        </w:rPr>
        <w:t>låt oss</w:t>
      </w:r>
      <w:r w:rsidRPr="000767E2">
        <w:rPr>
          <w:lang w:val="sv-SE"/>
        </w:rPr>
        <w:t xml:space="preserve"> vara i linje med det.{{field-off:bible}}</w:t>
      </w:r>
    </w:p>
    <w:p w14:paraId="0E67D92B" w14:textId="6460734D" w:rsidR="00BA33AB" w:rsidRPr="000767E2" w:rsidRDefault="00000000">
      <w:pPr>
        <w:rPr>
          <w:lang w:val="sv-SE"/>
        </w:rPr>
      </w:pPr>
      <w:r w:rsidRPr="000767E2">
        <w:rPr>
          <w:lang w:val="sv-SE"/>
        </w:rPr>
        <w:t>[[@</w:t>
      </w:r>
      <w:r w:rsidR="0096445B" w:rsidRPr="000767E2">
        <w:rPr>
          <w:lang w:val="sv-SE"/>
        </w:rPr>
        <w:t>BibleBIBEL82</w:t>
      </w:r>
      <w:r w:rsidRPr="000767E2">
        <w:rPr>
          <w:lang w:val="sv-SE"/>
        </w:rPr>
        <w:t>:Phil 3:17]]</w:t>
      </w:r>
      <w:r w:rsidRPr="000767E2">
        <w:rPr>
          <w:vertAlign w:val="superscript"/>
          <w:lang w:val="sv-SE"/>
        </w:rPr>
        <w:t>17</w:t>
      </w:r>
      <w:r w:rsidRPr="000767E2">
        <w:rPr>
          <w:lang w:val="sv-SE"/>
        </w:rPr>
        <w:t xml:space="preserve"> {{field-on:bible}}Bli mina medimitatörer, syskon, och observera dem som vandrar så som ni har en förebild </w:t>
      </w:r>
      <w:r w:rsidRPr="000767E2">
        <w:rPr>
          <w:i/>
          <w:lang w:val="sv-SE"/>
        </w:rPr>
        <w:t>i</w:t>
      </w:r>
      <w:r w:rsidRPr="000767E2">
        <w:rPr>
          <w:lang w:val="sv-SE"/>
        </w:rPr>
        <w:t xml:space="preserve"> oss.{{field-off:bible}} [[@</w:t>
      </w:r>
      <w:r w:rsidR="0096445B" w:rsidRPr="000767E2">
        <w:rPr>
          <w:lang w:val="sv-SE"/>
        </w:rPr>
        <w:t>BibleBIBEL82</w:t>
      </w:r>
      <w:r w:rsidRPr="000767E2">
        <w:rPr>
          <w:lang w:val="sv-SE"/>
        </w:rPr>
        <w:t>:Phil 3:18]]</w:t>
      </w:r>
      <w:r w:rsidRPr="000767E2">
        <w:rPr>
          <w:vertAlign w:val="superscript"/>
          <w:lang w:val="sv-SE"/>
        </w:rPr>
        <w:t>18</w:t>
      </w:r>
      <w:r w:rsidRPr="000767E2">
        <w:rPr>
          <w:lang w:val="sv-SE"/>
        </w:rPr>
        <w:t xml:space="preserve"> {{field-on:bible}}Många vandrar nämligen, de som jag många gånger har sagt er och nu också gråtande säger, </w:t>
      </w:r>
      <w:r w:rsidRPr="000767E2">
        <w:rPr>
          <w:i/>
          <w:lang w:val="sv-SE"/>
        </w:rPr>
        <w:t>som</w:t>
      </w:r>
      <w:r w:rsidRPr="000767E2">
        <w:rPr>
          <w:lang w:val="sv-SE"/>
        </w:rPr>
        <w:t xml:space="preserve"> fienderna till Kristi kors.{{field-off:bible}} [[@</w:t>
      </w:r>
      <w:r w:rsidR="0096445B" w:rsidRPr="000767E2">
        <w:rPr>
          <w:lang w:val="sv-SE"/>
        </w:rPr>
        <w:t>BibleBIBEL82</w:t>
      </w:r>
      <w:r w:rsidRPr="000767E2">
        <w:rPr>
          <w:lang w:val="sv-SE"/>
        </w:rPr>
        <w:t xml:space="preserve">:Phil </w:t>
      </w:r>
      <w:r w:rsidRPr="000767E2">
        <w:rPr>
          <w:lang w:val="sv-SE"/>
        </w:rPr>
        <w:lastRenderedPageBreak/>
        <w:t>3:19]]</w:t>
      </w:r>
      <w:r w:rsidRPr="000767E2">
        <w:rPr>
          <w:vertAlign w:val="superscript"/>
          <w:lang w:val="sv-SE"/>
        </w:rPr>
        <w:t>19</w:t>
      </w:r>
      <w:r w:rsidRPr="000767E2">
        <w:rPr>
          <w:lang w:val="sv-SE"/>
        </w:rPr>
        <w:t xml:space="preserve"> {{field-on:bible}}Deras slut </w:t>
      </w:r>
      <w:r w:rsidRPr="000767E2">
        <w:rPr>
          <w:i/>
          <w:lang w:val="sv-SE"/>
        </w:rPr>
        <w:t>är</w:t>
      </w:r>
      <w:r w:rsidRPr="000767E2">
        <w:rPr>
          <w:lang w:val="sv-SE"/>
        </w:rPr>
        <w:t xml:space="preserve"> fördärv, deras gud </w:t>
      </w:r>
      <w:r w:rsidRPr="000767E2">
        <w:rPr>
          <w:i/>
          <w:lang w:val="sv-SE"/>
        </w:rPr>
        <w:t>är</w:t>
      </w:r>
      <w:r w:rsidRPr="000767E2">
        <w:rPr>
          <w:lang w:val="sv-SE"/>
        </w:rPr>
        <w:t xml:space="preserve"> buken och </w:t>
      </w:r>
      <w:r w:rsidRPr="000767E2">
        <w:rPr>
          <w:i/>
          <w:lang w:val="sv-SE"/>
        </w:rPr>
        <w:t>deras</w:t>
      </w:r>
      <w:r w:rsidRPr="000767E2">
        <w:rPr>
          <w:lang w:val="sv-SE"/>
        </w:rPr>
        <w:t xml:space="preserve"> ära </w:t>
      </w:r>
      <w:r w:rsidRPr="000767E2">
        <w:rPr>
          <w:i/>
          <w:lang w:val="sv-SE"/>
        </w:rPr>
        <w:t>är</w:t>
      </w:r>
      <w:r w:rsidRPr="000767E2">
        <w:rPr>
          <w:lang w:val="sv-SE"/>
        </w:rPr>
        <w:t xml:space="preserve"> i deras skam, de som tänker på det jordiska.{{field-off:bible}}</w:t>
      </w:r>
    </w:p>
    <w:p w14:paraId="41030F9A" w14:textId="6F4DFF10" w:rsidR="00BA33AB" w:rsidRPr="000767E2" w:rsidRDefault="00000000">
      <w:pPr>
        <w:rPr>
          <w:lang w:val="sv-SE"/>
        </w:rPr>
      </w:pPr>
      <w:r w:rsidRPr="000767E2">
        <w:rPr>
          <w:lang w:val="sv-SE"/>
        </w:rPr>
        <w:t>[[@</w:t>
      </w:r>
      <w:r w:rsidR="0096445B" w:rsidRPr="000767E2">
        <w:rPr>
          <w:lang w:val="sv-SE"/>
        </w:rPr>
        <w:t>BibleBIBEL82</w:t>
      </w:r>
      <w:r w:rsidRPr="000767E2">
        <w:rPr>
          <w:lang w:val="sv-SE"/>
        </w:rPr>
        <w:t>:Phil 3:20]]</w:t>
      </w:r>
      <w:r w:rsidRPr="000767E2">
        <w:rPr>
          <w:vertAlign w:val="superscript"/>
          <w:lang w:val="sv-SE"/>
        </w:rPr>
        <w:t>20</w:t>
      </w:r>
      <w:r w:rsidRPr="000767E2">
        <w:rPr>
          <w:lang w:val="sv-SE"/>
        </w:rPr>
        <w:t xml:space="preserve"> {{field-on:bible}}För vårt medborgarskap är i himlarna, varifrån vi också </w:t>
      </w:r>
      <w:r w:rsidRPr="000767E2">
        <w:rPr>
          <w:i/>
          <w:lang w:val="sv-SE"/>
        </w:rPr>
        <w:t>som</w:t>
      </w:r>
      <w:r w:rsidRPr="000767E2">
        <w:rPr>
          <w:lang w:val="sv-SE"/>
        </w:rPr>
        <w:t xml:space="preserve"> Frälsare väntar Herren Jesus Kristus,{{field-off:bible}} [[@</w:t>
      </w:r>
      <w:r w:rsidR="0096445B" w:rsidRPr="000767E2">
        <w:rPr>
          <w:lang w:val="sv-SE"/>
        </w:rPr>
        <w:t>BibleBIBEL82</w:t>
      </w:r>
      <w:r w:rsidRPr="000767E2">
        <w:rPr>
          <w:lang w:val="sv-SE"/>
        </w:rPr>
        <w:t>:Phil 3:21]]</w:t>
      </w:r>
      <w:r w:rsidRPr="000767E2">
        <w:rPr>
          <w:vertAlign w:val="superscript"/>
          <w:lang w:val="sv-SE"/>
        </w:rPr>
        <w:t>21</w:t>
      </w:r>
      <w:r w:rsidRPr="000767E2">
        <w:rPr>
          <w:lang w:val="sv-SE"/>
        </w:rPr>
        <w:t xml:space="preserve"> {{field-on:bible}}som ska omforma vår låghets kropp samgestaltad med hans härlighets kropp, efter inverkan från honom som också kan underordna allt under sig.{{field-off:bible}}</w:t>
      </w:r>
    </w:p>
    <w:p w14:paraId="2D7A5DA4" w14:textId="6F643D00"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:Phil 4]]Kapitel 4</w:t>
      </w:r>
    </w:p>
    <w:p w14:paraId="4A67161F" w14:textId="77777777" w:rsidR="00BA33AB" w:rsidRPr="000767E2" w:rsidRDefault="00000000">
      <w:pPr>
        <w:pStyle w:val="Rubrik3"/>
        <w:rPr>
          <w:lang w:val="sv-SE"/>
        </w:rPr>
      </w:pPr>
      <w:r w:rsidRPr="000767E2">
        <w:rPr>
          <w:lang w:val="sv-SE"/>
        </w:rPr>
        <w:t>Uppmuntran och uppmaningar</w:t>
      </w:r>
    </w:p>
    <w:p w14:paraId="6FC89048" w14:textId="524ED278" w:rsidR="00BA33AB" w:rsidRPr="000767E2" w:rsidRDefault="00000000">
      <w:pPr>
        <w:rPr>
          <w:lang w:val="sv-SE"/>
        </w:rPr>
      </w:pPr>
      <w:r w:rsidRPr="000767E2">
        <w:rPr>
          <w:lang w:val="sv-SE"/>
        </w:rPr>
        <w:t>[[@</w:t>
      </w:r>
      <w:r w:rsidR="0096445B" w:rsidRPr="000767E2">
        <w:rPr>
          <w:lang w:val="sv-SE"/>
        </w:rPr>
        <w:t>BibleBIBEL82</w:t>
      </w:r>
      <w:r w:rsidRPr="000767E2">
        <w:rPr>
          <w:lang w:val="sv-SE"/>
        </w:rPr>
        <w:t>:Phil 4:1]]</w:t>
      </w:r>
      <w:r w:rsidRPr="000767E2">
        <w:rPr>
          <w:vertAlign w:val="superscript"/>
          <w:lang w:val="sv-SE"/>
        </w:rPr>
        <w:t>1</w:t>
      </w:r>
      <w:r w:rsidRPr="000767E2">
        <w:rPr>
          <w:lang w:val="sv-SE"/>
        </w:rPr>
        <w:t xml:space="preserve"> {{field-on:bible}}Därför, mina syskon, älskade och efterlängtade, min glädje och krans: stå så </w:t>
      </w:r>
      <w:r w:rsidRPr="000767E2">
        <w:rPr>
          <w:i/>
          <w:lang w:val="sv-SE"/>
        </w:rPr>
        <w:t>fasta</w:t>
      </w:r>
      <w:r w:rsidRPr="000767E2">
        <w:rPr>
          <w:lang w:val="sv-SE"/>
        </w:rPr>
        <w:t xml:space="preserve"> i Herren, </w:t>
      </w:r>
      <w:r w:rsidRPr="000767E2">
        <w:rPr>
          <w:i/>
          <w:lang w:val="sv-SE"/>
        </w:rPr>
        <w:t>mina</w:t>
      </w:r>
      <w:r w:rsidRPr="000767E2">
        <w:rPr>
          <w:lang w:val="sv-SE"/>
        </w:rPr>
        <w:t xml:space="preserve"> älskade!{{field-off:bible}}</w:t>
      </w:r>
    </w:p>
    <w:p w14:paraId="7C53FF02" w14:textId="4132C15C" w:rsidR="00BA33AB" w:rsidRPr="000767E2" w:rsidRDefault="00000000">
      <w:pPr>
        <w:rPr>
          <w:lang w:val="sv-SE"/>
        </w:rPr>
      </w:pPr>
      <w:r w:rsidRPr="000767E2">
        <w:rPr>
          <w:lang w:val="sv-SE"/>
        </w:rPr>
        <w:t>[[@</w:t>
      </w:r>
      <w:r w:rsidR="0096445B" w:rsidRPr="000767E2">
        <w:rPr>
          <w:lang w:val="sv-SE"/>
        </w:rPr>
        <w:t>BibleBIBEL82</w:t>
      </w:r>
      <w:r w:rsidRPr="000767E2">
        <w:rPr>
          <w:lang w:val="sv-SE"/>
        </w:rPr>
        <w:t>:Phil 4:2]]</w:t>
      </w:r>
      <w:r w:rsidRPr="000767E2">
        <w:rPr>
          <w:vertAlign w:val="superscript"/>
          <w:lang w:val="sv-SE"/>
        </w:rPr>
        <w:t>2</w:t>
      </w:r>
      <w:r w:rsidRPr="000767E2">
        <w:rPr>
          <w:lang w:val="sv-SE"/>
        </w:rPr>
        <w:t xml:space="preserve"> {{field-on:bible}}Euodia uppmanar jag och Syntyche uppmanar jag att tänka detsamma i Herren.{{field-off:bible}} [[@</w:t>
      </w:r>
      <w:r w:rsidR="0096445B" w:rsidRPr="000767E2">
        <w:rPr>
          <w:lang w:val="sv-SE"/>
        </w:rPr>
        <w:t>BibleBIBEL82</w:t>
      </w:r>
      <w:r w:rsidRPr="000767E2">
        <w:rPr>
          <w:lang w:val="sv-SE"/>
        </w:rPr>
        <w:t>:Phil 4:3]]</w:t>
      </w:r>
      <w:r w:rsidRPr="000767E2">
        <w:rPr>
          <w:vertAlign w:val="superscript"/>
          <w:lang w:val="sv-SE"/>
        </w:rPr>
        <w:t>3</w:t>
      </w:r>
      <w:r w:rsidRPr="000767E2">
        <w:rPr>
          <w:lang w:val="sv-SE"/>
        </w:rPr>
        <w:t xml:space="preserve"> {{field-on:bible}}Ja, jag frågar även dig, äkta parkamrat: ta tag med dessa </w:t>
      </w:r>
      <w:r w:rsidRPr="000767E2">
        <w:rPr>
          <w:i/>
          <w:lang w:val="sv-SE"/>
        </w:rPr>
        <w:t>kvinnor</w:t>
      </w:r>
      <w:r w:rsidRPr="000767E2">
        <w:rPr>
          <w:lang w:val="sv-SE"/>
        </w:rPr>
        <w:t xml:space="preserve"> som i evangeliet har kämpat tillsammans med mig, med både Clemens och mina övriga medarbetare vilkas namn </w:t>
      </w:r>
      <w:r w:rsidRPr="000767E2">
        <w:rPr>
          <w:i/>
          <w:lang w:val="sv-SE"/>
        </w:rPr>
        <w:t>är</w:t>
      </w:r>
      <w:r w:rsidRPr="000767E2">
        <w:rPr>
          <w:lang w:val="sv-SE"/>
        </w:rPr>
        <w:t xml:space="preserve"> i livets bok.{{field-off:bible}}</w:t>
      </w:r>
    </w:p>
    <w:p w14:paraId="3D6ADC73" w14:textId="13EFAC5C" w:rsidR="00BA33AB" w:rsidRPr="000767E2" w:rsidRDefault="00000000">
      <w:pPr>
        <w:rPr>
          <w:lang w:val="sv-SE"/>
        </w:rPr>
      </w:pPr>
      <w:r w:rsidRPr="000767E2">
        <w:rPr>
          <w:lang w:val="sv-SE"/>
        </w:rPr>
        <w:t>[[@</w:t>
      </w:r>
      <w:r w:rsidR="0096445B" w:rsidRPr="000767E2">
        <w:rPr>
          <w:lang w:val="sv-SE"/>
        </w:rPr>
        <w:t>BibleBIBEL82</w:t>
      </w:r>
      <w:r w:rsidRPr="000767E2">
        <w:rPr>
          <w:lang w:val="sv-SE"/>
        </w:rPr>
        <w:t>:Phil 4:4]]</w:t>
      </w:r>
      <w:r w:rsidRPr="000767E2">
        <w:rPr>
          <w:vertAlign w:val="superscript"/>
          <w:lang w:val="sv-SE"/>
        </w:rPr>
        <w:t>4</w:t>
      </w:r>
      <w:r w:rsidRPr="000767E2">
        <w:rPr>
          <w:lang w:val="sv-SE"/>
        </w:rPr>
        <w:t xml:space="preserve"> {{field-on:bible}}Gläd er i Herren alltid. Åter ska jag säga: gläd er!{{field-off:bible}} [[@</w:t>
      </w:r>
      <w:r w:rsidR="0096445B" w:rsidRPr="000767E2">
        <w:rPr>
          <w:lang w:val="sv-SE"/>
        </w:rPr>
        <w:t>BibleBIBEL82</w:t>
      </w:r>
      <w:r w:rsidRPr="000767E2">
        <w:rPr>
          <w:lang w:val="sv-SE"/>
        </w:rPr>
        <w:t>:Phil 4:5]]</w:t>
      </w:r>
      <w:r w:rsidRPr="000767E2">
        <w:rPr>
          <w:vertAlign w:val="superscript"/>
          <w:lang w:val="sv-SE"/>
        </w:rPr>
        <w:t>5</w:t>
      </w:r>
      <w:r w:rsidRPr="000767E2">
        <w:rPr>
          <w:lang w:val="sv-SE"/>
        </w:rPr>
        <w:t xml:space="preserve"> {{field-on:bible}}Er vänlighet ska vara känd för alla människor. Herren </w:t>
      </w:r>
      <w:r w:rsidRPr="000767E2">
        <w:rPr>
          <w:i/>
          <w:lang w:val="sv-SE"/>
        </w:rPr>
        <w:t>är</w:t>
      </w:r>
      <w:r w:rsidRPr="000767E2">
        <w:rPr>
          <w:lang w:val="sv-SE"/>
        </w:rPr>
        <w:t xml:space="preserve"> nära.{{field-off:bible}}</w:t>
      </w:r>
    </w:p>
    <w:p w14:paraId="4797F0D5" w14:textId="708B4705" w:rsidR="00BA33AB" w:rsidRPr="000767E2" w:rsidRDefault="00000000">
      <w:pPr>
        <w:rPr>
          <w:lang w:val="sv-SE"/>
        </w:rPr>
      </w:pPr>
      <w:r w:rsidRPr="000767E2">
        <w:rPr>
          <w:lang w:val="sv-SE"/>
        </w:rPr>
        <w:t>[[@</w:t>
      </w:r>
      <w:r w:rsidR="0096445B" w:rsidRPr="000767E2">
        <w:rPr>
          <w:lang w:val="sv-SE"/>
        </w:rPr>
        <w:t>BibleBIBEL82</w:t>
      </w:r>
      <w:r w:rsidRPr="000767E2">
        <w:rPr>
          <w:lang w:val="sv-SE"/>
        </w:rPr>
        <w:t>:Phil 4:6]]</w:t>
      </w:r>
      <w:r w:rsidRPr="000767E2">
        <w:rPr>
          <w:vertAlign w:val="superscript"/>
          <w:lang w:val="sv-SE"/>
        </w:rPr>
        <w:t>6</w:t>
      </w:r>
      <w:r w:rsidRPr="000767E2">
        <w:rPr>
          <w:lang w:val="sv-SE"/>
        </w:rPr>
        <w:t xml:space="preserve"> {{field-on:bible}}Bekymra er inte för något, utan i allt ska era önskemål genom bön och vädjan med tacksägelse kungöras för Gud.{{field-off:bible}} [[@</w:t>
      </w:r>
      <w:r w:rsidR="0096445B" w:rsidRPr="000767E2">
        <w:rPr>
          <w:lang w:val="sv-SE"/>
        </w:rPr>
        <w:t>BibleBIBEL82</w:t>
      </w:r>
      <w:r w:rsidRPr="000767E2">
        <w:rPr>
          <w:lang w:val="sv-SE"/>
        </w:rPr>
        <w:t>:Phil 4:7]]</w:t>
      </w:r>
      <w:r w:rsidRPr="000767E2">
        <w:rPr>
          <w:vertAlign w:val="superscript"/>
          <w:lang w:val="sv-SE"/>
        </w:rPr>
        <w:t>7</w:t>
      </w:r>
      <w:r w:rsidRPr="000767E2">
        <w:rPr>
          <w:lang w:val="sv-SE"/>
        </w:rPr>
        <w:t xml:space="preserve"> {{field-on:bible}}Och Guds frid, som står högre än allt förnuft, ska bevaka era hjärtan och era tankar i Kristus Jesus.{{field-off:bible}}</w:t>
      </w:r>
    </w:p>
    <w:p w14:paraId="2AFEF90A" w14:textId="6A56CE48" w:rsidR="00BA33AB" w:rsidRPr="000767E2" w:rsidRDefault="00000000">
      <w:pPr>
        <w:rPr>
          <w:lang w:val="sv-SE"/>
        </w:rPr>
      </w:pPr>
      <w:r w:rsidRPr="000767E2">
        <w:rPr>
          <w:lang w:val="sv-SE"/>
        </w:rPr>
        <w:t>[[@</w:t>
      </w:r>
      <w:r w:rsidR="0096445B" w:rsidRPr="000767E2">
        <w:rPr>
          <w:lang w:val="sv-SE"/>
        </w:rPr>
        <w:t>BibleBIBEL82</w:t>
      </w:r>
      <w:r w:rsidRPr="000767E2">
        <w:rPr>
          <w:lang w:val="sv-SE"/>
        </w:rPr>
        <w:t>:Phil 4:8]]</w:t>
      </w:r>
      <w:r w:rsidRPr="000767E2">
        <w:rPr>
          <w:vertAlign w:val="superscript"/>
          <w:lang w:val="sv-SE"/>
        </w:rPr>
        <w:t>8</w:t>
      </w:r>
      <w:r w:rsidRPr="000767E2">
        <w:rPr>
          <w:lang w:val="sv-SE"/>
        </w:rPr>
        <w:t xml:space="preserve"> {{field-on:bible}}För övrigt, syskon: </w:t>
      </w:r>
      <w:r w:rsidRPr="000767E2">
        <w:rPr>
          <w:i/>
          <w:lang w:val="sv-SE"/>
        </w:rPr>
        <w:t>allt</w:t>
      </w:r>
      <w:r w:rsidRPr="000767E2">
        <w:rPr>
          <w:lang w:val="sv-SE"/>
        </w:rPr>
        <w:t xml:space="preserve"> som är sant, som </w:t>
      </w:r>
      <w:r w:rsidRPr="000767E2">
        <w:rPr>
          <w:i/>
          <w:lang w:val="sv-SE"/>
        </w:rPr>
        <w:t>är</w:t>
      </w:r>
      <w:r w:rsidRPr="000767E2">
        <w:rPr>
          <w:lang w:val="sv-SE"/>
        </w:rPr>
        <w:t xml:space="preserve"> seriöst, som </w:t>
      </w:r>
      <w:r w:rsidRPr="000767E2">
        <w:rPr>
          <w:i/>
          <w:lang w:val="sv-SE"/>
        </w:rPr>
        <w:t>är</w:t>
      </w:r>
      <w:r w:rsidRPr="000767E2">
        <w:rPr>
          <w:lang w:val="sv-SE"/>
        </w:rPr>
        <w:t xml:space="preserve"> rättfärdigt, som </w:t>
      </w:r>
      <w:r w:rsidRPr="000767E2">
        <w:rPr>
          <w:i/>
          <w:lang w:val="sv-SE"/>
        </w:rPr>
        <w:t>är</w:t>
      </w:r>
      <w:r w:rsidRPr="000767E2">
        <w:rPr>
          <w:lang w:val="sv-SE"/>
        </w:rPr>
        <w:t xml:space="preserve"> rent, som </w:t>
      </w:r>
      <w:r w:rsidRPr="000767E2">
        <w:rPr>
          <w:i/>
          <w:lang w:val="sv-SE"/>
        </w:rPr>
        <w:t>är</w:t>
      </w:r>
      <w:r w:rsidRPr="000767E2">
        <w:rPr>
          <w:lang w:val="sv-SE"/>
        </w:rPr>
        <w:t xml:space="preserve"> älskvärt, som </w:t>
      </w:r>
      <w:r w:rsidRPr="000767E2">
        <w:rPr>
          <w:i/>
          <w:lang w:val="sv-SE"/>
        </w:rPr>
        <w:t>är</w:t>
      </w:r>
      <w:r w:rsidRPr="000767E2">
        <w:rPr>
          <w:lang w:val="sv-SE"/>
        </w:rPr>
        <w:t xml:space="preserve"> berömligt, om något </w:t>
      </w:r>
      <w:r w:rsidRPr="000767E2">
        <w:rPr>
          <w:i/>
          <w:lang w:val="sv-SE"/>
        </w:rPr>
        <w:t>är</w:t>
      </w:r>
      <w:r w:rsidRPr="000767E2">
        <w:rPr>
          <w:lang w:val="sv-SE"/>
        </w:rPr>
        <w:t xml:space="preserve"> dygd och om något </w:t>
      </w:r>
      <w:r w:rsidRPr="000767E2">
        <w:rPr>
          <w:i/>
          <w:lang w:val="sv-SE"/>
        </w:rPr>
        <w:t>är</w:t>
      </w:r>
      <w:r w:rsidRPr="000767E2">
        <w:rPr>
          <w:lang w:val="sv-SE"/>
        </w:rPr>
        <w:t xml:space="preserve"> lovord – tänk på detta.{{field-off:bible}} [[@</w:t>
      </w:r>
      <w:r w:rsidR="0096445B" w:rsidRPr="000767E2">
        <w:rPr>
          <w:lang w:val="sv-SE"/>
        </w:rPr>
        <w:t>BibleBIBEL82</w:t>
      </w:r>
      <w:r w:rsidRPr="000767E2">
        <w:rPr>
          <w:lang w:val="sv-SE"/>
        </w:rPr>
        <w:t>:Phil 4:9]]</w:t>
      </w:r>
      <w:r w:rsidRPr="000767E2">
        <w:rPr>
          <w:vertAlign w:val="superscript"/>
          <w:lang w:val="sv-SE"/>
        </w:rPr>
        <w:t>9</w:t>
      </w:r>
      <w:r w:rsidRPr="000767E2">
        <w:rPr>
          <w:lang w:val="sv-SE"/>
        </w:rPr>
        <w:t xml:space="preserve"> {{field-on:bible}}Det ni både lärt och tagit emot och hört och sett hos mig, det ska ni utöva. Och fridens Gud ska vara med er.{{field-off:bible}}</w:t>
      </w:r>
    </w:p>
    <w:p w14:paraId="12A4D06C" w14:textId="77777777" w:rsidR="00BA33AB" w:rsidRPr="000767E2" w:rsidRDefault="00000000">
      <w:pPr>
        <w:pStyle w:val="Rubrik3"/>
        <w:rPr>
          <w:lang w:val="sv-SE"/>
        </w:rPr>
      </w:pPr>
      <w:r w:rsidRPr="000767E2">
        <w:rPr>
          <w:lang w:val="sv-SE"/>
        </w:rPr>
        <w:t>Apostelns tack för gåvan</w:t>
      </w:r>
    </w:p>
    <w:p w14:paraId="57DC8644" w14:textId="2DCA065F" w:rsidR="00BA33AB" w:rsidRPr="000767E2" w:rsidRDefault="00000000">
      <w:pPr>
        <w:rPr>
          <w:lang w:val="sv-SE"/>
        </w:rPr>
      </w:pPr>
      <w:r w:rsidRPr="000767E2">
        <w:rPr>
          <w:lang w:val="sv-SE"/>
        </w:rPr>
        <w:t>[[@</w:t>
      </w:r>
      <w:r w:rsidR="0096445B" w:rsidRPr="000767E2">
        <w:rPr>
          <w:lang w:val="sv-SE"/>
        </w:rPr>
        <w:t>BibleBIBEL82</w:t>
      </w:r>
      <w:r w:rsidRPr="000767E2">
        <w:rPr>
          <w:lang w:val="sv-SE"/>
        </w:rPr>
        <w:t>:Phil 4:10]]</w:t>
      </w:r>
      <w:r w:rsidRPr="000767E2">
        <w:rPr>
          <w:vertAlign w:val="superscript"/>
          <w:lang w:val="sv-SE"/>
        </w:rPr>
        <w:t>10</w:t>
      </w:r>
      <w:r w:rsidRPr="000767E2">
        <w:rPr>
          <w:lang w:val="sv-SE"/>
        </w:rPr>
        <w:t xml:space="preserve"> {{field-on:bible}}Men jag gladde mig i Herren storligen att ni redan en gång låtit det blomma upp igen att tänka på mig. Detta har ni också </w:t>
      </w:r>
      <w:r w:rsidRPr="000767E2">
        <w:rPr>
          <w:i/>
          <w:lang w:val="sv-SE"/>
        </w:rPr>
        <w:t>tidigare</w:t>
      </w:r>
      <w:r w:rsidRPr="000767E2">
        <w:rPr>
          <w:lang w:val="sv-SE"/>
        </w:rPr>
        <w:t xml:space="preserve"> tänkt på, men saknat tillfälle.{{field-off:bible}} [[@</w:t>
      </w:r>
      <w:r w:rsidR="0096445B" w:rsidRPr="000767E2">
        <w:rPr>
          <w:lang w:val="sv-SE"/>
        </w:rPr>
        <w:t>BibleBIBEL82</w:t>
      </w:r>
      <w:r w:rsidRPr="000767E2">
        <w:rPr>
          <w:lang w:val="sv-SE"/>
        </w:rPr>
        <w:t>:Phil 4:11]]</w:t>
      </w:r>
      <w:r w:rsidRPr="000767E2">
        <w:rPr>
          <w:vertAlign w:val="superscript"/>
          <w:lang w:val="sv-SE"/>
        </w:rPr>
        <w:t>11</w:t>
      </w:r>
      <w:r w:rsidRPr="000767E2">
        <w:rPr>
          <w:lang w:val="sv-SE"/>
        </w:rPr>
        <w:t xml:space="preserve"> {{field-on:bible}}Inte att jag talar utifrån brist. För jag har lärt mig att med det jag finns i vara förnöjsam.{{field-off:bible}} [[@</w:t>
      </w:r>
      <w:r w:rsidR="0096445B" w:rsidRPr="000767E2">
        <w:rPr>
          <w:lang w:val="sv-SE"/>
        </w:rPr>
        <w:t>BibleBIBEL82</w:t>
      </w:r>
      <w:r w:rsidRPr="000767E2">
        <w:rPr>
          <w:lang w:val="sv-SE"/>
        </w:rPr>
        <w:t>:Phil 4:12]]</w:t>
      </w:r>
      <w:r w:rsidRPr="000767E2">
        <w:rPr>
          <w:vertAlign w:val="superscript"/>
          <w:lang w:val="sv-SE"/>
        </w:rPr>
        <w:t>12</w:t>
      </w:r>
      <w:r w:rsidRPr="000767E2">
        <w:rPr>
          <w:lang w:val="sv-SE"/>
        </w:rPr>
        <w:t xml:space="preserve"> {{field-on:bible}}Jag förstår att vara ödmjukad, jag förstår också att ha överflöd. I allt och i alla </w:t>
      </w:r>
      <w:r w:rsidRPr="000767E2">
        <w:rPr>
          <w:i/>
          <w:lang w:val="sv-SE"/>
        </w:rPr>
        <w:t>lägen</w:t>
      </w:r>
      <w:r w:rsidRPr="000767E2">
        <w:rPr>
          <w:lang w:val="sv-SE"/>
        </w:rPr>
        <w:t xml:space="preserve"> är jag initierad: både vara mätt och hungra, både ha överflöd och lida brist.{{field-off:bible}} [[@</w:t>
      </w:r>
      <w:r w:rsidR="0096445B" w:rsidRPr="000767E2">
        <w:rPr>
          <w:lang w:val="sv-SE"/>
        </w:rPr>
        <w:t>BibleBIBEL82</w:t>
      </w:r>
      <w:r w:rsidRPr="000767E2">
        <w:rPr>
          <w:lang w:val="sv-SE"/>
        </w:rPr>
        <w:t>:Phil 4:13]]</w:t>
      </w:r>
      <w:r w:rsidRPr="000767E2">
        <w:rPr>
          <w:vertAlign w:val="superscript"/>
          <w:lang w:val="sv-SE"/>
        </w:rPr>
        <w:t>13</w:t>
      </w:r>
      <w:r w:rsidRPr="000767E2">
        <w:rPr>
          <w:lang w:val="sv-SE"/>
        </w:rPr>
        <w:t xml:space="preserve"> {{field-on:bible}}Allt mäktar jag i honom som ger mig kraft.{{field-off:bible}} [[@</w:t>
      </w:r>
      <w:r w:rsidR="0096445B" w:rsidRPr="000767E2">
        <w:rPr>
          <w:lang w:val="sv-SE"/>
        </w:rPr>
        <w:t>BibleBIBEL82</w:t>
      </w:r>
      <w:r w:rsidRPr="000767E2">
        <w:rPr>
          <w:lang w:val="sv-SE"/>
        </w:rPr>
        <w:t>:Phil 4:14]]</w:t>
      </w:r>
      <w:r w:rsidRPr="000767E2">
        <w:rPr>
          <w:vertAlign w:val="superscript"/>
          <w:lang w:val="sv-SE"/>
        </w:rPr>
        <w:t>14</w:t>
      </w:r>
      <w:r w:rsidRPr="000767E2">
        <w:rPr>
          <w:lang w:val="sv-SE"/>
        </w:rPr>
        <w:t xml:space="preserve"> {{field-on:bible}}Men ni gjorde väl som blev delaktiga med </w:t>
      </w:r>
      <w:r w:rsidRPr="000767E2">
        <w:rPr>
          <w:i/>
          <w:lang w:val="sv-SE"/>
        </w:rPr>
        <w:t>mig i</w:t>
      </w:r>
      <w:r w:rsidRPr="000767E2">
        <w:rPr>
          <w:lang w:val="sv-SE"/>
        </w:rPr>
        <w:t xml:space="preserve"> min nöd.{{field-off:bible}}</w:t>
      </w:r>
    </w:p>
    <w:p w14:paraId="4217C009" w14:textId="7EF2214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:Phil 4:15]]</w:t>
      </w:r>
      <w:r w:rsidRPr="000767E2">
        <w:rPr>
          <w:vertAlign w:val="superscript"/>
          <w:lang w:val="sv-SE"/>
        </w:rPr>
        <w:t>15</w:t>
      </w:r>
      <w:r w:rsidRPr="000767E2">
        <w:rPr>
          <w:lang w:val="sv-SE"/>
        </w:rPr>
        <w:t xml:space="preserve"> {{field-on:bible}}Men ni vet också ni, filipper, att i begynnelsen av evangeliet, när jag gick ut från Makedonien, var ingen församling delaktig med mig till räkenskap över givande och mottagande utom bara ni.{{field-off:bible}} [[@</w:t>
      </w:r>
      <w:r w:rsidR="0096445B" w:rsidRPr="000767E2">
        <w:rPr>
          <w:lang w:val="sv-SE"/>
        </w:rPr>
        <w:t>BibleBIBEL82</w:t>
      </w:r>
      <w:r w:rsidRPr="000767E2">
        <w:rPr>
          <w:lang w:val="sv-SE"/>
        </w:rPr>
        <w:t>:Phil 4:16]]</w:t>
      </w:r>
      <w:r w:rsidRPr="000767E2">
        <w:rPr>
          <w:vertAlign w:val="superscript"/>
          <w:lang w:val="sv-SE"/>
        </w:rPr>
        <w:t>16</w:t>
      </w:r>
      <w:r w:rsidRPr="000767E2">
        <w:rPr>
          <w:lang w:val="sv-SE"/>
        </w:rPr>
        <w:t xml:space="preserve"> {{field-on:bible}}För även i Thessalonike </w:t>
      </w:r>
      <w:r w:rsidRPr="000767E2">
        <w:rPr>
          <w:i/>
          <w:lang w:val="sv-SE"/>
        </w:rPr>
        <w:t>var det</w:t>
      </w:r>
      <w:r w:rsidRPr="000767E2">
        <w:rPr>
          <w:lang w:val="sv-SE"/>
        </w:rPr>
        <w:t xml:space="preserve"> både en och två gånger ni för behovet skickade till mig.{{field-off:bible}}</w:t>
      </w:r>
    </w:p>
    <w:p w14:paraId="242EF13D" w14:textId="3F9A18A6" w:rsidR="00BA33AB" w:rsidRPr="000767E2" w:rsidRDefault="00000000">
      <w:pPr>
        <w:rPr>
          <w:lang w:val="sv-SE"/>
        </w:rPr>
      </w:pPr>
      <w:r w:rsidRPr="000767E2">
        <w:rPr>
          <w:lang w:val="sv-SE"/>
        </w:rPr>
        <w:t>[[@</w:t>
      </w:r>
      <w:r w:rsidR="0096445B" w:rsidRPr="000767E2">
        <w:rPr>
          <w:lang w:val="sv-SE"/>
        </w:rPr>
        <w:t>BibleBIBEL82</w:t>
      </w:r>
      <w:r w:rsidRPr="000767E2">
        <w:rPr>
          <w:lang w:val="sv-SE"/>
        </w:rPr>
        <w:t>:Phil 4:17]]</w:t>
      </w:r>
      <w:r w:rsidRPr="000767E2">
        <w:rPr>
          <w:vertAlign w:val="superscript"/>
          <w:lang w:val="sv-SE"/>
        </w:rPr>
        <w:t>17</w:t>
      </w:r>
      <w:r w:rsidRPr="000767E2">
        <w:rPr>
          <w:lang w:val="sv-SE"/>
        </w:rPr>
        <w:t xml:space="preserve"> {{field-on:bible}}Inte att jag söker gåvan, utan jag söker frukten som förmeras till er räkenskap.{{field-off:bible}} [[@</w:t>
      </w:r>
      <w:r w:rsidR="0096445B" w:rsidRPr="000767E2">
        <w:rPr>
          <w:lang w:val="sv-SE"/>
        </w:rPr>
        <w:t>BibleBIBEL82</w:t>
      </w:r>
      <w:r w:rsidRPr="000767E2">
        <w:rPr>
          <w:lang w:val="sv-SE"/>
        </w:rPr>
        <w:t>:Phil 4:18]]</w:t>
      </w:r>
      <w:r w:rsidRPr="000767E2">
        <w:rPr>
          <w:vertAlign w:val="superscript"/>
          <w:lang w:val="sv-SE"/>
        </w:rPr>
        <w:t>18</w:t>
      </w:r>
      <w:r w:rsidRPr="000767E2">
        <w:rPr>
          <w:lang w:val="sv-SE"/>
        </w:rPr>
        <w:t xml:space="preserve"> {{field-on:bible}}Men jag har fått ut allt och har överflöd. Jag är uppfylld, sedan jag från Epafroditos har mottagit det </w:t>
      </w:r>
      <w:r w:rsidRPr="000767E2">
        <w:rPr>
          <w:i/>
          <w:lang w:val="sv-SE"/>
        </w:rPr>
        <w:t>som kom</w:t>
      </w:r>
      <w:r w:rsidRPr="000767E2">
        <w:rPr>
          <w:lang w:val="sv-SE"/>
        </w:rPr>
        <w:t xml:space="preserve"> från er: en väldofts lukt, ett välkommet offer, välbehagligt för Gud.{{field-off:bible}} [[@</w:t>
      </w:r>
      <w:r w:rsidR="0096445B" w:rsidRPr="000767E2">
        <w:rPr>
          <w:lang w:val="sv-SE"/>
        </w:rPr>
        <w:t>BibleBIBEL82</w:t>
      </w:r>
      <w:r w:rsidRPr="000767E2">
        <w:rPr>
          <w:lang w:val="sv-SE"/>
        </w:rPr>
        <w:t>:Phil 4:19]]</w:t>
      </w:r>
      <w:r w:rsidRPr="000767E2">
        <w:rPr>
          <w:vertAlign w:val="superscript"/>
          <w:lang w:val="sv-SE"/>
        </w:rPr>
        <w:t>19</w:t>
      </w:r>
      <w:r w:rsidRPr="000767E2">
        <w:rPr>
          <w:lang w:val="sv-SE"/>
        </w:rPr>
        <w:t xml:space="preserve"> {{field-on:bible}}Och min Gud ska uppfylla varje behov hos er efter sin rikedom i härlighet i Kristus Jesus.{{field-off:bible}} [[@</w:t>
      </w:r>
      <w:r w:rsidR="0096445B" w:rsidRPr="000767E2">
        <w:rPr>
          <w:lang w:val="sv-SE"/>
        </w:rPr>
        <w:t>BibleBIBEL82</w:t>
      </w:r>
      <w:r w:rsidRPr="000767E2">
        <w:rPr>
          <w:lang w:val="sv-SE"/>
        </w:rPr>
        <w:t>:Phil 4:20]]</w:t>
      </w:r>
      <w:r w:rsidRPr="000767E2">
        <w:rPr>
          <w:vertAlign w:val="superscript"/>
          <w:lang w:val="sv-SE"/>
        </w:rPr>
        <w:t>20</w:t>
      </w:r>
      <w:r w:rsidRPr="000767E2">
        <w:rPr>
          <w:lang w:val="sv-SE"/>
        </w:rPr>
        <w:t xml:space="preserve"> {{field-on:bible}}Till vår Gud och Far </w:t>
      </w:r>
      <w:r w:rsidRPr="000767E2">
        <w:rPr>
          <w:i/>
          <w:lang w:val="sv-SE"/>
        </w:rPr>
        <w:t>hör</w:t>
      </w:r>
      <w:r w:rsidRPr="000767E2">
        <w:rPr>
          <w:lang w:val="sv-SE"/>
        </w:rPr>
        <w:t xml:space="preserve"> äran till eonernas eoner. Amen.{{field-off:bible}}</w:t>
      </w:r>
    </w:p>
    <w:p w14:paraId="37E96E14" w14:textId="77777777" w:rsidR="00BA33AB" w:rsidRPr="000767E2" w:rsidRDefault="00000000">
      <w:pPr>
        <w:pStyle w:val="Rubrik3"/>
        <w:rPr>
          <w:lang w:val="sv-SE"/>
        </w:rPr>
      </w:pPr>
      <w:r w:rsidRPr="000767E2">
        <w:rPr>
          <w:lang w:val="sv-SE"/>
        </w:rPr>
        <w:t>Sluthälsningar</w:t>
      </w:r>
    </w:p>
    <w:p w14:paraId="1130C298" w14:textId="27D86554" w:rsidR="00BA33AB" w:rsidRPr="000767E2" w:rsidRDefault="00000000">
      <w:pPr>
        <w:rPr>
          <w:lang w:val="sv-SE"/>
        </w:rPr>
      </w:pPr>
      <w:r w:rsidRPr="000767E2">
        <w:rPr>
          <w:lang w:val="sv-SE"/>
        </w:rPr>
        <w:t>[[@</w:t>
      </w:r>
      <w:r w:rsidR="0096445B" w:rsidRPr="000767E2">
        <w:rPr>
          <w:lang w:val="sv-SE"/>
        </w:rPr>
        <w:t>BibleBIBEL82</w:t>
      </w:r>
      <w:r w:rsidRPr="000767E2">
        <w:rPr>
          <w:lang w:val="sv-SE"/>
        </w:rPr>
        <w:t>:Phil 4:21]]</w:t>
      </w:r>
      <w:r w:rsidRPr="000767E2">
        <w:rPr>
          <w:vertAlign w:val="superscript"/>
          <w:lang w:val="sv-SE"/>
        </w:rPr>
        <w:t>21</w:t>
      </w:r>
      <w:r w:rsidRPr="000767E2">
        <w:rPr>
          <w:lang w:val="sv-SE"/>
        </w:rPr>
        <w:t xml:space="preserve"> {{field-on:bible}}Hälsa varje helig i Kristus Jesus. Hälsar er </w:t>
      </w:r>
      <w:r w:rsidRPr="000767E2">
        <w:rPr>
          <w:i/>
          <w:lang w:val="sv-SE"/>
        </w:rPr>
        <w:t>gör</w:t>
      </w:r>
      <w:r w:rsidRPr="000767E2">
        <w:rPr>
          <w:lang w:val="sv-SE"/>
        </w:rPr>
        <w:t xml:space="preserve"> syskonen med mig.{{field-off:bible}} [[@</w:t>
      </w:r>
      <w:r w:rsidR="0096445B" w:rsidRPr="000767E2">
        <w:rPr>
          <w:lang w:val="sv-SE"/>
        </w:rPr>
        <w:t>BibleBIBEL82</w:t>
      </w:r>
      <w:r w:rsidRPr="000767E2">
        <w:rPr>
          <w:lang w:val="sv-SE"/>
        </w:rPr>
        <w:t>:Phil 4:22]]</w:t>
      </w:r>
      <w:r w:rsidRPr="000767E2">
        <w:rPr>
          <w:vertAlign w:val="superscript"/>
          <w:lang w:val="sv-SE"/>
        </w:rPr>
        <w:t>22</w:t>
      </w:r>
      <w:r w:rsidRPr="000767E2">
        <w:rPr>
          <w:lang w:val="sv-SE"/>
        </w:rPr>
        <w:t xml:space="preserve"> {{field-on:bible}}Hälsar er </w:t>
      </w:r>
      <w:r w:rsidRPr="000767E2">
        <w:rPr>
          <w:i/>
          <w:lang w:val="sv-SE"/>
        </w:rPr>
        <w:t>gör</w:t>
      </w:r>
      <w:r w:rsidRPr="000767E2">
        <w:rPr>
          <w:lang w:val="sv-SE"/>
        </w:rPr>
        <w:t xml:space="preserve"> alla de heliga, och särskilt de av kejsarens hus.{{field-off:bible}} [[@</w:t>
      </w:r>
      <w:r w:rsidR="0096445B" w:rsidRPr="000767E2">
        <w:rPr>
          <w:lang w:val="sv-SE"/>
        </w:rPr>
        <w:t>BibleBIBEL82</w:t>
      </w:r>
      <w:r w:rsidRPr="000767E2">
        <w:rPr>
          <w:lang w:val="sv-SE"/>
        </w:rPr>
        <w:t>:Phil 4:23]]</w:t>
      </w:r>
      <w:r w:rsidRPr="000767E2">
        <w:rPr>
          <w:vertAlign w:val="superscript"/>
          <w:lang w:val="sv-SE"/>
        </w:rPr>
        <w:t>23</w:t>
      </w:r>
      <w:r w:rsidRPr="000767E2">
        <w:rPr>
          <w:lang w:val="sv-SE"/>
        </w:rPr>
        <w:t xml:space="preserve"> {{field-on:bible}}Herren Jesu Kristi nåd </w:t>
      </w:r>
      <w:r w:rsidRPr="000767E2">
        <w:rPr>
          <w:i/>
          <w:lang w:val="sv-SE"/>
        </w:rPr>
        <w:t>vare</w:t>
      </w:r>
      <w:r w:rsidRPr="000767E2">
        <w:rPr>
          <w:lang w:val="sv-SE"/>
        </w:rPr>
        <w:t xml:space="preserve"> med er ande.{{field-off:bible}}</w:t>
      </w:r>
    </w:p>
    <w:p w14:paraId="16A60615" w14:textId="1DC45083"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:Col]]Till kolosserna</w:t>
      </w:r>
    </w:p>
    <w:p w14:paraId="7A440454" w14:textId="43CF6A1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:Col 1]]Kapitel 1</w:t>
      </w:r>
    </w:p>
    <w:p w14:paraId="1E670D45" w14:textId="77777777" w:rsidR="00BA33AB" w:rsidRPr="000767E2" w:rsidRDefault="00000000">
      <w:pPr>
        <w:pStyle w:val="Rubrik3"/>
        <w:rPr>
          <w:lang w:val="sv-SE"/>
        </w:rPr>
      </w:pPr>
      <w:r w:rsidRPr="000767E2">
        <w:rPr>
          <w:lang w:val="sv-SE"/>
        </w:rPr>
        <w:t>Hälsning</w:t>
      </w:r>
    </w:p>
    <w:p w14:paraId="7274C231" w14:textId="25EF3B40" w:rsidR="00BA33AB" w:rsidRPr="000767E2" w:rsidRDefault="00000000">
      <w:pPr>
        <w:rPr>
          <w:lang w:val="sv-SE"/>
        </w:rPr>
      </w:pPr>
      <w:r w:rsidRPr="000767E2">
        <w:rPr>
          <w:lang w:val="sv-SE"/>
        </w:rPr>
        <w:t>[[@</w:t>
      </w:r>
      <w:r w:rsidR="0096445B" w:rsidRPr="000767E2">
        <w:rPr>
          <w:lang w:val="sv-SE"/>
        </w:rPr>
        <w:t>BibleBIBEL82</w:t>
      </w:r>
      <w:r w:rsidRPr="000767E2">
        <w:rPr>
          <w:lang w:val="sv-SE"/>
        </w:rPr>
        <w:t>:Col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Kristi Jesu apostel genom Guds vilja, och brodern Timotheos.{{field-off:bible}} [[@</w:t>
      </w:r>
      <w:r w:rsidR="0096445B" w:rsidRPr="000767E2">
        <w:rPr>
          <w:lang w:val="sv-SE"/>
        </w:rPr>
        <w:t>BibleBIBEL82</w:t>
      </w:r>
      <w:r w:rsidRPr="000767E2">
        <w:rPr>
          <w:lang w:val="sv-SE"/>
        </w:rPr>
        <w:t>:Col 1:2]]</w:t>
      </w:r>
      <w:r w:rsidRPr="000767E2">
        <w:rPr>
          <w:vertAlign w:val="superscript"/>
          <w:lang w:val="sv-SE"/>
        </w:rPr>
        <w:t>2</w:t>
      </w:r>
      <w:r w:rsidRPr="000767E2">
        <w:rPr>
          <w:lang w:val="sv-SE"/>
        </w:rPr>
        <w:t xml:space="preserve"> {{field-on:bible}}Till de heliga och troende syskonen i Kristus i Kolosse: Nåd åt er och frid från Gud vår Far.{{field-off:bible}}</w:t>
      </w:r>
    </w:p>
    <w:p w14:paraId="044ABF80" w14:textId="77777777" w:rsidR="00BA33AB" w:rsidRPr="000767E2" w:rsidRDefault="00000000">
      <w:pPr>
        <w:pStyle w:val="Rubrik3"/>
        <w:rPr>
          <w:lang w:val="sv-SE"/>
        </w:rPr>
      </w:pPr>
      <w:r w:rsidRPr="000767E2">
        <w:rPr>
          <w:lang w:val="sv-SE"/>
        </w:rPr>
        <w:t>Tacksägelse och förbön</w:t>
      </w:r>
    </w:p>
    <w:p w14:paraId="42A141FB" w14:textId="47C5EAF6" w:rsidR="00BA33AB" w:rsidRPr="000767E2" w:rsidRDefault="00000000">
      <w:pPr>
        <w:rPr>
          <w:lang w:val="sv-SE"/>
        </w:rPr>
      </w:pPr>
      <w:r w:rsidRPr="000767E2">
        <w:rPr>
          <w:lang w:val="sv-SE"/>
        </w:rPr>
        <w:t>[[@</w:t>
      </w:r>
      <w:r w:rsidR="0096445B" w:rsidRPr="000767E2">
        <w:rPr>
          <w:lang w:val="sv-SE"/>
        </w:rPr>
        <w:t>BibleBIBEL82</w:t>
      </w:r>
      <w:r w:rsidRPr="000767E2">
        <w:rPr>
          <w:lang w:val="sv-SE"/>
        </w:rPr>
        <w:t>:Col 1:3]]</w:t>
      </w:r>
      <w:r w:rsidRPr="000767E2">
        <w:rPr>
          <w:vertAlign w:val="superscript"/>
          <w:lang w:val="sv-SE"/>
        </w:rPr>
        <w:t>3</w:t>
      </w:r>
      <w:r w:rsidRPr="000767E2">
        <w:rPr>
          <w:lang w:val="sv-SE"/>
        </w:rPr>
        <w:t xml:space="preserve"> {{field-on:bible}}Vi tackar Gud, vår Herre Jesu Kristi Far, alltid när vi ber för er,{{field-off:bible}} [[@</w:t>
      </w:r>
      <w:r w:rsidR="0096445B" w:rsidRPr="000767E2">
        <w:rPr>
          <w:lang w:val="sv-SE"/>
        </w:rPr>
        <w:t>BibleBIBEL82</w:t>
      </w:r>
      <w:r w:rsidRPr="000767E2">
        <w:rPr>
          <w:lang w:val="sv-SE"/>
        </w:rPr>
        <w:t>:Col 1:4]]</w:t>
      </w:r>
      <w:r w:rsidRPr="000767E2">
        <w:rPr>
          <w:vertAlign w:val="superscript"/>
          <w:lang w:val="sv-SE"/>
        </w:rPr>
        <w:t>4</w:t>
      </w:r>
      <w:r w:rsidRPr="000767E2">
        <w:rPr>
          <w:lang w:val="sv-SE"/>
        </w:rPr>
        <w:t xml:space="preserve"> {{field-on:bible}}då vi har hört </w:t>
      </w:r>
      <w:r w:rsidRPr="000767E2">
        <w:rPr>
          <w:i/>
          <w:lang w:val="sv-SE"/>
        </w:rPr>
        <w:t>om</w:t>
      </w:r>
      <w:r w:rsidRPr="000767E2">
        <w:rPr>
          <w:lang w:val="sv-SE"/>
        </w:rPr>
        <w:t xml:space="preserve"> er tro på Kristus Jesus och kärleken som ni har till alla de heliga,{{field-off:bible}} [[@</w:t>
      </w:r>
      <w:r w:rsidR="0096445B" w:rsidRPr="000767E2">
        <w:rPr>
          <w:lang w:val="sv-SE"/>
        </w:rPr>
        <w:t>BibleBIBEL82</w:t>
      </w:r>
      <w:r w:rsidRPr="000767E2">
        <w:rPr>
          <w:lang w:val="sv-SE"/>
        </w:rPr>
        <w:t>:Col 1:5]]</w:t>
      </w:r>
      <w:r w:rsidRPr="000767E2">
        <w:rPr>
          <w:vertAlign w:val="superscript"/>
          <w:lang w:val="sv-SE"/>
        </w:rPr>
        <w:t>5</w:t>
      </w:r>
      <w:r w:rsidRPr="000767E2">
        <w:rPr>
          <w:lang w:val="sv-SE"/>
        </w:rPr>
        <w:t xml:space="preserve"> {{field-on:bible}}på grund av hoppet </w:t>
      </w:r>
      <w:r w:rsidRPr="000767E2">
        <w:rPr>
          <w:i/>
          <w:lang w:val="sv-SE"/>
        </w:rPr>
        <w:t>som är</w:t>
      </w:r>
      <w:r w:rsidRPr="000767E2">
        <w:rPr>
          <w:lang w:val="sv-SE"/>
        </w:rPr>
        <w:t xml:space="preserve"> upplagt för er i himlarna. Detta har ni hört </w:t>
      </w:r>
      <w:r w:rsidRPr="000767E2">
        <w:rPr>
          <w:i/>
          <w:lang w:val="sv-SE"/>
        </w:rPr>
        <w:t>om</w:t>
      </w:r>
      <w:r w:rsidRPr="000767E2">
        <w:rPr>
          <w:lang w:val="sv-SE"/>
        </w:rPr>
        <w:t xml:space="preserve"> förut, i sanningens ord i evangeliet,{{field-off:bible}} [[@</w:t>
      </w:r>
      <w:r w:rsidR="0096445B" w:rsidRPr="000767E2">
        <w:rPr>
          <w:lang w:val="sv-SE"/>
        </w:rPr>
        <w:t>BibleBIBEL82</w:t>
      </w:r>
      <w:r w:rsidRPr="000767E2">
        <w:rPr>
          <w:lang w:val="sv-SE"/>
        </w:rPr>
        <w:t>:Col 1:6]]</w:t>
      </w:r>
      <w:r w:rsidRPr="000767E2">
        <w:rPr>
          <w:vertAlign w:val="superscript"/>
          <w:lang w:val="sv-SE"/>
        </w:rPr>
        <w:t>6</w:t>
      </w:r>
      <w:r w:rsidRPr="000767E2">
        <w:rPr>
          <w:lang w:val="sv-SE"/>
        </w:rPr>
        <w:t xml:space="preserve"> {{field-on:bible}}som är där hos er liksom det också i hela världen är fruktbärande och växande – så även bland er, från den dag ni hörde och lärde känna Guds nåd i sanning,{{field-off:bible}} [[@</w:t>
      </w:r>
      <w:r w:rsidR="0096445B" w:rsidRPr="000767E2">
        <w:rPr>
          <w:lang w:val="sv-SE"/>
        </w:rPr>
        <w:t>BibleBIBEL82</w:t>
      </w:r>
      <w:r w:rsidRPr="000767E2">
        <w:rPr>
          <w:lang w:val="sv-SE"/>
        </w:rPr>
        <w:t>:Col 1:7]]</w:t>
      </w:r>
      <w:r w:rsidRPr="000767E2">
        <w:rPr>
          <w:vertAlign w:val="superscript"/>
          <w:lang w:val="sv-SE"/>
        </w:rPr>
        <w:t>7</w:t>
      </w:r>
      <w:r w:rsidRPr="000767E2">
        <w:rPr>
          <w:lang w:val="sv-SE"/>
        </w:rPr>
        <w:t xml:space="preserve"> {{field-on:bible}}så som ni lärt er av Epafras, vår älskade medtjänare. Han är en trogen Kristi tjänare för er skull,{{field-off:bible}} [[@</w:t>
      </w:r>
      <w:r w:rsidR="0096445B" w:rsidRPr="000767E2">
        <w:rPr>
          <w:lang w:val="sv-SE"/>
        </w:rPr>
        <w:t>BibleBIBEL82</w:t>
      </w:r>
      <w:r w:rsidRPr="000767E2">
        <w:rPr>
          <w:lang w:val="sv-SE"/>
        </w:rPr>
        <w:t>:Col 1:8]]</w:t>
      </w:r>
      <w:r w:rsidRPr="000767E2">
        <w:rPr>
          <w:vertAlign w:val="superscript"/>
          <w:lang w:val="sv-SE"/>
        </w:rPr>
        <w:t>8</w:t>
      </w:r>
      <w:r w:rsidRPr="000767E2">
        <w:rPr>
          <w:lang w:val="sv-SE"/>
        </w:rPr>
        <w:t xml:space="preserve"> {{field-on:bible}}som också har tydliggjort för oss er kärlek i Ande.{{field-off:bible}}</w:t>
      </w:r>
    </w:p>
    <w:p w14:paraId="3F6D01AA" w14:textId="152F65CD"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:Col 1:9]]</w:t>
      </w:r>
      <w:r w:rsidRPr="000767E2">
        <w:rPr>
          <w:vertAlign w:val="superscript"/>
          <w:lang w:val="sv-SE"/>
        </w:rPr>
        <w:t>9</w:t>
      </w:r>
      <w:r w:rsidRPr="000767E2">
        <w:rPr>
          <w:lang w:val="sv-SE"/>
        </w:rPr>
        <w:t xml:space="preserve"> {{field-on:bible}}Därför slutar inte heller vi, från den dag vi </w:t>
      </w:r>
      <w:r w:rsidRPr="000767E2">
        <w:rPr>
          <w:i/>
          <w:lang w:val="sv-SE"/>
        </w:rPr>
        <w:t>fick</w:t>
      </w:r>
      <w:r w:rsidRPr="000767E2">
        <w:rPr>
          <w:lang w:val="sv-SE"/>
        </w:rPr>
        <w:t xml:space="preserve"> höra, att be för er och be om att ni ska bli uppfyllda av insikten om hans vilja, med all andlig vishet och förståelse,{{field-off:bible}} [[@</w:t>
      </w:r>
      <w:r w:rsidR="0096445B" w:rsidRPr="000767E2">
        <w:rPr>
          <w:lang w:val="sv-SE"/>
        </w:rPr>
        <w:t>BibleBIBEL82</w:t>
      </w:r>
      <w:r w:rsidRPr="000767E2">
        <w:rPr>
          <w:lang w:val="sv-SE"/>
        </w:rPr>
        <w:t>:Col 1:10]]</w:t>
      </w:r>
      <w:r w:rsidRPr="000767E2">
        <w:rPr>
          <w:vertAlign w:val="superscript"/>
          <w:lang w:val="sv-SE"/>
        </w:rPr>
        <w:t>10</w:t>
      </w:r>
      <w:r w:rsidRPr="000767E2">
        <w:rPr>
          <w:lang w:val="sv-SE"/>
        </w:rPr>
        <w:t xml:space="preserve"> {{field-on:bible}}</w:t>
      </w:r>
      <w:r w:rsidRPr="000767E2">
        <w:rPr>
          <w:i/>
          <w:lang w:val="sv-SE"/>
        </w:rPr>
        <w:t>för</w:t>
      </w:r>
      <w:r w:rsidRPr="000767E2">
        <w:rPr>
          <w:lang w:val="sv-SE"/>
        </w:rPr>
        <w:t xml:space="preserve"> att vandra värdigt Herren till allt behag: i varje god gärning bära frukt och växa i insikten om Gud,{{field-off:bible}} [[@</w:t>
      </w:r>
      <w:r w:rsidR="0096445B" w:rsidRPr="000767E2">
        <w:rPr>
          <w:lang w:val="sv-SE"/>
        </w:rPr>
        <w:t>BibleBIBEL82</w:t>
      </w:r>
      <w:r w:rsidRPr="000767E2">
        <w:rPr>
          <w:lang w:val="sv-SE"/>
        </w:rPr>
        <w:t>:Col 1:11]]</w:t>
      </w:r>
      <w:r w:rsidRPr="000767E2">
        <w:rPr>
          <w:vertAlign w:val="superscript"/>
          <w:lang w:val="sv-SE"/>
        </w:rPr>
        <w:t>11</w:t>
      </w:r>
      <w:r w:rsidRPr="000767E2">
        <w:rPr>
          <w:lang w:val="sv-SE"/>
        </w:rPr>
        <w:t xml:space="preserve"> {{field-on:bible}}med all kraft hämta kraft efter hans härlighets väldighet till all uthållighet och tålamod, </w:t>
      </w:r>
      <w:r w:rsidRPr="000767E2">
        <w:rPr>
          <w:i/>
          <w:lang w:val="sv-SE"/>
        </w:rPr>
        <w:t>och</w:t>
      </w:r>
      <w:r w:rsidRPr="000767E2">
        <w:rPr>
          <w:lang w:val="sv-SE"/>
        </w:rPr>
        <w:t xml:space="preserve"> med glädje{{field-off:bible}} [[@</w:t>
      </w:r>
      <w:r w:rsidR="0096445B" w:rsidRPr="000767E2">
        <w:rPr>
          <w:lang w:val="sv-SE"/>
        </w:rPr>
        <w:t>BibleBIBEL82</w:t>
      </w:r>
      <w:r w:rsidRPr="000767E2">
        <w:rPr>
          <w:lang w:val="sv-SE"/>
        </w:rPr>
        <w:t>:Col 1:12]]</w:t>
      </w:r>
      <w:r w:rsidRPr="000767E2">
        <w:rPr>
          <w:vertAlign w:val="superscript"/>
          <w:lang w:val="sv-SE"/>
        </w:rPr>
        <w:t>12</w:t>
      </w:r>
      <w:r w:rsidRPr="000767E2">
        <w:rPr>
          <w:lang w:val="sv-SE"/>
        </w:rPr>
        <w:t xml:space="preserve"> {{field-on:bible}}tacka Fadern som gjort er kapabla till andelen i de heligas lott i ljuset.{{field-off:bible}}</w:t>
      </w:r>
    </w:p>
    <w:p w14:paraId="53E5BB89" w14:textId="77777777" w:rsidR="00BA33AB" w:rsidRPr="000767E2" w:rsidRDefault="00000000">
      <w:pPr>
        <w:pStyle w:val="Rubrik3"/>
        <w:rPr>
          <w:lang w:val="sv-SE"/>
        </w:rPr>
      </w:pPr>
      <w:r w:rsidRPr="000767E2">
        <w:rPr>
          <w:lang w:val="sv-SE"/>
        </w:rPr>
        <w:t>I Sonens rike</w:t>
      </w:r>
    </w:p>
    <w:p w14:paraId="2F585C60" w14:textId="0A6BEA10" w:rsidR="00BA33AB" w:rsidRPr="000767E2" w:rsidRDefault="00000000">
      <w:pPr>
        <w:rPr>
          <w:lang w:val="sv-SE"/>
        </w:rPr>
      </w:pPr>
      <w:r w:rsidRPr="000767E2">
        <w:rPr>
          <w:lang w:val="sv-SE"/>
        </w:rPr>
        <w:t>[[@</w:t>
      </w:r>
      <w:r w:rsidR="0096445B" w:rsidRPr="000767E2">
        <w:rPr>
          <w:lang w:val="sv-SE"/>
        </w:rPr>
        <w:t>BibleBIBEL82</w:t>
      </w:r>
      <w:r w:rsidRPr="000767E2">
        <w:rPr>
          <w:lang w:val="sv-SE"/>
        </w:rPr>
        <w:t>:Col 1:13]]</w:t>
      </w:r>
      <w:r w:rsidRPr="000767E2">
        <w:rPr>
          <w:vertAlign w:val="superscript"/>
          <w:lang w:val="sv-SE"/>
        </w:rPr>
        <w:t>13</w:t>
      </w:r>
      <w:r w:rsidRPr="000767E2">
        <w:rPr>
          <w:lang w:val="sv-SE"/>
        </w:rPr>
        <w:t xml:space="preserve"> {{field-on:bible}}Han har räddat oss ur mörkrets auktoritet och förflyttat </w:t>
      </w:r>
      <w:r w:rsidRPr="000767E2">
        <w:rPr>
          <w:i/>
          <w:lang w:val="sv-SE"/>
        </w:rPr>
        <w:t>oss</w:t>
      </w:r>
      <w:r w:rsidRPr="000767E2">
        <w:rPr>
          <w:lang w:val="sv-SE"/>
        </w:rPr>
        <w:t xml:space="preserve"> in i riket hos sin kärleks Son,{{field-off:bible}} [[@</w:t>
      </w:r>
      <w:r w:rsidR="0096445B" w:rsidRPr="000767E2">
        <w:rPr>
          <w:lang w:val="sv-SE"/>
        </w:rPr>
        <w:t>BibleBIBEL82</w:t>
      </w:r>
      <w:r w:rsidRPr="000767E2">
        <w:rPr>
          <w:lang w:val="sv-SE"/>
        </w:rPr>
        <w:t>:Col 1:14]]</w:t>
      </w:r>
      <w:r w:rsidRPr="000767E2">
        <w:rPr>
          <w:vertAlign w:val="superscript"/>
          <w:lang w:val="sv-SE"/>
        </w:rPr>
        <w:t>14</w:t>
      </w:r>
      <w:r w:rsidRPr="000767E2">
        <w:rPr>
          <w:lang w:val="sv-SE"/>
        </w:rPr>
        <w:t xml:space="preserve"> {{field-on:bible}}i vilken vi har återlösningen, syndernas förlåtelse.{{field-off:bible}}</w:t>
      </w:r>
    </w:p>
    <w:p w14:paraId="6BDC8E0A" w14:textId="5EA7FBC9" w:rsidR="00BA33AB" w:rsidRPr="000767E2" w:rsidRDefault="00000000">
      <w:pPr>
        <w:rPr>
          <w:lang w:val="sv-SE"/>
        </w:rPr>
      </w:pPr>
      <w:r w:rsidRPr="000767E2">
        <w:rPr>
          <w:lang w:val="sv-SE"/>
        </w:rPr>
        <w:t>[[@</w:t>
      </w:r>
      <w:r w:rsidR="0096445B" w:rsidRPr="000767E2">
        <w:rPr>
          <w:lang w:val="sv-SE"/>
        </w:rPr>
        <w:t>BibleBIBEL82</w:t>
      </w:r>
      <w:r w:rsidRPr="000767E2">
        <w:rPr>
          <w:lang w:val="sv-SE"/>
        </w:rPr>
        <w:t>:Col 1:15]]</w:t>
      </w:r>
      <w:r w:rsidRPr="000767E2">
        <w:rPr>
          <w:vertAlign w:val="superscript"/>
          <w:lang w:val="sv-SE"/>
        </w:rPr>
        <w:t>15</w:t>
      </w:r>
      <w:r w:rsidRPr="000767E2">
        <w:rPr>
          <w:lang w:val="sv-SE"/>
        </w:rPr>
        <w:t xml:space="preserve"> {{field-on:bible}}Han är en avbild av den osynlige Guden,</w:t>
      </w:r>
      <w:r w:rsidRPr="000767E2">
        <w:rPr>
          <w:lang w:val="sv-SE"/>
        </w:rPr>
        <w:br/>
        <w:t>förstfödd före varje skapelse.{{field-off:bible}}</w:t>
      </w:r>
      <w:r w:rsidRPr="000767E2">
        <w:rPr>
          <w:lang w:val="sv-SE"/>
        </w:rPr>
        <w:br/>
        <w:t>[[@</w:t>
      </w:r>
      <w:r w:rsidR="0096445B" w:rsidRPr="000767E2">
        <w:rPr>
          <w:lang w:val="sv-SE"/>
        </w:rPr>
        <w:t>BibleBIBEL82</w:t>
      </w:r>
      <w:r w:rsidRPr="000767E2">
        <w:rPr>
          <w:lang w:val="sv-SE"/>
        </w:rPr>
        <w:t>:Col 1:16]]</w:t>
      </w:r>
      <w:r w:rsidRPr="000767E2">
        <w:rPr>
          <w:vertAlign w:val="superscript"/>
          <w:lang w:val="sv-SE"/>
        </w:rPr>
        <w:t>16</w:t>
      </w:r>
      <w:r w:rsidRPr="000767E2">
        <w:rPr>
          <w:lang w:val="sv-SE"/>
        </w:rPr>
        <w:t xml:space="preserve"> {{field-on:bible}}För i honom skapades allt i himlarna och på jorden,</w:t>
      </w:r>
      <w:r w:rsidRPr="000767E2">
        <w:rPr>
          <w:lang w:val="sv-SE"/>
        </w:rPr>
        <w:br/>
        <w:t>det synliga och det osynliga,</w:t>
      </w:r>
      <w:r w:rsidRPr="000767E2">
        <w:rPr>
          <w:lang w:val="sv-SE"/>
        </w:rPr>
        <w:br/>
        <w:t>om så troner eller herradömen</w:t>
      </w:r>
      <w:r w:rsidRPr="000767E2">
        <w:rPr>
          <w:lang w:val="sv-SE"/>
        </w:rPr>
        <w:br/>
        <w:t>eller furstligheter eller auktoriteter:</w:t>
      </w:r>
      <w:r w:rsidRPr="000767E2">
        <w:rPr>
          <w:lang w:val="sv-SE"/>
        </w:rPr>
        <w:br/>
        <w:t>allt är genom honom och till honom skapat.{{field-off:bible}}</w:t>
      </w:r>
      <w:r w:rsidRPr="000767E2">
        <w:rPr>
          <w:lang w:val="sv-SE"/>
        </w:rPr>
        <w:br/>
        <w:t>[[@</w:t>
      </w:r>
      <w:r w:rsidR="0096445B" w:rsidRPr="000767E2">
        <w:rPr>
          <w:lang w:val="sv-SE"/>
        </w:rPr>
        <w:t>BibleBIBEL82</w:t>
      </w:r>
      <w:r w:rsidRPr="000767E2">
        <w:rPr>
          <w:lang w:val="sv-SE"/>
        </w:rPr>
        <w:t>:Col 1:17]]</w:t>
      </w:r>
      <w:r w:rsidRPr="000767E2">
        <w:rPr>
          <w:vertAlign w:val="superscript"/>
          <w:lang w:val="sv-SE"/>
        </w:rPr>
        <w:t>17</w:t>
      </w:r>
      <w:r w:rsidRPr="000767E2">
        <w:rPr>
          <w:lang w:val="sv-SE"/>
        </w:rPr>
        <w:t xml:space="preserve"> {{field-on:bible}}Och han är före allt och allt består genom honom,{{field-off:bible}}</w:t>
      </w:r>
      <w:r w:rsidRPr="000767E2">
        <w:rPr>
          <w:lang w:val="sv-SE"/>
        </w:rPr>
        <w:br/>
        <w:t>[[@</w:t>
      </w:r>
      <w:r w:rsidR="0096445B" w:rsidRPr="000767E2">
        <w:rPr>
          <w:lang w:val="sv-SE"/>
        </w:rPr>
        <w:t>BibleBIBEL82</w:t>
      </w:r>
      <w:r w:rsidRPr="000767E2">
        <w:rPr>
          <w:lang w:val="sv-SE"/>
        </w:rPr>
        <w:t>:Col 1:18]]</w:t>
      </w:r>
      <w:r w:rsidRPr="000767E2">
        <w:rPr>
          <w:vertAlign w:val="superscript"/>
          <w:lang w:val="sv-SE"/>
        </w:rPr>
        <w:t>18</w:t>
      </w:r>
      <w:r w:rsidRPr="000767E2">
        <w:rPr>
          <w:lang w:val="sv-SE"/>
        </w:rPr>
        <w:t xml:space="preserve"> {{field-on:bible}}och han är huvudet för församlingens kropp.</w:t>
      </w:r>
      <w:r w:rsidRPr="000767E2">
        <w:rPr>
          <w:lang w:val="sv-SE"/>
        </w:rPr>
        <w:br/>
        <w:t>Han är begynnelse, förstfödd från de döda,</w:t>
      </w:r>
      <w:r w:rsidRPr="000767E2">
        <w:rPr>
          <w:lang w:val="sv-SE"/>
        </w:rPr>
        <w:br/>
        <w:t>för att han i allt ska vara först.{{field-off:bible}}</w:t>
      </w:r>
      <w:r w:rsidRPr="000767E2">
        <w:rPr>
          <w:lang w:val="sv-SE"/>
        </w:rPr>
        <w:br/>
        <w:t>[[@</w:t>
      </w:r>
      <w:r w:rsidR="0096445B" w:rsidRPr="000767E2">
        <w:rPr>
          <w:lang w:val="sv-SE"/>
        </w:rPr>
        <w:t>BibleBIBEL82</w:t>
      </w:r>
      <w:r w:rsidRPr="000767E2">
        <w:rPr>
          <w:lang w:val="sv-SE"/>
        </w:rPr>
        <w:t>:Col 1:19]]</w:t>
      </w:r>
      <w:r w:rsidRPr="000767E2">
        <w:rPr>
          <w:vertAlign w:val="superscript"/>
          <w:lang w:val="sv-SE"/>
        </w:rPr>
        <w:t>19</w:t>
      </w:r>
      <w:r w:rsidRPr="000767E2">
        <w:rPr>
          <w:lang w:val="sv-SE"/>
        </w:rPr>
        <w:t xml:space="preserve"> {{field-on:bible}}För i honom behagade han </w:t>
      </w:r>
      <w:r w:rsidRPr="000767E2">
        <w:rPr>
          <w:i/>
          <w:lang w:val="sv-SE"/>
        </w:rPr>
        <w:t>låta</w:t>
      </w:r>
      <w:r w:rsidRPr="000767E2">
        <w:rPr>
          <w:lang w:val="sv-SE"/>
        </w:rPr>
        <w:t xml:space="preserve"> hela fullheten bo{{field-off:bible}}</w:t>
      </w:r>
      <w:r w:rsidRPr="000767E2">
        <w:rPr>
          <w:lang w:val="sv-SE"/>
        </w:rPr>
        <w:br/>
        <w:t>[[@</w:t>
      </w:r>
      <w:r w:rsidR="0096445B" w:rsidRPr="000767E2">
        <w:rPr>
          <w:lang w:val="sv-SE"/>
        </w:rPr>
        <w:t>BibleBIBEL82</w:t>
      </w:r>
      <w:r w:rsidRPr="000767E2">
        <w:rPr>
          <w:lang w:val="sv-SE"/>
        </w:rPr>
        <w:t>:Col 1:20]]</w:t>
      </w:r>
      <w:r w:rsidRPr="000767E2">
        <w:rPr>
          <w:vertAlign w:val="superscript"/>
          <w:lang w:val="sv-SE"/>
        </w:rPr>
        <w:t>20</w:t>
      </w:r>
      <w:r w:rsidRPr="000767E2">
        <w:rPr>
          <w:lang w:val="sv-SE"/>
        </w:rPr>
        <w:t xml:space="preserve"> {{field-on:bible}}och genom honom försona allt in i honom,</w:t>
      </w:r>
      <w:r w:rsidRPr="000767E2">
        <w:rPr>
          <w:lang w:val="sv-SE"/>
        </w:rPr>
        <w:br/>
        <w:t>sedan han skapat frid genom blodet på hans kors,</w:t>
      </w:r>
      <w:r w:rsidRPr="000767E2">
        <w:rPr>
          <w:lang w:val="sv-SE"/>
        </w:rPr>
        <w:br/>
        <w:t>[genom honom] om så på jorden eller i himlarna.{{field-off:bible}}</w:t>
      </w:r>
    </w:p>
    <w:p w14:paraId="0741F432" w14:textId="75E1BEC8" w:rsidR="00BA33AB" w:rsidRPr="000767E2" w:rsidRDefault="00000000">
      <w:pPr>
        <w:rPr>
          <w:lang w:val="sv-SE"/>
        </w:rPr>
      </w:pPr>
      <w:r w:rsidRPr="000767E2">
        <w:rPr>
          <w:lang w:val="sv-SE"/>
        </w:rPr>
        <w:t>[[@</w:t>
      </w:r>
      <w:r w:rsidR="0096445B" w:rsidRPr="000767E2">
        <w:rPr>
          <w:lang w:val="sv-SE"/>
        </w:rPr>
        <w:t>BibleBIBEL82</w:t>
      </w:r>
      <w:r w:rsidRPr="000767E2">
        <w:rPr>
          <w:lang w:val="sv-SE"/>
        </w:rPr>
        <w:t>:Col 1:21]]</w:t>
      </w:r>
      <w:r w:rsidRPr="000767E2">
        <w:rPr>
          <w:vertAlign w:val="superscript"/>
          <w:lang w:val="sv-SE"/>
        </w:rPr>
        <w:t>21</w:t>
      </w:r>
      <w:r w:rsidRPr="000767E2">
        <w:rPr>
          <w:lang w:val="sv-SE"/>
        </w:rPr>
        <w:t xml:space="preserve"> {{field-on:bible}}Även er, som en gång var alienerade och fientliga till hågen i de onda gärningarna,{{field-off:bible}} [[@</w:t>
      </w:r>
      <w:r w:rsidR="0096445B" w:rsidRPr="000767E2">
        <w:rPr>
          <w:lang w:val="sv-SE"/>
        </w:rPr>
        <w:t>BibleBIBEL82</w:t>
      </w:r>
      <w:r w:rsidRPr="000767E2">
        <w:rPr>
          <w:lang w:val="sv-SE"/>
        </w:rPr>
        <w:t>:Col 1:22]]</w:t>
      </w:r>
      <w:r w:rsidRPr="000767E2">
        <w:rPr>
          <w:vertAlign w:val="superscript"/>
          <w:lang w:val="sv-SE"/>
        </w:rPr>
        <w:t>22</w:t>
      </w:r>
      <w:r w:rsidRPr="000767E2">
        <w:rPr>
          <w:lang w:val="sv-SE"/>
        </w:rPr>
        <w:t xml:space="preserve"> {{field-on:bible}}har han dock nu försonat i sitt kötts kropp genom döden, </w:t>
      </w:r>
      <w:r w:rsidRPr="000767E2">
        <w:rPr>
          <w:i/>
          <w:lang w:val="sv-SE"/>
        </w:rPr>
        <w:t>för</w:t>
      </w:r>
      <w:r w:rsidRPr="000767E2">
        <w:rPr>
          <w:lang w:val="sv-SE"/>
        </w:rPr>
        <w:t xml:space="preserve"> att ställa fram er heliga och felfria och oförvitliga inför honom –{{field-off:bible}} [[@</w:t>
      </w:r>
      <w:r w:rsidR="0096445B" w:rsidRPr="000767E2">
        <w:rPr>
          <w:lang w:val="sv-SE"/>
        </w:rPr>
        <w:t>BibleBIBEL82</w:t>
      </w:r>
      <w:r w:rsidRPr="000767E2">
        <w:rPr>
          <w:lang w:val="sv-SE"/>
        </w:rPr>
        <w:t>:Col 1:23]]</w:t>
      </w:r>
      <w:r w:rsidRPr="000767E2">
        <w:rPr>
          <w:vertAlign w:val="superscript"/>
          <w:lang w:val="sv-SE"/>
        </w:rPr>
        <w:t>23</w:t>
      </w:r>
      <w:r w:rsidRPr="000767E2">
        <w:rPr>
          <w:lang w:val="sv-SE"/>
        </w:rPr>
        <w:t xml:space="preserve"> {{field-on:bible}}om ni nu blir kvar i tron, grundade och grundfasta och inte rubbas från hoppet i evangeliet som ni har hört, som har förkunnats i hela skapelsen under himlen </w:t>
      </w:r>
      <w:r w:rsidRPr="000767E2">
        <w:rPr>
          <w:i/>
          <w:lang w:val="sv-SE"/>
        </w:rPr>
        <w:t>och</w:t>
      </w:r>
      <w:r w:rsidRPr="000767E2">
        <w:rPr>
          <w:lang w:val="sv-SE"/>
        </w:rPr>
        <w:t xml:space="preserve"> vars tjänare jag, Paulus, har blivit.{{field-off:bible}}</w:t>
      </w:r>
    </w:p>
    <w:p w14:paraId="0841DEA3" w14:textId="77777777" w:rsidR="00BA33AB" w:rsidRPr="000767E2" w:rsidRDefault="00000000">
      <w:pPr>
        <w:pStyle w:val="Rubrik3"/>
        <w:rPr>
          <w:lang w:val="sv-SE"/>
        </w:rPr>
      </w:pPr>
      <w:r w:rsidRPr="000767E2">
        <w:rPr>
          <w:lang w:val="sv-SE"/>
        </w:rPr>
        <w:t>Apostelns tjänst</w:t>
      </w:r>
    </w:p>
    <w:p w14:paraId="6206B6BB" w14:textId="17D65996" w:rsidR="00BA33AB" w:rsidRPr="000767E2" w:rsidRDefault="00000000">
      <w:pPr>
        <w:rPr>
          <w:lang w:val="sv-SE"/>
        </w:rPr>
      </w:pPr>
      <w:r w:rsidRPr="000767E2">
        <w:rPr>
          <w:lang w:val="sv-SE"/>
        </w:rPr>
        <w:t>[[@</w:t>
      </w:r>
      <w:r w:rsidR="0096445B" w:rsidRPr="000767E2">
        <w:rPr>
          <w:lang w:val="sv-SE"/>
        </w:rPr>
        <w:t>BibleBIBEL82</w:t>
      </w:r>
      <w:r w:rsidRPr="000767E2">
        <w:rPr>
          <w:lang w:val="sv-SE"/>
        </w:rPr>
        <w:t>:Col 1:24]]</w:t>
      </w:r>
      <w:r w:rsidRPr="000767E2">
        <w:rPr>
          <w:vertAlign w:val="superscript"/>
          <w:lang w:val="sv-SE"/>
        </w:rPr>
        <w:t>24</w:t>
      </w:r>
      <w:r w:rsidRPr="000767E2">
        <w:rPr>
          <w:lang w:val="sv-SE"/>
        </w:rPr>
        <w:t xml:space="preserve"> {{field-on:bible}}Nu gläder jag mig i lidandena för er, och jag uppfyller i min tur avsaknaderna av Kristi vedermödor i mitt kött för hans kropp, som är församlingen.{{field-off:bible}} [[@</w:t>
      </w:r>
      <w:r w:rsidR="0096445B" w:rsidRPr="000767E2">
        <w:rPr>
          <w:lang w:val="sv-SE"/>
        </w:rPr>
        <w:t>BibleBIBEL82</w:t>
      </w:r>
      <w:r w:rsidRPr="000767E2">
        <w:rPr>
          <w:lang w:val="sv-SE"/>
        </w:rPr>
        <w:t>:Col 1:25]]</w:t>
      </w:r>
      <w:r w:rsidRPr="000767E2">
        <w:rPr>
          <w:vertAlign w:val="superscript"/>
          <w:lang w:val="sv-SE"/>
        </w:rPr>
        <w:t>25</w:t>
      </w:r>
      <w:r w:rsidRPr="000767E2">
        <w:rPr>
          <w:lang w:val="sv-SE"/>
        </w:rPr>
        <w:t xml:space="preserve"> {{field-on:bible}}Dess tjänare </w:t>
      </w:r>
      <w:r w:rsidRPr="000767E2">
        <w:rPr>
          <w:lang w:val="sv-SE"/>
        </w:rPr>
        <w:lastRenderedPageBreak/>
        <w:t>har jag blivit efter den Guds förvaltning som har getts mig för er skull: att uppfylla Guds ord,{{field-off:bible}} [[@</w:t>
      </w:r>
      <w:r w:rsidR="0096445B" w:rsidRPr="000767E2">
        <w:rPr>
          <w:lang w:val="sv-SE"/>
        </w:rPr>
        <w:t>BibleBIBEL82</w:t>
      </w:r>
      <w:r w:rsidRPr="000767E2">
        <w:rPr>
          <w:lang w:val="sv-SE"/>
        </w:rPr>
        <w:t>:Col 1:26]]</w:t>
      </w:r>
      <w:r w:rsidRPr="000767E2">
        <w:rPr>
          <w:vertAlign w:val="superscript"/>
          <w:lang w:val="sv-SE"/>
        </w:rPr>
        <w:t>26</w:t>
      </w:r>
      <w:r w:rsidRPr="000767E2">
        <w:rPr>
          <w:lang w:val="sv-SE"/>
        </w:rPr>
        <w:t xml:space="preserve"> {{field-on:bible}}mysteriet förborgat från eonerna och från släktena. Men nu har det framträtt för hans heliga,{{field-off:bible}} [[@</w:t>
      </w:r>
      <w:r w:rsidR="0096445B" w:rsidRPr="000767E2">
        <w:rPr>
          <w:lang w:val="sv-SE"/>
        </w:rPr>
        <w:t>BibleBIBEL82</w:t>
      </w:r>
      <w:r w:rsidRPr="000767E2">
        <w:rPr>
          <w:lang w:val="sv-SE"/>
        </w:rPr>
        <w:t>:Col 1:27]]</w:t>
      </w:r>
      <w:r w:rsidRPr="000767E2">
        <w:rPr>
          <w:vertAlign w:val="superscript"/>
          <w:lang w:val="sv-SE"/>
        </w:rPr>
        <w:t>27</w:t>
      </w:r>
      <w:r w:rsidRPr="000767E2">
        <w:rPr>
          <w:lang w:val="sv-SE"/>
        </w:rPr>
        <w:t xml:space="preserve"> {{field-on:bible}}för vilka Gud ville kungöra vilken rikedom av härlighet </w:t>
      </w:r>
      <w:r w:rsidRPr="000767E2">
        <w:rPr>
          <w:i/>
          <w:lang w:val="sv-SE"/>
        </w:rPr>
        <w:t>som är</w:t>
      </w:r>
      <w:r w:rsidRPr="000767E2">
        <w:rPr>
          <w:lang w:val="sv-SE"/>
        </w:rPr>
        <w:t xml:space="preserve"> i detta mysterium bland folkslagen, som är Kristus i er, härlighetens hopp.{{field-off:bible}}</w:t>
      </w:r>
    </w:p>
    <w:p w14:paraId="369D0185" w14:textId="2A0D78B7" w:rsidR="00BA33AB" w:rsidRPr="000767E2" w:rsidRDefault="00000000">
      <w:pPr>
        <w:rPr>
          <w:lang w:val="sv-SE"/>
        </w:rPr>
      </w:pPr>
      <w:r w:rsidRPr="000767E2">
        <w:rPr>
          <w:lang w:val="sv-SE"/>
        </w:rPr>
        <w:t>[[@</w:t>
      </w:r>
      <w:r w:rsidR="0096445B" w:rsidRPr="000767E2">
        <w:rPr>
          <w:lang w:val="sv-SE"/>
        </w:rPr>
        <w:t>BibleBIBEL82</w:t>
      </w:r>
      <w:r w:rsidRPr="000767E2">
        <w:rPr>
          <w:lang w:val="sv-SE"/>
        </w:rPr>
        <w:t>:Col 1:28]]</w:t>
      </w:r>
      <w:r w:rsidRPr="000767E2">
        <w:rPr>
          <w:vertAlign w:val="superscript"/>
          <w:lang w:val="sv-SE"/>
        </w:rPr>
        <w:t>28</w:t>
      </w:r>
      <w:r w:rsidRPr="000767E2">
        <w:rPr>
          <w:lang w:val="sv-SE"/>
        </w:rPr>
        <w:t xml:space="preserve"> {{field-on:bible}}Honom predikar vi </w:t>
      </w:r>
      <w:r w:rsidRPr="000767E2">
        <w:rPr>
          <w:i/>
          <w:lang w:val="sv-SE"/>
        </w:rPr>
        <w:t>genom att</w:t>
      </w:r>
      <w:r w:rsidRPr="000767E2">
        <w:rPr>
          <w:lang w:val="sv-SE"/>
        </w:rPr>
        <w:t xml:space="preserve"> förmana varje människa och undervisa varje människa med all vishet, för att ställa fram varje människa </w:t>
      </w:r>
      <w:r w:rsidRPr="000767E2">
        <w:rPr>
          <w:i/>
          <w:lang w:val="sv-SE"/>
        </w:rPr>
        <w:t>som</w:t>
      </w:r>
      <w:r w:rsidRPr="000767E2">
        <w:rPr>
          <w:lang w:val="sv-SE"/>
        </w:rPr>
        <w:t xml:space="preserve"> fullkomlig i Kristus.{{field-off:bible}} [[@</w:t>
      </w:r>
      <w:r w:rsidR="0096445B" w:rsidRPr="000767E2">
        <w:rPr>
          <w:lang w:val="sv-SE"/>
        </w:rPr>
        <w:t>BibleBIBEL82</w:t>
      </w:r>
      <w:r w:rsidRPr="000767E2">
        <w:rPr>
          <w:lang w:val="sv-SE"/>
        </w:rPr>
        <w:t>:Col 1:29]]</w:t>
      </w:r>
      <w:r w:rsidRPr="000767E2">
        <w:rPr>
          <w:vertAlign w:val="superscript"/>
          <w:lang w:val="sv-SE"/>
        </w:rPr>
        <w:t>29</w:t>
      </w:r>
      <w:r w:rsidRPr="000767E2">
        <w:rPr>
          <w:lang w:val="sv-SE"/>
        </w:rPr>
        <w:t xml:space="preserve"> {{field-on:bible}}För detta sliter jag också och kämpar, efter hans inverkan som verkar i mig i kraft.{{field-off:bible}}</w:t>
      </w:r>
    </w:p>
    <w:p w14:paraId="40502023" w14:textId="6CAF367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:Col 2]]Kapitel 2</w:t>
      </w:r>
    </w:p>
    <w:p w14:paraId="5CEDA9DE" w14:textId="242F9D08" w:rsidR="00BA33AB" w:rsidRPr="000767E2" w:rsidRDefault="00000000">
      <w:pPr>
        <w:rPr>
          <w:lang w:val="sv-SE"/>
        </w:rPr>
      </w:pPr>
      <w:r w:rsidRPr="000767E2">
        <w:rPr>
          <w:lang w:val="sv-SE"/>
        </w:rPr>
        <w:t>[[@</w:t>
      </w:r>
      <w:r w:rsidR="0096445B" w:rsidRPr="000767E2">
        <w:rPr>
          <w:lang w:val="sv-SE"/>
        </w:rPr>
        <w:t>BibleBIBEL82</w:t>
      </w:r>
      <w:r w:rsidRPr="000767E2">
        <w:rPr>
          <w:lang w:val="sv-SE"/>
        </w:rPr>
        <w:t>:Col 2:1]]</w:t>
      </w:r>
      <w:r w:rsidRPr="000767E2">
        <w:rPr>
          <w:vertAlign w:val="superscript"/>
          <w:lang w:val="sv-SE"/>
        </w:rPr>
        <w:t>1</w:t>
      </w:r>
      <w:r w:rsidRPr="000767E2">
        <w:rPr>
          <w:lang w:val="sv-SE"/>
        </w:rPr>
        <w:t xml:space="preserve"> {{field-on:bible}}För jag vill att ni ska veta vilken stor kamp jag har för er och dem i Laodikeia och </w:t>
      </w:r>
      <w:r w:rsidRPr="000767E2">
        <w:rPr>
          <w:i/>
          <w:lang w:val="sv-SE"/>
        </w:rPr>
        <w:t>alla</w:t>
      </w:r>
      <w:r w:rsidRPr="000767E2">
        <w:rPr>
          <w:lang w:val="sv-SE"/>
        </w:rPr>
        <w:t xml:space="preserve"> som inte har sett mitt ansikte i köttet,{{field-off:bible}} [[@</w:t>
      </w:r>
      <w:r w:rsidR="0096445B" w:rsidRPr="000767E2">
        <w:rPr>
          <w:lang w:val="sv-SE"/>
        </w:rPr>
        <w:t>BibleBIBEL82</w:t>
      </w:r>
      <w:r w:rsidRPr="000767E2">
        <w:rPr>
          <w:lang w:val="sv-SE"/>
        </w:rPr>
        <w:t>:Col 2:2]]</w:t>
      </w:r>
      <w:r w:rsidRPr="000767E2">
        <w:rPr>
          <w:vertAlign w:val="superscript"/>
          <w:lang w:val="sv-SE"/>
        </w:rPr>
        <w:t>2</w:t>
      </w:r>
      <w:r w:rsidRPr="000767E2">
        <w:rPr>
          <w:lang w:val="sv-SE"/>
        </w:rPr>
        <w:t xml:space="preserve"> {{field-on:bible}}för att deras hjärtan ska bli uppmuntrade och sammanhållna i kärlek och till all rikedom i förståelsens fulla visshet, till insikt om Guds mysterium Kristus,{{field-off:bible}} [[@</w:t>
      </w:r>
      <w:r w:rsidR="0096445B" w:rsidRPr="000767E2">
        <w:rPr>
          <w:lang w:val="sv-SE"/>
        </w:rPr>
        <w:t>BibleBIBEL82</w:t>
      </w:r>
      <w:r w:rsidRPr="000767E2">
        <w:rPr>
          <w:lang w:val="sv-SE"/>
        </w:rPr>
        <w:t>:Col 2:3]]</w:t>
      </w:r>
      <w:r w:rsidRPr="000767E2">
        <w:rPr>
          <w:vertAlign w:val="superscript"/>
          <w:lang w:val="sv-SE"/>
        </w:rPr>
        <w:t>3</w:t>
      </w:r>
      <w:r w:rsidRPr="000767E2">
        <w:rPr>
          <w:lang w:val="sv-SE"/>
        </w:rPr>
        <w:t xml:space="preserve"> {{field-on:bible}}i vilken alla vishetens och kunskapens skatter finns förborgade.{{field-off:bible}}</w:t>
      </w:r>
    </w:p>
    <w:p w14:paraId="249A8A9C" w14:textId="440EA987" w:rsidR="00BA33AB" w:rsidRPr="000767E2" w:rsidRDefault="00000000">
      <w:pPr>
        <w:rPr>
          <w:lang w:val="sv-SE"/>
        </w:rPr>
      </w:pPr>
      <w:r w:rsidRPr="000767E2">
        <w:rPr>
          <w:lang w:val="sv-SE"/>
        </w:rPr>
        <w:t>[[@</w:t>
      </w:r>
      <w:r w:rsidR="0096445B" w:rsidRPr="000767E2">
        <w:rPr>
          <w:lang w:val="sv-SE"/>
        </w:rPr>
        <w:t>BibleBIBEL82</w:t>
      </w:r>
      <w:r w:rsidRPr="000767E2">
        <w:rPr>
          <w:lang w:val="sv-SE"/>
        </w:rPr>
        <w:t>:Col 2:4]]</w:t>
      </w:r>
      <w:r w:rsidRPr="000767E2">
        <w:rPr>
          <w:vertAlign w:val="superscript"/>
          <w:lang w:val="sv-SE"/>
        </w:rPr>
        <w:t>4</w:t>
      </w:r>
      <w:r w:rsidRPr="000767E2">
        <w:rPr>
          <w:lang w:val="sv-SE"/>
        </w:rPr>
        <w:t xml:space="preserve"> {{field-on:bible}}Detta säger jag för att ingen ska bedra er med plausibla ord.{{field-off:bible}} [[@</w:t>
      </w:r>
      <w:r w:rsidR="0096445B" w:rsidRPr="000767E2">
        <w:rPr>
          <w:lang w:val="sv-SE"/>
        </w:rPr>
        <w:t>BibleBIBEL82</w:t>
      </w:r>
      <w:r w:rsidRPr="000767E2">
        <w:rPr>
          <w:lang w:val="sv-SE"/>
        </w:rPr>
        <w:t>:Col 2:5]]</w:t>
      </w:r>
      <w:r w:rsidRPr="000767E2">
        <w:rPr>
          <w:vertAlign w:val="superscript"/>
          <w:lang w:val="sv-SE"/>
        </w:rPr>
        <w:t>5</w:t>
      </w:r>
      <w:r w:rsidRPr="000767E2">
        <w:rPr>
          <w:lang w:val="sv-SE"/>
        </w:rPr>
        <w:t xml:space="preserve"> {{field-on:bible}}För även om jag i köttet är iväg, är jag dock i anden med er och gläder mig och ser er ordning och stadga i er tro på Kristus.{{field-off:bible}} [[@</w:t>
      </w:r>
      <w:r w:rsidR="0096445B" w:rsidRPr="000767E2">
        <w:rPr>
          <w:lang w:val="sv-SE"/>
        </w:rPr>
        <w:t>BibleBIBEL82</w:t>
      </w:r>
      <w:r w:rsidRPr="000767E2">
        <w:rPr>
          <w:lang w:val="sv-SE"/>
        </w:rPr>
        <w:t>:Col 2:6]]</w:t>
      </w:r>
      <w:r w:rsidRPr="000767E2">
        <w:rPr>
          <w:vertAlign w:val="superscript"/>
          <w:lang w:val="sv-SE"/>
        </w:rPr>
        <w:t>6</w:t>
      </w:r>
      <w:r w:rsidRPr="000767E2">
        <w:rPr>
          <w:lang w:val="sv-SE"/>
        </w:rPr>
        <w:t xml:space="preserve"> {{field-on:bible}}Såsom ni alltså tog emot Kristus Jesus </w:t>
      </w:r>
      <w:r w:rsidRPr="000767E2">
        <w:rPr>
          <w:i/>
          <w:lang w:val="sv-SE"/>
        </w:rPr>
        <w:t>som</w:t>
      </w:r>
      <w:r w:rsidRPr="000767E2">
        <w:rPr>
          <w:lang w:val="sv-SE"/>
        </w:rPr>
        <w:t xml:space="preserve"> Herren, vandra i honom,{{field-off:bible}} [[@</w:t>
      </w:r>
      <w:r w:rsidR="0096445B" w:rsidRPr="000767E2">
        <w:rPr>
          <w:lang w:val="sv-SE"/>
        </w:rPr>
        <w:t>BibleBIBEL82</w:t>
      </w:r>
      <w:r w:rsidRPr="000767E2">
        <w:rPr>
          <w:lang w:val="sv-SE"/>
        </w:rPr>
        <w:t>:Col 2:7]]</w:t>
      </w:r>
      <w:r w:rsidRPr="000767E2">
        <w:rPr>
          <w:vertAlign w:val="superscript"/>
          <w:lang w:val="sv-SE"/>
        </w:rPr>
        <w:t>7</w:t>
      </w:r>
      <w:r w:rsidRPr="000767E2">
        <w:rPr>
          <w:lang w:val="sv-SE"/>
        </w:rPr>
        <w:t xml:space="preserve"> {{field-on:bible}}rotade och påbyggda i honom och befästa i tron så som ni har blivit undervisade, överflödande i tacksägelse.{{field-off:bible}}</w:t>
      </w:r>
    </w:p>
    <w:p w14:paraId="57C437CB" w14:textId="77777777" w:rsidR="00BA33AB" w:rsidRPr="000767E2" w:rsidRDefault="00000000">
      <w:pPr>
        <w:pStyle w:val="Rubrik3"/>
        <w:rPr>
          <w:lang w:val="sv-SE"/>
        </w:rPr>
      </w:pPr>
      <w:r w:rsidRPr="000767E2">
        <w:rPr>
          <w:lang w:val="sv-SE"/>
        </w:rPr>
        <w:t>Uppväckta med Kristus</w:t>
      </w:r>
    </w:p>
    <w:p w14:paraId="1D9D5EA2" w14:textId="4C237522" w:rsidR="00BA33AB" w:rsidRPr="000767E2" w:rsidRDefault="00000000">
      <w:pPr>
        <w:rPr>
          <w:lang w:val="sv-SE"/>
        </w:rPr>
      </w:pPr>
      <w:r w:rsidRPr="000767E2">
        <w:rPr>
          <w:lang w:val="sv-SE"/>
        </w:rPr>
        <w:t>[[@</w:t>
      </w:r>
      <w:r w:rsidR="0096445B" w:rsidRPr="000767E2">
        <w:rPr>
          <w:lang w:val="sv-SE"/>
        </w:rPr>
        <w:t>BibleBIBEL82</w:t>
      </w:r>
      <w:r w:rsidRPr="000767E2">
        <w:rPr>
          <w:lang w:val="sv-SE"/>
        </w:rPr>
        <w:t>:Col 2:8]]</w:t>
      </w:r>
      <w:r w:rsidRPr="000767E2">
        <w:rPr>
          <w:vertAlign w:val="superscript"/>
          <w:lang w:val="sv-SE"/>
        </w:rPr>
        <w:t>8</w:t>
      </w:r>
      <w:r w:rsidRPr="000767E2">
        <w:rPr>
          <w:lang w:val="sv-SE"/>
        </w:rPr>
        <w:t xml:space="preserve"> {{field-on:bible}}Se till att ingen blir den som infångar er genom den filosofi och tomma tjusning </w:t>
      </w:r>
      <w:r w:rsidRPr="000767E2">
        <w:rPr>
          <w:i/>
          <w:lang w:val="sv-SE"/>
        </w:rPr>
        <w:t>som är</w:t>
      </w:r>
      <w:r w:rsidRPr="000767E2">
        <w:rPr>
          <w:lang w:val="sv-SE"/>
        </w:rPr>
        <w:t xml:space="preserve"> efter människornas tradition, efter världens element och inte efter Kristus.{{field-off:bible}} [[@</w:t>
      </w:r>
      <w:r w:rsidR="0096445B" w:rsidRPr="000767E2">
        <w:rPr>
          <w:lang w:val="sv-SE"/>
        </w:rPr>
        <w:t>BibleBIBEL82</w:t>
      </w:r>
      <w:r w:rsidRPr="000767E2">
        <w:rPr>
          <w:lang w:val="sv-SE"/>
        </w:rPr>
        <w:t>:Col 2:9]]</w:t>
      </w:r>
      <w:r w:rsidRPr="000767E2">
        <w:rPr>
          <w:vertAlign w:val="superscript"/>
          <w:lang w:val="sv-SE"/>
        </w:rPr>
        <w:t>9</w:t>
      </w:r>
      <w:r w:rsidRPr="000767E2">
        <w:rPr>
          <w:lang w:val="sv-SE"/>
        </w:rPr>
        <w:t xml:space="preserve"> {{field-on:bible}}För i honom bor gudomens hela fullhet kroppsligen,{{field-off:bible}} [[@</w:t>
      </w:r>
      <w:r w:rsidR="0096445B" w:rsidRPr="000767E2">
        <w:rPr>
          <w:lang w:val="sv-SE"/>
        </w:rPr>
        <w:t>BibleBIBEL82</w:t>
      </w:r>
      <w:r w:rsidRPr="000767E2">
        <w:rPr>
          <w:lang w:val="sv-SE"/>
        </w:rPr>
        <w:t>:Col 2:10]]</w:t>
      </w:r>
      <w:r w:rsidRPr="000767E2">
        <w:rPr>
          <w:vertAlign w:val="superscript"/>
          <w:lang w:val="sv-SE"/>
        </w:rPr>
        <w:t>10</w:t>
      </w:r>
      <w:r w:rsidRPr="000767E2">
        <w:rPr>
          <w:lang w:val="sv-SE"/>
        </w:rPr>
        <w:t xml:space="preserve"> {{field-on:bible}}och ni är uppfyllda i honom som är huvudet över varje furstlighet och auktoritet.{{field-off:bible}}</w:t>
      </w:r>
    </w:p>
    <w:p w14:paraId="3944384E" w14:textId="1A9AC99F" w:rsidR="00BA33AB" w:rsidRPr="000767E2" w:rsidRDefault="00000000">
      <w:pPr>
        <w:rPr>
          <w:lang w:val="sv-SE"/>
        </w:rPr>
      </w:pPr>
      <w:r w:rsidRPr="000767E2">
        <w:rPr>
          <w:lang w:val="sv-SE"/>
        </w:rPr>
        <w:t>[[@</w:t>
      </w:r>
      <w:r w:rsidR="0096445B" w:rsidRPr="000767E2">
        <w:rPr>
          <w:lang w:val="sv-SE"/>
        </w:rPr>
        <w:t>BibleBIBEL82</w:t>
      </w:r>
      <w:r w:rsidRPr="000767E2">
        <w:rPr>
          <w:lang w:val="sv-SE"/>
        </w:rPr>
        <w:t>:Col 2:11]]</w:t>
      </w:r>
      <w:r w:rsidRPr="000767E2">
        <w:rPr>
          <w:vertAlign w:val="superscript"/>
          <w:lang w:val="sv-SE"/>
        </w:rPr>
        <w:t>11</w:t>
      </w:r>
      <w:r w:rsidRPr="000767E2">
        <w:rPr>
          <w:lang w:val="sv-SE"/>
        </w:rPr>
        <w:t xml:space="preserve"> {{field-on:bible}}I honom blev ni också omskurna, med en icke handgjord omskärelse genom avklädandet av köttets kropp, genom Kristi omskärelse,{{field-off:bible}} [[@</w:t>
      </w:r>
      <w:r w:rsidR="0096445B" w:rsidRPr="000767E2">
        <w:rPr>
          <w:lang w:val="sv-SE"/>
        </w:rPr>
        <w:t>BibleBIBEL82</w:t>
      </w:r>
      <w:r w:rsidRPr="000767E2">
        <w:rPr>
          <w:lang w:val="sv-SE"/>
        </w:rPr>
        <w:t>:Col 2:12]]</w:t>
      </w:r>
      <w:r w:rsidRPr="000767E2">
        <w:rPr>
          <w:vertAlign w:val="superscript"/>
          <w:lang w:val="sv-SE"/>
        </w:rPr>
        <w:t>12</w:t>
      </w:r>
      <w:r w:rsidRPr="000767E2">
        <w:rPr>
          <w:lang w:val="sv-SE"/>
        </w:rPr>
        <w:t xml:space="preserve"> {{field-on:bible}}när ni begravdes med honom i dophandlingen. I honom blev ni också samuppväckta genom tron på inverkan från Gud, som har uppväckt honom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:Col 2:13]]</w:t>
      </w:r>
      <w:r w:rsidRPr="000767E2">
        <w:rPr>
          <w:vertAlign w:val="superscript"/>
          <w:lang w:val="sv-SE"/>
        </w:rPr>
        <w:t>13</w:t>
      </w:r>
      <w:r w:rsidRPr="000767E2">
        <w:rPr>
          <w:lang w:val="sv-SE"/>
        </w:rPr>
        <w:t xml:space="preserve"> {{field-on:bible}}Även er som var döda genom felstegen och förhuden i ert kött, er har han levandegjort med honom, sedan han efterskänkt oss alla felstegen{{field-off:bible}} [[@</w:t>
      </w:r>
      <w:r w:rsidR="0096445B" w:rsidRPr="000767E2">
        <w:rPr>
          <w:lang w:val="sv-SE"/>
        </w:rPr>
        <w:t>BibleBIBEL82</w:t>
      </w:r>
      <w:r w:rsidRPr="000767E2">
        <w:rPr>
          <w:lang w:val="sv-SE"/>
        </w:rPr>
        <w:t>:Col 2:14]]</w:t>
      </w:r>
      <w:r w:rsidRPr="000767E2">
        <w:rPr>
          <w:vertAlign w:val="superscript"/>
          <w:lang w:val="sv-SE"/>
        </w:rPr>
        <w:t>14</w:t>
      </w:r>
      <w:r w:rsidRPr="000767E2">
        <w:rPr>
          <w:lang w:val="sv-SE"/>
        </w:rPr>
        <w:t xml:space="preserve"> {{field-on:bible}}</w:t>
      </w:r>
      <w:r w:rsidRPr="000767E2">
        <w:rPr>
          <w:i/>
          <w:lang w:val="sv-SE"/>
        </w:rPr>
        <w:t>genom att</w:t>
      </w:r>
      <w:r w:rsidRPr="000767E2">
        <w:rPr>
          <w:lang w:val="sv-SE"/>
        </w:rPr>
        <w:t xml:space="preserve"> stryka bort skuldebrevet mot oss med </w:t>
      </w:r>
      <w:r w:rsidRPr="000767E2">
        <w:rPr>
          <w:i/>
          <w:lang w:val="sv-SE"/>
        </w:rPr>
        <w:t>dess</w:t>
      </w:r>
      <w:r w:rsidRPr="000767E2">
        <w:rPr>
          <w:lang w:val="sv-SE"/>
        </w:rPr>
        <w:t xml:space="preserve"> edikt, det som var emot oss. Och han tog det från mitten och spikade fast det på korset.{{field-off:bible}} </w:t>
      </w:r>
      <w:r w:rsidRPr="000767E2">
        <w:rPr>
          <w:lang w:val="sv-SE"/>
        </w:rPr>
        <w:lastRenderedPageBreak/>
        <w:t>[[@</w:t>
      </w:r>
      <w:r w:rsidR="0096445B" w:rsidRPr="000767E2">
        <w:rPr>
          <w:lang w:val="sv-SE"/>
        </w:rPr>
        <w:t>BibleBIBEL82</w:t>
      </w:r>
      <w:r w:rsidRPr="000767E2">
        <w:rPr>
          <w:lang w:val="sv-SE"/>
        </w:rPr>
        <w:t>:Col 2:15]]</w:t>
      </w:r>
      <w:r w:rsidRPr="000767E2">
        <w:rPr>
          <w:vertAlign w:val="superscript"/>
          <w:lang w:val="sv-SE"/>
        </w:rPr>
        <w:t>15</w:t>
      </w:r>
      <w:r w:rsidRPr="000767E2">
        <w:rPr>
          <w:lang w:val="sv-SE"/>
        </w:rPr>
        <w:t xml:space="preserve"> {{field-on:bible}}Han avklädde furstligheterna och auktoriteterna och exponerade </w:t>
      </w:r>
      <w:r w:rsidRPr="000767E2">
        <w:rPr>
          <w:i/>
          <w:lang w:val="sv-SE"/>
        </w:rPr>
        <w:t>dem</w:t>
      </w:r>
      <w:r w:rsidRPr="000767E2">
        <w:rPr>
          <w:lang w:val="sv-SE"/>
        </w:rPr>
        <w:t xml:space="preserve"> i öppenhet, sedan han triumferat över dem genom det.{{field-off:bible}}</w:t>
      </w:r>
    </w:p>
    <w:p w14:paraId="0930DECF" w14:textId="77777777" w:rsidR="00BA33AB" w:rsidRPr="000767E2" w:rsidRDefault="00000000">
      <w:pPr>
        <w:pStyle w:val="Rubrik3"/>
        <w:rPr>
          <w:lang w:val="sv-SE"/>
        </w:rPr>
      </w:pPr>
      <w:r w:rsidRPr="000767E2">
        <w:rPr>
          <w:lang w:val="sv-SE"/>
        </w:rPr>
        <w:t>Ingen ska döma er</w:t>
      </w:r>
    </w:p>
    <w:p w14:paraId="32E04FD7" w14:textId="26DA53EC" w:rsidR="00BA33AB" w:rsidRPr="000767E2" w:rsidRDefault="00000000">
      <w:pPr>
        <w:rPr>
          <w:lang w:val="sv-SE"/>
        </w:rPr>
      </w:pPr>
      <w:r w:rsidRPr="000767E2">
        <w:rPr>
          <w:lang w:val="sv-SE"/>
        </w:rPr>
        <w:t>[[@</w:t>
      </w:r>
      <w:r w:rsidR="0096445B" w:rsidRPr="000767E2">
        <w:rPr>
          <w:lang w:val="sv-SE"/>
        </w:rPr>
        <w:t>BibleBIBEL82</w:t>
      </w:r>
      <w:r w:rsidRPr="000767E2">
        <w:rPr>
          <w:lang w:val="sv-SE"/>
        </w:rPr>
        <w:t>:Col 2:16]]</w:t>
      </w:r>
      <w:r w:rsidRPr="000767E2">
        <w:rPr>
          <w:vertAlign w:val="superscript"/>
          <w:lang w:val="sv-SE"/>
        </w:rPr>
        <w:t>16</w:t>
      </w:r>
      <w:r w:rsidRPr="000767E2">
        <w:rPr>
          <w:lang w:val="sv-SE"/>
        </w:rPr>
        <w:t xml:space="preserve"> {{field-on:bible}}Ingen ska därför döma er i ätande och i drickande, eller i </w:t>
      </w:r>
      <w:r w:rsidRPr="000767E2">
        <w:rPr>
          <w:i/>
          <w:lang w:val="sv-SE"/>
        </w:rPr>
        <w:t>någon</w:t>
      </w:r>
      <w:r w:rsidRPr="000767E2">
        <w:rPr>
          <w:lang w:val="sv-SE"/>
        </w:rPr>
        <w:t xml:space="preserve"> detalj om högtid eller nymånad eller sabbat.{{field-off:bible}} [[@</w:t>
      </w:r>
      <w:r w:rsidR="0096445B" w:rsidRPr="000767E2">
        <w:rPr>
          <w:lang w:val="sv-SE"/>
        </w:rPr>
        <w:t>BibleBIBEL82</w:t>
      </w:r>
      <w:r w:rsidRPr="000767E2">
        <w:rPr>
          <w:lang w:val="sv-SE"/>
        </w:rPr>
        <w:t>:Col 2:17]]</w:t>
      </w:r>
      <w:r w:rsidRPr="000767E2">
        <w:rPr>
          <w:vertAlign w:val="superscript"/>
          <w:lang w:val="sv-SE"/>
        </w:rPr>
        <w:t>17</w:t>
      </w:r>
      <w:r w:rsidRPr="000767E2">
        <w:rPr>
          <w:lang w:val="sv-SE"/>
        </w:rPr>
        <w:t xml:space="preserve"> {{field-on:bible}}Dessa är en skugga av det som skulle komma, men kroppen </w:t>
      </w:r>
      <w:r w:rsidRPr="000767E2">
        <w:rPr>
          <w:i/>
          <w:lang w:val="sv-SE"/>
        </w:rPr>
        <w:t>är</w:t>
      </w:r>
      <w:r w:rsidRPr="000767E2">
        <w:rPr>
          <w:lang w:val="sv-SE"/>
        </w:rPr>
        <w:t xml:space="preserve"> av Kristus.{{field-off:bible}} [[@</w:t>
      </w:r>
      <w:r w:rsidR="0096445B" w:rsidRPr="000767E2">
        <w:rPr>
          <w:lang w:val="sv-SE"/>
        </w:rPr>
        <w:t>BibleBIBEL82</w:t>
      </w:r>
      <w:r w:rsidRPr="000767E2">
        <w:rPr>
          <w:lang w:val="sv-SE"/>
        </w:rPr>
        <w:t>:Col 2:18]]</w:t>
      </w:r>
      <w:r w:rsidRPr="000767E2">
        <w:rPr>
          <w:vertAlign w:val="superscript"/>
          <w:lang w:val="sv-SE"/>
        </w:rPr>
        <w:t>18</w:t>
      </w:r>
      <w:r w:rsidRPr="000767E2">
        <w:rPr>
          <w:lang w:val="sv-SE"/>
        </w:rPr>
        <w:t xml:space="preserve"> {{field-on:bible}}Er ska ingen diskvalificera som vill </w:t>
      </w:r>
      <w:r w:rsidRPr="000767E2">
        <w:rPr>
          <w:i/>
          <w:lang w:val="sv-SE"/>
        </w:rPr>
        <w:t>vara</w:t>
      </w:r>
      <w:r w:rsidRPr="000767E2">
        <w:rPr>
          <w:lang w:val="sv-SE"/>
        </w:rPr>
        <w:t xml:space="preserve"> i ödmjukhet och änglarnas dyrkan, som går in på det han har sett, i onödan uppblåst av sitt kötts sinne,{{field-off:bible}} [[@</w:t>
      </w:r>
      <w:r w:rsidR="0096445B" w:rsidRPr="000767E2">
        <w:rPr>
          <w:lang w:val="sv-SE"/>
        </w:rPr>
        <w:t>BibleBIBEL82</w:t>
      </w:r>
      <w:r w:rsidRPr="000767E2">
        <w:rPr>
          <w:lang w:val="sv-SE"/>
        </w:rPr>
        <w:t>:Col 2:19]]</w:t>
      </w:r>
      <w:r w:rsidRPr="000767E2">
        <w:rPr>
          <w:vertAlign w:val="superscript"/>
          <w:lang w:val="sv-SE"/>
        </w:rPr>
        <w:t>19</w:t>
      </w:r>
      <w:r w:rsidRPr="000767E2">
        <w:rPr>
          <w:lang w:val="sv-SE"/>
        </w:rPr>
        <w:t xml:space="preserve"> {{field-on:bible}}och </w:t>
      </w:r>
      <w:r w:rsidRPr="000767E2">
        <w:rPr>
          <w:i/>
          <w:lang w:val="sv-SE"/>
        </w:rPr>
        <w:t>som</w:t>
      </w:r>
      <w:r w:rsidRPr="000767E2">
        <w:rPr>
          <w:lang w:val="sv-SE"/>
        </w:rPr>
        <w:t xml:space="preserve"> inte håller fast vid huvudet, från vilket hela kroppen med ligamenten och banden bibringas och sammanhålls och växer </w:t>
      </w:r>
      <w:r w:rsidRPr="000767E2">
        <w:rPr>
          <w:i/>
          <w:lang w:val="sv-SE"/>
        </w:rPr>
        <w:t>med</w:t>
      </w:r>
      <w:r w:rsidRPr="000767E2">
        <w:rPr>
          <w:lang w:val="sv-SE"/>
        </w:rPr>
        <w:t xml:space="preserve"> Guds tillväxt.{{field-off:bible}}</w:t>
      </w:r>
    </w:p>
    <w:p w14:paraId="6263BE20" w14:textId="0BDB5162" w:rsidR="00BA33AB" w:rsidRPr="000767E2" w:rsidRDefault="00000000">
      <w:pPr>
        <w:rPr>
          <w:lang w:val="sv-SE"/>
        </w:rPr>
      </w:pPr>
      <w:r w:rsidRPr="000767E2">
        <w:rPr>
          <w:lang w:val="sv-SE"/>
        </w:rPr>
        <w:t>[[@</w:t>
      </w:r>
      <w:r w:rsidR="0096445B" w:rsidRPr="000767E2">
        <w:rPr>
          <w:lang w:val="sv-SE"/>
        </w:rPr>
        <w:t>BibleBIBEL82</w:t>
      </w:r>
      <w:r w:rsidRPr="000767E2">
        <w:rPr>
          <w:lang w:val="sv-SE"/>
        </w:rPr>
        <w:t>:Col 2:20]]</w:t>
      </w:r>
      <w:r w:rsidRPr="000767E2">
        <w:rPr>
          <w:vertAlign w:val="superscript"/>
          <w:lang w:val="sv-SE"/>
        </w:rPr>
        <w:t>20</w:t>
      </w:r>
      <w:r w:rsidRPr="000767E2">
        <w:rPr>
          <w:lang w:val="sv-SE"/>
        </w:rPr>
        <w:t xml:space="preserve"> {{field-on:bible}}Om ni har dött med Kristus från världens element, varför tar ni som </w:t>
      </w:r>
      <w:r w:rsidRPr="000767E2">
        <w:rPr>
          <w:i/>
          <w:lang w:val="sv-SE"/>
        </w:rPr>
        <w:t>om</w:t>
      </w:r>
      <w:r w:rsidRPr="000767E2">
        <w:rPr>
          <w:lang w:val="sv-SE"/>
        </w:rPr>
        <w:t xml:space="preserve"> ni levde i världen på er edikt:{{field-off:bible}} [[@</w:t>
      </w:r>
      <w:r w:rsidR="0096445B" w:rsidRPr="000767E2">
        <w:rPr>
          <w:lang w:val="sv-SE"/>
        </w:rPr>
        <w:t>BibleBIBEL82</w:t>
      </w:r>
      <w:r w:rsidRPr="000767E2">
        <w:rPr>
          <w:lang w:val="sv-SE"/>
        </w:rPr>
        <w:t>:Col 2:21]]</w:t>
      </w:r>
      <w:r w:rsidRPr="000767E2">
        <w:rPr>
          <w:vertAlign w:val="superscript"/>
          <w:lang w:val="sv-SE"/>
        </w:rPr>
        <w:t>21</w:t>
      </w:r>
      <w:r w:rsidRPr="000767E2">
        <w:rPr>
          <w:lang w:val="sv-SE"/>
        </w:rPr>
        <w:t xml:space="preserve"> {{field-on:bible}}”Rör inte! Och smaka inte! Och vidrör inte!” –{{field-off:bible}} [[@</w:t>
      </w:r>
      <w:r w:rsidR="0096445B" w:rsidRPr="000767E2">
        <w:rPr>
          <w:lang w:val="sv-SE"/>
        </w:rPr>
        <w:t>BibleBIBEL82</w:t>
      </w:r>
      <w:r w:rsidRPr="000767E2">
        <w:rPr>
          <w:lang w:val="sv-SE"/>
        </w:rPr>
        <w:t>:Col 2:22]]</w:t>
      </w:r>
      <w:r w:rsidRPr="000767E2">
        <w:rPr>
          <w:vertAlign w:val="superscript"/>
          <w:lang w:val="sv-SE"/>
        </w:rPr>
        <w:t>22</w:t>
      </w:r>
      <w:r w:rsidRPr="000767E2">
        <w:rPr>
          <w:lang w:val="sv-SE"/>
        </w:rPr>
        <w:t xml:space="preserve"> {{field-on:bible}}</w:t>
      </w:r>
      <w:r w:rsidRPr="000767E2">
        <w:rPr>
          <w:i/>
          <w:lang w:val="sv-SE"/>
        </w:rPr>
        <w:t>om ting</w:t>
      </w:r>
      <w:r w:rsidRPr="000767E2">
        <w:rPr>
          <w:lang w:val="sv-SE"/>
        </w:rPr>
        <w:t xml:space="preserve"> som alla är till förgängelse vid förbrukningen? </w:t>
      </w:r>
      <w:r w:rsidRPr="000767E2">
        <w:rPr>
          <w:i/>
          <w:lang w:val="sv-SE"/>
        </w:rPr>
        <w:t>Det är</w:t>
      </w:r>
      <w:r w:rsidRPr="000767E2">
        <w:rPr>
          <w:lang w:val="sv-SE"/>
        </w:rPr>
        <w:t xml:space="preserve"> efter människornas påbud och läror,{{field-off:bible}} [[@</w:t>
      </w:r>
      <w:r w:rsidR="0096445B" w:rsidRPr="000767E2">
        <w:rPr>
          <w:lang w:val="sv-SE"/>
        </w:rPr>
        <w:t>BibleBIBEL82</w:t>
      </w:r>
      <w:r w:rsidRPr="000767E2">
        <w:rPr>
          <w:lang w:val="sv-SE"/>
        </w:rPr>
        <w:t>:Col 2:23]]</w:t>
      </w:r>
      <w:r w:rsidRPr="000767E2">
        <w:rPr>
          <w:vertAlign w:val="superscript"/>
          <w:lang w:val="sv-SE"/>
        </w:rPr>
        <w:t>23</w:t>
      </w:r>
      <w:r w:rsidRPr="000767E2">
        <w:rPr>
          <w:lang w:val="sv-SE"/>
        </w:rPr>
        <w:t xml:space="preserve"> {{field-on:bible}}vilka visserligen har ett ord av vishet, med viljedyrkan och ödmjukhet och skoningslöshet mot kroppen, </w:t>
      </w:r>
      <w:r w:rsidRPr="000767E2">
        <w:rPr>
          <w:i/>
          <w:lang w:val="sv-SE"/>
        </w:rPr>
        <w:t>men</w:t>
      </w:r>
      <w:r w:rsidRPr="000767E2">
        <w:rPr>
          <w:lang w:val="sv-SE"/>
        </w:rPr>
        <w:t xml:space="preserve"> inte med något värde: för tillfredsställelse av köttet.{{field-off:bible}}</w:t>
      </w:r>
    </w:p>
    <w:p w14:paraId="2781B55B" w14:textId="2F2CEFF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:Col 3]]Kapitel 3</w:t>
      </w:r>
    </w:p>
    <w:p w14:paraId="361734D5" w14:textId="77777777" w:rsidR="00BA33AB" w:rsidRPr="000767E2" w:rsidRDefault="00000000">
      <w:pPr>
        <w:pStyle w:val="Rubrik3"/>
        <w:rPr>
          <w:lang w:val="sv-SE"/>
        </w:rPr>
      </w:pPr>
      <w:r w:rsidRPr="000767E2">
        <w:rPr>
          <w:lang w:val="sv-SE"/>
        </w:rPr>
        <w:t>Den gamla och den nya människan</w:t>
      </w:r>
    </w:p>
    <w:p w14:paraId="3352A1E0" w14:textId="6E6D27F0" w:rsidR="00BA33AB" w:rsidRPr="000767E2" w:rsidRDefault="00000000">
      <w:pPr>
        <w:rPr>
          <w:lang w:val="sv-SE"/>
        </w:rPr>
      </w:pPr>
      <w:r w:rsidRPr="000767E2">
        <w:rPr>
          <w:lang w:val="sv-SE"/>
        </w:rPr>
        <w:t>[[@</w:t>
      </w:r>
      <w:r w:rsidR="0096445B" w:rsidRPr="000767E2">
        <w:rPr>
          <w:lang w:val="sv-SE"/>
        </w:rPr>
        <w:t>BibleBIBEL82</w:t>
      </w:r>
      <w:r w:rsidRPr="000767E2">
        <w:rPr>
          <w:lang w:val="sv-SE"/>
        </w:rPr>
        <w:t>:Col 3:1]]</w:t>
      </w:r>
      <w:r w:rsidRPr="000767E2">
        <w:rPr>
          <w:vertAlign w:val="superscript"/>
          <w:lang w:val="sv-SE"/>
        </w:rPr>
        <w:t>1</w:t>
      </w:r>
      <w:r w:rsidRPr="000767E2">
        <w:rPr>
          <w:lang w:val="sv-SE"/>
        </w:rPr>
        <w:t xml:space="preserve"> {{field-on:bible}}Om ni nu har blivit samuppväckta med Kristus, sök det </w:t>
      </w:r>
      <w:r w:rsidRPr="000767E2">
        <w:rPr>
          <w:i/>
          <w:lang w:val="sv-SE"/>
        </w:rPr>
        <w:t>där</w:t>
      </w:r>
      <w:r w:rsidRPr="000767E2">
        <w:rPr>
          <w:lang w:val="sv-SE"/>
        </w:rPr>
        <w:t xml:space="preserve"> ovan, där Kristus är, sittande vid Guds högra </w:t>
      </w:r>
      <w:r w:rsidRPr="000767E2">
        <w:rPr>
          <w:i/>
          <w:lang w:val="sv-SE"/>
        </w:rPr>
        <w:t>hand</w:t>
      </w:r>
      <w:r w:rsidRPr="000767E2">
        <w:rPr>
          <w:lang w:val="sv-SE"/>
        </w:rPr>
        <w:t>.{{field-off:bible}} [[@</w:t>
      </w:r>
      <w:r w:rsidR="0096445B" w:rsidRPr="000767E2">
        <w:rPr>
          <w:lang w:val="sv-SE"/>
        </w:rPr>
        <w:t>BibleBIBEL82</w:t>
      </w:r>
      <w:r w:rsidRPr="000767E2">
        <w:rPr>
          <w:lang w:val="sv-SE"/>
        </w:rPr>
        <w:t>:Col 3:2]]</w:t>
      </w:r>
      <w:r w:rsidRPr="000767E2">
        <w:rPr>
          <w:vertAlign w:val="superscript"/>
          <w:lang w:val="sv-SE"/>
        </w:rPr>
        <w:t>2</w:t>
      </w:r>
      <w:r w:rsidRPr="000767E2">
        <w:rPr>
          <w:lang w:val="sv-SE"/>
        </w:rPr>
        <w:t xml:space="preserve"> {{field-on:bible}}Tänk på det </w:t>
      </w:r>
      <w:r w:rsidRPr="000767E2">
        <w:rPr>
          <w:i/>
          <w:lang w:val="sv-SE"/>
        </w:rPr>
        <w:t>där</w:t>
      </w:r>
      <w:r w:rsidRPr="000767E2">
        <w:rPr>
          <w:lang w:val="sv-SE"/>
        </w:rPr>
        <w:t xml:space="preserve"> ovan, inte det på jorden.{{field-off:bible}} [[@</w:t>
      </w:r>
      <w:r w:rsidR="0096445B" w:rsidRPr="000767E2">
        <w:rPr>
          <w:lang w:val="sv-SE"/>
        </w:rPr>
        <w:t>BibleBIBEL82</w:t>
      </w:r>
      <w:r w:rsidRPr="000767E2">
        <w:rPr>
          <w:lang w:val="sv-SE"/>
        </w:rPr>
        <w:t>:Col 3:3]]</w:t>
      </w:r>
      <w:r w:rsidRPr="000767E2">
        <w:rPr>
          <w:vertAlign w:val="superscript"/>
          <w:lang w:val="sv-SE"/>
        </w:rPr>
        <w:t>3</w:t>
      </w:r>
      <w:r w:rsidRPr="000767E2">
        <w:rPr>
          <w:lang w:val="sv-SE"/>
        </w:rPr>
        <w:t xml:space="preserve"> {{field-on:bible}}För ni har dött, och ert liv är dolt med Kristus i Gud.{{field-off:bible}} [[@</w:t>
      </w:r>
      <w:r w:rsidR="0096445B" w:rsidRPr="000767E2">
        <w:rPr>
          <w:lang w:val="sv-SE"/>
        </w:rPr>
        <w:t>BibleBIBEL82</w:t>
      </w:r>
      <w:r w:rsidRPr="000767E2">
        <w:rPr>
          <w:lang w:val="sv-SE"/>
        </w:rPr>
        <w:t>:Col 3:4]]</w:t>
      </w:r>
      <w:r w:rsidRPr="000767E2">
        <w:rPr>
          <w:vertAlign w:val="superscript"/>
          <w:lang w:val="sv-SE"/>
        </w:rPr>
        <w:t>4</w:t>
      </w:r>
      <w:r w:rsidRPr="000767E2">
        <w:rPr>
          <w:lang w:val="sv-SE"/>
        </w:rPr>
        <w:t xml:space="preserve"> {{field-on:bible}}När Kristus träder fram, ert liv, då ska också ni med honom träda fram i härlighet.{{field-off:bible}}</w:t>
      </w:r>
    </w:p>
    <w:p w14:paraId="0418E7B2" w14:textId="4459791E" w:rsidR="00BA33AB" w:rsidRPr="000767E2" w:rsidRDefault="00000000">
      <w:pPr>
        <w:rPr>
          <w:lang w:val="sv-SE"/>
        </w:rPr>
      </w:pPr>
      <w:r w:rsidRPr="000767E2">
        <w:rPr>
          <w:lang w:val="sv-SE"/>
        </w:rPr>
        <w:t>[[@</w:t>
      </w:r>
      <w:r w:rsidR="0096445B" w:rsidRPr="000767E2">
        <w:rPr>
          <w:lang w:val="sv-SE"/>
        </w:rPr>
        <w:t>BibleBIBEL82</w:t>
      </w:r>
      <w:r w:rsidRPr="000767E2">
        <w:rPr>
          <w:lang w:val="sv-SE"/>
        </w:rPr>
        <w:t>:Col 3:5]]</w:t>
      </w:r>
      <w:r w:rsidRPr="000767E2">
        <w:rPr>
          <w:vertAlign w:val="superscript"/>
          <w:lang w:val="sv-SE"/>
        </w:rPr>
        <w:t>5</w:t>
      </w:r>
      <w:r w:rsidRPr="000767E2">
        <w:rPr>
          <w:lang w:val="sv-SE"/>
        </w:rPr>
        <w:t xml:space="preserve"> {{field-on:bible}}Avdöda då lemmarna på jorden: otukt, orenhet, lidelse, ont begär och girigheten, som är avgudadyrkan.{{field-off:bible}} [[@</w:t>
      </w:r>
      <w:r w:rsidR="0096445B" w:rsidRPr="000767E2">
        <w:rPr>
          <w:lang w:val="sv-SE"/>
        </w:rPr>
        <w:t>BibleBIBEL82</w:t>
      </w:r>
      <w:r w:rsidRPr="000767E2">
        <w:rPr>
          <w:lang w:val="sv-SE"/>
        </w:rPr>
        <w:t>:Col 3:6]]</w:t>
      </w:r>
      <w:r w:rsidRPr="000767E2">
        <w:rPr>
          <w:vertAlign w:val="superscript"/>
          <w:lang w:val="sv-SE"/>
        </w:rPr>
        <w:t>6</w:t>
      </w:r>
      <w:r w:rsidRPr="000767E2">
        <w:rPr>
          <w:lang w:val="sv-SE"/>
        </w:rPr>
        <w:t xml:space="preserve"> {{field-on:bible}}På grund av dessa kommer Guds vrede över ohörsamhetens söner.{{field-off:bible}} [[@</w:t>
      </w:r>
      <w:r w:rsidR="0096445B" w:rsidRPr="000767E2">
        <w:rPr>
          <w:lang w:val="sv-SE"/>
        </w:rPr>
        <w:t>BibleBIBEL82</w:t>
      </w:r>
      <w:r w:rsidRPr="000767E2">
        <w:rPr>
          <w:lang w:val="sv-SE"/>
        </w:rPr>
        <w:t>:Col 3:7]]</w:t>
      </w:r>
      <w:r w:rsidRPr="000767E2">
        <w:rPr>
          <w:vertAlign w:val="superscript"/>
          <w:lang w:val="sv-SE"/>
        </w:rPr>
        <w:t>7</w:t>
      </w:r>
      <w:r w:rsidRPr="000767E2">
        <w:rPr>
          <w:lang w:val="sv-SE"/>
        </w:rPr>
        <w:t xml:space="preserve"> {{field-on:bible}}Bland dem har även ni vandrat en gång, när ni levde i dessa.{{field-off:bible}}</w:t>
      </w:r>
    </w:p>
    <w:p w14:paraId="4A7D388F" w14:textId="698037ED" w:rsidR="00BA33AB" w:rsidRPr="000767E2" w:rsidRDefault="00000000">
      <w:pPr>
        <w:rPr>
          <w:lang w:val="sv-SE"/>
        </w:rPr>
      </w:pPr>
      <w:r w:rsidRPr="000767E2">
        <w:rPr>
          <w:lang w:val="sv-SE"/>
        </w:rPr>
        <w:t>[[@</w:t>
      </w:r>
      <w:r w:rsidR="0096445B" w:rsidRPr="000767E2">
        <w:rPr>
          <w:lang w:val="sv-SE"/>
        </w:rPr>
        <w:t>BibleBIBEL82</w:t>
      </w:r>
      <w:r w:rsidRPr="000767E2">
        <w:rPr>
          <w:lang w:val="sv-SE"/>
        </w:rPr>
        <w:t>:Col 3:8]]</w:t>
      </w:r>
      <w:r w:rsidRPr="000767E2">
        <w:rPr>
          <w:vertAlign w:val="superscript"/>
          <w:lang w:val="sv-SE"/>
        </w:rPr>
        <w:t>8</w:t>
      </w:r>
      <w:r w:rsidRPr="000767E2">
        <w:rPr>
          <w:lang w:val="sv-SE"/>
        </w:rPr>
        <w:t xml:space="preserve"> {{field-on:bible}}Men nu ska även ni lägga bort allt: vrede, raseri, ondska, smädelse, skamligt tal från er mun.{{field-off:bible}} [[@</w:t>
      </w:r>
      <w:r w:rsidR="0096445B" w:rsidRPr="000767E2">
        <w:rPr>
          <w:lang w:val="sv-SE"/>
        </w:rPr>
        <w:t>BibleBIBEL82</w:t>
      </w:r>
      <w:r w:rsidRPr="000767E2">
        <w:rPr>
          <w:lang w:val="sv-SE"/>
        </w:rPr>
        <w:t>:Col 3:9]]</w:t>
      </w:r>
      <w:r w:rsidRPr="000767E2">
        <w:rPr>
          <w:vertAlign w:val="superscript"/>
          <w:lang w:val="sv-SE"/>
        </w:rPr>
        <w:t>9</w:t>
      </w:r>
      <w:r w:rsidRPr="000767E2">
        <w:rPr>
          <w:lang w:val="sv-SE"/>
        </w:rPr>
        <w:t xml:space="preserve"> {{field-on:bible}}Ljug inte för varandra, när ni har avklätt er den gamla människan med dess handlingar{{field-off:bible}} [[@</w:t>
      </w:r>
      <w:r w:rsidR="0096445B" w:rsidRPr="000767E2">
        <w:rPr>
          <w:lang w:val="sv-SE"/>
        </w:rPr>
        <w:t>BibleBIBEL82</w:t>
      </w:r>
      <w:r w:rsidRPr="000767E2">
        <w:rPr>
          <w:lang w:val="sv-SE"/>
        </w:rPr>
        <w:t>:Col 3:10]]</w:t>
      </w:r>
      <w:r w:rsidRPr="000767E2">
        <w:rPr>
          <w:vertAlign w:val="superscript"/>
          <w:lang w:val="sv-SE"/>
        </w:rPr>
        <w:t>10</w:t>
      </w:r>
      <w:r w:rsidRPr="000767E2">
        <w:rPr>
          <w:lang w:val="sv-SE"/>
        </w:rPr>
        <w:t xml:space="preserve"> {{field-on:bible}}och iklätt er den nya, som förnyas till insikt efter avbilden av honom som har skapat den.{{field-off:bible}} </w:t>
      </w:r>
      <w:r w:rsidRPr="000767E2">
        <w:rPr>
          <w:lang w:val="sv-SE"/>
        </w:rPr>
        <w:lastRenderedPageBreak/>
        <w:t>[[@</w:t>
      </w:r>
      <w:r w:rsidR="0096445B" w:rsidRPr="000767E2">
        <w:rPr>
          <w:lang w:val="sv-SE"/>
        </w:rPr>
        <w:t>BibleBIBEL82</w:t>
      </w:r>
      <w:r w:rsidRPr="000767E2">
        <w:rPr>
          <w:lang w:val="sv-SE"/>
        </w:rPr>
        <w:t>:Col 3:11]]</w:t>
      </w:r>
      <w:r w:rsidRPr="000767E2">
        <w:rPr>
          <w:vertAlign w:val="superscript"/>
          <w:lang w:val="sv-SE"/>
        </w:rPr>
        <w:t>11</w:t>
      </w:r>
      <w:r w:rsidRPr="000767E2">
        <w:rPr>
          <w:lang w:val="sv-SE"/>
        </w:rPr>
        <w:t xml:space="preserve"> {{field-on:bible}}Där finns inte grek och jude, omskärelse och förhud, barbar, skyt, fasttjänare, fri, utan Kristus </w:t>
      </w:r>
      <w:r w:rsidRPr="000767E2">
        <w:rPr>
          <w:i/>
          <w:lang w:val="sv-SE"/>
        </w:rPr>
        <w:t>är</w:t>
      </w:r>
      <w:r w:rsidRPr="000767E2">
        <w:rPr>
          <w:lang w:val="sv-SE"/>
        </w:rPr>
        <w:t xml:space="preserve"> allt och i alla.{{field-off:bible}}</w:t>
      </w:r>
    </w:p>
    <w:p w14:paraId="40EF95D3" w14:textId="267AA994" w:rsidR="00BA33AB" w:rsidRPr="000767E2" w:rsidRDefault="00000000">
      <w:pPr>
        <w:rPr>
          <w:lang w:val="sv-SE"/>
        </w:rPr>
      </w:pPr>
      <w:r w:rsidRPr="000767E2">
        <w:rPr>
          <w:lang w:val="sv-SE"/>
        </w:rPr>
        <w:t>[[@</w:t>
      </w:r>
      <w:r w:rsidR="0096445B" w:rsidRPr="000767E2">
        <w:rPr>
          <w:lang w:val="sv-SE"/>
        </w:rPr>
        <w:t>BibleBIBEL82</w:t>
      </w:r>
      <w:r w:rsidRPr="000767E2">
        <w:rPr>
          <w:lang w:val="sv-SE"/>
        </w:rPr>
        <w:t>:Col 3:12]]</w:t>
      </w:r>
      <w:r w:rsidRPr="000767E2">
        <w:rPr>
          <w:vertAlign w:val="superscript"/>
          <w:lang w:val="sv-SE"/>
        </w:rPr>
        <w:t>12</w:t>
      </w:r>
      <w:r w:rsidRPr="000767E2">
        <w:rPr>
          <w:lang w:val="sv-SE"/>
        </w:rPr>
        <w:t xml:space="preserve"> {{field-on:bible}}Iklä er då – som Guds utvalda, heliga och älskade – medlidandets innerlighet, snällhet, ödmjukhet, mildhet, tålamod,{{field-off:bible}} [[@</w:t>
      </w:r>
      <w:r w:rsidR="0096445B" w:rsidRPr="000767E2">
        <w:rPr>
          <w:lang w:val="sv-SE"/>
        </w:rPr>
        <w:t>BibleBIBEL82</w:t>
      </w:r>
      <w:r w:rsidRPr="000767E2">
        <w:rPr>
          <w:lang w:val="sv-SE"/>
        </w:rPr>
        <w:t>:Col 3:13]]</w:t>
      </w:r>
      <w:r w:rsidRPr="000767E2">
        <w:rPr>
          <w:vertAlign w:val="superscript"/>
          <w:lang w:val="sv-SE"/>
        </w:rPr>
        <w:t>13</w:t>
      </w:r>
      <w:r w:rsidRPr="000767E2">
        <w:rPr>
          <w:lang w:val="sv-SE"/>
        </w:rPr>
        <w:t xml:space="preserve"> {{field-on:bible}}och stå ut med varandra och efterskänk varann, om någon mot någon har klagomål. Så som också Herren har efterskänkt er, så också ni.{{field-off:bible}} [[@</w:t>
      </w:r>
      <w:r w:rsidR="0096445B" w:rsidRPr="000767E2">
        <w:rPr>
          <w:lang w:val="sv-SE"/>
        </w:rPr>
        <w:t>BibleBIBEL82</w:t>
      </w:r>
      <w:r w:rsidRPr="000767E2">
        <w:rPr>
          <w:lang w:val="sv-SE"/>
        </w:rPr>
        <w:t>:Col 3:14]]</w:t>
      </w:r>
      <w:r w:rsidRPr="000767E2">
        <w:rPr>
          <w:vertAlign w:val="superscript"/>
          <w:lang w:val="sv-SE"/>
        </w:rPr>
        <w:t>14</w:t>
      </w:r>
      <w:r w:rsidRPr="000767E2">
        <w:rPr>
          <w:lang w:val="sv-SE"/>
        </w:rPr>
        <w:t xml:space="preserve"> {{field-on:bible}}Och över allt detta kärleken, som är fullkomlighetens band.{{field-off:bible}}</w:t>
      </w:r>
    </w:p>
    <w:p w14:paraId="42538B41" w14:textId="48470EFB" w:rsidR="00BA33AB" w:rsidRPr="000767E2" w:rsidRDefault="00000000">
      <w:pPr>
        <w:rPr>
          <w:lang w:val="sv-SE"/>
        </w:rPr>
      </w:pPr>
      <w:r w:rsidRPr="000767E2">
        <w:rPr>
          <w:lang w:val="sv-SE"/>
        </w:rPr>
        <w:t>[[@</w:t>
      </w:r>
      <w:r w:rsidR="0096445B" w:rsidRPr="000767E2">
        <w:rPr>
          <w:lang w:val="sv-SE"/>
        </w:rPr>
        <w:t>BibleBIBEL82</w:t>
      </w:r>
      <w:r w:rsidRPr="000767E2">
        <w:rPr>
          <w:lang w:val="sv-SE"/>
        </w:rPr>
        <w:t>:Col 3:15]]</w:t>
      </w:r>
      <w:r w:rsidRPr="000767E2">
        <w:rPr>
          <w:vertAlign w:val="superscript"/>
          <w:lang w:val="sv-SE"/>
        </w:rPr>
        <w:t>15</w:t>
      </w:r>
      <w:r w:rsidRPr="000767E2">
        <w:rPr>
          <w:lang w:val="sv-SE"/>
        </w:rPr>
        <w:t xml:space="preserve"> {{field-on:bible}}Och Kristi frid ska vara prisdomare i era hjärtan. Till den blev ni också kallade i en </w:t>
      </w:r>
      <w:r w:rsidRPr="000767E2">
        <w:rPr>
          <w:i/>
          <w:lang w:val="sv-SE"/>
        </w:rPr>
        <w:t>och samma</w:t>
      </w:r>
      <w:r w:rsidRPr="000767E2">
        <w:rPr>
          <w:lang w:val="sv-SE"/>
        </w:rPr>
        <w:t xml:space="preserve"> kropp. Och var tacksamma.{{field-off:bible}} [[@</w:t>
      </w:r>
      <w:r w:rsidR="0096445B" w:rsidRPr="000767E2">
        <w:rPr>
          <w:lang w:val="sv-SE"/>
        </w:rPr>
        <w:t>BibleBIBEL82</w:t>
      </w:r>
      <w:r w:rsidRPr="000767E2">
        <w:rPr>
          <w:lang w:val="sv-SE"/>
        </w:rPr>
        <w:t>:Col 3:16]]</w:t>
      </w:r>
      <w:r w:rsidRPr="000767E2">
        <w:rPr>
          <w:vertAlign w:val="superscript"/>
          <w:lang w:val="sv-SE"/>
        </w:rPr>
        <w:t>16</w:t>
      </w:r>
      <w:r w:rsidRPr="000767E2">
        <w:rPr>
          <w:lang w:val="sv-SE"/>
        </w:rPr>
        <w:t xml:space="preserve"> {{field-on:bible}}Kristi ord ska bo i er rikligt, medan ni i all vishet undervisar och förmanar varann med psalmer, hymner, andliga sånger </w:t>
      </w:r>
      <w:r w:rsidRPr="000767E2">
        <w:rPr>
          <w:i/>
          <w:lang w:val="sv-SE"/>
        </w:rPr>
        <w:t>och</w:t>
      </w:r>
      <w:r w:rsidRPr="000767E2">
        <w:rPr>
          <w:lang w:val="sv-SE"/>
        </w:rPr>
        <w:t xml:space="preserve"> i nåd[en] sjunger i era hjärtan till Gud.{{field-off:bible}} [[@</w:t>
      </w:r>
      <w:r w:rsidR="0096445B" w:rsidRPr="000767E2">
        <w:rPr>
          <w:lang w:val="sv-SE"/>
        </w:rPr>
        <w:t>BibleBIBEL82</w:t>
      </w:r>
      <w:r w:rsidRPr="000767E2">
        <w:rPr>
          <w:lang w:val="sv-SE"/>
        </w:rPr>
        <w:t>:Col 3:17]]</w:t>
      </w:r>
      <w:r w:rsidRPr="000767E2">
        <w:rPr>
          <w:vertAlign w:val="superscript"/>
          <w:lang w:val="sv-SE"/>
        </w:rPr>
        <w:t>17</w:t>
      </w:r>
      <w:r w:rsidRPr="000767E2">
        <w:rPr>
          <w:lang w:val="sv-SE"/>
        </w:rPr>
        <w:t xml:space="preserve"> {{field-on:bible}}Och allt vad ni gör i ord eller i gärning, </w:t>
      </w:r>
      <w:r w:rsidRPr="000767E2">
        <w:rPr>
          <w:i/>
          <w:lang w:val="sv-SE"/>
        </w:rPr>
        <w:t>gör</w:t>
      </w:r>
      <w:r w:rsidRPr="000767E2">
        <w:rPr>
          <w:lang w:val="sv-SE"/>
        </w:rPr>
        <w:t xml:space="preserve"> allt i Herren Jesu namn medan ni tackar Gud Fadern genom honom.{{field-off:bible}}</w:t>
      </w:r>
    </w:p>
    <w:p w14:paraId="1A122105" w14:textId="77777777" w:rsidR="00BA33AB" w:rsidRPr="000767E2" w:rsidRDefault="00000000">
      <w:pPr>
        <w:pStyle w:val="Rubrik3"/>
        <w:rPr>
          <w:lang w:val="sv-SE"/>
        </w:rPr>
      </w:pPr>
      <w:r w:rsidRPr="000767E2">
        <w:rPr>
          <w:lang w:val="sv-SE"/>
        </w:rPr>
        <w:t>Det kristna hemmet</w:t>
      </w:r>
    </w:p>
    <w:p w14:paraId="44897F94" w14:textId="1EF69A88" w:rsidR="00BA33AB" w:rsidRPr="000767E2" w:rsidRDefault="00000000">
      <w:pPr>
        <w:rPr>
          <w:lang w:val="sv-SE"/>
        </w:rPr>
      </w:pPr>
      <w:r w:rsidRPr="000767E2">
        <w:rPr>
          <w:lang w:val="sv-SE"/>
        </w:rPr>
        <w:t>[[@</w:t>
      </w:r>
      <w:r w:rsidR="0096445B" w:rsidRPr="000767E2">
        <w:rPr>
          <w:lang w:val="sv-SE"/>
        </w:rPr>
        <w:t>BibleBIBEL82</w:t>
      </w:r>
      <w:r w:rsidRPr="000767E2">
        <w:rPr>
          <w:lang w:val="sv-SE"/>
        </w:rPr>
        <w:t>:Col 3:18]]</w:t>
      </w:r>
      <w:r w:rsidRPr="000767E2">
        <w:rPr>
          <w:vertAlign w:val="superscript"/>
          <w:lang w:val="sv-SE"/>
        </w:rPr>
        <w:t>18</w:t>
      </w:r>
      <w:r w:rsidRPr="000767E2">
        <w:rPr>
          <w:lang w:val="sv-SE"/>
        </w:rPr>
        <w:t xml:space="preserve"> {{field-on:bible}}</w:t>
      </w:r>
      <w:r w:rsidRPr="000767E2">
        <w:rPr>
          <w:i/>
          <w:lang w:val="sv-SE"/>
        </w:rPr>
        <w:t>Ni</w:t>
      </w:r>
      <w:r w:rsidRPr="000767E2">
        <w:rPr>
          <w:lang w:val="sv-SE"/>
        </w:rPr>
        <w:t xml:space="preserve"> hustrur, underordna er männen, såsom det passar sig i Herren.{{field-off:bible}} [[@</w:t>
      </w:r>
      <w:r w:rsidR="0096445B" w:rsidRPr="000767E2">
        <w:rPr>
          <w:lang w:val="sv-SE"/>
        </w:rPr>
        <w:t>BibleBIBEL82</w:t>
      </w:r>
      <w:r w:rsidRPr="000767E2">
        <w:rPr>
          <w:lang w:val="sv-SE"/>
        </w:rPr>
        <w:t>:Col 3:19]]</w:t>
      </w:r>
      <w:r w:rsidRPr="000767E2">
        <w:rPr>
          <w:vertAlign w:val="superscript"/>
          <w:lang w:val="sv-SE"/>
        </w:rPr>
        <w:t>19</w:t>
      </w:r>
      <w:r w:rsidRPr="000767E2">
        <w:rPr>
          <w:lang w:val="sv-SE"/>
        </w:rPr>
        <w:t xml:space="preserve"> {{field-on:bible}}</w:t>
      </w:r>
      <w:r w:rsidRPr="000767E2">
        <w:rPr>
          <w:i/>
          <w:lang w:val="sv-SE"/>
        </w:rPr>
        <w:t>Ni</w:t>
      </w:r>
      <w:r w:rsidRPr="000767E2">
        <w:rPr>
          <w:lang w:val="sv-SE"/>
        </w:rPr>
        <w:t xml:space="preserve"> män, älska hustrurna och var inte förbittrade mot dem.{{field-off:bible}} [[@</w:t>
      </w:r>
      <w:r w:rsidR="0096445B" w:rsidRPr="000767E2">
        <w:rPr>
          <w:lang w:val="sv-SE"/>
        </w:rPr>
        <w:t>BibleBIBEL82</w:t>
      </w:r>
      <w:r w:rsidRPr="000767E2">
        <w:rPr>
          <w:lang w:val="sv-SE"/>
        </w:rPr>
        <w:t>:Col 3:20]]</w:t>
      </w:r>
      <w:r w:rsidRPr="000767E2">
        <w:rPr>
          <w:vertAlign w:val="superscript"/>
          <w:lang w:val="sv-SE"/>
        </w:rPr>
        <w:t>20</w:t>
      </w:r>
      <w:r w:rsidRPr="000767E2">
        <w:rPr>
          <w:lang w:val="sv-SE"/>
        </w:rPr>
        <w:t xml:space="preserve"> {{field-on:bible}}</w:t>
      </w:r>
      <w:r w:rsidRPr="000767E2">
        <w:rPr>
          <w:i/>
          <w:lang w:val="sv-SE"/>
        </w:rPr>
        <w:t>Ni</w:t>
      </w:r>
      <w:r w:rsidRPr="000767E2">
        <w:rPr>
          <w:lang w:val="sv-SE"/>
        </w:rPr>
        <w:t xml:space="preserve"> barn, hörsamma föräldrarna i allt, för detta är välbehagligt i Herren.{{field-off:bible}} [[@</w:t>
      </w:r>
      <w:r w:rsidR="0096445B" w:rsidRPr="000767E2">
        <w:rPr>
          <w:lang w:val="sv-SE"/>
        </w:rPr>
        <w:t>BibleBIBEL82</w:t>
      </w:r>
      <w:r w:rsidRPr="000767E2">
        <w:rPr>
          <w:lang w:val="sv-SE"/>
        </w:rPr>
        <w:t>:Col 3:21]]</w:t>
      </w:r>
      <w:r w:rsidRPr="000767E2">
        <w:rPr>
          <w:vertAlign w:val="superscript"/>
          <w:lang w:val="sv-SE"/>
        </w:rPr>
        <w:t>21</w:t>
      </w:r>
      <w:r w:rsidRPr="000767E2">
        <w:rPr>
          <w:lang w:val="sv-SE"/>
        </w:rPr>
        <w:t xml:space="preserve"> {{field-on:bible}}</w:t>
      </w:r>
      <w:r w:rsidRPr="000767E2">
        <w:rPr>
          <w:i/>
          <w:lang w:val="sv-SE"/>
        </w:rPr>
        <w:t>Ni</w:t>
      </w:r>
      <w:r w:rsidRPr="000767E2">
        <w:rPr>
          <w:lang w:val="sv-SE"/>
        </w:rPr>
        <w:t xml:space="preserve"> fäder, trigga inte era barn, så att inte de blir modlösa.{{field-off:bible}}</w:t>
      </w:r>
    </w:p>
    <w:p w14:paraId="69F02489" w14:textId="39803ACA" w:rsidR="00BA33AB" w:rsidRPr="000767E2" w:rsidRDefault="00000000">
      <w:pPr>
        <w:rPr>
          <w:lang w:val="sv-SE"/>
        </w:rPr>
      </w:pPr>
      <w:r w:rsidRPr="000767E2">
        <w:rPr>
          <w:lang w:val="sv-SE"/>
        </w:rPr>
        <w:t>[[@</w:t>
      </w:r>
      <w:r w:rsidR="0096445B" w:rsidRPr="000767E2">
        <w:rPr>
          <w:lang w:val="sv-SE"/>
        </w:rPr>
        <w:t>BibleBIBEL82</w:t>
      </w:r>
      <w:r w:rsidRPr="000767E2">
        <w:rPr>
          <w:lang w:val="sv-SE"/>
        </w:rPr>
        <w:t>:Col 3:22]]</w:t>
      </w:r>
      <w:r w:rsidRPr="000767E2">
        <w:rPr>
          <w:vertAlign w:val="superscript"/>
          <w:lang w:val="sv-SE"/>
        </w:rPr>
        <w:t>22</w:t>
      </w:r>
      <w:r w:rsidRPr="000767E2">
        <w:rPr>
          <w:lang w:val="sv-SE"/>
        </w:rPr>
        <w:t xml:space="preserve"> {{field-on:bible}}</w:t>
      </w:r>
      <w:r w:rsidRPr="000767E2">
        <w:rPr>
          <w:i/>
          <w:lang w:val="sv-SE"/>
        </w:rPr>
        <w:t>Ni</w:t>
      </w:r>
      <w:r w:rsidRPr="000767E2">
        <w:rPr>
          <w:lang w:val="sv-SE"/>
        </w:rPr>
        <w:t xml:space="preserve"> fasttjänare, hörsamma i allt herrarna efter köttet, inte i ögontjäneri som människobehagare utan i hjärtats uppriktighet, fruktande Herren.{{field-off:bible}} [[@</w:t>
      </w:r>
      <w:r w:rsidR="0096445B" w:rsidRPr="000767E2">
        <w:rPr>
          <w:lang w:val="sv-SE"/>
        </w:rPr>
        <w:t>BibleBIBEL82</w:t>
      </w:r>
      <w:r w:rsidRPr="000767E2">
        <w:rPr>
          <w:lang w:val="sv-SE"/>
        </w:rPr>
        <w:t>:Col 3:23]]</w:t>
      </w:r>
      <w:r w:rsidRPr="000767E2">
        <w:rPr>
          <w:vertAlign w:val="superscript"/>
          <w:lang w:val="sv-SE"/>
        </w:rPr>
        <w:t>23</w:t>
      </w:r>
      <w:r w:rsidRPr="000767E2">
        <w:rPr>
          <w:lang w:val="sv-SE"/>
        </w:rPr>
        <w:t xml:space="preserve"> {{field-on:bible}}Vad ni än gör, arbeta från själen, som för Herren och inte för människor,{{field-off:bible}} [[@</w:t>
      </w:r>
      <w:r w:rsidR="0096445B" w:rsidRPr="000767E2">
        <w:rPr>
          <w:lang w:val="sv-SE"/>
        </w:rPr>
        <w:t>BibleBIBEL82</w:t>
      </w:r>
      <w:r w:rsidRPr="000767E2">
        <w:rPr>
          <w:lang w:val="sv-SE"/>
        </w:rPr>
        <w:t>:Col 3:24]]</w:t>
      </w:r>
      <w:r w:rsidRPr="000767E2">
        <w:rPr>
          <w:vertAlign w:val="superscript"/>
          <w:lang w:val="sv-SE"/>
        </w:rPr>
        <w:t>24</w:t>
      </w:r>
      <w:r w:rsidRPr="000767E2">
        <w:rPr>
          <w:lang w:val="sv-SE"/>
        </w:rPr>
        <w:t xml:space="preserve"> {{field-on:bible}}då ni vet att ni från Herren ska erhålla arvets återgäld. </w:t>
      </w:r>
      <w:r w:rsidRPr="000767E2">
        <w:rPr>
          <w:i/>
          <w:lang w:val="sv-SE"/>
        </w:rPr>
        <w:t>Det är</w:t>
      </w:r>
      <w:r w:rsidRPr="000767E2">
        <w:rPr>
          <w:lang w:val="sv-SE"/>
        </w:rPr>
        <w:t xml:space="preserve"> Herren Kristus ni fasttjänar.{{field-off:bible}} [[@</w:t>
      </w:r>
      <w:r w:rsidR="0096445B" w:rsidRPr="000767E2">
        <w:rPr>
          <w:lang w:val="sv-SE"/>
        </w:rPr>
        <w:t>BibleBIBEL82</w:t>
      </w:r>
      <w:r w:rsidRPr="000767E2">
        <w:rPr>
          <w:lang w:val="sv-SE"/>
        </w:rPr>
        <w:t>:Col 3:25]]</w:t>
      </w:r>
      <w:r w:rsidRPr="000767E2">
        <w:rPr>
          <w:vertAlign w:val="superscript"/>
          <w:lang w:val="sv-SE"/>
        </w:rPr>
        <w:t>25</w:t>
      </w:r>
      <w:r w:rsidRPr="000767E2">
        <w:rPr>
          <w:lang w:val="sv-SE"/>
        </w:rPr>
        <w:t xml:space="preserve"> {{field-on:bible}}För den som gör orätt ska få ut det han har gjort orätt, och det finns ingen partiskhet.{{field-off:bible}}</w:t>
      </w:r>
    </w:p>
    <w:p w14:paraId="3CB67875" w14:textId="776EA2A7" w:rsidR="00BA33AB" w:rsidRPr="000767E2" w:rsidRDefault="00000000">
      <w:pPr>
        <w:rPr>
          <w:lang w:val="sv-SE"/>
        </w:rPr>
      </w:pPr>
      <w:r w:rsidRPr="000767E2">
        <w:rPr>
          <w:lang w:val="sv-SE"/>
        </w:rPr>
        <w:t>[[@</w:t>
      </w:r>
      <w:r w:rsidR="0096445B" w:rsidRPr="000767E2">
        <w:rPr>
          <w:lang w:val="sv-SE"/>
        </w:rPr>
        <w:t>BibleBIBEL82</w:t>
      </w:r>
      <w:r w:rsidRPr="000767E2">
        <w:rPr>
          <w:lang w:val="sv-SE"/>
        </w:rPr>
        <w:t>:Col 3:1]]</w:t>
      </w:r>
      <w:r w:rsidRPr="000767E2">
        <w:rPr>
          <w:vertAlign w:val="superscript"/>
          <w:lang w:val="sv-SE"/>
        </w:rPr>
        <w:t>1</w:t>
      </w:r>
      <w:r w:rsidRPr="000767E2">
        <w:rPr>
          <w:lang w:val="sv-SE"/>
        </w:rPr>
        <w:t xml:space="preserve"> {{field-on:bible}}</w:t>
      </w:r>
      <w:r w:rsidRPr="000767E2">
        <w:rPr>
          <w:i/>
          <w:lang w:val="sv-SE"/>
        </w:rPr>
        <w:t>Ni</w:t>
      </w:r>
      <w:r w:rsidRPr="000767E2">
        <w:rPr>
          <w:lang w:val="sv-SE"/>
        </w:rPr>
        <w:t xml:space="preserve"> herrar, det rättfärdiga och jämlikheten ska ni skaffa åt fasttjänarna, då ni vet att också ni har en Herre i himlen.{{field-off:bible}}</w:t>
      </w:r>
    </w:p>
    <w:p w14:paraId="3F37EE6E" w14:textId="6AEA045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:Col 4]]Kapitel 4</w:t>
      </w:r>
    </w:p>
    <w:p w14:paraId="5FC2C834" w14:textId="77777777" w:rsidR="00BA33AB" w:rsidRPr="000767E2" w:rsidRDefault="00000000">
      <w:pPr>
        <w:pStyle w:val="Rubrik3"/>
        <w:rPr>
          <w:lang w:val="sv-SE"/>
        </w:rPr>
      </w:pPr>
      <w:r w:rsidRPr="000767E2">
        <w:rPr>
          <w:lang w:val="sv-SE"/>
        </w:rPr>
        <w:t>Uppmaningar</w:t>
      </w:r>
    </w:p>
    <w:p w14:paraId="4E874F5A" w14:textId="5CD65250" w:rsidR="00BA33AB" w:rsidRPr="000767E2" w:rsidRDefault="00000000">
      <w:pPr>
        <w:rPr>
          <w:lang w:val="sv-SE"/>
        </w:rPr>
      </w:pPr>
      <w:r w:rsidRPr="000767E2">
        <w:rPr>
          <w:lang w:val="sv-SE"/>
        </w:rPr>
        <w:t>[[@</w:t>
      </w:r>
      <w:r w:rsidR="0096445B" w:rsidRPr="000767E2">
        <w:rPr>
          <w:lang w:val="sv-SE"/>
        </w:rPr>
        <w:t>BibleBIBEL82</w:t>
      </w:r>
      <w:r w:rsidRPr="000767E2">
        <w:rPr>
          <w:lang w:val="sv-SE"/>
        </w:rPr>
        <w:t>:Col 4:2]]</w:t>
      </w:r>
      <w:r w:rsidRPr="000767E2">
        <w:rPr>
          <w:vertAlign w:val="superscript"/>
          <w:lang w:val="sv-SE"/>
        </w:rPr>
        <w:t>2</w:t>
      </w:r>
      <w:r w:rsidRPr="000767E2">
        <w:rPr>
          <w:lang w:val="sv-SE"/>
        </w:rPr>
        <w:t xml:space="preserve"> {{field-on:bible}}Var ständigt i bönen, var vakna i den med tacksägelse,{{field-off:bible}} [[@</w:t>
      </w:r>
      <w:r w:rsidR="0096445B" w:rsidRPr="000767E2">
        <w:rPr>
          <w:lang w:val="sv-SE"/>
        </w:rPr>
        <w:t>BibleBIBEL82</w:t>
      </w:r>
      <w:r w:rsidRPr="000767E2">
        <w:rPr>
          <w:lang w:val="sv-SE"/>
        </w:rPr>
        <w:t>:Col 4:3]]</w:t>
      </w:r>
      <w:r w:rsidRPr="000767E2">
        <w:rPr>
          <w:vertAlign w:val="superscript"/>
          <w:lang w:val="sv-SE"/>
        </w:rPr>
        <w:t>3</w:t>
      </w:r>
      <w:r w:rsidRPr="000767E2">
        <w:rPr>
          <w:lang w:val="sv-SE"/>
        </w:rPr>
        <w:t xml:space="preserve"> {{field-on:bible}}medan ni samtidigt ber också för oss: att Gud öppnar för oss ordets dörr </w:t>
      </w:r>
      <w:r w:rsidRPr="000767E2">
        <w:rPr>
          <w:i/>
          <w:lang w:val="sv-SE"/>
        </w:rPr>
        <w:t>för</w:t>
      </w:r>
      <w:r w:rsidRPr="000767E2">
        <w:rPr>
          <w:lang w:val="sv-SE"/>
        </w:rPr>
        <w:t xml:space="preserve"> att tala Kristi mysterium, för </w:t>
      </w:r>
      <w:r w:rsidRPr="000767E2">
        <w:rPr>
          <w:lang w:val="sv-SE"/>
        </w:rPr>
        <w:lastRenderedPageBreak/>
        <w:t>vilket jag också är fängslad,{{field-off:bible}} [[@</w:t>
      </w:r>
      <w:r w:rsidR="0096445B" w:rsidRPr="000767E2">
        <w:rPr>
          <w:lang w:val="sv-SE"/>
        </w:rPr>
        <w:t>BibleBIBEL82</w:t>
      </w:r>
      <w:r w:rsidRPr="000767E2">
        <w:rPr>
          <w:lang w:val="sv-SE"/>
        </w:rPr>
        <w:t>:Col 4:4]]</w:t>
      </w:r>
      <w:r w:rsidRPr="000767E2">
        <w:rPr>
          <w:vertAlign w:val="superscript"/>
          <w:lang w:val="sv-SE"/>
        </w:rPr>
        <w:t>4</w:t>
      </w:r>
      <w:r w:rsidRPr="000767E2">
        <w:rPr>
          <w:lang w:val="sv-SE"/>
        </w:rPr>
        <w:t xml:space="preserve"> {{field-on:bible}}så att jag visar fram det såsom jag bör tala.{{field-off:bible}}</w:t>
      </w:r>
    </w:p>
    <w:p w14:paraId="37FC0F14" w14:textId="673CC58C" w:rsidR="00BA33AB" w:rsidRPr="000767E2" w:rsidRDefault="00000000">
      <w:pPr>
        <w:rPr>
          <w:lang w:val="sv-SE"/>
        </w:rPr>
      </w:pPr>
      <w:r w:rsidRPr="000767E2">
        <w:rPr>
          <w:lang w:val="sv-SE"/>
        </w:rPr>
        <w:t>[[@</w:t>
      </w:r>
      <w:r w:rsidR="0096445B" w:rsidRPr="000767E2">
        <w:rPr>
          <w:lang w:val="sv-SE"/>
        </w:rPr>
        <w:t>BibleBIBEL82</w:t>
      </w:r>
      <w:r w:rsidRPr="000767E2">
        <w:rPr>
          <w:lang w:val="sv-SE"/>
        </w:rPr>
        <w:t>:Col 4:5]]</w:t>
      </w:r>
      <w:r w:rsidRPr="000767E2">
        <w:rPr>
          <w:vertAlign w:val="superscript"/>
          <w:lang w:val="sv-SE"/>
        </w:rPr>
        <w:t>5</w:t>
      </w:r>
      <w:r w:rsidRPr="000767E2">
        <w:rPr>
          <w:lang w:val="sv-SE"/>
        </w:rPr>
        <w:t xml:space="preserve"> {{field-on:bible}}Vandra i vishet inför dem </w:t>
      </w:r>
      <w:r w:rsidRPr="000767E2">
        <w:rPr>
          <w:i/>
          <w:lang w:val="sv-SE"/>
        </w:rPr>
        <w:t>som är</w:t>
      </w:r>
      <w:r w:rsidRPr="000767E2">
        <w:rPr>
          <w:lang w:val="sv-SE"/>
        </w:rPr>
        <w:t xml:space="preserve"> utanför och köp loss tiden.{{field-off:bible}} [[@</w:t>
      </w:r>
      <w:r w:rsidR="0096445B" w:rsidRPr="000767E2">
        <w:rPr>
          <w:lang w:val="sv-SE"/>
        </w:rPr>
        <w:t>BibleBIBEL82</w:t>
      </w:r>
      <w:r w:rsidRPr="000767E2">
        <w:rPr>
          <w:lang w:val="sv-SE"/>
        </w:rPr>
        <w:t>:Col 4:6]]</w:t>
      </w:r>
      <w:r w:rsidRPr="000767E2">
        <w:rPr>
          <w:vertAlign w:val="superscript"/>
          <w:lang w:val="sv-SE"/>
        </w:rPr>
        <w:t>6</w:t>
      </w:r>
      <w:r w:rsidRPr="000767E2">
        <w:rPr>
          <w:lang w:val="sv-SE"/>
        </w:rPr>
        <w:t xml:space="preserve"> {{field-on:bible}}Ert ord </w:t>
      </w:r>
      <w:r w:rsidRPr="000767E2">
        <w:rPr>
          <w:i/>
          <w:lang w:val="sv-SE"/>
        </w:rPr>
        <w:t>ska</w:t>
      </w:r>
      <w:r w:rsidRPr="000767E2">
        <w:rPr>
          <w:lang w:val="sv-SE"/>
        </w:rPr>
        <w:t xml:space="preserve"> alltid </w:t>
      </w:r>
      <w:r w:rsidRPr="000767E2">
        <w:rPr>
          <w:i/>
          <w:lang w:val="sv-SE"/>
        </w:rPr>
        <w:t>vara</w:t>
      </w:r>
      <w:r w:rsidRPr="000767E2">
        <w:rPr>
          <w:lang w:val="sv-SE"/>
        </w:rPr>
        <w:t xml:space="preserve"> i nåd, kryddat med salt, </w:t>
      </w:r>
      <w:r w:rsidRPr="000767E2">
        <w:rPr>
          <w:i/>
          <w:lang w:val="sv-SE"/>
        </w:rPr>
        <w:t>för</w:t>
      </w:r>
      <w:r w:rsidRPr="000767E2">
        <w:rPr>
          <w:lang w:val="sv-SE"/>
        </w:rPr>
        <w:t xml:space="preserve"> att veta hur ni bör svara var och en.{{field-off:bible}}</w:t>
      </w:r>
    </w:p>
    <w:p w14:paraId="5BDB54DF" w14:textId="77777777" w:rsidR="00BA33AB" w:rsidRPr="000767E2" w:rsidRDefault="00000000">
      <w:pPr>
        <w:pStyle w:val="Rubrik3"/>
        <w:rPr>
          <w:lang w:val="sv-SE"/>
        </w:rPr>
      </w:pPr>
      <w:r w:rsidRPr="000767E2">
        <w:rPr>
          <w:lang w:val="sv-SE"/>
        </w:rPr>
        <w:t>Personliga hälsningar</w:t>
      </w:r>
    </w:p>
    <w:p w14:paraId="0853CA5A" w14:textId="25EA1185" w:rsidR="00BA33AB" w:rsidRPr="000767E2" w:rsidRDefault="00000000">
      <w:pPr>
        <w:rPr>
          <w:lang w:val="sv-SE"/>
        </w:rPr>
      </w:pPr>
      <w:r w:rsidRPr="000767E2">
        <w:rPr>
          <w:lang w:val="sv-SE"/>
        </w:rPr>
        <w:t>[[@</w:t>
      </w:r>
      <w:r w:rsidR="0096445B" w:rsidRPr="000767E2">
        <w:rPr>
          <w:lang w:val="sv-SE"/>
        </w:rPr>
        <w:t>BibleBIBEL82</w:t>
      </w:r>
      <w:r w:rsidRPr="000767E2">
        <w:rPr>
          <w:lang w:val="sv-SE"/>
        </w:rPr>
        <w:t>:Col 4:7]]</w:t>
      </w:r>
      <w:r w:rsidRPr="000767E2">
        <w:rPr>
          <w:vertAlign w:val="superscript"/>
          <w:lang w:val="sv-SE"/>
        </w:rPr>
        <w:t>7</w:t>
      </w:r>
      <w:r w:rsidRPr="000767E2">
        <w:rPr>
          <w:lang w:val="sv-SE"/>
        </w:rPr>
        <w:t xml:space="preserve"> {{field-on:bible}}Gällande mig ska allt kungöras för er </w:t>
      </w:r>
      <w:r w:rsidRPr="000767E2">
        <w:rPr>
          <w:i/>
          <w:lang w:val="sv-SE"/>
        </w:rPr>
        <w:t>av</w:t>
      </w:r>
      <w:r w:rsidRPr="000767E2">
        <w:rPr>
          <w:lang w:val="sv-SE"/>
        </w:rPr>
        <w:t xml:space="preserve"> Tychikos, den älskade brodern och trogne tjänaren och medtjänaren i Herren.{{field-off:bible}} [[@</w:t>
      </w:r>
      <w:r w:rsidR="0096445B" w:rsidRPr="000767E2">
        <w:rPr>
          <w:lang w:val="sv-SE"/>
        </w:rPr>
        <w:t>BibleBIBEL82</w:t>
      </w:r>
      <w:r w:rsidRPr="000767E2">
        <w:rPr>
          <w:lang w:val="sv-SE"/>
        </w:rPr>
        <w:t>:Col 4:8]]</w:t>
      </w:r>
      <w:r w:rsidRPr="000767E2">
        <w:rPr>
          <w:vertAlign w:val="superscript"/>
          <w:lang w:val="sv-SE"/>
        </w:rPr>
        <w:t>8</w:t>
      </w:r>
      <w:r w:rsidRPr="000767E2">
        <w:rPr>
          <w:lang w:val="sv-SE"/>
        </w:rPr>
        <w:t xml:space="preserve"> {{field-on:bible}}Honom har jag skickat till er för just detta, att ni ska </w:t>
      </w:r>
      <w:r w:rsidRPr="000767E2">
        <w:rPr>
          <w:i/>
          <w:lang w:val="sv-SE"/>
        </w:rPr>
        <w:t>få</w:t>
      </w:r>
      <w:r w:rsidRPr="000767E2">
        <w:rPr>
          <w:lang w:val="sv-SE"/>
        </w:rPr>
        <w:t xml:space="preserve"> veta om vårt och </w:t>
      </w:r>
      <w:r w:rsidRPr="000767E2">
        <w:rPr>
          <w:i/>
          <w:lang w:val="sv-SE"/>
        </w:rPr>
        <w:t>att</w:t>
      </w:r>
      <w:r w:rsidRPr="000767E2">
        <w:rPr>
          <w:lang w:val="sv-SE"/>
        </w:rPr>
        <w:t xml:space="preserve"> han ska uppmuntra era hjärtan,{{field-off:bible}} [[@</w:t>
      </w:r>
      <w:r w:rsidR="0096445B" w:rsidRPr="000767E2">
        <w:rPr>
          <w:lang w:val="sv-SE"/>
        </w:rPr>
        <w:t>BibleBIBEL82</w:t>
      </w:r>
      <w:r w:rsidRPr="000767E2">
        <w:rPr>
          <w:lang w:val="sv-SE"/>
        </w:rPr>
        <w:t>:Col 4:9]]</w:t>
      </w:r>
      <w:r w:rsidRPr="000767E2">
        <w:rPr>
          <w:vertAlign w:val="superscript"/>
          <w:lang w:val="sv-SE"/>
        </w:rPr>
        <w:t>9</w:t>
      </w:r>
      <w:r w:rsidRPr="000767E2">
        <w:rPr>
          <w:lang w:val="sv-SE"/>
        </w:rPr>
        <w:t xml:space="preserve"> {{field-on:bible}}</w:t>
      </w:r>
      <w:r w:rsidRPr="000767E2">
        <w:rPr>
          <w:i/>
          <w:lang w:val="sv-SE"/>
        </w:rPr>
        <w:t>tillsammans</w:t>
      </w:r>
      <w:r w:rsidRPr="000767E2">
        <w:rPr>
          <w:lang w:val="sv-SE"/>
        </w:rPr>
        <w:t xml:space="preserve"> med Onesimos, den trogne och älskade brodern som är </w:t>
      </w:r>
      <w:r w:rsidRPr="000767E2">
        <w:rPr>
          <w:i/>
          <w:lang w:val="sv-SE"/>
        </w:rPr>
        <w:t>en</w:t>
      </w:r>
      <w:r w:rsidRPr="000767E2">
        <w:rPr>
          <w:lang w:val="sv-SE"/>
        </w:rPr>
        <w:t xml:space="preserve"> av er. Allt här ska de kungöra för er.{{field-off:bible}}</w:t>
      </w:r>
    </w:p>
    <w:p w14:paraId="1186A249" w14:textId="3889F047" w:rsidR="00BA33AB" w:rsidRPr="000767E2" w:rsidRDefault="00000000">
      <w:pPr>
        <w:rPr>
          <w:lang w:val="sv-SE"/>
        </w:rPr>
      </w:pPr>
      <w:r w:rsidRPr="000767E2">
        <w:rPr>
          <w:lang w:val="sv-SE"/>
        </w:rPr>
        <w:t>[[@</w:t>
      </w:r>
      <w:r w:rsidR="0096445B" w:rsidRPr="000767E2">
        <w:rPr>
          <w:lang w:val="sv-SE"/>
        </w:rPr>
        <w:t>BibleBIBEL82</w:t>
      </w:r>
      <w:r w:rsidRPr="000767E2">
        <w:rPr>
          <w:lang w:val="sv-SE"/>
        </w:rPr>
        <w:t>:Col 4:10]]</w:t>
      </w:r>
      <w:r w:rsidRPr="000767E2">
        <w:rPr>
          <w:vertAlign w:val="superscript"/>
          <w:lang w:val="sv-SE"/>
        </w:rPr>
        <w:t>10</w:t>
      </w:r>
      <w:r w:rsidRPr="000767E2">
        <w:rPr>
          <w:lang w:val="sv-SE"/>
        </w:rPr>
        <w:t xml:space="preserve"> {{field-on:bible}}Hälsar er </w:t>
      </w:r>
      <w:r w:rsidRPr="000767E2">
        <w:rPr>
          <w:i/>
          <w:lang w:val="sv-SE"/>
        </w:rPr>
        <w:t>gör</w:t>
      </w:r>
      <w:r w:rsidRPr="000767E2">
        <w:rPr>
          <w:lang w:val="sv-SE"/>
        </w:rPr>
        <w:t xml:space="preserve"> Aristarchos min medfånge och Markus, Barnabas kusin om vilken ni har fått bud: om han kommer till er, välkomna honom.{{field-off:bible}} [[@</w:t>
      </w:r>
      <w:r w:rsidR="0096445B" w:rsidRPr="000767E2">
        <w:rPr>
          <w:lang w:val="sv-SE"/>
        </w:rPr>
        <w:t>BibleBIBEL82</w:t>
      </w:r>
      <w:r w:rsidRPr="000767E2">
        <w:rPr>
          <w:lang w:val="sv-SE"/>
        </w:rPr>
        <w:t>:Col 4:11]]</w:t>
      </w:r>
      <w:r w:rsidRPr="000767E2">
        <w:rPr>
          <w:vertAlign w:val="superscript"/>
          <w:lang w:val="sv-SE"/>
        </w:rPr>
        <w:t>11</w:t>
      </w:r>
      <w:r w:rsidRPr="000767E2">
        <w:rPr>
          <w:lang w:val="sv-SE"/>
        </w:rPr>
        <w:t xml:space="preserve"> {{field-on:bible}}Även Jesus som kallas Justus. De är från omskärelsen, dessa enda medarbetare för Guds rike, </w:t>
      </w:r>
      <w:r w:rsidRPr="000767E2">
        <w:rPr>
          <w:i/>
          <w:lang w:val="sv-SE"/>
        </w:rPr>
        <w:t>och</w:t>
      </w:r>
      <w:r w:rsidRPr="000767E2">
        <w:rPr>
          <w:lang w:val="sv-SE"/>
        </w:rPr>
        <w:t xml:space="preserve"> de har varit för mig en lisa.{{field-off:bible}}</w:t>
      </w:r>
    </w:p>
    <w:p w14:paraId="750C77D9" w14:textId="34B49E35" w:rsidR="00BA33AB" w:rsidRPr="000767E2" w:rsidRDefault="00000000">
      <w:pPr>
        <w:rPr>
          <w:lang w:val="sv-SE"/>
        </w:rPr>
      </w:pPr>
      <w:r w:rsidRPr="000767E2">
        <w:rPr>
          <w:lang w:val="sv-SE"/>
        </w:rPr>
        <w:t>[[@</w:t>
      </w:r>
      <w:r w:rsidR="0096445B" w:rsidRPr="000767E2">
        <w:rPr>
          <w:lang w:val="sv-SE"/>
        </w:rPr>
        <w:t>BibleBIBEL82</w:t>
      </w:r>
      <w:r w:rsidRPr="000767E2">
        <w:rPr>
          <w:lang w:val="sv-SE"/>
        </w:rPr>
        <w:t>:Col 4:12]]</w:t>
      </w:r>
      <w:r w:rsidRPr="000767E2">
        <w:rPr>
          <w:vertAlign w:val="superscript"/>
          <w:lang w:val="sv-SE"/>
        </w:rPr>
        <w:t>12</w:t>
      </w:r>
      <w:r w:rsidRPr="000767E2">
        <w:rPr>
          <w:lang w:val="sv-SE"/>
        </w:rPr>
        <w:t xml:space="preserve"> {{field-on:bible}}Hälsar er </w:t>
      </w:r>
      <w:r w:rsidRPr="000767E2">
        <w:rPr>
          <w:i/>
          <w:lang w:val="sv-SE"/>
        </w:rPr>
        <w:t>gör</w:t>
      </w:r>
      <w:r w:rsidRPr="000767E2">
        <w:rPr>
          <w:lang w:val="sv-SE"/>
        </w:rPr>
        <w:t xml:space="preserve"> Epafras, </w:t>
      </w:r>
      <w:r w:rsidRPr="000767E2">
        <w:rPr>
          <w:i/>
          <w:lang w:val="sv-SE"/>
        </w:rPr>
        <w:t>en</w:t>
      </w:r>
      <w:r w:rsidRPr="000767E2">
        <w:rPr>
          <w:lang w:val="sv-SE"/>
        </w:rPr>
        <w:t xml:space="preserve"> av er, en Kristi [Jesu] fasttjänare som alltid kämpar för er i bönerna, för att ni ska stå fullkomliga och fullt förvissade i hela Guds vilja.{{field-off:bible}} [[@</w:t>
      </w:r>
      <w:r w:rsidR="0096445B" w:rsidRPr="000767E2">
        <w:rPr>
          <w:lang w:val="sv-SE"/>
        </w:rPr>
        <w:t>BibleBIBEL82</w:t>
      </w:r>
      <w:r w:rsidRPr="000767E2">
        <w:rPr>
          <w:lang w:val="sv-SE"/>
        </w:rPr>
        <w:t>:Col 4:13]]</w:t>
      </w:r>
      <w:r w:rsidRPr="000767E2">
        <w:rPr>
          <w:vertAlign w:val="superscript"/>
          <w:lang w:val="sv-SE"/>
        </w:rPr>
        <w:t>13</w:t>
      </w:r>
      <w:r w:rsidRPr="000767E2">
        <w:rPr>
          <w:lang w:val="sv-SE"/>
        </w:rPr>
        <w:t xml:space="preserve"> {{field-on:bible}}För jag vittnar om honom att han har stor ansträngning för er och dem i Laodikeia och dem i Hierapolis.{{field-off:bible}} [[@</w:t>
      </w:r>
      <w:r w:rsidR="0096445B" w:rsidRPr="000767E2">
        <w:rPr>
          <w:lang w:val="sv-SE"/>
        </w:rPr>
        <w:t>BibleBIBEL82</w:t>
      </w:r>
      <w:r w:rsidRPr="000767E2">
        <w:rPr>
          <w:lang w:val="sv-SE"/>
        </w:rPr>
        <w:t>:Col 4:14]]</w:t>
      </w:r>
      <w:r w:rsidRPr="000767E2">
        <w:rPr>
          <w:vertAlign w:val="superscript"/>
          <w:lang w:val="sv-SE"/>
        </w:rPr>
        <w:t>14</w:t>
      </w:r>
      <w:r w:rsidRPr="000767E2">
        <w:rPr>
          <w:lang w:val="sv-SE"/>
        </w:rPr>
        <w:t xml:space="preserve"> {{field-on:bible}}Hälsar er </w:t>
      </w:r>
      <w:r w:rsidRPr="000767E2">
        <w:rPr>
          <w:i/>
          <w:lang w:val="sv-SE"/>
        </w:rPr>
        <w:t>gör</w:t>
      </w:r>
      <w:r w:rsidRPr="000767E2">
        <w:rPr>
          <w:lang w:val="sv-SE"/>
        </w:rPr>
        <w:t xml:space="preserve"> Lukas, den älskade läkaren, och Demas.{{field-off:bible}}</w:t>
      </w:r>
    </w:p>
    <w:p w14:paraId="7A5EBBE9" w14:textId="25E3A271" w:rsidR="00BA33AB" w:rsidRPr="000767E2" w:rsidRDefault="00000000">
      <w:pPr>
        <w:rPr>
          <w:lang w:val="sv-SE"/>
        </w:rPr>
      </w:pPr>
      <w:r w:rsidRPr="000767E2">
        <w:rPr>
          <w:lang w:val="sv-SE"/>
        </w:rPr>
        <w:t>[[@</w:t>
      </w:r>
      <w:r w:rsidR="0096445B" w:rsidRPr="000767E2">
        <w:rPr>
          <w:lang w:val="sv-SE"/>
        </w:rPr>
        <w:t>BibleBIBEL82</w:t>
      </w:r>
      <w:r w:rsidRPr="000767E2">
        <w:rPr>
          <w:lang w:val="sv-SE"/>
        </w:rPr>
        <w:t>:Col 4:15]]</w:t>
      </w:r>
      <w:r w:rsidRPr="000767E2">
        <w:rPr>
          <w:vertAlign w:val="superscript"/>
          <w:lang w:val="sv-SE"/>
        </w:rPr>
        <w:t>15</w:t>
      </w:r>
      <w:r w:rsidRPr="000767E2">
        <w:rPr>
          <w:lang w:val="sv-SE"/>
        </w:rPr>
        <w:t xml:space="preserve"> {{field-on:bible}}Hälsa syskonen i Laodikeia, och Nymfa och församlingen i hennes hus.{{field-off:bible}} [[@</w:t>
      </w:r>
      <w:r w:rsidR="0096445B" w:rsidRPr="000767E2">
        <w:rPr>
          <w:lang w:val="sv-SE"/>
        </w:rPr>
        <w:t>BibleBIBEL82</w:t>
      </w:r>
      <w:r w:rsidRPr="000767E2">
        <w:rPr>
          <w:lang w:val="sv-SE"/>
        </w:rPr>
        <w:t>:Col 4:16]]</w:t>
      </w:r>
      <w:r w:rsidRPr="000767E2">
        <w:rPr>
          <w:vertAlign w:val="superscript"/>
          <w:lang w:val="sv-SE"/>
        </w:rPr>
        <w:t>16</w:t>
      </w:r>
      <w:r w:rsidRPr="000767E2">
        <w:rPr>
          <w:lang w:val="sv-SE"/>
        </w:rPr>
        <w:t xml:space="preserve"> {{field-on:bible}}Och när brevet har blivit uppläst hos er, gör så att det också blir uppläst i laodikeernas församling. Och det från Laodikeia, att också ni läser upp </w:t>
      </w:r>
      <w:r w:rsidRPr="000767E2">
        <w:rPr>
          <w:i/>
          <w:lang w:val="sv-SE"/>
        </w:rPr>
        <w:t>det</w:t>
      </w:r>
      <w:r w:rsidRPr="000767E2">
        <w:rPr>
          <w:lang w:val="sv-SE"/>
        </w:rPr>
        <w:t>.{{field-off:bible}} [[@</w:t>
      </w:r>
      <w:r w:rsidR="0096445B" w:rsidRPr="000767E2">
        <w:rPr>
          <w:lang w:val="sv-SE"/>
        </w:rPr>
        <w:t>BibleBIBEL82</w:t>
      </w:r>
      <w:r w:rsidRPr="000767E2">
        <w:rPr>
          <w:lang w:val="sv-SE"/>
        </w:rPr>
        <w:t>:Col 4:17]]</w:t>
      </w:r>
      <w:r w:rsidRPr="000767E2">
        <w:rPr>
          <w:vertAlign w:val="superscript"/>
          <w:lang w:val="sv-SE"/>
        </w:rPr>
        <w:t>17</w:t>
      </w:r>
      <w:r w:rsidRPr="000767E2">
        <w:rPr>
          <w:lang w:val="sv-SE"/>
        </w:rPr>
        <w:t xml:space="preserve"> {{field-on:bible}}Och säg till Archippos: ”Se till tjänsten som du har tagit emot i Herren, att du uppfyller den.”{{field-off:bible}}</w:t>
      </w:r>
    </w:p>
    <w:p w14:paraId="1F5BD20E" w14:textId="0A6CD461" w:rsidR="00BA33AB" w:rsidRPr="000767E2" w:rsidRDefault="00000000">
      <w:pPr>
        <w:rPr>
          <w:lang w:val="sv-SE"/>
        </w:rPr>
      </w:pPr>
      <w:r w:rsidRPr="000767E2">
        <w:rPr>
          <w:lang w:val="sv-SE"/>
        </w:rPr>
        <w:t>[[@</w:t>
      </w:r>
      <w:r w:rsidR="0096445B" w:rsidRPr="000767E2">
        <w:rPr>
          <w:lang w:val="sv-SE"/>
        </w:rPr>
        <w:t>BibleBIBEL82</w:t>
      </w:r>
      <w:r w:rsidRPr="000767E2">
        <w:rPr>
          <w:lang w:val="sv-SE"/>
        </w:rPr>
        <w:t>:Col 4:18]]</w:t>
      </w:r>
      <w:r w:rsidRPr="000767E2">
        <w:rPr>
          <w:vertAlign w:val="superscript"/>
          <w:lang w:val="sv-SE"/>
        </w:rPr>
        <w:t>18</w:t>
      </w:r>
      <w:r w:rsidRPr="000767E2">
        <w:rPr>
          <w:lang w:val="sv-SE"/>
        </w:rPr>
        <w:t xml:space="preserve"> {{field-on:bible}}Hälsningen med min hand: från Paulus. Minns mina bojor. Nåden </w:t>
      </w:r>
      <w:r w:rsidRPr="000767E2">
        <w:rPr>
          <w:i/>
          <w:lang w:val="sv-SE"/>
        </w:rPr>
        <w:t>vare</w:t>
      </w:r>
      <w:r w:rsidRPr="000767E2">
        <w:rPr>
          <w:lang w:val="sv-SE"/>
        </w:rPr>
        <w:t xml:space="preserve"> med er.{{field-off:bible}}</w:t>
      </w:r>
    </w:p>
    <w:p w14:paraId="20963908" w14:textId="31C92B37" w:rsidR="00BA33AB" w:rsidRPr="000767E2" w:rsidRDefault="00000000">
      <w:pPr>
        <w:pStyle w:val="Rubrik1"/>
        <w:rPr>
          <w:lang w:val="sv-SE"/>
        </w:rPr>
      </w:pPr>
      <w:r w:rsidRPr="000767E2">
        <w:rPr>
          <w:lang w:val="sv-SE"/>
        </w:rPr>
        <w:lastRenderedPageBreak/>
        <w:t>[[@</w:t>
      </w:r>
      <w:r w:rsidR="0096445B" w:rsidRPr="000767E2">
        <w:rPr>
          <w:lang w:val="sv-SE"/>
        </w:rPr>
        <w:t>BibleBIBEL82</w:t>
      </w:r>
      <w:r w:rsidRPr="000767E2">
        <w:rPr>
          <w:lang w:val="sv-SE"/>
        </w:rPr>
        <w:t>:1Thess]]Till thessalonikerna: Första brevet</w:t>
      </w:r>
    </w:p>
    <w:p w14:paraId="3E16A87F" w14:textId="4302D2B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:1Thess 1]]Kapitel 1</w:t>
      </w:r>
    </w:p>
    <w:p w14:paraId="064AD9A5" w14:textId="77777777" w:rsidR="00BA33AB" w:rsidRPr="000767E2" w:rsidRDefault="00000000">
      <w:pPr>
        <w:pStyle w:val="Rubrik3"/>
        <w:rPr>
          <w:lang w:val="sv-SE"/>
        </w:rPr>
      </w:pPr>
      <w:r w:rsidRPr="000767E2">
        <w:rPr>
          <w:lang w:val="sv-SE"/>
        </w:rPr>
        <w:t>Hälsning</w:t>
      </w:r>
    </w:p>
    <w:p w14:paraId="008C49B0" w14:textId="3613DCDF" w:rsidR="00BA33AB" w:rsidRPr="000767E2" w:rsidRDefault="00000000">
      <w:pPr>
        <w:rPr>
          <w:lang w:val="sv-SE"/>
        </w:rPr>
      </w:pPr>
      <w:r w:rsidRPr="000767E2">
        <w:rPr>
          <w:lang w:val="sv-SE"/>
        </w:rPr>
        <w:t>[[@</w:t>
      </w:r>
      <w:r w:rsidR="0096445B" w:rsidRPr="000767E2">
        <w:rPr>
          <w:lang w:val="sv-SE"/>
        </w:rPr>
        <w:t>BibleBIBEL82</w:t>
      </w:r>
      <w:r w:rsidRPr="000767E2">
        <w:rPr>
          <w:lang w:val="sv-SE"/>
        </w:rPr>
        <w:t>:1Thess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och Silvanus och Timotheos. Till församlingen av thessaloniker i Gud Fader och Herren Jesus Kristus: Nåd åt er och frid.{{field-off:bible}}</w:t>
      </w:r>
    </w:p>
    <w:p w14:paraId="20F3A800" w14:textId="77777777" w:rsidR="00BA33AB" w:rsidRPr="000767E2" w:rsidRDefault="00000000">
      <w:pPr>
        <w:pStyle w:val="Rubrik3"/>
        <w:rPr>
          <w:lang w:val="sv-SE"/>
        </w:rPr>
      </w:pPr>
      <w:r w:rsidRPr="000767E2">
        <w:rPr>
          <w:lang w:val="sv-SE"/>
        </w:rPr>
        <w:t>Tacksägelse för thessalonikernas tro</w:t>
      </w:r>
    </w:p>
    <w:p w14:paraId="3E80D148" w14:textId="494AE892" w:rsidR="00BA33AB" w:rsidRPr="000767E2" w:rsidRDefault="00000000">
      <w:pPr>
        <w:rPr>
          <w:lang w:val="sv-SE"/>
        </w:rPr>
      </w:pPr>
      <w:r w:rsidRPr="000767E2">
        <w:rPr>
          <w:lang w:val="sv-SE"/>
        </w:rPr>
        <w:t>[[@</w:t>
      </w:r>
      <w:r w:rsidR="0096445B" w:rsidRPr="000767E2">
        <w:rPr>
          <w:lang w:val="sv-SE"/>
        </w:rPr>
        <w:t>BibleBIBEL82</w:t>
      </w:r>
      <w:r w:rsidRPr="000767E2">
        <w:rPr>
          <w:lang w:val="sv-SE"/>
        </w:rPr>
        <w:t>:1Thess 1:2]]</w:t>
      </w:r>
      <w:r w:rsidRPr="000767E2">
        <w:rPr>
          <w:vertAlign w:val="superscript"/>
          <w:lang w:val="sv-SE"/>
        </w:rPr>
        <w:t>2</w:t>
      </w:r>
      <w:r w:rsidRPr="000767E2">
        <w:rPr>
          <w:lang w:val="sv-SE"/>
        </w:rPr>
        <w:t xml:space="preserve"> {{field-on:bible}}Vi tackar alltid Gud för er alla när vi gör hågkomst vid våra böner, </w:t>
      </w:r>
      <w:r w:rsidRPr="000767E2">
        <w:rPr>
          <w:i/>
          <w:lang w:val="sv-SE"/>
        </w:rPr>
        <w:t>och</w:t>
      </w:r>
      <w:r w:rsidRPr="000767E2">
        <w:rPr>
          <w:lang w:val="sv-SE"/>
        </w:rPr>
        <w:t xml:space="preserve"> oavbrutet{{field-off:bible}} [[@</w:t>
      </w:r>
      <w:r w:rsidR="0096445B" w:rsidRPr="000767E2">
        <w:rPr>
          <w:lang w:val="sv-SE"/>
        </w:rPr>
        <w:t>BibleBIBEL82</w:t>
      </w:r>
      <w:r w:rsidRPr="000767E2">
        <w:rPr>
          <w:lang w:val="sv-SE"/>
        </w:rPr>
        <w:t>:1Thess 1:3]]</w:t>
      </w:r>
      <w:r w:rsidRPr="000767E2">
        <w:rPr>
          <w:vertAlign w:val="superscript"/>
          <w:lang w:val="sv-SE"/>
        </w:rPr>
        <w:t>3</w:t>
      </w:r>
      <w:r w:rsidRPr="000767E2">
        <w:rPr>
          <w:lang w:val="sv-SE"/>
        </w:rPr>
        <w:t xml:space="preserve"> {{field-on:bible}}minns vi er gärning i tron och möda i kärleken och uthållighet i hoppet till vår Herre Jesus Kristus inför vår Gud och Far,{{field-off:bible}} [[@</w:t>
      </w:r>
      <w:r w:rsidR="0096445B" w:rsidRPr="000767E2">
        <w:rPr>
          <w:lang w:val="sv-SE"/>
        </w:rPr>
        <w:t>BibleBIBEL82</w:t>
      </w:r>
      <w:r w:rsidRPr="000767E2">
        <w:rPr>
          <w:lang w:val="sv-SE"/>
        </w:rPr>
        <w:t>:1Thess 1:4]]</w:t>
      </w:r>
      <w:r w:rsidRPr="000767E2">
        <w:rPr>
          <w:vertAlign w:val="superscript"/>
          <w:lang w:val="sv-SE"/>
        </w:rPr>
        <w:t>4</w:t>
      </w:r>
      <w:r w:rsidRPr="000767E2">
        <w:rPr>
          <w:lang w:val="sv-SE"/>
        </w:rPr>
        <w:t xml:space="preserve"> {{field-on:bible}}då vi vet, syskon älskade av Gud, er utvaldhet.{{field-off:bible}} [[@</w:t>
      </w:r>
      <w:r w:rsidR="0096445B" w:rsidRPr="000767E2">
        <w:rPr>
          <w:lang w:val="sv-SE"/>
        </w:rPr>
        <w:t>BibleBIBEL82</w:t>
      </w:r>
      <w:r w:rsidRPr="000767E2">
        <w:rPr>
          <w:lang w:val="sv-SE"/>
        </w:rPr>
        <w:t>:1Thess 1:5]]</w:t>
      </w:r>
      <w:r w:rsidRPr="000767E2">
        <w:rPr>
          <w:vertAlign w:val="superscript"/>
          <w:lang w:val="sv-SE"/>
        </w:rPr>
        <w:t>5</w:t>
      </w:r>
      <w:r w:rsidRPr="000767E2">
        <w:rPr>
          <w:lang w:val="sv-SE"/>
        </w:rPr>
        <w:t xml:space="preserve"> {{field-on:bible}}För vårt evangelium kom inte till er bara i ord, utan också i kraft och i helig Ande och i stor full visshet, liksom ni vet hurdana vi var bland er för er skull.{{field-off:bible}}</w:t>
      </w:r>
    </w:p>
    <w:p w14:paraId="6EE98EDB" w14:textId="1C733529" w:rsidR="00BA33AB" w:rsidRPr="000767E2" w:rsidRDefault="00000000">
      <w:pPr>
        <w:rPr>
          <w:lang w:val="sv-SE"/>
        </w:rPr>
      </w:pPr>
      <w:r w:rsidRPr="000767E2">
        <w:rPr>
          <w:lang w:val="sv-SE"/>
        </w:rPr>
        <w:t>[[@</w:t>
      </w:r>
      <w:r w:rsidR="0096445B" w:rsidRPr="000767E2">
        <w:rPr>
          <w:lang w:val="sv-SE"/>
        </w:rPr>
        <w:t>BibleBIBEL82</w:t>
      </w:r>
      <w:r w:rsidRPr="000767E2">
        <w:rPr>
          <w:lang w:val="sv-SE"/>
        </w:rPr>
        <w:t>:1Thess 1:6]]</w:t>
      </w:r>
      <w:r w:rsidRPr="000767E2">
        <w:rPr>
          <w:vertAlign w:val="superscript"/>
          <w:lang w:val="sv-SE"/>
        </w:rPr>
        <w:t>6</w:t>
      </w:r>
      <w:r w:rsidRPr="000767E2">
        <w:rPr>
          <w:lang w:val="sv-SE"/>
        </w:rPr>
        <w:t xml:space="preserve"> {{field-on:bible}}Och ni blev imitatörer av oss och av Herren, när ni välkomnade ordet under stor nöd med helig Andes glädje,{{field-off:bible}} [[@</w:t>
      </w:r>
      <w:r w:rsidR="0096445B" w:rsidRPr="000767E2">
        <w:rPr>
          <w:lang w:val="sv-SE"/>
        </w:rPr>
        <w:t>BibleBIBEL82</w:t>
      </w:r>
      <w:r w:rsidRPr="000767E2">
        <w:rPr>
          <w:lang w:val="sv-SE"/>
        </w:rPr>
        <w:t>:1Thess 1:7]]</w:t>
      </w:r>
      <w:r w:rsidRPr="000767E2">
        <w:rPr>
          <w:vertAlign w:val="superscript"/>
          <w:lang w:val="sv-SE"/>
        </w:rPr>
        <w:t>7</w:t>
      </w:r>
      <w:r w:rsidRPr="000767E2">
        <w:rPr>
          <w:lang w:val="sv-SE"/>
        </w:rPr>
        <w:t xml:space="preserve"> {{field-on:bible}}så att ni blev en förebild för alla de troende i Makedonien och i Achaia.{{field-off:bible}} [[@</w:t>
      </w:r>
      <w:r w:rsidR="0096445B" w:rsidRPr="000767E2">
        <w:rPr>
          <w:lang w:val="sv-SE"/>
        </w:rPr>
        <w:t>BibleBIBEL82</w:t>
      </w:r>
      <w:r w:rsidRPr="000767E2">
        <w:rPr>
          <w:lang w:val="sv-SE"/>
        </w:rPr>
        <w:t>:1Thess 1:8]]</w:t>
      </w:r>
      <w:r w:rsidRPr="000767E2">
        <w:rPr>
          <w:vertAlign w:val="superscript"/>
          <w:lang w:val="sv-SE"/>
        </w:rPr>
        <w:t>8</w:t>
      </w:r>
      <w:r w:rsidRPr="000767E2">
        <w:rPr>
          <w:lang w:val="sv-SE"/>
        </w:rPr>
        <w:t xml:space="preserve"> {{field-on:bible}}För från er genljöd Herrens ord, inte bara i Makedonien och i Achaia, utan på varje plats har er tro gentemot Gud gått ut så att vi inte har behov av att tala något.{{field-off:bible}} [[@</w:t>
      </w:r>
      <w:r w:rsidR="0096445B" w:rsidRPr="000767E2">
        <w:rPr>
          <w:lang w:val="sv-SE"/>
        </w:rPr>
        <w:t>BibleBIBEL82</w:t>
      </w:r>
      <w:r w:rsidRPr="000767E2">
        <w:rPr>
          <w:lang w:val="sv-SE"/>
        </w:rPr>
        <w:t>:1Thess 1:9]]</w:t>
      </w:r>
      <w:r w:rsidRPr="000767E2">
        <w:rPr>
          <w:vertAlign w:val="superscript"/>
          <w:lang w:val="sv-SE"/>
        </w:rPr>
        <w:t>9</w:t>
      </w:r>
      <w:r w:rsidRPr="000767E2">
        <w:rPr>
          <w:lang w:val="sv-SE"/>
        </w:rPr>
        <w:t xml:space="preserve"> {{field-on:bible}}För själva berättar de om oss, vilken ingång vi hade hos er och hur ni vände om till Gud från avgudarna, </w:t>
      </w:r>
      <w:r w:rsidRPr="000767E2">
        <w:rPr>
          <w:i/>
          <w:lang w:val="sv-SE"/>
        </w:rPr>
        <w:t>till</w:t>
      </w:r>
      <w:r w:rsidRPr="000767E2">
        <w:rPr>
          <w:lang w:val="sv-SE"/>
        </w:rPr>
        <w:t xml:space="preserve"> att fasttjäna levande och sannfärdig Gud{{field-off:bible}} [[@</w:t>
      </w:r>
      <w:r w:rsidR="0096445B" w:rsidRPr="000767E2">
        <w:rPr>
          <w:lang w:val="sv-SE"/>
        </w:rPr>
        <w:t>BibleBIBEL82</w:t>
      </w:r>
      <w:r w:rsidRPr="000767E2">
        <w:rPr>
          <w:lang w:val="sv-SE"/>
        </w:rPr>
        <w:t>:1Thess 1:10]]</w:t>
      </w:r>
      <w:r w:rsidRPr="000767E2">
        <w:rPr>
          <w:vertAlign w:val="superscript"/>
          <w:lang w:val="sv-SE"/>
        </w:rPr>
        <w:t>10</w:t>
      </w:r>
      <w:r w:rsidRPr="000767E2">
        <w:rPr>
          <w:lang w:val="sv-SE"/>
        </w:rPr>
        <w:t xml:space="preserve"> {{field-on:bible}}och bida hans Son från himlarna som han har uppväckt från [de] döda: Jesus, som räddar oss från den kommande vreden.{{field-off:bible}}</w:t>
      </w:r>
    </w:p>
    <w:p w14:paraId="111A6C09" w14:textId="2C1AA8E0"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:1Thess 2]]Kapitel 2</w:t>
      </w:r>
    </w:p>
    <w:p w14:paraId="3DAF4E24" w14:textId="77777777" w:rsidR="00BA33AB" w:rsidRPr="000767E2" w:rsidRDefault="00000000">
      <w:pPr>
        <w:pStyle w:val="Rubrik3"/>
        <w:rPr>
          <w:lang w:val="sv-SE"/>
        </w:rPr>
      </w:pPr>
      <w:r w:rsidRPr="000767E2">
        <w:rPr>
          <w:lang w:val="sv-SE"/>
        </w:rPr>
        <w:t>Apostelns tjänst i Thessalonike</w:t>
      </w:r>
    </w:p>
    <w:p w14:paraId="09558FC0" w14:textId="143144E9" w:rsidR="00BA33AB" w:rsidRPr="000767E2" w:rsidRDefault="00000000">
      <w:pPr>
        <w:rPr>
          <w:lang w:val="sv-SE"/>
        </w:rPr>
      </w:pPr>
      <w:r w:rsidRPr="000767E2">
        <w:rPr>
          <w:lang w:val="sv-SE"/>
        </w:rPr>
        <w:t>[[@</w:t>
      </w:r>
      <w:r w:rsidR="0096445B" w:rsidRPr="000767E2">
        <w:rPr>
          <w:lang w:val="sv-SE"/>
        </w:rPr>
        <w:t>BibleBIBEL82</w:t>
      </w:r>
      <w:r w:rsidRPr="000767E2">
        <w:rPr>
          <w:lang w:val="sv-SE"/>
        </w:rPr>
        <w:t>:1Thess 2:1]]</w:t>
      </w:r>
      <w:r w:rsidRPr="000767E2">
        <w:rPr>
          <w:vertAlign w:val="superscript"/>
          <w:lang w:val="sv-SE"/>
        </w:rPr>
        <w:t>1</w:t>
      </w:r>
      <w:r w:rsidRPr="000767E2">
        <w:rPr>
          <w:lang w:val="sv-SE"/>
        </w:rPr>
        <w:t xml:space="preserve"> {{field-on:bible}}För själva vet ni, syskon, vår ingång hos er, att den inte blivit förgäves.{{field-off:bible}} [[@</w:t>
      </w:r>
      <w:r w:rsidR="0096445B" w:rsidRPr="000767E2">
        <w:rPr>
          <w:lang w:val="sv-SE"/>
        </w:rPr>
        <w:t>BibleBIBEL82</w:t>
      </w:r>
      <w:r w:rsidRPr="000767E2">
        <w:rPr>
          <w:lang w:val="sv-SE"/>
        </w:rPr>
        <w:t>:1Thess 2:2]]</w:t>
      </w:r>
      <w:r w:rsidRPr="000767E2">
        <w:rPr>
          <w:vertAlign w:val="superscript"/>
          <w:lang w:val="sv-SE"/>
        </w:rPr>
        <w:t>2</w:t>
      </w:r>
      <w:r w:rsidRPr="000767E2">
        <w:rPr>
          <w:lang w:val="sv-SE"/>
        </w:rPr>
        <w:t xml:space="preserve"> {{field-on:bible}}Nej, </w:t>
      </w:r>
      <w:r w:rsidRPr="000767E2">
        <w:rPr>
          <w:i/>
          <w:lang w:val="sv-SE"/>
        </w:rPr>
        <w:t>fastän</w:t>
      </w:r>
      <w:r w:rsidRPr="000767E2">
        <w:rPr>
          <w:lang w:val="sv-SE"/>
        </w:rPr>
        <w:t xml:space="preserve"> vi förut hade lidit och skymfats, som ni vet, i Filippi var vi frimodiga i vår Gud att tala till er Guds evangelium under mycket kamp.{{field-off:bible}} [[@</w:t>
      </w:r>
      <w:r w:rsidR="0096445B" w:rsidRPr="000767E2">
        <w:rPr>
          <w:lang w:val="sv-SE"/>
        </w:rPr>
        <w:t>BibleBIBEL82</w:t>
      </w:r>
      <w:r w:rsidRPr="000767E2">
        <w:rPr>
          <w:lang w:val="sv-SE"/>
        </w:rPr>
        <w:t>:1Thess 2:3]]</w:t>
      </w:r>
      <w:r w:rsidRPr="000767E2">
        <w:rPr>
          <w:vertAlign w:val="superscript"/>
          <w:lang w:val="sv-SE"/>
        </w:rPr>
        <w:t>3</w:t>
      </w:r>
      <w:r w:rsidRPr="000767E2">
        <w:rPr>
          <w:lang w:val="sv-SE"/>
        </w:rPr>
        <w:t xml:space="preserve"> {{field-on:bible}}För vår uppmaning </w:t>
      </w:r>
      <w:r w:rsidRPr="000767E2">
        <w:rPr>
          <w:i/>
          <w:lang w:val="sv-SE"/>
        </w:rPr>
        <w:t>kommer</w:t>
      </w:r>
      <w:r w:rsidRPr="000767E2">
        <w:rPr>
          <w:lang w:val="sv-SE"/>
        </w:rPr>
        <w:t xml:space="preserve"> inte av villfarelse eller av orenhet eller med list.{{field-off:bible}} [[@</w:t>
      </w:r>
      <w:r w:rsidR="0096445B" w:rsidRPr="000767E2">
        <w:rPr>
          <w:lang w:val="sv-SE"/>
        </w:rPr>
        <w:t>BibleBIBEL82</w:t>
      </w:r>
      <w:r w:rsidRPr="000767E2">
        <w:rPr>
          <w:lang w:val="sv-SE"/>
        </w:rPr>
        <w:t>:1Thess 2:4]]</w:t>
      </w:r>
      <w:r w:rsidRPr="000767E2">
        <w:rPr>
          <w:vertAlign w:val="superscript"/>
          <w:lang w:val="sv-SE"/>
        </w:rPr>
        <w:t>4</w:t>
      </w:r>
      <w:r w:rsidRPr="000767E2">
        <w:rPr>
          <w:lang w:val="sv-SE"/>
        </w:rPr>
        <w:t xml:space="preserve"> {{field-</w:t>
      </w:r>
      <w:r w:rsidRPr="000767E2">
        <w:rPr>
          <w:lang w:val="sv-SE"/>
        </w:rPr>
        <w:lastRenderedPageBreak/>
        <w:t xml:space="preserve">on:bible}}Nej, så som vi godkänts av Gud att anförtros evangeliet, så talar vi. Inte som </w:t>
      </w:r>
      <w:r w:rsidRPr="000767E2">
        <w:rPr>
          <w:i/>
          <w:lang w:val="sv-SE"/>
        </w:rPr>
        <w:t>att</w:t>
      </w:r>
      <w:r w:rsidRPr="000767E2">
        <w:rPr>
          <w:lang w:val="sv-SE"/>
        </w:rPr>
        <w:t xml:space="preserve"> vi behagar människor, utan Gud som beprövar våra hjärtan.{{field-off:bible}}</w:t>
      </w:r>
    </w:p>
    <w:p w14:paraId="327875F8" w14:textId="15A37204" w:rsidR="00BA33AB" w:rsidRPr="000767E2" w:rsidRDefault="00000000">
      <w:pPr>
        <w:rPr>
          <w:lang w:val="sv-SE"/>
        </w:rPr>
      </w:pPr>
      <w:r w:rsidRPr="000767E2">
        <w:rPr>
          <w:lang w:val="sv-SE"/>
        </w:rPr>
        <w:t>[[@</w:t>
      </w:r>
      <w:r w:rsidR="0096445B" w:rsidRPr="000767E2">
        <w:rPr>
          <w:lang w:val="sv-SE"/>
        </w:rPr>
        <w:t>BibleBIBEL82</w:t>
      </w:r>
      <w:r w:rsidRPr="000767E2">
        <w:rPr>
          <w:lang w:val="sv-SE"/>
        </w:rPr>
        <w:t>:1Thess 2:5]]</w:t>
      </w:r>
      <w:r w:rsidRPr="000767E2">
        <w:rPr>
          <w:vertAlign w:val="superscript"/>
          <w:lang w:val="sv-SE"/>
        </w:rPr>
        <w:t>5</w:t>
      </w:r>
      <w:r w:rsidRPr="000767E2">
        <w:rPr>
          <w:lang w:val="sv-SE"/>
        </w:rPr>
        <w:t xml:space="preserve"> {{field-on:bible}}För vi har varken en gång kommit med ord av smicker, liksom ni vet, eller med förevändning för girighet – Gud </w:t>
      </w:r>
      <w:r w:rsidRPr="000767E2">
        <w:rPr>
          <w:i/>
          <w:lang w:val="sv-SE"/>
        </w:rPr>
        <w:t>är</w:t>
      </w:r>
      <w:r w:rsidRPr="000767E2">
        <w:rPr>
          <w:lang w:val="sv-SE"/>
        </w:rPr>
        <w:t xml:space="preserve"> vittne –{{field-off:bible}} [[@</w:t>
      </w:r>
      <w:r w:rsidR="0096445B" w:rsidRPr="000767E2">
        <w:rPr>
          <w:lang w:val="sv-SE"/>
        </w:rPr>
        <w:t>BibleBIBEL82</w:t>
      </w:r>
      <w:r w:rsidRPr="000767E2">
        <w:rPr>
          <w:lang w:val="sv-SE"/>
        </w:rPr>
        <w:t>:1Thess 2:6]]</w:t>
      </w:r>
      <w:r w:rsidRPr="000767E2">
        <w:rPr>
          <w:vertAlign w:val="superscript"/>
          <w:lang w:val="sv-SE"/>
        </w:rPr>
        <w:t>6</w:t>
      </w:r>
      <w:r w:rsidRPr="000767E2">
        <w:rPr>
          <w:lang w:val="sv-SE"/>
        </w:rPr>
        <w:t xml:space="preserve"> {{field-on:bible}}eller sökande ära från människor, varken från er eller från andra,{{field-off:bible}} [[@</w:t>
      </w:r>
      <w:r w:rsidR="0096445B" w:rsidRPr="000767E2">
        <w:rPr>
          <w:lang w:val="sv-SE"/>
        </w:rPr>
        <w:t>BibleBIBEL82</w:t>
      </w:r>
      <w:r w:rsidRPr="000767E2">
        <w:rPr>
          <w:lang w:val="sv-SE"/>
        </w:rPr>
        <w:t>:1Thess 2:7]]</w:t>
      </w:r>
      <w:r w:rsidRPr="000767E2">
        <w:rPr>
          <w:vertAlign w:val="superscript"/>
          <w:lang w:val="sv-SE"/>
        </w:rPr>
        <w:t>7</w:t>
      </w:r>
      <w:r w:rsidRPr="000767E2">
        <w:rPr>
          <w:lang w:val="sv-SE"/>
        </w:rPr>
        <w:t xml:space="preserve"> {{field-on:bible}}</w:t>
      </w:r>
      <w:r w:rsidRPr="000767E2">
        <w:rPr>
          <w:i/>
          <w:lang w:val="sv-SE"/>
        </w:rPr>
        <w:t>även om</w:t>
      </w:r>
      <w:r w:rsidRPr="000767E2">
        <w:rPr>
          <w:lang w:val="sv-SE"/>
        </w:rPr>
        <w:t xml:space="preserve"> vi kunnat vara </w:t>
      </w:r>
      <w:r w:rsidRPr="000767E2">
        <w:rPr>
          <w:i/>
          <w:lang w:val="sv-SE"/>
        </w:rPr>
        <w:t>där</w:t>
      </w:r>
      <w:r w:rsidRPr="000767E2">
        <w:rPr>
          <w:lang w:val="sv-SE"/>
        </w:rPr>
        <w:t xml:space="preserve"> med tyngd som Kristi apostlar. Nej, vi blev småbarn mitt ibland er. Som en ammande omhuldar sina egna barn,{{field-off:bible}} [[@</w:t>
      </w:r>
      <w:r w:rsidR="0096445B" w:rsidRPr="000767E2">
        <w:rPr>
          <w:lang w:val="sv-SE"/>
        </w:rPr>
        <w:t>BibleBIBEL82</w:t>
      </w:r>
      <w:r w:rsidRPr="000767E2">
        <w:rPr>
          <w:lang w:val="sv-SE"/>
        </w:rPr>
        <w:t>:1Thess 2:8]]</w:t>
      </w:r>
      <w:r w:rsidRPr="000767E2">
        <w:rPr>
          <w:vertAlign w:val="superscript"/>
          <w:lang w:val="sv-SE"/>
        </w:rPr>
        <w:t>8</w:t>
      </w:r>
      <w:r w:rsidRPr="000767E2">
        <w:rPr>
          <w:lang w:val="sv-SE"/>
        </w:rPr>
        <w:t xml:space="preserve"> {{field-on:bible}}så trängtade vi efter er och behagade dela med oss till er av inte bara Guds evangelium utan också </w:t>
      </w:r>
      <w:r w:rsidRPr="000767E2">
        <w:rPr>
          <w:i/>
          <w:lang w:val="sv-SE"/>
        </w:rPr>
        <w:t>våra</w:t>
      </w:r>
      <w:r w:rsidRPr="000767E2">
        <w:rPr>
          <w:lang w:val="sv-SE"/>
        </w:rPr>
        <w:t xml:space="preserve"> egna själar, eftersom ni hade blivit </w:t>
      </w:r>
      <w:r w:rsidRPr="000767E2">
        <w:rPr>
          <w:i/>
          <w:lang w:val="sv-SE"/>
        </w:rPr>
        <w:t>så</w:t>
      </w:r>
      <w:r w:rsidRPr="000767E2">
        <w:rPr>
          <w:lang w:val="sv-SE"/>
        </w:rPr>
        <w:t xml:space="preserve"> älskade för oss.{{field-off:bible}}</w:t>
      </w:r>
    </w:p>
    <w:p w14:paraId="52526DEE" w14:textId="6D8C4D29" w:rsidR="00BA33AB" w:rsidRPr="000767E2" w:rsidRDefault="00000000">
      <w:pPr>
        <w:rPr>
          <w:lang w:val="sv-SE"/>
        </w:rPr>
      </w:pPr>
      <w:r w:rsidRPr="000767E2">
        <w:rPr>
          <w:lang w:val="sv-SE"/>
        </w:rPr>
        <w:t>[[@</w:t>
      </w:r>
      <w:r w:rsidR="0096445B" w:rsidRPr="000767E2">
        <w:rPr>
          <w:lang w:val="sv-SE"/>
        </w:rPr>
        <w:t>BibleBIBEL82</w:t>
      </w:r>
      <w:r w:rsidRPr="000767E2">
        <w:rPr>
          <w:lang w:val="sv-SE"/>
        </w:rPr>
        <w:t>:1Thess 2:9]]</w:t>
      </w:r>
      <w:r w:rsidRPr="000767E2">
        <w:rPr>
          <w:vertAlign w:val="superscript"/>
          <w:lang w:val="sv-SE"/>
        </w:rPr>
        <w:t>9</w:t>
      </w:r>
      <w:r w:rsidRPr="000767E2">
        <w:rPr>
          <w:lang w:val="sv-SE"/>
        </w:rPr>
        <w:t xml:space="preserve"> {{field-on:bible}}Ni minns ju, syskon, vår möda och </w:t>
      </w:r>
      <w:r w:rsidRPr="000767E2">
        <w:rPr>
          <w:i/>
          <w:lang w:val="sv-SE"/>
        </w:rPr>
        <w:t>vårt</w:t>
      </w:r>
      <w:r w:rsidRPr="000767E2">
        <w:rPr>
          <w:lang w:val="sv-SE"/>
        </w:rPr>
        <w:t xml:space="preserve"> slit. Medan vi natt och dag arbetade för att inte betunga någon av er förkunnade vi för er Guds evangelium.{{field-off:bible}} [[@</w:t>
      </w:r>
      <w:r w:rsidR="0096445B" w:rsidRPr="000767E2">
        <w:rPr>
          <w:lang w:val="sv-SE"/>
        </w:rPr>
        <w:t>BibleBIBEL82</w:t>
      </w:r>
      <w:r w:rsidRPr="000767E2">
        <w:rPr>
          <w:lang w:val="sv-SE"/>
        </w:rPr>
        <w:t>:1Thess 2:10]]</w:t>
      </w:r>
      <w:r w:rsidRPr="000767E2">
        <w:rPr>
          <w:vertAlign w:val="superscript"/>
          <w:lang w:val="sv-SE"/>
        </w:rPr>
        <w:t>10</w:t>
      </w:r>
      <w:r w:rsidRPr="000767E2">
        <w:rPr>
          <w:lang w:val="sv-SE"/>
        </w:rPr>
        <w:t xml:space="preserve"> {{field-on:bible}}Ni </w:t>
      </w:r>
      <w:r w:rsidRPr="000767E2">
        <w:rPr>
          <w:i/>
          <w:lang w:val="sv-SE"/>
        </w:rPr>
        <w:t>är</w:t>
      </w:r>
      <w:r w:rsidRPr="000767E2">
        <w:rPr>
          <w:lang w:val="sv-SE"/>
        </w:rPr>
        <w:t xml:space="preserve"> vittnen, även Gud, </w:t>
      </w:r>
      <w:r w:rsidRPr="000767E2">
        <w:rPr>
          <w:i/>
          <w:lang w:val="sv-SE"/>
        </w:rPr>
        <w:t>till</w:t>
      </w:r>
      <w:r w:rsidRPr="000767E2">
        <w:rPr>
          <w:lang w:val="sv-SE"/>
        </w:rPr>
        <w:t xml:space="preserve"> hur gudligt och rättfärdigt och klanderfritt vi kom till er troende,{{field-off:bible}} [[@</w:t>
      </w:r>
      <w:r w:rsidR="0096445B" w:rsidRPr="000767E2">
        <w:rPr>
          <w:lang w:val="sv-SE"/>
        </w:rPr>
        <w:t>BibleBIBEL82</w:t>
      </w:r>
      <w:r w:rsidRPr="000767E2">
        <w:rPr>
          <w:lang w:val="sv-SE"/>
        </w:rPr>
        <w:t>:1Thess 2:11]]</w:t>
      </w:r>
      <w:r w:rsidRPr="000767E2">
        <w:rPr>
          <w:vertAlign w:val="superscript"/>
          <w:lang w:val="sv-SE"/>
        </w:rPr>
        <w:t>11</w:t>
      </w:r>
      <w:r w:rsidRPr="000767E2">
        <w:rPr>
          <w:lang w:val="sv-SE"/>
        </w:rPr>
        <w:t xml:space="preserve"> {{field-on:bible}}liksom ni vet hur vi </w:t>
      </w:r>
      <w:r w:rsidRPr="000767E2">
        <w:rPr>
          <w:i/>
          <w:lang w:val="sv-SE"/>
        </w:rPr>
        <w:t>med</w:t>
      </w:r>
      <w:r w:rsidRPr="000767E2">
        <w:rPr>
          <w:lang w:val="sv-SE"/>
        </w:rPr>
        <w:t xml:space="preserve"> var och en av er, som en far </w:t>
      </w:r>
      <w:r w:rsidRPr="000767E2">
        <w:rPr>
          <w:i/>
          <w:lang w:val="sv-SE"/>
        </w:rPr>
        <w:t>med</w:t>
      </w:r>
      <w:r w:rsidRPr="000767E2">
        <w:rPr>
          <w:lang w:val="sv-SE"/>
        </w:rPr>
        <w:t xml:space="preserve"> sina egna barn,{{field-off:bible}} [[@</w:t>
      </w:r>
      <w:r w:rsidR="0096445B" w:rsidRPr="000767E2">
        <w:rPr>
          <w:lang w:val="sv-SE"/>
        </w:rPr>
        <w:t>BibleBIBEL82</w:t>
      </w:r>
      <w:r w:rsidRPr="000767E2">
        <w:rPr>
          <w:lang w:val="sv-SE"/>
        </w:rPr>
        <w:t>:1Thess 2:12]]</w:t>
      </w:r>
      <w:r w:rsidRPr="000767E2">
        <w:rPr>
          <w:vertAlign w:val="superscript"/>
          <w:lang w:val="sv-SE"/>
        </w:rPr>
        <w:t>12</w:t>
      </w:r>
      <w:r w:rsidRPr="000767E2">
        <w:rPr>
          <w:lang w:val="sv-SE"/>
        </w:rPr>
        <w:t xml:space="preserve"> {{field-on:bible}}uppmanade er och uppmuntrade och uppfordrade att ni </w:t>
      </w:r>
      <w:r w:rsidRPr="000767E2">
        <w:rPr>
          <w:i/>
          <w:lang w:val="sv-SE"/>
        </w:rPr>
        <w:t>ska</w:t>
      </w:r>
      <w:r w:rsidRPr="000767E2">
        <w:rPr>
          <w:lang w:val="sv-SE"/>
        </w:rPr>
        <w:t xml:space="preserve"> vandra värdigt Gud, som kallar er till sitt eget rike och </w:t>
      </w:r>
      <w:r w:rsidRPr="000767E2">
        <w:rPr>
          <w:i/>
          <w:lang w:val="sv-SE"/>
        </w:rPr>
        <w:t>sin</w:t>
      </w:r>
      <w:r w:rsidRPr="000767E2">
        <w:rPr>
          <w:lang w:val="sv-SE"/>
        </w:rPr>
        <w:t xml:space="preserve"> härlighet.{{field-off:bible}}</w:t>
      </w:r>
    </w:p>
    <w:p w14:paraId="3F501E33" w14:textId="50E3D517" w:rsidR="00BA33AB" w:rsidRPr="000767E2" w:rsidRDefault="00000000">
      <w:pPr>
        <w:rPr>
          <w:lang w:val="sv-SE"/>
        </w:rPr>
      </w:pPr>
      <w:r w:rsidRPr="000767E2">
        <w:rPr>
          <w:lang w:val="sv-SE"/>
        </w:rPr>
        <w:t>[[@</w:t>
      </w:r>
      <w:r w:rsidR="0096445B" w:rsidRPr="000767E2">
        <w:rPr>
          <w:lang w:val="sv-SE"/>
        </w:rPr>
        <w:t>BibleBIBEL82</w:t>
      </w:r>
      <w:r w:rsidRPr="000767E2">
        <w:rPr>
          <w:lang w:val="sv-SE"/>
        </w:rPr>
        <w:t>:1Thess 2:13]]</w:t>
      </w:r>
      <w:r w:rsidRPr="000767E2">
        <w:rPr>
          <w:vertAlign w:val="superscript"/>
          <w:lang w:val="sv-SE"/>
        </w:rPr>
        <w:t>13</w:t>
      </w:r>
      <w:r w:rsidRPr="000767E2">
        <w:rPr>
          <w:lang w:val="sv-SE"/>
        </w:rPr>
        <w:t xml:space="preserve"> {{field-on:bible}}Och därför tackar också vi Gud oavbrutet, för att ni tog emot Guds ord som hördes från oss och välkomnade </w:t>
      </w:r>
      <w:r w:rsidRPr="000767E2">
        <w:rPr>
          <w:i/>
          <w:lang w:val="sv-SE"/>
        </w:rPr>
        <w:t>det</w:t>
      </w:r>
      <w:r w:rsidRPr="000767E2">
        <w:rPr>
          <w:lang w:val="sv-SE"/>
        </w:rPr>
        <w:t xml:space="preserve">, inte </w:t>
      </w:r>
      <w:r w:rsidRPr="000767E2">
        <w:rPr>
          <w:i/>
          <w:lang w:val="sv-SE"/>
        </w:rPr>
        <w:t>som</w:t>
      </w:r>
      <w:r w:rsidRPr="000767E2">
        <w:rPr>
          <w:lang w:val="sv-SE"/>
        </w:rPr>
        <w:t xml:space="preserve"> människors ord utan så som det sannerligen är: Guds ord som också verkar i er som tror.{{field-off:bible}}</w:t>
      </w:r>
    </w:p>
    <w:p w14:paraId="7FA36317" w14:textId="4EF6E063" w:rsidR="00BA33AB" w:rsidRPr="000767E2" w:rsidRDefault="00000000">
      <w:pPr>
        <w:rPr>
          <w:lang w:val="sv-SE"/>
        </w:rPr>
      </w:pPr>
      <w:r w:rsidRPr="000767E2">
        <w:rPr>
          <w:lang w:val="sv-SE"/>
        </w:rPr>
        <w:t>[[@</w:t>
      </w:r>
      <w:r w:rsidR="0096445B" w:rsidRPr="000767E2">
        <w:rPr>
          <w:lang w:val="sv-SE"/>
        </w:rPr>
        <w:t>BibleBIBEL82</w:t>
      </w:r>
      <w:r w:rsidRPr="000767E2">
        <w:rPr>
          <w:lang w:val="sv-SE"/>
        </w:rPr>
        <w:t>:1Thess 2:14]]</w:t>
      </w:r>
      <w:r w:rsidRPr="000767E2">
        <w:rPr>
          <w:vertAlign w:val="superscript"/>
          <w:lang w:val="sv-SE"/>
        </w:rPr>
        <w:t>14</w:t>
      </w:r>
      <w:r w:rsidRPr="000767E2">
        <w:rPr>
          <w:lang w:val="sv-SE"/>
        </w:rPr>
        <w:t xml:space="preserve"> {{field-on:bible}}För ni har blivit imitatörer, syskon, av Guds församlingar som är i Judeen i Kristus Jesus. För detsamma har också ni </w:t>
      </w:r>
      <w:r w:rsidRPr="000767E2">
        <w:rPr>
          <w:i/>
          <w:lang w:val="sv-SE"/>
        </w:rPr>
        <w:t>fått</w:t>
      </w:r>
      <w:r w:rsidRPr="000767E2">
        <w:rPr>
          <w:lang w:val="sv-SE"/>
        </w:rPr>
        <w:t xml:space="preserve"> lida från </w:t>
      </w:r>
      <w:r w:rsidRPr="000767E2">
        <w:rPr>
          <w:i/>
          <w:lang w:val="sv-SE"/>
        </w:rPr>
        <w:t>era</w:t>
      </w:r>
      <w:r w:rsidRPr="000767E2">
        <w:rPr>
          <w:lang w:val="sv-SE"/>
        </w:rPr>
        <w:t xml:space="preserve"> egna stamfränder liksom också de från judarna.{{field-off:bible}} [[@</w:t>
      </w:r>
      <w:r w:rsidR="0096445B" w:rsidRPr="000767E2">
        <w:rPr>
          <w:lang w:val="sv-SE"/>
        </w:rPr>
        <w:t>BibleBIBEL82</w:t>
      </w:r>
      <w:r w:rsidRPr="000767E2">
        <w:rPr>
          <w:lang w:val="sv-SE"/>
        </w:rPr>
        <w:t>:1Thess 2:15]]</w:t>
      </w:r>
      <w:r w:rsidRPr="000767E2">
        <w:rPr>
          <w:vertAlign w:val="superscript"/>
          <w:lang w:val="sv-SE"/>
        </w:rPr>
        <w:t>15</w:t>
      </w:r>
      <w:r w:rsidRPr="000767E2">
        <w:rPr>
          <w:lang w:val="sv-SE"/>
        </w:rPr>
        <w:t xml:space="preserve"> {{field-on:bible}}Både Herren Jesus har de dödat och profeterna, och oss har de jagat bort, och Gud behagar de inte, och alla människor </w:t>
      </w:r>
      <w:r w:rsidRPr="000767E2">
        <w:rPr>
          <w:i/>
          <w:lang w:val="sv-SE"/>
        </w:rPr>
        <w:t>är de</w:t>
      </w:r>
      <w:r w:rsidRPr="000767E2">
        <w:rPr>
          <w:lang w:val="sv-SE"/>
        </w:rPr>
        <w:t xml:space="preserve"> emot{{field-off:bible}} [[@</w:t>
      </w:r>
      <w:r w:rsidR="0096445B" w:rsidRPr="000767E2">
        <w:rPr>
          <w:lang w:val="sv-SE"/>
        </w:rPr>
        <w:t>BibleBIBEL82</w:t>
      </w:r>
      <w:r w:rsidRPr="000767E2">
        <w:rPr>
          <w:lang w:val="sv-SE"/>
        </w:rPr>
        <w:t>:1Thess 2:16]]</w:t>
      </w:r>
      <w:r w:rsidRPr="000767E2">
        <w:rPr>
          <w:vertAlign w:val="superscript"/>
          <w:lang w:val="sv-SE"/>
        </w:rPr>
        <w:t>16</w:t>
      </w:r>
      <w:r w:rsidRPr="000767E2">
        <w:rPr>
          <w:lang w:val="sv-SE"/>
        </w:rPr>
        <w:t xml:space="preserve"> {{field-on:bible}}när de hindrar oss från att tala till folkslagen för att de ska bli frälsta, så att de alltid fyller upp sina synder. Men till dem har vreden nått till slut.{{field-off:bible}}</w:t>
      </w:r>
    </w:p>
    <w:p w14:paraId="3A1D5E05" w14:textId="77777777" w:rsidR="00BA33AB" w:rsidRPr="000767E2" w:rsidRDefault="00000000">
      <w:pPr>
        <w:pStyle w:val="Rubrik3"/>
        <w:rPr>
          <w:lang w:val="sv-SE"/>
        </w:rPr>
      </w:pPr>
      <w:r w:rsidRPr="000767E2">
        <w:rPr>
          <w:lang w:val="sv-SE"/>
        </w:rPr>
        <w:t>Längtan att besöka thessalonikerna</w:t>
      </w:r>
    </w:p>
    <w:p w14:paraId="13ACB89D" w14:textId="753B7DB1" w:rsidR="00BA33AB" w:rsidRPr="000767E2" w:rsidRDefault="00000000">
      <w:pPr>
        <w:rPr>
          <w:lang w:val="sv-SE"/>
        </w:rPr>
      </w:pPr>
      <w:r w:rsidRPr="000767E2">
        <w:rPr>
          <w:lang w:val="sv-SE"/>
        </w:rPr>
        <w:t>[[@</w:t>
      </w:r>
      <w:r w:rsidR="0096445B" w:rsidRPr="000767E2">
        <w:rPr>
          <w:lang w:val="sv-SE"/>
        </w:rPr>
        <w:t>BibleBIBEL82</w:t>
      </w:r>
      <w:r w:rsidRPr="000767E2">
        <w:rPr>
          <w:lang w:val="sv-SE"/>
        </w:rPr>
        <w:t>:1Thess 2:17]]</w:t>
      </w:r>
      <w:r w:rsidRPr="000767E2">
        <w:rPr>
          <w:vertAlign w:val="superscript"/>
          <w:lang w:val="sv-SE"/>
        </w:rPr>
        <w:t>17</w:t>
      </w:r>
      <w:r w:rsidRPr="000767E2">
        <w:rPr>
          <w:lang w:val="sv-SE"/>
        </w:rPr>
        <w:t xml:space="preserve"> {{field-on:bible}}Men vi, syskon, som varit åtskilda från er för en stunds tid – till ansiktet, inte hjärtat – har varit ännu mer ivriga att se ert ansikte, med stort begär.{{field-off:bible}} [[@</w:t>
      </w:r>
      <w:r w:rsidR="0096445B" w:rsidRPr="000767E2">
        <w:rPr>
          <w:lang w:val="sv-SE"/>
        </w:rPr>
        <w:t>BibleBIBEL82</w:t>
      </w:r>
      <w:r w:rsidRPr="000767E2">
        <w:rPr>
          <w:lang w:val="sv-SE"/>
        </w:rPr>
        <w:t>:1Thess 2:18]]</w:t>
      </w:r>
      <w:r w:rsidRPr="000767E2">
        <w:rPr>
          <w:vertAlign w:val="superscript"/>
          <w:lang w:val="sv-SE"/>
        </w:rPr>
        <w:t>18</w:t>
      </w:r>
      <w:r w:rsidRPr="000767E2">
        <w:rPr>
          <w:lang w:val="sv-SE"/>
        </w:rPr>
        <w:t xml:space="preserve"> {{field-on:bible}}För vi ville komma till er – jag, Paulus, både en och två gånger – och Satan har förhindrat oss.{{field-off:bible}} [[@</w:t>
      </w:r>
      <w:r w:rsidR="0096445B" w:rsidRPr="000767E2">
        <w:rPr>
          <w:lang w:val="sv-SE"/>
        </w:rPr>
        <w:t>BibleBIBEL82</w:t>
      </w:r>
      <w:r w:rsidRPr="000767E2">
        <w:rPr>
          <w:lang w:val="sv-SE"/>
        </w:rPr>
        <w:t>:1Thess 2:19]]</w:t>
      </w:r>
      <w:r w:rsidRPr="000767E2">
        <w:rPr>
          <w:vertAlign w:val="superscript"/>
          <w:lang w:val="sv-SE"/>
        </w:rPr>
        <w:t>19</w:t>
      </w:r>
      <w:r w:rsidRPr="000767E2">
        <w:rPr>
          <w:lang w:val="sv-SE"/>
        </w:rPr>
        <w:t xml:space="preserve"> {{field-on:bible}}För vem </w:t>
      </w:r>
      <w:r w:rsidRPr="000767E2">
        <w:rPr>
          <w:i/>
          <w:lang w:val="sv-SE"/>
        </w:rPr>
        <w:t>är</w:t>
      </w:r>
      <w:r w:rsidRPr="000767E2">
        <w:rPr>
          <w:lang w:val="sv-SE"/>
        </w:rPr>
        <w:t xml:space="preserve"> vårt hopp eller </w:t>
      </w:r>
      <w:r w:rsidRPr="000767E2">
        <w:rPr>
          <w:i/>
          <w:lang w:val="sv-SE"/>
        </w:rPr>
        <w:t>vår</w:t>
      </w:r>
      <w:r w:rsidRPr="000767E2">
        <w:rPr>
          <w:lang w:val="sv-SE"/>
        </w:rPr>
        <w:t xml:space="preserve"> glädje eller stolthets krans – eller </w:t>
      </w:r>
      <w:r w:rsidRPr="000767E2">
        <w:rPr>
          <w:i/>
          <w:lang w:val="sv-SE"/>
        </w:rPr>
        <w:t>är det</w:t>
      </w:r>
      <w:r w:rsidRPr="000767E2">
        <w:rPr>
          <w:lang w:val="sv-SE"/>
        </w:rPr>
        <w:t xml:space="preserve"> inte just ni – inför vår Herre Jesus vid hans ankomst?{{field-off:bible}} [[@</w:t>
      </w:r>
      <w:r w:rsidR="0096445B" w:rsidRPr="000767E2">
        <w:rPr>
          <w:lang w:val="sv-SE"/>
        </w:rPr>
        <w:t>BibleBIBEL82</w:t>
      </w:r>
      <w:r w:rsidRPr="000767E2">
        <w:rPr>
          <w:lang w:val="sv-SE"/>
        </w:rPr>
        <w:t>:1Thess 2:20]]</w:t>
      </w:r>
      <w:r w:rsidRPr="000767E2">
        <w:rPr>
          <w:vertAlign w:val="superscript"/>
          <w:lang w:val="sv-SE"/>
        </w:rPr>
        <w:t>20</w:t>
      </w:r>
      <w:r w:rsidRPr="000767E2">
        <w:rPr>
          <w:lang w:val="sv-SE"/>
        </w:rPr>
        <w:t xml:space="preserve"> {{field-on:bible}}För ni är vår ära och glädje.{{field-off:bible}}</w:t>
      </w:r>
    </w:p>
    <w:p w14:paraId="64332DDC" w14:textId="1132B00B"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:1Thess 3]]Kapitel 3</w:t>
      </w:r>
    </w:p>
    <w:p w14:paraId="1A732E0F" w14:textId="07D22FD9" w:rsidR="00BA33AB" w:rsidRPr="000767E2" w:rsidRDefault="00000000">
      <w:pPr>
        <w:rPr>
          <w:lang w:val="sv-SE"/>
        </w:rPr>
      </w:pPr>
      <w:r w:rsidRPr="000767E2">
        <w:rPr>
          <w:lang w:val="sv-SE"/>
        </w:rPr>
        <w:t>[[@</w:t>
      </w:r>
      <w:r w:rsidR="0096445B" w:rsidRPr="000767E2">
        <w:rPr>
          <w:lang w:val="sv-SE"/>
        </w:rPr>
        <w:t>BibleBIBEL82</w:t>
      </w:r>
      <w:r w:rsidRPr="000767E2">
        <w:rPr>
          <w:lang w:val="sv-SE"/>
        </w:rPr>
        <w:t>:1Thess 3:1]]</w:t>
      </w:r>
      <w:r w:rsidRPr="000767E2">
        <w:rPr>
          <w:vertAlign w:val="superscript"/>
          <w:lang w:val="sv-SE"/>
        </w:rPr>
        <w:t>1</w:t>
      </w:r>
      <w:r w:rsidRPr="000767E2">
        <w:rPr>
          <w:lang w:val="sv-SE"/>
        </w:rPr>
        <w:t xml:space="preserve"> {{field-on:bible}}Därför, när vi inte tålde mer, behagade vi lämnas kvar i Athen ensamma{{field-off:bible}} [[@</w:t>
      </w:r>
      <w:r w:rsidR="0096445B" w:rsidRPr="000767E2">
        <w:rPr>
          <w:lang w:val="sv-SE"/>
        </w:rPr>
        <w:t>BibleBIBEL82</w:t>
      </w:r>
      <w:r w:rsidRPr="000767E2">
        <w:rPr>
          <w:lang w:val="sv-SE"/>
        </w:rPr>
        <w:t>:1Thess 3:2]]</w:t>
      </w:r>
      <w:r w:rsidRPr="000767E2">
        <w:rPr>
          <w:vertAlign w:val="superscript"/>
          <w:lang w:val="sv-SE"/>
        </w:rPr>
        <w:t>2</w:t>
      </w:r>
      <w:r w:rsidRPr="000767E2">
        <w:rPr>
          <w:lang w:val="sv-SE"/>
        </w:rPr>
        <w:t xml:space="preserve"> {{field-on:bible}}och skickade Timotheos, vår broder och Guds medarbetare i Kristi evangelium, för att stärka er och uppmuntra för er tros skull,{{field-off:bible}} [[@</w:t>
      </w:r>
      <w:r w:rsidR="0096445B" w:rsidRPr="000767E2">
        <w:rPr>
          <w:lang w:val="sv-SE"/>
        </w:rPr>
        <w:t>BibleBIBEL82</w:t>
      </w:r>
      <w:r w:rsidRPr="000767E2">
        <w:rPr>
          <w:lang w:val="sv-SE"/>
        </w:rPr>
        <w:t>:1Thess 3:3]]</w:t>
      </w:r>
      <w:r w:rsidRPr="000767E2">
        <w:rPr>
          <w:vertAlign w:val="superscript"/>
          <w:lang w:val="sv-SE"/>
        </w:rPr>
        <w:t>3</w:t>
      </w:r>
      <w:r w:rsidRPr="000767E2">
        <w:rPr>
          <w:lang w:val="sv-SE"/>
        </w:rPr>
        <w:t xml:space="preserve"> {{field-on:bible}}</w:t>
      </w:r>
      <w:r w:rsidRPr="000767E2">
        <w:rPr>
          <w:i/>
          <w:lang w:val="sv-SE"/>
        </w:rPr>
        <w:t>så</w:t>
      </w:r>
      <w:r w:rsidRPr="000767E2">
        <w:rPr>
          <w:lang w:val="sv-SE"/>
        </w:rPr>
        <w:t xml:space="preserve"> att ingen blir uppskakad under dessa vedermödor. För själva vet ni att till detta är vi satta.{{field-off:bible}} [[@</w:t>
      </w:r>
      <w:r w:rsidR="0096445B" w:rsidRPr="000767E2">
        <w:rPr>
          <w:lang w:val="sv-SE"/>
        </w:rPr>
        <w:t>BibleBIBEL82</w:t>
      </w:r>
      <w:r w:rsidRPr="000767E2">
        <w:rPr>
          <w:lang w:val="sv-SE"/>
        </w:rPr>
        <w:t>:1Thess 3:4]]</w:t>
      </w:r>
      <w:r w:rsidRPr="000767E2">
        <w:rPr>
          <w:vertAlign w:val="superscript"/>
          <w:lang w:val="sv-SE"/>
        </w:rPr>
        <w:t>4</w:t>
      </w:r>
      <w:r w:rsidRPr="000767E2">
        <w:rPr>
          <w:lang w:val="sv-SE"/>
        </w:rPr>
        <w:t xml:space="preserve"> {{field-on:bible}}För även när vi var hos er förutsade vi för er att vi skulle lida nöd, så som det också har blivit och ni vet.{{field-off:bible}}</w:t>
      </w:r>
    </w:p>
    <w:p w14:paraId="4FBAC6D2" w14:textId="14789163" w:rsidR="00BA33AB" w:rsidRPr="000767E2" w:rsidRDefault="00000000">
      <w:pPr>
        <w:rPr>
          <w:lang w:val="sv-SE"/>
        </w:rPr>
      </w:pPr>
      <w:r w:rsidRPr="000767E2">
        <w:rPr>
          <w:lang w:val="sv-SE"/>
        </w:rPr>
        <w:t>[[@</w:t>
      </w:r>
      <w:r w:rsidR="0096445B" w:rsidRPr="000767E2">
        <w:rPr>
          <w:lang w:val="sv-SE"/>
        </w:rPr>
        <w:t>BibleBIBEL82</w:t>
      </w:r>
      <w:r w:rsidRPr="000767E2">
        <w:rPr>
          <w:lang w:val="sv-SE"/>
        </w:rPr>
        <w:t>:1Thess 3:5]]</w:t>
      </w:r>
      <w:r w:rsidRPr="000767E2">
        <w:rPr>
          <w:vertAlign w:val="superscript"/>
          <w:lang w:val="sv-SE"/>
        </w:rPr>
        <w:t>5</w:t>
      </w:r>
      <w:r w:rsidRPr="000767E2">
        <w:rPr>
          <w:lang w:val="sv-SE"/>
        </w:rPr>
        <w:t xml:space="preserve"> {{field-on:bible}}Därför har också jag, när jag inte tålde mer, skickat </w:t>
      </w:r>
      <w:r w:rsidRPr="000767E2">
        <w:rPr>
          <w:i/>
          <w:lang w:val="sv-SE"/>
        </w:rPr>
        <w:t>bud</w:t>
      </w:r>
      <w:r w:rsidRPr="000767E2">
        <w:rPr>
          <w:lang w:val="sv-SE"/>
        </w:rPr>
        <w:t xml:space="preserve"> för att </w:t>
      </w:r>
      <w:r w:rsidRPr="000767E2">
        <w:rPr>
          <w:i/>
          <w:lang w:val="sv-SE"/>
        </w:rPr>
        <w:t>få</w:t>
      </w:r>
      <w:r w:rsidRPr="000767E2">
        <w:rPr>
          <w:lang w:val="sv-SE"/>
        </w:rPr>
        <w:t xml:space="preserve"> veta </w:t>
      </w:r>
      <w:r w:rsidRPr="000767E2">
        <w:rPr>
          <w:i/>
          <w:lang w:val="sv-SE"/>
        </w:rPr>
        <w:t>om</w:t>
      </w:r>
      <w:r w:rsidRPr="000767E2">
        <w:rPr>
          <w:lang w:val="sv-SE"/>
        </w:rPr>
        <w:t xml:space="preserve"> er tro, så att inte frestaren har frestat er och vår möda blivit förgäves.{{field-off:bible}}</w:t>
      </w:r>
    </w:p>
    <w:p w14:paraId="4B6A4A2B" w14:textId="77777777" w:rsidR="00BA33AB" w:rsidRPr="000767E2" w:rsidRDefault="00000000">
      <w:pPr>
        <w:pStyle w:val="Rubrik3"/>
        <w:rPr>
          <w:lang w:val="sv-SE"/>
        </w:rPr>
      </w:pPr>
      <w:r w:rsidRPr="000767E2">
        <w:rPr>
          <w:lang w:val="sv-SE"/>
        </w:rPr>
        <w:t>Glädje över thessalonikernas tro</w:t>
      </w:r>
    </w:p>
    <w:p w14:paraId="47AC3255" w14:textId="0A673C4C" w:rsidR="00BA33AB" w:rsidRPr="000767E2" w:rsidRDefault="00000000">
      <w:pPr>
        <w:rPr>
          <w:lang w:val="sv-SE"/>
        </w:rPr>
      </w:pPr>
      <w:r w:rsidRPr="000767E2">
        <w:rPr>
          <w:lang w:val="sv-SE"/>
        </w:rPr>
        <w:t>[[@</w:t>
      </w:r>
      <w:r w:rsidR="0096445B" w:rsidRPr="000767E2">
        <w:rPr>
          <w:lang w:val="sv-SE"/>
        </w:rPr>
        <w:t>BibleBIBEL82</w:t>
      </w:r>
      <w:r w:rsidRPr="000767E2">
        <w:rPr>
          <w:lang w:val="sv-SE"/>
        </w:rPr>
        <w:t>:1Thess 3:6]]</w:t>
      </w:r>
      <w:r w:rsidRPr="000767E2">
        <w:rPr>
          <w:vertAlign w:val="superscript"/>
          <w:lang w:val="sv-SE"/>
        </w:rPr>
        <w:t>6</w:t>
      </w:r>
      <w:r w:rsidRPr="000767E2">
        <w:rPr>
          <w:lang w:val="sv-SE"/>
        </w:rPr>
        <w:t xml:space="preserve"> {{field-on:bible}}Men nu, när Timotheos har kommit till oss från er och evangeliserat för oss </w:t>
      </w:r>
      <w:r w:rsidRPr="000767E2">
        <w:rPr>
          <w:i/>
          <w:lang w:val="sv-SE"/>
        </w:rPr>
        <w:t>om</w:t>
      </w:r>
      <w:r w:rsidRPr="000767E2">
        <w:rPr>
          <w:lang w:val="sv-SE"/>
        </w:rPr>
        <w:t xml:space="preserve"> er tro och kärlek, och att ni alltid har en god hågkomst av oss och längtar att </w:t>
      </w:r>
      <w:r w:rsidRPr="000767E2">
        <w:rPr>
          <w:i/>
          <w:lang w:val="sv-SE"/>
        </w:rPr>
        <w:t>få</w:t>
      </w:r>
      <w:r w:rsidRPr="000767E2">
        <w:rPr>
          <w:lang w:val="sv-SE"/>
        </w:rPr>
        <w:t xml:space="preserve"> se oss, liksom också vi er,{{field-off:bible}} [[@</w:t>
      </w:r>
      <w:r w:rsidR="0096445B" w:rsidRPr="000767E2">
        <w:rPr>
          <w:lang w:val="sv-SE"/>
        </w:rPr>
        <w:t>BibleBIBEL82</w:t>
      </w:r>
      <w:r w:rsidRPr="000767E2">
        <w:rPr>
          <w:lang w:val="sv-SE"/>
        </w:rPr>
        <w:t>:1Thess 3:7]]</w:t>
      </w:r>
      <w:r w:rsidRPr="000767E2">
        <w:rPr>
          <w:vertAlign w:val="superscript"/>
          <w:lang w:val="sv-SE"/>
        </w:rPr>
        <w:t>7</w:t>
      </w:r>
      <w:r w:rsidRPr="000767E2">
        <w:rPr>
          <w:lang w:val="sv-SE"/>
        </w:rPr>
        <w:t xml:space="preserve"> {{field-on:bible}}har vi därför blivit uppmuntrade, syskon, om er i allt vårt nödtvång och nöd genom er tro.{{field-off:bible}} [[@</w:t>
      </w:r>
      <w:r w:rsidR="0096445B" w:rsidRPr="000767E2">
        <w:rPr>
          <w:lang w:val="sv-SE"/>
        </w:rPr>
        <w:t>BibleBIBEL82</w:t>
      </w:r>
      <w:r w:rsidRPr="000767E2">
        <w:rPr>
          <w:lang w:val="sv-SE"/>
        </w:rPr>
        <w:t>:1Thess 3:8]]</w:t>
      </w:r>
      <w:r w:rsidRPr="000767E2">
        <w:rPr>
          <w:vertAlign w:val="superscript"/>
          <w:lang w:val="sv-SE"/>
        </w:rPr>
        <w:t>8</w:t>
      </w:r>
      <w:r w:rsidRPr="000767E2">
        <w:rPr>
          <w:lang w:val="sv-SE"/>
        </w:rPr>
        <w:t xml:space="preserve"> {{field-on:bible}}För nu lever vi, om ni står </w:t>
      </w:r>
      <w:r w:rsidRPr="000767E2">
        <w:rPr>
          <w:i/>
          <w:lang w:val="sv-SE"/>
        </w:rPr>
        <w:t>fasta</w:t>
      </w:r>
      <w:r w:rsidRPr="000767E2">
        <w:rPr>
          <w:lang w:val="sv-SE"/>
        </w:rPr>
        <w:t xml:space="preserve"> i Herren.{{field-off:bible}} [[@</w:t>
      </w:r>
      <w:r w:rsidR="0096445B" w:rsidRPr="000767E2">
        <w:rPr>
          <w:lang w:val="sv-SE"/>
        </w:rPr>
        <w:t>BibleBIBEL82</w:t>
      </w:r>
      <w:r w:rsidRPr="000767E2">
        <w:rPr>
          <w:lang w:val="sv-SE"/>
        </w:rPr>
        <w:t>:1Thess 3:9]]</w:t>
      </w:r>
      <w:r w:rsidRPr="000767E2">
        <w:rPr>
          <w:vertAlign w:val="superscript"/>
          <w:lang w:val="sv-SE"/>
        </w:rPr>
        <w:t>9</w:t>
      </w:r>
      <w:r w:rsidRPr="000767E2">
        <w:rPr>
          <w:lang w:val="sv-SE"/>
        </w:rPr>
        <w:t xml:space="preserve"> {{field-on:bible}}För </w:t>
      </w:r>
      <w:r w:rsidRPr="000767E2">
        <w:rPr>
          <w:i/>
          <w:lang w:val="sv-SE"/>
        </w:rPr>
        <w:t>med</w:t>
      </w:r>
      <w:r w:rsidRPr="000767E2">
        <w:rPr>
          <w:lang w:val="sv-SE"/>
        </w:rPr>
        <w:t xml:space="preserve"> vilken tacksägelse kan vi återgälda Gud för er, för all den glädje som vi gläds med på grund av er inför vår Gud,{{field-off:bible}} [[@</w:t>
      </w:r>
      <w:r w:rsidR="0096445B" w:rsidRPr="000767E2">
        <w:rPr>
          <w:lang w:val="sv-SE"/>
        </w:rPr>
        <w:t>BibleBIBEL82</w:t>
      </w:r>
      <w:r w:rsidRPr="000767E2">
        <w:rPr>
          <w:lang w:val="sv-SE"/>
        </w:rPr>
        <w:t>:1Thess 3:10]]</w:t>
      </w:r>
      <w:r w:rsidRPr="000767E2">
        <w:rPr>
          <w:vertAlign w:val="superscript"/>
          <w:lang w:val="sv-SE"/>
        </w:rPr>
        <w:t>10</w:t>
      </w:r>
      <w:r w:rsidRPr="000767E2">
        <w:rPr>
          <w:lang w:val="sv-SE"/>
        </w:rPr>
        <w:t xml:space="preserve"> {{field-on:bible}}medan vi natt och dag övermåttan bönfaller om att </w:t>
      </w:r>
      <w:r w:rsidRPr="000767E2">
        <w:rPr>
          <w:i/>
          <w:lang w:val="sv-SE"/>
        </w:rPr>
        <w:t>få</w:t>
      </w:r>
      <w:r w:rsidRPr="000767E2">
        <w:rPr>
          <w:lang w:val="sv-SE"/>
        </w:rPr>
        <w:t xml:space="preserve"> se ert ansikte och förfärdiga bristerna i er tro?{{field-off:bible}}</w:t>
      </w:r>
    </w:p>
    <w:p w14:paraId="3413B122" w14:textId="0F7B2469" w:rsidR="00BA33AB" w:rsidRPr="000767E2" w:rsidRDefault="00000000">
      <w:pPr>
        <w:rPr>
          <w:lang w:val="sv-SE"/>
        </w:rPr>
      </w:pPr>
      <w:r w:rsidRPr="000767E2">
        <w:rPr>
          <w:lang w:val="sv-SE"/>
        </w:rPr>
        <w:t>[[@</w:t>
      </w:r>
      <w:r w:rsidR="0096445B" w:rsidRPr="000767E2">
        <w:rPr>
          <w:lang w:val="sv-SE"/>
        </w:rPr>
        <w:t>BibleBIBEL82</w:t>
      </w:r>
      <w:r w:rsidRPr="000767E2">
        <w:rPr>
          <w:lang w:val="sv-SE"/>
        </w:rPr>
        <w:t>:1Thess 3:11]]</w:t>
      </w:r>
      <w:r w:rsidRPr="000767E2">
        <w:rPr>
          <w:vertAlign w:val="superscript"/>
          <w:lang w:val="sv-SE"/>
        </w:rPr>
        <w:t>11</w:t>
      </w:r>
      <w:r w:rsidRPr="000767E2">
        <w:rPr>
          <w:lang w:val="sv-SE"/>
        </w:rPr>
        <w:t xml:space="preserve"> {{field-on:bible}}Och själv må vår Gud och Far och vår Herre Jesus rikta vår väg till er.{{field-off:bible}} [[@</w:t>
      </w:r>
      <w:r w:rsidR="0096445B" w:rsidRPr="000767E2">
        <w:rPr>
          <w:lang w:val="sv-SE"/>
        </w:rPr>
        <w:t>BibleBIBEL82</w:t>
      </w:r>
      <w:r w:rsidRPr="000767E2">
        <w:rPr>
          <w:lang w:val="sv-SE"/>
        </w:rPr>
        <w:t>:1Thess 3:12]]</w:t>
      </w:r>
      <w:r w:rsidRPr="000767E2">
        <w:rPr>
          <w:vertAlign w:val="superscript"/>
          <w:lang w:val="sv-SE"/>
        </w:rPr>
        <w:t>12</w:t>
      </w:r>
      <w:r w:rsidRPr="000767E2">
        <w:rPr>
          <w:lang w:val="sv-SE"/>
        </w:rPr>
        <w:t xml:space="preserve"> {{field-on:bible}}Och er må Herren förmera och låta överflöda i kärleken till varandra och till alla, liksom också vi till er,{{field-off:bible}} [[@</w:t>
      </w:r>
      <w:r w:rsidR="0096445B" w:rsidRPr="000767E2">
        <w:rPr>
          <w:lang w:val="sv-SE"/>
        </w:rPr>
        <w:t>BibleBIBEL82</w:t>
      </w:r>
      <w:r w:rsidRPr="000767E2">
        <w:rPr>
          <w:lang w:val="sv-SE"/>
        </w:rPr>
        <w:t>:1Thess 3:13]]</w:t>
      </w:r>
      <w:r w:rsidRPr="000767E2">
        <w:rPr>
          <w:vertAlign w:val="superscript"/>
          <w:lang w:val="sv-SE"/>
        </w:rPr>
        <w:t>13</w:t>
      </w:r>
      <w:r w:rsidRPr="000767E2">
        <w:rPr>
          <w:lang w:val="sv-SE"/>
        </w:rPr>
        <w:t xml:space="preserve"> {{field-on:bible}}till att stärka era hjärtan klanderfria i helighet inför vår Gud och Far vid vår Herre Jesu ankomst med alla sina heliga. [Amen.]{{field-off:bible}}</w:t>
      </w:r>
    </w:p>
    <w:p w14:paraId="727F3F6A" w14:textId="196745B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:1Thess 4]]Kapitel 4</w:t>
      </w:r>
    </w:p>
    <w:p w14:paraId="16B0AC16" w14:textId="77777777" w:rsidR="00BA33AB" w:rsidRPr="000767E2" w:rsidRDefault="00000000">
      <w:pPr>
        <w:pStyle w:val="Rubrik3"/>
        <w:rPr>
          <w:lang w:val="sv-SE"/>
        </w:rPr>
      </w:pPr>
      <w:r w:rsidRPr="000767E2">
        <w:rPr>
          <w:lang w:val="sv-SE"/>
        </w:rPr>
        <w:t>Ett liv som behagar Gud</w:t>
      </w:r>
    </w:p>
    <w:p w14:paraId="12C69519" w14:textId="4A8A8E1C" w:rsidR="00BA33AB" w:rsidRPr="000767E2" w:rsidRDefault="00000000">
      <w:pPr>
        <w:rPr>
          <w:lang w:val="sv-SE"/>
        </w:rPr>
      </w:pPr>
      <w:r w:rsidRPr="000767E2">
        <w:rPr>
          <w:lang w:val="sv-SE"/>
        </w:rPr>
        <w:t>[[@</w:t>
      </w:r>
      <w:r w:rsidR="0096445B" w:rsidRPr="000767E2">
        <w:rPr>
          <w:lang w:val="sv-SE"/>
        </w:rPr>
        <w:t>BibleBIBEL82</w:t>
      </w:r>
      <w:r w:rsidRPr="000767E2">
        <w:rPr>
          <w:lang w:val="sv-SE"/>
        </w:rPr>
        <w:t>:1Thess 4:1]]</w:t>
      </w:r>
      <w:r w:rsidRPr="000767E2">
        <w:rPr>
          <w:vertAlign w:val="superscript"/>
          <w:lang w:val="sv-SE"/>
        </w:rPr>
        <w:t>1</w:t>
      </w:r>
      <w:r w:rsidRPr="000767E2">
        <w:rPr>
          <w:lang w:val="sv-SE"/>
        </w:rPr>
        <w:t xml:space="preserve"> {{field-on:bible}}För övrigt, syskon, efterfrågar vi nu </w:t>
      </w:r>
      <w:r w:rsidRPr="000767E2">
        <w:rPr>
          <w:i/>
          <w:lang w:val="sv-SE"/>
        </w:rPr>
        <w:t>hos</w:t>
      </w:r>
      <w:r w:rsidRPr="000767E2">
        <w:rPr>
          <w:lang w:val="sv-SE"/>
        </w:rPr>
        <w:t xml:space="preserve"> er och uppmanar i Herren Jesus, att så som ni har tagit emot från oss hur ni bör vandra och behaga Gud – så som ni också vandrar – att ni ska överflöda </w:t>
      </w:r>
      <w:r w:rsidRPr="000767E2">
        <w:rPr>
          <w:i/>
          <w:lang w:val="sv-SE"/>
        </w:rPr>
        <w:t>desto</w:t>
      </w:r>
      <w:r w:rsidRPr="000767E2">
        <w:rPr>
          <w:lang w:val="sv-SE"/>
        </w:rPr>
        <w:t xml:space="preserve"> mer.{{field-off:bible}}</w:t>
      </w:r>
    </w:p>
    <w:p w14:paraId="67529009" w14:textId="0108F2C2" w:rsidR="00BA33AB" w:rsidRPr="000767E2" w:rsidRDefault="00000000">
      <w:pPr>
        <w:rPr>
          <w:lang w:val="sv-SE"/>
        </w:rPr>
      </w:pPr>
      <w:r w:rsidRPr="000767E2">
        <w:rPr>
          <w:lang w:val="sv-SE"/>
        </w:rPr>
        <w:t>[[@</w:t>
      </w:r>
      <w:r w:rsidR="0096445B" w:rsidRPr="000767E2">
        <w:rPr>
          <w:lang w:val="sv-SE"/>
        </w:rPr>
        <w:t>BibleBIBEL82</w:t>
      </w:r>
      <w:r w:rsidRPr="000767E2">
        <w:rPr>
          <w:lang w:val="sv-SE"/>
        </w:rPr>
        <w:t>:1Thess 4:2]]</w:t>
      </w:r>
      <w:r w:rsidRPr="000767E2">
        <w:rPr>
          <w:vertAlign w:val="superscript"/>
          <w:lang w:val="sv-SE"/>
        </w:rPr>
        <w:t>2</w:t>
      </w:r>
      <w:r w:rsidRPr="000767E2">
        <w:rPr>
          <w:lang w:val="sv-SE"/>
        </w:rPr>
        <w:t xml:space="preserve"> {{field-on:bible}}För ni vet vilka instruktioner vi har gett er genom Herren Jesus.{{field-off:bible}} [[@</w:t>
      </w:r>
      <w:r w:rsidR="0096445B" w:rsidRPr="000767E2">
        <w:rPr>
          <w:lang w:val="sv-SE"/>
        </w:rPr>
        <w:t>BibleBIBEL82</w:t>
      </w:r>
      <w:r w:rsidRPr="000767E2">
        <w:rPr>
          <w:lang w:val="sv-SE"/>
        </w:rPr>
        <w:t>:1Thess 4:3]]</w:t>
      </w:r>
      <w:r w:rsidRPr="000767E2">
        <w:rPr>
          <w:vertAlign w:val="superscript"/>
          <w:lang w:val="sv-SE"/>
        </w:rPr>
        <w:t>3</w:t>
      </w:r>
      <w:r w:rsidRPr="000767E2">
        <w:rPr>
          <w:lang w:val="sv-SE"/>
        </w:rPr>
        <w:t xml:space="preserve"> {{field-on:bible}}För detta är Guds vilja, er helgelse: att ni avhåller er från otukten,{{field-off:bible}} [[@</w:t>
      </w:r>
      <w:r w:rsidR="0096445B" w:rsidRPr="000767E2">
        <w:rPr>
          <w:lang w:val="sv-SE"/>
        </w:rPr>
        <w:t>BibleBIBEL82</w:t>
      </w:r>
      <w:r w:rsidRPr="000767E2">
        <w:rPr>
          <w:lang w:val="sv-SE"/>
        </w:rPr>
        <w:t>:1Thess 4:4]]</w:t>
      </w:r>
      <w:r w:rsidRPr="000767E2">
        <w:rPr>
          <w:vertAlign w:val="superscript"/>
          <w:lang w:val="sv-SE"/>
        </w:rPr>
        <w:t>4</w:t>
      </w:r>
      <w:r w:rsidRPr="000767E2">
        <w:rPr>
          <w:lang w:val="sv-SE"/>
        </w:rPr>
        <w:t xml:space="preserve"> {{field-on:bible}}att var och en av er vet att förvärva sitt eget </w:t>
      </w:r>
      <w:r w:rsidRPr="000767E2">
        <w:rPr>
          <w:lang w:val="sv-SE"/>
        </w:rPr>
        <w:lastRenderedPageBreak/>
        <w:t>kärl i helgelse och heder,{{field-off:bible}} [[@</w:t>
      </w:r>
      <w:r w:rsidR="0096445B" w:rsidRPr="000767E2">
        <w:rPr>
          <w:lang w:val="sv-SE"/>
        </w:rPr>
        <w:t>BibleBIBEL82</w:t>
      </w:r>
      <w:r w:rsidRPr="000767E2">
        <w:rPr>
          <w:lang w:val="sv-SE"/>
        </w:rPr>
        <w:t>:1Thess 4:5]]</w:t>
      </w:r>
      <w:r w:rsidRPr="000767E2">
        <w:rPr>
          <w:vertAlign w:val="superscript"/>
          <w:lang w:val="sv-SE"/>
        </w:rPr>
        <w:t>5</w:t>
      </w:r>
      <w:r w:rsidRPr="000767E2">
        <w:rPr>
          <w:lang w:val="sv-SE"/>
        </w:rPr>
        <w:t xml:space="preserve"> {{field-on:bible}}inte i lidelse av begär så som också folkslagen som inte känner Gud,{{field-off:bible}} [[@</w:t>
      </w:r>
      <w:r w:rsidR="0096445B" w:rsidRPr="000767E2">
        <w:rPr>
          <w:lang w:val="sv-SE"/>
        </w:rPr>
        <w:t>BibleBIBEL82</w:t>
      </w:r>
      <w:r w:rsidRPr="000767E2">
        <w:rPr>
          <w:lang w:val="sv-SE"/>
        </w:rPr>
        <w:t>:1Thess 4:6]]</w:t>
      </w:r>
      <w:r w:rsidRPr="000767E2">
        <w:rPr>
          <w:vertAlign w:val="superscript"/>
          <w:lang w:val="sv-SE"/>
        </w:rPr>
        <w:t>6</w:t>
      </w:r>
      <w:r w:rsidRPr="000767E2">
        <w:rPr>
          <w:lang w:val="sv-SE"/>
        </w:rPr>
        <w:t xml:space="preserve"> {{field-on:bible}}</w:t>
      </w:r>
      <w:r w:rsidRPr="000767E2">
        <w:rPr>
          <w:i/>
          <w:lang w:val="sv-SE"/>
        </w:rPr>
        <w:t>för</w:t>
      </w:r>
      <w:r w:rsidRPr="000767E2">
        <w:rPr>
          <w:lang w:val="sv-SE"/>
        </w:rPr>
        <w:t xml:space="preserve"> att inte övertrampa och i </w:t>
      </w:r>
      <w:r w:rsidRPr="000767E2">
        <w:rPr>
          <w:i/>
          <w:lang w:val="sv-SE"/>
        </w:rPr>
        <w:t>det</w:t>
      </w:r>
      <w:r w:rsidRPr="000767E2">
        <w:rPr>
          <w:lang w:val="sv-SE"/>
        </w:rPr>
        <w:t xml:space="preserve"> ärendet utnyttja sin broder. För en rättskipare </w:t>
      </w:r>
      <w:r w:rsidRPr="000767E2">
        <w:rPr>
          <w:i/>
          <w:lang w:val="sv-SE"/>
        </w:rPr>
        <w:t>är</w:t>
      </w:r>
      <w:r w:rsidRPr="000767E2">
        <w:rPr>
          <w:lang w:val="sv-SE"/>
        </w:rPr>
        <w:t xml:space="preserve"> Herren i allt detta, så som vi också förut har sagt er och uppfordrat.{{field-off:bible}} [[@</w:t>
      </w:r>
      <w:r w:rsidR="0096445B" w:rsidRPr="000767E2">
        <w:rPr>
          <w:lang w:val="sv-SE"/>
        </w:rPr>
        <w:t>BibleBIBEL82</w:t>
      </w:r>
      <w:r w:rsidRPr="000767E2">
        <w:rPr>
          <w:lang w:val="sv-SE"/>
        </w:rPr>
        <w:t>:1Thess 4:7]]</w:t>
      </w:r>
      <w:r w:rsidRPr="000767E2">
        <w:rPr>
          <w:vertAlign w:val="superscript"/>
          <w:lang w:val="sv-SE"/>
        </w:rPr>
        <w:t>7</w:t>
      </w:r>
      <w:r w:rsidRPr="000767E2">
        <w:rPr>
          <w:lang w:val="sv-SE"/>
        </w:rPr>
        <w:t xml:space="preserve"> {{field-on:bible}}För Gud har inte kallat oss till orenhet, utan i helgelse.{{field-off:bible}} [[@</w:t>
      </w:r>
      <w:r w:rsidR="0096445B" w:rsidRPr="000767E2">
        <w:rPr>
          <w:lang w:val="sv-SE"/>
        </w:rPr>
        <w:t>BibleBIBEL82</w:t>
      </w:r>
      <w:r w:rsidRPr="000767E2">
        <w:rPr>
          <w:lang w:val="sv-SE"/>
        </w:rPr>
        <w:t>:1Thess 4:8]]</w:t>
      </w:r>
      <w:r w:rsidRPr="000767E2">
        <w:rPr>
          <w:vertAlign w:val="superscript"/>
          <w:lang w:val="sv-SE"/>
        </w:rPr>
        <w:t>8</w:t>
      </w:r>
      <w:r w:rsidRPr="000767E2">
        <w:rPr>
          <w:lang w:val="sv-SE"/>
        </w:rPr>
        <w:t xml:space="preserve"> {{field-on:bible}}Följaktligen: den som avvisar avvisar inte en människa utan Gud, som [också] ger sin heliga Ande in i er.{{field-off:bible}}</w:t>
      </w:r>
    </w:p>
    <w:p w14:paraId="656C8CB3" w14:textId="5A22E5B8" w:rsidR="00BA33AB" w:rsidRPr="000767E2" w:rsidRDefault="00000000">
      <w:pPr>
        <w:rPr>
          <w:lang w:val="sv-SE"/>
        </w:rPr>
      </w:pPr>
      <w:r w:rsidRPr="000767E2">
        <w:rPr>
          <w:lang w:val="sv-SE"/>
        </w:rPr>
        <w:t>[[@</w:t>
      </w:r>
      <w:r w:rsidR="0096445B" w:rsidRPr="000767E2">
        <w:rPr>
          <w:lang w:val="sv-SE"/>
        </w:rPr>
        <w:t>BibleBIBEL82</w:t>
      </w:r>
      <w:r w:rsidRPr="000767E2">
        <w:rPr>
          <w:lang w:val="sv-SE"/>
        </w:rPr>
        <w:t>:1Thess 4:9]]</w:t>
      </w:r>
      <w:r w:rsidRPr="000767E2">
        <w:rPr>
          <w:vertAlign w:val="superscript"/>
          <w:lang w:val="sv-SE"/>
        </w:rPr>
        <w:t>9</w:t>
      </w:r>
      <w:r w:rsidRPr="000767E2">
        <w:rPr>
          <w:lang w:val="sv-SE"/>
        </w:rPr>
        <w:t xml:space="preserve"> {{field-on:bible}}Men om syskonkärleken har ni inget behov av att </w:t>
      </w:r>
      <w:r w:rsidRPr="000767E2">
        <w:rPr>
          <w:i/>
          <w:lang w:val="sv-SE"/>
        </w:rPr>
        <w:t>man ska</w:t>
      </w:r>
      <w:r w:rsidRPr="000767E2">
        <w:rPr>
          <w:lang w:val="sv-SE"/>
        </w:rPr>
        <w:t xml:space="preserve"> skriva till er. För själva är ni av Gud lärda till att älska varandra,{{field-off:bible}} [[@</w:t>
      </w:r>
      <w:r w:rsidR="0096445B" w:rsidRPr="000767E2">
        <w:rPr>
          <w:lang w:val="sv-SE"/>
        </w:rPr>
        <w:t>BibleBIBEL82</w:t>
      </w:r>
      <w:r w:rsidRPr="000767E2">
        <w:rPr>
          <w:lang w:val="sv-SE"/>
        </w:rPr>
        <w:t>:1Thess 4:10]]</w:t>
      </w:r>
      <w:r w:rsidRPr="000767E2">
        <w:rPr>
          <w:vertAlign w:val="superscript"/>
          <w:lang w:val="sv-SE"/>
        </w:rPr>
        <w:t>10</w:t>
      </w:r>
      <w:r w:rsidRPr="000767E2">
        <w:rPr>
          <w:lang w:val="sv-SE"/>
        </w:rPr>
        <w:t xml:space="preserve"> {{field-on:bible}}för ni gör det också gentemot alla syskonen i hela Makedonien. Men vi uppmanar er, syskon, att överflöda mer{{field-off:bible}} [[@</w:t>
      </w:r>
      <w:r w:rsidR="0096445B" w:rsidRPr="000767E2">
        <w:rPr>
          <w:lang w:val="sv-SE"/>
        </w:rPr>
        <w:t>BibleBIBEL82</w:t>
      </w:r>
      <w:r w:rsidRPr="000767E2">
        <w:rPr>
          <w:lang w:val="sv-SE"/>
        </w:rPr>
        <w:t>:1Thess 4:11]]</w:t>
      </w:r>
      <w:r w:rsidRPr="000767E2">
        <w:rPr>
          <w:vertAlign w:val="superscript"/>
          <w:lang w:val="sv-SE"/>
        </w:rPr>
        <w:t>11</w:t>
      </w:r>
      <w:r w:rsidRPr="000767E2">
        <w:rPr>
          <w:lang w:val="sv-SE"/>
        </w:rPr>
        <w:t xml:space="preserve"> {{field-on:bible}}och sätta en ära i att hålla er stilla och syssla med </w:t>
      </w:r>
      <w:r w:rsidRPr="000767E2">
        <w:rPr>
          <w:i/>
          <w:lang w:val="sv-SE"/>
        </w:rPr>
        <w:t>ert</w:t>
      </w:r>
      <w:r w:rsidRPr="000767E2">
        <w:rPr>
          <w:lang w:val="sv-SE"/>
        </w:rPr>
        <w:t xml:space="preserve"> eget och arbeta med era [egna] händer, så som vi har instruerat er,{{field-off:bible}} [[@</w:t>
      </w:r>
      <w:r w:rsidR="0096445B" w:rsidRPr="000767E2">
        <w:rPr>
          <w:lang w:val="sv-SE"/>
        </w:rPr>
        <w:t>BibleBIBEL82</w:t>
      </w:r>
      <w:r w:rsidRPr="000767E2">
        <w:rPr>
          <w:lang w:val="sv-SE"/>
        </w:rPr>
        <w:t>:1Thess 4:12]]</w:t>
      </w:r>
      <w:r w:rsidRPr="000767E2">
        <w:rPr>
          <w:vertAlign w:val="superscript"/>
          <w:lang w:val="sv-SE"/>
        </w:rPr>
        <w:t>12</w:t>
      </w:r>
      <w:r w:rsidRPr="000767E2">
        <w:rPr>
          <w:lang w:val="sv-SE"/>
        </w:rPr>
        <w:t xml:space="preserve"> {{field-on:bible}}så att ni vandrar anständigt inför dem </w:t>
      </w:r>
      <w:r w:rsidRPr="000767E2">
        <w:rPr>
          <w:i/>
          <w:lang w:val="sv-SE"/>
        </w:rPr>
        <w:t>som är</w:t>
      </w:r>
      <w:r w:rsidRPr="000767E2">
        <w:rPr>
          <w:lang w:val="sv-SE"/>
        </w:rPr>
        <w:t xml:space="preserve"> utanför och inte har behov av något.{{field-off:bible}}</w:t>
      </w:r>
    </w:p>
    <w:p w14:paraId="105E8A4B" w14:textId="77777777" w:rsidR="00BA33AB" w:rsidRPr="000767E2" w:rsidRDefault="00000000">
      <w:pPr>
        <w:pStyle w:val="Rubrik3"/>
        <w:rPr>
          <w:lang w:val="sv-SE"/>
        </w:rPr>
      </w:pPr>
      <w:r w:rsidRPr="000767E2">
        <w:rPr>
          <w:lang w:val="sv-SE"/>
        </w:rPr>
        <w:t>De döda ska uppstå</w:t>
      </w:r>
    </w:p>
    <w:p w14:paraId="15EC1BDE" w14:textId="2F419B73" w:rsidR="00BA33AB" w:rsidRPr="000767E2" w:rsidRDefault="00000000">
      <w:pPr>
        <w:rPr>
          <w:lang w:val="sv-SE"/>
        </w:rPr>
      </w:pPr>
      <w:r w:rsidRPr="000767E2">
        <w:rPr>
          <w:lang w:val="sv-SE"/>
        </w:rPr>
        <w:t>[[@</w:t>
      </w:r>
      <w:r w:rsidR="0096445B" w:rsidRPr="000767E2">
        <w:rPr>
          <w:lang w:val="sv-SE"/>
        </w:rPr>
        <w:t>BibleBIBEL82</w:t>
      </w:r>
      <w:r w:rsidRPr="000767E2">
        <w:rPr>
          <w:lang w:val="sv-SE"/>
        </w:rPr>
        <w:t>:1Thess 4:13]]</w:t>
      </w:r>
      <w:r w:rsidRPr="000767E2">
        <w:rPr>
          <w:vertAlign w:val="superscript"/>
          <w:lang w:val="sv-SE"/>
        </w:rPr>
        <w:t>13</w:t>
      </w:r>
      <w:r w:rsidRPr="000767E2">
        <w:rPr>
          <w:lang w:val="sv-SE"/>
        </w:rPr>
        <w:t xml:space="preserve"> {{field-on:bible}}Men vi vill inte att ni ska vara ovetande, syskon, gällande dem som har insomnat, så att ni inte sörjer så som också de övriga som inte har hopp.{{field-off:bible}} [[@</w:t>
      </w:r>
      <w:r w:rsidR="0096445B" w:rsidRPr="000767E2">
        <w:rPr>
          <w:lang w:val="sv-SE"/>
        </w:rPr>
        <w:t>BibleBIBEL82</w:t>
      </w:r>
      <w:r w:rsidRPr="000767E2">
        <w:rPr>
          <w:lang w:val="sv-SE"/>
        </w:rPr>
        <w:t>:1Thess 4:14]]</w:t>
      </w:r>
      <w:r w:rsidRPr="000767E2">
        <w:rPr>
          <w:vertAlign w:val="superscript"/>
          <w:lang w:val="sv-SE"/>
        </w:rPr>
        <w:t>14</w:t>
      </w:r>
      <w:r w:rsidRPr="000767E2">
        <w:rPr>
          <w:lang w:val="sv-SE"/>
        </w:rPr>
        <w:t xml:space="preserve"> {{field-on:bible}}För om vi tror att Jesus har dött och uppstått, så ska också Gud genom Jesus föra </w:t>
      </w:r>
      <w:r w:rsidRPr="000767E2">
        <w:rPr>
          <w:i/>
          <w:lang w:val="sv-SE"/>
        </w:rPr>
        <w:t>fram</w:t>
      </w:r>
      <w:r w:rsidRPr="000767E2">
        <w:rPr>
          <w:lang w:val="sv-SE"/>
        </w:rPr>
        <w:t xml:space="preserve"> de insomnade med honom.{{field-off:bible}}</w:t>
      </w:r>
    </w:p>
    <w:p w14:paraId="1DF5C51B" w14:textId="60637959" w:rsidR="00BA33AB" w:rsidRPr="000767E2" w:rsidRDefault="00000000">
      <w:pPr>
        <w:rPr>
          <w:lang w:val="sv-SE"/>
        </w:rPr>
      </w:pPr>
      <w:r w:rsidRPr="000767E2">
        <w:rPr>
          <w:lang w:val="sv-SE"/>
        </w:rPr>
        <w:t>[[@</w:t>
      </w:r>
      <w:r w:rsidR="0096445B" w:rsidRPr="000767E2">
        <w:rPr>
          <w:lang w:val="sv-SE"/>
        </w:rPr>
        <w:t>BibleBIBEL82</w:t>
      </w:r>
      <w:r w:rsidRPr="000767E2">
        <w:rPr>
          <w:lang w:val="sv-SE"/>
        </w:rPr>
        <w:t>:1Thess 4:15]]</w:t>
      </w:r>
      <w:r w:rsidRPr="000767E2">
        <w:rPr>
          <w:vertAlign w:val="superscript"/>
          <w:lang w:val="sv-SE"/>
        </w:rPr>
        <w:t>15</w:t>
      </w:r>
      <w:r w:rsidRPr="000767E2">
        <w:rPr>
          <w:lang w:val="sv-SE"/>
        </w:rPr>
        <w:t xml:space="preserve"> {{field-on:bible}}För detta säger vi er med ett ord från Herren: att vi levande som lämnats kvar till Herrens ankomst alls inte ska komma före de insomnade.{{field-off:bible}} [[@</w:t>
      </w:r>
      <w:r w:rsidR="0096445B" w:rsidRPr="000767E2">
        <w:rPr>
          <w:lang w:val="sv-SE"/>
        </w:rPr>
        <w:t>BibleBIBEL82</w:t>
      </w:r>
      <w:r w:rsidRPr="000767E2">
        <w:rPr>
          <w:lang w:val="sv-SE"/>
        </w:rPr>
        <w:t>:1Thess 4:16]]</w:t>
      </w:r>
      <w:r w:rsidRPr="000767E2">
        <w:rPr>
          <w:vertAlign w:val="superscript"/>
          <w:lang w:val="sv-SE"/>
        </w:rPr>
        <w:t>16</w:t>
      </w:r>
      <w:r w:rsidRPr="000767E2">
        <w:rPr>
          <w:lang w:val="sv-SE"/>
        </w:rPr>
        <w:t xml:space="preserve"> {{field-on:bible}}För själv ska Herren med en befallning, med en ärkeängels röst och med en Guds basun stiga ner från himlen. Och de döda i Kristus ska uppstå först.{{field-off:bible}} [[@</w:t>
      </w:r>
      <w:r w:rsidR="0096445B" w:rsidRPr="000767E2">
        <w:rPr>
          <w:lang w:val="sv-SE"/>
        </w:rPr>
        <w:t>BibleBIBEL82</w:t>
      </w:r>
      <w:r w:rsidRPr="000767E2">
        <w:rPr>
          <w:lang w:val="sv-SE"/>
        </w:rPr>
        <w:t>:1Thess 4:17]]</w:t>
      </w:r>
      <w:r w:rsidRPr="000767E2">
        <w:rPr>
          <w:vertAlign w:val="superscript"/>
          <w:lang w:val="sv-SE"/>
        </w:rPr>
        <w:t>17</w:t>
      </w:r>
      <w:r w:rsidRPr="000767E2">
        <w:rPr>
          <w:lang w:val="sv-SE"/>
        </w:rPr>
        <w:t xml:space="preserve"> {{field-on:bible}}Sedan ska vi levande som lämnats kvar tillsammans med dem ryckas </w:t>
      </w:r>
      <w:r w:rsidRPr="000767E2">
        <w:rPr>
          <w:i/>
          <w:lang w:val="sv-SE"/>
        </w:rPr>
        <w:t>upp</w:t>
      </w:r>
      <w:r w:rsidRPr="000767E2">
        <w:rPr>
          <w:lang w:val="sv-SE"/>
        </w:rPr>
        <w:t xml:space="preserve"> bland moln, Herren till mötes i luften. Och så ska vi alltid vara med Herren.{{field-off:bible}} [[@</w:t>
      </w:r>
      <w:r w:rsidR="0096445B" w:rsidRPr="000767E2">
        <w:rPr>
          <w:lang w:val="sv-SE"/>
        </w:rPr>
        <w:t>BibleBIBEL82</w:t>
      </w:r>
      <w:r w:rsidRPr="000767E2">
        <w:rPr>
          <w:lang w:val="sv-SE"/>
        </w:rPr>
        <w:t>:1Thess 4:18]]</w:t>
      </w:r>
      <w:r w:rsidRPr="000767E2">
        <w:rPr>
          <w:vertAlign w:val="superscript"/>
          <w:lang w:val="sv-SE"/>
        </w:rPr>
        <w:t>18</w:t>
      </w:r>
      <w:r w:rsidRPr="000767E2">
        <w:rPr>
          <w:lang w:val="sv-SE"/>
        </w:rPr>
        <w:t xml:space="preserve"> {{field-on:bible}}Därför ska ni uppmuntra varandra med dessa ord.{{field-off:bible}}</w:t>
      </w:r>
    </w:p>
    <w:p w14:paraId="78974BC9" w14:textId="3CCF730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:1Thess 5]]Kapitel 5</w:t>
      </w:r>
    </w:p>
    <w:p w14:paraId="5F4359F3" w14:textId="77777777" w:rsidR="00BA33AB" w:rsidRPr="000767E2" w:rsidRDefault="00000000">
      <w:pPr>
        <w:pStyle w:val="Rubrik3"/>
        <w:rPr>
          <w:lang w:val="sv-SE"/>
        </w:rPr>
      </w:pPr>
      <w:r w:rsidRPr="000767E2">
        <w:rPr>
          <w:lang w:val="sv-SE"/>
        </w:rPr>
        <w:t>Herrens dag</w:t>
      </w:r>
    </w:p>
    <w:p w14:paraId="35DEA9E7" w14:textId="3783F8AF" w:rsidR="00BA33AB" w:rsidRPr="000767E2" w:rsidRDefault="00000000">
      <w:pPr>
        <w:rPr>
          <w:lang w:val="sv-SE"/>
        </w:rPr>
      </w:pPr>
      <w:r w:rsidRPr="000767E2">
        <w:rPr>
          <w:lang w:val="sv-SE"/>
        </w:rPr>
        <w:t>[[@</w:t>
      </w:r>
      <w:r w:rsidR="0096445B" w:rsidRPr="000767E2">
        <w:rPr>
          <w:lang w:val="sv-SE"/>
        </w:rPr>
        <w:t>BibleBIBEL82</w:t>
      </w:r>
      <w:r w:rsidRPr="000767E2">
        <w:rPr>
          <w:lang w:val="sv-SE"/>
        </w:rPr>
        <w:t>:1Thess 5:1]]</w:t>
      </w:r>
      <w:r w:rsidRPr="000767E2">
        <w:rPr>
          <w:vertAlign w:val="superscript"/>
          <w:lang w:val="sv-SE"/>
        </w:rPr>
        <w:t>1</w:t>
      </w:r>
      <w:r w:rsidRPr="000767E2">
        <w:rPr>
          <w:lang w:val="sv-SE"/>
        </w:rPr>
        <w:t xml:space="preserve"> {{field-on:bible}}Men om tiderna och stunderna, syskon, har ni inget behov av att det skrivs till er.{{field-off:bible}} [[@</w:t>
      </w:r>
      <w:r w:rsidR="0096445B" w:rsidRPr="000767E2">
        <w:rPr>
          <w:lang w:val="sv-SE"/>
        </w:rPr>
        <w:t>BibleBIBEL82</w:t>
      </w:r>
      <w:r w:rsidRPr="000767E2">
        <w:rPr>
          <w:lang w:val="sv-SE"/>
        </w:rPr>
        <w:t>:1Thess 5:2]]</w:t>
      </w:r>
      <w:r w:rsidRPr="000767E2">
        <w:rPr>
          <w:vertAlign w:val="superscript"/>
          <w:lang w:val="sv-SE"/>
        </w:rPr>
        <w:t>2</w:t>
      </w:r>
      <w:r w:rsidRPr="000767E2">
        <w:rPr>
          <w:lang w:val="sv-SE"/>
        </w:rPr>
        <w:t xml:space="preserve"> {{field-on:bible}}För själva vet ni noga att Herrens dag </w:t>
      </w:r>
      <w:r w:rsidRPr="000767E2">
        <w:rPr>
          <w:i/>
          <w:lang w:val="sv-SE"/>
        </w:rPr>
        <w:t>är</w:t>
      </w:r>
      <w:r w:rsidRPr="000767E2">
        <w:rPr>
          <w:lang w:val="sv-SE"/>
        </w:rPr>
        <w:t xml:space="preserve"> som en tjuv i natten, så kommer den.{{field-off:bible}} [[@</w:t>
      </w:r>
      <w:r w:rsidR="0096445B" w:rsidRPr="000767E2">
        <w:rPr>
          <w:lang w:val="sv-SE"/>
        </w:rPr>
        <w:t>BibleBIBEL82</w:t>
      </w:r>
      <w:r w:rsidRPr="000767E2">
        <w:rPr>
          <w:lang w:val="sv-SE"/>
        </w:rPr>
        <w:t>:1Thess 5:3]]</w:t>
      </w:r>
      <w:r w:rsidRPr="000767E2">
        <w:rPr>
          <w:vertAlign w:val="superscript"/>
          <w:lang w:val="sv-SE"/>
        </w:rPr>
        <w:t>3</w:t>
      </w:r>
      <w:r w:rsidRPr="000767E2">
        <w:rPr>
          <w:lang w:val="sv-SE"/>
        </w:rPr>
        <w:t xml:space="preserve"> {{field-on:bible}}När de säger: ”Fred och säkerhet!”, då står framför dem plötslig undergång, såsom födslovärkarna för den som är havande i magen. Och de ska alls inte undkomma.{{field-off:bible}}</w:t>
      </w:r>
    </w:p>
    <w:p w14:paraId="3A28C89A" w14:textId="21A2BD9D"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:1Thess 5:4]]</w:t>
      </w:r>
      <w:r w:rsidRPr="000767E2">
        <w:rPr>
          <w:vertAlign w:val="superscript"/>
          <w:lang w:val="sv-SE"/>
        </w:rPr>
        <w:t>4</w:t>
      </w:r>
      <w:r w:rsidRPr="000767E2">
        <w:rPr>
          <w:lang w:val="sv-SE"/>
        </w:rPr>
        <w:t xml:space="preserve"> {{field-on:bible}}Men ni, syskon, är inte i mörker så att </w:t>
      </w:r>
      <w:r w:rsidRPr="000767E2">
        <w:rPr>
          <w:i/>
          <w:lang w:val="sv-SE"/>
        </w:rPr>
        <w:t>den</w:t>
      </w:r>
      <w:r w:rsidRPr="000767E2">
        <w:rPr>
          <w:lang w:val="sv-SE"/>
        </w:rPr>
        <w:t xml:space="preserve"> dagen griper er som en tjuv.{{field-off:bible}} [[@</w:t>
      </w:r>
      <w:r w:rsidR="0096445B" w:rsidRPr="000767E2">
        <w:rPr>
          <w:lang w:val="sv-SE"/>
        </w:rPr>
        <w:t>BibleBIBEL82</w:t>
      </w:r>
      <w:r w:rsidRPr="000767E2">
        <w:rPr>
          <w:lang w:val="sv-SE"/>
        </w:rPr>
        <w:t>:1Thess 5:5]]</w:t>
      </w:r>
      <w:r w:rsidRPr="000767E2">
        <w:rPr>
          <w:vertAlign w:val="superscript"/>
          <w:lang w:val="sv-SE"/>
        </w:rPr>
        <w:t>5</w:t>
      </w:r>
      <w:r w:rsidRPr="000767E2">
        <w:rPr>
          <w:lang w:val="sv-SE"/>
        </w:rPr>
        <w:t xml:space="preserve"> {{field-on:bible}}För ni är alla ljusets söner och dagens söner. Vi är inte av natt eller mörker.{{field-off:bible}} [[@</w:t>
      </w:r>
      <w:r w:rsidR="0096445B" w:rsidRPr="000767E2">
        <w:rPr>
          <w:lang w:val="sv-SE"/>
        </w:rPr>
        <w:t>BibleBIBEL82</w:t>
      </w:r>
      <w:r w:rsidRPr="000767E2">
        <w:rPr>
          <w:lang w:val="sv-SE"/>
        </w:rPr>
        <w:t>:1Thess 5:6]]</w:t>
      </w:r>
      <w:r w:rsidRPr="000767E2">
        <w:rPr>
          <w:vertAlign w:val="superscript"/>
          <w:lang w:val="sv-SE"/>
        </w:rPr>
        <w:t>6</w:t>
      </w:r>
      <w:r w:rsidRPr="000767E2">
        <w:rPr>
          <w:lang w:val="sv-SE"/>
        </w:rPr>
        <w:t xml:space="preserve"> {{field-on:bible}}Låt oss alltså då inte sova som de övriga, utan låt oss vara vakna och nyktra.{{field-off:bible}} [[@</w:t>
      </w:r>
      <w:r w:rsidR="0096445B" w:rsidRPr="000767E2">
        <w:rPr>
          <w:lang w:val="sv-SE"/>
        </w:rPr>
        <w:t>BibleBIBEL82</w:t>
      </w:r>
      <w:r w:rsidRPr="000767E2">
        <w:rPr>
          <w:lang w:val="sv-SE"/>
        </w:rPr>
        <w:t>:1Thess 5:7]]</w:t>
      </w:r>
      <w:r w:rsidRPr="000767E2">
        <w:rPr>
          <w:vertAlign w:val="superscript"/>
          <w:lang w:val="sv-SE"/>
        </w:rPr>
        <w:t>7</w:t>
      </w:r>
      <w:r w:rsidRPr="000767E2">
        <w:rPr>
          <w:lang w:val="sv-SE"/>
        </w:rPr>
        <w:t xml:space="preserve"> {{field-on:bible}}För de sovande sover om natten, och de som berusar sig är berusade om natten.{{field-off:bible}} [[@</w:t>
      </w:r>
      <w:r w:rsidR="0096445B" w:rsidRPr="000767E2">
        <w:rPr>
          <w:lang w:val="sv-SE"/>
        </w:rPr>
        <w:t>BibleBIBEL82</w:t>
      </w:r>
      <w:r w:rsidRPr="000767E2">
        <w:rPr>
          <w:lang w:val="sv-SE"/>
        </w:rPr>
        <w:t>:1Thess 5:8]]</w:t>
      </w:r>
      <w:r w:rsidRPr="000767E2">
        <w:rPr>
          <w:vertAlign w:val="superscript"/>
          <w:lang w:val="sv-SE"/>
        </w:rPr>
        <w:t>8</w:t>
      </w:r>
      <w:r w:rsidRPr="000767E2">
        <w:rPr>
          <w:lang w:val="sv-SE"/>
        </w:rPr>
        <w:t xml:space="preserve"> {{field-on:bible}}Men vi som är av dagen ska vara nyktra, iklädda ett bröstpansar av tro och kärlek och </w:t>
      </w:r>
      <w:r w:rsidRPr="000767E2">
        <w:rPr>
          <w:i/>
          <w:lang w:val="sv-SE"/>
        </w:rPr>
        <w:t>som</w:t>
      </w:r>
      <w:r w:rsidRPr="000767E2">
        <w:rPr>
          <w:lang w:val="sv-SE"/>
        </w:rPr>
        <w:t xml:space="preserve"> hjälm ett hopp om frälsning.{{field-off:bible}} [[@</w:t>
      </w:r>
      <w:r w:rsidR="0096445B" w:rsidRPr="000767E2">
        <w:rPr>
          <w:lang w:val="sv-SE"/>
        </w:rPr>
        <w:t>BibleBIBEL82</w:t>
      </w:r>
      <w:r w:rsidRPr="000767E2">
        <w:rPr>
          <w:lang w:val="sv-SE"/>
        </w:rPr>
        <w:t>:1Thess 5:9]]</w:t>
      </w:r>
      <w:r w:rsidRPr="000767E2">
        <w:rPr>
          <w:vertAlign w:val="superscript"/>
          <w:lang w:val="sv-SE"/>
        </w:rPr>
        <w:t>9</w:t>
      </w:r>
      <w:r w:rsidRPr="000767E2">
        <w:rPr>
          <w:lang w:val="sv-SE"/>
        </w:rPr>
        <w:t xml:space="preserve"> {{field-on:bible}}För Gud har inte satt oss till vrede, utan till förvärv av frälsning genom vår Herre Jesus Kristus,{{field-off:bible}} [[@</w:t>
      </w:r>
      <w:r w:rsidR="0096445B" w:rsidRPr="000767E2">
        <w:rPr>
          <w:lang w:val="sv-SE"/>
        </w:rPr>
        <w:t>BibleBIBEL82</w:t>
      </w:r>
      <w:r w:rsidRPr="000767E2">
        <w:rPr>
          <w:lang w:val="sv-SE"/>
        </w:rPr>
        <w:t>:1Thess 5:10]]</w:t>
      </w:r>
      <w:r w:rsidRPr="000767E2">
        <w:rPr>
          <w:vertAlign w:val="superscript"/>
          <w:lang w:val="sv-SE"/>
        </w:rPr>
        <w:t>10</w:t>
      </w:r>
      <w:r w:rsidRPr="000767E2">
        <w:rPr>
          <w:lang w:val="sv-SE"/>
        </w:rPr>
        <w:t xml:space="preserve"> {{field-on:bible}}som har dött för oss för att vi, antingen vi är vakna eller sover, tillsammans med honom ska leva.{{field-off:bible}} [[@</w:t>
      </w:r>
      <w:r w:rsidR="0096445B" w:rsidRPr="000767E2">
        <w:rPr>
          <w:lang w:val="sv-SE"/>
        </w:rPr>
        <w:t>BibleBIBEL82</w:t>
      </w:r>
      <w:r w:rsidRPr="000767E2">
        <w:rPr>
          <w:lang w:val="sv-SE"/>
        </w:rPr>
        <w:t>:1Thess 5:11]]</w:t>
      </w:r>
      <w:r w:rsidRPr="000767E2">
        <w:rPr>
          <w:vertAlign w:val="superscript"/>
          <w:lang w:val="sv-SE"/>
        </w:rPr>
        <w:t>11</w:t>
      </w:r>
      <w:r w:rsidRPr="000767E2">
        <w:rPr>
          <w:lang w:val="sv-SE"/>
        </w:rPr>
        <w:t xml:space="preserve"> {{field-on:bible}}Därför ska ni uppmuntra varandra och uppbygga, en </w:t>
      </w:r>
      <w:r w:rsidRPr="000767E2">
        <w:rPr>
          <w:i/>
          <w:lang w:val="sv-SE"/>
        </w:rPr>
        <w:t>för</w:t>
      </w:r>
      <w:r w:rsidRPr="000767E2">
        <w:rPr>
          <w:lang w:val="sv-SE"/>
        </w:rPr>
        <w:t xml:space="preserve"> en </w:t>
      </w:r>
      <w:r w:rsidRPr="000767E2">
        <w:rPr>
          <w:i/>
          <w:lang w:val="sv-SE"/>
        </w:rPr>
        <w:t>annan</w:t>
      </w:r>
      <w:r w:rsidRPr="000767E2">
        <w:rPr>
          <w:lang w:val="sv-SE"/>
        </w:rPr>
        <w:t>, så som ni också gör.{{field-off:bible}}</w:t>
      </w:r>
    </w:p>
    <w:p w14:paraId="49A492F0" w14:textId="77777777" w:rsidR="00BA33AB" w:rsidRPr="000767E2" w:rsidRDefault="00000000">
      <w:pPr>
        <w:pStyle w:val="Rubrik3"/>
        <w:rPr>
          <w:lang w:val="sv-SE"/>
        </w:rPr>
      </w:pPr>
      <w:r w:rsidRPr="000767E2">
        <w:rPr>
          <w:lang w:val="sv-SE"/>
        </w:rPr>
        <w:t>Uppmaningar</w:t>
      </w:r>
    </w:p>
    <w:p w14:paraId="49A5D69B" w14:textId="1EC5FEE2" w:rsidR="00BA33AB" w:rsidRPr="000767E2" w:rsidRDefault="00000000">
      <w:pPr>
        <w:rPr>
          <w:lang w:val="sv-SE"/>
        </w:rPr>
      </w:pPr>
      <w:r w:rsidRPr="000767E2">
        <w:rPr>
          <w:lang w:val="sv-SE"/>
        </w:rPr>
        <w:t>[[@</w:t>
      </w:r>
      <w:r w:rsidR="0096445B" w:rsidRPr="000767E2">
        <w:rPr>
          <w:lang w:val="sv-SE"/>
        </w:rPr>
        <w:t>BibleBIBEL82</w:t>
      </w:r>
      <w:r w:rsidRPr="000767E2">
        <w:rPr>
          <w:lang w:val="sv-SE"/>
        </w:rPr>
        <w:t>:1Thess 5:12]]</w:t>
      </w:r>
      <w:r w:rsidRPr="000767E2">
        <w:rPr>
          <w:vertAlign w:val="superscript"/>
          <w:lang w:val="sv-SE"/>
        </w:rPr>
        <w:t>12</w:t>
      </w:r>
      <w:r w:rsidRPr="000767E2">
        <w:rPr>
          <w:lang w:val="sv-SE"/>
        </w:rPr>
        <w:t xml:space="preserve"> {{field-on:bible}}Och vi efterfrågar </w:t>
      </w:r>
      <w:r w:rsidRPr="000767E2">
        <w:rPr>
          <w:i/>
          <w:lang w:val="sv-SE"/>
        </w:rPr>
        <w:t>hos</w:t>
      </w:r>
      <w:r w:rsidRPr="000767E2">
        <w:rPr>
          <w:lang w:val="sv-SE"/>
        </w:rPr>
        <w:t xml:space="preserve"> er, syskon, att </w:t>
      </w:r>
      <w:r w:rsidRPr="000767E2">
        <w:rPr>
          <w:i/>
          <w:lang w:val="sv-SE"/>
        </w:rPr>
        <w:t>ni ska</w:t>
      </w:r>
      <w:r w:rsidRPr="000767E2">
        <w:rPr>
          <w:lang w:val="sv-SE"/>
        </w:rPr>
        <w:t xml:space="preserve"> erkänna dem som sliter bland er och är föreståndare för er i Herren och förmanar er,{{field-off:bible}} [[@</w:t>
      </w:r>
      <w:r w:rsidR="0096445B" w:rsidRPr="000767E2">
        <w:rPr>
          <w:lang w:val="sv-SE"/>
        </w:rPr>
        <w:t>BibleBIBEL82</w:t>
      </w:r>
      <w:r w:rsidRPr="000767E2">
        <w:rPr>
          <w:lang w:val="sv-SE"/>
        </w:rPr>
        <w:t>:1Thess 5:13]]</w:t>
      </w:r>
      <w:r w:rsidRPr="000767E2">
        <w:rPr>
          <w:vertAlign w:val="superscript"/>
          <w:lang w:val="sv-SE"/>
        </w:rPr>
        <w:t>13</w:t>
      </w:r>
      <w:r w:rsidRPr="000767E2">
        <w:rPr>
          <w:lang w:val="sv-SE"/>
        </w:rPr>
        <w:t xml:space="preserve"> {{field-on:bible}}och anse dem övermåttan </w:t>
      </w:r>
      <w:r w:rsidRPr="000767E2">
        <w:rPr>
          <w:i/>
          <w:lang w:val="sv-SE"/>
        </w:rPr>
        <w:t>ärade</w:t>
      </w:r>
      <w:r w:rsidRPr="000767E2">
        <w:rPr>
          <w:lang w:val="sv-SE"/>
        </w:rPr>
        <w:t xml:space="preserve"> i kärlek för deras gärning. Var fridsamma med varann.{{field-off:bible}} [[@</w:t>
      </w:r>
      <w:r w:rsidR="0096445B" w:rsidRPr="000767E2">
        <w:rPr>
          <w:lang w:val="sv-SE"/>
        </w:rPr>
        <w:t>BibleBIBEL82</w:t>
      </w:r>
      <w:r w:rsidRPr="000767E2">
        <w:rPr>
          <w:lang w:val="sv-SE"/>
        </w:rPr>
        <w:t>:1Thess 5:14]]</w:t>
      </w:r>
      <w:r w:rsidRPr="000767E2">
        <w:rPr>
          <w:vertAlign w:val="superscript"/>
          <w:lang w:val="sv-SE"/>
        </w:rPr>
        <w:t>14</w:t>
      </w:r>
      <w:r w:rsidRPr="000767E2">
        <w:rPr>
          <w:lang w:val="sv-SE"/>
        </w:rPr>
        <w:t xml:space="preserve"> {{field-on:bible}}Och vi uppmanar er, syskon: förmana de oordentliga, muntra upp de missmodiga, håll tag i de svaga, var tålmodiga mot alla.{{field-off:bible}} [[@</w:t>
      </w:r>
      <w:r w:rsidR="0096445B" w:rsidRPr="000767E2">
        <w:rPr>
          <w:lang w:val="sv-SE"/>
        </w:rPr>
        <w:t>BibleBIBEL82</w:t>
      </w:r>
      <w:r w:rsidRPr="000767E2">
        <w:rPr>
          <w:lang w:val="sv-SE"/>
        </w:rPr>
        <w:t>:1Thess 5:15]]</w:t>
      </w:r>
      <w:r w:rsidRPr="000767E2">
        <w:rPr>
          <w:vertAlign w:val="superscript"/>
          <w:lang w:val="sv-SE"/>
        </w:rPr>
        <w:t>15</w:t>
      </w:r>
      <w:r w:rsidRPr="000767E2">
        <w:rPr>
          <w:lang w:val="sv-SE"/>
        </w:rPr>
        <w:t xml:space="preserve"> {{field-on:bible}}Se till att ingen lönar någon ont mot ont, utan jaga alltid efter det goda [både] mot varandra och mot alla.{{field-off:bible}}</w:t>
      </w:r>
    </w:p>
    <w:p w14:paraId="7A26D4D8" w14:textId="74CA8A27" w:rsidR="00BA33AB" w:rsidRPr="000767E2" w:rsidRDefault="00000000">
      <w:pPr>
        <w:rPr>
          <w:lang w:val="sv-SE"/>
        </w:rPr>
      </w:pPr>
      <w:r>
        <w:t>[[@</w:t>
      </w:r>
      <w:r w:rsidR="0096445B">
        <w:t>BibleBIBEL82</w:t>
      </w:r>
      <w:r>
        <w:t>:1Thess 5:16]]</w:t>
      </w:r>
      <w:r>
        <w:rPr>
          <w:vertAlign w:val="superscript"/>
        </w:rPr>
        <w:t>16</w:t>
      </w:r>
      <w:r>
        <w:t xml:space="preserve"> {{</w:t>
      </w:r>
      <w:proofErr w:type="spellStart"/>
      <w:r>
        <w:t>field-</w:t>
      </w:r>
      <w:proofErr w:type="gramStart"/>
      <w:r>
        <w:t>on:bible</w:t>
      </w:r>
      <w:proofErr w:type="spellEnd"/>
      <w:r>
        <w:t>}}Var</w:t>
      </w:r>
      <w:proofErr w:type="gramEnd"/>
      <w:r>
        <w:t xml:space="preserve"> </w:t>
      </w:r>
      <w:proofErr w:type="spellStart"/>
      <w:r>
        <w:t>alltid</w:t>
      </w:r>
      <w:proofErr w:type="spellEnd"/>
      <w:r>
        <w:t xml:space="preserve"> </w:t>
      </w:r>
      <w:proofErr w:type="spellStart"/>
      <w:proofErr w:type="gramStart"/>
      <w:r>
        <w:t>glada</w:t>
      </w:r>
      <w:proofErr w:type="spellEnd"/>
      <w:r>
        <w:t>.{</w:t>
      </w:r>
      <w:proofErr w:type="gramEnd"/>
      <w:r>
        <w:t>{</w:t>
      </w:r>
      <w:proofErr w:type="spellStart"/>
      <w:r>
        <w:t>field-</w:t>
      </w:r>
      <w:proofErr w:type="gramStart"/>
      <w:r>
        <w:t>off:bible</w:t>
      </w:r>
      <w:proofErr w:type="spellEnd"/>
      <w:proofErr w:type="gramEnd"/>
      <w:r>
        <w:t>}} [[@</w:t>
      </w:r>
      <w:r w:rsidR="0096445B">
        <w:t>BibleBIBEL82</w:t>
      </w:r>
      <w:r>
        <w:t>:1Thess 5:17]]</w:t>
      </w:r>
      <w:r>
        <w:rPr>
          <w:vertAlign w:val="superscript"/>
        </w:rPr>
        <w:t>17</w:t>
      </w:r>
      <w:r>
        <w:t xml:space="preserve"> {{</w:t>
      </w:r>
      <w:proofErr w:type="spellStart"/>
      <w:r>
        <w:t>field-</w:t>
      </w:r>
      <w:proofErr w:type="gramStart"/>
      <w:r>
        <w:t>on:bible</w:t>
      </w:r>
      <w:proofErr w:type="spellEnd"/>
      <w:r>
        <w:t>}}Be</w:t>
      </w:r>
      <w:proofErr w:type="gramEnd"/>
      <w:r>
        <w:t xml:space="preserve"> </w:t>
      </w:r>
      <w:proofErr w:type="spellStart"/>
      <w:proofErr w:type="gramStart"/>
      <w:r>
        <w:t>oavbrutet</w:t>
      </w:r>
      <w:proofErr w:type="spellEnd"/>
      <w:r>
        <w:t>.{</w:t>
      </w:r>
      <w:proofErr w:type="gramEnd"/>
      <w:r>
        <w:t>{</w:t>
      </w:r>
      <w:proofErr w:type="spellStart"/>
      <w:r>
        <w:t>field-</w:t>
      </w:r>
      <w:proofErr w:type="gramStart"/>
      <w:r>
        <w:t>off:bible</w:t>
      </w:r>
      <w:proofErr w:type="spellEnd"/>
      <w:proofErr w:type="gramEnd"/>
      <w:r>
        <w:t>}} [[@</w:t>
      </w:r>
      <w:r w:rsidR="0096445B">
        <w:t>BibleBIBEL82</w:t>
      </w:r>
      <w:r>
        <w:t>:1Thess 5:18]]</w:t>
      </w:r>
      <w:r>
        <w:rPr>
          <w:vertAlign w:val="superscript"/>
        </w:rPr>
        <w:t>18</w:t>
      </w:r>
      <w:r>
        <w:t xml:space="preserve"> {{</w:t>
      </w:r>
      <w:proofErr w:type="spellStart"/>
      <w:r>
        <w:t>field-</w:t>
      </w:r>
      <w:proofErr w:type="gramStart"/>
      <w:r>
        <w:t>on:bible</w:t>
      </w:r>
      <w:proofErr w:type="spellEnd"/>
      <w:r>
        <w:t>}}Tacka</w:t>
      </w:r>
      <w:proofErr w:type="gramEnd"/>
      <w:r>
        <w:t xml:space="preserve"> </w:t>
      </w:r>
      <w:proofErr w:type="spellStart"/>
      <w:r>
        <w:t>i</w:t>
      </w:r>
      <w:proofErr w:type="spellEnd"/>
      <w:r>
        <w:t xml:space="preserve"> </w:t>
      </w:r>
      <w:proofErr w:type="spellStart"/>
      <w:r>
        <w:t>allt</w:t>
      </w:r>
      <w:proofErr w:type="spellEnd"/>
      <w:r>
        <w:t xml:space="preserve">. För </w:t>
      </w:r>
      <w:proofErr w:type="spellStart"/>
      <w:r>
        <w:t>detta</w:t>
      </w:r>
      <w:proofErr w:type="spellEnd"/>
      <w:r>
        <w:t xml:space="preserve"> </w:t>
      </w:r>
      <w:proofErr w:type="spellStart"/>
      <w:r>
        <w:rPr>
          <w:i/>
        </w:rPr>
        <w:t>är</w:t>
      </w:r>
      <w:proofErr w:type="spellEnd"/>
      <w:r>
        <w:t xml:space="preserve"> </w:t>
      </w:r>
      <w:proofErr w:type="spellStart"/>
      <w:r>
        <w:t>Guds</w:t>
      </w:r>
      <w:proofErr w:type="spellEnd"/>
      <w:r>
        <w:t xml:space="preserve"> </w:t>
      </w:r>
      <w:proofErr w:type="spellStart"/>
      <w:r>
        <w:t>vilja</w:t>
      </w:r>
      <w:proofErr w:type="spellEnd"/>
      <w:r>
        <w:t xml:space="preserve"> </w:t>
      </w:r>
      <w:proofErr w:type="spellStart"/>
      <w:r>
        <w:t>i</w:t>
      </w:r>
      <w:proofErr w:type="spellEnd"/>
      <w:r>
        <w:t xml:space="preserve"> </w:t>
      </w:r>
      <w:proofErr w:type="spellStart"/>
      <w:r>
        <w:t>Kristus</w:t>
      </w:r>
      <w:proofErr w:type="spellEnd"/>
      <w:r>
        <w:t xml:space="preserve"> Jesus för </w:t>
      </w:r>
      <w:proofErr w:type="gramStart"/>
      <w:r>
        <w:t>er.{</w:t>
      </w:r>
      <w:proofErr w:type="gramEnd"/>
      <w:r>
        <w:t>{</w:t>
      </w:r>
      <w:proofErr w:type="spellStart"/>
      <w:r>
        <w:t>field-</w:t>
      </w:r>
      <w:proofErr w:type="gramStart"/>
      <w:r>
        <w:t>off:bible</w:t>
      </w:r>
      <w:proofErr w:type="spellEnd"/>
      <w:proofErr w:type="gramEnd"/>
      <w:r>
        <w:t>}} [[@</w:t>
      </w:r>
      <w:r w:rsidR="0096445B">
        <w:t>BibleBIBEL82</w:t>
      </w:r>
      <w:r>
        <w:t>:1Thess 5:19]]</w:t>
      </w:r>
      <w:r>
        <w:rPr>
          <w:vertAlign w:val="superscript"/>
        </w:rPr>
        <w:t>19</w:t>
      </w:r>
      <w:r>
        <w:t xml:space="preserve"> {{</w:t>
      </w:r>
      <w:proofErr w:type="spellStart"/>
      <w:r>
        <w:t>field-</w:t>
      </w:r>
      <w:proofErr w:type="gramStart"/>
      <w:r>
        <w:t>on:bible</w:t>
      </w:r>
      <w:proofErr w:type="spellEnd"/>
      <w:r>
        <w:t>}}</w:t>
      </w:r>
      <w:proofErr w:type="spellStart"/>
      <w:r>
        <w:t>Släck</w:t>
      </w:r>
      <w:proofErr w:type="spellEnd"/>
      <w:proofErr w:type="gramEnd"/>
      <w:r>
        <w:t xml:space="preserve"> </w:t>
      </w:r>
      <w:proofErr w:type="spellStart"/>
      <w:r>
        <w:t>inte</w:t>
      </w:r>
      <w:proofErr w:type="spellEnd"/>
      <w:r>
        <w:t xml:space="preserve"> </w:t>
      </w:r>
      <w:proofErr w:type="gramStart"/>
      <w:r>
        <w:t>Anden.{</w:t>
      </w:r>
      <w:proofErr w:type="gramEnd"/>
      <w:r>
        <w:t>{</w:t>
      </w:r>
      <w:proofErr w:type="spellStart"/>
      <w:r>
        <w:t>field-</w:t>
      </w:r>
      <w:proofErr w:type="gramStart"/>
      <w:r>
        <w:t>off:bible</w:t>
      </w:r>
      <w:proofErr w:type="spellEnd"/>
      <w:proofErr w:type="gramEnd"/>
      <w:r>
        <w:t>}} [[@</w:t>
      </w:r>
      <w:r w:rsidR="0096445B">
        <w:t>BibleBIBEL82</w:t>
      </w:r>
      <w:r>
        <w:t>:1Thess 5:20]]</w:t>
      </w:r>
      <w:r>
        <w:rPr>
          <w:vertAlign w:val="superscript"/>
        </w:rPr>
        <w:t>20</w:t>
      </w:r>
      <w:r>
        <w:t xml:space="preserve"> {{</w:t>
      </w:r>
      <w:proofErr w:type="spellStart"/>
      <w:r>
        <w:t>field-</w:t>
      </w:r>
      <w:proofErr w:type="gramStart"/>
      <w:r>
        <w:t>on:bible</w:t>
      </w:r>
      <w:proofErr w:type="spellEnd"/>
      <w:r>
        <w:t>}}</w:t>
      </w:r>
      <w:proofErr w:type="spellStart"/>
      <w:r>
        <w:t>Förakta</w:t>
      </w:r>
      <w:proofErr w:type="spellEnd"/>
      <w:proofErr w:type="gramEnd"/>
      <w:r>
        <w:t xml:space="preserve"> </w:t>
      </w:r>
      <w:proofErr w:type="spellStart"/>
      <w:r>
        <w:t>inte</w:t>
      </w:r>
      <w:proofErr w:type="spellEnd"/>
      <w:r>
        <w:t xml:space="preserve"> </w:t>
      </w:r>
      <w:proofErr w:type="spellStart"/>
      <w:proofErr w:type="gramStart"/>
      <w:r>
        <w:t>profetior</w:t>
      </w:r>
      <w:proofErr w:type="spellEnd"/>
      <w:r>
        <w:t>.{</w:t>
      </w:r>
      <w:proofErr w:type="gramEnd"/>
      <w:r>
        <w:t>{</w:t>
      </w:r>
      <w:proofErr w:type="spellStart"/>
      <w:r>
        <w:t>field-</w:t>
      </w:r>
      <w:proofErr w:type="gramStart"/>
      <w:r>
        <w:t>off:bible</w:t>
      </w:r>
      <w:proofErr w:type="spellEnd"/>
      <w:proofErr w:type="gramEnd"/>
      <w:r>
        <w:t>}} [[@</w:t>
      </w:r>
      <w:r w:rsidR="0096445B">
        <w:t>BibleBIBEL82</w:t>
      </w:r>
      <w:r>
        <w:t>:1Thess 5:21]]</w:t>
      </w:r>
      <w:r>
        <w:rPr>
          <w:vertAlign w:val="superscript"/>
        </w:rPr>
        <w:t>21</w:t>
      </w:r>
      <w:r>
        <w:t xml:space="preserve"> {{</w:t>
      </w:r>
      <w:proofErr w:type="spellStart"/>
      <w:r>
        <w:t>field-</w:t>
      </w:r>
      <w:proofErr w:type="gramStart"/>
      <w:r>
        <w:t>on:bible</w:t>
      </w:r>
      <w:proofErr w:type="spellEnd"/>
      <w:r>
        <w:t>}}Men</w:t>
      </w:r>
      <w:proofErr w:type="gramEnd"/>
      <w:r>
        <w:t xml:space="preserve"> </w:t>
      </w:r>
      <w:proofErr w:type="spellStart"/>
      <w:r>
        <w:t>bepröva</w:t>
      </w:r>
      <w:proofErr w:type="spellEnd"/>
      <w:r>
        <w:t xml:space="preserve"> </w:t>
      </w:r>
      <w:proofErr w:type="spellStart"/>
      <w:r>
        <w:t>allt</w:t>
      </w:r>
      <w:proofErr w:type="spellEnd"/>
      <w:r>
        <w:t xml:space="preserve">. </w:t>
      </w:r>
      <w:r w:rsidRPr="000767E2">
        <w:rPr>
          <w:lang w:val="sv-SE"/>
        </w:rPr>
        <w:t xml:space="preserve">Behåll det </w:t>
      </w:r>
      <w:r w:rsidRPr="000767E2">
        <w:rPr>
          <w:i/>
          <w:lang w:val="sv-SE"/>
        </w:rPr>
        <w:t>som är</w:t>
      </w:r>
      <w:r w:rsidRPr="000767E2">
        <w:rPr>
          <w:lang w:val="sv-SE"/>
        </w:rPr>
        <w:t xml:space="preserve"> bra.{{field-off:bible}} [[@</w:t>
      </w:r>
      <w:r w:rsidR="0096445B" w:rsidRPr="000767E2">
        <w:rPr>
          <w:lang w:val="sv-SE"/>
        </w:rPr>
        <w:t>BibleBIBEL82</w:t>
      </w:r>
      <w:r w:rsidRPr="000767E2">
        <w:rPr>
          <w:lang w:val="sv-SE"/>
        </w:rPr>
        <w:t>:1Thess 5:22]]</w:t>
      </w:r>
      <w:r w:rsidRPr="000767E2">
        <w:rPr>
          <w:vertAlign w:val="superscript"/>
          <w:lang w:val="sv-SE"/>
        </w:rPr>
        <w:t>22</w:t>
      </w:r>
      <w:r w:rsidRPr="000767E2">
        <w:rPr>
          <w:lang w:val="sv-SE"/>
        </w:rPr>
        <w:t xml:space="preserve"> {{field-on:bible}}Avhåll er från varje skepnad av ont.{{field-off:bible}}</w:t>
      </w:r>
    </w:p>
    <w:p w14:paraId="3EC048D2" w14:textId="77777777" w:rsidR="00BA33AB" w:rsidRPr="000767E2" w:rsidRDefault="00000000">
      <w:pPr>
        <w:pStyle w:val="Rubrik3"/>
        <w:rPr>
          <w:lang w:val="sv-SE"/>
        </w:rPr>
      </w:pPr>
      <w:r w:rsidRPr="000767E2">
        <w:rPr>
          <w:lang w:val="sv-SE"/>
        </w:rPr>
        <w:t>Sluthälsning</w:t>
      </w:r>
    </w:p>
    <w:p w14:paraId="71B67EEC" w14:textId="46A9EB55" w:rsidR="00BA33AB" w:rsidRPr="000767E2" w:rsidRDefault="00000000">
      <w:pPr>
        <w:rPr>
          <w:lang w:val="sv-SE"/>
        </w:rPr>
      </w:pPr>
      <w:r w:rsidRPr="000767E2">
        <w:rPr>
          <w:lang w:val="sv-SE"/>
        </w:rPr>
        <w:t>[[@</w:t>
      </w:r>
      <w:r w:rsidR="0096445B" w:rsidRPr="000767E2">
        <w:rPr>
          <w:lang w:val="sv-SE"/>
        </w:rPr>
        <w:t>BibleBIBEL82</w:t>
      </w:r>
      <w:r w:rsidRPr="000767E2">
        <w:rPr>
          <w:lang w:val="sv-SE"/>
        </w:rPr>
        <w:t>:1Thess 5:23]]</w:t>
      </w:r>
      <w:r w:rsidRPr="000767E2">
        <w:rPr>
          <w:vertAlign w:val="superscript"/>
          <w:lang w:val="sv-SE"/>
        </w:rPr>
        <w:t>23</w:t>
      </w:r>
      <w:r w:rsidRPr="000767E2">
        <w:rPr>
          <w:lang w:val="sv-SE"/>
        </w:rPr>
        <w:t xml:space="preserve"> {{field-on:bible}}Och själv må fridens Gud helga er helt igenom, och fullständig må er ande och själ och kropp bevaras klanderfritt vid vår Herre Jesu Kristi ankomst.{{field-off:bible}} [[@</w:t>
      </w:r>
      <w:r w:rsidR="0096445B" w:rsidRPr="000767E2">
        <w:rPr>
          <w:lang w:val="sv-SE"/>
        </w:rPr>
        <w:t>BibleBIBEL82</w:t>
      </w:r>
      <w:r w:rsidRPr="000767E2">
        <w:rPr>
          <w:lang w:val="sv-SE"/>
        </w:rPr>
        <w:t>:1Thess 5:24]]</w:t>
      </w:r>
      <w:r w:rsidRPr="000767E2">
        <w:rPr>
          <w:vertAlign w:val="superscript"/>
          <w:lang w:val="sv-SE"/>
        </w:rPr>
        <w:t>24</w:t>
      </w:r>
      <w:r w:rsidRPr="000767E2">
        <w:rPr>
          <w:lang w:val="sv-SE"/>
        </w:rPr>
        <w:t xml:space="preserve"> {{field-on:bible}}Trofast </w:t>
      </w:r>
      <w:r w:rsidRPr="000767E2">
        <w:rPr>
          <w:i/>
          <w:lang w:val="sv-SE"/>
        </w:rPr>
        <w:t>är</w:t>
      </w:r>
      <w:r w:rsidRPr="000767E2">
        <w:rPr>
          <w:lang w:val="sv-SE"/>
        </w:rPr>
        <w:t xml:space="preserve"> han som kallar er. Han ska också göra </w:t>
      </w:r>
      <w:r w:rsidRPr="000767E2">
        <w:rPr>
          <w:i/>
          <w:lang w:val="sv-SE"/>
        </w:rPr>
        <w:t>det</w:t>
      </w:r>
      <w:r w:rsidRPr="000767E2">
        <w:rPr>
          <w:lang w:val="sv-SE"/>
        </w:rPr>
        <w:t>.{{field-off:bible}}</w:t>
      </w:r>
    </w:p>
    <w:p w14:paraId="01300D63" w14:textId="54FF3741" w:rsidR="00BA33AB" w:rsidRPr="000767E2" w:rsidRDefault="00000000">
      <w:pPr>
        <w:rPr>
          <w:lang w:val="sv-SE"/>
        </w:rPr>
      </w:pPr>
      <w:r w:rsidRPr="000767E2">
        <w:rPr>
          <w:lang w:val="sv-SE"/>
        </w:rPr>
        <w:t>[[@</w:t>
      </w:r>
      <w:r w:rsidR="0096445B" w:rsidRPr="000767E2">
        <w:rPr>
          <w:lang w:val="sv-SE"/>
        </w:rPr>
        <w:t>BibleBIBEL82</w:t>
      </w:r>
      <w:r w:rsidRPr="000767E2">
        <w:rPr>
          <w:lang w:val="sv-SE"/>
        </w:rPr>
        <w:t>:1Thess 5:25]]</w:t>
      </w:r>
      <w:r w:rsidRPr="000767E2">
        <w:rPr>
          <w:vertAlign w:val="superscript"/>
          <w:lang w:val="sv-SE"/>
        </w:rPr>
        <w:t>25</w:t>
      </w:r>
      <w:r w:rsidRPr="000767E2">
        <w:rPr>
          <w:lang w:val="sv-SE"/>
        </w:rPr>
        <w:t xml:space="preserve"> {{field-on:bible}}Syskon, be [även] för oss.{{field-off:bible}} [[@</w:t>
      </w:r>
      <w:r w:rsidR="0096445B" w:rsidRPr="000767E2">
        <w:rPr>
          <w:lang w:val="sv-SE"/>
        </w:rPr>
        <w:t>BibleBIBEL82</w:t>
      </w:r>
      <w:r w:rsidRPr="000767E2">
        <w:rPr>
          <w:lang w:val="sv-SE"/>
        </w:rPr>
        <w:t>:1Thess 5:26]]</w:t>
      </w:r>
      <w:r w:rsidRPr="000767E2">
        <w:rPr>
          <w:vertAlign w:val="superscript"/>
          <w:lang w:val="sv-SE"/>
        </w:rPr>
        <w:t>26</w:t>
      </w:r>
      <w:r w:rsidRPr="000767E2">
        <w:rPr>
          <w:lang w:val="sv-SE"/>
        </w:rPr>
        <w:t xml:space="preserve"> {{field-on:bible}}Hälsa alla syskonen med en helig kyss.{{field-off:bible}} [[@</w:t>
      </w:r>
      <w:r w:rsidR="0096445B" w:rsidRPr="000767E2">
        <w:rPr>
          <w:lang w:val="sv-SE"/>
        </w:rPr>
        <w:t>BibleBIBEL82</w:t>
      </w:r>
      <w:r w:rsidRPr="000767E2">
        <w:rPr>
          <w:lang w:val="sv-SE"/>
        </w:rPr>
        <w:t>:1Thess 5:27]]</w:t>
      </w:r>
      <w:r w:rsidRPr="000767E2">
        <w:rPr>
          <w:vertAlign w:val="superscript"/>
          <w:lang w:val="sv-SE"/>
        </w:rPr>
        <w:t>27</w:t>
      </w:r>
      <w:r w:rsidRPr="000767E2">
        <w:rPr>
          <w:lang w:val="sv-SE"/>
        </w:rPr>
        <w:t xml:space="preserve"> {{field-on:bible}}Jag besvär er vid Herren att brevet ska läsas upp för alla syskonen.{{field-off:bible}} </w:t>
      </w:r>
      <w:r w:rsidRPr="000767E2">
        <w:rPr>
          <w:lang w:val="sv-SE"/>
        </w:rPr>
        <w:lastRenderedPageBreak/>
        <w:t>[[@</w:t>
      </w:r>
      <w:r w:rsidR="0096445B" w:rsidRPr="000767E2">
        <w:rPr>
          <w:lang w:val="sv-SE"/>
        </w:rPr>
        <w:t>BibleBIBEL82</w:t>
      </w:r>
      <w:r w:rsidRPr="000767E2">
        <w:rPr>
          <w:lang w:val="sv-SE"/>
        </w:rPr>
        <w:t>:1Thess 5:28]]</w:t>
      </w:r>
      <w:r w:rsidRPr="000767E2">
        <w:rPr>
          <w:vertAlign w:val="superscript"/>
          <w:lang w:val="sv-SE"/>
        </w:rPr>
        <w:t>28</w:t>
      </w:r>
      <w:r w:rsidRPr="000767E2">
        <w:rPr>
          <w:lang w:val="sv-SE"/>
        </w:rPr>
        <w:t xml:space="preserve"> {{field-on:bible}}Vår Herre Jesu nåd </w:t>
      </w:r>
      <w:r w:rsidRPr="000767E2">
        <w:rPr>
          <w:i/>
          <w:lang w:val="sv-SE"/>
        </w:rPr>
        <w:t>vare</w:t>
      </w:r>
      <w:r w:rsidRPr="000767E2">
        <w:rPr>
          <w:lang w:val="sv-SE"/>
        </w:rPr>
        <w:t xml:space="preserve"> med er.{{field-off:bible}}</w:t>
      </w:r>
    </w:p>
    <w:p w14:paraId="2B7E46F0" w14:textId="006C1EC7"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:2Thess]]Till thessalonikerna: Andra brevet</w:t>
      </w:r>
    </w:p>
    <w:p w14:paraId="267432F7" w14:textId="5394E888"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:2Thess 1]]Kapitel 1</w:t>
      </w:r>
    </w:p>
    <w:p w14:paraId="52D40189" w14:textId="77777777" w:rsidR="00BA33AB" w:rsidRPr="000767E2" w:rsidRDefault="00000000">
      <w:pPr>
        <w:pStyle w:val="Rubrik3"/>
        <w:rPr>
          <w:lang w:val="sv-SE"/>
        </w:rPr>
      </w:pPr>
      <w:r w:rsidRPr="000767E2">
        <w:rPr>
          <w:lang w:val="sv-SE"/>
        </w:rPr>
        <w:t>Hälsning</w:t>
      </w:r>
    </w:p>
    <w:p w14:paraId="2A4BD820" w14:textId="1ABF097E" w:rsidR="00BA33AB" w:rsidRPr="000767E2" w:rsidRDefault="00000000">
      <w:pPr>
        <w:rPr>
          <w:lang w:val="sv-SE"/>
        </w:rPr>
      </w:pPr>
      <w:r w:rsidRPr="000767E2">
        <w:rPr>
          <w:lang w:val="sv-SE"/>
        </w:rPr>
        <w:t>[[@</w:t>
      </w:r>
      <w:r w:rsidR="0096445B" w:rsidRPr="000767E2">
        <w:rPr>
          <w:lang w:val="sv-SE"/>
        </w:rPr>
        <w:t>BibleBIBEL82</w:t>
      </w:r>
      <w:r w:rsidRPr="000767E2">
        <w:rPr>
          <w:lang w:val="sv-SE"/>
        </w:rPr>
        <w:t>:2Thess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och Silvanus och Timotheos. Till församlingen av thessaloniker i Gud vår Far och Herren Jesus Kristus:{{field-off:bible}} [[@</w:t>
      </w:r>
      <w:r w:rsidR="0096445B" w:rsidRPr="000767E2">
        <w:rPr>
          <w:lang w:val="sv-SE"/>
        </w:rPr>
        <w:t>BibleBIBEL82</w:t>
      </w:r>
      <w:r w:rsidRPr="000767E2">
        <w:rPr>
          <w:lang w:val="sv-SE"/>
        </w:rPr>
        <w:t>:2Thess 1:2]]</w:t>
      </w:r>
      <w:r w:rsidRPr="000767E2">
        <w:rPr>
          <w:vertAlign w:val="superscript"/>
          <w:lang w:val="sv-SE"/>
        </w:rPr>
        <w:t>2</w:t>
      </w:r>
      <w:r w:rsidRPr="000767E2">
        <w:rPr>
          <w:lang w:val="sv-SE"/>
        </w:rPr>
        <w:t xml:space="preserve"> {{field-on:bible}}Nåd åt er och frid från Gud vår Far och Herren Jesus Kristus.{{field-off:bible}}</w:t>
      </w:r>
    </w:p>
    <w:p w14:paraId="3AAEFC45" w14:textId="77777777" w:rsidR="00BA33AB" w:rsidRPr="000767E2" w:rsidRDefault="00000000">
      <w:pPr>
        <w:pStyle w:val="Rubrik3"/>
        <w:rPr>
          <w:lang w:val="sv-SE"/>
        </w:rPr>
      </w:pPr>
      <w:r w:rsidRPr="000767E2">
        <w:rPr>
          <w:lang w:val="sv-SE"/>
        </w:rPr>
        <w:t>Tacksägelse och förbön</w:t>
      </w:r>
    </w:p>
    <w:p w14:paraId="6610C931" w14:textId="38C8056D" w:rsidR="00BA33AB" w:rsidRPr="000767E2" w:rsidRDefault="00000000">
      <w:pPr>
        <w:rPr>
          <w:lang w:val="sv-SE"/>
        </w:rPr>
      </w:pPr>
      <w:r w:rsidRPr="000767E2">
        <w:rPr>
          <w:lang w:val="sv-SE"/>
        </w:rPr>
        <w:t>[[@</w:t>
      </w:r>
      <w:r w:rsidR="0096445B" w:rsidRPr="000767E2">
        <w:rPr>
          <w:lang w:val="sv-SE"/>
        </w:rPr>
        <w:t>BibleBIBEL82</w:t>
      </w:r>
      <w:r w:rsidRPr="000767E2">
        <w:rPr>
          <w:lang w:val="sv-SE"/>
        </w:rPr>
        <w:t>:2Thess 1:3]]</w:t>
      </w:r>
      <w:r w:rsidRPr="000767E2">
        <w:rPr>
          <w:vertAlign w:val="superscript"/>
          <w:lang w:val="sv-SE"/>
        </w:rPr>
        <w:t>3</w:t>
      </w:r>
      <w:r w:rsidRPr="000767E2">
        <w:rPr>
          <w:lang w:val="sv-SE"/>
        </w:rPr>
        <w:t xml:space="preserve"> {{field-on:bible}}Vi är skyldiga att alltid tacka Gud för er syskon, så som värdigt är, för att er tro överväxer och kärleken förmeras hos var och en av er alla till varandra.{{field-off:bible}} [[@</w:t>
      </w:r>
      <w:r w:rsidR="0096445B" w:rsidRPr="000767E2">
        <w:rPr>
          <w:lang w:val="sv-SE"/>
        </w:rPr>
        <w:t>BibleBIBEL82</w:t>
      </w:r>
      <w:r w:rsidRPr="000767E2">
        <w:rPr>
          <w:lang w:val="sv-SE"/>
        </w:rPr>
        <w:t>:2Thess 1:4]]</w:t>
      </w:r>
      <w:r w:rsidRPr="000767E2">
        <w:rPr>
          <w:vertAlign w:val="superscript"/>
          <w:lang w:val="sv-SE"/>
        </w:rPr>
        <w:t>4</w:t>
      </w:r>
      <w:r w:rsidRPr="000767E2">
        <w:rPr>
          <w:lang w:val="sv-SE"/>
        </w:rPr>
        <w:t xml:space="preserve"> {{field-on:bible}}Därför är vi själva stolta över er bland Guds församlingar, över er uthållighet och tro under alla era förföljelser och vedermödor som ni står ut med:{{field-off:bible}} [[@</w:t>
      </w:r>
      <w:r w:rsidR="0096445B" w:rsidRPr="000767E2">
        <w:rPr>
          <w:lang w:val="sv-SE"/>
        </w:rPr>
        <w:t>BibleBIBEL82</w:t>
      </w:r>
      <w:r w:rsidRPr="000767E2">
        <w:rPr>
          <w:lang w:val="sv-SE"/>
        </w:rPr>
        <w:t>:2Thess 1:5]]</w:t>
      </w:r>
      <w:r w:rsidRPr="000767E2">
        <w:rPr>
          <w:vertAlign w:val="superscript"/>
          <w:lang w:val="sv-SE"/>
        </w:rPr>
        <w:t>5</w:t>
      </w:r>
      <w:r w:rsidRPr="000767E2">
        <w:rPr>
          <w:lang w:val="sv-SE"/>
        </w:rPr>
        <w:t xml:space="preserve"> {{field-on:bible}}ett bevis på Guds rättfärdiga dom, så att ni räknas värdiga Guds rike för vilket ni också lider –{{field-off:bible}} [[@</w:t>
      </w:r>
      <w:r w:rsidR="0096445B" w:rsidRPr="000767E2">
        <w:rPr>
          <w:lang w:val="sv-SE"/>
        </w:rPr>
        <w:t>BibleBIBEL82</w:t>
      </w:r>
      <w:r w:rsidRPr="000767E2">
        <w:rPr>
          <w:lang w:val="sv-SE"/>
        </w:rPr>
        <w:t>:2Thess 1:6]]</w:t>
      </w:r>
      <w:r w:rsidRPr="000767E2">
        <w:rPr>
          <w:vertAlign w:val="superscript"/>
          <w:lang w:val="sv-SE"/>
        </w:rPr>
        <w:t>6</w:t>
      </w:r>
      <w:r w:rsidRPr="000767E2">
        <w:rPr>
          <w:lang w:val="sv-SE"/>
        </w:rPr>
        <w:t xml:space="preserve"> {{field-on:bible}}om </w:t>
      </w:r>
      <w:r w:rsidRPr="000767E2">
        <w:rPr>
          <w:i/>
          <w:lang w:val="sv-SE"/>
        </w:rPr>
        <w:t>det</w:t>
      </w:r>
      <w:r w:rsidRPr="000767E2">
        <w:rPr>
          <w:lang w:val="sv-SE"/>
        </w:rPr>
        <w:t xml:space="preserve"> nu </w:t>
      </w:r>
      <w:r w:rsidRPr="000767E2">
        <w:rPr>
          <w:i/>
          <w:lang w:val="sv-SE"/>
        </w:rPr>
        <w:t>är</w:t>
      </w:r>
      <w:r w:rsidRPr="000767E2">
        <w:rPr>
          <w:lang w:val="sv-SE"/>
        </w:rPr>
        <w:t xml:space="preserve"> rättfärdigt inför Gud att återgälda dem som pressar er </w:t>
      </w:r>
      <w:r w:rsidRPr="000767E2">
        <w:rPr>
          <w:i/>
          <w:lang w:val="sv-SE"/>
        </w:rPr>
        <w:t>med</w:t>
      </w:r>
      <w:r w:rsidRPr="000767E2">
        <w:rPr>
          <w:lang w:val="sv-SE"/>
        </w:rPr>
        <w:t xml:space="preserve"> nöd,{{field-off:bible}} [[@</w:t>
      </w:r>
      <w:r w:rsidR="0096445B" w:rsidRPr="000767E2">
        <w:rPr>
          <w:lang w:val="sv-SE"/>
        </w:rPr>
        <w:t>BibleBIBEL82</w:t>
      </w:r>
      <w:r w:rsidRPr="000767E2">
        <w:rPr>
          <w:lang w:val="sv-SE"/>
        </w:rPr>
        <w:t>:2Thess 1:7]]</w:t>
      </w:r>
      <w:r w:rsidRPr="000767E2">
        <w:rPr>
          <w:vertAlign w:val="superscript"/>
          <w:lang w:val="sv-SE"/>
        </w:rPr>
        <w:t>7</w:t>
      </w:r>
      <w:r w:rsidRPr="000767E2">
        <w:rPr>
          <w:lang w:val="sv-SE"/>
        </w:rPr>
        <w:t xml:space="preserve"> {{field-on:bible}}och </w:t>
      </w:r>
      <w:r w:rsidRPr="000767E2">
        <w:rPr>
          <w:i/>
          <w:lang w:val="sv-SE"/>
        </w:rPr>
        <w:t>ge</w:t>
      </w:r>
      <w:r w:rsidRPr="000767E2">
        <w:rPr>
          <w:lang w:val="sv-SE"/>
        </w:rPr>
        <w:t xml:space="preserve"> er som pressas lättnad </w:t>
      </w:r>
      <w:r w:rsidRPr="000767E2">
        <w:rPr>
          <w:i/>
          <w:lang w:val="sv-SE"/>
        </w:rPr>
        <w:t>tillsammans</w:t>
      </w:r>
      <w:r w:rsidRPr="000767E2">
        <w:rPr>
          <w:lang w:val="sv-SE"/>
        </w:rPr>
        <w:t xml:space="preserve"> med oss, vid uppenbarelsen av Herren Jesus från himlen med sin makts änglar{{field-off:bible}} [[@</w:t>
      </w:r>
      <w:r w:rsidR="0096445B" w:rsidRPr="000767E2">
        <w:rPr>
          <w:lang w:val="sv-SE"/>
        </w:rPr>
        <w:t>BibleBIBEL82</w:t>
      </w:r>
      <w:r w:rsidRPr="000767E2">
        <w:rPr>
          <w:lang w:val="sv-SE"/>
        </w:rPr>
        <w:t>:2Thess 1:8]]</w:t>
      </w:r>
      <w:r w:rsidRPr="000767E2">
        <w:rPr>
          <w:vertAlign w:val="superscript"/>
          <w:lang w:val="sv-SE"/>
        </w:rPr>
        <w:t>8</w:t>
      </w:r>
      <w:r w:rsidRPr="000767E2">
        <w:rPr>
          <w:lang w:val="sv-SE"/>
        </w:rPr>
        <w:t xml:space="preserve"> {{field-on:bible}}i lågas eld, när han ger rättskipning åt dem som inte känner Gud och dem som inte hörsammar vår Herre Jesu evangelium.{{field-off:bible}} [[@</w:t>
      </w:r>
      <w:r w:rsidR="0096445B" w:rsidRPr="000767E2">
        <w:rPr>
          <w:lang w:val="sv-SE"/>
        </w:rPr>
        <w:t>BibleBIBEL82</w:t>
      </w:r>
      <w:r w:rsidRPr="000767E2">
        <w:rPr>
          <w:lang w:val="sv-SE"/>
        </w:rPr>
        <w:t>:2Thess 1:9]]</w:t>
      </w:r>
      <w:r w:rsidRPr="000767E2">
        <w:rPr>
          <w:vertAlign w:val="superscript"/>
          <w:lang w:val="sv-SE"/>
        </w:rPr>
        <w:t>9</w:t>
      </w:r>
      <w:r w:rsidRPr="000767E2">
        <w:rPr>
          <w:lang w:val="sv-SE"/>
        </w:rPr>
        <w:t xml:space="preserve"> {{field-on:bible}}De ska plikta med straffdom </w:t>
      </w:r>
      <w:r w:rsidRPr="000767E2">
        <w:rPr>
          <w:i/>
          <w:lang w:val="sv-SE"/>
        </w:rPr>
        <w:t>av</w:t>
      </w:r>
      <w:r w:rsidRPr="000767E2">
        <w:rPr>
          <w:lang w:val="sv-SE"/>
        </w:rPr>
        <w:t xml:space="preserve"> eonisk undergång från Herrens ansikte och från hans styrkas härlighet,{{field-off:bible}} [[@</w:t>
      </w:r>
      <w:r w:rsidR="0096445B" w:rsidRPr="000767E2">
        <w:rPr>
          <w:lang w:val="sv-SE"/>
        </w:rPr>
        <w:t>BibleBIBEL82</w:t>
      </w:r>
      <w:r w:rsidRPr="000767E2">
        <w:rPr>
          <w:lang w:val="sv-SE"/>
        </w:rPr>
        <w:t>:2Thess 1:10]]</w:t>
      </w:r>
      <w:r w:rsidRPr="000767E2">
        <w:rPr>
          <w:vertAlign w:val="superscript"/>
          <w:lang w:val="sv-SE"/>
        </w:rPr>
        <w:t>10</w:t>
      </w:r>
      <w:r w:rsidRPr="000767E2">
        <w:rPr>
          <w:lang w:val="sv-SE"/>
        </w:rPr>
        <w:t xml:space="preserve"> {{field-on:bible}}när han kommer </w:t>
      </w:r>
      <w:r w:rsidRPr="000767E2">
        <w:rPr>
          <w:i/>
          <w:lang w:val="sv-SE"/>
        </w:rPr>
        <w:t>för</w:t>
      </w:r>
      <w:r w:rsidRPr="000767E2">
        <w:rPr>
          <w:lang w:val="sv-SE"/>
        </w:rPr>
        <w:t xml:space="preserve"> att förhärligas bland sina heliga och väcka förundran bland alla dem som kommit till tro – för trott blev vårt vittnesbörd hos er – på den dagen.{{field-off:bible}}</w:t>
      </w:r>
    </w:p>
    <w:p w14:paraId="2D034CBF" w14:textId="70CC1CDD" w:rsidR="00BA33AB" w:rsidRPr="000767E2" w:rsidRDefault="00000000">
      <w:pPr>
        <w:rPr>
          <w:lang w:val="sv-SE"/>
        </w:rPr>
      </w:pPr>
      <w:r w:rsidRPr="000767E2">
        <w:rPr>
          <w:lang w:val="sv-SE"/>
        </w:rPr>
        <w:t>[[@</w:t>
      </w:r>
      <w:r w:rsidR="0096445B" w:rsidRPr="000767E2">
        <w:rPr>
          <w:lang w:val="sv-SE"/>
        </w:rPr>
        <w:t>BibleBIBEL82</w:t>
      </w:r>
      <w:r w:rsidRPr="000767E2">
        <w:rPr>
          <w:lang w:val="sv-SE"/>
        </w:rPr>
        <w:t>:2Thess 1:11]]</w:t>
      </w:r>
      <w:r w:rsidRPr="000767E2">
        <w:rPr>
          <w:vertAlign w:val="superscript"/>
          <w:lang w:val="sv-SE"/>
        </w:rPr>
        <w:t>11</w:t>
      </w:r>
      <w:r w:rsidRPr="000767E2">
        <w:rPr>
          <w:lang w:val="sv-SE"/>
        </w:rPr>
        <w:t xml:space="preserve"> {{field-on:bible}}För detta ber vi också alltid för er, att vår Gud ska anse er värdiga kallelsen och uppfylla all godhetsvilja och trosgärning med kraft,{{field-off:bible}} [[@</w:t>
      </w:r>
      <w:r w:rsidR="0096445B" w:rsidRPr="000767E2">
        <w:rPr>
          <w:lang w:val="sv-SE"/>
        </w:rPr>
        <w:t>BibleBIBEL82</w:t>
      </w:r>
      <w:r w:rsidRPr="000767E2">
        <w:rPr>
          <w:lang w:val="sv-SE"/>
        </w:rPr>
        <w:t>:2Thess 1:12]]</w:t>
      </w:r>
      <w:r w:rsidRPr="000767E2">
        <w:rPr>
          <w:vertAlign w:val="superscript"/>
          <w:lang w:val="sv-SE"/>
        </w:rPr>
        <w:t>12</w:t>
      </w:r>
      <w:r w:rsidRPr="000767E2">
        <w:rPr>
          <w:lang w:val="sv-SE"/>
        </w:rPr>
        <w:t xml:space="preserve"> {{field-on:bible}}så att vår Herre Jesu namn förhärligas i er och ni i honom, efter vår Guds och Herre Jesu Kristi nåd.{{field-off:bible}}</w:t>
      </w:r>
    </w:p>
    <w:p w14:paraId="72A3FD19" w14:textId="763186F3"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:2Thess 2]]Kapitel 2</w:t>
      </w:r>
    </w:p>
    <w:p w14:paraId="18318D63" w14:textId="77777777" w:rsidR="00BA33AB" w:rsidRPr="000767E2" w:rsidRDefault="00000000">
      <w:pPr>
        <w:pStyle w:val="Rubrik3"/>
        <w:rPr>
          <w:lang w:val="sv-SE"/>
        </w:rPr>
      </w:pPr>
      <w:r w:rsidRPr="000767E2">
        <w:rPr>
          <w:lang w:val="sv-SE"/>
        </w:rPr>
        <w:t>Laglöshetens människa</w:t>
      </w:r>
    </w:p>
    <w:p w14:paraId="4009D89F" w14:textId="1BC44B18" w:rsidR="00BA33AB" w:rsidRPr="000767E2" w:rsidRDefault="00000000">
      <w:pPr>
        <w:rPr>
          <w:lang w:val="sv-SE"/>
        </w:rPr>
      </w:pPr>
      <w:r w:rsidRPr="000767E2">
        <w:rPr>
          <w:lang w:val="sv-SE"/>
        </w:rPr>
        <w:t>[[@</w:t>
      </w:r>
      <w:r w:rsidR="0096445B" w:rsidRPr="000767E2">
        <w:rPr>
          <w:lang w:val="sv-SE"/>
        </w:rPr>
        <w:t>BibleBIBEL82</w:t>
      </w:r>
      <w:r w:rsidRPr="000767E2">
        <w:rPr>
          <w:lang w:val="sv-SE"/>
        </w:rPr>
        <w:t>:2Thess 2:1]]</w:t>
      </w:r>
      <w:r w:rsidRPr="000767E2">
        <w:rPr>
          <w:vertAlign w:val="superscript"/>
          <w:lang w:val="sv-SE"/>
        </w:rPr>
        <w:t>1</w:t>
      </w:r>
      <w:r w:rsidRPr="000767E2">
        <w:rPr>
          <w:lang w:val="sv-SE"/>
        </w:rPr>
        <w:t xml:space="preserve"> {{field-on:bible}}Men vi efterfrågar </w:t>
      </w:r>
      <w:r w:rsidRPr="000767E2">
        <w:rPr>
          <w:i/>
          <w:lang w:val="sv-SE"/>
        </w:rPr>
        <w:t>hos</w:t>
      </w:r>
      <w:r w:rsidRPr="000767E2">
        <w:rPr>
          <w:lang w:val="sv-SE"/>
        </w:rPr>
        <w:t xml:space="preserve"> er, syskon, gällande vår Herre Jesu Kristi ankomst och vår samling hos honom,{{field-off:bible}} [[@</w:t>
      </w:r>
      <w:r w:rsidR="0096445B" w:rsidRPr="000767E2">
        <w:rPr>
          <w:lang w:val="sv-SE"/>
        </w:rPr>
        <w:t>BibleBIBEL82</w:t>
      </w:r>
      <w:r w:rsidRPr="000767E2">
        <w:rPr>
          <w:lang w:val="sv-SE"/>
        </w:rPr>
        <w:t>:2Thess 2:2]]</w:t>
      </w:r>
      <w:r w:rsidRPr="000767E2">
        <w:rPr>
          <w:vertAlign w:val="superscript"/>
          <w:lang w:val="sv-SE"/>
        </w:rPr>
        <w:t>2</w:t>
      </w:r>
      <w:r w:rsidRPr="000767E2">
        <w:rPr>
          <w:lang w:val="sv-SE"/>
        </w:rPr>
        <w:t xml:space="preserve"> {{field-on:bible}}att ni inte fort </w:t>
      </w:r>
      <w:r w:rsidRPr="000767E2">
        <w:rPr>
          <w:i/>
          <w:lang w:val="sv-SE"/>
        </w:rPr>
        <w:t>ska</w:t>
      </w:r>
      <w:r w:rsidRPr="000767E2">
        <w:rPr>
          <w:lang w:val="sv-SE"/>
        </w:rPr>
        <w:t xml:space="preserve"> skakas från förnuftet eller bli skärrade, varken genom ande eller genom ord eller genom brev såsom genom oss, som att Herrens dag är inne.{{field-off:bible}}</w:t>
      </w:r>
    </w:p>
    <w:p w14:paraId="54C81471" w14:textId="09B700EB" w:rsidR="00BA33AB" w:rsidRPr="000767E2" w:rsidRDefault="00000000">
      <w:pPr>
        <w:rPr>
          <w:lang w:val="sv-SE"/>
        </w:rPr>
      </w:pPr>
      <w:r w:rsidRPr="000767E2">
        <w:rPr>
          <w:lang w:val="sv-SE"/>
        </w:rPr>
        <w:t>[[@</w:t>
      </w:r>
      <w:r w:rsidR="0096445B" w:rsidRPr="000767E2">
        <w:rPr>
          <w:lang w:val="sv-SE"/>
        </w:rPr>
        <w:t>BibleBIBEL82</w:t>
      </w:r>
      <w:r w:rsidRPr="000767E2">
        <w:rPr>
          <w:lang w:val="sv-SE"/>
        </w:rPr>
        <w:t>:2Thess 2:3]]</w:t>
      </w:r>
      <w:r w:rsidRPr="000767E2">
        <w:rPr>
          <w:vertAlign w:val="superscript"/>
          <w:lang w:val="sv-SE"/>
        </w:rPr>
        <w:t>3</w:t>
      </w:r>
      <w:r w:rsidRPr="000767E2">
        <w:rPr>
          <w:lang w:val="sv-SE"/>
        </w:rPr>
        <w:t xml:space="preserve"> {{field-on:bible}}Ingen ska grundlura er på något sätt. För om inte avfallet först kommer och laglöshetens människa uppenbaras, fördärvets son{{field-off:bible}} [[@</w:t>
      </w:r>
      <w:r w:rsidR="0096445B" w:rsidRPr="000767E2">
        <w:rPr>
          <w:lang w:val="sv-SE"/>
        </w:rPr>
        <w:t>BibleBIBEL82</w:t>
      </w:r>
      <w:r w:rsidRPr="000767E2">
        <w:rPr>
          <w:lang w:val="sv-SE"/>
        </w:rPr>
        <w:t>:2Thess 2:4]]</w:t>
      </w:r>
      <w:r w:rsidRPr="000767E2">
        <w:rPr>
          <w:vertAlign w:val="superscript"/>
          <w:lang w:val="sv-SE"/>
        </w:rPr>
        <w:t>4</w:t>
      </w:r>
      <w:r w:rsidRPr="000767E2">
        <w:rPr>
          <w:lang w:val="sv-SE"/>
        </w:rPr>
        <w:t xml:space="preserve"> {{field-on:bible}}som är motståndare och förhäver sig över allt som kallas Gud eller vördnadsföremål, så att han sätter sig i Guds tempelbyggnad </w:t>
      </w:r>
      <w:r w:rsidRPr="000767E2">
        <w:rPr>
          <w:i/>
          <w:lang w:val="sv-SE"/>
        </w:rPr>
        <w:t>och</w:t>
      </w:r>
      <w:r w:rsidRPr="000767E2">
        <w:rPr>
          <w:lang w:val="sv-SE"/>
        </w:rPr>
        <w:t xml:space="preserve"> utpekar sig själv att han är Gud –{{field-off:bible}} [[@</w:t>
      </w:r>
      <w:r w:rsidR="0096445B" w:rsidRPr="000767E2">
        <w:rPr>
          <w:lang w:val="sv-SE"/>
        </w:rPr>
        <w:t>BibleBIBEL82</w:t>
      </w:r>
      <w:r w:rsidRPr="000767E2">
        <w:rPr>
          <w:lang w:val="sv-SE"/>
        </w:rPr>
        <w:t>:2Thess 2:5]]</w:t>
      </w:r>
      <w:r w:rsidRPr="000767E2">
        <w:rPr>
          <w:vertAlign w:val="superscript"/>
          <w:lang w:val="sv-SE"/>
        </w:rPr>
        <w:t>5</w:t>
      </w:r>
      <w:r w:rsidRPr="000767E2">
        <w:rPr>
          <w:lang w:val="sv-SE"/>
        </w:rPr>
        <w:t xml:space="preserve"> {{field-on:bible}}minns ni inte att när jag ännu var hos er, sade jag er detta?{{field-off:bible}} [[@</w:t>
      </w:r>
      <w:r w:rsidR="0096445B" w:rsidRPr="000767E2">
        <w:rPr>
          <w:lang w:val="sv-SE"/>
        </w:rPr>
        <w:t>BibleBIBEL82</w:t>
      </w:r>
      <w:r w:rsidRPr="000767E2">
        <w:rPr>
          <w:lang w:val="sv-SE"/>
        </w:rPr>
        <w:t>:2Thess 2:6]]</w:t>
      </w:r>
      <w:r w:rsidRPr="000767E2">
        <w:rPr>
          <w:vertAlign w:val="superscript"/>
          <w:lang w:val="sv-SE"/>
        </w:rPr>
        <w:t>6</w:t>
      </w:r>
      <w:r w:rsidRPr="000767E2">
        <w:rPr>
          <w:lang w:val="sv-SE"/>
        </w:rPr>
        <w:t xml:space="preserve"> {{field-on:bible}}Och det som nu håller tillbaka vet ni, så att han uppenbaras i sin egen tid.{{field-off:bible}} [[@</w:t>
      </w:r>
      <w:r w:rsidR="0096445B" w:rsidRPr="000767E2">
        <w:rPr>
          <w:lang w:val="sv-SE"/>
        </w:rPr>
        <w:t>BibleBIBEL82</w:t>
      </w:r>
      <w:r w:rsidRPr="000767E2">
        <w:rPr>
          <w:lang w:val="sv-SE"/>
        </w:rPr>
        <w:t>:2Thess 2:7]]</w:t>
      </w:r>
      <w:r w:rsidRPr="000767E2">
        <w:rPr>
          <w:vertAlign w:val="superscript"/>
          <w:lang w:val="sv-SE"/>
        </w:rPr>
        <w:t>7</w:t>
      </w:r>
      <w:r w:rsidRPr="000767E2">
        <w:rPr>
          <w:lang w:val="sv-SE"/>
        </w:rPr>
        <w:t xml:space="preserve"> {{field-on:bible}}För laglöshetens mysterium verkar redan. </w:t>
      </w:r>
      <w:r w:rsidRPr="000767E2">
        <w:rPr>
          <w:i/>
          <w:lang w:val="sv-SE"/>
        </w:rPr>
        <w:t>Det är</w:t>
      </w:r>
      <w:r w:rsidRPr="000767E2">
        <w:rPr>
          <w:lang w:val="sv-SE"/>
        </w:rPr>
        <w:t xml:space="preserve"> bara den som håller tillbaka nu, tills den blir ur mitten.{{field-off:bible}}</w:t>
      </w:r>
    </w:p>
    <w:p w14:paraId="1AC5143C" w14:textId="21AACE6E" w:rsidR="00BA33AB" w:rsidRPr="000767E2" w:rsidRDefault="00000000">
      <w:pPr>
        <w:rPr>
          <w:lang w:val="sv-SE"/>
        </w:rPr>
      </w:pPr>
      <w:r w:rsidRPr="000767E2">
        <w:rPr>
          <w:lang w:val="sv-SE"/>
        </w:rPr>
        <w:t>[[@</w:t>
      </w:r>
      <w:r w:rsidR="0096445B" w:rsidRPr="000767E2">
        <w:rPr>
          <w:lang w:val="sv-SE"/>
        </w:rPr>
        <w:t>BibleBIBEL82</w:t>
      </w:r>
      <w:r w:rsidRPr="000767E2">
        <w:rPr>
          <w:lang w:val="sv-SE"/>
        </w:rPr>
        <w:t>:2Thess 2:8]]</w:t>
      </w:r>
      <w:r w:rsidRPr="000767E2">
        <w:rPr>
          <w:vertAlign w:val="superscript"/>
          <w:lang w:val="sv-SE"/>
        </w:rPr>
        <w:t>8</w:t>
      </w:r>
      <w:r w:rsidRPr="000767E2">
        <w:rPr>
          <w:lang w:val="sv-SE"/>
        </w:rPr>
        <w:t xml:space="preserve"> {{field-on:bible}}Och då ska den laglöse uppenbaras, </w:t>
      </w:r>
      <w:r w:rsidRPr="000767E2">
        <w:rPr>
          <w:i/>
          <w:lang w:val="sv-SE"/>
        </w:rPr>
        <w:t>han</w:t>
      </w:r>
      <w:r w:rsidRPr="000767E2">
        <w:rPr>
          <w:lang w:val="sv-SE"/>
        </w:rPr>
        <w:t xml:space="preserve"> som Herren Jesus ska röja bort med sin muns ande och stoppa med sin ankomsts framträdande,{{field-off:bible}} [[@</w:t>
      </w:r>
      <w:r w:rsidR="0096445B" w:rsidRPr="000767E2">
        <w:rPr>
          <w:lang w:val="sv-SE"/>
        </w:rPr>
        <w:t>BibleBIBEL82</w:t>
      </w:r>
      <w:r w:rsidRPr="000767E2">
        <w:rPr>
          <w:lang w:val="sv-SE"/>
        </w:rPr>
        <w:t>:2Thess 2:9]]</w:t>
      </w:r>
      <w:r w:rsidRPr="000767E2">
        <w:rPr>
          <w:vertAlign w:val="superscript"/>
          <w:lang w:val="sv-SE"/>
        </w:rPr>
        <w:t>9</w:t>
      </w:r>
      <w:r w:rsidRPr="000767E2">
        <w:rPr>
          <w:lang w:val="sv-SE"/>
        </w:rPr>
        <w:t xml:space="preserve"> {{field-on:bible}}</w:t>
      </w:r>
      <w:r w:rsidRPr="000767E2">
        <w:rPr>
          <w:i/>
          <w:lang w:val="sv-SE"/>
        </w:rPr>
        <w:t>han</w:t>
      </w:r>
      <w:r w:rsidRPr="000767E2">
        <w:rPr>
          <w:lang w:val="sv-SE"/>
        </w:rPr>
        <w:t xml:space="preserve"> vars ankomst är efter Satans inverkan med all kraft och tecken och under av lögn,{{field-off:bible}} [[@</w:t>
      </w:r>
      <w:r w:rsidR="0096445B" w:rsidRPr="000767E2">
        <w:rPr>
          <w:lang w:val="sv-SE"/>
        </w:rPr>
        <w:t>BibleBIBEL82</w:t>
      </w:r>
      <w:r w:rsidRPr="000767E2">
        <w:rPr>
          <w:lang w:val="sv-SE"/>
        </w:rPr>
        <w:t>:2Thess 2:10]]</w:t>
      </w:r>
      <w:r w:rsidRPr="000767E2">
        <w:rPr>
          <w:vertAlign w:val="superscript"/>
          <w:lang w:val="sv-SE"/>
        </w:rPr>
        <w:t>10</w:t>
      </w:r>
      <w:r w:rsidRPr="000767E2">
        <w:rPr>
          <w:lang w:val="sv-SE"/>
        </w:rPr>
        <w:t xml:space="preserve"> {{field-on:bible}}och med all tjusning av orätt för dem som går förlorade, därför att de inte välkomnade kärleken till sanningen så att de blir frälsta.{{field-off:bible}} [[@</w:t>
      </w:r>
      <w:r w:rsidR="0096445B" w:rsidRPr="000767E2">
        <w:rPr>
          <w:lang w:val="sv-SE"/>
        </w:rPr>
        <w:t>BibleBIBEL82</w:t>
      </w:r>
      <w:r w:rsidRPr="000767E2">
        <w:rPr>
          <w:lang w:val="sv-SE"/>
        </w:rPr>
        <w:t>:2Thess 2:11]]</w:t>
      </w:r>
      <w:r w:rsidRPr="000767E2">
        <w:rPr>
          <w:vertAlign w:val="superscript"/>
          <w:lang w:val="sv-SE"/>
        </w:rPr>
        <w:t>11</w:t>
      </w:r>
      <w:r w:rsidRPr="000767E2">
        <w:rPr>
          <w:lang w:val="sv-SE"/>
        </w:rPr>
        <w:t xml:space="preserve"> {{field-on:bible}}Och därför skickar Gud dem en inverkan av villfarelse så att de tror på lögnen,{{field-off:bible}} [[@</w:t>
      </w:r>
      <w:r w:rsidR="0096445B" w:rsidRPr="000767E2">
        <w:rPr>
          <w:lang w:val="sv-SE"/>
        </w:rPr>
        <w:t>BibleBIBEL82</w:t>
      </w:r>
      <w:r w:rsidRPr="000767E2">
        <w:rPr>
          <w:lang w:val="sv-SE"/>
        </w:rPr>
        <w:t>:2Thess 2:12]]</w:t>
      </w:r>
      <w:r w:rsidRPr="000767E2">
        <w:rPr>
          <w:vertAlign w:val="superscript"/>
          <w:lang w:val="sv-SE"/>
        </w:rPr>
        <w:t>12</w:t>
      </w:r>
      <w:r w:rsidRPr="000767E2">
        <w:rPr>
          <w:lang w:val="sv-SE"/>
        </w:rPr>
        <w:t xml:space="preserve"> {{field-on:bible}}så att alla blir dömda som inte har trott på sanningen utan funnit behag i orätten.{{field-off:bible}}</w:t>
      </w:r>
    </w:p>
    <w:p w14:paraId="15A60BD4" w14:textId="77777777" w:rsidR="00BA33AB" w:rsidRPr="000767E2" w:rsidRDefault="00000000">
      <w:pPr>
        <w:pStyle w:val="Rubrik3"/>
        <w:rPr>
          <w:lang w:val="sv-SE"/>
        </w:rPr>
      </w:pPr>
      <w:r w:rsidRPr="000767E2">
        <w:rPr>
          <w:lang w:val="sv-SE"/>
        </w:rPr>
        <w:t>Gud har utvalt er</w:t>
      </w:r>
    </w:p>
    <w:p w14:paraId="1E20892D" w14:textId="60C5C439" w:rsidR="00BA33AB" w:rsidRPr="000767E2" w:rsidRDefault="00000000">
      <w:pPr>
        <w:rPr>
          <w:lang w:val="sv-SE"/>
        </w:rPr>
      </w:pPr>
      <w:r w:rsidRPr="000767E2">
        <w:rPr>
          <w:lang w:val="sv-SE"/>
        </w:rPr>
        <w:t>[[@</w:t>
      </w:r>
      <w:r w:rsidR="0096445B" w:rsidRPr="000767E2">
        <w:rPr>
          <w:lang w:val="sv-SE"/>
        </w:rPr>
        <w:t>BibleBIBEL82</w:t>
      </w:r>
      <w:r w:rsidRPr="000767E2">
        <w:rPr>
          <w:lang w:val="sv-SE"/>
        </w:rPr>
        <w:t>:2Thess 2:13]]</w:t>
      </w:r>
      <w:r w:rsidRPr="000767E2">
        <w:rPr>
          <w:vertAlign w:val="superscript"/>
          <w:lang w:val="sv-SE"/>
        </w:rPr>
        <w:t>13</w:t>
      </w:r>
      <w:r w:rsidRPr="000767E2">
        <w:rPr>
          <w:lang w:val="sv-SE"/>
        </w:rPr>
        <w:t xml:space="preserve"> {{field-on:bible}}Men vi är skyldiga att alltid tacka Gud för er, syskon älskade av Herren, för att Gud har valt er </w:t>
      </w:r>
      <w:r w:rsidRPr="000767E2">
        <w:rPr>
          <w:i/>
          <w:lang w:val="sv-SE"/>
        </w:rPr>
        <w:t>som</w:t>
      </w:r>
      <w:r w:rsidRPr="000767E2">
        <w:rPr>
          <w:lang w:val="sv-SE"/>
        </w:rPr>
        <w:t xml:space="preserve"> en förstling till frälsning genom Andes helgelse och sanningstro.{{field-off:bible}} [[@</w:t>
      </w:r>
      <w:r w:rsidR="0096445B" w:rsidRPr="000767E2">
        <w:rPr>
          <w:lang w:val="sv-SE"/>
        </w:rPr>
        <w:t>BibleBIBEL82</w:t>
      </w:r>
      <w:r w:rsidRPr="000767E2">
        <w:rPr>
          <w:lang w:val="sv-SE"/>
        </w:rPr>
        <w:t>:2Thess 2:14]]</w:t>
      </w:r>
      <w:r w:rsidRPr="000767E2">
        <w:rPr>
          <w:vertAlign w:val="superscript"/>
          <w:lang w:val="sv-SE"/>
        </w:rPr>
        <w:t>14</w:t>
      </w:r>
      <w:r w:rsidRPr="000767E2">
        <w:rPr>
          <w:lang w:val="sv-SE"/>
        </w:rPr>
        <w:t xml:space="preserve"> {{field-on:bible}}Till detta har han [också] kallat er genom vårt evangelium, till förvärv av vår Herre Jesu Kristi härlighet.{{field-off:bible}}</w:t>
      </w:r>
    </w:p>
    <w:p w14:paraId="613B4FEC" w14:textId="7F18808F" w:rsidR="00BA33AB" w:rsidRPr="000767E2" w:rsidRDefault="00000000">
      <w:pPr>
        <w:rPr>
          <w:lang w:val="sv-SE"/>
        </w:rPr>
      </w:pPr>
      <w:r w:rsidRPr="000767E2">
        <w:rPr>
          <w:lang w:val="sv-SE"/>
        </w:rPr>
        <w:t>[[@</w:t>
      </w:r>
      <w:r w:rsidR="0096445B" w:rsidRPr="000767E2">
        <w:rPr>
          <w:lang w:val="sv-SE"/>
        </w:rPr>
        <w:t>BibleBIBEL82</w:t>
      </w:r>
      <w:r w:rsidRPr="000767E2">
        <w:rPr>
          <w:lang w:val="sv-SE"/>
        </w:rPr>
        <w:t>:2Thess 2:15]]</w:t>
      </w:r>
      <w:r w:rsidRPr="000767E2">
        <w:rPr>
          <w:vertAlign w:val="superscript"/>
          <w:lang w:val="sv-SE"/>
        </w:rPr>
        <w:t>15</w:t>
      </w:r>
      <w:r w:rsidRPr="000767E2">
        <w:rPr>
          <w:lang w:val="sv-SE"/>
        </w:rPr>
        <w:t xml:space="preserve"> {{field-on:bible}}Alltså, syskon, stå då </w:t>
      </w:r>
      <w:r w:rsidRPr="000767E2">
        <w:rPr>
          <w:i/>
          <w:lang w:val="sv-SE"/>
        </w:rPr>
        <w:t>fasta</w:t>
      </w:r>
      <w:r w:rsidRPr="000767E2">
        <w:rPr>
          <w:lang w:val="sv-SE"/>
        </w:rPr>
        <w:t xml:space="preserve"> och håll fast vid traditionerna </w:t>
      </w:r>
      <w:r w:rsidRPr="000767E2">
        <w:rPr>
          <w:i/>
          <w:lang w:val="sv-SE"/>
        </w:rPr>
        <w:t>i</w:t>
      </w:r>
      <w:r w:rsidRPr="000767E2">
        <w:rPr>
          <w:lang w:val="sv-SE"/>
        </w:rPr>
        <w:t xml:space="preserve"> vilka ni blivit undervisade, antingen genom ord eller genom brev från oss.{{field-off:bible}} [[@</w:t>
      </w:r>
      <w:r w:rsidR="0096445B" w:rsidRPr="000767E2">
        <w:rPr>
          <w:lang w:val="sv-SE"/>
        </w:rPr>
        <w:t>BibleBIBEL82</w:t>
      </w:r>
      <w:r w:rsidRPr="000767E2">
        <w:rPr>
          <w:lang w:val="sv-SE"/>
        </w:rPr>
        <w:t>:2Thess 2:16]]</w:t>
      </w:r>
      <w:r w:rsidRPr="000767E2">
        <w:rPr>
          <w:vertAlign w:val="superscript"/>
          <w:lang w:val="sv-SE"/>
        </w:rPr>
        <w:t>16</w:t>
      </w:r>
      <w:r w:rsidRPr="000767E2">
        <w:rPr>
          <w:lang w:val="sv-SE"/>
        </w:rPr>
        <w:t xml:space="preserve"> {{field-on:bible}}Och själv må vår Herre Jesus Kristus och Gud vår Far, som har älskat oss och gett eonisk tröst och gott hopp i nåd,{{field-off:bible}} [[@</w:t>
      </w:r>
      <w:r w:rsidR="0096445B" w:rsidRPr="000767E2">
        <w:rPr>
          <w:lang w:val="sv-SE"/>
        </w:rPr>
        <w:t>BibleBIBEL82</w:t>
      </w:r>
      <w:r w:rsidRPr="000767E2">
        <w:rPr>
          <w:lang w:val="sv-SE"/>
        </w:rPr>
        <w:t>:2Thess 2:17]]</w:t>
      </w:r>
      <w:r w:rsidRPr="000767E2">
        <w:rPr>
          <w:vertAlign w:val="superscript"/>
          <w:lang w:val="sv-SE"/>
        </w:rPr>
        <w:t>17</w:t>
      </w:r>
      <w:r w:rsidRPr="000767E2">
        <w:rPr>
          <w:lang w:val="sv-SE"/>
        </w:rPr>
        <w:t xml:space="preserve"> {{field-on:bible}}trösta era hjärtan och stärka i varje god gärning och </w:t>
      </w:r>
      <w:r w:rsidRPr="000767E2">
        <w:rPr>
          <w:i/>
          <w:lang w:val="sv-SE"/>
        </w:rPr>
        <w:t>gott</w:t>
      </w:r>
      <w:r w:rsidRPr="000767E2">
        <w:rPr>
          <w:lang w:val="sv-SE"/>
        </w:rPr>
        <w:t xml:space="preserve"> ord.{{field-off:bible}}</w:t>
      </w:r>
    </w:p>
    <w:p w14:paraId="3B760300" w14:textId="73ADBF99"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:2Thess 3]]Kapitel 3</w:t>
      </w:r>
    </w:p>
    <w:p w14:paraId="395DF0EA" w14:textId="77777777" w:rsidR="00BA33AB" w:rsidRPr="000767E2" w:rsidRDefault="00000000">
      <w:pPr>
        <w:pStyle w:val="Rubrik3"/>
        <w:rPr>
          <w:lang w:val="sv-SE"/>
        </w:rPr>
      </w:pPr>
      <w:r w:rsidRPr="000767E2">
        <w:rPr>
          <w:lang w:val="sv-SE"/>
        </w:rPr>
        <w:t>Be och arbeta</w:t>
      </w:r>
    </w:p>
    <w:p w14:paraId="63F019A5" w14:textId="1F0B3E39" w:rsidR="00BA33AB" w:rsidRPr="000767E2" w:rsidRDefault="00000000">
      <w:pPr>
        <w:rPr>
          <w:lang w:val="sv-SE"/>
        </w:rPr>
      </w:pPr>
      <w:r w:rsidRPr="000767E2">
        <w:rPr>
          <w:lang w:val="sv-SE"/>
        </w:rPr>
        <w:t>[[@</w:t>
      </w:r>
      <w:r w:rsidR="0096445B" w:rsidRPr="000767E2">
        <w:rPr>
          <w:lang w:val="sv-SE"/>
        </w:rPr>
        <w:t>BibleBIBEL82</w:t>
      </w:r>
      <w:r w:rsidRPr="000767E2">
        <w:rPr>
          <w:lang w:val="sv-SE"/>
        </w:rPr>
        <w:t>:2Thess 3:1]]</w:t>
      </w:r>
      <w:r w:rsidRPr="000767E2">
        <w:rPr>
          <w:vertAlign w:val="superscript"/>
          <w:lang w:val="sv-SE"/>
        </w:rPr>
        <w:t>1</w:t>
      </w:r>
      <w:r w:rsidRPr="000767E2">
        <w:rPr>
          <w:lang w:val="sv-SE"/>
        </w:rPr>
        <w:t xml:space="preserve"> {{field-on:bible}}För övrigt: be, syskon, för oss. Att Herrens ord ska springa och bli ärat, så som även hos er,{{field-off:bible}} [[@</w:t>
      </w:r>
      <w:r w:rsidR="0096445B" w:rsidRPr="000767E2">
        <w:rPr>
          <w:lang w:val="sv-SE"/>
        </w:rPr>
        <w:t>BibleBIBEL82</w:t>
      </w:r>
      <w:r w:rsidRPr="000767E2">
        <w:rPr>
          <w:lang w:val="sv-SE"/>
        </w:rPr>
        <w:t>:2Thess 3:2]]</w:t>
      </w:r>
      <w:r w:rsidRPr="000767E2">
        <w:rPr>
          <w:vertAlign w:val="superscript"/>
          <w:lang w:val="sv-SE"/>
        </w:rPr>
        <w:t>2</w:t>
      </w:r>
      <w:r w:rsidRPr="000767E2">
        <w:rPr>
          <w:lang w:val="sv-SE"/>
        </w:rPr>
        <w:t xml:space="preserve"> {{field-on:bible}}och att vi blir räddade från de ovettiga och onda människorna. För allas är inte tron.{{field-off:bible}}</w:t>
      </w:r>
    </w:p>
    <w:p w14:paraId="0D14CA94" w14:textId="6F769278" w:rsidR="00BA33AB" w:rsidRPr="000767E2" w:rsidRDefault="00000000">
      <w:pPr>
        <w:rPr>
          <w:lang w:val="sv-SE"/>
        </w:rPr>
      </w:pPr>
      <w:r w:rsidRPr="000767E2">
        <w:rPr>
          <w:lang w:val="sv-SE"/>
        </w:rPr>
        <w:t>[[@</w:t>
      </w:r>
      <w:r w:rsidR="0096445B" w:rsidRPr="000767E2">
        <w:rPr>
          <w:lang w:val="sv-SE"/>
        </w:rPr>
        <w:t>BibleBIBEL82</w:t>
      </w:r>
      <w:r w:rsidRPr="000767E2">
        <w:rPr>
          <w:lang w:val="sv-SE"/>
        </w:rPr>
        <w:t>:2Thess 3:3]]</w:t>
      </w:r>
      <w:r w:rsidRPr="000767E2">
        <w:rPr>
          <w:vertAlign w:val="superscript"/>
          <w:lang w:val="sv-SE"/>
        </w:rPr>
        <w:t>3</w:t>
      </w:r>
      <w:r w:rsidRPr="000767E2">
        <w:rPr>
          <w:lang w:val="sv-SE"/>
        </w:rPr>
        <w:t xml:space="preserve"> {{field-on:bible}}Men trofast är Herren, som ska stärka er och beskydda från den onde.{{field-off:bible}} [[@</w:t>
      </w:r>
      <w:r w:rsidR="0096445B" w:rsidRPr="000767E2">
        <w:rPr>
          <w:lang w:val="sv-SE"/>
        </w:rPr>
        <w:t>BibleBIBEL82</w:t>
      </w:r>
      <w:r w:rsidRPr="000767E2">
        <w:rPr>
          <w:lang w:val="sv-SE"/>
        </w:rPr>
        <w:t>:2Thess 3:4]]</w:t>
      </w:r>
      <w:r w:rsidRPr="000767E2">
        <w:rPr>
          <w:vertAlign w:val="superscript"/>
          <w:lang w:val="sv-SE"/>
        </w:rPr>
        <w:t>4</w:t>
      </w:r>
      <w:r w:rsidRPr="000767E2">
        <w:rPr>
          <w:lang w:val="sv-SE"/>
        </w:rPr>
        <w:t xml:space="preserve"> {{field-on:bible}}Och vi förtröstar i Herren på er, att det vi instruerar både gör ni och kommer att göra.{{field-off:bible}} [[@</w:t>
      </w:r>
      <w:r w:rsidR="0096445B" w:rsidRPr="000767E2">
        <w:rPr>
          <w:lang w:val="sv-SE"/>
        </w:rPr>
        <w:t>BibleBIBEL82</w:t>
      </w:r>
      <w:r w:rsidRPr="000767E2">
        <w:rPr>
          <w:lang w:val="sv-SE"/>
        </w:rPr>
        <w:t>:2Thess 3:5]]</w:t>
      </w:r>
      <w:r w:rsidRPr="000767E2">
        <w:rPr>
          <w:vertAlign w:val="superscript"/>
          <w:lang w:val="sv-SE"/>
        </w:rPr>
        <w:t>5</w:t>
      </w:r>
      <w:r w:rsidRPr="000767E2">
        <w:rPr>
          <w:lang w:val="sv-SE"/>
        </w:rPr>
        <w:t xml:space="preserve"> {{field-on:bible}}Och Herren må rikta era hjärtan in i Guds kärlek och i Kristi uthållighet.{{field-off:bible}}</w:t>
      </w:r>
    </w:p>
    <w:p w14:paraId="71AC3800" w14:textId="31CBA8CD" w:rsidR="00BA33AB" w:rsidRPr="000767E2" w:rsidRDefault="00000000">
      <w:pPr>
        <w:rPr>
          <w:lang w:val="sv-SE"/>
        </w:rPr>
      </w:pPr>
      <w:r w:rsidRPr="000767E2">
        <w:rPr>
          <w:lang w:val="sv-SE"/>
        </w:rPr>
        <w:t>[[@</w:t>
      </w:r>
      <w:r w:rsidR="0096445B" w:rsidRPr="000767E2">
        <w:rPr>
          <w:lang w:val="sv-SE"/>
        </w:rPr>
        <w:t>BibleBIBEL82</w:t>
      </w:r>
      <w:r w:rsidRPr="000767E2">
        <w:rPr>
          <w:lang w:val="sv-SE"/>
        </w:rPr>
        <w:t>:2Thess 3:6]]</w:t>
      </w:r>
      <w:r w:rsidRPr="000767E2">
        <w:rPr>
          <w:vertAlign w:val="superscript"/>
          <w:lang w:val="sv-SE"/>
        </w:rPr>
        <w:t>6</w:t>
      </w:r>
      <w:r w:rsidRPr="000767E2">
        <w:rPr>
          <w:lang w:val="sv-SE"/>
        </w:rPr>
        <w:t xml:space="preserve"> {{field-on:bible}}Men vi instruerar er, syskon, i vår Herre Jesu Kristi namn att ni </w:t>
      </w:r>
      <w:r w:rsidRPr="000767E2">
        <w:rPr>
          <w:i/>
          <w:lang w:val="sv-SE"/>
        </w:rPr>
        <w:t>ska</w:t>
      </w:r>
      <w:r w:rsidRPr="000767E2">
        <w:rPr>
          <w:lang w:val="sv-SE"/>
        </w:rPr>
        <w:t xml:space="preserve"> hålla er undan från varje broder som vandrar oordentligt och inte efter traditionen som de har tagit emot från oss.{{field-off:bible}} [[@</w:t>
      </w:r>
      <w:r w:rsidR="0096445B" w:rsidRPr="000767E2">
        <w:rPr>
          <w:lang w:val="sv-SE"/>
        </w:rPr>
        <w:t>BibleBIBEL82</w:t>
      </w:r>
      <w:r w:rsidRPr="000767E2">
        <w:rPr>
          <w:lang w:val="sv-SE"/>
        </w:rPr>
        <w:t>:2Thess 3:7]]</w:t>
      </w:r>
      <w:r w:rsidRPr="000767E2">
        <w:rPr>
          <w:vertAlign w:val="superscript"/>
          <w:lang w:val="sv-SE"/>
        </w:rPr>
        <w:t>7</w:t>
      </w:r>
      <w:r w:rsidRPr="000767E2">
        <w:rPr>
          <w:lang w:val="sv-SE"/>
        </w:rPr>
        <w:t xml:space="preserve"> {{field-on:bible}}För själva vet ni hur man bör imitera oss. Vi var ju inte oordentliga bland er{{field-off:bible}} [[@</w:t>
      </w:r>
      <w:r w:rsidR="0096445B" w:rsidRPr="000767E2">
        <w:rPr>
          <w:lang w:val="sv-SE"/>
        </w:rPr>
        <w:t>BibleBIBEL82</w:t>
      </w:r>
      <w:r w:rsidRPr="000767E2">
        <w:rPr>
          <w:lang w:val="sv-SE"/>
        </w:rPr>
        <w:t>:2Thess 3:8]]</w:t>
      </w:r>
      <w:r w:rsidRPr="000767E2">
        <w:rPr>
          <w:vertAlign w:val="superscript"/>
          <w:lang w:val="sv-SE"/>
        </w:rPr>
        <w:t>8</w:t>
      </w:r>
      <w:r w:rsidRPr="000767E2">
        <w:rPr>
          <w:lang w:val="sv-SE"/>
        </w:rPr>
        <w:t xml:space="preserve"> {{field-on:bible}}eller åt gratis bröd från någon. Nej, med möda och slit natt och dag arbetade </w:t>
      </w:r>
      <w:r w:rsidRPr="000767E2">
        <w:rPr>
          <w:i/>
          <w:lang w:val="sv-SE"/>
        </w:rPr>
        <w:t>vi</w:t>
      </w:r>
      <w:r w:rsidRPr="000767E2">
        <w:rPr>
          <w:lang w:val="sv-SE"/>
        </w:rPr>
        <w:t xml:space="preserve"> för att inte betunga någon av er.{{field-off:bible}} [[@</w:t>
      </w:r>
      <w:r w:rsidR="0096445B" w:rsidRPr="000767E2">
        <w:rPr>
          <w:lang w:val="sv-SE"/>
        </w:rPr>
        <w:t>BibleBIBEL82</w:t>
      </w:r>
      <w:r w:rsidRPr="000767E2">
        <w:rPr>
          <w:lang w:val="sv-SE"/>
        </w:rPr>
        <w:t>:2Thess 3:9]]</w:t>
      </w:r>
      <w:r w:rsidRPr="000767E2">
        <w:rPr>
          <w:vertAlign w:val="superscript"/>
          <w:lang w:val="sv-SE"/>
        </w:rPr>
        <w:t>9</w:t>
      </w:r>
      <w:r w:rsidRPr="000767E2">
        <w:rPr>
          <w:lang w:val="sv-SE"/>
        </w:rPr>
        <w:t xml:space="preserve"> {{field-on:bible}}Inte att vi inte har rättighet, utan </w:t>
      </w:r>
      <w:r w:rsidRPr="000767E2">
        <w:rPr>
          <w:i/>
          <w:lang w:val="sv-SE"/>
        </w:rPr>
        <w:t>det var</w:t>
      </w:r>
      <w:r w:rsidRPr="000767E2">
        <w:rPr>
          <w:lang w:val="sv-SE"/>
        </w:rPr>
        <w:t xml:space="preserve"> för att ge oss själva </w:t>
      </w:r>
      <w:r w:rsidRPr="000767E2">
        <w:rPr>
          <w:i/>
          <w:lang w:val="sv-SE"/>
        </w:rPr>
        <w:t>som</w:t>
      </w:r>
      <w:r w:rsidRPr="000767E2">
        <w:rPr>
          <w:lang w:val="sv-SE"/>
        </w:rPr>
        <w:t xml:space="preserve"> förebild för er, till att imitera oss.{{field-off:bible}} [[@</w:t>
      </w:r>
      <w:r w:rsidR="0096445B" w:rsidRPr="000767E2">
        <w:rPr>
          <w:lang w:val="sv-SE"/>
        </w:rPr>
        <w:t>BibleBIBEL82</w:t>
      </w:r>
      <w:r w:rsidRPr="000767E2">
        <w:rPr>
          <w:lang w:val="sv-SE"/>
        </w:rPr>
        <w:t>:2Thess 3:10]]</w:t>
      </w:r>
      <w:r w:rsidRPr="000767E2">
        <w:rPr>
          <w:vertAlign w:val="superscript"/>
          <w:lang w:val="sv-SE"/>
        </w:rPr>
        <w:t>10</w:t>
      </w:r>
      <w:r w:rsidRPr="000767E2">
        <w:rPr>
          <w:lang w:val="sv-SE"/>
        </w:rPr>
        <w:t xml:space="preserve"> {{field-on:bible}}För även när vi var hos er </w:t>
      </w:r>
      <w:r w:rsidRPr="000767E2">
        <w:rPr>
          <w:i/>
          <w:lang w:val="sv-SE"/>
        </w:rPr>
        <w:t>var det</w:t>
      </w:r>
      <w:r w:rsidRPr="000767E2">
        <w:rPr>
          <w:lang w:val="sv-SE"/>
        </w:rPr>
        <w:t xml:space="preserve"> detta vi instruerade er: att om någon inte vill arbeta, ska han heller inte äta.{{field-off:bible}}</w:t>
      </w:r>
    </w:p>
    <w:p w14:paraId="76ED4697" w14:textId="29833CF4" w:rsidR="00BA33AB" w:rsidRPr="000767E2" w:rsidRDefault="00000000">
      <w:pPr>
        <w:rPr>
          <w:lang w:val="sv-SE"/>
        </w:rPr>
      </w:pPr>
      <w:r w:rsidRPr="000767E2">
        <w:rPr>
          <w:lang w:val="sv-SE"/>
        </w:rPr>
        <w:t>[[@</w:t>
      </w:r>
      <w:r w:rsidR="0096445B" w:rsidRPr="000767E2">
        <w:rPr>
          <w:lang w:val="sv-SE"/>
        </w:rPr>
        <w:t>BibleBIBEL82</w:t>
      </w:r>
      <w:r w:rsidRPr="000767E2">
        <w:rPr>
          <w:lang w:val="sv-SE"/>
        </w:rPr>
        <w:t>:2Thess 3:11]]</w:t>
      </w:r>
      <w:r w:rsidRPr="000767E2">
        <w:rPr>
          <w:vertAlign w:val="superscript"/>
          <w:lang w:val="sv-SE"/>
        </w:rPr>
        <w:t>11</w:t>
      </w:r>
      <w:r w:rsidRPr="000767E2">
        <w:rPr>
          <w:lang w:val="sv-SE"/>
        </w:rPr>
        <w:t xml:space="preserve"> {{field-on:bible}}Men vi hör </w:t>
      </w:r>
      <w:r w:rsidRPr="000767E2">
        <w:rPr>
          <w:i/>
          <w:lang w:val="sv-SE"/>
        </w:rPr>
        <w:t>att</w:t>
      </w:r>
      <w:r w:rsidRPr="000767E2">
        <w:rPr>
          <w:lang w:val="sv-SE"/>
        </w:rPr>
        <w:t xml:space="preserve"> några vandrar bland er oordentligt och inte arbetar, utan snokar runt.{{field-off:bible}} [[@</w:t>
      </w:r>
      <w:r w:rsidR="0096445B" w:rsidRPr="000767E2">
        <w:rPr>
          <w:lang w:val="sv-SE"/>
        </w:rPr>
        <w:t>BibleBIBEL82</w:t>
      </w:r>
      <w:r w:rsidRPr="000767E2">
        <w:rPr>
          <w:lang w:val="sv-SE"/>
        </w:rPr>
        <w:t>:2Thess 3:12]]</w:t>
      </w:r>
      <w:r w:rsidRPr="000767E2">
        <w:rPr>
          <w:vertAlign w:val="superscript"/>
          <w:lang w:val="sv-SE"/>
        </w:rPr>
        <w:t>12</w:t>
      </w:r>
      <w:r w:rsidRPr="000767E2">
        <w:rPr>
          <w:lang w:val="sv-SE"/>
        </w:rPr>
        <w:t xml:space="preserve"> {{field-on:bible}}Och sådana instruerar vi och uppmanar i Herren Jesus Kristus att de med stillhet ska arbeta och äta sitt eget bröd.{{field-off:bible}}</w:t>
      </w:r>
    </w:p>
    <w:p w14:paraId="07BA12F5" w14:textId="55B1913C" w:rsidR="00BA33AB" w:rsidRPr="000767E2" w:rsidRDefault="00000000">
      <w:pPr>
        <w:rPr>
          <w:lang w:val="sv-SE"/>
        </w:rPr>
      </w:pPr>
      <w:r w:rsidRPr="000767E2">
        <w:rPr>
          <w:lang w:val="sv-SE"/>
        </w:rPr>
        <w:t>[[@</w:t>
      </w:r>
      <w:r w:rsidR="0096445B" w:rsidRPr="000767E2">
        <w:rPr>
          <w:lang w:val="sv-SE"/>
        </w:rPr>
        <w:t>BibleBIBEL82</w:t>
      </w:r>
      <w:r w:rsidRPr="000767E2">
        <w:rPr>
          <w:lang w:val="sv-SE"/>
        </w:rPr>
        <w:t>:2Thess 3:13]]</w:t>
      </w:r>
      <w:r w:rsidRPr="000767E2">
        <w:rPr>
          <w:vertAlign w:val="superscript"/>
          <w:lang w:val="sv-SE"/>
        </w:rPr>
        <w:t>13</w:t>
      </w:r>
      <w:r w:rsidRPr="000767E2">
        <w:rPr>
          <w:lang w:val="sv-SE"/>
        </w:rPr>
        <w:t xml:space="preserve"> {{field-on:bible}}Och ni, syskon, tappa inte modet att göra </w:t>
      </w:r>
      <w:r w:rsidRPr="000767E2">
        <w:rPr>
          <w:i/>
          <w:lang w:val="sv-SE"/>
        </w:rPr>
        <w:t>det som är</w:t>
      </w:r>
      <w:r w:rsidRPr="000767E2">
        <w:rPr>
          <w:lang w:val="sv-SE"/>
        </w:rPr>
        <w:t xml:space="preserve"> bra.{{field-off:bible}} [[@</w:t>
      </w:r>
      <w:r w:rsidR="0096445B" w:rsidRPr="000767E2">
        <w:rPr>
          <w:lang w:val="sv-SE"/>
        </w:rPr>
        <w:t>BibleBIBEL82</w:t>
      </w:r>
      <w:r w:rsidRPr="000767E2">
        <w:rPr>
          <w:lang w:val="sv-SE"/>
        </w:rPr>
        <w:t>:2Thess 3:14]]</w:t>
      </w:r>
      <w:r w:rsidRPr="000767E2">
        <w:rPr>
          <w:vertAlign w:val="superscript"/>
          <w:lang w:val="sv-SE"/>
        </w:rPr>
        <w:t>14</w:t>
      </w:r>
      <w:r w:rsidRPr="000767E2">
        <w:rPr>
          <w:lang w:val="sv-SE"/>
        </w:rPr>
        <w:t xml:space="preserve"> {{field-on:bible}}Men om någon inte hörsammar vårt ord genom brevet, notera denne </w:t>
      </w:r>
      <w:r w:rsidRPr="000767E2">
        <w:rPr>
          <w:i/>
          <w:lang w:val="sv-SE"/>
        </w:rPr>
        <w:t>för</w:t>
      </w:r>
      <w:r w:rsidRPr="000767E2">
        <w:rPr>
          <w:lang w:val="sv-SE"/>
        </w:rPr>
        <w:t xml:space="preserve"> att inte beblanda er med honom, så att han respekterar.{{field-off:bible}} [[@</w:t>
      </w:r>
      <w:r w:rsidR="0096445B" w:rsidRPr="000767E2">
        <w:rPr>
          <w:lang w:val="sv-SE"/>
        </w:rPr>
        <w:t>BibleBIBEL82</w:t>
      </w:r>
      <w:r w:rsidRPr="000767E2">
        <w:rPr>
          <w:lang w:val="sv-SE"/>
        </w:rPr>
        <w:t>:2Thess 3:15]]</w:t>
      </w:r>
      <w:r w:rsidRPr="000767E2">
        <w:rPr>
          <w:vertAlign w:val="superscript"/>
          <w:lang w:val="sv-SE"/>
        </w:rPr>
        <w:t>15</w:t>
      </w:r>
      <w:r w:rsidRPr="000767E2">
        <w:rPr>
          <w:lang w:val="sv-SE"/>
        </w:rPr>
        <w:t xml:space="preserve"> {{field-on:bible}}Och som en fiende ska ni inte anse </w:t>
      </w:r>
      <w:r w:rsidRPr="000767E2">
        <w:rPr>
          <w:i/>
          <w:lang w:val="sv-SE"/>
        </w:rPr>
        <w:t>honom</w:t>
      </w:r>
      <w:r w:rsidRPr="000767E2">
        <w:rPr>
          <w:lang w:val="sv-SE"/>
        </w:rPr>
        <w:t>, utan förmana som en broder.{{field-off:bible}}</w:t>
      </w:r>
    </w:p>
    <w:p w14:paraId="0875FD7A" w14:textId="77777777" w:rsidR="00BA33AB" w:rsidRPr="000767E2" w:rsidRDefault="00000000">
      <w:pPr>
        <w:pStyle w:val="Rubrik3"/>
        <w:rPr>
          <w:lang w:val="sv-SE"/>
        </w:rPr>
      </w:pPr>
      <w:r w:rsidRPr="000767E2">
        <w:rPr>
          <w:lang w:val="sv-SE"/>
        </w:rPr>
        <w:t>Sluthälsning</w:t>
      </w:r>
    </w:p>
    <w:p w14:paraId="3189D4D6" w14:textId="4067A806" w:rsidR="00BA33AB" w:rsidRPr="000767E2" w:rsidRDefault="00000000">
      <w:pPr>
        <w:rPr>
          <w:lang w:val="sv-SE"/>
        </w:rPr>
      </w:pPr>
      <w:r w:rsidRPr="000767E2">
        <w:rPr>
          <w:lang w:val="sv-SE"/>
        </w:rPr>
        <w:t>[[@</w:t>
      </w:r>
      <w:r w:rsidR="0096445B" w:rsidRPr="000767E2">
        <w:rPr>
          <w:lang w:val="sv-SE"/>
        </w:rPr>
        <w:t>BibleBIBEL82</w:t>
      </w:r>
      <w:r w:rsidRPr="000767E2">
        <w:rPr>
          <w:lang w:val="sv-SE"/>
        </w:rPr>
        <w:t>:2Thess 3:16]]</w:t>
      </w:r>
      <w:r w:rsidRPr="000767E2">
        <w:rPr>
          <w:vertAlign w:val="superscript"/>
          <w:lang w:val="sv-SE"/>
        </w:rPr>
        <w:t>16</w:t>
      </w:r>
      <w:r w:rsidRPr="000767E2">
        <w:rPr>
          <w:lang w:val="sv-SE"/>
        </w:rPr>
        <w:t xml:space="preserve"> {{field-on:bible}}Och själv må fridens Herre ständigt ge er friden på varje sätt. Herren </w:t>
      </w:r>
      <w:r w:rsidRPr="000767E2">
        <w:rPr>
          <w:i/>
          <w:lang w:val="sv-SE"/>
        </w:rPr>
        <w:t>vare</w:t>
      </w:r>
      <w:r w:rsidRPr="000767E2">
        <w:rPr>
          <w:lang w:val="sv-SE"/>
        </w:rPr>
        <w:t xml:space="preserve"> med er alla.{{field-off:bible}}</w:t>
      </w:r>
    </w:p>
    <w:p w14:paraId="0FB6F355" w14:textId="296F680D" w:rsidR="00BA33AB" w:rsidRPr="000767E2" w:rsidRDefault="00000000">
      <w:pPr>
        <w:rPr>
          <w:lang w:val="sv-SE"/>
        </w:rPr>
      </w:pPr>
      <w:r w:rsidRPr="000767E2">
        <w:rPr>
          <w:lang w:val="sv-SE"/>
        </w:rPr>
        <w:t>[[@</w:t>
      </w:r>
      <w:r w:rsidR="0096445B" w:rsidRPr="000767E2">
        <w:rPr>
          <w:lang w:val="sv-SE"/>
        </w:rPr>
        <w:t>BibleBIBEL82</w:t>
      </w:r>
      <w:r w:rsidRPr="000767E2">
        <w:rPr>
          <w:lang w:val="sv-SE"/>
        </w:rPr>
        <w:t>:2Thess 3:17]]</w:t>
      </w:r>
      <w:r w:rsidRPr="000767E2">
        <w:rPr>
          <w:vertAlign w:val="superscript"/>
          <w:lang w:val="sv-SE"/>
        </w:rPr>
        <w:t>17</w:t>
      </w:r>
      <w:r w:rsidRPr="000767E2">
        <w:rPr>
          <w:lang w:val="sv-SE"/>
        </w:rPr>
        <w:t xml:space="preserve"> {{field-on:bible}}Hälsningen med min hand: från Paulus. Det är ett tecken i varje brev. Så skriver jag.{{field-off:bible}} [[@</w:t>
      </w:r>
      <w:r w:rsidR="0096445B" w:rsidRPr="000767E2">
        <w:rPr>
          <w:lang w:val="sv-SE"/>
        </w:rPr>
        <w:t>BibleBIBEL82</w:t>
      </w:r>
      <w:r w:rsidRPr="000767E2">
        <w:rPr>
          <w:lang w:val="sv-SE"/>
        </w:rPr>
        <w:t>:2Thess 3:18]]</w:t>
      </w:r>
      <w:r w:rsidRPr="000767E2">
        <w:rPr>
          <w:vertAlign w:val="superscript"/>
          <w:lang w:val="sv-SE"/>
        </w:rPr>
        <w:t>18</w:t>
      </w:r>
      <w:r w:rsidRPr="000767E2">
        <w:rPr>
          <w:lang w:val="sv-SE"/>
        </w:rPr>
        <w:t xml:space="preserve"> {{field-on:bible}}Vår Herre Jesu Kristi nåd </w:t>
      </w:r>
      <w:r w:rsidRPr="000767E2">
        <w:rPr>
          <w:i/>
          <w:lang w:val="sv-SE"/>
        </w:rPr>
        <w:t>vare</w:t>
      </w:r>
      <w:r w:rsidRPr="000767E2">
        <w:rPr>
          <w:lang w:val="sv-SE"/>
        </w:rPr>
        <w:t xml:space="preserve"> med er alla.{{field-off:bible}}</w:t>
      </w:r>
    </w:p>
    <w:p w14:paraId="78A1B255" w14:textId="7DEF1950" w:rsidR="00BA33AB" w:rsidRPr="000767E2" w:rsidRDefault="00000000">
      <w:pPr>
        <w:pStyle w:val="Rubrik1"/>
        <w:rPr>
          <w:lang w:val="sv-SE"/>
        </w:rPr>
      </w:pPr>
      <w:r w:rsidRPr="000767E2">
        <w:rPr>
          <w:lang w:val="sv-SE"/>
        </w:rPr>
        <w:lastRenderedPageBreak/>
        <w:t>[[@</w:t>
      </w:r>
      <w:r w:rsidR="0096445B" w:rsidRPr="000767E2">
        <w:rPr>
          <w:lang w:val="sv-SE"/>
        </w:rPr>
        <w:t>BibleBIBEL82</w:t>
      </w:r>
      <w:r w:rsidRPr="000767E2">
        <w:rPr>
          <w:lang w:val="sv-SE"/>
        </w:rPr>
        <w:t>:1Tim]]Till Timotheos: Första brevet</w:t>
      </w:r>
    </w:p>
    <w:p w14:paraId="6E435865" w14:textId="37A8F84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:1Tim 1]]Kapitel 1</w:t>
      </w:r>
    </w:p>
    <w:p w14:paraId="28A2FBBA" w14:textId="77777777" w:rsidR="00BA33AB" w:rsidRPr="000767E2" w:rsidRDefault="00000000">
      <w:pPr>
        <w:pStyle w:val="Rubrik3"/>
        <w:rPr>
          <w:lang w:val="sv-SE"/>
        </w:rPr>
      </w:pPr>
      <w:r w:rsidRPr="000767E2">
        <w:rPr>
          <w:lang w:val="sv-SE"/>
        </w:rPr>
        <w:t>Hälsning</w:t>
      </w:r>
    </w:p>
    <w:p w14:paraId="0F9FCABE" w14:textId="684F6ABB" w:rsidR="00BA33AB" w:rsidRPr="000767E2" w:rsidRDefault="00000000">
      <w:pPr>
        <w:rPr>
          <w:lang w:val="sv-SE"/>
        </w:rPr>
      </w:pPr>
      <w:r w:rsidRPr="000767E2">
        <w:rPr>
          <w:lang w:val="sv-SE"/>
        </w:rPr>
        <w:t>[[@</w:t>
      </w:r>
      <w:r w:rsidR="0096445B" w:rsidRPr="000767E2">
        <w:rPr>
          <w:lang w:val="sv-SE"/>
        </w:rPr>
        <w:t>BibleBIBEL82</w:t>
      </w:r>
      <w:r w:rsidRPr="000767E2">
        <w:rPr>
          <w:lang w:val="sv-SE"/>
        </w:rPr>
        <w:t>:1Tim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Kristi Jesu apostel efter order från Gud vår Frälsare och Kristus Jesus vårt hopp.{{field-off:bible}} [[@</w:t>
      </w:r>
      <w:r w:rsidR="0096445B" w:rsidRPr="000767E2">
        <w:rPr>
          <w:lang w:val="sv-SE"/>
        </w:rPr>
        <w:t>BibleBIBEL82</w:t>
      </w:r>
      <w:r w:rsidRPr="000767E2">
        <w:rPr>
          <w:lang w:val="sv-SE"/>
        </w:rPr>
        <w:t>:1Tim 1:2]]</w:t>
      </w:r>
      <w:r w:rsidRPr="000767E2">
        <w:rPr>
          <w:vertAlign w:val="superscript"/>
          <w:lang w:val="sv-SE"/>
        </w:rPr>
        <w:t>2</w:t>
      </w:r>
      <w:r w:rsidRPr="000767E2">
        <w:rPr>
          <w:lang w:val="sv-SE"/>
        </w:rPr>
        <w:t xml:space="preserve"> {{field-on:bible}}Till Timotheos, äkta barn i tro: Nåd, barmhärtighet, frid från Gud Fader och Kristus Jesus vår Herre.{{field-off:bible}}</w:t>
      </w:r>
    </w:p>
    <w:p w14:paraId="00318909" w14:textId="77777777" w:rsidR="00BA33AB" w:rsidRPr="000767E2" w:rsidRDefault="00000000">
      <w:pPr>
        <w:pStyle w:val="Rubrik3"/>
        <w:rPr>
          <w:lang w:val="sv-SE"/>
        </w:rPr>
      </w:pPr>
      <w:r w:rsidRPr="000767E2">
        <w:rPr>
          <w:lang w:val="sv-SE"/>
        </w:rPr>
        <w:t>Varning för villolärare</w:t>
      </w:r>
    </w:p>
    <w:p w14:paraId="0762BF9E" w14:textId="1EB81FD8" w:rsidR="00BA33AB" w:rsidRPr="000767E2" w:rsidRDefault="00000000">
      <w:pPr>
        <w:rPr>
          <w:lang w:val="sv-SE"/>
        </w:rPr>
      </w:pPr>
      <w:r w:rsidRPr="000767E2">
        <w:rPr>
          <w:lang w:val="sv-SE"/>
        </w:rPr>
        <w:t>[[@</w:t>
      </w:r>
      <w:r w:rsidR="0096445B" w:rsidRPr="000767E2">
        <w:rPr>
          <w:lang w:val="sv-SE"/>
        </w:rPr>
        <w:t>BibleBIBEL82</w:t>
      </w:r>
      <w:r w:rsidRPr="000767E2">
        <w:rPr>
          <w:lang w:val="sv-SE"/>
        </w:rPr>
        <w:t>:1Tim 1:3]]</w:t>
      </w:r>
      <w:r w:rsidRPr="000767E2">
        <w:rPr>
          <w:vertAlign w:val="superscript"/>
          <w:lang w:val="sv-SE"/>
        </w:rPr>
        <w:t>3</w:t>
      </w:r>
      <w:r w:rsidRPr="000767E2">
        <w:rPr>
          <w:lang w:val="sv-SE"/>
        </w:rPr>
        <w:t xml:space="preserve"> {{field-on:bible}}Liksom jag uppmanade dig att vara kvar i Efesos när jag for till Makedonien, </w:t>
      </w:r>
      <w:r w:rsidRPr="000767E2">
        <w:rPr>
          <w:i/>
          <w:lang w:val="sv-SE"/>
        </w:rPr>
        <w:t>vill jag</w:t>
      </w:r>
      <w:r w:rsidRPr="000767E2">
        <w:rPr>
          <w:lang w:val="sv-SE"/>
        </w:rPr>
        <w:t xml:space="preserve"> att du instruerar vissa att inte lära ut annorlunda{{field-off:bible}} [[@</w:t>
      </w:r>
      <w:r w:rsidR="0096445B" w:rsidRPr="000767E2">
        <w:rPr>
          <w:lang w:val="sv-SE"/>
        </w:rPr>
        <w:t>BibleBIBEL82</w:t>
      </w:r>
      <w:r w:rsidRPr="000767E2">
        <w:rPr>
          <w:lang w:val="sv-SE"/>
        </w:rPr>
        <w:t>:1Tim 1:4]]</w:t>
      </w:r>
      <w:r w:rsidRPr="000767E2">
        <w:rPr>
          <w:vertAlign w:val="superscript"/>
          <w:lang w:val="sv-SE"/>
        </w:rPr>
        <w:t>4</w:t>
      </w:r>
      <w:r w:rsidRPr="000767E2">
        <w:rPr>
          <w:lang w:val="sv-SE"/>
        </w:rPr>
        <w:t xml:space="preserve"> {{field-on:bible}}eller akta på myter och ändlösa släktledningar, som framhåller spekulationer snarare än Guds förvaltning genom tro.{{field-off:bible}}</w:t>
      </w:r>
    </w:p>
    <w:p w14:paraId="725DBD5B" w14:textId="410C7689" w:rsidR="00BA33AB" w:rsidRPr="000767E2" w:rsidRDefault="00000000">
      <w:pPr>
        <w:rPr>
          <w:lang w:val="sv-SE"/>
        </w:rPr>
      </w:pPr>
      <w:r w:rsidRPr="000767E2">
        <w:rPr>
          <w:lang w:val="sv-SE"/>
        </w:rPr>
        <w:t>[[@</w:t>
      </w:r>
      <w:r w:rsidR="0096445B" w:rsidRPr="000767E2">
        <w:rPr>
          <w:lang w:val="sv-SE"/>
        </w:rPr>
        <w:t>BibleBIBEL82</w:t>
      </w:r>
      <w:r w:rsidRPr="000767E2">
        <w:rPr>
          <w:lang w:val="sv-SE"/>
        </w:rPr>
        <w:t>:1Tim 1:5]]</w:t>
      </w:r>
      <w:r w:rsidRPr="000767E2">
        <w:rPr>
          <w:vertAlign w:val="superscript"/>
          <w:lang w:val="sv-SE"/>
        </w:rPr>
        <w:t>5</w:t>
      </w:r>
      <w:r w:rsidRPr="000767E2">
        <w:rPr>
          <w:lang w:val="sv-SE"/>
        </w:rPr>
        <w:t xml:space="preserve"> {{field-on:bible}}Men målet med instruktionen är kärlek ur rent hjärta och gott samvete och oförställd tro.{{field-off:bible}} [[@</w:t>
      </w:r>
      <w:r w:rsidR="0096445B" w:rsidRPr="000767E2">
        <w:rPr>
          <w:lang w:val="sv-SE"/>
        </w:rPr>
        <w:t>BibleBIBEL82</w:t>
      </w:r>
      <w:r w:rsidRPr="000767E2">
        <w:rPr>
          <w:lang w:val="sv-SE"/>
        </w:rPr>
        <w:t>:1Tim 1:6]]</w:t>
      </w:r>
      <w:r w:rsidRPr="000767E2">
        <w:rPr>
          <w:vertAlign w:val="superscript"/>
          <w:lang w:val="sv-SE"/>
        </w:rPr>
        <w:t>6</w:t>
      </w:r>
      <w:r w:rsidRPr="000767E2">
        <w:rPr>
          <w:lang w:val="sv-SE"/>
        </w:rPr>
        <w:t xml:space="preserve"> {{field-on:bible}}Detta har vissa missat och vikit av till struntprat,{{field-off:bible}} [[@</w:t>
      </w:r>
      <w:r w:rsidR="0096445B" w:rsidRPr="000767E2">
        <w:rPr>
          <w:lang w:val="sv-SE"/>
        </w:rPr>
        <w:t>BibleBIBEL82</w:t>
      </w:r>
      <w:r w:rsidRPr="000767E2">
        <w:rPr>
          <w:lang w:val="sv-SE"/>
        </w:rPr>
        <w:t>:1Tim 1:7]]</w:t>
      </w:r>
      <w:r w:rsidRPr="000767E2">
        <w:rPr>
          <w:vertAlign w:val="superscript"/>
          <w:lang w:val="sv-SE"/>
        </w:rPr>
        <w:t>7</w:t>
      </w:r>
      <w:r w:rsidRPr="000767E2">
        <w:rPr>
          <w:lang w:val="sv-SE"/>
        </w:rPr>
        <w:t xml:space="preserve"> {{field-on:bible}}när de vill vara laglärare </w:t>
      </w:r>
      <w:r w:rsidRPr="000767E2">
        <w:rPr>
          <w:i/>
          <w:lang w:val="sv-SE"/>
        </w:rPr>
        <w:t>men</w:t>
      </w:r>
      <w:r w:rsidRPr="000767E2">
        <w:rPr>
          <w:lang w:val="sv-SE"/>
        </w:rPr>
        <w:t xml:space="preserve"> inte fattar varken det de säger eller vad de noga slår fast om.{{field-off:bible}}</w:t>
      </w:r>
    </w:p>
    <w:p w14:paraId="113633AE" w14:textId="0E25EE9E" w:rsidR="00BA33AB" w:rsidRPr="000767E2" w:rsidRDefault="00000000">
      <w:pPr>
        <w:rPr>
          <w:lang w:val="sv-SE"/>
        </w:rPr>
      </w:pPr>
      <w:r w:rsidRPr="000767E2">
        <w:rPr>
          <w:lang w:val="sv-SE"/>
        </w:rPr>
        <w:t>[[@</w:t>
      </w:r>
      <w:r w:rsidR="0096445B" w:rsidRPr="000767E2">
        <w:rPr>
          <w:lang w:val="sv-SE"/>
        </w:rPr>
        <w:t>BibleBIBEL82</w:t>
      </w:r>
      <w:r w:rsidRPr="000767E2">
        <w:rPr>
          <w:lang w:val="sv-SE"/>
        </w:rPr>
        <w:t>:1Tim 1:8]]</w:t>
      </w:r>
      <w:r w:rsidRPr="000767E2">
        <w:rPr>
          <w:vertAlign w:val="superscript"/>
          <w:lang w:val="sv-SE"/>
        </w:rPr>
        <w:t>8</w:t>
      </w:r>
      <w:r w:rsidRPr="000767E2">
        <w:rPr>
          <w:lang w:val="sv-SE"/>
        </w:rPr>
        <w:t xml:space="preserve"> {{field-on:bible}}Men vi vet att lagen är bra, om man använder den lagligt{{field-off:bible}} [[@</w:t>
      </w:r>
      <w:r w:rsidR="0096445B" w:rsidRPr="000767E2">
        <w:rPr>
          <w:lang w:val="sv-SE"/>
        </w:rPr>
        <w:t>BibleBIBEL82</w:t>
      </w:r>
      <w:r w:rsidRPr="000767E2">
        <w:rPr>
          <w:lang w:val="sv-SE"/>
        </w:rPr>
        <w:t>:1Tim 1:9]]</w:t>
      </w:r>
      <w:r w:rsidRPr="000767E2">
        <w:rPr>
          <w:vertAlign w:val="superscript"/>
          <w:lang w:val="sv-SE"/>
        </w:rPr>
        <w:t>9</w:t>
      </w:r>
      <w:r w:rsidRPr="000767E2">
        <w:rPr>
          <w:lang w:val="sv-SE"/>
        </w:rPr>
        <w:t xml:space="preserve"> {{field-on:bible}}och vet detta att lag inte är satt för en rättfärdig, utan för laglösa och ounderordnade, ogudaktiga och syndare, ogudliga och profana, fadermisshandlare och modermisshandlare, mannamördare,{{field-off:bible}} [[@</w:t>
      </w:r>
      <w:r w:rsidR="0096445B" w:rsidRPr="000767E2">
        <w:rPr>
          <w:lang w:val="sv-SE"/>
        </w:rPr>
        <w:t>BibleBIBEL82</w:t>
      </w:r>
      <w:r w:rsidRPr="000767E2">
        <w:rPr>
          <w:lang w:val="sv-SE"/>
        </w:rPr>
        <w:t>:1Tim 1:10]]</w:t>
      </w:r>
      <w:r w:rsidRPr="000767E2">
        <w:rPr>
          <w:vertAlign w:val="superscript"/>
          <w:lang w:val="sv-SE"/>
        </w:rPr>
        <w:t>10</w:t>
      </w:r>
      <w:r w:rsidRPr="000767E2">
        <w:rPr>
          <w:lang w:val="sv-SE"/>
        </w:rPr>
        <w:t xml:space="preserve"> {{field-on:bible}}otuktiga, manliggare, människohandlare, lögnare, menedare och om något annat är emot den sunda läran,{{field-off:bible}} [[@</w:t>
      </w:r>
      <w:r w:rsidR="0096445B" w:rsidRPr="000767E2">
        <w:rPr>
          <w:lang w:val="sv-SE"/>
        </w:rPr>
        <w:t>BibleBIBEL82</w:t>
      </w:r>
      <w:r w:rsidRPr="000767E2">
        <w:rPr>
          <w:lang w:val="sv-SE"/>
        </w:rPr>
        <w:t>:1Tim 1:11]]</w:t>
      </w:r>
      <w:r w:rsidRPr="000767E2">
        <w:rPr>
          <w:vertAlign w:val="superscript"/>
          <w:lang w:val="sv-SE"/>
        </w:rPr>
        <w:t>11</w:t>
      </w:r>
      <w:r w:rsidRPr="000767E2">
        <w:rPr>
          <w:lang w:val="sv-SE"/>
        </w:rPr>
        <w:t xml:space="preserve"> {{field-on:bible}}enligt evangeliet om den salige Gudens härlighet som jag har blivit anförtrodd.{{field-off:bible}}</w:t>
      </w:r>
    </w:p>
    <w:p w14:paraId="6769467E" w14:textId="77777777" w:rsidR="00BA33AB" w:rsidRPr="000767E2" w:rsidRDefault="00000000">
      <w:pPr>
        <w:pStyle w:val="Rubrik3"/>
        <w:rPr>
          <w:lang w:val="sv-SE"/>
        </w:rPr>
      </w:pPr>
      <w:r w:rsidRPr="000767E2">
        <w:rPr>
          <w:lang w:val="sv-SE"/>
        </w:rPr>
        <w:t>Tacksägelse för frälsning av nåd</w:t>
      </w:r>
    </w:p>
    <w:p w14:paraId="4CC23706" w14:textId="13712B95" w:rsidR="00BA33AB" w:rsidRPr="000767E2" w:rsidRDefault="00000000">
      <w:pPr>
        <w:rPr>
          <w:lang w:val="sv-SE"/>
        </w:rPr>
      </w:pPr>
      <w:r w:rsidRPr="000767E2">
        <w:rPr>
          <w:lang w:val="sv-SE"/>
        </w:rPr>
        <w:t>[[@</w:t>
      </w:r>
      <w:r w:rsidR="0096445B" w:rsidRPr="000767E2">
        <w:rPr>
          <w:lang w:val="sv-SE"/>
        </w:rPr>
        <w:t>BibleBIBEL82</w:t>
      </w:r>
      <w:r w:rsidRPr="000767E2">
        <w:rPr>
          <w:lang w:val="sv-SE"/>
        </w:rPr>
        <w:t>:1Tim 1:12]]</w:t>
      </w:r>
      <w:r w:rsidRPr="000767E2">
        <w:rPr>
          <w:vertAlign w:val="superscript"/>
          <w:lang w:val="sv-SE"/>
        </w:rPr>
        <w:t>12</w:t>
      </w:r>
      <w:r w:rsidRPr="000767E2">
        <w:rPr>
          <w:lang w:val="sv-SE"/>
        </w:rPr>
        <w:t xml:space="preserve"> {{field-on:bible}}Jag har tack till honom som har gett mig kraft, Kristus Jesus vår Herre, för att han ansett mig betrodd och satt </w:t>
      </w:r>
      <w:r w:rsidRPr="000767E2">
        <w:rPr>
          <w:i/>
          <w:lang w:val="sv-SE"/>
        </w:rPr>
        <w:t>mig</w:t>
      </w:r>
      <w:r w:rsidRPr="000767E2">
        <w:rPr>
          <w:lang w:val="sv-SE"/>
        </w:rPr>
        <w:t xml:space="preserve"> till tjänst,{{field-off:bible}} [[@</w:t>
      </w:r>
      <w:r w:rsidR="0096445B" w:rsidRPr="000767E2">
        <w:rPr>
          <w:lang w:val="sv-SE"/>
        </w:rPr>
        <w:t>BibleBIBEL82</w:t>
      </w:r>
      <w:r w:rsidRPr="000767E2">
        <w:rPr>
          <w:lang w:val="sv-SE"/>
        </w:rPr>
        <w:t>:1Tim 1:13]]</w:t>
      </w:r>
      <w:r w:rsidRPr="000767E2">
        <w:rPr>
          <w:vertAlign w:val="superscript"/>
          <w:lang w:val="sv-SE"/>
        </w:rPr>
        <w:t>13</w:t>
      </w:r>
      <w:r w:rsidRPr="000767E2">
        <w:rPr>
          <w:lang w:val="sv-SE"/>
        </w:rPr>
        <w:t xml:space="preserve"> {{field-on:bible}}som förr var en hädare och förföljare och skymfare. Men jag fick barmhärtighet, eftersom jag inte förstod </w:t>
      </w:r>
      <w:r w:rsidRPr="000767E2">
        <w:rPr>
          <w:i/>
          <w:lang w:val="sv-SE"/>
        </w:rPr>
        <w:t>utan</w:t>
      </w:r>
      <w:r w:rsidRPr="000767E2">
        <w:rPr>
          <w:lang w:val="sv-SE"/>
        </w:rPr>
        <w:t xml:space="preserve"> gjorde </w:t>
      </w:r>
      <w:r w:rsidRPr="000767E2">
        <w:rPr>
          <w:i/>
          <w:lang w:val="sv-SE"/>
        </w:rPr>
        <w:t>det</w:t>
      </w:r>
      <w:r w:rsidRPr="000767E2">
        <w:rPr>
          <w:lang w:val="sv-SE"/>
        </w:rPr>
        <w:t xml:space="preserve"> i otro.{{field-off:bible}}</w:t>
      </w:r>
    </w:p>
    <w:p w14:paraId="51C5C68F" w14:textId="4656620C" w:rsidR="00BA33AB" w:rsidRPr="000767E2" w:rsidRDefault="00000000">
      <w:pPr>
        <w:rPr>
          <w:lang w:val="sv-SE"/>
        </w:rPr>
      </w:pPr>
      <w:r w:rsidRPr="000767E2">
        <w:rPr>
          <w:lang w:val="sv-SE"/>
        </w:rPr>
        <w:t>[[@</w:t>
      </w:r>
      <w:r w:rsidR="0096445B" w:rsidRPr="000767E2">
        <w:rPr>
          <w:lang w:val="sv-SE"/>
        </w:rPr>
        <w:t>BibleBIBEL82</w:t>
      </w:r>
      <w:r w:rsidRPr="000767E2">
        <w:rPr>
          <w:lang w:val="sv-SE"/>
        </w:rPr>
        <w:t>:1Tim 1:14]]</w:t>
      </w:r>
      <w:r w:rsidRPr="000767E2">
        <w:rPr>
          <w:vertAlign w:val="superscript"/>
          <w:lang w:val="sv-SE"/>
        </w:rPr>
        <w:t>14</w:t>
      </w:r>
      <w:r w:rsidRPr="000767E2">
        <w:rPr>
          <w:lang w:val="sv-SE"/>
        </w:rPr>
        <w:t xml:space="preserve"> {{field-on:bible}}Och övermåttan förmerades vår Herres nåd med tro och kärlek i Kristus Jesus.{{field-off:bible}} [[@</w:t>
      </w:r>
      <w:r w:rsidR="0096445B" w:rsidRPr="000767E2">
        <w:rPr>
          <w:lang w:val="sv-SE"/>
        </w:rPr>
        <w:t>BibleBIBEL82</w:t>
      </w:r>
      <w:r w:rsidRPr="000767E2">
        <w:rPr>
          <w:lang w:val="sv-SE"/>
        </w:rPr>
        <w:t>:1Tim 1:15]]</w:t>
      </w:r>
      <w:r w:rsidRPr="000767E2">
        <w:rPr>
          <w:vertAlign w:val="superscript"/>
          <w:lang w:val="sv-SE"/>
        </w:rPr>
        <w:t>15</w:t>
      </w:r>
      <w:r w:rsidRPr="000767E2">
        <w:rPr>
          <w:lang w:val="sv-SE"/>
        </w:rPr>
        <w:t xml:space="preserve"> {{field-on:bible}}Trofast </w:t>
      </w:r>
      <w:r w:rsidRPr="000767E2">
        <w:rPr>
          <w:i/>
          <w:lang w:val="sv-SE"/>
        </w:rPr>
        <w:t>är</w:t>
      </w:r>
      <w:r w:rsidRPr="000767E2">
        <w:rPr>
          <w:lang w:val="sv-SE"/>
        </w:rPr>
        <w:t xml:space="preserve"> ordet och värt allt välkomnande, att Kristus Jesus kom till världen </w:t>
      </w:r>
      <w:r w:rsidRPr="000767E2">
        <w:rPr>
          <w:i/>
          <w:lang w:val="sv-SE"/>
        </w:rPr>
        <w:t>för</w:t>
      </w:r>
      <w:r w:rsidRPr="000767E2">
        <w:rPr>
          <w:lang w:val="sv-SE"/>
        </w:rPr>
        <w:t xml:space="preserve"> att </w:t>
      </w:r>
      <w:r w:rsidRPr="000767E2">
        <w:rPr>
          <w:lang w:val="sv-SE"/>
        </w:rPr>
        <w:lastRenderedPageBreak/>
        <w:t>frälsa syndare, av vilka jag är först.{{field-off:bible}} [[@</w:t>
      </w:r>
      <w:r w:rsidR="0096445B" w:rsidRPr="000767E2">
        <w:rPr>
          <w:lang w:val="sv-SE"/>
        </w:rPr>
        <w:t>BibleBIBEL82</w:t>
      </w:r>
      <w:r w:rsidRPr="000767E2">
        <w:rPr>
          <w:lang w:val="sv-SE"/>
        </w:rPr>
        <w:t>:1Tim 1:16]]</w:t>
      </w:r>
      <w:r w:rsidRPr="000767E2">
        <w:rPr>
          <w:vertAlign w:val="superscript"/>
          <w:lang w:val="sv-SE"/>
        </w:rPr>
        <w:t>16</w:t>
      </w:r>
      <w:r w:rsidRPr="000767E2">
        <w:rPr>
          <w:lang w:val="sv-SE"/>
        </w:rPr>
        <w:t xml:space="preserve"> {{field-on:bible}}Men därför fick jag barmhärtighet, för att Kristus Jesus i mig först skulle </w:t>
      </w:r>
      <w:r w:rsidRPr="000767E2">
        <w:rPr>
          <w:i/>
          <w:lang w:val="sv-SE"/>
        </w:rPr>
        <w:t>få</w:t>
      </w:r>
      <w:r w:rsidRPr="000767E2">
        <w:rPr>
          <w:lang w:val="sv-SE"/>
        </w:rPr>
        <w:t xml:space="preserve"> uppvisa hela tålamodet, till ett mönster för dem som kommer att tro på honom till eoniskt liv.{{field-off:bible}} [[@</w:t>
      </w:r>
      <w:r w:rsidR="0096445B" w:rsidRPr="000767E2">
        <w:rPr>
          <w:lang w:val="sv-SE"/>
        </w:rPr>
        <w:t>BibleBIBEL82</w:t>
      </w:r>
      <w:r w:rsidRPr="000767E2">
        <w:rPr>
          <w:lang w:val="sv-SE"/>
        </w:rPr>
        <w:t>:1Tim 1:17]]</w:t>
      </w:r>
      <w:r w:rsidRPr="000767E2">
        <w:rPr>
          <w:vertAlign w:val="superscript"/>
          <w:lang w:val="sv-SE"/>
        </w:rPr>
        <w:t>17</w:t>
      </w:r>
      <w:r w:rsidRPr="000767E2">
        <w:rPr>
          <w:lang w:val="sv-SE"/>
        </w:rPr>
        <w:t xml:space="preserve"> {{field-on:bible}}Och till eonernas Kung, oförgänglig osynlig ensam Gud, </w:t>
      </w:r>
      <w:r w:rsidRPr="000767E2">
        <w:rPr>
          <w:i/>
          <w:lang w:val="sv-SE"/>
        </w:rPr>
        <w:t>hör</w:t>
      </w:r>
      <w:r w:rsidRPr="000767E2">
        <w:rPr>
          <w:lang w:val="sv-SE"/>
        </w:rPr>
        <w:t xml:space="preserve"> heder och ära till eonernas eoner. Amen.{{field-off:bible}}</w:t>
      </w:r>
    </w:p>
    <w:p w14:paraId="2B5F2C93" w14:textId="77777777" w:rsidR="00BA33AB" w:rsidRPr="000767E2" w:rsidRDefault="00000000">
      <w:pPr>
        <w:pStyle w:val="Rubrik3"/>
        <w:rPr>
          <w:lang w:val="sv-SE"/>
        </w:rPr>
      </w:pPr>
      <w:r w:rsidRPr="000767E2">
        <w:rPr>
          <w:lang w:val="sv-SE"/>
        </w:rPr>
        <w:t>Uppmaning till Timotheos</w:t>
      </w:r>
    </w:p>
    <w:p w14:paraId="7D3DC7F5" w14:textId="39D8100C" w:rsidR="00BA33AB" w:rsidRPr="000767E2" w:rsidRDefault="00000000">
      <w:pPr>
        <w:rPr>
          <w:lang w:val="sv-SE"/>
        </w:rPr>
      </w:pPr>
      <w:r w:rsidRPr="000767E2">
        <w:rPr>
          <w:lang w:val="sv-SE"/>
        </w:rPr>
        <w:t>[[@</w:t>
      </w:r>
      <w:r w:rsidR="0096445B" w:rsidRPr="000767E2">
        <w:rPr>
          <w:lang w:val="sv-SE"/>
        </w:rPr>
        <w:t>BibleBIBEL82</w:t>
      </w:r>
      <w:r w:rsidRPr="000767E2">
        <w:rPr>
          <w:lang w:val="sv-SE"/>
        </w:rPr>
        <w:t>:1Tim 1:18]]</w:t>
      </w:r>
      <w:r w:rsidRPr="000767E2">
        <w:rPr>
          <w:vertAlign w:val="superscript"/>
          <w:lang w:val="sv-SE"/>
        </w:rPr>
        <w:t>18</w:t>
      </w:r>
      <w:r w:rsidRPr="000767E2">
        <w:rPr>
          <w:lang w:val="sv-SE"/>
        </w:rPr>
        <w:t xml:space="preserve"> {{field-on:bible}}Denna instruktion överbringar jag åt dig, </w:t>
      </w:r>
      <w:r w:rsidRPr="000767E2">
        <w:rPr>
          <w:i/>
          <w:lang w:val="sv-SE"/>
        </w:rPr>
        <w:t>mitt</w:t>
      </w:r>
      <w:r w:rsidRPr="000767E2">
        <w:rPr>
          <w:lang w:val="sv-SE"/>
        </w:rPr>
        <w:t xml:space="preserve"> barn Timotheos, enligt profetiorna som i förväg har gått fram över dig, för att du genom dem ska strida den goda striden{{field-off:bible}} [[@</w:t>
      </w:r>
      <w:r w:rsidR="0096445B" w:rsidRPr="000767E2">
        <w:rPr>
          <w:lang w:val="sv-SE"/>
        </w:rPr>
        <w:t>BibleBIBEL82</w:t>
      </w:r>
      <w:r w:rsidRPr="000767E2">
        <w:rPr>
          <w:lang w:val="sv-SE"/>
        </w:rPr>
        <w:t>:1Tim 1:19]]</w:t>
      </w:r>
      <w:r w:rsidRPr="000767E2">
        <w:rPr>
          <w:vertAlign w:val="superscript"/>
          <w:lang w:val="sv-SE"/>
        </w:rPr>
        <w:t>19</w:t>
      </w:r>
      <w:r w:rsidRPr="000767E2">
        <w:rPr>
          <w:lang w:val="sv-SE"/>
        </w:rPr>
        <w:t xml:space="preserve"> {{field-on:bible}}och ha tro och gott samvete. Detta har vissa stött ifrån sig och i tron lidit skeppsbrott.{{field-off:bible}} [[@</w:t>
      </w:r>
      <w:r w:rsidR="0096445B" w:rsidRPr="000767E2">
        <w:rPr>
          <w:lang w:val="sv-SE"/>
        </w:rPr>
        <w:t>BibleBIBEL82</w:t>
      </w:r>
      <w:r w:rsidRPr="000767E2">
        <w:rPr>
          <w:lang w:val="sv-SE"/>
        </w:rPr>
        <w:t>:1Tim 1:20]]</w:t>
      </w:r>
      <w:r w:rsidRPr="000767E2">
        <w:rPr>
          <w:vertAlign w:val="superscript"/>
          <w:lang w:val="sv-SE"/>
        </w:rPr>
        <w:t>20</w:t>
      </w:r>
      <w:r w:rsidRPr="000767E2">
        <w:rPr>
          <w:lang w:val="sv-SE"/>
        </w:rPr>
        <w:t xml:space="preserve"> {{field-on:bible}}Bland dem är Hymenaios och Alexander, som jag har överlämnat åt Satan så att de tuktas </w:t>
      </w:r>
      <w:r w:rsidRPr="000767E2">
        <w:rPr>
          <w:i/>
          <w:lang w:val="sv-SE"/>
        </w:rPr>
        <w:t>för</w:t>
      </w:r>
      <w:r w:rsidRPr="000767E2">
        <w:rPr>
          <w:lang w:val="sv-SE"/>
        </w:rPr>
        <w:t xml:space="preserve"> att inte häda.{{field-off:bible}}</w:t>
      </w:r>
    </w:p>
    <w:p w14:paraId="462D09EC" w14:textId="76A5608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:1Tim 2]]Kapitel 2</w:t>
      </w:r>
    </w:p>
    <w:p w14:paraId="48E28FC1" w14:textId="77777777" w:rsidR="00BA33AB" w:rsidRPr="000767E2" w:rsidRDefault="00000000">
      <w:pPr>
        <w:pStyle w:val="Rubrik3"/>
        <w:rPr>
          <w:lang w:val="sv-SE"/>
        </w:rPr>
      </w:pPr>
      <w:r w:rsidRPr="000767E2">
        <w:rPr>
          <w:lang w:val="sv-SE"/>
        </w:rPr>
        <w:t>Bön för alla</w:t>
      </w:r>
    </w:p>
    <w:p w14:paraId="36B1C3F8" w14:textId="76B245CD" w:rsidR="00BA33AB" w:rsidRPr="000767E2" w:rsidRDefault="00000000">
      <w:pPr>
        <w:rPr>
          <w:lang w:val="sv-SE"/>
        </w:rPr>
      </w:pPr>
      <w:r w:rsidRPr="000767E2">
        <w:rPr>
          <w:lang w:val="sv-SE"/>
        </w:rPr>
        <w:t>[[@</w:t>
      </w:r>
      <w:r w:rsidR="0096445B" w:rsidRPr="000767E2">
        <w:rPr>
          <w:lang w:val="sv-SE"/>
        </w:rPr>
        <w:t>BibleBIBEL82</w:t>
      </w:r>
      <w:r w:rsidRPr="000767E2">
        <w:rPr>
          <w:lang w:val="sv-SE"/>
        </w:rPr>
        <w:t>:1Tim 2:1]]</w:t>
      </w:r>
      <w:r w:rsidRPr="000767E2">
        <w:rPr>
          <w:vertAlign w:val="superscript"/>
          <w:lang w:val="sv-SE"/>
        </w:rPr>
        <w:t>1</w:t>
      </w:r>
      <w:r w:rsidRPr="000767E2">
        <w:rPr>
          <w:lang w:val="sv-SE"/>
        </w:rPr>
        <w:t xml:space="preserve"> {{field-on:bible}}Jag uppmanar nu först av allt </w:t>
      </w:r>
      <w:r w:rsidRPr="000767E2">
        <w:rPr>
          <w:i/>
          <w:lang w:val="sv-SE"/>
        </w:rPr>
        <w:t>till</w:t>
      </w:r>
      <w:r w:rsidRPr="000767E2">
        <w:rPr>
          <w:lang w:val="sv-SE"/>
        </w:rPr>
        <w:t xml:space="preserve"> att förböner, böner, åkallelser, tacksägelser ska göras för alla människor,{{field-off:bible}} [[@</w:t>
      </w:r>
      <w:r w:rsidR="0096445B" w:rsidRPr="000767E2">
        <w:rPr>
          <w:lang w:val="sv-SE"/>
        </w:rPr>
        <w:t>BibleBIBEL82</w:t>
      </w:r>
      <w:r w:rsidRPr="000767E2">
        <w:rPr>
          <w:lang w:val="sv-SE"/>
        </w:rPr>
        <w:t>:1Tim 2:2]]</w:t>
      </w:r>
      <w:r w:rsidRPr="000767E2">
        <w:rPr>
          <w:vertAlign w:val="superscript"/>
          <w:lang w:val="sv-SE"/>
        </w:rPr>
        <w:t>2</w:t>
      </w:r>
      <w:r w:rsidRPr="000767E2">
        <w:rPr>
          <w:lang w:val="sv-SE"/>
        </w:rPr>
        <w:t xml:space="preserve"> {{field-on:bible}}för kungar och alla som är i överhet, så att vi kan framleva en rofylld och stilla tillvaro i all fromhet och </w:t>
      </w:r>
      <w:r w:rsidRPr="000767E2">
        <w:rPr>
          <w:i/>
          <w:lang w:val="sv-SE"/>
        </w:rPr>
        <w:t>allt</w:t>
      </w:r>
      <w:r w:rsidRPr="000767E2">
        <w:rPr>
          <w:lang w:val="sv-SE"/>
        </w:rPr>
        <w:t xml:space="preserve"> allvar.{{field-off:bible}} [[@</w:t>
      </w:r>
      <w:r w:rsidR="0096445B" w:rsidRPr="000767E2">
        <w:rPr>
          <w:lang w:val="sv-SE"/>
        </w:rPr>
        <w:t>BibleBIBEL82</w:t>
      </w:r>
      <w:r w:rsidRPr="000767E2">
        <w:rPr>
          <w:lang w:val="sv-SE"/>
        </w:rPr>
        <w:t>:1Tim 2:3]]</w:t>
      </w:r>
      <w:r w:rsidRPr="000767E2">
        <w:rPr>
          <w:vertAlign w:val="superscript"/>
          <w:lang w:val="sv-SE"/>
        </w:rPr>
        <w:t>3</w:t>
      </w:r>
      <w:r w:rsidRPr="000767E2">
        <w:rPr>
          <w:lang w:val="sv-SE"/>
        </w:rPr>
        <w:t xml:space="preserve"> {{field-on:bible}}Detta </w:t>
      </w:r>
      <w:r w:rsidRPr="000767E2">
        <w:rPr>
          <w:i/>
          <w:lang w:val="sv-SE"/>
        </w:rPr>
        <w:t>är</w:t>
      </w:r>
      <w:r w:rsidRPr="000767E2">
        <w:rPr>
          <w:lang w:val="sv-SE"/>
        </w:rPr>
        <w:t xml:space="preserve"> bra och välkommet inför vår Frälsare Gud,{{field-off:bible}} [[@</w:t>
      </w:r>
      <w:r w:rsidR="0096445B" w:rsidRPr="000767E2">
        <w:rPr>
          <w:lang w:val="sv-SE"/>
        </w:rPr>
        <w:t>BibleBIBEL82</w:t>
      </w:r>
      <w:r w:rsidRPr="000767E2">
        <w:rPr>
          <w:lang w:val="sv-SE"/>
        </w:rPr>
        <w:t>:1Tim 2:4]]</w:t>
      </w:r>
      <w:r w:rsidRPr="000767E2">
        <w:rPr>
          <w:vertAlign w:val="superscript"/>
          <w:lang w:val="sv-SE"/>
        </w:rPr>
        <w:t>4</w:t>
      </w:r>
      <w:r w:rsidRPr="000767E2">
        <w:rPr>
          <w:lang w:val="sv-SE"/>
        </w:rPr>
        <w:t xml:space="preserve"> {{field-on:bible}}som vill att alla människor ska bli frälsta och komma till insikt om sanning.{{field-off:bible}}</w:t>
      </w:r>
    </w:p>
    <w:p w14:paraId="5CB7C74D" w14:textId="7085F431" w:rsidR="00BA33AB" w:rsidRPr="000767E2" w:rsidRDefault="00000000">
      <w:pPr>
        <w:rPr>
          <w:lang w:val="sv-SE"/>
        </w:rPr>
      </w:pPr>
      <w:r w:rsidRPr="000767E2">
        <w:rPr>
          <w:lang w:val="sv-SE"/>
        </w:rPr>
        <w:t>[[@</w:t>
      </w:r>
      <w:r w:rsidR="0096445B" w:rsidRPr="000767E2">
        <w:rPr>
          <w:lang w:val="sv-SE"/>
        </w:rPr>
        <w:t>BibleBIBEL82</w:t>
      </w:r>
      <w:r w:rsidRPr="000767E2">
        <w:rPr>
          <w:lang w:val="sv-SE"/>
        </w:rPr>
        <w:t>:1Tim 2:5]]</w:t>
      </w:r>
      <w:r w:rsidRPr="000767E2">
        <w:rPr>
          <w:vertAlign w:val="superscript"/>
          <w:lang w:val="sv-SE"/>
        </w:rPr>
        <w:t>5</w:t>
      </w:r>
      <w:r w:rsidRPr="000767E2">
        <w:rPr>
          <w:lang w:val="sv-SE"/>
        </w:rPr>
        <w:t xml:space="preserve"> {{field-on:bible}}För en </w:t>
      </w:r>
      <w:r w:rsidRPr="000767E2">
        <w:rPr>
          <w:i/>
          <w:lang w:val="sv-SE"/>
        </w:rPr>
        <w:t>är</w:t>
      </w:r>
      <w:r w:rsidRPr="000767E2">
        <w:rPr>
          <w:lang w:val="sv-SE"/>
        </w:rPr>
        <w:t xml:space="preserve"> Gud, en </w:t>
      </w:r>
      <w:r w:rsidRPr="000767E2">
        <w:rPr>
          <w:i/>
          <w:lang w:val="sv-SE"/>
        </w:rPr>
        <w:t>är</w:t>
      </w:r>
      <w:r w:rsidRPr="000767E2">
        <w:rPr>
          <w:lang w:val="sv-SE"/>
        </w:rPr>
        <w:t xml:space="preserve"> också medlare mellan Gud och människor: människan Kristus Jesus,{{field-off:bible}} [[@</w:t>
      </w:r>
      <w:r w:rsidR="0096445B" w:rsidRPr="000767E2">
        <w:rPr>
          <w:lang w:val="sv-SE"/>
        </w:rPr>
        <w:t>BibleBIBEL82</w:t>
      </w:r>
      <w:r w:rsidRPr="000767E2">
        <w:rPr>
          <w:lang w:val="sv-SE"/>
        </w:rPr>
        <w:t>:1Tim 2:6]]</w:t>
      </w:r>
      <w:r w:rsidRPr="000767E2">
        <w:rPr>
          <w:vertAlign w:val="superscript"/>
          <w:lang w:val="sv-SE"/>
        </w:rPr>
        <w:t>6</w:t>
      </w:r>
      <w:r w:rsidRPr="000767E2">
        <w:rPr>
          <w:lang w:val="sv-SE"/>
        </w:rPr>
        <w:t xml:space="preserve"> {{field-on:bible}}som har gett sig själv </w:t>
      </w:r>
      <w:r w:rsidRPr="000767E2">
        <w:rPr>
          <w:i/>
          <w:lang w:val="sv-SE"/>
        </w:rPr>
        <w:t>till</w:t>
      </w:r>
      <w:r w:rsidRPr="000767E2">
        <w:rPr>
          <w:lang w:val="sv-SE"/>
        </w:rPr>
        <w:t xml:space="preserve"> motlösen för alla, vittnesbördet i </w:t>
      </w:r>
      <w:r w:rsidRPr="000767E2">
        <w:rPr>
          <w:i/>
          <w:lang w:val="sv-SE"/>
        </w:rPr>
        <w:t>sina</w:t>
      </w:r>
      <w:r w:rsidRPr="000767E2">
        <w:rPr>
          <w:lang w:val="sv-SE"/>
        </w:rPr>
        <w:t xml:space="preserve"> egna tider.{{field-off:bible}} [[@</w:t>
      </w:r>
      <w:r w:rsidR="0096445B" w:rsidRPr="000767E2">
        <w:rPr>
          <w:lang w:val="sv-SE"/>
        </w:rPr>
        <w:t>BibleBIBEL82</w:t>
      </w:r>
      <w:r w:rsidRPr="000767E2">
        <w:rPr>
          <w:lang w:val="sv-SE"/>
        </w:rPr>
        <w:t>:1Tim 2:7]]</w:t>
      </w:r>
      <w:r w:rsidRPr="000767E2">
        <w:rPr>
          <w:vertAlign w:val="superscript"/>
          <w:lang w:val="sv-SE"/>
        </w:rPr>
        <w:t>7</w:t>
      </w:r>
      <w:r w:rsidRPr="000767E2">
        <w:rPr>
          <w:lang w:val="sv-SE"/>
        </w:rPr>
        <w:t xml:space="preserve"> {{field-on:bible}}Till detta blev jag satt </w:t>
      </w:r>
      <w:r w:rsidRPr="000767E2">
        <w:rPr>
          <w:i/>
          <w:lang w:val="sv-SE"/>
        </w:rPr>
        <w:t>som</w:t>
      </w:r>
      <w:r w:rsidRPr="000767E2">
        <w:rPr>
          <w:lang w:val="sv-SE"/>
        </w:rPr>
        <w:t xml:space="preserve"> förkunnare och apostel – sanning talar jag, ljuger inte – en lärare för folkslag i tro och sanning.{{field-off:bible}}</w:t>
      </w:r>
    </w:p>
    <w:p w14:paraId="1165B662" w14:textId="52D44A7E" w:rsidR="00BA33AB" w:rsidRPr="000767E2" w:rsidRDefault="00000000">
      <w:pPr>
        <w:rPr>
          <w:lang w:val="sv-SE"/>
        </w:rPr>
      </w:pPr>
      <w:r w:rsidRPr="000767E2">
        <w:rPr>
          <w:lang w:val="sv-SE"/>
        </w:rPr>
        <w:t>[[@</w:t>
      </w:r>
      <w:r w:rsidR="0096445B" w:rsidRPr="000767E2">
        <w:rPr>
          <w:lang w:val="sv-SE"/>
        </w:rPr>
        <w:t>BibleBIBEL82</w:t>
      </w:r>
      <w:r w:rsidRPr="000767E2">
        <w:rPr>
          <w:lang w:val="sv-SE"/>
        </w:rPr>
        <w:t>:1Tim 2:8]]</w:t>
      </w:r>
      <w:r w:rsidRPr="000767E2">
        <w:rPr>
          <w:vertAlign w:val="superscript"/>
          <w:lang w:val="sv-SE"/>
        </w:rPr>
        <w:t>8</w:t>
      </w:r>
      <w:r w:rsidRPr="000767E2">
        <w:rPr>
          <w:lang w:val="sv-SE"/>
        </w:rPr>
        <w:t xml:space="preserve"> {{field-on:bible}}Jag önskar nu att männen på varje plats ska be och lyfta gudliga händer, utan vrede och fundering.{{field-off:bible}} [[@</w:t>
      </w:r>
      <w:r w:rsidR="0096445B" w:rsidRPr="000767E2">
        <w:rPr>
          <w:lang w:val="sv-SE"/>
        </w:rPr>
        <w:t>BibleBIBEL82</w:t>
      </w:r>
      <w:r w:rsidRPr="000767E2">
        <w:rPr>
          <w:lang w:val="sv-SE"/>
        </w:rPr>
        <w:t>:1Tim 2:9]]</w:t>
      </w:r>
      <w:r w:rsidRPr="000767E2">
        <w:rPr>
          <w:vertAlign w:val="superscript"/>
          <w:lang w:val="sv-SE"/>
        </w:rPr>
        <w:t>9</w:t>
      </w:r>
      <w:r w:rsidRPr="000767E2">
        <w:rPr>
          <w:lang w:val="sv-SE"/>
        </w:rPr>
        <w:t xml:space="preserve"> {{field-on:bible}}På samma sätt [också] kvinnor, i respektabel klädedräkt, att </w:t>
      </w:r>
      <w:r w:rsidRPr="000767E2">
        <w:rPr>
          <w:i/>
          <w:lang w:val="sv-SE"/>
        </w:rPr>
        <w:t>de</w:t>
      </w:r>
      <w:r w:rsidRPr="000767E2">
        <w:rPr>
          <w:lang w:val="sv-SE"/>
        </w:rPr>
        <w:t xml:space="preserve"> med blygsamhet och sans </w:t>
      </w:r>
      <w:r w:rsidRPr="000767E2">
        <w:rPr>
          <w:i/>
          <w:lang w:val="sv-SE"/>
        </w:rPr>
        <w:t>ska</w:t>
      </w:r>
      <w:r w:rsidRPr="000767E2">
        <w:rPr>
          <w:lang w:val="sv-SE"/>
        </w:rPr>
        <w:t xml:space="preserve"> smycka sig – inte med flätningar och guld eller pärlor eller kostbar klädnad,{{field-off:bible}} [[@</w:t>
      </w:r>
      <w:r w:rsidR="0096445B" w:rsidRPr="000767E2">
        <w:rPr>
          <w:lang w:val="sv-SE"/>
        </w:rPr>
        <w:t>BibleBIBEL82</w:t>
      </w:r>
      <w:r w:rsidRPr="000767E2">
        <w:rPr>
          <w:lang w:val="sv-SE"/>
        </w:rPr>
        <w:t>:1Tim 2:10]]</w:t>
      </w:r>
      <w:r w:rsidRPr="000767E2">
        <w:rPr>
          <w:vertAlign w:val="superscript"/>
          <w:lang w:val="sv-SE"/>
        </w:rPr>
        <w:t>10</w:t>
      </w:r>
      <w:r w:rsidRPr="000767E2">
        <w:rPr>
          <w:lang w:val="sv-SE"/>
        </w:rPr>
        <w:t xml:space="preserve"> {{field-on:bible}}utan det som anstår kvinnor som föreger gudsfromhet: genom goda gärningar.{{field-off:bible}}</w:t>
      </w:r>
    </w:p>
    <w:p w14:paraId="0612862D" w14:textId="40F84D30" w:rsidR="00BA33AB" w:rsidRPr="000767E2" w:rsidRDefault="00000000">
      <w:pPr>
        <w:rPr>
          <w:lang w:val="sv-SE"/>
        </w:rPr>
      </w:pPr>
      <w:r w:rsidRPr="000767E2">
        <w:rPr>
          <w:lang w:val="sv-SE"/>
        </w:rPr>
        <w:t>[[@</w:t>
      </w:r>
      <w:r w:rsidR="0096445B" w:rsidRPr="000767E2">
        <w:rPr>
          <w:lang w:val="sv-SE"/>
        </w:rPr>
        <w:t>BibleBIBEL82</w:t>
      </w:r>
      <w:r w:rsidRPr="000767E2">
        <w:rPr>
          <w:lang w:val="sv-SE"/>
        </w:rPr>
        <w:t>:1Tim 2:11]]</w:t>
      </w:r>
      <w:r w:rsidRPr="000767E2">
        <w:rPr>
          <w:vertAlign w:val="superscript"/>
          <w:lang w:val="sv-SE"/>
        </w:rPr>
        <w:t>11</w:t>
      </w:r>
      <w:r w:rsidRPr="000767E2">
        <w:rPr>
          <w:lang w:val="sv-SE"/>
        </w:rPr>
        <w:t xml:space="preserve"> {{field-on:bible}}En kvinna ska i stillhet lära sig, i all underordning.{{field-off:bible}} [[@</w:t>
      </w:r>
      <w:r w:rsidR="0096445B" w:rsidRPr="000767E2">
        <w:rPr>
          <w:lang w:val="sv-SE"/>
        </w:rPr>
        <w:t>BibleBIBEL82</w:t>
      </w:r>
      <w:r w:rsidRPr="000767E2">
        <w:rPr>
          <w:lang w:val="sv-SE"/>
        </w:rPr>
        <w:t>:1Tim 2:12]]</w:t>
      </w:r>
      <w:r w:rsidRPr="000767E2">
        <w:rPr>
          <w:vertAlign w:val="superscript"/>
          <w:lang w:val="sv-SE"/>
        </w:rPr>
        <w:t>12</w:t>
      </w:r>
      <w:r w:rsidRPr="000767E2">
        <w:rPr>
          <w:lang w:val="sv-SE"/>
        </w:rPr>
        <w:t xml:space="preserve"> {{field-on:bible}}Men att undervisa tillåter jag inte en kvinna, eller att själv härska över mannen, utan att vara i stillhet.{{field-off:bible}} [[@</w:t>
      </w:r>
      <w:r w:rsidR="0096445B" w:rsidRPr="000767E2">
        <w:rPr>
          <w:lang w:val="sv-SE"/>
        </w:rPr>
        <w:t>BibleBIBEL82</w:t>
      </w:r>
      <w:r w:rsidRPr="000767E2">
        <w:rPr>
          <w:lang w:val="sv-SE"/>
        </w:rPr>
        <w:t>:1Tim 2:13]]</w:t>
      </w:r>
      <w:r w:rsidRPr="000767E2">
        <w:rPr>
          <w:vertAlign w:val="superscript"/>
          <w:lang w:val="sv-SE"/>
        </w:rPr>
        <w:t>13</w:t>
      </w:r>
      <w:r w:rsidRPr="000767E2">
        <w:rPr>
          <w:lang w:val="sv-SE"/>
        </w:rPr>
        <w:t xml:space="preserve"> {{field-on:bible}}För Adam blev först formad, sedan Eva.{{field-off:bible}} [[@</w:t>
      </w:r>
      <w:r w:rsidR="0096445B" w:rsidRPr="000767E2">
        <w:rPr>
          <w:lang w:val="sv-SE"/>
        </w:rPr>
        <w:t>BibleBIBEL82</w:t>
      </w:r>
      <w:r w:rsidRPr="000767E2">
        <w:rPr>
          <w:lang w:val="sv-SE"/>
        </w:rPr>
        <w:t>:1Tim 2:14]]</w:t>
      </w:r>
      <w:r w:rsidRPr="000767E2">
        <w:rPr>
          <w:vertAlign w:val="superscript"/>
          <w:lang w:val="sv-SE"/>
        </w:rPr>
        <w:t>14</w:t>
      </w:r>
      <w:r w:rsidRPr="000767E2">
        <w:rPr>
          <w:lang w:val="sv-SE"/>
        </w:rPr>
        <w:t xml:space="preserve"> {{field-</w:t>
      </w:r>
      <w:r w:rsidRPr="000767E2">
        <w:rPr>
          <w:lang w:val="sv-SE"/>
        </w:rPr>
        <w:lastRenderedPageBreak/>
        <w:t>on:bible}}Och Adam blev inte lurad, utan kvinnan har grundlurad kommit i överträdelse.{{field-off:bible}} [[@</w:t>
      </w:r>
      <w:r w:rsidR="0096445B" w:rsidRPr="000767E2">
        <w:rPr>
          <w:lang w:val="sv-SE"/>
        </w:rPr>
        <w:t>BibleBIBEL82</w:t>
      </w:r>
      <w:r w:rsidRPr="000767E2">
        <w:rPr>
          <w:lang w:val="sv-SE"/>
        </w:rPr>
        <w:t>:1Tim 2:15]]</w:t>
      </w:r>
      <w:r w:rsidRPr="000767E2">
        <w:rPr>
          <w:vertAlign w:val="superscript"/>
          <w:lang w:val="sv-SE"/>
        </w:rPr>
        <w:t>15</w:t>
      </w:r>
      <w:r w:rsidRPr="000767E2">
        <w:rPr>
          <w:lang w:val="sv-SE"/>
        </w:rPr>
        <w:t xml:space="preserve"> {{field-on:bible}}Men hon ska bli frälst genom barnafödandet, om de är kvar i tro och kärlek och helgelse med sans.{{field-off:bible}}</w:t>
      </w:r>
    </w:p>
    <w:p w14:paraId="0FB22526" w14:textId="3327D9F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:1Tim 3]]Kapitel 3</w:t>
      </w:r>
    </w:p>
    <w:p w14:paraId="4047CA24" w14:textId="77777777" w:rsidR="00BA33AB" w:rsidRPr="000767E2" w:rsidRDefault="00000000">
      <w:pPr>
        <w:pStyle w:val="Rubrik3"/>
        <w:rPr>
          <w:lang w:val="sv-SE"/>
        </w:rPr>
      </w:pPr>
      <w:r w:rsidRPr="000767E2">
        <w:rPr>
          <w:lang w:val="sv-SE"/>
        </w:rPr>
        <w:t>En tillsyningsmans egenskaper</w:t>
      </w:r>
    </w:p>
    <w:p w14:paraId="1D22AEC8" w14:textId="67DCEA92" w:rsidR="00BA33AB" w:rsidRPr="000767E2" w:rsidRDefault="00000000">
      <w:pPr>
        <w:rPr>
          <w:lang w:val="sv-SE"/>
        </w:rPr>
      </w:pPr>
      <w:r w:rsidRPr="000767E2">
        <w:rPr>
          <w:lang w:val="sv-SE"/>
        </w:rPr>
        <w:t>[[@</w:t>
      </w:r>
      <w:r w:rsidR="0096445B" w:rsidRPr="000767E2">
        <w:rPr>
          <w:lang w:val="sv-SE"/>
        </w:rPr>
        <w:t>BibleBIBEL82</w:t>
      </w:r>
      <w:r w:rsidRPr="000767E2">
        <w:rPr>
          <w:lang w:val="sv-SE"/>
        </w:rPr>
        <w:t>:1Tim 3:1]]</w:t>
      </w:r>
      <w:r w:rsidRPr="000767E2">
        <w:rPr>
          <w:vertAlign w:val="superscript"/>
          <w:lang w:val="sv-SE"/>
        </w:rPr>
        <w:t>1</w:t>
      </w:r>
      <w:r w:rsidRPr="000767E2">
        <w:rPr>
          <w:lang w:val="sv-SE"/>
        </w:rPr>
        <w:t xml:space="preserve"> {{field-on:bible}}Trofast </w:t>
      </w:r>
      <w:r w:rsidRPr="000767E2">
        <w:rPr>
          <w:i/>
          <w:lang w:val="sv-SE"/>
        </w:rPr>
        <w:t>är</w:t>
      </w:r>
      <w:r w:rsidRPr="000767E2">
        <w:rPr>
          <w:lang w:val="sv-SE"/>
        </w:rPr>
        <w:t xml:space="preserve"> ordet. Om någon eftertraktar en tillsyn, </w:t>
      </w:r>
      <w:r w:rsidRPr="000767E2">
        <w:rPr>
          <w:i/>
          <w:lang w:val="sv-SE"/>
        </w:rPr>
        <w:t>är det</w:t>
      </w:r>
      <w:r w:rsidRPr="000767E2">
        <w:rPr>
          <w:lang w:val="sv-SE"/>
        </w:rPr>
        <w:t xml:space="preserve"> en god gärning han åtrår.{{field-off:bible}} [[@</w:t>
      </w:r>
      <w:r w:rsidR="0096445B" w:rsidRPr="000767E2">
        <w:rPr>
          <w:lang w:val="sv-SE"/>
        </w:rPr>
        <w:t>BibleBIBEL82</w:t>
      </w:r>
      <w:r w:rsidRPr="000767E2">
        <w:rPr>
          <w:lang w:val="sv-SE"/>
        </w:rPr>
        <w:t>:1Tim 3:2]]</w:t>
      </w:r>
      <w:r w:rsidRPr="000767E2">
        <w:rPr>
          <w:vertAlign w:val="superscript"/>
          <w:lang w:val="sv-SE"/>
        </w:rPr>
        <w:t>2</w:t>
      </w:r>
      <w:r w:rsidRPr="000767E2">
        <w:rPr>
          <w:lang w:val="sv-SE"/>
        </w:rPr>
        <w:t xml:space="preserve"> {{field-on:bible}}Tillsyningsmannen måste alltså vara oantastlig: en </w:t>
      </w:r>
      <w:r w:rsidRPr="000767E2">
        <w:rPr>
          <w:i/>
          <w:lang w:val="sv-SE"/>
        </w:rPr>
        <w:t>enda</w:t>
      </w:r>
      <w:r w:rsidRPr="000767E2">
        <w:rPr>
          <w:lang w:val="sv-SE"/>
        </w:rPr>
        <w:t xml:space="preserve"> kvinnas man, nykter, sansad, respektabel, gästvänlig, didaktisk.{{field-off:bible}} [[@</w:t>
      </w:r>
      <w:r w:rsidR="0096445B" w:rsidRPr="000767E2">
        <w:rPr>
          <w:lang w:val="sv-SE"/>
        </w:rPr>
        <w:t>BibleBIBEL82</w:t>
      </w:r>
      <w:r w:rsidRPr="000767E2">
        <w:rPr>
          <w:lang w:val="sv-SE"/>
        </w:rPr>
        <w:t>:1Tim 3:3]]</w:t>
      </w:r>
      <w:r w:rsidRPr="000767E2">
        <w:rPr>
          <w:vertAlign w:val="superscript"/>
          <w:lang w:val="sv-SE"/>
        </w:rPr>
        <w:t>3</w:t>
      </w:r>
      <w:r w:rsidRPr="000767E2">
        <w:rPr>
          <w:lang w:val="sv-SE"/>
        </w:rPr>
        <w:t xml:space="preserve"> {{field-on:bible}}Inte vinlysten, inte våldsverkare, utan vänlig, icke stridande, icke pengakär –{{field-off:bible}} [[@</w:t>
      </w:r>
      <w:r w:rsidR="0096445B" w:rsidRPr="000767E2">
        <w:rPr>
          <w:lang w:val="sv-SE"/>
        </w:rPr>
        <w:t>BibleBIBEL82</w:t>
      </w:r>
      <w:r w:rsidRPr="000767E2">
        <w:rPr>
          <w:lang w:val="sv-SE"/>
        </w:rPr>
        <w:t>:1Tim 3:4]]</w:t>
      </w:r>
      <w:r w:rsidRPr="000767E2">
        <w:rPr>
          <w:vertAlign w:val="superscript"/>
          <w:lang w:val="sv-SE"/>
        </w:rPr>
        <w:t>4</w:t>
      </w:r>
      <w:r w:rsidRPr="000767E2">
        <w:rPr>
          <w:lang w:val="sv-SE"/>
        </w:rPr>
        <w:t xml:space="preserve"> {{field-on:bible}}en bra föreståndare för </w:t>
      </w:r>
      <w:r w:rsidRPr="000767E2">
        <w:rPr>
          <w:i/>
          <w:lang w:val="sv-SE"/>
        </w:rPr>
        <w:t>sitt</w:t>
      </w:r>
      <w:r w:rsidRPr="000767E2">
        <w:rPr>
          <w:lang w:val="sv-SE"/>
        </w:rPr>
        <w:t xml:space="preserve"> eget hus som håller barn i underordning med allt allvar.{{field-off:bible}} [[@</w:t>
      </w:r>
      <w:r w:rsidR="0096445B" w:rsidRPr="000767E2">
        <w:rPr>
          <w:lang w:val="sv-SE"/>
        </w:rPr>
        <w:t>BibleBIBEL82</w:t>
      </w:r>
      <w:r w:rsidRPr="000767E2">
        <w:rPr>
          <w:lang w:val="sv-SE"/>
        </w:rPr>
        <w:t>:1Tim 3:5]]</w:t>
      </w:r>
      <w:r w:rsidRPr="000767E2">
        <w:rPr>
          <w:vertAlign w:val="superscript"/>
          <w:lang w:val="sv-SE"/>
        </w:rPr>
        <w:t>5</w:t>
      </w:r>
      <w:r w:rsidRPr="000767E2">
        <w:rPr>
          <w:lang w:val="sv-SE"/>
        </w:rPr>
        <w:t xml:space="preserve"> {{field-on:bible}}Men om någon inte förstår att vara föreståndare för </w:t>
      </w:r>
      <w:r w:rsidRPr="000767E2">
        <w:rPr>
          <w:i/>
          <w:lang w:val="sv-SE"/>
        </w:rPr>
        <w:t>sitt</w:t>
      </w:r>
      <w:r w:rsidRPr="000767E2">
        <w:rPr>
          <w:lang w:val="sv-SE"/>
        </w:rPr>
        <w:t xml:space="preserve"> eget hus, hur ska han ha omsorg om Guds församling?{{field-off:bible}}</w:t>
      </w:r>
    </w:p>
    <w:p w14:paraId="5697F11E" w14:textId="0BC8DBC2" w:rsidR="00BA33AB" w:rsidRPr="000767E2" w:rsidRDefault="00000000">
      <w:pPr>
        <w:rPr>
          <w:lang w:val="sv-SE"/>
        </w:rPr>
      </w:pPr>
      <w:r w:rsidRPr="000767E2">
        <w:rPr>
          <w:lang w:val="sv-SE"/>
        </w:rPr>
        <w:t>[[@</w:t>
      </w:r>
      <w:r w:rsidR="0096445B" w:rsidRPr="000767E2">
        <w:rPr>
          <w:lang w:val="sv-SE"/>
        </w:rPr>
        <w:t>BibleBIBEL82</w:t>
      </w:r>
      <w:r w:rsidRPr="000767E2">
        <w:rPr>
          <w:lang w:val="sv-SE"/>
        </w:rPr>
        <w:t>:1Tim 3:6]]</w:t>
      </w:r>
      <w:r w:rsidRPr="000767E2">
        <w:rPr>
          <w:vertAlign w:val="superscript"/>
          <w:lang w:val="sv-SE"/>
        </w:rPr>
        <w:t>6</w:t>
      </w:r>
      <w:r w:rsidRPr="000767E2">
        <w:rPr>
          <w:lang w:val="sv-SE"/>
        </w:rPr>
        <w:t xml:space="preserve"> {{field-on:bible}}Inte neofyt, så att han inte inbilsk faller i djävulens dom.{{field-off:bible}} [[@</w:t>
      </w:r>
      <w:r w:rsidR="0096445B" w:rsidRPr="000767E2">
        <w:rPr>
          <w:lang w:val="sv-SE"/>
        </w:rPr>
        <w:t>BibleBIBEL82</w:t>
      </w:r>
      <w:r w:rsidRPr="000767E2">
        <w:rPr>
          <w:lang w:val="sv-SE"/>
        </w:rPr>
        <w:t>:1Tim 3:7]]</w:t>
      </w:r>
      <w:r w:rsidRPr="000767E2">
        <w:rPr>
          <w:vertAlign w:val="superscript"/>
          <w:lang w:val="sv-SE"/>
        </w:rPr>
        <w:t>7</w:t>
      </w:r>
      <w:r w:rsidRPr="000767E2">
        <w:rPr>
          <w:lang w:val="sv-SE"/>
        </w:rPr>
        <w:t xml:space="preserve"> {{field-on:bible}}Men han måste också ha bra vittnesbörd från dem utifrån, så att han inte faller i kritik och djävulens snara.{{field-off:bible}}</w:t>
      </w:r>
    </w:p>
    <w:p w14:paraId="1E09EA29" w14:textId="77777777" w:rsidR="00BA33AB" w:rsidRPr="000767E2" w:rsidRDefault="00000000">
      <w:pPr>
        <w:pStyle w:val="Rubrik3"/>
        <w:rPr>
          <w:lang w:val="sv-SE"/>
        </w:rPr>
      </w:pPr>
      <w:r w:rsidRPr="000767E2">
        <w:rPr>
          <w:lang w:val="sv-SE"/>
        </w:rPr>
        <w:t>Församlingstjänares egenskaper</w:t>
      </w:r>
    </w:p>
    <w:p w14:paraId="7D68EDB3" w14:textId="174ACD6E" w:rsidR="00BA33AB" w:rsidRPr="000767E2" w:rsidRDefault="00000000">
      <w:pPr>
        <w:rPr>
          <w:lang w:val="sv-SE"/>
        </w:rPr>
      </w:pPr>
      <w:r w:rsidRPr="000767E2">
        <w:rPr>
          <w:lang w:val="sv-SE"/>
        </w:rPr>
        <w:t>[[@</w:t>
      </w:r>
      <w:r w:rsidR="0096445B" w:rsidRPr="000767E2">
        <w:rPr>
          <w:lang w:val="sv-SE"/>
        </w:rPr>
        <w:t>BibleBIBEL82</w:t>
      </w:r>
      <w:r w:rsidRPr="000767E2">
        <w:rPr>
          <w:lang w:val="sv-SE"/>
        </w:rPr>
        <w:t>:1Tim 3:8]]</w:t>
      </w:r>
      <w:r w:rsidRPr="000767E2">
        <w:rPr>
          <w:vertAlign w:val="superscript"/>
          <w:lang w:val="sv-SE"/>
        </w:rPr>
        <w:t>8</w:t>
      </w:r>
      <w:r w:rsidRPr="000767E2">
        <w:rPr>
          <w:lang w:val="sv-SE"/>
        </w:rPr>
        <w:t xml:space="preserve"> {{field-on:bible}}Tjänare på samma sätt: seriösa, inte tvetaliga, inte ägna sig åt mycket vin, inte vinningslystna,{{field-off:bible}} [[@</w:t>
      </w:r>
      <w:r w:rsidR="0096445B" w:rsidRPr="000767E2">
        <w:rPr>
          <w:lang w:val="sv-SE"/>
        </w:rPr>
        <w:t>BibleBIBEL82</w:t>
      </w:r>
      <w:r w:rsidRPr="000767E2">
        <w:rPr>
          <w:lang w:val="sv-SE"/>
        </w:rPr>
        <w:t>:1Tim 3:9]]</w:t>
      </w:r>
      <w:r w:rsidRPr="000767E2">
        <w:rPr>
          <w:vertAlign w:val="superscript"/>
          <w:lang w:val="sv-SE"/>
        </w:rPr>
        <w:t>9</w:t>
      </w:r>
      <w:r w:rsidRPr="000767E2">
        <w:rPr>
          <w:lang w:val="sv-SE"/>
        </w:rPr>
        <w:t xml:space="preserve"> {{field-on:bible}}</w:t>
      </w:r>
      <w:r w:rsidRPr="000767E2">
        <w:rPr>
          <w:i/>
          <w:lang w:val="sv-SE"/>
        </w:rPr>
        <w:t>utan</w:t>
      </w:r>
      <w:r w:rsidRPr="000767E2">
        <w:rPr>
          <w:lang w:val="sv-SE"/>
        </w:rPr>
        <w:t xml:space="preserve"> omfatta trons mysterium med rent samvete.{{field-off:bible}} [[@</w:t>
      </w:r>
      <w:r w:rsidR="0096445B" w:rsidRPr="000767E2">
        <w:rPr>
          <w:lang w:val="sv-SE"/>
        </w:rPr>
        <w:t>BibleBIBEL82</w:t>
      </w:r>
      <w:r w:rsidRPr="000767E2">
        <w:rPr>
          <w:lang w:val="sv-SE"/>
        </w:rPr>
        <w:t>:1Tim 3:10]]</w:t>
      </w:r>
      <w:r w:rsidRPr="000767E2">
        <w:rPr>
          <w:vertAlign w:val="superscript"/>
          <w:lang w:val="sv-SE"/>
        </w:rPr>
        <w:t>10</w:t>
      </w:r>
      <w:r w:rsidRPr="000767E2">
        <w:rPr>
          <w:lang w:val="sv-SE"/>
        </w:rPr>
        <w:t xml:space="preserve"> {{field-on:bible}}Men även dessa ska beprövas först. Sedan ska de tjäna, </w:t>
      </w:r>
      <w:r w:rsidRPr="000767E2">
        <w:rPr>
          <w:i/>
          <w:lang w:val="sv-SE"/>
        </w:rPr>
        <w:t>om</w:t>
      </w:r>
      <w:r w:rsidRPr="000767E2">
        <w:rPr>
          <w:lang w:val="sv-SE"/>
        </w:rPr>
        <w:t xml:space="preserve"> de är oförvitliga.{{field-off:bible}}</w:t>
      </w:r>
    </w:p>
    <w:p w14:paraId="3D73DED1" w14:textId="50226D36" w:rsidR="00BA33AB" w:rsidRPr="000767E2" w:rsidRDefault="00000000">
      <w:pPr>
        <w:rPr>
          <w:lang w:val="sv-SE"/>
        </w:rPr>
      </w:pPr>
      <w:r w:rsidRPr="000767E2">
        <w:rPr>
          <w:lang w:val="sv-SE"/>
        </w:rPr>
        <w:t>[[@</w:t>
      </w:r>
      <w:r w:rsidR="0096445B" w:rsidRPr="000767E2">
        <w:rPr>
          <w:lang w:val="sv-SE"/>
        </w:rPr>
        <w:t>BibleBIBEL82</w:t>
      </w:r>
      <w:r w:rsidRPr="000767E2">
        <w:rPr>
          <w:lang w:val="sv-SE"/>
        </w:rPr>
        <w:t>:1Tim 3:11]]</w:t>
      </w:r>
      <w:r w:rsidRPr="000767E2">
        <w:rPr>
          <w:vertAlign w:val="superscript"/>
          <w:lang w:val="sv-SE"/>
        </w:rPr>
        <w:t>11</w:t>
      </w:r>
      <w:r w:rsidRPr="000767E2">
        <w:rPr>
          <w:lang w:val="sv-SE"/>
        </w:rPr>
        <w:t xml:space="preserve"> {{field-on:bible}}Kvinnor på samma sätt: seriösa, inte baktalare, nyktra, trogna i allt.{{field-off:bible}} [[@</w:t>
      </w:r>
      <w:r w:rsidR="0096445B" w:rsidRPr="000767E2">
        <w:rPr>
          <w:lang w:val="sv-SE"/>
        </w:rPr>
        <w:t>BibleBIBEL82</w:t>
      </w:r>
      <w:r w:rsidRPr="000767E2">
        <w:rPr>
          <w:lang w:val="sv-SE"/>
        </w:rPr>
        <w:t>:1Tim 3:12]]</w:t>
      </w:r>
      <w:r w:rsidRPr="000767E2">
        <w:rPr>
          <w:vertAlign w:val="superscript"/>
          <w:lang w:val="sv-SE"/>
        </w:rPr>
        <w:t>12</w:t>
      </w:r>
      <w:r w:rsidRPr="000767E2">
        <w:rPr>
          <w:lang w:val="sv-SE"/>
        </w:rPr>
        <w:t xml:space="preserve"> {{field-on:bible}}Tjänare ska vara män till en </w:t>
      </w:r>
      <w:r w:rsidRPr="000767E2">
        <w:rPr>
          <w:i/>
          <w:lang w:val="sv-SE"/>
        </w:rPr>
        <w:t>enda</w:t>
      </w:r>
      <w:r w:rsidRPr="000767E2">
        <w:rPr>
          <w:lang w:val="sv-SE"/>
        </w:rPr>
        <w:t xml:space="preserve"> kvinna och bra föreståndare för barn och </w:t>
      </w:r>
      <w:r w:rsidRPr="000767E2">
        <w:rPr>
          <w:i/>
          <w:lang w:val="sv-SE"/>
        </w:rPr>
        <w:t>sina</w:t>
      </w:r>
      <w:r w:rsidRPr="000767E2">
        <w:rPr>
          <w:lang w:val="sv-SE"/>
        </w:rPr>
        <w:t xml:space="preserve"> egna hus.{{field-off:bible}} [[@</w:t>
      </w:r>
      <w:r w:rsidR="0096445B" w:rsidRPr="000767E2">
        <w:rPr>
          <w:lang w:val="sv-SE"/>
        </w:rPr>
        <w:t>BibleBIBEL82</w:t>
      </w:r>
      <w:r w:rsidRPr="000767E2">
        <w:rPr>
          <w:lang w:val="sv-SE"/>
        </w:rPr>
        <w:t>:1Tim 3:13]]</w:t>
      </w:r>
      <w:r w:rsidRPr="000767E2">
        <w:rPr>
          <w:vertAlign w:val="superscript"/>
          <w:lang w:val="sv-SE"/>
        </w:rPr>
        <w:t>13</w:t>
      </w:r>
      <w:r w:rsidRPr="000767E2">
        <w:rPr>
          <w:lang w:val="sv-SE"/>
        </w:rPr>
        <w:t xml:space="preserve"> {{field-on:bible}}De som har tjänat väl förvärvar sig nämligen en bra ställning och stor frimodighet i tron på Kristus Jesus.{{field-off:bible}}</w:t>
      </w:r>
    </w:p>
    <w:p w14:paraId="2137DC42" w14:textId="77777777" w:rsidR="00BA33AB" w:rsidRPr="000767E2" w:rsidRDefault="00000000">
      <w:pPr>
        <w:pStyle w:val="Rubrik3"/>
        <w:rPr>
          <w:lang w:val="sv-SE"/>
        </w:rPr>
      </w:pPr>
      <w:r w:rsidRPr="000767E2">
        <w:rPr>
          <w:lang w:val="sv-SE"/>
        </w:rPr>
        <w:t>Fromhetens mysterium</w:t>
      </w:r>
    </w:p>
    <w:p w14:paraId="77098BC4" w14:textId="6D46E095" w:rsidR="00BA33AB" w:rsidRPr="000767E2" w:rsidRDefault="00000000">
      <w:pPr>
        <w:rPr>
          <w:lang w:val="sv-SE"/>
        </w:rPr>
      </w:pPr>
      <w:r w:rsidRPr="000767E2">
        <w:rPr>
          <w:lang w:val="sv-SE"/>
        </w:rPr>
        <w:t>[[@</w:t>
      </w:r>
      <w:r w:rsidR="0096445B" w:rsidRPr="000767E2">
        <w:rPr>
          <w:lang w:val="sv-SE"/>
        </w:rPr>
        <w:t>BibleBIBEL82</w:t>
      </w:r>
      <w:r w:rsidRPr="000767E2">
        <w:rPr>
          <w:lang w:val="sv-SE"/>
        </w:rPr>
        <w:t>:1Tim 3:14]]</w:t>
      </w:r>
      <w:r w:rsidRPr="000767E2">
        <w:rPr>
          <w:vertAlign w:val="superscript"/>
          <w:lang w:val="sv-SE"/>
        </w:rPr>
        <w:t>14</w:t>
      </w:r>
      <w:r w:rsidRPr="000767E2">
        <w:rPr>
          <w:lang w:val="sv-SE"/>
        </w:rPr>
        <w:t xml:space="preserve"> {{field-on:bible}}Detta skriver jag till dig och hoppas komma till dig med hast.{{field-off:bible}} [[@</w:t>
      </w:r>
      <w:r w:rsidR="0096445B" w:rsidRPr="000767E2">
        <w:rPr>
          <w:lang w:val="sv-SE"/>
        </w:rPr>
        <w:t>BibleBIBEL82</w:t>
      </w:r>
      <w:r w:rsidRPr="000767E2">
        <w:rPr>
          <w:lang w:val="sv-SE"/>
        </w:rPr>
        <w:t>:1Tim 3:15]]</w:t>
      </w:r>
      <w:r w:rsidRPr="000767E2">
        <w:rPr>
          <w:vertAlign w:val="superscript"/>
          <w:lang w:val="sv-SE"/>
        </w:rPr>
        <w:t>15</w:t>
      </w:r>
      <w:r w:rsidRPr="000767E2">
        <w:rPr>
          <w:lang w:val="sv-SE"/>
        </w:rPr>
        <w:t xml:space="preserve"> {{field-on:bible}}Men om jag är långsam, så att du vet hur </w:t>
      </w:r>
      <w:r w:rsidRPr="000767E2">
        <w:rPr>
          <w:i/>
          <w:lang w:val="sv-SE"/>
        </w:rPr>
        <w:t>man</w:t>
      </w:r>
      <w:r w:rsidRPr="000767E2">
        <w:rPr>
          <w:lang w:val="sv-SE"/>
        </w:rPr>
        <w:t xml:space="preserve"> bör agera i Guds hus, som är levande Guds församling, sanningens pelare och fundament.{{field-off:bible}} [[@</w:t>
      </w:r>
      <w:r w:rsidR="0096445B" w:rsidRPr="000767E2">
        <w:rPr>
          <w:lang w:val="sv-SE"/>
        </w:rPr>
        <w:t>BibleBIBEL82</w:t>
      </w:r>
      <w:r w:rsidRPr="000767E2">
        <w:rPr>
          <w:lang w:val="sv-SE"/>
        </w:rPr>
        <w:t>:1Tim 3:16]]</w:t>
      </w:r>
      <w:r w:rsidRPr="000767E2">
        <w:rPr>
          <w:vertAlign w:val="superscript"/>
          <w:lang w:val="sv-SE"/>
        </w:rPr>
        <w:t>16</w:t>
      </w:r>
      <w:r w:rsidRPr="000767E2">
        <w:rPr>
          <w:lang w:val="sv-SE"/>
        </w:rPr>
        <w:t xml:space="preserve"> {{field-on:bible}}Och erkänt stort är fromhetens mysterium:{{field-off:bible}}</w:t>
      </w:r>
    </w:p>
    <w:p w14:paraId="4443DC75" w14:textId="77777777" w:rsidR="00BA33AB" w:rsidRPr="000767E2" w:rsidRDefault="00000000">
      <w:pPr>
        <w:rPr>
          <w:lang w:val="sv-SE"/>
        </w:rPr>
      </w:pPr>
      <w:r w:rsidRPr="000767E2">
        <w:rPr>
          <w:lang w:val="sv-SE"/>
        </w:rPr>
        <w:t>{{field-on:bible}}Han framträdde i kött,</w:t>
      </w:r>
      <w:r w:rsidRPr="000767E2">
        <w:rPr>
          <w:lang w:val="sv-SE"/>
        </w:rPr>
        <w:br/>
        <w:t>förklarades rättfärdig i Ande,</w:t>
      </w:r>
      <w:r w:rsidRPr="000767E2">
        <w:rPr>
          <w:lang w:val="sv-SE"/>
        </w:rPr>
        <w:br/>
      </w:r>
      <w:r w:rsidRPr="000767E2">
        <w:rPr>
          <w:lang w:val="sv-SE"/>
        </w:rPr>
        <w:lastRenderedPageBreak/>
        <w:t>visade sig för änglar,</w:t>
      </w:r>
      <w:r w:rsidRPr="000767E2">
        <w:rPr>
          <w:lang w:val="sv-SE"/>
        </w:rPr>
        <w:br/>
        <w:t>förkunnades bland folkslag,</w:t>
      </w:r>
      <w:r w:rsidRPr="000767E2">
        <w:rPr>
          <w:lang w:val="sv-SE"/>
        </w:rPr>
        <w:br/>
        <w:t>troddes i världen,</w:t>
      </w:r>
      <w:r w:rsidRPr="000767E2">
        <w:rPr>
          <w:lang w:val="sv-SE"/>
        </w:rPr>
        <w:br/>
        <w:t>upptogs i härlighet.{{field-off:bible}}</w:t>
      </w:r>
    </w:p>
    <w:p w14:paraId="7A6D50E3" w14:textId="73B80648"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:1Tim 4]]Kapitel 4</w:t>
      </w:r>
    </w:p>
    <w:p w14:paraId="4EC5133E" w14:textId="77777777" w:rsidR="00BA33AB" w:rsidRPr="000767E2" w:rsidRDefault="00000000">
      <w:pPr>
        <w:pStyle w:val="Rubrik3"/>
        <w:rPr>
          <w:lang w:val="sv-SE"/>
        </w:rPr>
      </w:pPr>
      <w:r w:rsidRPr="000767E2">
        <w:rPr>
          <w:lang w:val="sv-SE"/>
        </w:rPr>
        <w:t>Avfall från tron</w:t>
      </w:r>
    </w:p>
    <w:p w14:paraId="7980183F" w14:textId="2C246BF0" w:rsidR="00BA33AB" w:rsidRPr="000767E2" w:rsidRDefault="00000000">
      <w:pPr>
        <w:rPr>
          <w:lang w:val="sv-SE"/>
        </w:rPr>
      </w:pPr>
      <w:r w:rsidRPr="000767E2">
        <w:rPr>
          <w:lang w:val="sv-SE"/>
        </w:rPr>
        <w:t>[[@</w:t>
      </w:r>
      <w:r w:rsidR="0096445B" w:rsidRPr="000767E2">
        <w:rPr>
          <w:lang w:val="sv-SE"/>
        </w:rPr>
        <w:t>BibleBIBEL82</w:t>
      </w:r>
      <w:r w:rsidRPr="000767E2">
        <w:rPr>
          <w:lang w:val="sv-SE"/>
        </w:rPr>
        <w:t>:1Tim 4:1]]</w:t>
      </w:r>
      <w:r w:rsidRPr="000767E2">
        <w:rPr>
          <w:vertAlign w:val="superscript"/>
          <w:lang w:val="sv-SE"/>
        </w:rPr>
        <w:t>1</w:t>
      </w:r>
      <w:r w:rsidRPr="000767E2">
        <w:rPr>
          <w:lang w:val="sv-SE"/>
        </w:rPr>
        <w:t xml:space="preserve"> {{field-on:bible}}Men Anden säger uttryckligen att i </w:t>
      </w:r>
      <w:r w:rsidRPr="000767E2">
        <w:rPr>
          <w:i/>
          <w:lang w:val="sv-SE"/>
        </w:rPr>
        <w:t>de</w:t>
      </w:r>
      <w:r w:rsidRPr="000767E2">
        <w:rPr>
          <w:lang w:val="sv-SE"/>
        </w:rPr>
        <w:t xml:space="preserve"> sista tiderna ska några avlägsna sig från tron och akta på förvillande andar och demoners läror,{{field-off:bible}} [[@</w:t>
      </w:r>
      <w:r w:rsidR="0096445B" w:rsidRPr="000767E2">
        <w:rPr>
          <w:lang w:val="sv-SE"/>
        </w:rPr>
        <w:t>BibleBIBEL82</w:t>
      </w:r>
      <w:r w:rsidRPr="000767E2">
        <w:rPr>
          <w:lang w:val="sv-SE"/>
        </w:rPr>
        <w:t>:1Tim 4:2]]</w:t>
      </w:r>
      <w:r w:rsidRPr="000767E2">
        <w:rPr>
          <w:vertAlign w:val="superscript"/>
          <w:lang w:val="sv-SE"/>
        </w:rPr>
        <w:t>2</w:t>
      </w:r>
      <w:r w:rsidRPr="000767E2">
        <w:rPr>
          <w:lang w:val="sv-SE"/>
        </w:rPr>
        <w:t xml:space="preserve"> {{field-on:bible}}i hyckleri från lögntalare </w:t>
      </w:r>
      <w:r w:rsidRPr="000767E2">
        <w:rPr>
          <w:i/>
          <w:lang w:val="sv-SE"/>
        </w:rPr>
        <w:t>som är</w:t>
      </w:r>
      <w:r w:rsidRPr="000767E2">
        <w:rPr>
          <w:lang w:val="sv-SE"/>
        </w:rPr>
        <w:t xml:space="preserve"> brännmärkta i det egna samvetet,{{field-off:bible}} [[@</w:t>
      </w:r>
      <w:r w:rsidR="0096445B" w:rsidRPr="000767E2">
        <w:rPr>
          <w:lang w:val="sv-SE"/>
        </w:rPr>
        <w:t>BibleBIBEL82</w:t>
      </w:r>
      <w:r w:rsidRPr="000767E2">
        <w:rPr>
          <w:lang w:val="sv-SE"/>
        </w:rPr>
        <w:t>:1Tim 4:3]]</w:t>
      </w:r>
      <w:r w:rsidRPr="000767E2">
        <w:rPr>
          <w:vertAlign w:val="superscript"/>
          <w:lang w:val="sv-SE"/>
        </w:rPr>
        <w:t>3</w:t>
      </w:r>
      <w:r w:rsidRPr="000767E2">
        <w:rPr>
          <w:lang w:val="sv-SE"/>
        </w:rPr>
        <w:t xml:space="preserve"> {{field-on:bible}}som hindrar </w:t>
      </w:r>
      <w:r w:rsidRPr="000767E2">
        <w:rPr>
          <w:i/>
          <w:lang w:val="sv-SE"/>
        </w:rPr>
        <w:t>från</w:t>
      </w:r>
      <w:r w:rsidRPr="000767E2">
        <w:rPr>
          <w:lang w:val="sv-SE"/>
        </w:rPr>
        <w:t xml:space="preserve"> att gifta sig, att avhålla sig från matämnen som Gud har skapat för deltagande med tacksägelse för dem </w:t>
      </w:r>
      <w:r w:rsidRPr="000767E2">
        <w:rPr>
          <w:i/>
          <w:lang w:val="sv-SE"/>
        </w:rPr>
        <w:t>som är</w:t>
      </w:r>
      <w:r w:rsidRPr="000767E2">
        <w:rPr>
          <w:lang w:val="sv-SE"/>
        </w:rPr>
        <w:t xml:space="preserve"> troende och inser sanningen.{{field-off:bible}} [[@</w:t>
      </w:r>
      <w:r w:rsidR="0096445B" w:rsidRPr="000767E2">
        <w:rPr>
          <w:lang w:val="sv-SE"/>
        </w:rPr>
        <w:t>BibleBIBEL82</w:t>
      </w:r>
      <w:r w:rsidRPr="000767E2">
        <w:rPr>
          <w:lang w:val="sv-SE"/>
        </w:rPr>
        <w:t>:1Tim 4:4]]</w:t>
      </w:r>
      <w:r w:rsidRPr="000767E2">
        <w:rPr>
          <w:vertAlign w:val="superscript"/>
          <w:lang w:val="sv-SE"/>
        </w:rPr>
        <w:t>4</w:t>
      </w:r>
      <w:r w:rsidRPr="000767E2">
        <w:rPr>
          <w:lang w:val="sv-SE"/>
        </w:rPr>
        <w:t xml:space="preserve"> {{field-on:bible}}För varje Guds skapelse </w:t>
      </w:r>
      <w:r w:rsidRPr="000767E2">
        <w:rPr>
          <w:i/>
          <w:lang w:val="sv-SE"/>
        </w:rPr>
        <w:t>är</w:t>
      </w:r>
      <w:r w:rsidRPr="000767E2">
        <w:rPr>
          <w:lang w:val="sv-SE"/>
        </w:rPr>
        <w:t xml:space="preserve"> bra, och inget </w:t>
      </w:r>
      <w:r w:rsidRPr="000767E2">
        <w:rPr>
          <w:i/>
          <w:lang w:val="sv-SE"/>
        </w:rPr>
        <w:t>är</w:t>
      </w:r>
      <w:r w:rsidRPr="000767E2">
        <w:rPr>
          <w:lang w:val="sv-SE"/>
        </w:rPr>
        <w:t xml:space="preserve"> förkastligt när det tas </w:t>
      </w:r>
      <w:r w:rsidRPr="000767E2">
        <w:rPr>
          <w:i/>
          <w:lang w:val="sv-SE"/>
        </w:rPr>
        <w:t>emot</w:t>
      </w:r>
      <w:r w:rsidRPr="000767E2">
        <w:rPr>
          <w:lang w:val="sv-SE"/>
        </w:rPr>
        <w:t xml:space="preserve"> med tacksägelse.{{field-off:bible}} [[@</w:t>
      </w:r>
      <w:r w:rsidR="0096445B" w:rsidRPr="000767E2">
        <w:rPr>
          <w:lang w:val="sv-SE"/>
        </w:rPr>
        <w:t>BibleBIBEL82</w:t>
      </w:r>
      <w:r w:rsidRPr="000767E2">
        <w:rPr>
          <w:lang w:val="sv-SE"/>
        </w:rPr>
        <w:t>:1Tim 4:5]]</w:t>
      </w:r>
      <w:r w:rsidRPr="000767E2">
        <w:rPr>
          <w:vertAlign w:val="superscript"/>
          <w:lang w:val="sv-SE"/>
        </w:rPr>
        <w:t>5</w:t>
      </w:r>
      <w:r w:rsidRPr="000767E2">
        <w:rPr>
          <w:lang w:val="sv-SE"/>
        </w:rPr>
        <w:t xml:space="preserve"> {{field-on:bible}}För det helgas genom Guds ord och åkallelse.{{field-off:bible}}</w:t>
      </w:r>
    </w:p>
    <w:p w14:paraId="422F2A37" w14:textId="77777777" w:rsidR="00BA33AB" w:rsidRPr="000767E2" w:rsidRDefault="00000000">
      <w:pPr>
        <w:pStyle w:val="Rubrik3"/>
        <w:rPr>
          <w:lang w:val="sv-SE"/>
        </w:rPr>
      </w:pPr>
      <w:r w:rsidRPr="000767E2">
        <w:rPr>
          <w:lang w:val="sv-SE"/>
        </w:rPr>
        <w:t>En bra Kristi Jesu tjänare</w:t>
      </w:r>
    </w:p>
    <w:p w14:paraId="2673473D" w14:textId="5E138CA3" w:rsidR="00BA33AB" w:rsidRPr="000767E2" w:rsidRDefault="00000000">
      <w:pPr>
        <w:rPr>
          <w:lang w:val="sv-SE"/>
        </w:rPr>
      </w:pPr>
      <w:r w:rsidRPr="000767E2">
        <w:rPr>
          <w:lang w:val="sv-SE"/>
        </w:rPr>
        <w:t>[[@</w:t>
      </w:r>
      <w:r w:rsidR="0096445B" w:rsidRPr="000767E2">
        <w:rPr>
          <w:lang w:val="sv-SE"/>
        </w:rPr>
        <w:t>BibleBIBEL82</w:t>
      </w:r>
      <w:r w:rsidRPr="000767E2">
        <w:rPr>
          <w:lang w:val="sv-SE"/>
        </w:rPr>
        <w:t>:1Tim 4:6]]</w:t>
      </w:r>
      <w:r w:rsidRPr="000767E2">
        <w:rPr>
          <w:vertAlign w:val="superscript"/>
          <w:lang w:val="sv-SE"/>
        </w:rPr>
        <w:t>6</w:t>
      </w:r>
      <w:r w:rsidRPr="000767E2">
        <w:rPr>
          <w:lang w:val="sv-SE"/>
        </w:rPr>
        <w:t xml:space="preserve"> {{field-on:bible}}När du lägger ner detta för syskonen blir du en bra Kristi Jesu tjänare, närd av trons ord och den goda läran som du nära följt.{{field-off:bible}} [[@</w:t>
      </w:r>
      <w:r w:rsidR="0096445B" w:rsidRPr="000767E2">
        <w:rPr>
          <w:lang w:val="sv-SE"/>
        </w:rPr>
        <w:t>BibleBIBEL82</w:t>
      </w:r>
      <w:r w:rsidRPr="000767E2">
        <w:rPr>
          <w:lang w:val="sv-SE"/>
        </w:rPr>
        <w:t>:1Tim 4:7]]</w:t>
      </w:r>
      <w:r w:rsidRPr="000767E2">
        <w:rPr>
          <w:vertAlign w:val="superscript"/>
          <w:lang w:val="sv-SE"/>
        </w:rPr>
        <w:t>7</w:t>
      </w:r>
      <w:r w:rsidRPr="000767E2">
        <w:rPr>
          <w:lang w:val="sv-SE"/>
        </w:rPr>
        <w:t xml:space="preserve"> {{field-on:bible}}Men de profana och käringaktiga myterna ska du undanbe dig. Men öva dig för fromhet.{{field-off:bible}} [[@</w:t>
      </w:r>
      <w:r w:rsidR="0096445B" w:rsidRPr="000767E2">
        <w:rPr>
          <w:lang w:val="sv-SE"/>
        </w:rPr>
        <w:t>BibleBIBEL82</w:t>
      </w:r>
      <w:r w:rsidRPr="000767E2">
        <w:rPr>
          <w:lang w:val="sv-SE"/>
        </w:rPr>
        <w:t>:1Tim 4:8]]</w:t>
      </w:r>
      <w:r w:rsidRPr="000767E2">
        <w:rPr>
          <w:vertAlign w:val="superscript"/>
          <w:lang w:val="sv-SE"/>
        </w:rPr>
        <w:t>8</w:t>
      </w:r>
      <w:r w:rsidRPr="000767E2">
        <w:rPr>
          <w:lang w:val="sv-SE"/>
        </w:rPr>
        <w:t xml:space="preserve"> {{field-on:bible}}För den kroppsliga övningen är nyttig till lite, men fromheten är nyttig till allt och har löfte om liv för det nuvarande och det kommande.{{field-off:bible}} [[@</w:t>
      </w:r>
      <w:r w:rsidR="0096445B" w:rsidRPr="000767E2">
        <w:rPr>
          <w:lang w:val="sv-SE"/>
        </w:rPr>
        <w:t>BibleBIBEL82</w:t>
      </w:r>
      <w:r w:rsidRPr="000767E2">
        <w:rPr>
          <w:lang w:val="sv-SE"/>
        </w:rPr>
        <w:t>:1Tim 4:9]]</w:t>
      </w:r>
      <w:r w:rsidRPr="000767E2">
        <w:rPr>
          <w:vertAlign w:val="superscript"/>
          <w:lang w:val="sv-SE"/>
        </w:rPr>
        <w:t>9</w:t>
      </w:r>
      <w:r w:rsidRPr="000767E2">
        <w:rPr>
          <w:lang w:val="sv-SE"/>
        </w:rPr>
        <w:t xml:space="preserve"> {{field-on:bible}}Trofast </w:t>
      </w:r>
      <w:r w:rsidRPr="000767E2">
        <w:rPr>
          <w:i/>
          <w:lang w:val="sv-SE"/>
        </w:rPr>
        <w:t>är</w:t>
      </w:r>
      <w:r w:rsidRPr="000767E2">
        <w:rPr>
          <w:lang w:val="sv-SE"/>
        </w:rPr>
        <w:t xml:space="preserve"> ordet och värt allt välkomnande.{{field-off:bible}} [[@</w:t>
      </w:r>
      <w:r w:rsidR="0096445B" w:rsidRPr="000767E2">
        <w:rPr>
          <w:lang w:val="sv-SE"/>
        </w:rPr>
        <w:t>BibleBIBEL82</w:t>
      </w:r>
      <w:r w:rsidRPr="000767E2">
        <w:rPr>
          <w:lang w:val="sv-SE"/>
        </w:rPr>
        <w:t>:1Tim 4:10]]</w:t>
      </w:r>
      <w:r w:rsidRPr="000767E2">
        <w:rPr>
          <w:vertAlign w:val="superscript"/>
          <w:lang w:val="sv-SE"/>
        </w:rPr>
        <w:t>10</w:t>
      </w:r>
      <w:r w:rsidRPr="000767E2">
        <w:rPr>
          <w:lang w:val="sv-SE"/>
        </w:rPr>
        <w:t xml:space="preserve"> {{field-on:bible}}För detta sliter vi ju och kämpar, eftersom vi har satt hopp till levande Gud som är Frälsare för alla människor, särskilt för troende.{{field-off:bible}} [[@</w:t>
      </w:r>
      <w:r w:rsidR="0096445B" w:rsidRPr="000767E2">
        <w:rPr>
          <w:lang w:val="sv-SE"/>
        </w:rPr>
        <w:t>BibleBIBEL82</w:t>
      </w:r>
      <w:r w:rsidRPr="000767E2">
        <w:rPr>
          <w:lang w:val="sv-SE"/>
        </w:rPr>
        <w:t>:1Tim 4:11]]</w:t>
      </w:r>
      <w:r w:rsidRPr="000767E2">
        <w:rPr>
          <w:vertAlign w:val="superscript"/>
          <w:lang w:val="sv-SE"/>
        </w:rPr>
        <w:t>11</w:t>
      </w:r>
      <w:r w:rsidRPr="000767E2">
        <w:rPr>
          <w:lang w:val="sv-SE"/>
        </w:rPr>
        <w:t xml:space="preserve"> {{field-on:bible}}Instruera detta och lär ut.{{field-off:bible}}</w:t>
      </w:r>
    </w:p>
    <w:p w14:paraId="2F80BF09" w14:textId="15377913" w:rsidR="00BA33AB" w:rsidRPr="000767E2" w:rsidRDefault="00000000">
      <w:pPr>
        <w:rPr>
          <w:lang w:val="sv-SE"/>
        </w:rPr>
      </w:pPr>
      <w:r w:rsidRPr="000767E2">
        <w:rPr>
          <w:lang w:val="sv-SE"/>
        </w:rPr>
        <w:t>[[@</w:t>
      </w:r>
      <w:r w:rsidR="0096445B" w:rsidRPr="000767E2">
        <w:rPr>
          <w:lang w:val="sv-SE"/>
        </w:rPr>
        <w:t>BibleBIBEL82</w:t>
      </w:r>
      <w:r w:rsidRPr="000767E2">
        <w:rPr>
          <w:lang w:val="sv-SE"/>
        </w:rPr>
        <w:t>:1Tim 4:12]]</w:t>
      </w:r>
      <w:r w:rsidRPr="000767E2">
        <w:rPr>
          <w:vertAlign w:val="superscript"/>
          <w:lang w:val="sv-SE"/>
        </w:rPr>
        <w:t>12</w:t>
      </w:r>
      <w:r w:rsidRPr="000767E2">
        <w:rPr>
          <w:lang w:val="sv-SE"/>
        </w:rPr>
        <w:t xml:space="preserve"> {{field-on:bible}}Ingen ska ringakta din ungdom. Nej, bli en förebild för de troende i ord, i agerande, i kärlek, i tro, i renhet.{{field-off:bible}} [[@</w:t>
      </w:r>
      <w:r w:rsidR="0096445B" w:rsidRPr="000767E2">
        <w:rPr>
          <w:lang w:val="sv-SE"/>
        </w:rPr>
        <w:t>BibleBIBEL82</w:t>
      </w:r>
      <w:r w:rsidRPr="000767E2">
        <w:rPr>
          <w:lang w:val="sv-SE"/>
        </w:rPr>
        <w:t>:1Tim 4:13]]</w:t>
      </w:r>
      <w:r w:rsidRPr="000767E2">
        <w:rPr>
          <w:vertAlign w:val="superscript"/>
          <w:lang w:val="sv-SE"/>
        </w:rPr>
        <w:t>13</w:t>
      </w:r>
      <w:r w:rsidRPr="000767E2">
        <w:rPr>
          <w:lang w:val="sv-SE"/>
        </w:rPr>
        <w:t xml:space="preserve"> {{field-on:bible}}Tills jag kommer, ägna dig åt uppläsningen, uppmaningen, läran.{{field-off:bible}} [[@</w:t>
      </w:r>
      <w:r w:rsidR="0096445B" w:rsidRPr="000767E2">
        <w:rPr>
          <w:lang w:val="sv-SE"/>
        </w:rPr>
        <w:t>BibleBIBEL82</w:t>
      </w:r>
      <w:r w:rsidRPr="000767E2">
        <w:rPr>
          <w:lang w:val="sv-SE"/>
        </w:rPr>
        <w:t>:1Tim 4:14]]</w:t>
      </w:r>
      <w:r w:rsidRPr="000767E2">
        <w:rPr>
          <w:vertAlign w:val="superscript"/>
          <w:lang w:val="sv-SE"/>
        </w:rPr>
        <w:t>14</w:t>
      </w:r>
      <w:r w:rsidRPr="000767E2">
        <w:rPr>
          <w:lang w:val="sv-SE"/>
        </w:rPr>
        <w:t xml:space="preserve"> {{field-on:bible}}Negligera inte nådegåvan i dig, som gavs dig genom profetia med handpåläggning av äldsterådet.{{field-off:bible}} [[@</w:t>
      </w:r>
      <w:r w:rsidR="0096445B" w:rsidRPr="000767E2">
        <w:rPr>
          <w:lang w:val="sv-SE"/>
        </w:rPr>
        <w:t>BibleBIBEL82</w:t>
      </w:r>
      <w:r w:rsidRPr="000767E2">
        <w:rPr>
          <w:lang w:val="sv-SE"/>
        </w:rPr>
        <w:t>:1Tim 4:15]]</w:t>
      </w:r>
      <w:r w:rsidRPr="000767E2">
        <w:rPr>
          <w:vertAlign w:val="superscript"/>
          <w:lang w:val="sv-SE"/>
        </w:rPr>
        <w:t>15</w:t>
      </w:r>
      <w:r w:rsidRPr="000767E2">
        <w:rPr>
          <w:lang w:val="sv-SE"/>
        </w:rPr>
        <w:t xml:space="preserve"> {{field-on:bible}}Begrunda detta. Var i detta, så att ditt framsteg blir uppenbart för alla.{{field-off:bible}} [[@</w:t>
      </w:r>
      <w:r w:rsidR="0096445B" w:rsidRPr="000767E2">
        <w:rPr>
          <w:lang w:val="sv-SE"/>
        </w:rPr>
        <w:t>BibleBIBEL82</w:t>
      </w:r>
      <w:r w:rsidRPr="000767E2">
        <w:rPr>
          <w:lang w:val="sv-SE"/>
        </w:rPr>
        <w:t>:1Tim 4:16]]</w:t>
      </w:r>
      <w:r w:rsidRPr="000767E2">
        <w:rPr>
          <w:vertAlign w:val="superscript"/>
          <w:lang w:val="sv-SE"/>
        </w:rPr>
        <w:t>16</w:t>
      </w:r>
      <w:r w:rsidRPr="000767E2">
        <w:rPr>
          <w:lang w:val="sv-SE"/>
        </w:rPr>
        <w:t xml:space="preserve"> {{field-on:bible}}Ta fasta på dig själv och läran. Bli kvar vid dem. För när du gör detta, frälser du både dig själv och dem som lyssnar på dig.{{field-off:bible}}</w:t>
      </w:r>
    </w:p>
    <w:p w14:paraId="792D87DE" w14:textId="2107C7F3"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:1Tim 5]]Kapitel 5</w:t>
      </w:r>
    </w:p>
    <w:p w14:paraId="62C25A6A" w14:textId="77777777" w:rsidR="00BA33AB" w:rsidRPr="000767E2" w:rsidRDefault="00000000">
      <w:pPr>
        <w:pStyle w:val="Rubrik3"/>
        <w:rPr>
          <w:lang w:val="sv-SE"/>
        </w:rPr>
      </w:pPr>
      <w:r w:rsidRPr="000767E2">
        <w:rPr>
          <w:lang w:val="sv-SE"/>
        </w:rPr>
        <w:t>Änkor och äldste</w:t>
      </w:r>
    </w:p>
    <w:p w14:paraId="55137DA2" w14:textId="50F88F7B" w:rsidR="00BA33AB" w:rsidRPr="000767E2" w:rsidRDefault="00000000">
      <w:pPr>
        <w:rPr>
          <w:lang w:val="sv-SE"/>
        </w:rPr>
      </w:pPr>
      <w:r w:rsidRPr="000767E2">
        <w:rPr>
          <w:lang w:val="sv-SE"/>
        </w:rPr>
        <w:t>[[@</w:t>
      </w:r>
      <w:r w:rsidR="0096445B" w:rsidRPr="000767E2">
        <w:rPr>
          <w:lang w:val="sv-SE"/>
        </w:rPr>
        <w:t>BibleBIBEL82</w:t>
      </w:r>
      <w:r w:rsidRPr="000767E2">
        <w:rPr>
          <w:lang w:val="sv-SE"/>
        </w:rPr>
        <w:t>:1Tim 5:1]]</w:t>
      </w:r>
      <w:r w:rsidRPr="000767E2">
        <w:rPr>
          <w:vertAlign w:val="superscript"/>
          <w:lang w:val="sv-SE"/>
        </w:rPr>
        <w:t>1</w:t>
      </w:r>
      <w:r w:rsidRPr="000767E2">
        <w:rPr>
          <w:lang w:val="sv-SE"/>
        </w:rPr>
        <w:t xml:space="preserve"> {{field-on:bible}}En äldre </w:t>
      </w:r>
      <w:r w:rsidRPr="000767E2">
        <w:rPr>
          <w:i/>
          <w:lang w:val="sv-SE"/>
        </w:rPr>
        <w:t>man</w:t>
      </w:r>
      <w:r w:rsidRPr="000767E2">
        <w:rPr>
          <w:lang w:val="sv-SE"/>
        </w:rPr>
        <w:t xml:space="preserve"> ska du inte slå mot, utan uppmana som en far. Yngre </w:t>
      </w:r>
      <w:r w:rsidRPr="000767E2">
        <w:rPr>
          <w:i/>
          <w:lang w:val="sv-SE"/>
        </w:rPr>
        <w:t>män</w:t>
      </w:r>
      <w:r w:rsidRPr="000767E2">
        <w:rPr>
          <w:lang w:val="sv-SE"/>
        </w:rPr>
        <w:t xml:space="preserve"> som bröder,{{field-off:bible}} [[@</w:t>
      </w:r>
      <w:r w:rsidR="0096445B" w:rsidRPr="000767E2">
        <w:rPr>
          <w:lang w:val="sv-SE"/>
        </w:rPr>
        <w:t>BibleBIBEL82</w:t>
      </w:r>
      <w:r w:rsidRPr="000767E2">
        <w:rPr>
          <w:lang w:val="sv-SE"/>
        </w:rPr>
        <w:t>:1Tim 5:2]]</w:t>
      </w:r>
      <w:r w:rsidRPr="000767E2">
        <w:rPr>
          <w:vertAlign w:val="superscript"/>
          <w:lang w:val="sv-SE"/>
        </w:rPr>
        <w:t>2</w:t>
      </w:r>
      <w:r w:rsidRPr="000767E2">
        <w:rPr>
          <w:lang w:val="sv-SE"/>
        </w:rPr>
        <w:t xml:space="preserve"> {{field-on:bible}}äldre </w:t>
      </w:r>
      <w:r w:rsidRPr="000767E2">
        <w:rPr>
          <w:i/>
          <w:lang w:val="sv-SE"/>
        </w:rPr>
        <w:t>kvinnor</w:t>
      </w:r>
      <w:r w:rsidRPr="000767E2">
        <w:rPr>
          <w:lang w:val="sv-SE"/>
        </w:rPr>
        <w:t xml:space="preserve"> som mödrar, yngre </w:t>
      </w:r>
      <w:r w:rsidRPr="000767E2">
        <w:rPr>
          <w:i/>
          <w:lang w:val="sv-SE"/>
        </w:rPr>
        <w:t>kvinnor</w:t>
      </w:r>
      <w:r w:rsidRPr="000767E2">
        <w:rPr>
          <w:lang w:val="sv-SE"/>
        </w:rPr>
        <w:t xml:space="preserve"> som systrar i all renhet.{{field-off:bible}}</w:t>
      </w:r>
    </w:p>
    <w:p w14:paraId="67C7839F" w14:textId="65BFE575" w:rsidR="00BA33AB" w:rsidRPr="000767E2" w:rsidRDefault="00000000">
      <w:pPr>
        <w:rPr>
          <w:lang w:val="sv-SE"/>
        </w:rPr>
      </w:pPr>
      <w:r w:rsidRPr="000767E2">
        <w:rPr>
          <w:lang w:val="sv-SE"/>
        </w:rPr>
        <w:t>[[@</w:t>
      </w:r>
      <w:r w:rsidR="0096445B" w:rsidRPr="000767E2">
        <w:rPr>
          <w:lang w:val="sv-SE"/>
        </w:rPr>
        <w:t>BibleBIBEL82</w:t>
      </w:r>
      <w:r w:rsidRPr="000767E2">
        <w:rPr>
          <w:lang w:val="sv-SE"/>
        </w:rPr>
        <w:t>:1Tim 5:3]]</w:t>
      </w:r>
      <w:r w:rsidRPr="000767E2">
        <w:rPr>
          <w:vertAlign w:val="superscript"/>
          <w:lang w:val="sv-SE"/>
        </w:rPr>
        <w:t>3</w:t>
      </w:r>
      <w:r w:rsidRPr="000767E2">
        <w:rPr>
          <w:lang w:val="sv-SE"/>
        </w:rPr>
        <w:t xml:space="preserve"> {{field-on:bible}}Änkor ska du hedra, dem </w:t>
      </w:r>
      <w:r w:rsidRPr="000767E2">
        <w:rPr>
          <w:i/>
          <w:lang w:val="sv-SE"/>
        </w:rPr>
        <w:t>som</w:t>
      </w:r>
      <w:r w:rsidRPr="000767E2">
        <w:rPr>
          <w:lang w:val="sv-SE"/>
        </w:rPr>
        <w:t xml:space="preserve"> verkligen </w:t>
      </w:r>
      <w:r w:rsidRPr="000767E2">
        <w:rPr>
          <w:i/>
          <w:lang w:val="sv-SE"/>
        </w:rPr>
        <w:t>är</w:t>
      </w:r>
      <w:r w:rsidRPr="000767E2">
        <w:rPr>
          <w:lang w:val="sv-SE"/>
        </w:rPr>
        <w:t xml:space="preserve"> änkor.{{field-off:bible}} [[@</w:t>
      </w:r>
      <w:r w:rsidR="0096445B" w:rsidRPr="000767E2">
        <w:rPr>
          <w:lang w:val="sv-SE"/>
        </w:rPr>
        <w:t>BibleBIBEL82</w:t>
      </w:r>
      <w:r w:rsidRPr="000767E2">
        <w:rPr>
          <w:lang w:val="sv-SE"/>
        </w:rPr>
        <w:t>:1Tim 5:4]]</w:t>
      </w:r>
      <w:r w:rsidRPr="000767E2">
        <w:rPr>
          <w:vertAlign w:val="superscript"/>
          <w:lang w:val="sv-SE"/>
        </w:rPr>
        <w:t>4</w:t>
      </w:r>
      <w:r w:rsidRPr="000767E2">
        <w:rPr>
          <w:lang w:val="sv-SE"/>
        </w:rPr>
        <w:t xml:space="preserve"> {{field-on:bible}}Men om en änka har barn eller avkomlingar, ska de först lära sig att visa fromhet mot </w:t>
      </w:r>
      <w:r w:rsidRPr="000767E2">
        <w:rPr>
          <w:i/>
          <w:lang w:val="sv-SE"/>
        </w:rPr>
        <w:t>sitt</w:t>
      </w:r>
      <w:r w:rsidRPr="000767E2">
        <w:rPr>
          <w:lang w:val="sv-SE"/>
        </w:rPr>
        <w:t xml:space="preserve"> eget hus och i gengäld ge tillbaka till dem </w:t>
      </w:r>
      <w:r w:rsidRPr="000767E2">
        <w:rPr>
          <w:i/>
          <w:lang w:val="sv-SE"/>
        </w:rPr>
        <w:t>som är</w:t>
      </w:r>
      <w:r w:rsidRPr="000767E2">
        <w:rPr>
          <w:lang w:val="sv-SE"/>
        </w:rPr>
        <w:t xml:space="preserve"> födda före. För detta är välkommet inför Gud.{{field-off:bible}}</w:t>
      </w:r>
    </w:p>
    <w:p w14:paraId="6C114772" w14:textId="3F6DDB21" w:rsidR="00BA33AB" w:rsidRPr="000767E2" w:rsidRDefault="00000000">
      <w:pPr>
        <w:rPr>
          <w:lang w:val="sv-SE"/>
        </w:rPr>
      </w:pPr>
      <w:r w:rsidRPr="000767E2">
        <w:rPr>
          <w:lang w:val="sv-SE"/>
        </w:rPr>
        <w:t>[[@</w:t>
      </w:r>
      <w:r w:rsidR="0096445B" w:rsidRPr="000767E2">
        <w:rPr>
          <w:lang w:val="sv-SE"/>
        </w:rPr>
        <w:t>BibleBIBEL82</w:t>
      </w:r>
      <w:r w:rsidRPr="000767E2">
        <w:rPr>
          <w:lang w:val="sv-SE"/>
        </w:rPr>
        <w:t>:1Tim 5:5]]</w:t>
      </w:r>
      <w:r w:rsidRPr="000767E2">
        <w:rPr>
          <w:vertAlign w:val="superscript"/>
          <w:lang w:val="sv-SE"/>
        </w:rPr>
        <w:t>5</w:t>
      </w:r>
      <w:r w:rsidRPr="000767E2">
        <w:rPr>
          <w:lang w:val="sv-SE"/>
        </w:rPr>
        <w:t xml:space="preserve"> {{field-on:bible}}Den </w:t>
      </w:r>
      <w:r w:rsidRPr="000767E2">
        <w:rPr>
          <w:i/>
          <w:lang w:val="sv-SE"/>
        </w:rPr>
        <w:t>som</w:t>
      </w:r>
      <w:r w:rsidRPr="000767E2">
        <w:rPr>
          <w:lang w:val="sv-SE"/>
        </w:rPr>
        <w:t xml:space="preserve"> dock verkligen </w:t>
      </w:r>
      <w:r w:rsidRPr="000767E2">
        <w:rPr>
          <w:i/>
          <w:lang w:val="sv-SE"/>
        </w:rPr>
        <w:t>är</w:t>
      </w:r>
      <w:r w:rsidRPr="000767E2">
        <w:rPr>
          <w:lang w:val="sv-SE"/>
        </w:rPr>
        <w:t xml:space="preserve"> änka och har blivit ensam har satt hopp till Gud och är kvar vid förbönerna och bönerna natt och dag.{{field-off:bible}} [[@</w:t>
      </w:r>
      <w:r w:rsidR="0096445B" w:rsidRPr="000767E2">
        <w:rPr>
          <w:lang w:val="sv-SE"/>
        </w:rPr>
        <w:t>BibleBIBEL82</w:t>
      </w:r>
      <w:r w:rsidRPr="000767E2">
        <w:rPr>
          <w:lang w:val="sv-SE"/>
        </w:rPr>
        <w:t>:1Tim 5:6]]</w:t>
      </w:r>
      <w:r w:rsidRPr="000767E2">
        <w:rPr>
          <w:vertAlign w:val="superscript"/>
          <w:lang w:val="sv-SE"/>
        </w:rPr>
        <w:t>6</w:t>
      </w:r>
      <w:r w:rsidRPr="000767E2">
        <w:rPr>
          <w:lang w:val="sv-SE"/>
        </w:rPr>
        <w:t xml:space="preserve"> {{field-on:bible}}Men den som lyxar är levande död.{{field-off:bible}} [[@</w:t>
      </w:r>
      <w:r w:rsidR="0096445B" w:rsidRPr="000767E2">
        <w:rPr>
          <w:lang w:val="sv-SE"/>
        </w:rPr>
        <w:t>BibleBIBEL82</w:t>
      </w:r>
      <w:r w:rsidRPr="000767E2">
        <w:rPr>
          <w:lang w:val="sv-SE"/>
        </w:rPr>
        <w:t>:1Tim 5:7]]</w:t>
      </w:r>
      <w:r w:rsidRPr="000767E2">
        <w:rPr>
          <w:vertAlign w:val="superscript"/>
          <w:lang w:val="sv-SE"/>
        </w:rPr>
        <w:t>7</w:t>
      </w:r>
      <w:r w:rsidRPr="000767E2">
        <w:rPr>
          <w:lang w:val="sv-SE"/>
        </w:rPr>
        <w:t xml:space="preserve"> {{field-on:bible}}Och detta ska du instruera, så att de är oantastliga.{{field-off:bible}} [[@</w:t>
      </w:r>
      <w:r w:rsidR="0096445B" w:rsidRPr="000767E2">
        <w:rPr>
          <w:lang w:val="sv-SE"/>
        </w:rPr>
        <w:t>BibleBIBEL82</w:t>
      </w:r>
      <w:r w:rsidRPr="000767E2">
        <w:rPr>
          <w:lang w:val="sv-SE"/>
        </w:rPr>
        <w:t>:1Tim 5:8]]</w:t>
      </w:r>
      <w:r w:rsidRPr="000767E2">
        <w:rPr>
          <w:vertAlign w:val="superscript"/>
          <w:lang w:val="sv-SE"/>
        </w:rPr>
        <w:t>8</w:t>
      </w:r>
      <w:r w:rsidRPr="000767E2">
        <w:rPr>
          <w:lang w:val="sv-SE"/>
        </w:rPr>
        <w:t xml:space="preserve"> {{field-on:bible}}Men om någon inte har omtanke om de egna, och särskilt familjemedlemmar, har han förnekat tron och är värre än en otroende.{{field-off:bible}}</w:t>
      </w:r>
    </w:p>
    <w:p w14:paraId="6DEED4B3" w14:textId="6CD0A014" w:rsidR="00BA33AB" w:rsidRPr="000767E2" w:rsidRDefault="00000000">
      <w:pPr>
        <w:rPr>
          <w:lang w:val="sv-SE"/>
        </w:rPr>
      </w:pPr>
      <w:r w:rsidRPr="000767E2">
        <w:rPr>
          <w:lang w:val="sv-SE"/>
        </w:rPr>
        <w:t>[[@</w:t>
      </w:r>
      <w:r w:rsidR="0096445B" w:rsidRPr="000767E2">
        <w:rPr>
          <w:lang w:val="sv-SE"/>
        </w:rPr>
        <w:t>BibleBIBEL82</w:t>
      </w:r>
      <w:r w:rsidRPr="000767E2">
        <w:rPr>
          <w:lang w:val="sv-SE"/>
        </w:rPr>
        <w:t>:1Tim 5:9]]</w:t>
      </w:r>
      <w:r w:rsidRPr="000767E2">
        <w:rPr>
          <w:vertAlign w:val="superscript"/>
          <w:lang w:val="sv-SE"/>
        </w:rPr>
        <w:t>9</w:t>
      </w:r>
      <w:r w:rsidRPr="000767E2">
        <w:rPr>
          <w:lang w:val="sv-SE"/>
        </w:rPr>
        <w:t xml:space="preserve"> {{field-on:bible}}En änka ska förtecknas som har blivit inte mindre än sextio år, en </w:t>
      </w:r>
      <w:r w:rsidRPr="000767E2">
        <w:rPr>
          <w:i/>
          <w:lang w:val="sv-SE"/>
        </w:rPr>
        <w:t>enda</w:t>
      </w:r>
      <w:r w:rsidRPr="000767E2">
        <w:rPr>
          <w:lang w:val="sv-SE"/>
        </w:rPr>
        <w:t xml:space="preserve"> mans kvinna,{{field-off:bible}} [[@</w:t>
      </w:r>
      <w:r w:rsidR="0096445B" w:rsidRPr="000767E2">
        <w:rPr>
          <w:lang w:val="sv-SE"/>
        </w:rPr>
        <w:t>BibleBIBEL82</w:t>
      </w:r>
      <w:r w:rsidRPr="000767E2">
        <w:rPr>
          <w:lang w:val="sv-SE"/>
        </w:rPr>
        <w:t>:1Tim 5:10]]</w:t>
      </w:r>
      <w:r w:rsidRPr="000767E2">
        <w:rPr>
          <w:vertAlign w:val="superscript"/>
          <w:lang w:val="sv-SE"/>
        </w:rPr>
        <w:t>10</w:t>
      </w:r>
      <w:r w:rsidRPr="000767E2">
        <w:rPr>
          <w:lang w:val="sv-SE"/>
        </w:rPr>
        <w:t xml:space="preserve"> {{field-on:bible}}i goda gärningar omvittnad: om hon fött upp barn, om hon tagit emot gäster, om hon tvättat heligas fötter, om hon stöttat nödlidande, om hon efterföljt varje god gärning.{{field-off:bible}}</w:t>
      </w:r>
    </w:p>
    <w:p w14:paraId="7E62D3A1" w14:textId="61BC5D77" w:rsidR="00BA33AB" w:rsidRPr="000767E2" w:rsidRDefault="00000000">
      <w:pPr>
        <w:rPr>
          <w:lang w:val="sv-SE"/>
        </w:rPr>
      </w:pPr>
      <w:r w:rsidRPr="000767E2">
        <w:rPr>
          <w:lang w:val="sv-SE"/>
        </w:rPr>
        <w:t>[[@</w:t>
      </w:r>
      <w:r w:rsidR="0096445B" w:rsidRPr="000767E2">
        <w:rPr>
          <w:lang w:val="sv-SE"/>
        </w:rPr>
        <w:t>BibleBIBEL82</w:t>
      </w:r>
      <w:r w:rsidRPr="000767E2">
        <w:rPr>
          <w:lang w:val="sv-SE"/>
        </w:rPr>
        <w:t>:1Tim 5:11]]</w:t>
      </w:r>
      <w:r w:rsidRPr="000767E2">
        <w:rPr>
          <w:vertAlign w:val="superscript"/>
          <w:lang w:val="sv-SE"/>
        </w:rPr>
        <w:t>11</w:t>
      </w:r>
      <w:r w:rsidRPr="000767E2">
        <w:rPr>
          <w:lang w:val="sv-SE"/>
        </w:rPr>
        <w:t xml:space="preserve"> {{field-on:bible}}Men yngre änkor ska du undanbe dig. För när de drivs av begär bort från Kristus, vill de gifta sig{{field-off:bible}} [[@</w:t>
      </w:r>
      <w:r w:rsidR="0096445B" w:rsidRPr="000767E2">
        <w:rPr>
          <w:lang w:val="sv-SE"/>
        </w:rPr>
        <w:t>BibleBIBEL82</w:t>
      </w:r>
      <w:r w:rsidRPr="000767E2">
        <w:rPr>
          <w:lang w:val="sv-SE"/>
        </w:rPr>
        <w:t>:1Tim 5:12]]</w:t>
      </w:r>
      <w:r w:rsidRPr="000767E2">
        <w:rPr>
          <w:vertAlign w:val="superscript"/>
          <w:lang w:val="sv-SE"/>
        </w:rPr>
        <w:t>12</w:t>
      </w:r>
      <w:r w:rsidRPr="000767E2">
        <w:rPr>
          <w:lang w:val="sv-SE"/>
        </w:rPr>
        <w:t xml:space="preserve"> {{field-on:bible}}och har en dom för att de annullerat den första tron.{{field-off:bible}} [[@</w:t>
      </w:r>
      <w:r w:rsidR="0096445B" w:rsidRPr="000767E2">
        <w:rPr>
          <w:lang w:val="sv-SE"/>
        </w:rPr>
        <w:t>BibleBIBEL82</w:t>
      </w:r>
      <w:r w:rsidRPr="000767E2">
        <w:rPr>
          <w:lang w:val="sv-SE"/>
        </w:rPr>
        <w:t>:1Tim 5:13]]</w:t>
      </w:r>
      <w:r w:rsidRPr="000767E2">
        <w:rPr>
          <w:vertAlign w:val="superscript"/>
          <w:lang w:val="sv-SE"/>
        </w:rPr>
        <w:t>13</w:t>
      </w:r>
      <w:r w:rsidRPr="000767E2">
        <w:rPr>
          <w:lang w:val="sv-SE"/>
        </w:rPr>
        <w:t xml:space="preserve"> {{field-on:bible}}Och samtidigt lär de sig också att overksamma gå omkring i husen. Och inte bara overksamma, utan också sladderaktiga och snokande, talande det </w:t>
      </w:r>
      <w:r w:rsidRPr="000767E2">
        <w:rPr>
          <w:i/>
          <w:lang w:val="sv-SE"/>
        </w:rPr>
        <w:t>som</w:t>
      </w:r>
      <w:r w:rsidRPr="000767E2">
        <w:rPr>
          <w:lang w:val="sv-SE"/>
        </w:rPr>
        <w:t xml:space="preserve"> inte </w:t>
      </w:r>
      <w:r w:rsidRPr="000767E2">
        <w:rPr>
          <w:i/>
          <w:lang w:val="sv-SE"/>
        </w:rPr>
        <w:t>är</w:t>
      </w:r>
      <w:r w:rsidRPr="000767E2">
        <w:rPr>
          <w:lang w:val="sv-SE"/>
        </w:rPr>
        <w:t xml:space="preserve"> tillbörligt.{{field-off:bible}}</w:t>
      </w:r>
    </w:p>
    <w:p w14:paraId="305DCA64" w14:textId="228734B5" w:rsidR="00BA33AB" w:rsidRPr="000767E2" w:rsidRDefault="00000000">
      <w:pPr>
        <w:rPr>
          <w:lang w:val="sv-SE"/>
        </w:rPr>
      </w:pPr>
      <w:r w:rsidRPr="000767E2">
        <w:rPr>
          <w:lang w:val="sv-SE"/>
        </w:rPr>
        <w:t>[[@</w:t>
      </w:r>
      <w:r w:rsidR="0096445B" w:rsidRPr="000767E2">
        <w:rPr>
          <w:lang w:val="sv-SE"/>
        </w:rPr>
        <w:t>BibleBIBEL82</w:t>
      </w:r>
      <w:r w:rsidRPr="000767E2">
        <w:rPr>
          <w:lang w:val="sv-SE"/>
        </w:rPr>
        <w:t>:1Tim 5:14]]</w:t>
      </w:r>
      <w:r w:rsidRPr="000767E2">
        <w:rPr>
          <w:vertAlign w:val="superscript"/>
          <w:lang w:val="sv-SE"/>
        </w:rPr>
        <w:t>14</w:t>
      </w:r>
      <w:r w:rsidRPr="000767E2">
        <w:rPr>
          <w:lang w:val="sv-SE"/>
        </w:rPr>
        <w:t xml:space="preserve"> {{field-on:bible}}Jag önskar alltså att yngre ska gifta sig, föda barn, härska i ett hus, inte ge något tillfälle åt motståndaren för hån.{{field-off:bible}} [[@</w:t>
      </w:r>
      <w:r w:rsidR="0096445B" w:rsidRPr="000767E2">
        <w:rPr>
          <w:lang w:val="sv-SE"/>
        </w:rPr>
        <w:t>BibleBIBEL82</w:t>
      </w:r>
      <w:r w:rsidRPr="000767E2">
        <w:rPr>
          <w:lang w:val="sv-SE"/>
        </w:rPr>
        <w:t>:1Tim 5:15]]</w:t>
      </w:r>
      <w:r w:rsidRPr="000767E2">
        <w:rPr>
          <w:vertAlign w:val="superscript"/>
          <w:lang w:val="sv-SE"/>
        </w:rPr>
        <w:t>15</w:t>
      </w:r>
      <w:r w:rsidRPr="000767E2">
        <w:rPr>
          <w:lang w:val="sv-SE"/>
        </w:rPr>
        <w:t xml:space="preserve"> {{field-on:bible}}För redan har några vikit av efter Satan.{{field-off:bible}} [[@</w:t>
      </w:r>
      <w:r w:rsidR="0096445B" w:rsidRPr="000767E2">
        <w:rPr>
          <w:lang w:val="sv-SE"/>
        </w:rPr>
        <w:t>BibleBIBEL82</w:t>
      </w:r>
      <w:r w:rsidRPr="000767E2">
        <w:rPr>
          <w:lang w:val="sv-SE"/>
        </w:rPr>
        <w:t>:1Tim 5:16]]</w:t>
      </w:r>
      <w:r w:rsidRPr="000767E2">
        <w:rPr>
          <w:vertAlign w:val="superscript"/>
          <w:lang w:val="sv-SE"/>
        </w:rPr>
        <w:t>16</w:t>
      </w:r>
      <w:r w:rsidRPr="000767E2">
        <w:rPr>
          <w:lang w:val="sv-SE"/>
        </w:rPr>
        <w:t xml:space="preserve"> {{field-on:bible}}Om en troende </w:t>
      </w:r>
      <w:r w:rsidRPr="000767E2">
        <w:rPr>
          <w:i/>
          <w:lang w:val="sv-SE"/>
        </w:rPr>
        <w:t>kvinna</w:t>
      </w:r>
      <w:r w:rsidRPr="000767E2">
        <w:rPr>
          <w:lang w:val="sv-SE"/>
        </w:rPr>
        <w:t xml:space="preserve"> har änkor ska hon stötta dem och inte församlingen tyngas, så att den kan stötta dem </w:t>
      </w:r>
      <w:r w:rsidRPr="000767E2">
        <w:rPr>
          <w:i/>
          <w:lang w:val="sv-SE"/>
        </w:rPr>
        <w:t>som</w:t>
      </w:r>
      <w:r w:rsidRPr="000767E2">
        <w:rPr>
          <w:lang w:val="sv-SE"/>
        </w:rPr>
        <w:t xml:space="preserve"> verkligen </w:t>
      </w:r>
      <w:r w:rsidRPr="000767E2">
        <w:rPr>
          <w:i/>
          <w:lang w:val="sv-SE"/>
        </w:rPr>
        <w:t>är</w:t>
      </w:r>
      <w:r w:rsidRPr="000767E2">
        <w:rPr>
          <w:lang w:val="sv-SE"/>
        </w:rPr>
        <w:t xml:space="preserve"> änkor.{{field-off:bible}}</w:t>
      </w:r>
    </w:p>
    <w:p w14:paraId="192A1E65" w14:textId="25449A7C" w:rsidR="00BA33AB" w:rsidRPr="000767E2" w:rsidRDefault="00000000">
      <w:pPr>
        <w:rPr>
          <w:lang w:val="sv-SE"/>
        </w:rPr>
      </w:pPr>
      <w:r w:rsidRPr="000767E2">
        <w:rPr>
          <w:lang w:val="sv-SE"/>
        </w:rPr>
        <w:t>[[@</w:t>
      </w:r>
      <w:r w:rsidR="0096445B" w:rsidRPr="000767E2">
        <w:rPr>
          <w:lang w:val="sv-SE"/>
        </w:rPr>
        <w:t>BibleBIBEL82</w:t>
      </w:r>
      <w:r w:rsidRPr="000767E2">
        <w:rPr>
          <w:lang w:val="sv-SE"/>
        </w:rPr>
        <w:t>:1Tim 5:17]]</w:t>
      </w:r>
      <w:r w:rsidRPr="000767E2">
        <w:rPr>
          <w:vertAlign w:val="superscript"/>
          <w:lang w:val="sv-SE"/>
        </w:rPr>
        <w:t>17</w:t>
      </w:r>
      <w:r w:rsidRPr="000767E2">
        <w:rPr>
          <w:lang w:val="sv-SE"/>
        </w:rPr>
        <w:t xml:space="preserve"> {{field-on:bible}}De äldste som har varit bra föreståndare ska anses värda dubbel heder, särskilt de som sliter med ord och lära.{{field-off:bible}} [[@</w:t>
      </w:r>
      <w:r w:rsidR="0096445B" w:rsidRPr="000767E2">
        <w:rPr>
          <w:lang w:val="sv-SE"/>
        </w:rPr>
        <w:t>BibleBIBEL82</w:t>
      </w:r>
      <w:r w:rsidRPr="000767E2">
        <w:rPr>
          <w:lang w:val="sv-SE"/>
        </w:rPr>
        <w:t>:1Tim 5:18]]</w:t>
      </w:r>
      <w:r w:rsidRPr="000767E2">
        <w:rPr>
          <w:vertAlign w:val="superscript"/>
          <w:lang w:val="sv-SE"/>
        </w:rPr>
        <w:t>18</w:t>
      </w:r>
      <w:r w:rsidRPr="000767E2">
        <w:rPr>
          <w:lang w:val="sv-SE"/>
        </w:rPr>
        <w:t xml:space="preserve"> {{field-on:bible}}För Skriften säger: En tröskande oxe ska du inte täppa till, och: Arbetaren är värd sin lön.{{field-off:bible}} [[@</w:t>
      </w:r>
      <w:r w:rsidR="0096445B" w:rsidRPr="000767E2">
        <w:rPr>
          <w:lang w:val="sv-SE"/>
        </w:rPr>
        <w:t>BibleBIBEL82</w:t>
      </w:r>
      <w:r w:rsidRPr="000767E2">
        <w:rPr>
          <w:lang w:val="sv-SE"/>
        </w:rPr>
        <w:t>:1Tim 5:19]]</w:t>
      </w:r>
      <w:r w:rsidRPr="000767E2">
        <w:rPr>
          <w:vertAlign w:val="superscript"/>
          <w:lang w:val="sv-SE"/>
        </w:rPr>
        <w:t>19</w:t>
      </w:r>
      <w:r w:rsidRPr="000767E2">
        <w:rPr>
          <w:lang w:val="sv-SE"/>
        </w:rPr>
        <w:t xml:space="preserve"> {{field-on:bible}}Mot en äldste ska du inte godta en anklagelse, utom vid två eller tre </w:t>
      </w:r>
      <w:r w:rsidRPr="000767E2">
        <w:rPr>
          <w:lang w:val="sv-SE"/>
        </w:rPr>
        <w:lastRenderedPageBreak/>
        <w:t>vittnen.{{field-off:bible}} [[@</w:t>
      </w:r>
      <w:r w:rsidR="0096445B" w:rsidRPr="000767E2">
        <w:rPr>
          <w:lang w:val="sv-SE"/>
        </w:rPr>
        <w:t>BibleBIBEL82</w:t>
      </w:r>
      <w:r w:rsidRPr="000767E2">
        <w:rPr>
          <w:lang w:val="sv-SE"/>
        </w:rPr>
        <w:t>:1Tim 5:20]]</w:t>
      </w:r>
      <w:r w:rsidRPr="000767E2">
        <w:rPr>
          <w:vertAlign w:val="superscript"/>
          <w:lang w:val="sv-SE"/>
        </w:rPr>
        <w:t>20</w:t>
      </w:r>
      <w:r w:rsidRPr="000767E2">
        <w:rPr>
          <w:lang w:val="sv-SE"/>
        </w:rPr>
        <w:t xml:space="preserve"> {{field-on:bible}}Tillrättavisa dem som syndar inför alla, så att också de övriga har fruktan.{{field-off:bible}}</w:t>
      </w:r>
    </w:p>
    <w:p w14:paraId="7FDCC7C7" w14:textId="6A596D91" w:rsidR="00BA33AB" w:rsidRPr="000767E2" w:rsidRDefault="00000000">
      <w:pPr>
        <w:rPr>
          <w:lang w:val="sv-SE"/>
        </w:rPr>
      </w:pPr>
      <w:r w:rsidRPr="000767E2">
        <w:rPr>
          <w:lang w:val="sv-SE"/>
        </w:rPr>
        <w:t>[[@</w:t>
      </w:r>
      <w:r w:rsidR="0096445B" w:rsidRPr="000767E2">
        <w:rPr>
          <w:lang w:val="sv-SE"/>
        </w:rPr>
        <w:t>BibleBIBEL82</w:t>
      </w:r>
      <w:r w:rsidRPr="000767E2">
        <w:rPr>
          <w:lang w:val="sv-SE"/>
        </w:rPr>
        <w:t>:1Tim 5:21]]</w:t>
      </w:r>
      <w:r w:rsidRPr="000767E2">
        <w:rPr>
          <w:vertAlign w:val="superscript"/>
          <w:lang w:val="sv-SE"/>
        </w:rPr>
        <w:t>21</w:t>
      </w:r>
      <w:r w:rsidRPr="000767E2">
        <w:rPr>
          <w:lang w:val="sv-SE"/>
        </w:rPr>
        <w:t xml:space="preserve"> {{field-on:bible}}Jag uppfordrar inför Gud och Kristus Jesus och de utvalda änglarna att du ska iaktta detta utan fördom och inte göra något efter preferens.{{field-off:bible}} [[@</w:t>
      </w:r>
      <w:r w:rsidR="0096445B" w:rsidRPr="000767E2">
        <w:rPr>
          <w:lang w:val="sv-SE"/>
        </w:rPr>
        <w:t>BibleBIBEL82</w:t>
      </w:r>
      <w:r w:rsidRPr="000767E2">
        <w:rPr>
          <w:lang w:val="sv-SE"/>
        </w:rPr>
        <w:t>:1Tim 5:22]]</w:t>
      </w:r>
      <w:r w:rsidRPr="000767E2">
        <w:rPr>
          <w:vertAlign w:val="superscript"/>
          <w:lang w:val="sv-SE"/>
        </w:rPr>
        <w:t>22</w:t>
      </w:r>
      <w:r w:rsidRPr="000767E2">
        <w:rPr>
          <w:lang w:val="sv-SE"/>
        </w:rPr>
        <w:t xml:space="preserve"> {{field-on:bible}}Lägg inte händer fort på någon, och var inte delaktig i andras synder. Dig själv ska du bevara ren.{{field-off:bible}} [[@</w:t>
      </w:r>
      <w:r w:rsidR="0096445B" w:rsidRPr="000767E2">
        <w:rPr>
          <w:lang w:val="sv-SE"/>
        </w:rPr>
        <w:t>BibleBIBEL82</w:t>
      </w:r>
      <w:r w:rsidRPr="000767E2">
        <w:rPr>
          <w:lang w:val="sv-SE"/>
        </w:rPr>
        <w:t>:1Tim 5:23]]</w:t>
      </w:r>
      <w:r w:rsidRPr="000767E2">
        <w:rPr>
          <w:vertAlign w:val="superscript"/>
          <w:lang w:val="sv-SE"/>
        </w:rPr>
        <w:t>23</w:t>
      </w:r>
      <w:r w:rsidRPr="000767E2">
        <w:rPr>
          <w:lang w:val="sv-SE"/>
        </w:rPr>
        <w:t xml:space="preserve"> {{field-on:bible}}Drick inte längre </w:t>
      </w:r>
      <w:r w:rsidRPr="000767E2">
        <w:rPr>
          <w:i/>
          <w:lang w:val="sv-SE"/>
        </w:rPr>
        <w:t>bara</w:t>
      </w:r>
      <w:r w:rsidRPr="000767E2">
        <w:rPr>
          <w:lang w:val="sv-SE"/>
        </w:rPr>
        <w:t xml:space="preserve"> vatten, utan använd lite vin för din mage och dina ofta </w:t>
      </w:r>
      <w:r w:rsidRPr="000767E2">
        <w:rPr>
          <w:i/>
          <w:lang w:val="sv-SE"/>
        </w:rPr>
        <w:t>återkommande</w:t>
      </w:r>
      <w:r w:rsidRPr="000767E2">
        <w:rPr>
          <w:lang w:val="sv-SE"/>
        </w:rPr>
        <w:t xml:space="preserve"> svagheter.{{field-off:bible}}</w:t>
      </w:r>
    </w:p>
    <w:p w14:paraId="53E91B3F" w14:textId="0A259944" w:rsidR="00BA33AB" w:rsidRPr="000767E2" w:rsidRDefault="00000000">
      <w:pPr>
        <w:rPr>
          <w:lang w:val="sv-SE"/>
        </w:rPr>
      </w:pPr>
      <w:r w:rsidRPr="000767E2">
        <w:rPr>
          <w:lang w:val="sv-SE"/>
        </w:rPr>
        <w:t>[[@</w:t>
      </w:r>
      <w:r w:rsidR="0096445B" w:rsidRPr="000767E2">
        <w:rPr>
          <w:lang w:val="sv-SE"/>
        </w:rPr>
        <w:t>BibleBIBEL82</w:t>
      </w:r>
      <w:r w:rsidRPr="000767E2">
        <w:rPr>
          <w:lang w:val="sv-SE"/>
        </w:rPr>
        <w:t>:1Tim 5:24]]</w:t>
      </w:r>
      <w:r w:rsidRPr="000767E2">
        <w:rPr>
          <w:vertAlign w:val="superscript"/>
          <w:lang w:val="sv-SE"/>
        </w:rPr>
        <w:t>24</w:t>
      </w:r>
      <w:r w:rsidRPr="000767E2">
        <w:rPr>
          <w:lang w:val="sv-SE"/>
        </w:rPr>
        <w:t xml:space="preserve"> {{field-on:bible}}Hos vissa människor är synderna tydliga och går före till dom, men hos vissa följer de också efter.{{field-off:bible}} [[@</w:t>
      </w:r>
      <w:r w:rsidR="0096445B" w:rsidRPr="000767E2">
        <w:rPr>
          <w:lang w:val="sv-SE"/>
        </w:rPr>
        <w:t>BibleBIBEL82</w:t>
      </w:r>
      <w:r w:rsidRPr="000767E2">
        <w:rPr>
          <w:lang w:val="sv-SE"/>
        </w:rPr>
        <w:t>:1Tim 5:25]]</w:t>
      </w:r>
      <w:r w:rsidRPr="000767E2">
        <w:rPr>
          <w:vertAlign w:val="superscript"/>
          <w:lang w:val="sv-SE"/>
        </w:rPr>
        <w:t>25</w:t>
      </w:r>
      <w:r w:rsidRPr="000767E2">
        <w:rPr>
          <w:lang w:val="sv-SE"/>
        </w:rPr>
        <w:t xml:space="preserve"> {{field-on:bible}}På samma sätt </w:t>
      </w:r>
      <w:r w:rsidRPr="000767E2">
        <w:rPr>
          <w:i/>
          <w:lang w:val="sv-SE"/>
        </w:rPr>
        <w:t>är</w:t>
      </w:r>
      <w:r w:rsidRPr="000767E2">
        <w:rPr>
          <w:lang w:val="sv-SE"/>
        </w:rPr>
        <w:t xml:space="preserve"> också de goda gärningarna tydliga. Och de som förhåller sig på annat sätt kan inte döljas.{{field-off:bible}}</w:t>
      </w:r>
    </w:p>
    <w:p w14:paraId="30C726C4" w14:textId="3B968A4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:1Tim 6]]Kapitel 6</w:t>
      </w:r>
    </w:p>
    <w:p w14:paraId="6326EFBD" w14:textId="73A1D4A3" w:rsidR="00BA33AB" w:rsidRPr="000767E2" w:rsidRDefault="00000000">
      <w:pPr>
        <w:rPr>
          <w:lang w:val="sv-SE"/>
        </w:rPr>
      </w:pPr>
      <w:r w:rsidRPr="000767E2">
        <w:rPr>
          <w:lang w:val="sv-SE"/>
        </w:rPr>
        <w:t>[[@</w:t>
      </w:r>
      <w:r w:rsidR="0096445B" w:rsidRPr="000767E2">
        <w:rPr>
          <w:lang w:val="sv-SE"/>
        </w:rPr>
        <w:t>BibleBIBEL82</w:t>
      </w:r>
      <w:r w:rsidRPr="000767E2">
        <w:rPr>
          <w:lang w:val="sv-SE"/>
        </w:rPr>
        <w:t>:1Tim 6:1]]</w:t>
      </w:r>
      <w:r w:rsidRPr="000767E2">
        <w:rPr>
          <w:vertAlign w:val="superscript"/>
          <w:lang w:val="sv-SE"/>
        </w:rPr>
        <w:t>1</w:t>
      </w:r>
      <w:r w:rsidRPr="000767E2">
        <w:rPr>
          <w:lang w:val="sv-SE"/>
        </w:rPr>
        <w:t xml:space="preserve"> {{field-on:bible}}</w:t>
      </w:r>
      <w:r w:rsidRPr="000767E2">
        <w:rPr>
          <w:i/>
          <w:lang w:val="sv-SE"/>
        </w:rPr>
        <w:t>Alla</w:t>
      </w:r>
      <w:r w:rsidRPr="000767E2">
        <w:rPr>
          <w:lang w:val="sv-SE"/>
        </w:rPr>
        <w:t xml:space="preserve"> som är fasttjänare under ok ska anse de egna härskarna värda all heder, så att inte Guds namn och läran smädas.{{field-off:bible}} [[@</w:t>
      </w:r>
      <w:r w:rsidR="0096445B" w:rsidRPr="000767E2">
        <w:rPr>
          <w:lang w:val="sv-SE"/>
        </w:rPr>
        <w:t>BibleBIBEL82</w:t>
      </w:r>
      <w:r w:rsidRPr="000767E2">
        <w:rPr>
          <w:lang w:val="sv-SE"/>
        </w:rPr>
        <w:t>:1Tim 6:2]]</w:t>
      </w:r>
      <w:r w:rsidRPr="000767E2">
        <w:rPr>
          <w:vertAlign w:val="superscript"/>
          <w:lang w:val="sv-SE"/>
        </w:rPr>
        <w:t>2</w:t>
      </w:r>
      <w:r w:rsidRPr="000767E2">
        <w:rPr>
          <w:lang w:val="sv-SE"/>
        </w:rPr>
        <w:t xml:space="preserve"> {{field-on:bible}}Men de som har troende härskare ska inte ringakta </w:t>
      </w:r>
      <w:r w:rsidRPr="000767E2">
        <w:rPr>
          <w:i/>
          <w:lang w:val="sv-SE"/>
        </w:rPr>
        <w:t>dem</w:t>
      </w:r>
      <w:r w:rsidRPr="000767E2">
        <w:rPr>
          <w:lang w:val="sv-SE"/>
        </w:rPr>
        <w:t xml:space="preserve"> för att de är syskon, utan fasttjäna </w:t>
      </w:r>
      <w:r w:rsidRPr="000767E2">
        <w:rPr>
          <w:i/>
          <w:lang w:val="sv-SE"/>
        </w:rPr>
        <w:t>desto</w:t>
      </w:r>
      <w:r w:rsidRPr="000767E2">
        <w:rPr>
          <w:lang w:val="sv-SE"/>
        </w:rPr>
        <w:t xml:space="preserve"> mer för att de är troende och älskade som tar sig an välgärningen. Detta ska du undervisa och uppmana </w:t>
      </w:r>
      <w:r w:rsidRPr="000767E2">
        <w:rPr>
          <w:i/>
          <w:lang w:val="sv-SE"/>
        </w:rPr>
        <w:t>till</w:t>
      </w:r>
      <w:r w:rsidRPr="000767E2">
        <w:rPr>
          <w:lang w:val="sv-SE"/>
        </w:rPr>
        <w:t>.{{field-off:bible}}</w:t>
      </w:r>
    </w:p>
    <w:p w14:paraId="67C80AE3" w14:textId="77777777" w:rsidR="00BA33AB" w:rsidRPr="000767E2" w:rsidRDefault="00000000">
      <w:pPr>
        <w:pStyle w:val="Rubrik3"/>
        <w:rPr>
          <w:lang w:val="sv-SE"/>
        </w:rPr>
      </w:pPr>
      <w:r w:rsidRPr="000767E2">
        <w:rPr>
          <w:lang w:val="sv-SE"/>
        </w:rPr>
        <w:t>Sann och falsk fromhet</w:t>
      </w:r>
    </w:p>
    <w:p w14:paraId="00568F85" w14:textId="7F5D6C32" w:rsidR="00BA33AB" w:rsidRPr="000767E2" w:rsidRDefault="00000000">
      <w:pPr>
        <w:rPr>
          <w:lang w:val="sv-SE"/>
        </w:rPr>
      </w:pPr>
      <w:r w:rsidRPr="000767E2">
        <w:rPr>
          <w:lang w:val="sv-SE"/>
        </w:rPr>
        <w:t>[[@</w:t>
      </w:r>
      <w:r w:rsidR="0096445B" w:rsidRPr="000767E2">
        <w:rPr>
          <w:lang w:val="sv-SE"/>
        </w:rPr>
        <w:t>BibleBIBEL82</w:t>
      </w:r>
      <w:r w:rsidRPr="000767E2">
        <w:rPr>
          <w:lang w:val="sv-SE"/>
        </w:rPr>
        <w:t>:1Tim 6:3]]</w:t>
      </w:r>
      <w:r w:rsidRPr="000767E2">
        <w:rPr>
          <w:vertAlign w:val="superscript"/>
          <w:lang w:val="sv-SE"/>
        </w:rPr>
        <w:t>3</w:t>
      </w:r>
      <w:r w:rsidRPr="000767E2">
        <w:rPr>
          <w:lang w:val="sv-SE"/>
        </w:rPr>
        <w:t xml:space="preserve"> {{field-on:bible}}Om någon lär ut annorlunda och inte kommer till vår Herre Jesu Kristi sunda ord och läran för fromhet,{{field-off:bible}} [[@</w:t>
      </w:r>
      <w:r w:rsidR="0096445B" w:rsidRPr="000767E2">
        <w:rPr>
          <w:lang w:val="sv-SE"/>
        </w:rPr>
        <w:t>BibleBIBEL82</w:t>
      </w:r>
      <w:r w:rsidRPr="000767E2">
        <w:rPr>
          <w:lang w:val="sv-SE"/>
        </w:rPr>
        <w:t>:1Tim 6:4]]</w:t>
      </w:r>
      <w:r w:rsidRPr="000767E2">
        <w:rPr>
          <w:vertAlign w:val="superscript"/>
          <w:lang w:val="sv-SE"/>
        </w:rPr>
        <w:t>4</w:t>
      </w:r>
      <w:r w:rsidRPr="000767E2">
        <w:rPr>
          <w:lang w:val="sv-SE"/>
        </w:rPr>
        <w:t xml:space="preserve"> {{field-on:bible}}är han inbilsk och vet ingenting utan är sjuk på diskussioner och ordstrider. Från dessa kommer avund, osämja, smädelser, onda misstankar{{field-off:bible}} [[@</w:t>
      </w:r>
      <w:r w:rsidR="0096445B" w:rsidRPr="000767E2">
        <w:rPr>
          <w:lang w:val="sv-SE"/>
        </w:rPr>
        <w:t>BibleBIBEL82</w:t>
      </w:r>
      <w:r w:rsidRPr="000767E2">
        <w:rPr>
          <w:lang w:val="sv-SE"/>
        </w:rPr>
        <w:t>:1Tim 6:5]]</w:t>
      </w:r>
      <w:r w:rsidRPr="000767E2">
        <w:rPr>
          <w:vertAlign w:val="superscript"/>
          <w:lang w:val="sv-SE"/>
        </w:rPr>
        <w:t>5</w:t>
      </w:r>
      <w:r w:rsidRPr="000767E2">
        <w:rPr>
          <w:lang w:val="sv-SE"/>
        </w:rPr>
        <w:t xml:space="preserve"> {{field-on:bible}}och ständiga friktioner mellan människor fördärvade i sinnet och berövade sanningen, som antar att fromheten </w:t>
      </w:r>
      <w:r w:rsidRPr="000767E2">
        <w:rPr>
          <w:i/>
          <w:lang w:val="sv-SE"/>
        </w:rPr>
        <w:t>ska</w:t>
      </w:r>
      <w:r w:rsidRPr="000767E2">
        <w:rPr>
          <w:lang w:val="sv-SE"/>
        </w:rPr>
        <w:t xml:space="preserve"> vara lönsamhet.{{field-off:bible}}</w:t>
      </w:r>
    </w:p>
    <w:p w14:paraId="13CC87C2" w14:textId="18A7BD5C" w:rsidR="00BA33AB" w:rsidRPr="000767E2" w:rsidRDefault="00000000">
      <w:pPr>
        <w:rPr>
          <w:lang w:val="sv-SE"/>
        </w:rPr>
      </w:pPr>
      <w:r w:rsidRPr="000767E2">
        <w:rPr>
          <w:lang w:val="sv-SE"/>
        </w:rPr>
        <w:t>[[@</w:t>
      </w:r>
      <w:r w:rsidR="0096445B" w:rsidRPr="000767E2">
        <w:rPr>
          <w:lang w:val="sv-SE"/>
        </w:rPr>
        <w:t>BibleBIBEL82</w:t>
      </w:r>
      <w:r w:rsidRPr="000767E2">
        <w:rPr>
          <w:lang w:val="sv-SE"/>
        </w:rPr>
        <w:t>:1Tim 6:6]]</w:t>
      </w:r>
      <w:r w:rsidRPr="000767E2">
        <w:rPr>
          <w:vertAlign w:val="superscript"/>
          <w:lang w:val="sv-SE"/>
        </w:rPr>
        <w:t>6</w:t>
      </w:r>
      <w:r w:rsidRPr="000767E2">
        <w:rPr>
          <w:lang w:val="sv-SE"/>
        </w:rPr>
        <w:t xml:space="preserve"> {{field-on:bible}}Men en stor lönsamhet är fromheten med förnöjsamhet.{{field-off:bible}} [[@</w:t>
      </w:r>
      <w:r w:rsidR="0096445B" w:rsidRPr="000767E2">
        <w:rPr>
          <w:lang w:val="sv-SE"/>
        </w:rPr>
        <w:t>BibleBIBEL82</w:t>
      </w:r>
      <w:r w:rsidRPr="000767E2">
        <w:rPr>
          <w:lang w:val="sv-SE"/>
        </w:rPr>
        <w:t>:1Tim 6:7]]</w:t>
      </w:r>
      <w:r w:rsidRPr="000767E2">
        <w:rPr>
          <w:vertAlign w:val="superscript"/>
          <w:lang w:val="sv-SE"/>
        </w:rPr>
        <w:t>7</w:t>
      </w:r>
      <w:r w:rsidRPr="000767E2">
        <w:rPr>
          <w:lang w:val="sv-SE"/>
        </w:rPr>
        <w:t xml:space="preserve"> {{field-on:bible}}Inget har vi ju fört in i världen, för inte heller kan vi föra ut något.{{field-off:bible}} [[@</w:t>
      </w:r>
      <w:r w:rsidR="0096445B" w:rsidRPr="000767E2">
        <w:rPr>
          <w:lang w:val="sv-SE"/>
        </w:rPr>
        <w:t>BibleBIBEL82</w:t>
      </w:r>
      <w:r w:rsidRPr="000767E2">
        <w:rPr>
          <w:lang w:val="sv-SE"/>
        </w:rPr>
        <w:t>:1Tim 6:8]]</w:t>
      </w:r>
      <w:r w:rsidRPr="000767E2">
        <w:rPr>
          <w:vertAlign w:val="superscript"/>
          <w:lang w:val="sv-SE"/>
        </w:rPr>
        <w:t>8</w:t>
      </w:r>
      <w:r w:rsidRPr="000767E2">
        <w:rPr>
          <w:lang w:val="sv-SE"/>
        </w:rPr>
        <w:t xml:space="preserve"> {{field-on:bible}}Och har vi näring och överdrag, ska vi med detta nöja oss.{{field-off:bible}}</w:t>
      </w:r>
    </w:p>
    <w:p w14:paraId="2880D7ED" w14:textId="1BB2C177" w:rsidR="00BA33AB" w:rsidRPr="000767E2" w:rsidRDefault="00000000">
      <w:pPr>
        <w:rPr>
          <w:lang w:val="sv-SE"/>
        </w:rPr>
      </w:pPr>
      <w:r w:rsidRPr="000767E2">
        <w:rPr>
          <w:lang w:val="sv-SE"/>
        </w:rPr>
        <w:t>[[@</w:t>
      </w:r>
      <w:r w:rsidR="0096445B" w:rsidRPr="000767E2">
        <w:rPr>
          <w:lang w:val="sv-SE"/>
        </w:rPr>
        <w:t>BibleBIBEL82</w:t>
      </w:r>
      <w:r w:rsidRPr="000767E2">
        <w:rPr>
          <w:lang w:val="sv-SE"/>
        </w:rPr>
        <w:t>:1Tim 6:9]]</w:t>
      </w:r>
      <w:r w:rsidRPr="000767E2">
        <w:rPr>
          <w:vertAlign w:val="superscript"/>
          <w:lang w:val="sv-SE"/>
        </w:rPr>
        <w:t>9</w:t>
      </w:r>
      <w:r w:rsidRPr="000767E2">
        <w:rPr>
          <w:lang w:val="sv-SE"/>
        </w:rPr>
        <w:t xml:space="preserve"> {{field-on:bible}}Men de som önskar bli rika faller i frestelse och snara och många oförnuftiga och skadliga begär, som sänker människorna i undergång och fördärv.{{field-off:bible}} [[@</w:t>
      </w:r>
      <w:r w:rsidR="0096445B" w:rsidRPr="000767E2">
        <w:rPr>
          <w:lang w:val="sv-SE"/>
        </w:rPr>
        <w:t>BibleBIBEL82</w:t>
      </w:r>
      <w:r w:rsidRPr="000767E2">
        <w:rPr>
          <w:lang w:val="sv-SE"/>
        </w:rPr>
        <w:t>:1Tim 6:10]]</w:t>
      </w:r>
      <w:r w:rsidRPr="000767E2">
        <w:rPr>
          <w:vertAlign w:val="superscript"/>
          <w:lang w:val="sv-SE"/>
        </w:rPr>
        <w:t>10</w:t>
      </w:r>
      <w:r w:rsidRPr="000767E2">
        <w:rPr>
          <w:lang w:val="sv-SE"/>
        </w:rPr>
        <w:t xml:space="preserve"> {{field-on:bible}}För en rot till allt det onda är pengakärleken, som vissa har eftertraktat och </w:t>
      </w:r>
      <w:r w:rsidRPr="000767E2">
        <w:rPr>
          <w:i/>
          <w:lang w:val="sv-SE"/>
        </w:rPr>
        <w:t>så</w:t>
      </w:r>
      <w:r w:rsidRPr="000767E2">
        <w:rPr>
          <w:lang w:val="sv-SE"/>
        </w:rPr>
        <w:t xml:space="preserve"> villats bort från tron och spetsat sig själva med många våndor.{{field-off:bible}}</w:t>
      </w:r>
    </w:p>
    <w:p w14:paraId="71E854A6" w14:textId="77777777" w:rsidR="00BA33AB" w:rsidRPr="000767E2" w:rsidRDefault="00000000">
      <w:pPr>
        <w:pStyle w:val="Rubrik3"/>
        <w:rPr>
          <w:lang w:val="sv-SE"/>
        </w:rPr>
      </w:pPr>
      <w:r w:rsidRPr="000767E2">
        <w:rPr>
          <w:lang w:val="sv-SE"/>
        </w:rPr>
        <w:lastRenderedPageBreak/>
        <w:t>Trons goda kamp</w:t>
      </w:r>
    </w:p>
    <w:p w14:paraId="79046780" w14:textId="49A30BE5" w:rsidR="00BA33AB" w:rsidRPr="000767E2" w:rsidRDefault="00000000">
      <w:pPr>
        <w:rPr>
          <w:lang w:val="sv-SE"/>
        </w:rPr>
      </w:pPr>
      <w:r w:rsidRPr="000767E2">
        <w:rPr>
          <w:lang w:val="sv-SE"/>
        </w:rPr>
        <w:t>[[@</w:t>
      </w:r>
      <w:r w:rsidR="0096445B" w:rsidRPr="000767E2">
        <w:rPr>
          <w:lang w:val="sv-SE"/>
        </w:rPr>
        <w:t>BibleBIBEL82</w:t>
      </w:r>
      <w:r w:rsidRPr="000767E2">
        <w:rPr>
          <w:lang w:val="sv-SE"/>
        </w:rPr>
        <w:t>:1Tim 6:11]]</w:t>
      </w:r>
      <w:r w:rsidRPr="000767E2">
        <w:rPr>
          <w:vertAlign w:val="superscript"/>
          <w:lang w:val="sv-SE"/>
        </w:rPr>
        <w:t>11</w:t>
      </w:r>
      <w:r w:rsidRPr="000767E2">
        <w:rPr>
          <w:lang w:val="sv-SE"/>
        </w:rPr>
        <w:t xml:space="preserve"> {{field-on:bible}}Men du, o Guds människa, fly detta! Utan jaga efter rättfärdighet, fromhet, tro, kärlek, uthållighet, mildsinthet.{{field-off:bible}} [[@</w:t>
      </w:r>
      <w:r w:rsidR="0096445B" w:rsidRPr="000767E2">
        <w:rPr>
          <w:lang w:val="sv-SE"/>
        </w:rPr>
        <w:t>BibleBIBEL82</w:t>
      </w:r>
      <w:r w:rsidRPr="000767E2">
        <w:rPr>
          <w:lang w:val="sv-SE"/>
        </w:rPr>
        <w:t>:1Tim 6:12]]</w:t>
      </w:r>
      <w:r w:rsidRPr="000767E2">
        <w:rPr>
          <w:vertAlign w:val="superscript"/>
          <w:lang w:val="sv-SE"/>
        </w:rPr>
        <w:t>12</w:t>
      </w:r>
      <w:r w:rsidRPr="000767E2">
        <w:rPr>
          <w:lang w:val="sv-SE"/>
        </w:rPr>
        <w:t xml:space="preserve"> {{field-on:bible}}Kämpa trons goda kamp. Ta tag i det eoniska livet, till vilket du blivit kallad och bekänt den goda bekännelsen inför många vittnen.{{field-off:bible}}</w:t>
      </w:r>
    </w:p>
    <w:p w14:paraId="39039BCD" w14:textId="0CB9EB81" w:rsidR="00BA33AB" w:rsidRPr="000767E2" w:rsidRDefault="00000000">
      <w:pPr>
        <w:rPr>
          <w:lang w:val="sv-SE"/>
        </w:rPr>
      </w:pPr>
      <w:r w:rsidRPr="000767E2">
        <w:rPr>
          <w:lang w:val="sv-SE"/>
        </w:rPr>
        <w:t>[[@</w:t>
      </w:r>
      <w:r w:rsidR="0096445B" w:rsidRPr="000767E2">
        <w:rPr>
          <w:lang w:val="sv-SE"/>
        </w:rPr>
        <w:t>BibleBIBEL82</w:t>
      </w:r>
      <w:r w:rsidRPr="000767E2">
        <w:rPr>
          <w:lang w:val="sv-SE"/>
        </w:rPr>
        <w:t>:1Tim 6:13]]</w:t>
      </w:r>
      <w:r w:rsidRPr="000767E2">
        <w:rPr>
          <w:vertAlign w:val="superscript"/>
          <w:lang w:val="sv-SE"/>
        </w:rPr>
        <w:t>13</w:t>
      </w:r>
      <w:r w:rsidRPr="000767E2">
        <w:rPr>
          <w:lang w:val="sv-SE"/>
        </w:rPr>
        <w:t xml:space="preserve"> {{field-on:bible}}Jag instruerar [dig] inför Gud, som ger liv åt allt, och Kristus Jesus som har vittnat inför Pontius Pilatus </w:t>
      </w:r>
      <w:r w:rsidRPr="000767E2">
        <w:rPr>
          <w:i/>
          <w:lang w:val="sv-SE"/>
        </w:rPr>
        <w:t>med</w:t>
      </w:r>
      <w:r w:rsidRPr="000767E2">
        <w:rPr>
          <w:lang w:val="sv-SE"/>
        </w:rPr>
        <w:t xml:space="preserve"> den goda bekännelsen,{{field-off:bible}} [[@</w:t>
      </w:r>
      <w:r w:rsidR="0096445B" w:rsidRPr="000767E2">
        <w:rPr>
          <w:lang w:val="sv-SE"/>
        </w:rPr>
        <w:t>BibleBIBEL82</w:t>
      </w:r>
      <w:r w:rsidRPr="000767E2">
        <w:rPr>
          <w:lang w:val="sv-SE"/>
        </w:rPr>
        <w:t>:1Tim 6:14]]</w:t>
      </w:r>
      <w:r w:rsidRPr="000767E2">
        <w:rPr>
          <w:vertAlign w:val="superscript"/>
          <w:lang w:val="sv-SE"/>
        </w:rPr>
        <w:t>14</w:t>
      </w:r>
      <w:r w:rsidRPr="000767E2">
        <w:rPr>
          <w:lang w:val="sv-SE"/>
        </w:rPr>
        <w:t xml:space="preserve"> {{field-on:bible}}att du ska bevara budet fläckfritt, oantastligt fram till vår Herre Jesu Kristi framträdande,{{field-off:bible}} [[@</w:t>
      </w:r>
      <w:r w:rsidR="0096445B" w:rsidRPr="000767E2">
        <w:rPr>
          <w:lang w:val="sv-SE"/>
        </w:rPr>
        <w:t>BibleBIBEL82</w:t>
      </w:r>
      <w:r w:rsidRPr="000767E2">
        <w:rPr>
          <w:lang w:val="sv-SE"/>
        </w:rPr>
        <w:t>:1Tim 6:15]]</w:t>
      </w:r>
      <w:r w:rsidRPr="000767E2">
        <w:rPr>
          <w:vertAlign w:val="superscript"/>
          <w:lang w:val="sv-SE"/>
        </w:rPr>
        <w:t>15</w:t>
      </w:r>
      <w:r w:rsidRPr="000767E2">
        <w:rPr>
          <w:lang w:val="sv-SE"/>
        </w:rPr>
        <w:t xml:space="preserve"> {{field-on:bible}}som han i egna tider ska visa: den salige och ende Makthavaren, Kung över dem som är kungar och Herre över dem som är herrar,{{field-off:bible}} [[@</w:t>
      </w:r>
      <w:r w:rsidR="0096445B" w:rsidRPr="000767E2">
        <w:rPr>
          <w:lang w:val="sv-SE"/>
        </w:rPr>
        <w:t>BibleBIBEL82</w:t>
      </w:r>
      <w:r w:rsidRPr="000767E2">
        <w:rPr>
          <w:lang w:val="sv-SE"/>
        </w:rPr>
        <w:t>:1Tim 6:16]]</w:t>
      </w:r>
      <w:r w:rsidRPr="000767E2">
        <w:rPr>
          <w:vertAlign w:val="superscript"/>
          <w:lang w:val="sv-SE"/>
        </w:rPr>
        <w:t>16</w:t>
      </w:r>
      <w:r w:rsidRPr="000767E2">
        <w:rPr>
          <w:lang w:val="sv-SE"/>
        </w:rPr>
        <w:t xml:space="preserve"> {{field-on:bible}}som ensam har odödlighet, som bor i otillgängligt ljus, som ingen av människor har sett eller kan se – honom tillhör heder och eoniskt välde. Amen.{{field-off:bible}}</w:t>
      </w:r>
    </w:p>
    <w:p w14:paraId="5A7CDC84" w14:textId="73F7F31B" w:rsidR="00BA33AB" w:rsidRPr="000767E2" w:rsidRDefault="00000000">
      <w:pPr>
        <w:rPr>
          <w:lang w:val="sv-SE"/>
        </w:rPr>
      </w:pPr>
      <w:r w:rsidRPr="000767E2">
        <w:rPr>
          <w:lang w:val="sv-SE"/>
        </w:rPr>
        <w:t>[[@</w:t>
      </w:r>
      <w:r w:rsidR="0096445B" w:rsidRPr="000767E2">
        <w:rPr>
          <w:lang w:val="sv-SE"/>
        </w:rPr>
        <w:t>BibleBIBEL82</w:t>
      </w:r>
      <w:r w:rsidRPr="000767E2">
        <w:rPr>
          <w:lang w:val="sv-SE"/>
        </w:rPr>
        <w:t>:1Tim 6:17]]</w:t>
      </w:r>
      <w:r w:rsidRPr="000767E2">
        <w:rPr>
          <w:vertAlign w:val="superscript"/>
          <w:lang w:val="sv-SE"/>
        </w:rPr>
        <w:t>17</w:t>
      </w:r>
      <w:r w:rsidRPr="000767E2">
        <w:rPr>
          <w:lang w:val="sv-SE"/>
        </w:rPr>
        <w:t xml:space="preserve"> {{field-on:bible}}Dem </w:t>
      </w:r>
      <w:r w:rsidRPr="000767E2">
        <w:rPr>
          <w:i/>
          <w:lang w:val="sv-SE"/>
        </w:rPr>
        <w:t>som är</w:t>
      </w:r>
      <w:r w:rsidRPr="000767E2">
        <w:rPr>
          <w:lang w:val="sv-SE"/>
        </w:rPr>
        <w:t xml:space="preserve"> rika i den nuvarande eonen ska du instruera att inte tänka högmodigt eller sätta hopp till rikedoms vansklighet, utan till Gud som skaffar oss allt rikligt till förnöjelse:{{field-off:bible}} [[@</w:t>
      </w:r>
      <w:r w:rsidR="0096445B" w:rsidRPr="000767E2">
        <w:rPr>
          <w:lang w:val="sv-SE"/>
        </w:rPr>
        <w:t>BibleBIBEL82</w:t>
      </w:r>
      <w:r w:rsidRPr="000767E2">
        <w:rPr>
          <w:lang w:val="sv-SE"/>
        </w:rPr>
        <w:t>:1Tim 6:18]]</w:t>
      </w:r>
      <w:r w:rsidRPr="000767E2">
        <w:rPr>
          <w:vertAlign w:val="superscript"/>
          <w:lang w:val="sv-SE"/>
        </w:rPr>
        <w:t>18</w:t>
      </w:r>
      <w:r w:rsidRPr="000767E2">
        <w:rPr>
          <w:lang w:val="sv-SE"/>
        </w:rPr>
        <w:t xml:space="preserve"> {{field-on:bible}}att frambringa gott, vara rika på goda gärningar, vara givmilda, frikostiga{{field-off:bible}} [[@</w:t>
      </w:r>
      <w:r w:rsidR="0096445B" w:rsidRPr="000767E2">
        <w:rPr>
          <w:lang w:val="sv-SE"/>
        </w:rPr>
        <w:t>BibleBIBEL82</w:t>
      </w:r>
      <w:r w:rsidRPr="000767E2">
        <w:rPr>
          <w:lang w:val="sv-SE"/>
        </w:rPr>
        <w:t>:1Tim 6:19]]</w:t>
      </w:r>
      <w:r w:rsidRPr="000767E2">
        <w:rPr>
          <w:vertAlign w:val="superscript"/>
          <w:lang w:val="sv-SE"/>
        </w:rPr>
        <w:t>19</w:t>
      </w:r>
      <w:r w:rsidRPr="000767E2">
        <w:rPr>
          <w:lang w:val="sv-SE"/>
        </w:rPr>
        <w:t xml:space="preserve"> {{field-on:bible}}och samla undan åt sig själva en god grund för det kommande, så att de tar tag i det verkliga livet.{{field-off:bible}}</w:t>
      </w:r>
    </w:p>
    <w:p w14:paraId="03249404" w14:textId="77777777" w:rsidR="00BA33AB" w:rsidRPr="000767E2" w:rsidRDefault="00000000">
      <w:pPr>
        <w:pStyle w:val="Rubrik3"/>
        <w:rPr>
          <w:lang w:val="sv-SE"/>
        </w:rPr>
      </w:pPr>
      <w:r w:rsidRPr="000767E2">
        <w:rPr>
          <w:lang w:val="sv-SE"/>
        </w:rPr>
        <w:t>Sluthälsning</w:t>
      </w:r>
    </w:p>
    <w:p w14:paraId="2D4F0BAF" w14:textId="3F251132" w:rsidR="00BA33AB" w:rsidRPr="000767E2" w:rsidRDefault="00000000">
      <w:pPr>
        <w:rPr>
          <w:lang w:val="sv-SE"/>
        </w:rPr>
      </w:pPr>
      <w:r w:rsidRPr="000767E2">
        <w:rPr>
          <w:lang w:val="sv-SE"/>
        </w:rPr>
        <w:t>[[@</w:t>
      </w:r>
      <w:r w:rsidR="0096445B" w:rsidRPr="000767E2">
        <w:rPr>
          <w:lang w:val="sv-SE"/>
        </w:rPr>
        <w:t>BibleBIBEL82</w:t>
      </w:r>
      <w:r w:rsidRPr="000767E2">
        <w:rPr>
          <w:lang w:val="sv-SE"/>
        </w:rPr>
        <w:t>:1Tim 6:20]]</w:t>
      </w:r>
      <w:r w:rsidRPr="000767E2">
        <w:rPr>
          <w:vertAlign w:val="superscript"/>
          <w:lang w:val="sv-SE"/>
        </w:rPr>
        <w:t>20</w:t>
      </w:r>
      <w:r w:rsidRPr="000767E2">
        <w:rPr>
          <w:lang w:val="sv-SE"/>
        </w:rPr>
        <w:t xml:space="preserve"> {{field-on:bible}}O Timotheos, det som anförtrotts ska du beskydda, och vika av från det profana tompratet och motsättningarna från det som lögnaktigt benämns kunskap,{{field-off:bible}} [[@</w:t>
      </w:r>
      <w:r w:rsidR="0096445B" w:rsidRPr="000767E2">
        <w:rPr>
          <w:lang w:val="sv-SE"/>
        </w:rPr>
        <w:t>BibleBIBEL82</w:t>
      </w:r>
      <w:r w:rsidRPr="000767E2">
        <w:rPr>
          <w:lang w:val="sv-SE"/>
        </w:rPr>
        <w:t>:1Tim 6:21]]</w:t>
      </w:r>
      <w:r w:rsidRPr="000767E2">
        <w:rPr>
          <w:vertAlign w:val="superscript"/>
          <w:lang w:val="sv-SE"/>
        </w:rPr>
        <w:t>21</w:t>
      </w:r>
      <w:r w:rsidRPr="000767E2">
        <w:rPr>
          <w:lang w:val="sv-SE"/>
        </w:rPr>
        <w:t xml:space="preserve"> {{field-on:bible}}som vissa har föregett och missat </w:t>
      </w:r>
      <w:r w:rsidRPr="000767E2">
        <w:rPr>
          <w:i/>
          <w:lang w:val="sv-SE"/>
        </w:rPr>
        <w:t>målet</w:t>
      </w:r>
      <w:r w:rsidRPr="000767E2">
        <w:rPr>
          <w:lang w:val="sv-SE"/>
        </w:rPr>
        <w:t xml:space="preserve"> i tron. Nåden </w:t>
      </w:r>
      <w:r w:rsidRPr="000767E2">
        <w:rPr>
          <w:i/>
          <w:lang w:val="sv-SE"/>
        </w:rPr>
        <w:t>vare</w:t>
      </w:r>
      <w:r w:rsidRPr="000767E2">
        <w:rPr>
          <w:lang w:val="sv-SE"/>
        </w:rPr>
        <w:t xml:space="preserve"> med er.{{field-off:bible}}</w:t>
      </w:r>
    </w:p>
    <w:p w14:paraId="4C801530" w14:textId="15E93765"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:2Tim]]Till Timotheos: Andra brevet</w:t>
      </w:r>
    </w:p>
    <w:p w14:paraId="68B9B065" w14:textId="0029D61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:2Tim 1]]Kapitel 1</w:t>
      </w:r>
    </w:p>
    <w:p w14:paraId="36B10A5A" w14:textId="77777777" w:rsidR="00BA33AB" w:rsidRPr="000767E2" w:rsidRDefault="00000000">
      <w:pPr>
        <w:pStyle w:val="Rubrik3"/>
        <w:rPr>
          <w:lang w:val="sv-SE"/>
        </w:rPr>
      </w:pPr>
      <w:r w:rsidRPr="000767E2">
        <w:rPr>
          <w:lang w:val="sv-SE"/>
        </w:rPr>
        <w:t>Hälsning</w:t>
      </w:r>
    </w:p>
    <w:p w14:paraId="40E6FB9B" w14:textId="5F475231" w:rsidR="00BA33AB" w:rsidRPr="000767E2" w:rsidRDefault="00000000">
      <w:pPr>
        <w:rPr>
          <w:lang w:val="sv-SE"/>
        </w:rPr>
      </w:pPr>
      <w:r w:rsidRPr="000767E2">
        <w:rPr>
          <w:lang w:val="sv-SE"/>
        </w:rPr>
        <w:t>[[@</w:t>
      </w:r>
      <w:r w:rsidR="0096445B" w:rsidRPr="000767E2">
        <w:rPr>
          <w:lang w:val="sv-SE"/>
        </w:rPr>
        <w:t>BibleBIBEL82</w:t>
      </w:r>
      <w:r w:rsidRPr="000767E2">
        <w:rPr>
          <w:lang w:val="sv-SE"/>
        </w:rPr>
        <w:t>:2Tim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Kristi Jesu apostel genom Guds vilja för löfte om liv i Kristus Jesus.{{field-off:bible}} [[@</w:t>
      </w:r>
      <w:r w:rsidR="0096445B" w:rsidRPr="000767E2">
        <w:rPr>
          <w:lang w:val="sv-SE"/>
        </w:rPr>
        <w:t>BibleBIBEL82</w:t>
      </w:r>
      <w:r w:rsidRPr="000767E2">
        <w:rPr>
          <w:lang w:val="sv-SE"/>
        </w:rPr>
        <w:t>:2Tim 1:2]]</w:t>
      </w:r>
      <w:r w:rsidRPr="000767E2">
        <w:rPr>
          <w:vertAlign w:val="superscript"/>
          <w:lang w:val="sv-SE"/>
        </w:rPr>
        <w:t>2</w:t>
      </w:r>
      <w:r w:rsidRPr="000767E2">
        <w:rPr>
          <w:lang w:val="sv-SE"/>
        </w:rPr>
        <w:t xml:space="preserve"> {{field-on:bible}}Till Timotheos, älskade barn: Nåd, barmhärtighet, frid från Gud Fader och Kristus Jesus vår Herre.{{field-off:bible}}</w:t>
      </w:r>
    </w:p>
    <w:p w14:paraId="784F4C23" w14:textId="77777777" w:rsidR="00BA33AB" w:rsidRPr="000767E2" w:rsidRDefault="00000000">
      <w:pPr>
        <w:pStyle w:val="Rubrik3"/>
        <w:rPr>
          <w:lang w:val="sv-SE"/>
        </w:rPr>
      </w:pPr>
      <w:r w:rsidRPr="000767E2">
        <w:rPr>
          <w:lang w:val="sv-SE"/>
        </w:rPr>
        <w:lastRenderedPageBreak/>
        <w:t>Tacksägelse för Timotheos</w:t>
      </w:r>
    </w:p>
    <w:p w14:paraId="1528CAF6" w14:textId="5177B586" w:rsidR="00BA33AB" w:rsidRPr="000767E2" w:rsidRDefault="00000000">
      <w:pPr>
        <w:rPr>
          <w:lang w:val="sv-SE"/>
        </w:rPr>
      </w:pPr>
      <w:r w:rsidRPr="000767E2">
        <w:rPr>
          <w:lang w:val="sv-SE"/>
        </w:rPr>
        <w:t>[[@</w:t>
      </w:r>
      <w:r w:rsidR="0096445B" w:rsidRPr="000767E2">
        <w:rPr>
          <w:lang w:val="sv-SE"/>
        </w:rPr>
        <w:t>BibleBIBEL82</w:t>
      </w:r>
      <w:r w:rsidRPr="000767E2">
        <w:rPr>
          <w:lang w:val="sv-SE"/>
        </w:rPr>
        <w:t>:2Tim 1:3]]</w:t>
      </w:r>
      <w:r w:rsidRPr="000767E2">
        <w:rPr>
          <w:vertAlign w:val="superscript"/>
          <w:lang w:val="sv-SE"/>
        </w:rPr>
        <w:t>3</w:t>
      </w:r>
      <w:r w:rsidRPr="000767E2">
        <w:rPr>
          <w:lang w:val="sv-SE"/>
        </w:rPr>
        <w:t xml:space="preserve"> {{field-on:bible}}Jag har tack till Gud, som jag sedan förfäder dyrkar med rent samvete, medan jag oavbrutet har hågkomsten av dig i mina förböner natt och dag{{field-off:bible}} [[@</w:t>
      </w:r>
      <w:r w:rsidR="0096445B" w:rsidRPr="000767E2">
        <w:rPr>
          <w:lang w:val="sv-SE"/>
        </w:rPr>
        <w:t>BibleBIBEL82</w:t>
      </w:r>
      <w:r w:rsidRPr="000767E2">
        <w:rPr>
          <w:lang w:val="sv-SE"/>
        </w:rPr>
        <w:t>:2Tim 1:4]]</w:t>
      </w:r>
      <w:r w:rsidRPr="000767E2">
        <w:rPr>
          <w:vertAlign w:val="superscript"/>
          <w:lang w:val="sv-SE"/>
        </w:rPr>
        <w:t>4</w:t>
      </w:r>
      <w:r w:rsidRPr="000767E2">
        <w:rPr>
          <w:lang w:val="sv-SE"/>
        </w:rPr>
        <w:t xml:space="preserve"> {{field-on:bible}}och längtar att </w:t>
      </w:r>
      <w:r w:rsidRPr="000767E2">
        <w:rPr>
          <w:i/>
          <w:lang w:val="sv-SE"/>
        </w:rPr>
        <w:t>få</w:t>
      </w:r>
      <w:r w:rsidRPr="000767E2">
        <w:rPr>
          <w:lang w:val="sv-SE"/>
        </w:rPr>
        <w:t xml:space="preserve"> se dig, påmind om dina tårar, för att uppfyllas av glädje,{{field-off:bible}} [[@</w:t>
      </w:r>
      <w:r w:rsidR="0096445B" w:rsidRPr="000767E2">
        <w:rPr>
          <w:lang w:val="sv-SE"/>
        </w:rPr>
        <w:t>BibleBIBEL82</w:t>
      </w:r>
      <w:r w:rsidRPr="000767E2">
        <w:rPr>
          <w:lang w:val="sv-SE"/>
        </w:rPr>
        <w:t>:2Tim 1:5]]</w:t>
      </w:r>
      <w:r w:rsidRPr="000767E2">
        <w:rPr>
          <w:vertAlign w:val="superscript"/>
          <w:lang w:val="sv-SE"/>
        </w:rPr>
        <w:t>5</w:t>
      </w:r>
      <w:r w:rsidRPr="000767E2">
        <w:rPr>
          <w:lang w:val="sv-SE"/>
        </w:rPr>
        <w:t xml:space="preserve"> {{field-on:bible}}då jag fått påminnelse om den oförställda tron i dig som bodde först i din mormor Lois och din mor Eunike. Och jag är övertygad om att </w:t>
      </w:r>
      <w:r w:rsidRPr="000767E2">
        <w:rPr>
          <w:i/>
          <w:lang w:val="sv-SE"/>
        </w:rPr>
        <w:t>den</w:t>
      </w:r>
      <w:r w:rsidRPr="000767E2">
        <w:rPr>
          <w:lang w:val="sv-SE"/>
        </w:rPr>
        <w:t xml:space="preserve"> även </w:t>
      </w:r>
      <w:r w:rsidRPr="000767E2">
        <w:rPr>
          <w:i/>
          <w:lang w:val="sv-SE"/>
        </w:rPr>
        <w:t>bor</w:t>
      </w:r>
      <w:r w:rsidRPr="000767E2">
        <w:rPr>
          <w:lang w:val="sv-SE"/>
        </w:rPr>
        <w:t xml:space="preserve"> i dig.{{field-off:bible}}</w:t>
      </w:r>
    </w:p>
    <w:p w14:paraId="58FEF6BD" w14:textId="77777777" w:rsidR="00BA33AB" w:rsidRPr="000767E2" w:rsidRDefault="00000000">
      <w:pPr>
        <w:pStyle w:val="Rubrik3"/>
        <w:rPr>
          <w:lang w:val="sv-SE"/>
        </w:rPr>
      </w:pPr>
      <w:r w:rsidRPr="000767E2">
        <w:rPr>
          <w:lang w:val="sv-SE"/>
        </w:rPr>
        <w:t>Aposteln och hans lärjunge</w:t>
      </w:r>
    </w:p>
    <w:p w14:paraId="484C936A" w14:textId="4CD18F44" w:rsidR="00BA33AB" w:rsidRPr="000767E2" w:rsidRDefault="00000000">
      <w:pPr>
        <w:rPr>
          <w:lang w:val="sv-SE"/>
        </w:rPr>
      </w:pPr>
      <w:r w:rsidRPr="000767E2">
        <w:rPr>
          <w:lang w:val="sv-SE"/>
        </w:rPr>
        <w:t>[[@</w:t>
      </w:r>
      <w:r w:rsidR="0096445B" w:rsidRPr="000767E2">
        <w:rPr>
          <w:lang w:val="sv-SE"/>
        </w:rPr>
        <w:t>BibleBIBEL82</w:t>
      </w:r>
      <w:r w:rsidRPr="000767E2">
        <w:rPr>
          <w:lang w:val="sv-SE"/>
        </w:rPr>
        <w:t>:2Tim 1:6]]</w:t>
      </w:r>
      <w:r w:rsidRPr="000767E2">
        <w:rPr>
          <w:vertAlign w:val="superscript"/>
          <w:lang w:val="sv-SE"/>
        </w:rPr>
        <w:t>6</w:t>
      </w:r>
      <w:r w:rsidRPr="000767E2">
        <w:rPr>
          <w:lang w:val="sv-SE"/>
        </w:rPr>
        <w:t xml:space="preserve"> {{field-on:bible}}Av den orsaken påminner jag dig att åter blåsa eld i Guds nådegåva som finns i dig genom min handpåläggning.{{field-off:bible}} [[@</w:t>
      </w:r>
      <w:r w:rsidR="0096445B" w:rsidRPr="000767E2">
        <w:rPr>
          <w:lang w:val="sv-SE"/>
        </w:rPr>
        <w:t>BibleBIBEL82</w:t>
      </w:r>
      <w:r w:rsidRPr="000767E2">
        <w:rPr>
          <w:lang w:val="sv-SE"/>
        </w:rPr>
        <w:t>:2Tim 1:7]]</w:t>
      </w:r>
      <w:r w:rsidRPr="000767E2">
        <w:rPr>
          <w:vertAlign w:val="superscript"/>
          <w:lang w:val="sv-SE"/>
        </w:rPr>
        <w:t>7</w:t>
      </w:r>
      <w:r w:rsidRPr="000767E2">
        <w:rPr>
          <w:lang w:val="sv-SE"/>
        </w:rPr>
        <w:t xml:space="preserve"> {{field-on:bible}}För Gud har inte gett oss en ande av feghet, utan av kraft och kärlek och sans.{{field-off:bible}} [[@</w:t>
      </w:r>
      <w:r w:rsidR="0096445B" w:rsidRPr="000767E2">
        <w:rPr>
          <w:lang w:val="sv-SE"/>
        </w:rPr>
        <w:t>BibleBIBEL82</w:t>
      </w:r>
      <w:r w:rsidRPr="000767E2">
        <w:rPr>
          <w:lang w:val="sv-SE"/>
        </w:rPr>
        <w:t>:2Tim 1:8]]</w:t>
      </w:r>
      <w:r w:rsidRPr="000767E2">
        <w:rPr>
          <w:vertAlign w:val="superscript"/>
          <w:lang w:val="sv-SE"/>
        </w:rPr>
        <w:t>8</w:t>
      </w:r>
      <w:r w:rsidRPr="000767E2">
        <w:rPr>
          <w:lang w:val="sv-SE"/>
        </w:rPr>
        <w:t xml:space="preserve"> {{field-on:bible}}Skäms då inte för vittnesbördet om vår Herre eller för mig hans fånge. Nej, </w:t>
      </w:r>
      <w:r w:rsidRPr="000767E2">
        <w:rPr>
          <w:i/>
          <w:lang w:val="sv-SE"/>
        </w:rPr>
        <w:t>var</w:t>
      </w:r>
      <w:r w:rsidRPr="000767E2">
        <w:rPr>
          <w:lang w:val="sv-SE"/>
        </w:rPr>
        <w:t xml:space="preserve"> med </w:t>
      </w:r>
      <w:r w:rsidRPr="000767E2">
        <w:rPr>
          <w:i/>
          <w:lang w:val="sv-SE"/>
        </w:rPr>
        <w:t>och</w:t>
      </w:r>
      <w:r w:rsidRPr="000767E2">
        <w:rPr>
          <w:lang w:val="sv-SE"/>
        </w:rPr>
        <w:t xml:space="preserve"> lid ont för evangeliet efter kraft från Gud,{{field-off:bible}} [[@</w:t>
      </w:r>
      <w:r w:rsidR="0096445B" w:rsidRPr="000767E2">
        <w:rPr>
          <w:lang w:val="sv-SE"/>
        </w:rPr>
        <w:t>BibleBIBEL82</w:t>
      </w:r>
      <w:r w:rsidRPr="000767E2">
        <w:rPr>
          <w:lang w:val="sv-SE"/>
        </w:rPr>
        <w:t>:2Tim 1:9]]</w:t>
      </w:r>
      <w:r w:rsidRPr="000767E2">
        <w:rPr>
          <w:vertAlign w:val="superscript"/>
          <w:lang w:val="sv-SE"/>
        </w:rPr>
        <w:t>9</w:t>
      </w:r>
      <w:r w:rsidRPr="000767E2">
        <w:rPr>
          <w:lang w:val="sv-SE"/>
        </w:rPr>
        <w:t xml:space="preserve"> {{field-on:bible}}som har frälst oss och kallat med en helig kallelse: inte efter våra gärningar utan efter </w:t>
      </w:r>
      <w:r w:rsidRPr="000767E2">
        <w:rPr>
          <w:i/>
          <w:lang w:val="sv-SE"/>
        </w:rPr>
        <w:t>sin</w:t>
      </w:r>
      <w:r w:rsidRPr="000767E2">
        <w:rPr>
          <w:lang w:val="sv-SE"/>
        </w:rPr>
        <w:t xml:space="preserve"> egen föresats och nåd, som har getts oss i Kristus Jesus före eoniska tider{{field-off:bible}} [[@</w:t>
      </w:r>
      <w:r w:rsidR="0096445B" w:rsidRPr="000767E2">
        <w:rPr>
          <w:lang w:val="sv-SE"/>
        </w:rPr>
        <w:t>BibleBIBEL82</w:t>
      </w:r>
      <w:r w:rsidRPr="000767E2">
        <w:rPr>
          <w:lang w:val="sv-SE"/>
        </w:rPr>
        <w:t>:2Tim 1:10]]</w:t>
      </w:r>
      <w:r w:rsidRPr="000767E2">
        <w:rPr>
          <w:vertAlign w:val="superscript"/>
          <w:lang w:val="sv-SE"/>
        </w:rPr>
        <w:t>10</w:t>
      </w:r>
      <w:r w:rsidRPr="000767E2">
        <w:rPr>
          <w:lang w:val="sv-SE"/>
        </w:rPr>
        <w:t xml:space="preserve"> {{field-on:bible}}men visats fram nu, genom framträdandet av vår Frälsare Kristus Jesus, som har upphävt döden och upplyst liv och odödlighet genom evangeliet.{{field-off:bible}} [[@</w:t>
      </w:r>
      <w:r w:rsidR="0096445B" w:rsidRPr="000767E2">
        <w:rPr>
          <w:lang w:val="sv-SE"/>
        </w:rPr>
        <w:t>BibleBIBEL82</w:t>
      </w:r>
      <w:r w:rsidRPr="000767E2">
        <w:rPr>
          <w:lang w:val="sv-SE"/>
        </w:rPr>
        <w:t>:2Tim 1:11]]</w:t>
      </w:r>
      <w:r w:rsidRPr="000767E2">
        <w:rPr>
          <w:vertAlign w:val="superscript"/>
          <w:lang w:val="sv-SE"/>
        </w:rPr>
        <w:t>11</w:t>
      </w:r>
      <w:r w:rsidRPr="000767E2">
        <w:rPr>
          <w:lang w:val="sv-SE"/>
        </w:rPr>
        <w:t xml:space="preserve"> {{field-on:bible}}Till detta blev jag satt </w:t>
      </w:r>
      <w:r w:rsidRPr="000767E2">
        <w:rPr>
          <w:i/>
          <w:lang w:val="sv-SE"/>
        </w:rPr>
        <w:t>som</w:t>
      </w:r>
      <w:r w:rsidRPr="000767E2">
        <w:rPr>
          <w:lang w:val="sv-SE"/>
        </w:rPr>
        <w:t xml:space="preserve"> förkunnare och apostel och lärare.{{field-off:bible}}</w:t>
      </w:r>
    </w:p>
    <w:p w14:paraId="3CC032C8" w14:textId="7DC49FCF" w:rsidR="00BA33AB" w:rsidRPr="000767E2" w:rsidRDefault="00000000">
      <w:pPr>
        <w:rPr>
          <w:lang w:val="sv-SE"/>
        </w:rPr>
      </w:pPr>
      <w:r w:rsidRPr="000767E2">
        <w:rPr>
          <w:lang w:val="sv-SE"/>
        </w:rPr>
        <w:t>[[@</w:t>
      </w:r>
      <w:r w:rsidR="0096445B" w:rsidRPr="000767E2">
        <w:rPr>
          <w:lang w:val="sv-SE"/>
        </w:rPr>
        <w:t>BibleBIBEL82</w:t>
      </w:r>
      <w:r w:rsidRPr="000767E2">
        <w:rPr>
          <w:lang w:val="sv-SE"/>
        </w:rPr>
        <w:t>:2Tim 1:12]]</w:t>
      </w:r>
      <w:r w:rsidRPr="000767E2">
        <w:rPr>
          <w:vertAlign w:val="superscript"/>
          <w:lang w:val="sv-SE"/>
        </w:rPr>
        <w:t>12</w:t>
      </w:r>
      <w:r w:rsidRPr="000767E2">
        <w:rPr>
          <w:lang w:val="sv-SE"/>
        </w:rPr>
        <w:t xml:space="preserve"> {{field-on:bible}}Av den orsaken lider jag också detta. Men jag skäms inte, för jag vet på vem jag trott, och jag är övertygad </w:t>
      </w:r>
      <w:r w:rsidRPr="000767E2">
        <w:rPr>
          <w:i/>
          <w:lang w:val="sv-SE"/>
        </w:rPr>
        <w:t>om</w:t>
      </w:r>
      <w:r w:rsidRPr="000767E2">
        <w:rPr>
          <w:lang w:val="sv-SE"/>
        </w:rPr>
        <w:t xml:space="preserve"> att han är mäktig att beskydda mitt som anförtrotts till den dagen.{{field-off:bible}} [[@</w:t>
      </w:r>
      <w:r w:rsidR="0096445B" w:rsidRPr="000767E2">
        <w:rPr>
          <w:lang w:val="sv-SE"/>
        </w:rPr>
        <w:t>BibleBIBEL82</w:t>
      </w:r>
      <w:r w:rsidRPr="000767E2">
        <w:rPr>
          <w:lang w:val="sv-SE"/>
        </w:rPr>
        <w:t>:2Tim 1:13]]</w:t>
      </w:r>
      <w:r w:rsidRPr="000767E2">
        <w:rPr>
          <w:vertAlign w:val="superscript"/>
          <w:lang w:val="sv-SE"/>
        </w:rPr>
        <w:t>13</w:t>
      </w:r>
      <w:r w:rsidRPr="000767E2">
        <w:rPr>
          <w:lang w:val="sv-SE"/>
        </w:rPr>
        <w:t xml:space="preserve"> {{field-on:bible}}</w:t>
      </w:r>
      <w:r w:rsidRPr="000767E2">
        <w:rPr>
          <w:i/>
          <w:lang w:val="sv-SE"/>
        </w:rPr>
        <w:t>Som</w:t>
      </w:r>
      <w:r w:rsidRPr="000767E2">
        <w:rPr>
          <w:lang w:val="sv-SE"/>
        </w:rPr>
        <w:t xml:space="preserve"> mönster för sunda ord ska du ha det du hört från mig i tro och kärlek i Kristus Jesus.{{field-off:bible}} [[@</w:t>
      </w:r>
      <w:r w:rsidR="0096445B" w:rsidRPr="000767E2">
        <w:rPr>
          <w:lang w:val="sv-SE"/>
        </w:rPr>
        <w:t>BibleBIBEL82</w:t>
      </w:r>
      <w:r w:rsidRPr="000767E2">
        <w:rPr>
          <w:lang w:val="sv-SE"/>
        </w:rPr>
        <w:t>:2Tim 1:14]]</w:t>
      </w:r>
      <w:r w:rsidRPr="000767E2">
        <w:rPr>
          <w:vertAlign w:val="superscript"/>
          <w:lang w:val="sv-SE"/>
        </w:rPr>
        <w:t>14</w:t>
      </w:r>
      <w:r w:rsidRPr="000767E2">
        <w:rPr>
          <w:lang w:val="sv-SE"/>
        </w:rPr>
        <w:t xml:space="preserve"> {{field-on:bible}}Det fina som anförtrotts ska du beskydda genom helig Ande som bor i oss.{{field-off:bible}}</w:t>
      </w:r>
    </w:p>
    <w:p w14:paraId="3469045D" w14:textId="6DABADA5" w:rsidR="00BA33AB" w:rsidRPr="000767E2" w:rsidRDefault="00000000">
      <w:pPr>
        <w:rPr>
          <w:lang w:val="sv-SE"/>
        </w:rPr>
      </w:pPr>
      <w:r w:rsidRPr="000767E2">
        <w:rPr>
          <w:lang w:val="sv-SE"/>
        </w:rPr>
        <w:t>[[@</w:t>
      </w:r>
      <w:r w:rsidR="0096445B" w:rsidRPr="000767E2">
        <w:rPr>
          <w:lang w:val="sv-SE"/>
        </w:rPr>
        <w:t>BibleBIBEL82</w:t>
      </w:r>
      <w:r w:rsidRPr="000767E2">
        <w:rPr>
          <w:lang w:val="sv-SE"/>
        </w:rPr>
        <w:t>:2Tim 1:15]]</w:t>
      </w:r>
      <w:r w:rsidRPr="000767E2">
        <w:rPr>
          <w:vertAlign w:val="superscript"/>
          <w:lang w:val="sv-SE"/>
        </w:rPr>
        <w:t>15</w:t>
      </w:r>
      <w:r w:rsidRPr="000767E2">
        <w:rPr>
          <w:lang w:val="sv-SE"/>
        </w:rPr>
        <w:t xml:space="preserve"> {{field-on:bible}}Du vet detta att de har vänt sig bort från mig, alla i Asien. Bland dem är Fygelos och Hermogenes.{{field-off:bible}} [[@</w:t>
      </w:r>
      <w:r w:rsidR="0096445B" w:rsidRPr="000767E2">
        <w:rPr>
          <w:lang w:val="sv-SE"/>
        </w:rPr>
        <w:t>BibleBIBEL82</w:t>
      </w:r>
      <w:r w:rsidRPr="000767E2">
        <w:rPr>
          <w:lang w:val="sv-SE"/>
        </w:rPr>
        <w:t>:2Tim 1:16]]</w:t>
      </w:r>
      <w:r w:rsidRPr="000767E2">
        <w:rPr>
          <w:vertAlign w:val="superscript"/>
          <w:lang w:val="sv-SE"/>
        </w:rPr>
        <w:t>16</w:t>
      </w:r>
      <w:r w:rsidRPr="000767E2">
        <w:rPr>
          <w:lang w:val="sv-SE"/>
        </w:rPr>
        <w:t xml:space="preserve"> {{field-on:bible}}Må Herren ge barmhärtighet till Onesiforos hus, för många gånger vederkvickte han mig. Och för min kedja skämdes han inte,{{field-off:bible}} [[@</w:t>
      </w:r>
      <w:r w:rsidR="0096445B" w:rsidRPr="000767E2">
        <w:rPr>
          <w:lang w:val="sv-SE"/>
        </w:rPr>
        <w:t>BibleBIBEL82</w:t>
      </w:r>
      <w:r w:rsidRPr="000767E2">
        <w:rPr>
          <w:lang w:val="sv-SE"/>
        </w:rPr>
        <w:t>:2Tim 1:17]]</w:t>
      </w:r>
      <w:r w:rsidRPr="000767E2">
        <w:rPr>
          <w:vertAlign w:val="superscript"/>
          <w:lang w:val="sv-SE"/>
        </w:rPr>
        <w:t>17</w:t>
      </w:r>
      <w:r w:rsidRPr="000767E2">
        <w:rPr>
          <w:lang w:val="sv-SE"/>
        </w:rPr>
        <w:t xml:space="preserve"> {{field-on:bible}}utan kommen till Rom sökte han mig ivrigt och fann.{{field-off:bible}} [[@</w:t>
      </w:r>
      <w:r w:rsidR="0096445B" w:rsidRPr="000767E2">
        <w:rPr>
          <w:lang w:val="sv-SE"/>
        </w:rPr>
        <w:t>BibleBIBEL82</w:t>
      </w:r>
      <w:r w:rsidRPr="000767E2">
        <w:rPr>
          <w:lang w:val="sv-SE"/>
        </w:rPr>
        <w:t>:2Tim 1:18]]</w:t>
      </w:r>
      <w:r w:rsidRPr="000767E2">
        <w:rPr>
          <w:vertAlign w:val="superscript"/>
          <w:lang w:val="sv-SE"/>
        </w:rPr>
        <w:t>18</w:t>
      </w:r>
      <w:r w:rsidRPr="000767E2">
        <w:rPr>
          <w:lang w:val="sv-SE"/>
        </w:rPr>
        <w:t xml:space="preserve"> {{field-on:bible}}Må Herren ge honom att finna barmhärtighet från Herren på den dagen! Och hur mycket han i Efesos betjänade vet du </w:t>
      </w:r>
      <w:r w:rsidRPr="000767E2">
        <w:rPr>
          <w:i/>
          <w:lang w:val="sv-SE"/>
        </w:rPr>
        <w:t>desto</w:t>
      </w:r>
      <w:r w:rsidRPr="000767E2">
        <w:rPr>
          <w:lang w:val="sv-SE"/>
        </w:rPr>
        <w:t xml:space="preserve"> bättre.{{field-off:bible}}</w:t>
      </w:r>
    </w:p>
    <w:p w14:paraId="3BD9383B" w14:textId="7D40371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:2Tim 2]]Kapitel 2</w:t>
      </w:r>
    </w:p>
    <w:p w14:paraId="174EFE1C" w14:textId="77777777" w:rsidR="00BA33AB" w:rsidRPr="000767E2" w:rsidRDefault="00000000">
      <w:pPr>
        <w:pStyle w:val="Rubrik3"/>
        <w:rPr>
          <w:lang w:val="sv-SE"/>
        </w:rPr>
      </w:pPr>
      <w:r w:rsidRPr="000767E2">
        <w:rPr>
          <w:lang w:val="sv-SE"/>
        </w:rPr>
        <w:t>En bra Kristi Jesu soldat</w:t>
      </w:r>
    </w:p>
    <w:p w14:paraId="4C77475F" w14:textId="1050A91C" w:rsidR="00BA33AB" w:rsidRPr="000767E2" w:rsidRDefault="00000000">
      <w:pPr>
        <w:rPr>
          <w:lang w:val="sv-SE"/>
        </w:rPr>
      </w:pPr>
      <w:r w:rsidRPr="000767E2">
        <w:rPr>
          <w:lang w:val="sv-SE"/>
        </w:rPr>
        <w:t>[[@</w:t>
      </w:r>
      <w:r w:rsidR="0096445B" w:rsidRPr="000767E2">
        <w:rPr>
          <w:lang w:val="sv-SE"/>
        </w:rPr>
        <w:t>BibleBIBEL82</w:t>
      </w:r>
      <w:r w:rsidRPr="000767E2">
        <w:rPr>
          <w:lang w:val="sv-SE"/>
        </w:rPr>
        <w:t>:2Tim 2:1]]</w:t>
      </w:r>
      <w:r w:rsidRPr="000767E2">
        <w:rPr>
          <w:vertAlign w:val="superscript"/>
          <w:lang w:val="sv-SE"/>
        </w:rPr>
        <w:t>1</w:t>
      </w:r>
      <w:r w:rsidRPr="000767E2">
        <w:rPr>
          <w:lang w:val="sv-SE"/>
        </w:rPr>
        <w:t xml:space="preserve"> {{field-on:bible}}Du, mitt barn, hämta nu kraft i nåden </w:t>
      </w:r>
      <w:r w:rsidRPr="000767E2">
        <w:rPr>
          <w:i/>
          <w:lang w:val="sv-SE"/>
        </w:rPr>
        <w:t>som finns</w:t>
      </w:r>
      <w:r w:rsidRPr="000767E2">
        <w:rPr>
          <w:lang w:val="sv-SE"/>
        </w:rPr>
        <w:t xml:space="preserve"> i Kristus Jesus.{{field-off:bible}} [[@</w:t>
      </w:r>
      <w:r w:rsidR="0096445B" w:rsidRPr="000767E2">
        <w:rPr>
          <w:lang w:val="sv-SE"/>
        </w:rPr>
        <w:t>BibleBIBEL82</w:t>
      </w:r>
      <w:r w:rsidRPr="000767E2">
        <w:rPr>
          <w:lang w:val="sv-SE"/>
        </w:rPr>
        <w:t>:2Tim 2:2]]</w:t>
      </w:r>
      <w:r w:rsidRPr="000767E2">
        <w:rPr>
          <w:vertAlign w:val="superscript"/>
          <w:lang w:val="sv-SE"/>
        </w:rPr>
        <w:t>2</w:t>
      </w:r>
      <w:r w:rsidRPr="000767E2">
        <w:rPr>
          <w:lang w:val="sv-SE"/>
        </w:rPr>
        <w:t xml:space="preserve"> {{field-on:bible}}Och det du </w:t>
      </w:r>
      <w:r w:rsidRPr="000767E2">
        <w:rPr>
          <w:lang w:val="sv-SE"/>
        </w:rPr>
        <w:lastRenderedPageBreak/>
        <w:t>har hört från mig inför många vittnen, detta ska du överbringa åt trofasta människor som ska vara kapabla att också undervisa andra.{{field-off:bible}}</w:t>
      </w:r>
    </w:p>
    <w:p w14:paraId="16F9E121" w14:textId="41928EA2" w:rsidR="00BA33AB" w:rsidRPr="000767E2" w:rsidRDefault="00000000">
      <w:pPr>
        <w:rPr>
          <w:lang w:val="sv-SE"/>
        </w:rPr>
      </w:pPr>
      <w:r w:rsidRPr="000767E2">
        <w:rPr>
          <w:lang w:val="sv-SE"/>
        </w:rPr>
        <w:t>[[@</w:t>
      </w:r>
      <w:r w:rsidR="0096445B" w:rsidRPr="000767E2">
        <w:rPr>
          <w:lang w:val="sv-SE"/>
        </w:rPr>
        <w:t>BibleBIBEL82</w:t>
      </w:r>
      <w:r w:rsidRPr="000767E2">
        <w:rPr>
          <w:lang w:val="sv-SE"/>
        </w:rPr>
        <w:t>:2Tim 2:3]]</w:t>
      </w:r>
      <w:r w:rsidRPr="000767E2">
        <w:rPr>
          <w:vertAlign w:val="superscript"/>
          <w:lang w:val="sv-SE"/>
        </w:rPr>
        <w:t>3</w:t>
      </w:r>
      <w:r w:rsidRPr="000767E2">
        <w:rPr>
          <w:lang w:val="sv-SE"/>
        </w:rPr>
        <w:t xml:space="preserve"> {{field-on:bible}}</w:t>
      </w:r>
      <w:r w:rsidRPr="000767E2">
        <w:rPr>
          <w:i/>
          <w:lang w:val="sv-SE"/>
        </w:rPr>
        <w:t>Var</w:t>
      </w:r>
      <w:r w:rsidRPr="000767E2">
        <w:rPr>
          <w:lang w:val="sv-SE"/>
        </w:rPr>
        <w:t xml:space="preserve"> med </w:t>
      </w:r>
      <w:r w:rsidRPr="000767E2">
        <w:rPr>
          <w:i/>
          <w:lang w:val="sv-SE"/>
        </w:rPr>
        <w:t>och</w:t>
      </w:r>
      <w:r w:rsidRPr="000767E2">
        <w:rPr>
          <w:lang w:val="sv-SE"/>
        </w:rPr>
        <w:t xml:space="preserve"> lid ont som en bra Kristi Jesu soldat.{{field-off:bible}} [[@</w:t>
      </w:r>
      <w:r w:rsidR="0096445B" w:rsidRPr="000767E2">
        <w:rPr>
          <w:lang w:val="sv-SE"/>
        </w:rPr>
        <w:t>BibleBIBEL82</w:t>
      </w:r>
      <w:r w:rsidRPr="000767E2">
        <w:rPr>
          <w:lang w:val="sv-SE"/>
        </w:rPr>
        <w:t>:2Tim 2:4]]</w:t>
      </w:r>
      <w:r w:rsidRPr="000767E2">
        <w:rPr>
          <w:vertAlign w:val="superscript"/>
          <w:lang w:val="sv-SE"/>
        </w:rPr>
        <w:t>4</w:t>
      </w:r>
      <w:r w:rsidRPr="000767E2">
        <w:rPr>
          <w:lang w:val="sv-SE"/>
        </w:rPr>
        <w:t xml:space="preserve"> {{field-on:bible}}Ingen som är soldat trasslar in sig i tillvarons angelägenheter, för att behaga honom som har rekryterat.{{field-off:bible}} [[@</w:t>
      </w:r>
      <w:r w:rsidR="0096445B" w:rsidRPr="000767E2">
        <w:rPr>
          <w:lang w:val="sv-SE"/>
        </w:rPr>
        <w:t>BibleBIBEL82</w:t>
      </w:r>
      <w:r w:rsidRPr="000767E2">
        <w:rPr>
          <w:lang w:val="sv-SE"/>
        </w:rPr>
        <w:t>:2Tim 2:5]]</w:t>
      </w:r>
      <w:r w:rsidRPr="000767E2">
        <w:rPr>
          <w:vertAlign w:val="superscript"/>
          <w:lang w:val="sv-SE"/>
        </w:rPr>
        <w:t>5</w:t>
      </w:r>
      <w:r w:rsidRPr="000767E2">
        <w:rPr>
          <w:lang w:val="sv-SE"/>
        </w:rPr>
        <w:t xml:space="preserve"> {{field-on:bible}}Och även om någon tävlar, blir han inte kransad om han inte tävlar lagligt.{{field-off:bible}} [[@</w:t>
      </w:r>
      <w:r w:rsidR="0096445B" w:rsidRPr="000767E2">
        <w:rPr>
          <w:lang w:val="sv-SE"/>
        </w:rPr>
        <w:t>BibleBIBEL82</w:t>
      </w:r>
      <w:r w:rsidRPr="000767E2">
        <w:rPr>
          <w:lang w:val="sv-SE"/>
        </w:rPr>
        <w:t>:2Tim 2:6]]</w:t>
      </w:r>
      <w:r w:rsidRPr="000767E2">
        <w:rPr>
          <w:vertAlign w:val="superscript"/>
          <w:lang w:val="sv-SE"/>
        </w:rPr>
        <w:t>6</w:t>
      </w:r>
      <w:r w:rsidRPr="000767E2">
        <w:rPr>
          <w:lang w:val="sv-SE"/>
        </w:rPr>
        <w:t xml:space="preserve"> {{field-on:bible}}Odlaren som sliter måste först få del av frukterna.{{field-off:bible}} [[@</w:t>
      </w:r>
      <w:r w:rsidR="0096445B" w:rsidRPr="000767E2">
        <w:rPr>
          <w:lang w:val="sv-SE"/>
        </w:rPr>
        <w:t>BibleBIBEL82</w:t>
      </w:r>
      <w:r w:rsidRPr="000767E2">
        <w:rPr>
          <w:lang w:val="sv-SE"/>
        </w:rPr>
        <w:t>:2Tim 2:7]]</w:t>
      </w:r>
      <w:r w:rsidRPr="000767E2">
        <w:rPr>
          <w:vertAlign w:val="superscript"/>
          <w:lang w:val="sv-SE"/>
        </w:rPr>
        <w:t>7</w:t>
      </w:r>
      <w:r w:rsidRPr="000767E2">
        <w:rPr>
          <w:lang w:val="sv-SE"/>
        </w:rPr>
        <w:t xml:space="preserve"> {{field-on:bible}}Fatta vad jag säger. För Herren ska ge dig förstånd i allt.{{field-off:bible}}</w:t>
      </w:r>
    </w:p>
    <w:p w14:paraId="0B3E6BC2" w14:textId="5F6ED401" w:rsidR="00BA33AB" w:rsidRPr="000767E2" w:rsidRDefault="00000000">
      <w:pPr>
        <w:rPr>
          <w:lang w:val="sv-SE"/>
        </w:rPr>
      </w:pPr>
      <w:r w:rsidRPr="000767E2">
        <w:rPr>
          <w:lang w:val="sv-SE"/>
        </w:rPr>
        <w:t>[[@</w:t>
      </w:r>
      <w:r w:rsidR="0096445B" w:rsidRPr="000767E2">
        <w:rPr>
          <w:lang w:val="sv-SE"/>
        </w:rPr>
        <w:t>BibleBIBEL82</w:t>
      </w:r>
      <w:r w:rsidRPr="000767E2">
        <w:rPr>
          <w:lang w:val="sv-SE"/>
        </w:rPr>
        <w:t>:2Tim 2:8]]</w:t>
      </w:r>
      <w:r w:rsidRPr="000767E2">
        <w:rPr>
          <w:vertAlign w:val="superscript"/>
          <w:lang w:val="sv-SE"/>
        </w:rPr>
        <w:t>8</w:t>
      </w:r>
      <w:r w:rsidRPr="000767E2">
        <w:rPr>
          <w:lang w:val="sv-SE"/>
        </w:rPr>
        <w:t xml:space="preserve"> {{field-on:bible}}Kom ihåg Jesus Kristus, uppväckt från </w:t>
      </w:r>
      <w:r w:rsidRPr="000767E2">
        <w:rPr>
          <w:i/>
          <w:lang w:val="sv-SE"/>
        </w:rPr>
        <w:t>de</w:t>
      </w:r>
      <w:r w:rsidRPr="000767E2">
        <w:rPr>
          <w:lang w:val="sv-SE"/>
        </w:rPr>
        <w:t xml:space="preserve"> döda, av Davids säd enligt mitt evangelium,{{field-off:bible}} [[@</w:t>
      </w:r>
      <w:r w:rsidR="0096445B" w:rsidRPr="000767E2">
        <w:rPr>
          <w:lang w:val="sv-SE"/>
        </w:rPr>
        <w:t>BibleBIBEL82</w:t>
      </w:r>
      <w:r w:rsidRPr="000767E2">
        <w:rPr>
          <w:lang w:val="sv-SE"/>
        </w:rPr>
        <w:t>:2Tim 2:9]]</w:t>
      </w:r>
      <w:r w:rsidRPr="000767E2">
        <w:rPr>
          <w:vertAlign w:val="superscript"/>
          <w:lang w:val="sv-SE"/>
        </w:rPr>
        <w:t>9</w:t>
      </w:r>
      <w:r w:rsidRPr="000767E2">
        <w:rPr>
          <w:lang w:val="sv-SE"/>
        </w:rPr>
        <w:t xml:space="preserve"> {{field-on:bible}}för vilket jag lider ont ända till bojor som en missdådare. Men Guds ord är inte bundet.{{field-off:bible}} [[@</w:t>
      </w:r>
      <w:r w:rsidR="0096445B" w:rsidRPr="000767E2">
        <w:rPr>
          <w:lang w:val="sv-SE"/>
        </w:rPr>
        <w:t>BibleBIBEL82</w:t>
      </w:r>
      <w:r w:rsidRPr="000767E2">
        <w:rPr>
          <w:lang w:val="sv-SE"/>
        </w:rPr>
        <w:t>:2Tim 2:10]]</w:t>
      </w:r>
      <w:r w:rsidRPr="000767E2">
        <w:rPr>
          <w:vertAlign w:val="superscript"/>
          <w:lang w:val="sv-SE"/>
        </w:rPr>
        <w:t>10</w:t>
      </w:r>
      <w:r w:rsidRPr="000767E2">
        <w:rPr>
          <w:lang w:val="sv-SE"/>
        </w:rPr>
        <w:t xml:space="preserve"> {{field-on:bible}}Därför håller jag ut </w:t>
      </w:r>
      <w:r w:rsidRPr="000767E2">
        <w:rPr>
          <w:i/>
          <w:lang w:val="sv-SE"/>
        </w:rPr>
        <w:t>i</w:t>
      </w:r>
      <w:r w:rsidRPr="000767E2">
        <w:rPr>
          <w:lang w:val="sv-SE"/>
        </w:rPr>
        <w:t xml:space="preserve"> allt för de utvalda, för att också de ska undfå frälsning i Kristus Jesus med eonisk härlighet.{{field-off:bible}} [[@</w:t>
      </w:r>
      <w:r w:rsidR="0096445B" w:rsidRPr="000767E2">
        <w:rPr>
          <w:lang w:val="sv-SE"/>
        </w:rPr>
        <w:t>BibleBIBEL82</w:t>
      </w:r>
      <w:r w:rsidRPr="000767E2">
        <w:rPr>
          <w:lang w:val="sv-SE"/>
        </w:rPr>
        <w:t>:2Tim 2:11]]</w:t>
      </w:r>
      <w:r w:rsidRPr="000767E2">
        <w:rPr>
          <w:vertAlign w:val="superscript"/>
          <w:lang w:val="sv-SE"/>
        </w:rPr>
        <w:t>11</w:t>
      </w:r>
      <w:r w:rsidRPr="000767E2">
        <w:rPr>
          <w:lang w:val="sv-SE"/>
        </w:rPr>
        <w:t xml:space="preserve"> {{field-on:bible}}Trofast </w:t>
      </w:r>
      <w:r w:rsidRPr="000767E2">
        <w:rPr>
          <w:i/>
          <w:lang w:val="sv-SE"/>
        </w:rPr>
        <w:t>är</w:t>
      </w:r>
      <w:r w:rsidRPr="000767E2">
        <w:rPr>
          <w:lang w:val="sv-SE"/>
        </w:rPr>
        <w:t xml:space="preserve"> ordet.{{field-off:bible}}</w:t>
      </w:r>
    </w:p>
    <w:p w14:paraId="74B8B0DD" w14:textId="07C16D7D" w:rsidR="00BA33AB" w:rsidRPr="000767E2" w:rsidRDefault="00000000">
      <w:pPr>
        <w:rPr>
          <w:lang w:val="sv-SE"/>
        </w:rPr>
      </w:pPr>
      <w:r w:rsidRPr="000767E2">
        <w:rPr>
          <w:lang w:val="sv-SE"/>
        </w:rPr>
        <w:t>{{field-on:bible}}För om vi har dött tillsammans, ska vi också leva tillsammans.{{field-off:bible}}</w:t>
      </w:r>
      <w:r w:rsidRPr="000767E2">
        <w:rPr>
          <w:lang w:val="sv-SE"/>
        </w:rPr>
        <w:br/>
        <w:t>[[@</w:t>
      </w:r>
      <w:r w:rsidR="0096445B" w:rsidRPr="000767E2">
        <w:rPr>
          <w:lang w:val="sv-SE"/>
        </w:rPr>
        <w:t>BibleBIBEL82</w:t>
      </w:r>
      <w:r w:rsidRPr="000767E2">
        <w:rPr>
          <w:lang w:val="sv-SE"/>
        </w:rPr>
        <w:t>:2Tim 2:12]]</w:t>
      </w:r>
      <w:r w:rsidRPr="000767E2">
        <w:rPr>
          <w:vertAlign w:val="superscript"/>
          <w:lang w:val="sv-SE"/>
        </w:rPr>
        <w:t>12</w:t>
      </w:r>
      <w:r w:rsidRPr="000767E2">
        <w:rPr>
          <w:lang w:val="sv-SE"/>
        </w:rPr>
        <w:t xml:space="preserve"> {{field-on:bible}}Om vi håller ut, ska vi också regera tillsammans.</w:t>
      </w:r>
      <w:r w:rsidRPr="000767E2">
        <w:rPr>
          <w:lang w:val="sv-SE"/>
        </w:rPr>
        <w:br/>
        <w:t>Om vi förnekar, ska också denne förneka oss.{{field-off:bible}}</w:t>
      </w:r>
      <w:r w:rsidRPr="000767E2">
        <w:rPr>
          <w:lang w:val="sv-SE"/>
        </w:rPr>
        <w:br/>
        <w:t>[[@</w:t>
      </w:r>
      <w:r w:rsidR="0096445B" w:rsidRPr="000767E2">
        <w:rPr>
          <w:lang w:val="sv-SE"/>
        </w:rPr>
        <w:t>BibleBIBEL82</w:t>
      </w:r>
      <w:r w:rsidRPr="000767E2">
        <w:rPr>
          <w:lang w:val="sv-SE"/>
        </w:rPr>
        <w:t>:2Tim 2:13]]</w:t>
      </w:r>
      <w:r w:rsidRPr="000767E2">
        <w:rPr>
          <w:vertAlign w:val="superscript"/>
          <w:lang w:val="sv-SE"/>
        </w:rPr>
        <w:t>13</w:t>
      </w:r>
      <w:r w:rsidRPr="000767E2">
        <w:rPr>
          <w:lang w:val="sv-SE"/>
        </w:rPr>
        <w:t xml:space="preserve"> {{field-on:bible}}Om vi inte tror förblir denne trofast,</w:t>
      </w:r>
      <w:r w:rsidRPr="000767E2">
        <w:rPr>
          <w:lang w:val="sv-SE"/>
        </w:rPr>
        <w:br/>
        <w:t>för förneka sig själv kan han inte.{{field-off:bible}}</w:t>
      </w:r>
    </w:p>
    <w:p w14:paraId="6C6601BF" w14:textId="54E9BC4B" w:rsidR="00BA33AB" w:rsidRPr="000767E2" w:rsidRDefault="00000000">
      <w:pPr>
        <w:rPr>
          <w:lang w:val="sv-SE"/>
        </w:rPr>
      </w:pPr>
      <w:r w:rsidRPr="000767E2">
        <w:rPr>
          <w:lang w:val="sv-SE"/>
        </w:rPr>
        <w:t>[[@</w:t>
      </w:r>
      <w:r w:rsidR="0096445B" w:rsidRPr="000767E2">
        <w:rPr>
          <w:lang w:val="sv-SE"/>
        </w:rPr>
        <w:t>BibleBIBEL82</w:t>
      </w:r>
      <w:r w:rsidRPr="000767E2">
        <w:rPr>
          <w:lang w:val="sv-SE"/>
        </w:rPr>
        <w:t>:2Tim 2:14]]</w:t>
      </w:r>
      <w:r w:rsidRPr="000767E2">
        <w:rPr>
          <w:vertAlign w:val="superscript"/>
          <w:lang w:val="sv-SE"/>
        </w:rPr>
        <w:t>14</w:t>
      </w:r>
      <w:r w:rsidRPr="000767E2">
        <w:rPr>
          <w:lang w:val="sv-SE"/>
        </w:rPr>
        <w:t xml:space="preserve"> {{field-on:bible}}Påminn om detta och uppfordra inför Gud att </w:t>
      </w:r>
      <w:r w:rsidRPr="000767E2">
        <w:rPr>
          <w:i/>
          <w:lang w:val="sv-SE"/>
        </w:rPr>
        <w:t>de</w:t>
      </w:r>
      <w:r w:rsidRPr="000767E2">
        <w:rPr>
          <w:lang w:val="sv-SE"/>
        </w:rPr>
        <w:t xml:space="preserve"> inte </w:t>
      </w:r>
      <w:r w:rsidRPr="000767E2">
        <w:rPr>
          <w:i/>
          <w:lang w:val="sv-SE"/>
        </w:rPr>
        <w:t>ska</w:t>
      </w:r>
      <w:r w:rsidRPr="000767E2">
        <w:rPr>
          <w:lang w:val="sv-SE"/>
        </w:rPr>
        <w:t xml:space="preserve"> strida om ord: till intet tjänligt, till katastrof för dem som lyssnar.{{field-off:bible}}</w:t>
      </w:r>
    </w:p>
    <w:p w14:paraId="205DF925" w14:textId="77777777" w:rsidR="00BA33AB" w:rsidRPr="000767E2" w:rsidRDefault="00000000">
      <w:pPr>
        <w:pStyle w:val="Rubrik3"/>
        <w:rPr>
          <w:lang w:val="sv-SE"/>
        </w:rPr>
      </w:pPr>
      <w:r w:rsidRPr="000767E2">
        <w:rPr>
          <w:lang w:val="sv-SE"/>
        </w:rPr>
        <w:t>En arbetare godkänd inför Gud</w:t>
      </w:r>
    </w:p>
    <w:p w14:paraId="502BC48D" w14:textId="6308D56C" w:rsidR="00BA33AB" w:rsidRPr="000767E2" w:rsidRDefault="00000000">
      <w:pPr>
        <w:rPr>
          <w:lang w:val="sv-SE"/>
        </w:rPr>
      </w:pPr>
      <w:r w:rsidRPr="000767E2">
        <w:rPr>
          <w:lang w:val="sv-SE"/>
        </w:rPr>
        <w:t>[[@</w:t>
      </w:r>
      <w:r w:rsidR="0096445B" w:rsidRPr="000767E2">
        <w:rPr>
          <w:lang w:val="sv-SE"/>
        </w:rPr>
        <w:t>BibleBIBEL82</w:t>
      </w:r>
      <w:r w:rsidRPr="000767E2">
        <w:rPr>
          <w:lang w:val="sv-SE"/>
        </w:rPr>
        <w:t>:2Tim 2:15]]</w:t>
      </w:r>
      <w:r w:rsidRPr="000767E2">
        <w:rPr>
          <w:vertAlign w:val="superscript"/>
          <w:lang w:val="sv-SE"/>
        </w:rPr>
        <w:t>15</w:t>
      </w:r>
      <w:r w:rsidRPr="000767E2">
        <w:rPr>
          <w:lang w:val="sv-SE"/>
        </w:rPr>
        <w:t xml:space="preserve"> {{field-on:bible}}Var ivrig att ställa fram dig själv godkänd inför Gud, en icke skamlig arbetare som rätt delar sanningens ord.{{field-off:bible}} [[@</w:t>
      </w:r>
      <w:r w:rsidR="0096445B" w:rsidRPr="000767E2">
        <w:rPr>
          <w:lang w:val="sv-SE"/>
        </w:rPr>
        <w:t>BibleBIBEL82</w:t>
      </w:r>
      <w:r w:rsidRPr="000767E2">
        <w:rPr>
          <w:lang w:val="sv-SE"/>
        </w:rPr>
        <w:t>:2Tim 2:16]]</w:t>
      </w:r>
      <w:r w:rsidRPr="000767E2">
        <w:rPr>
          <w:vertAlign w:val="superscript"/>
          <w:lang w:val="sv-SE"/>
        </w:rPr>
        <w:t>16</w:t>
      </w:r>
      <w:r w:rsidRPr="000767E2">
        <w:rPr>
          <w:lang w:val="sv-SE"/>
        </w:rPr>
        <w:t xml:space="preserve"> {{field-on:bible}}Men det profana tompratet ska du kringgå. För de ska göra vidare framsteg i ogudaktighet,{{field-off:bible}} [[@</w:t>
      </w:r>
      <w:r w:rsidR="0096445B" w:rsidRPr="000767E2">
        <w:rPr>
          <w:lang w:val="sv-SE"/>
        </w:rPr>
        <w:t>BibleBIBEL82</w:t>
      </w:r>
      <w:r w:rsidRPr="000767E2">
        <w:rPr>
          <w:lang w:val="sv-SE"/>
        </w:rPr>
        <w:t>:2Tim 2:17]]</w:t>
      </w:r>
      <w:r w:rsidRPr="000767E2">
        <w:rPr>
          <w:vertAlign w:val="superscript"/>
          <w:lang w:val="sv-SE"/>
        </w:rPr>
        <w:t>17</w:t>
      </w:r>
      <w:r w:rsidRPr="000767E2">
        <w:rPr>
          <w:lang w:val="sv-SE"/>
        </w:rPr>
        <w:t xml:space="preserve"> {{field-on:bible}}och deras ord ska som kallbrand ha spridning. Bland dem är Hymenaios och Filetos,{{field-off:bible}} [[@</w:t>
      </w:r>
      <w:r w:rsidR="0096445B" w:rsidRPr="000767E2">
        <w:rPr>
          <w:lang w:val="sv-SE"/>
        </w:rPr>
        <w:t>BibleBIBEL82</w:t>
      </w:r>
      <w:r w:rsidRPr="000767E2">
        <w:rPr>
          <w:lang w:val="sv-SE"/>
        </w:rPr>
        <w:t>:2Tim 2:18]]</w:t>
      </w:r>
      <w:r w:rsidRPr="000767E2">
        <w:rPr>
          <w:vertAlign w:val="superscript"/>
          <w:lang w:val="sv-SE"/>
        </w:rPr>
        <w:t>18</w:t>
      </w:r>
      <w:r w:rsidRPr="000767E2">
        <w:rPr>
          <w:lang w:val="sv-SE"/>
        </w:rPr>
        <w:t xml:space="preserve"> {{field-on:bible}}som har missat </w:t>
      </w:r>
      <w:r w:rsidRPr="000767E2">
        <w:rPr>
          <w:i/>
          <w:lang w:val="sv-SE"/>
        </w:rPr>
        <w:t>målet</w:t>
      </w:r>
      <w:r w:rsidRPr="000767E2">
        <w:rPr>
          <w:lang w:val="sv-SE"/>
        </w:rPr>
        <w:t xml:space="preserve"> för sanningen när de säger att uppståndelse[n] redan har skett, och de vänder upp och ner på vissas tro.{{field-off:bible}} [[@</w:t>
      </w:r>
      <w:r w:rsidR="0096445B" w:rsidRPr="000767E2">
        <w:rPr>
          <w:lang w:val="sv-SE"/>
        </w:rPr>
        <w:t>BibleBIBEL82</w:t>
      </w:r>
      <w:r w:rsidRPr="000767E2">
        <w:rPr>
          <w:lang w:val="sv-SE"/>
        </w:rPr>
        <w:t>:2Tim 2:19]]</w:t>
      </w:r>
      <w:r w:rsidRPr="000767E2">
        <w:rPr>
          <w:vertAlign w:val="superscript"/>
          <w:lang w:val="sv-SE"/>
        </w:rPr>
        <w:t>19</w:t>
      </w:r>
      <w:r w:rsidRPr="000767E2">
        <w:rPr>
          <w:lang w:val="sv-SE"/>
        </w:rPr>
        <w:t xml:space="preserve"> {{field-on:bible}}Dock, Guds stadiga grund står och har detta sigill: Herren har känt dem som är hans, och: Avlägsna sig från orätt ska var och en som nämner Herrens namn.{{field-off:bible}}</w:t>
      </w:r>
    </w:p>
    <w:p w14:paraId="3A203355" w14:textId="117F1188" w:rsidR="00BA33AB" w:rsidRPr="000767E2" w:rsidRDefault="00000000">
      <w:pPr>
        <w:rPr>
          <w:lang w:val="sv-SE"/>
        </w:rPr>
      </w:pPr>
      <w:r w:rsidRPr="000767E2">
        <w:rPr>
          <w:lang w:val="sv-SE"/>
        </w:rPr>
        <w:t>[[@</w:t>
      </w:r>
      <w:r w:rsidR="0096445B" w:rsidRPr="000767E2">
        <w:rPr>
          <w:lang w:val="sv-SE"/>
        </w:rPr>
        <w:t>BibleBIBEL82</w:t>
      </w:r>
      <w:r w:rsidRPr="000767E2">
        <w:rPr>
          <w:lang w:val="sv-SE"/>
        </w:rPr>
        <w:t>:2Tim 2:20]]</w:t>
      </w:r>
      <w:r w:rsidRPr="000767E2">
        <w:rPr>
          <w:vertAlign w:val="superscript"/>
          <w:lang w:val="sv-SE"/>
        </w:rPr>
        <w:t>20</w:t>
      </w:r>
      <w:r w:rsidRPr="000767E2">
        <w:rPr>
          <w:lang w:val="sv-SE"/>
        </w:rPr>
        <w:t xml:space="preserve"> {{field-on:bible}}Men i ett stort hus finns inte bara kärl av guld och av silver, utan också av trä och av lera. Och de ena </w:t>
      </w:r>
      <w:r w:rsidRPr="000767E2">
        <w:rPr>
          <w:i/>
          <w:lang w:val="sv-SE"/>
        </w:rPr>
        <w:t>är</w:t>
      </w:r>
      <w:r w:rsidRPr="000767E2">
        <w:rPr>
          <w:lang w:val="sv-SE"/>
        </w:rPr>
        <w:t xml:space="preserve"> till heder, och de andra till oheder.{{field-off:bible}} [[@</w:t>
      </w:r>
      <w:r w:rsidR="0096445B" w:rsidRPr="000767E2">
        <w:rPr>
          <w:lang w:val="sv-SE"/>
        </w:rPr>
        <w:t>BibleBIBEL82</w:t>
      </w:r>
      <w:r w:rsidRPr="000767E2">
        <w:rPr>
          <w:lang w:val="sv-SE"/>
        </w:rPr>
        <w:t>:2Tim 2:21]]</w:t>
      </w:r>
      <w:r w:rsidRPr="000767E2">
        <w:rPr>
          <w:vertAlign w:val="superscript"/>
          <w:lang w:val="sv-SE"/>
        </w:rPr>
        <w:t>21</w:t>
      </w:r>
      <w:r w:rsidRPr="000767E2">
        <w:rPr>
          <w:lang w:val="sv-SE"/>
        </w:rPr>
        <w:t xml:space="preserve"> {{field-on:bible}}Om någon nu </w:t>
      </w:r>
      <w:r w:rsidRPr="000767E2">
        <w:rPr>
          <w:lang w:val="sv-SE"/>
        </w:rPr>
        <w:lastRenderedPageBreak/>
        <w:t>rensar ut sig själv från detta blir han ett kärl till heder: helgat, välanvändbart för härskaren, för varje god gärning berett.{{field-off:bible}} [[@</w:t>
      </w:r>
      <w:r w:rsidR="0096445B" w:rsidRPr="000767E2">
        <w:rPr>
          <w:lang w:val="sv-SE"/>
        </w:rPr>
        <w:t>BibleBIBEL82</w:t>
      </w:r>
      <w:r w:rsidRPr="000767E2">
        <w:rPr>
          <w:lang w:val="sv-SE"/>
        </w:rPr>
        <w:t>:2Tim 2:22]]</w:t>
      </w:r>
      <w:r w:rsidRPr="000767E2">
        <w:rPr>
          <w:vertAlign w:val="superscript"/>
          <w:lang w:val="sv-SE"/>
        </w:rPr>
        <w:t>22</w:t>
      </w:r>
      <w:r w:rsidRPr="000767E2">
        <w:rPr>
          <w:lang w:val="sv-SE"/>
        </w:rPr>
        <w:t xml:space="preserve"> {{field-on:bible}}Men de ungdomliga begären ska du fly, och jaga efter rättfärdighet, tro, kärlek, frid med dem som åkallar Herren av rent hjärta.{{field-off:bible}}</w:t>
      </w:r>
    </w:p>
    <w:p w14:paraId="005E231E" w14:textId="317494CB" w:rsidR="00BA33AB" w:rsidRPr="000767E2" w:rsidRDefault="00000000">
      <w:pPr>
        <w:rPr>
          <w:lang w:val="sv-SE"/>
        </w:rPr>
      </w:pPr>
      <w:r w:rsidRPr="000767E2">
        <w:rPr>
          <w:lang w:val="sv-SE"/>
        </w:rPr>
        <w:t>[[@</w:t>
      </w:r>
      <w:r w:rsidR="0096445B" w:rsidRPr="000767E2">
        <w:rPr>
          <w:lang w:val="sv-SE"/>
        </w:rPr>
        <w:t>BibleBIBEL82</w:t>
      </w:r>
      <w:r w:rsidRPr="000767E2">
        <w:rPr>
          <w:lang w:val="sv-SE"/>
        </w:rPr>
        <w:t>:2Tim 2:23]]</w:t>
      </w:r>
      <w:r w:rsidRPr="000767E2">
        <w:rPr>
          <w:vertAlign w:val="superscript"/>
          <w:lang w:val="sv-SE"/>
        </w:rPr>
        <w:t>23</w:t>
      </w:r>
      <w:r w:rsidRPr="000767E2">
        <w:rPr>
          <w:lang w:val="sv-SE"/>
        </w:rPr>
        <w:t xml:space="preserve"> {{field-on:bible}}Men de dåraktiga och oinsatta diskussionerna ska du undanbe dig, då du vet att de föder bråk.{{field-off:bible}} [[@</w:t>
      </w:r>
      <w:r w:rsidR="0096445B" w:rsidRPr="000767E2">
        <w:rPr>
          <w:lang w:val="sv-SE"/>
        </w:rPr>
        <w:t>BibleBIBEL82</w:t>
      </w:r>
      <w:r w:rsidRPr="000767E2">
        <w:rPr>
          <w:lang w:val="sv-SE"/>
        </w:rPr>
        <w:t>:2Tim 2:24]]</w:t>
      </w:r>
      <w:r w:rsidRPr="000767E2">
        <w:rPr>
          <w:vertAlign w:val="superscript"/>
          <w:lang w:val="sv-SE"/>
        </w:rPr>
        <w:t>24</w:t>
      </w:r>
      <w:r w:rsidRPr="000767E2">
        <w:rPr>
          <w:lang w:val="sv-SE"/>
        </w:rPr>
        <w:t xml:space="preserve"> {{field-on:bible}}Och en Herrens fasttjänare bör inte bråka utan vara blid mot alla, didaktisk, tålig mot ont{{field-off:bible}} [[@</w:t>
      </w:r>
      <w:r w:rsidR="0096445B" w:rsidRPr="000767E2">
        <w:rPr>
          <w:lang w:val="sv-SE"/>
        </w:rPr>
        <w:t>BibleBIBEL82</w:t>
      </w:r>
      <w:r w:rsidRPr="000767E2">
        <w:rPr>
          <w:lang w:val="sv-SE"/>
        </w:rPr>
        <w:t>:2Tim 2:25]]</w:t>
      </w:r>
      <w:r w:rsidRPr="000767E2">
        <w:rPr>
          <w:vertAlign w:val="superscript"/>
          <w:lang w:val="sv-SE"/>
        </w:rPr>
        <w:t>25</w:t>
      </w:r>
      <w:r w:rsidRPr="000767E2">
        <w:rPr>
          <w:lang w:val="sv-SE"/>
        </w:rPr>
        <w:t xml:space="preserve"> {{field-on:bible}}och i mildhet fostra dem som motsätter sig. Kanske ger Gud dem sinnesändring till insikt om sanningen{{field-off:bible}} [[@</w:t>
      </w:r>
      <w:r w:rsidR="0096445B" w:rsidRPr="000767E2">
        <w:rPr>
          <w:lang w:val="sv-SE"/>
        </w:rPr>
        <w:t>BibleBIBEL82</w:t>
      </w:r>
      <w:r w:rsidRPr="000767E2">
        <w:rPr>
          <w:lang w:val="sv-SE"/>
        </w:rPr>
        <w:t>:2Tim 2:26]]</w:t>
      </w:r>
      <w:r w:rsidRPr="000767E2">
        <w:rPr>
          <w:vertAlign w:val="superscript"/>
          <w:lang w:val="sv-SE"/>
        </w:rPr>
        <w:t>26</w:t>
      </w:r>
      <w:r w:rsidRPr="000767E2">
        <w:rPr>
          <w:lang w:val="sv-SE"/>
        </w:rPr>
        <w:t xml:space="preserve"> {{field-on:bible}}och de nyktrar upp ur djävulens snara, efter att ha levandefångats av honom för dennes vilja.{{field-off:bible}}</w:t>
      </w:r>
    </w:p>
    <w:p w14:paraId="3675E434" w14:textId="37A93F6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:2Tim 3]]Kapitel 3</w:t>
      </w:r>
    </w:p>
    <w:p w14:paraId="63C08278" w14:textId="77777777" w:rsidR="00BA33AB" w:rsidRPr="000767E2" w:rsidRDefault="00000000">
      <w:pPr>
        <w:pStyle w:val="Rubrik3"/>
        <w:rPr>
          <w:lang w:val="sv-SE"/>
        </w:rPr>
      </w:pPr>
      <w:r w:rsidRPr="000767E2">
        <w:rPr>
          <w:lang w:val="sv-SE"/>
        </w:rPr>
        <w:t>Människor i de sista dagarna</w:t>
      </w:r>
    </w:p>
    <w:p w14:paraId="6B5A2D2D" w14:textId="4556E7DD" w:rsidR="00BA33AB" w:rsidRPr="000767E2" w:rsidRDefault="00000000">
      <w:pPr>
        <w:rPr>
          <w:lang w:val="sv-SE"/>
        </w:rPr>
      </w:pPr>
      <w:r w:rsidRPr="000767E2">
        <w:rPr>
          <w:lang w:val="sv-SE"/>
        </w:rPr>
        <w:t>[[@</w:t>
      </w:r>
      <w:r w:rsidR="0096445B" w:rsidRPr="000767E2">
        <w:rPr>
          <w:lang w:val="sv-SE"/>
        </w:rPr>
        <w:t>BibleBIBEL82</w:t>
      </w:r>
      <w:r w:rsidRPr="000767E2">
        <w:rPr>
          <w:lang w:val="sv-SE"/>
        </w:rPr>
        <w:t>:2Tim 3:1]]</w:t>
      </w:r>
      <w:r w:rsidRPr="000767E2">
        <w:rPr>
          <w:vertAlign w:val="superscript"/>
          <w:lang w:val="sv-SE"/>
        </w:rPr>
        <w:t>1</w:t>
      </w:r>
      <w:r w:rsidRPr="000767E2">
        <w:rPr>
          <w:lang w:val="sv-SE"/>
        </w:rPr>
        <w:t xml:space="preserve"> {{field-on:bible}}Men detta ska du veta, att i </w:t>
      </w:r>
      <w:r w:rsidRPr="000767E2">
        <w:rPr>
          <w:i/>
          <w:lang w:val="sv-SE"/>
        </w:rPr>
        <w:t>de</w:t>
      </w:r>
      <w:r w:rsidRPr="000767E2">
        <w:rPr>
          <w:lang w:val="sv-SE"/>
        </w:rPr>
        <w:t xml:space="preserve"> sista dagarna ska besvärliga tider vara inne.{{field-off:bible}} [[@</w:t>
      </w:r>
      <w:r w:rsidR="0096445B" w:rsidRPr="000767E2">
        <w:rPr>
          <w:lang w:val="sv-SE"/>
        </w:rPr>
        <w:t>BibleBIBEL82</w:t>
      </w:r>
      <w:r w:rsidRPr="000767E2">
        <w:rPr>
          <w:lang w:val="sv-SE"/>
        </w:rPr>
        <w:t>:2Tim 3:2]]</w:t>
      </w:r>
      <w:r w:rsidRPr="000767E2">
        <w:rPr>
          <w:vertAlign w:val="superscript"/>
          <w:lang w:val="sv-SE"/>
        </w:rPr>
        <w:t>2</w:t>
      </w:r>
      <w:r w:rsidRPr="000767E2">
        <w:rPr>
          <w:lang w:val="sv-SE"/>
        </w:rPr>
        <w:t xml:space="preserve"> {{field-on:bible}}För människorna kommer att vara egenkära, pengakära, skrytsamma, högmodiga, hädare, ohörsamma mot föräldrar, otacksamma, ogudliga,{{field-off:bible}} [[@</w:t>
      </w:r>
      <w:r w:rsidR="0096445B" w:rsidRPr="000767E2">
        <w:rPr>
          <w:lang w:val="sv-SE"/>
        </w:rPr>
        <w:t>BibleBIBEL82</w:t>
      </w:r>
      <w:r w:rsidRPr="000767E2">
        <w:rPr>
          <w:lang w:val="sv-SE"/>
        </w:rPr>
        <w:t>:2Tim 3:3]]</w:t>
      </w:r>
      <w:r w:rsidRPr="000767E2">
        <w:rPr>
          <w:vertAlign w:val="superscript"/>
          <w:lang w:val="sv-SE"/>
        </w:rPr>
        <w:t>3</w:t>
      </w:r>
      <w:r w:rsidRPr="000767E2">
        <w:rPr>
          <w:lang w:val="sv-SE"/>
        </w:rPr>
        <w:t xml:space="preserve"> {{field-on:bible}}ömhetslösa, oförsonliga, baktalare, obehärskade, otämjda, ej godhetsälskare,{{field-off:bible}} [[@</w:t>
      </w:r>
      <w:r w:rsidR="0096445B" w:rsidRPr="000767E2">
        <w:rPr>
          <w:lang w:val="sv-SE"/>
        </w:rPr>
        <w:t>BibleBIBEL82</w:t>
      </w:r>
      <w:r w:rsidRPr="000767E2">
        <w:rPr>
          <w:lang w:val="sv-SE"/>
        </w:rPr>
        <w:t>:2Tim 3:4]]</w:t>
      </w:r>
      <w:r w:rsidRPr="000767E2">
        <w:rPr>
          <w:vertAlign w:val="superscript"/>
          <w:lang w:val="sv-SE"/>
        </w:rPr>
        <w:t>4</w:t>
      </w:r>
      <w:r w:rsidRPr="000767E2">
        <w:rPr>
          <w:lang w:val="sv-SE"/>
        </w:rPr>
        <w:t xml:space="preserve"> {{field-on:bible}}förrädare, dumdristiga, inbilska, njutningsälskare mer än gudsälskare,{{field-off:bible}} [[@</w:t>
      </w:r>
      <w:r w:rsidR="0096445B" w:rsidRPr="000767E2">
        <w:rPr>
          <w:lang w:val="sv-SE"/>
        </w:rPr>
        <w:t>BibleBIBEL82</w:t>
      </w:r>
      <w:r w:rsidRPr="000767E2">
        <w:rPr>
          <w:lang w:val="sv-SE"/>
        </w:rPr>
        <w:t>:2Tim 3:5]]</w:t>
      </w:r>
      <w:r w:rsidRPr="000767E2">
        <w:rPr>
          <w:vertAlign w:val="superscript"/>
          <w:lang w:val="sv-SE"/>
        </w:rPr>
        <w:t>5</w:t>
      </w:r>
      <w:r w:rsidRPr="000767E2">
        <w:rPr>
          <w:lang w:val="sv-SE"/>
        </w:rPr>
        <w:t xml:space="preserve"> {{field-on:bible}}och ha en gestaltning av fromhet men förnekat dess kraft. Och dessa ska du undvika.{{field-off:bible}}</w:t>
      </w:r>
    </w:p>
    <w:p w14:paraId="7D8413A6" w14:textId="621F79A3" w:rsidR="00BA33AB" w:rsidRPr="000767E2" w:rsidRDefault="00000000">
      <w:pPr>
        <w:rPr>
          <w:lang w:val="sv-SE"/>
        </w:rPr>
      </w:pPr>
      <w:r w:rsidRPr="000767E2">
        <w:rPr>
          <w:lang w:val="sv-SE"/>
        </w:rPr>
        <w:t>[[@</w:t>
      </w:r>
      <w:r w:rsidR="0096445B" w:rsidRPr="000767E2">
        <w:rPr>
          <w:lang w:val="sv-SE"/>
        </w:rPr>
        <w:t>BibleBIBEL82</w:t>
      </w:r>
      <w:r w:rsidRPr="000767E2">
        <w:rPr>
          <w:lang w:val="sv-SE"/>
        </w:rPr>
        <w:t>:2Tim 3:6]]</w:t>
      </w:r>
      <w:r w:rsidRPr="000767E2">
        <w:rPr>
          <w:vertAlign w:val="superscript"/>
          <w:lang w:val="sv-SE"/>
        </w:rPr>
        <w:t>6</w:t>
      </w:r>
      <w:r w:rsidRPr="000767E2">
        <w:rPr>
          <w:lang w:val="sv-SE"/>
        </w:rPr>
        <w:t xml:space="preserve"> {{field-on:bible}}För av dessa är de som nästlar sig in i husen och tillfångatar svaga kvinnor </w:t>
      </w:r>
      <w:r w:rsidRPr="000767E2">
        <w:rPr>
          <w:i/>
          <w:lang w:val="sv-SE"/>
        </w:rPr>
        <w:t>som är</w:t>
      </w:r>
      <w:r w:rsidRPr="000767E2">
        <w:rPr>
          <w:lang w:val="sv-SE"/>
        </w:rPr>
        <w:t xml:space="preserve"> överstaplade med synder, drivna av olika begär,{{field-off:bible}} [[@</w:t>
      </w:r>
      <w:r w:rsidR="0096445B" w:rsidRPr="000767E2">
        <w:rPr>
          <w:lang w:val="sv-SE"/>
        </w:rPr>
        <w:t>BibleBIBEL82</w:t>
      </w:r>
      <w:r w:rsidRPr="000767E2">
        <w:rPr>
          <w:lang w:val="sv-SE"/>
        </w:rPr>
        <w:t>:2Tim 3:7]]</w:t>
      </w:r>
      <w:r w:rsidRPr="000767E2">
        <w:rPr>
          <w:vertAlign w:val="superscript"/>
          <w:lang w:val="sv-SE"/>
        </w:rPr>
        <w:t>7</w:t>
      </w:r>
      <w:r w:rsidRPr="000767E2">
        <w:rPr>
          <w:lang w:val="sv-SE"/>
        </w:rPr>
        <w:t xml:space="preserve"> {{field-on:bible}}som alltid lär sig och aldrig kan komma till insikt om sanningen.{{field-off:bible}} [[@</w:t>
      </w:r>
      <w:r w:rsidR="0096445B" w:rsidRPr="000767E2">
        <w:rPr>
          <w:lang w:val="sv-SE"/>
        </w:rPr>
        <w:t>BibleBIBEL82</w:t>
      </w:r>
      <w:r w:rsidRPr="000767E2">
        <w:rPr>
          <w:lang w:val="sv-SE"/>
        </w:rPr>
        <w:t>:2Tim 3:8]]</w:t>
      </w:r>
      <w:r w:rsidRPr="000767E2">
        <w:rPr>
          <w:vertAlign w:val="superscript"/>
          <w:lang w:val="sv-SE"/>
        </w:rPr>
        <w:t>8</w:t>
      </w:r>
      <w:r w:rsidRPr="000767E2">
        <w:rPr>
          <w:lang w:val="sv-SE"/>
        </w:rPr>
        <w:t xml:space="preserve"> {{field-on:bible}}Och på samma sätt som Jannes och Jambres stod emot Mose, så står också dessa emot sanningen: människor genomfördärvade i sinnet, odugliga i tron.{{field-off:bible}} [[@</w:t>
      </w:r>
      <w:r w:rsidR="0096445B" w:rsidRPr="000767E2">
        <w:rPr>
          <w:lang w:val="sv-SE"/>
        </w:rPr>
        <w:t>BibleBIBEL82</w:t>
      </w:r>
      <w:r w:rsidRPr="000767E2">
        <w:rPr>
          <w:lang w:val="sv-SE"/>
        </w:rPr>
        <w:t>:2Tim 3:9]]</w:t>
      </w:r>
      <w:r w:rsidRPr="000767E2">
        <w:rPr>
          <w:vertAlign w:val="superscript"/>
          <w:lang w:val="sv-SE"/>
        </w:rPr>
        <w:t>9</w:t>
      </w:r>
      <w:r w:rsidRPr="000767E2">
        <w:rPr>
          <w:lang w:val="sv-SE"/>
        </w:rPr>
        <w:t xml:space="preserve"> {{field-on:bible}}Men de ska inte göra vidare framsteg. För deras vansinne ska vara övertydligt för alla, såsom även dessas blev.{{field-off:bible}}</w:t>
      </w:r>
    </w:p>
    <w:p w14:paraId="4EF2D4B2" w14:textId="77777777" w:rsidR="00BA33AB" w:rsidRPr="000767E2" w:rsidRDefault="00000000">
      <w:pPr>
        <w:pStyle w:val="Rubrik3"/>
        <w:rPr>
          <w:lang w:val="sv-SE"/>
        </w:rPr>
      </w:pPr>
      <w:r w:rsidRPr="000767E2">
        <w:rPr>
          <w:lang w:val="sv-SE"/>
        </w:rPr>
        <w:t>I apostelns efterföljd</w:t>
      </w:r>
    </w:p>
    <w:p w14:paraId="54D68136" w14:textId="42B64D73" w:rsidR="00BA33AB" w:rsidRPr="000767E2" w:rsidRDefault="00000000">
      <w:pPr>
        <w:rPr>
          <w:lang w:val="sv-SE"/>
        </w:rPr>
      </w:pPr>
      <w:r w:rsidRPr="000767E2">
        <w:rPr>
          <w:lang w:val="sv-SE"/>
        </w:rPr>
        <w:t>[[@</w:t>
      </w:r>
      <w:r w:rsidR="0096445B" w:rsidRPr="000767E2">
        <w:rPr>
          <w:lang w:val="sv-SE"/>
        </w:rPr>
        <w:t>BibleBIBEL82</w:t>
      </w:r>
      <w:r w:rsidRPr="000767E2">
        <w:rPr>
          <w:lang w:val="sv-SE"/>
        </w:rPr>
        <w:t>:2Tim 3:10]]</w:t>
      </w:r>
      <w:r w:rsidRPr="000767E2">
        <w:rPr>
          <w:vertAlign w:val="superscript"/>
          <w:lang w:val="sv-SE"/>
        </w:rPr>
        <w:t>10</w:t>
      </w:r>
      <w:r w:rsidRPr="000767E2">
        <w:rPr>
          <w:lang w:val="sv-SE"/>
        </w:rPr>
        <w:t xml:space="preserve"> {{field-on:bible}}Men du har nära följt mig i läran, i förandet, i föresatsen, i tron, i tålamodet, i kärleken, i uthålligheten,{{field-off:bible}} [[@</w:t>
      </w:r>
      <w:r w:rsidR="0096445B" w:rsidRPr="000767E2">
        <w:rPr>
          <w:lang w:val="sv-SE"/>
        </w:rPr>
        <w:t>BibleBIBEL82</w:t>
      </w:r>
      <w:r w:rsidRPr="000767E2">
        <w:rPr>
          <w:lang w:val="sv-SE"/>
        </w:rPr>
        <w:t>:2Tim 3:11]]</w:t>
      </w:r>
      <w:r w:rsidRPr="000767E2">
        <w:rPr>
          <w:vertAlign w:val="superscript"/>
          <w:lang w:val="sv-SE"/>
        </w:rPr>
        <w:t>11</w:t>
      </w:r>
      <w:r w:rsidRPr="000767E2">
        <w:rPr>
          <w:lang w:val="sv-SE"/>
        </w:rPr>
        <w:t xml:space="preserve"> {{field-on:bible}}i förföljelserna, i lidandena, det som hände mig i Antiochia, i Ikonion, i Lystra – vilka förföljelser jag har uthärdat! Och ur alla har Herren räddat mig.{{field-off:bible}} [[@</w:t>
      </w:r>
      <w:r w:rsidR="0096445B" w:rsidRPr="000767E2">
        <w:rPr>
          <w:lang w:val="sv-SE"/>
        </w:rPr>
        <w:t>BibleBIBEL82</w:t>
      </w:r>
      <w:r w:rsidRPr="000767E2">
        <w:rPr>
          <w:lang w:val="sv-SE"/>
        </w:rPr>
        <w:t>:2Tim 3:12]]</w:t>
      </w:r>
      <w:r w:rsidRPr="000767E2">
        <w:rPr>
          <w:vertAlign w:val="superscript"/>
          <w:lang w:val="sv-SE"/>
        </w:rPr>
        <w:t>12</w:t>
      </w:r>
      <w:r w:rsidRPr="000767E2">
        <w:rPr>
          <w:lang w:val="sv-SE"/>
        </w:rPr>
        <w:t xml:space="preserve"> {{field-on:bible}}Och även alla som vill leva fromt i Kristus Jesus kommer att bli förföljda.{{field-off:bible}} [[@</w:t>
      </w:r>
      <w:r w:rsidR="0096445B" w:rsidRPr="000767E2">
        <w:rPr>
          <w:lang w:val="sv-SE"/>
        </w:rPr>
        <w:t>BibleBIBEL82</w:t>
      </w:r>
      <w:r w:rsidRPr="000767E2">
        <w:rPr>
          <w:lang w:val="sv-SE"/>
        </w:rPr>
        <w:t>:2Tim 3:13]]</w:t>
      </w:r>
      <w:r w:rsidRPr="000767E2">
        <w:rPr>
          <w:vertAlign w:val="superscript"/>
          <w:lang w:val="sv-SE"/>
        </w:rPr>
        <w:t>13</w:t>
      </w:r>
      <w:r w:rsidRPr="000767E2">
        <w:rPr>
          <w:lang w:val="sv-SE"/>
        </w:rPr>
        <w:t xml:space="preserve"> {{field-on:bible}}Men onda människor och bluffmakare ska göra framsteg till det värre, de förvillar och blir förvillade.{{field-off:bible}}</w:t>
      </w:r>
    </w:p>
    <w:p w14:paraId="4427D892" w14:textId="2EFD6594"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:2Tim 3:14]]</w:t>
      </w:r>
      <w:r w:rsidRPr="000767E2">
        <w:rPr>
          <w:vertAlign w:val="superscript"/>
          <w:lang w:val="sv-SE"/>
        </w:rPr>
        <w:t>14</w:t>
      </w:r>
      <w:r w:rsidRPr="000767E2">
        <w:rPr>
          <w:lang w:val="sv-SE"/>
        </w:rPr>
        <w:t xml:space="preserve"> {{field-on:bible}}Men du ska bli kvar i det du har lärt dig och funnit trovärdigt, då du vet av vilka du har lärt </w:t>
      </w:r>
      <w:r w:rsidRPr="000767E2">
        <w:rPr>
          <w:i/>
          <w:lang w:val="sv-SE"/>
        </w:rPr>
        <w:t>det</w:t>
      </w:r>
      <w:r w:rsidRPr="000767E2">
        <w:rPr>
          <w:lang w:val="sv-SE"/>
        </w:rPr>
        <w:t>,{{field-off:bible}} [[@</w:t>
      </w:r>
      <w:r w:rsidR="0096445B" w:rsidRPr="000767E2">
        <w:rPr>
          <w:lang w:val="sv-SE"/>
        </w:rPr>
        <w:t>BibleBIBEL82</w:t>
      </w:r>
      <w:r w:rsidRPr="000767E2">
        <w:rPr>
          <w:lang w:val="sv-SE"/>
        </w:rPr>
        <w:t>:2Tim 3:15]]</w:t>
      </w:r>
      <w:r w:rsidRPr="000767E2">
        <w:rPr>
          <w:vertAlign w:val="superscript"/>
          <w:lang w:val="sv-SE"/>
        </w:rPr>
        <w:t>15</w:t>
      </w:r>
      <w:r w:rsidRPr="000767E2">
        <w:rPr>
          <w:lang w:val="sv-SE"/>
        </w:rPr>
        <w:t xml:space="preserve"> {{field-on:bible}}och att du sedan spädbarn känner [de] sakrala texter[na] som kan göra dig vis till frälsning genom tro på Kristus Jesus.{{field-off:bible}} [[@</w:t>
      </w:r>
      <w:r w:rsidR="0096445B" w:rsidRPr="000767E2">
        <w:rPr>
          <w:lang w:val="sv-SE"/>
        </w:rPr>
        <w:t>BibleBIBEL82</w:t>
      </w:r>
      <w:r w:rsidRPr="000767E2">
        <w:rPr>
          <w:lang w:val="sv-SE"/>
        </w:rPr>
        <w:t>:2Tim 3:16]]</w:t>
      </w:r>
      <w:r w:rsidRPr="000767E2">
        <w:rPr>
          <w:vertAlign w:val="superscript"/>
          <w:lang w:val="sv-SE"/>
        </w:rPr>
        <w:t>16</w:t>
      </w:r>
      <w:r w:rsidRPr="000767E2">
        <w:rPr>
          <w:lang w:val="sv-SE"/>
        </w:rPr>
        <w:t xml:space="preserve"> {{field-on:bible}}All Skrift </w:t>
      </w:r>
      <w:r w:rsidRPr="000767E2">
        <w:rPr>
          <w:i/>
          <w:lang w:val="sv-SE"/>
        </w:rPr>
        <w:t>är</w:t>
      </w:r>
      <w:r w:rsidRPr="000767E2">
        <w:rPr>
          <w:lang w:val="sv-SE"/>
        </w:rPr>
        <w:t xml:space="preserve"> Gudsandad och nyttig för lära, för tillrättavisning, för rättelse, för fostran i rättfärdighet{{field-off:bible}} [[@</w:t>
      </w:r>
      <w:r w:rsidR="0096445B" w:rsidRPr="000767E2">
        <w:rPr>
          <w:lang w:val="sv-SE"/>
        </w:rPr>
        <w:t>BibleBIBEL82</w:t>
      </w:r>
      <w:r w:rsidRPr="000767E2">
        <w:rPr>
          <w:lang w:val="sv-SE"/>
        </w:rPr>
        <w:t>:2Tim 3:17]]</w:t>
      </w:r>
      <w:r w:rsidRPr="000767E2">
        <w:rPr>
          <w:vertAlign w:val="superscript"/>
          <w:lang w:val="sv-SE"/>
        </w:rPr>
        <w:t>17</w:t>
      </w:r>
      <w:r w:rsidRPr="000767E2">
        <w:rPr>
          <w:lang w:val="sv-SE"/>
        </w:rPr>
        <w:t xml:space="preserve"> {{field-on:bible}}så att Guds människa är komplett, för varje god gärning fullt färdig.{{field-off:bible}}</w:t>
      </w:r>
    </w:p>
    <w:p w14:paraId="47AC3EB7" w14:textId="7A0BAAE8"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:2Tim 4]]Kapitel 4</w:t>
      </w:r>
    </w:p>
    <w:p w14:paraId="35EEDEFA" w14:textId="77777777" w:rsidR="00BA33AB" w:rsidRPr="000767E2" w:rsidRDefault="00000000">
      <w:pPr>
        <w:pStyle w:val="Rubrik3"/>
        <w:rPr>
          <w:lang w:val="sv-SE"/>
        </w:rPr>
      </w:pPr>
      <w:r w:rsidRPr="000767E2">
        <w:rPr>
          <w:lang w:val="sv-SE"/>
        </w:rPr>
        <w:t>Förkunna ordet</w:t>
      </w:r>
    </w:p>
    <w:p w14:paraId="27ECF743" w14:textId="61041542" w:rsidR="00BA33AB" w:rsidRPr="000767E2" w:rsidRDefault="00000000">
      <w:pPr>
        <w:rPr>
          <w:lang w:val="sv-SE"/>
        </w:rPr>
      </w:pPr>
      <w:r w:rsidRPr="000767E2">
        <w:rPr>
          <w:lang w:val="sv-SE"/>
        </w:rPr>
        <w:t>[[@</w:t>
      </w:r>
      <w:r w:rsidR="0096445B" w:rsidRPr="000767E2">
        <w:rPr>
          <w:lang w:val="sv-SE"/>
        </w:rPr>
        <w:t>BibleBIBEL82</w:t>
      </w:r>
      <w:r w:rsidRPr="000767E2">
        <w:rPr>
          <w:lang w:val="sv-SE"/>
        </w:rPr>
        <w:t>:2Tim 4:1]]</w:t>
      </w:r>
      <w:r w:rsidRPr="000767E2">
        <w:rPr>
          <w:vertAlign w:val="superscript"/>
          <w:lang w:val="sv-SE"/>
        </w:rPr>
        <w:t>1</w:t>
      </w:r>
      <w:r w:rsidRPr="000767E2">
        <w:rPr>
          <w:lang w:val="sv-SE"/>
        </w:rPr>
        <w:t xml:space="preserve"> {{field-on:bible}}Jag uppfordrar inför Gud och Kristus Jesus, som kommer att döma levande och döda, och </w:t>
      </w:r>
      <w:r w:rsidRPr="000767E2">
        <w:rPr>
          <w:i/>
          <w:lang w:val="sv-SE"/>
        </w:rPr>
        <w:t>vid</w:t>
      </w:r>
      <w:r w:rsidRPr="000767E2">
        <w:rPr>
          <w:lang w:val="sv-SE"/>
        </w:rPr>
        <w:t xml:space="preserve"> hans framträdande och hans rike:{{field-off:bible}} [[@</w:t>
      </w:r>
      <w:r w:rsidR="0096445B" w:rsidRPr="000767E2">
        <w:rPr>
          <w:lang w:val="sv-SE"/>
        </w:rPr>
        <w:t>BibleBIBEL82</w:t>
      </w:r>
      <w:r w:rsidRPr="000767E2">
        <w:rPr>
          <w:lang w:val="sv-SE"/>
        </w:rPr>
        <w:t>:2Tim 4:2]]</w:t>
      </w:r>
      <w:r w:rsidRPr="000767E2">
        <w:rPr>
          <w:vertAlign w:val="superscript"/>
          <w:lang w:val="sv-SE"/>
        </w:rPr>
        <w:t>2</w:t>
      </w:r>
      <w:r w:rsidRPr="000767E2">
        <w:rPr>
          <w:lang w:val="sv-SE"/>
        </w:rPr>
        <w:t xml:space="preserve"> {{field-on:bible}}Förkunna ordet. Stå där lägligt, olägligt. Tillrättavisa, näps, uppmana med allt tålamod och </w:t>
      </w:r>
      <w:r w:rsidRPr="000767E2">
        <w:rPr>
          <w:i/>
          <w:lang w:val="sv-SE"/>
        </w:rPr>
        <w:t>all</w:t>
      </w:r>
      <w:r w:rsidRPr="000767E2">
        <w:rPr>
          <w:lang w:val="sv-SE"/>
        </w:rPr>
        <w:t xml:space="preserve"> undervisning.{{field-off:bible}} [[@</w:t>
      </w:r>
      <w:r w:rsidR="0096445B" w:rsidRPr="000767E2">
        <w:rPr>
          <w:lang w:val="sv-SE"/>
        </w:rPr>
        <w:t>BibleBIBEL82</w:t>
      </w:r>
      <w:r w:rsidRPr="000767E2">
        <w:rPr>
          <w:lang w:val="sv-SE"/>
        </w:rPr>
        <w:t>:2Tim 4:3]]</w:t>
      </w:r>
      <w:r w:rsidRPr="000767E2">
        <w:rPr>
          <w:vertAlign w:val="superscript"/>
          <w:lang w:val="sv-SE"/>
        </w:rPr>
        <w:t>3</w:t>
      </w:r>
      <w:r w:rsidRPr="000767E2">
        <w:rPr>
          <w:lang w:val="sv-SE"/>
        </w:rPr>
        <w:t xml:space="preserve"> {{field-on:bible}}För det ska komma en tid när de inte står ut med den sunda läran, utan efter </w:t>
      </w:r>
      <w:r w:rsidRPr="000767E2">
        <w:rPr>
          <w:i/>
          <w:lang w:val="sv-SE"/>
        </w:rPr>
        <w:t>sina</w:t>
      </w:r>
      <w:r w:rsidRPr="000767E2">
        <w:rPr>
          <w:lang w:val="sv-SE"/>
        </w:rPr>
        <w:t xml:space="preserve"> egna begär staplar de upp åt sig lärare när det kliar i örat.{{field-off:bible}} [[@</w:t>
      </w:r>
      <w:r w:rsidR="0096445B" w:rsidRPr="000767E2">
        <w:rPr>
          <w:lang w:val="sv-SE"/>
        </w:rPr>
        <w:t>BibleBIBEL82</w:t>
      </w:r>
      <w:r w:rsidRPr="000767E2">
        <w:rPr>
          <w:lang w:val="sv-SE"/>
        </w:rPr>
        <w:t>:2Tim 4:4]]</w:t>
      </w:r>
      <w:r w:rsidRPr="000767E2">
        <w:rPr>
          <w:vertAlign w:val="superscript"/>
          <w:lang w:val="sv-SE"/>
        </w:rPr>
        <w:t>4</w:t>
      </w:r>
      <w:r w:rsidRPr="000767E2">
        <w:rPr>
          <w:lang w:val="sv-SE"/>
        </w:rPr>
        <w:t xml:space="preserve"> {{field-on:bible}}Och från sanningen vänder de bort örat, och till myterna viker de av.{{field-off:bible}}</w:t>
      </w:r>
    </w:p>
    <w:p w14:paraId="48D68208" w14:textId="31A77642" w:rsidR="00BA33AB" w:rsidRPr="000767E2" w:rsidRDefault="00000000">
      <w:pPr>
        <w:rPr>
          <w:lang w:val="sv-SE"/>
        </w:rPr>
      </w:pPr>
      <w:r w:rsidRPr="000767E2">
        <w:rPr>
          <w:lang w:val="sv-SE"/>
        </w:rPr>
        <w:t>[[@</w:t>
      </w:r>
      <w:r w:rsidR="0096445B" w:rsidRPr="000767E2">
        <w:rPr>
          <w:lang w:val="sv-SE"/>
        </w:rPr>
        <w:t>BibleBIBEL82</w:t>
      </w:r>
      <w:r w:rsidRPr="000767E2">
        <w:rPr>
          <w:lang w:val="sv-SE"/>
        </w:rPr>
        <w:t>:2Tim 4:5]]</w:t>
      </w:r>
      <w:r w:rsidRPr="000767E2">
        <w:rPr>
          <w:vertAlign w:val="superscript"/>
          <w:lang w:val="sv-SE"/>
        </w:rPr>
        <w:t>5</w:t>
      </w:r>
      <w:r w:rsidRPr="000767E2">
        <w:rPr>
          <w:lang w:val="sv-SE"/>
        </w:rPr>
        <w:t xml:space="preserve"> {{field-on:bible}}Men var du nykter i allt. Lid ont. Gör en evangelists gärning. Fullgör din tjänst.{{field-off:bible}}</w:t>
      </w:r>
    </w:p>
    <w:p w14:paraId="68474BB0" w14:textId="77777777" w:rsidR="00BA33AB" w:rsidRPr="000767E2" w:rsidRDefault="00000000">
      <w:pPr>
        <w:pStyle w:val="Rubrik3"/>
        <w:rPr>
          <w:lang w:val="sv-SE"/>
        </w:rPr>
      </w:pPr>
      <w:r w:rsidRPr="000767E2">
        <w:rPr>
          <w:lang w:val="sv-SE"/>
        </w:rPr>
        <w:t>Apostelns uppbrott</w:t>
      </w:r>
    </w:p>
    <w:p w14:paraId="122F9687" w14:textId="2F84DDDB" w:rsidR="00BA33AB" w:rsidRPr="000767E2" w:rsidRDefault="00000000">
      <w:pPr>
        <w:rPr>
          <w:lang w:val="sv-SE"/>
        </w:rPr>
      </w:pPr>
      <w:r w:rsidRPr="000767E2">
        <w:rPr>
          <w:lang w:val="sv-SE"/>
        </w:rPr>
        <w:t>[[@</w:t>
      </w:r>
      <w:r w:rsidR="0096445B" w:rsidRPr="000767E2">
        <w:rPr>
          <w:lang w:val="sv-SE"/>
        </w:rPr>
        <w:t>BibleBIBEL82</w:t>
      </w:r>
      <w:r w:rsidRPr="000767E2">
        <w:rPr>
          <w:lang w:val="sv-SE"/>
        </w:rPr>
        <w:t>:2Tim 4:6]]</w:t>
      </w:r>
      <w:r w:rsidRPr="000767E2">
        <w:rPr>
          <w:vertAlign w:val="superscript"/>
          <w:lang w:val="sv-SE"/>
        </w:rPr>
        <w:t>6</w:t>
      </w:r>
      <w:r w:rsidRPr="000767E2">
        <w:rPr>
          <w:lang w:val="sv-SE"/>
        </w:rPr>
        <w:t xml:space="preserve"> {{field-on:bible}}För jag dryckesoffras redan, och tiden står här för mitt uppbrott.{{field-off:bible}} [[@</w:t>
      </w:r>
      <w:r w:rsidR="0096445B" w:rsidRPr="000767E2">
        <w:rPr>
          <w:lang w:val="sv-SE"/>
        </w:rPr>
        <w:t>BibleBIBEL82</w:t>
      </w:r>
      <w:r w:rsidRPr="000767E2">
        <w:rPr>
          <w:lang w:val="sv-SE"/>
        </w:rPr>
        <w:t>:2Tim 4:7]]</w:t>
      </w:r>
      <w:r w:rsidRPr="000767E2">
        <w:rPr>
          <w:vertAlign w:val="superscript"/>
          <w:lang w:val="sv-SE"/>
        </w:rPr>
        <w:t>7</w:t>
      </w:r>
      <w:r w:rsidRPr="000767E2">
        <w:rPr>
          <w:lang w:val="sv-SE"/>
        </w:rPr>
        <w:t xml:space="preserve"> {{field-on:bible}}Den goda kampen har jag kämpat. Loppet har jag fullbordat. Tron har jag bevarat.{{field-off:bible}} [[@</w:t>
      </w:r>
      <w:r w:rsidR="0096445B" w:rsidRPr="000767E2">
        <w:rPr>
          <w:lang w:val="sv-SE"/>
        </w:rPr>
        <w:t>BibleBIBEL82</w:t>
      </w:r>
      <w:r w:rsidRPr="000767E2">
        <w:rPr>
          <w:lang w:val="sv-SE"/>
        </w:rPr>
        <w:t>:2Tim 4:8]]</w:t>
      </w:r>
      <w:r w:rsidRPr="000767E2">
        <w:rPr>
          <w:vertAlign w:val="superscript"/>
          <w:lang w:val="sv-SE"/>
        </w:rPr>
        <w:t>8</w:t>
      </w:r>
      <w:r w:rsidRPr="000767E2">
        <w:rPr>
          <w:lang w:val="sv-SE"/>
        </w:rPr>
        <w:t xml:space="preserve"> {{field-on:bible}}Framöver är upplagd åt mig rättfärdighetens krans, som Herren ska löna mig med på den dagen, den rättfärdige domaren. Och inte bara mig, utan också alla som har älskat hans framträdande.{{field-off:bible}}</w:t>
      </w:r>
    </w:p>
    <w:p w14:paraId="46AE689F" w14:textId="77777777" w:rsidR="00BA33AB" w:rsidRPr="000767E2" w:rsidRDefault="00000000">
      <w:pPr>
        <w:pStyle w:val="Rubrik3"/>
        <w:rPr>
          <w:lang w:val="sv-SE"/>
        </w:rPr>
      </w:pPr>
      <w:r w:rsidRPr="000767E2">
        <w:rPr>
          <w:lang w:val="sv-SE"/>
        </w:rPr>
        <w:t>Personliga hälsningar</w:t>
      </w:r>
    </w:p>
    <w:p w14:paraId="2BF082B7" w14:textId="77735BD5" w:rsidR="00BA33AB" w:rsidRPr="000767E2" w:rsidRDefault="00000000">
      <w:pPr>
        <w:rPr>
          <w:lang w:val="sv-SE"/>
        </w:rPr>
      </w:pPr>
      <w:r w:rsidRPr="000767E2">
        <w:rPr>
          <w:lang w:val="sv-SE"/>
        </w:rPr>
        <w:t>[[@</w:t>
      </w:r>
      <w:r w:rsidR="0096445B" w:rsidRPr="000767E2">
        <w:rPr>
          <w:lang w:val="sv-SE"/>
        </w:rPr>
        <w:t>BibleBIBEL82</w:t>
      </w:r>
      <w:r w:rsidRPr="000767E2">
        <w:rPr>
          <w:lang w:val="sv-SE"/>
        </w:rPr>
        <w:t>:2Tim 4:9]]</w:t>
      </w:r>
      <w:r w:rsidRPr="000767E2">
        <w:rPr>
          <w:vertAlign w:val="superscript"/>
          <w:lang w:val="sv-SE"/>
        </w:rPr>
        <w:t>9</w:t>
      </w:r>
      <w:r w:rsidRPr="000767E2">
        <w:rPr>
          <w:lang w:val="sv-SE"/>
        </w:rPr>
        <w:t xml:space="preserve"> {{field-on:bible}}Ivra för att komma till mig fort.{{field-off:bible}} [[@</w:t>
      </w:r>
      <w:r w:rsidR="0096445B" w:rsidRPr="000767E2">
        <w:rPr>
          <w:lang w:val="sv-SE"/>
        </w:rPr>
        <w:t>BibleBIBEL82</w:t>
      </w:r>
      <w:r w:rsidRPr="000767E2">
        <w:rPr>
          <w:lang w:val="sv-SE"/>
        </w:rPr>
        <w:t>:2Tim 4:10]]</w:t>
      </w:r>
      <w:r w:rsidRPr="000767E2">
        <w:rPr>
          <w:vertAlign w:val="superscript"/>
          <w:lang w:val="sv-SE"/>
        </w:rPr>
        <w:t>10</w:t>
      </w:r>
      <w:r w:rsidRPr="000767E2">
        <w:rPr>
          <w:lang w:val="sv-SE"/>
        </w:rPr>
        <w:t xml:space="preserve"> {{field-on:bible}}För Demas har övergett mig och älskat den nuvarande eonen och farit till Thessalonike. Crescens till Galatien. Titus till Dalmatien.{{field-off:bible}} [[@</w:t>
      </w:r>
      <w:r w:rsidR="0096445B" w:rsidRPr="000767E2">
        <w:rPr>
          <w:lang w:val="sv-SE"/>
        </w:rPr>
        <w:t>BibleBIBEL82</w:t>
      </w:r>
      <w:r w:rsidRPr="000767E2">
        <w:rPr>
          <w:lang w:val="sv-SE"/>
        </w:rPr>
        <w:t>:2Tim 4:11]]</w:t>
      </w:r>
      <w:r w:rsidRPr="000767E2">
        <w:rPr>
          <w:vertAlign w:val="superscript"/>
          <w:lang w:val="sv-SE"/>
        </w:rPr>
        <w:t>11</w:t>
      </w:r>
      <w:r w:rsidRPr="000767E2">
        <w:rPr>
          <w:lang w:val="sv-SE"/>
        </w:rPr>
        <w:t xml:space="preserve"> {{field-on:bible}}Lukas ensam är hos mig. Markus ska du ta upp och föra med dig, för han är mig välanvändbar till tjänst.{{field-off:bible}} [[@</w:t>
      </w:r>
      <w:r w:rsidR="0096445B" w:rsidRPr="000767E2">
        <w:rPr>
          <w:lang w:val="sv-SE"/>
        </w:rPr>
        <w:t>BibleBIBEL82</w:t>
      </w:r>
      <w:r w:rsidRPr="000767E2">
        <w:rPr>
          <w:lang w:val="sv-SE"/>
        </w:rPr>
        <w:t>:2Tim 4:12]]</w:t>
      </w:r>
      <w:r w:rsidRPr="000767E2">
        <w:rPr>
          <w:vertAlign w:val="superscript"/>
          <w:lang w:val="sv-SE"/>
        </w:rPr>
        <w:t>12</w:t>
      </w:r>
      <w:r w:rsidRPr="000767E2">
        <w:rPr>
          <w:lang w:val="sv-SE"/>
        </w:rPr>
        <w:t xml:space="preserve"> {{field-on:bible}}Men Tychikos har jag sänt till Efesos.{{field-off:bible}} [[@</w:t>
      </w:r>
      <w:r w:rsidR="0096445B" w:rsidRPr="000767E2">
        <w:rPr>
          <w:lang w:val="sv-SE"/>
        </w:rPr>
        <w:t>BibleBIBEL82</w:t>
      </w:r>
      <w:r w:rsidRPr="000767E2">
        <w:rPr>
          <w:lang w:val="sv-SE"/>
        </w:rPr>
        <w:t>:2Tim 4:13]]</w:t>
      </w:r>
      <w:r w:rsidRPr="000767E2">
        <w:rPr>
          <w:vertAlign w:val="superscript"/>
          <w:lang w:val="sv-SE"/>
        </w:rPr>
        <w:t>13</w:t>
      </w:r>
      <w:r w:rsidRPr="000767E2">
        <w:rPr>
          <w:lang w:val="sv-SE"/>
        </w:rPr>
        <w:t xml:space="preserve"> {{field-on:bible}}Paenulan som jag lämnade kvar i Troas hos Karpos: när du kommer, hämta </w:t>
      </w:r>
      <w:r w:rsidRPr="000767E2">
        <w:rPr>
          <w:i/>
          <w:lang w:val="sv-SE"/>
        </w:rPr>
        <w:t>den</w:t>
      </w:r>
      <w:r w:rsidRPr="000767E2">
        <w:rPr>
          <w:lang w:val="sv-SE"/>
        </w:rPr>
        <w:t>. Även bokrullarna, särskilt pergamenten.{{field-off:bible}}</w:t>
      </w:r>
    </w:p>
    <w:p w14:paraId="44D36FFC" w14:textId="61B960E6" w:rsidR="00BA33AB" w:rsidRPr="000767E2" w:rsidRDefault="00000000">
      <w:pPr>
        <w:rPr>
          <w:lang w:val="sv-SE"/>
        </w:rPr>
      </w:pPr>
      <w:r w:rsidRPr="000767E2">
        <w:rPr>
          <w:lang w:val="sv-SE"/>
        </w:rPr>
        <w:t>[[@</w:t>
      </w:r>
      <w:r w:rsidR="0096445B" w:rsidRPr="000767E2">
        <w:rPr>
          <w:lang w:val="sv-SE"/>
        </w:rPr>
        <w:t>BibleBIBEL82</w:t>
      </w:r>
      <w:r w:rsidRPr="000767E2">
        <w:rPr>
          <w:lang w:val="sv-SE"/>
        </w:rPr>
        <w:t>:2Tim 4:14]]</w:t>
      </w:r>
      <w:r w:rsidRPr="000767E2">
        <w:rPr>
          <w:vertAlign w:val="superscript"/>
          <w:lang w:val="sv-SE"/>
        </w:rPr>
        <w:t>14</w:t>
      </w:r>
      <w:r w:rsidRPr="000767E2">
        <w:rPr>
          <w:lang w:val="sv-SE"/>
        </w:rPr>
        <w:t xml:space="preserve"> {{field-on:bible}}Alexander kopparsmeden har uppvisat mycket ont mot mig. Herren ska löna honom efter hans gärningar.{{field-off:bible}} </w:t>
      </w:r>
      <w:r w:rsidRPr="000767E2">
        <w:rPr>
          <w:lang w:val="sv-SE"/>
        </w:rPr>
        <w:lastRenderedPageBreak/>
        <w:t>[[@</w:t>
      </w:r>
      <w:r w:rsidR="0096445B" w:rsidRPr="000767E2">
        <w:rPr>
          <w:lang w:val="sv-SE"/>
        </w:rPr>
        <w:t>BibleBIBEL82</w:t>
      </w:r>
      <w:r w:rsidRPr="000767E2">
        <w:rPr>
          <w:lang w:val="sv-SE"/>
        </w:rPr>
        <w:t>:2Tim 4:15]]</w:t>
      </w:r>
      <w:r w:rsidRPr="000767E2">
        <w:rPr>
          <w:vertAlign w:val="superscript"/>
          <w:lang w:val="sv-SE"/>
        </w:rPr>
        <w:t>15</w:t>
      </w:r>
      <w:r w:rsidRPr="000767E2">
        <w:rPr>
          <w:lang w:val="sv-SE"/>
        </w:rPr>
        <w:t xml:space="preserve"> {{field-on:bible}}För honom ska även du vakta dig, för han har väldigt ställt sig emot våra ord.{{field-off:bible}}</w:t>
      </w:r>
    </w:p>
    <w:p w14:paraId="7E7BF7A7" w14:textId="04B54749" w:rsidR="00BA33AB" w:rsidRPr="000767E2" w:rsidRDefault="00000000">
      <w:pPr>
        <w:rPr>
          <w:lang w:val="sv-SE"/>
        </w:rPr>
      </w:pPr>
      <w:r w:rsidRPr="000767E2">
        <w:rPr>
          <w:lang w:val="sv-SE"/>
        </w:rPr>
        <w:t>[[@</w:t>
      </w:r>
      <w:r w:rsidR="0096445B" w:rsidRPr="000767E2">
        <w:rPr>
          <w:lang w:val="sv-SE"/>
        </w:rPr>
        <w:t>BibleBIBEL82</w:t>
      </w:r>
      <w:r w:rsidRPr="000767E2">
        <w:rPr>
          <w:lang w:val="sv-SE"/>
        </w:rPr>
        <w:t>:2Tim 4:16]]</w:t>
      </w:r>
      <w:r w:rsidRPr="000767E2">
        <w:rPr>
          <w:vertAlign w:val="superscript"/>
          <w:lang w:val="sv-SE"/>
        </w:rPr>
        <w:t>16</w:t>
      </w:r>
      <w:r w:rsidRPr="000767E2">
        <w:rPr>
          <w:lang w:val="sv-SE"/>
        </w:rPr>
        <w:t xml:space="preserve"> {{field-on:bible}}Vid mitt första försvar </w:t>
      </w:r>
      <w:r w:rsidRPr="000767E2">
        <w:rPr>
          <w:i/>
          <w:lang w:val="sv-SE"/>
        </w:rPr>
        <w:t>var det</w:t>
      </w:r>
      <w:r w:rsidRPr="000767E2">
        <w:rPr>
          <w:lang w:val="sv-SE"/>
        </w:rPr>
        <w:t xml:space="preserve"> ingen </w:t>
      </w:r>
      <w:r w:rsidRPr="000767E2">
        <w:rPr>
          <w:i/>
          <w:lang w:val="sv-SE"/>
        </w:rPr>
        <w:t>som</w:t>
      </w:r>
      <w:r w:rsidRPr="000767E2">
        <w:rPr>
          <w:lang w:val="sv-SE"/>
        </w:rPr>
        <w:t xml:space="preserve"> kom fram för mig, utan alla övergav mig. Må det inte tillräknas dem!{{field-off:bible}} [[@</w:t>
      </w:r>
      <w:r w:rsidR="0096445B" w:rsidRPr="000767E2">
        <w:rPr>
          <w:lang w:val="sv-SE"/>
        </w:rPr>
        <w:t>BibleBIBEL82</w:t>
      </w:r>
      <w:r w:rsidRPr="000767E2">
        <w:rPr>
          <w:lang w:val="sv-SE"/>
        </w:rPr>
        <w:t>:2Tim 4:17]]</w:t>
      </w:r>
      <w:r w:rsidRPr="000767E2">
        <w:rPr>
          <w:vertAlign w:val="superscript"/>
          <w:lang w:val="sv-SE"/>
        </w:rPr>
        <w:t>17</w:t>
      </w:r>
      <w:r w:rsidRPr="000767E2">
        <w:rPr>
          <w:lang w:val="sv-SE"/>
        </w:rPr>
        <w:t xml:space="preserve"> {{field-on:bible}}Men Herren bistod mig och gav mig kraft, för att genom mig förkunnelsen skulle fullgöras och alla folkslagen </w:t>
      </w:r>
      <w:r w:rsidRPr="000767E2">
        <w:rPr>
          <w:i/>
          <w:lang w:val="sv-SE"/>
        </w:rPr>
        <w:t>få</w:t>
      </w:r>
      <w:r w:rsidRPr="000767E2">
        <w:rPr>
          <w:lang w:val="sv-SE"/>
        </w:rPr>
        <w:t xml:space="preserve"> höra, och jag blev räddad ur ett lejons mun.{{field-off:bible}} [[@</w:t>
      </w:r>
      <w:r w:rsidR="0096445B" w:rsidRPr="000767E2">
        <w:rPr>
          <w:lang w:val="sv-SE"/>
        </w:rPr>
        <w:t>BibleBIBEL82</w:t>
      </w:r>
      <w:r w:rsidRPr="000767E2">
        <w:rPr>
          <w:lang w:val="sv-SE"/>
        </w:rPr>
        <w:t>:2Tim 4:18]]</w:t>
      </w:r>
      <w:r w:rsidRPr="000767E2">
        <w:rPr>
          <w:vertAlign w:val="superscript"/>
          <w:lang w:val="sv-SE"/>
        </w:rPr>
        <w:t>18</w:t>
      </w:r>
      <w:r w:rsidRPr="000767E2">
        <w:rPr>
          <w:lang w:val="sv-SE"/>
        </w:rPr>
        <w:t xml:space="preserve"> {{field-on:bible}}Rädda mig ska Herren från varje ont verk och frälsa till sitt himmelska rike. Hans är äran till eonernas eoner. Amen.{{field-off:bible}}</w:t>
      </w:r>
    </w:p>
    <w:p w14:paraId="74D8AB17" w14:textId="65D57D01" w:rsidR="00BA33AB" w:rsidRPr="000767E2" w:rsidRDefault="00000000">
      <w:pPr>
        <w:rPr>
          <w:lang w:val="sv-SE"/>
        </w:rPr>
      </w:pPr>
      <w:r w:rsidRPr="000767E2">
        <w:rPr>
          <w:lang w:val="sv-SE"/>
        </w:rPr>
        <w:t>[[@</w:t>
      </w:r>
      <w:r w:rsidR="0096445B" w:rsidRPr="000767E2">
        <w:rPr>
          <w:lang w:val="sv-SE"/>
        </w:rPr>
        <w:t>BibleBIBEL82</w:t>
      </w:r>
      <w:r w:rsidRPr="000767E2">
        <w:rPr>
          <w:lang w:val="sv-SE"/>
        </w:rPr>
        <w:t>:2Tim 4:19]]</w:t>
      </w:r>
      <w:r w:rsidRPr="000767E2">
        <w:rPr>
          <w:vertAlign w:val="superscript"/>
          <w:lang w:val="sv-SE"/>
        </w:rPr>
        <w:t>19</w:t>
      </w:r>
      <w:r w:rsidRPr="000767E2">
        <w:rPr>
          <w:lang w:val="sv-SE"/>
        </w:rPr>
        <w:t xml:space="preserve"> {{field-on:bible}}Hälsa Prisca och Aquila och Onesiforos hus.{{field-off:bible}} [[@</w:t>
      </w:r>
      <w:r w:rsidR="0096445B" w:rsidRPr="000767E2">
        <w:rPr>
          <w:lang w:val="sv-SE"/>
        </w:rPr>
        <w:t>BibleBIBEL82</w:t>
      </w:r>
      <w:r w:rsidRPr="000767E2">
        <w:rPr>
          <w:lang w:val="sv-SE"/>
        </w:rPr>
        <w:t>:2Tim 4:20]]</w:t>
      </w:r>
      <w:r w:rsidRPr="000767E2">
        <w:rPr>
          <w:vertAlign w:val="superscript"/>
          <w:lang w:val="sv-SE"/>
        </w:rPr>
        <w:t>20</w:t>
      </w:r>
      <w:r w:rsidRPr="000767E2">
        <w:rPr>
          <w:lang w:val="sv-SE"/>
        </w:rPr>
        <w:t xml:space="preserve"> {{field-on:bible}}Erastos blev kvar i Korinth. Och Trofimos lämnade jag kvar i Miletos sjuk.{{field-off:bible}} [[@</w:t>
      </w:r>
      <w:r w:rsidR="0096445B" w:rsidRPr="000767E2">
        <w:rPr>
          <w:lang w:val="sv-SE"/>
        </w:rPr>
        <w:t>BibleBIBEL82</w:t>
      </w:r>
      <w:r w:rsidRPr="000767E2">
        <w:rPr>
          <w:lang w:val="sv-SE"/>
        </w:rPr>
        <w:t>:2Tim 4:21]]</w:t>
      </w:r>
      <w:r w:rsidRPr="000767E2">
        <w:rPr>
          <w:vertAlign w:val="superscript"/>
          <w:lang w:val="sv-SE"/>
        </w:rPr>
        <w:t>21</w:t>
      </w:r>
      <w:r w:rsidRPr="000767E2">
        <w:rPr>
          <w:lang w:val="sv-SE"/>
        </w:rPr>
        <w:t xml:space="preserve"> {{field-on:bible}}Ivra för att komma före vintern. Hälsar dig </w:t>
      </w:r>
      <w:r w:rsidRPr="000767E2">
        <w:rPr>
          <w:i/>
          <w:lang w:val="sv-SE"/>
        </w:rPr>
        <w:t>gör</w:t>
      </w:r>
      <w:r w:rsidRPr="000767E2">
        <w:rPr>
          <w:lang w:val="sv-SE"/>
        </w:rPr>
        <w:t xml:space="preserve"> Euboulos och Pudens och Linus och Claudia och alla syskonen.{{field-off:bible}} [[@</w:t>
      </w:r>
      <w:r w:rsidR="0096445B" w:rsidRPr="000767E2">
        <w:rPr>
          <w:lang w:val="sv-SE"/>
        </w:rPr>
        <w:t>BibleBIBEL82</w:t>
      </w:r>
      <w:r w:rsidRPr="000767E2">
        <w:rPr>
          <w:lang w:val="sv-SE"/>
        </w:rPr>
        <w:t>:2Tim 4:22]]</w:t>
      </w:r>
      <w:r w:rsidRPr="000767E2">
        <w:rPr>
          <w:vertAlign w:val="superscript"/>
          <w:lang w:val="sv-SE"/>
        </w:rPr>
        <w:t>22</w:t>
      </w:r>
      <w:r w:rsidRPr="000767E2">
        <w:rPr>
          <w:lang w:val="sv-SE"/>
        </w:rPr>
        <w:t xml:space="preserve"> {{field-on:bible}}Herren </w:t>
      </w:r>
      <w:r w:rsidRPr="000767E2">
        <w:rPr>
          <w:i/>
          <w:lang w:val="sv-SE"/>
        </w:rPr>
        <w:t>vare</w:t>
      </w:r>
      <w:r w:rsidRPr="000767E2">
        <w:rPr>
          <w:lang w:val="sv-SE"/>
        </w:rPr>
        <w:t xml:space="preserve"> med din ande. Nåden </w:t>
      </w:r>
      <w:r w:rsidRPr="000767E2">
        <w:rPr>
          <w:i/>
          <w:lang w:val="sv-SE"/>
        </w:rPr>
        <w:t>vare</w:t>
      </w:r>
      <w:r w:rsidRPr="000767E2">
        <w:rPr>
          <w:lang w:val="sv-SE"/>
        </w:rPr>
        <w:t xml:space="preserve"> med er.{{field-off:bible}}</w:t>
      </w:r>
    </w:p>
    <w:p w14:paraId="37288113" w14:textId="3293179B"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:Titus]]Till Titus</w:t>
      </w:r>
    </w:p>
    <w:p w14:paraId="27EC8926" w14:textId="46FD093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:Titus 1]]Kapitel 1</w:t>
      </w:r>
    </w:p>
    <w:p w14:paraId="38564914" w14:textId="77777777" w:rsidR="00BA33AB" w:rsidRPr="000767E2" w:rsidRDefault="00000000">
      <w:pPr>
        <w:pStyle w:val="Rubrik3"/>
        <w:rPr>
          <w:lang w:val="sv-SE"/>
        </w:rPr>
      </w:pPr>
      <w:r w:rsidRPr="000767E2">
        <w:rPr>
          <w:lang w:val="sv-SE"/>
        </w:rPr>
        <w:t>Hälsning</w:t>
      </w:r>
    </w:p>
    <w:p w14:paraId="613E48AC" w14:textId="35B8CDC4" w:rsidR="00BA33AB" w:rsidRPr="000767E2" w:rsidRDefault="00000000">
      <w:pPr>
        <w:rPr>
          <w:lang w:val="sv-SE"/>
        </w:rPr>
      </w:pPr>
      <w:r w:rsidRPr="000767E2">
        <w:rPr>
          <w:lang w:val="sv-SE"/>
        </w:rPr>
        <w:t>[[@</w:t>
      </w:r>
      <w:r w:rsidR="0096445B" w:rsidRPr="000767E2">
        <w:rPr>
          <w:lang w:val="sv-SE"/>
        </w:rPr>
        <w:t>BibleBIBEL82</w:t>
      </w:r>
      <w:r w:rsidRPr="000767E2">
        <w:rPr>
          <w:lang w:val="sv-SE"/>
        </w:rPr>
        <w:t>:Titus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Guds fasttjänare och Jesu Kristi apostel, för Guds utvaldas tro och insikt om sanning </w:t>
      </w:r>
      <w:r w:rsidRPr="000767E2">
        <w:rPr>
          <w:i/>
          <w:lang w:val="sv-SE"/>
        </w:rPr>
        <w:t>som hör</w:t>
      </w:r>
      <w:r w:rsidRPr="000767E2">
        <w:rPr>
          <w:lang w:val="sv-SE"/>
        </w:rPr>
        <w:t xml:space="preserve"> till fromhet,{{field-off:bible}} [[@</w:t>
      </w:r>
      <w:r w:rsidR="0096445B" w:rsidRPr="000767E2">
        <w:rPr>
          <w:lang w:val="sv-SE"/>
        </w:rPr>
        <w:t>BibleBIBEL82</w:t>
      </w:r>
      <w:r w:rsidRPr="000767E2">
        <w:rPr>
          <w:lang w:val="sv-SE"/>
        </w:rPr>
        <w:t>:Titus 1:2]]</w:t>
      </w:r>
      <w:r w:rsidRPr="000767E2">
        <w:rPr>
          <w:vertAlign w:val="superscript"/>
          <w:lang w:val="sv-SE"/>
        </w:rPr>
        <w:t>2</w:t>
      </w:r>
      <w:r w:rsidRPr="000767E2">
        <w:rPr>
          <w:lang w:val="sv-SE"/>
        </w:rPr>
        <w:t xml:space="preserve"> {{field-on:bible}}i hopp om eoniskt liv som den lögnfrie Guden har utlovat före eoniska tider.{{field-off:bible}} [[@</w:t>
      </w:r>
      <w:r w:rsidR="0096445B" w:rsidRPr="000767E2">
        <w:rPr>
          <w:lang w:val="sv-SE"/>
        </w:rPr>
        <w:t>BibleBIBEL82</w:t>
      </w:r>
      <w:r w:rsidRPr="000767E2">
        <w:rPr>
          <w:lang w:val="sv-SE"/>
        </w:rPr>
        <w:t>:Titus 1:3]]</w:t>
      </w:r>
      <w:r w:rsidRPr="000767E2">
        <w:rPr>
          <w:vertAlign w:val="superscript"/>
          <w:lang w:val="sv-SE"/>
        </w:rPr>
        <w:t>3</w:t>
      </w:r>
      <w:r w:rsidRPr="000767E2">
        <w:rPr>
          <w:lang w:val="sv-SE"/>
        </w:rPr>
        <w:t xml:space="preserve"> {{field-on:bible}}Och han har i egna tider visat fram sitt ord genom förkunnelse som jag anförtrotts enligt order från vår Frälsare Gud.{{field-off:bible}}</w:t>
      </w:r>
    </w:p>
    <w:p w14:paraId="2D76E878" w14:textId="4F867392" w:rsidR="00BA33AB" w:rsidRPr="000767E2" w:rsidRDefault="00000000">
      <w:pPr>
        <w:rPr>
          <w:lang w:val="sv-SE"/>
        </w:rPr>
      </w:pPr>
      <w:r w:rsidRPr="000767E2">
        <w:rPr>
          <w:lang w:val="sv-SE"/>
        </w:rPr>
        <w:t>[[@</w:t>
      </w:r>
      <w:r w:rsidR="0096445B" w:rsidRPr="000767E2">
        <w:rPr>
          <w:lang w:val="sv-SE"/>
        </w:rPr>
        <w:t>BibleBIBEL82</w:t>
      </w:r>
      <w:r w:rsidRPr="000767E2">
        <w:rPr>
          <w:lang w:val="sv-SE"/>
        </w:rPr>
        <w:t>:Titus 1:4]]</w:t>
      </w:r>
      <w:r w:rsidRPr="000767E2">
        <w:rPr>
          <w:vertAlign w:val="superscript"/>
          <w:lang w:val="sv-SE"/>
        </w:rPr>
        <w:t>4</w:t>
      </w:r>
      <w:r w:rsidRPr="000767E2">
        <w:rPr>
          <w:lang w:val="sv-SE"/>
        </w:rPr>
        <w:t xml:space="preserve"> {{field-on:bible}}Till Titus, äkta barn i gemensam tro: Nåd och frid från Gud Fader och Kristus Jesus, vår Frälsare.{{field-off:bible}}</w:t>
      </w:r>
    </w:p>
    <w:p w14:paraId="45C11258" w14:textId="77777777" w:rsidR="00BA33AB" w:rsidRPr="000767E2" w:rsidRDefault="00000000">
      <w:pPr>
        <w:pStyle w:val="Rubrik3"/>
        <w:rPr>
          <w:lang w:val="sv-SE"/>
        </w:rPr>
      </w:pPr>
      <w:r w:rsidRPr="000767E2">
        <w:rPr>
          <w:lang w:val="sv-SE"/>
        </w:rPr>
        <w:t>Äldstes egenskaper</w:t>
      </w:r>
    </w:p>
    <w:p w14:paraId="1AE99024" w14:textId="4FFA39DC" w:rsidR="00BA33AB" w:rsidRPr="000767E2" w:rsidRDefault="00000000">
      <w:pPr>
        <w:rPr>
          <w:lang w:val="sv-SE"/>
        </w:rPr>
      </w:pPr>
      <w:r w:rsidRPr="000767E2">
        <w:rPr>
          <w:lang w:val="sv-SE"/>
        </w:rPr>
        <w:t>[[@</w:t>
      </w:r>
      <w:r w:rsidR="0096445B" w:rsidRPr="000767E2">
        <w:rPr>
          <w:lang w:val="sv-SE"/>
        </w:rPr>
        <w:t>BibleBIBEL82</w:t>
      </w:r>
      <w:r w:rsidRPr="000767E2">
        <w:rPr>
          <w:lang w:val="sv-SE"/>
        </w:rPr>
        <w:t>:Titus 1:5]]</w:t>
      </w:r>
      <w:r w:rsidRPr="000767E2">
        <w:rPr>
          <w:vertAlign w:val="superscript"/>
          <w:lang w:val="sv-SE"/>
        </w:rPr>
        <w:t>5</w:t>
      </w:r>
      <w:r w:rsidRPr="000767E2">
        <w:rPr>
          <w:lang w:val="sv-SE"/>
        </w:rPr>
        <w:t xml:space="preserve"> {{field-on:bible}}För detta lämnade jag dig kvar på Kreta, för att räta ut det som återstod och insätta äldste i </w:t>
      </w:r>
      <w:r w:rsidRPr="000767E2">
        <w:rPr>
          <w:i/>
          <w:lang w:val="sv-SE"/>
        </w:rPr>
        <w:t>varje</w:t>
      </w:r>
      <w:r w:rsidRPr="000767E2">
        <w:rPr>
          <w:lang w:val="sv-SE"/>
        </w:rPr>
        <w:t xml:space="preserve"> stad, såsom jag för dig förordnat:{{field-off:bible}} [[@</w:t>
      </w:r>
      <w:r w:rsidR="0096445B" w:rsidRPr="000767E2">
        <w:rPr>
          <w:lang w:val="sv-SE"/>
        </w:rPr>
        <w:t>BibleBIBEL82</w:t>
      </w:r>
      <w:r w:rsidRPr="000767E2">
        <w:rPr>
          <w:lang w:val="sv-SE"/>
        </w:rPr>
        <w:t>:Titus 1:6]]</w:t>
      </w:r>
      <w:r w:rsidRPr="000767E2">
        <w:rPr>
          <w:vertAlign w:val="superscript"/>
          <w:lang w:val="sv-SE"/>
        </w:rPr>
        <w:t>6</w:t>
      </w:r>
      <w:r w:rsidRPr="000767E2">
        <w:rPr>
          <w:lang w:val="sv-SE"/>
        </w:rPr>
        <w:t xml:space="preserve"> {{field-on:bible}}om någon är oförvitlig, en </w:t>
      </w:r>
      <w:r w:rsidRPr="000767E2">
        <w:rPr>
          <w:i/>
          <w:lang w:val="sv-SE"/>
        </w:rPr>
        <w:t>enda</w:t>
      </w:r>
      <w:r w:rsidRPr="000767E2">
        <w:rPr>
          <w:lang w:val="sv-SE"/>
        </w:rPr>
        <w:t xml:space="preserve"> kvinnas man och har barn </w:t>
      </w:r>
      <w:r w:rsidRPr="000767E2">
        <w:rPr>
          <w:i/>
          <w:lang w:val="sv-SE"/>
        </w:rPr>
        <w:t>som är</w:t>
      </w:r>
      <w:r w:rsidRPr="000767E2">
        <w:rPr>
          <w:lang w:val="sv-SE"/>
        </w:rPr>
        <w:t xml:space="preserve"> trogna </w:t>
      </w:r>
      <w:r w:rsidRPr="000767E2">
        <w:rPr>
          <w:i/>
          <w:lang w:val="sv-SE"/>
        </w:rPr>
        <w:t>och</w:t>
      </w:r>
      <w:r w:rsidRPr="000767E2">
        <w:rPr>
          <w:lang w:val="sv-SE"/>
        </w:rPr>
        <w:t xml:space="preserve"> inte under anklagelse för omåttlighet eller </w:t>
      </w:r>
      <w:r w:rsidRPr="000767E2">
        <w:rPr>
          <w:i/>
          <w:lang w:val="sv-SE"/>
        </w:rPr>
        <w:t>är</w:t>
      </w:r>
      <w:r w:rsidRPr="000767E2">
        <w:rPr>
          <w:lang w:val="sv-SE"/>
        </w:rPr>
        <w:t xml:space="preserve"> ounderordnade.{{field-off:bible}}</w:t>
      </w:r>
    </w:p>
    <w:p w14:paraId="0D4B6436" w14:textId="2E993C73" w:rsidR="00BA33AB" w:rsidRPr="000767E2" w:rsidRDefault="00000000">
      <w:pPr>
        <w:rPr>
          <w:lang w:val="sv-SE"/>
        </w:rPr>
      </w:pPr>
      <w:r w:rsidRPr="000767E2">
        <w:rPr>
          <w:lang w:val="sv-SE"/>
        </w:rPr>
        <w:t>[[@</w:t>
      </w:r>
      <w:r w:rsidR="0096445B" w:rsidRPr="000767E2">
        <w:rPr>
          <w:lang w:val="sv-SE"/>
        </w:rPr>
        <w:t>BibleBIBEL82</w:t>
      </w:r>
      <w:r w:rsidRPr="000767E2">
        <w:rPr>
          <w:lang w:val="sv-SE"/>
        </w:rPr>
        <w:t>:Titus 1:7]]</w:t>
      </w:r>
      <w:r w:rsidRPr="000767E2">
        <w:rPr>
          <w:vertAlign w:val="superscript"/>
          <w:lang w:val="sv-SE"/>
        </w:rPr>
        <w:t>7</w:t>
      </w:r>
      <w:r w:rsidRPr="000767E2">
        <w:rPr>
          <w:lang w:val="sv-SE"/>
        </w:rPr>
        <w:t xml:space="preserve"> {{field-on:bible}}För tillsyningsmannen måste vara oförvitlig som Guds förvaltare: inte arrogant, inte argsint, inte vinlysten, inte våldsverkare, inte vinningslysten{{field-off:bible}} [[@</w:t>
      </w:r>
      <w:r w:rsidR="0096445B" w:rsidRPr="000767E2">
        <w:rPr>
          <w:lang w:val="sv-SE"/>
        </w:rPr>
        <w:t>BibleBIBEL82</w:t>
      </w:r>
      <w:r w:rsidRPr="000767E2">
        <w:rPr>
          <w:lang w:val="sv-SE"/>
        </w:rPr>
        <w:t>:Titus 1:8]]</w:t>
      </w:r>
      <w:r w:rsidRPr="000767E2">
        <w:rPr>
          <w:vertAlign w:val="superscript"/>
          <w:lang w:val="sv-SE"/>
        </w:rPr>
        <w:t>8</w:t>
      </w:r>
      <w:r w:rsidRPr="000767E2">
        <w:rPr>
          <w:lang w:val="sv-SE"/>
        </w:rPr>
        <w:t xml:space="preserve"> {{field-on:bible}}utan </w:t>
      </w:r>
      <w:r w:rsidRPr="000767E2">
        <w:rPr>
          <w:lang w:val="sv-SE"/>
        </w:rPr>
        <w:lastRenderedPageBreak/>
        <w:t>gästvänlig, godhetsälskande, sansad, rättfärdig, gudlig, självbehärskad{{field-off:bible}} [[@</w:t>
      </w:r>
      <w:r w:rsidR="0096445B" w:rsidRPr="000767E2">
        <w:rPr>
          <w:lang w:val="sv-SE"/>
        </w:rPr>
        <w:t>BibleBIBEL82</w:t>
      </w:r>
      <w:r w:rsidRPr="000767E2">
        <w:rPr>
          <w:lang w:val="sv-SE"/>
        </w:rPr>
        <w:t>:Titus 1:9]]</w:t>
      </w:r>
      <w:r w:rsidRPr="000767E2">
        <w:rPr>
          <w:vertAlign w:val="superscript"/>
          <w:lang w:val="sv-SE"/>
        </w:rPr>
        <w:t>9</w:t>
      </w:r>
      <w:r w:rsidRPr="000767E2">
        <w:rPr>
          <w:lang w:val="sv-SE"/>
        </w:rPr>
        <w:t xml:space="preserve"> {{field-on:bible}}och hålla tag i det trofasta ordet enligt undervisningen, så att han är mäktig att både uppmuntra med den sunda läran och tillrättavisa dem som säger emot.{{field-off:bible}}</w:t>
      </w:r>
    </w:p>
    <w:p w14:paraId="205028C3" w14:textId="2C267B48" w:rsidR="00BA33AB" w:rsidRPr="000767E2" w:rsidRDefault="00000000">
      <w:pPr>
        <w:rPr>
          <w:lang w:val="sv-SE"/>
        </w:rPr>
      </w:pPr>
      <w:r w:rsidRPr="000767E2">
        <w:rPr>
          <w:lang w:val="sv-SE"/>
        </w:rPr>
        <w:t>[[@</w:t>
      </w:r>
      <w:r w:rsidR="0096445B" w:rsidRPr="000767E2">
        <w:rPr>
          <w:lang w:val="sv-SE"/>
        </w:rPr>
        <w:t>BibleBIBEL82</w:t>
      </w:r>
      <w:r w:rsidRPr="000767E2">
        <w:rPr>
          <w:lang w:val="sv-SE"/>
        </w:rPr>
        <w:t>:Titus 1:10]]</w:t>
      </w:r>
      <w:r w:rsidRPr="000767E2">
        <w:rPr>
          <w:vertAlign w:val="superscript"/>
          <w:lang w:val="sv-SE"/>
        </w:rPr>
        <w:t>10</w:t>
      </w:r>
      <w:r w:rsidRPr="000767E2">
        <w:rPr>
          <w:lang w:val="sv-SE"/>
        </w:rPr>
        <w:t xml:space="preserve"> {{field-on:bible}}För det finns många </w:t>
      </w:r>
      <w:r w:rsidRPr="000767E2">
        <w:rPr>
          <w:i/>
          <w:lang w:val="sv-SE"/>
        </w:rPr>
        <w:t>som</w:t>
      </w:r>
      <w:r w:rsidRPr="000767E2">
        <w:rPr>
          <w:lang w:val="sv-SE"/>
        </w:rPr>
        <w:t xml:space="preserve"> [också] </w:t>
      </w:r>
      <w:r w:rsidRPr="000767E2">
        <w:rPr>
          <w:i/>
          <w:lang w:val="sv-SE"/>
        </w:rPr>
        <w:t>är</w:t>
      </w:r>
      <w:r w:rsidRPr="000767E2">
        <w:rPr>
          <w:lang w:val="sv-SE"/>
        </w:rPr>
        <w:t xml:space="preserve"> ounderordnade, struntpratare och duperare, särskilt de av omskärelsen.{{field-off:bible}} [[@</w:t>
      </w:r>
      <w:r w:rsidR="0096445B" w:rsidRPr="000767E2">
        <w:rPr>
          <w:lang w:val="sv-SE"/>
        </w:rPr>
        <w:t>BibleBIBEL82</w:t>
      </w:r>
      <w:r w:rsidRPr="000767E2">
        <w:rPr>
          <w:lang w:val="sv-SE"/>
        </w:rPr>
        <w:t>:Titus 1:11]]</w:t>
      </w:r>
      <w:r w:rsidRPr="000767E2">
        <w:rPr>
          <w:vertAlign w:val="superscript"/>
          <w:lang w:val="sv-SE"/>
        </w:rPr>
        <w:t>11</w:t>
      </w:r>
      <w:r w:rsidRPr="000767E2">
        <w:rPr>
          <w:lang w:val="sv-SE"/>
        </w:rPr>
        <w:t xml:space="preserve"> {{field-on:bible}}Dem måste </w:t>
      </w:r>
      <w:r w:rsidRPr="000767E2">
        <w:rPr>
          <w:i/>
          <w:lang w:val="sv-SE"/>
        </w:rPr>
        <w:t>man</w:t>
      </w:r>
      <w:r w:rsidRPr="000767E2">
        <w:rPr>
          <w:lang w:val="sv-SE"/>
        </w:rPr>
        <w:t xml:space="preserve"> tysta munnen på. Hela hus vänder de upp och ner på när de undervisar det </w:t>
      </w:r>
      <w:r w:rsidRPr="000767E2">
        <w:rPr>
          <w:i/>
          <w:lang w:val="sv-SE"/>
        </w:rPr>
        <w:t>man</w:t>
      </w:r>
      <w:r w:rsidRPr="000767E2">
        <w:rPr>
          <w:lang w:val="sv-SE"/>
        </w:rPr>
        <w:t xml:space="preserve"> inte bör, för skamlig vinning.{{field-off:bible}}</w:t>
      </w:r>
    </w:p>
    <w:p w14:paraId="3E387CB5" w14:textId="47AAAF84" w:rsidR="00BA33AB" w:rsidRPr="000767E2" w:rsidRDefault="00000000">
      <w:pPr>
        <w:rPr>
          <w:lang w:val="sv-SE"/>
        </w:rPr>
      </w:pPr>
      <w:r w:rsidRPr="000767E2">
        <w:rPr>
          <w:lang w:val="sv-SE"/>
        </w:rPr>
        <w:t>[[@</w:t>
      </w:r>
      <w:r w:rsidR="0096445B" w:rsidRPr="000767E2">
        <w:rPr>
          <w:lang w:val="sv-SE"/>
        </w:rPr>
        <w:t>BibleBIBEL82</w:t>
      </w:r>
      <w:r w:rsidRPr="000767E2">
        <w:rPr>
          <w:lang w:val="sv-SE"/>
        </w:rPr>
        <w:t>:Titus 1:12]]</w:t>
      </w:r>
      <w:r w:rsidRPr="000767E2">
        <w:rPr>
          <w:vertAlign w:val="superscript"/>
          <w:lang w:val="sv-SE"/>
        </w:rPr>
        <w:t>12</w:t>
      </w:r>
      <w:r w:rsidRPr="000767E2">
        <w:rPr>
          <w:lang w:val="sv-SE"/>
        </w:rPr>
        <w:t xml:space="preserve"> {{field-on:bible}}En av dem har sagt, deras egen profet: ”Kretensare </w:t>
      </w:r>
      <w:r w:rsidRPr="000767E2">
        <w:rPr>
          <w:i/>
          <w:lang w:val="sv-SE"/>
        </w:rPr>
        <w:t>är</w:t>
      </w:r>
      <w:r w:rsidRPr="000767E2">
        <w:rPr>
          <w:lang w:val="sv-SE"/>
        </w:rPr>
        <w:t xml:space="preserve"> ständigt lögnare, onda vilddjur, overksamma magar.”{{field-off:bible}} [[@</w:t>
      </w:r>
      <w:r w:rsidR="0096445B" w:rsidRPr="000767E2">
        <w:rPr>
          <w:lang w:val="sv-SE"/>
        </w:rPr>
        <w:t>BibleBIBEL82</w:t>
      </w:r>
      <w:r w:rsidRPr="000767E2">
        <w:rPr>
          <w:lang w:val="sv-SE"/>
        </w:rPr>
        <w:t>:Titus 1:13]]</w:t>
      </w:r>
      <w:r w:rsidRPr="000767E2">
        <w:rPr>
          <w:vertAlign w:val="superscript"/>
          <w:lang w:val="sv-SE"/>
        </w:rPr>
        <w:t>13</w:t>
      </w:r>
      <w:r w:rsidRPr="000767E2">
        <w:rPr>
          <w:lang w:val="sv-SE"/>
        </w:rPr>
        <w:t xml:space="preserve"> {{field-on:bible}}Detta vittnesbörd är sant. Av den orsaken ska du tillrättavisa dem strängt, så att de blir sunda i tron{{field-off:bible}} [[@</w:t>
      </w:r>
      <w:r w:rsidR="0096445B" w:rsidRPr="000767E2">
        <w:rPr>
          <w:lang w:val="sv-SE"/>
        </w:rPr>
        <w:t>BibleBIBEL82</w:t>
      </w:r>
      <w:r w:rsidRPr="000767E2">
        <w:rPr>
          <w:lang w:val="sv-SE"/>
        </w:rPr>
        <w:t>:Titus 1:14]]</w:t>
      </w:r>
      <w:r w:rsidRPr="000767E2">
        <w:rPr>
          <w:vertAlign w:val="superscript"/>
          <w:lang w:val="sv-SE"/>
        </w:rPr>
        <w:t>14</w:t>
      </w:r>
      <w:r w:rsidRPr="000767E2">
        <w:rPr>
          <w:lang w:val="sv-SE"/>
        </w:rPr>
        <w:t xml:space="preserve"> {{field-on:bible}}och inte aktar på judaiska myter och bud från människor som vänder sig bort från sanningen.{{field-off:bible}} [[@</w:t>
      </w:r>
      <w:r w:rsidR="0096445B" w:rsidRPr="000767E2">
        <w:rPr>
          <w:lang w:val="sv-SE"/>
        </w:rPr>
        <w:t>BibleBIBEL82</w:t>
      </w:r>
      <w:r w:rsidRPr="000767E2">
        <w:rPr>
          <w:lang w:val="sv-SE"/>
        </w:rPr>
        <w:t>:Titus 1:15]]</w:t>
      </w:r>
      <w:r w:rsidRPr="000767E2">
        <w:rPr>
          <w:vertAlign w:val="superscript"/>
          <w:lang w:val="sv-SE"/>
        </w:rPr>
        <w:t>15</w:t>
      </w:r>
      <w:r w:rsidRPr="000767E2">
        <w:rPr>
          <w:lang w:val="sv-SE"/>
        </w:rPr>
        <w:t xml:space="preserve"> {{field-on:bible}}Allt </w:t>
      </w:r>
      <w:r w:rsidRPr="000767E2">
        <w:rPr>
          <w:i/>
          <w:lang w:val="sv-SE"/>
        </w:rPr>
        <w:t>är</w:t>
      </w:r>
      <w:r w:rsidRPr="000767E2">
        <w:rPr>
          <w:lang w:val="sv-SE"/>
        </w:rPr>
        <w:t xml:space="preserve"> rent för de rena, men för de befläckade och otroende </w:t>
      </w:r>
      <w:r w:rsidRPr="000767E2">
        <w:rPr>
          <w:i/>
          <w:lang w:val="sv-SE"/>
        </w:rPr>
        <w:t>är</w:t>
      </w:r>
      <w:r w:rsidRPr="000767E2">
        <w:rPr>
          <w:lang w:val="sv-SE"/>
        </w:rPr>
        <w:t xml:space="preserve"> inget rent, utan hos dem har både sinnet och samvetet befläckats.{{field-off:bible}} [[@</w:t>
      </w:r>
      <w:r w:rsidR="0096445B" w:rsidRPr="000767E2">
        <w:rPr>
          <w:lang w:val="sv-SE"/>
        </w:rPr>
        <w:t>BibleBIBEL82</w:t>
      </w:r>
      <w:r w:rsidRPr="000767E2">
        <w:rPr>
          <w:lang w:val="sv-SE"/>
        </w:rPr>
        <w:t>:Titus 1:16]]</w:t>
      </w:r>
      <w:r w:rsidRPr="000767E2">
        <w:rPr>
          <w:vertAlign w:val="superscript"/>
          <w:lang w:val="sv-SE"/>
        </w:rPr>
        <w:t>16</w:t>
      </w:r>
      <w:r w:rsidRPr="000767E2">
        <w:rPr>
          <w:lang w:val="sv-SE"/>
        </w:rPr>
        <w:t xml:space="preserve"> {{field-on:bible}}De bekänner </w:t>
      </w:r>
      <w:r w:rsidRPr="000767E2">
        <w:rPr>
          <w:i/>
          <w:lang w:val="sv-SE"/>
        </w:rPr>
        <w:t>sig</w:t>
      </w:r>
      <w:r w:rsidRPr="000767E2">
        <w:rPr>
          <w:lang w:val="sv-SE"/>
        </w:rPr>
        <w:t xml:space="preserve"> känna Gud, men med gärningarna förnekar de, och är skändliga och ohörsamma och för varje god gärning odugliga.{{field-off:bible}}</w:t>
      </w:r>
    </w:p>
    <w:p w14:paraId="18150A9E" w14:textId="26A3A71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:Titus 2]]Kapitel 2</w:t>
      </w:r>
    </w:p>
    <w:p w14:paraId="7A450139" w14:textId="77777777" w:rsidR="00BA33AB" w:rsidRPr="000767E2" w:rsidRDefault="00000000">
      <w:pPr>
        <w:pStyle w:val="Rubrik3"/>
        <w:rPr>
          <w:lang w:val="sv-SE"/>
        </w:rPr>
      </w:pPr>
      <w:r w:rsidRPr="000767E2">
        <w:rPr>
          <w:lang w:val="sv-SE"/>
        </w:rPr>
        <w:t>Sund lära för olika grupper</w:t>
      </w:r>
    </w:p>
    <w:p w14:paraId="444CDFE4" w14:textId="7914CE86" w:rsidR="00BA33AB" w:rsidRPr="000767E2" w:rsidRDefault="00000000">
      <w:pPr>
        <w:rPr>
          <w:lang w:val="sv-SE"/>
        </w:rPr>
      </w:pPr>
      <w:r w:rsidRPr="000767E2">
        <w:rPr>
          <w:lang w:val="sv-SE"/>
        </w:rPr>
        <w:t>[[@</w:t>
      </w:r>
      <w:r w:rsidR="0096445B" w:rsidRPr="000767E2">
        <w:rPr>
          <w:lang w:val="sv-SE"/>
        </w:rPr>
        <w:t>BibleBIBEL82</w:t>
      </w:r>
      <w:r w:rsidRPr="000767E2">
        <w:rPr>
          <w:lang w:val="sv-SE"/>
        </w:rPr>
        <w:t>:Titus 2:1]]</w:t>
      </w:r>
      <w:r w:rsidRPr="000767E2">
        <w:rPr>
          <w:vertAlign w:val="superscript"/>
          <w:lang w:val="sv-SE"/>
        </w:rPr>
        <w:t>1</w:t>
      </w:r>
      <w:r w:rsidRPr="000767E2">
        <w:rPr>
          <w:lang w:val="sv-SE"/>
        </w:rPr>
        <w:t xml:space="preserve"> {{field-on:bible}}Men du ska tala det som anstår den sunda läran.{{field-off:bible}} [[@</w:t>
      </w:r>
      <w:r w:rsidR="0096445B" w:rsidRPr="000767E2">
        <w:rPr>
          <w:lang w:val="sv-SE"/>
        </w:rPr>
        <w:t>BibleBIBEL82</w:t>
      </w:r>
      <w:r w:rsidRPr="000767E2">
        <w:rPr>
          <w:lang w:val="sv-SE"/>
        </w:rPr>
        <w:t>:Titus 2:2]]</w:t>
      </w:r>
      <w:r w:rsidRPr="000767E2">
        <w:rPr>
          <w:vertAlign w:val="superscript"/>
          <w:lang w:val="sv-SE"/>
        </w:rPr>
        <w:t>2</w:t>
      </w:r>
      <w:r w:rsidRPr="000767E2">
        <w:rPr>
          <w:lang w:val="sv-SE"/>
        </w:rPr>
        <w:t xml:space="preserve"> {{field-on:bible}}Gamla män </w:t>
      </w:r>
      <w:r w:rsidRPr="000767E2">
        <w:rPr>
          <w:i/>
          <w:lang w:val="sv-SE"/>
        </w:rPr>
        <w:t>ska</w:t>
      </w:r>
      <w:r w:rsidRPr="000767E2">
        <w:rPr>
          <w:lang w:val="sv-SE"/>
        </w:rPr>
        <w:t xml:space="preserve"> vara nyktra, seriösa, sansade: sunda i tron, kärleken, tålamodet.{{field-off:bible}} [[@</w:t>
      </w:r>
      <w:r w:rsidR="0096445B" w:rsidRPr="000767E2">
        <w:rPr>
          <w:lang w:val="sv-SE"/>
        </w:rPr>
        <w:t>BibleBIBEL82</w:t>
      </w:r>
      <w:r w:rsidRPr="000767E2">
        <w:rPr>
          <w:lang w:val="sv-SE"/>
        </w:rPr>
        <w:t>:Titus 2:3]]</w:t>
      </w:r>
      <w:r w:rsidRPr="000767E2">
        <w:rPr>
          <w:vertAlign w:val="superscript"/>
          <w:lang w:val="sv-SE"/>
        </w:rPr>
        <w:t>3</w:t>
      </w:r>
      <w:r w:rsidRPr="000767E2">
        <w:rPr>
          <w:lang w:val="sv-SE"/>
        </w:rPr>
        <w:t xml:space="preserve"> {{field-on:bible}}Gamla kvinnor på samma sätt, med ett skick som anstår det sakrala: inte baktalare, inte förslavade under mycket vin, godhetslärare{{field-off:bible}} [[@</w:t>
      </w:r>
      <w:r w:rsidR="0096445B" w:rsidRPr="000767E2">
        <w:rPr>
          <w:lang w:val="sv-SE"/>
        </w:rPr>
        <w:t>BibleBIBEL82</w:t>
      </w:r>
      <w:r w:rsidRPr="000767E2">
        <w:rPr>
          <w:lang w:val="sv-SE"/>
        </w:rPr>
        <w:t>:Titus 2:4]]</w:t>
      </w:r>
      <w:r w:rsidRPr="000767E2">
        <w:rPr>
          <w:vertAlign w:val="superscript"/>
          <w:lang w:val="sv-SE"/>
        </w:rPr>
        <w:t>4</w:t>
      </w:r>
      <w:r w:rsidRPr="000767E2">
        <w:rPr>
          <w:lang w:val="sv-SE"/>
        </w:rPr>
        <w:t xml:space="preserve"> {{field-on:bible}}så att de sansar de yngre </w:t>
      </w:r>
      <w:r w:rsidRPr="000767E2">
        <w:rPr>
          <w:i/>
          <w:lang w:val="sv-SE"/>
        </w:rPr>
        <w:t>kvinnorna</w:t>
      </w:r>
      <w:r w:rsidRPr="000767E2">
        <w:rPr>
          <w:lang w:val="sv-SE"/>
        </w:rPr>
        <w:t xml:space="preserve"> </w:t>
      </w:r>
      <w:r w:rsidRPr="000767E2">
        <w:rPr>
          <w:i/>
          <w:lang w:val="sv-SE"/>
        </w:rPr>
        <w:t>till</w:t>
      </w:r>
      <w:r w:rsidRPr="000767E2">
        <w:rPr>
          <w:lang w:val="sv-SE"/>
        </w:rPr>
        <w:t xml:space="preserve"> att vara mankära, barnkära,{{field-off:bible}} [[@</w:t>
      </w:r>
      <w:r w:rsidR="0096445B" w:rsidRPr="000767E2">
        <w:rPr>
          <w:lang w:val="sv-SE"/>
        </w:rPr>
        <w:t>BibleBIBEL82</w:t>
      </w:r>
      <w:r w:rsidRPr="000767E2">
        <w:rPr>
          <w:lang w:val="sv-SE"/>
        </w:rPr>
        <w:t>:Titus 2:5]]</w:t>
      </w:r>
      <w:r w:rsidRPr="000767E2">
        <w:rPr>
          <w:vertAlign w:val="superscript"/>
          <w:lang w:val="sv-SE"/>
        </w:rPr>
        <w:t>5</w:t>
      </w:r>
      <w:r w:rsidRPr="000767E2">
        <w:rPr>
          <w:lang w:val="sv-SE"/>
        </w:rPr>
        <w:t xml:space="preserve"> {{field-on:bible}}sansade, rena, hemmaarbetande, goda och underordna sig </w:t>
      </w:r>
      <w:r w:rsidRPr="000767E2">
        <w:rPr>
          <w:i/>
          <w:lang w:val="sv-SE"/>
        </w:rPr>
        <w:t>sina</w:t>
      </w:r>
      <w:r w:rsidRPr="000767E2">
        <w:rPr>
          <w:lang w:val="sv-SE"/>
        </w:rPr>
        <w:t xml:space="preserve"> egna män, så att inte Guds ord blir smädat.{{field-off:bible}}</w:t>
      </w:r>
    </w:p>
    <w:p w14:paraId="54361527" w14:textId="3249A285" w:rsidR="00BA33AB" w:rsidRPr="000767E2" w:rsidRDefault="00000000">
      <w:pPr>
        <w:rPr>
          <w:lang w:val="sv-SE"/>
        </w:rPr>
      </w:pPr>
      <w:r w:rsidRPr="000767E2">
        <w:rPr>
          <w:lang w:val="sv-SE"/>
        </w:rPr>
        <w:t>[[@</w:t>
      </w:r>
      <w:r w:rsidR="0096445B" w:rsidRPr="000767E2">
        <w:rPr>
          <w:lang w:val="sv-SE"/>
        </w:rPr>
        <w:t>BibleBIBEL82</w:t>
      </w:r>
      <w:r w:rsidRPr="000767E2">
        <w:rPr>
          <w:lang w:val="sv-SE"/>
        </w:rPr>
        <w:t>:Titus 2:6]]</w:t>
      </w:r>
      <w:r w:rsidRPr="000767E2">
        <w:rPr>
          <w:vertAlign w:val="superscript"/>
          <w:lang w:val="sv-SE"/>
        </w:rPr>
        <w:t>6</w:t>
      </w:r>
      <w:r w:rsidRPr="000767E2">
        <w:rPr>
          <w:lang w:val="sv-SE"/>
        </w:rPr>
        <w:t xml:space="preserve"> {{field-on:bible}}De yngre </w:t>
      </w:r>
      <w:r w:rsidRPr="000767E2">
        <w:rPr>
          <w:i/>
          <w:lang w:val="sv-SE"/>
        </w:rPr>
        <w:t>männen</w:t>
      </w:r>
      <w:r w:rsidRPr="000767E2">
        <w:rPr>
          <w:lang w:val="sv-SE"/>
        </w:rPr>
        <w:t xml:space="preserve"> på samma sätt: uppmana </w:t>
      </w:r>
      <w:r w:rsidRPr="000767E2">
        <w:rPr>
          <w:i/>
          <w:lang w:val="sv-SE"/>
        </w:rPr>
        <w:t>dem</w:t>
      </w:r>
      <w:r w:rsidRPr="000767E2">
        <w:rPr>
          <w:lang w:val="sv-SE"/>
        </w:rPr>
        <w:t xml:space="preserve"> att vara sansade{{field-off:bible}} [[@</w:t>
      </w:r>
      <w:r w:rsidR="0096445B" w:rsidRPr="000767E2">
        <w:rPr>
          <w:lang w:val="sv-SE"/>
        </w:rPr>
        <w:t>BibleBIBEL82</w:t>
      </w:r>
      <w:r w:rsidRPr="000767E2">
        <w:rPr>
          <w:lang w:val="sv-SE"/>
        </w:rPr>
        <w:t>:Titus 2:7]]</w:t>
      </w:r>
      <w:r w:rsidRPr="000767E2">
        <w:rPr>
          <w:vertAlign w:val="superscript"/>
          <w:lang w:val="sv-SE"/>
        </w:rPr>
        <w:t>7</w:t>
      </w:r>
      <w:r w:rsidRPr="000767E2">
        <w:rPr>
          <w:lang w:val="sv-SE"/>
        </w:rPr>
        <w:t xml:space="preserve"> {{field-on:bible}}i allt, medan du framhåller dig själv </w:t>
      </w:r>
      <w:r w:rsidRPr="000767E2">
        <w:rPr>
          <w:i/>
          <w:lang w:val="sv-SE"/>
        </w:rPr>
        <w:t>som</w:t>
      </w:r>
      <w:r w:rsidRPr="000767E2">
        <w:rPr>
          <w:lang w:val="sv-SE"/>
        </w:rPr>
        <w:t xml:space="preserve"> en förebild i goda gärningar, </w:t>
      </w:r>
      <w:r w:rsidRPr="000767E2">
        <w:rPr>
          <w:i/>
          <w:lang w:val="sv-SE"/>
        </w:rPr>
        <w:t>och</w:t>
      </w:r>
      <w:r w:rsidRPr="000767E2">
        <w:rPr>
          <w:lang w:val="sv-SE"/>
        </w:rPr>
        <w:t xml:space="preserve"> i läran ofördärvadhet, allvar,{{field-off:bible}} [[@</w:t>
      </w:r>
      <w:r w:rsidR="0096445B" w:rsidRPr="000767E2">
        <w:rPr>
          <w:lang w:val="sv-SE"/>
        </w:rPr>
        <w:t>BibleBIBEL82</w:t>
      </w:r>
      <w:r w:rsidRPr="000767E2">
        <w:rPr>
          <w:lang w:val="sv-SE"/>
        </w:rPr>
        <w:t>:Titus 2:8]]</w:t>
      </w:r>
      <w:r w:rsidRPr="000767E2">
        <w:rPr>
          <w:vertAlign w:val="superscript"/>
          <w:lang w:val="sv-SE"/>
        </w:rPr>
        <w:t>8</w:t>
      </w:r>
      <w:r w:rsidRPr="000767E2">
        <w:rPr>
          <w:lang w:val="sv-SE"/>
        </w:rPr>
        <w:t xml:space="preserve"> {{field-on:bible}}ett sunt obestridligt ord, så att den </w:t>
      </w:r>
      <w:r w:rsidRPr="000767E2">
        <w:rPr>
          <w:i/>
          <w:lang w:val="sv-SE"/>
        </w:rPr>
        <w:t>som är</w:t>
      </w:r>
      <w:r w:rsidRPr="000767E2">
        <w:rPr>
          <w:lang w:val="sv-SE"/>
        </w:rPr>
        <w:t xml:space="preserve"> emot respekterar och inget uselt har att säga om oss.{{field-off:bible}}</w:t>
      </w:r>
    </w:p>
    <w:p w14:paraId="39D66584" w14:textId="032023DC" w:rsidR="00BA33AB" w:rsidRPr="000767E2" w:rsidRDefault="00000000">
      <w:pPr>
        <w:rPr>
          <w:lang w:val="sv-SE"/>
        </w:rPr>
      </w:pPr>
      <w:r w:rsidRPr="000767E2">
        <w:rPr>
          <w:lang w:val="sv-SE"/>
        </w:rPr>
        <w:t>[[@</w:t>
      </w:r>
      <w:r w:rsidR="0096445B" w:rsidRPr="000767E2">
        <w:rPr>
          <w:lang w:val="sv-SE"/>
        </w:rPr>
        <w:t>BibleBIBEL82</w:t>
      </w:r>
      <w:r w:rsidRPr="000767E2">
        <w:rPr>
          <w:lang w:val="sv-SE"/>
        </w:rPr>
        <w:t>:Titus 2:9]]</w:t>
      </w:r>
      <w:r w:rsidRPr="000767E2">
        <w:rPr>
          <w:vertAlign w:val="superscript"/>
          <w:lang w:val="sv-SE"/>
        </w:rPr>
        <w:t>9</w:t>
      </w:r>
      <w:r w:rsidRPr="000767E2">
        <w:rPr>
          <w:lang w:val="sv-SE"/>
        </w:rPr>
        <w:t xml:space="preserve"> {{field-on:bible}}Fasttjänare </w:t>
      </w:r>
      <w:r w:rsidRPr="000767E2">
        <w:rPr>
          <w:i/>
          <w:lang w:val="sv-SE"/>
        </w:rPr>
        <w:t>ska</w:t>
      </w:r>
      <w:r w:rsidRPr="000767E2">
        <w:rPr>
          <w:lang w:val="sv-SE"/>
        </w:rPr>
        <w:t xml:space="preserve"> underordna sig </w:t>
      </w:r>
      <w:r w:rsidRPr="000767E2">
        <w:rPr>
          <w:i/>
          <w:lang w:val="sv-SE"/>
        </w:rPr>
        <w:t>sina</w:t>
      </w:r>
      <w:r w:rsidRPr="000767E2">
        <w:rPr>
          <w:lang w:val="sv-SE"/>
        </w:rPr>
        <w:t xml:space="preserve"> egna härskare i allt, vara välbehagliga, inte säga emot,{{field-off:bible}} [[@</w:t>
      </w:r>
      <w:r w:rsidR="0096445B" w:rsidRPr="000767E2">
        <w:rPr>
          <w:lang w:val="sv-SE"/>
        </w:rPr>
        <w:t>BibleBIBEL82</w:t>
      </w:r>
      <w:r w:rsidRPr="000767E2">
        <w:rPr>
          <w:lang w:val="sv-SE"/>
        </w:rPr>
        <w:t>:Titus 2:10]]</w:t>
      </w:r>
      <w:r w:rsidRPr="000767E2">
        <w:rPr>
          <w:vertAlign w:val="superscript"/>
          <w:lang w:val="sv-SE"/>
        </w:rPr>
        <w:t>10</w:t>
      </w:r>
      <w:r w:rsidRPr="000767E2">
        <w:rPr>
          <w:lang w:val="sv-SE"/>
        </w:rPr>
        <w:t xml:space="preserve"> {{field-on:bible}}inte smussla undan utan uppvisa all god trohet, så att de smyckar vår Frälsare Guds lära i allt.{{field-off:bible}}</w:t>
      </w:r>
    </w:p>
    <w:p w14:paraId="71014574" w14:textId="77777777" w:rsidR="00BA33AB" w:rsidRPr="000767E2" w:rsidRDefault="00000000">
      <w:pPr>
        <w:pStyle w:val="Rubrik3"/>
        <w:rPr>
          <w:lang w:val="sv-SE"/>
        </w:rPr>
      </w:pPr>
      <w:r w:rsidRPr="000767E2">
        <w:rPr>
          <w:lang w:val="sv-SE"/>
        </w:rPr>
        <w:lastRenderedPageBreak/>
        <w:t>Guds nåd har framträtt</w:t>
      </w:r>
    </w:p>
    <w:p w14:paraId="58D25E70" w14:textId="13683E9B" w:rsidR="00BA33AB" w:rsidRPr="000767E2" w:rsidRDefault="00000000">
      <w:pPr>
        <w:rPr>
          <w:lang w:val="sv-SE"/>
        </w:rPr>
      </w:pPr>
      <w:r w:rsidRPr="000767E2">
        <w:rPr>
          <w:lang w:val="sv-SE"/>
        </w:rPr>
        <w:t>[[@</w:t>
      </w:r>
      <w:r w:rsidR="0096445B" w:rsidRPr="000767E2">
        <w:rPr>
          <w:lang w:val="sv-SE"/>
        </w:rPr>
        <w:t>BibleBIBEL82</w:t>
      </w:r>
      <w:r w:rsidRPr="000767E2">
        <w:rPr>
          <w:lang w:val="sv-SE"/>
        </w:rPr>
        <w:t>:Titus 2:11]]</w:t>
      </w:r>
      <w:r w:rsidRPr="000767E2">
        <w:rPr>
          <w:vertAlign w:val="superscript"/>
          <w:lang w:val="sv-SE"/>
        </w:rPr>
        <w:t>11</w:t>
      </w:r>
      <w:r w:rsidRPr="000767E2">
        <w:rPr>
          <w:lang w:val="sv-SE"/>
        </w:rPr>
        <w:t xml:space="preserve"> {{field-on:bible}}För Guds nåd har framträtt, frälsande för alla människor,{{field-off:bible}} [[@</w:t>
      </w:r>
      <w:r w:rsidR="0096445B" w:rsidRPr="000767E2">
        <w:rPr>
          <w:lang w:val="sv-SE"/>
        </w:rPr>
        <w:t>BibleBIBEL82</w:t>
      </w:r>
      <w:r w:rsidRPr="000767E2">
        <w:rPr>
          <w:lang w:val="sv-SE"/>
        </w:rPr>
        <w:t>:Titus 2:12]]</w:t>
      </w:r>
      <w:r w:rsidRPr="000767E2">
        <w:rPr>
          <w:vertAlign w:val="superscript"/>
          <w:lang w:val="sv-SE"/>
        </w:rPr>
        <w:t>12</w:t>
      </w:r>
      <w:r w:rsidRPr="000767E2">
        <w:rPr>
          <w:lang w:val="sv-SE"/>
        </w:rPr>
        <w:t xml:space="preserve"> {{field-on:bible}}fostrande oss att neka ogudaktigheten och de världsliga begären och leva sansat och rättfärdigt och fromt i den nuvarande eonen,{{field-off:bible}} [[@</w:t>
      </w:r>
      <w:r w:rsidR="0096445B" w:rsidRPr="000767E2">
        <w:rPr>
          <w:lang w:val="sv-SE"/>
        </w:rPr>
        <w:t>BibleBIBEL82</w:t>
      </w:r>
      <w:r w:rsidRPr="000767E2">
        <w:rPr>
          <w:lang w:val="sv-SE"/>
        </w:rPr>
        <w:t>:Titus 2:13]]</w:t>
      </w:r>
      <w:r w:rsidRPr="000767E2">
        <w:rPr>
          <w:vertAlign w:val="superscript"/>
          <w:lang w:val="sv-SE"/>
        </w:rPr>
        <w:t>13</w:t>
      </w:r>
      <w:r w:rsidRPr="000767E2">
        <w:rPr>
          <w:lang w:val="sv-SE"/>
        </w:rPr>
        <w:t xml:space="preserve"> {{field-on:bible}}medan vi väntar på det saliga hoppet och härlighetsframträdandet av vår store Gud och Frälsare Jesus Kristus,{{field-off:bible}} [[@</w:t>
      </w:r>
      <w:r w:rsidR="0096445B" w:rsidRPr="000767E2">
        <w:rPr>
          <w:lang w:val="sv-SE"/>
        </w:rPr>
        <w:t>BibleBIBEL82</w:t>
      </w:r>
      <w:r w:rsidRPr="000767E2">
        <w:rPr>
          <w:lang w:val="sv-SE"/>
        </w:rPr>
        <w:t>:Titus 2:14]]</w:t>
      </w:r>
      <w:r w:rsidRPr="000767E2">
        <w:rPr>
          <w:vertAlign w:val="superscript"/>
          <w:lang w:val="sv-SE"/>
        </w:rPr>
        <w:t>14</w:t>
      </w:r>
      <w:r w:rsidRPr="000767E2">
        <w:rPr>
          <w:lang w:val="sv-SE"/>
        </w:rPr>
        <w:t xml:space="preserve"> {{field-on:bible}}som har gett sig själv för oss för att återlösa oss från all laglöshet och rena åt sig själv ett helt eget folk, nitiskt för goda gärningar.{{field-off:bible}}</w:t>
      </w:r>
    </w:p>
    <w:p w14:paraId="197DCCBA" w14:textId="42A2A512" w:rsidR="00BA33AB" w:rsidRPr="000767E2" w:rsidRDefault="00000000">
      <w:pPr>
        <w:rPr>
          <w:lang w:val="sv-SE"/>
        </w:rPr>
      </w:pPr>
      <w:r w:rsidRPr="000767E2">
        <w:rPr>
          <w:lang w:val="sv-SE"/>
        </w:rPr>
        <w:t>[[@</w:t>
      </w:r>
      <w:r w:rsidR="0096445B" w:rsidRPr="000767E2">
        <w:rPr>
          <w:lang w:val="sv-SE"/>
        </w:rPr>
        <w:t>BibleBIBEL82</w:t>
      </w:r>
      <w:r w:rsidRPr="000767E2">
        <w:rPr>
          <w:lang w:val="sv-SE"/>
        </w:rPr>
        <w:t>:Titus 2:15]]</w:t>
      </w:r>
      <w:r w:rsidRPr="000767E2">
        <w:rPr>
          <w:vertAlign w:val="superscript"/>
          <w:lang w:val="sv-SE"/>
        </w:rPr>
        <w:t>15</w:t>
      </w:r>
      <w:r w:rsidRPr="000767E2">
        <w:rPr>
          <w:lang w:val="sv-SE"/>
        </w:rPr>
        <w:t xml:space="preserve"> {{field-on:bible}}Detta ska du tala och uppmana och tillrättavisa, med all ordergivning. Ingen ska ignorera dig.{{field-off:bible}}</w:t>
      </w:r>
    </w:p>
    <w:p w14:paraId="0A23AD7A" w14:textId="3C4AA3BA"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:Titus 3]]Kapitel 3</w:t>
      </w:r>
    </w:p>
    <w:p w14:paraId="15C2D3C0" w14:textId="777A3A47" w:rsidR="00BA33AB" w:rsidRPr="000767E2" w:rsidRDefault="00000000">
      <w:pPr>
        <w:rPr>
          <w:lang w:val="sv-SE"/>
        </w:rPr>
      </w:pPr>
      <w:r w:rsidRPr="000767E2">
        <w:rPr>
          <w:lang w:val="sv-SE"/>
        </w:rPr>
        <w:t>[[@</w:t>
      </w:r>
      <w:r w:rsidR="0096445B" w:rsidRPr="000767E2">
        <w:rPr>
          <w:lang w:val="sv-SE"/>
        </w:rPr>
        <w:t>BibleBIBEL82</w:t>
      </w:r>
      <w:r w:rsidRPr="000767E2">
        <w:rPr>
          <w:lang w:val="sv-SE"/>
        </w:rPr>
        <w:t>:Titus 3:1]]</w:t>
      </w:r>
      <w:r w:rsidRPr="000767E2">
        <w:rPr>
          <w:vertAlign w:val="superscript"/>
          <w:lang w:val="sv-SE"/>
        </w:rPr>
        <w:t>1</w:t>
      </w:r>
      <w:r w:rsidRPr="000767E2">
        <w:rPr>
          <w:lang w:val="sv-SE"/>
        </w:rPr>
        <w:t xml:space="preserve"> {{field-on:bible}}Påminn dem att underordna sig myndigheter, auktoriteter, lyda, vara beredda till varje god gärning:{{field-off:bible}} [[@</w:t>
      </w:r>
      <w:r w:rsidR="0096445B" w:rsidRPr="000767E2">
        <w:rPr>
          <w:lang w:val="sv-SE"/>
        </w:rPr>
        <w:t>BibleBIBEL82</w:t>
      </w:r>
      <w:r w:rsidRPr="000767E2">
        <w:rPr>
          <w:lang w:val="sv-SE"/>
        </w:rPr>
        <w:t>:Titus 3:2]]</w:t>
      </w:r>
      <w:r w:rsidRPr="000767E2">
        <w:rPr>
          <w:vertAlign w:val="superscript"/>
          <w:lang w:val="sv-SE"/>
        </w:rPr>
        <w:t>2</w:t>
      </w:r>
      <w:r w:rsidRPr="000767E2">
        <w:rPr>
          <w:lang w:val="sv-SE"/>
        </w:rPr>
        <w:t xml:space="preserve"> {{field-on:bible}}inte smäda någon, vara icke stridande, vänliga och uppvisa all mildhet mot alla människor.{{field-off:bible}} [[@</w:t>
      </w:r>
      <w:r w:rsidR="0096445B" w:rsidRPr="000767E2">
        <w:rPr>
          <w:lang w:val="sv-SE"/>
        </w:rPr>
        <w:t>BibleBIBEL82</w:t>
      </w:r>
      <w:r w:rsidRPr="000767E2">
        <w:rPr>
          <w:lang w:val="sv-SE"/>
        </w:rPr>
        <w:t>:Titus 3:3]]</w:t>
      </w:r>
      <w:r w:rsidRPr="000767E2">
        <w:rPr>
          <w:vertAlign w:val="superscript"/>
          <w:lang w:val="sv-SE"/>
        </w:rPr>
        <w:t>3</w:t>
      </w:r>
      <w:r w:rsidRPr="000767E2">
        <w:rPr>
          <w:lang w:val="sv-SE"/>
        </w:rPr>
        <w:t xml:space="preserve"> {{field-on:bible}}För en gång var också vi oförnuftiga, ohörsamma, förvillade och fasttjänade olika begär och njutningar, medan vi framlevde i ondska och avund, avskyvärda, hatande varandra.{{field-off:bible}}</w:t>
      </w:r>
    </w:p>
    <w:p w14:paraId="6E422997" w14:textId="3E62120D" w:rsidR="00BA33AB" w:rsidRPr="000767E2" w:rsidRDefault="00000000">
      <w:pPr>
        <w:rPr>
          <w:lang w:val="sv-SE"/>
        </w:rPr>
      </w:pPr>
      <w:r w:rsidRPr="000767E2">
        <w:rPr>
          <w:lang w:val="sv-SE"/>
        </w:rPr>
        <w:t>[[@</w:t>
      </w:r>
      <w:r w:rsidR="0096445B" w:rsidRPr="000767E2">
        <w:rPr>
          <w:lang w:val="sv-SE"/>
        </w:rPr>
        <w:t>BibleBIBEL82</w:t>
      </w:r>
      <w:r w:rsidRPr="000767E2">
        <w:rPr>
          <w:lang w:val="sv-SE"/>
        </w:rPr>
        <w:t>:Titus 3:4]]</w:t>
      </w:r>
      <w:r w:rsidRPr="000767E2">
        <w:rPr>
          <w:vertAlign w:val="superscript"/>
          <w:lang w:val="sv-SE"/>
        </w:rPr>
        <w:t>4</w:t>
      </w:r>
      <w:r w:rsidRPr="000767E2">
        <w:rPr>
          <w:lang w:val="sv-SE"/>
        </w:rPr>
        <w:t xml:space="preserve"> {{field-on:bible}}Men när ljuvheten och människovänligheten</w:t>
      </w:r>
      <w:r w:rsidRPr="000767E2">
        <w:rPr>
          <w:lang w:val="sv-SE"/>
        </w:rPr>
        <w:br/>
        <w:t>framträdde hos vår Frälsare Gud,{{field-off:bible}}</w:t>
      </w:r>
      <w:r w:rsidRPr="000767E2">
        <w:rPr>
          <w:lang w:val="sv-SE"/>
        </w:rPr>
        <w:br/>
        <w:t>[[@</w:t>
      </w:r>
      <w:r w:rsidR="0096445B" w:rsidRPr="000767E2">
        <w:rPr>
          <w:lang w:val="sv-SE"/>
        </w:rPr>
        <w:t>BibleBIBEL82</w:t>
      </w:r>
      <w:r w:rsidRPr="000767E2">
        <w:rPr>
          <w:lang w:val="sv-SE"/>
        </w:rPr>
        <w:t>:Titus 3:5]]</w:t>
      </w:r>
      <w:r w:rsidRPr="000767E2">
        <w:rPr>
          <w:vertAlign w:val="superscript"/>
          <w:lang w:val="sv-SE"/>
        </w:rPr>
        <w:t>5</w:t>
      </w:r>
      <w:r w:rsidRPr="000767E2">
        <w:rPr>
          <w:lang w:val="sv-SE"/>
        </w:rPr>
        <w:t xml:space="preserve"> {{field-on:bible}}inte utifrån gärningar i rättfärdighet som vi hade gjort</w:t>
      </w:r>
      <w:r w:rsidRPr="000767E2">
        <w:rPr>
          <w:lang w:val="sv-SE"/>
        </w:rPr>
        <w:br/>
        <w:t>utan efter hans barmhärtighet,</w:t>
      </w:r>
      <w:r w:rsidRPr="000767E2">
        <w:rPr>
          <w:lang w:val="sv-SE"/>
        </w:rPr>
        <w:br/>
        <w:t>frälste han oss genom ett bad av pånyttfödelse</w:t>
      </w:r>
      <w:r w:rsidRPr="000767E2">
        <w:rPr>
          <w:lang w:val="sv-SE"/>
        </w:rPr>
        <w:br/>
        <w:t>och förnyelse i helig Ande,{{field-off:bible}}</w:t>
      </w:r>
      <w:r w:rsidRPr="000767E2">
        <w:rPr>
          <w:lang w:val="sv-SE"/>
        </w:rPr>
        <w:br/>
        <w:t>[[@</w:t>
      </w:r>
      <w:r w:rsidR="0096445B" w:rsidRPr="000767E2">
        <w:rPr>
          <w:lang w:val="sv-SE"/>
        </w:rPr>
        <w:t>BibleBIBEL82</w:t>
      </w:r>
      <w:r w:rsidRPr="000767E2">
        <w:rPr>
          <w:lang w:val="sv-SE"/>
        </w:rPr>
        <w:t>:Titus 3:6]]</w:t>
      </w:r>
      <w:r w:rsidRPr="000767E2">
        <w:rPr>
          <w:vertAlign w:val="superscript"/>
          <w:lang w:val="sv-SE"/>
        </w:rPr>
        <w:t>6</w:t>
      </w:r>
      <w:r w:rsidRPr="000767E2">
        <w:rPr>
          <w:lang w:val="sv-SE"/>
        </w:rPr>
        <w:t xml:space="preserve"> {{field-on:bible}}som han utgöt över oss rikligt</w:t>
      </w:r>
      <w:r w:rsidRPr="000767E2">
        <w:rPr>
          <w:lang w:val="sv-SE"/>
        </w:rPr>
        <w:br/>
        <w:t>genom Jesus Kristus vår Frälsare{{field-off:bible}}</w:t>
      </w:r>
      <w:r w:rsidRPr="000767E2">
        <w:rPr>
          <w:lang w:val="sv-SE"/>
        </w:rPr>
        <w:br/>
        <w:t>[[@</w:t>
      </w:r>
      <w:r w:rsidR="0096445B" w:rsidRPr="000767E2">
        <w:rPr>
          <w:lang w:val="sv-SE"/>
        </w:rPr>
        <w:t>BibleBIBEL82</w:t>
      </w:r>
      <w:r w:rsidRPr="000767E2">
        <w:rPr>
          <w:lang w:val="sv-SE"/>
        </w:rPr>
        <w:t>:Titus 3:7]]</w:t>
      </w:r>
      <w:r w:rsidRPr="000767E2">
        <w:rPr>
          <w:vertAlign w:val="superscript"/>
          <w:lang w:val="sv-SE"/>
        </w:rPr>
        <w:t>7</w:t>
      </w:r>
      <w:r w:rsidRPr="000767E2">
        <w:rPr>
          <w:lang w:val="sv-SE"/>
        </w:rPr>
        <w:t xml:space="preserve"> {{field-on:bible}}för att vi, rättfärdigförklarade genom dennes nåd,</w:t>
      </w:r>
      <w:r w:rsidRPr="000767E2">
        <w:rPr>
          <w:lang w:val="sv-SE"/>
        </w:rPr>
        <w:br/>
        <w:t>skulle bli arvingar med hopp om eoniskt liv.{{field-off:bible}}</w:t>
      </w:r>
    </w:p>
    <w:p w14:paraId="7B427293" w14:textId="72931E4B" w:rsidR="00BA33AB" w:rsidRPr="000767E2" w:rsidRDefault="00000000">
      <w:pPr>
        <w:rPr>
          <w:lang w:val="sv-SE"/>
        </w:rPr>
      </w:pPr>
      <w:r w:rsidRPr="000767E2">
        <w:rPr>
          <w:lang w:val="sv-SE"/>
        </w:rPr>
        <w:t>[[@</w:t>
      </w:r>
      <w:r w:rsidR="0096445B" w:rsidRPr="000767E2">
        <w:rPr>
          <w:lang w:val="sv-SE"/>
        </w:rPr>
        <w:t>BibleBIBEL82</w:t>
      </w:r>
      <w:r w:rsidRPr="000767E2">
        <w:rPr>
          <w:lang w:val="sv-SE"/>
        </w:rPr>
        <w:t>:Titus 3:8]]</w:t>
      </w:r>
      <w:r w:rsidRPr="000767E2">
        <w:rPr>
          <w:vertAlign w:val="superscript"/>
          <w:lang w:val="sv-SE"/>
        </w:rPr>
        <w:t>8</w:t>
      </w:r>
      <w:r w:rsidRPr="000767E2">
        <w:rPr>
          <w:lang w:val="sv-SE"/>
        </w:rPr>
        <w:t xml:space="preserve"> {{field-on:bible}}Trofast </w:t>
      </w:r>
      <w:r w:rsidRPr="000767E2">
        <w:rPr>
          <w:i/>
          <w:lang w:val="sv-SE"/>
        </w:rPr>
        <w:t>är</w:t>
      </w:r>
      <w:r w:rsidRPr="000767E2">
        <w:rPr>
          <w:lang w:val="sv-SE"/>
        </w:rPr>
        <w:t xml:space="preserve"> ordet. Och kring detta önskar jag att du noga slår fast, så att de fokuserar på att vara framstående i goda gärningar, de som har kommit till tro på Gud. Detta är bra och nyttigt för människorna.{{field-off:bible}}</w:t>
      </w:r>
    </w:p>
    <w:p w14:paraId="3F3260D2" w14:textId="25774735" w:rsidR="00BA33AB" w:rsidRPr="000767E2" w:rsidRDefault="00000000">
      <w:pPr>
        <w:rPr>
          <w:lang w:val="sv-SE"/>
        </w:rPr>
      </w:pPr>
      <w:r w:rsidRPr="000767E2">
        <w:rPr>
          <w:lang w:val="sv-SE"/>
        </w:rPr>
        <w:t>[[@</w:t>
      </w:r>
      <w:r w:rsidR="0096445B" w:rsidRPr="000767E2">
        <w:rPr>
          <w:lang w:val="sv-SE"/>
        </w:rPr>
        <w:t>BibleBIBEL82</w:t>
      </w:r>
      <w:r w:rsidRPr="000767E2">
        <w:rPr>
          <w:lang w:val="sv-SE"/>
        </w:rPr>
        <w:t>:Titus 3:9]]</w:t>
      </w:r>
      <w:r w:rsidRPr="000767E2">
        <w:rPr>
          <w:vertAlign w:val="superscript"/>
          <w:lang w:val="sv-SE"/>
        </w:rPr>
        <w:t>9</w:t>
      </w:r>
      <w:r w:rsidRPr="000767E2">
        <w:rPr>
          <w:lang w:val="sv-SE"/>
        </w:rPr>
        <w:t xml:space="preserve"> {{field-on:bible}}Men dåraktiga diskussioner och släktledningar och osämjor och lagbråk ska du kringgå, för de är onyttiga och fåfängliga.{{field-off:bible}} [[@</w:t>
      </w:r>
      <w:r w:rsidR="0096445B" w:rsidRPr="000767E2">
        <w:rPr>
          <w:lang w:val="sv-SE"/>
        </w:rPr>
        <w:t>BibleBIBEL82</w:t>
      </w:r>
      <w:r w:rsidRPr="000767E2">
        <w:rPr>
          <w:lang w:val="sv-SE"/>
        </w:rPr>
        <w:t>:Titus 3:10]]</w:t>
      </w:r>
      <w:r w:rsidRPr="000767E2">
        <w:rPr>
          <w:vertAlign w:val="superscript"/>
          <w:lang w:val="sv-SE"/>
        </w:rPr>
        <w:t>10</w:t>
      </w:r>
      <w:r w:rsidRPr="000767E2">
        <w:rPr>
          <w:lang w:val="sv-SE"/>
        </w:rPr>
        <w:t xml:space="preserve"> {{field-on:bible}}En heretisk människa ska du efter en </w:t>
      </w:r>
      <w:r w:rsidRPr="000767E2">
        <w:rPr>
          <w:i/>
          <w:lang w:val="sv-SE"/>
        </w:rPr>
        <w:t>första</w:t>
      </w:r>
      <w:r w:rsidRPr="000767E2">
        <w:rPr>
          <w:lang w:val="sv-SE"/>
        </w:rPr>
        <w:t xml:space="preserve"> och en andra förmaning undanbe dig,{{field-off:bible}} [[@</w:t>
      </w:r>
      <w:r w:rsidR="0096445B" w:rsidRPr="000767E2">
        <w:rPr>
          <w:lang w:val="sv-SE"/>
        </w:rPr>
        <w:t>BibleBIBEL82</w:t>
      </w:r>
      <w:r w:rsidRPr="000767E2">
        <w:rPr>
          <w:lang w:val="sv-SE"/>
        </w:rPr>
        <w:t>:Titus 3:11]]</w:t>
      </w:r>
      <w:r w:rsidRPr="000767E2">
        <w:rPr>
          <w:vertAlign w:val="superscript"/>
          <w:lang w:val="sv-SE"/>
        </w:rPr>
        <w:t>11</w:t>
      </w:r>
      <w:r w:rsidRPr="000767E2">
        <w:rPr>
          <w:lang w:val="sv-SE"/>
        </w:rPr>
        <w:t xml:space="preserve"> {{field-on:bible}}då du vet att en sådan har vänt sig bort och syndar och är självfördömd.{{field-off:bible}}</w:t>
      </w:r>
    </w:p>
    <w:p w14:paraId="0AB93607" w14:textId="77777777" w:rsidR="00BA33AB" w:rsidRPr="000767E2" w:rsidRDefault="00000000">
      <w:pPr>
        <w:pStyle w:val="Rubrik3"/>
        <w:rPr>
          <w:lang w:val="sv-SE"/>
        </w:rPr>
      </w:pPr>
      <w:r w:rsidRPr="000767E2">
        <w:rPr>
          <w:lang w:val="sv-SE"/>
        </w:rPr>
        <w:lastRenderedPageBreak/>
        <w:t>Sluthälsningar</w:t>
      </w:r>
    </w:p>
    <w:p w14:paraId="7E5A66EF" w14:textId="6033CD24" w:rsidR="00BA33AB" w:rsidRPr="000767E2" w:rsidRDefault="00000000">
      <w:pPr>
        <w:rPr>
          <w:lang w:val="sv-SE"/>
        </w:rPr>
      </w:pPr>
      <w:r w:rsidRPr="000767E2">
        <w:rPr>
          <w:lang w:val="sv-SE"/>
        </w:rPr>
        <w:t>[[@</w:t>
      </w:r>
      <w:r w:rsidR="0096445B" w:rsidRPr="000767E2">
        <w:rPr>
          <w:lang w:val="sv-SE"/>
        </w:rPr>
        <w:t>BibleBIBEL82</w:t>
      </w:r>
      <w:r w:rsidRPr="000767E2">
        <w:rPr>
          <w:lang w:val="sv-SE"/>
        </w:rPr>
        <w:t>:Titus 3:12]]</w:t>
      </w:r>
      <w:r w:rsidRPr="000767E2">
        <w:rPr>
          <w:vertAlign w:val="superscript"/>
          <w:lang w:val="sv-SE"/>
        </w:rPr>
        <w:t>12</w:t>
      </w:r>
      <w:r w:rsidRPr="000767E2">
        <w:rPr>
          <w:lang w:val="sv-SE"/>
        </w:rPr>
        <w:t xml:space="preserve"> {{field-on:bible}}När jag skickar Artemas till dig, eller Tychikos, ivra för att komma till mig i Nikopolis. För där har jag bestämt mig för att övervintra.{{field-off:bible}} [[@</w:t>
      </w:r>
      <w:r w:rsidR="0096445B" w:rsidRPr="000767E2">
        <w:rPr>
          <w:lang w:val="sv-SE"/>
        </w:rPr>
        <w:t>BibleBIBEL82</w:t>
      </w:r>
      <w:r w:rsidRPr="000767E2">
        <w:rPr>
          <w:lang w:val="sv-SE"/>
        </w:rPr>
        <w:t>:Titus 3:13]]</w:t>
      </w:r>
      <w:r w:rsidRPr="000767E2">
        <w:rPr>
          <w:vertAlign w:val="superscript"/>
          <w:lang w:val="sv-SE"/>
        </w:rPr>
        <w:t>13</w:t>
      </w:r>
      <w:r w:rsidRPr="000767E2">
        <w:rPr>
          <w:lang w:val="sv-SE"/>
        </w:rPr>
        <w:t xml:space="preserve"> {{field-on:bible}}Zenas den laglärde och Apollos ska du ivrigt hjälpa iväg så att inget är bristande för dem.{{field-off:bible}} [[@</w:t>
      </w:r>
      <w:r w:rsidR="0096445B" w:rsidRPr="000767E2">
        <w:rPr>
          <w:lang w:val="sv-SE"/>
        </w:rPr>
        <w:t>BibleBIBEL82</w:t>
      </w:r>
      <w:r w:rsidRPr="000767E2">
        <w:rPr>
          <w:lang w:val="sv-SE"/>
        </w:rPr>
        <w:t>:Titus 3:14]]</w:t>
      </w:r>
      <w:r w:rsidRPr="000767E2">
        <w:rPr>
          <w:vertAlign w:val="superscript"/>
          <w:lang w:val="sv-SE"/>
        </w:rPr>
        <w:t>14</w:t>
      </w:r>
      <w:r w:rsidRPr="000767E2">
        <w:rPr>
          <w:lang w:val="sv-SE"/>
        </w:rPr>
        <w:t xml:space="preserve"> {{field-on:bible}}Men även de våra ska lära sig att vara framstående i goda gärningar för de nödvändiga behoven, så att de inte är utan frukt.{{field-off:bible}}</w:t>
      </w:r>
    </w:p>
    <w:p w14:paraId="6D2BC819" w14:textId="64DAC390" w:rsidR="00BA33AB" w:rsidRPr="000767E2" w:rsidRDefault="00000000">
      <w:pPr>
        <w:rPr>
          <w:lang w:val="sv-SE"/>
        </w:rPr>
      </w:pPr>
      <w:r w:rsidRPr="000767E2">
        <w:rPr>
          <w:lang w:val="sv-SE"/>
        </w:rPr>
        <w:t>[[@</w:t>
      </w:r>
      <w:r w:rsidR="0096445B" w:rsidRPr="000767E2">
        <w:rPr>
          <w:lang w:val="sv-SE"/>
        </w:rPr>
        <w:t>BibleBIBEL82</w:t>
      </w:r>
      <w:r w:rsidRPr="000767E2">
        <w:rPr>
          <w:lang w:val="sv-SE"/>
        </w:rPr>
        <w:t>:Titus 3:15]]</w:t>
      </w:r>
      <w:r w:rsidRPr="000767E2">
        <w:rPr>
          <w:vertAlign w:val="superscript"/>
          <w:lang w:val="sv-SE"/>
        </w:rPr>
        <w:t>15</w:t>
      </w:r>
      <w:r w:rsidRPr="000767E2">
        <w:rPr>
          <w:lang w:val="sv-SE"/>
        </w:rPr>
        <w:t xml:space="preserve"> {{field-on:bible}}Hälsar dig </w:t>
      </w:r>
      <w:r w:rsidRPr="000767E2">
        <w:rPr>
          <w:i/>
          <w:lang w:val="sv-SE"/>
        </w:rPr>
        <w:t>gör</w:t>
      </w:r>
      <w:r w:rsidRPr="000767E2">
        <w:rPr>
          <w:lang w:val="sv-SE"/>
        </w:rPr>
        <w:t xml:space="preserve"> alla </w:t>
      </w:r>
      <w:r w:rsidRPr="000767E2">
        <w:rPr>
          <w:i/>
          <w:lang w:val="sv-SE"/>
        </w:rPr>
        <w:t>som är</w:t>
      </w:r>
      <w:r w:rsidRPr="000767E2">
        <w:rPr>
          <w:lang w:val="sv-SE"/>
        </w:rPr>
        <w:t xml:space="preserve"> med mig. Hälsa dem som har oss kära i tro. Nåden </w:t>
      </w:r>
      <w:r w:rsidRPr="000767E2">
        <w:rPr>
          <w:i/>
          <w:lang w:val="sv-SE"/>
        </w:rPr>
        <w:t>vare</w:t>
      </w:r>
      <w:r w:rsidRPr="000767E2">
        <w:rPr>
          <w:lang w:val="sv-SE"/>
        </w:rPr>
        <w:t xml:space="preserve"> med er alla.{{field-off:bible}}</w:t>
      </w:r>
    </w:p>
    <w:p w14:paraId="43A848DD" w14:textId="4579CE9C"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:Phlm]]Till Filemon</w:t>
      </w:r>
    </w:p>
    <w:p w14:paraId="2A0021C6" w14:textId="77777777" w:rsidR="00BA33AB" w:rsidRPr="000767E2" w:rsidRDefault="00000000">
      <w:pPr>
        <w:pStyle w:val="Rubrik2"/>
        <w:rPr>
          <w:lang w:val="sv-SE"/>
        </w:rPr>
      </w:pPr>
      <w:r w:rsidRPr="000767E2">
        <w:rPr>
          <w:lang w:val="sv-SE"/>
        </w:rPr>
        <w:t>Kapitel 1</w:t>
      </w:r>
    </w:p>
    <w:p w14:paraId="621C7A73" w14:textId="77777777" w:rsidR="00BA33AB" w:rsidRPr="000767E2" w:rsidRDefault="00000000">
      <w:pPr>
        <w:pStyle w:val="Rubrik3"/>
        <w:rPr>
          <w:lang w:val="sv-SE"/>
        </w:rPr>
      </w:pPr>
      <w:r w:rsidRPr="000767E2">
        <w:rPr>
          <w:lang w:val="sv-SE"/>
        </w:rPr>
        <w:t>Hälsning</w:t>
      </w:r>
    </w:p>
    <w:p w14:paraId="79927F97" w14:textId="20E786B7" w:rsidR="00BA33AB" w:rsidRPr="000767E2" w:rsidRDefault="00000000">
      <w:pPr>
        <w:rPr>
          <w:lang w:val="sv-SE"/>
        </w:rPr>
      </w:pPr>
      <w:r w:rsidRPr="000767E2">
        <w:rPr>
          <w:lang w:val="sv-SE"/>
        </w:rPr>
        <w:t>[[@</w:t>
      </w:r>
      <w:r w:rsidR="0096445B" w:rsidRPr="000767E2">
        <w:rPr>
          <w:lang w:val="sv-SE"/>
        </w:rPr>
        <w:t>BibleBIBEL82</w:t>
      </w:r>
      <w:r w:rsidRPr="000767E2">
        <w:rPr>
          <w:lang w:val="sv-SE"/>
        </w:rPr>
        <w:t>:Phlm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Paulus, fånge för Kristus Jesus, och brodern Timotheos. Till Filemon, vår älskade </w:t>
      </w:r>
      <w:r w:rsidRPr="000767E2">
        <w:rPr>
          <w:i/>
          <w:lang w:val="sv-SE"/>
        </w:rPr>
        <w:t>vän</w:t>
      </w:r>
      <w:r w:rsidRPr="000767E2">
        <w:rPr>
          <w:lang w:val="sv-SE"/>
        </w:rPr>
        <w:t xml:space="preserve"> och medarbetare,{{field-off:bible}} [[@</w:t>
      </w:r>
      <w:r w:rsidR="0096445B" w:rsidRPr="000767E2">
        <w:rPr>
          <w:lang w:val="sv-SE"/>
        </w:rPr>
        <w:t>BibleBIBEL82</w:t>
      </w:r>
      <w:r w:rsidRPr="000767E2">
        <w:rPr>
          <w:lang w:val="sv-SE"/>
        </w:rPr>
        <w:t>:Phlm 1:2]]</w:t>
      </w:r>
      <w:r w:rsidRPr="000767E2">
        <w:rPr>
          <w:vertAlign w:val="superscript"/>
          <w:lang w:val="sv-SE"/>
        </w:rPr>
        <w:t>2</w:t>
      </w:r>
      <w:r w:rsidRPr="000767E2">
        <w:rPr>
          <w:lang w:val="sv-SE"/>
        </w:rPr>
        <w:t xml:space="preserve"> {{field-on:bible}}och systern Appia och vår medkämpe Archippos och församlingen i ditt hus:{{field-off:bible}} [[@</w:t>
      </w:r>
      <w:r w:rsidR="0096445B" w:rsidRPr="000767E2">
        <w:rPr>
          <w:lang w:val="sv-SE"/>
        </w:rPr>
        <w:t>BibleBIBEL82</w:t>
      </w:r>
      <w:r w:rsidRPr="000767E2">
        <w:rPr>
          <w:lang w:val="sv-SE"/>
        </w:rPr>
        <w:t>:Phlm 1:3]]</w:t>
      </w:r>
      <w:r w:rsidRPr="000767E2">
        <w:rPr>
          <w:vertAlign w:val="superscript"/>
          <w:lang w:val="sv-SE"/>
        </w:rPr>
        <w:t>3</w:t>
      </w:r>
      <w:r w:rsidRPr="000767E2">
        <w:rPr>
          <w:lang w:val="sv-SE"/>
        </w:rPr>
        <w:t xml:space="preserve"> {{field-on:bible}}Nåd åt er och frid från Gud vår Far och Herren Jesus Kristus.{{field-off:bible}}</w:t>
      </w:r>
    </w:p>
    <w:p w14:paraId="0435C0B1" w14:textId="77777777" w:rsidR="00BA33AB" w:rsidRPr="000767E2" w:rsidRDefault="00000000">
      <w:pPr>
        <w:pStyle w:val="Rubrik3"/>
        <w:rPr>
          <w:lang w:val="sv-SE"/>
        </w:rPr>
      </w:pPr>
      <w:r w:rsidRPr="000767E2">
        <w:rPr>
          <w:lang w:val="sv-SE"/>
        </w:rPr>
        <w:t>Tacksägelse för Filemon</w:t>
      </w:r>
    </w:p>
    <w:p w14:paraId="1D2DEB18" w14:textId="2556A5E9" w:rsidR="00BA33AB" w:rsidRPr="000767E2" w:rsidRDefault="00000000">
      <w:pPr>
        <w:rPr>
          <w:lang w:val="sv-SE"/>
        </w:rPr>
      </w:pPr>
      <w:r w:rsidRPr="000767E2">
        <w:rPr>
          <w:lang w:val="sv-SE"/>
        </w:rPr>
        <w:t>[[@</w:t>
      </w:r>
      <w:r w:rsidR="0096445B" w:rsidRPr="000767E2">
        <w:rPr>
          <w:lang w:val="sv-SE"/>
        </w:rPr>
        <w:t>BibleBIBEL82</w:t>
      </w:r>
      <w:r w:rsidRPr="000767E2">
        <w:rPr>
          <w:lang w:val="sv-SE"/>
        </w:rPr>
        <w:t>:Phlm 1:4]]</w:t>
      </w:r>
      <w:r w:rsidRPr="000767E2">
        <w:rPr>
          <w:vertAlign w:val="superscript"/>
          <w:lang w:val="sv-SE"/>
        </w:rPr>
        <w:t>4</w:t>
      </w:r>
      <w:r w:rsidRPr="000767E2">
        <w:rPr>
          <w:lang w:val="sv-SE"/>
        </w:rPr>
        <w:t xml:space="preserve"> {{field-on:bible}}Jag tackar alltid min Gud när jag gör hågkomst av dig vid mina böner,{{field-off:bible}} [[@</w:t>
      </w:r>
      <w:r w:rsidR="0096445B" w:rsidRPr="000767E2">
        <w:rPr>
          <w:lang w:val="sv-SE"/>
        </w:rPr>
        <w:t>BibleBIBEL82</w:t>
      </w:r>
      <w:r w:rsidRPr="000767E2">
        <w:rPr>
          <w:lang w:val="sv-SE"/>
        </w:rPr>
        <w:t>:Phlm 1:5]]</w:t>
      </w:r>
      <w:r w:rsidRPr="000767E2">
        <w:rPr>
          <w:vertAlign w:val="superscript"/>
          <w:lang w:val="sv-SE"/>
        </w:rPr>
        <w:t>5</w:t>
      </w:r>
      <w:r w:rsidRPr="000767E2">
        <w:rPr>
          <w:lang w:val="sv-SE"/>
        </w:rPr>
        <w:t xml:space="preserve"> {{field-on:bible}}då jag hör </w:t>
      </w:r>
      <w:r w:rsidRPr="000767E2">
        <w:rPr>
          <w:i/>
          <w:lang w:val="sv-SE"/>
        </w:rPr>
        <w:t>om</w:t>
      </w:r>
      <w:r w:rsidRPr="000767E2">
        <w:rPr>
          <w:lang w:val="sv-SE"/>
        </w:rPr>
        <w:t xml:space="preserve"> din kärlek och tro som du har gentemot Herren Jesus och till alla de heliga,{{field-off:bible}} [[@</w:t>
      </w:r>
      <w:r w:rsidR="0096445B" w:rsidRPr="000767E2">
        <w:rPr>
          <w:lang w:val="sv-SE"/>
        </w:rPr>
        <w:t>BibleBIBEL82</w:t>
      </w:r>
      <w:r w:rsidRPr="000767E2">
        <w:rPr>
          <w:lang w:val="sv-SE"/>
        </w:rPr>
        <w:t>:Phlm 1:6]]</w:t>
      </w:r>
      <w:r w:rsidRPr="000767E2">
        <w:rPr>
          <w:vertAlign w:val="superscript"/>
          <w:lang w:val="sv-SE"/>
        </w:rPr>
        <w:t>6</w:t>
      </w:r>
      <w:r w:rsidRPr="000767E2">
        <w:rPr>
          <w:lang w:val="sv-SE"/>
        </w:rPr>
        <w:t xml:space="preserve"> {{field-on:bible}}för att din delaktighet i tron ska bli verksam i insikt om allt gott </w:t>
      </w:r>
      <w:r w:rsidRPr="000767E2">
        <w:rPr>
          <w:i/>
          <w:lang w:val="sv-SE"/>
        </w:rPr>
        <w:t>som finns</w:t>
      </w:r>
      <w:r w:rsidRPr="000767E2">
        <w:rPr>
          <w:lang w:val="sv-SE"/>
        </w:rPr>
        <w:t xml:space="preserve"> i oss för Kristus.{{field-off:bible}} [[@</w:t>
      </w:r>
      <w:r w:rsidR="0096445B" w:rsidRPr="000767E2">
        <w:rPr>
          <w:lang w:val="sv-SE"/>
        </w:rPr>
        <w:t>BibleBIBEL82</w:t>
      </w:r>
      <w:r w:rsidRPr="000767E2">
        <w:rPr>
          <w:lang w:val="sv-SE"/>
        </w:rPr>
        <w:t>:Phlm 1:7]]</w:t>
      </w:r>
      <w:r w:rsidRPr="000767E2">
        <w:rPr>
          <w:vertAlign w:val="superscript"/>
          <w:lang w:val="sv-SE"/>
        </w:rPr>
        <w:t>7</w:t>
      </w:r>
      <w:r w:rsidRPr="000767E2">
        <w:rPr>
          <w:lang w:val="sv-SE"/>
        </w:rPr>
        <w:t xml:space="preserve"> {{field-on:bible}}För jag har haft stor glädje och uppmuntran över din kärlek, eftersom de heligas inre har fått ro genom dig, broder.{{field-off:bible}}</w:t>
      </w:r>
    </w:p>
    <w:p w14:paraId="05A0B251" w14:textId="77777777" w:rsidR="00BA33AB" w:rsidRPr="000767E2" w:rsidRDefault="00000000">
      <w:pPr>
        <w:pStyle w:val="Rubrik3"/>
        <w:rPr>
          <w:lang w:val="sv-SE"/>
        </w:rPr>
      </w:pPr>
      <w:r w:rsidRPr="000767E2">
        <w:rPr>
          <w:lang w:val="sv-SE"/>
        </w:rPr>
        <w:t>Vädjan för Onesimos</w:t>
      </w:r>
    </w:p>
    <w:p w14:paraId="00E5828E" w14:textId="4BD03696" w:rsidR="00BA33AB" w:rsidRPr="000767E2" w:rsidRDefault="00000000">
      <w:pPr>
        <w:rPr>
          <w:lang w:val="sv-SE"/>
        </w:rPr>
      </w:pPr>
      <w:r w:rsidRPr="000767E2">
        <w:rPr>
          <w:lang w:val="sv-SE"/>
        </w:rPr>
        <w:t>[[@</w:t>
      </w:r>
      <w:r w:rsidR="0096445B" w:rsidRPr="000767E2">
        <w:rPr>
          <w:lang w:val="sv-SE"/>
        </w:rPr>
        <w:t>BibleBIBEL82</w:t>
      </w:r>
      <w:r w:rsidRPr="000767E2">
        <w:rPr>
          <w:lang w:val="sv-SE"/>
        </w:rPr>
        <w:t>:Phlm 1:8]]</w:t>
      </w:r>
      <w:r w:rsidRPr="000767E2">
        <w:rPr>
          <w:vertAlign w:val="superscript"/>
          <w:lang w:val="sv-SE"/>
        </w:rPr>
        <w:t>8</w:t>
      </w:r>
      <w:r w:rsidRPr="000767E2">
        <w:rPr>
          <w:lang w:val="sv-SE"/>
        </w:rPr>
        <w:t xml:space="preserve"> {{field-on:bible}}Därför, </w:t>
      </w:r>
      <w:r w:rsidRPr="000767E2">
        <w:rPr>
          <w:i/>
          <w:lang w:val="sv-SE"/>
        </w:rPr>
        <w:t>fastän</w:t>
      </w:r>
      <w:r w:rsidRPr="000767E2">
        <w:rPr>
          <w:lang w:val="sv-SE"/>
        </w:rPr>
        <w:t xml:space="preserve"> jag har stor frimodighet i Kristus att beordra dig det som passar sig,{{field-off:bible}} [[@</w:t>
      </w:r>
      <w:r w:rsidR="0096445B" w:rsidRPr="000767E2">
        <w:rPr>
          <w:lang w:val="sv-SE"/>
        </w:rPr>
        <w:t>BibleBIBEL82</w:t>
      </w:r>
      <w:r w:rsidRPr="000767E2">
        <w:rPr>
          <w:lang w:val="sv-SE"/>
        </w:rPr>
        <w:t>:Phlm 1:9]]</w:t>
      </w:r>
      <w:r w:rsidRPr="000767E2">
        <w:rPr>
          <w:vertAlign w:val="superscript"/>
          <w:lang w:val="sv-SE"/>
        </w:rPr>
        <w:t>9</w:t>
      </w:r>
      <w:r w:rsidRPr="000767E2">
        <w:rPr>
          <w:lang w:val="sv-SE"/>
        </w:rPr>
        <w:t xml:space="preserve"> {{field-on:bible}}</w:t>
      </w:r>
      <w:r w:rsidRPr="000767E2">
        <w:rPr>
          <w:i/>
          <w:lang w:val="sv-SE"/>
        </w:rPr>
        <w:t>vill</w:t>
      </w:r>
      <w:r w:rsidRPr="000767E2">
        <w:rPr>
          <w:lang w:val="sv-SE"/>
        </w:rPr>
        <w:t xml:space="preserve"> jag för kärlekens skull hellre vädja, sådan jag är som Paulus: en gammal man och nu också fånge för Kristus Jesus.{{field-off:bible}} [[@</w:t>
      </w:r>
      <w:r w:rsidR="0096445B" w:rsidRPr="000767E2">
        <w:rPr>
          <w:lang w:val="sv-SE"/>
        </w:rPr>
        <w:t>BibleBIBEL82</w:t>
      </w:r>
      <w:r w:rsidRPr="000767E2">
        <w:rPr>
          <w:lang w:val="sv-SE"/>
        </w:rPr>
        <w:t>:Phlm 1:10]]</w:t>
      </w:r>
      <w:r w:rsidRPr="000767E2">
        <w:rPr>
          <w:vertAlign w:val="superscript"/>
          <w:lang w:val="sv-SE"/>
        </w:rPr>
        <w:t>10</w:t>
      </w:r>
      <w:r w:rsidRPr="000767E2">
        <w:rPr>
          <w:lang w:val="sv-SE"/>
        </w:rPr>
        <w:t xml:space="preserve"> {{field-on:bible}}Jag vädjar till dig för mitt barn som jag har avlat i mina bojor: Onesimos,{{field-off:bible}} [[@</w:t>
      </w:r>
      <w:r w:rsidR="0096445B" w:rsidRPr="000767E2">
        <w:rPr>
          <w:lang w:val="sv-SE"/>
        </w:rPr>
        <w:t>BibleBIBEL82</w:t>
      </w:r>
      <w:r w:rsidRPr="000767E2">
        <w:rPr>
          <w:lang w:val="sv-SE"/>
        </w:rPr>
        <w:t>:Phlm 1:11]]</w:t>
      </w:r>
      <w:r w:rsidRPr="000767E2">
        <w:rPr>
          <w:vertAlign w:val="superscript"/>
          <w:lang w:val="sv-SE"/>
        </w:rPr>
        <w:t>11</w:t>
      </w:r>
      <w:r w:rsidRPr="000767E2">
        <w:rPr>
          <w:lang w:val="sv-SE"/>
        </w:rPr>
        <w:t xml:space="preserve"> {{field-on:bible}}en gång för dig oanvändbar, men nu för [både] dig och mig välanvändbar.{{field-off:bible}}</w:t>
      </w:r>
    </w:p>
    <w:p w14:paraId="7FCE2CBE" w14:textId="28A4688D" w:rsidR="00BA33AB" w:rsidRPr="000767E2" w:rsidRDefault="00000000">
      <w:pPr>
        <w:rPr>
          <w:lang w:val="sv-SE"/>
        </w:rPr>
      </w:pPr>
      <w:r w:rsidRPr="000767E2">
        <w:rPr>
          <w:lang w:val="sv-SE"/>
        </w:rPr>
        <w:t>[[@</w:t>
      </w:r>
      <w:r w:rsidR="0096445B" w:rsidRPr="000767E2">
        <w:rPr>
          <w:lang w:val="sv-SE"/>
        </w:rPr>
        <w:t>BibleBIBEL82</w:t>
      </w:r>
      <w:r w:rsidRPr="000767E2">
        <w:rPr>
          <w:lang w:val="sv-SE"/>
        </w:rPr>
        <w:t>:Phlm 1:12]]</w:t>
      </w:r>
      <w:r w:rsidRPr="000767E2">
        <w:rPr>
          <w:vertAlign w:val="superscript"/>
          <w:lang w:val="sv-SE"/>
        </w:rPr>
        <w:t>12</w:t>
      </w:r>
      <w:r w:rsidRPr="000767E2">
        <w:rPr>
          <w:lang w:val="sv-SE"/>
        </w:rPr>
        <w:t xml:space="preserve"> {{field-on:bible}}Honom jag har skickat tillbaka till dig – honom, det </w:t>
      </w:r>
      <w:r w:rsidRPr="000767E2">
        <w:rPr>
          <w:i/>
          <w:lang w:val="sv-SE"/>
        </w:rPr>
        <w:t>vill säga</w:t>
      </w:r>
      <w:r w:rsidRPr="000767E2">
        <w:rPr>
          <w:lang w:val="sv-SE"/>
        </w:rPr>
        <w:t xml:space="preserve"> mitt inre.{{field-off:bible}} [[@</w:t>
      </w:r>
      <w:r w:rsidR="0096445B" w:rsidRPr="000767E2">
        <w:rPr>
          <w:lang w:val="sv-SE"/>
        </w:rPr>
        <w:t>BibleBIBEL82</w:t>
      </w:r>
      <w:r w:rsidRPr="000767E2">
        <w:rPr>
          <w:lang w:val="sv-SE"/>
        </w:rPr>
        <w:t>:Phlm 1:13]]</w:t>
      </w:r>
      <w:r w:rsidRPr="000767E2">
        <w:rPr>
          <w:vertAlign w:val="superscript"/>
          <w:lang w:val="sv-SE"/>
        </w:rPr>
        <w:t>13</w:t>
      </w:r>
      <w:r w:rsidRPr="000767E2">
        <w:rPr>
          <w:lang w:val="sv-SE"/>
        </w:rPr>
        <w:t xml:space="preserve"> {{field-</w:t>
      </w:r>
      <w:r w:rsidRPr="000767E2">
        <w:rPr>
          <w:lang w:val="sv-SE"/>
        </w:rPr>
        <w:lastRenderedPageBreak/>
        <w:t>on:bible}}Honom hade jag önskat behålla för mig själv, för att i ditt ställe betjäna mig i evangeliets bojor.{{field-off:bible}} [[@</w:t>
      </w:r>
      <w:r w:rsidR="0096445B" w:rsidRPr="000767E2">
        <w:rPr>
          <w:lang w:val="sv-SE"/>
        </w:rPr>
        <w:t>BibleBIBEL82</w:t>
      </w:r>
      <w:r w:rsidRPr="000767E2">
        <w:rPr>
          <w:lang w:val="sv-SE"/>
        </w:rPr>
        <w:t>:Phlm 1:14]]</w:t>
      </w:r>
      <w:r w:rsidRPr="000767E2">
        <w:rPr>
          <w:vertAlign w:val="superscript"/>
          <w:lang w:val="sv-SE"/>
        </w:rPr>
        <w:t>14</w:t>
      </w:r>
      <w:r w:rsidRPr="000767E2">
        <w:rPr>
          <w:lang w:val="sv-SE"/>
        </w:rPr>
        <w:t xml:space="preserve"> {{field-on:bible}}Men utan din mening ville jag inget göra, så att inte ditt goda blir som av nödtvång utan av fri vilja.{{field-off:bible}}</w:t>
      </w:r>
    </w:p>
    <w:p w14:paraId="239766D8" w14:textId="47801970" w:rsidR="00BA33AB" w:rsidRPr="000767E2" w:rsidRDefault="00000000">
      <w:pPr>
        <w:rPr>
          <w:lang w:val="sv-SE"/>
        </w:rPr>
      </w:pPr>
      <w:r w:rsidRPr="000767E2">
        <w:rPr>
          <w:lang w:val="sv-SE"/>
        </w:rPr>
        <w:t>[[@</w:t>
      </w:r>
      <w:r w:rsidR="0096445B" w:rsidRPr="000767E2">
        <w:rPr>
          <w:lang w:val="sv-SE"/>
        </w:rPr>
        <w:t>BibleBIBEL82</w:t>
      </w:r>
      <w:r w:rsidRPr="000767E2">
        <w:rPr>
          <w:lang w:val="sv-SE"/>
        </w:rPr>
        <w:t>:Phlm 1:15]]</w:t>
      </w:r>
      <w:r w:rsidRPr="000767E2">
        <w:rPr>
          <w:vertAlign w:val="superscript"/>
          <w:lang w:val="sv-SE"/>
        </w:rPr>
        <w:t>15</w:t>
      </w:r>
      <w:r w:rsidRPr="000767E2">
        <w:rPr>
          <w:lang w:val="sv-SE"/>
        </w:rPr>
        <w:t xml:space="preserve"> {{field-on:bible}}För kanhända </w:t>
      </w:r>
      <w:r w:rsidRPr="000767E2">
        <w:rPr>
          <w:i/>
          <w:lang w:val="sv-SE"/>
        </w:rPr>
        <w:t>var det</w:t>
      </w:r>
      <w:r w:rsidRPr="000767E2">
        <w:rPr>
          <w:lang w:val="sv-SE"/>
        </w:rPr>
        <w:t xml:space="preserve"> därför han blev åtskild för en stund, för att du skulle få ut honom eonisk?{{field-off:bible}} [[@</w:t>
      </w:r>
      <w:r w:rsidR="0096445B" w:rsidRPr="000767E2">
        <w:rPr>
          <w:lang w:val="sv-SE"/>
        </w:rPr>
        <w:t>BibleBIBEL82</w:t>
      </w:r>
      <w:r w:rsidRPr="000767E2">
        <w:rPr>
          <w:lang w:val="sv-SE"/>
        </w:rPr>
        <w:t>:Phlm 1:16]]</w:t>
      </w:r>
      <w:r w:rsidRPr="000767E2">
        <w:rPr>
          <w:vertAlign w:val="superscript"/>
          <w:lang w:val="sv-SE"/>
        </w:rPr>
        <w:t>16</w:t>
      </w:r>
      <w:r w:rsidRPr="000767E2">
        <w:rPr>
          <w:lang w:val="sv-SE"/>
        </w:rPr>
        <w:t xml:space="preserve"> {{field-on:bible}}Inte längre som en fasttjänare, utan mer än en fasttjänare: en älskad broder. Särskilt för mig. Och hur mycket mer för dig, både i köttet och i Herren?{{field-off:bible}}</w:t>
      </w:r>
    </w:p>
    <w:p w14:paraId="02512831" w14:textId="09A8B341" w:rsidR="00BA33AB" w:rsidRPr="000767E2" w:rsidRDefault="00000000">
      <w:pPr>
        <w:rPr>
          <w:lang w:val="sv-SE"/>
        </w:rPr>
      </w:pPr>
      <w:r w:rsidRPr="000767E2">
        <w:rPr>
          <w:lang w:val="sv-SE"/>
        </w:rPr>
        <w:t>[[@</w:t>
      </w:r>
      <w:r w:rsidR="0096445B" w:rsidRPr="000767E2">
        <w:rPr>
          <w:lang w:val="sv-SE"/>
        </w:rPr>
        <w:t>BibleBIBEL82</w:t>
      </w:r>
      <w:r w:rsidRPr="000767E2">
        <w:rPr>
          <w:lang w:val="sv-SE"/>
        </w:rPr>
        <w:t>:Phlm 1:17]]</w:t>
      </w:r>
      <w:r w:rsidRPr="000767E2">
        <w:rPr>
          <w:vertAlign w:val="superscript"/>
          <w:lang w:val="sv-SE"/>
        </w:rPr>
        <w:t>17</w:t>
      </w:r>
      <w:r w:rsidRPr="000767E2">
        <w:rPr>
          <w:lang w:val="sv-SE"/>
        </w:rPr>
        <w:t xml:space="preserve"> {{field-on:bible}}Om du alltså håller mig </w:t>
      </w:r>
      <w:r w:rsidRPr="000767E2">
        <w:rPr>
          <w:i/>
          <w:lang w:val="sv-SE"/>
        </w:rPr>
        <w:t>för</w:t>
      </w:r>
      <w:r w:rsidRPr="000767E2">
        <w:rPr>
          <w:lang w:val="sv-SE"/>
        </w:rPr>
        <w:t xml:space="preserve"> en kompanjon, ta emot honom som mig.{{field-off:bible}} [[@</w:t>
      </w:r>
      <w:r w:rsidR="0096445B" w:rsidRPr="000767E2">
        <w:rPr>
          <w:lang w:val="sv-SE"/>
        </w:rPr>
        <w:t>BibleBIBEL82</w:t>
      </w:r>
      <w:r w:rsidRPr="000767E2">
        <w:rPr>
          <w:lang w:val="sv-SE"/>
        </w:rPr>
        <w:t>:Phlm 1:18]]</w:t>
      </w:r>
      <w:r w:rsidRPr="000767E2">
        <w:rPr>
          <w:vertAlign w:val="superscript"/>
          <w:lang w:val="sv-SE"/>
        </w:rPr>
        <w:t>18</w:t>
      </w:r>
      <w:r w:rsidRPr="000767E2">
        <w:rPr>
          <w:lang w:val="sv-SE"/>
        </w:rPr>
        <w:t xml:space="preserve"> {{field-on:bible}}Och om han </w:t>
      </w:r>
      <w:r w:rsidRPr="000767E2">
        <w:rPr>
          <w:i/>
          <w:lang w:val="sv-SE"/>
        </w:rPr>
        <w:t>i</w:t>
      </w:r>
      <w:r w:rsidRPr="000767E2">
        <w:rPr>
          <w:lang w:val="sv-SE"/>
        </w:rPr>
        <w:t xml:space="preserve"> något har gjort dig orätt eller är skyldig, tillräkna detta mig.{{field-off:bible}} [[@</w:t>
      </w:r>
      <w:r w:rsidR="0096445B" w:rsidRPr="000767E2">
        <w:rPr>
          <w:lang w:val="sv-SE"/>
        </w:rPr>
        <w:t>BibleBIBEL82</w:t>
      </w:r>
      <w:r w:rsidRPr="000767E2">
        <w:rPr>
          <w:lang w:val="sv-SE"/>
        </w:rPr>
        <w:t>:Phlm 1:19]]</w:t>
      </w:r>
      <w:r w:rsidRPr="000767E2">
        <w:rPr>
          <w:vertAlign w:val="superscript"/>
          <w:lang w:val="sv-SE"/>
        </w:rPr>
        <w:t>19</w:t>
      </w:r>
      <w:r w:rsidRPr="000767E2">
        <w:rPr>
          <w:lang w:val="sv-SE"/>
        </w:rPr>
        <w:t xml:space="preserve"> {{field-on:bible}}Jag, Paulus, har skrivit med min hand: jag ska kompensera. För att inte säga dig att du även är skyldig mig dig själv.{{field-off:bible}} [[@</w:t>
      </w:r>
      <w:r w:rsidR="0096445B" w:rsidRPr="000767E2">
        <w:rPr>
          <w:lang w:val="sv-SE"/>
        </w:rPr>
        <w:t>BibleBIBEL82</w:t>
      </w:r>
      <w:r w:rsidRPr="000767E2">
        <w:rPr>
          <w:lang w:val="sv-SE"/>
        </w:rPr>
        <w:t>:Phlm 1:20]]</w:t>
      </w:r>
      <w:r w:rsidRPr="000767E2">
        <w:rPr>
          <w:vertAlign w:val="superscript"/>
          <w:lang w:val="sv-SE"/>
        </w:rPr>
        <w:t>20</w:t>
      </w:r>
      <w:r w:rsidRPr="000767E2">
        <w:rPr>
          <w:lang w:val="sv-SE"/>
        </w:rPr>
        <w:t xml:space="preserve"> {{field-on:bible}}Ja broder, må jag bli gynnad av dig i Herren. Ge ro åt mitt inre i Kristus.{{field-off:bible}}</w:t>
      </w:r>
    </w:p>
    <w:p w14:paraId="7E7F8A5B" w14:textId="77777777" w:rsidR="00BA33AB" w:rsidRPr="000767E2" w:rsidRDefault="00000000">
      <w:pPr>
        <w:pStyle w:val="Rubrik3"/>
        <w:rPr>
          <w:lang w:val="sv-SE"/>
        </w:rPr>
      </w:pPr>
      <w:r w:rsidRPr="000767E2">
        <w:rPr>
          <w:lang w:val="sv-SE"/>
        </w:rPr>
        <w:t>Sluthälsningar</w:t>
      </w:r>
    </w:p>
    <w:p w14:paraId="7DEBCBDA" w14:textId="6DF78244" w:rsidR="00BA33AB" w:rsidRPr="000767E2" w:rsidRDefault="00000000">
      <w:pPr>
        <w:rPr>
          <w:lang w:val="sv-SE"/>
        </w:rPr>
      </w:pPr>
      <w:r w:rsidRPr="000767E2">
        <w:rPr>
          <w:lang w:val="sv-SE"/>
        </w:rPr>
        <w:t>[[@</w:t>
      </w:r>
      <w:r w:rsidR="0096445B" w:rsidRPr="000767E2">
        <w:rPr>
          <w:lang w:val="sv-SE"/>
        </w:rPr>
        <w:t>BibleBIBEL82</w:t>
      </w:r>
      <w:r w:rsidRPr="000767E2">
        <w:rPr>
          <w:lang w:val="sv-SE"/>
        </w:rPr>
        <w:t>:Phlm 1:21]]</w:t>
      </w:r>
      <w:r w:rsidRPr="000767E2">
        <w:rPr>
          <w:vertAlign w:val="superscript"/>
          <w:lang w:val="sv-SE"/>
        </w:rPr>
        <w:t>21</w:t>
      </w:r>
      <w:r w:rsidRPr="000767E2">
        <w:rPr>
          <w:lang w:val="sv-SE"/>
        </w:rPr>
        <w:t xml:space="preserve"> {{field-on:bible}}Övertygad om din hörsamhet har jag skrivit till dig och vet att du kommer att göra </w:t>
      </w:r>
      <w:r w:rsidRPr="000767E2">
        <w:rPr>
          <w:i/>
          <w:lang w:val="sv-SE"/>
        </w:rPr>
        <w:t>till</w:t>
      </w:r>
      <w:r w:rsidRPr="000767E2">
        <w:rPr>
          <w:lang w:val="sv-SE"/>
        </w:rPr>
        <w:t xml:space="preserve"> och </w:t>
      </w:r>
      <w:r w:rsidRPr="000767E2">
        <w:rPr>
          <w:i/>
          <w:lang w:val="sv-SE"/>
        </w:rPr>
        <w:t>med</w:t>
      </w:r>
      <w:r w:rsidRPr="000767E2">
        <w:rPr>
          <w:lang w:val="sv-SE"/>
        </w:rPr>
        <w:t xml:space="preserve"> mer än det jag säger.{{field-off:bible}} [[@</w:t>
      </w:r>
      <w:r w:rsidR="0096445B" w:rsidRPr="000767E2">
        <w:rPr>
          <w:lang w:val="sv-SE"/>
        </w:rPr>
        <w:t>BibleBIBEL82</w:t>
      </w:r>
      <w:r w:rsidRPr="000767E2">
        <w:rPr>
          <w:lang w:val="sv-SE"/>
        </w:rPr>
        <w:t>:Phlm 1:22]]</w:t>
      </w:r>
      <w:r w:rsidRPr="000767E2">
        <w:rPr>
          <w:vertAlign w:val="superscript"/>
          <w:lang w:val="sv-SE"/>
        </w:rPr>
        <w:t>22</w:t>
      </w:r>
      <w:r w:rsidRPr="000767E2">
        <w:rPr>
          <w:lang w:val="sv-SE"/>
        </w:rPr>
        <w:t xml:space="preserve"> {{field-on:bible}}Och samtidigt, bered mig också ett gästrum. För jag hoppas att jag genom era böner ska bli skänkt åt er.{{field-off:bible}}</w:t>
      </w:r>
    </w:p>
    <w:p w14:paraId="59F878A2" w14:textId="0B5CF97B" w:rsidR="00BA33AB" w:rsidRPr="000767E2" w:rsidRDefault="00000000">
      <w:pPr>
        <w:rPr>
          <w:lang w:val="sv-SE"/>
        </w:rPr>
      </w:pPr>
      <w:r w:rsidRPr="000767E2">
        <w:rPr>
          <w:lang w:val="sv-SE"/>
        </w:rPr>
        <w:t>[[@</w:t>
      </w:r>
      <w:r w:rsidR="0096445B" w:rsidRPr="000767E2">
        <w:rPr>
          <w:lang w:val="sv-SE"/>
        </w:rPr>
        <w:t>BibleBIBEL82</w:t>
      </w:r>
      <w:r w:rsidRPr="000767E2">
        <w:rPr>
          <w:lang w:val="sv-SE"/>
        </w:rPr>
        <w:t>:Phlm 1:23]]</w:t>
      </w:r>
      <w:r w:rsidRPr="000767E2">
        <w:rPr>
          <w:vertAlign w:val="superscript"/>
          <w:lang w:val="sv-SE"/>
        </w:rPr>
        <w:t>23</w:t>
      </w:r>
      <w:r w:rsidRPr="000767E2">
        <w:rPr>
          <w:lang w:val="sv-SE"/>
        </w:rPr>
        <w:t xml:space="preserve"> {{field-on:bible}}Hälsar dig </w:t>
      </w:r>
      <w:r w:rsidRPr="000767E2">
        <w:rPr>
          <w:i/>
          <w:lang w:val="sv-SE"/>
        </w:rPr>
        <w:t>gör</w:t>
      </w:r>
      <w:r w:rsidRPr="000767E2">
        <w:rPr>
          <w:lang w:val="sv-SE"/>
        </w:rPr>
        <w:t xml:space="preserve"> Epafras, min medfånge i Kristus Jesus,{{field-off:bible}} [[@</w:t>
      </w:r>
      <w:r w:rsidR="0096445B" w:rsidRPr="000767E2">
        <w:rPr>
          <w:lang w:val="sv-SE"/>
        </w:rPr>
        <w:t>BibleBIBEL82</w:t>
      </w:r>
      <w:r w:rsidRPr="000767E2">
        <w:rPr>
          <w:lang w:val="sv-SE"/>
        </w:rPr>
        <w:t>:Phlm 1:24]]</w:t>
      </w:r>
      <w:r w:rsidRPr="000767E2">
        <w:rPr>
          <w:vertAlign w:val="superscript"/>
          <w:lang w:val="sv-SE"/>
        </w:rPr>
        <w:t>24</w:t>
      </w:r>
      <w:r w:rsidRPr="000767E2">
        <w:rPr>
          <w:lang w:val="sv-SE"/>
        </w:rPr>
        <w:t xml:space="preserve"> {{field-on:bible}}</w:t>
      </w:r>
      <w:r w:rsidRPr="000767E2">
        <w:rPr>
          <w:i/>
          <w:lang w:val="sv-SE"/>
        </w:rPr>
        <w:t>och</w:t>
      </w:r>
      <w:r w:rsidRPr="000767E2">
        <w:rPr>
          <w:lang w:val="sv-SE"/>
        </w:rPr>
        <w:t xml:space="preserve"> Markus, Aristarchos, Demas, Lukas, mina medarbetare.{{field-off:bible}} [[@</w:t>
      </w:r>
      <w:r w:rsidR="0096445B" w:rsidRPr="000767E2">
        <w:rPr>
          <w:lang w:val="sv-SE"/>
        </w:rPr>
        <w:t>BibleBIBEL82</w:t>
      </w:r>
      <w:r w:rsidRPr="000767E2">
        <w:rPr>
          <w:lang w:val="sv-SE"/>
        </w:rPr>
        <w:t>:Phlm 1:25]]</w:t>
      </w:r>
      <w:r w:rsidRPr="000767E2">
        <w:rPr>
          <w:vertAlign w:val="superscript"/>
          <w:lang w:val="sv-SE"/>
        </w:rPr>
        <w:t>25</w:t>
      </w:r>
      <w:r w:rsidRPr="000767E2">
        <w:rPr>
          <w:lang w:val="sv-SE"/>
        </w:rPr>
        <w:t xml:space="preserve"> {{field-on:bible}}Herren Jesu Kristi nåd </w:t>
      </w:r>
      <w:r w:rsidRPr="000767E2">
        <w:rPr>
          <w:i/>
          <w:lang w:val="sv-SE"/>
        </w:rPr>
        <w:t>vare</w:t>
      </w:r>
      <w:r w:rsidRPr="000767E2">
        <w:rPr>
          <w:lang w:val="sv-SE"/>
        </w:rPr>
        <w:t xml:space="preserve"> med er ande.{{field-off:bible}}</w:t>
      </w:r>
    </w:p>
    <w:p w14:paraId="2C38C43B" w14:textId="6DB5755F"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:Heb]]Till hebreerna</w:t>
      </w:r>
    </w:p>
    <w:p w14:paraId="18CCDC0F" w14:textId="625683A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1]]Kapitel 1</w:t>
      </w:r>
    </w:p>
    <w:p w14:paraId="0622F003" w14:textId="77777777" w:rsidR="00BA33AB" w:rsidRPr="000767E2" w:rsidRDefault="00000000">
      <w:pPr>
        <w:pStyle w:val="Rubrik3"/>
        <w:rPr>
          <w:lang w:val="sv-SE"/>
        </w:rPr>
      </w:pPr>
      <w:r w:rsidRPr="000767E2">
        <w:rPr>
          <w:lang w:val="sv-SE"/>
        </w:rPr>
        <w:t>Gud har talat genom Sonen</w:t>
      </w:r>
    </w:p>
    <w:p w14:paraId="055E5E49" w14:textId="691C8654" w:rsidR="00BA33AB" w:rsidRPr="000767E2" w:rsidRDefault="00000000">
      <w:pPr>
        <w:rPr>
          <w:lang w:val="sv-SE"/>
        </w:rPr>
      </w:pPr>
      <w:r w:rsidRPr="000767E2">
        <w:rPr>
          <w:lang w:val="sv-SE"/>
        </w:rPr>
        <w:t>[[@</w:t>
      </w:r>
      <w:r w:rsidR="0096445B" w:rsidRPr="000767E2">
        <w:rPr>
          <w:lang w:val="sv-SE"/>
        </w:rPr>
        <w:t>BibleBIBEL82</w:t>
      </w:r>
      <w:r w:rsidRPr="000767E2">
        <w:rPr>
          <w:lang w:val="sv-SE"/>
        </w:rPr>
        <w:t>:Heb 1:1]]</w:t>
      </w:r>
      <w:r w:rsidRPr="000767E2">
        <w:rPr>
          <w:vertAlign w:val="superscript"/>
          <w:lang w:val="sv-SE"/>
        </w:rPr>
        <w:t>1</w:t>
      </w:r>
      <w:r w:rsidRPr="000767E2">
        <w:rPr>
          <w:lang w:val="sv-SE"/>
        </w:rPr>
        <w:t xml:space="preserve"> {{field-on:bible}}I många stycken och på många sätt har förr Gud talat till fäderna genom profeterna,{{field-off:bible}} [[@</w:t>
      </w:r>
      <w:r w:rsidR="0096445B" w:rsidRPr="000767E2">
        <w:rPr>
          <w:lang w:val="sv-SE"/>
        </w:rPr>
        <w:t>BibleBIBEL82</w:t>
      </w:r>
      <w:r w:rsidRPr="000767E2">
        <w:rPr>
          <w:lang w:val="sv-SE"/>
        </w:rPr>
        <w:t>:Heb 1:2]]</w:t>
      </w:r>
      <w:r w:rsidRPr="000767E2">
        <w:rPr>
          <w:vertAlign w:val="superscript"/>
          <w:lang w:val="sv-SE"/>
        </w:rPr>
        <w:t>2</w:t>
      </w:r>
      <w:r w:rsidRPr="000767E2">
        <w:rPr>
          <w:lang w:val="sv-SE"/>
        </w:rPr>
        <w:t xml:space="preserve"> {{field-on:bible}}</w:t>
      </w:r>
      <w:r w:rsidRPr="000767E2">
        <w:rPr>
          <w:i/>
          <w:lang w:val="sv-SE"/>
        </w:rPr>
        <w:t>men</w:t>
      </w:r>
      <w:r w:rsidRPr="000767E2">
        <w:rPr>
          <w:lang w:val="sv-SE"/>
        </w:rPr>
        <w:t xml:space="preserve"> i slutet av dessa dagar har han talat till oss genom en Son, som han har satt </w:t>
      </w:r>
      <w:r w:rsidRPr="000767E2">
        <w:rPr>
          <w:i/>
          <w:lang w:val="sv-SE"/>
        </w:rPr>
        <w:t>som</w:t>
      </w:r>
      <w:r w:rsidRPr="000767E2">
        <w:rPr>
          <w:lang w:val="sv-SE"/>
        </w:rPr>
        <w:t xml:space="preserve"> arvinge till allt. Genom honom har han också gjort eonerna.{{field-off:bible}} [[@</w:t>
      </w:r>
      <w:r w:rsidR="0096445B" w:rsidRPr="000767E2">
        <w:rPr>
          <w:lang w:val="sv-SE"/>
        </w:rPr>
        <w:t>BibleBIBEL82</w:t>
      </w:r>
      <w:r w:rsidRPr="000767E2">
        <w:rPr>
          <w:lang w:val="sv-SE"/>
        </w:rPr>
        <w:t>:Heb 1:3]]</w:t>
      </w:r>
      <w:r w:rsidRPr="000767E2">
        <w:rPr>
          <w:vertAlign w:val="superscript"/>
          <w:lang w:val="sv-SE"/>
        </w:rPr>
        <w:t>3</w:t>
      </w:r>
      <w:r w:rsidRPr="000767E2">
        <w:rPr>
          <w:lang w:val="sv-SE"/>
        </w:rPr>
        <w:t xml:space="preserve"> {{field-on:bible}}Han är en utstrålning av härligheten och en prägel av hans substans och bär allt med sin makts ord, </w:t>
      </w:r>
      <w:r w:rsidRPr="000767E2">
        <w:rPr>
          <w:i/>
          <w:lang w:val="sv-SE"/>
        </w:rPr>
        <w:t>och</w:t>
      </w:r>
      <w:r w:rsidRPr="000767E2">
        <w:rPr>
          <w:lang w:val="sv-SE"/>
        </w:rPr>
        <w:t xml:space="preserve"> sedan han gjort en rening från synderna har han satt sig vid Majestätets högra </w:t>
      </w:r>
      <w:r w:rsidRPr="000767E2">
        <w:rPr>
          <w:i/>
          <w:lang w:val="sv-SE"/>
        </w:rPr>
        <w:t>hand</w:t>
      </w:r>
      <w:r w:rsidRPr="000767E2">
        <w:rPr>
          <w:lang w:val="sv-SE"/>
        </w:rPr>
        <w:t xml:space="preserve"> i </w:t>
      </w:r>
      <w:r w:rsidRPr="000767E2">
        <w:rPr>
          <w:i/>
          <w:lang w:val="sv-SE"/>
        </w:rPr>
        <w:t>det</w:t>
      </w:r>
      <w:r w:rsidRPr="000767E2">
        <w:rPr>
          <w:lang w:val="sv-SE"/>
        </w:rPr>
        <w:t xml:space="preserve"> höga{{field-off:bible}} </w:t>
      </w:r>
      <w:r w:rsidRPr="000767E2">
        <w:rPr>
          <w:lang w:val="sv-SE"/>
        </w:rPr>
        <w:lastRenderedPageBreak/>
        <w:t>[[@</w:t>
      </w:r>
      <w:r w:rsidR="0096445B" w:rsidRPr="000767E2">
        <w:rPr>
          <w:lang w:val="sv-SE"/>
        </w:rPr>
        <w:t>BibleBIBEL82</w:t>
      </w:r>
      <w:r w:rsidRPr="000767E2">
        <w:rPr>
          <w:lang w:val="sv-SE"/>
        </w:rPr>
        <w:t>:Heb 1:4]]</w:t>
      </w:r>
      <w:r w:rsidRPr="000767E2">
        <w:rPr>
          <w:vertAlign w:val="superscript"/>
          <w:lang w:val="sv-SE"/>
        </w:rPr>
        <w:t>4</w:t>
      </w:r>
      <w:r w:rsidRPr="000767E2">
        <w:rPr>
          <w:lang w:val="sv-SE"/>
        </w:rPr>
        <w:t xml:space="preserve"> {{field-on:bible}}och blivit så mycket bättre än änglarna som han ärvt ett förträffligare namn än dem.{{field-off:bible}}</w:t>
      </w:r>
    </w:p>
    <w:p w14:paraId="1053DD08" w14:textId="77777777" w:rsidR="00BA33AB" w:rsidRPr="000767E2" w:rsidRDefault="00000000">
      <w:pPr>
        <w:pStyle w:val="Rubrik3"/>
        <w:rPr>
          <w:lang w:val="sv-SE"/>
        </w:rPr>
      </w:pPr>
      <w:r w:rsidRPr="000767E2">
        <w:rPr>
          <w:lang w:val="sv-SE"/>
        </w:rPr>
        <w:t>Sonen är större än änglarna</w:t>
      </w:r>
    </w:p>
    <w:p w14:paraId="7C532C75" w14:textId="5052F548" w:rsidR="00BA33AB" w:rsidRPr="000767E2" w:rsidRDefault="00000000">
      <w:pPr>
        <w:rPr>
          <w:lang w:val="sv-SE"/>
        </w:rPr>
      </w:pPr>
      <w:r w:rsidRPr="000767E2">
        <w:rPr>
          <w:lang w:val="sv-SE"/>
        </w:rPr>
        <w:t>[[@</w:t>
      </w:r>
      <w:r w:rsidR="0096445B" w:rsidRPr="000767E2">
        <w:rPr>
          <w:lang w:val="sv-SE"/>
        </w:rPr>
        <w:t>BibleBIBEL82</w:t>
      </w:r>
      <w:r w:rsidRPr="000767E2">
        <w:rPr>
          <w:lang w:val="sv-SE"/>
        </w:rPr>
        <w:t>:Heb 1:5]]</w:t>
      </w:r>
      <w:r w:rsidRPr="000767E2">
        <w:rPr>
          <w:vertAlign w:val="superscript"/>
          <w:lang w:val="sv-SE"/>
        </w:rPr>
        <w:t>5</w:t>
      </w:r>
      <w:r w:rsidRPr="000767E2">
        <w:rPr>
          <w:lang w:val="sv-SE"/>
        </w:rPr>
        <w:t xml:space="preserve"> {{field-on:bible}}För till vilken har han någonsin sagt av änglarna:{{field-off:bible}}</w:t>
      </w:r>
    </w:p>
    <w:p w14:paraId="1DDD7952" w14:textId="77777777" w:rsidR="00BA33AB" w:rsidRPr="000767E2" w:rsidRDefault="00000000">
      <w:pPr>
        <w:rPr>
          <w:lang w:val="sv-SE"/>
        </w:rPr>
      </w:pPr>
      <w:r w:rsidRPr="000767E2">
        <w:rPr>
          <w:lang w:val="sv-SE"/>
        </w:rPr>
        <w:t>{{field-on:bible}}Min Son är du, jag har idag fött dig?{{field-off:bible}}</w:t>
      </w:r>
    </w:p>
    <w:p w14:paraId="5483F928" w14:textId="77777777" w:rsidR="00BA33AB" w:rsidRDefault="00000000">
      <w:r>
        <w:t>{{</w:t>
      </w:r>
      <w:proofErr w:type="spellStart"/>
      <w:r>
        <w:t>field-</w:t>
      </w:r>
      <w:proofErr w:type="gramStart"/>
      <w:r>
        <w:t>on:bible</w:t>
      </w:r>
      <w:proofErr w:type="spellEnd"/>
      <w:r>
        <w:t>}}Och</w:t>
      </w:r>
      <w:proofErr w:type="gramEnd"/>
      <w:r>
        <w:t xml:space="preserve"> </w:t>
      </w:r>
      <w:proofErr w:type="spellStart"/>
      <w:proofErr w:type="gramStart"/>
      <w:r>
        <w:t>åter</w:t>
      </w:r>
      <w:proofErr w:type="spellEnd"/>
      <w:r>
        <w:t>:{</w:t>
      </w:r>
      <w:proofErr w:type="gramEnd"/>
      <w:r>
        <w:t>{</w:t>
      </w:r>
      <w:proofErr w:type="spellStart"/>
      <w:r>
        <w:t>field-</w:t>
      </w:r>
      <w:proofErr w:type="gramStart"/>
      <w:r>
        <w:t>off:bible</w:t>
      </w:r>
      <w:proofErr w:type="spellEnd"/>
      <w:proofErr w:type="gramEnd"/>
      <w:r>
        <w:t>}}</w:t>
      </w:r>
    </w:p>
    <w:p w14:paraId="65FA607A" w14:textId="77777777" w:rsidR="00BA33AB" w:rsidRPr="000767E2" w:rsidRDefault="00000000">
      <w:pPr>
        <w:rPr>
          <w:lang w:val="sv-SE"/>
        </w:rPr>
      </w:pPr>
      <w:r w:rsidRPr="000767E2">
        <w:rPr>
          <w:lang w:val="sv-SE"/>
        </w:rPr>
        <w:t>{{field-on:bible}}Jag ska vara för honom till Far, och han ska vara för mig till Son?{{field-off:bible}}</w:t>
      </w:r>
    </w:p>
    <w:p w14:paraId="51540634" w14:textId="11BC2844" w:rsidR="00BA33AB" w:rsidRPr="000767E2" w:rsidRDefault="00000000">
      <w:pPr>
        <w:rPr>
          <w:lang w:val="sv-SE"/>
        </w:rPr>
      </w:pPr>
      <w:r w:rsidRPr="000767E2">
        <w:rPr>
          <w:lang w:val="sv-SE"/>
        </w:rPr>
        <w:t>[[@</w:t>
      </w:r>
      <w:r w:rsidR="0096445B" w:rsidRPr="000767E2">
        <w:rPr>
          <w:lang w:val="sv-SE"/>
        </w:rPr>
        <w:t>BibleBIBEL82</w:t>
      </w:r>
      <w:r w:rsidRPr="000767E2">
        <w:rPr>
          <w:lang w:val="sv-SE"/>
        </w:rPr>
        <w:t>:Heb 1:6]]</w:t>
      </w:r>
      <w:r w:rsidRPr="000767E2">
        <w:rPr>
          <w:vertAlign w:val="superscript"/>
          <w:lang w:val="sv-SE"/>
        </w:rPr>
        <w:t>6</w:t>
      </w:r>
      <w:r w:rsidRPr="000767E2">
        <w:rPr>
          <w:lang w:val="sv-SE"/>
        </w:rPr>
        <w:t xml:space="preserve"> {{field-on:bible}}Men när åter han för in den Förstfödde i den bebodda </w:t>
      </w:r>
      <w:r w:rsidRPr="000767E2">
        <w:rPr>
          <w:i/>
          <w:lang w:val="sv-SE"/>
        </w:rPr>
        <w:t>världen</w:t>
      </w:r>
      <w:r w:rsidRPr="000767E2">
        <w:rPr>
          <w:lang w:val="sv-SE"/>
        </w:rPr>
        <w:t>, säger han:{{field-off:bible}}</w:t>
      </w:r>
    </w:p>
    <w:p w14:paraId="1F7EE996" w14:textId="77777777" w:rsidR="00BA33AB" w:rsidRPr="000767E2" w:rsidRDefault="00000000">
      <w:pPr>
        <w:rPr>
          <w:lang w:val="sv-SE"/>
        </w:rPr>
      </w:pPr>
      <w:r w:rsidRPr="000767E2">
        <w:rPr>
          <w:lang w:val="sv-SE"/>
        </w:rPr>
        <w:t>{{field-on:bible}}Och tillbe honom ska alla Guds änglar.{{field-off:bible}}</w:t>
      </w:r>
    </w:p>
    <w:p w14:paraId="62D3DA29" w14:textId="08713C03" w:rsidR="00BA33AB" w:rsidRPr="000767E2" w:rsidRDefault="00000000">
      <w:pPr>
        <w:rPr>
          <w:lang w:val="sv-SE"/>
        </w:rPr>
      </w:pPr>
      <w:r w:rsidRPr="000767E2">
        <w:rPr>
          <w:lang w:val="sv-SE"/>
        </w:rPr>
        <w:t>[[@</w:t>
      </w:r>
      <w:r w:rsidR="0096445B" w:rsidRPr="000767E2">
        <w:rPr>
          <w:lang w:val="sv-SE"/>
        </w:rPr>
        <w:t>BibleBIBEL82</w:t>
      </w:r>
      <w:r w:rsidRPr="000767E2">
        <w:rPr>
          <w:lang w:val="sv-SE"/>
        </w:rPr>
        <w:t>:Heb 1:7]]</w:t>
      </w:r>
      <w:r w:rsidRPr="000767E2">
        <w:rPr>
          <w:vertAlign w:val="superscript"/>
          <w:lang w:val="sv-SE"/>
        </w:rPr>
        <w:t>7</w:t>
      </w:r>
      <w:r w:rsidRPr="000767E2">
        <w:rPr>
          <w:lang w:val="sv-SE"/>
        </w:rPr>
        <w:t xml:space="preserve"> {{field-on:bible}}Och om änglarna säger han:{{field-off:bible}}</w:t>
      </w:r>
    </w:p>
    <w:p w14:paraId="74653959" w14:textId="77777777" w:rsidR="00BA33AB" w:rsidRPr="000767E2" w:rsidRDefault="00000000">
      <w:pPr>
        <w:rPr>
          <w:lang w:val="sv-SE"/>
        </w:rPr>
      </w:pPr>
      <w:r w:rsidRPr="000767E2">
        <w:rPr>
          <w:lang w:val="sv-SE"/>
        </w:rPr>
        <w:t xml:space="preserve">{{field-on:bible}}Han som gör sina änglar </w:t>
      </w:r>
      <w:r w:rsidRPr="000767E2">
        <w:rPr>
          <w:i/>
          <w:lang w:val="sv-SE"/>
        </w:rPr>
        <w:t>till</w:t>
      </w:r>
      <w:r w:rsidRPr="000767E2">
        <w:rPr>
          <w:lang w:val="sv-SE"/>
        </w:rPr>
        <w:t xml:space="preserve"> andar</w:t>
      </w:r>
      <w:r w:rsidRPr="000767E2">
        <w:rPr>
          <w:lang w:val="sv-SE"/>
        </w:rPr>
        <w:br/>
        <w:t xml:space="preserve">och sina tjänstgörande </w:t>
      </w:r>
      <w:r w:rsidRPr="000767E2">
        <w:rPr>
          <w:i/>
          <w:lang w:val="sv-SE"/>
        </w:rPr>
        <w:t>till</w:t>
      </w:r>
      <w:r w:rsidRPr="000767E2">
        <w:rPr>
          <w:lang w:val="sv-SE"/>
        </w:rPr>
        <w:t xml:space="preserve"> en eldslåga.{{field-off:bible}}</w:t>
      </w:r>
    </w:p>
    <w:p w14:paraId="6A55FF18" w14:textId="63175B72" w:rsidR="00BA33AB" w:rsidRDefault="00000000">
      <w:r>
        <w:t>[[@</w:t>
      </w:r>
      <w:r w:rsidR="0096445B">
        <w:t>BibleBIBEL</w:t>
      </w:r>
      <w:proofErr w:type="gramStart"/>
      <w:r w:rsidR="0096445B">
        <w:t>82</w:t>
      </w:r>
      <w:r>
        <w:t>:Heb</w:t>
      </w:r>
      <w:proofErr w:type="gramEnd"/>
      <w:r>
        <w:t xml:space="preserve"> 1:8]]</w:t>
      </w:r>
      <w:r>
        <w:rPr>
          <w:vertAlign w:val="superscript"/>
        </w:rPr>
        <w:t>8</w:t>
      </w:r>
      <w:r>
        <w:t xml:space="preserve"> {{</w:t>
      </w:r>
      <w:proofErr w:type="spellStart"/>
      <w:r>
        <w:t>field-</w:t>
      </w:r>
      <w:proofErr w:type="gramStart"/>
      <w:r>
        <w:t>on:bible</w:t>
      </w:r>
      <w:proofErr w:type="spellEnd"/>
      <w:r>
        <w:t>}}Men</w:t>
      </w:r>
      <w:proofErr w:type="gramEnd"/>
      <w:r>
        <w:t xml:space="preserve"> om </w:t>
      </w:r>
      <w:proofErr w:type="spellStart"/>
      <w:proofErr w:type="gramStart"/>
      <w:r>
        <w:t>Sonen</w:t>
      </w:r>
      <w:proofErr w:type="spellEnd"/>
      <w:r>
        <w:t>:{</w:t>
      </w:r>
      <w:proofErr w:type="gramEnd"/>
      <w:r>
        <w:t>{</w:t>
      </w:r>
      <w:proofErr w:type="spellStart"/>
      <w:r>
        <w:t>field-</w:t>
      </w:r>
      <w:proofErr w:type="gramStart"/>
      <w:r>
        <w:t>off:bible</w:t>
      </w:r>
      <w:proofErr w:type="spellEnd"/>
      <w:proofErr w:type="gramEnd"/>
      <w:r>
        <w:t>}}</w:t>
      </w:r>
    </w:p>
    <w:p w14:paraId="00282DFD" w14:textId="5AB02A59" w:rsidR="00BA33AB" w:rsidRPr="000767E2" w:rsidRDefault="00000000">
      <w:pPr>
        <w:rPr>
          <w:lang w:val="sv-SE"/>
        </w:rPr>
      </w:pPr>
      <w:r w:rsidRPr="000767E2">
        <w:rPr>
          <w:lang w:val="sv-SE"/>
        </w:rPr>
        <w:t xml:space="preserve">{{field-on:bible}}Din tron, Gud, </w:t>
      </w:r>
      <w:r w:rsidRPr="000767E2">
        <w:rPr>
          <w:i/>
          <w:lang w:val="sv-SE"/>
        </w:rPr>
        <w:t>är</w:t>
      </w:r>
      <w:r w:rsidRPr="000767E2">
        <w:rPr>
          <w:lang w:val="sv-SE"/>
        </w:rPr>
        <w:t xml:space="preserve"> till eonens eon,</w:t>
      </w:r>
      <w:r w:rsidRPr="000767E2">
        <w:rPr>
          <w:lang w:val="sv-SE"/>
        </w:rPr>
        <w:br/>
        <w:t xml:space="preserve">och rakhetens spira </w:t>
      </w:r>
      <w:r w:rsidRPr="000767E2">
        <w:rPr>
          <w:i/>
          <w:lang w:val="sv-SE"/>
        </w:rPr>
        <w:t>är</w:t>
      </w:r>
      <w:r w:rsidRPr="000767E2">
        <w:rPr>
          <w:lang w:val="sv-SE"/>
        </w:rPr>
        <w:t xml:space="preserve"> ditt rikes spira.{{field-off:bible}}</w:t>
      </w:r>
      <w:r w:rsidRPr="000767E2">
        <w:rPr>
          <w:lang w:val="sv-SE"/>
        </w:rPr>
        <w:br/>
        <w:t>[[@</w:t>
      </w:r>
      <w:r w:rsidR="0096445B" w:rsidRPr="000767E2">
        <w:rPr>
          <w:lang w:val="sv-SE"/>
        </w:rPr>
        <w:t>BibleBIBEL82</w:t>
      </w:r>
      <w:r w:rsidRPr="000767E2">
        <w:rPr>
          <w:lang w:val="sv-SE"/>
        </w:rPr>
        <w:t>:Heb 1:9]]</w:t>
      </w:r>
      <w:r w:rsidRPr="000767E2">
        <w:rPr>
          <w:vertAlign w:val="superscript"/>
          <w:lang w:val="sv-SE"/>
        </w:rPr>
        <w:t>9</w:t>
      </w:r>
      <w:r w:rsidRPr="000767E2">
        <w:rPr>
          <w:lang w:val="sv-SE"/>
        </w:rPr>
        <w:t xml:space="preserve"> {{field-on:bible}}Du har älskat rättfärdighet och hatat laglöshet.</w:t>
      </w:r>
      <w:r w:rsidRPr="000767E2">
        <w:rPr>
          <w:lang w:val="sv-SE"/>
        </w:rPr>
        <w:br/>
        <w:t>Därför har han smort dig, Gud din Gud,</w:t>
      </w:r>
      <w:r w:rsidRPr="000767E2">
        <w:rPr>
          <w:lang w:val="sv-SE"/>
        </w:rPr>
        <w:br/>
      </w:r>
      <w:r w:rsidRPr="000767E2">
        <w:rPr>
          <w:i/>
          <w:lang w:val="sv-SE"/>
        </w:rPr>
        <w:t>med</w:t>
      </w:r>
      <w:r w:rsidRPr="000767E2">
        <w:rPr>
          <w:lang w:val="sv-SE"/>
        </w:rPr>
        <w:t xml:space="preserve"> jublets olja mer än dina medbröder.{{field-off:bible}}</w:t>
      </w:r>
    </w:p>
    <w:p w14:paraId="2078F677" w14:textId="71E6FE2F" w:rsidR="00BA33AB" w:rsidRDefault="00000000">
      <w:r>
        <w:t>[[@</w:t>
      </w:r>
      <w:r w:rsidR="0096445B">
        <w:t>BibleBIBEL</w:t>
      </w:r>
      <w:proofErr w:type="gramStart"/>
      <w:r w:rsidR="0096445B">
        <w:t>82</w:t>
      </w:r>
      <w:r>
        <w:t>:Heb</w:t>
      </w:r>
      <w:proofErr w:type="gramEnd"/>
      <w:r>
        <w:t xml:space="preserve"> 1:10]]</w:t>
      </w:r>
      <w:r>
        <w:rPr>
          <w:vertAlign w:val="superscript"/>
        </w:rPr>
        <w:t>10</w:t>
      </w:r>
      <w:r>
        <w:t xml:space="preserve"> {{</w:t>
      </w:r>
      <w:proofErr w:type="spellStart"/>
      <w:r>
        <w:t>field-</w:t>
      </w:r>
      <w:proofErr w:type="gramStart"/>
      <w:r>
        <w:t>on:bible</w:t>
      </w:r>
      <w:proofErr w:type="spellEnd"/>
      <w:r>
        <w:t>}}Och</w:t>
      </w:r>
      <w:proofErr w:type="gramEnd"/>
      <w:r>
        <w:t>:{{</w:t>
      </w:r>
      <w:proofErr w:type="spellStart"/>
      <w:r>
        <w:t>field-</w:t>
      </w:r>
      <w:proofErr w:type="gramStart"/>
      <w:r>
        <w:t>off:bible</w:t>
      </w:r>
      <w:proofErr w:type="spellEnd"/>
      <w:proofErr w:type="gramEnd"/>
      <w:r>
        <w:t>}}</w:t>
      </w:r>
    </w:p>
    <w:p w14:paraId="5B93E582" w14:textId="49CCC419" w:rsidR="00BA33AB" w:rsidRPr="000767E2" w:rsidRDefault="00000000">
      <w:pPr>
        <w:rPr>
          <w:lang w:val="sv-SE"/>
        </w:rPr>
      </w:pPr>
      <w:r w:rsidRPr="000767E2">
        <w:rPr>
          <w:lang w:val="sv-SE"/>
        </w:rPr>
        <w:t>{{field-on:bible}}Du har i begynnelsen, Herre, grundat jorden,</w:t>
      </w:r>
      <w:r w:rsidRPr="000767E2">
        <w:rPr>
          <w:lang w:val="sv-SE"/>
        </w:rPr>
        <w:br/>
        <w:t>och dina händers verk är himlarna.{{field-off:bible}}</w:t>
      </w:r>
      <w:r w:rsidRPr="000767E2">
        <w:rPr>
          <w:lang w:val="sv-SE"/>
        </w:rPr>
        <w:br/>
        <w:t>[[@</w:t>
      </w:r>
      <w:r w:rsidR="0096445B" w:rsidRPr="000767E2">
        <w:rPr>
          <w:lang w:val="sv-SE"/>
        </w:rPr>
        <w:t>BibleBIBEL82</w:t>
      </w:r>
      <w:r w:rsidRPr="000767E2">
        <w:rPr>
          <w:lang w:val="sv-SE"/>
        </w:rPr>
        <w:t>:Heb 1:11]]</w:t>
      </w:r>
      <w:r w:rsidRPr="000767E2">
        <w:rPr>
          <w:vertAlign w:val="superscript"/>
          <w:lang w:val="sv-SE"/>
        </w:rPr>
        <w:t>11</w:t>
      </w:r>
      <w:r w:rsidRPr="000767E2">
        <w:rPr>
          <w:lang w:val="sv-SE"/>
        </w:rPr>
        <w:t xml:space="preserve"> {{field-on:bible}}De ska förgöras, men du förblir.</w:t>
      </w:r>
      <w:r w:rsidRPr="000767E2">
        <w:rPr>
          <w:lang w:val="sv-SE"/>
        </w:rPr>
        <w:br/>
        <w:t>Och alla ska som en mantel föråldras,{{field-off:bible}}</w:t>
      </w:r>
      <w:r w:rsidRPr="000767E2">
        <w:rPr>
          <w:lang w:val="sv-SE"/>
        </w:rPr>
        <w:br/>
        <w:t>[[@</w:t>
      </w:r>
      <w:r w:rsidR="0096445B" w:rsidRPr="000767E2">
        <w:rPr>
          <w:lang w:val="sv-SE"/>
        </w:rPr>
        <w:t>BibleBIBEL82</w:t>
      </w:r>
      <w:r w:rsidRPr="000767E2">
        <w:rPr>
          <w:lang w:val="sv-SE"/>
        </w:rPr>
        <w:t>:Heb 1:12]]</w:t>
      </w:r>
      <w:r w:rsidRPr="000767E2">
        <w:rPr>
          <w:vertAlign w:val="superscript"/>
          <w:lang w:val="sv-SE"/>
        </w:rPr>
        <w:t>12</w:t>
      </w:r>
      <w:r w:rsidRPr="000767E2">
        <w:rPr>
          <w:lang w:val="sv-SE"/>
        </w:rPr>
        <w:t xml:space="preserve"> {{field-on:bible}}och som ett täckelse ska du rulla ihop dem,</w:t>
      </w:r>
      <w:r w:rsidRPr="000767E2">
        <w:rPr>
          <w:lang w:val="sv-SE"/>
        </w:rPr>
        <w:br/>
        <w:t>som en mantel och de ska bytas ut.</w:t>
      </w:r>
      <w:r w:rsidRPr="000767E2">
        <w:rPr>
          <w:lang w:val="sv-SE"/>
        </w:rPr>
        <w:br/>
        <w:t>Men du är densamme, och dina år ska inte ta slut.{{field-off:bible}}</w:t>
      </w:r>
    </w:p>
    <w:p w14:paraId="53D88FE1" w14:textId="42F9179F" w:rsidR="00BA33AB" w:rsidRPr="000767E2" w:rsidRDefault="00000000">
      <w:pPr>
        <w:rPr>
          <w:lang w:val="sv-SE"/>
        </w:rPr>
      </w:pPr>
      <w:r w:rsidRPr="000767E2">
        <w:rPr>
          <w:lang w:val="sv-SE"/>
        </w:rPr>
        <w:t>[[@</w:t>
      </w:r>
      <w:r w:rsidR="0096445B" w:rsidRPr="000767E2">
        <w:rPr>
          <w:lang w:val="sv-SE"/>
        </w:rPr>
        <w:t>BibleBIBEL82</w:t>
      </w:r>
      <w:r w:rsidRPr="000767E2">
        <w:rPr>
          <w:lang w:val="sv-SE"/>
        </w:rPr>
        <w:t>:Heb 1:13]]</w:t>
      </w:r>
      <w:r w:rsidRPr="000767E2">
        <w:rPr>
          <w:vertAlign w:val="superscript"/>
          <w:lang w:val="sv-SE"/>
        </w:rPr>
        <w:t>13</w:t>
      </w:r>
      <w:r w:rsidRPr="000767E2">
        <w:rPr>
          <w:lang w:val="sv-SE"/>
        </w:rPr>
        <w:t xml:space="preserve"> {{field-on:bible}}Och till vilken av änglarna har han någonsin sagt:{{field-off:bible}}</w:t>
      </w:r>
    </w:p>
    <w:p w14:paraId="36149AE8" w14:textId="77777777" w:rsidR="00BA33AB" w:rsidRPr="000767E2" w:rsidRDefault="00000000">
      <w:pPr>
        <w:rPr>
          <w:lang w:val="sv-SE"/>
        </w:rPr>
      </w:pPr>
      <w:r w:rsidRPr="000767E2">
        <w:rPr>
          <w:lang w:val="sv-SE"/>
        </w:rPr>
        <w:t xml:space="preserve">{{field-on:bible}}Sitt vid min högra </w:t>
      </w:r>
      <w:r w:rsidRPr="000767E2">
        <w:rPr>
          <w:i/>
          <w:lang w:val="sv-SE"/>
        </w:rPr>
        <w:t>sida</w:t>
      </w:r>
      <w:r w:rsidRPr="000767E2">
        <w:rPr>
          <w:lang w:val="sv-SE"/>
        </w:rPr>
        <w:br/>
        <w:t xml:space="preserve">tills jag lagt dina fiender </w:t>
      </w:r>
      <w:r w:rsidRPr="000767E2">
        <w:rPr>
          <w:i/>
          <w:lang w:val="sv-SE"/>
        </w:rPr>
        <w:t>som</w:t>
      </w:r>
      <w:r w:rsidRPr="000767E2">
        <w:rPr>
          <w:lang w:val="sv-SE"/>
        </w:rPr>
        <w:t xml:space="preserve"> en fotpall för dina fötter?{{field-off:bible}}</w:t>
      </w:r>
    </w:p>
    <w:p w14:paraId="4F878CE6" w14:textId="0B208B3C"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:Heb 1:14]]</w:t>
      </w:r>
      <w:r w:rsidRPr="000767E2">
        <w:rPr>
          <w:vertAlign w:val="superscript"/>
          <w:lang w:val="sv-SE"/>
        </w:rPr>
        <w:t>14</w:t>
      </w:r>
      <w:r w:rsidRPr="000767E2">
        <w:rPr>
          <w:lang w:val="sv-SE"/>
        </w:rPr>
        <w:t xml:space="preserve"> {{field-on:bible}}Är de inte alla tjänstgörande andar, till betjäning utsända för dem som ska ärva frälsning?{{field-off:bible}}</w:t>
      </w:r>
    </w:p>
    <w:p w14:paraId="1E352C7F" w14:textId="25CBF82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2]]Kapitel 2</w:t>
      </w:r>
    </w:p>
    <w:p w14:paraId="78F8CEE9" w14:textId="62428EF3" w:rsidR="00BA33AB" w:rsidRPr="000767E2" w:rsidRDefault="00000000">
      <w:pPr>
        <w:rPr>
          <w:lang w:val="sv-SE"/>
        </w:rPr>
      </w:pPr>
      <w:r w:rsidRPr="000767E2">
        <w:rPr>
          <w:lang w:val="sv-SE"/>
        </w:rPr>
        <w:t>[[@</w:t>
      </w:r>
      <w:r w:rsidR="0096445B" w:rsidRPr="000767E2">
        <w:rPr>
          <w:lang w:val="sv-SE"/>
        </w:rPr>
        <w:t>BibleBIBEL82</w:t>
      </w:r>
      <w:r w:rsidRPr="000767E2">
        <w:rPr>
          <w:lang w:val="sv-SE"/>
        </w:rPr>
        <w:t>:Heb 2:1]]</w:t>
      </w:r>
      <w:r w:rsidRPr="000767E2">
        <w:rPr>
          <w:vertAlign w:val="superscript"/>
          <w:lang w:val="sv-SE"/>
        </w:rPr>
        <w:t>1</w:t>
      </w:r>
      <w:r w:rsidRPr="000767E2">
        <w:rPr>
          <w:lang w:val="sv-SE"/>
        </w:rPr>
        <w:t xml:space="preserve"> {{field-on:bible}}Därför måste vi ännu mer akta på det som hörts, så att vi inte driver iväg.{{field-off:bible}} [[@</w:t>
      </w:r>
      <w:r w:rsidR="0096445B" w:rsidRPr="000767E2">
        <w:rPr>
          <w:lang w:val="sv-SE"/>
        </w:rPr>
        <w:t>BibleBIBEL82</w:t>
      </w:r>
      <w:r w:rsidRPr="000767E2">
        <w:rPr>
          <w:lang w:val="sv-SE"/>
        </w:rPr>
        <w:t>:Heb 2:2]]</w:t>
      </w:r>
      <w:r w:rsidRPr="000767E2">
        <w:rPr>
          <w:vertAlign w:val="superscript"/>
          <w:lang w:val="sv-SE"/>
        </w:rPr>
        <w:t>2</w:t>
      </w:r>
      <w:r w:rsidRPr="000767E2">
        <w:rPr>
          <w:lang w:val="sv-SE"/>
        </w:rPr>
        <w:t xml:space="preserve"> {{field-on:bible}}För om ordet talat genom änglar var fast och varje överträdelse och ohörsamhet fick rättmätig löning,{{field-off:bible}} [[@</w:t>
      </w:r>
      <w:r w:rsidR="0096445B" w:rsidRPr="000767E2">
        <w:rPr>
          <w:lang w:val="sv-SE"/>
        </w:rPr>
        <w:t>BibleBIBEL82</w:t>
      </w:r>
      <w:r w:rsidRPr="000767E2">
        <w:rPr>
          <w:lang w:val="sv-SE"/>
        </w:rPr>
        <w:t>:Heb 2:3]]</w:t>
      </w:r>
      <w:r w:rsidRPr="000767E2">
        <w:rPr>
          <w:vertAlign w:val="superscript"/>
          <w:lang w:val="sv-SE"/>
        </w:rPr>
        <w:t>3</w:t>
      </w:r>
      <w:r w:rsidRPr="000767E2">
        <w:rPr>
          <w:lang w:val="sv-SE"/>
        </w:rPr>
        <w:t xml:space="preserve"> {{field-on:bible}}hur ska vi undkomma </w:t>
      </w:r>
      <w:r w:rsidRPr="000767E2">
        <w:rPr>
          <w:i/>
          <w:lang w:val="sv-SE"/>
        </w:rPr>
        <w:t>om</w:t>
      </w:r>
      <w:r w:rsidRPr="000767E2">
        <w:rPr>
          <w:lang w:val="sv-SE"/>
        </w:rPr>
        <w:t xml:space="preserve"> vi inte bryr oss om en så stor frälsning? Den fick </w:t>
      </w:r>
      <w:r w:rsidRPr="000767E2">
        <w:rPr>
          <w:i/>
          <w:lang w:val="sv-SE"/>
        </w:rPr>
        <w:t>sin</w:t>
      </w:r>
      <w:r w:rsidRPr="000767E2">
        <w:rPr>
          <w:lang w:val="sv-SE"/>
        </w:rPr>
        <w:t xml:space="preserve"> begynnelse </w:t>
      </w:r>
      <w:r w:rsidRPr="000767E2">
        <w:rPr>
          <w:i/>
          <w:lang w:val="sv-SE"/>
        </w:rPr>
        <w:t>med</w:t>
      </w:r>
      <w:r w:rsidRPr="000767E2">
        <w:rPr>
          <w:lang w:val="sv-SE"/>
        </w:rPr>
        <w:t xml:space="preserve"> att talas genom Herren och blev </w:t>
      </w:r>
      <w:r w:rsidRPr="000767E2">
        <w:rPr>
          <w:i/>
          <w:lang w:val="sv-SE"/>
        </w:rPr>
        <w:t>sedan</w:t>
      </w:r>
      <w:r w:rsidRPr="000767E2">
        <w:rPr>
          <w:lang w:val="sv-SE"/>
        </w:rPr>
        <w:t xml:space="preserve"> stadfäst för oss av dem som hade hört,{{field-off:bible}} [[@</w:t>
      </w:r>
      <w:r w:rsidR="0096445B" w:rsidRPr="000767E2">
        <w:rPr>
          <w:lang w:val="sv-SE"/>
        </w:rPr>
        <w:t>BibleBIBEL82</w:t>
      </w:r>
      <w:r w:rsidRPr="000767E2">
        <w:rPr>
          <w:lang w:val="sv-SE"/>
        </w:rPr>
        <w:t>:Heb 2:4]]</w:t>
      </w:r>
      <w:r w:rsidRPr="000767E2">
        <w:rPr>
          <w:vertAlign w:val="superscript"/>
          <w:lang w:val="sv-SE"/>
        </w:rPr>
        <w:t>4</w:t>
      </w:r>
      <w:r w:rsidRPr="000767E2">
        <w:rPr>
          <w:lang w:val="sv-SE"/>
        </w:rPr>
        <w:t xml:space="preserve"> {{field-on:bible}}medan Gud också intygade med tecken och under och olika kraftgärningar och delningar av helig Ande efter sin viljeyttring.{{field-off:bible}}</w:t>
      </w:r>
    </w:p>
    <w:p w14:paraId="7C26CB7C" w14:textId="77777777" w:rsidR="00BA33AB" w:rsidRPr="000767E2" w:rsidRDefault="00000000">
      <w:pPr>
        <w:pStyle w:val="Rubrik3"/>
        <w:rPr>
          <w:lang w:val="sv-SE"/>
        </w:rPr>
      </w:pPr>
      <w:r w:rsidRPr="000767E2">
        <w:rPr>
          <w:lang w:val="sv-SE"/>
        </w:rPr>
        <w:t>Guds Son i ringhet</w:t>
      </w:r>
    </w:p>
    <w:p w14:paraId="77594436" w14:textId="790A1A04" w:rsidR="00BA33AB" w:rsidRPr="000767E2" w:rsidRDefault="00000000">
      <w:pPr>
        <w:rPr>
          <w:lang w:val="sv-SE"/>
        </w:rPr>
      </w:pPr>
      <w:r w:rsidRPr="000767E2">
        <w:rPr>
          <w:lang w:val="sv-SE"/>
        </w:rPr>
        <w:t>[[@</w:t>
      </w:r>
      <w:r w:rsidR="0096445B" w:rsidRPr="000767E2">
        <w:rPr>
          <w:lang w:val="sv-SE"/>
        </w:rPr>
        <w:t>BibleBIBEL82</w:t>
      </w:r>
      <w:r w:rsidRPr="000767E2">
        <w:rPr>
          <w:lang w:val="sv-SE"/>
        </w:rPr>
        <w:t>:Heb 2:5]]</w:t>
      </w:r>
      <w:r w:rsidRPr="000767E2">
        <w:rPr>
          <w:vertAlign w:val="superscript"/>
          <w:lang w:val="sv-SE"/>
        </w:rPr>
        <w:t>5</w:t>
      </w:r>
      <w:r w:rsidRPr="000767E2">
        <w:rPr>
          <w:lang w:val="sv-SE"/>
        </w:rPr>
        <w:t xml:space="preserve"> {{field-on:bible}}För </w:t>
      </w:r>
      <w:r w:rsidRPr="000767E2">
        <w:rPr>
          <w:i/>
          <w:lang w:val="sv-SE"/>
        </w:rPr>
        <w:t>det är</w:t>
      </w:r>
      <w:r w:rsidRPr="000767E2">
        <w:rPr>
          <w:lang w:val="sv-SE"/>
        </w:rPr>
        <w:t xml:space="preserve"> inte under änglar han har underordnat den kommande bebodda </w:t>
      </w:r>
      <w:r w:rsidRPr="000767E2">
        <w:rPr>
          <w:i/>
          <w:lang w:val="sv-SE"/>
        </w:rPr>
        <w:t>världen</w:t>
      </w:r>
      <w:r w:rsidRPr="000767E2">
        <w:rPr>
          <w:lang w:val="sv-SE"/>
        </w:rPr>
        <w:t xml:space="preserve"> om vilken vi talar.{{field-off:bible}} [[@</w:t>
      </w:r>
      <w:r w:rsidR="0096445B" w:rsidRPr="000767E2">
        <w:rPr>
          <w:lang w:val="sv-SE"/>
        </w:rPr>
        <w:t>BibleBIBEL82</w:t>
      </w:r>
      <w:r w:rsidRPr="000767E2">
        <w:rPr>
          <w:lang w:val="sv-SE"/>
        </w:rPr>
        <w:t>:Heb 2:6]]</w:t>
      </w:r>
      <w:r w:rsidRPr="000767E2">
        <w:rPr>
          <w:vertAlign w:val="superscript"/>
          <w:lang w:val="sv-SE"/>
        </w:rPr>
        <w:t>6</w:t>
      </w:r>
      <w:r w:rsidRPr="000767E2">
        <w:rPr>
          <w:lang w:val="sv-SE"/>
        </w:rPr>
        <w:t xml:space="preserve"> {{field-on:bible}}Men någonstans har någon vittnat och sagt:{{field-off:bible}}</w:t>
      </w:r>
    </w:p>
    <w:p w14:paraId="369AC8AC" w14:textId="0ED85F00" w:rsidR="00BA33AB" w:rsidRPr="000767E2" w:rsidRDefault="00000000">
      <w:pPr>
        <w:rPr>
          <w:lang w:val="sv-SE"/>
        </w:rPr>
      </w:pPr>
      <w:r w:rsidRPr="000767E2">
        <w:rPr>
          <w:lang w:val="sv-SE"/>
        </w:rPr>
        <w:t>{{field-on:bible}}Vad är en människa att du kommer ihåg honom,</w:t>
      </w:r>
      <w:r w:rsidRPr="000767E2">
        <w:rPr>
          <w:lang w:val="sv-SE"/>
        </w:rPr>
        <w:br/>
        <w:t>eller en människoson att du vårdar dig om honom?{{field-off:bible}}</w:t>
      </w:r>
      <w:r w:rsidRPr="000767E2">
        <w:rPr>
          <w:lang w:val="sv-SE"/>
        </w:rPr>
        <w:br/>
        <w:t>[[@</w:t>
      </w:r>
      <w:r w:rsidR="0096445B" w:rsidRPr="000767E2">
        <w:rPr>
          <w:lang w:val="sv-SE"/>
        </w:rPr>
        <w:t>BibleBIBEL82</w:t>
      </w:r>
      <w:r w:rsidRPr="000767E2">
        <w:rPr>
          <w:lang w:val="sv-SE"/>
        </w:rPr>
        <w:t>:Heb 2:7]]</w:t>
      </w:r>
      <w:r w:rsidRPr="000767E2">
        <w:rPr>
          <w:vertAlign w:val="superscript"/>
          <w:lang w:val="sv-SE"/>
        </w:rPr>
        <w:t>7</w:t>
      </w:r>
      <w:r w:rsidRPr="000767E2">
        <w:rPr>
          <w:lang w:val="sv-SE"/>
        </w:rPr>
        <w:t xml:space="preserve"> {{field-on:bible}}Du förminskade honom något lite </w:t>
      </w:r>
      <w:r w:rsidRPr="000767E2">
        <w:rPr>
          <w:i/>
          <w:lang w:val="sv-SE"/>
        </w:rPr>
        <w:t>mer</w:t>
      </w:r>
      <w:r w:rsidRPr="000767E2">
        <w:rPr>
          <w:lang w:val="sv-SE"/>
        </w:rPr>
        <w:t xml:space="preserve"> än änglar,</w:t>
      </w:r>
      <w:r w:rsidRPr="000767E2">
        <w:rPr>
          <w:lang w:val="sv-SE"/>
        </w:rPr>
        <w:br/>
        <w:t>med härlighet och heder kransade du honom.{{field-off:bible}}</w:t>
      </w:r>
      <w:r w:rsidRPr="000767E2">
        <w:rPr>
          <w:lang w:val="sv-SE"/>
        </w:rPr>
        <w:br/>
        <w:t>[[@</w:t>
      </w:r>
      <w:r w:rsidR="0096445B" w:rsidRPr="000767E2">
        <w:rPr>
          <w:lang w:val="sv-SE"/>
        </w:rPr>
        <w:t>BibleBIBEL82</w:t>
      </w:r>
      <w:r w:rsidRPr="000767E2">
        <w:rPr>
          <w:lang w:val="sv-SE"/>
        </w:rPr>
        <w:t>:Heb 2:8]]</w:t>
      </w:r>
      <w:r w:rsidRPr="000767E2">
        <w:rPr>
          <w:vertAlign w:val="superscript"/>
          <w:lang w:val="sv-SE"/>
        </w:rPr>
        <w:t>8</w:t>
      </w:r>
      <w:r w:rsidRPr="000767E2">
        <w:rPr>
          <w:lang w:val="sv-SE"/>
        </w:rPr>
        <w:t xml:space="preserve"> {{field-on:bible}}Allt har du underordnat under hans fötter.{{field-off:bible}}</w:t>
      </w:r>
    </w:p>
    <w:p w14:paraId="6B114E77" w14:textId="1B3C3680" w:rsidR="00BA33AB" w:rsidRPr="000767E2" w:rsidRDefault="00000000">
      <w:pPr>
        <w:rPr>
          <w:lang w:val="sv-SE"/>
        </w:rPr>
      </w:pPr>
      <w:r w:rsidRPr="000767E2">
        <w:rPr>
          <w:lang w:val="sv-SE"/>
        </w:rPr>
        <w:t>{{field-on:bible}}För i det att han underordnade honom allt, lämnade han inget ounderordnat honom. Nu ser vi dock ännu inte allt underordnat honom.{{field-off:bible}} [[@</w:t>
      </w:r>
      <w:r w:rsidR="0096445B" w:rsidRPr="000767E2">
        <w:rPr>
          <w:lang w:val="sv-SE"/>
        </w:rPr>
        <w:t>BibleBIBEL82</w:t>
      </w:r>
      <w:r w:rsidRPr="000767E2">
        <w:rPr>
          <w:lang w:val="sv-SE"/>
        </w:rPr>
        <w:t>:Heb 2:9]]</w:t>
      </w:r>
      <w:r w:rsidRPr="000767E2">
        <w:rPr>
          <w:vertAlign w:val="superscript"/>
          <w:lang w:val="sv-SE"/>
        </w:rPr>
        <w:t>9</w:t>
      </w:r>
      <w:r w:rsidRPr="000767E2">
        <w:rPr>
          <w:lang w:val="sv-SE"/>
        </w:rPr>
        <w:t xml:space="preserve"> {{field-on:bible}}Men honom som förminskades något lite mer än änglarna ser vi: Jesus, på grund av dödens lidande kransad med härlighet och heder, så att han genom Guds nåd i vars och ens ställe skulle smaka döden.{{field-off:bible}}</w:t>
      </w:r>
    </w:p>
    <w:p w14:paraId="11FC1F39" w14:textId="25C18EB4" w:rsidR="00BA33AB" w:rsidRPr="000767E2" w:rsidRDefault="00000000">
      <w:pPr>
        <w:rPr>
          <w:lang w:val="sv-SE"/>
        </w:rPr>
      </w:pPr>
      <w:r w:rsidRPr="000767E2">
        <w:rPr>
          <w:lang w:val="sv-SE"/>
        </w:rPr>
        <w:t>[[@</w:t>
      </w:r>
      <w:r w:rsidR="0096445B" w:rsidRPr="000767E2">
        <w:rPr>
          <w:lang w:val="sv-SE"/>
        </w:rPr>
        <w:t>BibleBIBEL82</w:t>
      </w:r>
      <w:r w:rsidRPr="000767E2">
        <w:rPr>
          <w:lang w:val="sv-SE"/>
        </w:rPr>
        <w:t>:Heb 2:10]]</w:t>
      </w:r>
      <w:r w:rsidRPr="000767E2">
        <w:rPr>
          <w:vertAlign w:val="superscript"/>
          <w:lang w:val="sv-SE"/>
        </w:rPr>
        <w:t>10</w:t>
      </w:r>
      <w:r w:rsidRPr="000767E2">
        <w:rPr>
          <w:lang w:val="sv-SE"/>
        </w:rPr>
        <w:t xml:space="preserve"> {{field-on:bible}}För det anstod honom av vilken allt och genom vilken allt </w:t>
      </w:r>
      <w:r w:rsidRPr="000767E2">
        <w:rPr>
          <w:i/>
          <w:lang w:val="sv-SE"/>
        </w:rPr>
        <w:t>är till</w:t>
      </w:r>
      <w:r w:rsidRPr="000767E2">
        <w:rPr>
          <w:lang w:val="sv-SE"/>
        </w:rPr>
        <w:t xml:space="preserve">, när han </w:t>
      </w:r>
      <w:r w:rsidRPr="000767E2">
        <w:rPr>
          <w:i/>
          <w:lang w:val="sv-SE"/>
        </w:rPr>
        <w:t>skulle</w:t>
      </w:r>
      <w:r w:rsidRPr="000767E2">
        <w:rPr>
          <w:lang w:val="sv-SE"/>
        </w:rPr>
        <w:t xml:space="preserve"> föra många söner till härlighet, att fullkomna deras frälsnings upphovsman genom lidanden.{{field-off:bible}} [[@</w:t>
      </w:r>
      <w:r w:rsidR="0096445B" w:rsidRPr="000767E2">
        <w:rPr>
          <w:lang w:val="sv-SE"/>
        </w:rPr>
        <w:t>BibleBIBEL82</w:t>
      </w:r>
      <w:r w:rsidRPr="000767E2">
        <w:rPr>
          <w:lang w:val="sv-SE"/>
        </w:rPr>
        <w:t>:Heb 2:11]]</w:t>
      </w:r>
      <w:r w:rsidRPr="000767E2">
        <w:rPr>
          <w:vertAlign w:val="superscript"/>
          <w:lang w:val="sv-SE"/>
        </w:rPr>
        <w:t>11</w:t>
      </w:r>
      <w:r w:rsidRPr="000767E2">
        <w:rPr>
          <w:lang w:val="sv-SE"/>
        </w:rPr>
        <w:t xml:space="preserve"> {{field-on:bible}}För både han som helgar och de som helgas </w:t>
      </w:r>
      <w:r w:rsidRPr="000767E2">
        <w:rPr>
          <w:i/>
          <w:lang w:val="sv-SE"/>
        </w:rPr>
        <w:t>är</w:t>
      </w:r>
      <w:r w:rsidRPr="000767E2">
        <w:rPr>
          <w:lang w:val="sv-SE"/>
        </w:rPr>
        <w:t xml:space="preserve"> alla av en </w:t>
      </w:r>
      <w:r w:rsidRPr="000767E2">
        <w:rPr>
          <w:i/>
          <w:lang w:val="sv-SE"/>
        </w:rPr>
        <w:t>enda</w:t>
      </w:r>
      <w:r w:rsidRPr="000767E2">
        <w:rPr>
          <w:lang w:val="sv-SE"/>
        </w:rPr>
        <w:t xml:space="preserve"> </w:t>
      </w:r>
      <w:r w:rsidRPr="000767E2">
        <w:rPr>
          <w:i/>
          <w:lang w:val="sv-SE"/>
        </w:rPr>
        <w:t>Far</w:t>
      </w:r>
      <w:r w:rsidRPr="000767E2">
        <w:rPr>
          <w:lang w:val="sv-SE"/>
        </w:rPr>
        <w:t>. Av den orsaken skäms han inte för att kalla dem syskon,{{field-off:bible}} [[@</w:t>
      </w:r>
      <w:r w:rsidR="0096445B" w:rsidRPr="000767E2">
        <w:rPr>
          <w:lang w:val="sv-SE"/>
        </w:rPr>
        <w:t>BibleBIBEL82</w:t>
      </w:r>
      <w:r w:rsidRPr="000767E2">
        <w:rPr>
          <w:lang w:val="sv-SE"/>
        </w:rPr>
        <w:t>:Heb 2:12]]</w:t>
      </w:r>
      <w:r w:rsidRPr="000767E2">
        <w:rPr>
          <w:vertAlign w:val="superscript"/>
          <w:lang w:val="sv-SE"/>
        </w:rPr>
        <w:t>12</w:t>
      </w:r>
      <w:r w:rsidRPr="000767E2">
        <w:rPr>
          <w:lang w:val="sv-SE"/>
        </w:rPr>
        <w:t xml:space="preserve"> {{field-on:bible}}när han säger:{{field-off:bible}}</w:t>
      </w:r>
    </w:p>
    <w:p w14:paraId="10468814" w14:textId="77777777" w:rsidR="00BA33AB" w:rsidRPr="000767E2" w:rsidRDefault="00000000">
      <w:pPr>
        <w:rPr>
          <w:lang w:val="sv-SE"/>
        </w:rPr>
      </w:pPr>
      <w:r w:rsidRPr="000767E2">
        <w:rPr>
          <w:lang w:val="sv-SE"/>
        </w:rPr>
        <w:t>{{field-on:bible}}Jag ska meddela ditt namn för mina syskon.</w:t>
      </w:r>
      <w:r w:rsidRPr="000767E2">
        <w:rPr>
          <w:lang w:val="sv-SE"/>
        </w:rPr>
        <w:br/>
        <w:t>Mitt i församlingen ska jag sjunga hymn till dig.{{field-off:bible}}</w:t>
      </w:r>
    </w:p>
    <w:p w14:paraId="7CDF2DD8" w14:textId="5A528048" w:rsidR="00BA33AB" w:rsidRDefault="00000000">
      <w:r>
        <w:t>[[@</w:t>
      </w:r>
      <w:r w:rsidR="0096445B">
        <w:t>BibleBIBEL</w:t>
      </w:r>
      <w:proofErr w:type="gramStart"/>
      <w:r w:rsidR="0096445B">
        <w:t>82</w:t>
      </w:r>
      <w:r>
        <w:t>:Heb</w:t>
      </w:r>
      <w:proofErr w:type="gramEnd"/>
      <w:r>
        <w:t xml:space="preserve"> 2:13]]</w:t>
      </w:r>
      <w:r>
        <w:rPr>
          <w:vertAlign w:val="superscript"/>
        </w:rPr>
        <w:t>13</w:t>
      </w:r>
      <w:r>
        <w:t xml:space="preserve"> {{</w:t>
      </w:r>
      <w:proofErr w:type="spellStart"/>
      <w:r>
        <w:t>field-</w:t>
      </w:r>
      <w:proofErr w:type="gramStart"/>
      <w:r>
        <w:t>on:bible</w:t>
      </w:r>
      <w:proofErr w:type="spellEnd"/>
      <w:r>
        <w:t>}}Och</w:t>
      </w:r>
      <w:proofErr w:type="gramEnd"/>
      <w:r>
        <w:t xml:space="preserve"> </w:t>
      </w:r>
      <w:proofErr w:type="spellStart"/>
      <w:proofErr w:type="gramStart"/>
      <w:r>
        <w:t>åter</w:t>
      </w:r>
      <w:proofErr w:type="spellEnd"/>
      <w:r>
        <w:t>:{</w:t>
      </w:r>
      <w:proofErr w:type="gramEnd"/>
      <w:r>
        <w:t>{</w:t>
      </w:r>
      <w:proofErr w:type="spellStart"/>
      <w:r>
        <w:t>field-</w:t>
      </w:r>
      <w:proofErr w:type="gramStart"/>
      <w:r>
        <w:t>off:bible</w:t>
      </w:r>
      <w:proofErr w:type="spellEnd"/>
      <w:proofErr w:type="gramEnd"/>
      <w:r>
        <w:t>}}</w:t>
      </w:r>
    </w:p>
    <w:p w14:paraId="18EEBBB8" w14:textId="77777777" w:rsidR="00BA33AB" w:rsidRPr="000767E2" w:rsidRDefault="00000000">
      <w:pPr>
        <w:rPr>
          <w:lang w:val="sv-SE"/>
        </w:rPr>
      </w:pPr>
      <w:r w:rsidRPr="000767E2">
        <w:rPr>
          <w:lang w:val="sv-SE"/>
        </w:rPr>
        <w:t>{{field-on:bible}}Jag ska vara förtröstande på honom,{{field-off:bible}}</w:t>
      </w:r>
    </w:p>
    <w:p w14:paraId="19A44C40" w14:textId="77777777" w:rsidR="00BA33AB" w:rsidRDefault="00000000">
      <w:r>
        <w:t>{{</w:t>
      </w:r>
      <w:proofErr w:type="spellStart"/>
      <w:r>
        <w:t>field-</w:t>
      </w:r>
      <w:proofErr w:type="gramStart"/>
      <w:r>
        <w:t>on:bible</w:t>
      </w:r>
      <w:proofErr w:type="spellEnd"/>
      <w:r>
        <w:t>}}och</w:t>
      </w:r>
      <w:proofErr w:type="gramEnd"/>
      <w:r>
        <w:t xml:space="preserve"> </w:t>
      </w:r>
      <w:proofErr w:type="spellStart"/>
      <w:proofErr w:type="gramStart"/>
      <w:r>
        <w:t>åter</w:t>
      </w:r>
      <w:proofErr w:type="spellEnd"/>
      <w:r>
        <w:t>:{</w:t>
      </w:r>
      <w:proofErr w:type="gramEnd"/>
      <w:r>
        <w:t>{</w:t>
      </w:r>
      <w:proofErr w:type="spellStart"/>
      <w:r>
        <w:t>field-</w:t>
      </w:r>
      <w:proofErr w:type="gramStart"/>
      <w:r>
        <w:t>off:bible</w:t>
      </w:r>
      <w:proofErr w:type="spellEnd"/>
      <w:proofErr w:type="gramEnd"/>
      <w:r>
        <w:t>}}</w:t>
      </w:r>
    </w:p>
    <w:p w14:paraId="4F0DF4E3" w14:textId="77777777" w:rsidR="00BA33AB" w:rsidRPr="000767E2" w:rsidRDefault="00000000">
      <w:pPr>
        <w:rPr>
          <w:lang w:val="sv-SE"/>
        </w:rPr>
      </w:pPr>
      <w:r w:rsidRPr="000767E2">
        <w:rPr>
          <w:lang w:val="sv-SE"/>
        </w:rPr>
        <w:lastRenderedPageBreak/>
        <w:t>{{field-on:bible}}Se: jag och barnen som Gud mig gett.{{field-off:bible}}</w:t>
      </w:r>
    </w:p>
    <w:p w14:paraId="657886CC" w14:textId="180400AB" w:rsidR="00BA33AB" w:rsidRPr="000767E2" w:rsidRDefault="00000000">
      <w:pPr>
        <w:rPr>
          <w:lang w:val="sv-SE"/>
        </w:rPr>
      </w:pPr>
      <w:r w:rsidRPr="000767E2">
        <w:rPr>
          <w:lang w:val="sv-SE"/>
        </w:rPr>
        <w:t>[[@</w:t>
      </w:r>
      <w:r w:rsidR="0096445B" w:rsidRPr="000767E2">
        <w:rPr>
          <w:lang w:val="sv-SE"/>
        </w:rPr>
        <w:t>BibleBIBEL82</w:t>
      </w:r>
      <w:r w:rsidRPr="000767E2">
        <w:rPr>
          <w:lang w:val="sv-SE"/>
        </w:rPr>
        <w:t>:Heb 2:14]]</w:t>
      </w:r>
      <w:r w:rsidRPr="000767E2">
        <w:rPr>
          <w:vertAlign w:val="superscript"/>
          <w:lang w:val="sv-SE"/>
        </w:rPr>
        <w:t>14</w:t>
      </w:r>
      <w:r w:rsidRPr="000767E2">
        <w:rPr>
          <w:lang w:val="sv-SE"/>
        </w:rPr>
        <w:t xml:space="preserve"> {{field-on:bible}}Då nu barnen blivit delaktiga av blod och kött har han också själv på ett närliggande sätt fått del i desamma, för att genom döden stoppa den som hade dödens välde, det </w:t>
      </w:r>
      <w:r w:rsidRPr="000767E2">
        <w:rPr>
          <w:i/>
          <w:lang w:val="sv-SE"/>
        </w:rPr>
        <w:t>vill säga</w:t>
      </w:r>
      <w:r w:rsidRPr="000767E2">
        <w:rPr>
          <w:lang w:val="sv-SE"/>
        </w:rPr>
        <w:t xml:space="preserve"> djävulen,{{field-off:bible}} [[@</w:t>
      </w:r>
      <w:r w:rsidR="0096445B" w:rsidRPr="000767E2">
        <w:rPr>
          <w:lang w:val="sv-SE"/>
        </w:rPr>
        <w:t>BibleBIBEL82</w:t>
      </w:r>
      <w:r w:rsidRPr="000767E2">
        <w:rPr>
          <w:lang w:val="sv-SE"/>
        </w:rPr>
        <w:t>:Heb 2:15]]</w:t>
      </w:r>
      <w:r w:rsidRPr="000767E2">
        <w:rPr>
          <w:vertAlign w:val="superscript"/>
          <w:lang w:val="sv-SE"/>
        </w:rPr>
        <w:t>15</w:t>
      </w:r>
      <w:r w:rsidRPr="000767E2">
        <w:rPr>
          <w:lang w:val="sv-SE"/>
        </w:rPr>
        <w:t xml:space="preserve"> {{field-on:bible}}och frigöra alla dem som av fruktan för döden genom hela livet varit innehållna i slaveri.{{field-off:bible}} [[@</w:t>
      </w:r>
      <w:r w:rsidR="0096445B" w:rsidRPr="000767E2">
        <w:rPr>
          <w:lang w:val="sv-SE"/>
        </w:rPr>
        <w:t>BibleBIBEL82</w:t>
      </w:r>
      <w:r w:rsidRPr="000767E2">
        <w:rPr>
          <w:lang w:val="sv-SE"/>
        </w:rPr>
        <w:t>:Heb 2:16]]</w:t>
      </w:r>
      <w:r w:rsidRPr="000767E2">
        <w:rPr>
          <w:vertAlign w:val="superscript"/>
          <w:lang w:val="sv-SE"/>
        </w:rPr>
        <w:t>16</w:t>
      </w:r>
      <w:r w:rsidRPr="000767E2">
        <w:rPr>
          <w:lang w:val="sv-SE"/>
        </w:rPr>
        <w:t xml:space="preserve"> {{field-on:bible}}För </w:t>
      </w:r>
      <w:r w:rsidRPr="000767E2">
        <w:rPr>
          <w:i/>
          <w:lang w:val="sv-SE"/>
        </w:rPr>
        <w:t>det är</w:t>
      </w:r>
      <w:r w:rsidRPr="000767E2">
        <w:rPr>
          <w:lang w:val="sv-SE"/>
        </w:rPr>
        <w:t xml:space="preserve"> ju inte änglar han tar sig an. Nej, Abrahams säd tar han sig an.{{field-off:bible}} [[@</w:t>
      </w:r>
      <w:r w:rsidR="0096445B" w:rsidRPr="000767E2">
        <w:rPr>
          <w:lang w:val="sv-SE"/>
        </w:rPr>
        <w:t>BibleBIBEL82</w:t>
      </w:r>
      <w:r w:rsidRPr="000767E2">
        <w:rPr>
          <w:lang w:val="sv-SE"/>
        </w:rPr>
        <w:t>:Heb 2:17]]</w:t>
      </w:r>
      <w:r w:rsidRPr="000767E2">
        <w:rPr>
          <w:vertAlign w:val="superscript"/>
          <w:lang w:val="sv-SE"/>
        </w:rPr>
        <w:t>17</w:t>
      </w:r>
      <w:r w:rsidRPr="000767E2">
        <w:rPr>
          <w:lang w:val="sv-SE"/>
        </w:rPr>
        <w:t xml:space="preserve"> {{field-on:bible}}Därför var han förpliktad att i allt bli lik sina syskon, för att bli en barmhärtig och trogen överstepräst </w:t>
      </w:r>
      <w:r w:rsidRPr="000767E2">
        <w:rPr>
          <w:i/>
          <w:lang w:val="sv-SE"/>
        </w:rPr>
        <w:t>i</w:t>
      </w:r>
      <w:r w:rsidRPr="000767E2">
        <w:rPr>
          <w:lang w:val="sv-SE"/>
        </w:rPr>
        <w:t xml:space="preserve"> det </w:t>
      </w:r>
      <w:r w:rsidRPr="000767E2">
        <w:rPr>
          <w:i/>
          <w:lang w:val="sv-SE"/>
        </w:rPr>
        <w:t>som är</w:t>
      </w:r>
      <w:r w:rsidRPr="000767E2">
        <w:rPr>
          <w:lang w:val="sv-SE"/>
        </w:rPr>
        <w:t xml:space="preserve"> inför Gud för att sona folkets synder.{{field-off:bible}} [[@</w:t>
      </w:r>
      <w:r w:rsidR="0096445B" w:rsidRPr="000767E2">
        <w:rPr>
          <w:lang w:val="sv-SE"/>
        </w:rPr>
        <w:t>BibleBIBEL82</w:t>
      </w:r>
      <w:r w:rsidRPr="000767E2">
        <w:rPr>
          <w:lang w:val="sv-SE"/>
        </w:rPr>
        <w:t>:Heb 2:18]]</w:t>
      </w:r>
      <w:r w:rsidRPr="000767E2">
        <w:rPr>
          <w:vertAlign w:val="superscript"/>
          <w:lang w:val="sv-SE"/>
        </w:rPr>
        <w:t>18</w:t>
      </w:r>
      <w:r w:rsidRPr="000767E2">
        <w:rPr>
          <w:lang w:val="sv-SE"/>
        </w:rPr>
        <w:t xml:space="preserve"> {{field-on:bible}}För genom det att han själv har lidit och prövats, kan han hjälpa dem som blir prövade.{{field-off:bible}}</w:t>
      </w:r>
    </w:p>
    <w:p w14:paraId="5BD8343F" w14:textId="79F2CA5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3]]Kapitel 3</w:t>
      </w:r>
    </w:p>
    <w:p w14:paraId="1059438F" w14:textId="77777777" w:rsidR="00BA33AB" w:rsidRPr="000767E2" w:rsidRDefault="00000000">
      <w:pPr>
        <w:pStyle w:val="Rubrik3"/>
        <w:rPr>
          <w:lang w:val="sv-SE"/>
        </w:rPr>
      </w:pPr>
      <w:r w:rsidRPr="000767E2">
        <w:rPr>
          <w:lang w:val="sv-SE"/>
        </w:rPr>
        <w:t>Jesus är större än Mose</w:t>
      </w:r>
    </w:p>
    <w:p w14:paraId="4B81834A" w14:textId="1C430ED8" w:rsidR="00BA33AB" w:rsidRPr="000767E2" w:rsidRDefault="00000000">
      <w:pPr>
        <w:rPr>
          <w:lang w:val="sv-SE"/>
        </w:rPr>
      </w:pPr>
      <w:r w:rsidRPr="000767E2">
        <w:rPr>
          <w:lang w:val="sv-SE"/>
        </w:rPr>
        <w:t>[[@</w:t>
      </w:r>
      <w:r w:rsidR="0096445B" w:rsidRPr="000767E2">
        <w:rPr>
          <w:lang w:val="sv-SE"/>
        </w:rPr>
        <w:t>BibleBIBEL82</w:t>
      </w:r>
      <w:r w:rsidRPr="000767E2">
        <w:rPr>
          <w:lang w:val="sv-SE"/>
        </w:rPr>
        <w:t>:Heb 3:1]]</w:t>
      </w:r>
      <w:r w:rsidRPr="000767E2">
        <w:rPr>
          <w:vertAlign w:val="superscript"/>
          <w:lang w:val="sv-SE"/>
        </w:rPr>
        <w:t>1</w:t>
      </w:r>
      <w:r w:rsidRPr="000767E2">
        <w:rPr>
          <w:lang w:val="sv-SE"/>
        </w:rPr>
        <w:t xml:space="preserve"> {{field-on:bible}}Därför, heliga syskon i himmelsk kallelse delaktiga, beakta vår bekännelses apostel och överstepräst: Jesus,{{field-off:bible}} [[@</w:t>
      </w:r>
      <w:r w:rsidR="0096445B" w:rsidRPr="000767E2">
        <w:rPr>
          <w:lang w:val="sv-SE"/>
        </w:rPr>
        <w:t>BibleBIBEL82</w:t>
      </w:r>
      <w:r w:rsidRPr="000767E2">
        <w:rPr>
          <w:lang w:val="sv-SE"/>
        </w:rPr>
        <w:t>:Heb 3:2]]</w:t>
      </w:r>
      <w:r w:rsidRPr="000767E2">
        <w:rPr>
          <w:vertAlign w:val="superscript"/>
          <w:lang w:val="sv-SE"/>
        </w:rPr>
        <w:t>2</w:t>
      </w:r>
      <w:r w:rsidRPr="000767E2">
        <w:rPr>
          <w:lang w:val="sv-SE"/>
        </w:rPr>
        <w:t xml:space="preserve"> {{field-on:bible}}som var trogen den som hade insatt honom, såsom även Mose i hela hans hus.{{field-off:bible}} [[@</w:t>
      </w:r>
      <w:r w:rsidR="0096445B" w:rsidRPr="000767E2">
        <w:rPr>
          <w:lang w:val="sv-SE"/>
        </w:rPr>
        <w:t>BibleBIBEL82</w:t>
      </w:r>
      <w:r w:rsidRPr="000767E2">
        <w:rPr>
          <w:lang w:val="sv-SE"/>
        </w:rPr>
        <w:t>:Heb 3:3]]</w:t>
      </w:r>
      <w:r w:rsidRPr="000767E2">
        <w:rPr>
          <w:vertAlign w:val="superscript"/>
          <w:lang w:val="sv-SE"/>
        </w:rPr>
        <w:t>3</w:t>
      </w:r>
      <w:r w:rsidRPr="000767E2">
        <w:rPr>
          <w:lang w:val="sv-SE"/>
        </w:rPr>
        <w:t xml:space="preserve"> {{field-on:bible}}För mer ära än Mose har denne ansetts värdig, liksom den har mer heder än huset som har preparerat det.{{field-off:bible}} [[@</w:t>
      </w:r>
      <w:r w:rsidR="0096445B" w:rsidRPr="000767E2">
        <w:rPr>
          <w:lang w:val="sv-SE"/>
        </w:rPr>
        <w:t>BibleBIBEL82</w:t>
      </w:r>
      <w:r w:rsidRPr="000767E2">
        <w:rPr>
          <w:lang w:val="sv-SE"/>
        </w:rPr>
        <w:t>:Heb 3:4]]</w:t>
      </w:r>
      <w:r w:rsidRPr="000767E2">
        <w:rPr>
          <w:vertAlign w:val="superscript"/>
          <w:lang w:val="sv-SE"/>
        </w:rPr>
        <w:t>4</w:t>
      </w:r>
      <w:r w:rsidRPr="000767E2">
        <w:rPr>
          <w:lang w:val="sv-SE"/>
        </w:rPr>
        <w:t xml:space="preserve"> {{field-on:bible}}För varje hus prepareras av någon, men den som har preparerat allt </w:t>
      </w:r>
      <w:r w:rsidRPr="000767E2">
        <w:rPr>
          <w:i/>
          <w:lang w:val="sv-SE"/>
        </w:rPr>
        <w:t>är</w:t>
      </w:r>
      <w:r w:rsidRPr="000767E2">
        <w:rPr>
          <w:lang w:val="sv-SE"/>
        </w:rPr>
        <w:t xml:space="preserve"> Gud.{{field-off:bible}} [[@</w:t>
      </w:r>
      <w:r w:rsidR="0096445B" w:rsidRPr="000767E2">
        <w:rPr>
          <w:lang w:val="sv-SE"/>
        </w:rPr>
        <w:t>BibleBIBEL82</w:t>
      </w:r>
      <w:r w:rsidRPr="000767E2">
        <w:rPr>
          <w:lang w:val="sv-SE"/>
        </w:rPr>
        <w:t>:Heb 3:5]]</w:t>
      </w:r>
      <w:r w:rsidRPr="000767E2">
        <w:rPr>
          <w:vertAlign w:val="superscript"/>
          <w:lang w:val="sv-SE"/>
        </w:rPr>
        <w:t>5</w:t>
      </w:r>
      <w:r w:rsidRPr="000767E2">
        <w:rPr>
          <w:lang w:val="sv-SE"/>
        </w:rPr>
        <w:t xml:space="preserve"> {{field-on:bible}}Och Mose </w:t>
      </w:r>
      <w:r w:rsidRPr="000767E2">
        <w:rPr>
          <w:i/>
          <w:lang w:val="sv-SE"/>
        </w:rPr>
        <w:t>var</w:t>
      </w:r>
      <w:r w:rsidRPr="000767E2">
        <w:rPr>
          <w:lang w:val="sv-SE"/>
        </w:rPr>
        <w:t xml:space="preserve"> trogen i hela hans hus som en trotjänare, till ett vittnesbörd om det som skulle talas,{{field-off:bible}} [[@</w:t>
      </w:r>
      <w:r w:rsidR="0096445B" w:rsidRPr="000767E2">
        <w:rPr>
          <w:lang w:val="sv-SE"/>
        </w:rPr>
        <w:t>BibleBIBEL82</w:t>
      </w:r>
      <w:r w:rsidRPr="000767E2">
        <w:rPr>
          <w:lang w:val="sv-SE"/>
        </w:rPr>
        <w:t>:Heb 3:6]]</w:t>
      </w:r>
      <w:r w:rsidRPr="000767E2">
        <w:rPr>
          <w:vertAlign w:val="superscript"/>
          <w:lang w:val="sv-SE"/>
        </w:rPr>
        <w:t>6</w:t>
      </w:r>
      <w:r w:rsidRPr="000767E2">
        <w:rPr>
          <w:lang w:val="sv-SE"/>
        </w:rPr>
        <w:t xml:space="preserve"> {{field-on:bible}}men Kristus som Son över hans hus. Hans hus är vi, om vi [nu] behåller frimodigheten och stoltheten i hoppet.{{field-off:bible}}</w:t>
      </w:r>
    </w:p>
    <w:p w14:paraId="42968C84" w14:textId="77777777" w:rsidR="00BA33AB" w:rsidRPr="000767E2" w:rsidRDefault="00000000">
      <w:pPr>
        <w:pStyle w:val="Rubrik3"/>
        <w:rPr>
          <w:lang w:val="sv-SE"/>
        </w:rPr>
      </w:pPr>
      <w:r w:rsidRPr="000767E2">
        <w:rPr>
          <w:lang w:val="sv-SE"/>
        </w:rPr>
        <w:t>Förhärda inte era hjärtan</w:t>
      </w:r>
    </w:p>
    <w:p w14:paraId="24998D9B" w14:textId="4FECB6C2" w:rsidR="00BA33AB" w:rsidRPr="000767E2" w:rsidRDefault="00000000">
      <w:pPr>
        <w:rPr>
          <w:lang w:val="sv-SE"/>
        </w:rPr>
      </w:pPr>
      <w:r w:rsidRPr="000767E2">
        <w:rPr>
          <w:lang w:val="sv-SE"/>
        </w:rPr>
        <w:t>[[@</w:t>
      </w:r>
      <w:r w:rsidR="0096445B" w:rsidRPr="000767E2">
        <w:rPr>
          <w:lang w:val="sv-SE"/>
        </w:rPr>
        <w:t>BibleBIBEL82</w:t>
      </w:r>
      <w:r w:rsidRPr="000767E2">
        <w:rPr>
          <w:lang w:val="sv-SE"/>
        </w:rPr>
        <w:t>:Heb 3:7]]</w:t>
      </w:r>
      <w:r w:rsidRPr="000767E2">
        <w:rPr>
          <w:vertAlign w:val="superscript"/>
          <w:lang w:val="sv-SE"/>
        </w:rPr>
        <w:t>7</w:t>
      </w:r>
      <w:r w:rsidRPr="000767E2">
        <w:rPr>
          <w:lang w:val="sv-SE"/>
        </w:rPr>
        <w:t xml:space="preserve"> {{field-on:bible}}Därför, liksom den heliga Anden säger:{{field-off:bible}}</w:t>
      </w:r>
    </w:p>
    <w:p w14:paraId="31DA2B22" w14:textId="0C5A1158" w:rsidR="00BA33AB" w:rsidRPr="000767E2" w:rsidRDefault="00000000">
      <w:pPr>
        <w:rPr>
          <w:lang w:val="sv-SE"/>
        </w:rPr>
      </w:pPr>
      <w:r w:rsidRPr="000767E2">
        <w:rPr>
          <w:lang w:val="sv-SE"/>
        </w:rPr>
        <w:t>{{field-on:bible}}Idag, om ni hör hans röst,{{field-off:bible}}</w:t>
      </w:r>
      <w:r w:rsidRPr="000767E2">
        <w:rPr>
          <w:lang w:val="sv-SE"/>
        </w:rPr>
        <w:br/>
        <w:t>[[@</w:t>
      </w:r>
      <w:r w:rsidR="0096445B" w:rsidRPr="000767E2">
        <w:rPr>
          <w:lang w:val="sv-SE"/>
        </w:rPr>
        <w:t>BibleBIBEL82</w:t>
      </w:r>
      <w:r w:rsidRPr="000767E2">
        <w:rPr>
          <w:lang w:val="sv-SE"/>
        </w:rPr>
        <w:t>:Heb 3:8]]</w:t>
      </w:r>
      <w:r w:rsidRPr="000767E2">
        <w:rPr>
          <w:vertAlign w:val="superscript"/>
          <w:lang w:val="sv-SE"/>
        </w:rPr>
        <w:t>8</w:t>
      </w:r>
      <w:r w:rsidRPr="000767E2">
        <w:rPr>
          <w:lang w:val="sv-SE"/>
        </w:rPr>
        <w:t xml:space="preserve"> {{field-on:bible}}förhärda inte era hjärtan som vid provokationen,</w:t>
      </w:r>
      <w:r w:rsidRPr="000767E2">
        <w:rPr>
          <w:lang w:val="sv-SE"/>
        </w:rPr>
        <w:br/>
        <w:t>på prövningens dag i ödemarken,{{field-off:bible}}</w:t>
      </w:r>
      <w:r w:rsidRPr="000767E2">
        <w:rPr>
          <w:lang w:val="sv-SE"/>
        </w:rPr>
        <w:br/>
        <w:t>[[@</w:t>
      </w:r>
      <w:r w:rsidR="0096445B" w:rsidRPr="000767E2">
        <w:rPr>
          <w:lang w:val="sv-SE"/>
        </w:rPr>
        <w:t>BibleBIBEL82</w:t>
      </w:r>
      <w:r w:rsidRPr="000767E2">
        <w:rPr>
          <w:lang w:val="sv-SE"/>
        </w:rPr>
        <w:t>:Heb 3:9]]</w:t>
      </w:r>
      <w:r w:rsidRPr="000767E2">
        <w:rPr>
          <w:vertAlign w:val="superscript"/>
          <w:lang w:val="sv-SE"/>
        </w:rPr>
        <w:t>9</w:t>
      </w:r>
      <w:r w:rsidRPr="000767E2">
        <w:rPr>
          <w:lang w:val="sv-SE"/>
        </w:rPr>
        <w:t xml:space="preserve"> {{field-on:bible}}där era fäder prövade mig i beprövning</w:t>
      </w:r>
      <w:r w:rsidRPr="000767E2">
        <w:rPr>
          <w:lang w:val="sv-SE"/>
        </w:rPr>
        <w:br/>
        <w:t>och såg mina gärningar{{field-off:bible}} [[@</w:t>
      </w:r>
      <w:r w:rsidR="0096445B" w:rsidRPr="000767E2">
        <w:rPr>
          <w:lang w:val="sv-SE"/>
        </w:rPr>
        <w:t>BibleBIBEL82</w:t>
      </w:r>
      <w:r w:rsidRPr="000767E2">
        <w:rPr>
          <w:lang w:val="sv-SE"/>
        </w:rPr>
        <w:t>:Heb 3:10]]</w:t>
      </w:r>
      <w:r w:rsidRPr="000767E2">
        <w:rPr>
          <w:vertAlign w:val="superscript"/>
          <w:lang w:val="sv-SE"/>
        </w:rPr>
        <w:t>10</w:t>
      </w:r>
      <w:r w:rsidRPr="000767E2">
        <w:rPr>
          <w:lang w:val="sv-SE"/>
        </w:rPr>
        <w:t xml:space="preserve"> {{field-on:bible}}i fyrtio år.</w:t>
      </w:r>
      <w:r w:rsidRPr="000767E2">
        <w:rPr>
          <w:lang w:val="sv-SE"/>
        </w:rPr>
        <w:br/>
        <w:t>Därför blev jag förtörnad på det släktet och sade:</w:t>
      </w:r>
      <w:r w:rsidRPr="000767E2">
        <w:rPr>
          <w:lang w:val="sv-SE"/>
        </w:rPr>
        <w:br/>
        <w:t>Ständigt förvillar de sig i hjärtat.</w:t>
      </w:r>
      <w:r w:rsidRPr="000767E2">
        <w:rPr>
          <w:lang w:val="sv-SE"/>
        </w:rPr>
        <w:br/>
        <w:t>Och de har inte lärt känna mina vägar,{{field-off:bible}}</w:t>
      </w:r>
      <w:r w:rsidRPr="000767E2">
        <w:rPr>
          <w:lang w:val="sv-SE"/>
        </w:rPr>
        <w:br/>
        <w:t>[[@</w:t>
      </w:r>
      <w:r w:rsidR="0096445B" w:rsidRPr="000767E2">
        <w:rPr>
          <w:lang w:val="sv-SE"/>
        </w:rPr>
        <w:t>BibleBIBEL82</w:t>
      </w:r>
      <w:r w:rsidRPr="000767E2">
        <w:rPr>
          <w:lang w:val="sv-SE"/>
        </w:rPr>
        <w:t>:Heb 3:11]]</w:t>
      </w:r>
      <w:r w:rsidRPr="000767E2">
        <w:rPr>
          <w:vertAlign w:val="superscript"/>
          <w:lang w:val="sv-SE"/>
        </w:rPr>
        <w:t>11</w:t>
      </w:r>
      <w:r w:rsidRPr="000767E2">
        <w:rPr>
          <w:lang w:val="sv-SE"/>
        </w:rPr>
        <w:t xml:space="preserve"> {{field-on:bible}}såsom jag svor i min vrede:</w:t>
      </w:r>
      <w:r w:rsidRPr="000767E2">
        <w:rPr>
          <w:lang w:val="sv-SE"/>
        </w:rPr>
        <w:br/>
        <w:t>Aldrig ska de gå in i min vila.{{field-off:bible}}</w:t>
      </w:r>
    </w:p>
    <w:p w14:paraId="19B57731" w14:textId="6A4A3496"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:Heb 3:12]]</w:t>
      </w:r>
      <w:r w:rsidRPr="000767E2">
        <w:rPr>
          <w:vertAlign w:val="superscript"/>
          <w:lang w:val="sv-SE"/>
        </w:rPr>
        <w:t>12</w:t>
      </w:r>
      <w:r w:rsidRPr="000767E2">
        <w:rPr>
          <w:lang w:val="sv-SE"/>
        </w:rPr>
        <w:t xml:space="preserve"> {{field-on:bible}}Se till, syskon, så att inte det finns i någon av er ett ont hjärta av otro i att avlägsna sig från levande Gud.{{field-off:bible}} [[@</w:t>
      </w:r>
      <w:r w:rsidR="0096445B" w:rsidRPr="000767E2">
        <w:rPr>
          <w:lang w:val="sv-SE"/>
        </w:rPr>
        <w:t>BibleBIBEL82</w:t>
      </w:r>
      <w:r w:rsidRPr="000767E2">
        <w:rPr>
          <w:lang w:val="sv-SE"/>
        </w:rPr>
        <w:t>:Heb 3:13]]</w:t>
      </w:r>
      <w:r w:rsidRPr="000767E2">
        <w:rPr>
          <w:vertAlign w:val="superscript"/>
          <w:lang w:val="sv-SE"/>
        </w:rPr>
        <w:t>13</w:t>
      </w:r>
      <w:r w:rsidRPr="000767E2">
        <w:rPr>
          <w:lang w:val="sv-SE"/>
        </w:rPr>
        <w:t xml:space="preserve"> {{field-on:bible}}Nej, uppmuntra varann varenda dag, så länge det heter idag, så att ingen av er förhärdas genom syndens tjusning.{{field-off:bible}} [[@</w:t>
      </w:r>
      <w:r w:rsidR="0096445B" w:rsidRPr="000767E2">
        <w:rPr>
          <w:lang w:val="sv-SE"/>
        </w:rPr>
        <w:t>BibleBIBEL82</w:t>
      </w:r>
      <w:r w:rsidRPr="000767E2">
        <w:rPr>
          <w:lang w:val="sv-SE"/>
        </w:rPr>
        <w:t>:Heb 3:14]]</w:t>
      </w:r>
      <w:r w:rsidRPr="000767E2">
        <w:rPr>
          <w:vertAlign w:val="superscript"/>
          <w:lang w:val="sv-SE"/>
        </w:rPr>
        <w:t>14</w:t>
      </w:r>
      <w:r w:rsidRPr="000767E2">
        <w:rPr>
          <w:lang w:val="sv-SE"/>
        </w:rPr>
        <w:t xml:space="preserve"> {{field-on:bible}}För delaktiga i Kristus har vi blivit om vi nu behåller </w:t>
      </w:r>
      <w:r w:rsidRPr="000767E2">
        <w:rPr>
          <w:i/>
          <w:lang w:val="sv-SE"/>
        </w:rPr>
        <w:t>vår</w:t>
      </w:r>
      <w:r w:rsidRPr="000767E2">
        <w:rPr>
          <w:lang w:val="sv-SE"/>
        </w:rPr>
        <w:t xml:space="preserve"> begynnelse av tillförsikt fast ända till slutet,{{field-off:bible}} [[@</w:t>
      </w:r>
      <w:r w:rsidR="0096445B" w:rsidRPr="000767E2">
        <w:rPr>
          <w:lang w:val="sv-SE"/>
        </w:rPr>
        <w:t>BibleBIBEL82</w:t>
      </w:r>
      <w:r w:rsidRPr="000767E2">
        <w:rPr>
          <w:lang w:val="sv-SE"/>
        </w:rPr>
        <w:t>:Heb 3:15]]</w:t>
      </w:r>
      <w:r w:rsidRPr="000767E2">
        <w:rPr>
          <w:vertAlign w:val="superscript"/>
          <w:lang w:val="sv-SE"/>
        </w:rPr>
        <w:t>15</w:t>
      </w:r>
      <w:r w:rsidRPr="000767E2">
        <w:rPr>
          <w:lang w:val="sv-SE"/>
        </w:rPr>
        <w:t xml:space="preserve"> {{field-on:bible}}i det att det sägs: Idag, om ni hör hans röst, förhärda inte era hjärtan som vid provokationen.{{field-off:bible}}</w:t>
      </w:r>
    </w:p>
    <w:p w14:paraId="61AA6359" w14:textId="3AA60C5A" w:rsidR="00BA33AB" w:rsidRPr="000767E2" w:rsidRDefault="00000000">
      <w:pPr>
        <w:rPr>
          <w:lang w:val="sv-SE"/>
        </w:rPr>
      </w:pPr>
      <w:r w:rsidRPr="000767E2">
        <w:rPr>
          <w:lang w:val="sv-SE"/>
        </w:rPr>
        <w:t>[[@</w:t>
      </w:r>
      <w:r w:rsidR="0096445B" w:rsidRPr="000767E2">
        <w:rPr>
          <w:lang w:val="sv-SE"/>
        </w:rPr>
        <w:t>BibleBIBEL82</w:t>
      </w:r>
      <w:r w:rsidRPr="000767E2">
        <w:rPr>
          <w:lang w:val="sv-SE"/>
        </w:rPr>
        <w:t>:Heb 3:16]]</w:t>
      </w:r>
      <w:r w:rsidRPr="000767E2">
        <w:rPr>
          <w:vertAlign w:val="superscript"/>
          <w:lang w:val="sv-SE"/>
        </w:rPr>
        <w:t>16</w:t>
      </w:r>
      <w:r w:rsidRPr="000767E2">
        <w:rPr>
          <w:lang w:val="sv-SE"/>
        </w:rPr>
        <w:t xml:space="preserve"> {{field-on:bible}}För vilka </w:t>
      </w:r>
      <w:r w:rsidRPr="000767E2">
        <w:rPr>
          <w:i/>
          <w:lang w:val="sv-SE"/>
        </w:rPr>
        <w:t>var det som</w:t>
      </w:r>
      <w:r w:rsidRPr="000767E2">
        <w:rPr>
          <w:lang w:val="sv-SE"/>
        </w:rPr>
        <w:t xml:space="preserve"> hörde och </w:t>
      </w:r>
      <w:r w:rsidRPr="000767E2">
        <w:rPr>
          <w:i/>
          <w:lang w:val="sv-SE"/>
        </w:rPr>
        <w:t>ändå</w:t>
      </w:r>
      <w:r w:rsidRPr="000767E2">
        <w:rPr>
          <w:lang w:val="sv-SE"/>
        </w:rPr>
        <w:t xml:space="preserve"> provocerade? Men </w:t>
      </w:r>
      <w:r w:rsidRPr="000767E2">
        <w:rPr>
          <w:i/>
          <w:lang w:val="sv-SE"/>
        </w:rPr>
        <w:t>var det</w:t>
      </w:r>
      <w:r w:rsidRPr="000767E2">
        <w:rPr>
          <w:lang w:val="sv-SE"/>
        </w:rPr>
        <w:t xml:space="preserve"> inte alla som gick ut ur Egypten genom Mose?{{field-off:bible}} [[@</w:t>
      </w:r>
      <w:r w:rsidR="0096445B" w:rsidRPr="000767E2">
        <w:rPr>
          <w:lang w:val="sv-SE"/>
        </w:rPr>
        <w:t>BibleBIBEL82</w:t>
      </w:r>
      <w:r w:rsidRPr="000767E2">
        <w:rPr>
          <w:lang w:val="sv-SE"/>
        </w:rPr>
        <w:t>:Heb 3:17]]</w:t>
      </w:r>
      <w:r w:rsidRPr="000767E2">
        <w:rPr>
          <w:vertAlign w:val="superscript"/>
          <w:lang w:val="sv-SE"/>
        </w:rPr>
        <w:t>17</w:t>
      </w:r>
      <w:r w:rsidRPr="000767E2">
        <w:rPr>
          <w:lang w:val="sv-SE"/>
        </w:rPr>
        <w:t xml:space="preserve"> {{field-on:bible}}Och på vilka var han förtörnad </w:t>
      </w:r>
      <w:r w:rsidRPr="000767E2">
        <w:rPr>
          <w:i/>
          <w:lang w:val="sv-SE"/>
        </w:rPr>
        <w:t>i</w:t>
      </w:r>
      <w:r w:rsidRPr="000767E2">
        <w:rPr>
          <w:lang w:val="sv-SE"/>
        </w:rPr>
        <w:t xml:space="preserve"> fyrtio år? </w:t>
      </w:r>
      <w:r w:rsidRPr="000767E2">
        <w:rPr>
          <w:i/>
          <w:lang w:val="sv-SE"/>
        </w:rPr>
        <w:t>Var det</w:t>
      </w:r>
      <w:r w:rsidRPr="000767E2">
        <w:rPr>
          <w:lang w:val="sv-SE"/>
        </w:rPr>
        <w:t xml:space="preserve"> inte på dem som syndade, vilkas kadaver föll i ödemarken?{{field-off:bible}} [[@</w:t>
      </w:r>
      <w:r w:rsidR="0096445B" w:rsidRPr="000767E2">
        <w:rPr>
          <w:lang w:val="sv-SE"/>
        </w:rPr>
        <w:t>BibleBIBEL82</w:t>
      </w:r>
      <w:r w:rsidRPr="000767E2">
        <w:rPr>
          <w:lang w:val="sv-SE"/>
        </w:rPr>
        <w:t>:Heb 3:18]]</w:t>
      </w:r>
      <w:r w:rsidRPr="000767E2">
        <w:rPr>
          <w:vertAlign w:val="superscript"/>
          <w:lang w:val="sv-SE"/>
        </w:rPr>
        <w:t>18</w:t>
      </w:r>
      <w:r w:rsidRPr="000767E2">
        <w:rPr>
          <w:lang w:val="sv-SE"/>
        </w:rPr>
        <w:t xml:space="preserve"> {{field-on:bible}}Och till vilka svor han att de inte </w:t>
      </w:r>
      <w:r w:rsidRPr="000767E2">
        <w:rPr>
          <w:i/>
          <w:lang w:val="sv-SE"/>
        </w:rPr>
        <w:t>skulle</w:t>
      </w:r>
      <w:r w:rsidRPr="000767E2">
        <w:rPr>
          <w:lang w:val="sv-SE"/>
        </w:rPr>
        <w:t xml:space="preserve"> gå in i hans vila, om inte de ohörsamma?{{field-off:bible}} [[@</w:t>
      </w:r>
      <w:r w:rsidR="0096445B" w:rsidRPr="000767E2">
        <w:rPr>
          <w:lang w:val="sv-SE"/>
        </w:rPr>
        <w:t>BibleBIBEL82</w:t>
      </w:r>
      <w:r w:rsidRPr="000767E2">
        <w:rPr>
          <w:lang w:val="sv-SE"/>
        </w:rPr>
        <w:t>:Heb 3:19]]</w:t>
      </w:r>
      <w:r w:rsidRPr="000767E2">
        <w:rPr>
          <w:vertAlign w:val="superscript"/>
          <w:lang w:val="sv-SE"/>
        </w:rPr>
        <w:t>19</w:t>
      </w:r>
      <w:r w:rsidRPr="000767E2">
        <w:rPr>
          <w:lang w:val="sv-SE"/>
        </w:rPr>
        <w:t xml:space="preserve"> {{field-on:bible}}Och vi ser att de inte kunde gå in på grund av otro.{{field-off:bible}}</w:t>
      </w:r>
    </w:p>
    <w:p w14:paraId="60B23149" w14:textId="742ABE0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4]]Kapitel 4</w:t>
      </w:r>
    </w:p>
    <w:p w14:paraId="2F19A333" w14:textId="77777777" w:rsidR="00BA33AB" w:rsidRPr="000767E2" w:rsidRDefault="00000000">
      <w:pPr>
        <w:pStyle w:val="Rubrik3"/>
        <w:rPr>
          <w:lang w:val="sv-SE"/>
        </w:rPr>
      </w:pPr>
      <w:r w:rsidRPr="000767E2">
        <w:rPr>
          <w:lang w:val="sv-SE"/>
        </w:rPr>
        <w:t>En sabbatsvila för Guds folk</w:t>
      </w:r>
    </w:p>
    <w:p w14:paraId="0596A1AA" w14:textId="459B2391" w:rsidR="00BA33AB" w:rsidRPr="000767E2" w:rsidRDefault="00000000">
      <w:pPr>
        <w:rPr>
          <w:lang w:val="sv-SE"/>
        </w:rPr>
      </w:pPr>
      <w:r w:rsidRPr="000767E2">
        <w:rPr>
          <w:lang w:val="sv-SE"/>
        </w:rPr>
        <w:t>[[@</w:t>
      </w:r>
      <w:r w:rsidR="0096445B" w:rsidRPr="000767E2">
        <w:rPr>
          <w:lang w:val="sv-SE"/>
        </w:rPr>
        <w:t>BibleBIBEL82</w:t>
      </w:r>
      <w:r w:rsidRPr="000767E2">
        <w:rPr>
          <w:lang w:val="sv-SE"/>
        </w:rPr>
        <w:t>:Heb 4:1]]</w:t>
      </w:r>
      <w:r w:rsidRPr="000767E2">
        <w:rPr>
          <w:vertAlign w:val="superscript"/>
          <w:lang w:val="sv-SE"/>
        </w:rPr>
        <w:t>1</w:t>
      </w:r>
      <w:r w:rsidRPr="000767E2">
        <w:rPr>
          <w:lang w:val="sv-SE"/>
        </w:rPr>
        <w:t xml:space="preserve"> {{field-on:bible}}Låt oss då frukta så att inte, när det lämnats kvar ett löfte att </w:t>
      </w:r>
      <w:r w:rsidRPr="000767E2">
        <w:rPr>
          <w:i/>
          <w:lang w:val="sv-SE"/>
        </w:rPr>
        <w:t>få</w:t>
      </w:r>
      <w:r w:rsidRPr="000767E2">
        <w:rPr>
          <w:lang w:val="sv-SE"/>
        </w:rPr>
        <w:t xml:space="preserve"> gå in i hans vila, någon av er tycks komma till korta.{{field-off:bible}} [[@</w:t>
      </w:r>
      <w:r w:rsidR="0096445B" w:rsidRPr="000767E2">
        <w:rPr>
          <w:lang w:val="sv-SE"/>
        </w:rPr>
        <w:t>BibleBIBEL82</w:t>
      </w:r>
      <w:r w:rsidRPr="000767E2">
        <w:rPr>
          <w:lang w:val="sv-SE"/>
        </w:rPr>
        <w:t>:Heb 4:2]]</w:t>
      </w:r>
      <w:r w:rsidRPr="000767E2">
        <w:rPr>
          <w:vertAlign w:val="superscript"/>
          <w:lang w:val="sv-SE"/>
        </w:rPr>
        <w:t>2</w:t>
      </w:r>
      <w:r w:rsidRPr="000767E2">
        <w:rPr>
          <w:lang w:val="sv-SE"/>
        </w:rPr>
        <w:t xml:space="preserve"> {{field-on:bible}}För även vi är evangeliserade liksom också dessa. Men ordet som hördes gjorde ingen nytta för dessa, då de inte </w:t>
      </w:r>
      <w:r w:rsidRPr="000767E2">
        <w:rPr>
          <w:i/>
          <w:lang w:val="sv-SE"/>
        </w:rPr>
        <w:t>var</w:t>
      </w:r>
      <w:r w:rsidRPr="000767E2">
        <w:rPr>
          <w:lang w:val="sv-SE"/>
        </w:rPr>
        <w:t xml:space="preserve"> hopfogade genom tron med dem som lyssnade.{{field-off:bible}} [[@</w:t>
      </w:r>
      <w:r w:rsidR="0096445B" w:rsidRPr="000767E2">
        <w:rPr>
          <w:lang w:val="sv-SE"/>
        </w:rPr>
        <w:t>BibleBIBEL82</w:t>
      </w:r>
      <w:r w:rsidRPr="000767E2">
        <w:rPr>
          <w:lang w:val="sv-SE"/>
        </w:rPr>
        <w:t>:Heb 4:3]]</w:t>
      </w:r>
      <w:r w:rsidRPr="000767E2">
        <w:rPr>
          <w:vertAlign w:val="superscript"/>
          <w:lang w:val="sv-SE"/>
        </w:rPr>
        <w:t>3</w:t>
      </w:r>
      <w:r w:rsidRPr="000767E2">
        <w:rPr>
          <w:lang w:val="sv-SE"/>
        </w:rPr>
        <w:t xml:space="preserve"> {{field-on:bible}}För vi går in i vilan, </w:t>
      </w:r>
      <w:r w:rsidRPr="000767E2">
        <w:rPr>
          <w:i/>
          <w:lang w:val="sv-SE"/>
        </w:rPr>
        <w:t>vi</w:t>
      </w:r>
      <w:r w:rsidRPr="000767E2">
        <w:rPr>
          <w:lang w:val="sv-SE"/>
        </w:rPr>
        <w:t xml:space="preserve"> som har kommit till tro, så som han har sagt:{{field-off:bible}}</w:t>
      </w:r>
    </w:p>
    <w:p w14:paraId="7EC4AAD4" w14:textId="77777777" w:rsidR="00BA33AB" w:rsidRPr="000767E2" w:rsidRDefault="00000000">
      <w:pPr>
        <w:rPr>
          <w:lang w:val="sv-SE"/>
        </w:rPr>
      </w:pPr>
      <w:r w:rsidRPr="000767E2">
        <w:rPr>
          <w:lang w:val="sv-SE"/>
        </w:rPr>
        <w:t>{{field-on:bible}}Som jag svor i min vrede:</w:t>
      </w:r>
      <w:r w:rsidRPr="000767E2">
        <w:rPr>
          <w:lang w:val="sv-SE"/>
        </w:rPr>
        <w:br/>
        <w:t>Aldrig ska de gå in i min vila –{{field-off:bible}}</w:t>
      </w:r>
    </w:p>
    <w:p w14:paraId="59DA906F" w14:textId="54555974" w:rsidR="00BA33AB" w:rsidRPr="000767E2" w:rsidRDefault="00000000">
      <w:pPr>
        <w:rPr>
          <w:lang w:val="sv-SE"/>
        </w:rPr>
      </w:pPr>
      <w:r w:rsidRPr="000767E2">
        <w:rPr>
          <w:lang w:val="sv-SE"/>
        </w:rPr>
        <w:t>{{field-on:bible}}även om verken varit tillblivna sedan världens grundläggning.{{field-off:bible}} [[@</w:t>
      </w:r>
      <w:r w:rsidR="0096445B" w:rsidRPr="000767E2">
        <w:rPr>
          <w:lang w:val="sv-SE"/>
        </w:rPr>
        <w:t>BibleBIBEL82</w:t>
      </w:r>
      <w:r w:rsidRPr="000767E2">
        <w:rPr>
          <w:lang w:val="sv-SE"/>
        </w:rPr>
        <w:t>:Heb 4:4]]</w:t>
      </w:r>
      <w:r w:rsidRPr="000767E2">
        <w:rPr>
          <w:vertAlign w:val="superscript"/>
          <w:lang w:val="sv-SE"/>
        </w:rPr>
        <w:t>4</w:t>
      </w:r>
      <w:r w:rsidRPr="000767E2">
        <w:rPr>
          <w:lang w:val="sv-SE"/>
        </w:rPr>
        <w:t xml:space="preserve"> {{field-on:bible}}För han har sagt någonstans om den sjunde </w:t>
      </w:r>
      <w:r w:rsidRPr="000767E2">
        <w:rPr>
          <w:i/>
          <w:lang w:val="sv-SE"/>
        </w:rPr>
        <w:t>dagen</w:t>
      </w:r>
      <w:r w:rsidRPr="000767E2">
        <w:rPr>
          <w:lang w:val="sv-SE"/>
        </w:rPr>
        <w:t xml:space="preserve"> så: Och Gud vilade på den sjunde dagen från alla sina verk.{{field-off:bible}} [[@</w:t>
      </w:r>
      <w:r w:rsidR="0096445B" w:rsidRPr="000767E2">
        <w:rPr>
          <w:lang w:val="sv-SE"/>
        </w:rPr>
        <w:t>BibleBIBEL82</w:t>
      </w:r>
      <w:r w:rsidRPr="000767E2">
        <w:rPr>
          <w:lang w:val="sv-SE"/>
        </w:rPr>
        <w:t>:Heb 4:5]]</w:t>
      </w:r>
      <w:r w:rsidRPr="000767E2">
        <w:rPr>
          <w:vertAlign w:val="superscript"/>
          <w:lang w:val="sv-SE"/>
        </w:rPr>
        <w:t>5</w:t>
      </w:r>
      <w:r w:rsidRPr="000767E2">
        <w:rPr>
          <w:lang w:val="sv-SE"/>
        </w:rPr>
        <w:t xml:space="preserve"> {{field-on:bible}}Och i detta åter: Aldrig ska de gå in i min vila.{{field-off:bible}}</w:t>
      </w:r>
    </w:p>
    <w:p w14:paraId="30E3D142" w14:textId="3AF023AC" w:rsidR="00BA33AB" w:rsidRPr="000767E2" w:rsidRDefault="00000000">
      <w:pPr>
        <w:rPr>
          <w:lang w:val="sv-SE"/>
        </w:rPr>
      </w:pPr>
      <w:r w:rsidRPr="000767E2">
        <w:rPr>
          <w:lang w:val="sv-SE"/>
        </w:rPr>
        <w:t>[[@</w:t>
      </w:r>
      <w:r w:rsidR="0096445B" w:rsidRPr="000767E2">
        <w:rPr>
          <w:lang w:val="sv-SE"/>
        </w:rPr>
        <w:t>BibleBIBEL82</w:t>
      </w:r>
      <w:r w:rsidRPr="000767E2">
        <w:rPr>
          <w:lang w:val="sv-SE"/>
        </w:rPr>
        <w:t>:Heb 4:6]]</w:t>
      </w:r>
      <w:r w:rsidRPr="000767E2">
        <w:rPr>
          <w:vertAlign w:val="superscript"/>
          <w:lang w:val="sv-SE"/>
        </w:rPr>
        <w:t>6</w:t>
      </w:r>
      <w:r w:rsidRPr="000767E2">
        <w:rPr>
          <w:lang w:val="sv-SE"/>
        </w:rPr>
        <w:t xml:space="preserve"> {{field-on:bible}}Då det alltså kvarstår att några </w:t>
      </w:r>
      <w:r w:rsidRPr="000767E2">
        <w:rPr>
          <w:i/>
          <w:lang w:val="sv-SE"/>
        </w:rPr>
        <w:t>ska</w:t>
      </w:r>
      <w:r w:rsidRPr="000767E2">
        <w:rPr>
          <w:lang w:val="sv-SE"/>
        </w:rPr>
        <w:t xml:space="preserve"> gå in i den, och </w:t>
      </w:r>
      <w:r w:rsidRPr="000767E2">
        <w:rPr>
          <w:i/>
          <w:lang w:val="sv-SE"/>
        </w:rPr>
        <w:t>att</w:t>
      </w:r>
      <w:r w:rsidRPr="000767E2">
        <w:rPr>
          <w:lang w:val="sv-SE"/>
        </w:rPr>
        <w:t xml:space="preserve"> de som tidigare evangeliserades inte gick in på grund av ohörsamhet,{{field-off:bible}} [[@</w:t>
      </w:r>
      <w:r w:rsidR="0096445B" w:rsidRPr="000767E2">
        <w:rPr>
          <w:lang w:val="sv-SE"/>
        </w:rPr>
        <w:t>BibleBIBEL82</w:t>
      </w:r>
      <w:r w:rsidRPr="000767E2">
        <w:rPr>
          <w:lang w:val="sv-SE"/>
        </w:rPr>
        <w:t>:Heb 4:7]]</w:t>
      </w:r>
      <w:r w:rsidRPr="000767E2">
        <w:rPr>
          <w:vertAlign w:val="superscript"/>
          <w:lang w:val="sv-SE"/>
        </w:rPr>
        <w:t>7</w:t>
      </w:r>
      <w:r w:rsidRPr="000767E2">
        <w:rPr>
          <w:lang w:val="sv-SE"/>
        </w:rPr>
        <w:t xml:space="preserve"> {{field-on:bible}}bestämmer han åter en dag, idag, när han genom David efter så lång tid säger så som förut är sagt:{{field-off:bible}}</w:t>
      </w:r>
    </w:p>
    <w:p w14:paraId="2EDFB023" w14:textId="77777777" w:rsidR="00BA33AB" w:rsidRPr="000767E2" w:rsidRDefault="00000000">
      <w:pPr>
        <w:rPr>
          <w:lang w:val="sv-SE"/>
        </w:rPr>
      </w:pPr>
      <w:r w:rsidRPr="000767E2">
        <w:rPr>
          <w:lang w:val="sv-SE"/>
        </w:rPr>
        <w:t>{{field-on:bible}}Idag, om ni hör hans röst,</w:t>
      </w:r>
      <w:r w:rsidRPr="000767E2">
        <w:rPr>
          <w:lang w:val="sv-SE"/>
        </w:rPr>
        <w:br/>
        <w:t>förhärda inte era hjärtan.{{field-off:bible}}</w:t>
      </w:r>
    </w:p>
    <w:p w14:paraId="5674FC6A" w14:textId="632C924D" w:rsidR="00BA33AB" w:rsidRPr="000767E2" w:rsidRDefault="00000000">
      <w:pPr>
        <w:rPr>
          <w:lang w:val="sv-SE"/>
        </w:rPr>
      </w:pPr>
      <w:r w:rsidRPr="000767E2">
        <w:rPr>
          <w:lang w:val="sv-SE"/>
        </w:rPr>
        <w:t>[[@</w:t>
      </w:r>
      <w:r w:rsidR="0096445B" w:rsidRPr="000767E2">
        <w:rPr>
          <w:lang w:val="sv-SE"/>
        </w:rPr>
        <w:t>BibleBIBEL82</w:t>
      </w:r>
      <w:r w:rsidRPr="000767E2">
        <w:rPr>
          <w:lang w:val="sv-SE"/>
        </w:rPr>
        <w:t>:Heb 4:8]]</w:t>
      </w:r>
      <w:r w:rsidRPr="000767E2">
        <w:rPr>
          <w:vertAlign w:val="superscript"/>
          <w:lang w:val="sv-SE"/>
        </w:rPr>
        <w:t>8</w:t>
      </w:r>
      <w:r w:rsidRPr="000767E2">
        <w:rPr>
          <w:lang w:val="sv-SE"/>
        </w:rPr>
        <w:t xml:space="preserve"> {{field-on:bible}}För om Jesus hade </w:t>
      </w:r>
      <w:r w:rsidRPr="000767E2">
        <w:rPr>
          <w:i/>
          <w:lang w:val="sv-SE"/>
        </w:rPr>
        <w:t>gett</w:t>
      </w:r>
      <w:r w:rsidRPr="000767E2">
        <w:rPr>
          <w:lang w:val="sv-SE"/>
        </w:rPr>
        <w:t xml:space="preserve"> dem vila, hade han inte talat om en annan dag efter detta.{{field-off:bible}}</w:t>
      </w:r>
    </w:p>
    <w:p w14:paraId="61045635" w14:textId="3572A0C7"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:Heb 4:9]]</w:t>
      </w:r>
      <w:r w:rsidRPr="000767E2">
        <w:rPr>
          <w:vertAlign w:val="superscript"/>
          <w:lang w:val="sv-SE"/>
        </w:rPr>
        <w:t>9</w:t>
      </w:r>
      <w:r w:rsidRPr="000767E2">
        <w:rPr>
          <w:lang w:val="sv-SE"/>
        </w:rPr>
        <w:t xml:space="preserve"> {{field-on:bible}}Alltså kvarstår en sabbatsvila för Guds folk.{{field-off:bible}} [[@</w:t>
      </w:r>
      <w:r w:rsidR="0096445B" w:rsidRPr="000767E2">
        <w:rPr>
          <w:lang w:val="sv-SE"/>
        </w:rPr>
        <w:t>BibleBIBEL82</w:t>
      </w:r>
      <w:r w:rsidRPr="000767E2">
        <w:rPr>
          <w:lang w:val="sv-SE"/>
        </w:rPr>
        <w:t>:Heb 4:10]]</w:t>
      </w:r>
      <w:r w:rsidRPr="000767E2">
        <w:rPr>
          <w:vertAlign w:val="superscript"/>
          <w:lang w:val="sv-SE"/>
        </w:rPr>
        <w:t>10</w:t>
      </w:r>
      <w:r w:rsidRPr="000767E2">
        <w:rPr>
          <w:lang w:val="sv-SE"/>
        </w:rPr>
        <w:t xml:space="preserve"> {{field-on:bible}}För den som har gått in i hans vila har också själv vilat från sina verk, såsom Gud från </w:t>
      </w:r>
      <w:r w:rsidRPr="000767E2">
        <w:rPr>
          <w:i/>
          <w:lang w:val="sv-SE"/>
        </w:rPr>
        <w:t>sina</w:t>
      </w:r>
      <w:r w:rsidRPr="000767E2">
        <w:rPr>
          <w:lang w:val="sv-SE"/>
        </w:rPr>
        <w:t xml:space="preserve"> egna.{{field-off:bible}} [[@</w:t>
      </w:r>
      <w:r w:rsidR="0096445B" w:rsidRPr="000767E2">
        <w:rPr>
          <w:lang w:val="sv-SE"/>
        </w:rPr>
        <w:t>BibleBIBEL82</w:t>
      </w:r>
      <w:r w:rsidRPr="000767E2">
        <w:rPr>
          <w:lang w:val="sv-SE"/>
        </w:rPr>
        <w:t>:Heb 4:11]]</w:t>
      </w:r>
      <w:r w:rsidRPr="000767E2">
        <w:rPr>
          <w:vertAlign w:val="superscript"/>
          <w:lang w:val="sv-SE"/>
        </w:rPr>
        <w:t>11</w:t>
      </w:r>
      <w:r w:rsidRPr="000767E2">
        <w:rPr>
          <w:lang w:val="sv-SE"/>
        </w:rPr>
        <w:t xml:space="preserve"> {{field-on:bible}}Låt oss då vara ivriga att gå in i den vilan, så att ingen faller genom samma exempel på ohörsamhet.{{field-off:bible}}</w:t>
      </w:r>
    </w:p>
    <w:p w14:paraId="7E6C1813" w14:textId="1899CA94" w:rsidR="00BA33AB" w:rsidRPr="000767E2" w:rsidRDefault="00000000">
      <w:pPr>
        <w:rPr>
          <w:lang w:val="sv-SE"/>
        </w:rPr>
      </w:pPr>
      <w:r w:rsidRPr="000767E2">
        <w:rPr>
          <w:lang w:val="sv-SE"/>
        </w:rPr>
        <w:t>[[@</w:t>
      </w:r>
      <w:r w:rsidR="0096445B" w:rsidRPr="000767E2">
        <w:rPr>
          <w:lang w:val="sv-SE"/>
        </w:rPr>
        <w:t>BibleBIBEL82</w:t>
      </w:r>
      <w:r w:rsidRPr="000767E2">
        <w:rPr>
          <w:lang w:val="sv-SE"/>
        </w:rPr>
        <w:t>:Heb 4:12]]</w:t>
      </w:r>
      <w:r w:rsidRPr="000767E2">
        <w:rPr>
          <w:vertAlign w:val="superscript"/>
          <w:lang w:val="sv-SE"/>
        </w:rPr>
        <w:t>12</w:t>
      </w:r>
      <w:r w:rsidRPr="000767E2">
        <w:rPr>
          <w:lang w:val="sv-SE"/>
        </w:rPr>
        <w:t xml:space="preserve"> {{field-on:bible}}För Guds ord </w:t>
      </w:r>
      <w:r w:rsidRPr="000767E2">
        <w:rPr>
          <w:i/>
          <w:lang w:val="sv-SE"/>
        </w:rPr>
        <w:t>är</w:t>
      </w:r>
      <w:r w:rsidRPr="000767E2">
        <w:rPr>
          <w:lang w:val="sv-SE"/>
        </w:rPr>
        <w:t xml:space="preserve"> levande och verksamt, och skarpare än varje tveeggat svärd och genomträngande ända till delning av själ och ande, leder och märg, och en bedömare av hjärtats reflektioner och tankegångar.{{field-off:bible}} [[@</w:t>
      </w:r>
      <w:r w:rsidR="0096445B" w:rsidRPr="000767E2">
        <w:rPr>
          <w:lang w:val="sv-SE"/>
        </w:rPr>
        <w:t>BibleBIBEL82</w:t>
      </w:r>
      <w:r w:rsidRPr="000767E2">
        <w:rPr>
          <w:lang w:val="sv-SE"/>
        </w:rPr>
        <w:t>:Heb 4:13]]</w:t>
      </w:r>
      <w:r w:rsidRPr="000767E2">
        <w:rPr>
          <w:vertAlign w:val="superscript"/>
          <w:lang w:val="sv-SE"/>
        </w:rPr>
        <w:t>13</w:t>
      </w:r>
      <w:r w:rsidRPr="000767E2">
        <w:rPr>
          <w:lang w:val="sv-SE"/>
        </w:rPr>
        <w:t xml:space="preserve"> {{field-on:bible}}Och det finns ingen skapelse omärkbar inför honom, utan allt </w:t>
      </w:r>
      <w:r w:rsidRPr="000767E2">
        <w:rPr>
          <w:i/>
          <w:lang w:val="sv-SE"/>
        </w:rPr>
        <w:t>är</w:t>
      </w:r>
      <w:r w:rsidRPr="000767E2">
        <w:rPr>
          <w:lang w:val="sv-SE"/>
        </w:rPr>
        <w:t xml:space="preserve"> naket och halsblottat för ögonen hos honom inför vilken vi </w:t>
      </w:r>
      <w:r w:rsidRPr="000767E2">
        <w:rPr>
          <w:i/>
          <w:lang w:val="sv-SE"/>
        </w:rPr>
        <w:t>har</w:t>
      </w:r>
      <w:r w:rsidRPr="000767E2">
        <w:rPr>
          <w:lang w:val="sv-SE"/>
        </w:rPr>
        <w:t xml:space="preserve"> räkenskapen.{{field-off:bible}}</w:t>
      </w:r>
    </w:p>
    <w:p w14:paraId="13E49587" w14:textId="77777777" w:rsidR="00BA33AB" w:rsidRPr="000767E2" w:rsidRDefault="00000000">
      <w:pPr>
        <w:pStyle w:val="Rubrik3"/>
        <w:rPr>
          <w:lang w:val="sv-SE"/>
        </w:rPr>
      </w:pPr>
      <w:r w:rsidRPr="000767E2">
        <w:rPr>
          <w:lang w:val="sv-SE"/>
        </w:rPr>
        <w:t>En fullkomlig överstepräst</w:t>
      </w:r>
    </w:p>
    <w:p w14:paraId="43492300" w14:textId="707A316D" w:rsidR="00BA33AB" w:rsidRPr="000767E2" w:rsidRDefault="00000000">
      <w:pPr>
        <w:rPr>
          <w:lang w:val="sv-SE"/>
        </w:rPr>
      </w:pPr>
      <w:r w:rsidRPr="000767E2">
        <w:rPr>
          <w:lang w:val="sv-SE"/>
        </w:rPr>
        <w:t>[[@</w:t>
      </w:r>
      <w:r w:rsidR="0096445B" w:rsidRPr="000767E2">
        <w:rPr>
          <w:lang w:val="sv-SE"/>
        </w:rPr>
        <w:t>BibleBIBEL82</w:t>
      </w:r>
      <w:r w:rsidRPr="000767E2">
        <w:rPr>
          <w:lang w:val="sv-SE"/>
        </w:rPr>
        <w:t>:Heb 4:14]]</w:t>
      </w:r>
      <w:r w:rsidRPr="000767E2">
        <w:rPr>
          <w:vertAlign w:val="superscript"/>
          <w:lang w:val="sv-SE"/>
        </w:rPr>
        <w:t>14</w:t>
      </w:r>
      <w:r w:rsidRPr="000767E2">
        <w:rPr>
          <w:lang w:val="sv-SE"/>
        </w:rPr>
        <w:t xml:space="preserve"> {{field-on:bible}}När vi nu har en stor överstepräst som har gått genom himlarna, Jesus Guds Son, låt oss hålla fast vid bekännelsen.{{field-off:bible}} [[@</w:t>
      </w:r>
      <w:r w:rsidR="0096445B" w:rsidRPr="000767E2">
        <w:rPr>
          <w:lang w:val="sv-SE"/>
        </w:rPr>
        <w:t>BibleBIBEL82</w:t>
      </w:r>
      <w:r w:rsidRPr="000767E2">
        <w:rPr>
          <w:lang w:val="sv-SE"/>
        </w:rPr>
        <w:t>:Heb 4:15]]</w:t>
      </w:r>
      <w:r w:rsidRPr="000767E2">
        <w:rPr>
          <w:vertAlign w:val="superscript"/>
          <w:lang w:val="sv-SE"/>
        </w:rPr>
        <w:t>15</w:t>
      </w:r>
      <w:r w:rsidRPr="000767E2">
        <w:rPr>
          <w:lang w:val="sv-SE"/>
        </w:rPr>
        <w:t xml:space="preserve"> {{field-on:bible}}För vi har inte en överstepräst som inte kan sympatisera med våra svagheter, utan en </w:t>
      </w:r>
      <w:r w:rsidRPr="000767E2">
        <w:rPr>
          <w:i/>
          <w:lang w:val="sv-SE"/>
        </w:rPr>
        <w:t>som är</w:t>
      </w:r>
      <w:r w:rsidRPr="000767E2">
        <w:rPr>
          <w:lang w:val="sv-SE"/>
        </w:rPr>
        <w:t xml:space="preserve"> prövad i allt i likhet, utan synd.{{field-off:bible}} [[@</w:t>
      </w:r>
      <w:r w:rsidR="0096445B" w:rsidRPr="000767E2">
        <w:rPr>
          <w:lang w:val="sv-SE"/>
        </w:rPr>
        <w:t>BibleBIBEL82</w:t>
      </w:r>
      <w:r w:rsidRPr="000767E2">
        <w:rPr>
          <w:lang w:val="sv-SE"/>
        </w:rPr>
        <w:t>:Heb 4:16]]</w:t>
      </w:r>
      <w:r w:rsidRPr="000767E2">
        <w:rPr>
          <w:vertAlign w:val="superscript"/>
          <w:lang w:val="sv-SE"/>
        </w:rPr>
        <w:t>16</w:t>
      </w:r>
      <w:r w:rsidRPr="000767E2">
        <w:rPr>
          <w:lang w:val="sv-SE"/>
        </w:rPr>
        <w:t xml:space="preserve"> {{field-on:bible}}Låt oss därför gå fram med frimodighet till nådens tron för att få barmhärtighet och finna nåd till läglig hjälp.{{field-off:bible}}</w:t>
      </w:r>
    </w:p>
    <w:p w14:paraId="67D0915D" w14:textId="614D49B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5]]Kapitel 5</w:t>
      </w:r>
    </w:p>
    <w:p w14:paraId="476578DF" w14:textId="2068E1C6" w:rsidR="00BA33AB" w:rsidRPr="000767E2" w:rsidRDefault="00000000">
      <w:pPr>
        <w:rPr>
          <w:lang w:val="sv-SE"/>
        </w:rPr>
      </w:pPr>
      <w:r w:rsidRPr="000767E2">
        <w:rPr>
          <w:lang w:val="sv-SE"/>
        </w:rPr>
        <w:t>[[@</w:t>
      </w:r>
      <w:r w:rsidR="0096445B" w:rsidRPr="000767E2">
        <w:rPr>
          <w:lang w:val="sv-SE"/>
        </w:rPr>
        <w:t>BibleBIBEL82</w:t>
      </w:r>
      <w:r w:rsidRPr="000767E2">
        <w:rPr>
          <w:lang w:val="sv-SE"/>
        </w:rPr>
        <w:t>:Heb 5:1]]</w:t>
      </w:r>
      <w:r w:rsidRPr="000767E2">
        <w:rPr>
          <w:vertAlign w:val="superscript"/>
          <w:lang w:val="sv-SE"/>
        </w:rPr>
        <w:t>1</w:t>
      </w:r>
      <w:r w:rsidRPr="000767E2">
        <w:rPr>
          <w:lang w:val="sv-SE"/>
        </w:rPr>
        <w:t xml:space="preserve"> {{field-on:bible}}För varje överstepräst tas från människor och insätts för människor </w:t>
      </w:r>
      <w:r w:rsidRPr="000767E2">
        <w:rPr>
          <w:i/>
          <w:lang w:val="sv-SE"/>
        </w:rPr>
        <w:t>i</w:t>
      </w:r>
      <w:r w:rsidRPr="000767E2">
        <w:rPr>
          <w:lang w:val="sv-SE"/>
        </w:rPr>
        <w:t xml:space="preserve"> det </w:t>
      </w:r>
      <w:r w:rsidRPr="000767E2">
        <w:rPr>
          <w:i/>
          <w:lang w:val="sv-SE"/>
        </w:rPr>
        <w:t>som är</w:t>
      </w:r>
      <w:r w:rsidRPr="000767E2">
        <w:rPr>
          <w:lang w:val="sv-SE"/>
        </w:rPr>
        <w:t xml:space="preserve"> inför Gud, för att frambära äregåvor och offer för synder,{{field-off:bible}} [[@</w:t>
      </w:r>
      <w:r w:rsidR="0096445B" w:rsidRPr="000767E2">
        <w:rPr>
          <w:lang w:val="sv-SE"/>
        </w:rPr>
        <w:t>BibleBIBEL82</w:t>
      </w:r>
      <w:r w:rsidRPr="000767E2">
        <w:rPr>
          <w:lang w:val="sv-SE"/>
        </w:rPr>
        <w:t>:Heb 5:2]]</w:t>
      </w:r>
      <w:r w:rsidRPr="000767E2">
        <w:rPr>
          <w:vertAlign w:val="superscript"/>
          <w:lang w:val="sv-SE"/>
        </w:rPr>
        <w:t>2</w:t>
      </w:r>
      <w:r w:rsidRPr="000767E2">
        <w:rPr>
          <w:lang w:val="sv-SE"/>
        </w:rPr>
        <w:t xml:space="preserve"> {{field-on:bible}}och han kan vara måttfull mot dem som inte förstår och är förvillade, då han också själv omfattas </w:t>
      </w:r>
      <w:r w:rsidRPr="000767E2">
        <w:rPr>
          <w:i/>
          <w:lang w:val="sv-SE"/>
        </w:rPr>
        <w:t>av</w:t>
      </w:r>
      <w:r w:rsidRPr="000767E2">
        <w:rPr>
          <w:lang w:val="sv-SE"/>
        </w:rPr>
        <w:t xml:space="preserve"> svaghet{{field-off:bible}} [[@</w:t>
      </w:r>
      <w:r w:rsidR="0096445B" w:rsidRPr="000767E2">
        <w:rPr>
          <w:lang w:val="sv-SE"/>
        </w:rPr>
        <w:t>BibleBIBEL82</w:t>
      </w:r>
      <w:r w:rsidRPr="000767E2">
        <w:rPr>
          <w:lang w:val="sv-SE"/>
        </w:rPr>
        <w:t>:Heb 5:3]]</w:t>
      </w:r>
      <w:r w:rsidRPr="000767E2">
        <w:rPr>
          <w:vertAlign w:val="superscript"/>
          <w:lang w:val="sv-SE"/>
        </w:rPr>
        <w:t>3</w:t>
      </w:r>
      <w:r w:rsidRPr="000767E2">
        <w:rPr>
          <w:lang w:val="sv-SE"/>
        </w:rPr>
        <w:t xml:space="preserve"> {{field-on:bible}}och på grund av den är förpliktad att så som för folket, så även för sig </w:t>
      </w:r>
      <w:r w:rsidRPr="000767E2">
        <w:rPr>
          <w:i/>
          <w:lang w:val="sv-SE"/>
        </w:rPr>
        <w:t>själv</w:t>
      </w:r>
      <w:r w:rsidRPr="000767E2">
        <w:rPr>
          <w:lang w:val="sv-SE"/>
        </w:rPr>
        <w:t xml:space="preserve"> frambära </w:t>
      </w:r>
      <w:r w:rsidRPr="000767E2">
        <w:rPr>
          <w:i/>
          <w:lang w:val="sv-SE"/>
        </w:rPr>
        <w:t>offer</w:t>
      </w:r>
      <w:r w:rsidRPr="000767E2">
        <w:rPr>
          <w:lang w:val="sv-SE"/>
        </w:rPr>
        <w:t xml:space="preserve"> för synder.{{field-off:bible}}</w:t>
      </w:r>
    </w:p>
    <w:p w14:paraId="1ADAE5EB" w14:textId="4E9149ED" w:rsidR="00BA33AB" w:rsidRPr="000767E2" w:rsidRDefault="00000000">
      <w:pPr>
        <w:rPr>
          <w:lang w:val="sv-SE"/>
        </w:rPr>
      </w:pPr>
      <w:r w:rsidRPr="000767E2">
        <w:rPr>
          <w:lang w:val="sv-SE"/>
        </w:rPr>
        <w:t>[[@</w:t>
      </w:r>
      <w:r w:rsidR="0096445B" w:rsidRPr="000767E2">
        <w:rPr>
          <w:lang w:val="sv-SE"/>
        </w:rPr>
        <w:t>BibleBIBEL82</w:t>
      </w:r>
      <w:r w:rsidRPr="000767E2">
        <w:rPr>
          <w:lang w:val="sv-SE"/>
        </w:rPr>
        <w:t>:Heb 5:4]]</w:t>
      </w:r>
      <w:r w:rsidRPr="000767E2">
        <w:rPr>
          <w:vertAlign w:val="superscript"/>
          <w:lang w:val="sv-SE"/>
        </w:rPr>
        <w:t>4</w:t>
      </w:r>
      <w:r w:rsidRPr="000767E2">
        <w:rPr>
          <w:lang w:val="sv-SE"/>
        </w:rPr>
        <w:t xml:space="preserve"> {{field-on:bible}}Och ingen tar sig själv </w:t>
      </w:r>
      <w:r w:rsidRPr="000767E2">
        <w:rPr>
          <w:i/>
          <w:lang w:val="sv-SE"/>
        </w:rPr>
        <w:t>den</w:t>
      </w:r>
      <w:r w:rsidRPr="000767E2">
        <w:rPr>
          <w:lang w:val="sv-SE"/>
        </w:rPr>
        <w:t xml:space="preserve"> hedern, utan </w:t>
      </w:r>
      <w:r w:rsidRPr="000767E2">
        <w:rPr>
          <w:i/>
          <w:lang w:val="sv-SE"/>
        </w:rPr>
        <w:t>man</w:t>
      </w:r>
      <w:r w:rsidRPr="000767E2">
        <w:rPr>
          <w:lang w:val="sv-SE"/>
        </w:rPr>
        <w:t xml:space="preserve"> blir kallad av Gud, liksom även Aaron.{{field-off:bible}} [[@</w:t>
      </w:r>
      <w:r w:rsidR="0096445B" w:rsidRPr="000767E2">
        <w:rPr>
          <w:lang w:val="sv-SE"/>
        </w:rPr>
        <w:t>BibleBIBEL82</w:t>
      </w:r>
      <w:r w:rsidRPr="000767E2">
        <w:rPr>
          <w:lang w:val="sv-SE"/>
        </w:rPr>
        <w:t>:Heb 5:5]]</w:t>
      </w:r>
      <w:r w:rsidRPr="000767E2">
        <w:rPr>
          <w:vertAlign w:val="superscript"/>
          <w:lang w:val="sv-SE"/>
        </w:rPr>
        <w:t>5</w:t>
      </w:r>
      <w:r w:rsidRPr="000767E2">
        <w:rPr>
          <w:lang w:val="sv-SE"/>
        </w:rPr>
        <w:t xml:space="preserve"> {{field-on:bible}}Så även Kristus: han ärade inte sig själv </w:t>
      </w:r>
      <w:r w:rsidRPr="000767E2">
        <w:rPr>
          <w:i/>
          <w:lang w:val="sv-SE"/>
        </w:rPr>
        <w:t>med</w:t>
      </w:r>
      <w:r w:rsidRPr="000767E2">
        <w:rPr>
          <w:lang w:val="sv-SE"/>
        </w:rPr>
        <w:t xml:space="preserve"> att bli överstepräst, utan </w:t>
      </w:r>
      <w:r w:rsidRPr="000767E2">
        <w:rPr>
          <w:i/>
          <w:lang w:val="sv-SE"/>
        </w:rPr>
        <w:t>det var</w:t>
      </w:r>
      <w:r w:rsidRPr="000767E2">
        <w:rPr>
          <w:lang w:val="sv-SE"/>
        </w:rPr>
        <w:t xml:space="preserve"> den som talade till honom:{{field-off:bible}}</w:t>
      </w:r>
    </w:p>
    <w:p w14:paraId="5AB33938" w14:textId="77777777" w:rsidR="00BA33AB" w:rsidRPr="000767E2" w:rsidRDefault="00000000">
      <w:pPr>
        <w:rPr>
          <w:lang w:val="sv-SE"/>
        </w:rPr>
      </w:pPr>
      <w:r w:rsidRPr="000767E2">
        <w:rPr>
          <w:lang w:val="sv-SE"/>
        </w:rPr>
        <w:t>{{field-on:bible}}Min Son är du, jag har idag fött dig.{{field-off:bible}}</w:t>
      </w:r>
    </w:p>
    <w:p w14:paraId="28A6F2CF" w14:textId="140C1CEA" w:rsidR="00BA33AB" w:rsidRPr="000767E2" w:rsidRDefault="00000000">
      <w:pPr>
        <w:rPr>
          <w:lang w:val="sv-SE"/>
        </w:rPr>
      </w:pPr>
      <w:r w:rsidRPr="000767E2">
        <w:rPr>
          <w:lang w:val="sv-SE"/>
        </w:rPr>
        <w:t>[[@</w:t>
      </w:r>
      <w:r w:rsidR="0096445B" w:rsidRPr="000767E2">
        <w:rPr>
          <w:lang w:val="sv-SE"/>
        </w:rPr>
        <w:t>BibleBIBEL82</w:t>
      </w:r>
      <w:r w:rsidRPr="000767E2">
        <w:rPr>
          <w:lang w:val="sv-SE"/>
        </w:rPr>
        <w:t>:Heb 5:6]]</w:t>
      </w:r>
      <w:r w:rsidRPr="000767E2">
        <w:rPr>
          <w:vertAlign w:val="superscript"/>
          <w:lang w:val="sv-SE"/>
        </w:rPr>
        <w:t>6</w:t>
      </w:r>
      <w:r w:rsidRPr="000767E2">
        <w:rPr>
          <w:lang w:val="sv-SE"/>
        </w:rPr>
        <w:t xml:space="preserve"> {{field-on:bible}}Liksom han också på ett annat </w:t>
      </w:r>
      <w:r w:rsidRPr="000767E2">
        <w:rPr>
          <w:i/>
          <w:lang w:val="sv-SE"/>
        </w:rPr>
        <w:t>ställe</w:t>
      </w:r>
      <w:r w:rsidRPr="000767E2">
        <w:rPr>
          <w:lang w:val="sv-SE"/>
        </w:rPr>
        <w:t xml:space="preserve"> säger:{{field-off:bible}}</w:t>
      </w:r>
    </w:p>
    <w:p w14:paraId="27BDC465" w14:textId="77777777" w:rsidR="00BA33AB" w:rsidRPr="000767E2" w:rsidRDefault="00000000">
      <w:pPr>
        <w:rPr>
          <w:lang w:val="sv-SE"/>
        </w:rPr>
      </w:pPr>
      <w:r w:rsidRPr="000767E2">
        <w:rPr>
          <w:lang w:val="sv-SE"/>
        </w:rPr>
        <w:t xml:space="preserve">{{field-on:bible}}Du </w:t>
      </w:r>
      <w:r w:rsidRPr="000767E2">
        <w:rPr>
          <w:i/>
          <w:lang w:val="sv-SE"/>
        </w:rPr>
        <w:t>är</w:t>
      </w:r>
      <w:r w:rsidRPr="000767E2">
        <w:rPr>
          <w:lang w:val="sv-SE"/>
        </w:rPr>
        <w:t xml:space="preserve"> präst till eonen efter Melchisedeks ordning.{{field-off:bible}}</w:t>
      </w:r>
    </w:p>
    <w:p w14:paraId="36241E53" w14:textId="7379CB9F" w:rsidR="00BA33AB" w:rsidRPr="000767E2" w:rsidRDefault="00000000">
      <w:pPr>
        <w:rPr>
          <w:lang w:val="sv-SE"/>
        </w:rPr>
      </w:pPr>
      <w:r w:rsidRPr="000767E2">
        <w:rPr>
          <w:lang w:val="sv-SE"/>
        </w:rPr>
        <w:t>[[@</w:t>
      </w:r>
      <w:r w:rsidR="0096445B" w:rsidRPr="000767E2">
        <w:rPr>
          <w:lang w:val="sv-SE"/>
        </w:rPr>
        <w:t>BibleBIBEL82</w:t>
      </w:r>
      <w:r w:rsidRPr="000767E2">
        <w:rPr>
          <w:lang w:val="sv-SE"/>
        </w:rPr>
        <w:t>:Heb 5:7]]</w:t>
      </w:r>
      <w:r w:rsidRPr="000767E2">
        <w:rPr>
          <w:vertAlign w:val="superscript"/>
          <w:lang w:val="sv-SE"/>
        </w:rPr>
        <w:t>7</w:t>
      </w:r>
      <w:r w:rsidRPr="000767E2">
        <w:rPr>
          <w:lang w:val="sv-SE"/>
        </w:rPr>
        <w:t xml:space="preserve"> {{field-on:bible}}Under sitt kötts dagar frambar han vädjanden och anrop till den som kunde frälsa honom från döden, med starkt skri och tårar, och han blev bönhörd utifrån vördsamheten:{{field-off:bible}} [[@</w:t>
      </w:r>
      <w:r w:rsidR="0096445B" w:rsidRPr="000767E2">
        <w:rPr>
          <w:lang w:val="sv-SE"/>
        </w:rPr>
        <w:t>BibleBIBEL82</w:t>
      </w:r>
      <w:r w:rsidRPr="000767E2">
        <w:rPr>
          <w:lang w:val="sv-SE"/>
        </w:rPr>
        <w:t>:Heb 5:8]]</w:t>
      </w:r>
      <w:r w:rsidRPr="000767E2">
        <w:rPr>
          <w:vertAlign w:val="superscript"/>
          <w:lang w:val="sv-SE"/>
        </w:rPr>
        <w:t>8</w:t>
      </w:r>
      <w:r w:rsidRPr="000767E2">
        <w:rPr>
          <w:lang w:val="sv-SE"/>
        </w:rPr>
        <w:t xml:space="preserve"> {{field-</w:t>
      </w:r>
      <w:r w:rsidRPr="000767E2">
        <w:rPr>
          <w:lang w:val="sv-SE"/>
        </w:rPr>
        <w:lastRenderedPageBreak/>
        <w:t>on:bible}}även om han var Son, lärde han sig hörsamheten av det han led.{{field-off:bible}} [[@</w:t>
      </w:r>
      <w:r w:rsidR="0096445B" w:rsidRPr="000767E2">
        <w:rPr>
          <w:lang w:val="sv-SE"/>
        </w:rPr>
        <w:t>BibleBIBEL82</w:t>
      </w:r>
      <w:r w:rsidRPr="000767E2">
        <w:rPr>
          <w:lang w:val="sv-SE"/>
        </w:rPr>
        <w:t>:Heb 5:9]]</w:t>
      </w:r>
      <w:r w:rsidRPr="000767E2">
        <w:rPr>
          <w:vertAlign w:val="superscript"/>
          <w:lang w:val="sv-SE"/>
        </w:rPr>
        <w:t>9</w:t>
      </w:r>
      <w:r w:rsidRPr="000767E2">
        <w:rPr>
          <w:lang w:val="sv-SE"/>
        </w:rPr>
        <w:t xml:space="preserve"> {{field-on:bible}}Och fullkomnad blev han för alla som hörsammar honom orsak till eonisk frälsning,{{field-off:bible}} [[@</w:t>
      </w:r>
      <w:r w:rsidR="0096445B" w:rsidRPr="000767E2">
        <w:rPr>
          <w:lang w:val="sv-SE"/>
        </w:rPr>
        <w:t>BibleBIBEL82</w:t>
      </w:r>
      <w:r w:rsidRPr="000767E2">
        <w:rPr>
          <w:lang w:val="sv-SE"/>
        </w:rPr>
        <w:t>:Heb 5:10]]</w:t>
      </w:r>
      <w:r w:rsidRPr="000767E2">
        <w:rPr>
          <w:vertAlign w:val="superscript"/>
          <w:lang w:val="sv-SE"/>
        </w:rPr>
        <w:t>10</w:t>
      </w:r>
      <w:r w:rsidRPr="000767E2">
        <w:rPr>
          <w:lang w:val="sv-SE"/>
        </w:rPr>
        <w:t xml:space="preserve"> {{field-on:bible}}titulerad av Gud överstepräst efter Melchisedeks ordning.{{field-off:bible}}</w:t>
      </w:r>
    </w:p>
    <w:p w14:paraId="22AC2282" w14:textId="77777777" w:rsidR="00BA33AB" w:rsidRPr="000767E2" w:rsidRDefault="00000000">
      <w:pPr>
        <w:pStyle w:val="Rubrik3"/>
        <w:rPr>
          <w:lang w:val="sv-SE"/>
        </w:rPr>
      </w:pPr>
      <w:r w:rsidRPr="000767E2">
        <w:rPr>
          <w:lang w:val="sv-SE"/>
        </w:rPr>
        <w:t>Varning för förhärdelse</w:t>
      </w:r>
    </w:p>
    <w:p w14:paraId="40B48C39" w14:textId="3D8FB882" w:rsidR="00BA33AB" w:rsidRPr="000767E2" w:rsidRDefault="00000000">
      <w:pPr>
        <w:rPr>
          <w:lang w:val="sv-SE"/>
        </w:rPr>
      </w:pPr>
      <w:r w:rsidRPr="000767E2">
        <w:rPr>
          <w:lang w:val="sv-SE"/>
        </w:rPr>
        <w:t>[[@</w:t>
      </w:r>
      <w:r w:rsidR="0096445B" w:rsidRPr="000767E2">
        <w:rPr>
          <w:lang w:val="sv-SE"/>
        </w:rPr>
        <w:t>BibleBIBEL82</w:t>
      </w:r>
      <w:r w:rsidRPr="000767E2">
        <w:rPr>
          <w:lang w:val="sv-SE"/>
        </w:rPr>
        <w:t>:Heb 5:11]]</w:t>
      </w:r>
      <w:r w:rsidRPr="000767E2">
        <w:rPr>
          <w:vertAlign w:val="superscript"/>
          <w:lang w:val="sv-SE"/>
        </w:rPr>
        <w:t>11</w:t>
      </w:r>
      <w:r w:rsidRPr="000767E2">
        <w:rPr>
          <w:lang w:val="sv-SE"/>
        </w:rPr>
        <w:t xml:space="preserve"> {{field-on:bible}}Om detta </w:t>
      </w:r>
      <w:r w:rsidRPr="000767E2">
        <w:rPr>
          <w:i/>
          <w:lang w:val="sv-SE"/>
        </w:rPr>
        <w:t>har</w:t>
      </w:r>
      <w:r w:rsidRPr="000767E2">
        <w:rPr>
          <w:lang w:val="sv-SE"/>
        </w:rPr>
        <w:t xml:space="preserve"> vi mycket </w:t>
      </w:r>
      <w:r w:rsidRPr="000767E2">
        <w:rPr>
          <w:i/>
          <w:lang w:val="sv-SE"/>
        </w:rPr>
        <w:t>av</w:t>
      </w:r>
      <w:r w:rsidRPr="000767E2">
        <w:rPr>
          <w:lang w:val="sv-SE"/>
        </w:rPr>
        <w:t xml:space="preserve"> ordet att säga </w:t>
      </w:r>
      <w:r w:rsidRPr="000767E2">
        <w:rPr>
          <w:i/>
          <w:lang w:val="sv-SE"/>
        </w:rPr>
        <w:t>som</w:t>
      </w:r>
      <w:r w:rsidRPr="000767E2">
        <w:rPr>
          <w:lang w:val="sv-SE"/>
        </w:rPr>
        <w:t xml:space="preserve"> också </w:t>
      </w:r>
      <w:r w:rsidRPr="000767E2">
        <w:rPr>
          <w:i/>
          <w:lang w:val="sv-SE"/>
        </w:rPr>
        <w:t>är</w:t>
      </w:r>
      <w:r w:rsidRPr="000767E2">
        <w:rPr>
          <w:lang w:val="sv-SE"/>
        </w:rPr>
        <w:t xml:space="preserve"> svårtolkat, då ni har blivit tröga i öronen.{{field-off:bible}} [[@</w:t>
      </w:r>
      <w:r w:rsidR="0096445B" w:rsidRPr="000767E2">
        <w:rPr>
          <w:lang w:val="sv-SE"/>
        </w:rPr>
        <w:t>BibleBIBEL82</w:t>
      </w:r>
      <w:r w:rsidRPr="000767E2">
        <w:rPr>
          <w:lang w:val="sv-SE"/>
        </w:rPr>
        <w:t>:Heb 5:12]]</w:t>
      </w:r>
      <w:r w:rsidRPr="000767E2">
        <w:rPr>
          <w:vertAlign w:val="superscript"/>
          <w:lang w:val="sv-SE"/>
        </w:rPr>
        <w:t>12</w:t>
      </w:r>
      <w:r w:rsidRPr="000767E2">
        <w:rPr>
          <w:lang w:val="sv-SE"/>
        </w:rPr>
        <w:t xml:space="preserve"> {{field-on:bible}}För även </w:t>
      </w:r>
      <w:r w:rsidRPr="000767E2">
        <w:rPr>
          <w:i/>
          <w:lang w:val="sv-SE"/>
        </w:rPr>
        <w:t>om</w:t>
      </w:r>
      <w:r w:rsidRPr="000767E2">
        <w:rPr>
          <w:lang w:val="sv-SE"/>
        </w:rPr>
        <w:t xml:space="preserve"> ni är förpliktade att vara lärare på grund av tiden, har ni åter behov av att någon lär er elementen i begynnelsen av Guds utsagor. Och ni har kommit att ha behov av mjölk, [och] inte stadig föda.{{field-off:bible}} [[@</w:t>
      </w:r>
      <w:r w:rsidR="0096445B" w:rsidRPr="000767E2">
        <w:rPr>
          <w:lang w:val="sv-SE"/>
        </w:rPr>
        <w:t>BibleBIBEL82</w:t>
      </w:r>
      <w:r w:rsidRPr="000767E2">
        <w:rPr>
          <w:lang w:val="sv-SE"/>
        </w:rPr>
        <w:t>:Heb 5:13]]</w:t>
      </w:r>
      <w:r w:rsidRPr="000767E2">
        <w:rPr>
          <w:vertAlign w:val="superscript"/>
          <w:lang w:val="sv-SE"/>
        </w:rPr>
        <w:t>13</w:t>
      </w:r>
      <w:r w:rsidRPr="000767E2">
        <w:rPr>
          <w:lang w:val="sv-SE"/>
        </w:rPr>
        <w:t xml:space="preserve"> {{field-on:bible}}För var och en som får del av mjölk </w:t>
      </w:r>
      <w:r w:rsidRPr="000767E2">
        <w:rPr>
          <w:i/>
          <w:lang w:val="sv-SE"/>
        </w:rPr>
        <w:t>är</w:t>
      </w:r>
      <w:r w:rsidRPr="000767E2">
        <w:rPr>
          <w:lang w:val="sv-SE"/>
        </w:rPr>
        <w:t xml:space="preserve"> obekant med ett ord om rättfärdighet, för han är ett småbarn.{{field-off:bible}} [[@</w:t>
      </w:r>
      <w:r w:rsidR="0096445B" w:rsidRPr="000767E2">
        <w:rPr>
          <w:lang w:val="sv-SE"/>
        </w:rPr>
        <w:t>BibleBIBEL82</w:t>
      </w:r>
      <w:r w:rsidRPr="000767E2">
        <w:rPr>
          <w:lang w:val="sv-SE"/>
        </w:rPr>
        <w:t>:Heb 5:14]]</w:t>
      </w:r>
      <w:r w:rsidRPr="000767E2">
        <w:rPr>
          <w:vertAlign w:val="superscript"/>
          <w:lang w:val="sv-SE"/>
        </w:rPr>
        <w:t>14</w:t>
      </w:r>
      <w:r w:rsidRPr="000767E2">
        <w:rPr>
          <w:lang w:val="sv-SE"/>
        </w:rPr>
        <w:t xml:space="preserve"> {{field-on:bible}}Men för fullvuxna finns den stadiga födan, för dem som av vanan har omdömesförmågorna övade till urskillning av gott och ont.{{field-off:bible}}</w:t>
      </w:r>
    </w:p>
    <w:p w14:paraId="69744CFB" w14:textId="79B746E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6]]Kapitel 6</w:t>
      </w:r>
    </w:p>
    <w:p w14:paraId="2DBA3711" w14:textId="6D061393" w:rsidR="00BA33AB" w:rsidRPr="000767E2" w:rsidRDefault="00000000">
      <w:pPr>
        <w:rPr>
          <w:lang w:val="sv-SE"/>
        </w:rPr>
      </w:pPr>
      <w:r w:rsidRPr="000767E2">
        <w:rPr>
          <w:lang w:val="sv-SE"/>
        </w:rPr>
        <w:t>[[@</w:t>
      </w:r>
      <w:r w:rsidR="0096445B" w:rsidRPr="000767E2">
        <w:rPr>
          <w:lang w:val="sv-SE"/>
        </w:rPr>
        <w:t>BibleBIBEL82</w:t>
      </w:r>
      <w:r w:rsidRPr="000767E2">
        <w:rPr>
          <w:lang w:val="sv-SE"/>
        </w:rPr>
        <w:t>:Heb 6:1]]</w:t>
      </w:r>
      <w:r w:rsidRPr="000767E2">
        <w:rPr>
          <w:vertAlign w:val="superscript"/>
          <w:lang w:val="sv-SE"/>
        </w:rPr>
        <w:t>1</w:t>
      </w:r>
      <w:r w:rsidRPr="000767E2">
        <w:rPr>
          <w:lang w:val="sv-SE"/>
        </w:rPr>
        <w:t xml:space="preserve"> {{field-on:bible}}Låt oss därför lämna ordet om begynnelsen i Kristus och föras mot fullkomligheten, och inte åter slå ner en grund med sinnesändring från döda gärningar och tro på Gud,{{field-off:bible}} [[@</w:t>
      </w:r>
      <w:r w:rsidR="0096445B" w:rsidRPr="000767E2">
        <w:rPr>
          <w:lang w:val="sv-SE"/>
        </w:rPr>
        <w:t>BibleBIBEL82</w:t>
      </w:r>
      <w:r w:rsidRPr="000767E2">
        <w:rPr>
          <w:lang w:val="sv-SE"/>
        </w:rPr>
        <w:t>:Heb 6:2]]</w:t>
      </w:r>
      <w:r w:rsidRPr="000767E2">
        <w:rPr>
          <w:vertAlign w:val="superscript"/>
          <w:lang w:val="sv-SE"/>
        </w:rPr>
        <w:t>2</w:t>
      </w:r>
      <w:r w:rsidRPr="000767E2">
        <w:rPr>
          <w:lang w:val="sv-SE"/>
        </w:rPr>
        <w:t xml:space="preserve"> {{field-on:bible}}undervisning om dophandlingar och handpåläggning och dödas uppståndelse och eonisk dom.{{field-off:bible}} [[@</w:t>
      </w:r>
      <w:r w:rsidR="0096445B" w:rsidRPr="000767E2">
        <w:rPr>
          <w:lang w:val="sv-SE"/>
        </w:rPr>
        <w:t>BibleBIBEL82</w:t>
      </w:r>
      <w:r w:rsidRPr="000767E2">
        <w:rPr>
          <w:lang w:val="sv-SE"/>
        </w:rPr>
        <w:t>:Heb 6:3]]</w:t>
      </w:r>
      <w:r w:rsidRPr="000767E2">
        <w:rPr>
          <w:vertAlign w:val="superscript"/>
          <w:lang w:val="sv-SE"/>
        </w:rPr>
        <w:t>3</w:t>
      </w:r>
      <w:r w:rsidRPr="000767E2">
        <w:rPr>
          <w:lang w:val="sv-SE"/>
        </w:rPr>
        <w:t xml:space="preserve"> {{field-on:bible}}Och detta ska vi göra, om nu Gud tillåter.{{field-off:bible}}</w:t>
      </w:r>
    </w:p>
    <w:p w14:paraId="5BDF40A5" w14:textId="1F8EA68E" w:rsidR="00BA33AB" w:rsidRPr="000767E2" w:rsidRDefault="00000000">
      <w:pPr>
        <w:rPr>
          <w:lang w:val="sv-SE"/>
        </w:rPr>
      </w:pPr>
      <w:r w:rsidRPr="000767E2">
        <w:rPr>
          <w:lang w:val="sv-SE"/>
        </w:rPr>
        <w:t>[[@</w:t>
      </w:r>
      <w:r w:rsidR="0096445B" w:rsidRPr="000767E2">
        <w:rPr>
          <w:lang w:val="sv-SE"/>
        </w:rPr>
        <w:t>BibleBIBEL82</w:t>
      </w:r>
      <w:r w:rsidRPr="000767E2">
        <w:rPr>
          <w:lang w:val="sv-SE"/>
        </w:rPr>
        <w:t>:Heb 6:4]]</w:t>
      </w:r>
      <w:r w:rsidRPr="000767E2">
        <w:rPr>
          <w:vertAlign w:val="superscript"/>
          <w:lang w:val="sv-SE"/>
        </w:rPr>
        <w:t>4</w:t>
      </w:r>
      <w:r w:rsidRPr="000767E2">
        <w:rPr>
          <w:lang w:val="sv-SE"/>
        </w:rPr>
        <w:t xml:space="preserve"> {{field-on:bible}}För </w:t>
      </w:r>
      <w:r w:rsidRPr="000767E2">
        <w:rPr>
          <w:i/>
          <w:lang w:val="sv-SE"/>
        </w:rPr>
        <w:t>det är</w:t>
      </w:r>
      <w:r w:rsidRPr="000767E2">
        <w:rPr>
          <w:lang w:val="sv-SE"/>
        </w:rPr>
        <w:t xml:space="preserve"> omöjligt </w:t>
      </w:r>
      <w:r w:rsidRPr="000767E2">
        <w:rPr>
          <w:i/>
          <w:lang w:val="sv-SE"/>
        </w:rPr>
        <w:t>för</w:t>
      </w:r>
      <w:r w:rsidRPr="000767E2">
        <w:rPr>
          <w:lang w:val="sv-SE"/>
        </w:rPr>
        <w:t xml:space="preserve"> dem som en gång har blivit upplysta och smakat den himmelska fria gåvan och blivit delaktiga i helig Ande{{field-off:bible}} [[@</w:t>
      </w:r>
      <w:r w:rsidR="0096445B" w:rsidRPr="000767E2">
        <w:rPr>
          <w:lang w:val="sv-SE"/>
        </w:rPr>
        <w:t>BibleBIBEL82</w:t>
      </w:r>
      <w:r w:rsidRPr="000767E2">
        <w:rPr>
          <w:lang w:val="sv-SE"/>
        </w:rPr>
        <w:t>:Heb 6:5]]</w:t>
      </w:r>
      <w:r w:rsidRPr="000767E2">
        <w:rPr>
          <w:vertAlign w:val="superscript"/>
          <w:lang w:val="sv-SE"/>
        </w:rPr>
        <w:t>5</w:t>
      </w:r>
      <w:r w:rsidRPr="000767E2">
        <w:rPr>
          <w:lang w:val="sv-SE"/>
        </w:rPr>
        <w:t xml:space="preserve"> {{field-on:bible}}och smakat </w:t>
      </w:r>
      <w:r w:rsidRPr="000767E2">
        <w:rPr>
          <w:i/>
          <w:lang w:val="sv-SE"/>
        </w:rPr>
        <w:t>det</w:t>
      </w:r>
      <w:r w:rsidRPr="000767E2">
        <w:rPr>
          <w:lang w:val="sv-SE"/>
        </w:rPr>
        <w:t xml:space="preserve"> goda Guds ord och krafter från en kommande eon{{field-off:bible}} [[@</w:t>
      </w:r>
      <w:r w:rsidR="0096445B" w:rsidRPr="000767E2">
        <w:rPr>
          <w:lang w:val="sv-SE"/>
        </w:rPr>
        <w:t>BibleBIBEL82</w:t>
      </w:r>
      <w:r w:rsidRPr="000767E2">
        <w:rPr>
          <w:lang w:val="sv-SE"/>
        </w:rPr>
        <w:t>:Heb 6:6]]</w:t>
      </w:r>
      <w:r w:rsidRPr="000767E2">
        <w:rPr>
          <w:vertAlign w:val="superscript"/>
          <w:lang w:val="sv-SE"/>
        </w:rPr>
        <w:t>6</w:t>
      </w:r>
      <w:r w:rsidRPr="000767E2">
        <w:rPr>
          <w:lang w:val="sv-SE"/>
        </w:rPr>
        <w:t xml:space="preserve"> {{field-on:bible}}och </w:t>
      </w:r>
      <w:r w:rsidRPr="000767E2">
        <w:rPr>
          <w:i/>
          <w:lang w:val="sv-SE"/>
        </w:rPr>
        <w:t>sedan</w:t>
      </w:r>
      <w:r w:rsidRPr="000767E2">
        <w:rPr>
          <w:lang w:val="sv-SE"/>
        </w:rPr>
        <w:t xml:space="preserve"> avfallit, att åter förnya </w:t>
      </w:r>
      <w:r w:rsidRPr="000767E2">
        <w:rPr>
          <w:i/>
          <w:lang w:val="sv-SE"/>
        </w:rPr>
        <w:t>dem</w:t>
      </w:r>
      <w:r w:rsidRPr="000767E2">
        <w:rPr>
          <w:lang w:val="sv-SE"/>
        </w:rPr>
        <w:t xml:space="preserve"> till sinnesändring när de på nytt för sig själva korsfäster Guds Son och exponerar </w:t>
      </w:r>
      <w:r w:rsidRPr="000767E2">
        <w:rPr>
          <w:i/>
          <w:lang w:val="sv-SE"/>
        </w:rPr>
        <w:t>honom</w:t>
      </w:r>
      <w:r w:rsidRPr="000767E2">
        <w:rPr>
          <w:lang w:val="sv-SE"/>
        </w:rPr>
        <w:t xml:space="preserve"> offentligt.{{field-off:bible}} [[@</w:t>
      </w:r>
      <w:r w:rsidR="0096445B" w:rsidRPr="000767E2">
        <w:rPr>
          <w:lang w:val="sv-SE"/>
        </w:rPr>
        <w:t>BibleBIBEL82</w:t>
      </w:r>
      <w:r w:rsidRPr="000767E2">
        <w:rPr>
          <w:lang w:val="sv-SE"/>
        </w:rPr>
        <w:t>:Heb 6:7]]</w:t>
      </w:r>
      <w:r w:rsidRPr="000767E2">
        <w:rPr>
          <w:vertAlign w:val="superscript"/>
          <w:lang w:val="sv-SE"/>
        </w:rPr>
        <w:t>7</w:t>
      </w:r>
      <w:r w:rsidRPr="000767E2">
        <w:rPr>
          <w:lang w:val="sv-SE"/>
        </w:rPr>
        <w:t xml:space="preserve"> {{field-on:bible}}För en jord som dricker det regn som många gånger kommer över den, och föder växtlighet välägnad åt dessa för vilka den också odlas, får del av välsignelse från Gud.{{field-off:bible}} [[@</w:t>
      </w:r>
      <w:r w:rsidR="0096445B" w:rsidRPr="000767E2">
        <w:rPr>
          <w:lang w:val="sv-SE"/>
        </w:rPr>
        <w:t>BibleBIBEL82</w:t>
      </w:r>
      <w:r w:rsidRPr="000767E2">
        <w:rPr>
          <w:lang w:val="sv-SE"/>
        </w:rPr>
        <w:t>:Heb 6:8]]</w:t>
      </w:r>
      <w:r w:rsidRPr="000767E2">
        <w:rPr>
          <w:vertAlign w:val="superscript"/>
          <w:lang w:val="sv-SE"/>
        </w:rPr>
        <w:t>8</w:t>
      </w:r>
      <w:r w:rsidRPr="000767E2">
        <w:rPr>
          <w:lang w:val="sv-SE"/>
        </w:rPr>
        <w:t xml:space="preserve"> {{field-on:bible}}Men bär den fram törnen och tistlar </w:t>
      </w:r>
      <w:r w:rsidRPr="000767E2">
        <w:rPr>
          <w:i/>
          <w:lang w:val="sv-SE"/>
        </w:rPr>
        <w:t>är</w:t>
      </w:r>
      <w:r w:rsidRPr="000767E2">
        <w:rPr>
          <w:lang w:val="sv-SE"/>
        </w:rPr>
        <w:t xml:space="preserve"> </w:t>
      </w:r>
      <w:r w:rsidRPr="000767E2">
        <w:rPr>
          <w:i/>
          <w:lang w:val="sv-SE"/>
        </w:rPr>
        <w:t>den</w:t>
      </w:r>
      <w:r w:rsidRPr="000767E2">
        <w:rPr>
          <w:lang w:val="sv-SE"/>
        </w:rPr>
        <w:t xml:space="preserve"> oduglig och nära förbannelse. Dess slut </w:t>
      </w:r>
      <w:r w:rsidRPr="000767E2">
        <w:rPr>
          <w:i/>
          <w:lang w:val="sv-SE"/>
        </w:rPr>
        <w:t>är</w:t>
      </w:r>
      <w:r w:rsidRPr="000767E2">
        <w:rPr>
          <w:lang w:val="sv-SE"/>
        </w:rPr>
        <w:t xml:space="preserve"> till bränning.{{field-off:bible}}</w:t>
      </w:r>
    </w:p>
    <w:p w14:paraId="1EBFDFFF" w14:textId="5BAD1B17" w:rsidR="00BA33AB" w:rsidRPr="000767E2" w:rsidRDefault="00000000">
      <w:pPr>
        <w:rPr>
          <w:lang w:val="sv-SE"/>
        </w:rPr>
      </w:pPr>
      <w:r w:rsidRPr="000767E2">
        <w:rPr>
          <w:lang w:val="sv-SE"/>
        </w:rPr>
        <w:t>[[@</w:t>
      </w:r>
      <w:r w:rsidR="0096445B" w:rsidRPr="000767E2">
        <w:rPr>
          <w:lang w:val="sv-SE"/>
        </w:rPr>
        <w:t>BibleBIBEL82</w:t>
      </w:r>
      <w:r w:rsidRPr="000767E2">
        <w:rPr>
          <w:lang w:val="sv-SE"/>
        </w:rPr>
        <w:t>:Heb 6:9]]</w:t>
      </w:r>
      <w:r w:rsidRPr="000767E2">
        <w:rPr>
          <w:vertAlign w:val="superscript"/>
          <w:lang w:val="sv-SE"/>
        </w:rPr>
        <w:t>9</w:t>
      </w:r>
      <w:r w:rsidRPr="000767E2">
        <w:rPr>
          <w:lang w:val="sv-SE"/>
        </w:rPr>
        <w:t xml:space="preserve"> {{field-on:bible}}Men vi är övertygade gällande er, </w:t>
      </w:r>
      <w:r w:rsidRPr="000767E2">
        <w:rPr>
          <w:i/>
          <w:lang w:val="sv-SE"/>
        </w:rPr>
        <w:t>våra</w:t>
      </w:r>
      <w:r w:rsidRPr="000767E2">
        <w:rPr>
          <w:lang w:val="sv-SE"/>
        </w:rPr>
        <w:t xml:space="preserve"> älskade, om det </w:t>
      </w:r>
      <w:r w:rsidRPr="000767E2">
        <w:rPr>
          <w:i/>
          <w:lang w:val="sv-SE"/>
        </w:rPr>
        <w:t>som är</w:t>
      </w:r>
      <w:r w:rsidRPr="000767E2">
        <w:rPr>
          <w:lang w:val="sv-SE"/>
        </w:rPr>
        <w:t xml:space="preserve"> bättre och har frälsning </w:t>
      </w:r>
      <w:r w:rsidRPr="000767E2">
        <w:rPr>
          <w:i/>
          <w:lang w:val="sv-SE"/>
        </w:rPr>
        <w:t>med sig</w:t>
      </w:r>
      <w:r w:rsidRPr="000767E2">
        <w:rPr>
          <w:lang w:val="sv-SE"/>
        </w:rPr>
        <w:t>, även om vi talar så.{{field-off:bible}} [[@</w:t>
      </w:r>
      <w:r w:rsidR="0096445B" w:rsidRPr="000767E2">
        <w:rPr>
          <w:lang w:val="sv-SE"/>
        </w:rPr>
        <w:t>BibleBIBEL82</w:t>
      </w:r>
      <w:r w:rsidRPr="000767E2">
        <w:rPr>
          <w:lang w:val="sv-SE"/>
        </w:rPr>
        <w:t>:Heb 6:10]]</w:t>
      </w:r>
      <w:r w:rsidRPr="000767E2">
        <w:rPr>
          <w:vertAlign w:val="superscript"/>
          <w:lang w:val="sv-SE"/>
        </w:rPr>
        <w:t>10</w:t>
      </w:r>
      <w:r w:rsidRPr="000767E2">
        <w:rPr>
          <w:lang w:val="sv-SE"/>
        </w:rPr>
        <w:t xml:space="preserve"> {{field-on:bible}}För Gud är inte orättfärdig, </w:t>
      </w:r>
      <w:r w:rsidRPr="000767E2">
        <w:rPr>
          <w:i/>
          <w:lang w:val="sv-SE"/>
        </w:rPr>
        <w:t>så</w:t>
      </w:r>
      <w:r w:rsidRPr="000767E2">
        <w:rPr>
          <w:lang w:val="sv-SE"/>
        </w:rPr>
        <w:t xml:space="preserve"> att </w:t>
      </w:r>
      <w:r w:rsidRPr="000767E2">
        <w:rPr>
          <w:i/>
          <w:lang w:val="sv-SE"/>
        </w:rPr>
        <w:t>han</w:t>
      </w:r>
      <w:r w:rsidRPr="000767E2">
        <w:rPr>
          <w:lang w:val="sv-SE"/>
        </w:rPr>
        <w:t xml:space="preserve"> glömmer er gärning och kärleken som ni har uppvisat till hans namn, när ni betjänat de heliga och </w:t>
      </w:r>
      <w:r w:rsidRPr="000767E2">
        <w:rPr>
          <w:i/>
          <w:lang w:val="sv-SE"/>
        </w:rPr>
        <w:t>ännu</w:t>
      </w:r>
      <w:r w:rsidRPr="000767E2">
        <w:rPr>
          <w:lang w:val="sv-SE"/>
        </w:rPr>
        <w:t xml:space="preserve"> betjänar.{{field-off:bible}} [[@</w:t>
      </w:r>
      <w:r w:rsidR="0096445B" w:rsidRPr="000767E2">
        <w:rPr>
          <w:lang w:val="sv-SE"/>
        </w:rPr>
        <w:t>BibleBIBEL82</w:t>
      </w:r>
      <w:r w:rsidRPr="000767E2">
        <w:rPr>
          <w:lang w:val="sv-SE"/>
        </w:rPr>
        <w:t>:Heb 6:11]]</w:t>
      </w:r>
      <w:r w:rsidRPr="000767E2">
        <w:rPr>
          <w:vertAlign w:val="superscript"/>
          <w:lang w:val="sv-SE"/>
        </w:rPr>
        <w:t>11</w:t>
      </w:r>
      <w:r w:rsidRPr="000767E2">
        <w:rPr>
          <w:lang w:val="sv-SE"/>
        </w:rPr>
        <w:t xml:space="preserve"> {{field-on:bible}}Men vi åtrår att var och en av er ska uppvisa samma iver för den fulla vissheten i hoppet ända till slutet,{{field-off:bible}} [[@</w:t>
      </w:r>
      <w:r w:rsidR="0096445B" w:rsidRPr="000767E2">
        <w:rPr>
          <w:lang w:val="sv-SE"/>
        </w:rPr>
        <w:t>BibleBIBEL82</w:t>
      </w:r>
      <w:r w:rsidRPr="000767E2">
        <w:rPr>
          <w:lang w:val="sv-SE"/>
        </w:rPr>
        <w:t>:Heb 6:12]]</w:t>
      </w:r>
      <w:r w:rsidRPr="000767E2">
        <w:rPr>
          <w:vertAlign w:val="superscript"/>
          <w:lang w:val="sv-SE"/>
        </w:rPr>
        <w:t>12</w:t>
      </w:r>
      <w:r w:rsidRPr="000767E2">
        <w:rPr>
          <w:lang w:val="sv-SE"/>
        </w:rPr>
        <w:t xml:space="preserve"> {{field-on:bible}}så att ni inte blir tröga utan imitatörer av dem som genom tro och tålamod ärver löftena.{{field-off:bible}}</w:t>
      </w:r>
    </w:p>
    <w:p w14:paraId="4200FC40" w14:textId="77777777" w:rsidR="00BA33AB" w:rsidRPr="000767E2" w:rsidRDefault="00000000">
      <w:pPr>
        <w:pStyle w:val="Rubrik3"/>
        <w:rPr>
          <w:lang w:val="sv-SE"/>
        </w:rPr>
      </w:pPr>
      <w:r w:rsidRPr="000767E2">
        <w:rPr>
          <w:lang w:val="sv-SE"/>
        </w:rPr>
        <w:lastRenderedPageBreak/>
        <w:t>Guds löfte står fast</w:t>
      </w:r>
    </w:p>
    <w:p w14:paraId="3AD9E915" w14:textId="46411781" w:rsidR="00BA33AB" w:rsidRPr="000767E2" w:rsidRDefault="00000000">
      <w:pPr>
        <w:rPr>
          <w:lang w:val="sv-SE"/>
        </w:rPr>
      </w:pPr>
      <w:r w:rsidRPr="000767E2">
        <w:rPr>
          <w:lang w:val="sv-SE"/>
        </w:rPr>
        <w:t>[[@</w:t>
      </w:r>
      <w:r w:rsidR="0096445B" w:rsidRPr="000767E2">
        <w:rPr>
          <w:lang w:val="sv-SE"/>
        </w:rPr>
        <w:t>BibleBIBEL82</w:t>
      </w:r>
      <w:r w:rsidRPr="000767E2">
        <w:rPr>
          <w:lang w:val="sv-SE"/>
        </w:rPr>
        <w:t>:Heb 6:13]]</w:t>
      </w:r>
      <w:r w:rsidRPr="000767E2">
        <w:rPr>
          <w:vertAlign w:val="superscript"/>
          <w:lang w:val="sv-SE"/>
        </w:rPr>
        <w:t>13</w:t>
      </w:r>
      <w:r w:rsidRPr="000767E2">
        <w:rPr>
          <w:lang w:val="sv-SE"/>
        </w:rPr>
        <w:t xml:space="preserve"> {{field-on:bible}}För när Gud lovade till Abraham, då han ingen större hade att svära vid, svor han vid sig själv{{field-off:bible}} [[@</w:t>
      </w:r>
      <w:r w:rsidR="0096445B" w:rsidRPr="000767E2">
        <w:rPr>
          <w:lang w:val="sv-SE"/>
        </w:rPr>
        <w:t>BibleBIBEL82</w:t>
      </w:r>
      <w:r w:rsidRPr="000767E2">
        <w:rPr>
          <w:lang w:val="sv-SE"/>
        </w:rPr>
        <w:t>:Heb 6:14]]</w:t>
      </w:r>
      <w:r w:rsidRPr="000767E2">
        <w:rPr>
          <w:vertAlign w:val="superscript"/>
          <w:lang w:val="sv-SE"/>
        </w:rPr>
        <w:t>14</w:t>
      </w:r>
      <w:r w:rsidRPr="000767E2">
        <w:rPr>
          <w:lang w:val="sv-SE"/>
        </w:rPr>
        <w:t xml:space="preserve"> {{field-on:bible}}och sade: Jag ska välsignande välsigna dig och förökande föröka dig.{{field-off:bible}} [[@</w:t>
      </w:r>
      <w:r w:rsidR="0096445B" w:rsidRPr="000767E2">
        <w:rPr>
          <w:lang w:val="sv-SE"/>
        </w:rPr>
        <w:t>BibleBIBEL82</w:t>
      </w:r>
      <w:r w:rsidRPr="000767E2">
        <w:rPr>
          <w:lang w:val="sv-SE"/>
        </w:rPr>
        <w:t>:Heb 6:15]]</w:t>
      </w:r>
      <w:r w:rsidRPr="000767E2">
        <w:rPr>
          <w:vertAlign w:val="superscript"/>
          <w:lang w:val="sv-SE"/>
        </w:rPr>
        <w:t>15</w:t>
      </w:r>
      <w:r w:rsidRPr="000767E2">
        <w:rPr>
          <w:lang w:val="sv-SE"/>
        </w:rPr>
        <w:t xml:space="preserve"> {{field-on:bible}}Och så var han tålmodig och uppnådde löftet.{{field-off:bible}}</w:t>
      </w:r>
    </w:p>
    <w:p w14:paraId="54CFAF8E" w14:textId="34371D25" w:rsidR="00BA33AB" w:rsidRPr="000767E2" w:rsidRDefault="00000000">
      <w:pPr>
        <w:rPr>
          <w:lang w:val="sv-SE"/>
        </w:rPr>
      </w:pPr>
      <w:r w:rsidRPr="000767E2">
        <w:rPr>
          <w:lang w:val="sv-SE"/>
        </w:rPr>
        <w:t>[[@</w:t>
      </w:r>
      <w:r w:rsidR="0096445B" w:rsidRPr="000767E2">
        <w:rPr>
          <w:lang w:val="sv-SE"/>
        </w:rPr>
        <w:t>BibleBIBEL82</w:t>
      </w:r>
      <w:r w:rsidRPr="000767E2">
        <w:rPr>
          <w:lang w:val="sv-SE"/>
        </w:rPr>
        <w:t>:Heb 6:16]]</w:t>
      </w:r>
      <w:r w:rsidRPr="000767E2">
        <w:rPr>
          <w:vertAlign w:val="superscript"/>
          <w:lang w:val="sv-SE"/>
        </w:rPr>
        <w:t>16</w:t>
      </w:r>
      <w:r w:rsidRPr="000767E2">
        <w:rPr>
          <w:lang w:val="sv-SE"/>
        </w:rPr>
        <w:t xml:space="preserve"> {{field-on:bible}}För människor svär vid den </w:t>
      </w:r>
      <w:r w:rsidRPr="000767E2">
        <w:rPr>
          <w:i/>
          <w:lang w:val="sv-SE"/>
        </w:rPr>
        <w:t>som är</w:t>
      </w:r>
      <w:r w:rsidRPr="000767E2">
        <w:rPr>
          <w:lang w:val="sv-SE"/>
        </w:rPr>
        <w:t xml:space="preserve"> större, och för dem </w:t>
      </w:r>
      <w:r w:rsidRPr="000767E2">
        <w:rPr>
          <w:i/>
          <w:lang w:val="sv-SE"/>
        </w:rPr>
        <w:t>blir</w:t>
      </w:r>
      <w:r w:rsidRPr="000767E2">
        <w:rPr>
          <w:lang w:val="sv-SE"/>
        </w:rPr>
        <w:t xml:space="preserve"> eden en ände på all motsägelse, till stadfästande.{{field-off:bible}} [[@</w:t>
      </w:r>
      <w:r w:rsidR="0096445B" w:rsidRPr="000767E2">
        <w:rPr>
          <w:lang w:val="sv-SE"/>
        </w:rPr>
        <w:t>BibleBIBEL82</w:t>
      </w:r>
      <w:r w:rsidRPr="000767E2">
        <w:rPr>
          <w:lang w:val="sv-SE"/>
        </w:rPr>
        <w:t>:Heb 6:17]]</w:t>
      </w:r>
      <w:r w:rsidRPr="000767E2">
        <w:rPr>
          <w:vertAlign w:val="superscript"/>
          <w:lang w:val="sv-SE"/>
        </w:rPr>
        <w:t>17</w:t>
      </w:r>
      <w:r w:rsidRPr="000767E2">
        <w:rPr>
          <w:lang w:val="sv-SE"/>
        </w:rPr>
        <w:t xml:space="preserve"> {{field-on:bible}}Vid det att Gud ännu mer önskade visa löftets arvingar oföränderligheten i hans plan gick han i god med en ed{{field-off:bible}} [[@</w:t>
      </w:r>
      <w:r w:rsidR="0096445B" w:rsidRPr="000767E2">
        <w:rPr>
          <w:lang w:val="sv-SE"/>
        </w:rPr>
        <w:t>BibleBIBEL82</w:t>
      </w:r>
      <w:r w:rsidRPr="000767E2">
        <w:rPr>
          <w:lang w:val="sv-SE"/>
        </w:rPr>
        <w:t>:Heb 6:18]]</w:t>
      </w:r>
      <w:r w:rsidRPr="000767E2">
        <w:rPr>
          <w:vertAlign w:val="superscript"/>
          <w:lang w:val="sv-SE"/>
        </w:rPr>
        <w:t>18</w:t>
      </w:r>
      <w:r w:rsidRPr="000767E2">
        <w:rPr>
          <w:lang w:val="sv-SE"/>
        </w:rPr>
        <w:t xml:space="preserve"> {{field-on:bible}}för att vi, genom två oföränderliga ting i vilka Gud omöjligt </w:t>
      </w:r>
      <w:r w:rsidRPr="000767E2">
        <w:rPr>
          <w:i/>
          <w:lang w:val="sv-SE"/>
        </w:rPr>
        <w:t>skulle</w:t>
      </w:r>
      <w:r w:rsidRPr="000767E2">
        <w:rPr>
          <w:lang w:val="sv-SE"/>
        </w:rPr>
        <w:t xml:space="preserve"> ljuga, ska ha en stark uppmuntran när vi tagit vår tillflykt till att hålla fast vid det föreliggande hoppet.{{field-off:bible}} [[@</w:t>
      </w:r>
      <w:r w:rsidR="0096445B" w:rsidRPr="000767E2">
        <w:rPr>
          <w:lang w:val="sv-SE"/>
        </w:rPr>
        <w:t>BibleBIBEL82</w:t>
      </w:r>
      <w:r w:rsidRPr="000767E2">
        <w:rPr>
          <w:lang w:val="sv-SE"/>
        </w:rPr>
        <w:t>:Heb 6:19]]</w:t>
      </w:r>
      <w:r w:rsidRPr="000767E2">
        <w:rPr>
          <w:vertAlign w:val="superscript"/>
          <w:lang w:val="sv-SE"/>
        </w:rPr>
        <w:t>19</w:t>
      </w:r>
      <w:r w:rsidRPr="000767E2">
        <w:rPr>
          <w:lang w:val="sv-SE"/>
        </w:rPr>
        <w:t xml:space="preserve"> {{field-on:bible}}Detta har vi som ett ankare för själen </w:t>
      </w:r>
      <w:r w:rsidRPr="000767E2">
        <w:rPr>
          <w:i/>
          <w:lang w:val="sv-SE"/>
        </w:rPr>
        <w:t>som är</w:t>
      </w:r>
      <w:r w:rsidRPr="000767E2">
        <w:rPr>
          <w:lang w:val="sv-SE"/>
        </w:rPr>
        <w:t xml:space="preserve"> säkert och fast och går in till det inre bakom förhänget,{{field-off:bible}} [[@</w:t>
      </w:r>
      <w:r w:rsidR="0096445B" w:rsidRPr="000767E2">
        <w:rPr>
          <w:lang w:val="sv-SE"/>
        </w:rPr>
        <w:t>BibleBIBEL82</w:t>
      </w:r>
      <w:r w:rsidRPr="000767E2">
        <w:rPr>
          <w:lang w:val="sv-SE"/>
        </w:rPr>
        <w:t>:Heb 6:20]]</w:t>
      </w:r>
      <w:r w:rsidRPr="000767E2">
        <w:rPr>
          <w:vertAlign w:val="superscript"/>
          <w:lang w:val="sv-SE"/>
        </w:rPr>
        <w:t>20</w:t>
      </w:r>
      <w:r w:rsidRPr="000767E2">
        <w:rPr>
          <w:lang w:val="sv-SE"/>
        </w:rPr>
        <w:t xml:space="preserve"> {{field-on:bible}}dit en förelöpare i vårt ställe har gått in: Jesus, som efter Melchisedeks ordning har blivit överstepräst till eonen.{{field-off:bible}}</w:t>
      </w:r>
    </w:p>
    <w:p w14:paraId="3E8ECE20" w14:textId="7F1F8A1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7]]Kapitel 7</w:t>
      </w:r>
    </w:p>
    <w:p w14:paraId="07867EEA" w14:textId="77777777" w:rsidR="00BA33AB" w:rsidRPr="000767E2" w:rsidRDefault="00000000">
      <w:pPr>
        <w:pStyle w:val="Rubrik3"/>
        <w:rPr>
          <w:lang w:val="sv-SE"/>
        </w:rPr>
      </w:pPr>
      <w:r w:rsidRPr="000767E2">
        <w:rPr>
          <w:lang w:val="sv-SE"/>
        </w:rPr>
        <w:t>Melchisedeks prästämbete</w:t>
      </w:r>
    </w:p>
    <w:p w14:paraId="4DBF8FF4" w14:textId="796EA044" w:rsidR="00BA33AB" w:rsidRPr="000767E2" w:rsidRDefault="00000000">
      <w:pPr>
        <w:rPr>
          <w:lang w:val="sv-SE"/>
        </w:rPr>
      </w:pPr>
      <w:r w:rsidRPr="000767E2">
        <w:rPr>
          <w:lang w:val="sv-SE"/>
        </w:rPr>
        <w:t>[[@</w:t>
      </w:r>
      <w:r w:rsidR="0096445B" w:rsidRPr="000767E2">
        <w:rPr>
          <w:lang w:val="sv-SE"/>
        </w:rPr>
        <w:t>BibleBIBEL82</w:t>
      </w:r>
      <w:r w:rsidRPr="000767E2">
        <w:rPr>
          <w:lang w:val="sv-SE"/>
        </w:rPr>
        <w:t>:Heb 7:1]]</w:t>
      </w:r>
      <w:r w:rsidRPr="000767E2">
        <w:rPr>
          <w:vertAlign w:val="superscript"/>
          <w:lang w:val="sv-SE"/>
        </w:rPr>
        <w:t>1</w:t>
      </w:r>
      <w:r w:rsidRPr="000767E2">
        <w:rPr>
          <w:lang w:val="sv-SE"/>
        </w:rPr>
        <w:t xml:space="preserve"> {{field-on:bible}}För denne Melchisedek </w:t>
      </w:r>
      <w:r w:rsidRPr="000767E2">
        <w:rPr>
          <w:i/>
          <w:lang w:val="sv-SE"/>
        </w:rPr>
        <w:t>var</w:t>
      </w:r>
      <w:r w:rsidRPr="000767E2">
        <w:rPr>
          <w:lang w:val="sv-SE"/>
        </w:rPr>
        <w:t xml:space="preserve"> kung av Salem, präst åt Gud den Högste, den som mötte Abraham när han återvände från nedgörandet av kungarna och som välsignade honom,{{field-off:bible}} [[@</w:t>
      </w:r>
      <w:r w:rsidR="0096445B" w:rsidRPr="000767E2">
        <w:rPr>
          <w:lang w:val="sv-SE"/>
        </w:rPr>
        <w:t>BibleBIBEL82</w:t>
      </w:r>
      <w:r w:rsidRPr="000767E2">
        <w:rPr>
          <w:lang w:val="sv-SE"/>
        </w:rPr>
        <w:t>:Heb 7:2]]</w:t>
      </w:r>
      <w:r w:rsidRPr="000767E2">
        <w:rPr>
          <w:vertAlign w:val="superscript"/>
          <w:lang w:val="sv-SE"/>
        </w:rPr>
        <w:t>2</w:t>
      </w:r>
      <w:r w:rsidRPr="000767E2">
        <w:rPr>
          <w:lang w:val="sv-SE"/>
        </w:rPr>
        <w:t xml:space="preserve"> {{field-on:bible}}</w:t>
      </w:r>
      <w:r w:rsidRPr="000767E2">
        <w:rPr>
          <w:i/>
          <w:lang w:val="sv-SE"/>
        </w:rPr>
        <w:t>och</w:t>
      </w:r>
      <w:r w:rsidRPr="000767E2">
        <w:rPr>
          <w:lang w:val="sv-SE"/>
        </w:rPr>
        <w:t xml:space="preserve"> som Abraham också tilldelade tionde av allt. Först </w:t>
      </w:r>
      <w:r w:rsidRPr="000767E2">
        <w:rPr>
          <w:i/>
          <w:lang w:val="sv-SE"/>
        </w:rPr>
        <w:t>är han</w:t>
      </w:r>
      <w:r w:rsidRPr="000767E2">
        <w:rPr>
          <w:lang w:val="sv-SE"/>
        </w:rPr>
        <w:t xml:space="preserve"> översatt “kung av rättfärdighet” och sedan även kung av Salem, det </w:t>
      </w:r>
      <w:r w:rsidRPr="000767E2">
        <w:rPr>
          <w:i/>
          <w:lang w:val="sv-SE"/>
        </w:rPr>
        <w:t>vill säga</w:t>
      </w:r>
      <w:r w:rsidRPr="000767E2">
        <w:rPr>
          <w:lang w:val="sv-SE"/>
        </w:rPr>
        <w:t xml:space="preserve"> “kung av frid”.{{field-off:bible}} [[@</w:t>
      </w:r>
      <w:r w:rsidR="0096445B" w:rsidRPr="000767E2">
        <w:rPr>
          <w:lang w:val="sv-SE"/>
        </w:rPr>
        <w:t>BibleBIBEL82</w:t>
      </w:r>
      <w:r w:rsidRPr="000767E2">
        <w:rPr>
          <w:lang w:val="sv-SE"/>
        </w:rPr>
        <w:t>:Heb 7:3]]</w:t>
      </w:r>
      <w:r w:rsidRPr="000767E2">
        <w:rPr>
          <w:vertAlign w:val="superscript"/>
          <w:lang w:val="sv-SE"/>
        </w:rPr>
        <w:t>3</w:t>
      </w:r>
      <w:r w:rsidRPr="000767E2">
        <w:rPr>
          <w:lang w:val="sv-SE"/>
        </w:rPr>
        <w:t xml:space="preserve"> {{field-on:bible}}Utan far, utan mor, utan släktledning har han varken dagars begynnelse eller livets slut, och har blivit lik Guds Son och förblir präst för beständigt.{{field-off:bible}}</w:t>
      </w:r>
    </w:p>
    <w:p w14:paraId="49025F47" w14:textId="48B0FD3B" w:rsidR="00BA33AB" w:rsidRPr="000767E2" w:rsidRDefault="00000000">
      <w:pPr>
        <w:rPr>
          <w:lang w:val="sv-SE"/>
        </w:rPr>
      </w:pPr>
      <w:r w:rsidRPr="000767E2">
        <w:rPr>
          <w:lang w:val="sv-SE"/>
        </w:rPr>
        <w:t>[[@</w:t>
      </w:r>
      <w:r w:rsidR="0096445B" w:rsidRPr="000767E2">
        <w:rPr>
          <w:lang w:val="sv-SE"/>
        </w:rPr>
        <w:t>BibleBIBEL82</w:t>
      </w:r>
      <w:r w:rsidRPr="000767E2">
        <w:rPr>
          <w:lang w:val="sv-SE"/>
        </w:rPr>
        <w:t>:Heb 7:4]]</w:t>
      </w:r>
      <w:r w:rsidRPr="000767E2">
        <w:rPr>
          <w:vertAlign w:val="superscript"/>
          <w:lang w:val="sv-SE"/>
        </w:rPr>
        <w:t>4</w:t>
      </w:r>
      <w:r w:rsidRPr="000767E2">
        <w:rPr>
          <w:lang w:val="sv-SE"/>
        </w:rPr>
        <w:t xml:space="preserve"> {{field-on:bible}}Och skåda hur stor denne </w:t>
      </w:r>
      <w:r w:rsidRPr="000767E2">
        <w:rPr>
          <w:i/>
          <w:lang w:val="sv-SE"/>
        </w:rPr>
        <w:t>är</w:t>
      </w:r>
      <w:r w:rsidRPr="000767E2">
        <w:rPr>
          <w:lang w:val="sv-SE"/>
        </w:rPr>
        <w:t>, åt vilken [</w:t>
      </w:r>
      <w:r w:rsidRPr="000767E2">
        <w:rPr>
          <w:i/>
          <w:lang w:val="sv-SE"/>
        </w:rPr>
        <w:t>till</w:t>
      </w:r>
      <w:r w:rsidRPr="000767E2">
        <w:rPr>
          <w:lang w:val="sv-SE"/>
        </w:rPr>
        <w:t xml:space="preserve"> och </w:t>
      </w:r>
      <w:r w:rsidRPr="000767E2">
        <w:rPr>
          <w:i/>
          <w:lang w:val="sv-SE"/>
        </w:rPr>
        <w:t>med</w:t>
      </w:r>
      <w:r w:rsidRPr="000767E2">
        <w:rPr>
          <w:lang w:val="sv-SE"/>
        </w:rPr>
        <w:t>] Abraham gav tionde från toppen av högen – patriarken!{{field-off:bible}} [[@</w:t>
      </w:r>
      <w:r w:rsidR="0096445B" w:rsidRPr="000767E2">
        <w:rPr>
          <w:lang w:val="sv-SE"/>
        </w:rPr>
        <w:t>BibleBIBEL82</w:t>
      </w:r>
      <w:r w:rsidRPr="000767E2">
        <w:rPr>
          <w:lang w:val="sv-SE"/>
        </w:rPr>
        <w:t>:Heb 7:5]]</w:t>
      </w:r>
      <w:r w:rsidRPr="000767E2">
        <w:rPr>
          <w:vertAlign w:val="superscript"/>
          <w:lang w:val="sv-SE"/>
        </w:rPr>
        <w:t>5</w:t>
      </w:r>
      <w:r w:rsidRPr="000767E2">
        <w:rPr>
          <w:lang w:val="sv-SE"/>
        </w:rPr>
        <w:t xml:space="preserve"> {{field-on:bible}}Och visserligen har de av Levis söner som tar </w:t>
      </w:r>
      <w:r w:rsidRPr="000767E2">
        <w:rPr>
          <w:i/>
          <w:lang w:val="sv-SE"/>
        </w:rPr>
        <w:t>emot</w:t>
      </w:r>
      <w:r w:rsidRPr="000767E2">
        <w:rPr>
          <w:lang w:val="sv-SE"/>
        </w:rPr>
        <w:t xml:space="preserve"> prästadömet ett bud att få tionde av folket enligt lagen, det </w:t>
      </w:r>
      <w:r w:rsidRPr="000767E2">
        <w:rPr>
          <w:i/>
          <w:lang w:val="sv-SE"/>
        </w:rPr>
        <w:t>vill säga</w:t>
      </w:r>
      <w:r w:rsidRPr="000767E2">
        <w:rPr>
          <w:lang w:val="sv-SE"/>
        </w:rPr>
        <w:t xml:space="preserve"> av sina syskon, fastän </w:t>
      </w:r>
      <w:r w:rsidRPr="000767E2">
        <w:rPr>
          <w:i/>
          <w:lang w:val="sv-SE"/>
        </w:rPr>
        <w:t>dessa är</w:t>
      </w:r>
      <w:r w:rsidRPr="000767E2">
        <w:rPr>
          <w:lang w:val="sv-SE"/>
        </w:rPr>
        <w:t xml:space="preserve"> utgångna ur Abrahams höft.{{field-off:bible}} [[@</w:t>
      </w:r>
      <w:r w:rsidR="0096445B" w:rsidRPr="000767E2">
        <w:rPr>
          <w:lang w:val="sv-SE"/>
        </w:rPr>
        <w:t>BibleBIBEL82</w:t>
      </w:r>
      <w:r w:rsidRPr="000767E2">
        <w:rPr>
          <w:lang w:val="sv-SE"/>
        </w:rPr>
        <w:t>:Heb 7:6]]</w:t>
      </w:r>
      <w:r w:rsidRPr="000767E2">
        <w:rPr>
          <w:vertAlign w:val="superscript"/>
          <w:lang w:val="sv-SE"/>
        </w:rPr>
        <w:t>6</w:t>
      </w:r>
      <w:r w:rsidRPr="000767E2">
        <w:rPr>
          <w:lang w:val="sv-SE"/>
        </w:rPr>
        <w:t xml:space="preserve"> {{field-on:bible}}Men han som inte är släktledd från dem har fått tionde av Abraham, och honom som hade löftena har han välsignat.{{field-off:bible}} [[@</w:t>
      </w:r>
      <w:r w:rsidR="0096445B" w:rsidRPr="000767E2">
        <w:rPr>
          <w:lang w:val="sv-SE"/>
        </w:rPr>
        <w:t>BibleBIBEL82</w:t>
      </w:r>
      <w:r w:rsidRPr="000767E2">
        <w:rPr>
          <w:lang w:val="sv-SE"/>
        </w:rPr>
        <w:t>:Heb 7:7]]</w:t>
      </w:r>
      <w:r w:rsidRPr="000767E2">
        <w:rPr>
          <w:vertAlign w:val="superscript"/>
          <w:lang w:val="sv-SE"/>
        </w:rPr>
        <w:t>7</w:t>
      </w:r>
      <w:r w:rsidRPr="000767E2">
        <w:rPr>
          <w:lang w:val="sv-SE"/>
        </w:rPr>
        <w:t xml:space="preserve"> {{field-on:bible}}Och utan all motsägelse </w:t>
      </w:r>
      <w:r w:rsidRPr="000767E2">
        <w:rPr>
          <w:i/>
          <w:lang w:val="sv-SE"/>
        </w:rPr>
        <w:t>är det</w:t>
      </w:r>
      <w:r w:rsidRPr="000767E2">
        <w:rPr>
          <w:lang w:val="sv-SE"/>
        </w:rPr>
        <w:t xml:space="preserve"> den ringare </w:t>
      </w:r>
      <w:r w:rsidRPr="000767E2">
        <w:rPr>
          <w:i/>
          <w:lang w:val="sv-SE"/>
        </w:rPr>
        <w:t>som</w:t>
      </w:r>
      <w:r w:rsidRPr="000767E2">
        <w:rPr>
          <w:lang w:val="sv-SE"/>
        </w:rPr>
        <w:t xml:space="preserve"> blir välsignad av den bättre.{{field-off:bible}} [[@</w:t>
      </w:r>
      <w:r w:rsidR="0096445B" w:rsidRPr="000767E2">
        <w:rPr>
          <w:lang w:val="sv-SE"/>
        </w:rPr>
        <w:t>BibleBIBEL82</w:t>
      </w:r>
      <w:r w:rsidRPr="000767E2">
        <w:rPr>
          <w:lang w:val="sv-SE"/>
        </w:rPr>
        <w:t>:Heb 7:8]]</w:t>
      </w:r>
      <w:r w:rsidRPr="000767E2">
        <w:rPr>
          <w:vertAlign w:val="superscript"/>
          <w:lang w:val="sv-SE"/>
        </w:rPr>
        <w:t>8</w:t>
      </w:r>
      <w:r w:rsidRPr="000767E2">
        <w:rPr>
          <w:lang w:val="sv-SE"/>
        </w:rPr>
        <w:t xml:space="preserve"> {{field-on:bible}}Och här får människor som dör tionden, men där en </w:t>
      </w:r>
      <w:r w:rsidRPr="000767E2">
        <w:rPr>
          <w:i/>
          <w:lang w:val="sv-SE"/>
        </w:rPr>
        <w:t>som är</w:t>
      </w:r>
      <w:r w:rsidRPr="000767E2">
        <w:rPr>
          <w:lang w:val="sv-SE"/>
        </w:rPr>
        <w:t xml:space="preserve"> omvittnad att han lever.{{field-off:bible}} [[@</w:t>
      </w:r>
      <w:r w:rsidR="0096445B" w:rsidRPr="000767E2">
        <w:rPr>
          <w:lang w:val="sv-SE"/>
        </w:rPr>
        <w:t>BibleBIBEL82</w:t>
      </w:r>
      <w:r w:rsidRPr="000767E2">
        <w:rPr>
          <w:lang w:val="sv-SE"/>
        </w:rPr>
        <w:t>:Heb 7:9]]</w:t>
      </w:r>
      <w:r w:rsidRPr="000767E2">
        <w:rPr>
          <w:vertAlign w:val="superscript"/>
          <w:lang w:val="sv-SE"/>
        </w:rPr>
        <w:t>9</w:t>
      </w:r>
      <w:r w:rsidRPr="000767E2">
        <w:rPr>
          <w:lang w:val="sv-SE"/>
        </w:rPr>
        <w:t xml:space="preserve"> {{field-on:bible}}Och så att säga har genom Abraham även Levi, som får tionden, </w:t>
      </w:r>
      <w:r w:rsidRPr="000767E2">
        <w:rPr>
          <w:i/>
          <w:lang w:val="sv-SE"/>
        </w:rPr>
        <w:t>själv</w:t>
      </w:r>
      <w:r w:rsidRPr="000767E2">
        <w:rPr>
          <w:lang w:val="sv-SE"/>
        </w:rPr>
        <w:t xml:space="preserve"> gett tionde.{{field-off:bible}} [[@</w:t>
      </w:r>
      <w:r w:rsidR="0096445B" w:rsidRPr="000767E2">
        <w:rPr>
          <w:lang w:val="sv-SE"/>
        </w:rPr>
        <w:t>BibleBIBEL82</w:t>
      </w:r>
      <w:r w:rsidRPr="000767E2">
        <w:rPr>
          <w:lang w:val="sv-SE"/>
        </w:rPr>
        <w:t>:Heb 7:10]]</w:t>
      </w:r>
      <w:r w:rsidRPr="000767E2">
        <w:rPr>
          <w:vertAlign w:val="superscript"/>
          <w:lang w:val="sv-SE"/>
        </w:rPr>
        <w:t>10</w:t>
      </w:r>
      <w:r w:rsidRPr="000767E2">
        <w:rPr>
          <w:lang w:val="sv-SE"/>
        </w:rPr>
        <w:t xml:space="preserve"> {{field-on:bible}}För han fanns ännu i faderns höft när Melchisedek mötte honom.{{field-off:bible}}</w:t>
      </w:r>
    </w:p>
    <w:p w14:paraId="7B0E0640" w14:textId="77777777" w:rsidR="00BA33AB" w:rsidRPr="000767E2" w:rsidRDefault="00000000">
      <w:pPr>
        <w:pStyle w:val="Rubrik3"/>
        <w:rPr>
          <w:lang w:val="sv-SE"/>
        </w:rPr>
      </w:pPr>
      <w:r w:rsidRPr="000767E2">
        <w:rPr>
          <w:lang w:val="sv-SE"/>
        </w:rPr>
        <w:lastRenderedPageBreak/>
        <w:t>Jesu prästämbete</w:t>
      </w:r>
    </w:p>
    <w:p w14:paraId="6412AED2" w14:textId="12A69DA8" w:rsidR="00BA33AB" w:rsidRPr="000767E2" w:rsidRDefault="00000000">
      <w:pPr>
        <w:rPr>
          <w:lang w:val="sv-SE"/>
        </w:rPr>
      </w:pPr>
      <w:r w:rsidRPr="000767E2">
        <w:rPr>
          <w:lang w:val="sv-SE"/>
        </w:rPr>
        <w:t>[[@</w:t>
      </w:r>
      <w:r w:rsidR="0096445B" w:rsidRPr="000767E2">
        <w:rPr>
          <w:lang w:val="sv-SE"/>
        </w:rPr>
        <w:t>BibleBIBEL82</w:t>
      </w:r>
      <w:r w:rsidRPr="000767E2">
        <w:rPr>
          <w:lang w:val="sv-SE"/>
        </w:rPr>
        <w:t>:Heb 7:11]]</w:t>
      </w:r>
      <w:r w:rsidRPr="000767E2">
        <w:rPr>
          <w:vertAlign w:val="superscript"/>
          <w:lang w:val="sv-SE"/>
        </w:rPr>
        <w:t>11</w:t>
      </w:r>
      <w:r w:rsidRPr="000767E2">
        <w:rPr>
          <w:lang w:val="sv-SE"/>
        </w:rPr>
        <w:t xml:space="preserve"> {{field-on:bible}}Om nu fullkomning fanns genom det levitiska prästämbetet – för på detta hade </w:t>
      </w:r>
      <w:r w:rsidRPr="000767E2">
        <w:rPr>
          <w:i/>
          <w:lang w:val="sv-SE"/>
        </w:rPr>
        <w:t>det</w:t>
      </w:r>
      <w:r w:rsidRPr="000767E2">
        <w:rPr>
          <w:lang w:val="sv-SE"/>
        </w:rPr>
        <w:t xml:space="preserve"> lagstiftats </w:t>
      </w:r>
      <w:r w:rsidRPr="000767E2">
        <w:rPr>
          <w:i/>
          <w:lang w:val="sv-SE"/>
        </w:rPr>
        <w:t>för</w:t>
      </w:r>
      <w:r w:rsidRPr="000767E2">
        <w:rPr>
          <w:lang w:val="sv-SE"/>
        </w:rPr>
        <w:t xml:space="preserve"> folket – vad </w:t>
      </w:r>
      <w:r w:rsidRPr="000767E2">
        <w:rPr>
          <w:i/>
          <w:lang w:val="sv-SE"/>
        </w:rPr>
        <w:t>fanns</w:t>
      </w:r>
      <w:r w:rsidRPr="000767E2">
        <w:rPr>
          <w:lang w:val="sv-SE"/>
        </w:rPr>
        <w:t xml:space="preserve"> </w:t>
      </w:r>
      <w:r w:rsidRPr="000767E2">
        <w:rPr>
          <w:i/>
          <w:lang w:val="sv-SE"/>
        </w:rPr>
        <w:t>det</w:t>
      </w:r>
      <w:r w:rsidRPr="000767E2">
        <w:rPr>
          <w:lang w:val="sv-SE"/>
        </w:rPr>
        <w:t xml:space="preserve"> mer </w:t>
      </w:r>
      <w:r w:rsidRPr="000767E2">
        <w:rPr>
          <w:i/>
          <w:lang w:val="sv-SE"/>
        </w:rPr>
        <w:t>för</w:t>
      </w:r>
      <w:r w:rsidRPr="000767E2">
        <w:rPr>
          <w:lang w:val="sv-SE"/>
        </w:rPr>
        <w:t xml:space="preserve"> behov att </w:t>
      </w:r>
      <w:r w:rsidRPr="000767E2">
        <w:rPr>
          <w:i/>
          <w:lang w:val="sv-SE"/>
        </w:rPr>
        <w:t>det</w:t>
      </w:r>
      <w:r w:rsidRPr="000767E2">
        <w:rPr>
          <w:lang w:val="sv-SE"/>
        </w:rPr>
        <w:t xml:space="preserve"> efter Melchisedeks ordning </w:t>
      </w:r>
      <w:r w:rsidRPr="000767E2">
        <w:rPr>
          <w:i/>
          <w:lang w:val="sv-SE"/>
        </w:rPr>
        <w:t>skulle</w:t>
      </w:r>
      <w:r w:rsidRPr="000767E2">
        <w:rPr>
          <w:lang w:val="sv-SE"/>
        </w:rPr>
        <w:t xml:space="preserve"> uppstå en annan präst, och inte sägas </w:t>
      </w:r>
      <w:r w:rsidRPr="000767E2">
        <w:rPr>
          <w:i/>
          <w:lang w:val="sv-SE"/>
        </w:rPr>
        <w:t>vara</w:t>
      </w:r>
      <w:r w:rsidRPr="000767E2">
        <w:rPr>
          <w:lang w:val="sv-SE"/>
        </w:rPr>
        <w:t xml:space="preserve"> efter Aarons ordning?{{field-off:bible}} [[@</w:t>
      </w:r>
      <w:r w:rsidR="0096445B" w:rsidRPr="000767E2">
        <w:rPr>
          <w:lang w:val="sv-SE"/>
        </w:rPr>
        <w:t>BibleBIBEL82</w:t>
      </w:r>
      <w:r w:rsidRPr="000767E2">
        <w:rPr>
          <w:lang w:val="sv-SE"/>
        </w:rPr>
        <w:t>:Heb 7:12]]</w:t>
      </w:r>
      <w:r w:rsidRPr="000767E2">
        <w:rPr>
          <w:vertAlign w:val="superscript"/>
          <w:lang w:val="sv-SE"/>
        </w:rPr>
        <w:t>12</w:t>
      </w:r>
      <w:r w:rsidRPr="000767E2">
        <w:rPr>
          <w:lang w:val="sv-SE"/>
        </w:rPr>
        <w:t xml:space="preserve"> {{field-on:bible}}För när prästämbetet förändras blir det av nödtvång också en förändring i lagen.{{field-off:bible}} [[@</w:t>
      </w:r>
      <w:r w:rsidR="0096445B" w:rsidRPr="000767E2">
        <w:rPr>
          <w:lang w:val="sv-SE"/>
        </w:rPr>
        <w:t>BibleBIBEL82</w:t>
      </w:r>
      <w:r w:rsidRPr="000767E2">
        <w:rPr>
          <w:lang w:val="sv-SE"/>
        </w:rPr>
        <w:t>:Heb 7:13]]</w:t>
      </w:r>
      <w:r w:rsidRPr="000767E2">
        <w:rPr>
          <w:vertAlign w:val="superscript"/>
          <w:lang w:val="sv-SE"/>
        </w:rPr>
        <w:t>13</w:t>
      </w:r>
      <w:r w:rsidRPr="000767E2">
        <w:rPr>
          <w:lang w:val="sv-SE"/>
        </w:rPr>
        <w:t xml:space="preserve"> {{field-on:bible}}För han om vilken detta sägs har fått del i en annan stam, från vilken ingen har ägnat sig åt altaret.{{field-off:bible}} [[@</w:t>
      </w:r>
      <w:r w:rsidR="0096445B" w:rsidRPr="000767E2">
        <w:rPr>
          <w:lang w:val="sv-SE"/>
        </w:rPr>
        <w:t>BibleBIBEL82</w:t>
      </w:r>
      <w:r w:rsidRPr="000767E2">
        <w:rPr>
          <w:lang w:val="sv-SE"/>
        </w:rPr>
        <w:t>:Heb 7:14]]</w:t>
      </w:r>
      <w:r w:rsidRPr="000767E2">
        <w:rPr>
          <w:vertAlign w:val="superscript"/>
          <w:lang w:val="sv-SE"/>
        </w:rPr>
        <w:t>14</w:t>
      </w:r>
      <w:r w:rsidRPr="000767E2">
        <w:rPr>
          <w:lang w:val="sv-SE"/>
        </w:rPr>
        <w:t xml:space="preserve"> {{field-on:bible}}För </w:t>
      </w:r>
      <w:r w:rsidRPr="000767E2">
        <w:rPr>
          <w:i/>
          <w:lang w:val="sv-SE"/>
        </w:rPr>
        <w:t>det är</w:t>
      </w:r>
      <w:r w:rsidRPr="000767E2">
        <w:rPr>
          <w:lang w:val="sv-SE"/>
        </w:rPr>
        <w:t xml:space="preserve"> tydligt att </w:t>
      </w:r>
      <w:r w:rsidRPr="000767E2">
        <w:rPr>
          <w:i/>
          <w:lang w:val="sv-SE"/>
        </w:rPr>
        <w:t>det är</w:t>
      </w:r>
      <w:r w:rsidRPr="000767E2">
        <w:rPr>
          <w:lang w:val="sv-SE"/>
        </w:rPr>
        <w:t xml:space="preserve"> ur Juda vår Herre har kommit upp, en stam för vilken Mose inget talat om präster.{{field-off:bible}}</w:t>
      </w:r>
    </w:p>
    <w:p w14:paraId="3BC9ABF2" w14:textId="44EED5C1" w:rsidR="00BA33AB" w:rsidRPr="000767E2" w:rsidRDefault="00000000">
      <w:pPr>
        <w:rPr>
          <w:lang w:val="sv-SE"/>
        </w:rPr>
      </w:pPr>
      <w:r w:rsidRPr="000767E2">
        <w:rPr>
          <w:lang w:val="sv-SE"/>
        </w:rPr>
        <w:t>[[@</w:t>
      </w:r>
      <w:r w:rsidR="0096445B" w:rsidRPr="000767E2">
        <w:rPr>
          <w:lang w:val="sv-SE"/>
        </w:rPr>
        <w:t>BibleBIBEL82</w:t>
      </w:r>
      <w:r w:rsidRPr="000767E2">
        <w:rPr>
          <w:lang w:val="sv-SE"/>
        </w:rPr>
        <w:t>:Heb 7:15]]</w:t>
      </w:r>
      <w:r w:rsidRPr="000767E2">
        <w:rPr>
          <w:vertAlign w:val="superscript"/>
          <w:lang w:val="sv-SE"/>
        </w:rPr>
        <w:t>15</w:t>
      </w:r>
      <w:r w:rsidRPr="000767E2">
        <w:rPr>
          <w:lang w:val="sv-SE"/>
        </w:rPr>
        <w:t xml:space="preserve"> {{field-on:bible}}Och ännu mer övertydligt är det om </w:t>
      </w:r>
      <w:r w:rsidRPr="000767E2">
        <w:rPr>
          <w:i/>
          <w:lang w:val="sv-SE"/>
        </w:rPr>
        <w:t>det</w:t>
      </w:r>
      <w:r w:rsidRPr="000767E2">
        <w:rPr>
          <w:lang w:val="sv-SE"/>
        </w:rPr>
        <w:t xml:space="preserve"> i likhet med Melchisedek uppstår en annan präst,{{field-off:bible}} [[@</w:t>
      </w:r>
      <w:r w:rsidR="0096445B" w:rsidRPr="000767E2">
        <w:rPr>
          <w:lang w:val="sv-SE"/>
        </w:rPr>
        <w:t>BibleBIBEL82</w:t>
      </w:r>
      <w:r w:rsidRPr="000767E2">
        <w:rPr>
          <w:lang w:val="sv-SE"/>
        </w:rPr>
        <w:t>:Heb 7:16]]</w:t>
      </w:r>
      <w:r w:rsidRPr="000767E2">
        <w:rPr>
          <w:vertAlign w:val="superscript"/>
          <w:lang w:val="sv-SE"/>
        </w:rPr>
        <w:t>16</w:t>
      </w:r>
      <w:r w:rsidRPr="000767E2">
        <w:rPr>
          <w:lang w:val="sv-SE"/>
        </w:rPr>
        <w:t xml:space="preserve"> {{field-on:bible}}som inte har blivit </w:t>
      </w:r>
      <w:r w:rsidRPr="000767E2">
        <w:rPr>
          <w:i/>
          <w:lang w:val="sv-SE"/>
        </w:rPr>
        <w:t>det</w:t>
      </w:r>
      <w:r w:rsidRPr="000767E2">
        <w:rPr>
          <w:lang w:val="sv-SE"/>
        </w:rPr>
        <w:t xml:space="preserve"> genom lag i ett bud av kött, utan genom kraft i ett oupplösligt liv.{{field-off:bible}} [[@</w:t>
      </w:r>
      <w:r w:rsidR="0096445B" w:rsidRPr="000767E2">
        <w:rPr>
          <w:lang w:val="sv-SE"/>
        </w:rPr>
        <w:t>BibleBIBEL82</w:t>
      </w:r>
      <w:r w:rsidRPr="000767E2">
        <w:rPr>
          <w:lang w:val="sv-SE"/>
        </w:rPr>
        <w:t>:Heb 7:17]]</w:t>
      </w:r>
      <w:r w:rsidRPr="000767E2">
        <w:rPr>
          <w:vertAlign w:val="superscript"/>
          <w:lang w:val="sv-SE"/>
        </w:rPr>
        <w:t>17</w:t>
      </w:r>
      <w:r w:rsidRPr="000767E2">
        <w:rPr>
          <w:lang w:val="sv-SE"/>
        </w:rPr>
        <w:t xml:space="preserve"> {{field-on:bible}}För han omvittnas att: Du </w:t>
      </w:r>
      <w:r w:rsidRPr="000767E2">
        <w:rPr>
          <w:i/>
          <w:lang w:val="sv-SE"/>
        </w:rPr>
        <w:t>är</w:t>
      </w:r>
      <w:r w:rsidRPr="000767E2">
        <w:rPr>
          <w:lang w:val="sv-SE"/>
        </w:rPr>
        <w:t xml:space="preserve"> präst till eonen efter Melchisedeks ordning.{{field-off:bible}} [[@</w:t>
      </w:r>
      <w:r w:rsidR="0096445B" w:rsidRPr="000767E2">
        <w:rPr>
          <w:lang w:val="sv-SE"/>
        </w:rPr>
        <w:t>BibleBIBEL82</w:t>
      </w:r>
      <w:r w:rsidRPr="000767E2">
        <w:rPr>
          <w:lang w:val="sv-SE"/>
        </w:rPr>
        <w:t>:Heb 7:18]]</w:t>
      </w:r>
      <w:r w:rsidRPr="000767E2">
        <w:rPr>
          <w:vertAlign w:val="superscript"/>
          <w:lang w:val="sv-SE"/>
        </w:rPr>
        <w:t>18</w:t>
      </w:r>
      <w:r w:rsidRPr="000767E2">
        <w:rPr>
          <w:lang w:val="sv-SE"/>
        </w:rPr>
        <w:t xml:space="preserve"> {{field-on:bible}}För det blir ett annullerande av ett föregående bud, på grund av dess svaghet och onyttighet –{{field-off:bible}} [[@</w:t>
      </w:r>
      <w:r w:rsidR="0096445B" w:rsidRPr="000767E2">
        <w:rPr>
          <w:lang w:val="sv-SE"/>
        </w:rPr>
        <w:t>BibleBIBEL82</w:t>
      </w:r>
      <w:r w:rsidRPr="000767E2">
        <w:rPr>
          <w:lang w:val="sv-SE"/>
        </w:rPr>
        <w:t>:Heb 7:19]]</w:t>
      </w:r>
      <w:r w:rsidRPr="000767E2">
        <w:rPr>
          <w:vertAlign w:val="superscript"/>
          <w:lang w:val="sv-SE"/>
        </w:rPr>
        <w:t>19</w:t>
      </w:r>
      <w:r w:rsidRPr="000767E2">
        <w:rPr>
          <w:lang w:val="sv-SE"/>
        </w:rPr>
        <w:t xml:space="preserve"> {{field-on:bible}}för lagen fullkomnade ingenting – och ett införande av ett bättre hopp genom vilket vi närmar oss Gud.{{field-off:bible}}</w:t>
      </w:r>
    </w:p>
    <w:p w14:paraId="42D62DD8" w14:textId="77777777" w:rsidR="00BA33AB" w:rsidRPr="000767E2" w:rsidRDefault="00000000">
      <w:pPr>
        <w:pStyle w:val="Rubrik3"/>
        <w:rPr>
          <w:lang w:val="sv-SE"/>
        </w:rPr>
      </w:pPr>
      <w:r w:rsidRPr="000767E2">
        <w:rPr>
          <w:lang w:val="sv-SE"/>
        </w:rPr>
        <w:t>Jesus är präst för alltid</w:t>
      </w:r>
    </w:p>
    <w:p w14:paraId="2DA98386" w14:textId="5F585E3E" w:rsidR="00BA33AB" w:rsidRPr="000767E2" w:rsidRDefault="00000000">
      <w:pPr>
        <w:rPr>
          <w:lang w:val="sv-SE"/>
        </w:rPr>
      </w:pPr>
      <w:r w:rsidRPr="000767E2">
        <w:rPr>
          <w:lang w:val="sv-SE"/>
        </w:rPr>
        <w:t>[[@</w:t>
      </w:r>
      <w:r w:rsidR="0096445B" w:rsidRPr="000767E2">
        <w:rPr>
          <w:lang w:val="sv-SE"/>
        </w:rPr>
        <w:t>BibleBIBEL82</w:t>
      </w:r>
      <w:r w:rsidRPr="000767E2">
        <w:rPr>
          <w:lang w:val="sv-SE"/>
        </w:rPr>
        <w:t>:Heb 7:20]]</w:t>
      </w:r>
      <w:r w:rsidRPr="000767E2">
        <w:rPr>
          <w:vertAlign w:val="superscript"/>
          <w:lang w:val="sv-SE"/>
        </w:rPr>
        <w:t>20</w:t>
      </w:r>
      <w:r w:rsidRPr="000767E2">
        <w:rPr>
          <w:lang w:val="sv-SE"/>
        </w:rPr>
        <w:t xml:space="preserve"> {{field-on:bible}}Och liksom </w:t>
      </w:r>
      <w:r w:rsidRPr="000767E2">
        <w:rPr>
          <w:i/>
          <w:lang w:val="sv-SE"/>
        </w:rPr>
        <w:t>det</w:t>
      </w:r>
      <w:r w:rsidRPr="000767E2">
        <w:rPr>
          <w:lang w:val="sv-SE"/>
        </w:rPr>
        <w:t xml:space="preserve"> inte </w:t>
      </w:r>
      <w:r w:rsidRPr="000767E2">
        <w:rPr>
          <w:i/>
          <w:lang w:val="sv-SE"/>
        </w:rPr>
        <w:t>kom</w:t>
      </w:r>
      <w:r w:rsidRPr="000767E2">
        <w:rPr>
          <w:lang w:val="sv-SE"/>
        </w:rPr>
        <w:t xml:space="preserve"> utan edslöfte – för de </w:t>
      </w:r>
      <w:r w:rsidRPr="000767E2">
        <w:rPr>
          <w:i/>
          <w:lang w:val="sv-SE"/>
        </w:rPr>
        <w:t>andra</w:t>
      </w:r>
      <w:r w:rsidRPr="000767E2">
        <w:rPr>
          <w:lang w:val="sv-SE"/>
        </w:rPr>
        <w:t xml:space="preserve"> är blivna präster utan edslöfte,{{field-off:bible}} [[@</w:t>
      </w:r>
      <w:r w:rsidR="0096445B" w:rsidRPr="000767E2">
        <w:rPr>
          <w:lang w:val="sv-SE"/>
        </w:rPr>
        <w:t>BibleBIBEL82</w:t>
      </w:r>
      <w:r w:rsidRPr="000767E2">
        <w:rPr>
          <w:lang w:val="sv-SE"/>
        </w:rPr>
        <w:t>:Heb 7:21]]</w:t>
      </w:r>
      <w:r w:rsidRPr="000767E2">
        <w:rPr>
          <w:vertAlign w:val="superscript"/>
          <w:lang w:val="sv-SE"/>
        </w:rPr>
        <w:t>21</w:t>
      </w:r>
      <w:r w:rsidRPr="000767E2">
        <w:rPr>
          <w:lang w:val="sv-SE"/>
        </w:rPr>
        <w:t xml:space="preserve"> {{field-on:bible}}men han med ett edslöfte genom den som sade till honom: Herren har svurit och kommer inte att ångra sig: Du </w:t>
      </w:r>
      <w:r w:rsidRPr="000767E2">
        <w:rPr>
          <w:i/>
          <w:lang w:val="sv-SE"/>
        </w:rPr>
        <w:t>är</w:t>
      </w:r>
      <w:r w:rsidRPr="000767E2">
        <w:rPr>
          <w:lang w:val="sv-SE"/>
        </w:rPr>
        <w:t xml:space="preserve"> präst till eonen –{{field-off:bible}} [[@</w:t>
      </w:r>
      <w:r w:rsidR="0096445B" w:rsidRPr="000767E2">
        <w:rPr>
          <w:lang w:val="sv-SE"/>
        </w:rPr>
        <w:t>BibleBIBEL82</w:t>
      </w:r>
      <w:r w:rsidRPr="000767E2">
        <w:rPr>
          <w:lang w:val="sv-SE"/>
        </w:rPr>
        <w:t>:Heb 7:22]]</w:t>
      </w:r>
      <w:r w:rsidRPr="000767E2">
        <w:rPr>
          <w:vertAlign w:val="superscript"/>
          <w:lang w:val="sv-SE"/>
        </w:rPr>
        <w:t>22</w:t>
      </w:r>
      <w:r w:rsidRPr="000767E2">
        <w:rPr>
          <w:lang w:val="sv-SE"/>
        </w:rPr>
        <w:t xml:space="preserve"> {{field-on:bible}}så mycket bättre </w:t>
      </w:r>
      <w:r w:rsidRPr="000767E2">
        <w:rPr>
          <w:i/>
          <w:lang w:val="sv-SE"/>
        </w:rPr>
        <w:t>är</w:t>
      </w:r>
      <w:r w:rsidRPr="000767E2">
        <w:rPr>
          <w:lang w:val="sv-SE"/>
        </w:rPr>
        <w:t xml:space="preserve"> [också] </w:t>
      </w:r>
      <w:r w:rsidRPr="000767E2">
        <w:rPr>
          <w:i/>
          <w:lang w:val="sv-SE"/>
        </w:rPr>
        <w:t>det</w:t>
      </w:r>
      <w:r w:rsidRPr="000767E2">
        <w:rPr>
          <w:lang w:val="sv-SE"/>
        </w:rPr>
        <w:t xml:space="preserve"> förbund </w:t>
      </w:r>
      <w:r w:rsidRPr="000767E2">
        <w:rPr>
          <w:i/>
          <w:lang w:val="sv-SE"/>
        </w:rPr>
        <w:t>vars</w:t>
      </w:r>
      <w:r w:rsidRPr="000767E2">
        <w:rPr>
          <w:lang w:val="sv-SE"/>
        </w:rPr>
        <w:t xml:space="preserve"> garant Jesus blivit.{{field-off:bible}}</w:t>
      </w:r>
    </w:p>
    <w:p w14:paraId="5B276D2A" w14:textId="3D0AF532" w:rsidR="00BA33AB" w:rsidRPr="000767E2" w:rsidRDefault="00000000">
      <w:pPr>
        <w:rPr>
          <w:lang w:val="sv-SE"/>
        </w:rPr>
      </w:pPr>
      <w:r w:rsidRPr="000767E2">
        <w:rPr>
          <w:lang w:val="sv-SE"/>
        </w:rPr>
        <w:t>[[@</w:t>
      </w:r>
      <w:r w:rsidR="0096445B" w:rsidRPr="000767E2">
        <w:rPr>
          <w:lang w:val="sv-SE"/>
        </w:rPr>
        <w:t>BibleBIBEL82</w:t>
      </w:r>
      <w:r w:rsidRPr="000767E2">
        <w:rPr>
          <w:lang w:val="sv-SE"/>
        </w:rPr>
        <w:t>:Heb 7:23]]</w:t>
      </w:r>
      <w:r w:rsidRPr="000767E2">
        <w:rPr>
          <w:vertAlign w:val="superscript"/>
          <w:lang w:val="sv-SE"/>
        </w:rPr>
        <w:t>23</w:t>
      </w:r>
      <w:r w:rsidRPr="000767E2">
        <w:rPr>
          <w:lang w:val="sv-SE"/>
        </w:rPr>
        <w:t xml:space="preserve"> {{field-on:bible}}Och dessa är </w:t>
      </w:r>
      <w:r w:rsidRPr="000767E2">
        <w:rPr>
          <w:i/>
          <w:lang w:val="sv-SE"/>
        </w:rPr>
        <w:t>allt</w:t>
      </w:r>
      <w:r w:rsidRPr="000767E2">
        <w:rPr>
          <w:lang w:val="sv-SE"/>
        </w:rPr>
        <w:t xml:space="preserve"> fler som blivit präster, eftersom de genom döden hindras från att vara kvar.{{field-off:bible}} [[@</w:t>
      </w:r>
      <w:r w:rsidR="0096445B" w:rsidRPr="000767E2">
        <w:rPr>
          <w:lang w:val="sv-SE"/>
        </w:rPr>
        <w:t>BibleBIBEL82</w:t>
      </w:r>
      <w:r w:rsidRPr="000767E2">
        <w:rPr>
          <w:lang w:val="sv-SE"/>
        </w:rPr>
        <w:t>:Heb 7:24]]</w:t>
      </w:r>
      <w:r w:rsidRPr="000767E2">
        <w:rPr>
          <w:vertAlign w:val="superscript"/>
          <w:lang w:val="sv-SE"/>
        </w:rPr>
        <w:t>24</w:t>
      </w:r>
      <w:r w:rsidRPr="000767E2">
        <w:rPr>
          <w:lang w:val="sv-SE"/>
        </w:rPr>
        <w:t xml:space="preserve"> {{field-on:bible}}Men eftersom han förblir till eonen har han prästämbetet permanent,{{field-off:bible}} [[@</w:t>
      </w:r>
      <w:r w:rsidR="0096445B" w:rsidRPr="000767E2">
        <w:rPr>
          <w:lang w:val="sv-SE"/>
        </w:rPr>
        <w:t>BibleBIBEL82</w:t>
      </w:r>
      <w:r w:rsidRPr="000767E2">
        <w:rPr>
          <w:lang w:val="sv-SE"/>
        </w:rPr>
        <w:t>:Heb 7:25]]</w:t>
      </w:r>
      <w:r w:rsidRPr="000767E2">
        <w:rPr>
          <w:vertAlign w:val="superscript"/>
          <w:lang w:val="sv-SE"/>
        </w:rPr>
        <w:t>25</w:t>
      </w:r>
      <w:r w:rsidRPr="000767E2">
        <w:rPr>
          <w:lang w:val="sv-SE"/>
        </w:rPr>
        <w:t xml:space="preserve"> {{field-on:bible}}varför han också helt och hållet kan frälsa dem som kommer genom honom till Gud, då han alltid lever för att vädja för dem.{{field-off:bible}}</w:t>
      </w:r>
    </w:p>
    <w:p w14:paraId="1293DB06" w14:textId="24DE9433" w:rsidR="00BA33AB" w:rsidRPr="000767E2" w:rsidRDefault="00000000">
      <w:pPr>
        <w:rPr>
          <w:lang w:val="sv-SE"/>
        </w:rPr>
      </w:pPr>
      <w:r w:rsidRPr="000767E2">
        <w:rPr>
          <w:lang w:val="sv-SE"/>
        </w:rPr>
        <w:t>[[@</w:t>
      </w:r>
      <w:r w:rsidR="0096445B" w:rsidRPr="000767E2">
        <w:rPr>
          <w:lang w:val="sv-SE"/>
        </w:rPr>
        <w:t>BibleBIBEL82</w:t>
      </w:r>
      <w:r w:rsidRPr="000767E2">
        <w:rPr>
          <w:lang w:val="sv-SE"/>
        </w:rPr>
        <w:t>:Heb 7:26]]</w:t>
      </w:r>
      <w:r w:rsidRPr="000767E2">
        <w:rPr>
          <w:vertAlign w:val="superscript"/>
          <w:lang w:val="sv-SE"/>
        </w:rPr>
        <w:t>26</w:t>
      </w:r>
      <w:r w:rsidRPr="000767E2">
        <w:rPr>
          <w:lang w:val="sv-SE"/>
        </w:rPr>
        <w:t xml:space="preserve"> {{field-on:bible}}För en sådan anstod oss också </w:t>
      </w:r>
      <w:r w:rsidRPr="000767E2">
        <w:rPr>
          <w:i/>
          <w:lang w:val="sv-SE"/>
        </w:rPr>
        <w:t>som</w:t>
      </w:r>
      <w:r w:rsidRPr="000767E2">
        <w:rPr>
          <w:lang w:val="sv-SE"/>
        </w:rPr>
        <w:t xml:space="preserve"> överstepräst: gudlig, oskyldig, obefläckad, skild från syndarna och kommen högre än himlarna.{{field-off:bible}} [[@</w:t>
      </w:r>
      <w:r w:rsidR="0096445B" w:rsidRPr="000767E2">
        <w:rPr>
          <w:lang w:val="sv-SE"/>
        </w:rPr>
        <w:t>BibleBIBEL82</w:t>
      </w:r>
      <w:r w:rsidRPr="000767E2">
        <w:rPr>
          <w:lang w:val="sv-SE"/>
        </w:rPr>
        <w:t>:Heb 7:27]]</w:t>
      </w:r>
      <w:r w:rsidRPr="000767E2">
        <w:rPr>
          <w:vertAlign w:val="superscript"/>
          <w:lang w:val="sv-SE"/>
        </w:rPr>
        <w:t>27</w:t>
      </w:r>
      <w:r w:rsidRPr="000767E2">
        <w:rPr>
          <w:lang w:val="sv-SE"/>
        </w:rPr>
        <w:t xml:space="preserve"> {{field-on:bible}}Han har inte varje dag nödtvång att såsom översteprästerna först för </w:t>
      </w:r>
      <w:r w:rsidRPr="000767E2">
        <w:rPr>
          <w:i/>
          <w:lang w:val="sv-SE"/>
        </w:rPr>
        <w:t>sina</w:t>
      </w:r>
      <w:r w:rsidRPr="000767E2">
        <w:rPr>
          <w:lang w:val="sv-SE"/>
        </w:rPr>
        <w:t xml:space="preserve"> egna synder bära upp offer, sedan för folkets. För detta gjorde han en gång för alla när han bar upp sig själv.{{field-off:bible}} [[@</w:t>
      </w:r>
      <w:r w:rsidR="0096445B" w:rsidRPr="000767E2">
        <w:rPr>
          <w:lang w:val="sv-SE"/>
        </w:rPr>
        <w:t>BibleBIBEL82</w:t>
      </w:r>
      <w:r w:rsidRPr="000767E2">
        <w:rPr>
          <w:lang w:val="sv-SE"/>
        </w:rPr>
        <w:t>:Heb 7:28]]</w:t>
      </w:r>
      <w:r w:rsidRPr="000767E2">
        <w:rPr>
          <w:vertAlign w:val="superscript"/>
          <w:lang w:val="sv-SE"/>
        </w:rPr>
        <w:t>28</w:t>
      </w:r>
      <w:r w:rsidRPr="000767E2">
        <w:rPr>
          <w:lang w:val="sv-SE"/>
        </w:rPr>
        <w:t xml:space="preserve"> {{field-on:bible}}För lagen insätter människor till överstepräster som har svaghet, men edslöftets ord som </w:t>
      </w:r>
      <w:r w:rsidRPr="000767E2">
        <w:rPr>
          <w:i/>
          <w:lang w:val="sv-SE"/>
        </w:rPr>
        <w:t>kom</w:t>
      </w:r>
      <w:r w:rsidRPr="000767E2">
        <w:rPr>
          <w:lang w:val="sv-SE"/>
        </w:rPr>
        <w:t xml:space="preserve"> efter lagen en Son, till eonen fullkomnad.{{field-off:bible}}</w:t>
      </w:r>
    </w:p>
    <w:p w14:paraId="4D4624D5" w14:textId="2DC587A4"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:Heb 8]]Kapitel 8</w:t>
      </w:r>
    </w:p>
    <w:p w14:paraId="16FFED4D" w14:textId="77777777" w:rsidR="00BA33AB" w:rsidRPr="000767E2" w:rsidRDefault="00000000">
      <w:pPr>
        <w:pStyle w:val="Rubrik3"/>
        <w:rPr>
          <w:lang w:val="sv-SE"/>
        </w:rPr>
      </w:pPr>
      <w:r w:rsidRPr="000767E2">
        <w:rPr>
          <w:lang w:val="sv-SE"/>
        </w:rPr>
        <w:t>Det nya förbundets överstepräst</w:t>
      </w:r>
    </w:p>
    <w:p w14:paraId="733F685A" w14:textId="5A08AB3D" w:rsidR="00BA33AB" w:rsidRPr="000767E2" w:rsidRDefault="00000000">
      <w:pPr>
        <w:rPr>
          <w:lang w:val="sv-SE"/>
        </w:rPr>
      </w:pPr>
      <w:r w:rsidRPr="000767E2">
        <w:rPr>
          <w:lang w:val="sv-SE"/>
        </w:rPr>
        <w:t>[[@</w:t>
      </w:r>
      <w:r w:rsidR="0096445B" w:rsidRPr="000767E2">
        <w:rPr>
          <w:lang w:val="sv-SE"/>
        </w:rPr>
        <w:t>BibleBIBEL82</w:t>
      </w:r>
      <w:r w:rsidRPr="000767E2">
        <w:rPr>
          <w:lang w:val="sv-SE"/>
        </w:rPr>
        <w:t>:Heb 8:1]]</w:t>
      </w:r>
      <w:r w:rsidRPr="000767E2">
        <w:rPr>
          <w:vertAlign w:val="superscript"/>
          <w:lang w:val="sv-SE"/>
        </w:rPr>
        <w:t>1</w:t>
      </w:r>
      <w:r w:rsidRPr="000767E2">
        <w:rPr>
          <w:lang w:val="sv-SE"/>
        </w:rPr>
        <w:t xml:space="preserve"> {{field-on:bible}}Och </w:t>
      </w:r>
      <w:r w:rsidRPr="000767E2">
        <w:rPr>
          <w:i/>
          <w:lang w:val="sv-SE"/>
        </w:rPr>
        <w:t>som</w:t>
      </w:r>
      <w:r w:rsidRPr="000767E2">
        <w:rPr>
          <w:lang w:val="sv-SE"/>
        </w:rPr>
        <w:t xml:space="preserve"> summa till det som sägs: En sådan har vi </w:t>
      </w:r>
      <w:r w:rsidRPr="000767E2">
        <w:rPr>
          <w:i/>
          <w:lang w:val="sv-SE"/>
        </w:rPr>
        <w:t>som</w:t>
      </w:r>
      <w:r w:rsidRPr="000767E2">
        <w:rPr>
          <w:lang w:val="sv-SE"/>
        </w:rPr>
        <w:t xml:space="preserve"> överstepräst, </w:t>
      </w:r>
      <w:r w:rsidRPr="000767E2">
        <w:rPr>
          <w:i/>
          <w:lang w:val="sv-SE"/>
        </w:rPr>
        <w:t>en</w:t>
      </w:r>
      <w:r w:rsidRPr="000767E2">
        <w:rPr>
          <w:lang w:val="sv-SE"/>
        </w:rPr>
        <w:t xml:space="preserve"> som har satt sig vid högra </w:t>
      </w:r>
      <w:r w:rsidRPr="000767E2">
        <w:rPr>
          <w:i/>
          <w:lang w:val="sv-SE"/>
        </w:rPr>
        <w:t>handen</w:t>
      </w:r>
      <w:r w:rsidRPr="000767E2">
        <w:rPr>
          <w:lang w:val="sv-SE"/>
        </w:rPr>
        <w:t xml:space="preserve"> av Majestätets tron i himlarna,{{field-off:bible}} [[@</w:t>
      </w:r>
      <w:r w:rsidR="0096445B" w:rsidRPr="000767E2">
        <w:rPr>
          <w:lang w:val="sv-SE"/>
        </w:rPr>
        <w:t>BibleBIBEL82</w:t>
      </w:r>
      <w:r w:rsidRPr="000767E2">
        <w:rPr>
          <w:lang w:val="sv-SE"/>
        </w:rPr>
        <w:t>:Heb 8:2]]</w:t>
      </w:r>
      <w:r w:rsidRPr="000767E2">
        <w:rPr>
          <w:vertAlign w:val="superscript"/>
          <w:lang w:val="sv-SE"/>
        </w:rPr>
        <w:t>2</w:t>
      </w:r>
      <w:r w:rsidRPr="000767E2">
        <w:rPr>
          <w:lang w:val="sv-SE"/>
        </w:rPr>
        <w:t xml:space="preserve"> {{field-on:bible}}</w:t>
      </w:r>
      <w:r w:rsidRPr="000767E2">
        <w:rPr>
          <w:i/>
          <w:lang w:val="sv-SE"/>
        </w:rPr>
        <w:t>som är</w:t>
      </w:r>
      <w:r w:rsidRPr="000767E2">
        <w:rPr>
          <w:lang w:val="sv-SE"/>
        </w:rPr>
        <w:t xml:space="preserve"> tjänstgörande i helgedomen och i det sannfärdiga tabernaklet som Herren har rest, inte en människa.{{field-off:bible}}</w:t>
      </w:r>
    </w:p>
    <w:p w14:paraId="62934C8A" w14:textId="3FDF35F0" w:rsidR="00BA33AB" w:rsidRPr="000767E2" w:rsidRDefault="00000000">
      <w:pPr>
        <w:rPr>
          <w:lang w:val="sv-SE"/>
        </w:rPr>
      </w:pPr>
      <w:r w:rsidRPr="000767E2">
        <w:rPr>
          <w:lang w:val="sv-SE"/>
        </w:rPr>
        <w:t>[[@</w:t>
      </w:r>
      <w:r w:rsidR="0096445B" w:rsidRPr="000767E2">
        <w:rPr>
          <w:lang w:val="sv-SE"/>
        </w:rPr>
        <w:t>BibleBIBEL82</w:t>
      </w:r>
      <w:r w:rsidRPr="000767E2">
        <w:rPr>
          <w:lang w:val="sv-SE"/>
        </w:rPr>
        <w:t>:Heb 8:3]]</w:t>
      </w:r>
      <w:r w:rsidRPr="000767E2">
        <w:rPr>
          <w:vertAlign w:val="superscript"/>
          <w:lang w:val="sv-SE"/>
        </w:rPr>
        <w:t>3</w:t>
      </w:r>
      <w:r w:rsidRPr="000767E2">
        <w:rPr>
          <w:lang w:val="sv-SE"/>
        </w:rPr>
        <w:t xml:space="preserve"> {{field-on:bible}}För varje överstepräst insätts för att frambära äregåvor och offer, varför </w:t>
      </w:r>
      <w:r w:rsidRPr="000767E2">
        <w:rPr>
          <w:i/>
          <w:lang w:val="sv-SE"/>
        </w:rPr>
        <w:t>det är</w:t>
      </w:r>
      <w:r w:rsidRPr="000767E2">
        <w:rPr>
          <w:lang w:val="sv-SE"/>
        </w:rPr>
        <w:t xml:space="preserve"> nödvändigt att också denne har något som han ska bära fram.{{field-off:bible}} [[@</w:t>
      </w:r>
      <w:r w:rsidR="0096445B" w:rsidRPr="000767E2">
        <w:rPr>
          <w:lang w:val="sv-SE"/>
        </w:rPr>
        <w:t>BibleBIBEL82</w:t>
      </w:r>
      <w:r w:rsidRPr="000767E2">
        <w:rPr>
          <w:lang w:val="sv-SE"/>
        </w:rPr>
        <w:t>:Heb 8:4]]</w:t>
      </w:r>
      <w:r w:rsidRPr="000767E2">
        <w:rPr>
          <w:vertAlign w:val="superscript"/>
          <w:lang w:val="sv-SE"/>
        </w:rPr>
        <w:t>4</w:t>
      </w:r>
      <w:r w:rsidRPr="000767E2">
        <w:rPr>
          <w:lang w:val="sv-SE"/>
        </w:rPr>
        <w:t xml:space="preserve"> {{field-on:bible}}Om han nu hade varit på jorden vore han inte ens präst, då det finns de som enligt lag frambär äregåvorna.{{field-off:bible}} [[@</w:t>
      </w:r>
      <w:r w:rsidR="0096445B" w:rsidRPr="000767E2">
        <w:rPr>
          <w:lang w:val="sv-SE"/>
        </w:rPr>
        <w:t>BibleBIBEL82</w:t>
      </w:r>
      <w:r w:rsidRPr="000767E2">
        <w:rPr>
          <w:lang w:val="sv-SE"/>
        </w:rPr>
        <w:t>:Heb 8:5]]</w:t>
      </w:r>
      <w:r w:rsidRPr="000767E2">
        <w:rPr>
          <w:vertAlign w:val="superscript"/>
          <w:lang w:val="sv-SE"/>
        </w:rPr>
        <w:t>5</w:t>
      </w:r>
      <w:r w:rsidRPr="000767E2">
        <w:rPr>
          <w:lang w:val="sv-SE"/>
        </w:rPr>
        <w:t xml:space="preserve"> {{field-on:bible}}De dyrkar </w:t>
      </w:r>
      <w:r w:rsidRPr="000767E2">
        <w:rPr>
          <w:i/>
          <w:lang w:val="sv-SE"/>
        </w:rPr>
        <w:t>i</w:t>
      </w:r>
      <w:r w:rsidRPr="000767E2">
        <w:rPr>
          <w:lang w:val="sv-SE"/>
        </w:rPr>
        <w:t xml:space="preserve"> en avbildning och skugga av det himmelska, så som Mose fick det uppenbarat när han skulle fullborda tabernaklet: För se, säger han, du ska göra allt efter förebilden som visats för dig på berget.{{field-off:bible}}</w:t>
      </w:r>
    </w:p>
    <w:p w14:paraId="47EC301C" w14:textId="0B524F89" w:rsidR="00BA33AB" w:rsidRPr="000767E2" w:rsidRDefault="00000000">
      <w:pPr>
        <w:rPr>
          <w:lang w:val="sv-SE"/>
        </w:rPr>
      </w:pPr>
      <w:r w:rsidRPr="000767E2">
        <w:rPr>
          <w:lang w:val="sv-SE"/>
        </w:rPr>
        <w:t>[[@</w:t>
      </w:r>
      <w:r w:rsidR="0096445B" w:rsidRPr="000767E2">
        <w:rPr>
          <w:lang w:val="sv-SE"/>
        </w:rPr>
        <w:t>BibleBIBEL82</w:t>
      </w:r>
      <w:r w:rsidRPr="000767E2">
        <w:rPr>
          <w:lang w:val="sv-SE"/>
        </w:rPr>
        <w:t>:Heb 8:6]]</w:t>
      </w:r>
      <w:r w:rsidRPr="000767E2">
        <w:rPr>
          <w:vertAlign w:val="superscript"/>
          <w:lang w:val="sv-SE"/>
        </w:rPr>
        <w:t>6</w:t>
      </w:r>
      <w:r w:rsidRPr="000767E2">
        <w:rPr>
          <w:lang w:val="sv-SE"/>
        </w:rPr>
        <w:t xml:space="preserve"> {{field-on:bible}}Men nu har han undfått en så mycket förträffligare tjänstgöring som han också är medlare för ett bättre förbund, som är lagstiftat på bättre löften.{{field-off:bible}} [[@</w:t>
      </w:r>
      <w:r w:rsidR="0096445B" w:rsidRPr="000767E2">
        <w:rPr>
          <w:lang w:val="sv-SE"/>
        </w:rPr>
        <w:t>BibleBIBEL82</w:t>
      </w:r>
      <w:r w:rsidRPr="000767E2">
        <w:rPr>
          <w:lang w:val="sv-SE"/>
        </w:rPr>
        <w:t>:Heb 8:7]]</w:t>
      </w:r>
      <w:r w:rsidRPr="000767E2">
        <w:rPr>
          <w:vertAlign w:val="superscript"/>
          <w:lang w:val="sv-SE"/>
        </w:rPr>
        <w:t>7</w:t>
      </w:r>
      <w:r w:rsidRPr="000767E2">
        <w:rPr>
          <w:lang w:val="sv-SE"/>
        </w:rPr>
        <w:t xml:space="preserve"> {{field-on:bible}}För om detta första hade varit klanderfritt, hade </w:t>
      </w:r>
      <w:r w:rsidRPr="000767E2">
        <w:rPr>
          <w:i/>
          <w:lang w:val="sv-SE"/>
        </w:rPr>
        <w:t>det</w:t>
      </w:r>
      <w:r w:rsidRPr="000767E2">
        <w:rPr>
          <w:lang w:val="sv-SE"/>
        </w:rPr>
        <w:t xml:space="preserve"> inte för ett andra sökts plats.{{field-off:bible}} [[@</w:t>
      </w:r>
      <w:r w:rsidR="0096445B" w:rsidRPr="000767E2">
        <w:rPr>
          <w:lang w:val="sv-SE"/>
        </w:rPr>
        <w:t>BibleBIBEL82</w:t>
      </w:r>
      <w:r w:rsidRPr="000767E2">
        <w:rPr>
          <w:lang w:val="sv-SE"/>
        </w:rPr>
        <w:t>:Heb 8:8]]</w:t>
      </w:r>
      <w:r w:rsidRPr="000767E2">
        <w:rPr>
          <w:vertAlign w:val="superscript"/>
          <w:lang w:val="sv-SE"/>
        </w:rPr>
        <w:t>8</w:t>
      </w:r>
      <w:r w:rsidRPr="000767E2">
        <w:rPr>
          <w:lang w:val="sv-SE"/>
        </w:rPr>
        <w:t xml:space="preserve"> {{field-on:bible}}Men han klandrar dem och säger:{{field-off:bible}}</w:t>
      </w:r>
    </w:p>
    <w:p w14:paraId="4AFE842E" w14:textId="52CE1F5F" w:rsidR="00BA33AB" w:rsidRPr="000767E2" w:rsidRDefault="00000000">
      <w:pPr>
        <w:rPr>
          <w:lang w:val="sv-SE"/>
        </w:rPr>
      </w:pPr>
      <w:r w:rsidRPr="000767E2">
        <w:rPr>
          <w:lang w:val="sv-SE"/>
        </w:rPr>
        <w:t>{{field-on:bible}}Se, dagar kommer, säger Herren,</w:t>
      </w:r>
      <w:r w:rsidRPr="000767E2">
        <w:rPr>
          <w:lang w:val="sv-SE"/>
        </w:rPr>
        <w:br/>
        <w:t>då jag ska fullborda över Israels hus</w:t>
      </w:r>
      <w:r w:rsidRPr="000767E2">
        <w:rPr>
          <w:lang w:val="sv-SE"/>
        </w:rPr>
        <w:br/>
        <w:t>och över Juda hus ett nytt förbund:{{field-off:bible}}</w:t>
      </w:r>
      <w:r w:rsidRPr="000767E2">
        <w:rPr>
          <w:lang w:val="sv-SE"/>
        </w:rPr>
        <w:br/>
        <w:t>[[@</w:t>
      </w:r>
      <w:r w:rsidR="0096445B" w:rsidRPr="000767E2">
        <w:rPr>
          <w:lang w:val="sv-SE"/>
        </w:rPr>
        <w:t>BibleBIBEL82</w:t>
      </w:r>
      <w:r w:rsidRPr="000767E2">
        <w:rPr>
          <w:lang w:val="sv-SE"/>
        </w:rPr>
        <w:t>:Heb 8:9]]</w:t>
      </w:r>
      <w:r w:rsidRPr="000767E2">
        <w:rPr>
          <w:vertAlign w:val="superscript"/>
          <w:lang w:val="sv-SE"/>
        </w:rPr>
        <w:t>9</w:t>
      </w:r>
      <w:r w:rsidRPr="000767E2">
        <w:rPr>
          <w:lang w:val="sv-SE"/>
        </w:rPr>
        <w:t xml:space="preserve"> {{field-on:bible}}inte enligt förbundet som jag gjorde för deras fäder,</w:t>
      </w:r>
      <w:r w:rsidRPr="000767E2">
        <w:rPr>
          <w:lang w:val="sv-SE"/>
        </w:rPr>
        <w:br/>
        <w:t>på den dag jag tog deras hand</w:t>
      </w:r>
      <w:r w:rsidRPr="000767E2">
        <w:rPr>
          <w:lang w:val="sv-SE"/>
        </w:rPr>
        <w:br/>
      </w:r>
      <w:r w:rsidRPr="000767E2">
        <w:rPr>
          <w:i/>
          <w:lang w:val="sv-SE"/>
        </w:rPr>
        <w:t>för</w:t>
      </w:r>
      <w:r w:rsidRPr="000767E2">
        <w:rPr>
          <w:lang w:val="sv-SE"/>
        </w:rPr>
        <w:t xml:space="preserve"> att föra dem ut ur Egyptens land.</w:t>
      </w:r>
      <w:r w:rsidRPr="000767E2">
        <w:rPr>
          <w:lang w:val="sv-SE"/>
        </w:rPr>
        <w:br/>
        <w:t>För de blev inte kvar i mitt förbund,</w:t>
      </w:r>
      <w:r w:rsidRPr="000767E2">
        <w:rPr>
          <w:lang w:val="sv-SE"/>
        </w:rPr>
        <w:br/>
        <w:t>och jag brydde mig inte om dem, säger Herren.{{field-off:bible}}</w:t>
      </w:r>
      <w:r w:rsidRPr="000767E2">
        <w:rPr>
          <w:lang w:val="sv-SE"/>
        </w:rPr>
        <w:br/>
        <w:t>[[@</w:t>
      </w:r>
      <w:r w:rsidR="0096445B" w:rsidRPr="000767E2">
        <w:rPr>
          <w:lang w:val="sv-SE"/>
        </w:rPr>
        <w:t>BibleBIBEL82</w:t>
      </w:r>
      <w:r w:rsidRPr="000767E2">
        <w:rPr>
          <w:lang w:val="sv-SE"/>
        </w:rPr>
        <w:t>:Heb 8:10]]</w:t>
      </w:r>
      <w:r w:rsidRPr="000767E2">
        <w:rPr>
          <w:vertAlign w:val="superscript"/>
          <w:lang w:val="sv-SE"/>
        </w:rPr>
        <w:t>10</w:t>
      </w:r>
      <w:r w:rsidRPr="000767E2">
        <w:rPr>
          <w:lang w:val="sv-SE"/>
        </w:rPr>
        <w:t xml:space="preserve"> {{field-on:bible}}För detta </w:t>
      </w:r>
      <w:r w:rsidRPr="000767E2">
        <w:rPr>
          <w:i/>
          <w:lang w:val="sv-SE"/>
        </w:rPr>
        <w:t>är</w:t>
      </w:r>
      <w:r w:rsidRPr="000767E2">
        <w:rPr>
          <w:lang w:val="sv-SE"/>
        </w:rPr>
        <w:t xml:space="preserve"> det förbund som jag ska instifta för Israels hus</w:t>
      </w:r>
      <w:r w:rsidRPr="000767E2">
        <w:rPr>
          <w:lang w:val="sv-SE"/>
        </w:rPr>
        <w:br/>
        <w:t>efter dessa dagar, säger Herren:</w:t>
      </w:r>
      <w:r w:rsidRPr="000767E2">
        <w:rPr>
          <w:lang w:val="sv-SE"/>
        </w:rPr>
        <w:br/>
        <w:t>Jag ska sätta mina lagar i deras håg,</w:t>
      </w:r>
      <w:r w:rsidRPr="000767E2">
        <w:rPr>
          <w:lang w:val="sv-SE"/>
        </w:rPr>
        <w:br/>
        <w:t>och på deras hjärtan ska jag skriva dem.</w:t>
      </w:r>
      <w:r w:rsidRPr="000767E2">
        <w:rPr>
          <w:lang w:val="sv-SE"/>
        </w:rPr>
        <w:br/>
        <w:t>Och jag ska vara för dem till Gud,</w:t>
      </w:r>
      <w:r w:rsidRPr="000767E2">
        <w:rPr>
          <w:lang w:val="sv-SE"/>
        </w:rPr>
        <w:br/>
        <w:t>och de ska vara för mig till ett folk.{{field-off:bible}}</w:t>
      </w:r>
      <w:r w:rsidRPr="000767E2">
        <w:rPr>
          <w:lang w:val="sv-SE"/>
        </w:rPr>
        <w:br/>
        <w:t>[[@</w:t>
      </w:r>
      <w:r w:rsidR="0096445B" w:rsidRPr="000767E2">
        <w:rPr>
          <w:lang w:val="sv-SE"/>
        </w:rPr>
        <w:t>BibleBIBEL82</w:t>
      </w:r>
      <w:r w:rsidRPr="000767E2">
        <w:rPr>
          <w:lang w:val="sv-SE"/>
        </w:rPr>
        <w:t>:Heb 8:11]]</w:t>
      </w:r>
      <w:r w:rsidRPr="000767E2">
        <w:rPr>
          <w:vertAlign w:val="superscript"/>
          <w:lang w:val="sv-SE"/>
        </w:rPr>
        <w:t>11</w:t>
      </w:r>
      <w:r w:rsidRPr="000767E2">
        <w:rPr>
          <w:lang w:val="sv-SE"/>
        </w:rPr>
        <w:t xml:space="preserve"> {{field-on:bible}}Och aldrig ska de undervisa,</w:t>
      </w:r>
      <w:r w:rsidRPr="000767E2">
        <w:rPr>
          <w:lang w:val="sv-SE"/>
        </w:rPr>
        <w:br/>
        <w:t>var och en sin medborgare och var och en sin broder,</w:t>
      </w:r>
      <w:r w:rsidRPr="000767E2">
        <w:rPr>
          <w:lang w:val="sv-SE"/>
        </w:rPr>
        <w:br/>
        <w:t>och säga: ”Lär känna Herren!”</w:t>
      </w:r>
      <w:r w:rsidRPr="000767E2">
        <w:rPr>
          <w:lang w:val="sv-SE"/>
        </w:rPr>
        <w:br/>
        <w:t>För alla kommer att känna mig, från liten till stor hos dem.{{field-off:bible}}</w:t>
      </w:r>
      <w:r w:rsidRPr="000767E2">
        <w:rPr>
          <w:lang w:val="sv-SE"/>
        </w:rPr>
        <w:br/>
        <w:t>[[@</w:t>
      </w:r>
      <w:r w:rsidR="0096445B" w:rsidRPr="000767E2">
        <w:rPr>
          <w:lang w:val="sv-SE"/>
        </w:rPr>
        <w:t>BibleBIBEL82</w:t>
      </w:r>
      <w:r w:rsidRPr="000767E2">
        <w:rPr>
          <w:lang w:val="sv-SE"/>
        </w:rPr>
        <w:t>:Heb 8:12]]</w:t>
      </w:r>
      <w:r w:rsidRPr="000767E2">
        <w:rPr>
          <w:vertAlign w:val="superscript"/>
          <w:lang w:val="sv-SE"/>
        </w:rPr>
        <w:t>12</w:t>
      </w:r>
      <w:r w:rsidRPr="000767E2">
        <w:rPr>
          <w:lang w:val="sv-SE"/>
        </w:rPr>
        <w:t xml:space="preserve"> {{field-on:bible}}För jag ska vara försonlig med deras orätter,</w:t>
      </w:r>
      <w:r w:rsidRPr="000767E2">
        <w:rPr>
          <w:lang w:val="sv-SE"/>
        </w:rPr>
        <w:br/>
        <w:t>och deras synder ska jag aldrig minnas mer.{{field-off:bible}}</w:t>
      </w:r>
    </w:p>
    <w:p w14:paraId="2121A2AB" w14:textId="4A8FC7A2"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:Heb 8:13]]</w:t>
      </w:r>
      <w:r w:rsidRPr="000767E2">
        <w:rPr>
          <w:vertAlign w:val="superscript"/>
          <w:lang w:val="sv-SE"/>
        </w:rPr>
        <w:t>13</w:t>
      </w:r>
      <w:r w:rsidRPr="000767E2">
        <w:rPr>
          <w:lang w:val="sv-SE"/>
        </w:rPr>
        <w:t xml:space="preserve"> {{field-on:bible}}Genom att säga ”ett nytt” har han föråldrat det första. Och det som blir föråldrat och gammalt </w:t>
      </w:r>
      <w:r w:rsidRPr="000767E2">
        <w:rPr>
          <w:i/>
          <w:lang w:val="sv-SE"/>
        </w:rPr>
        <w:t>är</w:t>
      </w:r>
      <w:r w:rsidRPr="000767E2">
        <w:rPr>
          <w:lang w:val="sv-SE"/>
        </w:rPr>
        <w:t xml:space="preserve"> nära ett försvinnande.{{field-off:bible}}</w:t>
      </w:r>
    </w:p>
    <w:p w14:paraId="226A3850" w14:textId="2742F3A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9]]Kapitel 9</w:t>
      </w:r>
    </w:p>
    <w:p w14:paraId="5FFF25C2" w14:textId="77777777" w:rsidR="00BA33AB" w:rsidRPr="000767E2" w:rsidRDefault="00000000">
      <w:pPr>
        <w:pStyle w:val="Rubrik3"/>
        <w:rPr>
          <w:lang w:val="sv-SE"/>
        </w:rPr>
      </w:pPr>
      <w:r w:rsidRPr="000767E2">
        <w:rPr>
          <w:lang w:val="sv-SE"/>
        </w:rPr>
        <w:t>Det gamla förbundets gudstjänst</w:t>
      </w:r>
    </w:p>
    <w:p w14:paraId="5A58755E" w14:textId="77F96E8B" w:rsidR="00BA33AB" w:rsidRPr="000767E2" w:rsidRDefault="00000000">
      <w:pPr>
        <w:rPr>
          <w:lang w:val="sv-SE"/>
        </w:rPr>
      </w:pPr>
      <w:r w:rsidRPr="000767E2">
        <w:rPr>
          <w:lang w:val="sv-SE"/>
        </w:rPr>
        <w:t>[[@</w:t>
      </w:r>
      <w:r w:rsidR="0096445B" w:rsidRPr="000767E2">
        <w:rPr>
          <w:lang w:val="sv-SE"/>
        </w:rPr>
        <w:t>BibleBIBEL82</w:t>
      </w:r>
      <w:r w:rsidRPr="000767E2">
        <w:rPr>
          <w:lang w:val="sv-SE"/>
        </w:rPr>
        <w:t>:Heb 9:1]]</w:t>
      </w:r>
      <w:r w:rsidRPr="000767E2">
        <w:rPr>
          <w:vertAlign w:val="superscript"/>
          <w:lang w:val="sv-SE"/>
        </w:rPr>
        <w:t>1</w:t>
      </w:r>
      <w:r w:rsidRPr="000767E2">
        <w:rPr>
          <w:lang w:val="sv-SE"/>
        </w:rPr>
        <w:t xml:space="preserve"> {{field-on:bible}}Nu hade [också] det första rättsregler för gudstjänst, och den världsliga helgedomen.{{field-off:bible}} [[@</w:t>
      </w:r>
      <w:r w:rsidR="0096445B" w:rsidRPr="000767E2">
        <w:rPr>
          <w:lang w:val="sv-SE"/>
        </w:rPr>
        <w:t>BibleBIBEL82</w:t>
      </w:r>
      <w:r w:rsidRPr="000767E2">
        <w:rPr>
          <w:lang w:val="sv-SE"/>
        </w:rPr>
        <w:t>:Heb 9:2]]</w:t>
      </w:r>
      <w:r w:rsidRPr="000767E2">
        <w:rPr>
          <w:vertAlign w:val="superscript"/>
          <w:lang w:val="sv-SE"/>
        </w:rPr>
        <w:t>2</w:t>
      </w:r>
      <w:r w:rsidRPr="000767E2">
        <w:rPr>
          <w:lang w:val="sv-SE"/>
        </w:rPr>
        <w:t xml:space="preserve"> {{field-on:bible}}För ett tabernakel preparerades, det första i vilket lampstället och bordet och framsättningen av bröden </w:t>
      </w:r>
      <w:r w:rsidRPr="000767E2">
        <w:rPr>
          <w:i/>
          <w:lang w:val="sv-SE"/>
        </w:rPr>
        <w:t>fanns</w:t>
      </w:r>
      <w:r w:rsidRPr="000767E2">
        <w:rPr>
          <w:lang w:val="sv-SE"/>
        </w:rPr>
        <w:t>. Detta kallas helgedom.{{field-off:bible}} [[@</w:t>
      </w:r>
      <w:r w:rsidR="0096445B" w:rsidRPr="000767E2">
        <w:rPr>
          <w:lang w:val="sv-SE"/>
        </w:rPr>
        <w:t>BibleBIBEL82</w:t>
      </w:r>
      <w:r w:rsidRPr="000767E2">
        <w:rPr>
          <w:lang w:val="sv-SE"/>
        </w:rPr>
        <w:t>:Heb 9:3]]</w:t>
      </w:r>
      <w:r w:rsidRPr="000767E2">
        <w:rPr>
          <w:vertAlign w:val="superscript"/>
          <w:lang w:val="sv-SE"/>
        </w:rPr>
        <w:t>3</w:t>
      </w:r>
      <w:r w:rsidRPr="000767E2">
        <w:rPr>
          <w:lang w:val="sv-SE"/>
        </w:rPr>
        <w:t xml:space="preserve"> {{field-on:bible}}Men efter det andra förhänget </w:t>
      </w:r>
      <w:r w:rsidRPr="000767E2">
        <w:rPr>
          <w:i/>
          <w:lang w:val="sv-SE"/>
        </w:rPr>
        <w:t>fanns</w:t>
      </w:r>
      <w:r w:rsidRPr="000767E2">
        <w:rPr>
          <w:lang w:val="sv-SE"/>
        </w:rPr>
        <w:t xml:space="preserve"> ett tabernakel som kallas helgedoms helgedom,{{field-off:bible}} [[@</w:t>
      </w:r>
      <w:r w:rsidR="0096445B" w:rsidRPr="000767E2">
        <w:rPr>
          <w:lang w:val="sv-SE"/>
        </w:rPr>
        <w:t>BibleBIBEL82</w:t>
      </w:r>
      <w:r w:rsidRPr="000767E2">
        <w:rPr>
          <w:lang w:val="sv-SE"/>
        </w:rPr>
        <w:t>:Heb 9:4]]</w:t>
      </w:r>
      <w:r w:rsidRPr="000767E2">
        <w:rPr>
          <w:vertAlign w:val="superscript"/>
          <w:lang w:val="sv-SE"/>
        </w:rPr>
        <w:t>4</w:t>
      </w:r>
      <w:r w:rsidRPr="000767E2">
        <w:rPr>
          <w:lang w:val="sv-SE"/>
        </w:rPr>
        <w:t xml:space="preserve"> {{field-on:bible}}som hade ett rökelsealtare av guld och förbundsarken övertäckt från alla håll med guld. I den </w:t>
      </w:r>
      <w:r w:rsidRPr="000767E2">
        <w:rPr>
          <w:i/>
          <w:lang w:val="sv-SE"/>
        </w:rPr>
        <w:t>fanns</w:t>
      </w:r>
      <w:r w:rsidRPr="000767E2">
        <w:rPr>
          <w:lang w:val="sv-SE"/>
        </w:rPr>
        <w:t xml:space="preserve"> en urna av guld som höll mannat och Aarons stav som hade spirat och förbundets tavlor,{{field-off:bible}} [[@</w:t>
      </w:r>
      <w:r w:rsidR="0096445B" w:rsidRPr="000767E2">
        <w:rPr>
          <w:lang w:val="sv-SE"/>
        </w:rPr>
        <w:t>BibleBIBEL82</w:t>
      </w:r>
      <w:r w:rsidRPr="000767E2">
        <w:rPr>
          <w:lang w:val="sv-SE"/>
        </w:rPr>
        <w:t>:Heb 9:5]]</w:t>
      </w:r>
      <w:r w:rsidRPr="000767E2">
        <w:rPr>
          <w:vertAlign w:val="superscript"/>
          <w:lang w:val="sv-SE"/>
        </w:rPr>
        <w:t>5</w:t>
      </w:r>
      <w:r w:rsidRPr="000767E2">
        <w:rPr>
          <w:lang w:val="sv-SE"/>
        </w:rPr>
        <w:t xml:space="preserve"> {{field-on:bible}}och högt över den </w:t>
      </w:r>
      <w:r w:rsidRPr="000767E2">
        <w:rPr>
          <w:i/>
          <w:lang w:val="sv-SE"/>
        </w:rPr>
        <w:t>fanns</w:t>
      </w:r>
      <w:r w:rsidRPr="000767E2">
        <w:rPr>
          <w:lang w:val="sv-SE"/>
        </w:rPr>
        <w:t xml:space="preserve"> härlighetens kerubim som skuggade soningsstället. Kring detta är nu inte att tala i detalj.{{field-off:bible}}</w:t>
      </w:r>
    </w:p>
    <w:p w14:paraId="0E9B7496" w14:textId="270C488A" w:rsidR="00BA33AB" w:rsidRPr="000767E2" w:rsidRDefault="00000000">
      <w:pPr>
        <w:rPr>
          <w:lang w:val="sv-SE"/>
        </w:rPr>
      </w:pPr>
      <w:r w:rsidRPr="000767E2">
        <w:rPr>
          <w:lang w:val="sv-SE"/>
        </w:rPr>
        <w:t>[[@</w:t>
      </w:r>
      <w:r w:rsidR="0096445B" w:rsidRPr="000767E2">
        <w:rPr>
          <w:lang w:val="sv-SE"/>
        </w:rPr>
        <w:t>BibleBIBEL82</w:t>
      </w:r>
      <w:r w:rsidRPr="000767E2">
        <w:rPr>
          <w:lang w:val="sv-SE"/>
        </w:rPr>
        <w:t>:Heb 9:6]]</w:t>
      </w:r>
      <w:r w:rsidRPr="000767E2">
        <w:rPr>
          <w:vertAlign w:val="superscript"/>
          <w:lang w:val="sv-SE"/>
        </w:rPr>
        <w:t>6</w:t>
      </w:r>
      <w:r w:rsidRPr="000767E2">
        <w:rPr>
          <w:lang w:val="sv-SE"/>
        </w:rPr>
        <w:t xml:space="preserve"> {{field-on:bible}}När detta så hade blivit preparerat: i det första tabernaklet går prästerna ständigt in och fullbordar gudstjänsterna,{{field-off:bible}} [[@</w:t>
      </w:r>
      <w:r w:rsidR="0096445B" w:rsidRPr="000767E2">
        <w:rPr>
          <w:lang w:val="sv-SE"/>
        </w:rPr>
        <w:t>BibleBIBEL82</w:t>
      </w:r>
      <w:r w:rsidRPr="000767E2">
        <w:rPr>
          <w:lang w:val="sv-SE"/>
        </w:rPr>
        <w:t>:Heb 9:7]]</w:t>
      </w:r>
      <w:r w:rsidRPr="000767E2">
        <w:rPr>
          <w:vertAlign w:val="superscript"/>
          <w:lang w:val="sv-SE"/>
        </w:rPr>
        <w:t>7</w:t>
      </w:r>
      <w:r w:rsidRPr="000767E2">
        <w:rPr>
          <w:lang w:val="sv-SE"/>
        </w:rPr>
        <w:t xml:space="preserve"> {{field-on:bible}}men i det andra </w:t>
      </w:r>
      <w:r w:rsidRPr="000767E2">
        <w:rPr>
          <w:i/>
          <w:lang w:val="sv-SE"/>
        </w:rPr>
        <w:t>är det</w:t>
      </w:r>
      <w:r w:rsidRPr="000767E2">
        <w:rPr>
          <w:lang w:val="sv-SE"/>
        </w:rPr>
        <w:t xml:space="preserve"> en gång om året, bara översteprästen, inte utan blod som han frambär för sig själv och </w:t>
      </w:r>
      <w:r w:rsidRPr="000767E2">
        <w:rPr>
          <w:i/>
          <w:lang w:val="sv-SE"/>
        </w:rPr>
        <w:t>för</w:t>
      </w:r>
      <w:r w:rsidRPr="000767E2">
        <w:rPr>
          <w:lang w:val="sv-SE"/>
        </w:rPr>
        <w:t xml:space="preserve"> folkets förseelser.{{field-off:bible}} [[@</w:t>
      </w:r>
      <w:r w:rsidR="0096445B" w:rsidRPr="000767E2">
        <w:rPr>
          <w:lang w:val="sv-SE"/>
        </w:rPr>
        <w:t>BibleBIBEL82</w:t>
      </w:r>
      <w:r w:rsidRPr="000767E2">
        <w:rPr>
          <w:lang w:val="sv-SE"/>
        </w:rPr>
        <w:t>:Heb 9:8]]</w:t>
      </w:r>
      <w:r w:rsidRPr="000767E2">
        <w:rPr>
          <w:vertAlign w:val="superscript"/>
          <w:lang w:val="sv-SE"/>
        </w:rPr>
        <w:t>8</w:t>
      </w:r>
      <w:r w:rsidRPr="000767E2">
        <w:rPr>
          <w:lang w:val="sv-SE"/>
        </w:rPr>
        <w:t xml:space="preserve"> {{field-on:bible}}Och </w:t>
      </w:r>
      <w:r w:rsidRPr="000767E2">
        <w:rPr>
          <w:i/>
          <w:lang w:val="sv-SE"/>
        </w:rPr>
        <w:t>med</w:t>
      </w:r>
      <w:r w:rsidRPr="000767E2">
        <w:rPr>
          <w:lang w:val="sv-SE"/>
        </w:rPr>
        <w:t xml:space="preserve"> detta tydliggör den heliga Anden att ännu har inte helgedomens väg framträtt medan ännu det första tabernaklet har bestånd.{{field-off:bible}} [[@</w:t>
      </w:r>
      <w:r w:rsidR="0096445B" w:rsidRPr="000767E2">
        <w:rPr>
          <w:lang w:val="sv-SE"/>
        </w:rPr>
        <w:t>BibleBIBEL82</w:t>
      </w:r>
      <w:r w:rsidRPr="000767E2">
        <w:rPr>
          <w:lang w:val="sv-SE"/>
        </w:rPr>
        <w:t>:Heb 9:9]]</w:t>
      </w:r>
      <w:r w:rsidRPr="000767E2">
        <w:rPr>
          <w:vertAlign w:val="superscript"/>
          <w:lang w:val="sv-SE"/>
        </w:rPr>
        <w:t>9</w:t>
      </w:r>
      <w:r w:rsidRPr="000767E2">
        <w:rPr>
          <w:lang w:val="sv-SE"/>
        </w:rPr>
        <w:t xml:space="preserve"> {{field-on:bible}}Detta </w:t>
      </w:r>
      <w:r w:rsidRPr="000767E2">
        <w:rPr>
          <w:i/>
          <w:lang w:val="sv-SE"/>
        </w:rPr>
        <w:t>är en</w:t>
      </w:r>
      <w:r w:rsidRPr="000767E2">
        <w:rPr>
          <w:lang w:val="sv-SE"/>
        </w:rPr>
        <w:t xml:space="preserve"> liknelse för den innevarande tiden, enligt vilken äregåvor och offer frambärs som inte i samvetet kan fullkomna den som dyrkar,{{field-off:bible}} [[@</w:t>
      </w:r>
      <w:r w:rsidR="0096445B" w:rsidRPr="000767E2">
        <w:rPr>
          <w:lang w:val="sv-SE"/>
        </w:rPr>
        <w:t>BibleBIBEL82</w:t>
      </w:r>
      <w:r w:rsidRPr="000767E2">
        <w:rPr>
          <w:lang w:val="sv-SE"/>
        </w:rPr>
        <w:t>:Heb 9:10]]</w:t>
      </w:r>
      <w:r w:rsidRPr="000767E2">
        <w:rPr>
          <w:vertAlign w:val="superscript"/>
          <w:lang w:val="sv-SE"/>
        </w:rPr>
        <w:t>10</w:t>
      </w:r>
      <w:r w:rsidRPr="000767E2">
        <w:rPr>
          <w:lang w:val="sv-SE"/>
        </w:rPr>
        <w:t xml:space="preserve"> {{field-on:bible}}</w:t>
      </w:r>
      <w:r w:rsidRPr="000767E2">
        <w:rPr>
          <w:i/>
          <w:lang w:val="sv-SE"/>
        </w:rPr>
        <w:t>då det</w:t>
      </w:r>
      <w:r w:rsidRPr="000767E2">
        <w:rPr>
          <w:lang w:val="sv-SE"/>
        </w:rPr>
        <w:t xml:space="preserve"> bara </w:t>
      </w:r>
      <w:r w:rsidRPr="000767E2">
        <w:rPr>
          <w:i/>
          <w:lang w:val="sv-SE"/>
        </w:rPr>
        <w:t>handlar</w:t>
      </w:r>
      <w:r w:rsidRPr="000767E2">
        <w:rPr>
          <w:lang w:val="sv-SE"/>
        </w:rPr>
        <w:t xml:space="preserve"> om matämnen och drycker och olika dophandlingar: rättsregler av kött som åligger fram till tiden för en reform.{{field-off:bible}}</w:t>
      </w:r>
    </w:p>
    <w:p w14:paraId="7CD4655F" w14:textId="77777777" w:rsidR="00BA33AB" w:rsidRPr="000767E2" w:rsidRDefault="00000000">
      <w:pPr>
        <w:pStyle w:val="Rubrik3"/>
        <w:rPr>
          <w:lang w:val="sv-SE"/>
        </w:rPr>
      </w:pPr>
      <w:r w:rsidRPr="000767E2">
        <w:rPr>
          <w:lang w:val="sv-SE"/>
        </w:rPr>
        <w:t>Rening genom Kristi blod</w:t>
      </w:r>
    </w:p>
    <w:p w14:paraId="7B41E744" w14:textId="1D6A71FA" w:rsidR="00BA33AB" w:rsidRPr="000767E2" w:rsidRDefault="00000000">
      <w:pPr>
        <w:rPr>
          <w:lang w:val="sv-SE"/>
        </w:rPr>
      </w:pPr>
      <w:r w:rsidRPr="000767E2">
        <w:rPr>
          <w:lang w:val="sv-SE"/>
        </w:rPr>
        <w:t>[[@</w:t>
      </w:r>
      <w:r w:rsidR="0096445B" w:rsidRPr="000767E2">
        <w:rPr>
          <w:lang w:val="sv-SE"/>
        </w:rPr>
        <w:t>BibleBIBEL82</w:t>
      </w:r>
      <w:r w:rsidRPr="000767E2">
        <w:rPr>
          <w:lang w:val="sv-SE"/>
        </w:rPr>
        <w:t>:Heb 9:11]]</w:t>
      </w:r>
      <w:r w:rsidRPr="000767E2">
        <w:rPr>
          <w:vertAlign w:val="superscript"/>
          <w:lang w:val="sv-SE"/>
        </w:rPr>
        <w:t>11</w:t>
      </w:r>
      <w:r w:rsidRPr="000767E2">
        <w:rPr>
          <w:lang w:val="sv-SE"/>
        </w:rPr>
        <w:t xml:space="preserve"> {{field-on:bible}}Men Kristus </w:t>
      </w:r>
      <w:r w:rsidRPr="000767E2">
        <w:rPr>
          <w:i/>
          <w:lang w:val="sv-SE"/>
        </w:rPr>
        <w:t>är</w:t>
      </w:r>
      <w:r w:rsidRPr="000767E2">
        <w:rPr>
          <w:lang w:val="sv-SE"/>
        </w:rPr>
        <w:t xml:space="preserve"> framkommen </w:t>
      </w:r>
      <w:r w:rsidRPr="000767E2">
        <w:rPr>
          <w:i/>
          <w:lang w:val="sv-SE"/>
        </w:rPr>
        <w:t>som</w:t>
      </w:r>
      <w:r w:rsidRPr="000767E2">
        <w:rPr>
          <w:lang w:val="sv-SE"/>
        </w:rPr>
        <w:t xml:space="preserve"> överstepräst för det goda som har kommit, genom det större och fullkomligare tabernakel </w:t>
      </w:r>
      <w:r w:rsidRPr="000767E2">
        <w:rPr>
          <w:i/>
          <w:lang w:val="sv-SE"/>
        </w:rPr>
        <w:t>som</w:t>
      </w:r>
      <w:r w:rsidRPr="000767E2">
        <w:rPr>
          <w:lang w:val="sv-SE"/>
        </w:rPr>
        <w:t xml:space="preserve"> inte </w:t>
      </w:r>
      <w:r w:rsidRPr="000767E2">
        <w:rPr>
          <w:i/>
          <w:lang w:val="sv-SE"/>
        </w:rPr>
        <w:t>är</w:t>
      </w:r>
      <w:r w:rsidRPr="000767E2">
        <w:rPr>
          <w:lang w:val="sv-SE"/>
        </w:rPr>
        <w:t xml:space="preserve"> handgjort, det </w:t>
      </w:r>
      <w:r w:rsidRPr="000767E2">
        <w:rPr>
          <w:i/>
          <w:lang w:val="sv-SE"/>
        </w:rPr>
        <w:t>vill säga</w:t>
      </w:r>
      <w:r w:rsidRPr="000767E2">
        <w:rPr>
          <w:lang w:val="sv-SE"/>
        </w:rPr>
        <w:t xml:space="preserve"> inte </w:t>
      </w:r>
      <w:r w:rsidRPr="000767E2">
        <w:rPr>
          <w:i/>
          <w:lang w:val="sv-SE"/>
        </w:rPr>
        <w:t>är</w:t>
      </w:r>
      <w:r w:rsidRPr="000767E2">
        <w:rPr>
          <w:lang w:val="sv-SE"/>
        </w:rPr>
        <w:t xml:space="preserve"> av denna skapelse.{{field-off:bible}} [[@</w:t>
      </w:r>
      <w:r w:rsidR="0096445B" w:rsidRPr="000767E2">
        <w:rPr>
          <w:lang w:val="sv-SE"/>
        </w:rPr>
        <w:t>BibleBIBEL82</w:t>
      </w:r>
      <w:r w:rsidRPr="000767E2">
        <w:rPr>
          <w:lang w:val="sv-SE"/>
        </w:rPr>
        <w:t>:Heb 9:12]]</w:t>
      </w:r>
      <w:r w:rsidRPr="000767E2">
        <w:rPr>
          <w:vertAlign w:val="superscript"/>
          <w:lang w:val="sv-SE"/>
        </w:rPr>
        <w:t>12</w:t>
      </w:r>
      <w:r w:rsidRPr="000767E2">
        <w:rPr>
          <w:lang w:val="sv-SE"/>
        </w:rPr>
        <w:t xml:space="preserve"> {{field-on:bible}}Och han har inte med blod av bockar och kalvar, utan med </w:t>
      </w:r>
      <w:r w:rsidRPr="000767E2">
        <w:rPr>
          <w:i/>
          <w:lang w:val="sv-SE"/>
        </w:rPr>
        <w:t>sitt</w:t>
      </w:r>
      <w:r w:rsidRPr="000767E2">
        <w:rPr>
          <w:lang w:val="sv-SE"/>
        </w:rPr>
        <w:t xml:space="preserve"> eget blod gått in en gång för alla i helgedomen och funnit en eonisk återlösning.{{field-off:bible}} [[@</w:t>
      </w:r>
      <w:r w:rsidR="0096445B" w:rsidRPr="000767E2">
        <w:rPr>
          <w:lang w:val="sv-SE"/>
        </w:rPr>
        <w:t>BibleBIBEL82</w:t>
      </w:r>
      <w:r w:rsidRPr="000767E2">
        <w:rPr>
          <w:lang w:val="sv-SE"/>
        </w:rPr>
        <w:t>:Heb 9:13]]</w:t>
      </w:r>
      <w:r w:rsidRPr="000767E2">
        <w:rPr>
          <w:vertAlign w:val="superscript"/>
          <w:lang w:val="sv-SE"/>
        </w:rPr>
        <w:t>13</w:t>
      </w:r>
      <w:r w:rsidRPr="000767E2">
        <w:rPr>
          <w:lang w:val="sv-SE"/>
        </w:rPr>
        <w:t xml:space="preserve"> {{field-on:bible}}För om blodet av bockar och tjurar och aska från en kviga som bestänker de vanhelgade helgar till köttets renhet,{{field-off:bible}} [[@</w:t>
      </w:r>
      <w:r w:rsidR="0096445B" w:rsidRPr="000767E2">
        <w:rPr>
          <w:lang w:val="sv-SE"/>
        </w:rPr>
        <w:t>BibleBIBEL82</w:t>
      </w:r>
      <w:r w:rsidRPr="000767E2">
        <w:rPr>
          <w:lang w:val="sv-SE"/>
        </w:rPr>
        <w:t>:Heb 9:14]]</w:t>
      </w:r>
      <w:r w:rsidRPr="000767E2">
        <w:rPr>
          <w:vertAlign w:val="superscript"/>
          <w:lang w:val="sv-SE"/>
        </w:rPr>
        <w:t>14</w:t>
      </w:r>
      <w:r w:rsidRPr="000767E2">
        <w:rPr>
          <w:lang w:val="sv-SE"/>
        </w:rPr>
        <w:t xml:space="preserve"> {{field-on:bible}}hur mycket mer ska blodet från Kristus, som genom eonisk Ande har framburit sig själv felfri åt Gud, rena vårt samvete från döda gärningar till att dyrka levande Gud?{{field-off:bible}}</w:t>
      </w:r>
    </w:p>
    <w:p w14:paraId="2A52225A" w14:textId="14142F00" w:rsidR="00BA33AB" w:rsidRPr="000767E2" w:rsidRDefault="00000000">
      <w:pPr>
        <w:rPr>
          <w:lang w:val="sv-SE"/>
        </w:rPr>
      </w:pPr>
      <w:r w:rsidRPr="000767E2">
        <w:rPr>
          <w:lang w:val="sv-SE"/>
        </w:rPr>
        <w:t>[[@</w:t>
      </w:r>
      <w:r w:rsidR="0096445B" w:rsidRPr="000767E2">
        <w:rPr>
          <w:lang w:val="sv-SE"/>
        </w:rPr>
        <w:t>BibleBIBEL82</w:t>
      </w:r>
      <w:r w:rsidRPr="000767E2">
        <w:rPr>
          <w:lang w:val="sv-SE"/>
        </w:rPr>
        <w:t>:Heb 9:15]]</w:t>
      </w:r>
      <w:r w:rsidRPr="000767E2">
        <w:rPr>
          <w:vertAlign w:val="superscript"/>
          <w:lang w:val="sv-SE"/>
        </w:rPr>
        <w:t>15</w:t>
      </w:r>
      <w:r w:rsidRPr="000767E2">
        <w:rPr>
          <w:lang w:val="sv-SE"/>
        </w:rPr>
        <w:t xml:space="preserve"> {{field-on:bible}}Och därför är han ett nytt förbunds medlare, för att, sedan </w:t>
      </w:r>
      <w:r w:rsidRPr="000767E2">
        <w:rPr>
          <w:i/>
          <w:lang w:val="sv-SE"/>
        </w:rPr>
        <w:t>det</w:t>
      </w:r>
      <w:r w:rsidRPr="000767E2">
        <w:rPr>
          <w:lang w:val="sv-SE"/>
        </w:rPr>
        <w:t xml:space="preserve"> skett en död till återlösning från överträdelserna under det första förbundet, de kallade ska </w:t>
      </w:r>
      <w:r w:rsidRPr="000767E2">
        <w:rPr>
          <w:i/>
          <w:lang w:val="sv-SE"/>
        </w:rPr>
        <w:t>få</w:t>
      </w:r>
      <w:r w:rsidRPr="000767E2">
        <w:rPr>
          <w:lang w:val="sv-SE"/>
        </w:rPr>
        <w:t xml:space="preserve"> ta </w:t>
      </w:r>
      <w:r w:rsidRPr="000767E2">
        <w:rPr>
          <w:i/>
          <w:lang w:val="sv-SE"/>
        </w:rPr>
        <w:t>emot</w:t>
      </w:r>
      <w:r w:rsidRPr="000767E2">
        <w:rPr>
          <w:lang w:val="sv-SE"/>
        </w:rPr>
        <w:t xml:space="preserve"> löftet om det eoniska arvet.{{field-off:bible}} [[@</w:t>
      </w:r>
      <w:r w:rsidR="0096445B" w:rsidRPr="000767E2">
        <w:rPr>
          <w:lang w:val="sv-SE"/>
        </w:rPr>
        <w:t>BibleBIBEL82</w:t>
      </w:r>
      <w:r w:rsidRPr="000767E2">
        <w:rPr>
          <w:lang w:val="sv-SE"/>
        </w:rPr>
        <w:t xml:space="preserve">:Heb </w:t>
      </w:r>
      <w:r w:rsidRPr="000767E2">
        <w:rPr>
          <w:lang w:val="sv-SE"/>
        </w:rPr>
        <w:lastRenderedPageBreak/>
        <w:t>9:16]]</w:t>
      </w:r>
      <w:r w:rsidRPr="000767E2">
        <w:rPr>
          <w:vertAlign w:val="superscript"/>
          <w:lang w:val="sv-SE"/>
        </w:rPr>
        <w:t>16</w:t>
      </w:r>
      <w:r w:rsidRPr="000767E2">
        <w:rPr>
          <w:lang w:val="sv-SE"/>
        </w:rPr>
        <w:t xml:space="preserve"> {{field-on:bible}}För där </w:t>
      </w:r>
      <w:r w:rsidRPr="000767E2">
        <w:rPr>
          <w:i/>
          <w:lang w:val="sv-SE"/>
        </w:rPr>
        <w:t>det finns</w:t>
      </w:r>
      <w:r w:rsidRPr="000767E2">
        <w:rPr>
          <w:lang w:val="sv-SE"/>
        </w:rPr>
        <w:t xml:space="preserve"> ett testamente </w:t>
      </w:r>
      <w:r w:rsidRPr="000767E2">
        <w:rPr>
          <w:i/>
          <w:lang w:val="sv-SE"/>
        </w:rPr>
        <w:t>är det</w:t>
      </w:r>
      <w:r w:rsidRPr="000767E2">
        <w:rPr>
          <w:lang w:val="sv-SE"/>
        </w:rPr>
        <w:t xml:space="preserve"> nödtvång att anföra testatorns död.{{field-off:bible}} [[@</w:t>
      </w:r>
      <w:r w:rsidR="0096445B" w:rsidRPr="000767E2">
        <w:rPr>
          <w:lang w:val="sv-SE"/>
        </w:rPr>
        <w:t>BibleBIBEL82</w:t>
      </w:r>
      <w:r w:rsidRPr="000767E2">
        <w:rPr>
          <w:lang w:val="sv-SE"/>
        </w:rPr>
        <w:t>:Heb 9:17]]</w:t>
      </w:r>
      <w:r w:rsidRPr="000767E2">
        <w:rPr>
          <w:vertAlign w:val="superscript"/>
          <w:lang w:val="sv-SE"/>
        </w:rPr>
        <w:t>17</w:t>
      </w:r>
      <w:r w:rsidRPr="000767E2">
        <w:rPr>
          <w:lang w:val="sv-SE"/>
        </w:rPr>
        <w:t xml:space="preserve"> {{field-on:bible}}Ett testamente </w:t>
      </w:r>
      <w:r w:rsidRPr="000767E2">
        <w:rPr>
          <w:i/>
          <w:lang w:val="sv-SE"/>
        </w:rPr>
        <w:t>står</w:t>
      </w:r>
      <w:r w:rsidRPr="000767E2">
        <w:rPr>
          <w:lang w:val="sv-SE"/>
        </w:rPr>
        <w:t xml:space="preserve"> ju fast för döda, då det aldrig har kraft när testatorn lever.{{field-off:bible}}</w:t>
      </w:r>
    </w:p>
    <w:p w14:paraId="2BFC99E8" w14:textId="08AE106E" w:rsidR="00BA33AB" w:rsidRPr="000767E2" w:rsidRDefault="00000000">
      <w:pPr>
        <w:rPr>
          <w:lang w:val="sv-SE"/>
        </w:rPr>
      </w:pPr>
      <w:r w:rsidRPr="000767E2">
        <w:rPr>
          <w:lang w:val="sv-SE"/>
        </w:rPr>
        <w:t>[[@</w:t>
      </w:r>
      <w:r w:rsidR="0096445B" w:rsidRPr="000767E2">
        <w:rPr>
          <w:lang w:val="sv-SE"/>
        </w:rPr>
        <w:t>BibleBIBEL82</w:t>
      </w:r>
      <w:r w:rsidRPr="000767E2">
        <w:rPr>
          <w:lang w:val="sv-SE"/>
        </w:rPr>
        <w:t>:Heb 9:18]]</w:t>
      </w:r>
      <w:r w:rsidRPr="000767E2">
        <w:rPr>
          <w:vertAlign w:val="superscript"/>
          <w:lang w:val="sv-SE"/>
        </w:rPr>
        <w:t>18</w:t>
      </w:r>
      <w:r w:rsidRPr="000767E2">
        <w:rPr>
          <w:lang w:val="sv-SE"/>
        </w:rPr>
        <w:t xml:space="preserve"> {{field-on:bible}}Därför har heller inte det första invigts utan blod.{{field-off:bible}} [[@</w:t>
      </w:r>
      <w:r w:rsidR="0096445B" w:rsidRPr="000767E2">
        <w:rPr>
          <w:lang w:val="sv-SE"/>
        </w:rPr>
        <w:t>BibleBIBEL82</w:t>
      </w:r>
      <w:r w:rsidRPr="000767E2">
        <w:rPr>
          <w:lang w:val="sv-SE"/>
        </w:rPr>
        <w:t>:Heb 9:19]]</w:t>
      </w:r>
      <w:r w:rsidRPr="000767E2">
        <w:rPr>
          <w:vertAlign w:val="superscript"/>
          <w:lang w:val="sv-SE"/>
        </w:rPr>
        <w:t>19</w:t>
      </w:r>
      <w:r w:rsidRPr="000767E2">
        <w:rPr>
          <w:lang w:val="sv-SE"/>
        </w:rPr>
        <w:t xml:space="preserve"> {{field-on:bible}}För när varje bud var talat enligt lagen av Mose till hela folket, tog han blodet av kalvarna [och bockarna], med vatten och scharlakansröd ull och isop, och bestänkte </w:t>
      </w:r>
      <w:r w:rsidRPr="000767E2">
        <w:rPr>
          <w:i/>
          <w:lang w:val="sv-SE"/>
        </w:rPr>
        <w:t>med</w:t>
      </w:r>
      <w:r w:rsidRPr="000767E2">
        <w:rPr>
          <w:lang w:val="sv-SE"/>
        </w:rPr>
        <w:t xml:space="preserve"> det både bokrullen och hela folket{{field-off:bible}} [[@</w:t>
      </w:r>
      <w:r w:rsidR="0096445B" w:rsidRPr="000767E2">
        <w:rPr>
          <w:lang w:val="sv-SE"/>
        </w:rPr>
        <w:t>BibleBIBEL82</w:t>
      </w:r>
      <w:r w:rsidRPr="000767E2">
        <w:rPr>
          <w:lang w:val="sv-SE"/>
        </w:rPr>
        <w:t>:Heb 9:20]]</w:t>
      </w:r>
      <w:r w:rsidRPr="000767E2">
        <w:rPr>
          <w:vertAlign w:val="superscript"/>
          <w:lang w:val="sv-SE"/>
        </w:rPr>
        <w:t>20</w:t>
      </w:r>
      <w:r w:rsidRPr="000767E2">
        <w:rPr>
          <w:lang w:val="sv-SE"/>
        </w:rPr>
        <w:t xml:space="preserve"> {{field-on:bible}}och sade: Detta </w:t>
      </w:r>
      <w:r w:rsidRPr="000767E2">
        <w:rPr>
          <w:i/>
          <w:lang w:val="sv-SE"/>
        </w:rPr>
        <w:t>är</w:t>
      </w:r>
      <w:r w:rsidRPr="000767E2">
        <w:rPr>
          <w:lang w:val="sv-SE"/>
        </w:rPr>
        <w:t xml:space="preserve"> blodet för det förbund som Gud har påbjudit för er.{{field-off:bible}} [[@</w:t>
      </w:r>
      <w:r w:rsidR="0096445B" w:rsidRPr="000767E2">
        <w:rPr>
          <w:lang w:val="sv-SE"/>
        </w:rPr>
        <w:t>BibleBIBEL82</w:t>
      </w:r>
      <w:r w:rsidRPr="000767E2">
        <w:rPr>
          <w:lang w:val="sv-SE"/>
        </w:rPr>
        <w:t>:Heb 9:21]]</w:t>
      </w:r>
      <w:r w:rsidRPr="000767E2">
        <w:rPr>
          <w:vertAlign w:val="superscript"/>
          <w:lang w:val="sv-SE"/>
        </w:rPr>
        <w:t>21</w:t>
      </w:r>
      <w:r w:rsidRPr="000767E2">
        <w:rPr>
          <w:lang w:val="sv-SE"/>
        </w:rPr>
        <w:t xml:space="preserve"> {{field-on:bible}}Och även tabernaklet och alla kärlen för tjänstgöringen har han med blodet likaså bestänkt.{{field-off:bible}} [[@</w:t>
      </w:r>
      <w:r w:rsidR="0096445B" w:rsidRPr="000767E2">
        <w:rPr>
          <w:lang w:val="sv-SE"/>
        </w:rPr>
        <w:t>BibleBIBEL82</w:t>
      </w:r>
      <w:r w:rsidRPr="000767E2">
        <w:rPr>
          <w:lang w:val="sv-SE"/>
        </w:rPr>
        <w:t>:Heb 9:22]]</w:t>
      </w:r>
      <w:r w:rsidRPr="000767E2">
        <w:rPr>
          <w:vertAlign w:val="superscript"/>
          <w:lang w:val="sv-SE"/>
        </w:rPr>
        <w:t>22</w:t>
      </w:r>
      <w:r w:rsidRPr="000767E2">
        <w:rPr>
          <w:lang w:val="sv-SE"/>
        </w:rPr>
        <w:t xml:space="preserve"> {{field-on:bible}}Och nästan allt renas med blod enligt lagen, och utan blodsutgjutelse blir </w:t>
      </w:r>
      <w:r w:rsidRPr="000767E2">
        <w:rPr>
          <w:i/>
          <w:lang w:val="sv-SE"/>
        </w:rPr>
        <w:t>det</w:t>
      </w:r>
      <w:r w:rsidRPr="000767E2">
        <w:rPr>
          <w:lang w:val="sv-SE"/>
        </w:rPr>
        <w:t xml:space="preserve"> ingen förlåtelse.{{field-off:bible}}</w:t>
      </w:r>
    </w:p>
    <w:p w14:paraId="14A93080" w14:textId="4198FA6E" w:rsidR="00BA33AB" w:rsidRPr="000767E2" w:rsidRDefault="00000000">
      <w:pPr>
        <w:rPr>
          <w:lang w:val="sv-SE"/>
        </w:rPr>
      </w:pPr>
      <w:r w:rsidRPr="000767E2">
        <w:rPr>
          <w:lang w:val="sv-SE"/>
        </w:rPr>
        <w:t>[[@</w:t>
      </w:r>
      <w:r w:rsidR="0096445B" w:rsidRPr="000767E2">
        <w:rPr>
          <w:lang w:val="sv-SE"/>
        </w:rPr>
        <w:t>BibleBIBEL82</w:t>
      </w:r>
      <w:r w:rsidRPr="000767E2">
        <w:rPr>
          <w:lang w:val="sv-SE"/>
        </w:rPr>
        <w:t>:Heb 9:23]]</w:t>
      </w:r>
      <w:r w:rsidRPr="000767E2">
        <w:rPr>
          <w:vertAlign w:val="superscript"/>
          <w:lang w:val="sv-SE"/>
        </w:rPr>
        <w:t>23</w:t>
      </w:r>
      <w:r w:rsidRPr="000767E2">
        <w:rPr>
          <w:lang w:val="sv-SE"/>
        </w:rPr>
        <w:t xml:space="preserve"> {{field-on:bible}}</w:t>
      </w:r>
      <w:r w:rsidRPr="000767E2">
        <w:rPr>
          <w:i/>
          <w:lang w:val="sv-SE"/>
        </w:rPr>
        <w:t>Det är</w:t>
      </w:r>
      <w:r w:rsidRPr="000767E2">
        <w:rPr>
          <w:lang w:val="sv-SE"/>
        </w:rPr>
        <w:t xml:space="preserve"> alltså nödtvång att avbildningarna av det </w:t>
      </w:r>
      <w:r w:rsidRPr="000767E2">
        <w:rPr>
          <w:i/>
          <w:lang w:val="sv-SE"/>
        </w:rPr>
        <w:t>som finns</w:t>
      </w:r>
      <w:r w:rsidRPr="000767E2">
        <w:rPr>
          <w:lang w:val="sv-SE"/>
        </w:rPr>
        <w:t xml:space="preserve"> i himlarna renas med detta, men själva det himmelska med bättre offer än dessa.{{field-off:bible}} [[@</w:t>
      </w:r>
      <w:r w:rsidR="0096445B" w:rsidRPr="000767E2">
        <w:rPr>
          <w:lang w:val="sv-SE"/>
        </w:rPr>
        <w:t>BibleBIBEL82</w:t>
      </w:r>
      <w:r w:rsidRPr="000767E2">
        <w:rPr>
          <w:lang w:val="sv-SE"/>
        </w:rPr>
        <w:t>:Heb 9:24]]</w:t>
      </w:r>
      <w:r w:rsidRPr="000767E2">
        <w:rPr>
          <w:vertAlign w:val="superscript"/>
          <w:lang w:val="sv-SE"/>
        </w:rPr>
        <w:t>24</w:t>
      </w:r>
      <w:r w:rsidRPr="000767E2">
        <w:rPr>
          <w:lang w:val="sv-SE"/>
        </w:rPr>
        <w:t xml:space="preserve"> {{field-on:bible}}För </w:t>
      </w:r>
      <w:r w:rsidRPr="000767E2">
        <w:rPr>
          <w:i/>
          <w:lang w:val="sv-SE"/>
        </w:rPr>
        <w:t>det var</w:t>
      </w:r>
      <w:r w:rsidRPr="000767E2">
        <w:rPr>
          <w:lang w:val="sv-SE"/>
        </w:rPr>
        <w:t xml:space="preserve"> inte i en handgjord helgedom Kristus gick in, en motbild av den sannfärdiga, utan i själva himlen </w:t>
      </w:r>
      <w:r w:rsidRPr="000767E2">
        <w:rPr>
          <w:i/>
          <w:lang w:val="sv-SE"/>
        </w:rPr>
        <w:t>för</w:t>
      </w:r>
      <w:r w:rsidRPr="000767E2">
        <w:rPr>
          <w:lang w:val="sv-SE"/>
        </w:rPr>
        <w:t xml:space="preserve"> att nu framvisa sig för Guds ansikte för vår skull.{{field-off:bible}}</w:t>
      </w:r>
    </w:p>
    <w:p w14:paraId="39B66276" w14:textId="08627125" w:rsidR="00BA33AB" w:rsidRPr="000767E2" w:rsidRDefault="00000000">
      <w:pPr>
        <w:rPr>
          <w:lang w:val="sv-SE"/>
        </w:rPr>
      </w:pPr>
      <w:r w:rsidRPr="000767E2">
        <w:rPr>
          <w:lang w:val="sv-SE"/>
        </w:rPr>
        <w:t>[[@</w:t>
      </w:r>
      <w:r w:rsidR="0096445B" w:rsidRPr="000767E2">
        <w:rPr>
          <w:lang w:val="sv-SE"/>
        </w:rPr>
        <w:t>BibleBIBEL82</w:t>
      </w:r>
      <w:r w:rsidRPr="000767E2">
        <w:rPr>
          <w:lang w:val="sv-SE"/>
        </w:rPr>
        <w:t>:Heb 9:25]]</w:t>
      </w:r>
      <w:r w:rsidRPr="000767E2">
        <w:rPr>
          <w:vertAlign w:val="superscript"/>
          <w:lang w:val="sv-SE"/>
        </w:rPr>
        <w:t>25</w:t>
      </w:r>
      <w:r w:rsidRPr="000767E2">
        <w:rPr>
          <w:lang w:val="sv-SE"/>
        </w:rPr>
        <w:t xml:space="preserve"> {{field-on:bible}}Inte heller för att många gånger frambära sig själv, såsom översteprästen går in i helgedomen varje år med en annans blod.{{field-off:bible}} [[@</w:t>
      </w:r>
      <w:r w:rsidR="0096445B" w:rsidRPr="000767E2">
        <w:rPr>
          <w:lang w:val="sv-SE"/>
        </w:rPr>
        <w:t>BibleBIBEL82</w:t>
      </w:r>
      <w:r w:rsidRPr="000767E2">
        <w:rPr>
          <w:lang w:val="sv-SE"/>
        </w:rPr>
        <w:t>:Heb 9:26]]</w:t>
      </w:r>
      <w:r w:rsidRPr="000767E2">
        <w:rPr>
          <w:vertAlign w:val="superscript"/>
          <w:lang w:val="sv-SE"/>
        </w:rPr>
        <w:t>26</w:t>
      </w:r>
      <w:r w:rsidRPr="000767E2">
        <w:rPr>
          <w:lang w:val="sv-SE"/>
        </w:rPr>
        <w:t xml:space="preserve"> {{field-on:bible}}Annars hade han måst lida många gånger sedan världens grundläggning. Men nu har han framträtt en gång vid eonernas fullbordan, till annullerande av synd[en] genom sitt offer.{{field-off:bible}} [[@</w:t>
      </w:r>
      <w:r w:rsidR="0096445B" w:rsidRPr="000767E2">
        <w:rPr>
          <w:lang w:val="sv-SE"/>
        </w:rPr>
        <w:t>BibleBIBEL82</w:t>
      </w:r>
      <w:r w:rsidRPr="000767E2">
        <w:rPr>
          <w:lang w:val="sv-SE"/>
        </w:rPr>
        <w:t>:Heb 9:27]]</w:t>
      </w:r>
      <w:r w:rsidRPr="000767E2">
        <w:rPr>
          <w:vertAlign w:val="superscript"/>
          <w:lang w:val="sv-SE"/>
        </w:rPr>
        <w:t>27</w:t>
      </w:r>
      <w:r w:rsidRPr="000767E2">
        <w:rPr>
          <w:lang w:val="sv-SE"/>
        </w:rPr>
        <w:t xml:space="preserve"> {{field-on:bible}}Och liksom det är upplagt för människorna att en gång dö och efter detta dom,{{field-off:bible}} [[@</w:t>
      </w:r>
      <w:r w:rsidR="0096445B" w:rsidRPr="000767E2">
        <w:rPr>
          <w:lang w:val="sv-SE"/>
        </w:rPr>
        <w:t>BibleBIBEL82</w:t>
      </w:r>
      <w:r w:rsidRPr="000767E2">
        <w:rPr>
          <w:lang w:val="sv-SE"/>
        </w:rPr>
        <w:t>:Heb 9:28]]</w:t>
      </w:r>
      <w:r w:rsidRPr="000767E2">
        <w:rPr>
          <w:vertAlign w:val="superscript"/>
          <w:lang w:val="sv-SE"/>
        </w:rPr>
        <w:t>28</w:t>
      </w:r>
      <w:r w:rsidRPr="000767E2">
        <w:rPr>
          <w:lang w:val="sv-SE"/>
        </w:rPr>
        <w:t xml:space="preserve"> {{field-on:bible}}så ska också Kristus, en gång framburen för att bära upp mångas synder, en andra </w:t>
      </w:r>
      <w:r w:rsidRPr="000767E2">
        <w:rPr>
          <w:i/>
          <w:lang w:val="sv-SE"/>
        </w:rPr>
        <w:t>gång</w:t>
      </w:r>
      <w:r w:rsidRPr="000767E2">
        <w:rPr>
          <w:lang w:val="sv-SE"/>
        </w:rPr>
        <w:t xml:space="preserve"> utan synd visa sig för dem som väntar honom till frälsning.{{field-off:bible}}</w:t>
      </w:r>
    </w:p>
    <w:p w14:paraId="24EC190B" w14:textId="3796E9BA"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10]]Kapitel 10</w:t>
      </w:r>
    </w:p>
    <w:p w14:paraId="10897C1D" w14:textId="77777777" w:rsidR="00BA33AB" w:rsidRPr="000767E2" w:rsidRDefault="00000000">
      <w:pPr>
        <w:pStyle w:val="Rubrik3"/>
        <w:rPr>
          <w:lang w:val="sv-SE"/>
        </w:rPr>
      </w:pPr>
      <w:r w:rsidRPr="000767E2">
        <w:rPr>
          <w:lang w:val="sv-SE"/>
        </w:rPr>
        <w:t>Kristus offrad en gång för alla</w:t>
      </w:r>
    </w:p>
    <w:p w14:paraId="056B1218" w14:textId="135C6F1A" w:rsidR="00BA33AB" w:rsidRPr="000767E2" w:rsidRDefault="00000000">
      <w:pPr>
        <w:rPr>
          <w:lang w:val="sv-SE"/>
        </w:rPr>
      </w:pPr>
      <w:r w:rsidRPr="000767E2">
        <w:rPr>
          <w:lang w:val="sv-SE"/>
        </w:rPr>
        <w:t>[[@</w:t>
      </w:r>
      <w:r w:rsidR="0096445B" w:rsidRPr="000767E2">
        <w:rPr>
          <w:lang w:val="sv-SE"/>
        </w:rPr>
        <w:t>BibleBIBEL82</w:t>
      </w:r>
      <w:r w:rsidRPr="000767E2">
        <w:rPr>
          <w:lang w:val="sv-SE"/>
        </w:rPr>
        <w:t>:Heb 10:1]]</w:t>
      </w:r>
      <w:r w:rsidRPr="000767E2">
        <w:rPr>
          <w:vertAlign w:val="superscript"/>
          <w:lang w:val="sv-SE"/>
        </w:rPr>
        <w:t>1</w:t>
      </w:r>
      <w:r w:rsidRPr="000767E2">
        <w:rPr>
          <w:lang w:val="sv-SE"/>
        </w:rPr>
        <w:t xml:space="preserve"> {{field-on:bible}}För då lagen har en skugga av det kommande goda, inte själva bilden av tingen, kan den aldrig genom samma offer som man frambär varje år för beständigt fullkomna dem som kommer fram.{{field-off:bible}} [[@</w:t>
      </w:r>
      <w:r w:rsidR="0096445B" w:rsidRPr="000767E2">
        <w:rPr>
          <w:lang w:val="sv-SE"/>
        </w:rPr>
        <w:t>BibleBIBEL82</w:t>
      </w:r>
      <w:r w:rsidRPr="000767E2">
        <w:rPr>
          <w:lang w:val="sv-SE"/>
        </w:rPr>
        <w:t>:Heb 10:2]]</w:t>
      </w:r>
      <w:r w:rsidRPr="000767E2">
        <w:rPr>
          <w:vertAlign w:val="superscript"/>
          <w:lang w:val="sv-SE"/>
        </w:rPr>
        <w:t>2</w:t>
      </w:r>
      <w:r w:rsidRPr="000767E2">
        <w:rPr>
          <w:lang w:val="sv-SE"/>
        </w:rPr>
        <w:t xml:space="preserve"> {{field-on:bible}}Hade de annars inte slutat bäras fram, eftersom de som dyrkar </w:t>
      </w:r>
      <w:r w:rsidRPr="000767E2">
        <w:rPr>
          <w:i/>
          <w:lang w:val="sv-SE"/>
        </w:rPr>
        <w:t>då</w:t>
      </w:r>
      <w:r w:rsidRPr="000767E2">
        <w:rPr>
          <w:lang w:val="sv-SE"/>
        </w:rPr>
        <w:t xml:space="preserve"> inte längre </w:t>
      </w:r>
      <w:r w:rsidRPr="000767E2">
        <w:rPr>
          <w:i/>
          <w:lang w:val="sv-SE"/>
        </w:rPr>
        <w:t>skulle</w:t>
      </w:r>
      <w:r w:rsidRPr="000767E2">
        <w:rPr>
          <w:lang w:val="sv-SE"/>
        </w:rPr>
        <w:t xml:space="preserve"> ha någon medvetenhet om synder, sedan de en gång renats?{{field-off:bible}} [[@</w:t>
      </w:r>
      <w:r w:rsidR="0096445B" w:rsidRPr="000767E2">
        <w:rPr>
          <w:lang w:val="sv-SE"/>
        </w:rPr>
        <w:t>BibleBIBEL82</w:t>
      </w:r>
      <w:r w:rsidRPr="000767E2">
        <w:rPr>
          <w:lang w:val="sv-SE"/>
        </w:rPr>
        <w:t>:Heb 10:3]]</w:t>
      </w:r>
      <w:r w:rsidRPr="000767E2">
        <w:rPr>
          <w:vertAlign w:val="superscript"/>
          <w:lang w:val="sv-SE"/>
        </w:rPr>
        <w:t>3</w:t>
      </w:r>
      <w:r w:rsidRPr="000767E2">
        <w:rPr>
          <w:lang w:val="sv-SE"/>
        </w:rPr>
        <w:t xml:space="preserve"> {{field-on:bible}}Men i dessa </w:t>
      </w:r>
      <w:r w:rsidRPr="000767E2">
        <w:rPr>
          <w:i/>
          <w:lang w:val="sv-SE"/>
        </w:rPr>
        <w:t>finns</w:t>
      </w:r>
      <w:r w:rsidRPr="000767E2">
        <w:rPr>
          <w:lang w:val="sv-SE"/>
        </w:rPr>
        <w:t xml:space="preserve"> en åminnelse om synder varje år.{{field-off:bible}} [[@</w:t>
      </w:r>
      <w:r w:rsidR="0096445B" w:rsidRPr="000767E2">
        <w:rPr>
          <w:lang w:val="sv-SE"/>
        </w:rPr>
        <w:t>BibleBIBEL82</w:t>
      </w:r>
      <w:r w:rsidRPr="000767E2">
        <w:rPr>
          <w:lang w:val="sv-SE"/>
        </w:rPr>
        <w:t>:Heb 10:4]]</w:t>
      </w:r>
      <w:r w:rsidRPr="000767E2">
        <w:rPr>
          <w:vertAlign w:val="superscript"/>
          <w:lang w:val="sv-SE"/>
        </w:rPr>
        <w:t>4</w:t>
      </w:r>
      <w:r w:rsidRPr="000767E2">
        <w:rPr>
          <w:lang w:val="sv-SE"/>
        </w:rPr>
        <w:t xml:space="preserve"> {{field-on:bible}}För </w:t>
      </w:r>
      <w:r w:rsidRPr="000767E2">
        <w:rPr>
          <w:i/>
          <w:lang w:val="sv-SE"/>
        </w:rPr>
        <w:t>det är</w:t>
      </w:r>
      <w:r w:rsidRPr="000767E2">
        <w:rPr>
          <w:lang w:val="sv-SE"/>
        </w:rPr>
        <w:t xml:space="preserve"> omöjligt att blod av tjurar och bockar </w:t>
      </w:r>
      <w:r w:rsidRPr="000767E2">
        <w:rPr>
          <w:i/>
          <w:lang w:val="sv-SE"/>
        </w:rPr>
        <w:t>skulle</w:t>
      </w:r>
      <w:r w:rsidRPr="000767E2">
        <w:rPr>
          <w:lang w:val="sv-SE"/>
        </w:rPr>
        <w:t xml:space="preserve"> ta bort synder.{{field-off:bible}} [[@</w:t>
      </w:r>
      <w:r w:rsidR="0096445B" w:rsidRPr="000767E2">
        <w:rPr>
          <w:lang w:val="sv-SE"/>
        </w:rPr>
        <w:t>BibleBIBEL82</w:t>
      </w:r>
      <w:r w:rsidRPr="000767E2">
        <w:rPr>
          <w:lang w:val="sv-SE"/>
        </w:rPr>
        <w:t>:Heb 10:5]]</w:t>
      </w:r>
      <w:r w:rsidRPr="000767E2">
        <w:rPr>
          <w:vertAlign w:val="superscript"/>
          <w:lang w:val="sv-SE"/>
        </w:rPr>
        <w:t>5</w:t>
      </w:r>
      <w:r w:rsidRPr="000767E2">
        <w:rPr>
          <w:lang w:val="sv-SE"/>
        </w:rPr>
        <w:t xml:space="preserve"> {{field-on:bible}}Därför, när han kommer in i världen säger han:{{field-off:bible}}</w:t>
      </w:r>
    </w:p>
    <w:p w14:paraId="77A1E6FA" w14:textId="7F74B257" w:rsidR="00BA33AB" w:rsidRPr="000767E2" w:rsidRDefault="00000000">
      <w:pPr>
        <w:rPr>
          <w:lang w:val="sv-SE"/>
        </w:rPr>
      </w:pPr>
      <w:r w:rsidRPr="000767E2">
        <w:rPr>
          <w:lang w:val="sv-SE"/>
        </w:rPr>
        <w:t xml:space="preserve">{{field-on:bible}}Offer och frambärande ville du inte </w:t>
      </w:r>
      <w:r w:rsidRPr="000767E2">
        <w:rPr>
          <w:i/>
          <w:lang w:val="sv-SE"/>
        </w:rPr>
        <w:t>ha</w:t>
      </w:r>
      <w:r w:rsidRPr="000767E2">
        <w:rPr>
          <w:lang w:val="sv-SE"/>
        </w:rPr>
        <w:t>,</w:t>
      </w:r>
      <w:r w:rsidRPr="000767E2">
        <w:rPr>
          <w:lang w:val="sv-SE"/>
        </w:rPr>
        <w:br/>
        <w:t>men en kropp har du förfärdigat åt mig.{{field-off:bible}}</w:t>
      </w:r>
      <w:r w:rsidRPr="000767E2">
        <w:rPr>
          <w:lang w:val="sv-SE"/>
        </w:rPr>
        <w:br/>
      </w:r>
      <w:r w:rsidRPr="000767E2">
        <w:rPr>
          <w:lang w:val="sv-SE"/>
        </w:rPr>
        <w:lastRenderedPageBreak/>
        <w:t>[[@</w:t>
      </w:r>
      <w:r w:rsidR="0096445B" w:rsidRPr="000767E2">
        <w:rPr>
          <w:lang w:val="sv-SE"/>
        </w:rPr>
        <w:t>BibleBIBEL82</w:t>
      </w:r>
      <w:r w:rsidRPr="000767E2">
        <w:rPr>
          <w:lang w:val="sv-SE"/>
        </w:rPr>
        <w:t>:Heb 10:6]]</w:t>
      </w:r>
      <w:r w:rsidRPr="000767E2">
        <w:rPr>
          <w:vertAlign w:val="superscript"/>
          <w:lang w:val="sv-SE"/>
        </w:rPr>
        <w:t>6</w:t>
      </w:r>
      <w:r w:rsidRPr="000767E2">
        <w:rPr>
          <w:lang w:val="sv-SE"/>
        </w:rPr>
        <w:t xml:space="preserve"> {{field-on:bible}}Brännoffer och </w:t>
      </w:r>
      <w:r w:rsidRPr="000767E2">
        <w:rPr>
          <w:i/>
          <w:lang w:val="sv-SE"/>
        </w:rPr>
        <w:t>offer</w:t>
      </w:r>
      <w:r w:rsidRPr="000767E2">
        <w:rPr>
          <w:lang w:val="sv-SE"/>
        </w:rPr>
        <w:t xml:space="preserve"> för synd fann du inte behag i.{{field-off:bible}}</w:t>
      </w:r>
      <w:r w:rsidRPr="000767E2">
        <w:rPr>
          <w:lang w:val="sv-SE"/>
        </w:rPr>
        <w:br/>
        <w:t>[[@</w:t>
      </w:r>
      <w:r w:rsidR="0096445B" w:rsidRPr="000767E2">
        <w:rPr>
          <w:lang w:val="sv-SE"/>
        </w:rPr>
        <w:t>BibleBIBEL82</w:t>
      </w:r>
      <w:r w:rsidRPr="000767E2">
        <w:rPr>
          <w:lang w:val="sv-SE"/>
        </w:rPr>
        <w:t>:Heb 10:7]]</w:t>
      </w:r>
      <w:r w:rsidRPr="000767E2">
        <w:rPr>
          <w:vertAlign w:val="superscript"/>
          <w:lang w:val="sv-SE"/>
        </w:rPr>
        <w:t>7</w:t>
      </w:r>
      <w:r w:rsidRPr="000767E2">
        <w:rPr>
          <w:lang w:val="sv-SE"/>
        </w:rPr>
        <w:t xml:space="preserve"> {{field-on:bible}}Då sade jag: Se, jag har kommit,</w:t>
      </w:r>
      <w:r w:rsidRPr="000767E2">
        <w:rPr>
          <w:lang w:val="sv-SE"/>
        </w:rPr>
        <w:br/>
        <w:t>i bokrullen är det skrivet om mig,</w:t>
      </w:r>
      <w:r w:rsidRPr="000767E2">
        <w:rPr>
          <w:lang w:val="sv-SE"/>
        </w:rPr>
        <w:br/>
        <w:t>för att göra, Gud, din vilja.{{field-off:bible}}</w:t>
      </w:r>
    </w:p>
    <w:p w14:paraId="1926F0DF" w14:textId="4F7552DE" w:rsidR="00BA33AB" w:rsidRPr="000767E2" w:rsidRDefault="00000000">
      <w:pPr>
        <w:rPr>
          <w:lang w:val="sv-SE"/>
        </w:rPr>
      </w:pPr>
      <w:r w:rsidRPr="000767E2">
        <w:rPr>
          <w:lang w:val="sv-SE"/>
        </w:rPr>
        <w:t>[[@</w:t>
      </w:r>
      <w:r w:rsidR="0096445B" w:rsidRPr="000767E2">
        <w:rPr>
          <w:lang w:val="sv-SE"/>
        </w:rPr>
        <w:t>BibleBIBEL82</w:t>
      </w:r>
      <w:r w:rsidRPr="000767E2">
        <w:rPr>
          <w:lang w:val="sv-SE"/>
        </w:rPr>
        <w:t>:Heb 10:8]]</w:t>
      </w:r>
      <w:r w:rsidRPr="000767E2">
        <w:rPr>
          <w:vertAlign w:val="superscript"/>
          <w:lang w:val="sv-SE"/>
        </w:rPr>
        <w:t>8</w:t>
      </w:r>
      <w:r w:rsidRPr="000767E2">
        <w:rPr>
          <w:lang w:val="sv-SE"/>
        </w:rPr>
        <w:t xml:space="preserve"> {{field-on:bible}}Högre upp säger han att: Offer och frambäranden och brännoffer och </w:t>
      </w:r>
      <w:r w:rsidRPr="000767E2">
        <w:rPr>
          <w:i/>
          <w:lang w:val="sv-SE"/>
        </w:rPr>
        <w:t>offer</w:t>
      </w:r>
      <w:r w:rsidRPr="000767E2">
        <w:rPr>
          <w:lang w:val="sv-SE"/>
        </w:rPr>
        <w:t xml:space="preserve"> för synd ville du inte </w:t>
      </w:r>
      <w:r w:rsidRPr="000767E2">
        <w:rPr>
          <w:i/>
          <w:lang w:val="sv-SE"/>
        </w:rPr>
        <w:t>ha</w:t>
      </w:r>
      <w:r w:rsidRPr="000767E2">
        <w:rPr>
          <w:lang w:val="sv-SE"/>
        </w:rPr>
        <w:t xml:space="preserve"> och fann inte behag i – de som frambärs enligt lag –{{field-off:bible}} [[@</w:t>
      </w:r>
      <w:r w:rsidR="0096445B" w:rsidRPr="000767E2">
        <w:rPr>
          <w:lang w:val="sv-SE"/>
        </w:rPr>
        <w:t>BibleBIBEL82</w:t>
      </w:r>
      <w:r w:rsidRPr="000767E2">
        <w:rPr>
          <w:lang w:val="sv-SE"/>
        </w:rPr>
        <w:t>:Heb 10:9]]</w:t>
      </w:r>
      <w:r w:rsidRPr="000767E2">
        <w:rPr>
          <w:vertAlign w:val="superscript"/>
          <w:lang w:val="sv-SE"/>
        </w:rPr>
        <w:t>9</w:t>
      </w:r>
      <w:r w:rsidRPr="000767E2">
        <w:rPr>
          <w:lang w:val="sv-SE"/>
        </w:rPr>
        <w:t xml:space="preserve"> {{field-on:bible}}och sedan har han sagt: Se, jag har kommit för att göra din vilja. Han röjer bort det första för att upprätthålla det andra.{{field-off:bible}} [[@</w:t>
      </w:r>
      <w:r w:rsidR="0096445B" w:rsidRPr="000767E2">
        <w:rPr>
          <w:lang w:val="sv-SE"/>
        </w:rPr>
        <w:t>BibleBIBEL82</w:t>
      </w:r>
      <w:r w:rsidRPr="000767E2">
        <w:rPr>
          <w:lang w:val="sv-SE"/>
        </w:rPr>
        <w:t>:Heb 10:10]]</w:t>
      </w:r>
      <w:r w:rsidRPr="000767E2">
        <w:rPr>
          <w:vertAlign w:val="superscript"/>
          <w:lang w:val="sv-SE"/>
        </w:rPr>
        <w:t>10</w:t>
      </w:r>
      <w:r w:rsidRPr="000767E2">
        <w:rPr>
          <w:lang w:val="sv-SE"/>
        </w:rPr>
        <w:t xml:space="preserve"> {{field-on:bible}}I den viljan är vi helgade, genom frambärandet av Jesu Kristi kropp en gång för alla.{{field-off:bible}}</w:t>
      </w:r>
    </w:p>
    <w:p w14:paraId="05F34BCB" w14:textId="59AF4834" w:rsidR="00BA33AB" w:rsidRPr="000767E2" w:rsidRDefault="00000000">
      <w:pPr>
        <w:rPr>
          <w:lang w:val="sv-SE"/>
        </w:rPr>
      </w:pPr>
      <w:r w:rsidRPr="000767E2">
        <w:rPr>
          <w:lang w:val="sv-SE"/>
        </w:rPr>
        <w:t>[[@</w:t>
      </w:r>
      <w:r w:rsidR="0096445B" w:rsidRPr="000767E2">
        <w:rPr>
          <w:lang w:val="sv-SE"/>
        </w:rPr>
        <w:t>BibleBIBEL82</w:t>
      </w:r>
      <w:r w:rsidRPr="000767E2">
        <w:rPr>
          <w:lang w:val="sv-SE"/>
        </w:rPr>
        <w:t>:Heb 10:11]]</w:t>
      </w:r>
      <w:r w:rsidRPr="000767E2">
        <w:rPr>
          <w:vertAlign w:val="superscript"/>
          <w:lang w:val="sv-SE"/>
        </w:rPr>
        <w:t>11</w:t>
      </w:r>
      <w:r w:rsidRPr="000767E2">
        <w:rPr>
          <w:lang w:val="sv-SE"/>
        </w:rPr>
        <w:t xml:space="preserve"> {{field-on:bible}}Och varje präst står varje dag och tjänstgör och frambär många gånger samma offer, som aldrig kan ta bort synder.{{field-off:bible}} [[@</w:t>
      </w:r>
      <w:r w:rsidR="0096445B" w:rsidRPr="000767E2">
        <w:rPr>
          <w:lang w:val="sv-SE"/>
        </w:rPr>
        <w:t>BibleBIBEL82</w:t>
      </w:r>
      <w:r w:rsidRPr="000767E2">
        <w:rPr>
          <w:lang w:val="sv-SE"/>
        </w:rPr>
        <w:t>:Heb 10:12]]</w:t>
      </w:r>
      <w:r w:rsidRPr="000767E2">
        <w:rPr>
          <w:vertAlign w:val="superscript"/>
          <w:lang w:val="sv-SE"/>
        </w:rPr>
        <w:t>12</w:t>
      </w:r>
      <w:r w:rsidRPr="000767E2">
        <w:rPr>
          <w:lang w:val="sv-SE"/>
        </w:rPr>
        <w:t xml:space="preserve"> {{field-on:bible}}Men denne har för synder framburit ett </w:t>
      </w:r>
      <w:r w:rsidRPr="000767E2">
        <w:rPr>
          <w:i/>
          <w:lang w:val="sv-SE"/>
        </w:rPr>
        <w:t>enda</w:t>
      </w:r>
      <w:r w:rsidRPr="000767E2">
        <w:rPr>
          <w:lang w:val="sv-SE"/>
        </w:rPr>
        <w:t xml:space="preserve"> offer för beständigt och satt sig vid Guds högra </w:t>
      </w:r>
      <w:r w:rsidRPr="000767E2">
        <w:rPr>
          <w:i/>
          <w:lang w:val="sv-SE"/>
        </w:rPr>
        <w:t>hand</w:t>
      </w:r>
      <w:r w:rsidRPr="000767E2">
        <w:rPr>
          <w:lang w:val="sv-SE"/>
        </w:rPr>
        <w:t>,{{field-off:bible}} [[@</w:t>
      </w:r>
      <w:r w:rsidR="0096445B" w:rsidRPr="000767E2">
        <w:rPr>
          <w:lang w:val="sv-SE"/>
        </w:rPr>
        <w:t>BibleBIBEL82</w:t>
      </w:r>
      <w:r w:rsidRPr="000767E2">
        <w:rPr>
          <w:lang w:val="sv-SE"/>
        </w:rPr>
        <w:t>:Heb 10:13]]</w:t>
      </w:r>
      <w:r w:rsidRPr="000767E2">
        <w:rPr>
          <w:vertAlign w:val="superscript"/>
          <w:lang w:val="sv-SE"/>
        </w:rPr>
        <w:t>13</w:t>
      </w:r>
      <w:r w:rsidRPr="000767E2">
        <w:rPr>
          <w:lang w:val="sv-SE"/>
        </w:rPr>
        <w:t xml:space="preserve"> {{field-on:bible}}och framöver väntar han tills hans fiender läggs </w:t>
      </w:r>
      <w:r w:rsidRPr="000767E2">
        <w:rPr>
          <w:i/>
          <w:lang w:val="sv-SE"/>
        </w:rPr>
        <w:t>som</w:t>
      </w:r>
      <w:r w:rsidRPr="000767E2">
        <w:rPr>
          <w:lang w:val="sv-SE"/>
        </w:rPr>
        <w:t xml:space="preserve"> en fotpall för hans fötter.{{field-off:bible}} [[@</w:t>
      </w:r>
      <w:r w:rsidR="0096445B" w:rsidRPr="000767E2">
        <w:rPr>
          <w:lang w:val="sv-SE"/>
        </w:rPr>
        <w:t>BibleBIBEL82</w:t>
      </w:r>
      <w:r w:rsidRPr="000767E2">
        <w:rPr>
          <w:lang w:val="sv-SE"/>
        </w:rPr>
        <w:t>:Heb 10:14]]</w:t>
      </w:r>
      <w:r w:rsidRPr="000767E2">
        <w:rPr>
          <w:vertAlign w:val="superscript"/>
          <w:lang w:val="sv-SE"/>
        </w:rPr>
        <w:t>14</w:t>
      </w:r>
      <w:r w:rsidRPr="000767E2">
        <w:rPr>
          <w:lang w:val="sv-SE"/>
        </w:rPr>
        <w:t xml:space="preserve"> {{field-on:bible}}För med ett </w:t>
      </w:r>
      <w:r w:rsidRPr="000767E2">
        <w:rPr>
          <w:i/>
          <w:lang w:val="sv-SE"/>
        </w:rPr>
        <w:t>enda</w:t>
      </w:r>
      <w:r w:rsidRPr="000767E2">
        <w:rPr>
          <w:lang w:val="sv-SE"/>
        </w:rPr>
        <w:t xml:space="preserve"> frambärande har han för beständigt fullkomnat dem som helgas.{{field-off:bible}}</w:t>
      </w:r>
    </w:p>
    <w:p w14:paraId="61AF67BC" w14:textId="105CEA5B" w:rsidR="00BA33AB" w:rsidRPr="000767E2" w:rsidRDefault="00000000">
      <w:pPr>
        <w:rPr>
          <w:lang w:val="sv-SE"/>
        </w:rPr>
      </w:pPr>
      <w:r w:rsidRPr="000767E2">
        <w:rPr>
          <w:lang w:val="sv-SE"/>
        </w:rPr>
        <w:t>[[@</w:t>
      </w:r>
      <w:r w:rsidR="0096445B" w:rsidRPr="000767E2">
        <w:rPr>
          <w:lang w:val="sv-SE"/>
        </w:rPr>
        <w:t>BibleBIBEL82</w:t>
      </w:r>
      <w:r w:rsidRPr="000767E2">
        <w:rPr>
          <w:lang w:val="sv-SE"/>
        </w:rPr>
        <w:t>:Heb 10:15]]</w:t>
      </w:r>
      <w:r w:rsidRPr="000767E2">
        <w:rPr>
          <w:vertAlign w:val="superscript"/>
          <w:lang w:val="sv-SE"/>
        </w:rPr>
        <w:t>15</w:t>
      </w:r>
      <w:r w:rsidRPr="000767E2">
        <w:rPr>
          <w:lang w:val="sv-SE"/>
        </w:rPr>
        <w:t xml:space="preserve"> {{field-on:bible}}Och vittnar för oss </w:t>
      </w:r>
      <w:r w:rsidRPr="000767E2">
        <w:rPr>
          <w:i/>
          <w:lang w:val="sv-SE"/>
        </w:rPr>
        <w:t>gör</w:t>
      </w:r>
      <w:r w:rsidRPr="000767E2">
        <w:rPr>
          <w:lang w:val="sv-SE"/>
        </w:rPr>
        <w:t xml:space="preserve"> även den heliga Anden. För efter att han sagt:{{field-off:bible}}</w:t>
      </w:r>
    </w:p>
    <w:p w14:paraId="212B91F5" w14:textId="629143EF" w:rsidR="00BA33AB" w:rsidRPr="000767E2" w:rsidRDefault="00000000">
      <w:pPr>
        <w:rPr>
          <w:lang w:val="sv-SE"/>
        </w:rPr>
      </w:pPr>
      <w:r w:rsidRPr="000767E2">
        <w:rPr>
          <w:lang w:val="sv-SE"/>
        </w:rPr>
        <w:t>[[@</w:t>
      </w:r>
      <w:r w:rsidR="0096445B" w:rsidRPr="000767E2">
        <w:rPr>
          <w:lang w:val="sv-SE"/>
        </w:rPr>
        <w:t>BibleBIBEL82</w:t>
      </w:r>
      <w:r w:rsidRPr="000767E2">
        <w:rPr>
          <w:lang w:val="sv-SE"/>
        </w:rPr>
        <w:t>:Heb 10:16]]</w:t>
      </w:r>
      <w:r w:rsidRPr="000767E2">
        <w:rPr>
          <w:vertAlign w:val="superscript"/>
          <w:lang w:val="sv-SE"/>
        </w:rPr>
        <w:t>16</w:t>
      </w:r>
      <w:r w:rsidRPr="000767E2">
        <w:rPr>
          <w:lang w:val="sv-SE"/>
        </w:rPr>
        <w:t xml:space="preserve"> {{field-on:bible}}Detta </w:t>
      </w:r>
      <w:r w:rsidRPr="000767E2">
        <w:rPr>
          <w:i/>
          <w:lang w:val="sv-SE"/>
        </w:rPr>
        <w:t>är</w:t>
      </w:r>
      <w:r w:rsidRPr="000767E2">
        <w:rPr>
          <w:lang w:val="sv-SE"/>
        </w:rPr>
        <w:t xml:space="preserve"> förbundet som jag ska instifta för dem</w:t>
      </w:r>
      <w:r w:rsidRPr="000767E2">
        <w:rPr>
          <w:lang w:val="sv-SE"/>
        </w:rPr>
        <w:br/>
        <w:t>efter dessa dagar,{{field-off:bible}}</w:t>
      </w:r>
    </w:p>
    <w:p w14:paraId="1F8B24BF" w14:textId="77777777" w:rsidR="00BA33AB" w:rsidRDefault="00000000">
      <w:r>
        <w:t>{{</w:t>
      </w:r>
      <w:proofErr w:type="spellStart"/>
      <w:r>
        <w:t>field-</w:t>
      </w:r>
      <w:proofErr w:type="gramStart"/>
      <w:r>
        <w:t>on:bible</w:t>
      </w:r>
      <w:proofErr w:type="spellEnd"/>
      <w:r>
        <w:t>}}</w:t>
      </w:r>
      <w:proofErr w:type="spellStart"/>
      <w:r>
        <w:t>säger</w:t>
      </w:r>
      <w:proofErr w:type="spellEnd"/>
      <w:proofErr w:type="gramEnd"/>
      <w:r>
        <w:t xml:space="preserve"> </w:t>
      </w:r>
      <w:proofErr w:type="gramStart"/>
      <w:r>
        <w:t>Herren:{</w:t>
      </w:r>
      <w:proofErr w:type="gramEnd"/>
      <w:r>
        <w:t>{</w:t>
      </w:r>
      <w:proofErr w:type="spellStart"/>
      <w:r>
        <w:t>field-</w:t>
      </w:r>
      <w:proofErr w:type="gramStart"/>
      <w:r>
        <w:t>off:bible</w:t>
      </w:r>
      <w:proofErr w:type="spellEnd"/>
      <w:proofErr w:type="gramEnd"/>
      <w:r>
        <w:t>}}</w:t>
      </w:r>
    </w:p>
    <w:p w14:paraId="380D6477" w14:textId="77777777" w:rsidR="00BA33AB" w:rsidRPr="000767E2" w:rsidRDefault="00000000">
      <w:pPr>
        <w:rPr>
          <w:lang w:val="sv-SE"/>
        </w:rPr>
      </w:pPr>
      <w:r w:rsidRPr="000767E2">
        <w:rPr>
          <w:lang w:val="sv-SE"/>
        </w:rPr>
        <w:t>{{field-on:bible}}Jag ska sätta mina lagar på deras hjärtan,</w:t>
      </w:r>
      <w:r w:rsidRPr="000767E2">
        <w:rPr>
          <w:lang w:val="sv-SE"/>
        </w:rPr>
        <w:br/>
        <w:t>och på deras håg ska jag skriva dem.{{field-off:bible}}</w:t>
      </w:r>
    </w:p>
    <w:p w14:paraId="74D40218" w14:textId="56973147" w:rsidR="00BA33AB" w:rsidRDefault="00000000">
      <w:r>
        <w:t>[[@</w:t>
      </w:r>
      <w:r w:rsidR="0096445B">
        <w:t>BibleBIBEL</w:t>
      </w:r>
      <w:proofErr w:type="gramStart"/>
      <w:r w:rsidR="0096445B">
        <w:t>82</w:t>
      </w:r>
      <w:r>
        <w:t>:Heb</w:t>
      </w:r>
      <w:proofErr w:type="gramEnd"/>
      <w:r>
        <w:t xml:space="preserve"> 10:17]]</w:t>
      </w:r>
      <w:r>
        <w:rPr>
          <w:vertAlign w:val="superscript"/>
        </w:rPr>
        <w:t>17</w:t>
      </w:r>
      <w:r>
        <w:t xml:space="preserve"> {{</w:t>
      </w:r>
      <w:proofErr w:type="spellStart"/>
      <w:r>
        <w:t>field-</w:t>
      </w:r>
      <w:proofErr w:type="gramStart"/>
      <w:r>
        <w:t>on:bible</w:t>
      </w:r>
      <w:proofErr w:type="spellEnd"/>
      <w:r>
        <w:t>}}Och</w:t>
      </w:r>
      <w:proofErr w:type="gramEnd"/>
      <w:r>
        <w:t>:{{</w:t>
      </w:r>
      <w:proofErr w:type="spellStart"/>
      <w:r>
        <w:t>field-</w:t>
      </w:r>
      <w:proofErr w:type="gramStart"/>
      <w:r>
        <w:t>off:bible</w:t>
      </w:r>
      <w:proofErr w:type="spellEnd"/>
      <w:proofErr w:type="gramEnd"/>
      <w:r>
        <w:t>}}</w:t>
      </w:r>
    </w:p>
    <w:p w14:paraId="04613CE5" w14:textId="77777777" w:rsidR="00BA33AB" w:rsidRPr="000767E2" w:rsidRDefault="00000000">
      <w:pPr>
        <w:rPr>
          <w:lang w:val="sv-SE"/>
        </w:rPr>
      </w:pPr>
      <w:r w:rsidRPr="000767E2">
        <w:rPr>
          <w:lang w:val="sv-SE"/>
        </w:rPr>
        <w:t>{{field-on:bible}}Deras synder och deras laglösheter</w:t>
      </w:r>
      <w:r w:rsidRPr="000767E2">
        <w:rPr>
          <w:lang w:val="sv-SE"/>
        </w:rPr>
        <w:br/>
        <w:t>ska jag aldrig mer komma ihåg.{{field-off:bible}}</w:t>
      </w:r>
    </w:p>
    <w:p w14:paraId="2169DF81" w14:textId="1E7F0817" w:rsidR="00BA33AB" w:rsidRPr="000767E2" w:rsidRDefault="00000000">
      <w:pPr>
        <w:rPr>
          <w:lang w:val="sv-SE"/>
        </w:rPr>
      </w:pPr>
      <w:r w:rsidRPr="000767E2">
        <w:rPr>
          <w:lang w:val="sv-SE"/>
        </w:rPr>
        <w:t>[[@</w:t>
      </w:r>
      <w:r w:rsidR="0096445B" w:rsidRPr="000767E2">
        <w:rPr>
          <w:lang w:val="sv-SE"/>
        </w:rPr>
        <w:t>BibleBIBEL82</w:t>
      </w:r>
      <w:r w:rsidRPr="000767E2">
        <w:rPr>
          <w:lang w:val="sv-SE"/>
        </w:rPr>
        <w:t>:Heb 10:18]]</w:t>
      </w:r>
      <w:r w:rsidRPr="000767E2">
        <w:rPr>
          <w:vertAlign w:val="superscript"/>
          <w:lang w:val="sv-SE"/>
        </w:rPr>
        <w:t>18</w:t>
      </w:r>
      <w:r w:rsidRPr="000767E2">
        <w:rPr>
          <w:lang w:val="sv-SE"/>
        </w:rPr>
        <w:t xml:space="preserve"> {{field-on:bible}}Och där </w:t>
      </w:r>
      <w:r w:rsidRPr="000767E2">
        <w:rPr>
          <w:i/>
          <w:lang w:val="sv-SE"/>
        </w:rPr>
        <w:t>det finns</w:t>
      </w:r>
      <w:r w:rsidRPr="000767E2">
        <w:rPr>
          <w:lang w:val="sv-SE"/>
        </w:rPr>
        <w:t xml:space="preserve"> förlåtelse för dessa, </w:t>
      </w:r>
      <w:r w:rsidRPr="000767E2">
        <w:rPr>
          <w:i/>
          <w:lang w:val="sv-SE"/>
        </w:rPr>
        <w:t>finns</w:t>
      </w:r>
      <w:r w:rsidRPr="000767E2">
        <w:rPr>
          <w:lang w:val="sv-SE"/>
        </w:rPr>
        <w:t xml:space="preserve"> inte längre frambärande för synd.{{field-off:bible}}</w:t>
      </w:r>
    </w:p>
    <w:p w14:paraId="75B0282F" w14:textId="77777777" w:rsidR="00BA33AB" w:rsidRPr="000767E2" w:rsidRDefault="00000000">
      <w:pPr>
        <w:pStyle w:val="Rubrik3"/>
        <w:rPr>
          <w:lang w:val="sv-SE"/>
        </w:rPr>
      </w:pPr>
      <w:r w:rsidRPr="000767E2">
        <w:rPr>
          <w:lang w:val="sv-SE"/>
        </w:rPr>
        <w:t>Trons fulla visshet</w:t>
      </w:r>
    </w:p>
    <w:p w14:paraId="0202887E" w14:textId="4ABD53A1" w:rsidR="00BA33AB" w:rsidRPr="000767E2" w:rsidRDefault="00000000">
      <w:pPr>
        <w:rPr>
          <w:lang w:val="sv-SE"/>
        </w:rPr>
      </w:pPr>
      <w:r w:rsidRPr="000767E2">
        <w:rPr>
          <w:lang w:val="sv-SE"/>
        </w:rPr>
        <w:t>[[@</w:t>
      </w:r>
      <w:r w:rsidR="0096445B" w:rsidRPr="000767E2">
        <w:rPr>
          <w:lang w:val="sv-SE"/>
        </w:rPr>
        <w:t>BibleBIBEL82</w:t>
      </w:r>
      <w:r w:rsidRPr="000767E2">
        <w:rPr>
          <w:lang w:val="sv-SE"/>
        </w:rPr>
        <w:t>:Heb 10:19]]</w:t>
      </w:r>
      <w:r w:rsidRPr="000767E2">
        <w:rPr>
          <w:vertAlign w:val="superscript"/>
          <w:lang w:val="sv-SE"/>
        </w:rPr>
        <w:t>19</w:t>
      </w:r>
      <w:r w:rsidRPr="000767E2">
        <w:rPr>
          <w:lang w:val="sv-SE"/>
        </w:rPr>
        <w:t xml:space="preserve"> {{field-on:bible}}Då vi alltså har, syskon, frimodighet till ingången i helgedomen genom Jesu blod,{{field-off:bible}} [[@</w:t>
      </w:r>
      <w:r w:rsidR="0096445B" w:rsidRPr="000767E2">
        <w:rPr>
          <w:lang w:val="sv-SE"/>
        </w:rPr>
        <w:t>BibleBIBEL82</w:t>
      </w:r>
      <w:r w:rsidRPr="000767E2">
        <w:rPr>
          <w:lang w:val="sv-SE"/>
        </w:rPr>
        <w:t>:Heb 10:20]]</w:t>
      </w:r>
      <w:r w:rsidRPr="000767E2">
        <w:rPr>
          <w:vertAlign w:val="superscript"/>
          <w:lang w:val="sv-SE"/>
        </w:rPr>
        <w:t>20</w:t>
      </w:r>
      <w:r w:rsidRPr="000767E2">
        <w:rPr>
          <w:lang w:val="sv-SE"/>
        </w:rPr>
        <w:t xml:space="preserve"> {{field-on:bible}}som han har invigt för oss </w:t>
      </w:r>
      <w:r w:rsidRPr="000767E2">
        <w:rPr>
          <w:i/>
          <w:lang w:val="sv-SE"/>
        </w:rPr>
        <w:t>som</w:t>
      </w:r>
      <w:r w:rsidRPr="000767E2">
        <w:rPr>
          <w:lang w:val="sv-SE"/>
        </w:rPr>
        <w:t xml:space="preserve"> en färsk och levande väg genom förhänget, det </w:t>
      </w:r>
      <w:r w:rsidRPr="000767E2">
        <w:rPr>
          <w:i/>
          <w:lang w:val="sv-SE"/>
        </w:rPr>
        <w:t>vill säga</w:t>
      </w:r>
      <w:r w:rsidRPr="000767E2">
        <w:rPr>
          <w:lang w:val="sv-SE"/>
        </w:rPr>
        <w:t xml:space="preserve"> hans kött,{{field-off:bible}} [[@</w:t>
      </w:r>
      <w:r w:rsidR="0096445B" w:rsidRPr="000767E2">
        <w:rPr>
          <w:lang w:val="sv-SE"/>
        </w:rPr>
        <w:t>BibleBIBEL82</w:t>
      </w:r>
      <w:r w:rsidRPr="000767E2">
        <w:rPr>
          <w:lang w:val="sv-SE"/>
        </w:rPr>
        <w:t>:Heb 10:21]]</w:t>
      </w:r>
      <w:r w:rsidRPr="000767E2">
        <w:rPr>
          <w:vertAlign w:val="superscript"/>
          <w:lang w:val="sv-SE"/>
        </w:rPr>
        <w:t>21</w:t>
      </w:r>
      <w:r w:rsidRPr="000767E2">
        <w:rPr>
          <w:lang w:val="sv-SE"/>
        </w:rPr>
        <w:t xml:space="preserve"> {{field-on:bible}}och en </w:t>
      </w:r>
      <w:r w:rsidRPr="000767E2">
        <w:rPr>
          <w:lang w:val="sv-SE"/>
        </w:rPr>
        <w:lastRenderedPageBreak/>
        <w:t>stor präst över Guds hus,{{field-off:bible}} [[@</w:t>
      </w:r>
      <w:r w:rsidR="0096445B" w:rsidRPr="000767E2">
        <w:rPr>
          <w:lang w:val="sv-SE"/>
        </w:rPr>
        <w:t>BibleBIBEL82</w:t>
      </w:r>
      <w:r w:rsidRPr="000767E2">
        <w:rPr>
          <w:lang w:val="sv-SE"/>
        </w:rPr>
        <w:t>:Heb 10:22]]</w:t>
      </w:r>
      <w:r w:rsidRPr="000767E2">
        <w:rPr>
          <w:vertAlign w:val="superscript"/>
          <w:lang w:val="sv-SE"/>
        </w:rPr>
        <w:t>22</w:t>
      </w:r>
      <w:r w:rsidRPr="000767E2">
        <w:rPr>
          <w:lang w:val="sv-SE"/>
        </w:rPr>
        <w:t xml:space="preserve"> {{field-on:bible}}låt oss gå fram med sannfärdigt hjärta i trons fulla visshet, bestänkta i </w:t>
      </w:r>
      <w:r w:rsidRPr="000767E2">
        <w:rPr>
          <w:i/>
          <w:lang w:val="sv-SE"/>
        </w:rPr>
        <w:t>våra</w:t>
      </w:r>
      <w:r w:rsidRPr="000767E2">
        <w:rPr>
          <w:lang w:val="sv-SE"/>
        </w:rPr>
        <w:t xml:space="preserve"> hjärtan från ont samvete och badade </w:t>
      </w:r>
      <w:r w:rsidRPr="000767E2">
        <w:rPr>
          <w:i/>
          <w:lang w:val="sv-SE"/>
        </w:rPr>
        <w:t>till</w:t>
      </w:r>
      <w:r w:rsidRPr="000767E2">
        <w:rPr>
          <w:lang w:val="sv-SE"/>
        </w:rPr>
        <w:t xml:space="preserve"> kroppen med rent vatten.{{field-off:bible}} [[@</w:t>
      </w:r>
      <w:r w:rsidR="0096445B" w:rsidRPr="000767E2">
        <w:rPr>
          <w:lang w:val="sv-SE"/>
        </w:rPr>
        <w:t>BibleBIBEL82</w:t>
      </w:r>
      <w:r w:rsidRPr="000767E2">
        <w:rPr>
          <w:lang w:val="sv-SE"/>
        </w:rPr>
        <w:t>:Heb 10:23]]</w:t>
      </w:r>
      <w:r w:rsidRPr="000767E2">
        <w:rPr>
          <w:vertAlign w:val="superscript"/>
          <w:lang w:val="sv-SE"/>
        </w:rPr>
        <w:t>23</w:t>
      </w:r>
      <w:r w:rsidRPr="000767E2">
        <w:rPr>
          <w:lang w:val="sv-SE"/>
        </w:rPr>
        <w:t xml:space="preserve"> {{field-on:bible}}Låt oss hålla fast vid hoppets bekännelse oryggligt, för trofast </w:t>
      </w:r>
      <w:r w:rsidRPr="000767E2">
        <w:rPr>
          <w:i/>
          <w:lang w:val="sv-SE"/>
        </w:rPr>
        <w:t>är</w:t>
      </w:r>
      <w:r w:rsidRPr="000767E2">
        <w:rPr>
          <w:lang w:val="sv-SE"/>
        </w:rPr>
        <w:t xml:space="preserve"> han som har lovat.{{field-off:bible}} [[@</w:t>
      </w:r>
      <w:r w:rsidR="0096445B" w:rsidRPr="000767E2">
        <w:rPr>
          <w:lang w:val="sv-SE"/>
        </w:rPr>
        <w:t>BibleBIBEL82</w:t>
      </w:r>
      <w:r w:rsidRPr="000767E2">
        <w:rPr>
          <w:lang w:val="sv-SE"/>
        </w:rPr>
        <w:t>:Heb 10:24]]</w:t>
      </w:r>
      <w:r w:rsidRPr="000767E2">
        <w:rPr>
          <w:vertAlign w:val="superscript"/>
          <w:lang w:val="sv-SE"/>
        </w:rPr>
        <w:t>24</w:t>
      </w:r>
      <w:r w:rsidRPr="000767E2">
        <w:rPr>
          <w:lang w:val="sv-SE"/>
        </w:rPr>
        <w:t xml:space="preserve"> {{field-on:bible}}Och låt oss beakta varandra till uppeggande av kärlek och goda gärningar{{field-off:bible}} [[@</w:t>
      </w:r>
      <w:r w:rsidR="0096445B" w:rsidRPr="000767E2">
        <w:rPr>
          <w:lang w:val="sv-SE"/>
        </w:rPr>
        <w:t>BibleBIBEL82</w:t>
      </w:r>
      <w:r w:rsidRPr="000767E2">
        <w:rPr>
          <w:lang w:val="sv-SE"/>
        </w:rPr>
        <w:t>:Heb 10:25]]</w:t>
      </w:r>
      <w:r w:rsidRPr="000767E2">
        <w:rPr>
          <w:vertAlign w:val="superscript"/>
          <w:lang w:val="sv-SE"/>
        </w:rPr>
        <w:t>25</w:t>
      </w:r>
      <w:r w:rsidRPr="000767E2">
        <w:rPr>
          <w:lang w:val="sv-SE"/>
        </w:rPr>
        <w:t xml:space="preserve"> {{field-on:bible}}och inte överge vår egen samling, så som </w:t>
      </w:r>
      <w:r w:rsidRPr="000767E2">
        <w:rPr>
          <w:i/>
          <w:lang w:val="sv-SE"/>
        </w:rPr>
        <w:t>är</w:t>
      </w:r>
      <w:r w:rsidRPr="000767E2">
        <w:rPr>
          <w:lang w:val="sv-SE"/>
        </w:rPr>
        <w:t xml:space="preserve"> någras sed, utan uppmuntra. Och </w:t>
      </w:r>
      <w:r w:rsidRPr="000767E2">
        <w:rPr>
          <w:i/>
          <w:lang w:val="sv-SE"/>
        </w:rPr>
        <w:t>det</w:t>
      </w:r>
      <w:r w:rsidRPr="000767E2">
        <w:rPr>
          <w:lang w:val="sv-SE"/>
        </w:rPr>
        <w:t xml:space="preserve"> så mycket mer som ni ser dagen närma sig.{{field-off:bible}}</w:t>
      </w:r>
    </w:p>
    <w:p w14:paraId="363AEF2A" w14:textId="77777777" w:rsidR="00BA33AB" w:rsidRPr="000767E2" w:rsidRDefault="00000000">
      <w:pPr>
        <w:pStyle w:val="Rubrik3"/>
        <w:rPr>
          <w:lang w:val="sv-SE"/>
        </w:rPr>
      </w:pPr>
      <w:r w:rsidRPr="000767E2">
        <w:rPr>
          <w:lang w:val="sv-SE"/>
        </w:rPr>
        <w:t>Varning för att avfalla</w:t>
      </w:r>
    </w:p>
    <w:p w14:paraId="0DF5EA3E" w14:textId="5B61CF55" w:rsidR="00BA33AB" w:rsidRPr="000767E2" w:rsidRDefault="00000000">
      <w:pPr>
        <w:rPr>
          <w:lang w:val="sv-SE"/>
        </w:rPr>
      </w:pPr>
      <w:r w:rsidRPr="000767E2">
        <w:rPr>
          <w:lang w:val="sv-SE"/>
        </w:rPr>
        <w:t>[[@</w:t>
      </w:r>
      <w:r w:rsidR="0096445B" w:rsidRPr="000767E2">
        <w:rPr>
          <w:lang w:val="sv-SE"/>
        </w:rPr>
        <w:t>BibleBIBEL82</w:t>
      </w:r>
      <w:r w:rsidRPr="000767E2">
        <w:rPr>
          <w:lang w:val="sv-SE"/>
        </w:rPr>
        <w:t>:Heb 10:26]]</w:t>
      </w:r>
      <w:r w:rsidRPr="000767E2">
        <w:rPr>
          <w:vertAlign w:val="superscript"/>
          <w:lang w:val="sv-SE"/>
        </w:rPr>
        <w:t>26</w:t>
      </w:r>
      <w:r w:rsidRPr="000767E2">
        <w:rPr>
          <w:lang w:val="sv-SE"/>
        </w:rPr>
        <w:t xml:space="preserve"> {{field-on:bible}}För </w:t>
      </w:r>
      <w:r w:rsidRPr="000767E2">
        <w:rPr>
          <w:i/>
          <w:lang w:val="sv-SE"/>
        </w:rPr>
        <w:t>om</w:t>
      </w:r>
      <w:r w:rsidRPr="000767E2">
        <w:rPr>
          <w:lang w:val="sv-SE"/>
        </w:rPr>
        <w:t xml:space="preserve"> vi frivilligt syndar efter att ha fått insikten om sanningen kvarstår inte längre </w:t>
      </w:r>
      <w:r w:rsidRPr="000767E2">
        <w:rPr>
          <w:i/>
          <w:lang w:val="sv-SE"/>
        </w:rPr>
        <w:t>något</w:t>
      </w:r>
      <w:r w:rsidRPr="000767E2">
        <w:rPr>
          <w:lang w:val="sv-SE"/>
        </w:rPr>
        <w:t xml:space="preserve"> offer för synder,{{field-off:bible}} [[@</w:t>
      </w:r>
      <w:r w:rsidR="0096445B" w:rsidRPr="000767E2">
        <w:rPr>
          <w:lang w:val="sv-SE"/>
        </w:rPr>
        <w:t>BibleBIBEL82</w:t>
      </w:r>
      <w:r w:rsidRPr="000767E2">
        <w:rPr>
          <w:lang w:val="sv-SE"/>
        </w:rPr>
        <w:t>:Heb 10:27]]</w:t>
      </w:r>
      <w:r w:rsidRPr="000767E2">
        <w:rPr>
          <w:vertAlign w:val="superscript"/>
          <w:lang w:val="sv-SE"/>
        </w:rPr>
        <w:t>27</w:t>
      </w:r>
      <w:r w:rsidRPr="000767E2">
        <w:rPr>
          <w:lang w:val="sv-SE"/>
        </w:rPr>
        <w:t xml:space="preserve"> {{field-on:bible}}utan en fruktansvärd väntan på dom och eldens nit som kommer att förtära dem </w:t>
      </w:r>
      <w:r w:rsidRPr="000767E2">
        <w:rPr>
          <w:i/>
          <w:lang w:val="sv-SE"/>
        </w:rPr>
        <w:t>som är</w:t>
      </w:r>
      <w:r w:rsidRPr="000767E2">
        <w:rPr>
          <w:lang w:val="sv-SE"/>
        </w:rPr>
        <w:t xml:space="preserve"> emot.{{field-off:bible}} [[@</w:t>
      </w:r>
      <w:r w:rsidR="0096445B" w:rsidRPr="000767E2">
        <w:rPr>
          <w:lang w:val="sv-SE"/>
        </w:rPr>
        <w:t>BibleBIBEL82</w:t>
      </w:r>
      <w:r w:rsidRPr="000767E2">
        <w:rPr>
          <w:lang w:val="sv-SE"/>
        </w:rPr>
        <w:t>:Heb 10:28]]</w:t>
      </w:r>
      <w:r w:rsidRPr="000767E2">
        <w:rPr>
          <w:vertAlign w:val="superscript"/>
          <w:lang w:val="sv-SE"/>
        </w:rPr>
        <w:t>28</w:t>
      </w:r>
      <w:r w:rsidRPr="000767E2">
        <w:rPr>
          <w:lang w:val="sv-SE"/>
        </w:rPr>
        <w:t xml:space="preserve"> {{field-on:bible}}En som har avvisat Mose lag dör utan medlidande vid två eller tre vittnen.{{field-off:bible}} [[@</w:t>
      </w:r>
      <w:r w:rsidR="0096445B" w:rsidRPr="000767E2">
        <w:rPr>
          <w:lang w:val="sv-SE"/>
        </w:rPr>
        <w:t>BibleBIBEL82</w:t>
      </w:r>
      <w:r w:rsidRPr="000767E2">
        <w:rPr>
          <w:lang w:val="sv-SE"/>
        </w:rPr>
        <w:t>:Heb 10:29]]</w:t>
      </w:r>
      <w:r w:rsidRPr="000767E2">
        <w:rPr>
          <w:vertAlign w:val="superscript"/>
          <w:lang w:val="sv-SE"/>
        </w:rPr>
        <w:t>29</w:t>
      </w:r>
      <w:r w:rsidRPr="000767E2">
        <w:rPr>
          <w:lang w:val="sv-SE"/>
        </w:rPr>
        <w:t xml:space="preserve"> {{field-on:bible}}Hur mycket värre bestraffning, tänker ni er, ska den anses värd som har trampat ner Guds Son och ansett förbundsblodet oheligt, genom vilket han helgats, och skymfat nådens Ande?{{field-off:bible}} [[@</w:t>
      </w:r>
      <w:r w:rsidR="0096445B" w:rsidRPr="000767E2">
        <w:rPr>
          <w:lang w:val="sv-SE"/>
        </w:rPr>
        <w:t>BibleBIBEL82</w:t>
      </w:r>
      <w:r w:rsidRPr="000767E2">
        <w:rPr>
          <w:lang w:val="sv-SE"/>
        </w:rPr>
        <w:t>:Heb 10:30]]</w:t>
      </w:r>
      <w:r w:rsidRPr="000767E2">
        <w:rPr>
          <w:vertAlign w:val="superscript"/>
          <w:lang w:val="sv-SE"/>
        </w:rPr>
        <w:t>30</w:t>
      </w:r>
      <w:r w:rsidRPr="000767E2">
        <w:rPr>
          <w:lang w:val="sv-SE"/>
        </w:rPr>
        <w:t xml:space="preserve"> {{field-on:bible}}För vi känner honom som har sagt: Min </w:t>
      </w:r>
      <w:r w:rsidRPr="000767E2">
        <w:rPr>
          <w:i/>
          <w:lang w:val="sv-SE"/>
        </w:rPr>
        <w:t>är</w:t>
      </w:r>
      <w:r w:rsidRPr="000767E2">
        <w:rPr>
          <w:lang w:val="sv-SE"/>
        </w:rPr>
        <w:t xml:space="preserve"> rättskipningen, jag ska återgälda. Och åter: Herren ska döma sitt folk.{{field-off:bible}} [[@</w:t>
      </w:r>
      <w:r w:rsidR="0096445B" w:rsidRPr="000767E2">
        <w:rPr>
          <w:lang w:val="sv-SE"/>
        </w:rPr>
        <w:t>BibleBIBEL82</w:t>
      </w:r>
      <w:r w:rsidRPr="000767E2">
        <w:rPr>
          <w:lang w:val="sv-SE"/>
        </w:rPr>
        <w:t>:Heb 10:31]]</w:t>
      </w:r>
      <w:r w:rsidRPr="000767E2">
        <w:rPr>
          <w:vertAlign w:val="superscript"/>
          <w:lang w:val="sv-SE"/>
        </w:rPr>
        <w:t>31</w:t>
      </w:r>
      <w:r w:rsidRPr="000767E2">
        <w:rPr>
          <w:lang w:val="sv-SE"/>
        </w:rPr>
        <w:t xml:space="preserve"> {{field-on:bible}}Fruktansvärt </w:t>
      </w:r>
      <w:r w:rsidRPr="000767E2">
        <w:rPr>
          <w:i/>
          <w:lang w:val="sv-SE"/>
        </w:rPr>
        <w:t>är</w:t>
      </w:r>
      <w:r w:rsidRPr="000767E2">
        <w:rPr>
          <w:lang w:val="sv-SE"/>
        </w:rPr>
        <w:t xml:space="preserve"> att falla i levande Guds händer.{{field-off:bible}}</w:t>
      </w:r>
    </w:p>
    <w:p w14:paraId="2E27F7AF" w14:textId="468FF099" w:rsidR="00BA33AB" w:rsidRPr="000767E2" w:rsidRDefault="00000000">
      <w:pPr>
        <w:rPr>
          <w:lang w:val="sv-SE"/>
        </w:rPr>
      </w:pPr>
      <w:r w:rsidRPr="000767E2">
        <w:rPr>
          <w:lang w:val="sv-SE"/>
        </w:rPr>
        <w:t>[[@</w:t>
      </w:r>
      <w:r w:rsidR="0096445B" w:rsidRPr="000767E2">
        <w:rPr>
          <w:lang w:val="sv-SE"/>
        </w:rPr>
        <w:t>BibleBIBEL82</w:t>
      </w:r>
      <w:r w:rsidRPr="000767E2">
        <w:rPr>
          <w:lang w:val="sv-SE"/>
        </w:rPr>
        <w:t>:Heb 10:32]]</w:t>
      </w:r>
      <w:r w:rsidRPr="000767E2">
        <w:rPr>
          <w:vertAlign w:val="superscript"/>
          <w:lang w:val="sv-SE"/>
        </w:rPr>
        <w:t>32</w:t>
      </w:r>
      <w:r w:rsidRPr="000767E2">
        <w:rPr>
          <w:lang w:val="sv-SE"/>
        </w:rPr>
        <w:t xml:space="preserve"> {{field-on:bible}}Men </w:t>
      </w:r>
      <w:r w:rsidRPr="000767E2">
        <w:rPr>
          <w:i/>
          <w:lang w:val="sv-SE"/>
        </w:rPr>
        <w:t>låt er</w:t>
      </w:r>
      <w:r w:rsidRPr="000767E2">
        <w:rPr>
          <w:lang w:val="sv-SE"/>
        </w:rPr>
        <w:t xml:space="preserve"> påminnas om de tidigare dagarna, under vilka ni upplysta höll ut i mycket kamp med lidanden,{{field-off:bible}} [[@</w:t>
      </w:r>
      <w:r w:rsidR="0096445B" w:rsidRPr="000767E2">
        <w:rPr>
          <w:lang w:val="sv-SE"/>
        </w:rPr>
        <w:t>BibleBIBEL82</w:t>
      </w:r>
      <w:r w:rsidRPr="000767E2">
        <w:rPr>
          <w:lang w:val="sv-SE"/>
        </w:rPr>
        <w:t>:Heb 10:33]]</w:t>
      </w:r>
      <w:r w:rsidRPr="000767E2">
        <w:rPr>
          <w:vertAlign w:val="superscript"/>
          <w:lang w:val="sv-SE"/>
        </w:rPr>
        <w:t>33</w:t>
      </w:r>
      <w:r w:rsidRPr="000767E2">
        <w:rPr>
          <w:lang w:val="sv-SE"/>
        </w:rPr>
        <w:t xml:space="preserve"> {{field-on:bible}}när ni med kritik och vedermödor dels blev gjorda till åtlöje och dels delaktiga med dem mot vilka man agerade så.{{field-off:bible}} [[@</w:t>
      </w:r>
      <w:r w:rsidR="0096445B" w:rsidRPr="000767E2">
        <w:rPr>
          <w:lang w:val="sv-SE"/>
        </w:rPr>
        <w:t>BibleBIBEL82</w:t>
      </w:r>
      <w:r w:rsidRPr="000767E2">
        <w:rPr>
          <w:lang w:val="sv-SE"/>
        </w:rPr>
        <w:t>:Heb 10:34]]</w:t>
      </w:r>
      <w:r w:rsidRPr="000767E2">
        <w:rPr>
          <w:vertAlign w:val="superscript"/>
          <w:lang w:val="sv-SE"/>
        </w:rPr>
        <w:t>34</w:t>
      </w:r>
      <w:r w:rsidRPr="000767E2">
        <w:rPr>
          <w:lang w:val="sv-SE"/>
        </w:rPr>
        <w:t xml:space="preserve"> {{field-on:bible}}För även med fångarna sympatiserade ni, och roffandet av det som var ert välkomnade ni med glädje, då ni visste er själva ha en bättre tillhörighet, och bestående.{{field-off:bible}}</w:t>
      </w:r>
    </w:p>
    <w:p w14:paraId="4E55C007" w14:textId="696E8D01" w:rsidR="00BA33AB" w:rsidRPr="000767E2" w:rsidRDefault="00000000">
      <w:pPr>
        <w:rPr>
          <w:lang w:val="sv-SE"/>
        </w:rPr>
      </w:pPr>
      <w:r w:rsidRPr="000767E2">
        <w:rPr>
          <w:lang w:val="sv-SE"/>
        </w:rPr>
        <w:t>[[@</w:t>
      </w:r>
      <w:r w:rsidR="0096445B" w:rsidRPr="000767E2">
        <w:rPr>
          <w:lang w:val="sv-SE"/>
        </w:rPr>
        <w:t>BibleBIBEL82</w:t>
      </w:r>
      <w:r w:rsidRPr="000767E2">
        <w:rPr>
          <w:lang w:val="sv-SE"/>
        </w:rPr>
        <w:t>:Heb 10:35]]</w:t>
      </w:r>
      <w:r w:rsidRPr="000767E2">
        <w:rPr>
          <w:vertAlign w:val="superscript"/>
          <w:lang w:val="sv-SE"/>
        </w:rPr>
        <w:t>35</w:t>
      </w:r>
      <w:r w:rsidRPr="000767E2">
        <w:rPr>
          <w:lang w:val="sv-SE"/>
        </w:rPr>
        <w:t xml:space="preserve"> {{field-on:bible}}Kasta då inte bort er frimodighet. Den har stor löning.{{field-off:bible}} [[@</w:t>
      </w:r>
      <w:r w:rsidR="0096445B" w:rsidRPr="000767E2">
        <w:rPr>
          <w:lang w:val="sv-SE"/>
        </w:rPr>
        <w:t>BibleBIBEL82</w:t>
      </w:r>
      <w:r w:rsidRPr="000767E2">
        <w:rPr>
          <w:lang w:val="sv-SE"/>
        </w:rPr>
        <w:t>:Heb 10:36]]</w:t>
      </w:r>
      <w:r w:rsidRPr="000767E2">
        <w:rPr>
          <w:vertAlign w:val="superscript"/>
          <w:lang w:val="sv-SE"/>
        </w:rPr>
        <w:t>36</w:t>
      </w:r>
      <w:r w:rsidRPr="000767E2">
        <w:rPr>
          <w:lang w:val="sv-SE"/>
        </w:rPr>
        <w:t xml:space="preserve"> {{field-on:bible}}För uthållighet har ni behov av, för att göra Guds vilja och få ut löftet.{{field-off:bible}} [[@</w:t>
      </w:r>
      <w:r w:rsidR="0096445B" w:rsidRPr="000767E2">
        <w:rPr>
          <w:lang w:val="sv-SE"/>
        </w:rPr>
        <w:t>BibleBIBEL82</w:t>
      </w:r>
      <w:r w:rsidRPr="000767E2">
        <w:rPr>
          <w:lang w:val="sv-SE"/>
        </w:rPr>
        <w:t>:Heb 10:37]]</w:t>
      </w:r>
      <w:r w:rsidRPr="000767E2">
        <w:rPr>
          <w:vertAlign w:val="superscript"/>
          <w:lang w:val="sv-SE"/>
        </w:rPr>
        <w:t>37</w:t>
      </w:r>
      <w:r w:rsidRPr="000767E2">
        <w:rPr>
          <w:lang w:val="sv-SE"/>
        </w:rPr>
        <w:t xml:space="preserve"> {{field-on:bible}}För:{{field-off:bible}}</w:t>
      </w:r>
    </w:p>
    <w:p w14:paraId="4AB4A303" w14:textId="779BFB93" w:rsidR="00BA33AB" w:rsidRPr="000767E2" w:rsidRDefault="00000000">
      <w:pPr>
        <w:rPr>
          <w:lang w:val="sv-SE"/>
        </w:rPr>
      </w:pPr>
      <w:r w:rsidRPr="000767E2">
        <w:rPr>
          <w:lang w:val="sv-SE"/>
        </w:rPr>
        <w:t xml:space="preserve">{{field-on:bible}}Ännu en så, så liten </w:t>
      </w:r>
      <w:r w:rsidRPr="000767E2">
        <w:rPr>
          <w:i/>
          <w:lang w:val="sv-SE"/>
        </w:rPr>
        <w:t>tid</w:t>
      </w:r>
      <w:r w:rsidRPr="000767E2">
        <w:rPr>
          <w:lang w:val="sv-SE"/>
        </w:rPr>
        <w:t>,</w:t>
      </w:r>
      <w:r w:rsidRPr="000767E2">
        <w:rPr>
          <w:lang w:val="sv-SE"/>
        </w:rPr>
        <w:br/>
      </w:r>
      <w:r w:rsidRPr="000767E2">
        <w:rPr>
          <w:i/>
          <w:lang w:val="sv-SE"/>
        </w:rPr>
        <w:t>och</w:t>
      </w:r>
      <w:r w:rsidRPr="000767E2">
        <w:rPr>
          <w:lang w:val="sv-SE"/>
        </w:rPr>
        <w:t xml:space="preserve"> han som kommer ska komma och inte dröja.{{field-off:bible}}</w:t>
      </w:r>
      <w:r w:rsidRPr="000767E2">
        <w:rPr>
          <w:lang w:val="sv-SE"/>
        </w:rPr>
        <w:br/>
        <w:t>[[@</w:t>
      </w:r>
      <w:r w:rsidR="0096445B" w:rsidRPr="000767E2">
        <w:rPr>
          <w:lang w:val="sv-SE"/>
        </w:rPr>
        <w:t>BibleBIBEL82</w:t>
      </w:r>
      <w:r w:rsidRPr="000767E2">
        <w:rPr>
          <w:lang w:val="sv-SE"/>
        </w:rPr>
        <w:t>:Heb 10:38]]</w:t>
      </w:r>
      <w:r w:rsidRPr="000767E2">
        <w:rPr>
          <w:vertAlign w:val="superscript"/>
          <w:lang w:val="sv-SE"/>
        </w:rPr>
        <w:t>38</w:t>
      </w:r>
      <w:r w:rsidRPr="000767E2">
        <w:rPr>
          <w:lang w:val="sv-SE"/>
        </w:rPr>
        <w:t xml:space="preserve"> {{field-on:bible}}Men min rättfärdige av tro ska leva.</w:t>
      </w:r>
      <w:r w:rsidRPr="000767E2">
        <w:rPr>
          <w:lang w:val="sv-SE"/>
        </w:rPr>
        <w:br/>
        <w:t>Och om han skyggar undan,</w:t>
      </w:r>
      <w:r w:rsidRPr="000767E2">
        <w:rPr>
          <w:lang w:val="sv-SE"/>
        </w:rPr>
        <w:br/>
        <w:t>finner inte min själ behag i honom.{{field-off:bible}}</w:t>
      </w:r>
    </w:p>
    <w:p w14:paraId="0EDE7519" w14:textId="7F1C3C28" w:rsidR="00BA33AB" w:rsidRPr="000767E2" w:rsidRDefault="00000000">
      <w:pPr>
        <w:rPr>
          <w:lang w:val="sv-SE"/>
        </w:rPr>
      </w:pPr>
      <w:r w:rsidRPr="000767E2">
        <w:rPr>
          <w:lang w:val="sv-SE"/>
        </w:rPr>
        <w:t>[[@</w:t>
      </w:r>
      <w:r w:rsidR="0096445B" w:rsidRPr="000767E2">
        <w:rPr>
          <w:lang w:val="sv-SE"/>
        </w:rPr>
        <w:t>BibleBIBEL82</w:t>
      </w:r>
      <w:r w:rsidRPr="000767E2">
        <w:rPr>
          <w:lang w:val="sv-SE"/>
        </w:rPr>
        <w:t>:Heb 10:39]]</w:t>
      </w:r>
      <w:r w:rsidRPr="000767E2">
        <w:rPr>
          <w:vertAlign w:val="superscript"/>
          <w:lang w:val="sv-SE"/>
        </w:rPr>
        <w:t>39</w:t>
      </w:r>
      <w:r w:rsidRPr="000767E2">
        <w:rPr>
          <w:lang w:val="sv-SE"/>
        </w:rPr>
        <w:t xml:space="preserve"> {{field-on:bible}}Men vi är inte av skyggande till fördärv, utan av tro till själens förvärv.{{field-off:bible}}</w:t>
      </w:r>
    </w:p>
    <w:p w14:paraId="073EECBE" w14:textId="2D6DF248"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:Heb 11]]Kapitel 11</w:t>
      </w:r>
    </w:p>
    <w:p w14:paraId="140CF265" w14:textId="77777777" w:rsidR="00BA33AB" w:rsidRPr="000767E2" w:rsidRDefault="00000000">
      <w:pPr>
        <w:pStyle w:val="Rubrik3"/>
        <w:rPr>
          <w:lang w:val="sv-SE"/>
        </w:rPr>
      </w:pPr>
      <w:r w:rsidRPr="000767E2">
        <w:rPr>
          <w:lang w:val="sv-SE"/>
        </w:rPr>
        <w:t>Trons hjältar</w:t>
      </w:r>
    </w:p>
    <w:p w14:paraId="4FBBB71A" w14:textId="2D327D39" w:rsidR="00BA33AB" w:rsidRPr="000767E2" w:rsidRDefault="00000000">
      <w:pPr>
        <w:rPr>
          <w:lang w:val="sv-SE"/>
        </w:rPr>
      </w:pPr>
      <w:r w:rsidRPr="000767E2">
        <w:rPr>
          <w:lang w:val="sv-SE"/>
        </w:rPr>
        <w:t>[[@</w:t>
      </w:r>
      <w:r w:rsidR="0096445B" w:rsidRPr="000767E2">
        <w:rPr>
          <w:lang w:val="sv-SE"/>
        </w:rPr>
        <w:t>BibleBIBEL82</w:t>
      </w:r>
      <w:r w:rsidRPr="000767E2">
        <w:rPr>
          <w:lang w:val="sv-SE"/>
        </w:rPr>
        <w:t>:Heb 11:1]]</w:t>
      </w:r>
      <w:r w:rsidRPr="000767E2">
        <w:rPr>
          <w:vertAlign w:val="superscript"/>
          <w:lang w:val="sv-SE"/>
        </w:rPr>
        <w:t>1</w:t>
      </w:r>
      <w:r w:rsidRPr="000767E2">
        <w:rPr>
          <w:lang w:val="sv-SE"/>
        </w:rPr>
        <w:t xml:space="preserve"> {{field-on:bible}}Och tro är en tillförsikt om vad </w:t>
      </w:r>
      <w:r w:rsidRPr="000767E2">
        <w:rPr>
          <w:i/>
          <w:lang w:val="sv-SE"/>
        </w:rPr>
        <w:t>man</w:t>
      </w:r>
      <w:r w:rsidRPr="000767E2">
        <w:rPr>
          <w:lang w:val="sv-SE"/>
        </w:rPr>
        <w:t xml:space="preserve"> hoppas, en överbevisning om ting som inte ses.{{field-off:bible}} [[@</w:t>
      </w:r>
      <w:r w:rsidR="0096445B" w:rsidRPr="000767E2">
        <w:rPr>
          <w:lang w:val="sv-SE"/>
        </w:rPr>
        <w:t>BibleBIBEL82</w:t>
      </w:r>
      <w:r w:rsidRPr="000767E2">
        <w:rPr>
          <w:lang w:val="sv-SE"/>
        </w:rPr>
        <w:t>:Heb 11:2]]</w:t>
      </w:r>
      <w:r w:rsidRPr="000767E2">
        <w:rPr>
          <w:vertAlign w:val="superscript"/>
          <w:lang w:val="sv-SE"/>
        </w:rPr>
        <w:t>2</w:t>
      </w:r>
      <w:r w:rsidRPr="000767E2">
        <w:rPr>
          <w:lang w:val="sv-SE"/>
        </w:rPr>
        <w:t xml:space="preserve"> {{field-on:bible}}För i den blev de äldste omvittnade.{{field-off:bible}} [[@</w:t>
      </w:r>
      <w:r w:rsidR="0096445B" w:rsidRPr="000767E2">
        <w:rPr>
          <w:lang w:val="sv-SE"/>
        </w:rPr>
        <w:t>BibleBIBEL82</w:t>
      </w:r>
      <w:r w:rsidRPr="000767E2">
        <w:rPr>
          <w:lang w:val="sv-SE"/>
        </w:rPr>
        <w:t>:Heb 11:3]]</w:t>
      </w:r>
      <w:r w:rsidRPr="000767E2">
        <w:rPr>
          <w:vertAlign w:val="superscript"/>
          <w:lang w:val="sv-SE"/>
        </w:rPr>
        <w:t>3</w:t>
      </w:r>
      <w:r w:rsidRPr="000767E2">
        <w:rPr>
          <w:lang w:val="sv-SE"/>
        </w:rPr>
        <w:t xml:space="preserve"> {{field-on:bible}}I tro fattar vi att eonerna har förfärdigats genom Guds ord, så att det som ses inte har blivit till av </w:t>
      </w:r>
      <w:r w:rsidRPr="000767E2">
        <w:rPr>
          <w:i/>
          <w:lang w:val="sv-SE"/>
        </w:rPr>
        <w:t>något</w:t>
      </w:r>
      <w:r w:rsidRPr="000767E2">
        <w:rPr>
          <w:lang w:val="sv-SE"/>
        </w:rPr>
        <w:t xml:space="preserve"> som syns.{{field-off:bible}}</w:t>
      </w:r>
    </w:p>
    <w:p w14:paraId="6F6C32F0" w14:textId="21B567AD" w:rsidR="00BA33AB" w:rsidRPr="000767E2" w:rsidRDefault="00000000">
      <w:pPr>
        <w:rPr>
          <w:lang w:val="sv-SE"/>
        </w:rPr>
      </w:pPr>
      <w:r w:rsidRPr="000767E2">
        <w:rPr>
          <w:lang w:val="sv-SE"/>
        </w:rPr>
        <w:t>[[@</w:t>
      </w:r>
      <w:r w:rsidR="0096445B" w:rsidRPr="000767E2">
        <w:rPr>
          <w:lang w:val="sv-SE"/>
        </w:rPr>
        <w:t>BibleBIBEL82</w:t>
      </w:r>
      <w:r w:rsidRPr="000767E2">
        <w:rPr>
          <w:lang w:val="sv-SE"/>
        </w:rPr>
        <w:t>:Heb 11:4]]</w:t>
      </w:r>
      <w:r w:rsidRPr="000767E2">
        <w:rPr>
          <w:vertAlign w:val="superscript"/>
          <w:lang w:val="sv-SE"/>
        </w:rPr>
        <w:t>4</w:t>
      </w:r>
      <w:r w:rsidRPr="000767E2">
        <w:rPr>
          <w:lang w:val="sv-SE"/>
        </w:rPr>
        <w:t xml:space="preserve"> {{field-on:bible}}I tro </w:t>
      </w:r>
      <w:r w:rsidRPr="000767E2">
        <w:rPr>
          <w:i/>
          <w:lang w:val="sv-SE"/>
        </w:rPr>
        <w:t>var det</w:t>
      </w:r>
      <w:r w:rsidRPr="000767E2">
        <w:rPr>
          <w:lang w:val="sv-SE"/>
        </w:rPr>
        <w:t xml:space="preserve"> ett större offer Abel frambar än Kain åt Gud. Genom den blev han omvittnad vara rättfärdig, när Gud själv vittnade om hans äregåvor. Och genom den, </w:t>
      </w:r>
      <w:r w:rsidRPr="000767E2">
        <w:rPr>
          <w:i/>
          <w:lang w:val="sv-SE"/>
        </w:rPr>
        <w:t>fastän</w:t>
      </w:r>
      <w:r w:rsidRPr="000767E2">
        <w:rPr>
          <w:lang w:val="sv-SE"/>
        </w:rPr>
        <w:t xml:space="preserve"> han dött, talar han ännu.{{field-off:bible}}</w:t>
      </w:r>
    </w:p>
    <w:p w14:paraId="24EB20DE" w14:textId="40321064" w:rsidR="00BA33AB" w:rsidRPr="000767E2" w:rsidRDefault="00000000">
      <w:pPr>
        <w:rPr>
          <w:lang w:val="sv-SE"/>
        </w:rPr>
      </w:pPr>
      <w:r w:rsidRPr="000767E2">
        <w:rPr>
          <w:lang w:val="sv-SE"/>
        </w:rPr>
        <w:t>[[@</w:t>
      </w:r>
      <w:r w:rsidR="0096445B" w:rsidRPr="000767E2">
        <w:rPr>
          <w:lang w:val="sv-SE"/>
        </w:rPr>
        <w:t>BibleBIBEL82</w:t>
      </w:r>
      <w:r w:rsidRPr="000767E2">
        <w:rPr>
          <w:lang w:val="sv-SE"/>
        </w:rPr>
        <w:t>:Heb 11:5]]</w:t>
      </w:r>
      <w:r w:rsidRPr="000767E2">
        <w:rPr>
          <w:vertAlign w:val="superscript"/>
          <w:lang w:val="sv-SE"/>
        </w:rPr>
        <w:t>5</w:t>
      </w:r>
      <w:r w:rsidRPr="000767E2">
        <w:rPr>
          <w:lang w:val="sv-SE"/>
        </w:rPr>
        <w:t xml:space="preserve"> {{field-on:bible}}I tro blev Henoch förflyttad för att inte se döden, och han blev inte funnen eftersom Gud hade förflyttat honom. För innan förflyttningen hade han omvittnats ha välbehagat Gud.{{field-off:bible}} [[@</w:t>
      </w:r>
      <w:r w:rsidR="0096445B" w:rsidRPr="000767E2">
        <w:rPr>
          <w:lang w:val="sv-SE"/>
        </w:rPr>
        <w:t>BibleBIBEL82</w:t>
      </w:r>
      <w:r w:rsidRPr="000767E2">
        <w:rPr>
          <w:lang w:val="sv-SE"/>
        </w:rPr>
        <w:t>:Heb 11:6]]</w:t>
      </w:r>
      <w:r w:rsidRPr="000767E2">
        <w:rPr>
          <w:vertAlign w:val="superscript"/>
          <w:lang w:val="sv-SE"/>
        </w:rPr>
        <w:t>6</w:t>
      </w:r>
      <w:r w:rsidRPr="000767E2">
        <w:rPr>
          <w:lang w:val="sv-SE"/>
        </w:rPr>
        <w:t xml:space="preserve"> {{field-on:bible}}Men utan tro </w:t>
      </w:r>
      <w:r w:rsidRPr="000767E2">
        <w:rPr>
          <w:i/>
          <w:lang w:val="sv-SE"/>
        </w:rPr>
        <w:t>är det</w:t>
      </w:r>
      <w:r w:rsidRPr="000767E2">
        <w:rPr>
          <w:lang w:val="sv-SE"/>
        </w:rPr>
        <w:t xml:space="preserve"> omöjligt att välbehaga. För den som kommer till Gud måste tro att han finns och för dem som söker honom blir en belönare.{{field-off:bible}}</w:t>
      </w:r>
    </w:p>
    <w:p w14:paraId="6B58ABE7" w14:textId="600D5414" w:rsidR="00BA33AB" w:rsidRPr="000767E2" w:rsidRDefault="00000000">
      <w:pPr>
        <w:rPr>
          <w:lang w:val="sv-SE"/>
        </w:rPr>
      </w:pPr>
      <w:r w:rsidRPr="000767E2">
        <w:rPr>
          <w:lang w:val="sv-SE"/>
        </w:rPr>
        <w:t>[[@</w:t>
      </w:r>
      <w:r w:rsidR="0096445B" w:rsidRPr="000767E2">
        <w:rPr>
          <w:lang w:val="sv-SE"/>
        </w:rPr>
        <w:t>BibleBIBEL82</w:t>
      </w:r>
      <w:r w:rsidRPr="000767E2">
        <w:rPr>
          <w:lang w:val="sv-SE"/>
        </w:rPr>
        <w:t>:Heb 11:7]]</w:t>
      </w:r>
      <w:r w:rsidRPr="000767E2">
        <w:rPr>
          <w:vertAlign w:val="superscript"/>
          <w:lang w:val="sv-SE"/>
        </w:rPr>
        <w:t>7</w:t>
      </w:r>
      <w:r w:rsidRPr="000767E2">
        <w:rPr>
          <w:lang w:val="sv-SE"/>
        </w:rPr>
        <w:t xml:space="preserve"> {{field-on:bible}}I tro var Noa, när han fick uppenbarelse om det som ännu inte sågs, vördsam och preparerade en ark till frälsning för sitt hus. Genom den fördömde han världen och blev arvinge till rättfärdigheten efter tro.{{field-off:bible}}</w:t>
      </w:r>
    </w:p>
    <w:p w14:paraId="43C7B328" w14:textId="73A56F8F" w:rsidR="00BA33AB" w:rsidRPr="000767E2" w:rsidRDefault="00000000">
      <w:pPr>
        <w:rPr>
          <w:lang w:val="sv-SE"/>
        </w:rPr>
      </w:pPr>
      <w:r w:rsidRPr="000767E2">
        <w:rPr>
          <w:lang w:val="sv-SE"/>
        </w:rPr>
        <w:t>[[@</w:t>
      </w:r>
      <w:r w:rsidR="0096445B" w:rsidRPr="000767E2">
        <w:rPr>
          <w:lang w:val="sv-SE"/>
        </w:rPr>
        <w:t>BibleBIBEL82</w:t>
      </w:r>
      <w:r w:rsidRPr="000767E2">
        <w:rPr>
          <w:lang w:val="sv-SE"/>
        </w:rPr>
        <w:t>:Heb 11:8]]</w:t>
      </w:r>
      <w:r w:rsidRPr="000767E2">
        <w:rPr>
          <w:vertAlign w:val="superscript"/>
          <w:lang w:val="sv-SE"/>
        </w:rPr>
        <w:t>8</w:t>
      </w:r>
      <w:r w:rsidRPr="000767E2">
        <w:rPr>
          <w:lang w:val="sv-SE"/>
        </w:rPr>
        <w:t xml:space="preserve"> {{field-on:bible}}I tro hörsammade Abraham, när han blev kallad, att gå ut till en plats som han skulle få till arv. Och han gick ut, utan att veta vart han kommer.{{field-off:bible}} [[@</w:t>
      </w:r>
      <w:r w:rsidR="0096445B" w:rsidRPr="000767E2">
        <w:rPr>
          <w:lang w:val="sv-SE"/>
        </w:rPr>
        <w:t>BibleBIBEL82</w:t>
      </w:r>
      <w:r w:rsidRPr="000767E2">
        <w:rPr>
          <w:lang w:val="sv-SE"/>
        </w:rPr>
        <w:t>:Heb 11:9]]</w:t>
      </w:r>
      <w:r w:rsidRPr="000767E2">
        <w:rPr>
          <w:vertAlign w:val="superscript"/>
          <w:lang w:val="sv-SE"/>
        </w:rPr>
        <w:t>9</w:t>
      </w:r>
      <w:r w:rsidRPr="000767E2">
        <w:rPr>
          <w:lang w:val="sv-SE"/>
        </w:rPr>
        <w:t xml:space="preserve"> {{field-on:bible}}I tro vistades han i löftets land som </w:t>
      </w:r>
      <w:r w:rsidRPr="000767E2">
        <w:rPr>
          <w:i/>
          <w:lang w:val="sv-SE"/>
        </w:rPr>
        <w:t>i</w:t>
      </w:r>
      <w:r w:rsidRPr="000767E2">
        <w:rPr>
          <w:lang w:val="sv-SE"/>
        </w:rPr>
        <w:t xml:space="preserve"> ett främmande och bodde i tält med Isaak och Jakob, medarvingarna till samma löfte.{{field-off:bible}} [[@</w:t>
      </w:r>
      <w:r w:rsidR="0096445B" w:rsidRPr="000767E2">
        <w:rPr>
          <w:lang w:val="sv-SE"/>
        </w:rPr>
        <w:t>BibleBIBEL82</w:t>
      </w:r>
      <w:r w:rsidRPr="000767E2">
        <w:rPr>
          <w:lang w:val="sv-SE"/>
        </w:rPr>
        <w:t>:Heb 11:10]]</w:t>
      </w:r>
      <w:r w:rsidRPr="000767E2">
        <w:rPr>
          <w:vertAlign w:val="superscript"/>
          <w:lang w:val="sv-SE"/>
        </w:rPr>
        <w:t>10</w:t>
      </w:r>
      <w:r w:rsidRPr="000767E2">
        <w:rPr>
          <w:lang w:val="sv-SE"/>
        </w:rPr>
        <w:t xml:space="preserve"> {{field-on:bible}}För han väntade på staden som har grundvalarna, vars hantverkare och kreatör </w:t>
      </w:r>
      <w:r w:rsidRPr="000767E2">
        <w:rPr>
          <w:i/>
          <w:lang w:val="sv-SE"/>
        </w:rPr>
        <w:t>är</w:t>
      </w:r>
      <w:r w:rsidRPr="000767E2">
        <w:rPr>
          <w:lang w:val="sv-SE"/>
        </w:rPr>
        <w:t xml:space="preserve"> Gud.{{field-off:bible}}</w:t>
      </w:r>
    </w:p>
    <w:p w14:paraId="5F30D148" w14:textId="237342D9" w:rsidR="00BA33AB" w:rsidRPr="000767E2" w:rsidRDefault="00000000">
      <w:pPr>
        <w:rPr>
          <w:lang w:val="sv-SE"/>
        </w:rPr>
      </w:pPr>
      <w:r w:rsidRPr="000767E2">
        <w:rPr>
          <w:lang w:val="sv-SE"/>
        </w:rPr>
        <w:t>[[@</w:t>
      </w:r>
      <w:r w:rsidR="0096445B" w:rsidRPr="000767E2">
        <w:rPr>
          <w:lang w:val="sv-SE"/>
        </w:rPr>
        <w:t>BibleBIBEL82</w:t>
      </w:r>
      <w:r w:rsidRPr="000767E2">
        <w:rPr>
          <w:lang w:val="sv-SE"/>
        </w:rPr>
        <w:t>:Heb 11:11]]</w:t>
      </w:r>
      <w:r w:rsidRPr="000767E2">
        <w:rPr>
          <w:vertAlign w:val="superscript"/>
          <w:lang w:val="sv-SE"/>
        </w:rPr>
        <w:t>11</w:t>
      </w:r>
      <w:r w:rsidRPr="000767E2">
        <w:rPr>
          <w:lang w:val="sv-SE"/>
        </w:rPr>
        <w:t xml:space="preserve"> {{field-on:bible}}I tro fick även Sara själv, ofruktsam, kraft till grundläggande av säd </w:t>
      </w:r>
      <w:r w:rsidRPr="000767E2">
        <w:rPr>
          <w:i/>
          <w:lang w:val="sv-SE"/>
        </w:rPr>
        <w:t>till</w:t>
      </w:r>
      <w:r w:rsidRPr="000767E2">
        <w:rPr>
          <w:lang w:val="sv-SE"/>
        </w:rPr>
        <w:t xml:space="preserve"> och </w:t>
      </w:r>
      <w:r w:rsidRPr="000767E2">
        <w:rPr>
          <w:i/>
          <w:lang w:val="sv-SE"/>
        </w:rPr>
        <w:t>med</w:t>
      </w:r>
      <w:r w:rsidRPr="000767E2">
        <w:rPr>
          <w:lang w:val="sv-SE"/>
        </w:rPr>
        <w:t xml:space="preserve"> förbi ålderns tid, då hon ansåg honom </w:t>
      </w:r>
      <w:r w:rsidRPr="000767E2">
        <w:rPr>
          <w:i/>
          <w:lang w:val="sv-SE"/>
        </w:rPr>
        <w:t>vara</w:t>
      </w:r>
      <w:r w:rsidRPr="000767E2">
        <w:rPr>
          <w:lang w:val="sv-SE"/>
        </w:rPr>
        <w:t xml:space="preserve"> trofast som hade lovat.{{field-off:bible}} [[@</w:t>
      </w:r>
      <w:r w:rsidR="0096445B" w:rsidRPr="000767E2">
        <w:rPr>
          <w:lang w:val="sv-SE"/>
        </w:rPr>
        <w:t>BibleBIBEL82</w:t>
      </w:r>
      <w:r w:rsidRPr="000767E2">
        <w:rPr>
          <w:lang w:val="sv-SE"/>
        </w:rPr>
        <w:t>:Heb 11:12]]</w:t>
      </w:r>
      <w:r w:rsidRPr="000767E2">
        <w:rPr>
          <w:vertAlign w:val="superscript"/>
          <w:lang w:val="sv-SE"/>
        </w:rPr>
        <w:t>12</w:t>
      </w:r>
      <w:r w:rsidRPr="000767E2">
        <w:rPr>
          <w:lang w:val="sv-SE"/>
        </w:rPr>
        <w:t xml:space="preserve"> {{field-on:bible}}Därför avlades också av en </w:t>
      </w:r>
      <w:r w:rsidRPr="000767E2">
        <w:rPr>
          <w:i/>
          <w:lang w:val="sv-SE"/>
        </w:rPr>
        <w:t>enda</w:t>
      </w:r>
      <w:r w:rsidRPr="000767E2">
        <w:rPr>
          <w:lang w:val="sv-SE"/>
        </w:rPr>
        <w:t xml:space="preserve"> </w:t>
      </w:r>
      <w:r w:rsidRPr="000767E2">
        <w:rPr>
          <w:i/>
          <w:lang w:val="sv-SE"/>
        </w:rPr>
        <w:t>man</w:t>
      </w:r>
      <w:r w:rsidRPr="000767E2">
        <w:rPr>
          <w:lang w:val="sv-SE"/>
        </w:rPr>
        <w:t>, och dessutom avdöd, så som himlens stjärnor i mängd och som sanden vid havets strand, den oräkneliga.{{field-off:bible}}</w:t>
      </w:r>
    </w:p>
    <w:p w14:paraId="6ED9A97F" w14:textId="5EE5B98F" w:rsidR="00BA33AB" w:rsidRPr="000767E2" w:rsidRDefault="00000000">
      <w:pPr>
        <w:rPr>
          <w:lang w:val="sv-SE"/>
        </w:rPr>
      </w:pPr>
      <w:r w:rsidRPr="000767E2">
        <w:rPr>
          <w:lang w:val="sv-SE"/>
        </w:rPr>
        <w:t>[[@</w:t>
      </w:r>
      <w:r w:rsidR="0096445B" w:rsidRPr="000767E2">
        <w:rPr>
          <w:lang w:val="sv-SE"/>
        </w:rPr>
        <w:t>BibleBIBEL82</w:t>
      </w:r>
      <w:r w:rsidRPr="000767E2">
        <w:rPr>
          <w:lang w:val="sv-SE"/>
        </w:rPr>
        <w:t>:Heb 11:13]]</w:t>
      </w:r>
      <w:r w:rsidRPr="000767E2">
        <w:rPr>
          <w:vertAlign w:val="superscript"/>
          <w:lang w:val="sv-SE"/>
        </w:rPr>
        <w:t>13</w:t>
      </w:r>
      <w:r w:rsidRPr="000767E2">
        <w:rPr>
          <w:lang w:val="sv-SE"/>
        </w:rPr>
        <w:t xml:space="preserve"> {{field-on:bible}}Med tro dog alla dessa, utan att ha </w:t>
      </w:r>
      <w:r w:rsidRPr="000767E2">
        <w:rPr>
          <w:i/>
          <w:lang w:val="sv-SE"/>
        </w:rPr>
        <w:t>fått</w:t>
      </w:r>
      <w:r w:rsidRPr="000767E2">
        <w:rPr>
          <w:lang w:val="sv-SE"/>
        </w:rPr>
        <w:t xml:space="preserve"> ta </w:t>
      </w:r>
      <w:r w:rsidRPr="000767E2">
        <w:rPr>
          <w:i/>
          <w:lang w:val="sv-SE"/>
        </w:rPr>
        <w:t>emot</w:t>
      </w:r>
      <w:r w:rsidRPr="000767E2">
        <w:rPr>
          <w:lang w:val="sv-SE"/>
        </w:rPr>
        <w:t xml:space="preserve"> löftena. Men fjärran ifrån hade de sett dem och hälsat och bekänt att de är främlingar och utlänningar på jorden.{{field-off:bible}} [[@</w:t>
      </w:r>
      <w:r w:rsidR="0096445B" w:rsidRPr="000767E2">
        <w:rPr>
          <w:lang w:val="sv-SE"/>
        </w:rPr>
        <w:t>BibleBIBEL82</w:t>
      </w:r>
      <w:r w:rsidRPr="000767E2">
        <w:rPr>
          <w:lang w:val="sv-SE"/>
        </w:rPr>
        <w:t>:Heb 11:14]]</w:t>
      </w:r>
      <w:r w:rsidRPr="000767E2">
        <w:rPr>
          <w:vertAlign w:val="superscript"/>
          <w:lang w:val="sv-SE"/>
        </w:rPr>
        <w:t>14</w:t>
      </w:r>
      <w:r w:rsidRPr="000767E2">
        <w:rPr>
          <w:lang w:val="sv-SE"/>
        </w:rPr>
        <w:t xml:space="preserve"> {{field-on:bible}}För de som säger sådant framvisar att </w:t>
      </w:r>
      <w:r w:rsidRPr="000767E2">
        <w:rPr>
          <w:i/>
          <w:lang w:val="sv-SE"/>
        </w:rPr>
        <w:t>det är</w:t>
      </w:r>
      <w:r w:rsidRPr="000767E2">
        <w:rPr>
          <w:lang w:val="sv-SE"/>
        </w:rPr>
        <w:t xml:space="preserve"> ett fäderneland de söker.{{field-off:bible}} [[@</w:t>
      </w:r>
      <w:r w:rsidR="0096445B" w:rsidRPr="000767E2">
        <w:rPr>
          <w:lang w:val="sv-SE"/>
        </w:rPr>
        <w:t>BibleBIBEL82</w:t>
      </w:r>
      <w:r w:rsidRPr="000767E2">
        <w:rPr>
          <w:lang w:val="sv-SE"/>
        </w:rPr>
        <w:t>:Heb 11:15]]</w:t>
      </w:r>
      <w:r w:rsidRPr="000767E2">
        <w:rPr>
          <w:vertAlign w:val="superscript"/>
          <w:lang w:val="sv-SE"/>
        </w:rPr>
        <w:t>15</w:t>
      </w:r>
      <w:r w:rsidRPr="000767E2">
        <w:rPr>
          <w:lang w:val="sv-SE"/>
        </w:rPr>
        <w:t xml:space="preserve"> {{field-on:bible}}Och om </w:t>
      </w:r>
      <w:r w:rsidRPr="000767E2">
        <w:rPr>
          <w:i/>
          <w:lang w:val="sv-SE"/>
        </w:rPr>
        <w:t>det var</w:t>
      </w:r>
      <w:r w:rsidRPr="000767E2">
        <w:rPr>
          <w:lang w:val="sv-SE"/>
        </w:rPr>
        <w:t xml:space="preserve"> detta de mindes från vilket de gått ut, hade de haft tillfälle att vända tillbaka.{{field-off:bible}} [[@</w:t>
      </w:r>
      <w:r w:rsidR="0096445B" w:rsidRPr="000767E2">
        <w:rPr>
          <w:lang w:val="sv-SE"/>
        </w:rPr>
        <w:t>BibleBIBEL82</w:t>
      </w:r>
      <w:r w:rsidRPr="000767E2">
        <w:rPr>
          <w:lang w:val="sv-SE"/>
        </w:rPr>
        <w:t>:Heb 11:16]]</w:t>
      </w:r>
      <w:r w:rsidRPr="000767E2">
        <w:rPr>
          <w:vertAlign w:val="superscript"/>
          <w:lang w:val="sv-SE"/>
        </w:rPr>
        <w:t>16</w:t>
      </w:r>
      <w:r w:rsidRPr="000767E2">
        <w:rPr>
          <w:lang w:val="sv-SE"/>
        </w:rPr>
        <w:t xml:space="preserve"> {{field-on:bible}}Men nu </w:t>
      </w:r>
      <w:r w:rsidRPr="000767E2">
        <w:rPr>
          <w:i/>
          <w:lang w:val="sv-SE"/>
        </w:rPr>
        <w:t>är det</w:t>
      </w:r>
      <w:r w:rsidRPr="000767E2">
        <w:rPr>
          <w:lang w:val="sv-SE"/>
        </w:rPr>
        <w:t xml:space="preserve"> ett bättre de eftertraktar, det </w:t>
      </w:r>
      <w:r w:rsidRPr="000767E2">
        <w:rPr>
          <w:i/>
          <w:lang w:val="sv-SE"/>
        </w:rPr>
        <w:t>vill säga</w:t>
      </w:r>
      <w:r w:rsidRPr="000767E2">
        <w:rPr>
          <w:lang w:val="sv-SE"/>
        </w:rPr>
        <w:t xml:space="preserve"> ett himmelskt. Därför skäms inte Gud för dem, att kallas deras Gud. För han har berett för dem en stad.{{field-off:bible}}</w:t>
      </w:r>
    </w:p>
    <w:p w14:paraId="2F484E05" w14:textId="0CACBBB7"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:Heb 11:17]]</w:t>
      </w:r>
      <w:r w:rsidRPr="000767E2">
        <w:rPr>
          <w:vertAlign w:val="superscript"/>
          <w:lang w:val="sv-SE"/>
        </w:rPr>
        <w:t>17</w:t>
      </w:r>
      <w:r w:rsidRPr="000767E2">
        <w:rPr>
          <w:lang w:val="sv-SE"/>
        </w:rPr>
        <w:t xml:space="preserve"> {{field-on:bible}}I tro har Abraham framburit Isaak när han blev prövad. Och den enfödde frambar han som hade mottagit löftena,{{field-off:bible}} [[@</w:t>
      </w:r>
      <w:r w:rsidR="0096445B" w:rsidRPr="000767E2">
        <w:rPr>
          <w:lang w:val="sv-SE"/>
        </w:rPr>
        <w:t>BibleBIBEL82</w:t>
      </w:r>
      <w:r w:rsidRPr="000767E2">
        <w:rPr>
          <w:lang w:val="sv-SE"/>
        </w:rPr>
        <w:t>:Heb 11:18]]</w:t>
      </w:r>
      <w:r w:rsidRPr="000767E2">
        <w:rPr>
          <w:vertAlign w:val="superscript"/>
          <w:lang w:val="sv-SE"/>
        </w:rPr>
        <w:t>18</w:t>
      </w:r>
      <w:r w:rsidRPr="000767E2">
        <w:rPr>
          <w:lang w:val="sv-SE"/>
        </w:rPr>
        <w:t xml:space="preserve"> {{field-on:bible}}han till vilken det talats att: Genom Isaak ska </w:t>
      </w:r>
      <w:r w:rsidRPr="000767E2">
        <w:rPr>
          <w:i/>
          <w:lang w:val="sv-SE"/>
        </w:rPr>
        <w:t>det</w:t>
      </w:r>
      <w:r w:rsidRPr="000767E2">
        <w:rPr>
          <w:lang w:val="sv-SE"/>
        </w:rPr>
        <w:t xml:space="preserve"> uppkallas åt dig säd,{{field-off:bible}} [[@</w:t>
      </w:r>
      <w:r w:rsidR="0096445B" w:rsidRPr="000767E2">
        <w:rPr>
          <w:lang w:val="sv-SE"/>
        </w:rPr>
        <w:t>BibleBIBEL82</w:t>
      </w:r>
      <w:r w:rsidRPr="000767E2">
        <w:rPr>
          <w:lang w:val="sv-SE"/>
        </w:rPr>
        <w:t>:Heb 11:19]]</w:t>
      </w:r>
      <w:r w:rsidRPr="000767E2">
        <w:rPr>
          <w:vertAlign w:val="superscript"/>
          <w:lang w:val="sv-SE"/>
        </w:rPr>
        <w:t>19</w:t>
      </w:r>
      <w:r w:rsidRPr="000767E2">
        <w:rPr>
          <w:lang w:val="sv-SE"/>
        </w:rPr>
        <w:t xml:space="preserve"> {{field-on:bible}}då han räknade att även från </w:t>
      </w:r>
      <w:r w:rsidRPr="000767E2">
        <w:rPr>
          <w:i/>
          <w:lang w:val="sv-SE"/>
        </w:rPr>
        <w:t>de</w:t>
      </w:r>
      <w:r w:rsidRPr="000767E2">
        <w:rPr>
          <w:lang w:val="sv-SE"/>
        </w:rPr>
        <w:t xml:space="preserve"> döda </w:t>
      </w:r>
      <w:r w:rsidRPr="000767E2">
        <w:rPr>
          <w:i/>
          <w:lang w:val="sv-SE"/>
        </w:rPr>
        <w:t>är</w:t>
      </w:r>
      <w:r w:rsidRPr="000767E2">
        <w:rPr>
          <w:lang w:val="sv-SE"/>
        </w:rPr>
        <w:t xml:space="preserve"> Gud mäktig att uppväcka – varifrån han också med en liknelse fick ut honom.{{field-off:bible}} [[@</w:t>
      </w:r>
      <w:r w:rsidR="0096445B" w:rsidRPr="000767E2">
        <w:rPr>
          <w:lang w:val="sv-SE"/>
        </w:rPr>
        <w:t>BibleBIBEL82</w:t>
      </w:r>
      <w:r w:rsidRPr="000767E2">
        <w:rPr>
          <w:lang w:val="sv-SE"/>
        </w:rPr>
        <w:t>:Heb 11:20]]</w:t>
      </w:r>
      <w:r w:rsidRPr="000767E2">
        <w:rPr>
          <w:vertAlign w:val="superscript"/>
          <w:lang w:val="sv-SE"/>
        </w:rPr>
        <w:t>20</w:t>
      </w:r>
      <w:r w:rsidRPr="000767E2">
        <w:rPr>
          <w:lang w:val="sv-SE"/>
        </w:rPr>
        <w:t xml:space="preserve"> {{field-on:bible}}I tro </w:t>
      </w:r>
      <w:r w:rsidRPr="000767E2">
        <w:rPr>
          <w:i/>
          <w:lang w:val="sv-SE"/>
        </w:rPr>
        <w:t>var det</w:t>
      </w:r>
      <w:r w:rsidRPr="000767E2">
        <w:rPr>
          <w:lang w:val="sv-SE"/>
        </w:rPr>
        <w:t xml:space="preserve"> också kring kommande </w:t>
      </w:r>
      <w:r w:rsidRPr="000767E2">
        <w:rPr>
          <w:i/>
          <w:lang w:val="sv-SE"/>
        </w:rPr>
        <w:t>ting</w:t>
      </w:r>
      <w:r w:rsidRPr="000767E2">
        <w:rPr>
          <w:lang w:val="sv-SE"/>
        </w:rPr>
        <w:t xml:space="preserve"> Isaak välsignade Jakob och Esau.{{field-off:bible}} [[@</w:t>
      </w:r>
      <w:r w:rsidR="0096445B" w:rsidRPr="000767E2">
        <w:rPr>
          <w:lang w:val="sv-SE"/>
        </w:rPr>
        <w:t>BibleBIBEL82</w:t>
      </w:r>
      <w:r w:rsidRPr="000767E2">
        <w:rPr>
          <w:lang w:val="sv-SE"/>
        </w:rPr>
        <w:t>:Heb 11:21]]</w:t>
      </w:r>
      <w:r w:rsidRPr="000767E2">
        <w:rPr>
          <w:vertAlign w:val="superscript"/>
          <w:lang w:val="sv-SE"/>
        </w:rPr>
        <w:t>21</w:t>
      </w:r>
      <w:r w:rsidRPr="000767E2">
        <w:rPr>
          <w:lang w:val="sv-SE"/>
        </w:rPr>
        <w:t xml:space="preserve"> {{field-on:bible}}I tro välsignade Jakob, när han dog, var och en av Josefs söner och tillbad över änden av sin stav.{{field-off:bible}} [[@</w:t>
      </w:r>
      <w:r w:rsidR="0096445B" w:rsidRPr="000767E2">
        <w:rPr>
          <w:lang w:val="sv-SE"/>
        </w:rPr>
        <w:t>BibleBIBEL82</w:t>
      </w:r>
      <w:r w:rsidRPr="000767E2">
        <w:rPr>
          <w:lang w:val="sv-SE"/>
        </w:rPr>
        <w:t>:Heb 11:22]]</w:t>
      </w:r>
      <w:r w:rsidRPr="000767E2">
        <w:rPr>
          <w:vertAlign w:val="superscript"/>
          <w:lang w:val="sv-SE"/>
        </w:rPr>
        <w:t>22</w:t>
      </w:r>
      <w:r w:rsidRPr="000767E2">
        <w:rPr>
          <w:lang w:val="sv-SE"/>
        </w:rPr>
        <w:t xml:space="preserve"> {{field-on:bible}}I tro minde Josef, när han avled, om uttåget för Israels söner och påbjöd om sina knotor.{{field-off:bible}}</w:t>
      </w:r>
    </w:p>
    <w:p w14:paraId="03E5EA6A" w14:textId="1F61B4D7" w:rsidR="00BA33AB" w:rsidRPr="000767E2" w:rsidRDefault="00000000">
      <w:pPr>
        <w:rPr>
          <w:lang w:val="sv-SE"/>
        </w:rPr>
      </w:pPr>
      <w:r w:rsidRPr="000767E2">
        <w:rPr>
          <w:lang w:val="sv-SE"/>
        </w:rPr>
        <w:t>[[@</w:t>
      </w:r>
      <w:r w:rsidR="0096445B" w:rsidRPr="000767E2">
        <w:rPr>
          <w:lang w:val="sv-SE"/>
        </w:rPr>
        <w:t>BibleBIBEL82</w:t>
      </w:r>
      <w:r w:rsidRPr="000767E2">
        <w:rPr>
          <w:lang w:val="sv-SE"/>
        </w:rPr>
        <w:t>:Heb 11:23]]</w:t>
      </w:r>
      <w:r w:rsidRPr="000767E2">
        <w:rPr>
          <w:vertAlign w:val="superscript"/>
          <w:lang w:val="sv-SE"/>
        </w:rPr>
        <w:t>23</w:t>
      </w:r>
      <w:r w:rsidRPr="000767E2">
        <w:rPr>
          <w:lang w:val="sv-SE"/>
        </w:rPr>
        <w:t xml:space="preserve"> {{field-on:bible}}I tro blev Mose, när han fötts, dold i tre månader av sina fäder, eftersom de såg </w:t>
      </w:r>
      <w:r w:rsidRPr="000767E2">
        <w:rPr>
          <w:i/>
          <w:lang w:val="sv-SE"/>
        </w:rPr>
        <w:t>att</w:t>
      </w:r>
      <w:r w:rsidRPr="000767E2">
        <w:rPr>
          <w:lang w:val="sv-SE"/>
        </w:rPr>
        <w:t xml:space="preserve"> barnet </w:t>
      </w:r>
      <w:r w:rsidRPr="000767E2">
        <w:rPr>
          <w:i/>
          <w:lang w:val="sv-SE"/>
        </w:rPr>
        <w:t>var</w:t>
      </w:r>
      <w:r w:rsidRPr="000767E2">
        <w:rPr>
          <w:lang w:val="sv-SE"/>
        </w:rPr>
        <w:t xml:space="preserve"> stiligt och inte fruktade kungens förordning.{{field-off:bible}} [[@</w:t>
      </w:r>
      <w:r w:rsidR="0096445B" w:rsidRPr="000767E2">
        <w:rPr>
          <w:lang w:val="sv-SE"/>
        </w:rPr>
        <w:t>BibleBIBEL82</w:t>
      </w:r>
      <w:r w:rsidRPr="000767E2">
        <w:rPr>
          <w:lang w:val="sv-SE"/>
        </w:rPr>
        <w:t>:Heb 11:24]]</w:t>
      </w:r>
      <w:r w:rsidRPr="000767E2">
        <w:rPr>
          <w:vertAlign w:val="superscript"/>
          <w:lang w:val="sv-SE"/>
        </w:rPr>
        <w:t>24</w:t>
      </w:r>
      <w:r w:rsidRPr="000767E2">
        <w:rPr>
          <w:lang w:val="sv-SE"/>
        </w:rPr>
        <w:t xml:space="preserve"> {{field-on:bible}}I tro nekade Mose, när han blivit stor, att kallas son till Faraos dotter{{field-off:bible}} [[@</w:t>
      </w:r>
      <w:r w:rsidR="0096445B" w:rsidRPr="000767E2">
        <w:rPr>
          <w:lang w:val="sv-SE"/>
        </w:rPr>
        <w:t>BibleBIBEL82</w:t>
      </w:r>
      <w:r w:rsidRPr="000767E2">
        <w:rPr>
          <w:lang w:val="sv-SE"/>
        </w:rPr>
        <w:t>:Heb 11:25]]</w:t>
      </w:r>
      <w:r w:rsidRPr="000767E2">
        <w:rPr>
          <w:vertAlign w:val="superscript"/>
          <w:lang w:val="sv-SE"/>
        </w:rPr>
        <w:t>25</w:t>
      </w:r>
      <w:r w:rsidRPr="000767E2">
        <w:rPr>
          <w:lang w:val="sv-SE"/>
        </w:rPr>
        <w:t xml:space="preserve"> {{field-on:bible}}och valde att hellre fara illa med Guds folk än ha en tillfällig förnöjelse av synd,{{field-off:bible}} [[@</w:t>
      </w:r>
      <w:r w:rsidR="0096445B" w:rsidRPr="000767E2">
        <w:rPr>
          <w:lang w:val="sv-SE"/>
        </w:rPr>
        <w:t>BibleBIBEL82</w:t>
      </w:r>
      <w:r w:rsidRPr="000767E2">
        <w:rPr>
          <w:lang w:val="sv-SE"/>
        </w:rPr>
        <w:t>:Heb 11:26]]</w:t>
      </w:r>
      <w:r w:rsidRPr="000767E2">
        <w:rPr>
          <w:vertAlign w:val="superscript"/>
          <w:lang w:val="sv-SE"/>
        </w:rPr>
        <w:t>26</w:t>
      </w:r>
      <w:r w:rsidRPr="000767E2">
        <w:rPr>
          <w:lang w:val="sv-SE"/>
        </w:rPr>
        <w:t xml:space="preserve"> {{field-on:bible}}då han ansåg </w:t>
      </w:r>
      <w:r w:rsidRPr="000767E2">
        <w:rPr>
          <w:i/>
          <w:lang w:val="sv-SE"/>
        </w:rPr>
        <w:t>som</w:t>
      </w:r>
      <w:r w:rsidRPr="000767E2">
        <w:rPr>
          <w:lang w:val="sv-SE"/>
        </w:rPr>
        <w:t xml:space="preserve"> en större rikedom än Egyptens skatter kritiken för Kristi skull. För han såg bort mot löningen.{{field-off:bible}} [[@</w:t>
      </w:r>
      <w:r w:rsidR="0096445B" w:rsidRPr="000767E2">
        <w:rPr>
          <w:lang w:val="sv-SE"/>
        </w:rPr>
        <w:t>BibleBIBEL82</w:t>
      </w:r>
      <w:r w:rsidRPr="000767E2">
        <w:rPr>
          <w:lang w:val="sv-SE"/>
        </w:rPr>
        <w:t>:Heb 11:27]]</w:t>
      </w:r>
      <w:r w:rsidRPr="000767E2">
        <w:rPr>
          <w:vertAlign w:val="superscript"/>
          <w:lang w:val="sv-SE"/>
        </w:rPr>
        <w:t>27</w:t>
      </w:r>
      <w:r w:rsidRPr="000767E2">
        <w:rPr>
          <w:lang w:val="sv-SE"/>
        </w:rPr>
        <w:t xml:space="preserve"> {{field-on:bible}}I tro lämnade han Egypten och fruktade inte kungens raseri, för han liksom såg den Osynlige och var ståndaktig.{{field-off:bible}} [[@</w:t>
      </w:r>
      <w:r w:rsidR="0096445B" w:rsidRPr="000767E2">
        <w:rPr>
          <w:lang w:val="sv-SE"/>
        </w:rPr>
        <w:t>BibleBIBEL82</w:t>
      </w:r>
      <w:r w:rsidRPr="000767E2">
        <w:rPr>
          <w:lang w:val="sv-SE"/>
        </w:rPr>
        <w:t>:Heb 11:28]]</w:t>
      </w:r>
      <w:r w:rsidRPr="000767E2">
        <w:rPr>
          <w:vertAlign w:val="superscript"/>
          <w:lang w:val="sv-SE"/>
        </w:rPr>
        <w:t>28</w:t>
      </w:r>
      <w:r w:rsidRPr="000767E2">
        <w:rPr>
          <w:lang w:val="sv-SE"/>
        </w:rPr>
        <w:t xml:space="preserve"> {{field-on:bible}}I tro har han gjort påsken och pågjutningen av blodet, för att inte den som utrotade det förstfödda skulle vidröra dem.{{field-off:bible}}</w:t>
      </w:r>
    </w:p>
    <w:p w14:paraId="265E9AC2" w14:textId="7525EF7A" w:rsidR="00BA33AB" w:rsidRPr="000767E2" w:rsidRDefault="00000000">
      <w:pPr>
        <w:rPr>
          <w:lang w:val="sv-SE"/>
        </w:rPr>
      </w:pPr>
      <w:r w:rsidRPr="000767E2">
        <w:rPr>
          <w:lang w:val="sv-SE"/>
        </w:rPr>
        <w:t>[[@</w:t>
      </w:r>
      <w:r w:rsidR="0096445B" w:rsidRPr="000767E2">
        <w:rPr>
          <w:lang w:val="sv-SE"/>
        </w:rPr>
        <w:t>BibleBIBEL82</w:t>
      </w:r>
      <w:r w:rsidRPr="000767E2">
        <w:rPr>
          <w:lang w:val="sv-SE"/>
        </w:rPr>
        <w:t>:Heb 11:29]]</w:t>
      </w:r>
      <w:r w:rsidRPr="000767E2">
        <w:rPr>
          <w:vertAlign w:val="superscript"/>
          <w:lang w:val="sv-SE"/>
        </w:rPr>
        <w:t>29</w:t>
      </w:r>
      <w:r w:rsidRPr="000767E2">
        <w:rPr>
          <w:lang w:val="sv-SE"/>
        </w:rPr>
        <w:t xml:space="preserve"> {{field-on:bible}}I tro gick de genom Röda havet som över torra land, vilket egyptierna tog </w:t>
      </w:r>
      <w:r w:rsidRPr="000767E2">
        <w:rPr>
          <w:i/>
          <w:lang w:val="sv-SE"/>
        </w:rPr>
        <w:t>sig</w:t>
      </w:r>
      <w:r w:rsidRPr="000767E2">
        <w:rPr>
          <w:lang w:val="sv-SE"/>
        </w:rPr>
        <w:t xml:space="preserve"> prov på och slukades.{{field-off:bible}} [[@</w:t>
      </w:r>
      <w:r w:rsidR="0096445B" w:rsidRPr="000767E2">
        <w:rPr>
          <w:lang w:val="sv-SE"/>
        </w:rPr>
        <w:t>BibleBIBEL82</w:t>
      </w:r>
      <w:r w:rsidRPr="000767E2">
        <w:rPr>
          <w:lang w:val="sv-SE"/>
        </w:rPr>
        <w:t>:Heb 11:30]]</w:t>
      </w:r>
      <w:r w:rsidRPr="000767E2">
        <w:rPr>
          <w:vertAlign w:val="superscript"/>
          <w:lang w:val="sv-SE"/>
        </w:rPr>
        <w:t>30</w:t>
      </w:r>
      <w:r w:rsidRPr="000767E2">
        <w:rPr>
          <w:lang w:val="sv-SE"/>
        </w:rPr>
        <w:t xml:space="preserve"> {{field-on:bible}}I tro föll Jerikos murar, omringade i sju dagar.{{field-off:bible}} [[@</w:t>
      </w:r>
      <w:r w:rsidR="0096445B" w:rsidRPr="000767E2">
        <w:rPr>
          <w:lang w:val="sv-SE"/>
        </w:rPr>
        <w:t>BibleBIBEL82</w:t>
      </w:r>
      <w:r w:rsidRPr="000767E2">
        <w:rPr>
          <w:lang w:val="sv-SE"/>
        </w:rPr>
        <w:t>:Heb 11:31]]</w:t>
      </w:r>
      <w:r w:rsidRPr="000767E2">
        <w:rPr>
          <w:vertAlign w:val="superscript"/>
          <w:lang w:val="sv-SE"/>
        </w:rPr>
        <w:t>31</w:t>
      </w:r>
      <w:r w:rsidRPr="000767E2">
        <w:rPr>
          <w:lang w:val="sv-SE"/>
        </w:rPr>
        <w:t xml:space="preserve"> {{field-on:bible}}I tro blev skökan Rahab inte förgjord med de ohörsamma, sedan hon välkomnat spejarna med frid.{{field-off:bible}}</w:t>
      </w:r>
    </w:p>
    <w:p w14:paraId="1663CB70" w14:textId="5B90B8EC" w:rsidR="00BA33AB" w:rsidRPr="000767E2" w:rsidRDefault="00000000">
      <w:pPr>
        <w:rPr>
          <w:lang w:val="sv-SE"/>
        </w:rPr>
      </w:pPr>
      <w:r w:rsidRPr="000767E2">
        <w:rPr>
          <w:lang w:val="sv-SE"/>
        </w:rPr>
        <w:t>[[@</w:t>
      </w:r>
      <w:r w:rsidR="0096445B" w:rsidRPr="000767E2">
        <w:rPr>
          <w:lang w:val="sv-SE"/>
        </w:rPr>
        <w:t>BibleBIBEL82</w:t>
      </w:r>
      <w:r w:rsidRPr="000767E2">
        <w:rPr>
          <w:lang w:val="sv-SE"/>
        </w:rPr>
        <w:t>:Heb 11:32]]</w:t>
      </w:r>
      <w:r w:rsidRPr="000767E2">
        <w:rPr>
          <w:vertAlign w:val="superscript"/>
          <w:lang w:val="sv-SE"/>
        </w:rPr>
        <w:t>32</w:t>
      </w:r>
      <w:r w:rsidRPr="000767E2">
        <w:rPr>
          <w:lang w:val="sv-SE"/>
        </w:rPr>
        <w:t xml:space="preserve"> {{field-on:bible}}Och vad mer säger jag? För tiden kommer att ta slut för mig medan jag skildrar om Gedeon, Barak, Sampson, Jefthae, både David och Samuel och profeterna,{{field-off:bible}} [[@</w:t>
      </w:r>
      <w:r w:rsidR="0096445B" w:rsidRPr="000767E2">
        <w:rPr>
          <w:lang w:val="sv-SE"/>
        </w:rPr>
        <w:t>BibleBIBEL82</w:t>
      </w:r>
      <w:r w:rsidRPr="000767E2">
        <w:rPr>
          <w:lang w:val="sv-SE"/>
        </w:rPr>
        <w:t>:Heb 11:33]]</w:t>
      </w:r>
      <w:r w:rsidRPr="000767E2">
        <w:rPr>
          <w:vertAlign w:val="superscript"/>
          <w:lang w:val="sv-SE"/>
        </w:rPr>
        <w:t>33</w:t>
      </w:r>
      <w:r w:rsidRPr="000767E2">
        <w:rPr>
          <w:lang w:val="sv-SE"/>
        </w:rPr>
        <w:t xml:space="preserve"> {{field-on:bible}}som genom tro nedkämpade riken, utförde rättfärdighet, uppnådde löften, spärrade lejons munnar,{{field-off:bible}} [[@</w:t>
      </w:r>
      <w:r w:rsidR="0096445B" w:rsidRPr="000767E2">
        <w:rPr>
          <w:lang w:val="sv-SE"/>
        </w:rPr>
        <w:t>BibleBIBEL82</w:t>
      </w:r>
      <w:r w:rsidRPr="000767E2">
        <w:rPr>
          <w:lang w:val="sv-SE"/>
        </w:rPr>
        <w:t>:Heb 11:34]]</w:t>
      </w:r>
      <w:r w:rsidRPr="000767E2">
        <w:rPr>
          <w:vertAlign w:val="superscript"/>
          <w:lang w:val="sv-SE"/>
        </w:rPr>
        <w:t>34</w:t>
      </w:r>
      <w:r w:rsidRPr="000767E2">
        <w:rPr>
          <w:lang w:val="sv-SE"/>
        </w:rPr>
        <w:t xml:space="preserve"> {{field-on:bible}}släckte eldens kraft, flydde svärdets eggar, fick kraft ur svaghet, blev starka i krig, </w:t>
      </w:r>
      <w:r w:rsidRPr="000767E2">
        <w:rPr>
          <w:i/>
          <w:lang w:val="sv-SE"/>
        </w:rPr>
        <w:t>fick</w:t>
      </w:r>
      <w:r w:rsidRPr="000767E2">
        <w:rPr>
          <w:lang w:val="sv-SE"/>
        </w:rPr>
        <w:t xml:space="preserve"> främmandes läger </w:t>
      </w:r>
      <w:r w:rsidRPr="000767E2">
        <w:rPr>
          <w:i/>
          <w:lang w:val="sv-SE"/>
        </w:rPr>
        <w:t>att</w:t>
      </w:r>
      <w:r w:rsidRPr="000767E2">
        <w:rPr>
          <w:lang w:val="sv-SE"/>
        </w:rPr>
        <w:t xml:space="preserve"> vika.{{field-off:bible}} [[@</w:t>
      </w:r>
      <w:r w:rsidR="0096445B" w:rsidRPr="000767E2">
        <w:rPr>
          <w:lang w:val="sv-SE"/>
        </w:rPr>
        <w:t>BibleBIBEL82</w:t>
      </w:r>
      <w:r w:rsidRPr="000767E2">
        <w:rPr>
          <w:lang w:val="sv-SE"/>
        </w:rPr>
        <w:t>:Heb 11:35]]</w:t>
      </w:r>
      <w:r w:rsidRPr="000767E2">
        <w:rPr>
          <w:vertAlign w:val="superscript"/>
          <w:lang w:val="sv-SE"/>
        </w:rPr>
        <w:t>35</w:t>
      </w:r>
      <w:r w:rsidRPr="000767E2">
        <w:rPr>
          <w:lang w:val="sv-SE"/>
        </w:rPr>
        <w:t xml:space="preserve"> {{field-on:bible}}Kvinnor fick ur uppståndelse sina döda.{{field-off:bible}}</w:t>
      </w:r>
    </w:p>
    <w:p w14:paraId="0D803BB1" w14:textId="712118CC" w:rsidR="00BA33AB" w:rsidRPr="000767E2" w:rsidRDefault="00000000">
      <w:pPr>
        <w:rPr>
          <w:lang w:val="sv-SE"/>
        </w:rPr>
      </w:pPr>
      <w:r w:rsidRPr="000767E2">
        <w:rPr>
          <w:lang w:val="sv-SE"/>
        </w:rPr>
        <w:t>{{field-on:bible}}Och andra blev torterade och välkomnade inte återlösningen, för att uppnå en bättre uppståndelse.{{field-off:bible}} [[@</w:t>
      </w:r>
      <w:r w:rsidR="0096445B" w:rsidRPr="000767E2">
        <w:rPr>
          <w:lang w:val="sv-SE"/>
        </w:rPr>
        <w:t>BibleBIBEL82</w:t>
      </w:r>
      <w:r w:rsidRPr="000767E2">
        <w:rPr>
          <w:lang w:val="sv-SE"/>
        </w:rPr>
        <w:t>:Heb 11:36]]</w:t>
      </w:r>
      <w:r w:rsidRPr="000767E2">
        <w:rPr>
          <w:vertAlign w:val="superscript"/>
          <w:lang w:val="sv-SE"/>
        </w:rPr>
        <w:t>36</w:t>
      </w:r>
      <w:r w:rsidRPr="000767E2">
        <w:rPr>
          <w:lang w:val="sv-SE"/>
        </w:rPr>
        <w:t xml:space="preserve"> {{field-on:bible}}Och andra fick </w:t>
      </w:r>
      <w:r w:rsidRPr="000767E2">
        <w:rPr>
          <w:i/>
          <w:lang w:val="sv-SE"/>
        </w:rPr>
        <w:t>sig</w:t>
      </w:r>
      <w:r w:rsidRPr="000767E2">
        <w:rPr>
          <w:lang w:val="sv-SE"/>
        </w:rPr>
        <w:t xml:space="preserve"> prov på förlöjliganden och piskor, och dessutom bojor och fängelse.{{field-off:bible}} [[@</w:t>
      </w:r>
      <w:r w:rsidR="0096445B" w:rsidRPr="000767E2">
        <w:rPr>
          <w:lang w:val="sv-SE"/>
        </w:rPr>
        <w:t>BibleBIBEL82</w:t>
      </w:r>
      <w:r w:rsidRPr="000767E2">
        <w:rPr>
          <w:lang w:val="sv-SE"/>
        </w:rPr>
        <w:t>:Heb 11:37]]</w:t>
      </w:r>
      <w:r w:rsidRPr="000767E2">
        <w:rPr>
          <w:vertAlign w:val="superscript"/>
          <w:lang w:val="sv-SE"/>
        </w:rPr>
        <w:t>37</w:t>
      </w:r>
      <w:r w:rsidRPr="000767E2">
        <w:rPr>
          <w:lang w:val="sv-SE"/>
        </w:rPr>
        <w:t xml:space="preserve"> {{field-on:bible}}De blev stenade, sågade, dog i </w:t>
      </w:r>
      <w:r w:rsidRPr="000767E2">
        <w:rPr>
          <w:lang w:val="sv-SE"/>
        </w:rPr>
        <w:lastRenderedPageBreak/>
        <w:t>mord med svärd. De gick runt i fårskinn, i gethudar, led brist, led nöd, for illa.{{field-off:bible}} [[@</w:t>
      </w:r>
      <w:r w:rsidR="0096445B" w:rsidRPr="000767E2">
        <w:rPr>
          <w:lang w:val="sv-SE"/>
        </w:rPr>
        <w:t>BibleBIBEL82</w:t>
      </w:r>
      <w:r w:rsidRPr="000767E2">
        <w:rPr>
          <w:lang w:val="sv-SE"/>
        </w:rPr>
        <w:t>:Heb 11:38]]</w:t>
      </w:r>
      <w:r w:rsidRPr="000767E2">
        <w:rPr>
          <w:vertAlign w:val="superscript"/>
          <w:lang w:val="sv-SE"/>
        </w:rPr>
        <w:t>38</w:t>
      </w:r>
      <w:r w:rsidRPr="000767E2">
        <w:rPr>
          <w:lang w:val="sv-SE"/>
        </w:rPr>
        <w:t xml:space="preserve"> {{field-on:bible}}Världen var dem inte värdig, de irrade i ödetrakter och </w:t>
      </w:r>
      <w:r w:rsidRPr="000767E2">
        <w:rPr>
          <w:i/>
          <w:lang w:val="sv-SE"/>
        </w:rPr>
        <w:t>i</w:t>
      </w:r>
      <w:r w:rsidRPr="000767E2">
        <w:rPr>
          <w:lang w:val="sv-SE"/>
        </w:rPr>
        <w:t xml:space="preserve"> berg och grottor och jordens hålor.{{field-off:bible}}</w:t>
      </w:r>
    </w:p>
    <w:p w14:paraId="0B7EAB07" w14:textId="521F1904" w:rsidR="00BA33AB" w:rsidRPr="000767E2" w:rsidRDefault="00000000">
      <w:pPr>
        <w:rPr>
          <w:lang w:val="sv-SE"/>
        </w:rPr>
      </w:pPr>
      <w:r w:rsidRPr="000767E2">
        <w:rPr>
          <w:lang w:val="sv-SE"/>
        </w:rPr>
        <w:t>[[@</w:t>
      </w:r>
      <w:r w:rsidR="0096445B" w:rsidRPr="000767E2">
        <w:rPr>
          <w:lang w:val="sv-SE"/>
        </w:rPr>
        <w:t>BibleBIBEL82</w:t>
      </w:r>
      <w:r w:rsidRPr="000767E2">
        <w:rPr>
          <w:lang w:val="sv-SE"/>
        </w:rPr>
        <w:t>:Heb 11:39]]</w:t>
      </w:r>
      <w:r w:rsidRPr="000767E2">
        <w:rPr>
          <w:vertAlign w:val="superscript"/>
          <w:lang w:val="sv-SE"/>
        </w:rPr>
        <w:t>39</w:t>
      </w:r>
      <w:r w:rsidRPr="000767E2">
        <w:rPr>
          <w:lang w:val="sv-SE"/>
        </w:rPr>
        <w:t xml:space="preserve"> {{field-on:bible}}Och </w:t>
      </w:r>
      <w:r w:rsidRPr="000767E2">
        <w:rPr>
          <w:i/>
          <w:lang w:val="sv-SE"/>
        </w:rPr>
        <w:t>fastän</w:t>
      </w:r>
      <w:r w:rsidRPr="000767E2">
        <w:rPr>
          <w:lang w:val="sv-SE"/>
        </w:rPr>
        <w:t xml:space="preserve"> alla dessa blev omvittnade genom tron fick de inte ut löftet,{{field-off:bible}} [[@</w:t>
      </w:r>
      <w:r w:rsidR="0096445B" w:rsidRPr="000767E2">
        <w:rPr>
          <w:lang w:val="sv-SE"/>
        </w:rPr>
        <w:t>BibleBIBEL82</w:t>
      </w:r>
      <w:r w:rsidRPr="000767E2">
        <w:rPr>
          <w:lang w:val="sv-SE"/>
        </w:rPr>
        <w:t>:Heb 11:40]]</w:t>
      </w:r>
      <w:r w:rsidRPr="000767E2">
        <w:rPr>
          <w:vertAlign w:val="superscript"/>
          <w:lang w:val="sv-SE"/>
        </w:rPr>
        <w:t>40</w:t>
      </w:r>
      <w:r w:rsidRPr="000767E2">
        <w:rPr>
          <w:lang w:val="sv-SE"/>
        </w:rPr>
        <w:t xml:space="preserve"> {{field-on:bible}}då Gud för oss hade förutsett något bättre: att de inte utan oss ska fullkomnas.{{field-off:bible}}</w:t>
      </w:r>
    </w:p>
    <w:p w14:paraId="1573E817" w14:textId="05C40D3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:Heb 12]]Kapitel 12</w:t>
      </w:r>
    </w:p>
    <w:p w14:paraId="1A9B64D8" w14:textId="77777777" w:rsidR="00BA33AB" w:rsidRPr="000767E2" w:rsidRDefault="00000000">
      <w:pPr>
        <w:pStyle w:val="Rubrik3"/>
        <w:rPr>
          <w:lang w:val="sv-SE"/>
        </w:rPr>
      </w:pPr>
      <w:r w:rsidRPr="000767E2">
        <w:rPr>
          <w:lang w:val="sv-SE"/>
        </w:rPr>
        <w:t>Maning till uthållighet</w:t>
      </w:r>
    </w:p>
    <w:p w14:paraId="56786592" w14:textId="725D40CB" w:rsidR="00BA33AB" w:rsidRPr="000767E2" w:rsidRDefault="00000000">
      <w:pPr>
        <w:rPr>
          <w:lang w:val="sv-SE"/>
        </w:rPr>
      </w:pPr>
      <w:r w:rsidRPr="000767E2">
        <w:rPr>
          <w:lang w:val="sv-SE"/>
        </w:rPr>
        <w:t>[[@</w:t>
      </w:r>
      <w:r w:rsidR="0096445B" w:rsidRPr="000767E2">
        <w:rPr>
          <w:lang w:val="sv-SE"/>
        </w:rPr>
        <w:t>BibleBIBEL82</w:t>
      </w:r>
      <w:r w:rsidRPr="000767E2">
        <w:rPr>
          <w:lang w:val="sv-SE"/>
        </w:rPr>
        <w:t>:Heb 12:1]]</w:t>
      </w:r>
      <w:r w:rsidRPr="000767E2">
        <w:rPr>
          <w:vertAlign w:val="superscript"/>
          <w:lang w:val="sv-SE"/>
        </w:rPr>
        <w:t>1</w:t>
      </w:r>
      <w:r w:rsidRPr="000767E2">
        <w:rPr>
          <w:lang w:val="sv-SE"/>
        </w:rPr>
        <w:t xml:space="preserve"> {{field-on:bible}}Följaktligen må också vi, när vi har en så stor sky av vittnen som omfattar oss, lägga bort varje belastning och den ytterst lättomsnärjande synden och med uthållighet springa </w:t>
      </w:r>
      <w:r w:rsidRPr="000767E2">
        <w:rPr>
          <w:i/>
          <w:lang w:val="sv-SE"/>
        </w:rPr>
        <w:t>i</w:t>
      </w:r>
      <w:r w:rsidRPr="000767E2">
        <w:rPr>
          <w:lang w:val="sv-SE"/>
        </w:rPr>
        <w:t xml:space="preserve"> den kamp som föreligger oss,{{field-off:bible}} [[@</w:t>
      </w:r>
      <w:r w:rsidR="0096445B" w:rsidRPr="000767E2">
        <w:rPr>
          <w:lang w:val="sv-SE"/>
        </w:rPr>
        <w:t>BibleBIBEL82</w:t>
      </w:r>
      <w:r w:rsidRPr="000767E2">
        <w:rPr>
          <w:lang w:val="sv-SE"/>
        </w:rPr>
        <w:t>:Heb 12:2]]</w:t>
      </w:r>
      <w:r w:rsidRPr="000767E2">
        <w:rPr>
          <w:vertAlign w:val="superscript"/>
          <w:lang w:val="sv-SE"/>
        </w:rPr>
        <w:t>2</w:t>
      </w:r>
      <w:r w:rsidRPr="000767E2">
        <w:rPr>
          <w:lang w:val="sv-SE"/>
        </w:rPr>
        <w:t xml:space="preserve"> {{field-on:bible}}medan vi ser bort mot trons upphovsman och fullkomnare: Jesus, som för glädjen som förelåg honom höll ut </w:t>
      </w:r>
      <w:r w:rsidRPr="000767E2">
        <w:rPr>
          <w:i/>
          <w:lang w:val="sv-SE"/>
        </w:rPr>
        <w:t>på</w:t>
      </w:r>
      <w:r w:rsidRPr="000767E2">
        <w:rPr>
          <w:lang w:val="sv-SE"/>
        </w:rPr>
        <w:t xml:space="preserve"> korset, sedan han ringaktat skammen, och har satt sig vid Guds trons högra </w:t>
      </w:r>
      <w:r w:rsidRPr="000767E2">
        <w:rPr>
          <w:i/>
          <w:lang w:val="sv-SE"/>
        </w:rPr>
        <w:t>hand</w:t>
      </w:r>
      <w:r w:rsidRPr="000767E2">
        <w:rPr>
          <w:lang w:val="sv-SE"/>
        </w:rPr>
        <w:t>.{{field-off:bible}} [[@</w:t>
      </w:r>
      <w:r w:rsidR="0096445B" w:rsidRPr="000767E2">
        <w:rPr>
          <w:lang w:val="sv-SE"/>
        </w:rPr>
        <w:t>BibleBIBEL82</w:t>
      </w:r>
      <w:r w:rsidRPr="000767E2">
        <w:rPr>
          <w:lang w:val="sv-SE"/>
        </w:rPr>
        <w:t>:Heb 12:3]]</w:t>
      </w:r>
      <w:r w:rsidRPr="000767E2">
        <w:rPr>
          <w:vertAlign w:val="superscript"/>
          <w:lang w:val="sv-SE"/>
        </w:rPr>
        <w:t>3</w:t>
      </w:r>
      <w:r w:rsidRPr="000767E2">
        <w:rPr>
          <w:lang w:val="sv-SE"/>
        </w:rPr>
        <w:t xml:space="preserve"> {{field-on:bible}}För tänk noga på honom som har hållit ut </w:t>
      </w:r>
      <w:r w:rsidRPr="000767E2">
        <w:rPr>
          <w:i/>
          <w:lang w:val="sv-SE"/>
        </w:rPr>
        <w:t>i</w:t>
      </w:r>
      <w:r w:rsidRPr="000767E2">
        <w:rPr>
          <w:lang w:val="sv-SE"/>
        </w:rPr>
        <w:t xml:space="preserve"> sådan motsägelse från syndarna mot honom själv, så att ni inte veknar i era själar och mattas.{{field-off:bible}}</w:t>
      </w:r>
    </w:p>
    <w:p w14:paraId="63DD673B" w14:textId="728D8A07" w:rsidR="00BA33AB" w:rsidRPr="000767E2" w:rsidRDefault="00000000">
      <w:pPr>
        <w:rPr>
          <w:lang w:val="sv-SE"/>
        </w:rPr>
      </w:pPr>
      <w:r w:rsidRPr="000767E2">
        <w:rPr>
          <w:lang w:val="sv-SE"/>
        </w:rPr>
        <w:t>[[@</w:t>
      </w:r>
      <w:r w:rsidR="0096445B" w:rsidRPr="000767E2">
        <w:rPr>
          <w:lang w:val="sv-SE"/>
        </w:rPr>
        <w:t>BibleBIBEL82</w:t>
      </w:r>
      <w:r w:rsidRPr="000767E2">
        <w:rPr>
          <w:lang w:val="sv-SE"/>
        </w:rPr>
        <w:t>:Heb 12:4]]</w:t>
      </w:r>
      <w:r w:rsidRPr="000767E2">
        <w:rPr>
          <w:vertAlign w:val="superscript"/>
          <w:lang w:val="sv-SE"/>
        </w:rPr>
        <w:t>4</w:t>
      </w:r>
      <w:r w:rsidRPr="000767E2">
        <w:rPr>
          <w:lang w:val="sv-SE"/>
        </w:rPr>
        <w:t xml:space="preserve"> {{field-on:bible}}Ännu har ni inte ända till blods gjort motstånd kämpande mot synden.{{field-off:bible}} [[@</w:t>
      </w:r>
      <w:r w:rsidR="0096445B" w:rsidRPr="000767E2">
        <w:rPr>
          <w:lang w:val="sv-SE"/>
        </w:rPr>
        <w:t>BibleBIBEL82</w:t>
      </w:r>
      <w:r w:rsidRPr="000767E2">
        <w:rPr>
          <w:lang w:val="sv-SE"/>
        </w:rPr>
        <w:t>:Heb 12:5]]</w:t>
      </w:r>
      <w:r w:rsidRPr="000767E2">
        <w:rPr>
          <w:vertAlign w:val="superscript"/>
          <w:lang w:val="sv-SE"/>
        </w:rPr>
        <w:t>5</w:t>
      </w:r>
      <w:r w:rsidRPr="000767E2">
        <w:rPr>
          <w:lang w:val="sv-SE"/>
        </w:rPr>
        <w:t xml:space="preserve"> {{field-on:bible}}Och ni har glömt bort uppmaningen som resonerar </w:t>
      </w:r>
      <w:r w:rsidRPr="000767E2">
        <w:rPr>
          <w:i/>
          <w:lang w:val="sv-SE"/>
        </w:rPr>
        <w:t>med</w:t>
      </w:r>
      <w:r w:rsidRPr="000767E2">
        <w:rPr>
          <w:lang w:val="sv-SE"/>
        </w:rPr>
        <w:t xml:space="preserve"> er som söner:{{field-off:bible}}</w:t>
      </w:r>
    </w:p>
    <w:p w14:paraId="3FCE306E" w14:textId="673DD31A" w:rsidR="00BA33AB" w:rsidRPr="000767E2" w:rsidRDefault="00000000">
      <w:pPr>
        <w:rPr>
          <w:lang w:val="sv-SE"/>
        </w:rPr>
      </w:pPr>
      <w:r w:rsidRPr="000767E2">
        <w:rPr>
          <w:lang w:val="sv-SE"/>
        </w:rPr>
        <w:t>{{field-on:bible}}Min son, ta inte lätt på Herrens fostran,</w:t>
      </w:r>
      <w:r w:rsidRPr="000767E2">
        <w:rPr>
          <w:lang w:val="sv-SE"/>
        </w:rPr>
        <w:br/>
        <w:t>och mattas inte när du av honom tillrättavisas.{{field-off:bible}}</w:t>
      </w:r>
      <w:r w:rsidRPr="000767E2">
        <w:rPr>
          <w:lang w:val="sv-SE"/>
        </w:rPr>
        <w:br/>
        <w:t>[[@</w:t>
      </w:r>
      <w:r w:rsidR="0096445B" w:rsidRPr="000767E2">
        <w:rPr>
          <w:lang w:val="sv-SE"/>
        </w:rPr>
        <w:t>BibleBIBEL82</w:t>
      </w:r>
      <w:r w:rsidRPr="000767E2">
        <w:rPr>
          <w:lang w:val="sv-SE"/>
        </w:rPr>
        <w:t>:Heb 12:6]]</w:t>
      </w:r>
      <w:r w:rsidRPr="000767E2">
        <w:rPr>
          <w:vertAlign w:val="superscript"/>
          <w:lang w:val="sv-SE"/>
        </w:rPr>
        <w:t>6</w:t>
      </w:r>
      <w:r w:rsidRPr="000767E2">
        <w:rPr>
          <w:lang w:val="sv-SE"/>
        </w:rPr>
        <w:t xml:space="preserve"> {{field-on:bible}}För den Herren älskar fostrar han,</w:t>
      </w:r>
      <w:r w:rsidRPr="000767E2">
        <w:rPr>
          <w:lang w:val="sv-SE"/>
        </w:rPr>
        <w:br/>
        <w:t>och han agar varje son som han godtar.{{field-off:bible}}</w:t>
      </w:r>
    </w:p>
    <w:p w14:paraId="6424B850" w14:textId="537F7B4B" w:rsidR="00BA33AB" w:rsidRPr="000767E2" w:rsidRDefault="00000000">
      <w:pPr>
        <w:rPr>
          <w:lang w:val="sv-SE"/>
        </w:rPr>
      </w:pPr>
      <w:r w:rsidRPr="000767E2">
        <w:rPr>
          <w:lang w:val="sv-SE"/>
        </w:rPr>
        <w:t>[[@</w:t>
      </w:r>
      <w:r w:rsidR="0096445B" w:rsidRPr="000767E2">
        <w:rPr>
          <w:lang w:val="sv-SE"/>
        </w:rPr>
        <w:t>BibleBIBEL82</w:t>
      </w:r>
      <w:r w:rsidRPr="000767E2">
        <w:rPr>
          <w:lang w:val="sv-SE"/>
        </w:rPr>
        <w:t>:Heb 12:7]]</w:t>
      </w:r>
      <w:r w:rsidRPr="000767E2">
        <w:rPr>
          <w:vertAlign w:val="superscript"/>
          <w:lang w:val="sv-SE"/>
        </w:rPr>
        <w:t>7</w:t>
      </w:r>
      <w:r w:rsidRPr="000767E2">
        <w:rPr>
          <w:lang w:val="sv-SE"/>
        </w:rPr>
        <w:t xml:space="preserve"> {{field-on:bible}}</w:t>
      </w:r>
      <w:r w:rsidRPr="000767E2">
        <w:rPr>
          <w:i/>
          <w:lang w:val="sv-SE"/>
        </w:rPr>
        <w:t>Det är</w:t>
      </w:r>
      <w:r w:rsidRPr="000767E2">
        <w:rPr>
          <w:lang w:val="sv-SE"/>
        </w:rPr>
        <w:t xml:space="preserve"> för fostran ni håller ut. Som till söner frambär Gud åt er. För vem </w:t>
      </w:r>
      <w:r w:rsidRPr="000767E2">
        <w:rPr>
          <w:i/>
          <w:lang w:val="sv-SE"/>
        </w:rPr>
        <w:t>är</w:t>
      </w:r>
      <w:r w:rsidRPr="000767E2">
        <w:rPr>
          <w:lang w:val="sv-SE"/>
        </w:rPr>
        <w:t xml:space="preserve"> en son som inte en far fostrar?{{field-off:bible}} [[@</w:t>
      </w:r>
      <w:r w:rsidR="0096445B" w:rsidRPr="000767E2">
        <w:rPr>
          <w:lang w:val="sv-SE"/>
        </w:rPr>
        <w:t>BibleBIBEL82</w:t>
      </w:r>
      <w:r w:rsidRPr="000767E2">
        <w:rPr>
          <w:lang w:val="sv-SE"/>
        </w:rPr>
        <w:t>:Heb 12:8]]</w:t>
      </w:r>
      <w:r w:rsidRPr="000767E2">
        <w:rPr>
          <w:vertAlign w:val="superscript"/>
          <w:lang w:val="sv-SE"/>
        </w:rPr>
        <w:t>8</w:t>
      </w:r>
      <w:r w:rsidRPr="000767E2">
        <w:rPr>
          <w:lang w:val="sv-SE"/>
        </w:rPr>
        <w:t xml:space="preserve"> {{field-on:bible}}Men om ni är utan fostran, som alla har blivit delaktiga av, då är ni oäktingar och inte söner.{{field-off:bible}} [[@</w:t>
      </w:r>
      <w:r w:rsidR="0096445B" w:rsidRPr="000767E2">
        <w:rPr>
          <w:lang w:val="sv-SE"/>
        </w:rPr>
        <w:t>BibleBIBEL82</w:t>
      </w:r>
      <w:r w:rsidRPr="000767E2">
        <w:rPr>
          <w:lang w:val="sv-SE"/>
        </w:rPr>
        <w:t>:Heb 12:9]]</w:t>
      </w:r>
      <w:r w:rsidRPr="000767E2">
        <w:rPr>
          <w:vertAlign w:val="superscript"/>
          <w:lang w:val="sv-SE"/>
        </w:rPr>
        <w:t>9</w:t>
      </w:r>
      <w:r w:rsidRPr="000767E2">
        <w:rPr>
          <w:lang w:val="sv-SE"/>
        </w:rPr>
        <w:t xml:space="preserve"> {{field-on:bible}}Sedan hade vi våra fäder av köttet </w:t>
      </w:r>
      <w:r w:rsidRPr="000767E2">
        <w:rPr>
          <w:i/>
          <w:lang w:val="sv-SE"/>
        </w:rPr>
        <w:t>som</w:t>
      </w:r>
      <w:r w:rsidRPr="000767E2">
        <w:rPr>
          <w:lang w:val="sv-SE"/>
        </w:rPr>
        <w:t xml:space="preserve"> uppfostrare, och vi hade respekt. [Och] ska vi inte mycket mer underordna oss andarnas Far och leva?{{field-off:bible}} [[@</w:t>
      </w:r>
      <w:r w:rsidR="0096445B" w:rsidRPr="000767E2">
        <w:rPr>
          <w:lang w:val="sv-SE"/>
        </w:rPr>
        <w:t>BibleBIBEL82</w:t>
      </w:r>
      <w:r w:rsidRPr="000767E2">
        <w:rPr>
          <w:lang w:val="sv-SE"/>
        </w:rPr>
        <w:t>:Heb 12:10]]</w:t>
      </w:r>
      <w:r w:rsidRPr="000767E2">
        <w:rPr>
          <w:vertAlign w:val="superscript"/>
          <w:lang w:val="sv-SE"/>
        </w:rPr>
        <w:t>10</w:t>
      </w:r>
      <w:r w:rsidRPr="000767E2">
        <w:rPr>
          <w:lang w:val="sv-SE"/>
        </w:rPr>
        <w:t xml:space="preserve"> {{field-on:bible}}För de fostrade för </w:t>
      </w:r>
      <w:r w:rsidRPr="000767E2">
        <w:rPr>
          <w:i/>
          <w:lang w:val="sv-SE"/>
        </w:rPr>
        <w:t>några</w:t>
      </w:r>
      <w:r w:rsidRPr="000767E2">
        <w:rPr>
          <w:lang w:val="sv-SE"/>
        </w:rPr>
        <w:t xml:space="preserve"> få dagar, enligt det som tycktes </w:t>
      </w:r>
      <w:r w:rsidRPr="000767E2">
        <w:rPr>
          <w:i/>
          <w:lang w:val="sv-SE"/>
        </w:rPr>
        <w:t>rätt</w:t>
      </w:r>
      <w:r w:rsidRPr="000767E2">
        <w:rPr>
          <w:lang w:val="sv-SE"/>
        </w:rPr>
        <w:t xml:space="preserve"> för dem. Men han till gagn, för att få del av hans helighet.{{field-off:bible}} [[@</w:t>
      </w:r>
      <w:r w:rsidR="0096445B" w:rsidRPr="000767E2">
        <w:rPr>
          <w:lang w:val="sv-SE"/>
        </w:rPr>
        <w:t>BibleBIBEL82</w:t>
      </w:r>
      <w:r w:rsidRPr="000767E2">
        <w:rPr>
          <w:lang w:val="sv-SE"/>
        </w:rPr>
        <w:t>:Heb 12:11]]</w:t>
      </w:r>
      <w:r w:rsidRPr="000767E2">
        <w:rPr>
          <w:vertAlign w:val="superscript"/>
          <w:lang w:val="sv-SE"/>
        </w:rPr>
        <w:t>11</w:t>
      </w:r>
      <w:r w:rsidRPr="000767E2">
        <w:rPr>
          <w:lang w:val="sv-SE"/>
        </w:rPr>
        <w:t xml:space="preserve"> {{field-on:bible}}Och all fostran tycks för närvarande inte vara till glädje, utan till bedrövelse. Men </w:t>
      </w:r>
      <w:r w:rsidRPr="000767E2">
        <w:rPr>
          <w:i/>
          <w:lang w:val="sv-SE"/>
        </w:rPr>
        <w:t>till</w:t>
      </w:r>
      <w:r w:rsidRPr="000767E2">
        <w:rPr>
          <w:lang w:val="sv-SE"/>
        </w:rPr>
        <w:t xml:space="preserve"> sist avger den en fridsam frukt av rättfärdighet för dem som genom den har blivit övade.{{field-off:bible}}</w:t>
      </w:r>
    </w:p>
    <w:p w14:paraId="6FBFB26C" w14:textId="7F2BC068" w:rsidR="00BA33AB" w:rsidRPr="000767E2" w:rsidRDefault="00000000">
      <w:pPr>
        <w:rPr>
          <w:lang w:val="sv-SE"/>
        </w:rPr>
      </w:pPr>
      <w:r w:rsidRPr="000767E2">
        <w:rPr>
          <w:lang w:val="sv-SE"/>
        </w:rPr>
        <w:t>[[@</w:t>
      </w:r>
      <w:r w:rsidR="0096445B" w:rsidRPr="000767E2">
        <w:rPr>
          <w:lang w:val="sv-SE"/>
        </w:rPr>
        <w:t>BibleBIBEL82</w:t>
      </w:r>
      <w:r w:rsidRPr="000767E2">
        <w:rPr>
          <w:lang w:val="sv-SE"/>
        </w:rPr>
        <w:t>:Heb 12:12]]</w:t>
      </w:r>
      <w:r w:rsidRPr="000767E2">
        <w:rPr>
          <w:vertAlign w:val="superscript"/>
          <w:lang w:val="sv-SE"/>
        </w:rPr>
        <w:t>12</w:t>
      </w:r>
      <w:r w:rsidRPr="000767E2">
        <w:rPr>
          <w:lang w:val="sv-SE"/>
        </w:rPr>
        <w:t xml:space="preserve"> {{field-on:bible}}Därför: de försvagade händerna och de förlamade knäna ska ni åter räta upp.{{field-off:bible}} [[@</w:t>
      </w:r>
      <w:r w:rsidR="0096445B" w:rsidRPr="000767E2">
        <w:rPr>
          <w:lang w:val="sv-SE"/>
        </w:rPr>
        <w:t>BibleBIBEL82</w:t>
      </w:r>
      <w:r w:rsidRPr="000767E2">
        <w:rPr>
          <w:lang w:val="sv-SE"/>
        </w:rPr>
        <w:t>:Heb 12:13]]</w:t>
      </w:r>
      <w:r w:rsidRPr="000767E2">
        <w:rPr>
          <w:vertAlign w:val="superscript"/>
          <w:lang w:val="sv-SE"/>
        </w:rPr>
        <w:t>13</w:t>
      </w:r>
      <w:r w:rsidRPr="000767E2">
        <w:rPr>
          <w:lang w:val="sv-SE"/>
        </w:rPr>
        <w:t xml:space="preserve"> {{field-on:bible}}Och gör raka hjulspår för era fötter, så att inte den halta viker av utan snarare helas.{{field-off:bible}}</w:t>
      </w:r>
    </w:p>
    <w:p w14:paraId="282CBF83" w14:textId="75977BB0"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:Heb 12:14]]</w:t>
      </w:r>
      <w:r w:rsidRPr="000767E2">
        <w:rPr>
          <w:vertAlign w:val="superscript"/>
          <w:lang w:val="sv-SE"/>
        </w:rPr>
        <w:t>14</w:t>
      </w:r>
      <w:r w:rsidRPr="000767E2">
        <w:rPr>
          <w:lang w:val="sv-SE"/>
        </w:rPr>
        <w:t xml:space="preserve"> {{field-on:bible}}Jaga efter frid med alla, och den helgelse utan vilken ingen kommer att se Herren,{{field-off:bible}} [[@</w:t>
      </w:r>
      <w:r w:rsidR="0096445B" w:rsidRPr="000767E2">
        <w:rPr>
          <w:lang w:val="sv-SE"/>
        </w:rPr>
        <w:t>BibleBIBEL82</w:t>
      </w:r>
      <w:r w:rsidRPr="000767E2">
        <w:rPr>
          <w:lang w:val="sv-SE"/>
        </w:rPr>
        <w:t>:Heb 12:15]]</w:t>
      </w:r>
      <w:r w:rsidRPr="000767E2">
        <w:rPr>
          <w:vertAlign w:val="superscript"/>
          <w:lang w:val="sv-SE"/>
        </w:rPr>
        <w:t>15</w:t>
      </w:r>
      <w:r w:rsidRPr="000767E2">
        <w:rPr>
          <w:lang w:val="sv-SE"/>
        </w:rPr>
        <w:t xml:space="preserve"> {{field-on:bible}}medan ni utövar tillsyn </w:t>
      </w:r>
      <w:r w:rsidRPr="000767E2">
        <w:rPr>
          <w:i/>
          <w:lang w:val="sv-SE"/>
        </w:rPr>
        <w:t>så</w:t>
      </w:r>
      <w:r w:rsidRPr="000767E2">
        <w:rPr>
          <w:lang w:val="sv-SE"/>
        </w:rPr>
        <w:t xml:space="preserve"> att ingen saknar Guds nåd, att ingen rot av bitterhet växer upp och anfäktar och genom den många befläckas,{{field-off:bible}} [[@</w:t>
      </w:r>
      <w:r w:rsidR="0096445B" w:rsidRPr="000767E2">
        <w:rPr>
          <w:lang w:val="sv-SE"/>
        </w:rPr>
        <w:t>BibleBIBEL82</w:t>
      </w:r>
      <w:r w:rsidRPr="000767E2">
        <w:rPr>
          <w:lang w:val="sv-SE"/>
        </w:rPr>
        <w:t>:Heb 12:16]]</w:t>
      </w:r>
      <w:r w:rsidRPr="000767E2">
        <w:rPr>
          <w:vertAlign w:val="superscript"/>
          <w:lang w:val="sv-SE"/>
        </w:rPr>
        <w:t>16</w:t>
      </w:r>
      <w:r w:rsidRPr="000767E2">
        <w:rPr>
          <w:lang w:val="sv-SE"/>
        </w:rPr>
        <w:t xml:space="preserve"> {{field-on:bible}}att ingen </w:t>
      </w:r>
      <w:r w:rsidRPr="000767E2">
        <w:rPr>
          <w:i/>
          <w:lang w:val="sv-SE"/>
        </w:rPr>
        <w:t>är</w:t>
      </w:r>
      <w:r w:rsidRPr="000767E2">
        <w:rPr>
          <w:lang w:val="sv-SE"/>
        </w:rPr>
        <w:t xml:space="preserve"> otuktig eller profan som Esau, som för ett </w:t>
      </w:r>
      <w:r w:rsidRPr="000767E2">
        <w:rPr>
          <w:i/>
          <w:lang w:val="sv-SE"/>
        </w:rPr>
        <w:t>enda</w:t>
      </w:r>
      <w:r w:rsidRPr="000767E2">
        <w:rPr>
          <w:lang w:val="sv-SE"/>
        </w:rPr>
        <w:t xml:space="preserve"> </w:t>
      </w:r>
      <w:r w:rsidRPr="000767E2">
        <w:rPr>
          <w:i/>
          <w:lang w:val="sv-SE"/>
        </w:rPr>
        <w:t>mål</w:t>
      </w:r>
      <w:r w:rsidRPr="000767E2">
        <w:rPr>
          <w:lang w:val="sv-SE"/>
        </w:rPr>
        <w:t xml:space="preserve"> mat lämnade bort sin egen förstfödslorätt.{{field-off:bible}} [[@</w:t>
      </w:r>
      <w:r w:rsidR="0096445B" w:rsidRPr="000767E2">
        <w:rPr>
          <w:lang w:val="sv-SE"/>
        </w:rPr>
        <w:t>BibleBIBEL82</w:t>
      </w:r>
      <w:r w:rsidRPr="000767E2">
        <w:rPr>
          <w:lang w:val="sv-SE"/>
        </w:rPr>
        <w:t>:Heb 12:17]]</w:t>
      </w:r>
      <w:r w:rsidRPr="000767E2">
        <w:rPr>
          <w:vertAlign w:val="superscript"/>
          <w:lang w:val="sv-SE"/>
        </w:rPr>
        <w:t>17</w:t>
      </w:r>
      <w:r w:rsidRPr="000767E2">
        <w:rPr>
          <w:lang w:val="sv-SE"/>
        </w:rPr>
        <w:t xml:space="preserve"> {{field-on:bible}}För ni vet att även efteråt, när han ville ärva välsignelsen, blev han förkastad. För han fann inget utrymme för sinnesändring, även om han med tårar sökte den.{{field-off:bible}}</w:t>
      </w:r>
    </w:p>
    <w:p w14:paraId="57BBDC2E" w14:textId="77777777" w:rsidR="00BA33AB" w:rsidRPr="000767E2" w:rsidRDefault="00000000">
      <w:pPr>
        <w:pStyle w:val="Rubrik3"/>
        <w:rPr>
          <w:lang w:val="sv-SE"/>
        </w:rPr>
      </w:pPr>
      <w:r w:rsidRPr="000767E2">
        <w:rPr>
          <w:lang w:val="sv-SE"/>
        </w:rPr>
        <w:t>Ett rike som inte skakas</w:t>
      </w:r>
    </w:p>
    <w:p w14:paraId="5CFAB783" w14:textId="59A3230A" w:rsidR="00BA33AB" w:rsidRPr="000767E2" w:rsidRDefault="00000000">
      <w:pPr>
        <w:rPr>
          <w:lang w:val="sv-SE"/>
        </w:rPr>
      </w:pPr>
      <w:r w:rsidRPr="000767E2">
        <w:rPr>
          <w:lang w:val="sv-SE"/>
        </w:rPr>
        <w:t>[[@</w:t>
      </w:r>
      <w:r w:rsidR="0096445B" w:rsidRPr="000767E2">
        <w:rPr>
          <w:lang w:val="sv-SE"/>
        </w:rPr>
        <w:t>BibleBIBEL82</w:t>
      </w:r>
      <w:r w:rsidRPr="000767E2">
        <w:rPr>
          <w:lang w:val="sv-SE"/>
        </w:rPr>
        <w:t>:Heb 12:18]]</w:t>
      </w:r>
      <w:r w:rsidRPr="000767E2">
        <w:rPr>
          <w:vertAlign w:val="superscript"/>
          <w:lang w:val="sv-SE"/>
        </w:rPr>
        <w:t>18</w:t>
      </w:r>
      <w:r w:rsidRPr="000767E2">
        <w:rPr>
          <w:lang w:val="sv-SE"/>
        </w:rPr>
        <w:t xml:space="preserve"> {{field-on:bible}}För ni har inte kommit till </w:t>
      </w:r>
      <w:r w:rsidRPr="000767E2">
        <w:rPr>
          <w:i/>
          <w:lang w:val="sv-SE"/>
        </w:rPr>
        <w:t>något som är</w:t>
      </w:r>
      <w:r w:rsidRPr="000767E2">
        <w:rPr>
          <w:lang w:val="sv-SE"/>
        </w:rPr>
        <w:t xml:space="preserve"> påtagligt och brinnande med eld och skymning och dunkel och rusk,{{field-off:bible}} [[@</w:t>
      </w:r>
      <w:r w:rsidR="0096445B" w:rsidRPr="000767E2">
        <w:rPr>
          <w:lang w:val="sv-SE"/>
        </w:rPr>
        <w:t>BibleBIBEL82</w:t>
      </w:r>
      <w:r w:rsidRPr="000767E2">
        <w:rPr>
          <w:lang w:val="sv-SE"/>
        </w:rPr>
        <w:t>:Heb 12:19]]</w:t>
      </w:r>
      <w:r w:rsidRPr="000767E2">
        <w:rPr>
          <w:vertAlign w:val="superscript"/>
          <w:lang w:val="sv-SE"/>
        </w:rPr>
        <w:t>19</w:t>
      </w:r>
      <w:r w:rsidRPr="000767E2">
        <w:rPr>
          <w:lang w:val="sv-SE"/>
        </w:rPr>
        <w:t xml:space="preserve"> {{field-on:bible}}och basundån och en röst med ord som de som hörde undanbad sig, att det inte </w:t>
      </w:r>
      <w:r w:rsidRPr="000767E2">
        <w:rPr>
          <w:i/>
          <w:lang w:val="sv-SE"/>
        </w:rPr>
        <w:t>skulle</w:t>
      </w:r>
      <w:r w:rsidRPr="000767E2">
        <w:rPr>
          <w:lang w:val="sv-SE"/>
        </w:rPr>
        <w:t xml:space="preserve"> tilläggas för dem </w:t>
      </w:r>
      <w:r w:rsidRPr="000767E2">
        <w:rPr>
          <w:i/>
          <w:lang w:val="sv-SE"/>
        </w:rPr>
        <w:t>något</w:t>
      </w:r>
      <w:r w:rsidRPr="000767E2">
        <w:rPr>
          <w:lang w:val="sv-SE"/>
        </w:rPr>
        <w:t xml:space="preserve"> ord.{{field-off:bible}} [[@</w:t>
      </w:r>
      <w:r w:rsidR="0096445B" w:rsidRPr="000767E2">
        <w:rPr>
          <w:lang w:val="sv-SE"/>
        </w:rPr>
        <w:t>BibleBIBEL82</w:t>
      </w:r>
      <w:r w:rsidRPr="000767E2">
        <w:rPr>
          <w:lang w:val="sv-SE"/>
        </w:rPr>
        <w:t>:Heb 12:20]]</w:t>
      </w:r>
      <w:r w:rsidRPr="000767E2">
        <w:rPr>
          <w:vertAlign w:val="superscript"/>
          <w:lang w:val="sv-SE"/>
        </w:rPr>
        <w:t>20</w:t>
      </w:r>
      <w:r w:rsidRPr="000767E2">
        <w:rPr>
          <w:lang w:val="sv-SE"/>
        </w:rPr>
        <w:t xml:space="preserve"> {{field-on:bible}}För de bar inte det som kommenderades: Om så ett vilddjur vidrör berget ska det stenas.{{field-off:bible}} [[@</w:t>
      </w:r>
      <w:r w:rsidR="0096445B" w:rsidRPr="000767E2">
        <w:rPr>
          <w:lang w:val="sv-SE"/>
        </w:rPr>
        <w:t>BibleBIBEL82</w:t>
      </w:r>
      <w:r w:rsidRPr="000767E2">
        <w:rPr>
          <w:lang w:val="sv-SE"/>
        </w:rPr>
        <w:t>:Heb 12:21]]</w:t>
      </w:r>
      <w:r w:rsidRPr="000767E2">
        <w:rPr>
          <w:vertAlign w:val="superscript"/>
          <w:lang w:val="sv-SE"/>
        </w:rPr>
        <w:t>21</w:t>
      </w:r>
      <w:r w:rsidRPr="000767E2">
        <w:rPr>
          <w:lang w:val="sv-SE"/>
        </w:rPr>
        <w:t xml:space="preserve"> {{field-on:bible}}Och så fruktansvärt var det som syntes </w:t>
      </w:r>
      <w:r w:rsidRPr="000767E2">
        <w:rPr>
          <w:i/>
          <w:lang w:val="sv-SE"/>
        </w:rPr>
        <w:t>att</w:t>
      </w:r>
      <w:r w:rsidRPr="000767E2">
        <w:rPr>
          <w:lang w:val="sv-SE"/>
        </w:rPr>
        <w:t xml:space="preserve"> Mose sade: Skräckslagen är jag och darrande.{{field-off:bible}}</w:t>
      </w:r>
    </w:p>
    <w:p w14:paraId="195EFE86" w14:textId="326E192A" w:rsidR="00BA33AB" w:rsidRPr="000767E2" w:rsidRDefault="00000000">
      <w:pPr>
        <w:rPr>
          <w:lang w:val="sv-SE"/>
        </w:rPr>
      </w:pPr>
      <w:r w:rsidRPr="000767E2">
        <w:rPr>
          <w:lang w:val="sv-SE"/>
        </w:rPr>
        <w:t>[[@</w:t>
      </w:r>
      <w:r w:rsidR="0096445B" w:rsidRPr="000767E2">
        <w:rPr>
          <w:lang w:val="sv-SE"/>
        </w:rPr>
        <w:t>BibleBIBEL82</w:t>
      </w:r>
      <w:r w:rsidRPr="000767E2">
        <w:rPr>
          <w:lang w:val="sv-SE"/>
        </w:rPr>
        <w:t>:Heb 12:22]]</w:t>
      </w:r>
      <w:r w:rsidRPr="000767E2">
        <w:rPr>
          <w:vertAlign w:val="superscript"/>
          <w:lang w:val="sv-SE"/>
        </w:rPr>
        <w:t>22</w:t>
      </w:r>
      <w:r w:rsidRPr="000767E2">
        <w:rPr>
          <w:lang w:val="sv-SE"/>
        </w:rPr>
        <w:t xml:space="preserve"> {{field-on:bible}}Nej, ni har kommit till Sions berg och levande Guds stad, </w:t>
      </w:r>
      <w:r w:rsidRPr="000767E2">
        <w:rPr>
          <w:i/>
          <w:lang w:val="sv-SE"/>
        </w:rPr>
        <w:t>det</w:t>
      </w:r>
      <w:r w:rsidRPr="000767E2">
        <w:rPr>
          <w:lang w:val="sv-SE"/>
        </w:rPr>
        <w:t xml:space="preserve"> himmelska Jerusalem och myriader av änglar, till en högtidsskara{{field-off:bible}} [[@</w:t>
      </w:r>
      <w:r w:rsidR="0096445B" w:rsidRPr="000767E2">
        <w:rPr>
          <w:lang w:val="sv-SE"/>
        </w:rPr>
        <w:t>BibleBIBEL82</w:t>
      </w:r>
      <w:r w:rsidRPr="000767E2">
        <w:rPr>
          <w:lang w:val="sv-SE"/>
        </w:rPr>
        <w:t>:Heb 12:23]]</w:t>
      </w:r>
      <w:r w:rsidRPr="000767E2">
        <w:rPr>
          <w:vertAlign w:val="superscript"/>
          <w:lang w:val="sv-SE"/>
        </w:rPr>
        <w:t>23</w:t>
      </w:r>
      <w:r w:rsidRPr="000767E2">
        <w:rPr>
          <w:lang w:val="sv-SE"/>
        </w:rPr>
        <w:t xml:space="preserve"> {{field-on:bible}}och församling av förstfödda upptecknade i himlen, och till allas domare Gud och andar av fullkomnade rättfärdiga,{{field-off:bible}} [[@</w:t>
      </w:r>
      <w:r w:rsidR="0096445B" w:rsidRPr="000767E2">
        <w:rPr>
          <w:lang w:val="sv-SE"/>
        </w:rPr>
        <w:t>BibleBIBEL82</w:t>
      </w:r>
      <w:r w:rsidRPr="000767E2">
        <w:rPr>
          <w:lang w:val="sv-SE"/>
        </w:rPr>
        <w:t>:Heb 12:24]]</w:t>
      </w:r>
      <w:r w:rsidRPr="000767E2">
        <w:rPr>
          <w:vertAlign w:val="superscript"/>
          <w:lang w:val="sv-SE"/>
        </w:rPr>
        <w:t>24</w:t>
      </w:r>
      <w:r w:rsidRPr="000767E2">
        <w:rPr>
          <w:lang w:val="sv-SE"/>
        </w:rPr>
        <w:t xml:space="preserve"> {{field-on:bible}}och till ett nytt förbunds medlare Jesus och ett bestänkelseblod som talar bättre än Abel.{{field-off:bible}}</w:t>
      </w:r>
    </w:p>
    <w:p w14:paraId="6C571DAA" w14:textId="7918776B" w:rsidR="00BA33AB" w:rsidRPr="000767E2" w:rsidRDefault="00000000">
      <w:pPr>
        <w:rPr>
          <w:lang w:val="sv-SE"/>
        </w:rPr>
      </w:pPr>
      <w:r w:rsidRPr="000767E2">
        <w:rPr>
          <w:lang w:val="sv-SE"/>
        </w:rPr>
        <w:t>[[@</w:t>
      </w:r>
      <w:r w:rsidR="0096445B" w:rsidRPr="000767E2">
        <w:rPr>
          <w:lang w:val="sv-SE"/>
        </w:rPr>
        <w:t>BibleBIBEL82</w:t>
      </w:r>
      <w:r w:rsidRPr="000767E2">
        <w:rPr>
          <w:lang w:val="sv-SE"/>
        </w:rPr>
        <w:t>:Heb 12:25]]</w:t>
      </w:r>
      <w:r w:rsidRPr="000767E2">
        <w:rPr>
          <w:vertAlign w:val="superscript"/>
          <w:lang w:val="sv-SE"/>
        </w:rPr>
        <w:t>25</w:t>
      </w:r>
      <w:r w:rsidRPr="000767E2">
        <w:rPr>
          <w:lang w:val="sv-SE"/>
        </w:rPr>
        <w:t xml:space="preserve"> {{field-on:bible}}Se till att ni inte undanber er honom som talar. För om dessa inte undkom som på jorden undanbad sig uppenbararen, hur mycket mer vi som vänder oss bort från honom från himlen?{{field-off:bible}} [[@</w:t>
      </w:r>
      <w:r w:rsidR="0096445B" w:rsidRPr="000767E2">
        <w:rPr>
          <w:lang w:val="sv-SE"/>
        </w:rPr>
        <w:t>BibleBIBEL82</w:t>
      </w:r>
      <w:r w:rsidRPr="000767E2">
        <w:rPr>
          <w:lang w:val="sv-SE"/>
        </w:rPr>
        <w:t>:Heb 12:26]]</w:t>
      </w:r>
      <w:r w:rsidRPr="000767E2">
        <w:rPr>
          <w:vertAlign w:val="superscript"/>
          <w:lang w:val="sv-SE"/>
        </w:rPr>
        <w:t>26</w:t>
      </w:r>
      <w:r w:rsidRPr="000767E2">
        <w:rPr>
          <w:lang w:val="sv-SE"/>
        </w:rPr>
        <w:t xml:space="preserve"> {{field-on:bible}}Hans röst skakade jorden då, men nu har han lovat och sagt: Än en gång ska jag få inte bara jorden att bäva, utan också himlen.{{field-off:bible}} [[@</w:t>
      </w:r>
      <w:r w:rsidR="0096445B" w:rsidRPr="000767E2">
        <w:rPr>
          <w:lang w:val="sv-SE"/>
        </w:rPr>
        <w:t>BibleBIBEL82</w:t>
      </w:r>
      <w:r w:rsidRPr="000767E2">
        <w:rPr>
          <w:lang w:val="sv-SE"/>
        </w:rPr>
        <w:t>:Heb 12:27]]</w:t>
      </w:r>
      <w:r w:rsidRPr="000767E2">
        <w:rPr>
          <w:vertAlign w:val="superscript"/>
          <w:lang w:val="sv-SE"/>
        </w:rPr>
        <w:t>27</w:t>
      </w:r>
      <w:r w:rsidRPr="000767E2">
        <w:rPr>
          <w:lang w:val="sv-SE"/>
        </w:rPr>
        <w:t xml:space="preserve"> {{field-on:bible}}Och detta än en gång tydliggör förflyttning[en] av det som skakas, såsom </w:t>
      </w:r>
      <w:r w:rsidRPr="000767E2">
        <w:rPr>
          <w:i/>
          <w:lang w:val="sv-SE"/>
        </w:rPr>
        <w:t>något</w:t>
      </w:r>
      <w:r w:rsidRPr="000767E2">
        <w:rPr>
          <w:lang w:val="sv-SE"/>
        </w:rPr>
        <w:t xml:space="preserve"> danat, för att det ska bli kvar som inte skakas.{{field-off:bible}}</w:t>
      </w:r>
    </w:p>
    <w:p w14:paraId="6519EB6E" w14:textId="07C0E3AC" w:rsidR="00BA33AB" w:rsidRPr="000767E2" w:rsidRDefault="00000000">
      <w:pPr>
        <w:rPr>
          <w:lang w:val="sv-SE"/>
        </w:rPr>
      </w:pPr>
      <w:r w:rsidRPr="000767E2">
        <w:rPr>
          <w:lang w:val="sv-SE"/>
        </w:rPr>
        <w:t>[[@</w:t>
      </w:r>
      <w:r w:rsidR="0096445B" w:rsidRPr="000767E2">
        <w:rPr>
          <w:lang w:val="sv-SE"/>
        </w:rPr>
        <w:t>BibleBIBEL82</w:t>
      </w:r>
      <w:r w:rsidRPr="000767E2">
        <w:rPr>
          <w:lang w:val="sv-SE"/>
        </w:rPr>
        <w:t>:Heb 12:28]]</w:t>
      </w:r>
      <w:r w:rsidRPr="000767E2">
        <w:rPr>
          <w:vertAlign w:val="superscript"/>
          <w:lang w:val="sv-SE"/>
        </w:rPr>
        <w:t>28</w:t>
      </w:r>
      <w:r w:rsidRPr="000767E2">
        <w:rPr>
          <w:lang w:val="sv-SE"/>
        </w:rPr>
        <w:t xml:space="preserve"> {{field-on:bible}}Därför, då </w:t>
      </w:r>
      <w:r w:rsidRPr="000767E2">
        <w:rPr>
          <w:i/>
          <w:lang w:val="sv-SE"/>
        </w:rPr>
        <w:t>det är</w:t>
      </w:r>
      <w:r w:rsidRPr="000767E2">
        <w:rPr>
          <w:lang w:val="sv-SE"/>
        </w:rPr>
        <w:t xml:space="preserve"> ett oskakbart rike vi tar emot, låt oss ha nåd, genom vilken vi må dyrka välbehagligt Gud med vördsamhet och aktning.{{field-off:bible}} [[@</w:t>
      </w:r>
      <w:r w:rsidR="0096445B" w:rsidRPr="000767E2">
        <w:rPr>
          <w:lang w:val="sv-SE"/>
        </w:rPr>
        <w:t>BibleBIBEL82</w:t>
      </w:r>
      <w:r w:rsidRPr="000767E2">
        <w:rPr>
          <w:lang w:val="sv-SE"/>
        </w:rPr>
        <w:t>:Heb 12:29]]</w:t>
      </w:r>
      <w:r w:rsidRPr="000767E2">
        <w:rPr>
          <w:vertAlign w:val="superscript"/>
          <w:lang w:val="sv-SE"/>
        </w:rPr>
        <w:t>29</w:t>
      </w:r>
      <w:r w:rsidRPr="000767E2">
        <w:rPr>
          <w:lang w:val="sv-SE"/>
        </w:rPr>
        <w:t xml:space="preserve"> {{field-on:bible}}För vår Gud är också en förtärande eld.{{field-off:bible}}</w:t>
      </w:r>
    </w:p>
    <w:p w14:paraId="2E69D1B9" w14:textId="098F7A84"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:Heb 13]]Kapitel 13</w:t>
      </w:r>
    </w:p>
    <w:p w14:paraId="2C9F7C3A" w14:textId="77777777" w:rsidR="00BA33AB" w:rsidRPr="000767E2" w:rsidRDefault="00000000">
      <w:pPr>
        <w:pStyle w:val="Rubrik3"/>
        <w:rPr>
          <w:lang w:val="sv-SE"/>
        </w:rPr>
      </w:pPr>
      <w:r w:rsidRPr="000767E2">
        <w:rPr>
          <w:lang w:val="sv-SE"/>
        </w:rPr>
        <w:t>Offer som behagar Gud</w:t>
      </w:r>
    </w:p>
    <w:p w14:paraId="7D6D84A0" w14:textId="22B67FE5" w:rsidR="00BA33AB" w:rsidRPr="000767E2" w:rsidRDefault="00000000">
      <w:pPr>
        <w:rPr>
          <w:lang w:val="sv-SE"/>
        </w:rPr>
      </w:pPr>
      <w:r w:rsidRPr="000767E2">
        <w:rPr>
          <w:lang w:val="sv-SE"/>
        </w:rPr>
        <w:t>[[@</w:t>
      </w:r>
      <w:r w:rsidR="0096445B" w:rsidRPr="000767E2">
        <w:rPr>
          <w:lang w:val="sv-SE"/>
        </w:rPr>
        <w:t>BibleBIBEL82</w:t>
      </w:r>
      <w:r w:rsidRPr="000767E2">
        <w:rPr>
          <w:lang w:val="sv-SE"/>
        </w:rPr>
        <w:t>:Heb 13:1]]</w:t>
      </w:r>
      <w:r w:rsidRPr="000767E2">
        <w:rPr>
          <w:vertAlign w:val="superscript"/>
          <w:lang w:val="sv-SE"/>
        </w:rPr>
        <w:t>1</w:t>
      </w:r>
      <w:r w:rsidRPr="000767E2">
        <w:rPr>
          <w:lang w:val="sv-SE"/>
        </w:rPr>
        <w:t xml:space="preserve"> {{field-on:bible}}Syskonkärleken ska bestå.{{field-off:bible}} [[@</w:t>
      </w:r>
      <w:r w:rsidR="0096445B" w:rsidRPr="000767E2">
        <w:rPr>
          <w:lang w:val="sv-SE"/>
        </w:rPr>
        <w:t>BibleBIBEL82</w:t>
      </w:r>
      <w:r w:rsidRPr="000767E2">
        <w:rPr>
          <w:lang w:val="sv-SE"/>
        </w:rPr>
        <w:t>:Heb 13:2]]</w:t>
      </w:r>
      <w:r w:rsidRPr="000767E2">
        <w:rPr>
          <w:vertAlign w:val="superscript"/>
          <w:lang w:val="sv-SE"/>
        </w:rPr>
        <w:t>2</w:t>
      </w:r>
      <w:r w:rsidRPr="000767E2">
        <w:rPr>
          <w:lang w:val="sv-SE"/>
        </w:rPr>
        <w:t xml:space="preserve"> {{field-on:bible}}Gästvänligheten ska ni inte glömma, för genom den har några omedvetet haft änglar som gäster.{{field-off:bible}} [[@</w:t>
      </w:r>
      <w:r w:rsidR="0096445B" w:rsidRPr="000767E2">
        <w:rPr>
          <w:lang w:val="sv-SE"/>
        </w:rPr>
        <w:t>BibleBIBEL82</w:t>
      </w:r>
      <w:r w:rsidRPr="000767E2">
        <w:rPr>
          <w:lang w:val="sv-SE"/>
        </w:rPr>
        <w:t>:Heb 13:3]]</w:t>
      </w:r>
      <w:r w:rsidRPr="000767E2">
        <w:rPr>
          <w:vertAlign w:val="superscript"/>
          <w:lang w:val="sv-SE"/>
        </w:rPr>
        <w:t>3</w:t>
      </w:r>
      <w:r w:rsidRPr="000767E2">
        <w:rPr>
          <w:lang w:val="sv-SE"/>
        </w:rPr>
        <w:t xml:space="preserve"> {{field-on:bible}}Kom ihåg fångarna såsom medfängslade, dem som far illa som </w:t>
      </w:r>
      <w:r w:rsidRPr="000767E2">
        <w:rPr>
          <w:i/>
          <w:lang w:val="sv-SE"/>
        </w:rPr>
        <w:t>att ni</w:t>
      </w:r>
      <w:r w:rsidRPr="000767E2">
        <w:rPr>
          <w:lang w:val="sv-SE"/>
        </w:rPr>
        <w:t xml:space="preserve"> också själva var i </w:t>
      </w:r>
      <w:r w:rsidRPr="000767E2">
        <w:rPr>
          <w:i/>
          <w:lang w:val="sv-SE"/>
        </w:rPr>
        <w:t>deras</w:t>
      </w:r>
      <w:r w:rsidRPr="000767E2">
        <w:rPr>
          <w:lang w:val="sv-SE"/>
        </w:rPr>
        <w:t xml:space="preserve"> kropp.{{field-off:bible}}</w:t>
      </w:r>
    </w:p>
    <w:p w14:paraId="6D85D9DF" w14:textId="644D7B46" w:rsidR="00BA33AB" w:rsidRPr="000767E2" w:rsidRDefault="00000000">
      <w:pPr>
        <w:rPr>
          <w:lang w:val="sv-SE"/>
        </w:rPr>
      </w:pPr>
      <w:r w:rsidRPr="000767E2">
        <w:rPr>
          <w:lang w:val="sv-SE"/>
        </w:rPr>
        <w:t>[[@</w:t>
      </w:r>
      <w:r w:rsidR="0096445B" w:rsidRPr="000767E2">
        <w:rPr>
          <w:lang w:val="sv-SE"/>
        </w:rPr>
        <w:t>BibleBIBEL82</w:t>
      </w:r>
      <w:r w:rsidRPr="000767E2">
        <w:rPr>
          <w:lang w:val="sv-SE"/>
        </w:rPr>
        <w:t>:Heb 13:4]]</w:t>
      </w:r>
      <w:r w:rsidRPr="000767E2">
        <w:rPr>
          <w:vertAlign w:val="superscript"/>
          <w:lang w:val="sv-SE"/>
        </w:rPr>
        <w:t>4</w:t>
      </w:r>
      <w:r w:rsidRPr="000767E2">
        <w:rPr>
          <w:lang w:val="sv-SE"/>
        </w:rPr>
        <w:t xml:space="preserve"> {{field-on:bible}}Äktenskapet </w:t>
      </w:r>
      <w:r w:rsidRPr="000767E2">
        <w:rPr>
          <w:i/>
          <w:lang w:val="sv-SE"/>
        </w:rPr>
        <w:t>ska hållas</w:t>
      </w:r>
      <w:r w:rsidRPr="000767E2">
        <w:rPr>
          <w:lang w:val="sv-SE"/>
        </w:rPr>
        <w:t xml:space="preserve"> hedrat bland alla och sängen obefläckad, för otuktiga och äktenskapsbrytare ska Gud döma.{{field-off:bible}} [[@</w:t>
      </w:r>
      <w:r w:rsidR="0096445B" w:rsidRPr="000767E2">
        <w:rPr>
          <w:lang w:val="sv-SE"/>
        </w:rPr>
        <w:t>BibleBIBEL82</w:t>
      </w:r>
      <w:r w:rsidRPr="000767E2">
        <w:rPr>
          <w:lang w:val="sv-SE"/>
        </w:rPr>
        <w:t>:Heb 13:5]]</w:t>
      </w:r>
      <w:r w:rsidRPr="000767E2">
        <w:rPr>
          <w:vertAlign w:val="superscript"/>
          <w:lang w:val="sv-SE"/>
        </w:rPr>
        <w:t>5</w:t>
      </w:r>
      <w:r w:rsidRPr="000767E2">
        <w:rPr>
          <w:lang w:val="sv-SE"/>
        </w:rPr>
        <w:t xml:space="preserve"> {{field-on:bible}}</w:t>
      </w:r>
      <w:r w:rsidRPr="000767E2">
        <w:rPr>
          <w:i/>
          <w:lang w:val="sv-SE"/>
        </w:rPr>
        <w:t>Ert</w:t>
      </w:r>
      <w:r w:rsidRPr="000767E2">
        <w:rPr>
          <w:lang w:val="sv-SE"/>
        </w:rPr>
        <w:t xml:space="preserve"> sätt </w:t>
      </w:r>
      <w:r w:rsidRPr="000767E2">
        <w:rPr>
          <w:i/>
          <w:lang w:val="sv-SE"/>
        </w:rPr>
        <w:t>ska vara</w:t>
      </w:r>
      <w:r w:rsidRPr="000767E2">
        <w:rPr>
          <w:lang w:val="sv-SE"/>
        </w:rPr>
        <w:t xml:space="preserve"> icke pengakärt. </w:t>
      </w:r>
      <w:r w:rsidRPr="000767E2">
        <w:rPr>
          <w:i/>
          <w:lang w:val="sv-SE"/>
        </w:rPr>
        <w:t>Var</w:t>
      </w:r>
      <w:r w:rsidRPr="000767E2">
        <w:rPr>
          <w:lang w:val="sv-SE"/>
        </w:rPr>
        <w:t xml:space="preserve"> nöjda med det som är där. För själv har han sagt: Jag ska aldrig ge upp dig, och jag ska aldrig överge dig.{{field-off:bible}} [[@</w:t>
      </w:r>
      <w:r w:rsidR="0096445B" w:rsidRPr="000767E2">
        <w:rPr>
          <w:lang w:val="sv-SE"/>
        </w:rPr>
        <w:t>BibleBIBEL82</w:t>
      </w:r>
      <w:r w:rsidRPr="000767E2">
        <w:rPr>
          <w:lang w:val="sv-SE"/>
        </w:rPr>
        <w:t>:Heb 13:6]]</w:t>
      </w:r>
      <w:r w:rsidRPr="000767E2">
        <w:rPr>
          <w:vertAlign w:val="superscript"/>
          <w:lang w:val="sv-SE"/>
        </w:rPr>
        <w:t>6</w:t>
      </w:r>
      <w:r w:rsidRPr="000767E2">
        <w:rPr>
          <w:lang w:val="sv-SE"/>
        </w:rPr>
        <w:t xml:space="preserve"> {{field-on:bible}}Därför </w:t>
      </w:r>
      <w:r w:rsidRPr="000767E2">
        <w:rPr>
          <w:i/>
          <w:lang w:val="sv-SE"/>
        </w:rPr>
        <w:t>kan</w:t>
      </w:r>
      <w:r w:rsidRPr="000767E2">
        <w:rPr>
          <w:lang w:val="sv-SE"/>
        </w:rPr>
        <w:t xml:space="preserve"> vi morska säga:{{field-off:bible}}</w:t>
      </w:r>
    </w:p>
    <w:p w14:paraId="430421A5" w14:textId="77777777" w:rsidR="00BA33AB" w:rsidRPr="000767E2" w:rsidRDefault="00000000">
      <w:pPr>
        <w:rPr>
          <w:lang w:val="sv-SE"/>
        </w:rPr>
      </w:pPr>
      <w:r w:rsidRPr="000767E2">
        <w:rPr>
          <w:lang w:val="sv-SE"/>
        </w:rPr>
        <w:t xml:space="preserve">{{field-on:bible}}Herren </w:t>
      </w:r>
      <w:r w:rsidRPr="000767E2">
        <w:rPr>
          <w:i/>
          <w:lang w:val="sv-SE"/>
        </w:rPr>
        <w:t>är</w:t>
      </w:r>
      <w:r w:rsidRPr="000767E2">
        <w:rPr>
          <w:lang w:val="sv-SE"/>
        </w:rPr>
        <w:t xml:space="preserve"> min hjälpare, och jag ska inte frukta.</w:t>
      </w:r>
      <w:r w:rsidRPr="000767E2">
        <w:rPr>
          <w:lang w:val="sv-SE"/>
        </w:rPr>
        <w:br/>
        <w:t>Vad ska en människa göra mig?{{field-off:bible}}</w:t>
      </w:r>
    </w:p>
    <w:p w14:paraId="108B847F" w14:textId="73CCA5DC" w:rsidR="00BA33AB" w:rsidRPr="000767E2" w:rsidRDefault="00000000">
      <w:pPr>
        <w:rPr>
          <w:lang w:val="sv-SE"/>
        </w:rPr>
      </w:pPr>
      <w:r w:rsidRPr="000767E2">
        <w:rPr>
          <w:lang w:val="sv-SE"/>
        </w:rPr>
        <w:t>[[@</w:t>
      </w:r>
      <w:r w:rsidR="0096445B" w:rsidRPr="000767E2">
        <w:rPr>
          <w:lang w:val="sv-SE"/>
        </w:rPr>
        <w:t>BibleBIBEL82</w:t>
      </w:r>
      <w:r w:rsidRPr="000767E2">
        <w:rPr>
          <w:lang w:val="sv-SE"/>
        </w:rPr>
        <w:t>:Heb 13:7]]</w:t>
      </w:r>
      <w:r w:rsidRPr="000767E2">
        <w:rPr>
          <w:vertAlign w:val="superscript"/>
          <w:lang w:val="sv-SE"/>
        </w:rPr>
        <w:t>7</w:t>
      </w:r>
      <w:r w:rsidRPr="000767E2">
        <w:rPr>
          <w:lang w:val="sv-SE"/>
        </w:rPr>
        <w:t xml:space="preserve"> {{field-on:bible}}Minns era styresmän som har talat till er Guds ord. Skärskåda utgången av deras agerande och imitera tron.{{field-off:bible}} [[@</w:t>
      </w:r>
      <w:r w:rsidR="0096445B" w:rsidRPr="000767E2">
        <w:rPr>
          <w:lang w:val="sv-SE"/>
        </w:rPr>
        <w:t>BibleBIBEL82</w:t>
      </w:r>
      <w:r w:rsidRPr="000767E2">
        <w:rPr>
          <w:lang w:val="sv-SE"/>
        </w:rPr>
        <w:t>:Heb 13:8]]</w:t>
      </w:r>
      <w:r w:rsidRPr="000767E2">
        <w:rPr>
          <w:vertAlign w:val="superscript"/>
          <w:lang w:val="sv-SE"/>
        </w:rPr>
        <w:t>8</w:t>
      </w:r>
      <w:r w:rsidRPr="000767E2">
        <w:rPr>
          <w:lang w:val="sv-SE"/>
        </w:rPr>
        <w:t xml:space="preserve"> {{field-on:bible}}Jesus Kristus </w:t>
      </w:r>
      <w:r w:rsidRPr="000767E2">
        <w:rPr>
          <w:i/>
          <w:lang w:val="sv-SE"/>
        </w:rPr>
        <w:t>är</w:t>
      </w:r>
      <w:r w:rsidRPr="000767E2">
        <w:rPr>
          <w:lang w:val="sv-SE"/>
        </w:rPr>
        <w:t xml:space="preserve"> igår och idag densamme, och till eonerna.{{field-off:bible}}</w:t>
      </w:r>
    </w:p>
    <w:p w14:paraId="5366AF89" w14:textId="30959D2D" w:rsidR="00BA33AB" w:rsidRPr="000767E2" w:rsidRDefault="00000000">
      <w:pPr>
        <w:rPr>
          <w:lang w:val="sv-SE"/>
        </w:rPr>
      </w:pPr>
      <w:r w:rsidRPr="000767E2">
        <w:rPr>
          <w:lang w:val="sv-SE"/>
        </w:rPr>
        <w:t>[[@</w:t>
      </w:r>
      <w:r w:rsidR="0096445B" w:rsidRPr="000767E2">
        <w:rPr>
          <w:lang w:val="sv-SE"/>
        </w:rPr>
        <w:t>BibleBIBEL82</w:t>
      </w:r>
      <w:r w:rsidRPr="000767E2">
        <w:rPr>
          <w:lang w:val="sv-SE"/>
        </w:rPr>
        <w:t>:Heb 13:9]]</w:t>
      </w:r>
      <w:r w:rsidRPr="000767E2">
        <w:rPr>
          <w:vertAlign w:val="superscript"/>
          <w:lang w:val="sv-SE"/>
        </w:rPr>
        <w:t>9</w:t>
      </w:r>
      <w:r w:rsidRPr="000767E2">
        <w:rPr>
          <w:lang w:val="sv-SE"/>
        </w:rPr>
        <w:t xml:space="preserve"> {{field-on:bible}}Av olika och främmande läror ska ni inte föras bort. För </w:t>
      </w:r>
      <w:r w:rsidRPr="000767E2">
        <w:rPr>
          <w:i/>
          <w:lang w:val="sv-SE"/>
        </w:rPr>
        <w:t>det är</w:t>
      </w:r>
      <w:r w:rsidRPr="000767E2">
        <w:rPr>
          <w:lang w:val="sv-SE"/>
        </w:rPr>
        <w:t xml:space="preserve"> bra att befästas i hjärtat med nåd, inte med matämnen. Av dessa har de som vandrar inte fått nytta.{{field-off:bible}} [[@</w:t>
      </w:r>
      <w:r w:rsidR="0096445B" w:rsidRPr="000767E2">
        <w:rPr>
          <w:lang w:val="sv-SE"/>
        </w:rPr>
        <w:t>BibleBIBEL82</w:t>
      </w:r>
      <w:r w:rsidRPr="000767E2">
        <w:rPr>
          <w:lang w:val="sv-SE"/>
        </w:rPr>
        <w:t>:Heb 13:10]]</w:t>
      </w:r>
      <w:r w:rsidRPr="000767E2">
        <w:rPr>
          <w:vertAlign w:val="superscript"/>
          <w:lang w:val="sv-SE"/>
        </w:rPr>
        <w:t>10</w:t>
      </w:r>
      <w:r w:rsidRPr="000767E2">
        <w:rPr>
          <w:lang w:val="sv-SE"/>
        </w:rPr>
        <w:t xml:space="preserve"> {{field-on:bible}}Vi har ett altare från vilket de inte har rättighet att äta som dyrkar </w:t>
      </w:r>
      <w:r w:rsidRPr="000767E2">
        <w:rPr>
          <w:i/>
          <w:lang w:val="sv-SE"/>
        </w:rPr>
        <w:t>i</w:t>
      </w:r>
      <w:r w:rsidRPr="000767E2">
        <w:rPr>
          <w:lang w:val="sv-SE"/>
        </w:rPr>
        <w:t xml:space="preserve"> tabernaklet.{{field-off:bible}} [[@</w:t>
      </w:r>
      <w:r w:rsidR="0096445B" w:rsidRPr="000767E2">
        <w:rPr>
          <w:lang w:val="sv-SE"/>
        </w:rPr>
        <w:t>BibleBIBEL82</w:t>
      </w:r>
      <w:r w:rsidRPr="000767E2">
        <w:rPr>
          <w:lang w:val="sv-SE"/>
        </w:rPr>
        <w:t>:Heb 13:11]]</w:t>
      </w:r>
      <w:r w:rsidRPr="000767E2">
        <w:rPr>
          <w:vertAlign w:val="superscript"/>
          <w:lang w:val="sv-SE"/>
        </w:rPr>
        <w:t>11</w:t>
      </w:r>
      <w:r w:rsidRPr="000767E2">
        <w:rPr>
          <w:lang w:val="sv-SE"/>
        </w:rPr>
        <w:t xml:space="preserve"> {{field-on:bible}}För djuren vilkas blod bärs in </w:t>
      </w:r>
      <w:r w:rsidRPr="000767E2">
        <w:rPr>
          <w:i/>
          <w:lang w:val="sv-SE"/>
        </w:rPr>
        <w:t>som offer</w:t>
      </w:r>
      <w:r w:rsidRPr="000767E2">
        <w:rPr>
          <w:lang w:val="sv-SE"/>
        </w:rPr>
        <w:t xml:space="preserve"> för synd i helgedomen genom översteprästen, dessas kroppar bränns upp utanför lägret.{{field-off:bible}} [[@</w:t>
      </w:r>
      <w:r w:rsidR="0096445B" w:rsidRPr="000767E2">
        <w:rPr>
          <w:lang w:val="sv-SE"/>
        </w:rPr>
        <w:t>BibleBIBEL82</w:t>
      </w:r>
      <w:r w:rsidRPr="000767E2">
        <w:rPr>
          <w:lang w:val="sv-SE"/>
        </w:rPr>
        <w:t>:Heb 13:12]]</w:t>
      </w:r>
      <w:r w:rsidRPr="000767E2">
        <w:rPr>
          <w:vertAlign w:val="superscript"/>
          <w:lang w:val="sv-SE"/>
        </w:rPr>
        <w:t>12</w:t>
      </w:r>
      <w:r w:rsidRPr="000767E2">
        <w:rPr>
          <w:lang w:val="sv-SE"/>
        </w:rPr>
        <w:t xml:space="preserve"> {{field-on:bible}}Därför har också Jesus, för att genom </w:t>
      </w:r>
      <w:r w:rsidRPr="000767E2">
        <w:rPr>
          <w:i/>
          <w:lang w:val="sv-SE"/>
        </w:rPr>
        <w:t>sitt</w:t>
      </w:r>
      <w:r w:rsidRPr="000767E2">
        <w:rPr>
          <w:lang w:val="sv-SE"/>
        </w:rPr>
        <w:t xml:space="preserve"> eget blod helga folket, lidit utanför porten.{{field-off:bible}}</w:t>
      </w:r>
    </w:p>
    <w:p w14:paraId="25690BD7" w14:textId="5D8C4F11" w:rsidR="00BA33AB" w:rsidRPr="000767E2" w:rsidRDefault="00000000">
      <w:pPr>
        <w:rPr>
          <w:lang w:val="sv-SE"/>
        </w:rPr>
      </w:pPr>
      <w:r w:rsidRPr="000767E2">
        <w:rPr>
          <w:lang w:val="sv-SE"/>
        </w:rPr>
        <w:t>[[@</w:t>
      </w:r>
      <w:r w:rsidR="0096445B" w:rsidRPr="000767E2">
        <w:rPr>
          <w:lang w:val="sv-SE"/>
        </w:rPr>
        <w:t>BibleBIBEL82</w:t>
      </w:r>
      <w:r w:rsidRPr="000767E2">
        <w:rPr>
          <w:lang w:val="sv-SE"/>
        </w:rPr>
        <w:t>:Heb 13:13]]</w:t>
      </w:r>
      <w:r w:rsidRPr="000767E2">
        <w:rPr>
          <w:vertAlign w:val="superscript"/>
          <w:lang w:val="sv-SE"/>
        </w:rPr>
        <w:t>13</w:t>
      </w:r>
      <w:r w:rsidRPr="000767E2">
        <w:rPr>
          <w:lang w:val="sv-SE"/>
        </w:rPr>
        <w:t xml:space="preserve"> {{field-on:bible}}Låt oss därför gå ut till honom utanför lägret och bära kritiken för hans skull.{{field-off:bible}} [[@</w:t>
      </w:r>
      <w:r w:rsidR="0096445B" w:rsidRPr="000767E2">
        <w:rPr>
          <w:lang w:val="sv-SE"/>
        </w:rPr>
        <w:t>BibleBIBEL82</w:t>
      </w:r>
      <w:r w:rsidRPr="000767E2">
        <w:rPr>
          <w:lang w:val="sv-SE"/>
        </w:rPr>
        <w:t>:Heb 13:14]]</w:t>
      </w:r>
      <w:r w:rsidRPr="000767E2">
        <w:rPr>
          <w:vertAlign w:val="superscript"/>
          <w:lang w:val="sv-SE"/>
        </w:rPr>
        <w:t>14</w:t>
      </w:r>
      <w:r w:rsidRPr="000767E2">
        <w:rPr>
          <w:lang w:val="sv-SE"/>
        </w:rPr>
        <w:t xml:space="preserve"> {{field-on:bible}}För vi har här ingen bestående stad, utan den kommande söker vi.{{field-off:bible}} [[@</w:t>
      </w:r>
      <w:r w:rsidR="0096445B" w:rsidRPr="000767E2">
        <w:rPr>
          <w:lang w:val="sv-SE"/>
        </w:rPr>
        <w:t>BibleBIBEL82</w:t>
      </w:r>
      <w:r w:rsidRPr="000767E2">
        <w:rPr>
          <w:lang w:val="sv-SE"/>
        </w:rPr>
        <w:t>:Heb 13:15]]</w:t>
      </w:r>
      <w:r w:rsidRPr="000767E2">
        <w:rPr>
          <w:vertAlign w:val="superscript"/>
          <w:lang w:val="sv-SE"/>
        </w:rPr>
        <w:t>15</w:t>
      </w:r>
      <w:r w:rsidRPr="000767E2">
        <w:rPr>
          <w:lang w:val="sv-SE"/>
        </w:rPr>
        <w:t xml:space="preserve"> {{field-on:bible}}Låt oss [då] genom honom ständigt bära upp ett offer av lovprisning till Gud, det </w:t>
      </w:r>
      <w:r w:rsidRPr="000767E2">
        <w:rPr>
          <w:i/>
          <w:lang w:val="sv-SE"/>
        </w:rPr>
        <w:t>vill säga</w:t>
      </w:r>
      <w:r w:rsidRPr="000767E2">
        <w:rPr>
          <w:lang w:val="sv-SE"/>
        </w:rPr>
        <w:t xml:space="preserve"> en frukt från läppar som bekänner hans namn.{{field-off:bible}} [[@</w:t>
      </w:r>
      <w:r w:rsidR="0096445B" w:rsidRPr="000767E2">
        <w:rPr>
          <w:lang w:val="sv-SE"/>
        </w:rPr>
        <w:t>BibleBIBEL82</w:t>
      </w:r>
      <w:r w:rsidRPr="000767E2">
        <w:rPr>
          <w:lang w:val="sv-SE"/>
        </w:rPr>
        <w:t>:Heb 13:16]]</w:t>
      </w:r>
      <w:r w:rsidRPr="000767E2">
        <w:rPr>
          <w:vertAlign w:val="superscript"/>
          <w:lang w:val="sv-SE"/>
        </w:rPr>
        <w:t>16</w:t>
      </w:r>
      <w:r w:rsidRPr="000767E2">
        <w:rPr>
          <w:lang w:val="sv-SE"/>
        </w:rPr>
        <w:t xml:space="preserve"> {{field-on:bible}}Och välgörandet och gemenskapen ska ni inte glömma, för med sådana offer välbehagas Gud.{{field-off:bible}}</w:t>
      </w:r>
    </w:p>
    <w:p w14:paraId="49F7EE41" w14:textId="77777777" w:rsidR="00BA33AB" w:rsidRPr="000767E2" w:rsidRDefault="00000000">
      <w:pPr>
        <w:pStyle w:val="Rubrik3"/>
        <w:rPr>
          <w:lang w:val="sv-SE"/>
        </w:rPr>
      </w:pPr>
      <w:r w:rsidRPr="000767E2">
        <w:rPr>
          <w:lang w:val="sv-SE"/>
        </w:rPr>
        <w:t>Uppmaningar och förbön</w:t>
      </w:r>
    </w:p>
    <w:p w14:paraId="477C0177" w14:textId="37936E98" w:rsidR="00BA33AB" w:rsidRPr="000767E2" w:rsidRDefault="00000000">
      <w:pPr>
        <w:rPr>
          <w:lang w:val="sv-SE"/>
        </w:rPr>
      </w:pPr>
      <w:r w:rsidRPr="000767E2">
        <w:rPr>
          <w:lang w:val="sv-SE"/>
        </w:rPr>
        <w:t>[[@</w:t>
      </w:r>
      <w:r w:rsidR="0096445B" w:rsidRPr="000767E2">
        <w:rPr>
          <w:lang w:val="sv-SE"/>
        </w:rPr>
        <w:t>BibleBIBEL82</w:t>
      </w:r>
      <w:r w:rsidRPr="000767E2">
        <w:rPr>
          <w:lang w:val="sv-SE"/>
        </w:rPr>
        <w:t>:Heb 13:17]]</w:t>
      </w:r>
      <w:r w:rsidRPr="000767E2">
        <w:rPr>
          <w:vertAlign w:val="superscript"/>
          <w:lang w:val="sv-SE"/>
        </w:rPr>
        <w:t>17</w:t>
      </w:r>
      <w:r w:rsidRPr="000767E2">
        <w:rPr>
          <w:lang w:val="sv-SE"/>
        </w:rPr>
        <w:t xml:space="preserve"> {{field-on:bible}}</w:t>
      </w:r>
      <w:r w:rsidRPr="000767E2">
        <w:rPr>
          <w:i/>
          <w:lang w:val="sv-SE"/>
        </w:rPr>
        <w:t>Låt er</w:t>
      </w:r>
      <w:r w:rsidRPr="000767E2">
        <w:rPr>
          <w:lang w:val="sv-SE"/>
        </w:rPr>
        <w:t xml:space="preserve"> övertygas av era styresmän och ge efter. För de vakar över era själar som </w:t>
      </w:r>
      <w:r w:rsidRPr="000767E2">
        <w:rPr>
          <w:i/>
          <w:lang w:val="sv-SE"/>
        </w:rPr>
        <w:t>sådana</w:t>
      </w:r>
      <w:r w:rsidRPr="000767E2">
        <w:rPr>
          <w:lang w:val="sv-SE"/>
        </w:rPr>
        <w:t xml:space="preserve"> som ska avge räkenskap, så att de gör detta med glädje och inte suckande. Ogynnsamt för er </w:t>
      </w:r>
      <w:r w:rsidRPr="000767E2">
        <w:rPr>
          <w:i/>
          <w:lang w:val="sv-SE"/>
        </w:rPr>
        <w:t>vore</w:t>
      </w:r>
      <w:r w:rsidRPr="000767E2">
        <w:rPr>
          <w:lang w:val="sv-SE"/>
        </w:rPr>
        <w:t xml:space="preserve"> ju det.{{field-off:bible}}</w:t>
      </w:r>
    </w:p>
    <w:p w14:paraId="7B510180" w14:textId="132226E1"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:Heb 13:18]]</w:t>
      </w:r>
      <w:r w:rsidRPr="000767E2">
        <w:rPr>
          <w:vertAlign w:val="superscript"/>
          <w:lang w:val="sv-SE"/>
        </w:rPr>
        <w:t>18</w:t>
      </w:r>
      <w:r w:rsidRPr="000767E2">
        <w:rPr>
          <w:lang w:val="sv-SE"/>
        </w:rPr>
        <w:t xml:space="preserve"> {{field-on:bible}}Be för oss. För vi är övertygade </w:t>
      </w:r>
      <w:r w:rsidRPr="000767E2">
        <w:rPr>
          <w:i/>
          <w:lang w:val="sv-SE"/>
        </w:rPr>
        <w:t>om</w:t>
      </w:r>
      <w:r w:rsidRPr="000767E2">
        <w:rPr>
          <w:lang w:val="sv-SE"/>
        </w:rPr>
        <w:t xml:space="preserve"> att vi har ett gott samvete, och i allt vill vi agera väl.{{field-off:bible}} [[@</w:t>
      </w:r>
      <w:r w:rsidR="0096445B" w:rsidRPr="000767E2">
        <w:rPr>
          <w:lang w:val="sv-SE"/>
        </w:rPr>
        <w:t>BibleBIBEL82</w:t>
      </w:r>
      <w:r w:rsidRPr="000767E2">
        <w:rPr>
          <w:lang w:val="sv-SE"/>
        </w:rPr>
        <w:t>:Heb 13:19]]</w:t>
      </w:r>
      <w:r w:rsidRPr="000767E2">
        <w:rPr>
          <w:vertAlign w:val="superscript"/>
          <w:lang w:val="sv-SE"/>
        </w:rPr>
        <w:t>19</w:t>
      </w:r>
      <w:r w:rsidRPr="000767E2">
        <w:rPr>
          <w:lang w:val="sv-SE"/>
        </w:rPr>
        <w:t xml:space="preserve"> {{field-on:bible}}Och ännu mer uppmanar jag </w:t>
      </w:r>
      <w:r w:rsidRPr="000767E2">
        <w:rPr>
          <w:i/>
          <w:lang w:val="sv-SE"/>
        </w:rPr>
        <w:t>till</w:t>
      </w:r>
      <w:r w:rsidRPr="000767E2">
        <w:rPr>
          <w:lang w:val="sv-SE"/>
        </w:rPr>
        <w:t xml:space="preserve"> att göra detta, så att jag fortare återställs till er.{{field-off:bible}}</w:t>
      </w:r>
    </w:p>
    <w:p w14:paraId="6DB39272" w14:textId="6DC1D5DC" w:rsidR="00BA33AB" w:rsidRPr="000767E2" w:rsidRDefault="00000000">
      <w:pPr>
        <w:rPr>
          <w:lang w:val="sv-SE"/>
        </w:rPr>
      </w:pPr>
      <w:r w:rsidRPr="000767E2">
        <w:rPr>
          <w:lang w:val="sv-SE"/>
        </w:rPr>
        <w:t>[[@</w:t>
      </w:r>
      <w:r w:rsidR="0096445B" w:rsidRPr="000767E2">
        <w:rPr>
          <w:lang w:val="sv-SE"/>
        </w:rPr>
        <w:t>BibleBIBEL82</w:t>
      </w:r>
      <w:r w:rsidRPr="000767E2">
        <w:rPr>
          <w:lang w:val="sv-SE"/>
        </w:rPr>
        <w:t>:Heb 13:20]]</w:t>
      </w:r>
      <w:r w:rsidRPr="000767E2">
        <w:rPr>
          <w:vertAlign w:val="superscript"/>
          <w:lang w:val="sv-SE"/>
        </w:rPr>
        <w:t>20</w:t>
      </w:r>
      <w:r w:rsidRPr="000767E2">
        <w:rPr>
          <w:lang w:val="sv-SE"/>
        </w:rPr>
        <w:t xml:space="preserve"> {{field-on:bible}}Och fridens Gud, som fört upp från </w:t>
      </w:r>
      <w:r w:rsidRPr="000767E2">
        <w:rPr>
          <w:i/>
          <w:lang w:val="sv-SE"/>
        </w:rPr>
        <w:t>de</w:t>
      </w:r>
      <w:r w:rsidRPr="000767E2">
        <w:rPr>
          <w:lang w:val="sv-SE"/>
        </w:rPr>
        <w:t xml:space="preserve"> döda fårens store herde genom ett eoniskt förbunds blod, vår Herre Jesus,{{field-off:bible}} [[@</w:t>
      </w:r>
      <w:r w:rsidR="0096445B" w:rsidRPr="000767E2">
        <w:rPr>
          <w:lang w:val="sv-SE"/>
        </w:rPr>
        <w:t>BibleBIBEL82</w:t>
      </w:r>
      <w:r w:rsidRPr="000767E2">
        <w:rPr>
          <w:lang w:val="sv-SE"/>
        </w:rPr>
        <w:t>:Heb 13:21]]</w:t>
      </w:r>
      <w:r w:rsidRPr="000767E2">
        <w:rPr>
          <w:vertAlign w:val="superscript"/>
          <w:lang w:val="sv-SE"/>
        </w:rPr>
        <w:t>21</w:t>
      </w:r>
      <w:r w:rsidRPr="000767E2">
        <w:rPr>
          <w:lang w:val="sv-SE"/>
        </w:rPr>
        <w:t xml:space="preserve"> {{field-on:bible}}må förfärdiga er i allt gott till att göra hans vilja, och göra i oss det </w:t>
      </w:r>
      <w:r w:rsidRPr="000767E2">
        <w:rPr>
          <w:i/>
          <w:lang w:val="sv-SE"/>
        </w:rPr>
        <w:t>som är</w:t>
      </w:r>
      <w:r w:rsidRPr="000767E2">
        <w:rPr>
          <w:lang w:val="sv-SE"/>
        </w:rPr>
        <w:t xml:space="preserve"> välbehagligt inför honom genom Jesus Kristus. Hans </w:t>
      </w:r>
      <w:r w:rsidRPr="000767E2">
        <w:rPr>
          <w:i/>
          <w:lang w:val="sv-SE"/>
        </w:rPr>
        <w:t>är</w:t>
      </w:r>
      <w:r w:rsidRPr="000767E2">
        <w:rPr>
          <w:lang w:val="sv-SE"/>
        </w:rPr>
        <w:t xml:space="preserve"> äran till [eonernas] eoner. Amen.{{field-off:bible}}</w:t>
      </w:r>
    </w:p>
    <w:p w14:paraId="1D05FE80" w14:textId="77777777" w:rsidR="00BA33AB" w:rsidRPr="000767E2" w:rsidRDefault="00000000">
      <w:pPr>
        <w:pStyle w:val="Rubrik3"/>
        <w:rPr>
          <w:lang w:val="sv-SE"/>
        </w:rPr>
      </w:pPr>
      <w:r w:rsidRPr="000767E2">
        <w:rPr>
          <w:lang w:val="sv-SE"/>
        </w:rPr>
        <w:t>Sluthälsningar</w:t>
      </w:r>
    </w:p>
    <w:p w14:paraId="0A013B50" w14:textId="7CA7992B" w:rsidR="00BA33AB" w:rsidRPr="000767E2" w:rsidRDefault="00000000">
      <w:pPr>
        <w:rPr>
          <w:lang w:val="sv-SE"/>
        </w:rPr>
      </w:pPr>
      <w:r w:rsidRPr="000767E2">
        <w:rPr>
          <w:lang w:val="sv-SE"/>
        </w:rPr>
        <w:t>[[@</w:t>
      </w:r>
      <w:r w:rsidR="0096445B" w:rsidRPr="000767E2">
        <w:rPr>
          <w:lang w:val="sv-SE"/>
        </w:rPr>
        <w:t>BibleBIBEL82</w:t>
      </w:r>
      <w:r w:rsidRPr="000767E2">
        <w:rPr>
          <w:lang w:val="sv-SE"/>
        </w:rPr>
        <w:t>:Heb 13:22]]</w:t>
      </w:r>
      <w:r w:rsidRPr="000767E2">
        <w:rPr>
          <w:vertAlign w:val="superscript"/>
          <w:lang w:val="sv-SE"/>
        </w:rPr>
        <w:t>22</w:t>
      </w:r>
      <w:r w:rsidRPr="000767E2">
        <w:rPr>
          <w:lang w:val="sv-SE"/>
        </w:rPr>
        <w:t xml:space="preserve"> {{field-on:bible}}Och jag uppmanar er, syskon, att stå ut med uppmaningens ord. </w:t>
      </w:r>
      <w:r w:rsidRPr="000767E2">
        <w:rPr>
          <w:i/>
          <w:lang w:val="sv-SE"/>
        </w:rPr>
        <w:t>Det är</w:t>
      </w:r>
      <w:r w:rsidRPr="000767E2">
        <w:rPr>
          <w:lang w:val="sv-SE"/>
        </w:rPr>
        <w:t xml:space="preserve"> ju också i korthet jag har tillskrivit er.{{field-off:bible}}</w:t>
      </w:r>
    </w:p>
    <w:p w14:paraId="6C4D1220" w14:textId="25DE26FF" w:rsidR="00BA33AB" w:rsidRPr="000767E2" w:rsidRDefault="00000000">
      <w:pPr>
        <w:rPr>
          <w:lang w:val="sv-SE"/>
        </w:rPr>
      </w:pPr>
      <w:r w:rsidRPr="000767E2">
        <w:rPr>
          <w:lang w:val="sv-SE"/>
        </w:rPr>
        <w:t>[[@</w:t>
      </w:r>
      <w:r w:rsidR="0096445B" w:rsidRPr="000767E2">
        <w:rPr>
          <w:lang w:val="sv-SE"/>
        </w:rPr>
        <w:t>BibleBIBEL82</w:t>
      </w:r>
      <w:r w:rsidRPr="000767E2">
        <w:rPr>
          <w:lang w:val="sv-SE"/>
        </w:rPr>
        <w:t>:Heb 13:23]]</w:t>
      </w:r>
      <w:r w:rsidRPr="000767E2">
        <w:rPr>
          <w:vertAlign w:val="superscript"/>
          <w:lang w:val="sv-SE"/>
        </w:rPr>
        <w:t>23</w:t>
      </w:r>
      <w:r w:rsidRPr="000767E2">
        <w:rPr>
          <w:lang w:val="sv-SE"/>
        </w:rPr>
        <w:t xml:space="preserve"> {{field-on:bible}}Ni ska veta </w:t>
      </w:r>
      <w:r w:rsidRPr="000767E2">
        <w:rPr>
          <w:i/>
          <w:lang w:val="sv-SE"/>
        </w:rPr>
        <w:t>att</w:t>
      </w:r>
      <w:r w:rsidRPr="000767E2">
        <w:rPr>
          <w:lang w:val="sv-SE"/>
        </w:rPr>
        <w:t xml:space="preserve"> vår broder Timotheos </w:t>
      </w:r>
      <w:r w:rsidRPr="000767E2">
        <w:rPr>
          <w:i/>
          <w:lang w:val="sv-SE"/>
        </w:rPr>
        <w:t>är</w:t>
      </w:r>
      <w:r w:rsidRPr="000767E2">
        <w:rPr>
          <w:lang w:val="sv-SE"/>
        </w:rPr>
        <w:t xml:space="preserve"> frigiven. Med honom, om han kommer fortare, ska jag se er.{{field-off:bible}} [[@</w:t>
      </w:r>
      <w:r w:rsidR="0096445B" w:rsidRPr="000767E2">
        <w:rPr>
          <w:lang w:val="sv-SE"/>
        </w:rPr>
        <w:t>BibleBIBEL82</w:t>
      </w:r>
      <w:r w:rsidRPr="000767E2">
        <w:rPr>
          <w:lang w:val="sv-SE"/>
        </w:rPr>
        <w:t>:Heb 13:24]]</w:t>
      </w:r>
      <w:r w:rsidRPr="000767E2">
        <w:rPr>
          <w:vertAlign w:val="superscript"/>
          <w:lang w:val="sv-SE"/>
        </w:rPr>
        <w:t>24</w:t>
      </w:r>
      <w:r w:rsidRPr="000767E2">
        <w:rPr>
          <w:lang w:val="sv-SE"/>
        </w:rPr>
        <w:t xml:space="preserve"> {{field-on:bible}}Hälsa alla era styresmän och alla de heliga. Hälsar er </w:t>
      </w:r>
      <w:r w:rsidRPr="000767E2">
        <w:rPr>
          <w:i/>
          <w:lang w:val="sv-SE"/>
        </w:rPr>
        <w:t>gör</w:t>
      </w:r>
      <w:r w:rsidRPr="000767E2">
        <w:rPr>
          <w:lang w:val="sv-SE"/>
        </w:rPr>
        <w:t xml:space="preserve"> de från Italien.{{field-off:bible}} [[@</w:t>
      </w:r>
      <w:r w:rsidR="0096445B" w:rsidRPr="000767E2">
        <w:rPr>
          <w:lang w:val="sv-SE"/>
        </w:rPr>
        <w:t>BibleBIBEL82</w:t>
      </w:r>
      <w:r w:rsidRPr="000767E2">
        <w:rPr>
          <w:lang w:val="sv-SE"/>
        </w:rPr>
        <w:t>:Heb 13:25]]</w:t>
      </w:r>
      <w:r w:rsidRPr="000767E2">
        <w:rPr>
          <w:vertAlign w:val="superscript"/>
          <w:lang w:val="sv-SE"/>
        </w:rPr>
        <w:t>25</w:t>
      </w:r>
      <w:r w:rsidRPr="000767E2">
        <w:rPr>
          <w:lang w:val="sv-SE"/>
        </w:rPr>
        <w:t xml:space="preserve"> {{field-on:bible}}Nåden </w:t>
      </w:r>
      <w:r w:rsidRPr="000767E2">
        <w:rPr>
          <w:i/>
          <w:lang w:val="sv-SE"/>
        </w:rPr>
        <w:t>vare</w:t>
      </w:r>
      <w:r w:rsidRPr="000767E2">
        <w:rPr>
          <w:lang w:val="sv-SE"/>
        </w:rPr>
        <w:t xml:space="preserve"> med er alla.{{field-off:bible}}</w:t>
      </w:r>
    </w:p>
    <w:p w14:paraId="63BD39F4" w14:textId="22E880A8"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:Jas]]Jakobs brev</w:t>
      </w:r>
    </w:p>
    <w:p w14:paraId="6D6527DF" w14:textId="2A343E9A"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:Jas 1]]Kapitel 1</w:t>
      </w:r>
    </w:p>
    <w:p w14:paraId="5CB774DF" w14:textId="77777777" w:rsidR="00BA33AB" w:rsidRPr="000767E2" w:rsidRDefault="00000000">
      <w:pPr>
        <w:pStyle w:val="Rubrik3"/>
        <w:rPr>
          <w:lang w:val="sv-SE"/>
        </w:rPr>
      </w:pPr>
      <w:r w:rsidRPr="000767E2">
        <w:rPr>
          <w:lang w:val="sv-SE"/>
        </w:rPr>
        <w:t>Hälsning</w:t>
      </w:r>
    </w:p>
    <w:p w14:paraId="050B675B" w14:textId="407ED6BB" w:rsidR="00BA33AB" w:rsidRPr="000767E2" w:rsidRDefault="00000000">
      <w:pPr>
        <w:rPr>
          <w:lang w:val="sv-SE"/>
        </w:rPr>
      </w:pPr>
      <w:r w:rsidRPr="000767E2">
        <w:rPr>
          <w:lang w:val="sv-SE"/>
        </w:rPr>
        <w:t>[[@</w:t>
      </w:r>
      <w:r w:rsidR="0096445B" w:rsidRPr="000767E2">
        <w:rPr>
          <w:lang w:val="sv-SE"/>
        </w:rPr>
        <w:t>BibleBIBEL82</w:t>
      </w:r>
      <w:r w:rsidRPr="000767E2">
        <w:rPr>
          <w:lang w:val="sv-SE"/>
        </w:rPr>
        <w:t>:Jas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Jakob, Guds och Herren Jesu Kristi fasttjänare. Till de tolv stammarna i diasporan: hälsningar.{{field-off:bible}}</w:t>
      </w:r>
    </w:p>
    <w:p w14:paraId="2188C775" w14:textId="77777777" w:rsidR="00BA33AB" w:rsidRPr="000767E2" w:rsidRDefault="00000000">
      <w:pPr>
        <w:pStyle w:val="Rubrik3"/>
        <w:rPr>
          <w:lang w:val="sv-SE"/>
        </w:rPr>
      </w:pPr>
      <w:r w:rsidRPr="000767E2">
        <w:rPr>
          <w:lang w:val="sv-SE"/>
        </w:rPr>
        <w:t>Glädje i prövningen</w:t>
      </w:r>
    </w:p>
    <w:p w14:paraId="17588C3A" w14:textId="7C830063" w:rsidR="00BA33AB" w:rsidRPr="000767E2" w:rsidRDefault="00000000">
      <w:pPr>
        <w:rPr>
          <w:lang w:val="sv-SE"/>
        </w:rPr>
      </w:pPr>
      <w:r w:rsidRPr="000767E2">
        <w:rPr>
          <w:lang w:val="sv-SE"/>
        </w:rPr>
        <w:t>[[@</w:t>
      </w:r>
      <w:r w:rsidR="0096445B" w:rsidRPr="000767E2">
        <w:rPr>
          <w:lang w:val="sv-SE"/>
        </w:rPr>
        <w:t>BibleBIBEL82</w:t>
      </w:r>
      <w:r w:rsidRPr="000767E2">
        <w:rPr>
          <w:lang w:val="sv-SE"/>
        </w:rPr>
        <w:t>:Jas 1:2]]</w:t>
      </w:r>
      <w:r w:rsidRPr="000767E2">
        <w:rPr>
          <w:vertAlign w:val="superscript"/>
          <w:lang w:val="sv-SE"/>
        </w:rPr>
        <w:t>2</w:t>
      </w:r>
      <w:r w:rsidRPr="000767E2">
        <w:rPr>
          <w:lang w:val="sv-SE"/>
        </w:rPr>
        <w:t xml:space="preserve"> {{field-on:bible}}Anse </w:t>
      </w:r>
      <w:r w:rsidRPr="000767E2">
        <w:rPr>
          <w:i/>
          <w:lang w:val="sv-SE"/>
        </w:rPr>
        <w:t>det</w:t>
      </w:r>
      <w:r w:rsidRPr="000767E2">
        <w:rPr>
          <w:lang w:val="sv-SE"/>
        </w:rPr>
        <w:t xml:space="preserve"> all glädje, mina syskon, när ni råkar ut för olika prövningar,{{field-off:bible}} [[@</w:t>
      </w:r>
      <w:r w:rsidR="0096445B" w:rsidRPr="000767E2">
        <w:rPr>
          <w:lang w:val="sv-SE"/>
        </w:rPr>
        <w:t>BibleBIBEL82</w:t>
      </w:r>
      <w:r w:rsidRPr="000767E2">
        <w:rPr>
          <w:lang w:val="sv-SE"/>
        </w:rPr>
        <w:t>:Jas 1:3]]</w:t>
      </w:r>
      <w:r w:rsidRPr="000767E2">
        <w:rPr>
          <w:vertAlign w:val="superscript"/>
          <w:lang w:val="sv-SE"/>
        </w:rPr>
        <w:t>3</w:t>
      </w:r>
      <w:r w:rsidRPr="000767E2">
        <w:rPr>
          <w:lang w:val="sv-SE"/>
        </w:rPr>
        <w:t xml:space="preserve"> {{field-on:bible}}då ni vet att er beprövadhet i tron frambringar uthållighet.{{field-off:bible}} [[@</w:t>
      </w:r>
      <w:r w:rsidR="0096445B" w:rsidRPr="000767E2">
        <w:rPr>
          <w:lang w:val="sv-SE"/>
        </w:rPr>
        <w:t>BibleBIBEL82</w:t>
      </w:r>
      <w:r w:rsidRPr="000767E2">
        <w:rPr>
          <w:lang w:val="sv-SE"/>
        </w:rPr>
        <w:t>:Jas 1:4]]</w:t>
      </w:r>
      <w:r w:rsidRPr="000767E2">
        <w:rPr>
          <w:vertAlign w:val="superscript"/>
          <w:lang w:val="sv-SE"/>
        </w:rPr>
        <w:t>4</w:t>
      </w:r>
      <w:r w:rsidRPr="000767E2">
        <w:rPr>
          <w:lang w:val="sv-SE"/>
        </w:rPr>
        <w:t xml:space="preserve"> {{field-on:bible}}Men uthålligheten ska ha fullkomlig gärning, så att ni är fullkomliga och fullständiga och inte i något har brist.{{field-off:bible}}</w:t>
      </w:r>
    </w:p>
    <w:p w14:paraId="3B0853CE" w14:textId="75E98415" w:rsidR="00BA33AB" w:rsidRPr="000767E2" w:rsidRDefault="00000000">
      <w:pPr>
        <w:rPr>
          <w:lang w:val="sv-SE"/>
        </w:rPr>
      </w:pPr>
      <w:r w:rsidRPr="000767E2">
        <w:rPr>
          <w:lang w:val="sv-SE"/>
        </w:rPr>
        <w:t>[[@</w:t>
      </w:r>
      <w:r w:rsidR="0096445B" w:rsidRPr="000767E2">
        <w:rPr>
          <w:lang w:val="sv-SE"/>
        </w:rPr>
        <w:t>BibleBIBEL82</w:t>
      </w:r>
      <w:r w:rsidRPr="000767E2">
        <w:rPr>
          <w:lang w:val="sv-SE"/>
        </w:rPr>
        <w:t>:Jas 1:5]]</w:t>
      </w:r>
      <w:r w:rsidRPr="000767E2">
        <w:rPr>
          <w:vertAlign w:val="superscript"/>
          <w:lang w:val="sv-SE"/>
        </w:rPr>
        <w:t>5</w:t>
      </w:r>
      <w:r w:rsidRPr="000767E2">
        <w:rPr>
          <w:lang w:val="sv-SE"/>
        </w:rPr>
        <w:t xml:space="preserve"> {{field-on:bible}}Men om någon av er har brist på vishet, ska han be om </w:t>
      </w:r>
      <w:r w:rsidRPr="000767E2">
        <w:rPr>
          <w:i/>
          <w:lang w:val="sv-SE"/>
        </w:rPr>
        <w:t>det</w:t>
      </w:r>
      <w:r w:rsidRPr="000767E2">
        <w:rPr>
          <w:lang w:val="sv-SE"/>
        </w:rPr>
        <w:t xml:space="preserve"> från Gud, som ger åt alla generöst och inte kritiserar. Och det ska ges honom.{{field-off:bible}} [[@</w:t>
      </w:r>
      <w:r w:rsidR="0096445B" w:rsidRPr="000767E2">
        <w:rPr>
          <w:lang w:val="sv-SE"/>
        </w:rPr>
        <w:t>BibleBIBEL82</w:t>
      </w:r>
      <w:r w:rsidRPr="000767E2">
        <w:rPr>
          <w:lang w:val="sv-SE"/>
        </w:rPr>
        <w:t>:Jas 1:6]]</w:t>
      </w:r>
      <w:r w:rsidRPr="000767E2">
        <w:rPr>
          <w:vertAlign w:val="superscript"/>
          <w:lang w:val="sv-SE"/>
        </w:rPr>
        <w:t>6</w:t>
      </w:r>
      <w:r w:rsidRPr="000767E2">
        <w:rPr>
          <w:lang w:val="sv-SE"/>
        </w:rPr>
        <w:t xml:space="preserve"> {{field-on:bible}}Men han ska be i tro och inte tvivla, för den tvivlande ter sig som ett havets vågsvall, vindblåst och kringkastat.{{field-off:bible}} [[@</w:t>
      </w:r>
      <w:r w:rsidR="0096445B" w:rsidRPr="000767E2">
        <w:rPr>
          <w:lang w:val="sv-SE"/>
        </w:rPr>
        <w:t>BibleBIBEL82</w:t>
      </w:r>
      <w:r w:rsidRPr="000767E2">
        <w:rPr>
          <w:lang w:val="sv-SE"/>
        </w:rPr>
        <w:t>:Jas 1:7]]</w:t>
      </w:r>
      <w:r w:rsidRPr="000767E2">
        <w:rPr>
          <w:vertAlign w:val="superscript"/>
          <w:lang w:val="sv-SE"/>
        </w:rPr>
        <w:t>7</w:t>
      </w:r>
      <w:r w:rsidRPr="000767E2">
        <w:rPr>
          <w:lang w:val="sv-SE"/>
        </w:rPr>
        <w:t xml:space="preserve"> {{field-on:bible}}För den människan ska inte föreställa sig att han kommer att få något från Herren:{{field-off:bible}} [[@</w:t>
      </w:r>
      <w:r w:rsidR="0096445B" w:rsidRPr="000767E2">
        <w:rPr>
          <w:lang w:val="sv-SE"/>
        </w:rPr>
        <w:t>BibleBIBEL82</w:t>
      </w:r>
      <w:r w:rsidRPr="000767E2">
        <w:rPr>
          <w:lang w:val="sv-SE"/>
        </w:rPr>
        <w:t>:Jas 1:8]]</w:t>
      </w:r>
      <w:r w:rsidRPr="000767E2">
        <w:rPr>
          <w:vertAlign w:val="superscript"/>
          <w:lang w:val="sv-SE"/>
        </w:rPr>
        <w:t>8</w:t>
      </w:r>
      <w:r w:rsidRPr="000767E2">
        <w:rPr>
          <w:lang w:val="sv-SE"/>
        </w:rPr>
        <w:t xml:space="preserve"> {{field-on:bible}}en tvehågsen man, orolig på alla sina vägar.{{field-off:bible}}</w:t>
      </w:r>
    </w:p>
    <w:p w14:paraId="4983CB4B" w14:textId="1664F734"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:Jas 1:9]]</w:t>
      </w:r>
      <w:r w:rsidRPr="000767E2">
        <w:rPr>
          <w:vertAlign w:val="superscript"/>
          <w:lang w:val="sv-SE"/>
        </w:rPr>
        <w:t>9</w:t>
      </w:r>
      <w:r w:rsidRPr="000767E2">
        <w:rPr>
          <w:lang w:val="sv-SE"/>
        </w:rPr>
        <w:t xml:space="preserve"> {{field-on:bible}}Och den låge brodern ska vara stolt över sin höghet,{{field-off:bible}} [[@</w:t>
      </w:r>
      <w:r w:rsidR="0096445B" w:rsidRPr="000767E2">
        <w:rPr>
          <w:lang w:val="sv-SE"/>
        </w:rPr>
        <w:t>BibleBIBEL82</w:t>
      </w:r>
      <w:r w:rsidRPr="000767E2">
        <w:rPr>
          <w:lang w:val="sv-SE"/>
        </w:rPr>
        <w:t>:Jas 1:10]]</w:t>
      </w:r>
      <w:r w:rsidRPr="000767E2">
        <w:rPr>
          <w:vertAlign w:val="superscript"/>
          <w:lang w:val="sv-SE"/>
        </w:rPr>
        <w:t>10</w:t>
      </w:r>
      <w:r w:rsidRPr="000767E2">
        <w:rPr>
          <w:lang w:val="sv-SE"/>
        </w:rPr>
        <w:t xml:space="preserve"> {{field-on:bible}}men den rike över sin låghet, för som en blomma i gräs ska han förgås.{{field-off:bible}} [[@</w:t>
      </w:r>
      <w:r w:rsidR="0096445B" w:rsidRPr="000767E2">
        <w:rPr>
          <w:lang w:val="sv-SE"/>
        </w:rPr>
        <w:t>BibleBIBEL82</w:t>
      </w:r>
      <w:r w:rsidRPr="000767E2">
        <w:rPr>
          <w:lang w:val="sv-SE"/>
        </w:rPr>
        <w:t>:Jas 1:11]]</w:t>
      </w:r>
      <w:r w:rsidRPr="000767E2">
        <w:rPr>
          <w:vertAlign w:val="superscript"/>
          <w:lang w:val="sv-SE"/>
        </w:rPr>
        <w:t>11</w:t>
      </w:r>
      <w:r w:rsidRPr="000767E2">
        <w:rPr>
          <w:lang w:val="sv-SE"/>
        </w:rPr>
        <w:t xml:space="preserve"> {{field-on:bible}}För upp gick solen med hettan och förtorkade gräset, och dess blomma föll av och dess ansiktes skönhet gick förlorad. Så ska också den rike på sina resor förvissna.{{field-off:bible}}</w:t>
      </w:r>
    </w:p>
    <w:p w14:paraId="601AE4B2" w14:textId="51DB4C15" w:rsidR="00BA33AB" w:rsidRPr="000767E2" w:rsidRDefault="00000000">
      <w:pPr>
        <w:rPr>
          <w:lang w:val="sv-SE"/>
        </w:rPr>
      </w:pPr>
      <w:r w:rsidRPr="000767E2">
        <w:rPr>
          <w:lang w:val="sv-SE"/>
        </w:rPr>
        <w:t>[[@</w:t>
      </w:r>
      <w:r w:rsidR="0096445B" w:rsidRPr="000767E2">
        <w:rPr>
          <w:lang w:val="sv-SE"/>
        </w:rPr>
        <w:t>BibleBIBEL82</w:t>
      </w:r>
      <w:r w:rsidRPr="000767E2">
        <w:rPr>
          <w:lang w:val="sv-SE"/>
        </w:rPr>
        <w:t>:Jas 1:12]]</w:t>
      </w:r>
      <w:r w:rsidRPr="000767E2">
        <w:rPr>
          <w:vertAlign w:val="superscript"/>
          <w:lang w:val="sv-SE"/>
        </w:rPr>
        <w:t>12</w:t>
      </w:r>
      <w:r w:rsidRPr="000767E2">
        <w:rPr>
          <w:lang w:val="sv-SE"/>
        </w:rPr>
        <w:t xml:space="preserve"> {{field-on:bible}}Salig en man som håller ut </w:t>
      </w:r>
      <w:r w:rsidRPr="000767E2">
        <w:rPr>
          <w:i/>
          <w:lang w:val="sv-SE"/>
        </w:rPr>
        <w:t>i</w:t>
      </w:r>
      <w:r w:rsidRPr="000767E2">
        <w:rPr>
          <w:lang w:val="sv-SE"/>
        </w:rPr>
        <w:t xml:space="preserve"> prövning. För när han blivit beprövad ska han få livets krans, som han har lovat dem som älskar honom.{{field-off:bible}} [[@</w:t>
      </w:r>
      <w:r w:rsidR="0096445B" w:rsidRPr="000767E2">
        <w:rPr>
          <w:lang w:val="sv-SE"/>
        </w:rPr>
        <w:t>BibleBIBEL82</w:t>
      </w:r>
      <w:r w:rsidRPr="000767E2">
        <w:rPr>
          <w:lang w:val="sv-SE"/>
        </w:rPr>
        <w:t>:Jas 1:13]]</w:t>
      </w:r>
      <w:r w:rsidRPr="000767E2">
        <w:rPr>
          <w:vertAlign w:val="superscript"/>
          <w:lang w:val="sv-SE"/>
        </w:rPr>
        <w:t>13</w:t>
      </w:r>
      <w:r w:rsidRPr="000767E2">
        <w:rPr>
          <w:lang w:val="sv-SE"/>
        </w:rPr>
        <w:t xml:space="preserve"> {{field-on:bible}}Ingen som blir frestad ska säga att: ”</w:t>
      </w:r>
      <w:r w:rsidRPr="000767E2">
        <w:rPr>
          <w:i/>
          <w:lang w:val="sv-SE"/>
        </w:rPr>
        <w:t>Det är</w:t>
      </w:r>
      <w:r w:rsidRPr="000767E2">
        <w:rPr>
          <w:lang w:val="sv-SE"/>
        </w:rPr>
        <w:t xml:space="preserve"> av Gud jag blir frestad.” För Gud är ofrestbar av </w:t>
      </w:r>
      <w:r w:rsidRPr="000767E2">
        <w:rPr>
          <w:i/>
          <w:lang w:val="sv-SE"/>
        </w:rPr>
        <w:t>det</w:t>
      </w:r>
      <w:r w:rsidRPr="000767E2">
        <w:rPr>
          <w:lang w:val="sv-SE"/>
        </w:rPr>
        <w:t xml:space="preserve"> onda och frestar själv ingen.{{field-off:bible}} [[@</w:t>
      </w:r>
      <w:r w:rsidR="0096445B" w:rsidRPr="000767E2">
        <w:rPr>
          <w:lang w:val="sv-SE"/>
        </w:rPr>
        <w:t>BibleBIBEL82</w:t>
      </w:r>
      <w:r w:rsidRPr="000767E2">
        <w:rPr>
          <w:lang w:val="sv-SE"/>
        </w:rPr>
        <w:t>:Jas 1:14]]</w:t>
      </w:r>
      <w:r w:rsidRPr="000767E2">
        <w:rPr>
          <w:vertAlign w:val="superscript"/>
          <w:lang w:val="sv-SE"/>
        </w:rPr>
        <w:t>14</w:t>
      </w:r>
      <w:r w:rsidRPr="000767E2">
        <w:rPr>
          <w:lang w:val="sv-SE"/>
        </w:rPr>
        <w:t xml:space="preserve"> {{field-on:bible}}Men var och en blir frestad av det egna begäret, utdragen och lockad.{{field-off:bible}} [[@</w:t>
      </w:r>
      <w:r w:rsidR="0096445B" w:rsidRPr="000767E2">
        <w:rPr>
          <w:lang w:val="sv-SE"/>
        </w:rPr>
        <w:t>BibleBIBEL82</w:t>
      </w:r>
      <w:r w:rsidRPr="000767E2">
        <w:rPr>
          <w:lang w:val="sv-SE"/>
        </w:rPr>
        <w:t>:Jas 1:15]]</w:t>
      </w:r>
      <w:r w:rsidRPr="000767E2">
        <w:rPr>
          <w:vertAlign w:val="superscript"/>
          <w:lang w:val="sv-SE"/>
        </w:rPr>
        <w:t>15</w:t>
      </w:r>
      <w:r w:rsidRPr="000767E2">
        <w:rPr>
          <w:lang w:val="sv-SE"/>
        </w:rPr>
        <w:t xml:space="preserve"> {{field-on:bible}}Sedan blir begäret havande och föder synd, och synden fullbordad framföder död.{{field-off:bible}} [[@</w:t>
      </w:r>
      <w:r w:rsidR="0096445B" w:rsidRPr="000767E2">
        <w:rPr>
          <w:lang w:val="sv-SE"/>
        </w:rPr>
        <w:t>BibleBIBEL82</w:t>
      </w:r>
      <w:r w:rsidRPr="000767E2">
        <w:rPr>
          <w:lang w:val="sv-SE"/>
        </w:rPr>
        <w:t>:Jas 1:16]]</w:t>
      </w:r>
      <w:r w:rsidRPr="000767E2">
        <w:rPr>
          <w:vertAlign w:val="superscript"/>
          <w:lang w:val="sv-SE"/>
        </w:rPr>
        <w:t>16</w:t>
      </w:r>
      <w:r w:rsidRPr="000767E2">
        <w:rPr>
          <w:lang w:val="sv-SE"/>
        </w:rPr>
        <w:t xml:space="preserve"> {{field-on:bible}}Förvilla er inte, mina älskade syskon.{{field-off:bible}}</w:t>
      </w:r>
    </w:p>
    <w:p w14:paraId="02C46273" w14:textId="0029A2F0" w:rsidR="00BA33AB" w:rsidRPr="000767E2" w:rsidRDefault="00000000">
      <w:pPr>
        <w:rPr>
          <w:lang w:val="sv-SE"/>
        </w:rPr>
      </w:pPr>
      <w:r w:rsidRPr="000767E2">
        <w:rPr>
          <w:lang w:val="sv-SE"/>
        </w:rPr>
        <w:t>[[@</w:t>
      </w:r>
      <w:r w:rsidR="0096445B" w:rsidRPr="000767E2">
        <w:rPr>
          <w:lang w:val="sv-SE"/>
        </w:rPr>
        <w:t>BibleBIBEL82</w:t>
      </w:r>
      <w:r w:rsidRPr="000767E2">
        <w:rPr>
          <w:lang w:val="sv-SE"/>
        </w:rPr>
        <w:t>:Jas 1:17]]</w:t>
      </w:r>
      <w:r w:rsidRPr="000767E2">
        <w:rPr>
          <w:vertAlign w:val="superscript"/>
          <w:lang w:val="sv-SE"/>
        </w:rPr>
        <w:t>17</w:t>
      </w:r>
      <w:r w:rsidRPr="000767E2">
        <w:rPr>
          <w:lang w:val="sv-SE"/>
        </w:rPr>
        <w:t xml:space="preserve"> {{field-on:bible}}Varje gott givande och varje fullkomlig gåva är från ovan och kommer ner från ljusens Far, hos vilken ingen förändring finns eller vändnings skugga.{{field-off:bible}} [[@</w:t>
      </w:r>
      <w:r w:rsidR="0096445B" w:rsidRPr="000767E2">
        <w:rPr>
          <w:lang w:val="sv-SE"/>
        </w:rPr>
        <w:t>BibleBIBEL82</w:t>
      </w:r>
      <w:r w:rsidRPr="000767E2">
        <w:rPr>
          <w:lang w:val="sv-SE"/>
        </w:rPr>
        <w:t>:Jas 1:18]]</w:t>
      </w:r>
      <w:r w:rsidRPr="000767E2">
        <w:rPr>
          <w:vertAlign w:val="superscript"/>
          <w:lang w:val="sv-SE"/>
        </w:rPr>
        <w:t>18</w:t>
      </w:r>
      <w:r w:rsidRPr="000767E2">
        <w:rPr>
          <w:lang w:val="sv-SE"/>
        </w:rPr>
        <w:t xml:space="preserve"> {{field-on:bible}}Han har beslutat och framfött oss med sanningens ord, för att vi </w:t>
      </w:r>
      <w:r w:rsidRPr="000767E2">
        <w:rPr>
          <w:i/>
          <w:lang w:val="sv-SE"/>
        </w:rPr>
        <w:t>ska</w:t>
      </w:r>
      <w:r w:rsidRPr="000767E2">
        <w:rPr>
          <w:lang w:val="sv-SE"/>
        </w:rPr>
        <w:t xml:space="preserve"> vara en förstling av hans skapelser.{{field-off:bible}}</w:t>
      </w:r>
    </w:p>
    <w:p w14:paraId="43018AD4" w14:textId="77777777" w:rsidR="00BA33AB" w:rsidRPr="000767E2" w:rsidRDefault="00000000">
      <w:pPr>
        <w:pStyle w:val="Rubrik3"/>
        <w:rPr>
          <w:lang w:val="sv-SE"/>
        </w:rPr>
      </w:pPr>
      <w:r w:rsidRPr="000767E2">
        <w:rPr>
          <w:lang w:val="sv-SE"/>
        </w:rPr>
        <w:t>Ordets hörare och görare</w:t>
      </w:r>
    </w:p>
    <w:p w14:paraId="2D37B193" w14:textId="0CE295CA" w:rsidR="00BA33AB" w:rsidRPr="000767E2" w:rsidRDefault="00000000">
      <w:pPr>
        <w:rPr>
          <w:lang w:val="sv-SE"/>
        </w:rPr>
      </w:pPr>
      <w:r w:rsidRPr="000767E2">
        <w:rPr>
          <w:lang w:val="sv-SE"/>
        </w:rPr>
        <w:t>[[@</w:t>
      </w:r>
      <w:r w:rsidR="0096445B" w:rsidRPr="000767E2">
        <w:rPr>
          <w:lang w:val="sv-SE"/>
        </w:rPr>
        <w:t>BibleBIBEL82</w:t>
      </w:r>
      <w:r w:rsidRPr="000767E2">
        <w:rPr>
          <w:lang w:val="sv-SE"/>
        </w:rPr>
        <w:t>:Jas 1:19]]</w:t>
      </w:r>
      <w:r w:rsidRPr="000767E2">
        <w:rPr>
          <w:vertAlign w:val="superscript"/>
          <w:lang w:val="sv-SE"/>
        </w:rPr>
        <w:t>19</w:t>
      </w:r>
      <w:r w:rsidRPr="000767E2">
        <w:rPr>
          <w:lang w:val="sv-SE"/>
        </w:rPr>
        <w:t xml:space="preserve"> {{field-on:bible}}Ni vet, mina älskade syskon. Och varje människa ska vara snar till att lyssna, långsam till att tala, långsam till vrede.{{field-off:bible}} [[@</w:t>
      </w:r>
      <w:r w:rsidR="0096445B" w:rsidRPr="000767E2">
        <w:rPr>
          <w:lang w:val="sv-SE"/>
        </w:rPr>
        <w:t>BibleBIBEL82</w:t>
      </w:r>
      <w:r w:rsidRPr="000767E2">
        <w:rPr>
          <w:lang w:val="sv-SE"/>
        </w:rPr>
        <w:t>:Jas 1:20]]</w:t>
      </w:r>
      <w:r w:rsidRPr="000767E2">
        <w:rPr>
          <w:vertAlign w:val="superscript"/>
          <w:lang w:val="sv-SE"/>
        </w:rPr>
        <w:t>20</w:t>
      </w:r>
      <w:r w:rsidRPr="000767E2">
        <w:rPr>
          <w:lang w:val="sv-SE"/>
        </w:rPr>
        <w:t xml:space="preserve"> {{field-on:bible}}För en mans vrede frambringar inte Guds rättfärdighet.{{field-off:bible}} [[@</w:t>
      </w:r>
      <w:r w:rsidR="0096445B" w:rsidRPr="000767E2">
        <w:rPr>
          <w:lang w:val="sv-SE"/>
        </w:rPr>
        <w:t>BibleBIBEL82</w:t>
      </w:r>
      <w:r w:rsidRPr="000767E2">
        <w:rPr>
          <w:lang w:val="sv-SE"/>
        </w:rPr>
        <w:t>:Jas 1:21]]</w:t>
      </w:r>
      <w:r w:rsidRPr="000767E2">
        <w:rPr>
          <w:vertAlign w:val="superscript"/>
          <w:lang w:val="sv-SE"/>
        </w:rPr>
        <w:t>21</w:t>
      </w:r>
      <w:r w:rsidRPr="000767E2">
        <w:rPr>
          <w:lang w:val="sv-SE"/>
        </w:rPr>
        <w:t xml:space="preserve"> {{field-on:bible}}Lägg därför bort all smutsighet och överflöd av ondska och välkomna i mildhet det inplanterade ordet, som kan frälsa era själar.{{field-off:bible}}</w:t>
      </w:r>
    </w:p>
    <w:p w14:paraId="4CA4149E" w14:textId="51C8EF06" w:rsidR="00BA33AB" w:rsidRPr="000767E2" w:rsidRDefault="00000000">
      <w:pPr>
        <w:rPr>
          <w:lang w:val="sv-SE"/>
        </w:rPr>
      </w:pPr>
      <w:r w:rsidRPr="000767E2">
        <w:rPr>
          <w:lang w:val="sv-SE"/>
        </w:rPr>
        <w:t>[[@</w:t>
      </w:r>
      <w:r w:rsidR="0096445B" w:rsidRPr="000767E2">
        <w:rPr>
          <w:lang w:val="sv-SE"/>
        </w:rPr>
        <w:t>BibleBIBEL82</w:t>
      </w:r>
      <w:r w:rsidRPr="000767E2">
        <w:rPr>
          <w:lang w:val="sv-SE"/>
        </w:rPr>
        <w:t>:Jas 1:22]]</w:t>
      </w:r>
      <w:r w:rsidRPr="000767E2">
        <w:rPr>
          <w:vertAlign w:val="superscript"/>
          <w:lang w:val="sv-SE"/>
        </w:rPr>
        <w:t>22</w:t>
      </w:r>
      <w:r w:rsidRPr="000767E2">
        <w:rPr>
          <w:lang w:val="sv-SE"/>
        </w:rPr>
        <w:t xml:space="preserve"> {{field-on:bible}}Och var ordets görare, och inte bara hörare som bedrar sig själva.{{field-off:bible}} [[@</w:t>
      </w:r>
      <w:r w:rsidR="0096445B" w:rsidRPr="000767E2">
        <w:rPr>
          <w:lang w:val="sv-SE"/>
        </w:rPr>
        <w:t>BibleBIBEL82</w:t>
      </w:r>
      <w:r w:rsidRPr="000767E2">
        <w:rPr>
          <w:lang w:val="sv-SE"/>
        </w:rPr>
        <w:t>:Jas 1:23]]</w:t>
      </w:r>
      <w:r w:rsidRPr="000767E2">
        <w:rPr>
          <w:vertAlign w:val="superscript"/>
          <w:lang w:val="sv-SE"/>
        </w:rPr>
        <w:t>23</w:t>
      </w:r>
      <w:r w:rsidRPr="000767E2">
        <w:rPr>
          <w:lang w:val="sv-SE"/>
        </w:rPr>
        <w:t xml:space="preserve"> {{field-on:bible}}För om någon är ordets hörare och inte en görare, ter sig denne som en man som beaktar sitt ursprungsansikte i en spegel.{{field-off:bible}} [[@</w:t>
      </w:r>
      <w:r w:rsidR="0096445B" w:rsidRPr="000767E2">
        <w:rPr>
          <w:lang w:val="sv-SE"/>
        </w:rPr>
        <w:t>BibleBIBEL82</w:t>
      </w:r>
      <w:r w:rsidRPr="000767E2">
        <w:rPr>
          <w:lang w:val="sv-SE"/>
        </w:rPr>
        <w:t>:Jas 1:24]]</w:t>
      </w:r>
      <w:r w:rsidRPr="000767E2">
        <w:rPr>
          <w:vertAlign w:val="superscript"/>
          <w:lang w:val="sv-SE"/>
        </w:rPr>
        <w:t>24</w:t>
      </w:r>
      <w:r w:rsidRPr="000767E2">
        <w:rPr>
          <w:lang w:val="sv-SE"/>
        </w:rPr>
        <w:t xml:space="preserve"> {{field-on:bible}}För han har beaktat sig själv och gått iväg och direkt glömt hurdan han var.{{field-off:bible}} [[@</w:t>
      </w:r>
      <w:r w:rsidR="0096445B" w:rsidRPr="000767E2">
        <w:rPr>
          <w:lang w:val="sv-SE"/>
        </w:rPr>
        <w:t>BibleBIBEL82</w:t>
      </w:r>
      <w:r w:rsidRPr="000767E2">
        <w:rPr>
          <w:lang w:val="sv-SE"/>
        </w:rPr>
        <w:t>:Jas 1:25]]</w:t>
      </w:r>
      <w:r w:rsidRPr="000767E2">
        <w:rPr>
          <w:vertAlign w:val="superscript"/>
          <w:lang w:val="sv-SE"/>
        </w:rPr>
        <w:t>25</w:t>
      </w:r>
      <w:r w:rsidRPr="000767E2">
        <w:rPr>
          <w:lang w:val="sv-SE"/>
        </w:rPr>
        <w:t xml:space="preserve"> {{field-on:bible}}Men den som har blickat in i frihetens fullkomliga lag och blivit kvar vid </w:t>
      </w:r>
      <w:r w:rsidRPr="000767E2">
        <w:rPr>
          <w:i/>
          <w:lang w:val="sv-SE"/>
        </w:rPr>
        <w:t>den</w:t>
      </w:r>
      <w:r w:rsidRPr="000767E2">
        <w:rPr>
          <w:lang w:val="sv-SE"/>
        </w:rPr>
        <w:t xml:space="preserve">, </w:t>
      </w:r>
      <w:r w:rsidRPr="000767E2">
        <w:rPr>
          <w:i/>
          <w:lang w:val="sv-SE"/>
        </w:rPr>
        <w:t>och</w:t>
      </w:r>
      <w:r w:rsidRPr="000767E2">
        <w:rPr>
          <w:lang w:val="sv-SE"/>
        </w:rPr>
        <w:t xml:space="preserve"> inte blivit en glömskhetens hörare utan en gärningsgörare, denne blir salig i sitt görande.{{field-off:bible}}</w:t>
      </w:r>
    </w:p>
    <w:p w14:paraId="4DB7BE6D" w14:textId="695C300B" w:rsidR="00BA33AB" w:rsidRPr="000767E2" w:rsidRDefault="00000000">
      <w:pPr>
        <w:rPr>
          <w:lang w:val="sv-SE"/>
        </w:rPr>
      </w:pPr>
      <w:r w:rsidRPr="000767E2">
        <w:rPr>
          <w:lang w:val="sv-SE"/>
        </w:rPr>
        <w:t>[[@</w:t>
      </w:r>
      <w:r w:rsidR="0096445B" w:rsidRPr="000767E2">
        <w:rPr>
          <w:lang w:val="sv-SE"/>
        </w:rPr>
        <w:t>BibleBIBEL82</w:t>
      </w:r>
      <w:r w:rsidRPr="000767E2">
        <w:rPr>
          <w:lang w:val="sv-SE"/>
        </w:rPr>
        <w:t>:Jas 1:26]]</w:t>
      </w:r>
      <w:r w:rsidRPr="000767E2">
        <w:rPr>
          <w:vertAlign w:val="superscript"/>
          <w:lang w:val="sv-SE"/>
        </w:rPr>
        <w:t>26</w:t>
      </w:r>
      <w:r w:rsidRPr="000767E2">
        <w:rPr>
          <w:lang w:val="sv-SE"/>
        </w:rPr>
        <w:t xml:space="preserve"> {{field-on:bible}}Om någon tycker sig vara en gudsdyrkare, </w:t>
      </w:r>
      <w:r w:rsidRPr="000767E2">
        <w:rPr>
          <w:i/>
          <w:lang w:val="sv-SE"/>
        </w:rPr>
        <w:t>men</w:t>
      </w:r>
      <w:r w:rsidRPr="000767E2">
        <w:rPr>
          <w:lang w:val="sv-SE"/>
        </w:rPr>
        <w:t xml:space="preserve"> inte tyglar sin tunga utan lurar sitt hjärta, </w:t>
      </w:r>
      <w:r w:rsidRPr="000767E2">
        <w:rPr>
          <w:i/>
          <w:lang w:val="sv-SE"/>
        </w:rPr>
        <w:t>är</w:t>
      </w:r>
      <w:r w:rsidRPr="000767E2">
        <w:rPr>
          <w:lang w:val="sv-SE"/>
        </w:rPr>
        <w:t xml:space="preserve"> dennes gudsdyrkan fåfänglig.{{field-off:bible}} [[@</w:t>
      </w:r>
      <w:r w:rsidR="0096445B" w:rsidRPr="000767E2">
        <w:rPr>
          <w:lang w:val="sv-SE"/>
        </w:rPr>
        <w:t>BibleBIBEL82</w:t>
      </w:r>
      <w:r w:rsidRPr="000767E2">
        <w:rPr>
          <w:lang w:val="sv-SE"/>
        </w:rPr>
        <w:t>:Jas 1:27]]</w:t>
      </w:r>
      <w:r w:rsidRPr="000767E2">
        <w:rPr>
          <w:vertAlign w:val="superscript"/>
          <w:lang w:val="sv-SE"/>
        </w:rPr>
        <w:t>27</w:t>
      </w:r>
      <w:r w:rsidRPr="000767E2">
        <w:rPr>
          <w:lang w:val="sv-SE"/>
        </w:rPr>
        <w:t xml:space="preserve"> {{field-on:bible}}En gudsdyrkan ren och obefläckad inför Gud och Fadern är denna: att vårda sig om faderlösa och änkor i deras nöd, att obefläckad bevara sig själv från världen.{{field-off:bible}}</w:t>
      </w:r>
    </w:p>
    <w:p w14:paraId="1D112AF3" w14:textId="2F8FB13E"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:Jas 2]]Kapitel 2</w:t>
      </w:r>
    </w:p>
    <w:p w14:paraId="36A96D77" w14:textId="77777777" w:rsidR="00BA33AB" w:rsidRPr="000767E2" w:rsidRDefault="00000000">
      <w:pPr>
        <w:pStyle w:val="Rubrik3"/>
        <w:rPr>
          <w:lang w:val="sv-SE"/>
        </w:rPr>
      </w:pPr>
      <w:r w:rsidRPr="000767E2">
        <w:rPr>
          <w:lang w:val="sv-SE"/>
        </w:rPr>
        <w:t>Partiskhet är synd</w:t>
      </w:r>
    </w:p>
    <w:p w14:paraId="1CD9491F" w14:textId="5783732F" w:rsidR="00BA33AB" w:rsidRPr="000767E2" w:rsidRDefault="00000000">
      <w:pPr>
        <w:rPr>
          <w:lang w:val="sv-SE"/>
        </w:rPr>
      </w:pPr>
      <w:r w:rsidRPr="000767E2">
        <w:rPr>
          <w:lang w:val="sv-SE"/>
        </w:rPr>
        <w:t>[[@</w:t>
      </w:r>
      <w:r w:rsidR="0096445B" w:rsidRPr="000767E2">
        <w:rPr>
          <w:lang w:val="sv-SE"/>
        </w:rPr>
        <w:t>BibleBIBEL82</w:t>
      </w:r>
      <w:r w:rsidRPr="000767E2">
        <w:rPr>
          <w:lang w:val="sv-SE"/>
        </w:rPr>
        <w:t>:Jas 2:1]]</w:t>
      </w:r>
      <w:r w:rsidRPr="000767E2">
        <w:rPr>
          <w:vertAlign w:val="superscript"/>
          <w:lang w:val="sv-SE"/>
        </w:rPr>
        <w:t>1</w:t>
      </w:r>
      <w:r w:rsidRPr="000767E2">
        <w:rPr>
          <w:lang w:val="sv-SE"/>
        </w:rPr>
        <w:t xml:space="preserve"> {{field-on:bible}}Mina syskon, </w:t>
      </w:r>
      <w:r w:rsidRPr="000767E2">
        <w:rPr>
          <w:i/>
          <w:lang w:val="sv-SE"/>
        </w:rPr>
        <w:t>det är</w:t>
      </w:r>
      <w:r w:rsidRPr="000767E2">
        <w:rPr>
          <w:lang w:val="sv-SE"/>
        </w:rPr>
        <w:t xml:space="preserve"> inte i partiskhet ni ska omfatta tron på vår Herre Jesus Kristus, härlighetens </w:t>
      </w:r>
      <w:r w:rsidRPr="000767E2">
        <w:rPr>
          <w:i/>
          <w:lang w:val="sv-SE"/>
        </w:rPr>
        <w:t>Herre</w:t>
      </w:r>
      <w:r w:rsidRPr="000767E2">
        <w:rPr>
          <w:lang w:val="sv-SE"/>
        </w:rPr>
        <w:t>.{{field-off:bible}} [[@</w:t>
      </w:r>
      <w:r w:rsidR="0096445B" w:rsidRPr="000767E2">
        <w:rPr>
          <w:lang w:val="sv-SE"/>
        </w:rPr>
        <w:t>BibleBIBEL82</w:t>
      </w:r>
      <w:r w:rsidRPr="000767E2">
        <w:rPr>
          <w:lang w:val="sv-SE"/>
        </w:rPr>
        <w:t>:Jas 2:2]]</w:t>
      </w:r>
      <w:r w:rsidRPr="000767E2">
        <w:rPr>
          <w:vertAlign w:val="superscript"/>
          <w:lang w:val="sv-SE"/>
        </w:rPr>
        <w:t>2</w:t>
      </w:r>
      <w:r w:rsidRPr="000767E2">
        <w:rPr>
          <w:lang w:val="sv-SE"/>
        </w:rPr>
        <w:t xml:space="preserve"> {{field-on:bible}}För om </w:t>
      </w:r>
      <w:r w:rsidRPr="000767E2">
        <w:rPr>
          <w:i/>
          <w:lang w:val="sv-SE"/>
        </w:rPr>
        <w:t>det</w:t>
      </w:r>
      <w:r w:rsidRPr="000767E2">
        <w:rPr>
          <w:lang w:val="sv-SE"/>
        </w:rPr>
        <w:t xml:space="preserve"> kommer in i er synagoga en guldringad man i glansfull skrud, och </w:t>
      </w:r>
      <w:r w:rsidRPr="000767E2">
        <w:rPr>
          <w:i/>
          <w:lang w:val="sv-SE"/>
        </w:rPr>
        <w:t>det</w:t>
      </w:r>
      <w:r w:rsidRPr="000767E2">
        <w:rPr>
          <w:lang w:val="sv-SE"/>
        </w:rPr>
        <w:t xml:space="preserve"> även kommer in en fattig i smutsig skrud,{{field-off:bible}} [[@</w:t>
      </w:r>
      <w:r w:rsidR="0096445B" w:rsidRPr="000767E2">
        <w:rPr>
          <w:lang w:val="sv-SE"/>
        </w:rPr>
        <w:t>BibleBIBEL82</w:t>
      </w:r>
      <w:r w:rsidRPr="000767E2">
        <w:rPr>
          <w:lang w:val="sv-SE"/>
        </w:rPr>
        <w:t>:Jas 2:3]]</w:t>
      </w:r>
      <w:r w:rsidRPr="000767E2">
        <w:rPr>
          <w:vertAlign w:val="superscript"/>
          <w:lang w:val="sv-SE"/>
        </w:rPr>
        <w:t>3</w:t>
      </w:r>
      <w:r w:rsidRPr="000767E2">
        <w:rPr>
          <w:lang w:val="sv-SE"/>
        </w:rPr>
        <w:t xml:space="preserve"> {{field-on:bible}}och ni ser till den som bär den glansfulla skruden och säger: ”Sitt du bra här”, och till den fattige säger ni: ”Stå du”, eller: ”Sitt här nedanför min fotpall” –{{field-off:bible}} [[@</w:t>
      </w:r>
      <w:r w:rsidR="0096445B" w:rsidRPr="000767E2">
        <w:rPr>
          <w:lang w:val="sv-SE"/>
        </w:rPr>
        <w:t>BibleBIBEL82</w:t>
      </w:r>
      <w:r w:rsidRPr="000767E2">
        <w:rPr>
          <w:lang w:val="sv-SE"/>
        </w:rPr>
        <w:t>:Jas 2:4]]</w:t>
      </w:r>
      <w:r w:rsidRPr="000767E2">
        <w:rPr>
          <w:vertAlign w:val="superscript"/>
          <w:lang w:val="sv-SE"/>
        </w:rPr>
        <w:t>4</w:t>
      </w:r>
      <w:r w:rsidRPr="000767E2">
        <w:rPr>
          <w:lang w:val="sv-SE"/>
        </w:rPr>
        <w:t xml:space="preserve"> {{field-on:bible}}har ni då inte gjort åtskillnad bland varann och blivit domare med onda tankar?{{field-off:bible}}</w:t>
      </w:r>
    </w:p>
    <w:p w14:paraId="56D6EA66" w14:textId="0CD5F27C" w:rsidR="00BA33AB" w:rsidRPr="000767E2" w:rsidRDefault="00000000">
      <w:pPr>
        <w:rPr>
          <w:lang w:val="sv-SE"/>
        </w:rPr>
      </w:pPr>
      <w:r w:rsidRPr="000767E2">
        <w:rPr>
          <w:lang w:val="sv-SE"/>
        </w:rPr>
        <w:t>[[@</w:t>
      </w:r>
      <w:r w:rsidR="0096445B" w:rsidRPr="000767E2">
        <w:rPr>
          <w:lang w:val="sv-SE"/>
        </w:rPr>
        <w:t>BibleBIBEL82</w:t>
      </w:r>
      <w:r w:rsidRPr="000767E2">
        <w:rPr>
          <w:lang w:val="sv-SE"/>
        </w:rPr>
        <w:t>:Jas 2:5]]</w:t>
      </w:r>
      <w:r w:rsidRPr="000767E2">
        <w:rPr>
          <w:vertAlign w:val="superscript"/>
          <w:lang w:val="sv-SE"/>
        </w:rPr>
        <w:t>5</w:t>
      </w:r>
      <w:r w:rsidRPr="000767E2">
        <w:rPr>
          <w:lang w:val="sv-SE"/>
        </w:rPr>
        <w:t xml:space="preserve"> {{field-on:bible}}Lyssna, mina älskade syskon. Har inte Gud utvalt de fattiga i världen </w:t>
      </w:r>
      <w:r w:rsidRPr="000767E2">
        <w:rPr>
          <w:i/>
          <w:lang w:val="sv-SE"/>
        </w:rPr>
        <w:t>till att vara</w:t>
      </w:r>
      <w:r w:rsidRPr="000767E2">
        <w:rPr>
          <w:lang w:val="sv-SE"/>
        </w:rPr>
        <w:t xml:space="preserve"> rika i tro och arvingar till det rike som han lovat dem som älskar honom?{{field-off:bible}} [[@</w:t>
      </w:r>
      <w:r w:rsidR="0096445B" w:rsidRPr="000767E2">
        <w:rPr>
          <w:lang w:val="sv-SE"/>
        </w:rPr>
        <w:t>BibleBIBEL82</w:t>
      </w:r>
      <w:r w:rsidRPr="000767E2">
        <w:rPr>
          <w:lang w:val="sv-SE"/>
        </w:rPr>
        <w:t>:Jas 2:6]]</w:t>
      </w:r>
      <w:r w:rsidRPr="000767E2">
        <w:rPr>
          <w:vertAlign w:val="superscript"/>
          <w:lang w:val="sv-SE"/>
        </w:rPr>
        <w:t>6</w:t>
      </w:r>
      <w:r w:rsidRPr="000767E2">
        <w:rPr>
          <w:lang w:val="sv-SE"/>
        </w:rPr>
        <w:t xml:space="preserve"> {{field-on:bible}}Men ni har vanhedrat den fattige. </w:t>
      </w:r>
      <w:r w:rsidRPr="000767E2">
        <w:rPr>
          <w:i/>
          <w:lang w:val="sv-SE"/>
        </w:rPr>
        <w:t>Är det</w:t>
      </w:r>
      <w:r w:rsidRPr="000767E2">
        <w:rPr>
          <w:lang w:val="sv-SE"/>
        </w:rPr>
        <w:t xml:space="preserve"> inte de rika </w:t>
      </w:r>
      <w:r w:rsidRPr="000767E2">
        <w:rPr>
          <w:i/>
          <w:lang w:val="sv-SE"/>
        </w:rPr>
        <w:t>som</w:t>
      </w:r>
      <w:r w:rsidRPr="000767E2">
        <w:rPr>
          <w:lang w:val="sv-SE"/>
        </w:rPr>
        <w:t xml:space="preserve"> förtrycker er? Och de </w:t>
      </w:r>
      <w:r w:rsidRPr="000767E2">
        <w:rPr>
          <w:i/>
          <w:lang w:val="sv-SE"/>
        </w:rPr>
        <w:t>som</w:t>
      </w:r>
      <w:r w:rsidRPr="000767E2">
        <w:rPr>
          <w:lang w:val="sv-SE"/>
        </w:rPr>
        <w:t xml:space="preserve"> drar er till domstolar?{{field-off:bible}} [[@</w:t>
      </w:r>
      <w:r w:rsidR="0096445B" w:rsidRPr="000767E2">
        <w:rPr>
          <w:lang w:val="sv-SE"/>
        </w:rPr>
        <w:t>BibleBIBEL82</w:t>
      </w:r>
      <w:r w:rsidRPr="000767E2">
        <w:rPr>
          <w:lang w:val="sv-SE"/>
        </w:rPr>
        <w:t>:Jas 2:7]]</w:t>
      </w:r>
      <w:r w:rsidRPr="000767E2">
        <w:rPr>
          <w:vertAlign w:val="superscript"/>
          <w:lang w:val="sv-SE"/>
        </w:rPr>
        <w:t>7</w:t>
      </w:r>
      <w:r w:rsidRPr="000767E2">
        <w:rPr>
          <w:lang w:val="sv-SE"/>
        </w:rPr>
        <w:t xml:space="preserve"> {{field-on:bible}}</w:t>
      </w:r>
      <w:r w:rsidRPr="000767E2">
        <w:rPr>
          <w:i/>
          <w:lang w:val="sv-SE"/>
        </w:rPr>
        <w:t>Är det</w:t>
      </w:r>
      <w:r w:rsidRPr="000767E2">
        <w:rPr>
          <w:lang w:val="sv-SE"/>
        </w:rPr>
        <w:t xml:space="preserve"> inte de </w:t>
      </w:r>
      <w:r w:rsidRPr="000767E2">
        <w:rPr>
          <w:i/>
          <w:lang w:val="sv-SE"/>
        </w:rPr>
        <w:t>som</w:t>
      </w:r>
      <w:r w:rsidRPr="000767E2">
        <w:rPr>
          <w:lang w:val="sv-SE"/>
        </w:rPr>
        <w:t xml:space="preserve"> hädar det fina Namnet som har åkallats över er?{{field-off:bible}}</w:t>
      </w:r>
    </w:p>
    <w:p w14:paraId="0DEB377B" w14:textId="76D4302A" w:rsidR="00BA33AB" w:rsidRPr="000767E2" w:rsidRDefault="00000000">
      <w:pPr>
        <w:rPr>
          <w:lang w:val="sv-SE"/>
        </w:rPr>
      </w:pPr>
      <w:r w:rsidRPr="000767E2">
        <w:rPr>
          <w:lang w:val="sv-SE"/>
        </w:rPr>
        <w:t>[[@</w:t>
      </w:r>
      <w:r w:rsidR="0096445B" w:rsidRPr="000767E2">
        <w:rPr>
          <w:lang w:val="sv-SE"/>
        </w:rPr>
        <w:t>BibleBIBEL82</w:t>
      </w:r>
      <w:r w:rsidRPr="000767E2">
        <w:rPr>
          <w:lang w:val="sv-SE"/>
        </w:rPr>
        <w:t>:Jas 2:8]]</w:t>
      </w:r>
      <w:r w:rsidRPr="000767E2">
        <w:rPr>
          <w:vertAlign w:val="superscript"/>
          <w:lang w:val="sv-SE"/>
        </w:rPr>
        <w:t>8</w:t>
      </w:r>
      <w:r w:rsidRPr="000767E2">
        <w:rPr>
          <w:lang w:val="sv-SE"/>
        </w:rPr>
        <w:t xml:space="preserve"> {{field-on:bible}}Om ni dock fullbordar kunglig lag enligt Skriften: Du ska älska din nästa som dig själv, gör ni väl.{{field-off:bible}} [[@</w:t>
      </w:r>
      <w:r w:rsidR="0096445B" w:rsidRPr="000767E2">
        <w:rPr>
          <w:lang w:val="sv-SE"/>
        </w:rPr>
        <w:t>BibleBIBEL82</w:t>
      </w:r>
      <w:r w:rsidRPr="000767E2">
        <w:rPr>
          <w:lang w:val="sv-SE"/>
        </w:rPr>
        <w:t>:Jas 2:9]]</w:t>
      </w:r>
      <w:r w:rsidRPr="000767E2">
        <w:rPr>
          <w:vertAlign w:val="superscript"/>
          <w:lang w:val="sv-SE"/>
        </w:rPr>
        <w:t>9</w:t>
      </w:r>
      <w:r w:rsidRPr="000767E2">
        <w:rPr>
          <w:lang w:val="sv-SE"/>
        </w:rPr>
        <w:t xml:space="preserve"> {{field-on:bible}}Men om ni är partiska, utför ni synd och avslöjas av lagen som överträdare.{{field-off:bible}} [[@</w:t>
      </w:r>
      <w:r w:rsidR="0096445B" w:rsidRPr="000767E2">
        <w:rPr>
          <w:lang w:val="sv-SE"/>
        </w:rPr>
        <w:t>BibleBIBEL82</w:t>
      </w:r>
      <w:r w:rsidRPr="000767E2">
        <w:rPr>
          <w:lang w:val="sv-SE"/>
        </w:rPr>
        <w:t>:Jas 2:10]]</w:t>
      </w:r>
      <w:r w:rsidRPr="000767E2">
        <w:rPr>
          <w:vertAlign w:val="superscript"/>
          <w:lang w:val="sv-SE"/>
        </w:rPr>
        <w:t>10</w:t>
      </w:r>
      <w:r w:rsidRPr="000767E2">
        <w:rPr>
          <w:lang w:val="sv-SE"/>
        </w:rPr>
        <w:t xml:space="preserve"> {{field-on:bible}}För den som håller fast vid hela lagen men snavar på ett </w:t>
      </w:r>
      <w:r w:rsidRPr="000767E2">
        <w:rPr>
          <w:i/>
          <w:lang w:val="sv-SE"/>
        </w:rPr>
        <w:t>enda</w:t>
      </w:r>
      <w:r w:rsidRPr="000767E2">
        <w:rPr>
          <w:lang w:val="sv-SE"/>
        </w:rPr>
        <w:t xml:space="preserve"> </w:t>
      </w:r>
      <w:r w:rsidRPr="000767E2">
        <w:rPr>
          <w:i/>
          <w:lang w:val="sv-SE"/>
        </w:rPr>
        <w:t>bud</w:t>
      </w:r>
      <w:r w:rsidRPr="000767E2">
        <w:rPr>
          <w:lang w:val="sv-SE"/>
        </w:rPr>
        <w:t xml:space="preserve"> har blivit straffskyldig till allt.{{field-off:bible}} [[@</w:t>
      </w:r>
      <w:r w:rsidR="0096445B" w:rsidRPr="000767E2">
        <w:rPr>
          <w:lang w:val="sv-SE"/>
        </w:rPr>
        <w:t>BibleBIBEL82</w:t>
      </w:r>
      <w:r w:rsidRPr="000767E2">
        <w:rPr>
          <w:lang w:val="sv-SE"/>
        </w:rPr>
        <w:t>:Jas 2:11]]</w:t>
      </w:r>
      <w:r w:rsidRPr="000767E2">
        <w:rPr>
          <w:vertAlign w:val="superscript"/>
          <w:lang w:val="sv-SE"/>
        </w:rPr>
        <w:t>11</w:t>
      </w:r>
      <w:r w:rsidRPr="000767E2">
        <w:rPr>
          <w:lang w:val="sv-SE"/>
        </w:rPr>
        <w:t xml:space="preserve"> {{field-on:bible}}För han som har sagt: Du ska inte begå äktenskapsbrott, har också sagt: Du ska inte mörda. Och om du inte begår äktenskapsbrott men mördar, har du blivit en lagöverträdare.{{field-off:bible}}</w:t>
      </w:r>
    </w:p>
    <w:p w14:paraId="13BC16CB" w14:textId="4AC16E62" w:rsidR="00BA33AB" w:rsidRPr="000767E2" w:rsidRDefault="00000000">
      <w:pPr>
        <w:rPr>
          <w:lang w:val="sv-SE"/>
        </w:rPr>
      </w:pPr>
      <w:r w:rsidRPr="000767E2">
        <w:rPr>
          <w:lang w:val="sv-SE"/>
        </w:rPr>
        <w:t>[[@</w:t>
      </w:r>
      <w:r w:rsidR="0096445B" w:rsidRPr="000767E2">
        <w:rPr>
          <w:lang w:val="sv-SE"/>
        </w:rPr>
        <w:t>BibleBIBEL82</w:t>
      </w:r>
      <w:r w:rsidRPr="000767E2">
        <w:rPr>
          <w:lang w:val="sv-SE"/>
        </w:rPr>
        <w:t>:Jas 2:12]]</w:t>
      </w:r>
      <w:r w:rsidRPr="000767E2">
        <w:rPr>
          <w:vertAlign w:val="superscript"/>
          <w:lang w:val="sv-SE"/>
        </w:rPr>
        <w:t>12</w:t>
      </w:r>
      <w:r w:rsidRPr="000767E2">
        <w:rPr>
          <w:lang w:val="sv-SE"/>
        </w:rPr>
        <w:t xml:space="preserve"> {{field-on:bible}}Tala så och gör så som de som med frihets lag ska dömas.{{field-off:bible}} [[@</w:t>
      </w:r>
      <w:r w:rsidR="0096445B" w:rsidRPr="000767E2">
        <w:rPr>
          <w:lang w:val="sv-SE"/>
        </w:rPr>
        <w:t>BibleBIBEL82</w:t>
      </w:r>
      <w:r w:rsidRPr="000767E2">
        <w:rPr>
          <w:lang w:val="sv-SE"/>
        </w:rPr>
        <w:t>:Jas 2:13]]</w:t>
      </w:r>
      <w:r w:rsidRPr="000767E2">
        <w:rPr>
          <w:vertAlign w:val="superscript"/>
          <w:lang w:val="sv-SE"/>
        </w:rPr>
        <w:t>13</w:t>
      </w:r>
      <w:r w:rsidRPr="000767E2">
        <w:rPr>
          <w:lang w:val="sv-SE"/>
        </w:rPr>
        <w:t xml:space="preserve"> {{field-on:bible}}För domen </w:t>
      </w:r>
      <w:r w:rsidRPr="000767E2">
        <w:rPr>
          <w:i/>
          <w:lang w:val="sv-SE"/>
        </w:rPr>
        <w:t>är</w:t>
      </w:r>
      <w:r w:rsidRPr="000767E2">
        <w:rPr>
          <w:lang w:val="sv-SE"/>
        </w:rPr>
        <w:t xml:space="preserve"> obarmhärtig mot den som inte har gjort barmhärtighet. Barmhärtighet stoltserar mot dom.{{field-off:bible}}</w:t>
      </w:r>
    </w:p>
    <w:p w14:paraId="31C32A8F" w14:textId="77777777" w:rsidR="00BA33AB" w:rsidRPr="000767E2" w:rsidRDefault="00000000">
      <w:pPr>
        <w:pStyle w:val="Rubrik3"/>
        <w:rPr>
          <w:lang w:val="sv-SE"/>
        </w:rPr>
      </w:pPr>
      <w:r w:rsidRPr="000767E2">
        <w:rPr>
          <w:lang w:val="sv-SE"/>
        </w:rPr>
        <w:t>Tron utan gärningar är död</w:t>
      </w:r>
    </w:p>
    <w:p w14:paraId="27448E5C" w14:textId="15840992" w:rsidR="00BA33AB" w:rsidRPr="000767E2" w:rsidRDefault="00000000">
      <w:pPr>
        <w:rPr>
          <w:lang w:val="sv-SE"/>
        </w:rPr>
      </w:pPr>
      <w:r w:rsidRPr="000767E2">
        <w:rPr>
          <w:lang w:val="sv-SE"/>
        </w:rPr>
        <w:t>[[@</w:t>
      </w:r>
      <w:r w:rsidR="0096445B" w:rsidRPr="000767E2">
        <w:rPr>
          <w:lang w:val="sv-SE"/>
        </w:rPr>
        <w:t>BibleBIBEL82</w:t>
      </w:r>
      <w:r w:rsidRPr="000767E2">
        <w:rPr>
          <w:lang w:val="sv-SE"/>
        </w:rPr>
        <w:t>:Jas 2:14]]</w:t>
      </w:r>
      <w:r w:rsidRPr="000767E2">
        <w:rPr>
          <w:vertAlign w:val="superscript"/>
          <w:lang w:val="sv-SE"/>
        </w:rPr>
        <w:t>14</w:t>
      </w:r>
      <w:r w:rsidRPr="000767E2">
        <w:rPr>
          <w:lang w:val="sv-SE"/>
        </w:rPr>
        <w:t xml:space="preserve"> {{field-on:bible}}Vad </w:t>
      </w:r>
      <w:r w:rsidRPr="000767E2">
        <w:rPr>
          <w:i/>
          <w:lang w:val="sv-SE"/>
        </w:rPr>
        <w:t>är</w:t>
      </w:r>
      <w:r w:rsidRPr="000767E2">
        <w:rPr>
          <w:lang w:val="sv-SE"/>
        </w:rPr>
        <w:t xml:space="preserve"> nyttan, mina syskon, om </w:t>
      </w:r>
      <w:r w:rsidRPr="000767E2">
        <w:rPr>
          <w:i/>
          <w:lang w:val="sv-SE"/>
        </w:rPr>
        <w:t>det är</w:t>
      </w:r>
      <w:r w:rsidRPr="000767E2">
        <w:rPr>
          <w:lang w:val="sv-SE"/>
        </w:rPr>
        <w:t xml:space="preserve"> tro någon säger </w:t>
      </w:r>
      <w:r w:rsidRPr="000767E2">
        <w:rPr>
          <w:i/>
          <w:lang w:val="sv-SE"/>
        </w:rPr>
        <w:t>sig</w:t>
      </w:r>
      <w:r w:rsidRPr="000767E2">
        <w:rPr>
          <w:lang w:val="sv-SE"/>
        </w:rPr>
        <w:t xml:space="preserve"> ha, men gärningar har han inte? Inte kan </w:t>
      </w:r>
      <w:r w:rsidRPr="000767E2">
        <w:rPr>
          <w:i/>
          <w:lang w:val="sv-SE"/>
        </w:rPr>
        <w:t>den</w:t>
      </w:r>
      <w:r w:rsidRPr="000767E2">
        <w:rPr>
          <w:lang w:val="sv-SE"/>
        </w:rPr>
        <w:t xml:space="preserve"> tron frälsa honom?{{field-off:bible}} [[@</w:t>
      </w:r>
      <w:r w:rsidR="0096445B" w:rsidRPr="000767E2">
        <w:rPr>
          <w:lang w:val="sv-SE"/>
        </w:rPr>
        <w:t>BibleBIBEL82</w:t>
      </w:r>
      <w:r w:rsidRPr="000767E2">
        <w:rPr>
          <w:lang w:val="sv-SE"/>
        </w:rPr>
        <w:t>:Jas 2:15]]</w:t>
      </w:r>
      <w:r w:rsidRPr="000767E2">
        <w:rPr>
          <w:vertAlign w:val="superscript"/>
          <w:lang w:val="sv-SE"/>
        </w:rPr>
        <w:t>15</w:t>
      </w:r>
      <w:r w:rsidRPr="000767E2">
        <w:rPr>
          <w:lang w:val="sv-SE"/>
        </w:rPr>
        <w:t xml:space="preserve"> {{field-on:bible}}Om en broder eller syster är nakna och är i brist på födan för dagen,{{field-off:bible}} [[@</w:t>
      </w:r>
      <w:r w:rsidR="0096445B" w:rsidRPr="000767E2">
        <w:rPr>
          <w:lang w:val="sv-SE"/>
        </w:rPr>
        <w:t>BibleBIBEL82</w:t>
      </w:r>
      <w:r w:rsidRPr="000767E2">
        <w:rPr>
          <w:lang w:val="sv-SE"/>
        </w:rPr>
        <w:t>:Jas 2:16]]</w:t>
      </w:r>
      <w:r w:rsidRPr="000767E2">
        <w:rPr>
          <w:vertAlign w:val="superscript"/>
          <w:lang w:val="sv-SE"/>
        </w:rPr>
        <w:t>16</w:t>
      </w:r>
      <w:r w:rsidRPr="000767E2">
        <w:rPr>
          <w:lang w:val="sv-SE"/>
        </w:rPr>
        <w:t xml:space="preserve"> {{field-on:bible}}och någon av er säger till dem: ”Bege er i frid, värm er och mätta er”, men ni inte ger dem det </w:t>
      </w:r>
      <w:r w:rsidRPr="000767E2">
        <w:rPr>
          <w:i/>
          <w:lang w:val="sv-SE"/>
        </w:rPr>
        <w:t>som är</w:t>
      </w:r>
      <w:r w:rsidRPr="000767E2">
        <w:rPr>
          <w:lang w:val="sv-SE"/>
        </w:rPr>
        <w:t xml:space="preserve"> lämpligt för kroppen, vad </w:t>
      </w:r>
      <w:r w:rsidRPr="000767E2">
        <w:rPr>
          <w:i/>
          <w:lang w:val="sv-SE"/>
        </w:rPr>
        <w:t>är</w:t>
      </w:r>
      <w:r w:rsidRPr="000767E2">
        <w:rPr>
          <w:lang w:val="sv-SE"/>
        </w:rPr>
        <w:t xml:space="preserve"> nyttan?{{field-off:bible}} [[@</w:t>
      </w:r>
      <w:r w:rsidR="0096445B" w:rsidRPr="000767E2">
        <w:rPr>
          <w:lang w:val="sv-SE"/>
        </w:rPr>
        <w:t>BibleBIBEL82</w:t>
      </w:r>
      <w:r w:rsidRPr="000767E2">
        <w:rPr>
          <w:lang w:val="sv-SE"/>
        </w:rPr>
        <w:t>:Jas 2:17]]</w:t>
      </w:r>
      <w:r w:rsidRPr="000767E2">
        <w:rPr>
          <w:vertAlign w:val="superscript"/>
          <w:lang w:val="sv-SE"/>
        </w:rPr>
        <w:t>17</w:t>
      </w:r>
      <w:r w:rsidRPr="000767E2">
        <w:rPr>
          <w:lang w:val="sv-SE"/>
        </w:rPr>
        <w:t xml:space="preserve"> {{field-on:bible}}Så även tron: om den inte har gärningar, är den död i sig själv.{{field-off:bible}}</w:t>
      </w:r>
    </w:p>
    <w:p w14:paraId="0C16342B" w14:textId="7C65158E" w:rsidR="00BA33AB" w:rsidRPr="000767E2" w:rsidRDefault="00000000">
      <w:pPr>
        <w:rPr>
          <w:lang w:val="sv-SE"/>
        </w:rPr>
      </w:pPr>
      <w:r w:rsidRPr="000767E2">
        <w:rPr>
          <w:lang w:val="sv-SE"/>
        </w:rPr>
        <w:t>[[@</w:t>
      </w:r>
      <w:r w:rsidR="0096445B" w:rsidRPr="000767E2">
        <w:rPr>
          <w:lang w:val="sv-SE"/>
        </w:rPr>
        <w:t>BibleBIBEL82</w:t>
      </w:r>
      <w:r w:rsidRPr="000767E2">
        <w:rPr>
          <w:lang w:val="sv-SE"/>
        </w:rPr>
        <w:t>:Jas 2:18]]</w:t>
      </w:r>
      <w:r w:rsidRPr="000767E2">
        <w:rPr>
          <w:vertAlign w:val="superscript"/>
          <w:lang w:val="sv-SE"/>
        </w:rPr>
        <w:t>18</w:t>
      </w:r>
      <w:r w:rsidRPr="000767E2">
        <w:rPr>
          <w:lang w:val="sv-SE"/>
        </w:rPr>
        <w:t xml:space="preserve"> {{field-on:bible}}Men någon kommer att säga: Du har tro – och jag har gärningar. Visa mig din tro utan gärningarna, och jag ska utifrån gärningarna visa dig min </w:t>
      </w:r>
      <w:r w:rsidRPr="000767E2">
        <w:rPr>
          <w:lang w:val="sv-SE"/>
        </w:rPr>
        <w:lastRenderedPageBreak/>
        <w:t>tro.{{field-off:bible}} [[@</w:t>
      </w:r>
      <w:r w:rsidR="0096445B" w:rsidRPr="000767E2">
        <w:rPr>
          <w:lang w:val="sv-SE"/>
        </w:rPr>
        <w:t>BibleBIBEL82</w:t>
      </w:r>
      <w:r w:rsidRPr="000767E2">
        <w:rPr>
          <w:lang w:val="sv-SE"/>
        </w:rPr>
        <w:t>:Jas 2:19]]</w:t>
      </w:r>
      <w:r w:rsidRPr="000767E2">
        <w:rPr>
          <w:vertAlign w:val="superscript"/>
          <w:lang w:val="sv-SE"/>
        </w:rPr>
        <w:t>19</w:t>
      </w:r>
      <w:r w:rsidRPr="000767E2">
        <w:rPr>
          <w:lang w:val="sv-SE"/>
        </w:rPr>
        <w:t xml:space="preserve"> {{field-on:bible}}Du tror att Gud är en? Du gör väl. Även demonerna tror </w:t>
      </w:r>
      <w:r w:rsidRPr="000767E2">
        <w:rPr>
          <w:i/>
          <w:lang w:val="sv-SE"/>
        </w:rPr>
        <w:t>det</w:t>
      </w:r>
      <w:r w:rsidRPr="000767E2">
        <w:rPr>
          <w:lang w:val="sv-SE"/>
        </w:rPr>
        <w:t>, och ryser.{{field-off:bible}}</w:t>
      </w:r>
    </w:p>
    <w:p w14:paraId="4ADC19CE" w14:textId="25BFCBA7" w:rsidR="00BA33AB" w:rsidRPr="000767E2" w:rsidRDefault="00000000">
      <w:pPr>
        <w:rPr>
          <w:lang w:val="sv-SE"/>
        </w:rPr>
      </w:pPr>
      <w:r w:rsidRPr="000767E2">
        <w:rPr>
          <w:lang w:val="sv-SE"/>
        </w:rPr>
        <w:t>[[@</w:t>
      </w:r>
      <w:r w:rsidR="0096445B" w:rsidRPr="000767E2">
        <w:rPr>
          <w:lang w:val="sv-SE"/>
        </w:rPr>
        <w:t>BibleBIBEL82</w:t>
      </w:r>
      <w:r w:rsidRPr="000767E2">
        <w:rPr>
          <w:lang w:val="sv-SE"/>
        </w:rPr>
        <w:t>:Jas 2:20]]</w:t>
      </w:r>
      <w:r w:rsidRPr="000767E2">
        <w:rPr>
          <w:vertAlign w:val="superscript"/>
          <w:lang w:val="sv-SE"/>
        </w:rPr>
        <w:t>20</w:t>
      </w:r>
      <w:r w:rsidRPr="000767E2">
        <w:rPr>
          <w:lang w:val="sv-SE"/>
        </w:rPr>
        <w:t xml:space="preserve"> {{field-on:bible}}Men vill du förstå, o tomma människa, att tron utan gärningarna är overksam?{{field-off:bible}} [[@</w:t>
      </w:r>
      <w:r w:rsidR="0096445B" w:rsidRPr="000767E2">
        <w:rPr>
          <w:lang w:val="sv-SE"/>
        </w:rPr>
        <w:t>BibleBIBEL82</w:t>
      </w:r>
      <w:r w:rsidRPr="000767E2">
        <w:rPr>
          <w:lang w:val="sv-SE"/>
        </w:rPr>
        <w:t>:Jas 2:21]]</w:t>
      </w:r>
      <w:r w:rsidRPr="000767E2">
        <w:rPr>
          <w:vertAlign w:val="superscript"/>
          <w:lang w:val="sv-SE"/>
        </w:rPr>
        <w:t>21</w:t>
      </w:r>
      <w:r w:rsidRPr="000767E2">
        <w:rPr>
          <w:lang w:val="sv-SE"/>
        </w:rPr>
        <w:t xml:space="preserve"> {{field-on:bible}}Abraham vår far, </w:t>
      </w:r>
      <w:r w:rsidRPr="000767E2">
        <w:rPr>
          <w:i/>
          <w:lang w:val="sv-SE"/>
        </w:rPr>
        <w:t>var det</w:t>
      </w:r>
      <w:r w:rsidRPr="000767E2">
        <w:rPr>
          <w:lang w:val="sv-SE"/>
        </w:rPr>
        <w:t xml:space="preserve"> inte utifrån gärningar han förklarades rättfärdig när han förde upp Isaak sin son på altaret?{{field-off:bible}} [[@</w:t>
      </w:r>
      <w:r w:rsidR="0096445B" w:rsidRPr="000767E2">
        <w:rPr>
          <w:lang w:val="sv-SE"/>
        </w:rPr>
        <w:t>BibleBIBEL82</w:t>
      </w:r>
      <w:r w:rsidRPr="000767E2">
        <w:rPr>
          <w:lang w:val="sv-SE"/>
        </w:rPr>
        <w:t>:Jas 2:22]]</w:t>
      </w:r>
      <w:r w:rsidRPr="000767E2">
        <w:rPr>
          <w:vertAlign w:val="superscript"/>
          <w:lang w:val="sv-SE"/>
        </w:rPr>
        <w:t>22</w:t>
      </w:r>
      <w:r w:rsidRPr="000767E2">
        <w:rPr>
          <w:lang w:val="sv-SE"/>
        </w:rPr>
        <w:t xml:space="preserve"> {{field-on:bible}}Du ser att tron samverkade med hans gärningar, och utifrån gärningarna blev tron fullkomnad.{{field-off:bible}} [[@</w:t>
      </w:r>
      <w:r w:rsidR="0096445B" w:rsidRPr="000767E2">
        <w:rPr>
          <w:lang w:val="sv-SE"/>
        </w:rPr>
        <w:t>BibleBIBEL82</w:t>
      </w:r>
      <w:r w:rsidRPr="000767E2">
        <w:rPr>
          <w:lang w:val="sv-SE"/>
        </w:rPr>
        <w:t>:Jas 2:23]]</w:t>
      </w:r>
      <w:r w:rsidRPr="000767E2">
        <w:rPr>
          <w:vertAlign w:val="superscript"/>
          <w:lang w:val="sv-SE"/>
        </w:rPr>
        <w:t>23</w:t>
      </w:r>
      <w:r w:rsidRPr="000767E2">
        <w:rPr>
          <w:lang w:val="sv-SE"/>
        </w:rPr>
        <w:t xml:space="preserve"> {{field-on:bible}}Och </w:t>
      </w:r>
      <w:r w:rsidRPr="000767E2">
        <w:rPr>
          <w:i/>
          <w:lang w:val="sv-SE"/>
        </w:rPr>
        <w:t>så</w:t>
      </w:r>
      <w:r w:rsidRPr="000767E2">
        <w:rPr>
          <w:lang w:val="sv-SE"/>
        </w:rPr>
        <w:t xml:space="preserve"> uppfylldes Skriften som säger: Och Abraham trodde Gud, och det tillräknades honom till rättfärdighet. Och Guds vän blev han kallad.{{field-off:bible}}</w:t>
      </w:r>
    </w:p>
    <w:p w14:paraId="78D6D8E9" w14:textId="62C30FCF" w:rsidR="00BA33AB" w:rsidRPr="000767E2" w:rsidRDefault="00000000">
      <w:pPr>
        <w:rPr>
          <w:lang w:val="sv-SE"/>
        </w:rPr>
      </w:pPr>
      <w:r w:rsidRPr="000767E2">
        <w:rPr>
          <w:lang w:val="sv-SE"/>
        </w:rPr>
        <w:t>[[@</w:t>
      </w:r>
      <w:r w:rsidR="0096445B" w:rsidRPr="000767E2">
        <w:rPr>
          <w:lang w:val="sv-SE"/>
        </w:rPr>
        <w:t>BibleBIBEL82</w:t>
      </w:r>
      <w:r w:rsidRPr="000767E2">
        <w:rPr>
          <w:lang w:val="sv-SE"/>
        </w:rPr>
        <w:t>:Jas 2:24]]</w:t>
      </w:r>
      <w:r w:rsidRPr="000767E2">
        <w:rPr>
          <w:vertAlign w:val="superscript"/>
          <w:lang w:val="sv-SE"/>
        </w:rPr>
        <w:t>24</w:t>
      </w:r>
      <w:r w:rsidRPr="000767E2">
        <w:rPr>
          <w:lang w:val="sv-SE"/>
        </w:rPr>
        <w:t xml:space="preserve"> {{field-on:bible}}Ni ser att </w:t>
      </w:r>
      <w:r w:rsidRPr="000767E2">
        <w:rPr>
          <w:i/>
          <w:lang w:val="sv-SE"/>
        </w:rPr>
        <w:t>det är</w:t>
      </w:r>
      <w:r w:rsidRPr="000767E2">
        <w:rPr>
          <w:lang w:val="sv-SE"/>
        </w:rPr>
        <w:t xml:space="preserve"> utifrån gärningar en människa förklaras rättfärdig, och inte bara utifrån tro.{{field-off:bible}} [[@</w:t>
      </w:r>
      <w:r w:rsidR="0096445B" w:rsidRPr="000767E2">
        <w:rPr>
          <w:lang w:val="sv-SE"/>
        </w:rPr>
        <w:t>BibleBIBEL82</w:t>
      </w:r>
      <w:r w:rsidRPr="000767E2">
        <w:rPr>
          <w:lang w:val="sv-SE"/>
        </w:rPr>
        <w:t>:Jas 2:25]]</w:t>
      </w:r>
      <w:r w:rsidRPr="000767E2">
        <w:rPr>
          <w:vertAlign w:val="superscript"/>
          <w:lang w:val="sv-SE"/>
        </w:rPr>
        <w:t>25</w:t>
      </w:r>
      <w:r w:rsidRPr="000767E2">
        <w:rPr>
          <w:lang w:val="sv-SE"/>
        </w:rPr>
        <w:t xml:space="preserve"> {{field-on:bible}}Och likaså även skökan Rahab: </w:t>
      </w:r>
      <w:r w:rsidRPr="000767E2">
        <w:rPr>
          <w:i/>
          <w:lang w:val="sv-SE"/>
        </w:rPr>
        <w:t>var det</w:t>
      </w:r>
      <w:r w:rsidRPr="000767E2">
        <w:rPr>
          <w:lang w:val="sv-SE"/>
        </w:rPr>
        <w:t xml:space="preserve"> inte utifrån gärningar hon förklarades rättfärdig, när hon välkomnade änglarna hos sig och drev ut </w:t>
      </w:r>
      <w:r w:rsidRPr="000767E2">
        <w:rPr>
          <w:i/>
          <w:lang w:val="sv-SE"/>
        </w:rPr>
        <w:t>dem</w:t>
      </w:r>
      <w:r w:rsidRPr="000767E2">
        <w:rPr>
          <w:lang w:val="sv-SE"/>
        </w:rPr>
        <w:t xml:space="preserve"> en annan väg?{{field-off:bible}} [[@</w:t>
      </w:r>
      <w:r w:rsidR="0096445B" w:rsidRPr="000767E2">
        <w:rPr>
          <w:lang w:val="sv-SE"/>
        </w:rPr>
        <w:t>BibleBIBEL82</w:t>
      </w:r>
      <w:r w:rsidRPr="000767E2">
        <w:rPr>
          <w:lang w:val="sv-SE"/>
        </w:rPr>
        <w:t>:Jas 2:26]]</w:t>
      </w:r>
      <w:r w:rsidRPr="000767E2">
        <w:rPr>
          <w:vertAlign w:val="superscript"/>
          <w:lang w:val="sv-SE"/>
        </w:rPr>
        <w:t>26</w:t>
      </w:r>
      <w:r w:rsidRPr="000767E2">
        <w:rPr>
          <w:lang w:val="sv-SE"/>
        </w:rPr>
        <w:t xml:space="preserve"> {{field-on:bible}}För såsom kroppen utan ande är död, så är också tron utan gärningar död.{{field-off:bible}}</w:t>
      </w:r>
    </w:p>
    <w:p w14:paraId="654C641E" w14:textId="4000C560"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:Jas 3]]Kapitel 3</w:t>
      </w:r>
    </w:p>
    <w:p w14:paraId="3EA9CE4E" w14:textId="77777777" w:rsidR="00BA33AB" w:rsidRPr="000767E2" w:rsidRDefault="00000000">
      <w:pPr>
        <w:pStyle w:val="Rubrik3"/>
        <w:rPr>
          <w:lang w:val="sv-SE"/>
        </w:rPr>
      </w:pPr>
      <w:r w:rsidRPr="000767E2">
        <w:rPr>
          <w:lang w:val="sv-SE"/>
        </w:rPr>
        <w:t>Att tämja tungan</w:t>
      </w:r>
    </w:p>
    <w:p w14:paraId="135C6666" w14:textId="6C08988A" w:rsidR="00BA33AB" w:rsidRPr="000767E2" w:rsidRDefault="00000000">
      <w:pPr>
        <w:rPr>
          <w:lang w:val="sv-SE"/>
        </w:rPr>
      </w:pPr>
      <w:r w:rsidRPr="000767E2">
        <w:rPr>
          <w:lang w:val="sv-SE"/>
        </w:rPr>
        <w:t>[[@</w:t>
      </w:r>
      <w:r w:rsidR="0096445B" w:rsidRPr="000767E2">
        <w:rPr>
          <w:lang w:val="sv-SE"/>
        </w:rPr>
        <w:t>BibleBIBEL82</w:t>
      </w:r>
      <w:r w:rsidRPr="000767E2">
        <w:rPr>
          <w:lang w:val="sv-SE"/>
        </w:rPr>
        <w:t>:Jas 3:1]]</w:t>
      </w:r>
      <w:r w:rsidRPr="000767E2">
        <w:rPr>
          <w:vertAlign w:val="superscript"/>
          <w:lang w:val="sv-SE"/>
        </w:rPr>
        <w:t>1</w:t>
      </w:r>
      <w:r w:rsidRPr="000767E2">
        <w:rPr>
          <w:lang w:val="sv-SE"/>
        </w:rPr>
        <w:t xml:space="preserve"> {{field-on:bible}}Bli inte många lärare, mina syskon, då </w:t>
      </w:r>
      <w:r w:rsidRPr="000767E2">
        <w:rPr>
          <w:i/>
          <w:lang w:val="sv-SE"/>
        </w:rPr>
        <w:t>ni</w:t>
      </w:r>
      <w:r w:rsidRPr="000767E2">
        <w:rPr>
          <w:lang w:val="sv-SE"/>
        </w:rPr>
        <w:t xml:space="preserve"> vet att </w:t>
      </w:r>
      <w:r w:rsidRPr="000767E2">
        <w:rPr>
          <w:i/>
          <w:lang w:val="sv-SE"/>
        </w:rPr>
        <w:t>det är</w:t>
      </w:r>
      <w:r w:rsidRPr="000767E2">
        <w:rPr>
          <w:lang w:val="sv-SE"/>
        </w:rPr>
        <w:t xml:space="preserve"> en större dom vi ska få.{{field-off:bible}} [[@</w:t>
      </w:r>
      <w:r w:rsidR="0096445B" w:rsidRPr="000767E2">
        <w:rPr>
          <w:lang w:val="sv-SE"/>
        </w:rPr>
        <w:t>BibleBIBEL82</w:t>
      </w:r>
      <w:r w:rsidRPr="000767E2">
        <w:rPr>
          <w:lang w:val="sv-SE"/>
        </w:rPr>
        <w:t>:Jas 3:2]]</w:t>
      </w:r>
      <w:r w:rsidRPr="000767E2">
        <w:rPr>
          <w:vertAlign w:val="superscript"/>
          <w:lang w:val="sv-SE"/>
        </w:rPr>
        <w:t>2</w:t>
      </w:r>
      <w:r w:rsidRPr="000767E2">
        <w:rPr>
          <w:lang w:val="sv-SE"/>
        </w:rPr>
        <w:t xml:space="preserve"> {{field-on:bible}}För vi snavar mycket allesammans. Om någon inte snavar i ord </w:t>
      </w:r>
      <w:r w:rsidRPr="000767E2">
        <w:rPr>
          <w:i/>
          <w:lang w:val="sv-SE"/>
        </w:rPr>
        <w:t>är</w:t>
      </w:r>
      <w:r w:rsidRPr="000767E2">
        <w:rPr>
          <w:lang w:val="sv-SE"/>
        </w:rPr>
        <w:t xml:space="preserve"> denne en fullkomlig man, mäktig att tygla också hela kroppen.{{field-off:bible}} [[@</w:t>
      </w:r>
      <w:r w:rsidR="0096445B" w:rsidRPr="000767E2">
        <w:rPr>
          <w:lang w:val="sv-SE"/>
        </w:rPr>
        <w:t>BibleBIBEL82</w:t>
      </w:r>
      <w:r w:rsidRPr="000767E2">
        <w:rPr>
          <w:lang w:val="sv-SE"/>
        </w:rPr>
        <w:t>:Jas 3:3]]</w:t>
      </w:r>
      <w:r w:rsidRPr="000767E2">
        <w:rPr>
          <w:vertAlign w:val="superscript"/>
          <w:lang w:val="sv-SE"/>
        </w:rPr>
        <w:t>3</w:t>
      </w:r>
      <w:r w:rsidRPr="000767E2">
        <w:rPr>
          <w:lang w:val="sv-SE"/>
        </w:rPr>
        <w:t xml:space="preserve"> {{field-on:bible}}Och om vi på hästarna sätter betslen i munnarna för att de </w:t>
      </w:r>
      <w:r w:rsidRPr="000767E2">
        <w:rPr>
          <w:i/>
          <w:lang w:val="sv-SE"/>
        </w:rPr>
        <w:t>ska</w:t>
      </w:r>
      <w:r w:rsidRPr="000767E2">
        <w:rPr>
          <w:lang w:val="sv-SE"/>
        </w:rPr>
        <w:t xml:space="preserve"> </w:t>
      </w:r>
      <w:r w:rsidRPr="000767E2">
        <w:rPr>
          <w:i/>
          <w:lang w:val="sv-SE"/>
        </w:rPr>
        <w:t>låta sig</w:t>
      </w:r>
      <w:r w:rsidRPr="000767E2">
        <w:rPr>
          <w:lang w:val="sv-SE"/>
        </w:rPr>
        <w:t xml:space="preserve"> övertygas av oss, dirigerar vi också hela deras kropp.{{field-off:bible}} [[@</w:t>
      </w:r>
      <w:r w:rsidR="0096445B" w:rsidRPr="000767E2">
        <w:rPr>
          <w:lang w:val="sv-SE"/>
        </w:rPr>
        <w:t>BibleBIBEL82</w:t>
      </w:r>
      <w:r w:rsidRPr="000767E2">
        <w:rPr>
          <w:lang w:val="sv-SE"/>
        </w:rPr>
        <w:t>:Jas 3:4]]</w:t>
      </w:r>
      <w:r w:rsidRPr="000767E2">
        <w:rPr>
          <w:vertAlign w:val="superscript"/>
          <w:lang w:val="sv-SE"/>
        </w:rPr>
        <w:t>4</w:t>
      </w:r>
      <w:r w:rsidRPr="000767E2">
        <w:rPr>
          <w:lang w:val="sv-SE"/>
        </w:rPr>
        <w:t xml:space="preserve"> {{field-on:bible}}Se </w:t>
      </w:r>
      <w:r w:rsidRPr="000767E2">
        <w:rPr>
          <w:i/>
          <w:lang w:val="sv-SE"/>
        </w:rPr>
        <w:t>hur</w:t>
      </w:r>
      <w:r w:rsidRPr="000767E2">
        <w:rPr>
          <w:lang w:val="sv-SE"/>
        </w:rPr>
        <w:t xml:space="preserve"> även skeppen, som är så stora och av hårda vindar drivs, dirigeras av ett minsta roder dit impulsen hos den som riktar </w:t>
      </w:r>
      <w:r w:rsidRPr="000767E2">
        <w:rPr>
          <w:i/>
          <w:lang w:val="sv-SE"/>
        </w:rPr>
        <w:t>det</w:t>
      </w:r>
      <w:r w:rsidRPr="000767E2">
        <w:rPr>
          <w:lang w:val="sv-SE"/>
        </w:rPr>
        <w:t xml:space="preserve"> önskar.{{field-off:bible}}</w:t>
      </w:r>
    </w:p>
    <w:p w14:paraId="5AD10549" w14:textId="47831AC6" w:rsidR="00BA33AB" w:rsidRPr="000767E2" w:rsidRDefault="00000000">
      <w:pPr>
        <w:rPr>
          <w:lang w:val="sv-SE"/>
        </w:rPr>
      </w:pPr>
      <w:r w:rsidRPr="000767E2">
        <w:rPr>
          <w:lang w:val="sv-SE"/>
        </w:rPr>
        <w:t>[[@</w:t>
      </w:r>
      <w:r w:rsidR="0096445B" w:rsidRPr="000767E2">
        <w:rPr>
          <w:lang w:val="sv-SE"/>
        </w:rPr>
        <w:t>BibleBIBEL82</w:t>
      </w:r>
      <w:r w:rsidRPr="000767E2">
        <w:rPr>
          <w:lang w:val="sv-SE"/>
        </w:rPr>
        <w:t>:Jas 3:5]]</w:t>
      </w:r>
      <w:r w:rsidRPr="000767E2">
        <w:rPr>
          <w:vertAlign w:val="superscript"/>
          <w:lang w:val="sv-SE"/>
        </w:rPr>
        <w:t>5</w:t>
      </w:r>
      <w:r w:rsidRPr="000767E2">
        <w:rPr>
          <w:lang w:val="sv-SE"/>
        </w:rPr>
        <w:t xml:space="preserve"> {{field-on:bible}}Så även tungan: en liten lem är den, och stort skroderar den. Se vilken </w:t>
      </w:r>
      <w:r w:rsidRPr="000767E2">
        <w:rPr>
          <w:i/>
          <w:lang w:val="sv-SE"/>
        </w:rPr>
        <w:t>liten</w:t>
      </w:r>
      <w:r w:rsidRPr="000767E2">
        <w:rPr>
          <w:lang w:val="sv-SE"/>
        </w:rPr>
        <w:t xml:space="preserve"> eld </w:t>
      </w:r>
      <w:r w:rsidRPr="000767E2">
        <w:rPr>
          <w:i/>
          <w:lang w:val="sv-SE"/>
        </w:rPr>
        <w:t>som</w:t>
      </w:r>
      <w:r w:rsidRPr="000767E2">
        <w:rPr>
          <w:lang w:val="sv-SE"/>
        </w:rPr>
        <w:t xml:space="preserve"> tänder vilken stor </w:t>
      </w:r>
      <w:r w:rsidRPr="000767E2">
        <w:rPr>
          <w:i/>
          <w:lang w:val="sv-SE"/>
        </w:rPr>
        <w:t>mängd</w:t>
      </w:r>
      <w:r w:rsidRPr="000767E2">
        <w:rPr>
          <w:lang w:val="sv-SE"/>
        </w:rPr>
        <w:t xml:space="preserve"> ved!{{field-off:bible}} [[@</w:t>
      </w:r>
      <w:r w:rsidR="0096445B" w:rsidRPr="000767E2">
        <w:rPr>
          <w:lang w:val="sv-SE"/>
        </w:rPr>
        <w:t>BibleBIBEL82</w:t>
      </w:r>
      <w:r w:rsidRPr="000767E2">
        <w:rPr>
          <w:lang w:val="sv-SE"/>
        </w:rPr>
        <w:t>:Jas 3:6]]</w:t>
      </w:r>
      <w:r w:rsidRPr="000767E2">
        <w:rPr>
          <w:vertAlign w:val="superscript"/>
          <w:lang w:val="sv-SE"/>
        </w:rPr>
        <w:t>6</w:t>
      </w:r>
      <w:r w:rsidRPr="000767E2">
        <w:rPr>
          <w:lang w:val="sv-SE"/>
        </w:rPr>
        <w:t xml:space="preserve"> {{field-on:bible}}Och tungan </w:t>
      </w:r>
      <w:r w:rsidRPr="000767E2">
        <w:rPr>
          <w:i/>
          <w:lang w:val="sv-SE"/>
        </w:rPr>
        <w:t>är</w:t>
      </w:r>
      <w:r w:rsidRPr="000767E2">
        <w:rPr>
          <w:lang w:val="sv-SE"/>
        </w:rPr>
        <w:t xml:space="preserve"> en eld. Som </w:t>
      </w:r>
      <w:r w:rsidRPr="000767E2">
        <w:rPr>
          <w:i/>
          <w:lang w:val="sv-SE"/>
        </w:rPr>
        <w:t>en</w:t>
      </w:r>
      <w:r w:rsidRPr="000767E2">
        <w:rPr>
          <w:lang w:val="sv-SE"/>
        </w:rPr>
        <w:t xml:space="preserve"> värld av orätt står tungan bland våra lemmar, den fläckar hela kroppen och sätter ursprungets hjul i brand och sätts </w:t>
      </w:r>
      <w:r w:rsidRPr="000767E2">
        <w:rPr>
          <w:i/>
          <w:lang w:val="sv-SE"/>
        </w:rPr>
        <w:t>själv</w:t>
      </w:r>
      <w:r w:rsidRPr="000767E2">
        <w:rPr>
          <w:lang w:val="sv-SE"/>
        </w:rPr>
        <w:t xml:space="preserve"> i brand av Gehenna.{{field-off:bible}}</w:t>
      </w:r>
    </w:p>
    <w:p w14:paraId="1FC49E22" w14:textId="47FA37D5" w:rsidR="00BA33AB" w:rsidRPr="000767E2" w:rsidRDefault="00000000">
      <w:pPr>
        <w:rPr>
          <w:lang w:val="sv-SE"/>
        </w:rPr>
      </w:pPr>
      <w:r w:rsidRPr="000767E2">
        <w:rPr>
          <w:lang w:val="sv-SE"/>
        </w:rPr>
        <w:t>[[@</w:t>
      </w:r>
      <w:r w:rsidR="0096445B" w:rsidRPr="000767E2">
        <w:rPr>
          <w:lang w:val="sv-SE"/>
        </w:rPr>
        <w:t>BibleBIBEL82</w:t>
      </w:r>
      <w:r w:rsidRPr="000767E2">
        <w:rPr>
          <w:lang w:val="sv-SE"/>
        </w:rPr>
        <w:t>:Jas 3:7]]</w:t>
      </w:r>
      <w:r w:rsidRPr="000767E2">
        <w:rPr>
          <w:vertAlign w:val="superscript"/>
          <w:lang w:val="sv-SE"/>
        </w:rPr>
        <w:t>7</w:t>
      </w:r>
      <w:r w:rsidRPr="000767E2">
        <w:rPr>
          <w:lang w:val="sv-SE"/>
        </w:rPr>
        <w:t xml:space="preserve"> {{field-on:bible}}För varje natur av vilddjur och fåglar, kräldjur och havsdjur tämjs och har tämjts av den mänskliga naturen.{{field-off:bible}} [[@</w:t>
      </w:r>
      <w:r w:rsidR="0096445B" w:rsidRPr="000767E2">
        <w:rPr>
          <w:lang w:val="sv-SE"/>
        </w:rPr>
        <w:t>BibleBIBEL82</w:t>
      </w:r>
      <w:r w:rsidRPr="000767E2">
        <w:rPr>
          <w:lang w:val="sv-SE"/>
        </w:rPr>
        <w:t>:Jas 3:8]]</w:t>
      </w:r>
      <w:r w:rsidRPr="000767E2">
        <w:rPr>
          <w:vertAlign w:val="superscript"/>
          <w:lang w:val="sv-SE"/>
        </w:rPr>
        <w:t>8</w:t>
      </w:r>
      <w:r w:rsidRPr="000767E2">
        <w:rPr>
          <w:lang w:val="sv-SE"/>
        </w:rPr>
        <w:t xml:space="preserve"> {{field-on:bible}}Men tungan kan ingen bland människor tämja: en orolig ondska, full av dödsbringande gift.{{field-off:bible}} [[@</w:t>
      </w:r>
      <w:r w:rsidR="0096445B" w:rsidRPr="000767E2">
        <w:rPr>
          <w:lang w:val="sv-SE"/>
        </w:rPr>
        <w:t>BibleBIBEL82</w:t>
      </w:r>
      <w:r w:rsidRPr="000767E2">
        <w:rPr>
          <w:lang w:val="sv-SE"/>
        </w:rPr>
        <w:t>:Jas 3:9]]</w:t>
      </w:r>
      <w:r w:rsidRPr="000767E2">
        <w:rPr>
          <w:vertAlign w:val="superscript"/>
          <w:lang w:val="sv-SE"/>
        </w:rPr>
        <w:t>9</w:t>
      </w:r>
      <w:r w:rsidRPr="000767E2">
        <w:rPr>
          <w:lang w:val="sv-SE"/>
        </w:rPr>
        <w:t xml:space="preserve"> {{field-on:bible}}Med den välsignar vi Herren och Fadern. Och med den förbannar vi människorna som efter Guds likhet blivit till.{{field-off:bible}} [[@</w:t>
      </w:r>
      <w:r w:rsidR="0096445B" w:rsidRPr="000767E2">
        <w:rPr>
          <w:lang w:val="sv-SE"/>
        </w:rPr>
        <w:t>BibleBIBEL82</w:t>
      </w:r>
      <w:r w:rsidRPr="000767E2">
        <w:rPr>
          <w:lang w:val="sv-SE"/>
        </w:rPr>
        <w:t>:Jas 3:10]]</w:t>
      </w:r>
      <w:r w:rsidRPr="000767E2">
        <w:rPr>
          <w:vertAlign w:val="superscript"/>
          <w:lang w:val="sv-SE"/>
        </w:rPr>
        <w:t>10</w:t>
      </w:r>
      <w:r w:rsidRPr="000767E2">
        <w:rPr>
          <w:lang w:val="sv-SE"/>
        </w:rPr>
        <w:t xml:space="preserve"> {{field-on:bible}}Från samma mun utgår välsignelse och förbannelse. Detta får inte, mina syskon, bli så.{{field-off:bible}} [[@</w:t>
      </w:r>
      <w:r w:rsidR="0096445B" w:rsidRPr="000767E2">
        <w:rPr>
          <w:lang w:val="sv-SE"/>
        </w:rPr>
        <w:t>BibleBIBEL82</w:t>
      </w:r>
      <w:r w:rsidRPr="000767E2">
        <w:rPr>
          <w:lang w:val="sv-SE"/>
        </w:rPr>
        <w:t>:Jas 3:11]]</w:t>
      </w:r>
      <w:r w:rsidRPr="000767E2">
        <w:rPr>
          <w:vertAlign w:val="superscript"/>
          <w:lang w:val="sv-SE"/>
        </w:rPr>
        <w:t>11</w:t>
      </w:r>
      <w:r w:rsidRPr="000767E2">
        <w:rPr>
          <w:lang w:val="sv-SE"/>
        </w:rPr>
        <w:t xml:space="preserve"> {{field-on:bible}}Inte väller väl </w:t>
      </w:r>
      <w:r w:rsidRPr="000767E2">
        <w:rPr>
          <w:i/>
          <w:lang w:val="sv-SE"/>
        </w:rPr>
        <w:lastRenderedPageBreak/>
        <w:t>från</w:t>
      </w:r>
      <w:r w:rsidRPr="000767E2">
        <w:rPr>
          <w:lang w:val="sv-SE"/>
        </w:rPr>
        <w:t xml:space="preserve"> källan ur samma hål det söta och det bittra?{{field-off:bible}} [[@</w:t>
      </w:r>
      <w:r w:rsidR="0096445B" w:rsidRPr="000767E2">
        <w:rPr>
          <w:lang w:val="sv-SE"/>
        </w:rPr>
        <w:t>BibleBIBEL82</w:t>
      </w:r>
      <w:r w:rsidRPr="000767E2">
        <w:rPr>
          <w:lang w:val="sv-SE"/>
        </w:rPr>
        <w:t>:Jas 3:12]]</w:t>
      </w:r>
      <w:r w:rsidRPr="000767E2">
        <w:rPr>
          <w:vertAlign w:val="superscript"/>
          <w:lang w:val="sv-SE"/>
        </w:rPr>
        <w:t>12</w:t>
      </w:r>
      <w:r w:rsidRPr="000767E2">
        <w:rPr>
          <w:lang w:val="sv-SE"/>
        </w:rPr>
        <w:t xml:space="preserve"> {{field-on:bible}}Inte kan, mina syskon, ett fikonträd göra oliver eller en vinstock fikon? Inte heller en salt </w:t>
      </w:r>
      <w:r w:rsidRPr="000767E2">
        <w:rPr>
          <w:i/>
          <w:lang w:val="sv-SE"/>
        </w:rPr>
        <w:t>källa</w:t>
      </w:r>
      <w:r w:rsidRPr="000767E2">
        <w:rPr>
          <w:lang w:val="sv-SE"/>
        </w:rPr>
        <w:t xml:space="preserve"> göra sött vatten.{{field-off:bible}}</w:t>
      </w:r>
    </w:p>
    <w:p w14:paraId="54F3454F" w14:textId="77777777" w:rsidR="00BA33AB" w:rsidRPr="000767E2" w:rsidRDefault="00000000">
      <w:pPr>
        <w:pStyle w:val="Rubrik3"/>
        <w:rPr>
          <w:lang w:val="sv-SE"/>
        </w:rPr>
      </w:pPr>
      <w:r w:rsidRPr="000767E2">
        <w:rPr>
          <w:lang w:val="sv-SE"/>
        </w:rPr>
        <w:t>Sann och falsk vishet</w:t>
      </w:r>
    </w:p>
    <w:p w14:paraId="13B6C211" w14:textId="4FF71233" w:rsidR="00BA33AB" w:rsidRPr="000767E2" w:rsidRDefault="00000000">
      <w:pPr>
        <w:rPr>
          <w:lang w:val="sv-SE"/>
        </w:rPr>
      </w:pPr>
      <w:r w:rsidRPr="000767E2">
        <w:rPr>
          <w:lang w:val="sv-SE"/>
        </w:rPr>
        <w:t>[[@</w:t>
      </w:r>
      <w:r w:rsidR="0096445B" w:rsidRPr="000767E2">
        <w:rPr>
          <w:lang w:val="sv-SE"/>
        </w:rPr>
        <w:t>BibleBIBEL82</w:t>
      </w:r>
      <w:r w:rsidRPr="000767E2">
        <w:rPr>
          <w:lang w:val="sv-SE"/>
        </w:rPr>
        <w:t>:Jas 3:13]]</w:t>
      </w:r>
      <w:r w:rsidRPr="000767E2">
        <w:rPr>
          <w:vertAlign w:val="superscript"/>
          <w:lang w:val="sv-SE"/>
        </w:rPr>
        <w:t>13</w:t>
      </w:r>
      <w:r w:rsidRPr="000767E2">
        <w:rPr>
          <w:lang w:val="sv-SE"/>
        </w:rPr>
        <w:t xml:space="preserve"> {{field-on:bible}}Vem </w:t>
      </w:r>
      <w:r w:rsidRPr="000767E2">
        <w:rPr>
          <w:i/>
          <w:lang w:val="sv-SE"/>
        </w:rPr>
        <w:t>är</w:t>
      </w:r>
      <w:r w:rsidRPr="000767E2">
        <w:rPr>
          <w:lang w:val="sv-SE"/>
        </w:rPr>
        <w:t xml:space="preserve"> vis och vetande bland er? Han ska utifrån </w:t>
      </w:r>
      <w:r w:rsidRPr="000767E2">
        <w:rPr>
          <w:i/>
          <w:lang w:val="sv-SE"/>
        </w:rPr>
        <w:t>sitt</w:t>
      </w:r>
      <w:r w:rsidRPr="000767E2">
        <w:rPr>
          <w:lang w:val="sv-SE"/>
        </w:rPr>
        <w:t xml:space="preserve"> fina agerande visa sina gärningar i vishets mildhet.{{field-off:bible}} [[@</w:t>
      </w:r>
      <w:r w:rsidR="0096445B" w:rsidRPr="000767E2">
        <w:rPr>
          <w:lang w:val="sv-SE"/>
        </w:rPr>
        <w:t>BibleBIBEL82</w:t>
      </w:r>
      <w:r w:rsidRPr="000767E2">
        <w:rPr>
          <w:lang w:val="sv-SE"/>
        </w:rPr>
        <w:t>:Jas 3:14]]</w:t>
      </w:r>
      <w:r w:rsidRPr="000767E2">
        <w:rPr>
          <w:vertAlign w:val="superscript"/>
          <w:lang w:val="sv-SE"/>
        </w:rPr>
        <w:t>14</w:t>
      </w:r>
      <w:r w:rsidRPr="000767E2">
        <w:rPr>
          <w:lang w:val="sv-SE"/>
        </w:rPr>
        <w:t xml:space="preserve"> {{field-on:bible}}Men om ni har bitter rivalitet och självhävdelse i ert hjärta, ska ni inte stoltsera och ljuga emot sanningen.{{field-off:bible}} [[@</w:t>
      </w:r>
      <w:r w:rsidR="0096445B" w:rsidRPr="000767E2">
        <w:rPr>
          <w:lang w:val="sv-SE"/>
        </w:rPr>
        <w:t>BibleBIBEL82</w:t>
      </w:r>
      <w:r w:rsidRPr="000767E2">
        <w:rPr>
          <w:lang w:val="sv-SE"/>
        </w:rPr>
        <w:t>:Jas 3:15]]</w:t>
      </w:r>
      <w:r w:rsidRPr="000767E2">
        <w:rPr>
          <w:vertAlign w:val="superscript"/>
          <w:lang w:val="sv-SE"/>
        </w:rPr>
        <w:t>15</w:t>
      </w:r>
      <w:r w:rsidRPr="000767E2">
        <w:rPr>
          <w:lang w:val="sv-SE"/>
        </w:rPr>
        <w:t xml:space="preserve"> {{field-on:bible}}Den visheten är inte nedkommande från ovan utan jordisk, själisk, demonisk.{{field-off:bible}} [[@</w:t>
      </w:r>
      <w:r w:rsidR="0096445B" w:rsidRPr="000767E2">
        <w:rPr>
          <w:lang w:val="sv-SE"/>
        </w:rPr>
        <w:t>BibleBIBEL82</w:t>
      </w:r>
      <w:r w:rsidRPr="000767E2">
        <w:rPr>
          <w:lang w:val="sv-SE"/>
        </w:rPr>
        <w:t>:Jas 3:16]]</w:t>
      </w:r>
      <w:r w:rsidRPr="000767E2">
        <w:rPr>
          <w:vertAlign w:val="superscript"/>
          <w:lang w:val="sv-SE"/>
        </w:rPr>
        <w:t>16</w:t>
      </w:r>
      <w:r w:rsidRPr="000767E2">
        <w:rPr>
          <w:lang w:val="sv-SE"/>
        </w:rPr>
        <w:t xml:space="preserve"> {{field-on:bible}}För där </w:t>
      </w:r>
      <w:r w:rsidRPr="000767E2">
        <w:rPr>
          <w:i/>
          <w:lang w:val="sv-SE"/>
        </w:rPr>
        <w:t>det finns</w:t>
      </w:r>
      <w:r w:rsidRPr="000767E2">
        <w:rPr>
          <w:lang w:val="sv-SE"/>
        </w:rPr>
        <w:t xml:space="preserve"> rivalitet och självhävdelse, där </w:t>
      </w:r>
      <w:r w:rsidRPr="000767E2">
        <w:rPr>
          <w:i/>
          <w:lang w:val="sv-SE"/>
        </w:rPr>
        <w:t>finns</w:t>
      </w:r>
      <w:r w:rsidRPr="000767E2">
        <w:rPr>
          <w:lang w:val="sv-SE"/>
        </w:rPr>
        <w:t xml:space="preserve"> orolighet och varje uselt ting.{{field-off:bible}}</w:t>
      </w:r>
    </w:p>
    <w:p w14:paraId="653FBBE6" w14:textId="16C04880" w:rsidR="00BA33AB" w:rsidRPr="000767E2" w:rsidRDefault="00000000">
      <w:pPr>
        <w:rPr>
          <w:lang w:val="sv-SE"/>
        </w:rPr>
      </w:pPr>
      <w:r w:rsidRPr="000767E2">
        <w:rPr>
          <w:lang w:val="sv-SE"/>
        </w:rPr>
        <w:t>[[@</w:t>
      </w:r>
      <w:r w:rsidR="0096445B" w:rsidRPr="000767E2">
        <w:rPr>
          <w:lang w:val="sv-SE"/>
        </w:rPr>
        <w:t>BibleBIBEL82</w:t>
      </w:r>
      <w:r w:rsidRPr="000767E2">
        <w:rPr>
          <w:lang w:val="sv-SE"/>
        </w:rPr>
        <w:t>:Jas 3:17]]</w:t>
      </w:r>
      <w:r w:rsidRPr="000767E2">
        <w:rPr>
          <w:vertAlign w:val="superscript"/>
          <w:lang w:val="sv-SE"/>
        </w:rPr>
        <w:t>17</w:t>
      </w:r>
      <w:r w:rsidRPr="000767E2">
        <w:rPr>
          <w:lang w:val="sv-SE"/>
        </w:rPr>
        <w:t xml:space="preserve"> {{field-on:bible}}Men visheten från ovan är först ren, sedan fridsam, vänlig, följsam, full av barmhärtighet och goda frukter, opartisk, oförställd.{{field-off:bible}} [[@</w:t>
      </w:r>
      <w:r w:rsidR="0096445B" w:rsidRPr="000767E2">
        <w:rPr>
          <w:lang w:val="sv-SE"/>
        </w:rPr>
        <w:t>BibleBIBEL82</w:t>
      </w:r>
      <w:r w:rsidRPr="000767E2">
        <w:rPr>
          <w:lang w:val="sv-SE"/>
        </w:rPr>
        <w:t>:Jas 3:18]]</w:t>
      </w:r>
      <w:r w:rsidRPr="000767E2">
        <w:rPr>
          <w:vertAlign w:val="superscript"/>
          <w:lang w:val="sv-SE"/>
        </w:rPr>
        <w:t>18</w:t>
      </w:r>
      <w:r w:rsidRPr="000767E2">
        <w:rPr>
          <w:lang w:val="sv-SE"/>
        </w:rPr>
        <w:t xml:space="preserve"> {{field-on:bible}}Och en rättfärdighetsfrukt sås i frid åt dem som gör frid.{{field-off:bible}}</w:t>
      </w:r>
    </w:p>
    <w:p w14:paraId="59184975" w14:textId="3B534D3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:Jas 4]]Kapitel 4</w:t>
      </w:r>
    </w:p>
    <w:p w14:paraId="13C704B8" w14:textId="77777777" w:rsidR="00BA33AB" w:rsidRPr="000767E2" w:rsidRDefault="00000000">
      <w:pPr>
        <w:pStyle w:val="Rubrik3"/>
        <w:rPr>
          <w:lang w:val="sv-SE"/>
        </w:rPr>
      </w:pPr>
      <w:r w:rsidRPr="000767E2">
        <w:rPr>
          <w:lang w:val="sv-SE"/>
        </w:rPr>
        <w:t>Varning för begär</w:t>
      </w:r>
    </w:p>
    <w:p w14:paraId="550CB9F2" w14:textId="1B167EC3" w:rsidR="00BA33AB" w:rsidRPr="000767E2" w:rsidRDefault="00000000">
      <w:pPr>
        <w:rPr>
          <w:lang w:val="sv-SE"/>
        </w:rPr>
      </w:pPr>
      <w:r w:rsidRPr="000767E2">
        <w:rPr>
          <w:lang w:val="sv-SE"/>
        </w:rPr>
        <w:t>[[@</w:t>
      </w:r>
      <w:r w:rsidR="0096445B" w:rsidRPr="000767E2">
        <w:rPr>
          <w:lang w:val="sv-SE"/>
        </w:rPr>
        <w:t>BibleBIBEL82</w:t>
      </w:r>
      <w:r w:rsidRPr="000767E2">
        <w:rPr>
          <w:lang w:val="sv-SE"/>
        </w:rPr>
        <w:t>:Jas 4:1]]</w:t>
      </w:r>
      <w:r w:rsidRPr="000767E2">
        <w:rPr>
          <w:vertAlign w:val="superscript"/>
          <w:lang w:val="sv-SE"/>
        </w:rPr>
        <w:t>1</w:t>
      </w:r>
      <w:r w:rsidRPr="000767E2">
        <w:rPr>
          <w:lang w:val="sv-SE"/>
        </w:rPr>
        <w:t xml:space="preserve"> {{field-on:bible}}Varifrån </w:t>
      </w:r>
      <w:r w:rsidRPr="000767E2">
        <w:rPr>
          <w:i/>
          <w:lang w:val="sv-SE"/>
        </w:rPr>
        <w:t>kommer</w:t>
      </w:r>
      <w:r w:rsidRPr="000767E2">
        <w:rPr>
          <w:lang w:val="sv-SE"/>
        </w:rPr>
        <w:t xml:space="preserve"> krig, och varifrån bråk bland er? </w:t>
      </w:r>
      <w:r w:rsidRPr="000767E2">
        <w:rPr>
          <w:i/>
          <w:lang w:val="sv-SE"/>
        </w:rPr>
        <w:t>Är</w:t>
      </w:r>
      <w:r w:rsidRPr="000767E2">
        <w:rPr>
          <w:lang w:val="sv-SE"/>
        </w:rPr>
        <w:t xml:space="preserve"> </w:t>
      </w:r>
      <w:r w:rsidRPr="000767E2">
        <w:rPr>
          <w:i/>
          <w:lang w:val="sv-SE"/>
        </w:rPr>
        <w:t>det</w:t>
      </w:r>
      <w:r w:rsidRPr="000767E2">
        <w:rPr>
          <w:lang w:val="sv-SE"/>
        </w:rPr>
        <w:t xml:space="preserve"> inte härifrån: från era njutningar som strider i era lemmar?{{field-off:bible}} [[@</w:t>
      </w:r>
      <w:r w:rsidR="0096445B" w:rsidRPr="000767E2">
        <w:rPr>
          <w:lang w:val="sv-SE"/>
        </w:rPr>
        <w:t>BibleBIBEL82</w:t>
      </w:r>
      <w:r w:rsidRPr="000767E2">
        <w:rPr>
          <w:lang w:val="sv-SE"/>
        </w:rPr>
        <w:t>:Jas 4:2]]</w:t>
      </w:r>
      <w:r w:rsidRPr="000767E2">
        <w:rPr>
          <w:vertAlign w:val="superscript"/>
          <w:lang w:val="sv-SE"/>
        </w:rPr>
        <w:t>2</w:t>
      </w:r>
      <w:r w:rsidRPr="000767E2">
        <w:rPr>
          <w:lang w:val="sv-SE"/>
        </w:rPr>
        <w:t xml:space="preserve"> {{field-on:bible}}Ni åtrår och har inte. Ni mördar och är avundsamma och kan inte uppnå. Ni bråkar och krigar. Ni har inte, eftersom ni inte ber.{{field-off:bible}} [[@</w:t>
      </w:r>
      <w:r w:rsidR="0096445B" w:rsidRPr="000767E2">
        <w:rPr>
          <w:lang w:val="sv-SE"/>
        </w:rPr>
        <w:t>BibleBIBEL82</w:t>
      </w:r>
      <w:r w:rsidRPr="000767E2">
        <w:rPr>
          <w:lang w:val="sv-SE"/>
        </w:rPr>
        <w:t>:Jas 4:3]]</w:t>
      </w:r>
      <w:r w:rsidRPr="000767E2">
        <w:rPr>
          <w:vertAlign w:val="superscript"/>
          <w:lang w:val="sv-SE"/>
        </w:rPr>
        <w:t>3</w:t>
      </w:r>
      <w:r w:rsidRPr="000767E2">
        <w:rPr>
          <w:lang w:val="sv-SE"/>
        </w:rPr>
        <w:t xml:space="preserve"> {{field-on:bible}}Ni ber och får inte, eftersom ni ber illa: för att spendera i era njutningar.{{field-off:bible}}</w:t>
      </w:r>
    </w:p>
    <w:p w14:paraId="64464E1B" w14:textId="0B7B5164" w:rsidR="00BA33AB" w:rsidRPr="000767E2" w:rsidRDefault="00000000">
      <w:pPr>
        <w:rPr>
          <w:lang w:val="sv-SE"/>
        </w:rPr>
      </w:pPr>
      <w:r w:rsidRPr="000767E2">
        <w:rPr>
          <w:lang w:val="sv-SE"/>
        </w:rPr>
        <w:t>[[@</w:t>
      </w:r>
      <w:r w:rsidR="0096445B" w:rsidRPr="000767E2">
        <w:rPr>
          <w:lang w:val="sv-SE"/>
        </w:rPr>
        <w:t>BibleBIBEL82</w:t>
      </w:r>
      <w:r w:rsidRPr="000767E2">
        <w:rPr>
          <w:lang w:val="sv-SE"/>
        </w:rPr>
        <w:t>:Jas 4:4]]</w:t>
      </w:r>
      <w:r w:rsidRPr="000767E2">
        <w:rPr>
          <w:vertAlign w:val="superscript"/>
          <w:lang w:val="sv-SE"/>
        </w:rPr>
        <w:t>4</w:t>
      </w:r>
      <w:r w:rsidRPr="000767E2">
        <w:rPr>
          <w:lang w:val="sv-SE"/>
        </w:rPr>
        <w:t xml:space="preserve"> {{field-on:bible}}Äktenskapsbryterskor! Vet ni inte att vänskapen med världen är fiendskap med Gud? Den som önskar vara vän med världen står alltså som fiende till Gud.{{field-off:bible}} [[@</w:t>
      </w:r>
      <w:r w:rsidR="0096445B" w:rsidRPr="000767E2">
        <w:rPr>
          <w:lang w:val="sv-SE"/>
        </w:rPr>
        <w:t>BibleBIBEL82</w:t>
      </w:r>
      <w:r w:rsidRPr="000767E2">
        <w:rPr>
          <w:lang w:val="sv-SE"/>
        </w:rPr>
        <w:t>:Jas 4:5]]</w:t>
      </w:r>
      <w:r w:rsidRPr="000767E2">
        <w:rPr>
          <w:vertAlign w:val="superscript"/>
          <w:lang w:val="sv-SE"/>
        </w:rPr>
        <w:t>5</w:t>
      </w:r>
      <w:r w:rsidRPr="000767E2">
        <w:rPr>
          <w:lang w:val="sv-SE"/>
        </w:rPr>
        <w:t xml:space="preserve"> {{field-on:bible}}Eller tänker ni er att </w:t>
      </w:r>
      <w:r w:rsidRPr="000767E2">
        <w:rPr>
          <w:i/>
          <w:lang w:val="sv-SE"/>
        </w:rPr>
        <w:t>det är</w:t>
      </w:r>
      <w:r w:rsidRPr="000767E2">
        <w:rPr>
          <w:lang w:val="sv-SE"/>
        </w:rPr>
        <w:t xml:space="preserve"> tomt </w:t>
      </w:r>
      <w:r w:rsidRPr="000767E2">
        <w:rPr>
          <w:i/>
          <w:lang w:val="sv-SE"/>
        </w:rPr>
        <w:t>när</w:t>
      </w:r>
      <w:r w:rsidRPr="000767E2">
        <w:rPr>
          <w:lang w:val="sv-SE"/>
        </w:rPr>
        <w:t xml:space="preserve"> Skriften säger: ”Till avund längtar han efter anden som han låtit bo i oss?”{{field-off:bible}} [[@</w:t>
      </w:r>
      <w:r w:rsidR="0096445B" w:rsidRPr="000767E2">
        <w:rPr>
          <w:lang w:val="sv-SE"/>
        </w:rPr>
        <w:t>BibleBIBEL82</w:t>
      </w:r>
      <w:r w:rsidRPr="000767E2">
        <w:rPr>
          <w:lang w:val="sv-SE"/>
        </w:rPr>
        <w:t>:Jas 4:6]]</w:t>
      </w:r>
      <w:r w:rsidRPr="000767E2">
        <w:rPr>
          <w:vertAlign w:val="superscript"/>
          <w:lang w:val="sv-SE"/>
        </w:rPr>
        <w:t>6</w:t>
      </w:r>
      <w:r w:rsidRPr="000767E2">
        <w:rPr>
          <w:lang w:val="sv-SE"/>
        </w:rPr>
        <w:t xml:space="preserve"> {{field-on:bible}}Men större nåd ger han. Därför heter det: Gud går emot högmodiga, men åt ödmjuka ger han nåd.{{field-off:bible}}</w:t>
      </w:r>
    </w:p>
    <w:p w14:paraId="782F4FCD" w14:textId="628FD0AB" w:rsidR="00BA33AB" w:rsidRPr="000767E2" w:rsidRDefault="00000000">
      <w:pPr>
        <w:rPr>
          <w:lang w:val="sv-SE"/>
        </w:rPr>
      </w:pPr>
      <w:r w:rsidRPr="000767E2">
        <w:rPr>
          <w:lang w:val="sv-SE"/>
        </w:rPr>
        <w:t>[[@</w:t>
      </w:r>
      <w:r w:rsidR="0096445B" w:rsidRPr="000767E2">
        <w:rPr>
          <w:lang w:val="sv-SE"/>
        </w:rPr>
        <w:t>BibleBIBEL82</w:t>
      </w:r>
      <w:r w:rsidRPr="000767E2">
        <w:rPr>
          <w:lang w:val="sv-SE"/>
        </w:rPr>
        <w:t>:Jas 4:7]]</w:t>
      </w:r>
      <w:r w:rsidRPr="000767E2">
        <w:rPr>
          <w:vertAlign w:val="superscript"/>
          <w:lang w:val="sv-SE"/>
        </w:rPr>
        <w:t>7</w:t>
      </w:r>
      <w:r w:rsidRPr="000767E2">
        <w:rPr>
          <w:lang w:val="sv-SE"/>
        </w:rPr>
        <w:t xml:space="preserve"> {{field-on:bible}}Underordna er alltså Gud. Och stå emot djävulen, och han ska fly från er.{{field-off:bible}} [[@</w:t>
      </w:r>
      <w:r w:rsidR="0096445B" w:rsidRPr="000767E2">
        <w:rPr>
          <w:lang w:val="sv-SE"/>
        </w:rPr>
        <w:t>BibleBIBEL82</w:t>
      </w:r>
      <w:r w:rsidRPr="000767E2">
        <w:rPr>
          <w:lang w:val="sv-SE"/>
        </w:rPr>
        <w:t>:Jas 4:8]]</w:t>
      </w:r>
      <w:r w:rsidRPr="000767E2">
        <w:rPr>
          <w:vertAlign w:val="superscript"/>
          <w:lang w:val="sv-SE"/>
        </w:rPr>
        <w:t>8</w:t>
      </w:r>
      <w:r w:rsidRPr="000767E2">
        <w:rPr>
          <w:lang w:val="sv-SE"/>
        </w:rPr>
        <w:t xml:space="preserve"> {{field-on:bible}}Närma er Gud, och han ska närma sig er. Rena </w:t>
      </w:r>
      <w:r w:rsidRPr="000767E2">
        <w:rPr>
          <w:i/>
          <w:lang w:val="sv-SE"/>
        </w:rPr>
        <w:t>era</w:t>
      </w:r>
      <w:r w:rsidRPr="000767E2">
        <w:rPr>
          <w:lang w:val="sv-SE"/>
        </w:rPr>
        <w:t xml:space="preserve"> händer, syndare, och rena </w:t>
      </w:r>
      <w:r w:rsidRPr="000767E2">
        <w:rPr>
          <w:i/>
          <w:lang w:val="sv-SE"/>
        </w:rPr>
        <w:t>era</w:t>
      </w:r>
      <w:r w:rsidRPr="000767E2">
        <w:rPr>
          <w:lang w:val="sv-SE"/>
        </w:rPr>
        <w:t xml:space="preserve"> hjärtan, tvehågsna.{{field-off:bible}} [[@</w:t>
      </w:r>
      <w:r w:rsidR="0096445B" w:rsidRPr="000767E2">
        <w:rPr>
          <w:lang w:val="sv-SE"/>
        </w:rPr>
        <w:t>BibleBIBEL82</w:t>
      </w:r>
      <w:r w:rsidRPr="000767E2">
        <w:rPr>
          <w:lang w:val="sv-SE"/>
        </w:rPr>
        <w:t>:Jas 4:9]]</w:t>
      </w:r>
      <w:r w:rsidRPr="000767E2">
        <w:rPr>
          <w:vertAlign w:val="superscript"/>
          <w:lang w:val="sv-SE"/>
        </w:rPr>
        <w:t>9</w:t>
      </w:r>
      <w:r w:rsidRPr="000767E2">
        <w:rPr>
          <w:lang w:val="sv-SE"/>
        </w:rPr>
        <w:t xml:space="preserve"> {{field-on:bible}}Var eländiga och sörj och gråt! Ert skratt ska svänga om till sorg, och glädjen till nedstämdhet.{{field-off:bible}} [[@</w:t>
      </w:r>
      <w:r w:rsidR="0096445B" w:rsidRPr="000767E2">
        <w:rPr>
          <w:lang w:val="sv-SE"/>
        </w:rPr>
        <w:t>BibleBIBEL82</w:t>
      </w:r>
      <w:r w:rsidRPr="000767E2">
        <w:rPr>
          <w:lang w:val="sv-SE"/>
        </w:rPr>
        <w:t>:Jas 4:10]]</w:t>
      </w:r>
      <w:r w:rsidRPr="000767E2">
        <w:rPr>
          <w:vertAlign w:val="superscript"/>
          <w:lang w:val="sv-SE"/>
        </w:rPr>
        <w:t>10</w:t>
      </w:r>
      <w:r w:rsidRPr="000767E2">
        <w:rPr>
          <w:lang w:val="sv-SE"/>
        </w:rPr>
        <w:t xml:space="preserve"> {{field-on:bible}}Ödmjuka er inför Herren, och han ska upphöja er.{{field-off:bible}}</w:t>
      </w:r>
    </w:p>
    <w:p w14:paraId="4A155E30" w14:textId="58F58E0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:Jas 4:11]]</w:t>
      </w:r>
      <w:r w:rsidRPr="000767E2">
        <w:rPr>
          <w:vertAlign w:val="superscript"/>
          <w:lang w:val="sv-SE"/>
        </w:rPr>
        <w:t>11</w:t>
      </w:r>
      <w:r w:rsidRPr="000767E2">
        <w:rPr>
          <w:lang w:val="sv-SE"/>
        </w:rPr>
        <w:t xml:space="preserve"> {{field-on:bible}}Förtala inte varandra, syskon. Den som förtalar en broder eller dömer sin broder förtalar lagen och dömer lagen. Men om du dömer lagen är du inte lagens görare, utan domare.{{field-off:bible}} [[@</w:t>
      </w:r>
      <w:r w:rsidR="0096445B" w:rsidRPr="000767E2">
        <w:rPr>
          <w:lang w:val="sv-SE"/>
        </w:rPr>
        <w:t>BibleBIBEL82</w:t>
      </w:r>
      <w:r w:rsidRPr="000767E2">
        <w:rPr>
          <w:lang w:val="sv-SE"/>
        </w:rPr>
        <w:t>:Jas 4:12]]</w:t>
      </w:r>
      <w:r w:rsidRPr="000767E2">
        <w:rPr>
          <w:vertAlign w:val="superscript"/>
          <w:lang w:val="sv-SE"/>
        </w:rPr>
        <w:t>12</w:t>
      </w:r>
      <w:r w:rsidRPr="000767E2">
        <w:rPr>
          <w:lang w:val="sv-SE"/>
        </w:rPr>
        <w:t xml:space="preserve"> {{field-on:bible}}En är laggivaren och domaren, han som kan frälsa och förgöra. Men vem är du som dömer </w:t>
      </w:r>
      <w:r w:rsidRPr="000767E2">
        <w:rPr>
          <w:i/>
          <w:lang w:val="sv-SE"/>
        </w:rPr>
        <w:t>din</w:t>
      </w:r>
      <w:r w:rsidRPr="000767E2">
        <w:rPr>
          <w:lang w:val="sv-SE"/>
        </w:rPr>
        <w:t xml:space="preserve"> nästa?{{field-off:bible}}</w:t>
      </w:r>
    </w:p>
    <w:p w14:paraId="30CB34E0" w14:textId="77777777" w:rsidR="00BA33AB" w:rsidRPr="000767E2" w:rsidRDefault="00000000">
      <w:pPr>
        <w:pStyle w:val="Rubrik3"/>
        <w:rPr>
          <w:lang w:val="sv-SE"/>
        </w:rPr>
      </w:pPr>
      <w:r w:rsidRPr="000767E2">
        <w:rPr>
          <w:lang w:val="sv-SE"/>
        </w:rPr>
        <w:t>Ni vet inget om imorgon</w:t>
      </w:r>
    </w:p>
    <w:p w14:paraId="7EB83C41" w14:textId="6A37D9DB" w:rsidR="00BA33AB" w:rsidRPr="000767E2" w:rsidRDefault="00000000">
      <w:pPr>
        <w:rPr>
          <w:lang w:val="sv-SE"/>
        </w:rPr>
      </w:pPr>
      <w:r w:rsidRPr="000767E2">
        <w:rPr>
          <w:lang w:val="sv-SE"/>
        </w:rPr>
        <w:t>[[@</w:t>
      </w:r>
      <w:r w:rsidR="0096445B" w:rsidRPr="000767E2">
        <w:rPr>
          <w:lang w:val="sv-SE"/>
        </w:rPr>
        <w:t>BibleBIBEL82</w:t>
      </w:r>
      <w:r w:rsidRPr="000767E2">
        <w:rPr>
          <w:lang w:val="sv-SE"/>
        </w:rPr>
        <w:t>:Jas 4:13]]</w:t>
      </w:r>
      <w:r w:rsidRPr="000767E2">
        <w:rPr>
          <w:vertAlign w:val="superscript"/>
          <w:lang w:val="sv-SE"/>
        </w:rPr>
        <w:t>13</w:t>
      </w:r>
      <w:r w:rsidRPr="000767E2">
        <w:rPr>
          <w:lang w:val="sv-SE"/>
        </w:rPr>
        <w:t xml:space="preserve"> {{field-on:bible}}Kom nu, </w:t>
      </w:r>
      <w:r w:rsidRPr="000767E2">
        <w:rPr>
          <w:i/>
          <w:lang w:val="sv-SE"/>
        </w:rPr>
        <w:t>ni</w:t>
      </w:r>
      <w:r w:rsidRPr="000767E2">
        <w:rPr>
          <w:lang w:val="sv-SE"/>
        </w:rPr>
        <w:t xml:space="preserve"> som säger: ”Idag eller imorgon ska vi fara till denna staden och göra ett år där och göra affärer och få vinst” –{{field-off:bible}} [[@</w:t>
      </w:r>
      <w:r w:rsidR="0096445B" w:rsidRPr="000767E2">
        <w:rPr>
          <w:lang w:val="sv-SE"/>
        </w:rPr>
        <w:t>BibleBIBEL82</w:t>
      </w:r>
      <w:r w:rsidRPr="000767E2">
        <w:rPr>
          <w:lang w:val="sv-SE"/>
        </w:rPr>
        <w:t>:Jas 4:14]]</w:t>
      </w:r>
      <w:r w:rsidRPr="000767E2">
        <w:rPr>
          <w:vertAlign w:val="superscript"/>
          <w:lang w:val="sv-SE"/>
        </w:rPr>
        <w:t>14</w:t>
      </w:r>
      <w:r w:rsidRPr="000767E2">
        <w:rPr>
          <w:lang w:val="sv-SE"/>
        </w:rPr>
        <w:t xml:space="preserve"> {{field-on:bible}}</w:t>
      </w:r>
      <w:r w:rsidRPr="000767E2">
        <w:rPr>
          <w:i/>
          <w:lang w:val="sv-SE"/>
        </w:rPr>
        <w:t>ni</w:t>
      </w:r>
      <w:r w:rsidRPr="000767E2">
        <w:rPr>
          <w:lang w:val="sv-SE"/>
        </w:rPr>
        <w:t xml:space="preserve"> som inget vet </w:t>
      </w:r>
      <w:r w:rsidRPr="000767E2">
        <w:rPr>
          <w:i/>
          <w:lang w:val="sv-SE"/>
        </w:rPr>
        <w:t>om</w:t>
      </w:r>
      <w:r w:rsidRPr="000767E2">
        <w:rPr>
          <w:lang w:val="sv-SE"/>
        </w:rPr>
        <w:t xml:space="preserve"> imorgon, hurdant ert liv </w:t>
      </w:r>
      <w:r w:rsidRPr="000767E2">
        <w:rPr>
          <w:i/>
          <w:lang w:val="sv-SE"/>
        </w:rPr>
        <w:t>blir</w:t>
      </w:r>
      <w:r w:rsidRPr="000767E2">
        <w:rPr>
          <w:lang w:val="sv-SE"/>
        </w:rPr>
        <w:t xml:space="preserve">. För en ånga är ni, som för en liten </w:t>
      </w:r>
      <w:r w:rsidRPr="000767E2">
        <w:rPr>
          <w:i/>
          <w:lang w:val="sv-SE"/>
        </w:rPr>
        <w:t>stund</w:t>
      </w:r>
      <w:r w:rsidRPr="000767E2">
        <w:rPr>
          <w:lang w:val="sv-SE"/>
        </w:rPr>
        <w:t xml:space="preserve"> syns och sedan försvinner.{{field-off:bible}} [[@</w:t>
      </w:r>
      <w:r w:rsidR="0096445B" w:rsidRPr="000767E2">
        <w:rPr>
          <w:lang w:val="sv-SE"/>
        </w:rPr>
        <w:t>BibleBIBEL82</w:t>
      </w:r>
      <w:r w:rsidRPr="000767E2">
        <w:rPr>
          <w:lang w:val="sv-SE"/>
        </w:rPr>
        <w:t>:Jas 4:15]]</w:t>
      </w:r>
      <w:r w:rsidRPr="000767E2">
        <w:rPr>
          <w:vertAlign w:val="superscript"/>
          <w:lang w:val="sv-SE"/>
        </w:rPr>
        <w:t>15</w:t>
      </w:r>
      <w:r w:rsidRPr="000767E2">
        <w:rPr>
          <w:lang w:val="sv-SE"/>
        </w:rPr>
        <w:t xml:space="preserve"> {{field-on:bible}}Istället </w:t>
      </w:r>
      <w:r w:rsidRPr="000767E2">
        <w:rPr>
          <w:i/>
          <w:lang w:val="sv-SE"/>
        </w:rPr>
        <w:t>ska</w:t>
      </w:r>
      <w:r w:rsidRPr="000767E2">
        <w:rPr>
          <w:lang w:val="sv-SE"/>
        </w:rPr>
        <w:t xml:space="preserve"> ni säga: ”Om Herren vill, då ska vi också leva och göra det eller det.”{{field-off:bible}} [[@</w:t>
      </w:r>
      <w:r w:rsidR="0096445B" w:rsidRPr="000767E2">
        <w:rPr>
          <w:lang w:val="sv-SE"/>
        </w:rPr>
        <w:t>BibleBIBEL82</w:t>
      </w:r>
      <w:r w:rsidRPr="000767E2">
        <w:rPr>
          <w:lang w:val="sv-SE"/>
        </w:rPr>
        <w:t>:Jas 4:16]]</w:t>
      </w:r>
      <w:r w:rsidRPr="000767E2">
        <w:rPr>
          <w:vertAlign w:val="superscript"/>
          <w:lang w:val="sv-SE"/>
        </w:rPr>
        <w:t>16</w:t>
      </w:r>
      <w:r w:rsidRPr="000767E2">
        <w:rPr>
          <w:lang w:val="sv-SE"/>
        </w:rPr>
        <w:t xml:space="preserve"> {{field-on:bible}}Men nu stoltserar ni med era skrytanden. Allt sådant stoltserande är ont.{{field-off:bible}}</w:t>
      </w:r>
    </w:p>
    <w:p w14:paraId="7CEC835E" w14:textId="4CA49DE3" w:rsidR="00BA33AB" w:rsidRPr="000767E2" w:rsidRDefault="00000000">
      <w:pPr>
        <w:rPr>
          <w:lang w:val="sv-SE"/>
        </w:rPr>
      </w:pPr>
      <w:r w:rsidRPr="000767E2">
        <w:rPr>
          <w:lang w:val="sv-SE"/>
        </w:rPr>
        <w:t>[[@</w:t>
      </w:r>
      <w:r w:rsidR="0096445B" w:rsidRPr="000767E2">
        <w:rPr>
          <w:lang w:val="sv-SE"/>
        </w:rPr>
        <w:t>BibleBIBEL82</w:t>
      </w:r>
      <w:r w:rsidRPr="000767E2">
        <w:rPr>
          <w:lang w:val="sv-SE"/>
        </w:rPr>
        <w:t>:Jas 4:17]]</w:t>
      </w:r>
      <w:r w:rsidRPr="000767E2">
        <w:rPr>
          <w:vertAlign w:val="superscript"/>
          <w:lang w:val="sv-SE"/>
        </w:rPr>
        <w:t>17</w:t>
      </w:r>
      <w:r w:rsidRPr="000767E2">
        <w:rPr>
          <w:lang w:val="sv-SE"/>
        </w:rPr>
        <w:t xml:space="preserve"> {{field-on:bible}}En som alltså förstår att göra </w:t>
      </w:r>
      <w:r w:rsidRPr="000767E2">
        <w:rPr>
          <w:i/>
          <w:lang w:val="sv-SE"/>
        </w:rPr>
        <w:t>det som är</w:t>
      </w:r>
      <w:r w:rsidRPr="000767E2">
        <w:rPr>
          <w:lang w:val="sv-SE"/>
        </w:rPr>
        <w:t xml:space="preserve"> bra och inte gör </w:t>
      </w:r>
      <w:r w:rsidRPr="000767E2">
        <w:rPr>
          <w:i/>
          <w:lang w:val="sv-SE"/>
        </w:rPr>
        <w:t>det</w:t>
      </w:r>
      <w:r w:rsidRPr="000767E2">
        <w:rPr>
          <w:lang w:val="sv-SE"/>
        </w:rPr>
        <w:t xml:space="preserve">, han </w:t>
      </w:r>
      <w:r w:rsidRPr="000767E2">
        <w:rPr>
          <w:i/>
          <w:lang w:val="sv-SE"/>
        </w:rPr>
        <w:t>har</w:t>
      </w:r>
      <w:r w:rsidRPr="000767E2">
        <w:rPr>
          <w:lang w:val="sv-SE"/>
        </w:rPr>
        <w:t xml:space="preserve"> synd.{{field-off:bible}}</w:t>
      </w:r>
    </w:p>
    <w:p w14:paraId="1878B3CC" w14:textId="486F2AAE"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:Jas 5]]Kapitel 5</w:t>
      </w:r>
    </w:p>
    <w:p w14:paraId="69965C51" w14:textId="77777777" w:rsidR="00BA33AB" w:rsidRPr="000767E2" w:rsidRDefault="00000000">
      <w:pPr>
        <w:pStyle w:val="Rubrik3"/>
        <w:rPr>
          <w:lang w:val="sv-SE"/>
        </w:rPr>
      </w:pPr>
      <w:r w:rsidRPr="000767E2">
        <w:rPr>
          <w:lang w:val="sv-SE"/>
        </w:rPr>
        <w:t>Varningar till de rika</w:t>
      </w:r>
    </w:p>
    <w:p w14:paraId="48608D01" w14:textId="2B19C192" w:rsidR="00BA33AB" w:rsidRPr="000767E2" w:rsidRDefault="00000000">
      <w:pPr>
        <w:rPr>
          <w:lang w:val="sv-SE"/>
        </w:rPr>
      </w:pPr>
      <w:r w:rsidRPr="000767E2">
        <w:rPr>
          <w:lang w:val="sv-SE"/>
        </w:rPr>
        <w:t>[[@</w:t>
      </w:r>
      <w:r w:rsidR="0096445B" w:rsidRPr="000767E2">
        <w:rPr>
          <w:lang w:val="sv-SE"/>
        </w:rPr>
        <w:t>BibleBIBEL82</w:t>
      </w:r>
      <w:r w:rsidRPr="000767E2">
        <w:rPr>
          <w:lang w:val="sv-SE"/>
        </w:rPr>
        <w:t>:Jas 5:1]]</w:t>
      </w:r>
      <w:r w:rsidRPr="000767E2">
        <w:rPr>
          <w:vertAlign w:val="superscript"/>
          <w:lang w:val="sv-SE"/>
        </w:rPr>
        <w:t>1</w:t>
      </w:r>
      <w:r w:rsidRPr="000767E2">
        <w:rPr>
          <w:lang w:val="sv-SE"/>
        </w:rPr>
        <w:t xml:space="preserve"> {{field-on:bible}}Kom nu, </w:t>
      </w:r>
      <w:r w:rsidRPr="000767E2">
        <w:rPr>
          <w:i/>
          <w:lang w:val="sv-SE"/>
        </w:rPr>
        <w:t>ni</w:t>
      </w:r>
      <w:r w:rsidRPr="000767E2">
        <w:rPr>
          <w:lang w:val="sv-SE"/>
        </w:rPr>
        <w:t xml:space="preserve"> rika! Gråt och tjut över era kommande eländen.{{field-off:bible}} [[@</w:t>
      </w:r>
      <w:r w:rsidR="0096445B" w:rsidRPr="000767E2">
        <w:rPr>
          <w:lang w:val="sv-SE"/>
        </w:rPr>
        <w:t>BibleBIBEL82</w:t>
      </w:r>
      <w:r w:rsidRPr="000767E2">
        <w:rPr>
          <w:lang w:val="sv-SE"/>
        </w:rPr>
        <w:t>:Jas 5:2]]</w:t>
      </w:r>
      <w:r w:rsidRPr="000767E2">
        <w:rPr>
          <w:vertAlign w:val="superscript"/>
          <w:lang w:val="sv-SE"/>
        </w:rPr>
        <w:t>2</w:t>
      </w:r>
      <w:r w:rsidRPr="000767E2">
        <w:rPr>
          <w:lang w:val="sv-SE"/>
        </w:rPr>
        <w:t xml:space="preserve"> {{field-on:bible}}Er rikedom har ruttnat och era kläder blivit malätna.{{field-off:bible}} [[@</w:t>
      </w:r>
      <w:r w:rsidR="0096445B" w:rsidRPr="000767E2">
        <w:rPr>
          <w:lang w:val="sv-SE"/>
        </w:rPr>
        <w:t>BibleBIBEL82</w:t>
      </w:r>
      <w:r w:rsidRPr="000767E2">
        <w:rPr>
          <w:lang w:val="sv-SE"/>
        </w:rPr>
        <w:t>:Jas 5:3]]</w:t>
      </w:r>
      <w:r w:rsidRPr="000767E2">
        <w:rPr>
          <w:vertAlign w:val="superscript"/>
          <w:lang w:val="sv-SE"/>
        </w:rPr>
        <w:t>3</w:t>
      </w:r>
      <w:r w:rsidRPr="000767E2">
        <w:rPr>
          <w:lang w:val="sv-SE"/>
        </w:rPr>
        <w:t xml:space="preserve"> {{field-on:bible}}Ert guld och silver har rostat, och deras rost ska bli till vittnesbörd för er och förtära ert kött som eld. Ni har sparat ihop </w:t>
      </w:r>
      <w:r w:rsidRPr="000767E2">
        <w:rPr>
          <w:i/>
          <w:lang w:val="sv-SE"/>
        </w:rPr>
        <w:t>skatter</w:t>
      </w:r>
      <w:r w:rsidRPr="000767E2">
        <w:rPr>
          <w:lang w:val="sv-SE"/>
        </w:rPr>
        <w:t xml:space="preserve"> under de sista dagarna.{{field-off:bible}}</w:t>
      </w:r>
    </w:p>
    <w:p w14:paraId="3B0E49B0" w14:textId="3BEB08CD" w:rsidR="00BA33AB" w:rsidRPr="000767E2" w:rsidRDefault="00000000">
      <w:pPr>
        <w:rPr>
          <w:lang w:val="sv-SE"/>
        </w:rPr>
      </w:pPr>
      <w:r w:rsidRPr="000767E2">
        <w:rPr>
          <w:lang w:val="sv-SE"/>
        </w:rPr>
        <w:t>[[@</w:t>
      </w:r>
      <w:r w:rsidR="0096445B" w:rsidRPr="000767E2">
        <w:rPr>
          <w:lang w:val="sv-SE"/>
        </w:rPr>
        <w:t>BibleBIBEL82</w:t>
      </w:r>
      <w:r w:rsidRPr="000767E2">
        <w:rPr>
          <w:lang w:val="sv-SE"/>
        </w:rPr>
        <w:t>:Jas 5:4]]</w:t>
      </w:r>
      <w:r w:rsidRPr="000767E2">
        <w:rPr>
          <w:vertAlign w:val="superscript"/>
          <w:lang w:val="sv-SE"/>
        </w:rPr>
        <w:t>4</w:t>
      </w:r>
      <w:r w:rsidRPr="000767E2">
        <w:rPr>
          <w:lang w:val="sv-SE"/>
        </w:rPr>
        <w:t xml:space="preserve"> {{field-on:bible}}Se: lönen till arbetarna som har mejat era marker, den som har berövats av er – den skriker. Och ropen från dem som har skördat har gått in i Herren Sabaoths öron.{{field-off:bible}} [[@</w:t>
      </w:r>
      <w:r w:rsidR="0096445B" w:rsidRPr="000767E2">
        <w:rPr>
          <w:lang w:val="sv-SE"/>
        </w:rPr>
        <w:t>BibleBIBEL82</w:t>
      </w:r>
      <w:r w:rsidRPr="000767E2">
        <w:rPr>
          <w:lang w:val="sv-SE"/>
        </w:rPr>
        <w:t>:Jas 5:5]]</w:t>
      </w:r>
      <w:r w:rsidRPr="000767E2">
        <w:rPr>
          <w:vertAlign w:val="superscript"/>
          <w:lang w:val="sv-SE"/>
        </w:rPr>
        <w:t>5</w:t>
      </w:r>
      <w:r w:rsidRPr="000767E2">
        <w:rPr>
          <w:lang w:val="sv-SE"/>
        </w:rPr>
        <w:t xml:space="preserve"> {{field-on:bible}}Ni har festat på jorden och lyxat, ni har närt era hjärtan på slaktens dag.{{field-off:bible}} [[@</w:t>
      </w:r>
      <w:r w:rsidR="0096445B" w:rsidRPr="000767E2">
        <w:rPr>
          <w:lang w:val="sv-SE"/>
        </w:rPr>
        <w:t>BibleBIBEL82</w:t>
      </w:r>
      <w:r w:rsidRPr="000767E2">
        <w:rPr>
          <w:lang w:val="sv-SE"/>
        </w:rPr>
        <w:t>:Jas 5:6]]</w:t>
      </w:r>
      <w:r w:rsidRPr="000767E2">
        <w:rPr>
          <w:vertAlign w:val="superscript"/>
          <w:lang w:val="sv-SE"/>
        </w:rPr>
        <w:t>6</w:t>
      </w:r>
      <w:r w:rsidRPr="000767E2">
        <w:rPr>
          <w:lang w:val="sv-SE"/>
        </w:rPr>
        <w:t xml:space="preserve"> {{field-on:bible}}Ni har fällt, ni har mördat den rättfärdige. Han går inte emot er.{{field-off:bible}}</w:t>
      </w:r>
    </w:p>
    <w:p w14:paraId="2E2DB51D" w14:textId="77777777" w:rsidR="00BA33AB" w:rsidRPr="000767E2" w:rsidRDefault="00000000">
      <w:pPr>
        <w:pStyle w:val="Rubrik3"/>
        <w:rPr>
          <w:lang w:val="sv-SE"/>
        </w:rPr>
      </w:pPr>
      <w:r w:rsidRPr="000767E2">
        <w:rPr>
          <w:lang w:val="sv-SE"/>
        </w:rPr>
        <w:t>Tålamod inför Herrens ankomst</w:t>
      </w:r>
    </w:p>
    <w:p w14:paraId="2A89DAA6" w14:textId="63EC07C1" w:rsidR="00BA33AB" w:rsidRPr="000767E2" w:rsidRDefault="00000000">
      <w:pPr>
        <w:rPr>
          <w:lang w:val="sv-SE"/>
        </w:rPr>
      </w:pPr>
      <w:r w:rsidRPr="000767E2">
        <w:rPr>
          <w:lang w:val="sv-SE"/>
        </w:rPr>
        <w:t>[[@</w:t>
      </w:r>
      <w:r w:rsidR="0096445B" w:rsidRPr="000767E2">
        <w:rPr>
          <w:lang w:val="sv-SE"/>
        </w:rPr>
        <w:t>BibleBIBEL82</w:t>
      </w:r>
      <w:r w:rsidRPr="000767E2">
        <w:rPr>
          <w:lang w:val="sv-SE"/>
        </w:rPr>
        <w:t>:Jas 5:7]]</w:t>
      </w:r>
      <w:r w:rsidRPr="000767E2">
        <w:rPr>
          <w:vertAlign w:val="superscript"/>
          <w:lang w:val="sv-SE"/>
        </w:rPr>
        <w:t>7</w:t>
      </w:r>
      <w:r w:rsidRPr="000767E2">
        <w:rPr>
          <w:lang w:val="sv-SE"/>
        </w:rPr>
        <w:t xml:space="preserve"> {{field-on:bible}}Var alltså tålmodiga, syskon, fram till Herrens ankomst. Se, odlaren väntar på jordens dyrbara gröda, tålmodig med den tills den fått tidigt och sent </w:t>
      </w:r>
      <w:r w:rsidRPr="000767E2">
        <w:rPr>
          <w:i/>
          <w:lang w:val="sv-SE"/>
        </w:rPr>
        <w:t>regn</w:t>
      </w:r>
      <w:r w:rsidRPr="000767E2">
        <w:rPr>
          <w:lang w:val="sv-SE"/>
        </w:rPr>
        <w:t>.{{field-off:bible}} [[@</w:t>
      </w:r>
      <w:r w:rsidR="0096445B" w:rsidRPr="000767E2">
        <w:rPr>
          <w:lang w:val="sv-SE"/>
        </w:rPr>
        <w:t>BibleBIBEL82</w:t>
      </w:r>
      <w:r w:rsidRPr="000767E2">
        <w:rPr>
          <w:lang w:val="sv-SE"/>
        </w:rPr>
        <w:t>:Jas 5:8]]</w:t>
      </w:r>
      <w:r w:rsidRPr="000767E2">
        <w:rPr>
          <w:vertAlign w:val="superscript"/>
          <w:lang w:val="sv-SE"/>
        </w:rPr>
        <w:t>8</w:t>
      </w:r>
      <w:r w:rsidRPr="000767E2">
        <w:rPr>
          <w:lang w:val="sv-SE"/>
        </w:rPr>
        <w:t xml:space="preserve"> {{field-on:bible}}Var tålmodiga också ni. Stärk era hjärtan, för Herrens ankomst är </w:t>
      </w:r>
      <w:r w:rsidRPr="000767E2">
        <w:rPr>
          <w:i/>
          <w:lang w:val="sv-SE"/>
        </w:rPr>
        <w:t>nu</w:t>
      </w:r>
      <w:r w:rsidRPr="000767E2">
        <w:rPr>
          <w:lang w:val="sv-SE"/>
        </w:rPr>
        <w:t xml:space="preserve"> nära.{{field-off:bible}} [[@</w:t>
      </w:r>
      <w:r w:rsidR="0096445B" w:rsidRPr="000767E2">
        <w:rPr>
          <w:lang w:val="sv-SE"/>
        </w:rPr>
        <w:t>BibleBIBEL82</w:t>
      </w:r>
      <w:r w:rsidRPr="000767E2">
        <w:rPr>
          <w:lang w:val="sv-SE"/>
        </w:rPr>
        <w:t>:Jas 5:9]]</w:t>
      </w:r>
      <w:r w:rsidRPr="000767E2">
        <w:rPr>
          <w:vertAlign w:val="superscript"/>
          <w:lang w:val="sv-SE"/>
        </w:rPr>
        <w:t>9</w:t>
      </w:r>
      <w:r w:rsidRPr="000767E2">
        <w:rPr>
          <w:lang w:val="sv-SE"/>
        </w:rPr>
        <w:t xml:space="preserve"> {{field-on:bible}}Sucka inte, syskon, mot varandra så att ni inte blir dömda. Se: domaren står för dörrarna.{{field-off:bible}}</w:t>
      </w:r>
    </w:p>
    <w:p w14:paraId="0595E63A" w14:textId="2CBABA65" w:rsidR="00BA33AB" w:rsidRPr="000767E2" w:rsidRDefault="00000000">
      <w:pPr>
        <w:rPr>
          <w:lang w:val="sv-SE"/>
        </w:rPr>
      </w:pPr>
      <w:r w:rsidRPr="000767E2">
        <w:rPr>
          <w:lang w:val="sv-SE"/>
        </w:rPr>
        <w:t>[[@</w:t>
      </w:r>
      <w:r w:rsidR="0096445B" w:rsidRPr="000767E2">
        <w:rPr>
          <w:lang w:val="sv-SE"/>
        </w:rPr>
        <w:t>BibleBIBEL82</w:t>
      </w:r>
      <w:r w:rsidRPr="000767E2">
        <w:rPr>
          <w:lang w:val="sv-SE"/>
        </w:rPr>
        <w:t>:Jas 5:10]]</w:t>
      </w:r>
      <w:r w:rsidRPr="000767E2">
        <w:rPr>
          <w:vertAlign w:val="superscript"/>
          <w:lang w:val="sv-SE"/>
        </w:rPr>
        <w:t>10</w:t>
      </w:r>
      <w:r w:rsidRPr="000767E2">
        <w:rPr>
          <w:lang w:val="sv-SE"/>
        </w:rPr>
        <w:t xml:space="preserve"> {{field-on:bible}}Ta </w:t>
      </w:r>
      <w:r w:rsidRPr="000767E2">
        <w:rPr>
          <w:i/>
          <w:lang w:val="sv-SE"/>
        </w:rPr>
        <w:t>som</w:t>
      </w:r>
      <w:r w:rsidRPr="000767E2">
        <w:rPr>
          <w:lang w:val="sv-SE"/>
        </w:rPr>
        <w:t xml:space="preserve"> exempel, syskon, i ontlidandet och tålamodet profeterna som talade i Herrens namn.{{field-off:bible}} [[@</w:t>
      </w:r>
      <w:r w:rsidR="0096445B" w:rsidRPr="000767E2">
        <w:rPr>
          <w:lang w:val="sv-SE"/>
        </w:rPr>
        <w:t>BibleBIBEL82</w:t>
      </w:r>
      <w:r w:rsidRPr="000767E2">
        <w:rPr>
          <w:lang w:val="sv-SE"/>
        </w:rPr>
        <w:t xml:space="preserve">:Jas </w:t>
      </w:r>
      <w:r w:rsidRPr="000767E2">
        <w:rPr>
          <w:lang w:val="sv-SE"/>
        </w:rPr>
        <w:lastRenderedPageBreak/>
        <w:t>5:11]]</w:t>
      </w:r>
      <w:r w:rsidRPr="000767E2">
        <w:rPr>
          <w:vertAlign w:val="superscript"/>
          <w:lang w:val="sv-SE"/>
        </w:rPr>
        <w:t>11</w:t>
      </w:r>
      <w:r w:rsidRPr="000767E2">
        <w:rPr>
          <w:lang w:val="sv-SE"/>
        </w:rPr>
        <w:t xml:space="preserve"> {{field-on:bible}}Se, vi saligprisar dem som har hållit ut. Jobs uthållighet har ni hört </w:t>
      </w:r>
      <w:r w:rsidRPr="000767E2">
        <w:rPr>
          <w:i/>
          <w:lang w:val="sv-SE"/>
        </w:rPr>
        <w:t>om</w:t>
      </w:r>
      <w:r w:rsidRPr="000767E2">
        <w:rPr>
          <w:lang w:val="sv-SE"/>
        </w:rPr>
        <w:t>, och Herrens slut har ni sett. För Herren är mycket medkännande och medlidande.{{field-off:bible}}</w:t>
      </w:r>
    </w:p>
    <w:p w14:paraId="62AE0354" w14:textId="59D01E07" w:rsidR="00BA33AB" w:rsidRPr="000767E2" w:rsidRDefault="00000000">
      <w:pPr>
        <w:rPr>
          <w:lang w:val="sv-SE"/>
        </w:rPr>
      </w:pPr>
      <w:r w:rsidRPr="000767E2">
        <w:rPr>
          <w:lang w:val="sv-SE"/>
        </w:rPr>
        <w:t>[[@</w:t>
      </w:r>
      <w:r w:rsidR="0096445B" w:rsidRPr="000767E2">
        <w:rPr>
          <w:lang w:val="sv-SE"/>
        </w:rPr>
        <w:t>BibleBIBEL82</w:t>
      </w:r>
      <w:r w:rsidRPr="000767E2">
        <w:rPr>
          <w:lang w:val="sv-SE"/>
        </w:rPr>
        <w:t>:Jas 5:12]]</w:t>
      </w:r>
      <w:r w:rsidRPr="000767E2">
        <w:rPr>
          <w:vertAlign w:val="superscript"/>
          <w:lang w:val="sv-SE"/>
        </w:rPr>
        <w:t>12</w:t>
      </w:r>
      <w:r w:rsidRPr="000767E2">
        <w:rPr>
          <w:lang w:val="sv-SE"/>
        </w:rPr>
        <w:t xml:space="preserve"> {{field-on:bible}}Men framför allt, mina syskon: svär inte, varken vid himlen eller vid jorden eller någon annan ed. Utan ert ja ska vara ja och nej </w:t>
      </w:r>
      <w:r w:rsidRPr="000767E2">
        <w:rPr>
          <w:i/>
          <w:lang w:val="sv-SE"/>
        </w:rPr>
        <w:t>vara</w:t>
      </w:r>
      <w:r w:rsidRPr="000767E2">
        <w:rPr>
          <w:lang w:val="sv-SE"/>
        </w:rPr>
        <w:t xml:space="preserve"> nej, så att ni inte faller under dom.{{field-off:bible}}</w:t>
      </w:r>
    </w:p>
    <w:p w14:paraId="48C29990" w14:textId="77777777" w:rsidR="00BA33AB" w:rsidRPr="000767E2" w:rsidRDefault="00000000">
      <w:pPr>
        <w:pStyle w:val="Rubrik3"/>
        <w:rPr>
          <w:lang w:val="sv-SE"/>
        </w:rPr>
      </w:pPr>
      <w:r w:rsidRPr="000767E2">
        <w:rPr>
          <w:lang w:val="sv-SE"/>
        </w:rPr>
        <w:t>Trons bön</w:t>
      </w:r>
    </w:p>
    <w:p w14:paraId="6C8A004D" w14:textId="1A9D6906" w:rsidR="00BA33AB" w:rsidRPr="000767E2" w:rsidRDefault="00000000">
      <w:pPr>
        <w:rPr>
          <w:lang w:val="sv-SE"/>
        </w:rPr>
      </w:pPr>
      <w:r w:rsidRPr="000767E2">
        <w:rPr>
          <w:lang w:val="sv-SE"/>
        </w:rPr>
        <w:t>[[@</w:t>
      </w:r>
      <w:r w:rsidR="0096445B" w:rsidRPr="000767E2">
        <w:rPr>
          <w:lang w:val="sv-SE"/>
        </w:rPr>
        <w:t>BibleBIBEL82</w:t>
      </w:r>
      <w:r w:rsidRPr="000767E2">
        <w:rPr>
          <w:lang w:val="sv-SE"/>
        </w:rPr>
        <w:t>:Jas 5:13]]</w:t>
      </w:r>
      <w:r w:rsidRPr="000767E2">
        <w:rPr>
          <w:vertAlign w:val="superscript"/>
          <w:lang w:val="sv-SE"/>
        </w:rPr>
        <w:t>13</w:t>
      </w:r>
      <w:r w:rsidRPr="000767E2">
        <w:rPr>
          <w:lang w:val="sv-SE"/>
        </w:rPr>
        <w:t xml:space="preserve"> {{field-on:bible}}</w:t>
      </w:r>
      <w:r w:rsidRPr="000767E2">
        <w:rPr>
          <w:i/>
          <w:lang w:val="sv-SE"/>
        </w:rPr>
        <w:t>Får</w:t>
      </w:r>
      <w:r w:rsidRPr="000767E2">
        <w:rPr>
          <w:lang w:val="sv-SE"/>
        </w:rPr>
        <w:t xml:space="preserve"> någon bland er lida ont? Han ska be. Är någon vid gott mod? Han ska sjunga psalm.{{field-off:bible}} [[@</w:t>
      </w:r>
      <w:r w:rsidR="0096445B" w:rsidRPr="000767E2">
        <w:rPr>
          <w:lang w:val="sv-SE"/>
        </w:rPr>
        <w:t>BibleBIBEL82</w:t>
      </w:r>
      <w:r w:rsidRPr="000767E2">
        <w:rPr>
          <w:lang w:val="sv-SE"/>
        </w:rPr>
        <w:t>:Jas 5:14]]</w:t>
      </w:r>
      <w:r w:rsidRPr="000767E2">
        <w:rPr>
          <w:vertAlign w:val="superscript"/>
          <w:lang w:val="sv-SE"/>
        </w:rPr>
        <w:t>14</w:t>
      </w:r>
      <w:r w:rsidRPr="000767E2">
        <w:rPr>
          <w:lang w:val="sv-SE"/>
        </w:rPr>
        <w:t xml:space="preserve"> {{field-on:bible}}Är någon bland er sjuk? Han ska tillkalla församlingens äldste, och de ska be över honom och smörja in honom med olja i Herrens namn.{{field-off:bible}} [[@</w:t>
      </w:r>
      <w:r w:rsidR="0096445B" w:rsidRPr="000767E2">
        <w:rPr>
          <w:lang w:val="sv-SE"/>
        </w:rPr>
        <w:t>BibleBIBEL82</w:t>
      </w:r>
      <w:r w:rsidRPr="000767E2">
        <w:rPr>
          <w:lang w:val="sv-SE"/>
        </w:rPr>
        <w:t>:Jas 5:15]]</w:t>
      </w:r>
      <w:r w:rsidRPr="000767E2">
        <w:rPr>
          <w:vertAlign w:val="superscript"/>
          <w:lang w:val="sv-SE"/>
        </w:rPr>
        <w:t>15</w:t>
      </w:r>
      <w:r w:rsidRPr="000767E2">
        <w:rPr>
          <w:lang w:val="sv-SE"/>
        </w:rPr>
        <w:t xml:space="preserve"> {{field-on:bible}}Och trons önskebön ska frälsa den veke, och Herren ska resa upp honom. Och om han har gjort synder ska det förlåtas honom.{{field-off:bible}}</w:t>
      </w:r>
    </w:p>
    <w:p w14:paraId="053A85C2" w14:textId="2F470AF8" w:rsidR="00BA33AB" w:rsidRPr="000767E2" w:rsidRDefault="00000000">
      <w:pPr>
        <w:rPr>
          <w:lang w:val="sv-SE"/>
        </w:rPr>
      </w:pPr>
      <w:r w:rsidRPr="000767E2">
        <w:rPr>
          <w:lang w:val="sv-SE"/>
        </w:rPr>
        <w:t>[[@</w:t>
      </w:r>
      <w:r w:rsidR="0096445B" w:rsidRPr="000767E2">
        <w:rPr>
          <w:lang w:val="sv-SE"/>
        </w:rPr>
        <w:t>BibleBIBEL82</w:t>
      </w:r>
      <w:r w:rsidRPr="000767E2">
        <w:rPr>
          <w:lang w:val="sv-SE"/>
        </w:rPr>
        <w:t>:Jas 5:16]]</w:t>
      </w:r>
      <w:r w:rsidRPr="000767E2">
        <w:rPr>
          <w:vertAlign w:val="superscript"/>
          <w:lang w:val="sv-SE"/>
        </w:rPr>
        <w:t>16</w:t>
      </w:r>
      <w:r w:rsidRPr="000767E2">
        <w:rPr>
          <w:lang w:val="sv-SE"/>
        </w:rPr>
        <w:t xml:space="preserve"> {{field-on:bible}}Erkänn då för varandra synderna och önskebe för varandra, så att ni blir helade. Mycket mäktar en rättfärdigs förbön när den verkar.{{field-off:bible}} [[@</w:t>
      </w:r>
      <w:r w:rsidR="0096445B" w:rsidRPr="000767E2">
        <w:rPr>
          <w:lang w:val="sv-SE"/>
        </w:rPr>
        <w:t>BibleBIBEL82</w:t>
      </w:r>
      <w:r w:rsidRPr="000767E2">
        <w:rPr>
          <w:lang w:val="sv-SE"/>
        </w:rPr>
        <w:t>:Jas 5:17]]</w:t>
      </w:r>
      <w:r w:rsidRPr="000767E2">
        <w:rPr>
          <w:vertAlign w:val="superscript"/>
          <w:lang w:val="sv-SE"/>
        </w:rPr>
        <w:t>17</w:t>
      </w:r>
      <w:r w:rsidRPr="000767E2">
        <w:rPr>
          <w:lang w:val="sv-SE"/>
        </w:rPr>
        <w:t xml:space="preserve"> {{field-on:bible}}Elia var en människa med samma natur som vi. Och med bön bad han att det inte </w:t>
      </w:r>
      <w:r w:rsidRPr="000767E2">
        <w:rPr>
          <w:i/>
          <w:lang w:val="sv-SE"/>
        </w:rPr>
        <w:t>skulle</w:t>
      </w:r>
      <w:r w:rsidRPr="000767E2">
        <w:rPr>
          <w:lang w:val="sv-SE"/>
        </w:rPr>
        <w:t xml:space="preserve"> regna, och det regnade inte över landet </w:t>
      </w:r>
      <w:r w:rsidRPr="000767E2">
        <w:rPr>
          <w:i/>
          <w:lang w:val="sv-SE"/>
        </w:rPr>
        <w:t>i</w:t>
      </w:r>
      <w:r w:rsidRPr="000767E2">
        <w:rPr>
          <w:lang w:val="sv-SE"/>
        </w:rPr>
        <w:t xml:space="preserve"> tre år och sex månader.{{field-off:bible}} [[@</w:t>
      </w:r>
      <w:r w:rsidR="0096445B" w:rsidRPr="000767E2">
        <w:rPr>
          <w:lang w:val="sv-SE"/>
        </w:rPr>
        <w:t>BibleBIBEL82</w:t>
      </w:r>
      <w:r w:rsidRPr="000767E2">
        <w:rPr>
          <w:lang w:val="sv-SE"/>
        </w:rPr>
        <w:t>:Jas 5:18]]</w:t>
      </w:r>
      <w:r w:rsidRPr="000767E2">
        <w:rPr>
          <w:vertAlign w:val="superscript"/>
          <w:lang w:val="sv-SE"/>
        </w:rPr>
        <w:t>18</w:t>
      </w:r>
      <w:r w:rsidRPr="000767E2">
        <w:rPr>
          <w:lang w:val="sv-SE"/>
        </w:rPr>
        <w:t xml:space="preserve"> {{field-on:bible}}Och åter bad han, och himlen gav regn och jorden lät sin gröda spira.{{field-off:bible}}</w:t>
      </w:r>
    </w:p>
    <w:p w14:paraId="312A19A7" w14:textId="401E686C" w:rsidR="00BA33AB" w:rsidRPr="000767E2" w:rsidRDefault="00000000">
      <w:pPr>
        <w:rPr>
          <w:lang w:val="sv-SE"/>
        </w:rPr>
      </w:pPr>
      <w:r w:rsidRPr="000767E2">
        <w:rPr>
          <w:lang w:val="sv-SE"/>
        </w:rPr>
        <w:t>[[@</w:t>
      </w:r>
      <w:r w:rsidR="0096445B" w:rsidRPr="000767E2">
        <w:rPr>
          <w:lang w:val="sv-SE"/>
        </w:rPr>
        <w:t>BibleBIBEL82</w:t>
      </w:r>
      <w:r w:rsidRPr="000767E2">
        <w:rPr>
          <w:lang w:val="sv-SE"/>
        </w:rPr>
        <w:t>:Jas 5:19]]</w:t>
      </w:r>
      <w:r w:rsidRPr="000767E2">
        <w:rPr>
          <w:vertAlign w:val="superscript"/>
          <w:lang w:val="sv-SE"/>
        </w:rPr>
        <w:t>19</w:t>
      </w:r>
      <w:r w:rsidRPr="000767E2">
        <w:rPr>
          <w:lang w:val="sv-SE"/>
        </w:rPr>
        <w:t xml:space="preserve"> {{field-on:bible}}Mina syskon, om någon bland er förvillas från sanningen och någon omvänder honom,{{field-off:bible}} [[@</w:t>
      </w:r>
      <w:r w:rsidR="0096445B" w:rsidRPr="000767E2">
        <w:rPr>
          <w:lang w:val="sv-SE"/>
        </w:rPr>
        <w:t>BibleBIBEL82</w:t>
      </w:r>
      <w:r w:rsidRPr="000767E2">
        <w:rPr>
          <w:lang w:val="sv-SE"/>
        </w:rPr>
        <w:t>:Jas 5:20]]</w:t>
      </w:r>
      <w:r w:rsidRPr="000767E2">
        <w:rPr>
          <w:vertAlign w:val="superscript"/>
          <w:lang w:val="sv-SE"/>
        </w:rPr>
        <w:t>20</w:t>
      </w:r>
      <w:r w:rsidRPr="000767E2">
        <w:rPr>
          <w:lang w:val="sv-SE"/>
        </w:rPr>
        <w:t xml:space="preserve"> {{field-on:bible}}ska han veta att den som omvänder en syndare från hans villoväg frälser hans själ från döden och övertäcker en mängd synder.{{field-off:bible}}</w:t>
      </w:r>
    </w:p>
    <w:p w14:paraId="3726DBA8" w14:textId="25C4E125"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:1Pet]]Petrus första brev</w:t>
      </w:r>
    </w:p>
    <w:p w14:paraId="68C59A83" w14:textId="0C19F9F8"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:1Pet 1]]Kapitel 1</w:t>
      </w:r>
    </w:p>
    <w:p w14:paraId="7FC595A9" w14:textId="77777777" w:rsidR="00BA33AB" w:rsidRDefault="00000000">
      <w:pPr>
        <w:pStyle w:val="Rubrik3"/>
      </w:pPr>
      <w:proofErr w:type="spellStart"/>
      <w:r>
        <w:t>Hälsning</w:t>
      </w:r>
      <w:proofErr w:type="spellEnd"/>
    </w:p>
    <w:p w14:paraId="5A0B812F" w14:textId="0DF634A8" w:rsidR="00BA33AB" w:rsidRPr="000767E2" w:rsidRDefault="00000000">
      <w:pPr>
        <w:rPr>
          <w:lang w:val="sv-SE"/>
        </w:rPr>
      </w:pPr>
      <w:r>
        <w:t>[[@</w:t>
      </w:r>
      <w:r w:rsidR="0096445B">
        <w:t>BibleBIBEL82</w:t>
      </w:r>
      <w:r>
        <w:t>:1Pet 1:1]]</w:t>
      </w:r>
      <w:r>
        <w:rPr>
          <w:vertAlign w:val="superscript"/>
        </w:rPr>
        <w:t>1</w:t>
      </w:r>
      <w:r>
        <w:t xml:space="preserve"> {{</w:t>
      </w:r>
      <w:proofErr w:type="spellStart"/>
      <w:r>
        <w:t>field-</w:t>
      </w:r>
      <w:proofErr w:type="gramStart"/>
      <w:r>
        <w:t>on:bible</w:t>
      </w:r>
      <w:proofErr w:type="spellEnd"/>
      <w:r>
        <w:t>}}</w:t>
      </w:r>
      <w:proofErr w:type="spellStart"/>
      <w:r>
        <w:rPr>
          <w:i/>
        </w:rPr>
        <w:t>Från</w:t>
      </w:r>
      <w:proofErr w:type="spellEnd"/>
      <w:proofErr w:type="gramEnd"/>
      <w:r>
        <w:t xml:space="preserve"> Petrus, Jesu Kristi </w:t>
      </w:r>
      <w:proofErr w:type="spellStart"/>
      <w:r>
        <w:t>apostel</w:t>
      </w:r>
      <w:proofErr w:type="spellEnd"/>
      <w:r>
        <w:t xml:space="preserve">. </w:t>
      </w:r>
      <w:r w:rsidRPr="000767E2">
        <w:rPr>
          <w:lang w:val="sv-SE"/>
        </w:rPr>
        <w:t>Till utvalda utlänningar i diasporan i Pontos, Galatien, Kappadokien, Asien och Bithynien –{{field-off:bible}} [[@</w:t>
      </w:r>
      <w:r w:rsidR="0096445B" w:rsidRPr="000767E2">
        <w:rPr>
          <w:lang w:val="sv-SE"/>
        </w:rPr>
        <w:t>BibleBIBEL82</w:t>
      </w:r>
      <w:r w:rsidRPr="000767E2">
        <w:rPr>
          <w:lang w:val="sv-SE"/>
        </w:rPr>
        <w:t>:1Pet 1:2]]</w:t>
      </w:r>
      <w:r w:rsidRPr="000767E2">
        <w:rPr>
          <w:vertAlign w:val="superscript"/>
          <w:lang w:val="sv-SE"/>
        </w:rPr>
        <w:t>2</w:t>
      </w:r>
      <w:r w:rsidRPr="000767E2">
        <w:rPr>
          <w:lang w:val="sv-SE"/>
        </w:rPr>
        <w:t xml:space="preserve"> {{field-on:bible}}efter Gud Faders förutvetande, i Andes helgelse, till hörsamhet och bestänkelse med Jesu Kristi blod: Nåd åt er och frid må förökas.{{field-off:bible}}</w:t>
      </w:r>
    </w:p>
    <w:p w14:paraId="0667CD9B" w14:textId="77777777" w:rsidR="00BA33AB" w:rsidRPr="000767E2" w:rsidRDefault="00000000">
      <w:pPr>
        <w:pStyle w:val="Rubrik3"/>
        <w:rPr>
          <w:lang w:val="sv-SE"/>
        </w:rPr>
      </w:pPr>
      <w:r w:rsidRPr="000767E2">
        <w:rPr>
          <w:lang w:val="sv-SE"/>
        </w:rPr>
        <w:t>Ett levande hopp</w:t>
      </w:r>
    </w:p>
    <w:p w14:paraId="57476B81" w14:textId="44FA759B" w:rsidR="00BA33AB" w:rsidRPr="000767E2" w:rsidRDefault="00000000">
      <w:pPr>
        <w:rPr>
          <w:lang w:val="sv-SE"/>
        </w:rPr>
      </w:pPr>
      <w:r w:rsidRPr="000767E2">
        <w:rPr>
          <w:lang w:val="sv-SE"/>
        </w:rPr>
        <w:t>[[@</w:t>
      </w:r>
      <w:r w:rsidR="0096445B" w:rsidRPr="000767E2">
        <w:rPr>
          <w:lang w:val="sv-SE"/>
        </w:rPr>
        <w:t>BibleBIBEL82</w:t>
      </w:r>
      <w:r w:rsidRPr="000767E2">
        <w:rPr>
          <w:lang w:val="sv-SE"/>
        </w:rPr>
        <w:t>:1Pet 1:3]]</w:t>
      </w:r>
      <w:r w:rsidRPr="000767E2">
        <w:rPr>
          <w:vertAlign w:val="superscript"/>
          <w:lang w:val="sv-SE"/>
        </w:rPr>
        <w:t>3</w:t>
      </w:r>
      <w:r w:rsidRPr="000767E2">
        <w:rPr>
          <w:lang w:val="sv-SE"/>
        </w:rPr>
        <w:t xml:space="preserve"> {{field-on:bible}}Välsignad </w:t>
      </w:r>
      <w:r w:rsidRPr="000767E2">
        <w:rPr>
          <w:i/>
          <w:lang w:val="sv-SE"/>
        </w:rPr>
        <w:t>är</w:t>
      </w:r>
      <w:r w:rsidRPr="000767E2">
        <w:rPr>
          <w:lang w:val="sv-SE"/>
        </w:rPr>
        <w:t xml:space="preserve"> vår Herre Jesu Kristi Gud och Far, som efter sin stora barmhärtighet har pånyttfött oss till ett levande hopp genom Jesu Kristi </w:t>
      </w:r>
      <w:r w:rsidRPr="000767E2">
        <w:rPr>
          <w:lang w:val="sv-SE"/>
        </w:rPr>
        <w:lastRenderedPageBreak/>
        <w:t xml:space="preserve">uppståndelse från </w:t>
      </w:r>
      <w:r w:rsidRPr="000767E2">
        <w:rPr>
          <w:i/>
          <w:lang w:val="sv-SE"/>
        </w:rPr>
        <w:t>de</w:t>
      </w:r>
      <w:r w:rsidRPr="000767E2">
        <w:rPr>
          <w:lang w:val="sv-SE"/>
        </w:rPr>
        <w:t xml:space="preserve"> döda,{{field-off:bible}} [[@</w:t>
      </w:r>
      <w:r w:rsidR="0096445B" w:rsidRPr="000767E2">
        <w:rPr>
          <w:lang w:val="sv-SE"/>
        </w:rPr>
        <w:t>BibleBIBEL82</w:t>
      </w:r>
      <w:r w:rsidRPr="000767E2">
        <w:rPr>
          <w:lang w:val="sv-SE"/>
        </w:rPr>
        <w:t>:1Pet 1:4]]</w:t>
      </w:r>
      <w:r w:rsidRPr="000767E2">
        <w:rPr>
          <w:vertAlign w:val="superscript"/>
          <w:lang w:val="sv-SE"/>
        </w:rPr>
        <w:t>4</w:t>
      </w:r>
      <w:r w:rsidRPr="000767E2">
        <w:rPr>
          <w:lang w:val="sv-SE"/>
        </w:rPr>
        <w:t xml:space="preserve"> {{field-on:bible}}till ett oförgängligt och obefläckat och ovanskligt arv bevarat i himlarna för er,{{field-off:bible}} [[@</w:t>
      </w:r>
      <w:r w:rsidR="0096445B" w:rsidRPr="000767E2">
        <w:rPr>
          <w:lang w:val="sv-SE"/>
        </w:rPr>
        <w:t>BibleBIBEL82</w:t>
      </w:r>
      <w:r w:rsidRPr="000767E2">
        <w:rPr>
          <w:lang w:val="sv-SE"/>
        </w:rPr>
        <w:t>:1Pet 1:5]]</w:t>
      </w:r>
      <w:r w:rsidRPr="000767E2">
        <w:rPr>
          <w:vertAlign w:val="superscript"/>
          <w:lang w:val="sv-SE"/>
        </w:rPr>
        <w:t>5</w:t>
      </w:r>
      <w:r w:rsidRPr="000767E2">
        <w:rPr>
          <w:lang w:val="sv-SE"/>
        </w:rPr>
        <w:t xml:space="preserve"> {{field-on:bible}}som i Guds kraft är bevakade genom tro till en frälsning beredd att uppenbaras i </w:t>
      </w:r>
      <w:r w:rsidRPr="000767E2">
        <w:rPr>
          <w:i/>
          <w:lang w:val="sv-SE"/>
        </w:rPr>
        <w:t>den</w:t>
      </w:r>
      <w:r w:rsidRPr="000767E2">
        <w:rPr>
          <w:lang w:val="sv-SE"/>
        </w:rPr>
        <w:t xml:space="preserve"> sista tiden.{{field-off:bible}}</w:t>
      </w:r>
    </w:p>
    <w:p w14:paraId="69F4168B" w14:textId="5B4EEAB8" w:rsidR="00BA33AB" w:rsidRPr="000767E2" w:rsidRDefault="00000000">
      <w:pPr>
        <w:rPr>
          <w:lang w:val="sv-SE"/>
        </w:rPr>
      </w:pPr>
      <w:r w:rsidRPr="000767E2">
        <w:rPr>
          <w:lang w:val="sv-SE"/>
        </w:rPr>
        <w:t>[[@</w:t>
      </w:r>
      <w:r w:rsidR="0096445B" w:rsidRPr="000767E2">
        <w:rPr>
          <w:lang w:val="sv-SE"/>
        </w:rPr>
        <w:t>BibleBIBEL82</w:t>
      </w:r>
      <w:r w:rsidRPr="000767E2">
        <w:rPr>
          <w:lang w:val="sv-SE"/>
        </w:rPr>
        <w:t>:1Pet 1:6]]</w:t>
      </w:r>
      <w:r w:rsidRPr="000767E2">
        <w:rPr>
          <w:vertAlign w:val="superscript"/>
          <w:lang w:val="sv-SE"/>
        </w:rPr>
        <w:t>6</w:t>
      </w:r>
      <w:r w:rsidRPr="000767E2">
        <w:rPr>
          <w:lang w:val="sv-SE"/>
        </w:rPr>
        <w:t xml:space="preserve"> {{field-on:bible}}I detta jublar ni, </w:t>
      </w:r>
      <w:r w:rsidRPr="000767E2">
        <w:rPr>
          <w:i/>
          <w:lang w:val="sv-SE"/>
        </w:rPr>
        <w:t>fastän</w:t>
      </w:r>
      <w:r w:rsidRPr="000767E2">
        <w:rPr>
          <w:lang w:val="sv-SE"/>
        </w:rPr>
        <w:t xml:space="preserve"> ni lite nu, om </w:t>
      </w:r>
      <w:r w:rsidRPr="000767E2">
        <w:rPr>
          <w:i/>
          <w:lang w:val="sv-SE"/>
        </w:rPr>
        <w:t>så</w:t>
      </w:r>
      <w:r w:rsidRPr="000767E2">
        <w:rPr>
          <w:lang w:val="sv-SE"/>
        </w:rPr>
        <w:t xml:space="preserve"> tillbörligt är, har bedrövats genom olika prövningar,{{field-off:bible}} [[@</w:t>
      </w:r>
      <w:r w:rsidR="0096445B" w:rsidRPr="000767E2">
        <w:rPr>
          <w:lang w:val="sv-SE"/>
        </w:rPr>
        <w:t>BibleBIBEL82</w:t>
      </w:r>
      <w:r w:rsidRPr="000767E2">
        <w:rPr>
          <w:lang w:val="sv-SE"/>
        </w:rPr>
        <w:t>:1Pet 1:7]]</w:t>
      </w:r>
      <w:r w:rsidRPr="000767E2">
        <w:rPr>
          <w:vertAlign w:val="superscript"/>
          <w:lang w:val="sv-SE"/>
        </w:rPr>
        <w:t>7</w:t>
      </w:r>
      <w:r w:rsidRPr="000767E2">
        <w:rPr>
          <w:lang w:val="sv-SE"/>
        </w:rPr>
        <w:t xml:space="preserve"> {{field-on:bible}}för att beprövadheten i er tro – värdefullare än guld som förgörs men genom eld beprövas – ska befinnas till lovord och ära och heder vid Jesu Kristi uppenbarelse.{{field-off:bible}} [[@</w:t>
      </w:r>
      <w:r w:rsidR="0096445B" w:rsidRPr="000767E2">
        <w:rPr>
          <w:lang w:val="sv-SE"/>
        </w:rPr>
        <w:t>BibleBIBEL82</w:t>
      </w:r>
      <w:r w:rsidRPr="000767E2">
        <w:rPr>
          <w:lang w:val="sv-SE"/>
        </w:rPr>
        <w:t>:1Pet 1:8]]</w:t>
      </w:r>
      <w:r w:rsidRPr="000767E2">
        <w:rPr>
          <w:vertAlign w:val="superscript"/>
          <w:lang w:val="sv-SE"/>
        </w:rPr>
        <w:t>8</w:t>
      </w:r>
      <w:r w:rsidRPr="000767E2">
        <w:rPr>
          <w:lang w:val="sv-SE"/>
        </w:rPr>
        <w:t xml:space="preserve"> {{field-on:bible}}Honom har ni inte sett, </w:t>
      </w:r>
      <w:r w:rsidRPr="000767E2">
        <w:rPr>
          <w:i/>
          <w:lang w:val="sv-SE"/>
        </w:rPr>
        <w:t>men</w:t>
      </w:r>
      <w:r w:rsidRPr="000767E2">
        <w:rPr>
          <w:lang w:val="sv-SE"/>
        </w:rPr>
        <w:t xml:space="preserve"> älskar. På honom som ni nu inte ser tror ni dock och jublar, med outsäglig och förhärligad glädje,{{field-off:bible}} [[@</w:t>
      </w:r>
      <w:r w:rsidR="0096445B" w:rsidRPr="000767E2">
        <w:rPr>
          <w:lang w:val="sv-SE"/>
        </w:rPr>
        <w:t>BibleBIBEL82</w:t>
      </w:r>
      <w:r w:rsidRPr="000767E2">
        <w:rPr>
          <w:lang w:val="sv-SE"/>
        </w:rPr>
        <w:t>:1Pet 1:9]]</w:t>
      </w:r>
      <w:r w:rsidRPr="000767E2">
        <w:rPr>
          <w:vertAlign w:val="superscript"/>
          <w:lang w:val="sv-SE"/>
        </w:rPr>
        <w:t>9</w:t>
      </w:r>
      <w:r w:rsidRPr="000767E2">
        <w:rPr>
          <w:lang w:val="sv-SE"/>
        </w:rPr>
        <w:t xml:space="preserve"> {{field-on:bible}}medan ni får ut målet för er tro: själars frälsning.{{field-off:bible}}</w:t>
      </w:r>
    </w:p>
    <w:p w14:paraId="5411B4CD" w14:textId="36C8DAF8" w:rsidR="00BA33AB" w:rsidRPr="000767E2" w:rsidRDefault="00000000">
      <w:pPr>
        <w:rPr>
          <w:lang w:val="sv-SE"/>
        </w:rPr>
      </w:pPr>
      <w:r w:rsidRPr="000767E2">
        <w:rPr>
          <w:lang w:val="sv-SE"/>
        </w:rPr>
        <w:t>[[@</w:t>
      </w:r>
      <w:r w:rsidR="0096445B" w:rsidRPr="000767E2">
        <w:rPr>
          <w:lang w:val="sv-SE"/>
        </w:rPr>
        <w:t>BibleBIBEL82</w:t>
      </w:r>
      <w:r w:rsidRPr="000767E2">
        <w:rPr>
          <w:lang w:val="sv-SE"/>
        </w:rPr>
        <w:t>:1Pet 1:10]]</w:t>
      </w:r>
      <w:r w:rsidRPr="000767E2">
        <w:rPr>
          <w:vertAlign w:val="superscript"/>
          <w:lang w:val="sv-SE"/>
        </w:rPr>
        <w:t>10</w:t>
      </w:r>
      <w:r w:rsidRPr="000767E2">
        <w:rPr>
          <w:lang w:val="sv-SE"/>
        </w:rPr>
        <w:t xml:space="preserve"> {{field-on:bible}}Kring denna frälsning sökte och utforskade profeter, som profeterade om nåden till er{{field-off:bible}} [[@</w:t>
      </w:r>
      <w:r w:rsidR="0096445B" w:rsidRPr="000767E2">
        <w:rPr>
          <w:lang w:val="sv-SE"/>
        </w:rPr>
        <w:t>BibleBIBEL82</w:t>
      </w:r>
      <w:r w:rsidRPr="000767E2">
        <w:rPr>
          <w:lang w:val="sv-SE"/>
        </w:rPr>
        <w:t>:1Pet 1:11]]</w:t>
      </w:r>
      <w:r w:rsidRPr="000767E2">
        <w:rPr>
          <w:vertAlign w:val="superscript"/>
          <w:lang w:val="sv-SE"/>
        </w:rPr>
        <w:t>11</w:t>
      </w:r>
      <w:r w:rsidRPr="000767E2">
        <w:rPr>
          <w:lang w:val="sv-SE"/>
        </w:rPr>
        <w:t xml:space="preserve"> {{field-on:bible}}</w:t>
      </w:r>
      <w:r w:rsidRPr="000767E2">
        <w:rPr>
          <w:i/>
          <w:lang w:val="sv-SE"/>
        </w:rPr>
        <w:t>och</w:t>
      </w:r>
      <w:r w:rsidRPr="000767E2">
        <w:rPr>
          <w:lang w:val="sv-SE"/>
        </w:rPr>
        <w:t xml:space="preserve"> utforskade mot vem eller vilken tid Kristi Ande i dem tydliggjorde, när den i förväg vittnade om lidandena för Kristus och härligheterna efter detta.{{field-off:bible}} [[@</w:t>
      </w:r>
      <w:r w:rsidR="0096445B" w:rsidRPr="000767E2">
        <w:rPr>
          <w:lang w:val="sv-SE"/>
        </w:rPr>
        <w:t>BibleBIBEL82</w:t>
      </w:r>
      <w:r w:rsidRPr="000767E2">
        <w:rPr>
          <w:lang w:val="sv-SE"/>
        </w:rPr>
        <w:t>:1Pet 1:12]]</w:t>
      </w:r>
      <w:r w:rsidRPr="000767E2">
        <w:rPr>
          <w:vertAlign w:val="superscript"/>
          <w:lang w:val="sv-SE"/>
        </w:rPr>
        <w:t>12</w:t>
      </w:r>
      <w:r w:rsidRPr="000767E2">
        <w:rPr>
          <w:lang w:val="sv-SE"/>
        </w:rPr>
        <w:t xml:space="preserve"> {{field-on:bible}}För dem uppenbarades att </w:t>
      </w:r>
      <w:r w:rsidRPr="000767E2">
        <w:rPr>
          <w:i/>
          <w:lang w:val="sv-SE"/>
        </w:rPr>
        <w:t>det</w:t>
      </w:r>
      <w:r w:rsidRPr="000767E2">
        <w:rPr>
          <w:lang w:val="sv-SE"/>
        </w:rPr>
        <w:t xml:space="preserve"> inte </w:t>
      </w:r>
      <w:r w:rsidRPr="000767E2">
        <w:rPr>
          <w:i/>
          <w:lang w:val="sv-SE"/>
        </w:rPr>
        <w:t>var</w:t>
      </w:r>
      <w:r w:rsidRPr="000767E2">
        <w:rPr>
          <w:lang w:val="sv-SE"/>
        </w:rPr>
        <w:t xml:space="preserve"> sig själva utan er de betjänade, </w:t>
      </w:r>
      <w:r w:rsidRPr="000767E2">
        <w:rPr>
          <w:i/>
          <w:lang w:val="sv-SE"/>
        </w:rPr>
        <w:t>med</w:t>
      </w:r>
      <w:r w:rsidRPr="000767E2">
        <w:rPr>
          <w:lang w:val="sv-SE"/>
        </w:rPr>
        <w:t xml:space="preserve"> det som nu har delgetts för er genom dem som evangeliserat er i helig Ande sänd från himlen, i vilket änglar åtrår att blicka in.{{field-off:bible}}</w:t>
      </w:r>
    </w:p>
    <w:p w14:paraId="4652024D" w14:textId="77777777" w:rsidR="00BA33AB" w:rsidRPr="000767E2" w:rsidRDefault="00000000">
      <w:pPr>
        <w:pStyle w:val="Rubrik3"/>
        <w:rPr>
          <w:lang w:val="sv-SE"/>
        </w:rPr>
      </w:pPr>
      <w:r w:rsidRPr="000767E2">
        <w:rPr>
          <w:lang w:val="sv-SE"/>
        </w:rPr>
        <w:t>Var heliga</w:t>
      </w:r>
    </w:p>
    <w:p w14:paraId="532F180B" w14:textId="1C0C6350" w:rsidR="00BA33AB" w:rsidRPr="000767E2" w:rsidRDefault="00000000">
      <w:pPr>
        <w:rPr>
          <w:lang w:val="sv-SE"/>
        </w:rPr>
      </w:pPr>
      <w:r w:rsidRPr="000767E2">
        <w:rPr>
          <w:lang w:val="sv-SE"/>
        </w:rPr>
        <w:t>[[@</w:t>
      </w:r>
      <w:r w:rsidR="0096445B" w:rsidRPr="000767E2">
        <w:rPr>
          <w:lang w:val="sv-SE"/>
        </w:rPr>
        <w:t>BibleBIBEL82</w:t>
      </w:r>
      <w:r w:rsidRPr="000767E2">
        <w:rPr>
          <w:lang w:val="sv-SE"/>
        </w:rPr>
        <w:t>:1Pet 1:13]]</w:t>
      </w:r>
      <w:r w:rsidRPr="000767E2">
        <w:rPr>
          <w:vertAlign w:val="superscript"/>
          <w:lang w:val="sv-SE"/>
        </w:rPr>
        <w:t>13</w:t>
      </w:r>
      <w:r w:rsidRPr="000767E2">
        <w:rPr>
          <w:lang w:val="sv-SE"/>
        </w:rPr>
        <w:t xml:space="preserve"> {{field-on:bible}}Därför ska ni bälta upp er hågs höfter, vara nyktra och fullkomligt hoppas på den nåd som bärs till er vid Jesu Kristi uppenbarelse.{{field-off:bible}} [[@</w:t>
      </w:r>
      <w:r w:rsidR="0096445B" w:rsidRPr="000767E2">
        <w:rPr>
          <w:lang w:val="sv-SE"/>
        </w:rPr>
        <w:t>BibleBIBEL82</w:t>
      </w:r>
      <w:r w:rsidRPr="000767E2">
        <w:rPr>
          <w:lang w:val="sv-SE"/>
        </w:rPr>
        <w:t>:1Pet 1:14]]</w:t>
      </w:r>
      <w:r w:rsidRPr="000767E2">
        <w:rPr>
          <w:vertAlign w:val="superscript"/>
          <w:lang w:val="sv-SE"/>
        </w:rPr>
        <w:t>14</w:t>
      </w:r>
      <w:r w:rsidRPr="000767E2">
        <w:rPr>
          <w:lang w:val="sv-SE"/>
        </w:rPr>
        <w:t xml:space="preserve"> {{field-on:bible}}Som hörsamhetens barn ska ni inte konformera er efter de tidigare begären i er okunnighet.{{field-off:bible}} [[@</w:t>
      </w:r>
      <w:r w:rsidR="0096445B" w:rsidRPr="000767E2">
        <w:rPr>
          <w:lang w:val="sv-SE"/>
        </w:rPr>
        <w:t>BibleBIBEL82</w:t>
      </w:r>
      <w:r w:rsidRPr="000767E2">
        <w:rPr>
          <w:lang w:val="sv-SE"/>
        </w:rPr>
        <w:t>:1Pet 1:15]]</w:t>
      </w:r>
      <w:r w:rsidRPr="000767E2">
        <w:rPr>
          <w:vertAlign w:val="superscript"/>
          <w:lang w:val="sv-SE"/>
        </w:rPr>
        <w:t>15</w:t>
      </w:r>
      <w:r w:rsidRPr="000767E2">
        <w:rPr>
          <w:lang w:val="sv-SE"/>
        </w:rPr>
        <w:t xml:space="preserve"> {{field-on:bible}}Nej, efter </w:t>
      </w:r>
      <w:r w:rsidRPr="000767E2">
        <w:rPr>
          <w:i/>
          <w:lang w:val="sv-SE"/>
        </w:rPr>
        <w:t>hur</w:t>
      </w:r>
      <w:r w:rsidRPr="000767E2">
        <w:rPr>
          <w:lang w:val="sv-SE"/>
        </w:rPr>
        <w:t xml:space="preserve"> han som har kallat er </w:t>
      </w:r>
      <w:r w:rsidRPr="000767E2">
        <w:rPr>
          <w:i/>
          <w:lang w:val="sv-SE"/>
        </w:rPr>
        <w:t>är</w:t>
      </w:r>
      <w:r w:rsidRPr="000767E2">
        <w:rPr>
          <w:lang w:val="sv-SE"/>
        </w:rPr>
        <w:t xml:space="preserve"> helig ska också ni själva bli heliga i allt agerande,{{field-off:bible}} [[@</w:t>
      </w:r>
      <w:r w:rsidR="0096445B" w:rsidRPr="000767E2">
        <w:rPr>
          <w:lang w:val="sv-SE"/>
        </w:rPr>
        <w:t>BibleBIBEL82</w:t>
      </w:r>
      <w:r w:rsidRPr="000767E2">
        <w:rPr>
          <w:lang w:val="sv-SE"/>
        </w:rPr>
        <w:t>:1Pet 1:16]]</w:t>
      </w:r>
      <w:r w:rsidRPr="000767E2">
        <w:rPr>
          <w:vertAlign w:val="superscript"/>
          <w:lang w:val="sv-SE"/>
        </w:rPr>
        <w:t>16</w:t>
      </w:r>
      <w:r w:rsidRPr="000767E2">
        <w:rPr>
          <w:lang w:val="sv-SE"/>
        </w:rPr>
        <w:t xml:space="preserve"> {{field-on:bible}}eftersom det är skrivet: Heliga ska ni vara. För jag </w:t>
      </w:r>
      <w:r w:rsidRPr="000767E2">
        <w:rPr>
          <w:i/>
          <w:lang w:val="sv-SE"/>
        </w:rPr>
        <w:t>är</w:t>
      </w:r>
      <w:r w:rsidRPr="000767E2">
        <w:rPr>
          <w:lang w:val="sv-SE"/>
        </w:rPr>
        <w:t xml:space="preserve"> helig.{{field-off:bible}}</w:t>
      </w:r>
    </w:p>
    <w:p w14:paraId="50BA3031" w14:textId="4FE5F893" w:rsidR="00BA33AB" w:rsidRPr="000767E2" w:rsidRDefault="00000000">
      <w:pPr>
        <w:rPr>
          <w:lang w:val="sv-SE"/>
        </w:rPr>
      </w:pPr>
      <w:r w:rsidRPr="000767E2">
        <w:rPr>
          <w:lang w:val="sv-SE"/>
        </w:rPr>
        <w:t>[[@</w:t>
      </w:r>
      <w:r w:rsidR="0096445B" w:rsidRPr="000767E2">
        <w:rPr>
          <w:lang w:val="sv-SE"/>
        </w:rPr>
        <w:t>BibleBIBEL82</w:t>
      </w:r>
      <w:r w:rsidRPr="000767E2">
        <w:rPr>
          <w:lang w:val="sv-SE"/>
        </w:rPr>
        <w:t>:1Pet 1:17]]</w:t>
      </w:r>
      <w:r w:rsidRPr="000767E2">
        <w:rPr>
          <w:vertAlign w:val="superscript"/>
          <w:lang w:val="sv-SE"/>
        </w:rPr>
        <w:t>17</w:t>
      </w:r>
      <w:r w:rsidRPr="000767E2">
        <w:rPr>
          <w:lang w:val="sv-SE"/>
        </w:rPr>
        <w:t xml:space="preserve"> {{field-on:bible}}Och om ni åkallar en Far som opartiskt dömer efter vars och ens gärning </w:t>
      </w:r>
      <w:r w:rsidRPr="000767E2">
        <w:rPr>
          <w:i/>
          <w:lang w:val="sv-SE"/>
        </w:rPr>
        <w:t>är det</w:t>
      </w:r>
      <w:r w:rsidRPr="000767E2">
        <w:rPr>
          <w:lang w:val="sv-SE"/>
        </w:rPr>
        <w:t xml:space="preserve"> i fruktan ni ska agera under er vistelses tid,{{field-off:bible}} [[@</w:t>
      </w:r>
      <w:r w:rsidR="0096445B" w:rsidRPr="000767E2">
        <w:rPr>
          <w:lang w:val="sv-SE"/>
        </w:rPr>
        <w:t>BibleBIBEL82</w:t>
      </w:r>
      <w:r w:rsidRPr="000767E2">
        <w:rPr>
          <w:lang w:val="sv-SE"/>
        </w:rPr>
        <w:t>:1Pet 1:18]]</w:t>
      </w:r>
      <w:r w:rsidRPr="000767E2">
        <w:rPr>
          <w:vertAlign w:val="superscript"/>
          <w:lang w:val="sv-SE"/>
        </w:rPr>
        <w:t>18</w:t>
      </w:r>
      <w:r w:rsidRPr="000767E2">
        <w:rPr>
          <w:lang w:val="sv-SE"/>
        </w:rPr>
        <w:t xml:space="preserve"> {{field-on:bible}}då ni vet att </w:t>
      </w:r>
      <w:r w:rsidRPr="000767E2">
        <w:rPr>
          <w:i/>
          <w:lang w:val="sv-SE"/>
        </w:rPr>
        <w:t>det</w:t>
      </w:r>
      <w:r w:rsidRPr="000767E2">
        <w:rPr>
          <w:lang w:val="sv-SE"/>
        </w:rPr>
        <w:t xml:space="preserve"> inte </w:t>
      </w:r>
      <w:r w:rsidRPr="000767E2">
        <w:rPr>
          <w:i/>
          <w:lang w:val="sv-SE"/>
        </w:rPr>
        <w:t>var</w:t>
      </w:r>
      <w:r w:rsidRPr="000767E2">
        <w:rPr>
          <w:lang w:val="sv-SE"/>
        </w:rPr>
        <w:t xml:space="preserve"> med förgängliga </w:t>
      </w:r>
      <w:r w:rsidRPr="000767E2">
        <w:rPr>
          <w:i/>
          <w:lang w:val="sv-SE"/>
        </w:rPr>
        <w:t>ting</w:t>
      </w:r>
      <w:r w:rsidRPr="000767E2">
        <w:rPr>
          <w:lang w:val="sv-SE"/>
        </w:rPr>
        <w:t xml:space="preserve"> </w:t>
      </w:r>
      <w:r w:rsidRPr="000767E2">
        <w:rPr>
          <w:i/>
          <w:lang w:val="sv-SE"/>
        </w:rPr>
        <w:t>som</w:t>
      </w:r>
      <w:r w:rsidRPr="000767E2">
        <w:rPr>
          <w:lang w:val="sv-SE"/>
        </w:rPr>
        <w:t xml:space="preserve"> silver eller guld ni återlöstes från ert fåfängliga fäderneärvda agerande,{{field-off:bible}} [[@</w:t>
      </w:r>
      <w:r w:rsidR="0096445B" w:rsidRPr="000767E2">
        <w:rPr>
          <w:lang w:val="sv-SE"/>
        </w:rPr>
        <w:t>BibleBIBEL82</w:t>
      </w:r>
      <w:r w:rsidRPr="000767E2">
        <w:rPr>
          <w:lang w:val="sv-SE"/>
        </w:rPr>
        <w:t>:1Pet 1:19]]</w:t>
      </w:r>
      <w:r w:rsidRPr="000767E2">
        <w:rPr>
          <w:vertAlign w:val="superscript"/>
          <w:lang w:val="sv-SE"/>
        </w:rPr>
        <w:t>19</w:t>
      </w:r>
      <w:r w:rsidRPr="000767E2">
        <w:rPr>
          <w:lang w:val="sv-SE"/>
        </w:rPr>
        <w:t xml:space="preserve"> {{field-on:bible}}utan med dyrbart blod som från ett felfritt och fläckfritt offerlamm, från Kristus:{{field-off:bible}} [[@</w:t>
      </w:r>
      <w:r w:rsidR="0096445B" w:rsidRPr="000767E2">
        <w:rPr>
          <w:lang w:val="sv-SE"/>
        </w:rPr>
        <w:t>BibleBIBEL82</w:t>
      </w:r>
      <w:r w:rsidRPr="000767E2">
        <w:rPr>
          <w:lang w:val="sv-SE"/>
        </w:rPr>
        <w:t>:1Pet 1:20]]</w:t>
      </w:r>
      <w:r w:rsidRPr="000767E2">
        <w:rPr>
          <w:vertAlign w:val="superscript"/>
          <w:lang w:val="sv-SE"/>
        </w:rPr>
        <w:t>20</w:t>
      </w:r>
      <w:r w:rsidRPr="000767E2">
        <w:rPr>
          <w:lang w:val="sv-SE"/>
        </w:rPr>
        <w:t xml:space="preserve"> {{field-on:bible}}förutkänd före världens grundläggning, men har framträtt vid tidernas slut för er{{field-off:bible}} [[@</w:t>
      </w:r>
      <w:r w:rsidR="0096445B" w:rsidRPr="000767E2">
        <w:rPr>
          <w:lang w:val="sv-SE"/>
        </w:rPr>
        <w:t>BibleBIBEL82</w:t>
      </w:r>
      <w:r w:rsidRPr="000767E2">
        <w:rPr>
          <w:lang w:val="sv-SE"/>
        </w:rPr>
        <w:t>:1Pet 1:21]]</w:t>
      </w:r>
      <w:r w:rsidRPr="000767E2">
        <w:rPr>
          <w:vertAlign w:val="superscript"/>
          <w:lang w:val="sv-SE"/>
        </w:rPr>
        <w:t>21</w:t>
      </w:r>
      <w:r w:rsidRPr="000767E2">
        <w:rPr>
          <w:lang w:val="sv-SE"/>
        </w:rPr>
        <w:t xml:space="preserve"> {{field-on:bible}}som genom honom </w:t>
      </w:r>
      <w:r w:rsidRPr="000767E2">
        <w:rPr>
          <w:i/>
          <w:lang w:val="sv-SE"/>
        </w:rPr>
        <w:t>är</w:t>
      </w:r>
      <w:r w:rsidRPr="000767E2">
        <w:rPr>
          <w:lang w:val="sv-SE"/>
        </w:rPr>
        <w:t xml:space="preserve"> troende på Gud, som har uppväckt honom från </w:t>
      </w:r>
      <w:r w:rsidRPr="000767E2">
        <w:rPr>
          <w:i/>
          <w:lang w:val="sv-SE"/>
        </w:rPr>
        <w:t>de</w:t>
      </w:r>
      <w:r w:rsidRPr="000767E2">
        <w:rPr>
          <w:lang w:val="sv-SE"/>
        </w:rPr>
        <w:t xml:space="preserve"> döda och gett honom härlighet, så att er tro och </w:t>
      </w:r>
      <w:r w:rsidRPr="000767E2">
        <w:rPr>
          <w:i/>
          <w:lang w:val="sv-SE"/>
        </w:rPr>
        <w:t>ert</w:t>
      </w:r>
      <w:r w:rsidRPr="000767E2">
        <w:rPr>
          <w:lang w:val="sv-SE"/>
        </w:rPr>
        <w:t xml:space="preserve"> hopp är till Gud.{{field-off:bible}}</w:t>
      </w:r>
    </w:p>
    <w:p w14:paraId="11D7AB9C" w14:textId="77777777" w:rsidR="00BA33AB" w:rsidRPr="000767E2" w:rsidRDefault="00000000">
      <w:pPr>
        <w:pStyle w:val="Rubrik3"/>
        <w:rPr>
          <w:lang w:val="sv-SE"/>
        </w:rPr>
      </w:pPr>
      <w:r w:rsidRPr="000767E2">
        <w:rPr>
          <w:lang w:val="sv-SE"/>
        </w:rPr>
        <w:t>Guds levande ord</w:t>
      </w:r>
    </w:p>
    <w:p w14:paraId="19DF310D" w14:textId="0529ECE0" w:rsidR="00BA33AB" w:rsidRPr="000767E2" w:rsidRDefault="00000000">
      <w:pPr>
        <w:rPr>
          <w:lang w:val="sv-SE"/>
        </w:rPr>
      </w:pPr>
      <w:r w:rsidRPr="000767E2">
        <w:rPr>
          <w:lang w:val="sv-SE"/>
        </w:rPr>
        <w:t>[[@</w:t>
      </w:r>
      <w:r w:rsidR="0096445B" w:rsidRPr="000767E2">
        <w:rPr>
          <w:lang w:val="sv-SE"/>
        </w:rPr>
        <w:t>BibleBIBEL82</w:t>
      </w:r>
      <w:r w:rsidRPr="000767E2">
        <w:rPr>
          <w:lang w:val="sv-SE"/>
        </w:rPr>
        <w:t>:1Pet 1:22]]</w:t>
      </w:r>
      <w:r w:rsidRPr="000767E2">
        <w:rPr>
          <w:vertAlign w:val="superscript"/>
          <w:lang w:val="sv-SE"/>
        </w:rPr>
        <w:t>22</w:t>
      </w:r>
      <w:r w:rsidRPr="000767E2">
        <w:rPr>
          <w:lang w:val="sv-SE"/>
        </w:rPr>
        <w:t xml:space="preserve"> {{field-on:bible}}Då ni renat era själar i hörsamheten för sanningen till oförställd syskonkärlek av rent hjärta, ska ni älska varandra ihärdigt –{{field-</w:t>
      </w:r>
      <w:r w:rsidRPr="000767E2">
        <w:rPr>
          <w:lang w:val="sv-SE"/>
        </w:rPr>
        <w:lastRenderedPageBreak/>
        <w:t>off:bible}} [[@</w:t>
      </w:r>
      <w:r w:rsidR="0096445B" w:rsidRPr="000767E2">
        <w:rPr>
          <w:lang w:val="sv-SE"/>
        </w:rPr>
        <w:t>BibleBIBEL82</w:t>
      </w:r>
      <w:r w:rsidRPr="000767E2">
        <w:rPr>
          <w:lang w:val="sv-SE"/>
        </w:rPr>
        <w:t>:1Pet 1:23]]</w:t>
      </w:r>
      <w:r w:rsidRPr="000767E2">
        <w:rPr>
          <w:vertAlign w:val="superscript"/>
          <w:lang w:val="sv-SE"/>
        </w:rPr>
        <w:t>23</w:t>
      </w:r>
      <w:r w:rsidRPr="000767E2">
        <w:rPr>
          <w:lang w:val="sv-SE"/>
        </w:rPr>
        <w:t xml:space="preserve"> {{field-on:bible}}pånyttfödda inte av förgänglig sådd utan av oförgänglig, genom Guds levande och förblivande ord,{{field-off:bible}} [[@</w:t>
      </w:r>
      <w:r w:rsidR="0096445B" w:rsidRPr="000767E2">
        <w:rPr>
          <w:lang w:val="sv-SE"/>
        </w:rPr>
        <w:t>BibleBIBEL82</w:t>
      </w:r>
      <w:r w:rsidRPr="000767E2">
        <w:rPr>
          <w:lang w:val="sv-SE"/>
        </w:rPr>
        <w:t>:1Pet 1:24]]</w:t>
      </w:r>
      <w:r w:rsidRPr="000767E2">
        <w:rPr>
          <w:vertAlign w:val="superscript"/>
          <w:lang w:val="sv-SE"/>
        </w:rPr>
        <w:t>24</w:t>
      </w:r>
      <w:r w:rsidRPr="000767E2">
        <w:rPr>
          <w:lang w:val="sv-SE"/>
        </w:rPr>
        <w:t xml:space="preserve"> {{field-on:bible}}eftersom:{{field-off:bible}}</w:t>
      </w:r>
    </w:p>
    <w:p w14:paraId="22698E1A" w14:textId="6DE160E0" w:rsidR="00BA33AB" w:rsidRPr="000767E2" w:rsidRDefault="00000000">
      <w:pPr>
        <w:rPr>
          <w:lang w:val="sv-SE"/>
        </w:rPr>
      </w:pPr>
      <w:r w:rsidRPr="000767E2">
        <w:rPr>
          <w:lang w:val="sv-SE"/>
        </w:rPr>
        <w:t xml:space="preserve">{{field-on:bible}}Allt kött </w:t>
      </w:r>
      <w:r w:rsidRPr="000767E2">
        <w:rPr>
          <w:i/>
          <w:lang w:val="sv-SE"/>
        </w:rPr>
        <w:t>är</w:t>
      </w:r>
      <w:r w:rsidRPr="000767E2">
        <w:rPr>
          <w:lang w:val="sv-SE"/>
        </w:rPr>
        <w:t xml:space="preserve"> som gräs,</w:t>
      </w:r>
      <w:r w:rsidRPr="000767E2">
        <w:rPr>
          <w:lang w:val="sv-SE"/>
        </w:rPr>
        <w:br/>
        <w:t>och all dess härlighet som en blomma i gräs.</w:t>
      </w:r>
      <w:r w:rsidRPr="000767E2">
        <w:rPr>
          <w:lang w:val="sv-SE"/>
        </w:rPr>
        <w:br/>
        <w:t>Gräset har vissnat och blomman fallit av.{{field-off:bible}}</w:t>
      </w:r>
      <w:r w:rsidRPr="000767E2">
        <w:rPr>
          <w:lang w:val="sv-SE"/>
        </w:rPr>
        <w:br/>
        <w:t>[[@</w:t>
      </w:r>
      <w:r w:rsidR="0096445B" w:rsidRPr="000767E2">
        <w:rPr>
          <w:lang w:val="sv-SE"/>
        </w:rPr>
        <w:t>BibleBIBEL82</w:t>
      </w:r>
      <w:r w:rsidRPr="000767E2">
        <w:rPr>
          <w:lang w:val="sv-SE"/>
        </w:rPr>
        <w:t>:1Pet 1:25]]</w:t>
      </w:r>
      <w:r w:rsidRPr="000767E2">
        <w:rPr>
          <w:vertAlign w:val="superscript"/>
          <w:lang w:val="sv-SE"/>
        </w:rPr>
        <w:t>25</w:t>
      </w:r>
      <w:r w:rsidRPr="000767E2">
        <w:rPr>
          <w:lang w:val="sv-SE"/>
        </w:rPr>
        <w:t xml:space="preserve"> {{field-on:bible}}Men Herrens ord förblir till eonen.{{field-off:bible}}</w:t>
      </w:r>
    </w:p>
    <w:p w14:paraId="467D2EC5" w14:textId="77777777" w:rsidR="00BA33AB" w:rsidRPr="000767E2" w:rsidRDefault="00000000">
      <w:pPr>
        <w:rPr>
          <w:lang w:val="sv-SE"/>
        </w:rPr>
      </w:pPr>
      <w:r w:rsidRPr="000767E2">
        <w:rPr>
          <w:lang w:val="sv-SE"/>
        </w:rPr>
        <w:t>{{field-on:bible}}Och detta är ordet som har evangeliserats för er.{{field-off:bible}}</w:t>
      </w:r>
    </w:p>
    <w:p w14:paraId="4B7825AA" w14:textId="2A7CD9B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:1Pet 2]]Kapitel 2</w:t>
      </w:r>
    </w:p>
    <w:p w14:paraId="5B49CC63" w14:textId="6DE3997D" w:rsidR="00BA33AB" w:rsidRPr="000767E2" w:rsidRDefault="00000000">
      <w:pPr>
        <w:rPr>
          <w:lang w:val="sv-SE"/>
        </w:rPr>
      </w:pPr>
      <w:r w:rsidRPr="000767E2">
        <w:rPr>
          <w:lang w:val="sv-SE"/>
        </w:rPr>
        <w:t>[[@</w:t>
      </w:r>
      <w:r w:rsidR="0096445B" w:rsidRPr="000767E2">
        <w:rPr>
          <w:lang w:val="sv-SE"/>
        </w:rPr>
        <w:t>BibleBIBEL82</w:t>
      </w:r>
      <w:r w:rsidRPr="000767E2">
        <w:rPr>
          <w:lang w:val="sv-SE"/>
        </w:rPr>
        <w:t>:1Pet 2:1]]</w:t>
      </w:r>
      <w:r w:rsidRPr="000767E2">
        <w:rPr>
          <w:vertAlign w:val="superscript"/>
          <w:lang w:val="sv-SE"/>
        </w:rPr>
        <w:t>1</w:t>
      </w:r>
      <w:r w:rsidRPr="000767E2">
        <w:rPr>
          <w:lang w:val="sv-SE"/>
        </w:rPr>
        <w:t xml:space="preserve"> {{field-on:bible}}Lägg då bort all ondska och allt svek, och hycklerier och avundsamheter och allt förtal,{{field-off:bible}} [[@</w:t>
      </w:r>
      <w:r w:rsidR="0096445B" w:rsidRPr="000767E2">
        <w:rPr>
          <w:lang w:val="sv-SE"/>
        </w:rPr>
        <w:t>BibleBIBEL82</w:t>
      </w:r>
      <w:r w:rsidRPr="000767E2">
        <w:rPr>
          <w:lang w:val="sv-SE"/>
        </w:rPr>
        <w:t>:1Pet 2:2]]</w:t>
      </w:r>
      <w:r w:rsidRPr="000767E2">
        <w:rPr>
          <w:vertAlign w:val="superscript"/>
          <w:lang w:val="sv-SE"/>
        </w:rPr>
        <w:t>2</w:t>
      </w:r>
      <w:r w:rsidRPr="000767E2">
        <w:rPr>
          <w:lang w:val="sv-SE"/>
        </w:rPr>
        <w:t xml:space="preserve"> {{field-on:bible}}och längta som nyfödda spädbarn efter den förnuftsmässiga oförvanskade mjölken så att ni genom den växer till frälsning,{{field-off:bible}} [[@</w:t>
      </w:r>
      <w:r w:rsidR="0096445B" w:rsidRPr="000767E2">
        <w:rPr>
          <w:lang w:val="sv-SE"/>
        </w:rPr>
        <w:t>BibleBIBEL82</w:t>
      </w:r>
      <w:r w:rsidRPr="000767E2">
        <w:rPr>
          <w:lang w:val="sv-SE"/>
        </w:rPr>
        <w:t>:1Pet 2:3]]</w:t>
      </w:r>
      <w:r w:rsidRPr="000767E2">
        <w:rPr>
          <w:vertAlign w:val="superscript"/>
          <w:lang w:val="sv-SE"/>
        </w:rPr>
        <w:t>3</w:t>
      </w:r>
      <w:r w:rsidRPr="000767E2">
        <w:rPr>
          <w:lang w:val="sv-SE"/>
        </w:rPr>
        <w:t xml:space="preserve"> {{field-on:bible}}om ni har smakat att ljuv </w:t>
      </w:r>
      <w:r w:rsidRPr="000767E2">
        <w:rPr>
          <w:i/>
          <w:lang w:val="sv-SE"/>
        </w:rPr>
        <w:t>är</w:t>
      </w:r>
      <w:r w:rsidRPr="000767E2">
        <w:rPr>
          <w:lang w:val="sv-SE"/>
        </w:rPr>
        <w:t xml:space="preserve"> Herren.{{field-off:bible}}</w:t>
      </w:r>
    </w:p>
    <w:p w14:paraId="3932E5CE" w14:textId="77777777" w:rsidR="00BA33AB" w:rsidRPr="000767E2" w:rsidRDefault="00000000">
      <w:pPr>
        <w:pStyle w:val="Rubrik3"/>
        <w:rPr>
          <w:lang w:val="sv-SE"/>
        </w:rPr>
      </w:pPr>
      <w:r w:rsidRPr="000767E2">
        <w:rPr>
          <w:lang w:val="sv-SE"/>
        </w:rPr>
        <w:t>Ett heligt prästerskap</w:t>
      </w:r>
    </w:p>
    <w:p w14:paraId="70A6E2A1" w14:textId="213B0C1D" w:rsidR="00BA33AB" w:rsidRPr="000767E2" w:rsidRDefault="00000000">
      <w:pPr>
        <w:rPr>
          <w:lang w:val="sv-SE"/>
        </w:rPr>
      </w:pPr>
      <w:r w:rsidRPr="000767E2">
        <w:rPr>
          <w:lang w:val="sv-SE"/>
        </w:rPr>
        <w:t>[[@</w:t>
      </w:r>
      <w:r w:rsidR="0096445B" w:rsidRPr="000767E2">
        <w:rPr>
          <w:lang w:val="sv-SE"/>
        </w:rPr>
        <w:t>BibleBIBEL82</w:t>
      </w:r>
      <w:r w:rsidRPr="000767E2">
        <w:rPr>
          <w:lang w:val="sv-SE"/>
        </w:rPr>
        <w:t>:1Pet 2:4]]</w:t>
      </w:r>
      <w:r w:rsidRPr="000767E2">
        <w:rPr>
          <w:vertAlign w:val="superscript"/>
          <w:lang w:val="sv-SE"/>
        </w:rPr>
        <w:t>4</w:t>
      </w:r>
      <w:r w:rsidRPr="000767E2">
        <w:rPr>
          <w:lang w:val="sv-SE"/>
        </w:rPr>
        <w:t xml:space="preserve"> {{field-on:bible}}Kom till honom, en levande sten, av människor förkastad men hos Gud utvald, hedrad,{{field-off:bible}} [[@</w:t>
      </w:r>
      <w:r w:rsidR="0096445B" w:rsidRPr="000767E2">
        <w:rPr>
          <w:lang w:val="sv-SE"/>
        </w:rPr>
        <w:t>BibleBIBEL82</w:t>
      </w:r>
      <w:r w:rsidRPr="000767E2">
        <w:rPr>
          <w:lang w:val="sv-SE"/>
        </w:rPr>
        <w:t>:1Pet 2:5]]</w:t>
      </w:r>
      <w:r w:rsidRPr="000767E2">
        <w:rPr>
          <w:vertAlign w:val="superscript"/>
          <w:lang w:val="sv-SE"/>
        </w:rPr>
        <w:t>5</w:t>
      </w:r>
      <w:r w:rsidRPr="000767E2">
        <w:rPr>
          <w:lang w:val="sv-SE"/>
        </w:rPr>
        <w:t xml:space="preserve"> {{field-on:bible}}och låt er också själva som levande stenar byggas upp </w:t>
      </w:r>
      <w:r w:rsidRPr="000767E2">
        <w:rPr>
          <w:i/>
          <w:lang w:val="sv-SE"/>
        </w:rPr>
        <w:t>som</w:t>
      </w:r>
      <w:r w:rsidRPr="000767E2">
        <w:rPr>
          <w:lang w:val="sv-SE"/>
        </w:rPr>
        <w:t xml:space="preserve"> ett andligt hus, till ett heligt prästerskap </w:t>
      </w:r>
      <w:r w:rsidRPr="000767E2">
        <w:rPr>
          <w:i/>
          <w:lang w:val="sv-SE"/>
        </w:rPr>
        <w:t>för</w:t>
      </w:r>
      <w:r w:rsidRPr="000767E2">
        <w:rPr>
          <w:lang w:val="sv-SE"/>
        </w:rPr>
        <w:t xml:space="preserve"> att bära upp andliga offer, välmottagliga för Gud genom Jesus Kristus.{{field-off:bible}} [[@</w:t>
      </w:r>
      <w:r w:rsidR="0096445B" w:rsidRPr="000767E2">
        <w:rPr>
          <w:lang w:val="sv-SE"/>
        </w:rPr>
        <w:t>BibleBIBEL82</w:t>
      </w:r>
      <w:r w:rsidRPr="000767E2">
        <w:rPr>
          <w:lang w:val="sv-SE"/>
        </w:rPr>
        <w:t>:1Pet 2:6]]</w:t>
      </w:r>
      <w:r w:rsidRPr="000767E2">
        <w:rPr>
          <w:vertAlign w:val="superscript"/>
          <w:lang w:val="sv-SE"/>
        </w:rPr>
        <w:t>6</w:t>
      </w:r>
      <w:r w:rsidRPr="000767E2">
        <w:rPr>
          <w:lang w:val="sv-SE"/>
        </w:rPr>
        <w:t xml:space="preserve"> {{field-on:bible}}För det omfattas i Skriften:{{field-off:bible}}</w:t>
      </w:r>
    </w:p>
    <w:p w14:paraId="4D512FAD" w14:textId="77777777" w:rsidR="00BA33AB" w:rsidRPr="000767E2" w:rsidRDefault="00000000">
      <w:pPr>
        <w:rPr>
          <w:lang w:val="sv-SE"/>
        </w:rPr>
      </w:pPr>
      <w:r w:rsidRPr="000767E2">
        <w:rPr>
          <w:lang w:val="sv-SE"/>
        </w:rPr>
        <w:t>{{field-on:bible}}Se, jag lägger i Sion en ytterhörnsten, utvald, hedrad.</w:t>
      </w:r>
      <w:r w:rsidRPr="000767E2">
        <w:rPr>
          <w:lang w:val="sv-SE"/>
        </w:rPr>
        <w:br/>
        <w:t xml:space="preserve">Och den som tror på honom ska aldrig </w:t>
      </w:r>
      <w:r w:rsidRPr="000767E2">
        <w:rPr>
          <w:i/>
          <w:lang w:val="sv-SE"/>
        </w:rPr>
        <w:t>behöva</w:t>
      </w:r>
      <w:r w:rsidRPr="000767E2">
        <w:rPr>
          <w:lang w:val="sv-SE"/>
        </w:rPr>
        <w:t xml:space="preserve"> skämmas.{{field-off:bible}}</w:t>
      </w:r>
    </w:p>
    <w:p w14:paraId="3E9EDCFC" w14:textId="1C4780DE" w:rsidR="00BA33AB" w:rsidRPr="000767E2" w:rsidRDefault="00000000">
      <w:pPr>
        <w:rPr>
          <w:lang w:val="sv-SE"/>
        </w:rPr>
      </w:pPr>
      <w:r w:rsidRPr="000767E2">
        <w:rPr>
          <w:lang w:val="sv-SE"/>
        </w:rPr>
        <w:t>[[@</w:t>
      </w:r>
      <w:r w:rsidR="0096445B" w:rsidRPr="000767E2">
        <w:rPr>
          <w:lang w:val="sv-SE"/>
        </w:rPr>
        <w:t>BibleBIBEL82</w:t>
      </w:r>
      <w:r w:rsidRPr="000767E2">
        <w:rPr>
          <w:lang w:val="sv-SE"/>
        </w:rPr>
        <w:t>:1Pet 2:7]]</w:t>
      </w:r>
      <w:r w:rsidRPr="000767E2">
        <w:rPr>
          <w:vertAlign w:val="superscript"/>
          <w:lang w:val="sv-SE"/>
        </w:rPr>
        <w:t>7</w:t>
      </w:r>
      <w:r w:rsidRPr="000767E2">
        <w:rPr>
          <w:lang w:val="sv-SE"/>
        </w:rPr>
        <w:t xml:space="preserve"> {{field-on:bible}}Hedern är alltså för er troende. Men för otroende:{{field-off:bible}}</w:t>
      </w:r>
    </w:p>
    <w:p w14:paraId="6F9080EB" w14:textId="4BD92E0E" w:rsidR="00BA33AB" w:rsidRPr="000767E2" w:rsidRDefault="00000000">
      <w:pPr>
        <w:rPr>
          <w:lang w:val="sv-SE"/>
        </w:rPr>
      </w:pPr>
      <w:r w:rsidRPr="000767E2">
        <w:rPr>
          <w:lang w:val="sv-SE"/>
        </w:rPr>
        <w:t>{{field-on:bible}}Stenen som husbyggarna förkastade,</w:t>
      </w:r>
      <w:r w:rsidRPr="000767E2">
        <w:rPr>
          <w:lang w:val="sv-SE"/>
        </w:rPr>
        <w:br/>
        <w:t>den blev till huvudhörn</w:t>
      </w:r>
      <w:r w:rsidRPr="000767E2">
        <w:rPr>
          <w:i/>
          <w:lang w:val="sv-SE"/>
        </w:rPr>
        <w:t>sten</w:t>
      </w:r>
      <w:r w:rsidRPr="000767E2">
        <w:rPr>
          <w:lang w:val="sv-SE"/>
        </w:rPr>
        <w:t>{{field-off:bible}}</w:t>
      </w:r>
      <w:r w:rsidRPr="000767E2">
        <w:rPr>
          <w:lang w:val="sv-SE"/>
        </w:rPr>
        <w:br/>
        <w:t>[[@</w:t>
      </w:r>
      <w:r w:rsidR="0096445B" w:rsidRPr="000767E2">
        <w:rPr>
          <w:lang w:val="sv-SE"/>
        </w:rPr>
        <w:t>BibleBIBEL82</w:t>
      </w:r>
      <w:r w:rsidRPr="000767E2">
        <w:rPr>
          <w:lang w:val="sv-SE"/>
        </w:rPr>
        <w:t>:1Pet 2:8]]</w:t>
      </w:r>
      <w:r w:rsidRPr="000767E2">
        <w:rPr>
          <w:vertAlign w:val="superscript"/>
          <w:lang w:val="sv-SE"/>
        </w:rPr>
        <w:t>8</w:t>
      </w:r>
      <w:r w:rsidRPr="000767E2">
        <w:rPr>
          <w:lang w:val="sv-SE"/>
        </w:rPr>
        <w:t xml:space="preserve"> {{field-on:bible}}och stötesten och skandalklippa.{{field-off:bible}}</w:t>
      </w:r>
    </w:p>
    <w:p w14:paraId="15AE9B41" w14:textId="77777777" w:rsidR="00BA33AB" w:rsidRPr="000767E2" w:rsidRDefault="00000000">
      <w:pPr>
        <w:rPr>
          <w:lang w:val="sv-SE"/>
        </w:rPr>
      </w:pPr>
      <w:r w:rsidRPr="000767E2">
        <w:rPr>
          <w:lang w:val="sv-SE"/>
        </w:rPr>
        <w:t>{{field-on:bible}}De stöter emot när de är ohörsamma mot ordet, till vilket de också blev satta.{{field-off:bible}}</w:t>
      </w:r>
    </w:p>
    <w:p w14:paraId="6686C508" w14:textId="46D4EDCC" w:rsidR="00BA33AB" w:rsidRPr="000767E2" w:rsidRDefault="00000000">
      <w:pPr>
        <w:rPr>
          <w:lang w:val="sv-SE"/>
        </w:rPr>
      </w:pPr>
      <w:r w:rsidRPr="000767E2">
        <w:rPr>
          <w:lang w:val="sv-SE"/>
        </w:rPr>
        <w:t>[[@</w:t>
      </w:r>
      <w:r w:rsidR="0096445B" w:rsidRPr="000767E2">
        <w:rPr>
          <w:lang w:val="sv-SE"/>
        </w:rPr>
        <w:t>BibleBIBEL82</w:t>
      </w:r>
      <w:r w:rsidRPr="000767E2">
        <w:rPr>
          <w:lang w:val="sv-SE"/>
        </w:rPr>
        <w:t>:1Pet 2:9]]</w:t>
      </w:r>
      <w:r w:rsidRPr="000767E2">
        <w:rPr>
          <w:vertAlign w:val="superscript"/>
          <w:lang w:val="sv-SE"/>
        </w:rPr>
        <w:t>9</w:t>
      </w:r>
      <w:r w:rsidRPr="000767E2">
        <w:rPr>
          <w:lang w:val="sv-SE"/>
        </w:rPr>
        <w:t xml:space="preserve"> {{field-on:bible}}Men ni </w:t>
      </w:r>
      <w:r w:rsidRPr="000767E2">
        <w:rPr>
          <w:i/>
          <w:lang w:val="sv-SE"/>
        </w:rPr>
        <w:t>är</w:t>
      </w:r>
      <w:r w:rsidRPr="000767E2">
        <w:rPr>
          <w:lang w:val="sv-SE"/>
        </w:rPr>
        <w:t xml:space="preserve"> ett utvalt släkte, ett kungligt prästerskap, ett heligt folkslag, ett folk till förvärv för att förtälja dygderna hos honom som från mörker har kallat er till sitt förunderliga ljus:{{field-off:bible}} [[@</w:t>
      </w:r>
      <w:r w:rsidR="0096445B" w:rsidRPr="000767E2">
        <w:rPr>
          <w:lang w:val="sv-SE"/>
        </w:rPr>
        <w:t>BibleBIBEL82</w:t>
      </w:r>
      <w:r w:rsidRPr="000767E2">
        <w:rPr>
          <w:lang w:val="sv-SE"/>
        </w:rPr>
        <w:t>:1Pet 2:10]]</w:t>
      </w:r>
      <w:r w:rsidRPr="000767E2">
        <w:rPr>
          <w:vertAlign w:val="superscript"/>
          <w:lang w:val="sv-SE"/>
        </w:rPr>
        <w:t>10</w:t>
      </w:r>
      <w:r w:rsidRPr="000767E2">
        <w:rPr>
          <w:lang w:val="sv-SE"/>
        </w:rPr>
        <w:t xml:space="preserve"> {{field-on:bible}}en gång inte ett folk men nu Guds folk, som inte hade fått barmhärtighet men nu har fått barmhärtighet.{{field-off:bible}}</w:t>
      </w:r>
    </w:p>
    <w:p w14:paraId="5B41BB7E" w14:textId="77777777" w:rsidR="00BA33AB" w:rsidRPr="000767E2" w:rsidRDefault="00000000">
      <w:pPr>
        <w:pStyle w:val="Rubrik3"/>
        <w:rPr>
          <w:lang w:val="sv-SE"/>
        </w:rPr>
      </w:pPr>
      <w:r w:rsidRPr="000767E2">
        <w:rPr>
          <w:lang w:val="sv-SE"/>
        </w:rPr>
        <w:lastRenderedPageBreak/>
        <w:t>Ansvarsfulla godhetsgörare</w:t>
      </w:r>
    </w:p>
    <w:p w14:paraId="03C2A6B8" w14:textId="0650D084" w:rsidR="00BA33AB" w:rsidRPr="000767E2" w:rsidRDefault="00000000">
      <w:pPr>
        <w:rPr>
          <w:lang w:val="sv-SE"/>
        </w:rPr>
      </w:pPr>
      <w:r w:rsidRPr="000767E2">
        <w:rPr>
          <w:lang w:val="sv-SE"/>
        </w:rPr>
        <w:t>[[@</w:t>
      </w:r>
      <w:r w:rsidR="0096445B" w:rsidRPr="000767E2">
        <w:rPr>
          <w:lang w:val="sv-SE"/>
        </w:rPr>
        <w:t>BibleBIBEL82</w:t>
      </w:r>
      <w:r w:rsidRPr="000767E2">
        <w:rPr>
          <w:lang w:val="sv-SE"/>
        </w:rPr>
        <w:t>:1Pet 2:11]]</w:t>
      </w:r>
      <w:r w:rsidRPr="000767E2">
        <w:rPr>
          <w:vertAlign w:val="superscript"/>
          <w:lang w:val="sv-SE"/>
        </w:rPr>
        <w:t>11</w:t>
      </w:r>
      <w:r w:rsidRPr="000767E2">
        <w:rPr>
          <w:lang w:val="sv-SE"/>
        </w:rPr>
        <w:t xml:space="preserve"> {{field-on:bible}}</w:t>
      </w:r>
      <w:r w:rsidRPr="000767E2">
        <w:rPr>
          <w:i/>
          <w:lang w:val="sv-SE"/>
        </w:rPr>
        <w:t>Mina</w:t>
      </w:r>
      <w:r w:rsidRPr="000767E2">
        <w:rPr>
          <w:lang w:val="sv-SE"/>
        </w:rPr>
        <w:t xml:space="preserve"> älskade, jag uppmanar </w:t>
      </w:r>
      <w:r w:rsidRPr="000767E2">
        <w:rPr>
          <w:i/>
          <w:lang w:val="sv-SE"/>
        </w:rPr>
        <w:t>er</w:t>
      </w:r>
      <w:r w:rsidRPr="000767E2">
        <w:rPr>
          <w:lang w:val="sv-SE"/>
        </w:rPr>
        <w:t xml:space="preserve"> som utbölingar och utlänningar att avhålla er från de köttsliga begären som strider mot själen.{{field-off:bible}} [[@</w:t>
      </w:r>
      <w:r w:rsidR="0096445B" w:rsidRPr="000767E2">
        <w:rPr>
          <w:lang w:val="sv-SE"/>
        </w:rPr>
        <w:t>BibleBIBEL82</w:t>
      </w:r>
      <w:r w:rsidRPr="000767E2">
        <w:rPr>
          <w:lang w:val="sv-SE"/>
        </w:rPr>
        <w:t>:1Pet 2:12]]</w:t>
      </w:r>
      <w:r w:rsidRPr="000767E2">
        <w:rPr>
          <w:vertAlign w:val="superscript"/>
          <w:lang w:val="sv-SE"/>
        </w:rPr>
        <w:t>12</w:t>
      </w:r>
      <w:r w:rsidRPr="000767E2">
        <w:rPr>
          <w:lang w:val="sv-SE"/>
        </w:rPr>
        <w:t xml:space="preserve"> {{field-on:bible}}Ert agerande bland folkslagen </w:t>
      </w:r>
      <w:r w:rsidRPr="000767E2">
        <w:rPr>
          <w:i/>
          <w:lang w:val="sv-SE"/>
        </w:rPr>
        <w:t>ska ni</w:t>
      </w:r>
      <w:r w:rsidRPr="000767E2">
        <w:rPr>
          <w:lang w:val="sv-SE"/>
        </w:rPr>
        <w:t xml:space="preserve"> hålla fint, så att under det att de förtalar er som illdådare, de beskådar utifrån de goda gärningarna och ärar Gud på tillsynens dag.{{field-off:bible}}</w:t>
      </w:r>
    </w:p>
    <w:p w14:paraId="5D82A16E" w14:textId="16234C76" w:rsidR="00BA33AB" w:rsidRPr="000767E2" w:rsidRDefault="00000000">
      <w:pPr>
        <w:rPr>
          <w:lang w:val="sv-SE"/>
        </w:rPr>
      </w:pPr>
      <w:r w:rsidRPr="000767E2">
        <w:rPr>
          <w:lang w:val="sv-SE"/>
        </w:rPr>
        <w:t>[[@</w:t>
      </w:r>
      <w:r w:rsidR="0096445B" w:rsidRPr="000767E2">
        <w:rPr>
          <w:lang w:val="sv-SE"/>
        </w:rPr>
        <w:t>BibleBIBEL82</w:t>
      </w:r>
      <w:r w:rsidRPr="000767E2">
        <w:rPr>
          <w:lang w:val="sv-SE"/>
        </w:rPr>
        <w:t>:1Pet 2:13]]</w:t>
      </w:r>
      <w:r w:rsidRPr="000767E2">
        <w:rPr>
          <w:vertAlign w:val="superscript"/>
          <w:lang w:val="sv-SE"/>
        </w:rPr>
        <w:t>13</w:t>
      </w:r>
      <w:r w:rsidRPr="000767E2">
        <w:rPr>
          <w:lang w:val="sv-SE"/>
        </w:rPr>
        <w:t xml:space="preserve"> {{field-on:bible}}Underordna er varje mänsklig skapelse för Herrens skull: antingen en kung, såsom högre stående,{{field-off:bible}} [[@</w:t>
      </w:r>
      <w:r w:rsidR="0096445B" w:rsidRPr="000767E2">
        <w:rPr>
          <w:lang w:val="sv-SE"/>
        </w:rPr>
        <w:t>BibleBIBEL82</w:t>
      </w:r>
      <w:r w:rsidRPr="000767E2">
        <w:rPr>
          <w:lang w:val="sv-SE"/>
        </w:rPr>
        <w:t>:1Pet 2:14]]</w:t>
      </w:r>
      <w:r w:rsidRPr="000767E2">
        <w:rPr>
          <w:vertAlign w:val="superscript"/>
          <w:lang w:val="sv-SE"/>
        </w:rPr>
        <w:t>14</w:t>
      </w:r>
      <w:r w:rsidRPr="000767E2">
        <w:rPr>
          <w:lang w:val="sv-SE"/>
        </w:rPr>
        <w:t xml:space="preserve"> {{field-on:bible}}eller styresmän såsom av honom skickade till rättskipning för illdådare men lovord för godhetsgörare.{{field-off:bible}} [[@</w:t>
      </w:r>
      <w:r w:rsidR="0096445B" w:rsidRPr="000767E2">
        <w:rPr>
          <w:lang w:val="sv-SE"/>
        </w:rPr>
        <w:t>BibleBIBEL82</w:t>
      </w:r>
      <w:r w:rsidRPr="000767E2">
        <w:rPr>
          <w:lang w:val="sv-SE"/>
        </w:rPr>
        <w:t>:1Pet 2:15]]</w:t>
      </w:r>
      <w:r w:rsidRPr="000767E2">
        <w:rPr>
          <w:vertAlign w:val="superscript"/>
          <w:lang w:val="sv-SE"/>
        </w:rPr>
        <w:t>15</w:t>
      </w:r>
      <w:r w:rsidRPr="000767E2">
        <w:rPr>
          <w:lang w:val="sv-SE"/>
        </w:rPr>
        <w:t xml:space="preserve"> {{field-on:bible}}För så är Guds vilja: att göra gott och täppa till de vettlösa människornas okunskap,{{field-off:bible}} [[@</w:t>
      </w:r>
      <w:r w:rsidR="0096445B" w:rsidRPr="000767E2">
        <w:rPr>
          <w:lang w:val="sv-SE"/>
        </w:rPr>
        <w:t>BibleBIBEL82</w:t>
      </w:r>
      <w:r w:rsidRPr="000767E2">
        <w:rPr>
          <w:lang w:val="sv-SE"/>
        </w:rPr>
        <w:t>:1Pet 2:16]]</w:t>
      </w:r>
      <w:r w:rsidRPr="000767E2">
        <w:rPr>
          <w:vertAlign w:val="superscript"/>
          <w:lang w:val="sv-SE"/>
        </w:rPr>
        <w:t>16</w:t>
      </w:r>
      <w:r w:rsidRPr="000767E2">
        <w:rPr>
          <w:lang w:val="sv-SE"/>
        </w:rPr>
        <w:t xml:space="preserve"> {{field-on:bible}}som fria och inte som </w:t>
      </w:r>
      <w:r w:rsidRPr="000767E2">
        <w:rPr>
          <w:i/>
          <w:lang w:val="sv-SE"/>
        </w:rPr>
        <w:t>att</w:t>
      </w:r>
      <w:r w:rsidRPr="000767E2">
        <w:rPr>
          <w:lang w:val="sv-SE"/>
        </w:rPr>
        <w:t xml:space="preserve"> ni har friheten som täckmantel för ondskan, utan som Guds fasttjänare.{{field-off:bible}} [[@</w:t>
      </w:r>
      <w:r w:rsidR="0096445B" w:rsidRPr="000767E2">
        <w:rPr>
          <w:lang w:val="sv-SE"/>
        </w:rPr>
        <w:t>BibleBIBEL82</w:t>
      </w:r>
      <w:r w:rsidRPr="000767E2">
        <w:rPr>
          <w:lang w:val="sv-SE"/>
        </w:rPr>
        <w:t>:1Pet 2:17]]</w:t>
      </w:r>
      <w:r w:rsidRPr="000767E2">
        <w:rPr>
          <w:vertAlign w:val="superscript"/>
          <w:lang w:val="sv-SE"/>
        </w:rPr>
        <w:t>17</w:t>
      </w:r>
      <w:r w:rsidRPr="000767E2">
        <w:rPr>
          <w:lang w:val="sv-SE"/>
        </w:rPr>
        <w:t xml:space="preserve"> {{field-on:bible}}Hedra alla. Älska syskonskaran. Frukta Gud. Hedra kungen.{{field-off:bible}}</w:t>
      </w:r>
    </w:p>
    <w:p w14:paraId="7777E8D3" w14:textId="77777777" w:rsidR="00BA33AB" w:rsidRPr="000767E2" w:rsidRDefault="00000000">
      <w:pPr>
        <w:pStyle w:val="Rubrik3"/>
        <w:rPr>
          <w:lang w:val="sv-SE"/>
        </w:rPr>
      </w:pPr>
      <w:r w:rsidRPr="000767E2">
        <w:rPr>
          <w:lang w:val="sv-SE"/>
        </w:rPr>
        <w:t>Kristus som förebild och Frälsare</w:t>
      </w:r>
    </w:p>
    <w:p w14:paraId="4E2BEE1F" w14:textId="6678C955" w:rsidR="00BA33AB" w:rsidRPr="000767E2" w:rsidRDefault="00000000">
      <w:pPr>
        <w:rPr>
          <w:lang w:val="sv-SE"/>
        </w:rPr>
      </w:pPr>
      <w:r w:rsidRPr="000767E2">
        <w:rPr>
          <w:lang w:val="sv-SE"/>
        </w:rPr>
        <w:t>[[@</w:t>
      </w:r>
      <w:r w:rsidR="0096445B" w:rsidRPr="000767E2">
        <w:rPr>
          <w:lang w:val="sv-SE"/>
        </w:rPr>
        <w:t>BibleBIBEL82</w:t>
      </w:r>
      <w:r w:rsidRPr="000767E2">
        <w:rPr>
          <w:lang w:val="sv-SE"/>
        </w:rPr>
        <w:t>:1Pet 2:18]]</w:t>
      </w:r>
      <w:r w:rsidRPr="000767E2">
        <w:rPr>
          <w:vertAlign w:val="superscript"/>
          <w:lang w:val="sv-SE"/>
        </w:rPr>
        <w:t>18</w:t>
      </w:r>
      <w:r w:rsidRPr="000767E2">
        <w:rPr>
          <w:lang w:val="sv-SE"/>
        </w:rPr>
        <w:t xml:space="preserve"> {{field-on:bible}}</w:t>
      </w:r>
      <w:r w:rsidRPr="000767E2">
        <w:rPr>
          <w:i/>
          <w:lang w:val="sv-SE"/>
        </w:rPr>
        <w:t>Ni</w:t>
      </w:r>
      <w:r w:rsidRPr="000767E2">
        <w:rPr>
          <w:lang w:val="sv-SE"/>
        </w:rPr>
        <w:t xml:space="preserve"> hustjänare: underordna er i all fruktan härskarna, inte bara de goda och vänliga utan även de krokiga.{{field-off:bible}} [[@</w:t>
      </w:r>
      <w:r w:rsidR="0096445B" w:rsidRPr="000767E2">
        <w:rPr>
          <w:lang w:val="sv-SE"/>
        </w:rPr>
        <w:t>BibleBIBEL82</w:t>
      </w:r>
      <w:r w:rsidRPr="000767E2">
        <w:rPr>
          <w:lang w:val="sv-SE"/>
        </w:rPr>
        <w:t>:1Pet 2:19]]</w:t>
      </w:r>
      <w:r w:rsidRPr="000767E2">
        <w:rPr>
          <w:vertAlign w:val="superscript"/>
          <w:lang w:val="sv-SE"/>
        </w:rPr>
        <w:t>19</w:t>
      </w:r>
      <w:r w:rsidRPr="000767E2">
        <w:rPr>
          <w:lang w:val="sv-SE"/>
        </w:rPr>
        <w:t xml:space="preserve"> {{field-on:bible}}För detta </w:t>
      </w:r>
      <w:r w:rsidRPr="000767E2">
        <w:rPr>
          <w:i/>
          <w:lang w:val="sv-SE"/>
        </w:rPr>
        <w:t>är</w:t>
      </w:r>
      <w:r w:rsidRPr="000767E2">
        <w:rPr>
          <w:lang w:val="sv-SE"/>
        </w:rPr>
        <w:t xml:space="preserve"> en nåd, om någon av medvetenhet om Gud uthärdar bedrövelser när han </w:t>
      </w:r>
      <w:r w:rsidRPr="000767E2">
        <w:rPr>
          <w:i/>
          <w:lang w:val="sv-SE"/>
        </w:rPr>
        <w:t>får</w:t>
      </w:r>
      <w:r w:rsidRPr="000767E2">
        <w:rPr>
          <w:lang w:val="sv-SE"/>
        </w:rPr>
        <w:t xml:space="preserve"> lida orättfärdigt.{{field-off:bible}} [[@</w:t>
      </w:r>
      <w:r w:rsidR="0096445B" w:rsidRPr="000767E2">
        <w:rPr>
          <w:lang w:val="sv-SE"/>
        </w:rPr>
        <w:t>BibleBIBEL82</w:t>
      </w:r>
      <w:r w:rsidRPr="000767E2">
        <w:rPr>
          <w:lang w:val="sv-SE"/>
        </w:rPr>
        <w:t>:1Pet 2:20]]</w:t>
      </w:r>
      <w:r w:rsidRPr="000767E2">
        <w:rPr>
          <w:vertAlign w:val="superscript"/>
          <w:lang w:val="sv-SE"/>
        </w:rPr>
        <w:t>20</w:t>
      </w:r>
      <w:r w:rsidRPr="000767E2">
        <w:rPr>
          <w:lang w:val="sv-SE"/>
        </w:rPr>
        <w:t xml:space="preserve"> {{field-on:bible}}För vilken renommé </w:t>
      </w:r>
      <w:r w:rsidRPr="000767E2">
        <w:rPr>
          <w:i/>
          <w:lang w:val="sv-SE"/>
        </w:rPr>
        <w:t>är det</w:t>
      </w:r>
      <w:r w:rsidRPr="000767E2">
        <w:rPr>
          <w:lang w:val="sv-SE"/>
        </w:rPr>
        <w:t xml:space="preserve"> om ni syndar och blir påpucklade och håller ut? Men om ni gör gott och lider och håller ut, </w:t>
      </w:r>
      <w:r w:rsidRPr="000767E2">
        <w:rPr>
          <w:i/>
          <w:lang w:val="sv-SE"/>
        </w:rPr>
        <w:t>är</w:t>
      </w:r>
      <w:r w:rsidRPr="000767E2">
        <w:rPr>
          <w:lang w:val="sv-SE"/>
        </w:rPr>
        <w:t xml:space="preserve"> detta nåd hos Gud.{{field-off:bible}}</w:t>
      </w:r>
    </w:p>
    <w:p w14:paraId="065B04B1" w14:textId="6EA6D63C" w:rsidR="00BA33AB" w:rsidRPr="000767E2" w:rsidRDefault="00000000">
      <w:pPr>
        <w:rPr>
          <w:lang w:val="sv-SE"/>
        </w:rPr>
      </w:pPr>
      <w:r w:rsidRPr="000767E2">
        <w:rPr>
          <w:lang w:val="sv-SE"/>
        </w:rPr>
        <w:t>[[@</w:t>
      </w:r>
      <w:r w:rsidR="0096445B" w:rsidRPr="000767E2">
        <w:rPr>
          <w:lang w:val="sv-SE"/>
        </w:rPr>
        <w:t>BibleBIBEL82</w:t>
      </w:r>
      <w:r w:rsidRPr="000767E2">
        <w:rPr>
          <w:lang w:val="sv-SE"/>
        </w:rPr>
        <w:t>:1Pet 2:21]]</w:t>
      </w:r>
      <w:r w:rsidRPr="000767E2">
        <w:rPr>
          <w:vertAlign w:val="superscript"/>
          <w:lang w:val="sv-SE"/>
        </w:rPr>
        <w:t>21</w:t>
      </w:r>
      <w:r w:rsidRPr="000767E2">
        <w:rPr>
          <w:lang w:val="sv-SE"/>
        </w:rPr>
        <w:t xml:space="preserve"> {{field-on:bible}}Till detta är ni nämligen kallade. För även Kristus led för er och efterlämnade åt er en mall, för att ni ska efterfölja i hans fotspår.{{field-off:bible}} [[@</w:t>
      </w:r>
      <w:r w:rsidR="0096445B" w:rsidRPr="000767E2">
        <w:rPr>
          <w:lang w:val="sv-SE"/>
        </w:rPr>
        <w:t>BibleBIBEL82</w:t>
      </w:r>
      <w:r w:rsidRPr="000767E2">
        <w:rPr>
          <w:lang w:val="sv-SE"/>
        </w:rPr>
        <w:t>:1Pet 2:22]]</w:t>
      </w:r>
      <w:r w:rsidRPr="000767E2">
        <w:rPr>
          <w:vertAlign w:val="superscript"/>
          <w:lang w:val="sv-SE"/>
        </w:rPr>
        <w:t>22</w:t>
      </w:r>
      <w:r w:rsidRPr="000767E2">
        <w:rPr>
          <w:lang w:val="sv-SE"/>
        </w:rPr>
        <w:t xml:space="preserve"> {{field-on:bible}}Han gjorde ingen synd, och inget svek fanns i hans mun.{{field-off:bible}} [[@</w:t>
      </w:r>
      <w:r w:rsidR="0096445B" w:rsidRPr="000767E2">
        <w:rPr>
          <w:lang w:val="sv-SE"/>
        </w:rPr>
        <w:t>BibleBIBEL82</w:t>
      </w:r>
      <w:r w:rsidRPr="000767E2">
        <w:rPr>
          <w:lang w:val="sv-SE"/>
        </w:rPr>
        <w:t>:1Pet 2:23]]</w:t>
      </w:r>
      <w:r w:rsidRPr="000767E2">
        <w:rPr>
          <w:vertAlign w:val="superscript"/>
          <w:lang w:val="sv-SE"/>
        </w:rPr>
        <w:t>23</w:t>
      </w:r>
      <w:r w:rsidRPr="000767E2">
        <w:rPr>
          <w:lang w:val="sv-SE"/>
        </w:rPr>
        <w:t xml:space="preserve"> {{field-on:bible}}Han blev hånad och hånade inte tillbaka. Han led och hotade inte, utan överlämnade </w:t>
      </w:r>
      <w:r w:rsidRPr="000767E2">
        <w:rPr>
          <w:i/>
          <w:lang w:val="sv-SE"/>
        </w:rPr>
        <w:t>det</w:t>
      </w:r>
      <w:r w:rsidRPr="000767E2">
        <w:rPr>
          <w:lang w:val="sv-SE"/>
        </w:rPr>
        <w:t xml:space="preserve"> åt honom som dömer rättfärdigt.{{field-off:bible}} [[@</w:t>
      </w:r>
      <w:r w:rsidR="0096445B" w:rsidRPr="000767E2">
        <w:rPr>
          <w:lang w:val="sv-SE"/>
        </w:rPr>
        <w:t>BibleBIBEL82</w:t>
      </w:r>
      <w:r w:rsidRPr="000767E2">
        <w:rPr>
          <w:lang w:val="sv-SE"/>
        </w:rPr>
        <w:t>:1Pet 2:24]]</w:t>
      </w:r>
      <w:r w:rsidRPr="000767E2">
        <w:rPr>
          <w:vertAlign w:val="superscript"/>
          <w:lang w:val="sv-SE"/>
        </w:rPr>
        <w:t>24</w:t>
      </w:r>
      <w:r w:rsidRPr="000767E2">
        <w:rPr>
          <w:lang w:val="sv-SE"/>
        </w:rPr>
        <w:t xml:space="preserve"> {{field-on:bible}}Han bar upp våra synder själv i sin kropp på träet, för att vi skulle gå bort från synderna och leva för rättfärdigheten. Genom hans blodvite har ni helats.{{field-off:bible}} [[@</w:t>
      </w:r>
      <w:r w:rsidR="0096445B" w:rsidRPr="000767E2">
        <w:rPr>
          <w:lang w:val="sv-SE"/>
        </w:rPr>
        <w:t>BibleBIBEL82</w:t>
      </w:r>
      <w:r w:rsidRPr="000767E2">
        <w:rPr>
          <w:lang w:val="sv-SE"/>
        </w:rPr>
        <w:t>:1Pet 2:25]]</w:t>
      </w:r>
      <w:r w:rsidRPr="000767E2">
        <w:rPr>
          <w:vertAlign w:val="superscript"/>
          <w:lang w:val="sv-SE"/>
        </w:rPr>
        <w:t>25</w:t>
      </w:r>
      <w:r w:rsidRPr="000767E2">
        <w:rPr>
          <w:lang w:val="sv-SE"/>
        </w:rPr>
        <w:t xml:space="preserve"> {{field-on:bible}}För ni var som förvillade får, men har vänt om nu till era själars herde och tillsyningsman.{{field-off:bible}}</w:t>
      </w:r>
    </w:p>
    <w:p w14:paraId="6CCF9D37" w14:textId="6B38EF1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:1Pet 3]]Kapitel 3</w:t>
      </w:r>
    </w:p>
    <w:p w14:paraId="73CF398B" w14:textId="77777777" w:rsidR="00BA33AB" w:rsidRPr="000767E2" w:rsidRDefault="00000000">
      <w:pPr>
        <w:pStyle w:val="Rubrik3"/>
        <w:rPr>
          <w:lang w:val="sv-SE"/>
        </w:rPr>
      </w:pPr>
      <w:r w:rsidRPr="000767E2">
        <w:rPr>
          <w:lang w:val="sv-SE"/>
        </w:rPr>
        <w:t>Man och hustru</w:t>
      </w:r>
    </w:p>
    <w:p w14:paraId="6FDF7F5B" w14:textId="766D450C" w:rsidR="00BA33AB" w:rsidRPr="000767E2" w:rsidRDefault="00000000">
      <w:pPr>
        <w:rPr>
          <w:lang w:val="sv-SE"/>
        </w:rPr>
      </w:pPr>
      <w:r w:rsidRPr="000767E2">
        <w:rPr>
          <w:lang w:val="sv-SE"/>
        </w:rPr>
        <w:t>[[@</w:t>
      </w:r>
      <w:r w:rsidR="0096445B" w:rsidRPr="000767E2">
        <w:rPr>
          <w:lang w:val="sv-SE"/>
        </w:rPr>
        <w:t>BibleBIBEL82</w:t>
      </w:r>
      <w:r w:rsidRPr="000767E2">
        <w:rPr>
          <w:lang w:val="sv-SE"/>
        </w:rPr>
        <w:t>:1Pet 3:1]]</w:t>
      </w:r>
      <w:r w:rsidRPr="000767E2">
        <w:rPr>
          <w:vertAlign w:val="superscript"/>
          <w:lang w:val="sv-SE"/>
        </w:rPr>
        <w:t>1</w:t>
      </w:r>
      <w:r w:rsidRPr="000767E2">
        <w:rPr>
          <w:lang w:val="sv-SE"/>
        </w:rPr>
        <w:t xml:space="preserve"> {{field-on:bible}}Likaså </w:t>
      </w:r>
      <w:r w:rsidRPr="000767E2">
        <w:rPr>
          <w:i/>
          <w:lang w:val="sv-SE"/>
        </w:rPr>
        <w:t>ni</w:t>
      </w:r>
      <w:r w:rsidRPr="000767E2">
        <w:rPr>
          <w:lang w:val="sv-SE"/>
        </w:rPr>
        <w:t xml:space="preserve"> hustrur: underordna er </w:t>
      </w:r>
      <w:r w:rsidRPr="000767E2">
        <w:rPr>
          <w:i/>
          <w:lang w:val="sv-SE"/>
        </w:rPr>
        <w:t>era</w:t>
      </w:r>
      <w:r w:rsidRPr="000767E2">
        <w:rPr>
          <w:lang w:val="sv-SE"/>
        </w:rPr>
        <w:t xml:space="preserve"> egna män, så att även om några är ohörsamma mot ordet ska de genom hustrurnas agerande utan ord vinnas,{{field-off:bible}} [[@</w:t>
      </w:r>
      <w:r w:rsidR="0096445B" w:rsidRPr="000767E2">
        <w:rPr>
          <w:lang w:val="sv-SE"/>
        </w:rPr>
        <w:t>BibleBIBEL82</w:t>
      </w:r>
      <w:r w:rsidRPr="000767E2">
        <w:rPr>
          <w:lang w:val="sv-SE"/>
        </w:rPr>
        <w:t>:1Pet 3:2]]</w:t>
      </w:r>
      <w:r w:rsidRPr="000767E2">
        <w:rPr>
          <w:vertAlign w:val="superscript"/>
          <w:lang w:val="sv-SE"/>
        </w:rPr>
        <w:t>2</w:t>
      </w:r>
      <w:r w:rsidRPr="000767E2">
        <w:rPr>
          <w:lang w:val="sv-SE"/>
        </w:rPr>
        <w:t xml:space="preserve"> {{field-on:bible}}när de beskådar ert i fruktan rena agerande.{{field-off:bible}} [[@</w:t>
      </w:r>
      <w:r w:rsidR="0096445B" w:rsidRPr="000767E2">
        <w:rPr>
          <w:lang w:val="sv-SE"/>
        </w:rPr>
        <w:t>BibleBIBEL82</w:t>
      </w:r>
      <w:r w:rsidRPr="000767E2">
        <w:rPr>
          <w:lang w:val="sv-SE"/>
        </w:rPr>
        <w:t>:1Pet 3:3]]</w:t>
      </w:r>
      <w:r w:rsidRPr="000767E2">
        <w:rPr>
          <w:vertAlign w:val="superscript"/>
          <w:lang w:val="sv-SE"/>
        </w:rPr>
        <w:t>3</w:t>
      </w:r>
      <w:r w:rsidRPr="000767E2">
        <w:rPr>
          <w:lang w:val="sv-SE"/>
        </w:rPr>
        <w:t xml:space="preserve"> {{field-on:bible}}Er </w:t>
      </w:r>
      <w:r w:rsidRPr="000767E2">
        <w:rPr>
          <w:lang w:val="sv-SE"/>
        </w:rPr>
        <w:lastRenderedPageBreak/>
        <w:t>utsmyckning ska vara inte den yttre, med inflätning av hår och påsättande av guld eller iklädande av kläder,{{field-off:bible}} [[@</w:t>
      </w:r>
      <w:r w:rsidR="0096445B" w:rsidRPr="000767E2">
        <w:rPr>
          <w:lang w:val="sv-SE"/>
        </w:rPr>
        <w:t>BibleBIBEL82</w:t>
      </w:r>
      <w:r w:rsidRPr="000767E2">
        <w:rPr>
          <w:lang w:val="sv-SE"/>
        </w:rPr>
        <w:t>:1Pet 3:4]]</w:t>
      </w:r>
      <w:r w:rsidRPr="000767E2">
        <w:rPr>
          <w:vertAlign w:val="superscript"/>
          <w:lang w:val="sv-SE"/>
        </w:rPr>
        <w:t>4</w:t>
      </w:r>
      <w:r w:rsidRPr="000767E2">
        <w:rPr>
          <w:lang w:val="sv-SE"/>
        </w:rPr>
        <w:t xml:space="preserve"> {{field-on:bible}}utan hjärtats fördolda människa med oförgängligheten hos den milda och stilla anden, vilket inför Gud är kostbart.{{field-off:bible}}</w:t>
      </w:r>
    </w:p>
    <w:p w14:paraId="6C25BB9E" w14:textId="29226C54" w:rsidR="00BA33AB" w:rsidRPr="000767E2" w:rsidRDefault="00000000">
      <w:pPr>
        <w:rPr>
          <w:lang w:val="sv-SE"/>
        </w:rPr>
      </w:pPr>
      <w:r w:rsidRPr="000767E2">
        <w:rPr>
          <w:lang w:val="sv-SE"/>
        </w:rPr>
        <w:t>[[@</w:t>
      </w:r>
      <w:r w:rsidR="0096445B" w:rsidRPr="000767E2">
        <w:rPr>
          <w:lang w:val="sv-SE"/>
        </w:rPr>
        <w:t>BibleBIBEL82</w:t>
      </w:r>
      <w:r w:rsidRPr="000767E2">
        <w:rPr>
          <w:lang w:val="sv-SE"/>
        </w:rPr>
        <w:t>:1Pet 3:5]]</w:t>
      </w:r>
      <w:r w:rsidRPr="000767E2">
        <w:rPr>
          <w:vertAlign w:val="superscript"/>
          <w:lang w:val="sv-SE"/>
        </w:rPr>
        <w:t>5</w:t>
      </w:r>
      <w:r w:rsidRPr="000767E2">
        <w:rPr>
          <w:lang w:val="sv-SE"/>
        </w:rPr>
        <w:t xml:space="preserve"> {{field-on:bible}}För så har en gång också de heliga kvinnorna som hoppades på Gud smyckat sig själva och underordnat sig </w:t>
      </w:r>
      <w:r w:rsidRPr="000767E2">
        <w:rPr>
          <w:i/>
          <w:lang w:val="sv-SE"/>
        </w:rPr>
        <w:t>sina</w:t>
      </w:r>
      <w:r w:rsidRPr="000767E2">
        <w:rPr>
          <w:lang w:val="sv-SE"/>
        </w:rPr>
        <w:t xml:space="preserve"> egna män,{{field-off:bible}} [[@</w:t>
      </w:r>
      <w:r w:rsidR="0096445B" w:rsidRPr="000767E2">
        <w:rPr>
          <w:lang w:val="sv-SE"/>
        </w:rPr>
        <w:t>BibleBIBEL82</w:t>
      </w:r>
      <w:r w:rsidRPr="000767E2">
        <w:rPr>
          <w:lang w:val="sv-SE"/>
        </w:rPr>
        <w:t>:1Pet 3:6]]</w:t>
      </w:r>
      <w:r w:rsidRPr="000767E2">
        <w:rPr>
          <w:vertAlign w:val="superscript"/>
          <w:lang w:val="sv-SE"/>
        </w:rPr>
        <w:t>6</w:t>
      </w:r>
      <w:r w:rsidRPr="000767E2">
        <w:rPr>
          <w:lang w:val="sv-SE"/>
        </w:rPr>
        <w:t xml:space="preserve"> {{field-on:bible}}såsom Sara hörsammade Abraham och kallade honom herre. Hennes barn har ni blivit, när ni gör gott och inte fruktar någon uppskrämdhet.{{field-off:bible}}</w:t>
      </w:r>
    </w:p>
    <w:p w14:paraId="7E9B9C73" w14:textId="00F7D08C" w:rsidR="00BA33AB" w:rsidRPr="000767E2" w:rsidRDefault="00000000">
      <w:pPr>
        <w:rPr>
          <w:lang w:val="sv-SE"/>
        </w:rPr>
      </w:pPr>
      <w:r w:rsidRPr="000767E2">
        <w:rPr>
          <w:lang w:val="sv-SE"/>
        </w:rPr>
        <w:t>[[@</w:t>
      </w:r>
      <w:r w:rsidR="0096445B" w:rsidRPr="000767E2">
        <w:rPr>
          <w:lang w:val="sv-SE"/>
        </w:rPr>
        <w:t>BibleBIBEL82</w:t>
      </w:r>
      <w:r w:rsidRPr="000767E2">
        <w:rPr>
          <w:lang w:val="sv-SE"/>
        </w:rPr>
        <w:t>:1Pet 3:7]]</w:t>
      </w:r>
      <w:r w:rsidRPr="000767E2">
        <w:rPr>
          <w:vertAlign w:val="superscript"/>
          <w:lang w:val="sv-SE"/>
        </w:rPr>
        <w:t>7</w:t>
      </w:r>
      <w:r w:rsidRPr="000767E2">
        <w:rPr>
          <w:lang w:val="sv-SE"/>
        </w:rPr>
        <w:t xml:space="preserve"> {{field-on:bible}}</w:t>
      </w:r>
      <w:r w:rsidRPr="000767E2">
        <w:rPr>
          <w:i/>
          <w:lang w:val="sv-SE"/>
        </w:rPr>
        <w:t>Ni</w:t>
      </w:r>
      <w:r w:rsidRPr="000767E2">
        <w:rPr>
          <w:lang w:val="sv-SE"/>
        </w:rPr>
        <w:t xml:space="preserve"> män likaså: samlev efter kunskap med det kvinnliga som med ett svagare kärl, och tillerkänn heder såsom också medarvingar till livets nåd, så att inte era böner blir förhindrade.{{field-off:bible}}</w:t>
      </w:r>
    </w:p>
    <w:p w14:paraId="32CDD1F4" w14:textId="77777777" w:rsidR="00BA33AB" w:rsidRPr="000767E2" w:rsidRDefault="00000000">
      <w:pPr>
        <w:pStyle w:val="Rubrik3"/>
        <w:rPr>
          <w:lang w:val="sv-SE"/>
        </w:rPr>
      </w:pPr>
      <w:r w:rsidRPr="000767E2">
        <w:rPr>
          <w:lang w:val="sv-SE"/>
        </w:rPr>
        <w:t>Att lida för rättfärdighet</w:t>
      </w:r>
    </w:p>
    <w:p w14:paraId="1CFC3FF4" w14:textId="7A8429CF" w:rsidR="00BA33AB" w:rsidRPr="000767E2" w:rsidRDefault="00000000">
      <w:pPr>
        <w:rPr>
          <w:lang w:val="sv-SE"/>
        </w:rPr>
      </w:pPr>
      <w:r w:rsidRPr="000767E2">
        <w:rPr>
          <w:lang w:val="sv-SE"/>
        </w:rPr>
        <w:t>[[@</w:t>
      </w:r>
      <w:r w:rsidR="0096445B" w:rsidRPr="000767E2">
        <w:rPr>
          <w:lang w:val="sv-SE"/>
        </w:rPr>
        <w:t>BibleBIBEL82</w:t>
      </w:r>
      <w:r w:rsidRPr="000767E2">
        <w:rPr>
          <w:lang w:val="sv-SE"/>
        </w:rPr>
        <w:t>:1Pet 3:8]]</w:t>
      </w:r>
      <w:r w:rsidRPr="000767E2">
        <w:rPr>
          <w:vertAlign w:val="superscript"/>
          <w:lang w:val="sv-SE"/>
        </w:rPr>
        <w:t>8</w:t>
      </w:r>
      <w:r w:rsidRPr="000767E2">
        <w:rPr>
          <w:lang w:val="sv-SE"/>
        </w:rPr>
        <w:t xml:space="preserve"> {{field-on:bible}}Och till slut alla: </w:t>
      </w:r>
      <w:r w:rsidRPr="000767E2">
        <w:rPr>
          <w:i/>
          <w:lang w:val="sv-SE"/>
        </w:rPr>
        <w:t>var</w:t>
      </w:r>
      <w:r w:rsidRPr="000767E2">
        <w:rPr>
          <w:lang w:val="sv-SE"/>
        </w:rPr>
        <w:t xml:space="preserve"> likatänkande, sympatiska, syskonkära, innerliga, ödmjukt sinnade.{{field-off:bible}} [[@</w:t>
      </w:r>
      <w:r w:rsidR="0096445B" w:rsidRPr="000767E2">
        <w:rPr>
          <w:lang w:val="sv-SE"/>
        </w:rPr>
        <w:t>BibleBIBEL82</w:t>
      </w:r>
      <w:r w:rsidRPr="000767E2">
        <w:rPr>
          <w:lang w:val="sv-SE"/>
        </w:rPr>
        <w:t>:1Pet 3:9]]</w:t>
      </w:r>
      <w:r w:rsidRPr="000767E2">
        <w:rPr>
          <w:vertAlign w:val="superscript"/>
          <w:lang w:val="sv-SE"/>
        </w:rPr>
        <w:t>9</w:t>
      </w:r>
      <w:r w:rsidRPr="000767E2">
        <w:rPr>
          <w:lang w:val="sv-SE"/>
        </w:rPr>
        <w:t xml:space="preserve"> {{field-on:bible}}Och löna inte ont mot ont eller hån mot hån, utan tvärtom välsigna. För till detta är ni kallade, att ni ska ärva välsignelse.{{field-off:bible}} [[@</w:t>
      </w:r>
      <w:r w:rsidR="0096445B" w:rsidRPr="000767E2">
        <w:rPr>
          <w:lang w:val="sv-SE"/>
        </w:rPr>
        <w:t>BibleBIBEL82</w:t>
      </w:r>
      <w:r w:rsidRPr="000767E2">
        <w:rPr>
          <w:lang w:val="sv-SE"/>
        </w:rPr>
        <w:t>:1Pet 3:10]]</w:t>
      </w:r>
      <w:r w:rsidRPr="000767E2">
        <w:rPr>
          <w:vertAlign w:val="superscript"/>
          <w:lang w:val="sv-SE"/>
        </w:rPr>
        <w:t>10</w:t>
      </w:r>
      <w:r w:rsidRPr="000767E2">
        <w:rPr>
          <w:lang w:val="sv-SE"/>
        </w:rPr>
        <w:t xml:space="preserve"> {{field-on:bible}}För:{{field-off:bible}}</w:t>
      </w:r>
    </w:p>
    <w:p w14:paraId="142E43F7" w14:textId="561935DA" w:rsidR="00BA33AB" w:rsidRPr="000767E2" w:rsidRDefault="00000000">
      <w:pPr>
        <w:rPr>
          <w:lang w:val="sv-SE"/>
        </w:rPr>
      </w:pPr>
      <w:r w:rsidRPr="000767E2">
        <w:rPr>
          <w:lang w:val="sv-SE"/>
        </w:rPr>
        <w:t>{{field-on:bible}}Den som vill älska liv och se goda dagar</w:t>
      </w:r>
      <w:r w:rsidRPr="000767E2">
        <w:rPr>
          <w:lang w:val="sv-SE"/>
        </w:rPr>
        <w:br/>
        <w:t xml:space="preserve">ska sluta </w:t>
      </w:r>
      <w:r w:rsidRPr="000767E2">
        <w:rPr>
          <w:i/>
          <w:lang w:val="sv-SE"/>
        </w:rPr>
        <w:t>med</w:t>
      </w:r>
      <w:r w:rsidRPr="000767E2">
        <w:rPr>
          <w:lang w:val="sv-SE"/>
        </w:rPr>
        <w:t xml:space="preserve"> tungan från ont</w:t>
      </w:r>
      <w:r w:rsidRPr="000767E2">
        <w:rPr>
          <w:lang w:val="sv-SE"/>
        </w:rPr>
        <w:br/>
        <w:t>och läppar från att tala svek.{{field-off:bible}}</w:t>
      </w:r>
      <w:r w:rsidRPr="000767E2">
        <w:rPr>
          <w:lang w:val="sv-SE"/>
        </w:rPr>
        <w:br/>
        <w:t>[[@</w:t>
      </w:r>
      <w:r w:rsidR="0096445B" w:rsidRPr="000767E2">
        <w:rPr>
          <w:lang w:val="sv-SE"/>
        </w:rPr>
        <w:t>BibleBIBEL82</w:t>
      </w:r>
      <w:r w:rsidRPr="000767E2">
        <w:rPr>
          <w:lang w:val="sv-SE"/>
        </w:rPr>
        <w:t>:1Pet 3:11]]</w:t>
      </w:r>
      <w:r w:rsidRPr="000767E2">
        <w:rPr>
          <w:vertAlign w:val="superscript"/>
          <w:lang w:val="sv-SE"/>
        </w:rPr>
        <w:t>11</w:t>
      </w:r>
      <w:r w:rsidRPr="000767E2">
        <w:rPr>
          <w:lang w:val="sv-SE"/>
        </w:rPr>
        <w:t xml:space="preserve"> {{field-on:bible}}Och han ska avvika från ont och göra gott,</w:t>
      </w:r>
      <w:r w:rsidRPr="000767E2">
        <w:rPr>
          <w:lang w:val="sv-SE"/>
        </w:rPr>
        <w:br/>
        <w:t>han ska söka frid och jaga efter den.{{field-off:bible}}</w:t>
      </w:r>
      <w:r w:rsidRPr="000767E2">
        <w:rPr>
          <w:lang w:val="sv-SE"/>
        </w:rPr>
        <w:br/>
        <w:t>[[@</w:t>
      </w:r>
      <w:r w:rsidR="0096445B" w:rsidRPr="000767E2">
        <w:rPr>
          <w:lang w:val="sv-SE"/>
        </w:rPr>
        <w:t>BibleBIBEL82</w:t>
      </w:r>
      <w:r w:rsidRPr="000767E2">
        <w:rPr>
          <w:lang w:val="sv-SE"/>
        </w:rPr>
        <w:t>:1Pet 3:12]]</w:t>
      </w:r>
      <w:r w:rsidRPr="000767E2">
        <w:rPr>
          <w:vertAlign w:val="superscript"/>
          <w:lang w:val="sv-SE"/>
        </w:rPr>
        <w:t>12</w:t>
      </w:r>
      <w:r w:rsidRPr="000767E2">
        <w:rPr>
          <w:lang w:val="sv-SE"/>
        </w:rPr>
        <w:t xml:space="preserve"> {{field-on:bible}}För Herrens ögon </w:t>
      </w:r>
      <w:r w:rsidRPr="000767E2">
        <w:rPr>
          <w:i/>
          <w:lang w:val="sv-SE"/>
        </w:rPr>
        <w:t>är</w:t>
      </w:r>
      <w:r w:rsidRPr="000767E2">
        <w:rPr>
          <w:lang w:val="sv-SE"/>
        </w:rPr>
        <w:t xml:space="preserve"> på </w:t>
      </w:r>
      <w:r w:rsidRPr="000767E2">
        <w:rPr>
          <w:i/>
          <w:lang w:val="sv-SE"/>
        </w:rPr>
        <w:t>de</w:t>
      </w:r>
      <w:r w:rsidRPr="000767E2">
        <w:rPr>
          <w:lang w:val="sv-SE"/>
        </w:rPr>
        <w:t xml:space="preserve"> rättfärdiga,</w:t>
      </w:r>
      <w:r w:rsidRPr="000767E2">
        <w:rPr>
          <w:lang w:val="sv-SE"/>
        </w:rPr>
        <w:br/>
        <w:t>och hans öron till deras vädjan.</w:t>
      </w:r>
      <w:r w:rsidRPr="000767E2">
        <w:rPr>
          <w:lang w:val="sv-SE"/>
        </w:rPr>
        <w:br/>
        <w:t xml:space="preserve">Men Herrens ansikte </w:t>
      </w:r>
      <w:r w:rsidRPr="000767E2">
        <w:rPr>
          <w:i/>
          <w:lang w:val="sv-SE"/>
        </w:rPr>
        <w:t>är</w:t>
      </w:r>
      <w:r w:rsidRPr="000767E2">
        <w:rPr>
          <w:lang w:val="sv-SE"/>
        </w:rPr>
        <w:t xml:space="preserve"> på </w:t>
      </w:r>
      <w:r w:rsidRPr="000767E2">
        <w:rPr>
          <w:i/>
          <w:lang w:val="sv-SE"/>
        </w:rPr>
        <w:t>dem</w:t>
      </w:r>
      <w:r w:rsidRPr="000767E2">
        <w:rPr>
          <w:lang w:val="sv-SE"/>
        </w:rPr>
        <w:t xml:space="preserve"> som gör </w:t>
      </w:r>
      <w:r w:rsidRPr="000767E2">
        <w:rPr>
          <w:i/>
          <w:lang w:val="sv-SE"/>
        </w:rPr>
        <w:t>det</w:t>
      </w:r>
      <w:r w:rsidRPr="000767E2">
        <w:rPr>
          <w:lang w:val="sv-SE"/>
        </w:rPr>
        <w:t xml:space="preserve"> onda.{{field-off:bible}}</w:t>
      </w:r>
    </w:p>
    <w:p w14:paraId="4DF229C7" w14:textId="30ED7BDD" w:rsidR="00BA33AB" w:rsidRPr="000767E2" w:rsidRDefault="00000000">
      <w:pPr>
        <w:rPr>
          <w:lang w:val="sv-SE"/>
        </w:rPr>
      </w:pPr>
      <w:r w:rsidRPr="000767E2">
        <w:rPr>
          <w:lang w:val="sv-SE"/>
        </w:rPr>
        <w:t>[[@</w:t>
      </w:r>
      <w:r w:rsidR="0096445B" w:rsidRPr="000767E2">
        <w:rPr>
          <w:lang w:val="sv-SE"/>
        </w:rPr>
        <w:t>BibleBIBEL82</w:t>
      </w:r>
      <w:r w:rsidRPr="000767E2">
        <w:rPr>
          <w:lang w:val="sv-SE"/>
        </w:rPr>
        <w:t>:1Pet 3:13]]</w:t>
      </w:r>
      <w:r w:rsidRPr="000767E2">
        <w:rPr>
          <w:vertAlign w:val="superscript"/>
          <w:lang w:val="sv-SE"/>
        </w:rPr>
        <w:t>13</w:t>
      </w:r>
      <w:r w:rsidRPr="000767E2">
        <w:rPr>
          <w:lang w:val="sv-SE"/>
        </w:rPr>
        <w:t xml:space="preserve"> {{field-on:bible}}Och vem </w:t>
      </w:r>
      <w:r w:rsidRPr="000767E2">
        <w:rPr>
          <w:i/>
          <w:lang w:val="sv-SE"/>
        </w:rPr>
        <w:t>är</w:t>
      </w:r>
      <w:r w:rsidRPr="000767E2">
        <w:rPr>
          <w:lang w:val="sv-SE"/>
        </w:rPr>
        <w:t xml:space="preserve"> den som ska göra er illa om ni blir nitiska för det goda?{{field-off:bible}} [[@</w:t>
      </w:r>
      <w:r w:rsidR="0096445B" w:rsidRPr="000767E2">
        <w:rPr>
          <w:lang w:val="sv-SE"/>
        </w:rPr>
        <w:t>BibleBIBEL82</w:t>
      </w:r>
      <w:r w:rsidRPr="000767E2">
        <w:rPr>
          <w:lang w:val="sv-SE"/>
        </w:rPr>
        <w:t>:1Pet 3:14]]</w:t>
      </w:r>
      <w:r w:rsidRPr="000767E2">
        <w:rPr>
          <w:vertAlign w:val="superscript"/>
          <w:lang w:val="sv-SE"/>
        </w:rPr>
        <w:t>14</w:t>
      </w:r>
      <w:r w:rsidRPr="000767E2">
        <w:rPr>
          <w:lang w:val="sv-SE"/>
        </w:rPr>
        <w:t xml:space="preserve"> {{field-on:bible}}Men även om ni skulle </w:t>
      </w:r>
      <w:r w:rsidRPr="000767E2">
        <w:rPr>
          <w:i/>
          <w:lang w:val="sv-SE"/>
        </w:rPr>
        <w:t>få</w:t>
      </w:r>
      <w:r w:rsidRPr="000767E2">
        <w:rPr>
          <w:lang w:val="sv-SE"/>
        </w:rPr>
        <w:t xml:space="preserve"> lida för rättfärdighet: saliga. Och deras fruktan ska ni inte frukta eller oroas av.{{field-off:bible}}</w:t>
      </w:r>
    </w:p>
    <w:p w14:paraId="5E39A955" w14:textId="025A02AE" w:rsidR="00BA33AB" w:rsidRPr="000767E2" w:rsidRDefault="00000000">
      <w:pPr>
        <w:rPr>
          <w:lang w:val="sv-SE"/>
        </w:rPr>
      </w:pPr>
      <w:r w:rsidRPr="000767E2">
        <w:rPr>
          <w:lang w:val="sv-SE"/>
        </w:rPr>
        <w:t>[[@</w:t>
      </w:r>
      <w:r w:rsidR="0096445B" w:rsidRPr="000767E2">
        <w:rPr>
          <w:lang w:val="sv-SE"/>
        </w:rPr>
        <w:t>BibleBIBEL82</w:t>
      </w:r>
      <w:r w:rsidRPr="000767E2">
        <w:rPr>
          <w:lang w:val="sv-SE"/>
        </w:rPr>
        <w:t>:1Pet 3:15]]</w:t>
      </w:r>
      <w:r w:rsidRPr="000767E2">
        <w:rPr>
          <w:vertAlign w:val="superscript"/>
          <w:lang w:val="sv-SE"/>
        </w:rPr>
        <w:t>15</w:t>
      </w:r>
      <w:r w:rsidRPr="000767E2">
        <w:rPr>
          <w:lang w:val="sv-SE"/>
        </w:rPr>
        <w:t xml:space="preserve"> {{field-on:bible}}Men Herren Kristus ska ni helga i era hjärtan, ständigt beredda till försvar inför var och en som ber er om redogörelse för hoppet i er.{{field-off:bible}} [[@</w:t>
      </w:r>
      <w:r w:rsidR="0096445B" w:rsidRPr="000767E2">
        <w:rPr>
          <w:lang w:val="sv-SE"/>
        </w:rPr>
        <w:t>BibleBIBEL82</w:t>
      </w:r>
      <w:r w:rsidRPr="000767E2">
        <w:rPr>
          <w:lang w:val="sv-SE"/>
        </w:rPr>
        <w:t>:1Pet 3:16]]</w:t>
      </w:r>
      <w:r w:rsidRPr="000767E2">
        <w:rPr>
          <w:vertAlign w:val="superscript"/>
          <w:lang w:val="sv-SE"/>
        </w:rPr>
        <w:t>16</w:t>
      </w:r>
      <w:r w:rsidRPr="000767E2">
        <w:rPr>
          <w:lang w:val="sv-SE"/>
        </w:rPr>
        <w:t xml:space="preserve"> {{field-on:bible}}Men </w:t>
      </w:r>
      <w:r w:rsidRPr="000767E2">
        <w:rPr>
          <w:i/>
          <w:lang w:val="sv-SE"/>
        </w:rPr>
        <w:t>gör det</w:t>
      </w:r>
      <w:r w:rsidRPr="000767E2">
        <w:rPr>
          <w:lang w:val="sv-SE"/>
        </w:rPr>
        <w:t xml:space="preserve"> med mildhet och fruktan och ha gott samvete så att, under det att ni förtalas, de skäms som okvädar ert goda agerande i Kristus.{{field-off:bible}} [[@</w:t>
      </w:r>
      <w:r w:rsidR="0096445B" w:rsidRPr="000767E2">
        <w:rPr>
          <w:lang w:val="sv-SE"/>
        </w:rPr>
        <w:t>BibleBIBEL82</w:t>
      </w:r>
      <w:r w:rsidRPr="000767E2">
        <w:rPr>
          <w:lang w:val="sv-SE"/>
        </w:rPr>
        <w:t>:1Pet 3:17]]</w:t>
      </w:r>
      <w:r w:rsidRPr="000767E2">
        <w:rPr>
          <w:vertAlign w:val="superscript"/>
          <w:lang w:val="sv-SE"/>
        </w:rPr>
        <w:t>17</w:t>
      </w:r>
      <w:r w:rsidRPr="000767E2">
        <w:rPr>
          <w:lang w:val="sv-SE"/>
        </w:rPr>
        <w:t xml:space="preserve"> {{field-on:bible}}För bättre lida när man gör gott, om Guds vilja skulle vilja, än när man gör illa.{{field-off:bible}}</w:t>
      </w:r>
    </w:p>
    <w:p w14:paraId="65220D40" w14:textId="37AD2C4A" w:rsidR="00BA33AB" w:rsidRPr="000767E2" w:rsidRDefault="00000000">
      <w:pPr>
        <w:rPr>
          <w:lang w:val="sv-SE"/>
        </w:rPr>
      </w:pPr>
      <w:r w:rsidRPr="000767E2">
        <w:rPr>
          <w:lang w:val="sv-SE"/>
        </w:rPr>
        <w:t>[[@</w:t>
      </w:r>
      <w:r w:rsidR="0096445B" w:rsidRPr="000767E2">
        <w:rPr>
          <w:lang w:val="sv-SE"/>
        </w:rPr>
        <w:t>BibleBIBEL82</w:t>
      </w:r>
      <w:r w:rsidRPr="000767E2">
        <w:rPr>
          <w:lang w:val="sv-SE"/>
        </w:rPr>
        <w:t>:1Pet 3:18]]</w:t>
      </w:r>
      <w:r w:rsidRPr="000767E2">
        <w:rPr>
          <w:vertAlign w:val="superscript"/>
          <w:lang w:val="sv-SE"/>
        </w:rPr>
        <w:t>18</w:t>
      </w:r>
      <w:r w:rsidRPr="000767E2">
        <w:rPr>
          <w:lang w:val="sv-SE"/>
        </w:rPr>
        <w:t xml:space="preserve"> {{field-on:bible}}För även Kristus led en gång för synder, rättfärdig i orättfärdigas ställe, för att föra fram er till Gud: dödad </w:t>
      </w:r>
      <w:r w:rsidRPr="000767E2">
        <w:rPr>
          <w:i/>
          <w:lang w:val="sv-SE"/>
        </w:rPr>
        <w:t>i</w:t>
      </w:r>
      <w:r w:rsidRPr="000767E2">
        <w:rPr>
          <w:lang w:val="sv-SE"/>
        </w:rPr>
        <w:t xml:space="preserve"> kött men levandegjord </w:t>
      </w:r>
      <w:r w:rsidRPr="000767E2">
        <w:rPr>
          <w:i/>
          <w:lang w:val="sv-SE"/>
        </w:rPr>
        <w:t>i</w:t>
      </w:r>
      <w:r w:rsidRPr="000767E2">
        <w:rPr>
          <w:lang w:val="sv-SE"/>
        </w:rPr>
        <w:t xml:space="preserve"> Ande,{{field-off:bible}} [[@</w:t>
      </w:r>
      <w:r w:rsidR="0096445B" w:rsidRPr="000767E2">
        <w:rPr>
          <w:lang w:val="sv-SE"/>
        </w:rPr>
        <w:t>BibleBIBEL82</w:t>
      </w:r>
      <w:r w:rsidRPr="000767E2">
        <w:rPr>
          <w:lang w:val="sv-SE"/>
        </w:rPr>
        <w:t>:1Pet 3:19]]</w:t>
      </w:r>
      <w:r w:rsidRPr="000767E2">
        <w:rPr>
          <w:vertAlign w:val="superscript"/>
          <w:lang w:val="sv-SE"/>
        </w:rPr>
        <w:t>19</w:t>
      </w:r>
      <w:r w:rsidRPr="000767E2">
        <w:rPr>
          <w:lang w:val="sv-SE"/>
        </w:rPr>
        <w:t xml:space="preserve"> {{field-on:bible}}i vilken han också </w:t>
      </w:r>
      <w:r w:rsidRPr="000767E2">
        <w:rPr>
          <w:lang w:val="sv-SE"/>
        </w:rPr>
        <w:lastRenderedPageBreak/>
        <w:t>för andarna i fängelse gick och förkunnade,{{field-off:bible}} [[@</w:t>
      </w:r>
      <w:r w:rsidR="0096445B" w:rsidRPr="000767E2">
        <w:rPr>
          <w:lang w:val="sv-SE"/>
        </w:rPr>
        <w:t>BibleBIBEL82</w:t>
      </w:r>
      <w:r w:rsidRPr="000767E2">
        <w:rPr>
          <w:lang w:val="sv-SE"/>
        </w:rPr>
        <w:t>:1Pet 3:20]]</w:t>
      </w:r>
      <w:r w:rsidRPr="000767E2">
        <w:rPr>
          <w:vertAlign w:val="superscript"/>
          <w:lang w:val="sv-SE"/>
        </w:rPr>
        <w:t>20</w:t>
      </w:r>
      <w:r w:rsidRPr="000767E2">
        <w:rPr>
          <w:lang w:val="sv-SE"/>
        </w:rPr>
        <w:t xml:space="preserve"> {{field-on:bible}}för dem som var ohörsamma en gång när Guds tålamod väntade under Noas dagar medan </w:t>
      </w:r>
      <w:r w:rsidRPr="000767E2">
        <w:rPr>
          <w:i/>
          <w:lang w:val="sv-SE"/>
        </w:rPr>
        <w:t>det</w:t>
      </w:r>
      <w:r w:rsidRPr="000767E2">
        <w:rPr>
          <w:lang w:val="sv-SE"/>
        </w:rPr>
        <w:t xml:space="preserve"> preparerades en ark. I den blev </w:t>
      </w:r>
      <w:r w:rsidRPr="000767E2">
        <w:rPr>
          <w:i/>
          <w:lang w:val="sv-SE"/>
        </w:rPr>
        <w:t>några</w:t>
      </w:r>
      <w:r w:rsidRPr="000767E2">
        <w:rPr>
          <w:lang w:val="sv-SE"/>
        </w:rPr>
        <w:t xml:space="preserve"> få, det </w:t>
      </w:r>
      <w:r w:rsidRPr="000767E2">
        <w:rPr>
          <w:i/>
          <w:lang w:val="sv-SE"/>
        </w:rPr>
        <w:t>vill säga</w:t>
      </w:r>
      <w:r w:rsidRPr="000767E2">
        <w:rPr>
          <w:lang w:val="sv-SE"/>
        </w:rPr>
        <w:t xml:space="preserve"> åtta själar, genomfrälsta genom vatten,{{field-off:bible}} [[@</w:t>
      </w:r>
      <w:r w:rsidR="0096445B" w:rsidRPr="000767E2">
        <w:rPr>
          <w:lang w:val="sv-SE"/>
        </w:rPr>
        <w:t>BibleBIBEL82</w:t>
      </w:r>
      <w:r w:rsidRPr="000767E2">
        <w:rPr>
          <w:lang w:val="sv-SE"/>
        </w:rPr>
        <w:t>:1Pet 3:21]]</w:t>
      </w:r>
      <w:r w:rsidRPr="000767E2">
        <w:rPr>
          <w:vertAlign w:val="superscript"/>
          <w:lang w:val="sv-SE"/>
        </w:rPr>
        <w:t>21</w:t>
      </w:r>
      <w:r w:rsidRPr="000767E2">
        <w:rPr>
          <w:lang w:val="sv-SE"/>
        </w:rPr>
        <w:t xml:space="preserve"> {{field-on:bible}}vilket </w:t>
      </w:r>
      <w:r w:rsidRPr="000767E2">
        <w:rPr>
          <w:i/>
          <w:lang w:val="sv-SE"/>
        </w:rPr>
        <w:t>som</w:t>
      </w:r>
      <w:r w:rsidRPr="000767E2">
        <w:rPr>
          <w:lang w:val="sv-SE"/>
        </w:rPr>
        <w:t xml:space="preserve"> motbild nu frälser också er </w:t>
      </w:r>
      <w:r w:rsidRPr="000767E2">
        <w:rPr>
          <w:i/>
          <w:lang w:val="sv-SE"/>
        </w:rPr>
        <w:t>i</w:t>
      </w:r>
      <w:r w:rsidRPr="000767E2">
        <w:rPr>
          <w:lang w:val="sv-SE"/>
        </w:rPr>
        <w:t xml:space="preserve"> dopet: inte köttets avläggande av smuts, utan ett gott samvetes förfrågan till Gud genom uppståndelsen av Jesus Kristus,{{field-off:bible}} [[@</w:t>
      </w:r>
      <w:r w:rsidR="0096445B" w:rsidRPr="000767E2">
        <w:rPr>
          <w:lang w:val="sv-SE"/>
        </w:rPr>
        <w:t>BibleBIBEL82</w:t>
      </w:r>
      <w:r w:rsidRPr="000767E2">
        <w:rPr>
          <w:lang w:val="sv-SE"/>
        </w:rPr>
        <w:t>:1Pet 3:22]]</w:t>
      </w:r>
      <w:r w:rsidRPr="000767E2">
        <w:rPr>
          <w:vertAlign w:val="superscript"/>
          <w:lang w:val="sv-SE"/>
        </w:rPr>
        <w:t>22</w:t>
      </w:r>
      <w:r w:rsidRPr="000767E2">
        <w:rPr>
          <w:lang w:val="sv-SE"/>
        </w:rPr>
        <w:t xml:space="preserve"> {{field-on:bible}}som är vid Guds högra </w:t>
      </w:r>
      <w:r w:rsidRPr="000767E2">
        <w:rPr>
          <w:i/>
          <w:lang w:val="sv-SE"/>
        </w:rPr>
        <w:t>hand</w:t>
      </w:r>
      <w:r w:rsidRPr="000767E2">
        <w:rPr>
          <w:lang w:val="sv-SE"/>
        </w:rPr>
        <w:t xml:space="preserve">, faren till himlen sedan </w:t>
      </w:r>
      <w:r w:rsidRPr="000767E2">
        <w:rPr>
          <w:i/>
          <w:lang w:val="sv-SE"/>
        </w:rPr>
        <w:t>det</w:t>
      </w:r>
      <w:r w:rsidRPr="000767E2">
        <w:rPr>
          <w:lang w:val="sv-SE"/>
        </w:rPr>
        <w:t xml:space="preserve"> underordnats honom änglar och auktoriteter och makter.{{field-off:bible}}</w:t>
      </w:r>
    </w:p>
    <w:p w14:paraId="66633540" w14:textId="636198B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:1Pet 4]]Kapitel 4</w:t>
      </w:r>
    </w:p>
    <w:p w14:paraId="06FED2C3" w14:textId="77777777" w:rsidR="00BA33AB" w:rsidRPr="000767E2" w:rsidRDefault="00000000">
      <w:pPr>
        <w:pStyle w:val="Rubrik3"/>
        <w:rPr>
          <w:lang w:val="sv-SE"/>
        </w:rPr>
      </w:pPr>
      <w:r w:rsidRPr="000767E2">
        <w:rPr>
          <w:lang w:val="sv-SE"/>
        </w:rPr>
        <w:t>Förvaltare av Guds nåd</w:t>
      </w:r>
    </w:p>
    <w:p w14:paraId="78E835A3" w14:textId="1694E731" w:rsidR="00BA33AB" w:rsidRPr="000767E2" w:rsidRDefault="00000000">
      <w:pPr>
        <w:rPr>
          <w:lang w:val="sv-SE"/>
        </w:rPr>
      </w:pPr>
      <w:r w:rsidRPr="000767E2">
        <w:rPr>
          <w:lang w:val="sv-SE"/>
        </w:rPr>
        <w:t>[[@</w:t>
      </w:r>
      <w:r w:rsidR="0096445B" w:rsidRPr="000767E2">
        <w:rPr>
          <w:lang w:val="sv-SE"/>
        </w:rPr>
        <w:t>BibleBIBEL82</w:t>
      </w:r>
      <w:r w:rsidRPr="000767E2">
        <w:rPr>
          <w:lang w:val="sv-SE"/>
        </w:rPr>
        <w:t>:1Pet 4:1]]</w:t>
      </w:r>
      <w:r w:rsidRPr="000767E2">
        <w:rPr>
          <w:vertAlign w:val="superscript"/>
          <w:lang w:val="sv-SE"/>
        </w:rPr>
        <w:t>1</w:t>
      </w:r>
      <w:r w:rsidRPr="000767E2">
        <w:rPr>
          <w:lang w:val="sv-SE"/>
        </w:rPr>
        <w:t xml:space="preserve"> {{field-on:bible}}När nu Kristus har lidit till köttet, ska också ni med samma tankegång beväpna er. För den som </w:t>
      </w:r>
      <w:r w:rsidRPr="000767E2">
        <w:rPr>
          <w:i/>
          <w:lang w:val="sv-SE"/>
        </w:rPr>
        <w:t>fått</w:t>
      </w:r>
      <w:r w:rsidRPr="000767E2">
        <w:rPr>
          <w:lang w:val="sv-SE"/>
        </w:rPr>
        <w:t xml:space="preserve"> lida till köttet har slutat med synd,{{field-off:bible}} [[@</w:t>
      </w:r>
      <w:r w:rsidR="0096445B" w:rsidRPr="000767E2">
        <w:rPr>
          <w:lang w:val="sv-SE"/>
        </w:rPr>
        <w:t>BibleBIBEL82</w:t>
      </w:r>
      <w:r w:rsidRPr="000767E2">
        <w:rPr>
          <w:lang w:val="sv-SE"/>
        </w:rPr>
        <w:t>:1Pet 4:2]]</w:t>
      </w:r>
      <w:r w:rsidRPr="000767E2">
        <w:rPr>
          <w:vertAlign w:val="superscript"/>
          <w:lang w:val="sv-SE"/>
        </w:rPr>
        <w:t>2</w:t>
      </w:r>
      <w:r w:rsidRPr="000767E2">
        <w:rPr>
          <w:lang w:val="sv-SE"/>
        </w:rPr>
        <w:t xml:space="preserve"> {{field-on:bible}}för att inte mer för människors begär utan för Guds vilja fortleva den resterande tiden i köttet.{{field-off:bible}}</w:t>
      </w:r>
    </w:p>
    <w:p w14:paraId="7F5EB442" w14:textId="771BFCD2" w:rsidR="00BA33AB" w:rsidRPr="000767E2" w:rsidRDefault="00000000">
      <w:pPr>
        <w:rPr>
          <w:lang w:val="sv-SE"/>
        </w:rPr>
      </w:pPr>
      <w:r w:rsidRPr="000767E2">
        <w:rPr>
          <w:lang w:val="sv-SE"/>
        </w:rPr>
        <w:t>[[@</w:t>
      </w:r>
      <w:r w:rsidR="0096445B" w:rsidRPr="000767E2">
        <w:rPr>
          <w:lang w:val="sv-SE"/>
        </w:rPr>
        <w:t>BibleBIBEL82</w:t>
      </w:r>
      <w:r w:rsidRPr="000767E2">
        <w:rPr>
          <w:lang w:val="sv-SE"/>
        </w:rPr>
        <w:t>:1Pet 4:3]]</w:t>
      </w:r>
      <w:r w:rsidRPr="000767E2">
        <w:rPr>
          <w:vertAlign w:val="superscript"/>
          <w:lang w:val="sv-SE"/>
        </w:rPr>
        <w:t>3</w:t>
      </w:r>
      <w:r w:rsidRPr="000767E2">
        <w:rPr>
          <w:lang w:val="sv-SE"/>
        </w:rPr>
        <w:t xml:space="preserve"> {{field-on:bible}}För </w:t>
      </w:r>
      <w:r w:rsidRPr="000767E2">
        <w:rPr>
          <w:i/>
          <w:lang w:val="sv-SE"/>
        </w:rPr>
        <w:t>det är</w:t>
      </w:r>
      <w:r w:rsidRPr="000767E2">
        <w:rPr>
          <w:lang w:val="sv-SE"/>
        </w:rPr>
        <w:t xml:space="preserve"> nog </w:t>
      </w:r>
      <w:r w:rsidRPr="000767E2">
        <w:rPr>
          <w:i/>
          <w:lang w:val="sv-SE"/>
        </w:rPr>
        <w:t>med</w:t>
      </w:r>
      <w:r w:rsidRPr="000767E2">
        <w:rPr>
          <w:lang w:val="sv-SE"/>
        </w:rPr>
        <w:t xml:space="preserve"> den förgångna tiden, att ha utfört folkslagens önskan och vandrat i hämningslösheter, begär, vinpimplerier, orgier, dryckeslag och olagliga avgudakulter.{{field-off:bible}} [[@</w:t>
      </w:r>
      <w:r w:rsidR="0096445B" w:rsidRPr="000767E2">
        <w:rPr>
          <w:lang w:val="sv-SE"/>
        </w:rPr>
        <w:t>BibleBIBEL82</w:t>
      </w:r>
      <w:r w:rsidRPr="000767E2">
        <w:rPr>
          <w:lang w:val="sv-SE"/>
        </w:rPr>
        <w:t>:1Pet 4:4]]</w:t>
      </w:r>
      <w:r w:rsidRPr="000767E2">
        <w:rPr>
          <w:vertAlign w:val="superscript"/>
          <w:lang w:val="sv-SE"/>
        </w:rPr>
        <w:t>4</w:t>
      </w:r>
      <w:r w:rsidRPr="000767E2">
        <w:rPr>
          <w:lang w:val="sv-SE"/>
        </w:rPr>
        <w:t xml:space="preserve"> {{field-on:bible}}I detta blir de förbluffade, när ni inte rusar med till samma omåttlighetens uppsjö, och de smädar.{{field-off:bible}} [[@</w:t>
      </w:r>
      <w:r w:rsidR="0096445B" w:rsidRPr="000767E2">
        <w:rPr>
          <w:lang w:val="sv-SE"/>
        </w:rPr>
        <w:t>BibleBIBEL82</w:t>
      </w:r>
      <w:r w:rsidRPr="000767E2">
        <w:rPr>
          <w:lang w:val="sv-SE"/>
        </w:rPr>
        <w:t>:1Pet 4:5]]</w:t>
      </w:r>
      <w:r w:rsidRPr="000767E2">
        <w:rPr>
          <w:vertAlign w:val="superscript"/>
          <w:lang w:val="sv-SE"/>
        </w:rPr>
        <w:t>5</w:t>
      </w:r>
      <w:r w:rsidRPr="000767E2">
        <w:rPr>
          <w:lang w:val="sv-SE"/>
        </w:rPr>
        <w:t xml:space="preserve"> {{field-on:bible}}De ska avge räkenskap inför honom som har </w:t>
      </w:r>
      <w:r w:rsidRPr="000767E2">
        <w:rPr>
          <w:i/>
          <w:lang w:val="sv-SE"/>
        </w:rPr>
        <w:t>det</w:t>
      </w:r>
      <w:r w:rsidRPr="000767E2">
        <w:rPr>
          <w:lang w:val="sv-SE"/>
        </w:rPr>
        <w:t xml:space="preserve"> berett att döma levande och döda.{{field-off:bible}} [[@</w:t>
      </w:r>
      <w:r w:rsidR="0096445B" w:rsidRPr="000767E2">
        <w:rPr>
          <w:lang w:val="sv-SE"/>
        </w:rPr>
        <w:t>BibleBIBEL82</w:t>
      </w:r>
      <w:r w:rsidRPr="000767E2">
        <w:rPr>
          <w:lang w:val="sv-SE"/>
        </w:rPr>
        <w:t>:1Pet 4:6]]</w:t>
      </w:r>
      <w:r w:rsidRPr="000767E2">
        <w:rPr>
          <w:vertAlign w:val="superscript"/>
          <w:lang w:val="sv-SE"/>
        </w:rPr>
        <w:t>6</w:t>
      </w:r>
      <w:r w:rsidRPr="000767E2">
        <w:rPr>
          <w:lang w:val="sv-SE"/>
        </w:rPr>
        <w:t xml:space="preserve"> {{field-on:bible}}För till detta blev även döda evangeliserade, för att de skulle dömas på människors vis </w:t>
      </w:r>
      <w:r w:rsidRPr="000767E2">
        <w:rPr>
          <w:i/>
          <w:lang w:val="sv-SE"/>
        </w:rPr>
        <w:t>i</w:t>
      </w:r>
      <w:r w:rsidRPr="000767E2">
        <w:rPr>
          <w:lang w:val="sv-SE"/>
        </w:rPr>
        <w:t xml:space="preserve"> kött men leva på Guds vis </w:t>
      </w:r>
      <w:r w:rsidRPr="000767E2">
        <w:rPr>
          <w:i/>
          <w:lang w:val="sv-SE"/>
        </w:rPr>
        <w:t>i</w:t>
      </w:r>
      <w:r w:rsidRPr="000767E2">
        <w:rPr>
          <w:lang w:val="sv-SE"/>
        </w:rPr>
        <w:t xml:space="preserve"> Ande.{{field-off:bible}}</w:t>
      </w:r>
    </w:p>
    <w:p w14:paraId="6F364687" w14:textId="15DAD798" w:rsidR="00BA33AB" w:rsidRPr="000767E2" w:rsidRDefault="00000000">
      <w:pPr>
        <w:rPr>
          <w:lang w:val="sv-SE"/>
        </w:rPr>
      </w:pPr>
      <w:r w:rsidRPr="000767E2">
        <w:rPr>
          <w:lang w:val="sv-SE"/>
        </w:rPr>
        <w:t>[[@</w:t>
      </w:r>
      <w:r w:rsidR="0096445B" w:rsidRPr="000767E2">
        <w:rPr>
          <w:lang w:val="sv-SE"/>
        </w:rPr>
        <w:t>BibleBIBEL82</w:t>
      </w:r>
      <w:r w:rsidRPr="000767E2">
        <w:rPr>
          <w:lang w:val="sv-SE"/>
        </w:rPr>
        <w:t>:1Pet 4:7]]</w:t>
      </w:r>
      <w:r w:rsidRPr="000767E2">
        <w:rPr>
          <w:vertAlign w:val="superscript"/>
          <w:lang w:val="sv-SE"/>
        </w:rPr>
        <w:t>7</w:t>
      </w:r>
      <w:r w:rsidRPr="000767E2">
        <w:rPr>
          <w:lang w:val="sv-SE"/>
        </w:rPr>
        <w:t xml:space="preserve"> {{field-on:bible}}Men alltings slut är </w:t>
      </w:r>
      <w:r w:rsidRPr="000767E2">
        <w:rPr>
          <w:i/>
          <w:lang w:val="sv-SE"/>
        </w:rPr>
        <w:t>nu</w:t>
      </w:r>
      <w:r w:rsidRPr="000767E2">
        <w:rPr>
          <w:lang w:val="sv-SE"/>
        </w:rPr>
        <w:t xml:space="preserve"> nära. Var då sansade och nyktra till bön,{{field-off:bible}} [[@</w:t>
      </w:r>
      <w:r w:rsidR="0096445B" w:rsidRPr="000767E2">
        <w:rPr>
          <w:lang w:val="sv-SE"/>
        </w:rPr>
        <w:t>BibleBIBEL82</w:t>
      </w:r>
      <w:r w:rsidRPr="000767E2">
        <w:rPr>
          <w:lang w:val="sv-SE"/>
        </w:rPr>
        <w:t>:1Pet 4:8]]</w:t>
      </w:r>
      <w:r w:rsidRPr="000767E2">
        <w:rPr>
          <w:vertAlign w:val="superscript"/>
          <w:lang w:val="sv-SE"/>
        </w:rPr>
        <w:t>8</w:t>
      </w:r>
      <w:r w:rsidRPr="000767E2">
        <w:rPr>
          <w:lang w:val="sv-SE"/>
        </w:rPr>
        <w:t xml:space="preserve"> {{field-on:bible}}och håll framför allt kärleken till varann ihärdig, för kärlek övertäcker en mängd synder.{{field-off:bible}} [[@</w:t>
      </w:r>
      <w:r w:rsidR="0096445B" w:rsidRPr="000767E2">
        <w:rPr>
          <w:lang w:val="sv-SE"/>
        </w:rPr>
        <w:t>BibleBIBEL82</w:t>
      </w:r>
      <w:r w:rsidRPr="000767E2">
        <w:rPr>
          <w:lang w:val="sv-SE"/>
        </w:rPr>
        <w:t>:1Pet 4:9]]</w:t>
      </w:r>
      <w:r w:rsidRPr="000767E2">
        <w:rPr>
          <w:vertAlign w:val="superscript"/>
          <w:lang w:val="sv-SE"/>
        </w:rPr>
        <w:t>9</w:t>
      </w:r>
      <w:r w:rsidRPr="000767E2">
        <w:rPr>
          <w:lang w:val="sv-SE"/>
        </w:rPr>
        <w:t xml:space="preserve"> {{field-on:bible}}</w:t>
      </w:r>
      <w:r w:rsidRPr="000767E2">
        <w:rPr>
          <w:i/>
          <w:lang w:val="sv-SE"/>
        </w:rPr>
        <w:t>Var</w:t>
      </w:r>
      <w:r w:rsidRPr="000767E2">
        <w:rPr>
          <w:lang w:val="sv-SE"/>
        </w:rPr>
        <w:t xml:space="preserve"> gästvänliga mot varandra utan muttrande.{{field-off:bible}}</w:t>
      </w:r>
    </w:p>
    <w:p w14:paraId="103CA14E" w14:textId="6B1C11F9" w:rsidR="00BA33AB" w:rsidRPr="000767E2" w:rsidRDefault="00000000">
      <w:pPr>
        <w:rPr>
          <w:lang w:val="sv-SE"/>
        </w:rPr>
      </w:pPr>
      <w:r w:rsidRPr="000767E2">
        <w:rPr>
          <w:lang w:val="sv-SE"/>
        </w:rPr>
        <w:t>[[@</w:t>
      </w:r>
      <w:r w:rsidR="0096445B" w:rsidRPr="000767E2">
        <w:rPr>
          <w:lang w:val="sv-SE"/>
        </w:rPr>
        <w:t>BibleBIBEL82</w:t>
      </w:r>
      <w:r w:rsidRPr="000767E2">
        <w:rPr>
          <w:lang w:val="sv-SE"/>
        </w:rPr>
        <w:t>:1Pet 4:10]]</w:t>
      </w:r>
      <w:r w:rsidRPr="000767E2">
        <w:rPr>
          <w:vertAlign w:val="superscript"/>
          <w:lang w:val="sv-SE"/>
        </w:rPr>
        <w:t>10</w:t>
      </w:r>
      <w:r w:rsidRPr="000767E2">
        <w:rPr>
          <w:lang w:val="sv-SE"/>
        </w:rPr>
        <w:t xml:space="preserve"> {{field-on:bible}}Så som var och en har fått nådegåva ska ni betjäna för varann </w:t>
      </w:r>
      <w:r w:rsidRPr="000767E2">
        <w:rPr>
          <w:i/>
          <w:lang w:val="sv-SE"/>
        </w:rPr>
        <w:t>med</w:t>
      </w:r>
      <w:r w:rsidRPr="000767E2">
        <w:rPr>
          <w:lang w:val="sv-SE"/>
        </w:rPr>
        <w:t xml:space="preserve"> den, som bra förvaltare av Guds mångfaldiga nåd.{{field-off:bible}} [[@</w:t>
      </w:r>
      <w:r w:rsidR="0096445B" w:rsidRPr="000767E2">
        <w:rPr>
          <w:lang w:val="sv-SE"/>
        </w:rPr>
        <w:t>BibleBIBEL82</w:t>
      </w:r>
      <w:r w:rsidRPr="000767E2">
        <w:rPr>
          <w:lang w:val="sv-SE"/>
        </w:rPr>
        <w:t>:1Pet 4:11]]</w:t>
      </w:r>
      <w:r w:rsidRPr="000767E2">
        <w:rPr>
          <w:vertAlign w:val="superscript"/>
          <w:lang w:val="sv-SE"/>
        </w:rPr>
        <w:t>11</w:t>
      </w:r>
      <w:r w:rsidRPr="000767E2">
        <w:rPr>
          <w:lang w:val="sv-SE"/>
        </w:rPr>
        <w:t xml:space="preserve"> {{field-on:bible}}Om någon talar: som utsagor från Gud. Om någon betjänar: som utifrån styrkan som Gud bringar, så att i allt Gud blir ärad genom Jesus Kristus. Hans är äran och väldet till eonernas eoner. Amen.{{field-off:bible}}</w:t>
      </w:r>
    </w:p>
    <w:p w14:paraId="0104F559" w14:textId="77777777" w:rsidR="00BA33AB" w:rsidRPr="000767E2" w:rsidRDefault="00000000">
      <w:pPr>
        <w:pStyle w:val="Rubrik3"/>
        <w:rPr>
          <w:lang w:val="sv-SE"/>
        </w:rPr>
      </w:pPr>
      <w:r w:rsidRPr="000767E2">
        <w:rPr>
          <w:lang w:val="sv-SE"/>
        </w:rPr>
        <w:t>Glädje under lidandet</w:t>
      </w:r>
    </w:p>
    <w:p w14:paraId="3644F9CD" w14:textId="656E75B3" w:rsidR="00BA33AB" w:rsidRPr="000767E2" w:rsidRDefault="00000000">
      <w:pPr>
        <w:rPr>
          <w:lang w:val="sv-SE"/>
        </w:rPr>
      </w:pPr>
      <w:r w:rsidRPr="000767E2">
        <w:rPr>
          <w:lang w:val="sv-SE"/>
        </w:rPr>
        <w:t>[[@</w:t>
      </w:r>
      <w:r w:rsidR="0096445B" w:rsidRPr="000767E2">
        <w:rPr>
          <w:lang w:val="sv-SE"/>
        </w:rPr>
        <w:t>BibleBIBEL82</w:t>
      </w:r>
      <w:r w:rsidRPr="000767E2">
        <w:rPr>
          <w:lang w:val="sv-SE"/>
        </w:rPr>
        <w:t>:1Pet 4:12]]</w:t>
      </w:r>
      <w:r w:rsidRPr="000767E2">
        <w:rPr>
          <w:vertAlign w:val="superscript"/>
          <w:lang w:val="sv-SE"/>
        </w:rPr>
        <w:t>12</w:t>
      </w:r>
      <w:r w:rsidRPr="000767E2">
        <w:rPr>
          <w:lang w:val="sv-SE"/>
        </w:rPr>
        <w:t xml:space="preserve"> {{field-on:bible}}</w:t>
      </w:r>
      <w:r w:rsidRPr="000767E2">
        <w:rPr>
          <w:i/>
          <w:lang w:val="sv-SE"/>
        </w:rPr>
        <w:t>Mina</w:t>
      </w:r>
      <w:r w:rsidRPr="000767E2">
        <w:rPr>
          <w:lang w:val="sv-SE"/>
        </w:rPr>
        <w:t xml:space="preserve"> älskade, var inte förbluffade över det brännande bland er som har kommit till prövning för er, som </w:t>
      </w:r>
      <w:r w:rsidRPr="000767E2">
        <w:rPr>
          <w:i/>
          <w:lang w:val="sv-SE"/>
        </w:rPr>
        <w:t>att</w:t>
      </w:r>
      <w:r w:rsidRPr="000767E2">
        <w:rPr>
          <w:lang w:val="sv-SE"/>
        </w:rPr>
        <w:t xml:space="preserve"> </w:t>
      </w:r>
      <w:r w:rsidRPr="000767E2">
        <w:rPr>
          <w:i/>
          <w:lang w:val="sv-SE"/>
        </w:rPr>
        <w:t>något</w:t>
      </w:r>
      <w:r w:rsidRPr="000767E2">
        <w:rPr>
          <w:lang w:val="sv-SE"/>
        </w:rPr>
        <w:t xml:space="preserve"> främmande inträffar för er.{{field-off:bible}} [[@</w:t>
      </w:r>
      <w:r w:rsidR="0096445B" w:rsidRPr="000767E2">
        <w:rPr>
          <w:lang w:val="sv-SE"/>
        </w:rPr>
        <w:t>BibleBIBEL82</w:t>
      </w:r>
      <w:r w:rsidRPr="000767E2">
        <w:rPr>
          <w:lang w:val="sv-SE"/>
        </w:rPr>
        <w:t>:1Pet 4:13]]</w:t>
      </w:r>
      <w:r w:rsidRPr="000767E2">
        <w:rPr>
          <w:vertAlign w:val="superscript"/>
          <w:lang w:val="sv-SE"/>
        </w:rPr>
        <w:t>13</w:t>
      </w:r>
      <w:r w:rsidRPr="000767E2">
        <w:rPr>
          <w:lang w:val="sv-SE"/>
        </w:rPr>
        <w:t xml:space="preserve"> {{field-on:bible}}Nej, så vitt ni är delaktiga i Kristi lidanden, gläd er så att ni också vid hans härlighets uppenbarelse </w:t>
      </w:r>
      <w:r w:rsidRPr="000767E2">
        <w:rPr>
          <w:i/>
          <w:lang w:val="sv-SE"/>
        </w:rPr>
        <w:t>får</w:t>
      </w:r>
      <w:r w:rsidRPr="000767E2">
        <w:rPr>
          <w:lang w:val="sv-SE"/>
        </w:rPr>
        <w:t xml:space="preserve"> glädjas och jubla.{{field-off:bible}}</w:t>
      </w:r>
    </w:p>
    <w:p w14:paraId="0F2FF63C" w14:textId="4B72016B"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:1Pet 4:14]]</w:t>
      </w:r>
      <w:r w:rsidRPr="000767E2">
        <w:rPr>
          <w:vertAlign w:val="superscript"/>
          <w:lang w:val="sv-SE"/>
        </w:rPr>
        <w:t>14</w:t>
      </w:r>
      <w:r w:rsidRPr="000767E2">
        <w:rPr>
          <w:lang w:val="sv-SE"/>
        </w:rPr>
        <w:t xml:space="preserve"> {{field-on:bible}}Om ni kritiseras i Kristi namn: saliga, för härlighetens och Guds Ande vilar över er.{{field-off:bible}} [[@</w:t>
      </w:r>
      <w:r w:rsidR="0096445B" w:rsidRPr="000767E2">
        <w:rPr>
          <w:lang w:val="sv-SE"/>
        </w:rPr>
        <w:t>BibleBIBEL82</w:t>
      </w:r>
      <w:r w:rsidRPr="000767E2">
        <w:rPr>
          <w:lang w:val="sv-SE"/>
        </w:rPr>
        <w:t>:1Pet 4:15]]</w:t>
      </w:r>
      <w:r w:rsidRPr="000767E2">
        <w:rPr>
          <w:vertAlign w:val="superscript"/>
          <w:lang w:val="sv-SE"/>
        </w:rPr>
        <w:t>15</w:t>
      </w:r>
      <w:r w:rsidRPr="000767E2">
        <w:rPr>
          <w:lang w:val="sv-SE"/>
        </w:rPr>
        <w:t xml:space="preserve"> {{field-on:bible}}För ingen av er ska lida som mördare eller tjuv eller illdådare, eller som snokare.{{field-off:bible}} [[@</w:t>
      </w:r>
      <w:r w:rsidR="0096445B" w:rsidRPr="000767E2">
        <w:rPr>
          <w:lang w:val="sv-SE"/>
        </w:rPr>
        <w:t>BibleBIBEL82</w:t>
      </w:r>
      <w:r w:rsidRPr="000767E2">
        <w:rPr>
          <w:lang w:val="sv-SE"/>
        </w:rPr>
        <w:t>:1Pet 4:16]]</w:t>
      </w:r>
      <w:r w:rsidRPr="000767E2">
        <w:rPr>
          <w:vertAlign w:val="superscript"/>
          <w:lang w:val="sv-SE"/>
        </w:rPr>
        <w:t>16</w:t>
      </w:r>
      <w:r w:rsidRPr="000767E2">
        <w:rPr>
          <w:lang w:val="sv-SE"/>
        </w:rPr>
        <w:t xml:space="preserve"> {{field-on:bible}}Men om som kristen, ska han inte skämmas utan ära Gud i denna detalj.{{field-off:bible}}</w:t>
      </w:r>
    </w:p>
    <w:p w14:paraId="3E0602AF" w14:textId="5C789401" w:rsidR="00BA33AB" w:rsidRPr="000767E2" w:rsidRDefault="00000000">
      <w:pPr>
        <w:rPr>
          <w:lang w:val="sv-SE"/>
        </w:rPr>
      </w:pPr>
      <w:r w:rsidRPr="000767E2">
        <w:rPr>
          <w:lang w:val="sv-SE"/>
        </w:rPr>
        <w:t>[[@</w:t>
      </w:r>
      <w:r w:rsidR="0096445B" w:rsidRPr="000767E2">
        <w:rPr>
          <w:lang w:val="sv-SE"/>
        </w:rPr>
        <w:t>BibleBIBEL82</w:t>
      </w:r>
      <w:r w:rsidRPr="000767E2">
        <w:rPr>
          <w:lang w:val="sv-SE"/>
        </w:rPr>
        <w:t>:1Pet 4:17]]</w:t>
      </w:r>
      <w:r w:rsidRPr="000767E2">
        <w:rPr>
          <w:vertAlign w:val="superscript"/>
          <w:lang w:val="sv-SE"/>
        </w:rPr>
        <w:t>17</w:t>
      </w:r>
      <w:r w:rsidRPr="000767E2">
        <w:rPr>
          <w:lang w:val="sv-SE"/>
        </w:rPr>
        <w:t xml:space="preserve"> {{field-on:bible}}För tiden </w:t>
      </w:r>
      <w:r w:rsidRPr="000767E2">
        <w:rPr>
          <w:i/>
          <w:lang w:val="sv-SE"/>
        </w:rPr>
        <w:t>är här</w:t>
      </w:r>
      <w:r w:rsidRPr="000767E2">
        <w:rPr>
          <w:lang w:val="sv-SE"/>
        </w:rPr>
        <w:t xml:space="preserve"> att domen ska börja från Guds hus. Men om först från oss, vad </w:t>
      </w:r>
      <w:r w:rsidRPr="000767E2">
        <w:rPr>
          <w:i/>
          <w:lang w:val="sv-SE"/>
        </w:rPr>
        <w:t>blir</w:t>
      </w:r>
      <w:r w:rsidRPr="000767E2">
        <w:rPr>
          <w:lang w:val="sv-SE"/>
        </w:rPr>
        <w:t xml:space="preserve"> slutet för dem som är ohörsamma mot Guds evangelium?{{field-off:bible}} [[@</w:t>
      </w:r>
      <w:r w:rsidR="0096445B" w:rsidRPr="000767E2">
        <w:rPr>
          <w:lang w:val="sv-SE"/>
        </w:rPr>
        <w:t>BibleBIBEL82</w:t>
      </w:r>
      <w:r w:rsidRPr="000767E2">
        <w:rPr>
          <w:lang w:val="sv-SE"/>
        </w:rPr>
        <w:t>:1Pet 4:18]]</w:t>
      </w:r>
      <w:r w:rsidRPr="000767E2">
        <w:rPr>
          <w:vertAlign w:val="superscript"/>
          <w:lang w:val="sv-SE"/>
        </w:rPr>
        <w:t>18</w:t>
      </w:r>
      <w:r w:rsidRPr="000767E2">
        <w:rPr>
          <w:lang w:val="sv-SE"/>
        </w:rPr>
        <w:t xml:space="preserve"> {{field-on:bible}}Och om den rättfärdige knappt blir frälst, var ska den ogudaktige och syndaren visa sig?{{field-off:bible}} [[@</w:t>
      </w:r>
      <w:r w:rsidR="0096445B" w:rsidRPr="000767E2">
        <w:rPr>
          <w:lang w:val="sv-SE"/>
        </w:rPr>
        <w:t>BibleBIBEL82</w:t>
      </w:r>
      <w:r w:rsidRPr="000767E2">
        <w:rPr>
          <w:lang w:val="sv-SE"/>
        </w:rPr>
        <w:t>:1Pet 4:19]]</w:t>
      </w:r>
      <w:r w:rsidRPr="000767E2">
        <w:rPr>
          <w:vertAlign w:val="superscript"/>
          <w:lang w:val="sv-SE"/>
        </w:rPr>
        <w:t>19</w:t>
      </w:r>
      <w:r w:rsidRPr="000767E2">
        <w:rPr>
          <w:lang w:val="sv-SE"/>
        </w:rPr>
        <w:t xml:space="preserve"> {{field-on:bible}}Därför ska också de som </w:t>
      </w:r>
      <w:r w:rsidRPr="000767E2">
        <w:rPr>
          <w:i/>
          <w:lang w:val="sv-SE"/>
        </w:rPr>
        <w:t>får</w:t>
      </w:r>
      <w:r w:rsidRPr="000767E2">
        <w:rPr>
          <w:lang w:val="sv-SE"/>
        </w:rPr>
        <w:t xml:space="preserve"> lida efter Guds vilja överbringa sina själar åt </w:t>
      </w:r>
      <w:r w:rsidRPr="000767E2">
        <w:rPr>
          <w:i/>
          <w:lang w:val="sv-SE"/>
        </w:rPr>
        <w:t>sin</w:t>
      </w:r>
      <w:r w:rsidRPr="000767E2">
        <w:rPr>
          <w:lang w:val="sv-SE"/>
        </w:rPr>
        <w:t xml:space="preserve"> trofaste Skapare under godhetsgörande.{{field-off:bible}}</w:t>
      </w:r>
    </w:p>
    <w:p w14:paraId="07A1D7D5" w14:textId="69DD43A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:1Pet 5]]Kapitel 5</w:t>
      </w:r>
    </w:p>
    <w:p w14:paraId="66E1BB34" w14:textId="77777777" w:rsidR="00BA33AB" w:rsidRPr="000767E2" w:rsidRDefault="00000000">
      <w:pPr>
        <w:pStyle w:val="Rubrik3"/>
        <w:rPr>
          <w:lang w:val="sv-SE"/>
        </w:rPr>
      </w:pPr>
      <w:r w:rsidRPr="000767E2">
        <w:rPr>
          <w:lang w:val="sv-SE"/>
        </w:rPr>
        <w:t>Herdar för Guds hjord</w:t>
      </w:r>
    </w:p>
    <w:p w14:paraId="7CD795E6" w14:textId="7FCC8CC1" w:rsidR="00BA33AB" w:rsidRPr="000767E2" w:rsidRDefault="00000000">
      <w:pPr>
        <w:rPr>
          <w:lang w:val="sv-SE"/>
        </w:rPr>
      </w:pPr>
      <w:r w:rsidRPr="000767E2">
        <w:rPr>
          <w:lang w:val="sv-SE"/>
        </w:rPr>
        <w:t>[[@</w:t>
      </w:r>
      <w:r w:rsidR="0096445B" w:rsidRPr="000767E2">
        <w:rPr>
          <w:lang w:val="sv-SE"/>
        </w:rPr>
        <w:t>BibleBIBEL82</w:t>
      </w:r>
      <w:r w:rsidRPr="000767E2">
        <w:rPr>
          <w:lang w:val="sv-SE"/>
        </w:rPr>
        <w:t>:1Pet 5:1]]</w:t>
      </w:r>
      <w:r w:rsidRPr="000767E2">
        <w:rPr>
          <w:vertAlign w:val="superscript"/>
          <w:lang w:val="sv-SE"/>
        </w:rPr>
        <w:t>1</w:t>
      </w:r>
      <w:r w:rsidRPr="000767E2">
        <w:rPr>
          <w:lang w:val="sv-SE"/>
        </w:rPr>
        <w:t xml:space="preserve"> {{field-on:bible}}</w:t>
      </w:r>
      <w:r w:rsidRPr="000767E2">
        <w:rPr>
          <w:i/>
          <w:lang w:val="sv-SE"/>
        </w:rPr>
        <w:t>De</w:t>
      </w:r>
      <w:r w:rsidRPr="000767E2">
        <w:rPr>
          <w:lang w:val="sv-SE"/>
        </w:rPr>
        <w:t xml:space="preserve"> äldste bland er uppmanar jag, </w:t>
      </w:r>
      <w:r w:rsidRPr="000767E2">
        <w:rPr>
          <w:i/>
          <w:lang w:val="sv-SE"/>
        </w:rPr>
        <w:t>som</w:t>
      </w:r>
      <w:r w:rsidRPr="000767E2">
        <w:rPr>
          <w:lang w:val="sv-SE"/>
        </w:rPr>
        <w:t xml:space="preserve"> medäldste och vittne till Kristi lidanden, som också </w:t>
      </w:r>
      <w:r w:rsidRPr="000767E2">
        <w:rPr>
          <w:i/>
          <w:lang w:val="sv-SE"/>
        </w:rPr>
        <w:t>är</w:t>
      </w:r>
      <w:r w:rsidRPr="000767E2">
        <w:rPr>
          <w:lang w:val="sv-SE"/>
        </w:rPr>
        <w:t xml:space="preserve"> delaktig i härligheten som kommer att uppenbaras:{{field-off:bible}} [[@</w:t>
      </w:r>
      <w:r w:rsidR="0096445B" w:rsidRPr="000767E2">
        <w:rPr>
          <w:lang w:val="sv-SE"/>
        </w:rPr>
        <w:t>BibleBIBEL82</w:t>
      </w:r>
      <w:r w:rsidRPr="000767E2">
        <w:rPr>
          <w:lang w:val="sv-SE"/>
        </w:rPr>
        <w:t>:1Pet 5:2]]</w:t>
      </w:r>
      <w:r w:rsidRPr="000767E2">
        <w:rPr>
          <w:vertAlign w:val="superscript"/>
          <w:lang w:val="sv-SE"/>
        </w:rPr>
        <w:t>2</w:t>
      </w:r>
      <w:r w:rsidRPr="000767E2">
        <w:rPr>
          <w:lang w:val="sv-SE"/>
        </w:rPr>
        <w:t xml:space="preserve"> {{field-on:bible}}var herdar för Guds hjord bland er och utöva tillsyn. Inte nödgat, utan frivilligt på Guds vis, och inte vinningslystet utan villigt,{{field-off:bible}} [[@</w:t>
      </w:r>
      <w:r w:rsidR="0096445B" w:rsidRPr="000767E2">
        <w:rPr>
          <w:lang w:val="sv-SE"/>
        </w:rPr>
        <w:t>BibleBIBEL82</w:t>
      </w:r>
      <w:r w:rsidRPr="000767E2">
        <w:rPr>
          <w:lang w:val="sv-SE"/>
        </w:rPr>
        <w:t>:1Pet 5:3]]</w:t>
      </w:r>
      <w:r w:rsidRPr="000767E2">
        <w:rPr>
          <w:vertAlign w:val="superscript"/>
          <w:lang w:val="sv-SE"/>
        </w:rPr>
        <w:t>3</w:t>
      </w:r>
      <w:r w:rsidRPr="000767E2">
        <w:rPr>
          <w:lang w:val="sv-SE"/>
        </w:rPr>
        <w:t xml:space="preserve"> {{field-on:bible}}och inte som </w:t>
      </w:r>
      <w:r w:rsidRPr="000767E2">
        <w:rPr>
          <w:i/>
          <w:lang w:val="sv-SE"/>
        </w:rPr>
        <w:t>att ni</w:t>
      </w:r>
      <w:r w:rsidRPr="000767E2">
        <w:rPr>
          <w:lang w:val="sv-SE"/>
        </w:rPr>
        <w:t xml:space="preserve"> dominerar lotterna utan blir förebilder för hjorden.{{field-off:bible}} [[@</w:t>
      </w:r>
      <w:r w:rsidR="0096445B" w:rsidRPr="000767E2">
        <w:rPr>
          <w:lang w:val="sv-SE"/>
        </w:rPr>
        <w:t>BibleBIBEL82</w:t>
      </w:r>
      <w:r w:rsidRPr="000767E2">
        <w:rPr>
          <w:lang w:val="sv-SE"/>
        </w:rPr>
        <w:t>:1Pet 5:4]]</w:t>
      </w:r>
      <w:r w:rsidRPr="000767E2">
        <w:rPr>
          <w:vertAlign w:val="superscript"/>
          <w:lang w:val="sv-SE"/>
        </w:rPr>
        <w:t>4</w:t>
      </w:r>
      <w:r w:rsidRPr="000767E2">
        <w:rPr>
          <w:lang w:val="sv-SE"/>
        </w:rPr>
        <w:t xml:space="preserve"> {{field-on:bible}}Och när Överherden träder fram, ska ni få ut härlighetens ovanskliga krans.{{field-off:bible}}</w:t>
      </w:r>
    </w:p>
    <w:p w14:paraId="759E9ADA" w14:textId="0E03E77D" w:rsidR="00BA33AB" w:rsidRPr="000767E2" w:rsidRDefault="00000000">
      <w:pPr>
        <w:rPr>
          <w:lang w:val="sv-SE"/>
        </w:rPr>
      </w:pPr>
      <w:r w:rsidRPr="000767E2">
        <w:rPr>
          <w:lang w:val="sv-SE"/>
        </w:rPr>
        <w:t>[[@</w:t>
      </w:r>
      <w:r w:rsidR="0096445B" w:rsidRPr="000767E2">
        <w:rPr>
          <w:lang w:val="sv-SE"/>
        </w:rPr>
        <w:t>BibleBIBEL82</w:t>
      </w:r>
      <w:r w:rsidRPr="000767E2">
        <w:rPr>
          <w:lang w:val="sv-SE"/>
        </w:rPr>
        <w:t>:1Pet 5:5]]</w:t>
      </w:r>
      <w:r w:rsidRPr="000767E2">
        <w:rPr>
          <w:vertAlign w:val="superscript"/>
          <w:lang w:val="sv-SE"/>
        </w:rPr>
        <w:t>5</w:t>
      </w:r>
      <w:r w:rsidRPr="000767E2">
        <w:rPr>
          <w:lang w:val="sv-SE"/>
        </w:rPr>
        <w:t xml:space="preserve"> {{field-on:bible}}Likaså </w:t>
      </w:r>
      <w:r w:rsidRPr="000767E2">
        <w:rPr>
          <w:i/>
          <w:lang w:val="sv-SE"/>
        </w:rPr>
        <w:t>ni</w:t>
      </w:r>
      <w:r w:rsidRPr="000767E2">
        <w:rPr>
          <w:lang w:val="sv-SE"/>
        </w:rPr>
        <w:t xml:space="preserve"> yngre: underordna er </w:t>
      </w:r>
      <w:r w:rsidRPr="000767E2">
        <w:rPr>
          <w:i/>
          <w:lang w:val="sv-SE"/>
        </w:rPr>
        <w:t>de</w:t>
      </w:r>
      <w:r w:rsidRPr="000767E2">
        <w:rPr>
          <w:lang w:val="sv-SE"/>
        </w:rPr>
        <w:t xml:space="preserve"> äldste. Och alla ska ni gentemot varandra knyta på er ödmjukheten. För Gud går emot högmodiga, men åt ödmjuka ger han nåd.{{field-off:bible}} [[@</w:t>
      </w:r>
      <w:r w:rsidR="0096445B" w:rsidRPr="000767E2">
        <w:rPr>
          <w:lang w:val="sv-SE"/>
        </w:rPr>
        <w:t>BibleBIBEL82</w:t>
      </w:r>
      <w:r w:rsidRPr="000767E2">
        <w:rPr>
          <w:lang w:val="sv-SE"/>
        </w:rPr>
        <w:t>:1Pet 5:6]]</w:t>
      </w:r>
      <w:r w:rsidRPr="000767E2">
        <w:rPr>
          <w:vertAlign w:val="superscript"/>
          <w:lang w:val="sv-SE"/>
        </w:rPr>
        <w:t>6</w:t>
      </w:r>
      <w:r w:rsidRPr="000767E2">
        <w:rPr>
          <w:lang w:val="sv-SE"/>
        </w:rPr>
        <w:t xml:space="preserve"> {{field-on:bible}}Ödmjuka er då under Guds väldiga hand, så att han upphöjer er i </w:t>
      </w:r>
      <w:r w:rsidRPr="000767E2">
        <w:rPr>
          <w:i/>
          <w:lang w:val="sv-SE"/>
        </w:rPr>
        <w:t>sin</w:t>
      </w:r>
      <w:r w:rsidRPr="000767E2">
        <w:rPr>
          <w:lang w:val="sv-SE"/>
        </w:rPr>
        <w:t xml:space="preserve"> tid,{{field-off:bible}} [[@</w:t>
      </w:r>
      <w:r w:rsidR="0096445B" w:rsidRPr="000767E2">
        <w:rPr>
          <w:lang w:val="sv-SE"/>
        </w:rPr>
        <w:t>BibleBIBEL82</w:t>
      </w:r>
      <w:r w:rsidRPr="000767E2">
        <w:rPr>
          <w:lang w:val="sv-SE"/>
        </w:rPr>
        <w:t>:1Pet 5:7]]</w:t>
      </w:r>
      <w:r w:rsidRPr="000767E2">
        <w:rPr>
          <w:vertAlign w:val="superscript"/>
          <w:lang w:val="sv-SE"/>
        </w:rPr>
        <w:t>7</w:t>
      </w:r>
      <w:r w:rsidRPr="000767E2">
        <w:rPr>
          <w:lang w:val="sv-SE"/>
        </w:rPr>
        <w:t xml:space="preserve"> {{field-on:bible}}medan ni slänger hela ert bekymmer på honom. För han bryr sig om er.{{field-off:bible}}</w:t>
      </w:r>
    </w:p>
    <w:p w14:paraId="60A7989A" w14:textId="77777777" w:rsidR="00BA33AB" w:rsidRPr="000767E2" w:rsidRDefault="00000000">
      <w:pPr>
        <w:pStyle w:val="Rubrik3"/>
        <w:rPr>
          <w:lang w:val="sv-SE"/>
        </w:rPr>
      </w:pPr>
      <w:r w:rsidRPr="000767E2">
        <w:rPr>
          <w:lang w:val="sv-SE"/>
        </w:rPr>
        <w:t>Var vakna</w:t>
      </w:r>
    </w:p>
    <w:p w14:paraId="18962C15" w14:textId="4C74A658" w:rsidR="00BA33AB" w:rsidRPr="000767E2" w:rsidRDefault="00000000">
      <w:pPr>
        <w:rPr>
          <w:lang w:val="sv-SE"/>
        </w:rPr>
      </w:pPr>
      <w:r>
        <w:t>[[@</w:t>
      </w:r>
      <w:r w:rsidR="0096445B">
        <w:t>BibleBIBEL82</w:t>
      </w:r>
      <w:r>
        <w:t>:1Pet 5:8]]</w:t>
      </w:r>
      <w:r>
        <w:rPr>
          <w:vertAlign w:val="superscript"/>
        </w:rPr>
        <w:t>8</w:t>
      </w:r>
      <w:r>
        <w:t xml:space="preserve"> {{</w:t>
      </w:r>
      <w:proofErr w:type="spellStart"/>
      <w:r>
        <w:t>field-</w:t>
      </w:r>
      <w:proofErr w:type="gramStart"/>
      <w:r>
        <w:t>on:bible</w:t>
      </w:r>
      <w:proofErr w:type="spellEnd"/>
      <w:r>
        <w:t>}}Var</w:t>
      </w:r>
      <w:proofErr w:type="gramEnd"/>
      <w:r>
        <w:t xml:space="preserve"> </w:t>
      </w:r>
      <w:proofErr w:type="spellStart"/>
      <w:r>
        <w:t>nyktra</w:t>
      </w:r>
      <w:proofErr w:type="spellEnd"/>
      <w:r>
        <w:t xml:space="preserve">. </w:t>
      </w:r>
      <w:r w:rsidRPr="000767E2">
        <w:rPr>
          <w:lang w:val="sv-SE"/>
        </w:rPr>
        <w:t>Var vakna. Er motpart djävulen vandrar omkring som ett rytande lejon och söker någon att sluka.{{field-off:bible}} [[@</w:t>
      </w:r>
      <w:r w:rsidR="0096445B" w:rsidRPr="000767E2">
        <w:rPr>
          <w:lang w:val="sv-SE"/>
        </w:rPr>
        <w:t>BibleBIBEL82</w:t>
      </w:r>
      <w:r w:rsidRPr="000767E2">
        <w:rPr>
          <w:lang w:val="sv-SE"/>
        </w:rPr>
        <w:t>:1Pet 5:9]]</w:t>
      </w:r>
      <w:r w:rsidRPr="000767E2">
        <w:rPr>
          <w:vertAlign w:val="superscript"/>
          <w:lang w:val="sv-SE"/>
        </w:rPr>
        <w:t>9</w:t>
      </w:r>
      <w:r w:rsidRPr="000767E2">
        <w:rPr>
          <w:lang w:val="sv-SE"/>
        </w:rPr>
        <w:t xml:space="preserve"> {{field-on:bible}}Honom ska ni stå emot, stadiga i tron, då ni vet att detsamma av lidanden fullbordas hos er syskonskara i världen.{{field-off:bible}} [[@</w:t>
      </w:r>
      <w:r w:rsidR="0096445B" w:rsidRPr="000767E2">
        <w:rPr>
          <w:lang w:val="sv-SE"/>
        </w:rPr>
        <w:t>BibleBIBEL82</w:t>
      </w:r>
      <w:r w:rsidRPr="000767E2">
        <w:rPr>
          <w:lang w:val="sv-SE"/>
        </w:rPr>
        <w:t>:1Pet 5:10]]</w:t>
      </w:r>
      <w:r w:rsidRPr="000767E2">
        <w:rPr>
          <w:vertAlign w:val="superscript"/>
          <w:lang w:val="sv-SE"/>
        </w:rPr>
        <w:t>10</w:t>
      </w:r>
      <w:r w:rsidRPr="000767E2">
        <w:rPr>
          <w:lang w:val="sv-SE"/>
        </w:rPr>
        <w:t xml:space="preserve"> {{field-on:bible}}Men all nåds Gud, som har kallat er till sin eoniska härlighet i Kristus, ska själv när ni lite har lidit förfärdiga, stärka, styrka, grunda.{{field-off:bible}} [[@</w:t>
      </w:r>
      <w:r w:rsidR="0096445B" w:rsidRPr="000767E2">
        <w:rPr>
          <w:lang w:val="sv-SE"/>
        </w:rPr>
        <w:t>BibleBIBEL82</w:t>
      </w:r>
      <w:r w:rsidRPr="000767E2">
        <w:rPr>
          <w:lang w:val="sv-SE"/>
        </w:rPr>
        <w:t>:1Pet 5:11]]</w:t>
      </w:r>
      <w:r w:rsidRPr="000767E2">
        <w:rPr>
          <w:vertAlign w:val="superscript"/>
          <w:lang w:val="sv-SE"/>
        </w:rPr>
        <w:t>11</w:t>
      </w:r>
      <w:r w:rsidRPr="000767E2">
        <w:rPr>
          <w:lang w:val="sv-SE"/>
        </w:rPr>
        <w:t xml:space="preserve"> {{field-on:bible}}Hans är väldet till eonerna. Amen.{{field-off:bible}}</w:t>
      </w:r>
    </w:p>
    <w:p w14:paraId="5425D6D4" w14:textId="77777777" w:rsidR="00BA33AB" w:rsidRPr="000767E2" w:rsidRDefault="00000000">
      <w:pPr>
        <w:pStyle w:val="Rubrik3"/>
        <w:rPr>
          <w:lang w:val="sv-SE"/>
        </w:rPr>
      </w:pPr>
      <w:r w:rsidRPr="000767E2">
        <w:rPr>
          <w:lang w:val="sv-SE"/>
        </w:rPr>
        <w:lastRenderedPageBreak/>
        <w:t>Sluthälsningar</w:t>
      </w:r>
    </w:p>
    <w:p w14:paraId="4AAF5B81" w14:textId="4FA002F1" w:rsidR="00BA33AB" w:rsidRPr="000767E2" w:rsidRDefault="00000000">
      <w:pPr>
        <w:rPr>
          <w:lang w:val="sv-SE"/>
        </w:rPr>
      </w:pPr>
      <w:r w:rsidRPr="000767E2">
        <w:rPr>
          <w:lang w:val="sv-SE"/>
        </w:rPr>
        <w:t>[[@</w:t>
      </w:r>
      <w:r w:rsidR="0096445B" w:rsidRPr="000767E2">
        <w:rPr>
          <w:lang w:val="sv-SE"/>
        </w:rPr>
        <w:t>BibleBIBEL82</w:t>
      </w:r>
      <w:r w:rsidRPr="000767E2">
        <w:rPr>
          <w:lang w:val="sv-SE"/>
        </w:rPr>
        <w:t>:1Pet 5:12]]</w:t>
      </w:r>
      <w:r w:rsidRPr="000767E2">
        <w:rPr>
          <w:vertAlign w:val="superscript"/>
          <w:lang w:val="sv-SE"/>
        </w:rPr>
        <w:t>12</w:t>
      </w:r>
      <w:r w:rsidRPr="000767E2">
        <w:rPr>
          <w:lang w:val="sv-SE"/>
        </w:rPr>
        <w:t xml:space="preserve"> {{field-on:bible}}Genom Silvanus, den trofaste brodern såsom jag tänker, har jag i korthet skrivit till er och uppmuntrar och vittnar om att sann är denna Guds nåd. Stå </w:t>
      </w:r>
      <w:r w:rsidRPr="000767E2">
        <w:rPr>
          <w:i/>
          <w:lang w:val="sv-SE"/>
        </w:rPr>
        <w:t>fasta</w:t>
      </w:r>
      <w:r w:rsidRPr="000767E2">
        <w:rPr>
          <w:lang w:val="sv-SE"/>
        </w:rPr>
        <w:t xml:space="preserve"> i den.{{field-off:bible}}</w:t>
      </w:r>
    </w:p>
    <w:p w14:paraId="4456518F" w14:textId="74E6C3FD" w:rsidR="00BA33AB" w:rsidRPr="000767E2" w:rsidRDefault="00000000">
      <w:pPr>
        <w:rPr>
          <w:lang w:val="sv-SE"/>
        </w:rPr>
      </w:pPr>
      <w:r w:rsidRPr="000767E2">
        <w:rPr>
          <w:lang w:val="sv-SE"/>
        </w:rPr>
        <w:t>[[@</w:t>
      </w:r>
      <w:r w:rsidR="0096445B" w:rsidRPr="000767E2">
        <w:rPr>
          <w:lang w:val="sv-SE"/>
        </w:rPr>
        <w:t>BibleBIBEL82</w:t>
      </w:r>
      <w:r w:rsidRPr="000767E2">
        <w:rPr>
          <w:lang w:val="sv-SE"/>
        </w:rPr>
        <w:t>:1Pet 5:13]]</w:t>
      </w:r>
      <w:r w:rsidRPr="000767E2">
        <w:rPr>
          <w:vertAlign w:val="superscript"/>
          <w:lang w:val="sv-SE"/>
        </w:rPr>
        <w:t>13</w:t>
      </w:r>
      <w:r w:rsidRPr="000767E2">
        <w:rPr>
          <w:lang w:val="sv-SE"/>
        </w:rPr>
        <w:t xml:space="preserve"> {{field-on:bible}}Hälsar er </w:t>
      </w:r>
      <w:r w:rsidRPr="000767E2">
        <w:rPr>
          <w:i/>
          <w:lang w:val="sv-SE"/>
        </w:rPr>
        <w:t>gör</w:t>
      </w:r>
      <w:r w:rsidRPr="000767E2">
        <w:rPr>
          <w:lang w:val="sv-SE"/>
        </w:rPr>
        <w:t xml:space="preserve"> den medutvalda i Babylon och Markus, min son.{{field-off:bible}} [[@</w:t>
      </w:r>
      <w:r w:rsidR="0096445B" w:rsidRPr="000767E2">
        <w:rPr>
          <w:lang w:val="sv-SE"/>
        </w:rPr>
        <w:t>BibleBIBEL82</w:t>
      </w:r>
      <w:r w:rsidRPr="000767E2">
        <w:rPr>
          <w:lang w:val="sv-SE"/>
        </w:rPr>
        <w:t>:1Pet 5:14]]</w:t>
      </w:r>
      <w:r w:rsidRPr="000767E2">
        <w:rPr>
          <w:vertAlign w:val="superscript"/>
          <w:lang w:val="sv-SE"/>
        </w:rPr>
        <w:t>14</w:t>
      </w:r>
      <w:r w:rsidRPr="000767E2">
        <w:rPr>
          <w:lang w:val="sv-SE"/>
        </w:rPr>
        <w:t xml:space="preserve"> {{field-on:bible}}Hälsa varandra med en kyss av kärlek. Frid åt er alla i Kristus.{{field-off:bible}}</w:t>
      </w:r>
    </w:p>
    <w:p w14:paraId="3E83B1CB" w14:textId="2DF1189D"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:2Pet]]Petrus andra brev</w:t>
      </w:r>
    </w:p>
    <w:p w14:paraId="5D48803A" w14:textId="542817E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:2Pet 1]]Kapitel 1</w:t>
      </w:r>
    </w:p>
    <w:p w14:paraId="416C15D9" w14:textId="77777777" w:rsidR="00BA33AB" w:rsidRPr="000767E2" w:rsidRDefault="00000000">
      <w:pPr>
        <w:pStyle w:val="Rubrik3"/>
        <w:rPr>
          <w:lang w:val="sv-SE"/>
        </w:rPr>
      </w:pPr>
      <w:r w:rsidRPr="000767E2">
        <w:rPr>
          <w:lang w:val="sv-SE"/>
        </w:rPr>
        <w:t>Hälsning</w:t>
      </w:r>
    </w:p>
    <w:p w14:paraId="6A8F0B6F" w14:textId="3465343F" w:rsidR="00BA33AB" w:rsidRPr="000767E2" w:rsidRDefault="00000000">
      <w:pPr>
        <w:rPr>
          <w:lang w:val="sv-SE"/>
        </w:rPr>
      </w:pPr>
      <w:r w:rsidRPr="000767E2">
        <w:rPr>
          <w:lang w:val="sv-SE"/>
        </w:rPr>
        <w:t>[[@</w:t>
      </w:r>
      <w:r w:rsidR="0096445B" w:rsidRPr="000767E2">
        <w:rPr>
          <w:lang w:val="sv-SE"/>
        </w:rPr>
        <w:t>BibleBIBEL82</w:t>
      </w:r>
      <w:r w:rsidRPr="000767E2">
        <w:rPr>
          <w:lang w:val="sv-SE"/>
        </w:rPr>
        <w:t>:2Pet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Symeon Petrus, Jesu Kristi fasttjänare och apostel. Till dem som har fått på sin lott en tro likvärdig vår, genom vår Guds och Frälsares Jesu Kristi rättfärdighet:{{field-off:bible}} [[@</w:t>
      </w:r>
      <w:r w:rsidR="0096445B" w:rsidRPr="000767E2">
        <w:rPr>
          <w:lang w:val="sv-SE"/>
        </w:rPr>
        <w:t>BibleBIBEL82</w:t>
      </w:r>
      <w:r w:rsidRPr="000767E2">
        <w:rPr>
          <w:lang w:val="sv-SE"/>
        </w:rPr>
        <w:t>:2Pet 1:2]]</w:t>
      </w:r>
      <w:r w:rsidRPr="000767E2">
        <w:rPr>
          <w:vertAlign w:val="superscript"/>
          <w:lang w:val="sv-SE"/>
        </w:rPr>
        <w:t>2</w:t>
      </w:r>
      <w:r w:rsidRPr="000767E2">
        <w:rPr>
          <w:lang w:val="sv-SE"/>
        </w:rPr>
        <w:t xml:space="preserve"> {{field-on:bible}}Nåd åt er och frid må förökas genom insikt om Gud och Jesus vår Herre.{{field-off:bible}}</w:t>
      </w:r>
    </w:p>
    <w:p w14:paraId="0CB686DB" w14:textId="77777777" w:rsidR="00BA33AB" w:rsidRPr="000767E2" w:rsidRDefault="00000000">
      <w:pPr>
        <w:pStyle w:val="Rubrik3"/>
        <w:rPr>
          <w:lang w:val="sv-SE"/>
        </w:rPr>
      </w:pPr>
      <w:r w:rsidRPr="000767E2">
        <w:rPr>
          <w:lang w:val="sv-SE"/>
        </w:rPr>
        <w:t>All iver i tron</w:t>
      </w:r>
    </w:p>
    <w:p w14:paraId="516037C1" w14:textId="4F89403A" w:rsidR="00BA33AB" w:rsidRPr="000767E2" w:rsidRDefault="00000000">
      <w:pPr>
        <w:rPr>
          <w:lang w:val="sv-SE"/>
        </w:rPr>
      </w:pPr>
      <w:r w:rsidRPr="000767E2">
        <w:rPr>
          <w:lang w:val="sv-SE"/>
        </w:rPr>
        <w:t>[[@</w:t>
      </w:r>
      <w:r w:rsidR="0096445B" w:rsidRPr="000767E2">
        <w:rPr>
          <w:lang w:val="sv-SE"/>
        </w:rPr>
        <w:t>BibleBIBEL82</w:t>
      </w:r>
      <w:r w:rsidRPr="000767E2">
        <w:rPr>
          <w:lang w:val="sv-SE"/>
        </w:rPr>
        <w:t>:2Pet 1:3]]</w:t>
      </w:r>
      <w:r w:rsidRPr="000767E2">
        <w:rPr>
          <w:vertAlign w:val="superscript"/>
          <w:lang w:val="sv-SE"/>
        </w:rPr>
        <w:t>3</w:t>
      </w:r>
      <w:r w:rsidRPr="000767E2">
        <w:rPr>
          <w:lang w:val="sv-SE"/>
        </w:rPr>
        <w:t xml:space="preserve"> {{field-on:bible}}Såsom hans gudomliga makt har skänkt oss allt för liv och fromhet, genom insikten om honom som har kallat oss med </w:t>
      </w:r>
      <w:r w:rsidRPr="000767E2">
        <w:rPr>
          <w:i/>
          <w:lang w:val="sv-SE"/>
        </w:rPr>
        <w:t>sin</w:t>
      </w:r>
      <w:r w:rsidRPr="000767E2">
        <w:rPr>
          <w:lang w:val="sv-SE"/>
        </w:rPr>
        <w:t xml:space="preserve"> egen härlighet och dygd,{{field-off:bible}} [[@</w:t>
      </w:r>
      <w:r w:rsidR="0096445B" w:rsidRPr="000767E2">
        <w:rPr>
          <w:lang w:val="sv-SE"/>
        </w:rPr>
        <w:t>BibleBIBEL82</w:t>
      </w:r>
      <w:r w:rsidRPr="000767E2">
        <w:rPr>
          <w:lang w:val="sv-SE"/>
        </w:rPr>
        <w:t>:2Pet 1:4]]</w:t>
      </w:r>
      <w:r w:rsidRPr="000767E2">
        <w:rPr>
          <w:vertAlign w:val="superscript"/>
          <w:lang w:val="sv-SE"/>
        </w:rPr>
        <w:t>4</w:t>
      </w:r>
      <w:r w:rsidRPr="000767E2">
        <w:rPr>
          <w:lang w:val="sv-SE"/>
        </w:rPr>
        <w:t xml:space="preserve"> {{field-on:bible}}genom vilka han har skänkt oss de dyrbara och största löftena, för att ni genom dessa ska bli delaktiga i gudomlig natur, sedan ni undkommit fördärvet </w:t>
      </w:r>
      <w:r w:rsidRPr="000767E2">
        <w:rPr>
          <w:i/>
          <w:lang w:val="sv-SE"/>
        </w:rPr>
        <w:t>som</w:t>
      </w:r>
      <w:r w:rsidRPr="000767E2">
        <w:rPr>
          <w:lang w:val="sv-SE"/>
        </w:rPr>
        <w:t xml:space="preserve"> </w:t>
      </w:r>
      <w:r w:rsidRPr="000767E2">
        <w:rPr>
          <w:i/>
          <w:lang w:val="sv-SE"/>
        </w:rPr>
        <w:t>finns</w:t>
      </w:r>
      <w:r w:rsidRPr="000767E2">
        <w:rPr>
          <w:lang w:val="sv-SE"/>
        </w:rPr>
        <w:t xml:space="preserve"> i världen genom begär –{{field-off:bible}} [[@</w:t>
      </w:r>
      <w:r w:rsidR="0096445B" w:rsidRPr="000767E2">
        <w:rPr>
          <w:lang w:val="sv-SE"/>
        </w:rPr>
        <w:t>BibleBIBEL82</w:t>
      </w:r>
      <w:r w:rsidRPr="000767E2">
        <w:rPr>
          <w:lang w:val="sv-SE"/>
        </w:rPr>
        <w:t>:2Pet 1:5]]</w:t>
      </w:r>
      <w:r w:rsidRPr="000767E2">
        <w:rPr>
          <w:vertAlign w:val="superscript"/>
          <w:lang w:val="sv-SE"/>
        </w:rPr>
        <w:t>5</w:t>
      </w:r>
      <w:r w:rsidRPr="000767E2">
        <w:rPr>
          <w:lang w:val="sv-SE"/>
        </w:rPr>
        <w:t xml:space="preserve"> {{field-on:bible}}</w:t>
      </w:r>
      <w:r w:rsidRPr="000767E2">
        <w:rPr>
          <w:i/>
          <w:lang w:val="sv-SE"/>
        </w:rPr>
        <w:t>så</w:t>
      </w:r>
      <w:r w:rsidRPr="000767E2">
        <w:rPr>
          <w:lang w:val="sv-SE"/>
        </w:rPr>
        <w:t xml:space="preserve"> ska också just därför ni sätta in all iver och i er tro bibringa dygden, och i dygden kunskapen,{{field-off:bible}} [[@</w:t>
      </w:r>
      <w:r w:rsidR="0096445B" w:rsidRPr="000767E2">
        <w:rPr>
          <w:lang w:val="sv-SE"/>
        </w:rPr>
        <w:t>BibleBIBEL82</w:t>
      </w:r>
      <w:r w:rsidRPr="000767E2">
        <w:rPr>
          <w:lang w:val="sv-SE"/>
        </w:rPr>
        <w:t>:2Pet 1:6]]</w:t>
      </w:r>
      <w:r w:rsidRPr="000767E2">
        <w:rPr>
          <w:vertAlign w:val="superscript"/>
          <w:lang w:val="sv-SE"/>
        </w:rPr>
        <w:t>6</w:t>
      </w:r>
      <w:r w:rsidRPr="000767E2">
        <w:rPr>
          <w:lang w:val="sv-SE"/>
        </w:rPr>
        <w:t xml:space="preserve"> {{field-on:bible}}och i kunskapen självbehärskningen, och i självbehärskningen uthålligheten, och i uthålligheten fromheten,{{field-off:bible}} [[@</w:t>
      </w:r>
      <w:r w:rsidR="0096445B" w:rsidRPr="000767E2">
        <w:rPr>
          <w:lang w:val="sv-SE"/>
        </w:rPr>
        <w:t>BibleBIBEL82</w:t>
      </w:r>
      <w:r w:rsidRPr="000767E2">
        <w:rPr>
          <w:lang w:val="sv-SE"/>
        </w:rPr>
        <w:t>:2Pet 1:7]]</w:t>
      </w:r>
      <w:r w:rsidRPr="000767E2">
        <w:rPr>
          <w:vertAlign w:val="superscript"/>
          <w:lang w:val="sv-SE"/>
        </w:rPr>
        <w:t>7</w:t>
      </w:r>
      <w:r w:rsidRPr="000767E2">
        <w:rPr>
          <w:lang w:val="sv-SE"/>
        </w:rPr>
        <w:t xml:space="preserve"> {{field-on:bible}}och i fromheten syskonkärleken, och i syskonkärleken </w:t>
      </w:r>
      <w:r w:rsidRPr="000767E2">
        <w:rPr>
          <w:i/>
          <w:lang w:val="sv-SE"/>
        </w:rPr>
        <w:t>den osjälviska</w:t>
      </w:r>
      <w:r w:rsidRPr="000767E2">
        <w:rPr>
          <w:lang w:val="sv-SE"/>
        </w:rPr>
        <w:t xml:space="preserve"> kärleken.{{field-off:bible}} [[@</w:t>
      </w:r>
      <w:r w:rsidR="0096445B" w:rsidRPr="000767E2">
        <w:rPr>
          <w:lang w:val="sv-SE"/>
        </w:rPr>
        <w:t>BibleBIBEL82</w:t>
      </w:r>
      <w:r w:rsidRPr="000767E2">
        <w:rPr>
          <w:lang w:val="sv-SE"/>
        </w:rPr>
        <w:t>:2Pet 1:8]]</w:t>
      </w:r>
      <w:r w:rsidRPr="000767E2">
        <w:rPr>
          <w:vertAlign w:val="superscript"/>
          <w:lang w:val="sv-SE"/>
        </w:rPr>
        <w:t>8</w:t>
      </w:r>
      <w:r w:rsidRPr="000767E2">
        <w:rPr>
          <w:lang w:val="sv-SE"/>
        </w:rPr>
        <w:t xml:space="preserve"> {{field-on:bible}}För när detta finns hos er och förmeras, sätter det </w:t>
      </w:r>
      <w:r w:rsidRPr="000767E2">
        <w:rPr>
          <w:i/>
          <w:lang w:val="sv-SE"/>
        </w:rPr>
        <w:t>er</w:t>
      </w:r>
      <w:r w:rsidRPr="000767E2">
        <w:rPr>
          <w:lang w:val="sv-SE"/>
        </w:rPr>
        <w:t xml:space="preserve"> inte overksamma eller utan frukt i insikten om vår Herre Jesus Kristus.{{field-off:bible}} [[@</w:t>
      </w:r>
      <w:r w:rsidR="0096445B" w:rsidRPr="000767E2">
        <w:rPr>
          <w:lang w:val="sv-SE"/>
        </w:rPr>
        <w:t>BibleBIBEL82</w:t>
      </w:r>
      <w:r w:rsidRPr="000767E2">
        <w:rPr>
          <w:lang w:val="sv-SE"/>
        </w:rPr>
        <w:t>:2Pet 1:9]]</w:t>
      </w:r>
      <w:r w:rsidRPr="000767E2">
        <w:rPr>
          <w:vertAlign w:val="superscript"/>
          <w:lang w:val="sv-SE"/>
        </w:rPr>
        <w:t>9</w:t>
      </w:r>
      <w:r w:rsidRPr="000767E2">
        <w:rPr>
          <w:lang w:val="sv-SE"/>
        </w:rPr>
        <w:t xml:space="preserve"> {{field-on:bible}}Den hos vilken detta inte finns är nämligen blind och närsynt </w:t>
      </w:r>
      <w:r w:rsidRPr="000767E2">
        <w:rPr>
          <w:i/>
          <w:lang w:val="sv-SE"/>
        </w:rPr>
        <w:t>och</w:t>
      </w:r>
      <w:r w:rsidRPr="000767E2">
        <w:rPr>
          <w:lang w:val="sv-SE"/>
        </w:rPr>
        <w:t xml:space="preserve"> har fått glömska för reningen från sina synder </w:t>
      </w:r>
      <w:r w:rsidRPr="000767E2">
        <w:rPr>
          <w:i/>
          <w:lang w:val="sv-SE"/>
        </w:rPr>
        <w:t>från</w:t>
      </w:r>
      <w:r w:rsidRPr="000767E2">
        <w:rPr>
          <w:lang w:val="sv-SE"/>
        </w:rPr>
        <w:t xml:space="preserve"> förr.{{field-off:bible}}</w:t>
      </w:r>
    </w:p>
    <w:p w14:paraId="7347C9CB" w14:textId="131EBF05" w:rsidR="00BA33AB" w:rsidRPr="000767E2" w:rsidRDefault="00000000">
      <w:pPr>
        <w:rPr>
          <w:lang w:val="sv-SE"/>
        </w:rPr>
      </w:pPr>
      <w:r w:rsidRPr="000767E2">
        <w:rPr>
          <w:lang w:val="sv-SE"/>
        </w:rPr>
        <w:t>[[@</w:t>
      </w:r>
      <w:r w:rsidR="0096445B" w:rsidRPr="000767E2">
        <w:rPr>
          <w:lang w:val="sv-SE"/>
        </w:rPr>
        <w:t>BibleBIBEL82</w:t>
      </w:r>
      <w:r w:rsidRPr="000767E2">
        <w:rPr>
          <w:lang w:val="sv-SE"/>
        </w:rPr>
        <w:t>:2Pet 1:10]]</w:t>
      </w:r>
      <w:r w:rsidRPr="000767E2">
        <w:rPr>
          <w:vertAlign w:val="superscript"/>
          <w:lang w:val="sv-SE"/>
        </w:rPr>
        <w:t>10</w:t>
      </w:r>
      <w:r w:rsidRPr="000767E2">
        <w:rPr>
          <w:lang w:val="sv-SE"/>
        </w:rPr>
        <w:t xml:space="preserve"> {{field-on:bible}}Därför ska ni </w:t>
      </w:r>
      <w:r w:rsidRPr="000767E2">
        <w:rPr>
          <w:i/>
          <w:lang w:val="sv-SE"/>
        </w:rPr>
        <w:t>desto</w:t>
      </w:r>
      <w:r w:rsidRPr="000767E2">
        <w:rPr>
          <w:lang w:val="sv-SE"/>
        </w:rPr>
        <w:t xml:space="preserve"> mer, syskon, vara ivriga att göra er kallelse och utvaldhet fast. För när ni gör detta ska ni aldrig snava någonsin,{{field-off:bible}} [[@</w:t>
      </w:r>
      <w:r w:rsidR="0096445B" w:rsidRPr="000767E2">
        <w:rPr>
          <w:lang w:val="sv-SE"/>
        </w:rPr>
        <w:t>BibleBIBEL82</w:t>
      </w:r>
      <w:r w:rsidRPr="000767E2">
        <w:rPr>
          <w:lang w:val="sv-SE"/>
        </w:rPr>
        <w:t>:2Pet 1:11]]</w:t>
      </w:r>
      <w:r w:rsidRPr="000767E2">
        <w:rPr>
          <w:vertAlign w:val="superscript"/>
          <w:lang w:val="sv-SE"/>
        </w:rPr>
        <w:t>11</w:t>
      </w:r>
      <w:r w:rsidRPr="000767E2">
        <w:rPr>
          <w:lang w:val="sv-SE"/>
        </w:rPr>
        <w:t xml:space="preserve"> {{field-on:bible}}för så ska </w:t>
      </w:r>
      <w:r w:rsidRPr="000767E2">
        <w:rPr>
          <w:i/>
          <w:lang w:val="sv-SE"/>
        </w:rPr>
        <w:t>det</w:t>
      </w:r>
      <w:r w:rsidRPr="000767E2">
        <w:rPr>
          <w:lang w:val="sv-SE"/>
        </w:rPr>
        <w:t xml:space="preserve"> rikligt bibringas er ingången till det eoniska riket hos vår Herre och Frälsare Jesus Kristus.{{field-off:bible}}</w:t>
      </w:r>
    </w:p>
    <w:p w14:paraId="2415530E" w14:textId="411598A5" w:rsidR="00BA33AB" w:rsidRPr="000767E2" w:rsidRDefault="00000000">
      <w:pPr>
        <w:rPr>
          <w:lang w:val="sv-SE"/>
        </w:rPr>
      </w:pPr>
      <w:r w:rsidRPr="000767E2">
        <w:rPr>
          <w:lang w:val="sv-SE"/>
        </w:rPr>
        <w:t>[[@</w:t>
      </w:r>
      <w:r w:rsidR="0096445B" w:rsidRPr="000767E2">
        <w:rPr>
          <w:lang w:val="sv-SE"/>
        </w:rPr>
        <w:t>BibleBIBEL82</w:t>
      </w:r>
      <w:r w:rsidRPr="000767E2">
        <w:rPr>
          <w:lang w:val="sv-SE"/>
        </w:rPr>
        <w:t>:2Pet 1:12]]</w:t>
      </w:r>
      <w:r w:rsidRPr="000767E2">
        <w:rPr>
          <w:vertAlign w:val="superscript"/>
          <w:lang w:val="sv-SE"/>
        </w:rPr>
        <w:t>12</w:t>
      </w:r>
      <w:r w:rsidRPr="000767E2">
        <w:rPr>
          <w:lang w:val="sv-SE"/>
        </w:rPr>
        <w:t xml:space="preserve"> {{field-on:bible}}Därför kommer jag ständigt att påminna er om detta, även </w:t>
      </w:r>
      <w:r w:rsidRPr="000767E2">
        <w:rPr>
          <w:i/>
          <w:lang w:val="sv-SE"/>
        </w:rPr>
        <w:t>om</w:t>
      </w:r>
      <w:r w:rsidRPr="000767E2">
        <w:rPr>
          <w:lang w:val="sv-SE"/>
        </w:rPr>
        <w:t xml:space="preserve"> ni vet och är stärkta i sanningen som är här.{{field-off:bible}} </w:t>
      </w:r>
      <w:r w:rsidRPr="000767E2">
        <w:rPr>
          <w:lang w:val="sv-SE"/>
        </w:rPr>
        <w:lastRenderedPageBreak/>
        <w:t>[[@</w:t>
      </w:r>
      <w:r w:rsidR="0096445B" w:rsidRPr="000767E2">
        <w:rPr>
          <w:lang w:val="sv-SE"/>
        </w:rPr>
        <w:t>BibleBIBEL82</w:t>
      </w:r>
      <w:r w:rsidRPr="000767E2">
        <w:rPr>
          <w:lang w:val="sv-SE"/>
        </w:rPr>
        <w:t>:2Pet 1:13]]</w:t>
      </w:r>
      <w:r w:rsidRPr="000767E2">
        <w:rPr>
          <w:vertAlign w:val="superscript"/>
          <w:lang w:val="sv-SE"/>
        </w:rPr>
        <w:t>13</w:t>
      </w:r>
      <w:r w:rsidRPr="000767E2">
        <w:rPr>
          <w:lang w:val="sv-SE"/>
        </w:rPr>
        <w:t xml:space="preserve"> {{field-on:bible}}Och jag anser det rättfärdigt, så länge jag är i detta tält, att väcka upp er med påminnelse{{field-off:bible}} [[@</w:t>
      </w:r>
      <w:r w:rsidR="0096445B" w:rsidRPr="000767E2">
        <w:rPr>
          <w:lang w:val="sv-SE"/>
        </w:rPr>
        <w:t>BibleBIBEL82</w:t>
      </w:r>
      <w:r w:rsidRPr="000767E2">
        <w:rPr>
          <w:lang w:val="sv-SE"/>
        </w:rPr>
        <w:t>:2Pet 1:14]]</w:t>
      </w:r>
      <w:r w:rsidRPr="000767E2">
        <w:rPr>
          <w:vertAlign w:val="superscript"/>
          <w:lang w:val="sv-SE"/>
        </w:rPr>
        <w:t>14</w:t>
      </w:r>
      <w:r w:rsidRPr="000767E2">
        <w:rPr>
          <w:lang w:val="sv-SE"/>
        </w:rPr>
        <w:t xml:space="preserve"> {{field-on:bible}}då jag vet att hastigt är avläggandet av mitt tält, så som också vår Herre Jesus Kristus har tydliggjort för mig.{{field-off:bible}} [[@</w:t>
      </w:r>
      <w:r w:rsidR="0096445B" w:rsidRPr="000767E2">
        <w:rPr>
          <w:lang w:val="sv-SE"/>
        </w:rPr>
        <w:t>BibleBIBEL82</w:t>
      </w:r>
      <w:r w:rsidRPr="000767E2">
        <w:rPr>
          <w:lang w:val="sv-SE"/>
        </w:rPr>
        <w:t>:2Pet 1:15]]</w:t>
      </w:r>
      <w:r w:rsidRPr="000767E2">
        <w:rPr>
          <w:vertAlign w:val="superscript"/>
          <w:lang w:val="sv-SE"/>
        </w:rPr>
        <w:t>15</w:t>
      </w:r>
      <w:r w:rsidRPr="000767E2">
        <w:rPr>
          <w:lang w:val="sv-SE"/>
        </w:rPr>
        <w:t xml:space="preserve"> {{field-on:bible}}Men jag ska ivra för att ni också närsomhelst efter mitt uttåg ska ha hågkommelsen av detta att göra.{{field-off:bible}}</w:t>
      </w:r>
    </w:p>
    <w:p w14:paraId="611FFF8C" w14:textId="77777777" w:rsidR="00BA33AB" w:rsidRPr="000767E2" w:rsidRDefault="00000000">
      <w:pPr>
        <w:pStyle w:val="Rubrik3"/>
        <w:rPr>
          <w:lang w:val="sv-SE"/>
        </w:rPr>
      </w:pPr>
      <w:r w:rsidRPr="000767E2">
        <w:rPr>
          <w:lang w:val="sv-SE"/>
        </w:rPr>
        <w:t>Inte myter utan Kristi härlighet</w:t>
      </w:r>
    </w:p>
    <w:p w14:paraId="239B984B" w14:textId="17D70036" w:rsidR="00BA33AB" w:rsidRPr="000767E2" w:rsidRDefault="00000000">
      <w:pPr>
        <w:rPr>
          <w:lang w:val="sv-SE"/>
        </w:rPr>
      </w:pPr>
      <w:r w:rsidRPr="000767E2">
        <w:rPr>
          <w:lang w:val="sv-SE"/>
        </w:rPr>
        <w:t>[[@</w:t>
      </w:r>
      <w:r w:rsidR="0096445B" w:rsidRPr="000767E2">
        <w:rPr>
          <w:lang w:val="sv-SE"/>
        </w:rPr>
        <w:t>BibleBIBEL82</w:t>
      </w:r>
      <w:r w:rsidRPr="000767E2">
        <w:rPr>
          <w:lang w:val="sv-SE"/>
        </w:rPr>
        <w:t>:2Pet 1:16]]</w:t>
      </w:r>
      <w:r w:rsidRPr="000767E2">
        <w:rPr>
          <w:vertAlign w:val="superscript"/>
          <w:lang w:val="sv-SE"/>
        </w:rPr>
        <w:t>16</w:t>
      </w:r>
      <w:r w:rsidRPr="000767E2">
        <w:rPr>
          <w:lang w:val="sv-SE"/>
        </w:rPr>
        <w:t xml:space="preserve"> {{field-on:bible}}För </w:t>
      </w:r>
      <w:r w:rsidRPr="000767E2">
        <w:rPr>
          <w:i/>
          <w:lang w:val="sv-SE"/>
        </w:rPr>
        <w:t>det var</w:t>
      </w:r>
      <w:r w:rsidRPr="000767E2">
        <w:rPr>
          <w:lang w:val="sv-SE"/>
        </w:rPr>
        <w:t xml:space="preserve"> inte sofistikerade myter vi följde när vi kungjorde för er vår Herre Jesu Kristi makt och ankomst, utan vi blev beskådare till dennes storhet.{{field-off:bible}} [[@</w:t>
      </w:r>
      <w:r w:rsidR="0096445B" w:rsidRPr="000767E2">
        <w:rPr>
          <w:lang w:val="sv-SE"/>
        </w:rPr>
        <w:t>BibleBIBEL82</w:t>
      </w:r>
      <w:r w:rsidRPr="000767E2">
        <w:rPr>
          <w:lang w:val="sv-SE"/>
        </w:rPr>
        <w:t>:2Pet 1:17]]</w:t>
      </w:r>
      <w:r w:rsidRPr="000767E2">
        <w:rPr>
          <w:vertAlign w:val="superscript"/>
          <w:lang w:val="sv-SE"/>
        </w:rPr>
        <w:t>17</w:t>
      </w:r>
      <w:r w:rsidRPr="000767E2">
        <w:rPr>
          <w:lang w:val="sv-SE"/>
        </w:rPr>
        <w:t xml:space="preserve"> {{field-on:bible}}För han fick från Gud Fader heder och härlighet, när en sådan röst bars till honom av den majestätiska Härligheten: ”Min Son, min Älskade är denne. Till honom har jag funnit behag.”{{field-off:bible}} [[@</w:t>
      </w:r>
      <w:r w:rsidR="0096445B" w:rsidRPr="000767E2">
        <w:rPr>
          <w:lang w:val="sv-SE"/>
        </w:rPr>
        <w:t>BibleBIBEL82</w:t>
      </w:r>
      <w:r w:rsidRPr="000767E2">
        <w:rPr>
          <w:lang w:val="sv-SE"/>
        </w:rPr>
        <w:t>:2Pet 1:18]]</w:t>
      </w:r>
      <w:r w:rsidRPr="000767E2">
        <w:rPr>
          <w:vertAlign w:val="superscript"/>
          <w:lang w:val="sv-SE"/>
        </w:rPr>
        <w:t>18</w:t>
      </w:r>
      <w:r w:rsidRPr="000767E2">
        <w:rPr>
          <w:lang w:val="sv-SE"/>
        </w:rPr>
        <w:t xml:space="preserve"> {{field-on:bible}}Och denna röst hörde vi buren från himlen när vi var med honom på det heliga berget.{{field-off:bible}}</w:t>
      </w:r>
    </w:p>
    <w:p w14:paraId="232E4772" w14:textId="49141190" w:rsidR="00BA33AB" w:rsidRPr="000767E2" w:rsidRDefault="00000000">
      <w:pPr>
        <w:rPr>
          <w:lang w:val="sv-SE"/>
        </w:rPr>
      </w:pPr>
      <w:r w:rsidRPr="000767E2">
        <w:rPr>
          <w:lang w:val="sv-SE"/>
        </w:rPr>
        <w:t>[[@</w:t>
      </w:r>
      <w:r w:rsidR="0096445B" w:rsidRPr="000767E2">
        <w:rPr>
          <w:lang w:val="sv-SE"/>
        </w:rPr>
        <w:t>BibleBIBEL82</w:t>
      </w:r>
      <w:r w:rsidRPr="000767E2">
        <w:rPr>
          <w:lang w:val="sv-SE"/>
        </w:rPr>
        <w:t>:2Pet 1:19]]</w:t>
      </w:r>
      <w:r w:rsidRPr="000767E2">
        <w:rPr>
          <w:vertAlign w:val="superscript"/>
          <w:lang w:val="sv-SE"/>
        </w:rPr>
        <w:t>19</w:t>
      </w:r>
      <w:r w:rsidRPr="000767E2">
        <w:rPr>
          <w:lang w:val="sv-SE"/>
        </w:rPr>
        <w:t xml:space="preserve"> {{field-on:bible}}Och vi har </w:t>
      </w:r>
      <w:r w:rsidRPr="000767E2">
        <w:rPr>
          <w:i/>
          <w:lang w:val="sv-SE"/>
        </w:rPr>
        <w:t>desto</w:t>
      </w:r>
      <w:r w:rsidRPr="000767E2">
        <w:rPr>
          <w:lang w:val="sv-SE"/>
        </w:rPr>
        <w:t xml:space="preserve"> fastare det profetiska ordet, som ni gör väl i att akta på, som på en lampa lysande på en dyster plats tills dagen bräcker och morgonstjärnan går upp i era hjärtan,{{field-off:bible}} [[@</w:t>
      </w:r>
      <w:r w:rsidR="0096445B" w:rsidRPr="000767E2">
        <w:rPr>
          <w:lang w:val="sv-SE"/>
        </w:rPr>
        <w:t>BibleBIBEL82</w:t>
      </w:r>
      <w:r w:rsidRPr="000767E2">
        <w:rPr>
          <w:lang w:val="sv-SE"/>
        </w:rPr>
        <w:t>:2Pet 1:20]]</w:t>
      </w:r>
      <w:r w:rsidRPr="000767E2">
        <w:rPr>
          <w:vertAlign w:val="superscript"/>
          <w:lang w:val="sv-SE"/>
        </w:rPr>
        <w:t>20</w:t>
      </w:r>
      <w:r w:rsidRPr="000767E2">
        <w:rPr>
          <w:lang w:val="sv-SE"/>
        </w:rPr>
        <w:t xml:space="preserve"> {{field-on:bible}}medan ni främst förstår detta att ingen profetia i Skriften kommer av egen utläggning.{{field-off:bible}} [[@</w:t>
      </w:r>
      <w:r w:rsidR="0096445B" w:rsidRPr="000767E2">
        <w:rPr>
          <w:lang w:val="sv-SE"/>
        </w:rPr>
        <w:t>BibleBIBEL82</w:t>
      </w:r>
      <w:r w:rsidRPr="000767E2">
        <w:rPr>
          <w:lang w:val="sv-SE"/>
        </w:rPr>
        <w:t>:2Pet 1:21]]</w:t>
      </w:r>
      <w:r w:rsidRPr="000767E2">
        <w:rPr>
          <w:vertAlign w:val="superscript"/>
          <w:lang w:val="sv-SE"/>
        </w:rPr>
        <w:t>21</w:t>
      </w:r>
      <w:r w:rsidRPr="000767E2">
        <w:rPr>
          <w:lang w:val="sv-SE"/>
        </w:rPr>
        <w:t xml:space="preserve"> {{field-on:bible}}För </w:t>
      </w:r>
      <w:r w:rsidRPr="000767E2">
        <w:rPr>
          <w:i/>
          <w:lang w:val="sv-SE"/>
        </w:rPr>
        <w:t>det är</w:t>
      </w:r>
      <w:r w:rsidRPr="000767E2">
        <w:rPr>
          <w:lang w:val="sv-SE"/>
        </w:rPr>
        <w:t xml:space="preserve"> inte genom människovilja </w:t>
      </w:r>
      <w:r w:rsidRPr="000767E2">
        <w:rPr>
          <w:i/>
          <w:lang w:val="sv-SE"/>
        </w:rPr>
        <w:t>det</w:t>
      </w:r>
      <w:r w:rsidRPr="000767E2">
        <w:rPr>
          <w:lang w:val="sv-SE"/>
        </w:rPr>
        <w:t xml:space="preserve"> har burits </w:t>
      </w:r>
      <w:r w:rsidRPr="000767E2">
        <w:rPr>
          <w:i/>
          <w:lang w:val="sv-SE"/>
        </w:rPr>
        <w:t>fram</w:t>
      </w:r>
      <w:r w:rsidRPr="000767E2">
        <w:rPr>
          <w:lang w:val="sv-SE"/>
        </w:rPr>
        <w:t xml:space="preserve"> profetia en gång, utan förda av helig Ande har människor talat från Gud.{{field-off:bible}}</w:t>
      </w:r>
    </w:p>
    <w:p w14:paraId="41779DDB" w14:textId="73005B4B"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:2Pet 2]]Kapitel 2</w:t>
      </w:r>
    </w:p>
    <w:p w14:paraId="24EFB24D" w14:textId="77777777" w:rsidR="00BA33AB" w:rsidRPr="000767E2" w:rsidRDefault="00000000">
      <w:pPr>
        <w:pStyle w:val="Rubrik3"/>
        <w:rPr>
          <w:lang w:val="sv-SE"/>
        </w:rPr>
      </w:pPr>
      <w:r w:rsidRPr="000767E2">
        <w:rPr>
          <w:lang w:val="sv-SE"/>
        </w:rPr>
        <w:t>Falska lärare bland er</w:t>
      </w:r>
    </w:p>
    <w:p w14:paraId="1A98025A" w14:textId="3FE283E6" w:rsidR="00BA33AB" w:rsidRPr="000767E2" w:rsidRDefault="00000000">
      <w:pPr>
        <w:rPr>
          <w:lang w:val="sv-SE"/>
        </w:rPr>
      </w:pPr>
      <w:r w:rsidRPr="000767E2">
        <w:rPr>
          <w:lang w:val="sv-SE"/>
        </w:rPr>
        <w:t>[[@</w:t>
      </w:r>
      <w:r w:rsidR="0096445B" w:rsidRPr="000767E2">
        <w:rPr>
          <w:lang w:val="sv-SE"/>
        </w:rPr>
        <w:t>BibleBIBEL82</w:t>
      </w:r>
      <w:r w:rsidRPr="000767E2">
        <w:rPr>
          <w:lang w:val="sv-SE"/>
        </w:rPr>
        <w:t>:2Pet 2:1]]</w:t>
      </w:r>
      <w:r w:rsidRPr="000767E2">
        <w:rPr>
          <w:vertAlign w:val="superscript"/>
          <w:lang w:val="sv-SE"/>
        </w:rPr>
        <w:t>1</w:t>
      </w:r>
      <w:r w:rsidRPr="000767E2">
        <w:rPr>
          <w:lang w:val="sv-SE"/>
        </w:rPr>
        <w:t xml:space="preserve"> {{field-on:bible}}Men det kom också falska profeter bland folket, såsom det också bland er kommer att finnas falska lärare. De ska smyga in heresier av fördärv och förneka även den Härskare som har köpt dem, </w:t>
      </w:r>
      <w:r w:rsidRPr="000767E2">
        <w:rPr>
          <w:i/>
          <w:lang w:val="sv-SE"/>
        </w:rPr>
        <w:t>och</w:t>
      </w:r>
      <w:r w:rsidRPr="000767E2">
        <w:rPr>
          <w:lang w:val="sv-SE"/>
        </w:rPr>
        <w:t xml:space="preserve"> dra över sig själva hastigt fördärv.{{field-off:bible}} [[@</w:t>
      </w:r>
      <w:r w:rsidR="0096445B" w:rsidRPr="000767E2">
        <w:rPr>
          <w:lang w:val="sv-SE"/>
        </w:rPr>
        <w:t>BibleBIBEL82</w:t>
      </w:r>
      <w:r w:rsidRPr="000767E2">
        <w:rPr>
          <w:lang w:val="sv-SE"/>
        </w:rPr>
        <w:t>:2Pet 2:2]]</w:t>
      </w:r>
      <w:r w:rsidRPr="000767E2">
        <w:rPr>
          <w:vertAlign w:val="superscript"/>
          <w:lang w:val="sv-SE"/>
        </w:rPr>
        <w:t>2</w:t>
      </w:r>
      <w:r w:rsidRPr="000767E2">
        <w:rPr>
          <w:lang w:val="sv-SE"/>
        </w:rPr>
        <w:t xml:space="preserve"> {{field-on:bible}}Och många ska följa deras hämningslösheter. För deras skull ska sanningens väg bli smädad,{{field-off:bible}} [[@</w:t>
      </w:r>
      <w:r w:rsidR="0096445B" w:rsidRPr="000767E2">
        <w:rPr>
          <w:lang w:val="sv-SE"/>
        </w:rPr>
        <w:t>BibleBIBEL82</w:t>
      </w:r>
      <w:r w:rsidRPr="000767E2">
        <w:rPr>
          <w:lang w:val="sv-SE"/>
        </w:rPr>
        <w:t>:2Pet 2:3]]</w:t>
      </w:r>
      <w:r w:rsidRPr="000767E2">
        <w:rPr>
          <w:vertAlign w:val="superscript"/>
          <w:lang w:val="sv-SE"/>
        </w:rPr>
        <w:t>3</w:t>
      </w:r>
      <w:r w:rsidRPr="000767E2">
        <w:rPr>
          <w:lang w:val="sv-SE"/>
        </w:rPr>
        <w:t xml:space="preserve"> {{field-on:bible}}och i girighet ska de med fabricerade ord göra affärer av er. Deras dom är sedan länge inte overksam, och deras fördärv slumrar inte.{{field-off:bible}}</w:t>
      </w:r>
    </w:p>
    <w:p w14:paraId="549EEA05" w14:textId="654E179E" w:rsidR="00BA33AB" w:rsidRPr="000767E2" w:rsidRDefault="00000000">
      <w:pPr>
        <w:rPr>
          <w:lang w:val="sv-SE"/>
        </w:rPr>
      </w:pPr>
      <w:r w:rsidRPr="000767E2">
        <w:rPr>
          <w:lang w:val="sv-SE"/>
        </w:rPr>
        <w:t>[[@</w:t>
      </w:r>
      <w:r w:rsidR="0096445B" w:rsidRPr="000767E2">
        <w:rPr>
          <w:lang w:val="sv-SE"/>
        </w:rPr>
        <w:t>BibleBIBEL82</w:t>
      </w:r>
      <w:r w:rsidRPr="000767E2">
        <w:rPr>
          <w:lang w:val="sv-SE"/>
        </w:rPr>
        <w:t>:2Pet 2:4]]</w:t>
      </w:r>
      <w:r w:rsidRPr="000767E2">
        <w:rPr>
          <w:vertAlign w:val="superscript"/>
          <w:lang w:val="sv-SE"/>
        </w:rPr>
        <w:t>4</w:t>
      </w:r>
      <w:r w:rsidRPr="000767E2">
        <w:rPr>
          <w:lang w:val="sv-SE"/>
        </w:rPr>
        <w:t xml:space="preserve"> {{field-on:bible}}För om Gud inte skonade änglar som hade syndat, utan sände </w:t>
      </w:r>
      <w:r w:rsidRPr="000767E2">
        <w:rPr>
          <w:i/>
          <w:lang w:val="sv-SE"/>
        </w:rPr>
        <w:t>dem</w:t>
      </w:r>
      <w:r w:rsidRPr="000767E2">
        <w:rPr>
          <w:lang w:val="sv-SE"/>
        </w:rPr>
        <w:t xml:space="preserve"> till Tartarus och överlämnade </w:t>
      </w:r>
      <w:r w:rsidRPr="000767E2">
        <w:rPr>
          <w:i/>
          <w:lang w:val="sv-SE"/>
        </w:rPr>
        <w:t>dem</w:t>
      </w:r>
      <w:r w:rsidRPr="000767E2">
        <w:rPr>
          <w:lang w:val="sv-SE"/>
        </w:rPr>
        <w:t xml:space="preserve"> åt dunklets fjättrar, förvarade </w:t>
      </w:r>
      <w:r w:rsidRPr="000767E2">
        <w:rPr>
          <w:i/>
          <w:lang w:val="sv-SE"/>
        </w:rPr>
        <w:t>fram</w:t>
      </w:r>
      <w:r w:rsidRPr="000767E2">
        <w:rPr>
          <w:lang w:val="sv-SE"/>
        </w:rPr>
        <w:t xml:space="preserve"> till dom,{{field-off:bible}} [[@</w:t>
      </w:r>
      <w:r w:rsidR="0096445B" w:rsidRPr="000767E2">
        <w:rPr>
          <w:lang w:val="sv-SE"/>
        </w:rPr>
        <w:t>BibleBIBEL82</w:t>
      </w:r>
      <w:r w:rsidRPr="000767E2">
        <w:rPr>
          <w:lang w:val="sv-SE"/>
        </w:rPr>
        <w:t>:2Pet 2:5]]</w:t>
      </w:r>
      <w:r w:rsidRPr="000767E2">
        <w:rPr>
          <w:vertAlign w:val="superscript"/>
          <w:lang w:val="sv-SE"/>
        </w:rPr>
        <w:t>5</w:t>
      </w:r>
      <w:r w:rsidRPr="000767E2">
        <w:rPr>
          <w:lang w:val="sv-SE"/>
        </w:rPr>
        <w:t xml:space="preserve"> {{field-on:bible}}och inte skonade en urtida värld men beskyddade åtta </w:t>
      </w:r>
      <w:r w:rsidRPr="000767E2">
        <w:rPr>
          <w:i/>
          <w:lang w:val="sv-SE"/>
        </w:rPr>
        <w:t>med</w:t>
      </w:r>
      <w:r w:rsidRPr="000767E2">
        <w:rPr>
          <w:lang w:val="sv-SE"/>
        </w:rPr>
        <w:t xml:space="preserve"> Noa, rättfärdighetens förkunnare, när han förde </w:t>
      </w:r>
      <w:r w:rsidRPr="000767E2">
        <w:rPr>
          <w:i/>
          <w:lang w:val="sv-SE"/>
        </w:rPr>
        <w:t>fram</w:t>
      </w:r>
      <w:r w:rsidRPr="000767E2">
        <w:rPr>
          <w:lang w:val="sv-SE"/>
        </w:rPr>
        <w:t xml:space="preserve"> en syndaflod över </w:t>
      </w:r>
      <w:r w:rsidRPr="000767E2">
        <w:rPr>
          <w:i/>
          <w:lang w:val="sv-SE"/>
        </w:rPr>
        <w:t>de</w:t>
      </w:r>
      <w:r w:rsidRPr="000767E2">
        <w:rPr>
          <w:lang w:val="sv-SE"/>
        </w:rPr>
        <w:t xml:space="preserve"> ogudaktigas värld,{{field-off:bible}} [[@</w:t>
      </w:r>
      <w:r w:rsidR="0096445B" w:rsidRPr="000767E2">
        <w:rPr>
          <w:lang w:val="sv-SE"/>
        </w:rPr>
        <w:t>BibleBIBEL82</w:t>
      </w:r>
      <w:r w:rsidRPr="000767E2">
        <w:rPr>
          <w:lang w:val="sv-SE"/>
        </w:rPr>
        <w:t>:2Pet 2:6]]</w:t>
      </w:r>
      <w:r w:rsidRPr="000767E2">
        <w:rPr>
          <w:vertAlign w:val="superscript"/>
          <w:lang w:val="sv-SE"/>
        </w:rPr>
        <w:t>6</w:t>
      </w:r>
      <w:r w:rsidRPr="000767E2">
        <w:rPr>
          <w:lang w:val="sv-SE"/>
        </w:rPr>
        <w:t xml:space="preserve"> {{field-on:bible}}och lade städerna Sodom och Gomorra i aska och fördömde till katastrof och har satt </w:t>
      </w:r>
      <w:r w:rsidRPr="000767E2">
        <w:rPr>
          <w:i/>
          <w:lang w:val="sv-SE"/>
        </w:rPr>
        <w:t>dem som</w:t>
      </w:r>
      <w:r w:rsidRPr="000767E2">
        <w:rPr>
          <w:lang w:val="sv-SE"/>
        </w:rPr>
        <w:t xml:space="preserve"> exempel för dem som kommer att vara ogudaktiga,{{field-off:bible}} [[@</w:t>
      </w:r>
      <w:r w:rsidR="0096445B" w:rsidRPr="000767E2">
        <w:rPr>
          <w:lang w:val="sv-SE"/>
        </w:rPr>
        <w:t>BibleBIBEL82</w:t>
      </w:r>
      <w:r w:rsidRPr="000767E2">
        <w:rPr>
          <w:lang w:val="sv-SE"/>
        </w:rPr>
        <w:t>:2Pet 2:7]]</w:t>
      </w:r>
      <w:r w:rsidRPr="000767E2">
        <w:rPr>
          <w:vertAlign w:val="superscript"/>
          <w:lang w:val="sv-SE"/>
        </w:rPr>
        <w:t>7</w:t>
      </w:r>
      <w:r w:rsidRPr="000767E2">
        <w:rPr>
          <w:lang w:val="sv-SE"/>
        </w:rPr>
        <w:t xml:space="preserve"> {{field-on:bible}}och räddade rättfärdige Lot </w:t>
      </w:r>
      <w:r w:rsidRPr="000767E2">
        <w:rPr>
          <w:i/>
          <w:lang w:val="sv-SE"/>
        </w:rPr>
        <w:t>som var</w:t>
      </w:r>
      <w:r w:rsidRPr="000767E2">
        <w:rPr>
          <w:lang w:val="sv-SE"/>
        </w:rPr>
        <w:t xml:space="preserve"> nedtryckt av de osedligas agerande i hämningslöshet –{{field-off:bible}} [[@</w:t>
      </w:r>
      <w:r w:rsidR="0096445B" w:rsidRPr="000767E2">
        <w:rPr>
          <w:lang w:val="sv-SE"/>
        </w:rPr>
        <w:t>BibleBIBEL82</w:t>
      </w:r>
      <w:r w:rsidRPr="000767E2">
        <w:rPr>
          <w:lang w:val="sv-SE"/>
        </w:rPr>
        <w:t>:2Pet 2:8]]</w:t>
      </w:r>
      <w:r w:rsidRPr="000767E2">
        <w:rPr>
          <w:vertAlign w:val="superscript"/>
          <w:lang w:val="sv-SE"/>
        </w:rPr>
        <w:t>8</w:t>
      </w:r>
      <w:r w:rsidRPr="000767E2">
        <w:rPr>
          <w:lang w:val="sv-SE"/>
        </w:rPr>
        <w:t xml:space="preserve"> </w:t>
      </w:r>
      <w:r w:rsidRPr="000767E2">
        <w:rPr>
          <w:lang w:val="sv-SE"/>
        </w:rPr>
        <w:lastRenderedPageBreak/>
        <w:t xml:space="preserve">{{field-on:bible}}för med seende och hörande plågade den rättfärdige som bodde bland dem dag efter dag </w:t>
      </w:r>
      <w:r w:rsidRPr="000767E2">
        <w:rPr>
          <w:i/>
          <w:lang w:val="sv-SE"/>
        </w:rPr>
        <w:t>sin</w:t>
      </w:r>
      <w:r w:rsidRPr="000767E2">
        <w:rPr>
          <w:lang w:val="sv-SE"/>
        </w:rPr>
        <w:t xml:space="preserve"> rättfärdiga själ med laglösa gärningar –{{field-off:bible}} [[@</w:t>
      </w:r>
      <w:r w:rsidR="0096445B" w:rsidRPr="000767E2">
        <w:rPr>
          <w:lang w:val="sv-SE"/>
        </w:rPr>
        <w:t>BibleBIBEL82</w:t>
      </w:r>
      <w:r w:rsidRPr="000767E2">
        <w:rPr>
          <w:lang w:val="sv-SE"/>
        </w:rPr>
        <w:t>:2Pet 2:9]]</w:t>
      </w:r>
      <w:r w:rsidRPr="000767E2">
        <w:rPr>
          <w:vertAlign w:val="superscript"/>
          <w:lang w:val="sv-SE"/>
        </w:rPr>
        <w:t>9</w:t>
      </w:r>
      <w:r w:rsidRPr="000767E2">
        <w:rPr>
          <w:lang w:val="sv-SE"/>
        </w:rPr>
        <w:t xml:space="preserve"> {{field-on:bible}}</w:t>
      </w:r>
      <w:r w:rsidRPr="000767E2">
        <w:rPr>
          <w:i/>
          <w:lang w:val="sv-SE"/>
        </w:rPr>
        <w:t>så</w:t>
      </w:r>
      <w:r w:rsidRPr="000767E2">
        <w:rPr>
          <w:lang w:val="sv-SE"/>
        </w:rPr>
        <w:t xml:space="preserve"> förstår Herren att rädda fromma ur frestelse men förvara orättfärdiga </w:t>
      </w:r>
      <w:r w:rsidRPr="000767E2">
        <w:rPr>
          <w:i/>
          <w:lang w:val="sv-SE"/>
        </w:rPr>
        <w:t>fram</w:t>
      </w:r>
      <w:r w:rsidRPr="000767E2">
        <w:rPr>
          <w:lang w:val="sv-SE"/>
        </w:rPr>
        <w:t xml:space="preserve"> till domens dag bestraffade,{{field-off:bible}} [[@</w:t>
      </w:r>
      <w:r w:rsidR="0096445B" w:rsidRPr="000767E2">
        <w:rPr>
          <w:lang w:val="sv-SE"/>
        </w:rPr>
        <w:t>BibleBIBEL82</w:t>
      </w:r>
      <w:r w:rsidRPr="000767E2">
        <w:rPr>
          <w:lang w:val="sv-SE"/>
        </w:rPr>
        <w:t>:2Pet 2:10]]</w:t>
      </w:r>
      <w:r w:rsidRPr="000767E2">
        <w:rPr>
          <w:vertAlign w:val="superscript"/>
          <w:lang w:val="sv-SE"/>
        </w:rPr>
        <w:t>10</w:t>
      </w:r>
      <w:r w:rsidRPr="000767E2">
        <w:rPr>
          <w:lang w:val="sv-SE"/>
        </w:rPr>
        <w:t xml:space="preserve"> {{field-on:bible}}och särskilt dem som far efter kött i befläckelses begär och ringaktar herradöme. Vågade, arroganta darrar de inte när de smädar härligheter,{{field-off:bible}} [[@</w:t>
      </w:r>
      <w:r w:rsidR="0096445B" w:rsidRPr="000767E2">
        <w:rPr>
          <w:lang w:val="sv-SE"/>
        </w:rPr>
        <w:t>BibleBIBEL82</w:t>
      </w:r>
      <w:r w:rsidRPr="000767E2">
        <w:rPr>
          <w:lang w:val="sv-SE"/>
        </w:rPr>
        <w:t>:2Pet 2:11]]</w:t>
      </w:r>
      <w:r w:rsidRPr="000767E2">
        <w:rPr>
          <w:vertAlign w:val="superscript"/>
          <w:lang w:val="sv-SE"/>
        </w:rPr>
        <w:t>11</w:t>
      </w:r>
      <w:r w:rsidRPr="000767E2">
        <w:rPr>
          <w:lang w:val="sv-SE"/>
        </w:rPr>
        <w:t xml:space="preserve"> {{field-on:bible}}där änglar som i styrka och makt är större inte bär mot dem inför Herren </w:t>
      </w:r>
      <w:r w:rsidRPr="000767E2">
        <w:rPr>
          <w:i/>
          <w:lang w:val="sv-SE"/>
        </w:rPr>
        <w:t>någon</w:t>
      </w:r>
      <w:r w:rsidRPr="000767E2">
        <w:rPr>
          <w:lang w:val="sv-SE"/>
        </w:rPr>
        <w:t xml:space="preserve"> smädande dom.{{field-off:bible}}</w:t>
      </w:r>
    </w:p>
    <w:p w14:paraId="6F84ABEA" w14:textId="0E6A2855" w:rsidR="00BA33AB" w:rsidRPr="000767E2" w:rsidRDefault="00000000">
      <w:pPr>
        <w:rPr>
          <w:lang w:val="sv-SE"/>
        </w:rPr>
      </w:pPr>
      <w:r w:rsidRPr="000767E2">
        <w:rPr>
          <w:lang w:val="sv-SE"/>
        </w:rPr>
        <w:t>[[@</w:t>
      </w:r>
      <w:r w:rsidR="0096445B" w:rsidRPr="000767E2">
        <w:rPr>
          <w:lang w:val="sv-SE"/>
        </w:rPr>
        <w:t>BibleBIBEL82</w:t>
      </w:r>
      <w:r w:rsidRPr="000767E2">
        <w:rPr>
          <w:lang w:val="sv-SE"/>
        </w:rPr>
        <w:t>:2Pet 2:12]]</w:t>
      </w:r>
      <w:r w:rsidRPr="000767E2">
        <w:rPr>
          <w:vertAlign w:val="superscript"/>
          <w:lang w:val="sv-SE"/>
        </w:rPr>
        <w:t>12</w:t>
      </w:r>
      <w:r w:rsidRPr="000767E2">
        <w:rPr>
          <w:lang w:val="sv-SE"/>
        </w:rPr>
        <w:t xml:space="preserve"> {{field-on:bible}}Men dessa </w:t>
      </w:r>
      <w:r w:rsidRPr="000767E2">
        <w:rPr>
          <w:i/>
          <w:lang w:val="sv-SE"/>
        </w:rPr>
        <w:t>är</w:t>
      </w:r>
      <w:r w:rsidRPr="000767E2">
        <w:rPr>
          <w:lang w:val="sv-SE"/>
        </w:rPr>
        <w:t xml:space="preserve"> som oskäliga djur, födda naturligt till fång och fördärv. Vad de inte förstår smädar de, och i sitt fördärv ska de också fördärvas{{field-off:bible}} [[@</w:t>
      </w:r>
      <w:r w:rsidR="0096445B" w:rsidRPr="000767E2">
        <w:rPr>
          <w:lang w:val="sv-SE"/>
        </w:rPr>
        <w:t>BibleBIBEL82</w:t>
      </w:r>
      <w:r w:rsidRPr="000767E2">
        <w:rPr>
          <w:lang w:val="sv-SE"/>
        </w:rPr>
        <w:t>:2Pet 2:13]]</w:t>
      </w:r>
      <w:r w:rsidRPr="000767E2">
        <w:rPr>
          <w:vertAlign w:val="superscript"/>
          <w:lang w:val="sv-SE"/>
        </w:rPr>
        <w:t>13</w:t>
      </w:r>
      <w:r w:rsidRPr="000767E2">
        <w:rPr>
          <w:lang w:val="sv-SE"/>
        </w:rPr>
        <w:t xml:space="preserve"> {{field-on:bible}}och lida orätt </w:t>
      </w:r>
      <w:r w:rsidRPr="000767E2">
        <w:rPr>
          <w:i/>
          <w:lang w:val="sv-SE"/>
        </w:rPr>
        <w:t>som</w:t>
      </w:r>
      <w:r w:rsidRPr="000767E2">
        <w:rPr>
          <w:lang w:val="sv-SE"/>
        </w:rPr>
        <w:t xml:space="preserve"> lön för orätt, då de anser </w:t>
      </w:r>
      <w:r w:rsidRPr="000767E2">
        <w:rPr>
          <w:i/>
          <w:lang w:val="sv-SE"/>
        </w:rPr>
        <w:t>det</w:t>
      </w:r>
      <w:r w:rsidRPr="000767E2">
        <w:rPr>
          <w:lang w:val="sv-SE"/>
        </w:rPr>
        <w:t xml:space="preserve"> njutning </w:t>
      </w:r>
      <w:r w:rsidRPr="000767E2">
        <w:rPr>
          <w:i/>
          <w:lang w:val="sv-SE"/>
        </w:rPr>
        <w:t>med</w:t>
      </w:r>
      <w:r w:rsidRPr="000767E2">
        <w:rPr>
          <w:lang w:val="sv-SE"/>
        </w:rPr>
        <w:t xml:space="preserve"> fest på dagen – fläckar och defekter som festar i sina tjusningar medan de kalasar med er,{{field-off:bible}} [[@</w:t>
      </w:r>
      <w:r w:rsidR="0096445B" w:rsidRPr="000767E2">
        <w:rPr>
          <w:lang w:val="sv-SE"/>
        </w:rPr>
        <w:t>BibleBIBEL82</w:t>
      </w:r>
      <w:r w:rsidRPr="000767E2">
        <w:rPr>
          <w:lang w:val="sv-SE"/>
        </w:rPr>
        <w:t>:2Pet 2:14]]</w:t>
      </w:r>
      <w:r w:rsidRPr="000767E2">
        <w:rPr>
          <w:vertAlign w:val="superscript"/>
          <w:lang w:val="sv-SE"/>
        </w:rPr>
        <w:t>14</w:t>
      </w:r>
      <w:r w:rsidRPr="000767E2">
        <w:rPr>
          <w:lang w:val="sv-SE"/>
        </w:rPr>
        <w:t xml:space="preserve"> {{field-on:bible}}</w:t>
      </w:r>
      <w:r w:rsidRPr="000767E2">
        <w:rPr>
          <w:i/>
          <w:lang w:val="sv-SE"/>
        </w:rPr>
        <w:t>och</w:t>
      </w:r>
      <w:r w:rsidRPr="000767E2">
        <w:rPr>
          <w:lang w:val="sv-SE"/>
        </w:rPr>
        <w:t xml:space="preserve"> som har ögon fulla av äktenskapsbryterska och oupphörliga i synd, som lockar på instabila själar, som har ett hjärta övat i girighet: förbannelsens barn!{{field-off:bible}} [[@</w:t>
      </w:r>
      <w:r w:rsidR="0096445B" w:rsidRPr="000767E2">
        <w:rPr>
          <w:lang w:val="sv-SE"/>
        </w:rPr>
        <w:t>BibleBIBEL82</w:t>
      </w:r>
      <w:r w:rsidRPr="000767E2">
        <w:rPr>
          <w:lang w:val="sv-SE"/>
        </w:rPr>
        <w:t>:2Pet 2:15]]</w:t>
      </w:r>
      <w:r w:rsidRPr="000767E2">
        <w:rPr>
          <w:vertAlign w:val="superscript"/>
          <w:lang w:val="sv-SE"/>
        </w:rPr>
        <w:t>15</w:t>
      </w:r>
      <w:r w:rsidRPr="000767E2">
        <w:rPr>
          <w:lang w:val="sv-SE"/>
        </w:rPr>
        <w:t xml:space="preserve"> {{field-on:bible}}De har lämnat </w:t>
      </w:r>
      <w:r w:rsidRPr="000767E2">
        <w:rPr>
          <w:i/>
          <w:lang w:val="sv-SE"/>
        </w:rPr>
        <w:t>den</w:t>
      </w:r>
      <w:r w:rsidRPr="000767E2">
        <w:rPr>
          <w:lang w:val="sv-SE"/>
        </w:rPr>
        <w:t xml:space="preserve"> raka vägen och förvillats och följt vägen efter Balaam, Bosors </w:t>
      </w:r>
      <w:r w:rsidRPr="000767E2">
        <w:rPr>
          <w:i/>
          <w:lang w:val="sv-SE"/>
        </w:rPr>
        <w:t>son</w:t>
      </w:r>
      <w:r w:rsidRPr="000767E2">
        <w:rPr>
          <w:lang w:val="sv-SE"/>
        </w:rPr>
        <w:t>, som älskade orättens lön{{field-off:bible}} [[@</w:t>
      </w:r>
      <w:r w:rsidR="0096445B" w:rsidRPr="000767E2">
        <w:rPr>
          <w:lang w:val="sv-SE"/>
        </w:rPr>
        <w:t>BibleBIBEL82</w:t>
      </w:r>
      <w:r w:rsidRPr="000767E2">
        <w:rPr>
          <w:lang w:val="sv-SE"/>
        </w:rPr>
        <w:t>:2Pet 2:16]]</w:t>
      </w:r>
      <w:r w:rsidRPr="000767E2">
        <w:rPr>
          <w:vertAlign w:val="superscript"/>
          <w:lang w:val="sv-SE"/>
        </w:rPr>
        <w:t>16</w:t>
      </w:r>
      <w:r w:rsidRPr="000767E2">
        <w:rPr>
          <w:lang w:val="sv-SE"/>
        </w:rPr>
        <w:t xml:space="preserve"> {{field-on:bible}}men fick tillrättavisning för </w:t>
      </w:r>
      <w:r w:rsidRPr="000767E2">
        <w:rPr>
          <w:i/>
          <w:lang w:val="sv-SE"/>
        </w:rPr>
        <w:t>sitt</w:t>
      </w:r>
      <w:r w:rsidRPr="000767E2">
        <w:rPr>
          <w:lang w:val="sv-SE"/>
        </w:rPr>
        <w:t xml:space="preserve"> eget lagbrott: ett röstlöst </w:t>
      </w:r>
      <w:r w:rsidRPr="000767E2">
        <w:rPr>
          <w:i/>
          <w:lang w:val="sv-SE"/>
        </w:rPr>
        <w:t>djur</w:t>
      </w:r>
      <w:r w:rsidRPr="000767E2">
        <w:rPr>
          <w:lang w:val="sv-SE"/>
        </w:rPr>
        <w:t xml:space="preserve"> under ok yttrade sig med människoröst och hindrade profetens vanvett.{{field-off:bible}}</w:t>
      </w:r>
    </w:p>
    <w:p w14:paraId="4FC411A4" w14:textId="20F463DF" w:rsidR="00BA33AB" w:rsidRPr="000767E2" w:rsidRDefault="00000000">
      <w:pPr>
        <w:rPr>
          <w:lang w:val="sv-SE"/>
        </w:rPr>
      </w:pPr>
      <w:r w:rsidRPr="000767E2">
        <w:rPr>
          <w:lang w:val="sv-SE"/>
        </w:rPr>
        <w:t>[[@</w:t>
      </w:r>
      <w:r w:rsidR="0096445B" w:rsidRPr="000767E2">
        <w:rPr>
          <w:lang w:val="sv-SE"/>
        </w:rPr>
        <w:t>BibleBIBEL82</w:t>
      </w:r>
      <w:r w:rsidRPr="000767E2">
        <w:rPr>
          <w:lang w:val="sv-SE"/>
        </w:rPr>
        <w:t>:2Pet 2:17]]</w:t>
      </w:r>
      <w:r w:rsidRPr="000767E2">
        <w:rPr>
          <w:vertAlign w:val="superscript"/>
          <w:lang w:val="sv-SE"/>
        </w:rPr>
        <w:t>17</w:t>
      </w:r>
      <w:r w:rsidRPr="000767E2">
        <w:rPr>
          <w:lang w:val="sv-SE"/>
        </w:rPr>
        <w:t xml:space="preserve"> {{field-on:bible}}Dessa är vattenlösa källor och dimmor drivna av storm, för vilka mörkrets dunkel är förvarat.{{field-off:bible}} [[@</w:t>
      </w:r>
      <w:r w:rsidR="0096445B" w:rsidRPr="000767E2">
        <w:rPr>
          <w:lang w:val="sv-SE"/>
        </w:rPr>
        <w:t>BibleBIBEL82</w:t>
      </w:r>
      <w:r w:rsidRPr="000767E2">
        <w:rPr>
          <w:lang w:val="sv-SE"/>
        </w:rPr>
        <w:t>:2Pet 2:18]]</w:t>
      </w:r>
      <w:r w:rsidRPr="000767E2">
        <w:rPr>
          <w:vertAlign w:val="superscript"/>
          <w:lang w:val="sv-SE"/>
        </w:rPr>
        <w:t>18</w:t>
      </w:r>
      <w:r w:rsidRPr="000767E2">
        <w:rPr>
          <w:lang w:val="sv-SE"/>
        </w:rPr>
        <w:t xml:space="preserve"> {{field-on:bible}}För svulstigheter av fåfänglighet yttrar de och lockar med köttets begär, med hämningslösheter, på dem som verkligen undflyr dem som agerar i villfarelse{{field-off:bible}} [[@</w:t>
      </w:r>
      <w:r w:rsidR="0096445B" w:rsidRPr="000767E2">
        <w:rPr>
          <w:lang w:val="sv-SE"/>
        </w:rPr>
        <w:t>BibleBIBEL82</w:t>
      </w:r>
      <w:r w:rsidRPr="000767E2">
        <w:rPr>
          <w:lang w:val="sv-SE"/>
        </w:rPr>
        <w:t>:2Pet 2:19]]</w:t>
      </w:r>
      <w:r w:rsidRPr="000767E2">
        <w:rPr>
          <w:vertAlign w:val="superscript"/>
          <w:lang w:val="sv-SE"/>
        </w:rPr>
        <w:t>19</w:t>
      </w:r>
      <w:r w:rsidRPr="000767E2">
        <w:rPr>
          <w:lang w:val="sv-SE"/>
        </w:rPr>
        <w:t xml:space="preserve"> {{field-on:bible}}och lovar dem frihet, medan de själva är fasttjänare under fördärvet. För det man kuvas av, detta är man förslavad av.{{field-off:bible}}</w:t>
      </w:r>
    </w:p>
    <w:p w14:paraId="2FE58E21" w14:textId="04EC57F6" w:rsidR="00BA33AB" w:rsidRPr="000767E2" w:rsidRDefault="00000000">
      <w:pPr>
        <w:rPr>
          <w:lang w:val="sv-SE"/>
        </w:rPr>
      </w:pPr>
      <w:r w:rsidRPr="000767E2">
        <w:rPr>
          <w:lang w:val="sv-SE"/>
        </w:rPr>
        <w:t>[[@</w:t>
      </w:r>
      <w:r w:rsidR="0096445B" w:rsidRPr="000767E2">
        <w:rPr>
          <w:lang w:val="sv-SE"/>
        </w:rPr>
        <w:t>BibleBIBEL82</w:t>
      </w:r>
      <w:r w:rsidRPr="000767E2">
        <w:rPr>
          <w:lang w:val="sv-SE"/>
        </w:rPr>
        <w:t>:2Pet 2:20]]</w:t>
      </w:r>
      <w:r w:rsidRPr="000767E2">
        <w:rPr>
          <w:vertAlign w:val="superscript"/>
          <w:lang w:val="sv-SE"/>
        </w:rPr>
        <w:t>20</w:t>
      </w:r>
      <w:r w:rsidRPr="000767E2">
        <w:rPr>
          <w:lang w:val="sv-SE"/>
        </w:rPr>
        <w:t xml:space="preserve"> {{field-on:bible}}För om de har undflytt världens befläckelser genom insikt om Herren och Frälsaren Jesus Kristus, men i detta åter blir intrasslade och kuvade, har för dem det sista blivit värre än det första.{{field-off:bible}} [[@</w:t>
      </w:r>
      <w:r w:rsidR="0096445B" w:rsidRPr="000767E2">
        <w:rPr>
          <w:lang w:val="sv-SE"/>
        </w:rPr>
        <w:t>BibleBIBEL82</w:t>
      </w:r>
      <w:r w:rsidRPr="000767E2">
        <w:rPr>
          <w:lang w:val="sv-SE"/>
        </w:rPr>
        <w:t>:2Pet 2:21]]</w:t>
      </w:r>
      <w:r w:rsidRPr="000767E2">
        <w:rPr>
          <w:vertAlign w:val="superscript"/>
          <w:lang w:val="sv-SE"/>
        </w:rPr>
        <w:t>21</w:t>
      </w:r>
      <w:r w:rsidRPr="000767E2">
        <w:rPr>
          <w:lang w:val="sv-SE"/>
        </w:rPr>
        <w:t xml:space="preserve"> {{field-on:bible}}För det hade varit bättre för dem att inte ha lärt känna rättfärdighetens väg, än att ha lärt känna </w:t>
      </w:r>
      <w:r w:rsidRPr="000767E2">
        <w:rPr>
          <w:i/>
          <w:lang w:val="sv-SE"/>
        </w:rPr>
        <w:t>den</w:t>
      </w:r>
      <w:r w:rsidRPr="000767E2">
        <w:rPr>
          <w:lang w:val="sv-SE"/>
        </w:rPr>
        <w:t xml:space="preserve"> och återvända från det heliga bud som överlämnats åt dem.{{field-off:bible}} [[@</w:t>
      </w:r>
      <w:r w:rsidR="0096445B" w:rsidRPr="000767E2">
        <w:rPr>
          <w:lang w:val="sv-SE"/>
        </w:rPr>
        <w:t>BibleBIBEL82</w:t>
      </w:r>
      <w:r w:rsidRPr="000767E2">
        <w:rPr>
          <w:lang w:val="sv-SE"/>
        </w:rPr>
        <w:t>:2Pet 2:22]]</w:t>
      </w:r>
      <w:r w:rsidRPr="000767E2">
        <w:rPr>
          <w:vertAlign w:val="superscript"/>
          <w:lang w:val="sv-SE"/>
        </w:rPr>
        <w:t>22</w:t>
      </w:r>
      <w:r w:rsidRPr="000767E2">
        <w:rPr>
          <w:lang w:val="sv-SE"/>
        </w:rPr>
        <w:t xml:space="preserve"> {{field-on:bible}}Det har inträffat för dem detta från den sanna jämförelsen: Hund som vänt om till </w:t>
      </w:r>
      <w:r w:rsidRPr="000767E2">
        <w:rPr>
          <w:i/>
          <w:lang w:val="sv-SE"/>
        </w:rPr>
        <w:t>sin</w:t>
      </w:r>
      <w:r w:rsidRPr="000767E2">
        <w:rPr>
          <w:lang w:val="sv-SE"/>
        </w:rPr>
        <w:t xml:space="preserve"> egen spya, och: Sugga som sig tvättat för rullning i gegga.{{field-off:bible}}</w:t>
      </w:r>
    </w:p>
    <w:p w14:paraId="148A61C1" w14:textId="1AC14A7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:2Pet 3]]Kapitel 3</w:t>
      </w:r>
    </w:p>
    <w:p w14:paraId="1BD4F3D2" w14:textId="77777777" w:rsidR="00BA33AB" w:rsidRPr="000767E2" w:rsidRDefault="00000000">
      <w:pPr>
        <w:pStyle w:val="Rubrik3"/>
        <w:rPr>
          <w:lang w:val="sv-SE"/>
        </w:rPr>
      </w:pPr>
      <w:r w:rsidRPr="000767E2">
        <w:rPr>
          <w:lang w:val="sv-SE"/>
        </w:rPr>
        <w:t>Herrens dag ska komma</w:t>
      </w:r>
    </w:p>
    <w:p w14:paraId="539A766F" w14:textId="7B27181A" w:rsidR="00BA33AB" w:rsidRPr="000767E2" w:rsidRDefault="00000000">
      <w:pPr>
        <w:rPr>
          <w:lang w:val="sv-SE"/>
        </w:rPr>
      </w:pPr>
      <w:r w:rsidRPr="000767E2">
        <w:rPr>
          <w:lang w:val="sv-SE"/>
        </w:rPr>
        <w:t>[[@</w:t>
      </w:r>
      <w:r w:rsidR="0096445B" w:rsidRPr="000767E2">
        <w:rPr>
          <w:lang w:val="sv-SE"/>
        </w:rPr>
        <w:t>BibleBIBEL82</w:t>
      </w:r>
      <w:r w:rsidRPr="000767E2">
        <w:rPr>
          <w:lang w:val="sv-SE"/>
        </w:rPr>
        <w:t>:2Pet 3:1]]</w:t>
      </w:r>
      <w:r w:rsidRPr="000767E2">
        <w:rPr>
          <w:vertAlign w:val="superscript"/>
          <w:lang w:val="sv-SE"/>
        </w:rPr>
        <w:t>1</w:t>
      </w:r>
      <w:r w:rsidRPr="000767E2">
        <w:rPr>
          <w:lang w:val="sv-SE"/>
        </w:rPr>
        <w:t xml:space="preserve"> {{field-on:bible}}Detta </w:t>
      </w:r>
      <w:r w:rsidRPr="000767E2">
        <w:rPr>
          <w:i/>
          <w:lang w:val="sv-SE"/>
        </w:rPr>
        <w:t>är</w:t>
      </w:r>
      <w:r w:rsidRPr="000767E2">
        <w:rPr>
          <w:lang w:val="sv-SE"/>
        </w:rPr>
        <w:t xml:space="preserve"> redan, </w:t>
      </w:r>
      <w:r w:rsidRPr="000767E2">
        <w:rPr>
          <w:i/>
          <w:lang w:val="sv-SE"/>
        </w:rPr>
        <w:t>mina</w:t>
      </w:r>
      <w:r w:rsidRPr="000767E2">
        <w:rPr>
          <w:lang w:val="sv-SE"/>
        </w:rPr>
        <w:t xml:space="preserve"> älskade, ett andra brev jag skriver till er. I dem väcker jag med påminnelse ert ärliga vett{{field-off:bible}} [[@</w:t>
      </w:r>
      <w:r w:rsidR="0096445B" w:rsidRPr="000767E2">
        <w:rPr>
          <w:lang w:val="sv-SE"/>
        </w:rPr>
        <w:t>BibleBIBEL82</w:t>
      </w:r>
      <w:r w:rsidRPr="000767E2">
        <w:rPr>
          <w:lang w:val="sv-SE"/>
        </w:rPr>
        <w:t>:2Pet 3:2]]</w:t>
      </w:r>
      <w:r w:rsidRPr="000767E2">
        <w:rPr>
          <w:vertAlign w:val="superscript"/>
          <w:lang w:val="sv-SE"/>
        </w:rPr>
        <w:t>2</w:t>
      </w:r>
      <w:r w:rsidRPr="000767E2">
        <w:rPr>
          <w:lang w:val="sv-SE"/>
        </w:rPr>
        <w:t xml:space="preserve"> {{field-on:bible}}</w:t>
      </w:r>
      <w:r w:rsidRPr="000767E2">
        <w:rPr>
          <w:i/>
          <w:lang w:val="sv-SE"/>
        </w:rPr>
        <w:t>till</w:t>
      </w:r>
      <w:r w:rsidRPr="000767E2">
        <w:rPr>
          <w:lang w:val="sv-SE"/>
        </w:rPr>
        <w:t xml:space="preserve"> att minnas de förutsagda orden av de heliga </w:t>
      </w:r>
      <w:r w:rsidRPr="000767E2">
        <w:rPr>
          <w:lang w:val="sv-SE"/>
        </w:rPr>
        <w:lastRenderedPageBreak/>
        <w:t>profeterna och era apostlars bud från Herren och Frälsaren{{field-off:bible}} [[@</w:t>
      </w:r>
      <w:r w:rsidR="0096445B" w:rsidRPr="000767E2">
        <w:rPr>
          <w:lang w:val="sv-SE"/>
        </w:rPr>
        <w:t>BibleBIBEL82</w:t>
      </w:r>
      <w:r w:rsidRPr="000767E2">
        <w:rPr>
          <w:lang w:val="sv-SE"/>
        </w:rPr>
        <w:t>:2Pet 3:3]]</w:t>
      </w:r>
      <w:r w:rsidRPr="000767E2">
        <w:rPr>
          <w:vertAlign w:val="superscript"/>
          <w:lang w:val="sv-SE"/>
        </w:rPr>
        <w:t>3</w:t>
      </w:r>
      <w:r w:rsidRPr="000767E2">
        <w:rPr>
          <w:lang w:val="sv-SE"/>
        </w:rPr>
        <w:t xml:space="preserve"> {{field-on:bible}}och främst veta detta: att </w:t>
      </w:r>
      <w:r w:rsidRPr="000767E2">
        <w:rPr>
          <w:i/>
          <w:lang w:val="sv-SE"/>
        </w:rPr>
        <w:t>det</w:t>
      </w:r>
      <w:r w:rsidRPr="000767E2">
        <w:rPr>
          <w:lang w:val="sv-SE"/>
        </w:rPr>
        <w:t xml:space="preserve"> ska komma i </w:t>
      </w:r>
      <w:r w:rsidRPr="000767E2">
        <w:rPr>
          <w:i/>
          <w:lang w:val="sv-SE"/>
        </w:rPr>
        <w:t>de</w:t>
      </w:r>
      <w:r w:rsidRPr="000767E2">
        <w:rPr>
          <w:lang w:val="sv-SE"/>
        </w:rPr>
        <w:t xml:space="preserve"> sista dagarna förlöjligare, som med förlöjligande far efter sina egna begär{{field-off:bible}} [[@</w:t>
      </w:r>
      <w:r w:rsidR="0096445B" w:rsidRPr="000767E2">
        <w:rPr>
          <w:lang w:val="sv-SE"/>
        </w:rPr>
        <w:t>BibleBIBEL82</w:t>
      </w:r>
      <w:r w:rsidRPr="000767E2">
        <w:rPr>
          <w:lang w:val="sv-SE"/>
        </w:rPr>
        <w:t>:2Pet 3:4]]</w:t>
      </w:r>
      <w:r w:rsidRPr="000767E2">
        <w:rPr>
          <w:vertAlign w:val="superscript"/>
          <w:lang w:val="sv-SE"/>
        </w:rPr>
        <w:t>4</w:t>
      </w:r>
      <w:r w:rsidRPr="000767E2">
        <w:rPr>
          <w:lang w:val="sv-SE"/>
        </w:rPr>
        <w:t xml:space="preserve"> {{field-on:bible}}och säger: ”Var är löftet om hans ankomst? För från det att fäderna insomnade förblir allt så </w:t>
      </w:r>
      <w:r w:rsidRPr="000767E2">
        <w:rPr>
          <w:i/>
          <w:lang w:val="sv-SE"/>
        </w:rPr>
        <w:t>här</w:t>
      </w:r>
      <w:r w:rsidRPr="000767E2">
        <w:rPr>
          <w:lang w:val="sv-SE"/>
        </w:rPr>
        <w:t xml:space="preserve"> sedan skapelsens begynnelse.”{{field-off:bible}}</w:t>
      </w:r>
    </w:p>
    <w:p w14:paraId="67BE7489" w14:textId="1D9EBE4F" w:rsidR="00BA33AB" w:rsidRPr="000767E2" w:rsidRDefault="00000000">
      <w:pPr>
        <w:rPr>
          <w:lang w:val="sv-SE"/>
        </w:rPr>
      </w:pPr>
      <w:r w:rsidRPr="000767E2">
        <w:rPr>
          <w:lang w:val="sv-SE"/>
        </w:rPr>
        <w:t>[[@</w:t>
      </w:r>
      <w:r w:rsidR="0096445B" w:rsidRPr="000767E2">
        <w:rPr>
          <w:lang w:val="sv-SE"/>
        </w:rPr>
        <w:t>BibleBIBEL82</w:t>
      </w:r>
      <w:r w:rsidRPr="000767E2">
        <w:rPr>
          <w:lang w:val="sv-SE"/>
        </w:rPr>
        <w:t>:2Pet 3:5]]</w:t>
      </w:r>
      <w:r w:rsidRPr="000767E2">
        <w:rPr>
          <w:vertAlign w:val="superscript"/>
          <w:lang w:val="sv-SE"/>
        </w:rPr>
        <w:t>5</w:t>
      </w:r>
      <w:r w:rsidRPr="000767E2">
        <w:rPr>
          <w:lang w:val="sv-SE"/>
        </w:rPr>
        <w:t xml:space="preserve"> {{field-on:bible}}För det undgår dem som vill detta att det fanns himlar för länge sedan, och en jord som från vatten och genom vatten bestod genom Guds ord,{{field-off:bible}} [[@</w:t>
      </w:r>
      <w:r w:rsidR="0096445B" w:rsidRPr="000767E2">
        <w:rPr>
          <w:lang w:val="sv-SE"/>
        </w:rPr>
        <w:t>BibleBIBEL82</w:t>
      </w:r>
      <w:r w:rsidRPr="000767E2">
        <w:rPr>
          <w:lang w:val="sv-SE"/>
        </w:rPr>
        <w:t>:2Pet 3:6]]</w:t>
      </w:r>
      <w:r w:rsidRPr="000767E2">
        <w:rPr>
          <w:vertAlign w:val="superscript"/>
          <w:lang w:val="sv-SE"/>
        </w:rPr>
        <w:t>6</w:t>
      </w:r>
      <w:r w:rsidRPr="000767E2">
        <w:rPr>
          <w:lang w:val="sv-SE"/>
        </w:rPr>
        <w:t xml:space="preserve"> {{field-on:bible}}genom vilket den dåvarande världen med vatten översvämmades och förgjordes.{{field-off:bible}} [[@</w:t>
      </w:r>
      <w:r w:rsidR="0096445B" w:rsidRPr="000767E2">
        <w:rPr>
          <w:lang w:val="sv-SE"/>
        </w:rPr>
        <w:t>BibleBIBEL82</w:t>
      </w:r>
      <w:r w:rsidRPr="000767E2">
        <w:rPr>
          <w:lang w:val="sv-SE"/>
        </w:rPr>
        <w:t>:2Pet 3:7]]</w:t>
      </w:r>
      <w:r w:rsidRPr="000767E2">
        <w:rPr>
          <w:vertAlign w:val="superscript"/>
          <w:lang w:val="sv-SE"/>
        </w:rPr>
        <w:t>7</w:t>
      </w:r>
      <w:r w:rsidRPr="000767E2">
        <w:rPr>
          <w:lang w:val="sv-SE"/>
        </w:rPr>
        <w:t xml:space="preserve"> {{field-on:bible}}Men de nuvarande himlarna och jorden är genom samma ord sparade åt eld, och bevaras till en dag av dom och fördärv för de ogudaktiga människorna.{{field-off:bible}}</w:t>
      </w:r>
    </w:p>
    <w:p w14:paraId="1089A169" w14:textId="47E6C217" w:rsidR="00BA33AB" w:rsidRPr="000767E2" w:rsidRDefault="00000000">
      <w:pPr>
        <w:rPr>
          <w:lang w:val="sv-SE"/>
        </w:rPr>
      </w:pPr>
      <w:r w:rsidRPr="000767E2">
        <w:rPr>
          <w:lang w:val="sv-SE"/>
        </w:rPr>
        <w:t>[[@</w:t>
      </w:r>
      <w:r w:rsidR="0096445B" w:rsidRPr="000767E2">
        <w:rPr>
          <w:lang w:val="sv-SE"/>
        </w:rPr>
        <w:t>BibleBIBEL82</w:t>
      </w:r>
      <w:r w:rsidRPr="000767E2">
        <w:rPr>
          <w:lang w:val="sv-SE"/>
        </w:rPr>
        <w:t>:2Pet 3:8]]</w:t>
      </w:r>
      <w:r w:rsidRPr="000767E2">
        <w:rPr>
          <w:vertAlign w:val="superscript"/>
          <w:lang w:val="sv-SE"/>
        </w:rPr>
        <w:t>8</w:t>
      </w:r>
      <w:r w:rsidRPr="000767E2">
        <w:rPr>
          <w:lang w:val="sv-SE"/>
        </w:rPr>
        <w:t xml:space="preserve"> {{field-on:bible}}Men detta enda ska inte undgå er, </w:t>
      </w:r>
      <w:r w:rsidRPr="000767E2">
        <w:rPr>
          <w:i/>
          <w:lang w:val="sv-SE"/>
        </w:rPr>
        <w:t>mina</w:t>
      </w:r>
      <w:r w:rsidRPr="000767E2">
        <w:rPr>
          <w:lang w:val="sv-SE"/>
        </w:rPr>
        <w:t xml:space="preserve"> älskade: att en dag hos Herren </w:t>
      </w:r>
      <w:r w:rsidRPr="000767E2">
        <w:rPr>
          <w:i/>
          <w:lang w:val="sv-SE"/>
        </w:rPr>
        <w:t>är</w:t>
      </w:r>
      <w:r w:rsidRPr="000767E2">
        <w:rPr>
          <w:lang w:val="sv-SE"/>
        </w:rPr>
        <w:t xml:space="preserve"> som tusen år, och tusen år som en dag.{{field-off:bible}} [[@</w:t>
      </w:r>
      <w:r w:rsidR="0096445B" w:rsidRPr="000767E2">
        <w:rPr>
          <w:lang w:val="sv-SE"/>
        </w:rPr>
        <w:t>BibleBIBEL82</w:t>
      </w:r>
      <w:r w:rsidRPr="000767E2">
        <w:rPr>
          <w:lang w:val="sv-SE"/>
        </w:rPr>
        <w:t>:2Pet 3:9]]</w:t>
      </w:r>
      <w:r w:rsidRPr="000767E2">
        <w:rPr>
          <w:vertAlign w:val="superscript"/>
          <w:lang w:val="sv-SE"/>
        </w:rPr>
        <w:t>9</w:t>
      </w:r>
      <w:r w:rsidRPr="000767E2">
        <w:rPr>
          <w:lang w:val="sv-SE"/>
        </w:rPr>
        <w:t xml:space="preserve"> {{field-on:bible}}Herren är inte långsam med löftet, såsom några anser </w:t>
      </w:r>
      <w:r w:rsidRPr="000767E2">
        <w:rPr>
          <w:i/>
          <w:lang w:val="sv-SE"/>
        </w:rPr>
        <w:t>det vara</w:t>
      </w:r>
      <w:r w:rsidRPr="000767E2">
        <w:rPr>
          <w:lang w:val="sv-SE"/>
        </w:rPr>
        <w:t xml:space="preserve"> långsamhet. Nej, han är tålmodig med er och önskar inte att några ska gå förlorade, utan att alla ska ha rum för omvändelse.{{field-off:bible}} [[@</w:t>
      </w:r>
      <w:r w:rsidR="0096445B" w:rsidRPr="000767E2">
        <w:rPr>
          <w:lang w:val="sv-SE"/>
        </w:rPr>
        <w:t>BibleBIBEL82</w:t>
      </w:r>
      <w:r w:rsidRPr="000767E2">
        <w:rPr>
          <w:lang w:val="sv-SE"/>
        </w:rPr>
        <w:t>:2Pet 3:10]]</w:t>
      </w:r>
      <w:r w:rsidRPr="000767E2">
        <w:rPr>
          <w:vertAlign w:val="superscript"/>
          <w:lang w:val="sv-SE"/>
        </w:rPr>
        <w:t>10</w:t>
      </w:r>
      <w:r w:rsidRPr="000767E2">
        <w:rPr>
          <w:lang w:val="sv-SE"/>
        </w:rPr>
        <w:t xml:space="preserve"> {{field-on:bible}}Men Herrens dag ska komma som en tjuv. På den ska himlarna med susande </w:t>
      </w:r>
      <w:r w:rsidRPr="000767E2">
        <w:rPr>
          <w:i/>
          <w:lang w:val="sv-SE"/>
        </w:rPr>
        <w:t>dån</w:t>
      </w:r>
      <w:r w:rsidRPr="000767E2">
        <w:rPr>
          <w:lang w:val="sv-SE"/>
        </w:rPr>
        <w:t xml:space="preserve"> förgås, och element blossande upplösas och jorden och de verk </w:t>
      </w:r>
      <w:r w:rsidRPr="000767E2">
        <w:rPr>
          <w:i/>
          <w:lang w:val="sv-SE"/>
        </w:rPr>
        <w:t>som är</w:t>
      </w:r>
      <w:r w:rsidRPr="000767E2">
        <w:rPr>
          <w:lang w:val="sv-SE"/>
        </w:rPr>
        <w:t xml:space="preserve"> på den bli funna.{{field-off:bible}}</w:t>
      </w:r>
    </w:p>
    <w:p w14:paraId="0B01F35E" w14:textId="6ED1303F" w:rsidR="00BA33AB" w:rsidRPr="000767E2" w:rsidRDefault="00000000">
      <w:pPr>
        <w:rPr>
          <w:lang w:val="sv-SE"/>
        </w:rPr>
      </w:pPr>
      <w:r w:rsidRPr="000767E2">
        <w:rPr>
          <w:lang w:val="sv-SE"/>
        </w:rPr>
        <w:t>[[@</w:t>
      </w:r>
      <w:r w:rsidR="0096445B" w:rsidRPr="000767E2">
        <w:rPr>
          <w:lang w:val="sv-SE"/>
        </w:rPr>
        <w:t>BibleBIBEL82</w:t>
      </w:r>
      <w:r w:rsidRPr="000767E2">
        <w:rPr>
          <w:lang w:val="sv-SE"/>
        </w:rPr>
        <w:t>:2Pet 3:11]]</w:t>
      </w:r>
      <w:r w:rsidRPr="000767E2">
        <w:rPr>
          <w:vertAlign w:val="superscript"/>
          <w:lang w:val="sv-SE"/>
        </w:rPr>
        <w:t>11</w:t>
      </w:r>
      <w:r w:rsidRPr="000767E2">
        <w:rPr>
          <w:lang w:val="sv-SE"/>
        </w:rPr>
        <w:t xml:space="preserve"> {{field-on:bible}}När allt detta så upplöses, hurdana måste ni vara? I heliga ageranden och fromheter,{{field-off:bible}} [[@</w:t>
      </w:r>
      <w:r w:rsidR="0096445B" w:rsidRPr="000767E2">
        <w:rPr>
          <w:lang w:val="sv-SE"/>
        </w:rPr>
        <w:t>BibleBIBEL82</w:t>
      </w:r>
      <w:r w:rsidRPr="000767E2">
        <w:rPr>
          <w:lang w:val="sv-SE"/>
        </w:rPr>
        <w:t>:2Pet 3:12]]</w:t>
      </w:r>
      <w:r w:rsidRPr="000767E2">
        <w:rPr>
          <w:vertAlign w:val="superscript"/>
          <w:lang w:val="sv-SE"/>
        </w:rPr>
        <w:t>12</w:t>
      </w:r>
      <w:r w:rsidRPr="000767E2">
        <w:rPr>
          <w:lang w:val="sv-SE"/>
        </w:rPr>
        <w:t xml:space="preserve"> {{field-on:bible}}medan ni väntar er och påskyndar ankomsten av Guds dag, av vilken himlar ska flammande upplösas och element blossande smälter.{{field-off:bible}} [[@</w:t>
      </w:r>
      <w:r w:rsidR="0096445B" w:rsidRPr="000767E2">
        <w:rPr>
          <w:lang w:val="sv-SE"/>
        </w:rPr>
        <w:t>BibleBIBEL82</w:t>
      </w:r>
      <w:r w:rsidRPr="000767E2">
        <w:rPr>
          <w:lang w:val="sv-SE"/>
        </w:rPr>
        <w:t>:2Pet 3:13]]</w:t>
      </w:r>
      <w:r w:rsidRPr="000767E2">
        <w:rPr>
          <w:vertAlign w:val="superscript"/>
          <w:lang w:val="sv-SE"/>
        </w:rPr>
        <w:t>13</w:t>
      </w:r>
      <w:r w:rsidRPr="000767E2">
        <w:rPr>
          <w:lang w:val="sv-SE"/>
        </w:rPr>
        <w:t xml:space="preserve"> {{field-on:bible}}Men nya himlar och en ny jord efter hans löfte väntar vi oss, i vilka rättfärdighet bor.{{field-off:bible}}</w:t>
      </w:r>
    </w:p>
    <w:p w14:paraId="64E215CB" w14:textId="77777777" w:rsidR="00BA33AB" w:rsidRPr="000767E2" w:rsidRDefault="00000000">
      <w:pPr>
        <w:pStyle w:val="Rubrik3"/>
        <w:rPr>
          <w:lang w:val="sv-SE"/>
        </w:rPr>
      </w:pPr>
      <w:r w:rsidRPr="000767E2">
        <w:rPr>
          <w:lang w:val="sv-SE"/>
        </w:rPr>
        <w:t>Slutord</w:t>
      </w:r>
    </w:p>
    <w:p w14:paraId="506AF2DF" w14:textId="4125816B" w:rsidR="00BA33AB" w:rsidRPr="000767E2" w:rsidRDefault="00000000">
      <w:pPr>
        <w:rPr>
          <w:lang w:val="sv-SE"/>
        </w:rPr>
      </w:pPr>
      <w:r w:rsidRPr="000767E2">
        <w:rPr>
          <w:lang w:val="sv-SE"/>
        </w:rPr>
        <w:t>[[@</w:t>
      </w:r>
      <w:r w:rsidR="0096445B" w:rsidRPr="000767E2">
        <w:rPr>
          <w:lang w:val="sv-SE"/>
        </w:rPr>
        <w:t>BibleBIBEL82</w:t>
      </w:r>
      <w:r w:rsidRPr="000767E2">
        <w:rPr>
          <w:lang w:val="sv-SE"/>
        </w:rPr>
        <w:t>:2Pet 3:14]]</w:t>
      </w:r>
      <w:r w:rsidRPr="000767E2">
        <w:rPr>
          <w:vertAlign w:val="superscript"/>
          <w:lang w:val="sv-SE"/>
        </w:rPr>
        <w:t>14</w:t>
      </w:r>
      <w:r w:rsidRPr="000767E2">
        <w:rPr>
          <w:lang w:val="sv-SE"/>
        </w:rPr>
        <w:t xml:space="preserve"> {{field-on:bible}}Därför, </w:t>
      </w:r>
      <w:r w:rsidRPr="000767E2">
        <w:rPr>
          <w:i/>
          <w:lang w:val="sv-SE"/>
        </w:rPr>
        <w:t>mina</w:t>
      </w:r>
      <w:r w:rsidRPr="000767E2">
        <w:rPr>
          <w:lang w:val="sv-SE"/>
        </w:rPr>
        <w:t xml:space="preserve"> älskade: när ni väntar er detta, ska ni ivra för att bli funna fläckfria och tadelfria inför honom i frid.{{field-off:bible}} [[@</w:t>
      </w:r>
      <w:r w:rsidR="0096445B" w:rsidRPr="000767E2">
        <w:rPr>
          <w:lang w:val="sv-SE"/>
        </w:rPr>
        <w:t>BibleBIBEL82</w:t>
      </w:r>
      <w:r w:rsidRPr="000767E2">
        <w:rPr>
          <w:lang w:val="sv-SE"/>
        </w:rPr>
        <w:t>:2Pet 3:15]]</w:t>
      </w:r>
      <w:r w:rsidRPr="000767E2">
        <w:rPr>
          <w:vertAlign w:val="superscript"/>
          <w:lang w:val="sv-SE"/>
        </w:rPr>
        <w:t>15</w:t>
      </w:r>
      <w:r w:rsidRPr="000767E2">
        <w:rPr>
          <w:lang w:val="sv-SE"/>
        </w:rPr>
        <w:t xml:space="preserve"> {{field-on:bible}}Och vår Herres tålamod ska ni anse </w:t>
      </w:r>
      <w:r w:rsidRPr="000767E2">
        <w:rPr>
          <w:i/>
          <w:lang w:val="sv-SE"/>
        </w:rPr>
        <w:t>som</w:t>
      </w:r>
      <w:r w:rsidRPr="000767E2">
        <w:rPr>
          <w:lang w:val="sv-SE"/>
        </w:rPr>
        <w:t xml:space="preserve"> frälsning, så som även vår älskade broder Paulus efter visheten som getts honom har skrivit till er,{{field-off:bible}} [[@</w:t>
      </w:r>
      <w:r w:rsidR="0096445B" w:rsidRPr="000767E2">
        <w:rPr>
          <w:lang w:val="sv-SE"/>
        </w:rPr>
        <w:t>BibleBIBEL82</w:t>
      </w:r>
      <w:r w:rsidRPr="000767E2">
        <w:rPr>
          <w:lang w:val="sv-SE"/>
        </w:rPr>
        <w:t>:2Pet 3:16]]</w:t>
      </w:r>
      <w:r w:rsidRPr="000767E2">
        <w:rPr>
          <w:vertAlign w:val="superscript"/>
          <w:lang w:val="sv-SE"/>
        </w:rPr>
        <w:t>16</w:t>
      </w:r>
      <w:r w:rsidRPr="000767E2">
        <w:rPr>
          <w:lang w:val="sv-SE"/>
        </w:rPr>
        <w:t xml:space="preserve"> {{field-on:bible}}såsom också i alla breven när han talar i dem om detta. I dessa finns vissa svårförståeliga </w:t>
      </w:r>
      <w:r w:rsidRPr="000767E2">
        <w:rPr>
          <w:i/>
          <w:lang w:val="sv-SE"/>
        </w:rPr>
        <w:t>ting</w:t>
      </w:r>
      <w:r w:rsidRPr="000767E2">
        <w:rPr>
          <w:lang w:val="sv-SE"/>
        </w:rPr>
        <w:t xml:space="preserve"> som de obildade och instabila kommer att förvränga, såsom även de övriga Skrifterna, till </w:t>
      </w:r>
      <w:r w:rsidRPr="000767E2">
        <w:rPr>
          <w:i/>
          <w:lang w:val="sv-SE"/>
        </w:rPr>
        <w:t>sitt</w:t>
      </w:r>
      <w:r w:rsidRPr="000767E2">
        <w:rPr>
          <w:lang w:val="sv-SE"/>
        </w:rPr>
        <w:t xml:space="preserve"> eget fördärv.{{field-off:bible}}</w:t>
      </w:r>
    </w:p>
    <w:p w14:paraId="31F444F5" w14:textId="7F45F651" w:rsidR="00BA33AB" w:rsidRPr="000767E2" w:rsidRDefault="00000000">
      <w:pPr>
        <w:rPr>
          <w:lang w:val="sv-SE"/>
        </w:rPr>
      </w:pPr>
      <w:r w:rsidRPr="000767E2">
        <w:rPr>
          <w:lang w:val="sv-SE"/>
        </w:rPr>
        <w:t>[[@</w:t>
      </w:r>
      <w:r w:rsidR="0096445B" w:rsidRPr="000767E2">
        <w:rPr>
          <w:lang w:val="sv-SE"/>
        </w:rPr>
        <w:t>BibleBIBEL82</w:t>
      </w:r>
      <w:r w:rsidRPr="000767E2">
        <w:rPr>
          <w:lang w:val="sv-SE"/>
        </w:rPr>
        <w:t>:2Pet 3:17]]</w:t>
      </w:r>
      <w:r w:rsidRPr="000767E2">
        <w:rPr>
          <w:vertAlign w:val="superscript"/>
          <w:lang w:val="sv-SE"/>
        </w:rPr>
        <w:t>17</w:t>
      </w:r>
      <w:r w:rsidRPr="000767E2">
        <w:rPr>
          <w:lang w:val="sv-SE"/>
        </w:rPr>
        <w:t xml:space="preserve"> {{field-on:bible}}Ni, </w:t>
      </w:r>
      <w:r w:rsidRPr="000767E2">
        <w:rPr>
          <w:i/>
          <w:lang w:val="sv-SE"/>
        </w:rPr>
        <w:t>mina</w:t>
      </w:r>
      <w:r w:rsidRPr="000767E2">
        <w:rPr>
          <w:lang w:val="sv-SE"/>
        </w:rPr>
        <w:t xml:space="preserve"> älskade som förut vet, ska alltså vakta er så att ni inte dras med i de osedligas villfarelse och faller av från </w:t>
      </w:r>
      <w:r w:rsidRPr="000767E2">
        <w:rPr>
          <w:i/>
          <w:lang w:val="sv-SE"/>
        </w:rPr>
        <w:t>er</w:t>
      </w:r>
      <w:r w:rsidRPr="000767E2">
        <w:rPr>
          <w:lang w:val="sv-SE"/>
        </w:rPr>
        <w:t xml:space="preserve"> egen stabilitet.{{field-off:bible}} [[@</w:t>
      </w:r>
      <w:r w:rsidR="0096445B" w:rsidRPr="000767E2">
        <w:rPr>
          <w:lang w:val="sv-SE"/>
        </w:rPr>
        <w:t>BibleBIBEL82</w:t>
      </w:r>
      <w:r w:rsidRPr="000767E2">
        <w:rPr>
          <w:lang w:val="sv-SE"/>
        </w:rPr>
        <w:t>:2Pet 3:18]]</w:t>
      </w:r>
      <w:r w:rsidRPr="000767E2">
        <w:rPr>
          <w:vertAlign w:val="superscript"/>
          <w:lang w:val="sv-SE"/>
        </w:rPr>
        <w:t>18</w:t>
      </w:r>
      <w:r w:rsidRPr="000767E2">
        <w:rPr>
          <w:lang w:val="sv-SE"/>
        </w:rPr>
        <w:t xml:space="preserve"> {{field-on:bible}}Men väx i nåd och kunskap om vår Herre och Frälsare Jesus Kristus. Hans </w:t>
      </w:r>
      <w:r w:rsidRPr="000767E2">
        <w:rPr>
          <w:i/>
          <w:lang w:val="sv-SE"/>
        </w:rPr>
        <w:t>är</w:t>
      </w:r>
      <w:r w:rsidRPr="000767E2">
        <w:rPr>
          <w:lang w:val="sv-SE"/>
        </w:rPr>
        <w:t xml:space="preserve"> äran, både nu och till eonens dag. Amen.{{field-off:bible}}</w:t>
      </w:r>
    </w:p>
    <w:p w14:paraId="03062CB8" w14:textId="4DBCC6F5" w:rsidR="00BA33AB" w:rsidRPr="000767E2" w:rsidRDefault="00000000">
      <w:pPr>
        <w:pStyle w:val="Rubrik1"/>
        <w:rPr>
          <w:lang w:val="sv-SE"/>
        </w:rPr>
      </w:pPr>
      <w:r w:rsidRPr="000767E2">
        <w:rPr>
          <w:lang w:val="sv-SE"/>
        </w:rPr>
        <w:lastRenderedPageBreak/>
        <w:t>[[@</w:t>
      </w:r>
      <w:r w:rsidR="0096445B" w:rsidRPr="000767E2">
        <w:rPr>
          <w:lang w:val="sv-SE"/>
        </w:rPr>
        <w:t>BibleBIBEL82</w:t>
      </w:r>
      <w:r w:rsidRPr="000767E2">
        <w:rPr>
          <w:lang w:val="sv-SE"/>
        </w:rPr>
        <w:t>:1John]]Johannes första brev</w:t>
      </w:r>
    </w:p>
    <w:p w14:paraId="1EEE4DC9" w14:textId="7AA6029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:1John 1]]Kapitel 1</w:t>
      </w:r>
    </w:p>
    <w:p w14:paraId="372AE1AD" w14:textId="77777777" w:rsidR="00BA33AB" w:rsidRPr="000767E2" w:rsidRDefault="00000000">
      <w:pPr>
        <w:pStyle w:val="Rubrik3"/>
        <w:rPr>
          <w:lang w:val="sv-SE"/>
        </w:rPr>
      </w:pPr>
      <w:r w:rsidRPr="000767E2">
        <w:rPr>
          <w:lang w:val="sv-SE"/>
        </w:rPr>
        <w:t>Livets Ord</w:t>
      </w:r>
    </w:p>
    <w:p w14:paraId="03208989" w14:textId="1F9F1FEF" w:rsidR="00BA33AB" w:rsidRPr="000767E2" w:rsidRDefault="00000000">
      <w:pPr>
        <w:rPr>
          <w:lang w:val="sv-SE"/>
        </w:rPr>
      </w:pPr>
      <w:r w:rsidRPr="000767E2">
        <w:rPr>
          <w:lang w:val="sv-SE"/>
        </w:rPr>
        <w:t>[[@</w:t>
      </w:r>
      <w:r w:rsidR="0096445B" w:rsidRPr="000767E2">
        <w:rPr>
          <w:lang w:val="sv-SE"/>
        </w:rPr>
        <w:t>BibleBIBEL82</w:t>
      </w:r>
      <w:r w:rsidRPr="000767E2">
        <w:rPr>
          <w:lang w:val="sv-SE"/>
        </w:rPr>
        <w:t>:1John 1:1]]</w:t>
      </w:r>
      <w:r w:rsidRPr="000767E2">
        <w:rPr>
          <w:vertAlign w:val="superscript"/>
          <w:lang w:val="sv-SE"/>
        </w:rPr>
        <w:t>1</w:t>
      </w:r>
      <w:r w:rsidRPr="000767E2">
        <w:rPr>
          <w:lang w:val="sv-SE"/>
        </w:rPr>
        <w:t xml:space="preserve"> {{field-on:bible}}Det som var från begynnelsen, det vi har hört, det vi har sett med våra ögon, det vi har skådat och våra händer känt på: om Livets Ord.{{field-off:bible}} [[@</w:t>
      </w:r>
      <w:r w:rsidR="0096445B" w:rsidRPr="000767E2">
        <w:rPr>
          <w:lang w:val="sv-SE"/>
        </w:rPr>
        <w:t>BibleBIBEL82</w:t>
      </w:r>
      <w:r w:rsidRPr="000767E2">
        <w:rPr>
          <w:lang w:val="sv-SE"/>
        </w:rPr>
        <w:t>:1John 1:2]]</w:t>
      </w:r>
      <w:r w:rsidRPr="000767E2">
        <w:rPr>
          <w:vertAlign w:val="superscript"/>
          <w:lang w:val="sv-SE"/>
        </w:rPr>
        <w:t>2</w:t>
      </w:r>
      <w:r w:rsidRPr="000767E2">
        <w:rPr>
          <w:lang w:val="sv-SE"/>
        </w:rPr>
        <w:t xml:space="preserve"> {{field-on:bible}}Och livet framträdde, och vi har sett och vittnar och meddelar er det eoniska livet, som var hos Fadern och framträdde för oss.{{field-off:bible}} [[@</w:t>
      </w:r>
      <w:r w:rsidR="0096445B" w:rsidRPr="000767E2">
        <w:rPr>
          <w:lang w:val="sv-SE"/>
        </w:rPr>
        <w:t>BibleBIBEL82</w:t>
      </w:r>
      <w:r w:rsidRPr="000767E2">
        <w:rPr>
          <w:lang w:val="sv-SE"/>
        </w:rPr>
        <w:t>:1John 1:3]]</w:t>
      </w:r>
      <w:r w:rsidRPr="000767E2">
        <w:rPr>
          <w:vertAlign w:val="superscript"/>
          <w:lang w:val="sv-SE"/>
        </w:rPr>
        <w:t>3</w:t>
      </w:r>
      <w:r w:rsidRPr="000767E2">
        <w:rPr>
          <w:lang w:val="sv-SE"/>
        </w:rPr>
        <w:t xml:space="preserve"> {{field-on:bible}}Det vi har sett och hört meddelar vi också er, för att också ni ska ha gemenskap med oss. Och vår gemenskap </w:t>
      </w:r>
      <w:r w:rsidRPr="000767E2">
        <w:rPr>
          <w:i/>
          <w:lang w:val="sv-SE"/>
        </w:rPr>
        <w:t>är</w:t>
      </w:r>
      <w:r w:rsidRPr="000767E2">
        <w:rPr>
          <w:lang w:val="sv-SE"/>
        </w:rPr>
        <w:t xml:space="preserve"> med Fadern och med hans Son Jesus Kristus.{{field-off:bible}} [[@</w:t>
      </w:r>
      <w:r w:rsidR="0096445B" w:rsidRPr="000767E2">
        <w:rPr>
          <w:lang w:val="sv-SE"/>
        </w:rPr>
        <w:t>BibleBIBEL82</w:t>
      </w:r>
      <w:r w:rsidRPr="000767E2">
        <w:rPr>
          <w:lang w:val="sv-SE"/>
        </w:rPr>
        <w:t>:1John 1:4]]</w:t>
      </w:r>
      <w:r w:rsidRPr="000767E2">
        <w:rPr>
          <w:vertAlign w:val="superscript"/>
          <w:lang w:val="sv-SE"/>
        </w:rPr>
        <w:t>4</w:t>
      </w:r>
      <w:r w:rsidRPr="000767E2">
        <w:rPr>
          <w:lang w:val="sv-SE"/>
        </w:rPr>
        <w:t xml:space="preserve"> {{field-on:bible}}Och detta skriver vi för att vår glädje ska vara uppfylld.{{field-off:bible}}</w:t>
      </w:r>
    </w:p>
    <w:p w14:paraId="1248FE86" w14:textId="77777777" w:rsidR="00BA33AB" w:rsidRPr="000767E2" w:rsidRDefault="00000000">
      <w:pPr>
        <w:pStyle w:val="Rubrik3"/>
        <w:rPr>
          <w:lang w:val="sv-SE"/>
        </w:rPr>
      </w:pPr>
      <w:r w:rsidRPr="000767E2">
        <w:rPr>
          <w:lang w:val="sv-SE"/>
        </w:rPr>
        <w:t>Vandra i ljuset</w:t>
      </w:r>
    </w:p>
    <w:p w14:paraId="1559258A" w14:textId="75E7C56E" w:rsidR="00BA33AB" w:rsidRPr="000767E2" w:rsidRDefault="00000000">
      <w:pPr>
        <w:rPr>
          <w:lang w:val="sv-SE"/>
        </w:rPr>
      </w:pPr>
      <w:r w:rsidRPr="000767E2">
        <w:rPr>
          <w:lang w:val="sv-SE"/>
        </w:rPr>
        <w:t>[[@</w:t>
      </w:r>
      <w:r w:rsidR="0096445B" w:rsidRPr="000767E2">
        <w:rPr>
          <w:lang w:val="sv-SE"/>
        </w:rPr>
        <w:t>BibleBIBEL82</w:t>
      </w:r>
      <w:r w:rsidRPr="000767E2">
        <w:rPr>
          <w:lang w:val="sv-SE"/>
        </w:rPr>
        <w:t>:1John 1:5]]</w:t>
      </w:r>
      <w:r w:rsidRPr="000767E2">
        <w:rPr>
          <w:vertAlign w:val="superscript"/>
          <w:lang w:val="sv-SE"/>
        </w:rPr>
        <w:t>5</w:t>
      </w:r>
      <w:r w:rsidRPr="000767E2">
        <w:rPr>
          <w:lang w:val="sv-SE"/>
        </w:rPr>
        <w:t xml:space="preserve"> {{field-on:bible}}Och detta är budskapet som vi har hört från honom och delger för er: att Gud är ljus och inget mörker finns i honom.{{field-off:bible}} [[@</w:t>
      </w:r>
      <w:r w:rsidR="0096445B" w:rsidRPr="000767E2">
        <w:rPr>
          <w:lang w:val="sv-SE"/>
        </w:rPr>
        <w:t>BibleBIBEL82</w:t>
      </w:r>
      <w:r w:rsidRPr="000767E2">
        <w:rPr>
          <w:lang w:val="sv-SE"/>
        </w:rPr>
        <w:t>:1John 1:6]]</w:t>
      </w:r>
      <w:r w:rsidRPr="000767E2">
        <w:rPr>
          <w:vertAlign w:val="superscript"/>
          <w:lang w:val="sv-SE"/>
        </w:rPr>
        <w:t>6</w:t>
      </w:r>
      <w:r w:rsidRPr="000767E2">
        <w:rPr>
          <w:lang w:val="sv-SE"/>
        </w:rPr>
        <w:t xml:space="preserve"> {{field-on:bible}}Om vi säger att vi har gemenskap med honom och vandrar i mörkret, ljuger vi och gör inte sanningen.{{field-off:bible}} [[@</w:t>
      </w:r>
      <w:r w:rsidR="0096445B" w:rsidRPr="000767E2">
        <w:rPr>
          <w:lang w:val="sv-SE"/>
        </w:rPr>
        <w:t>BibleBIBEL82</w:t>
      </w:r>
      <w:r w:rsidRPr="000767E2">
        <w:rPr>
          <w:lang w:val="sv-SE"/>
        </w:rPr>
        <w:t>:1John 1:7]]</w:t>
      </w:r>
      <w:r w:rsidRPr="000767E2">
        <w:rPr>
          <w:vertAlign w:val="superscript"/>
          <w:lang w:val="sv-SE"/>
        </w:rPr>
        <w:t>7</w:t>
      </w:r>
      <w:r w:rsidRPr="000767E2">
        <w:rPr>
          <w:lang w:val="sv-SE"/>
        </w:rPr>
        <w:t xml:space="preserve"> {{field-on:bible}}Om vi vandrar i ljuset, såsom han är i ljuset, har vi gemenskap med varandra och blodet från Jesus, hans Son, renar oss från all synd.{{field-off:bible}} [[@</w:t>
      </w:r>
      <w:r w:rsidR="0096445B" w:rsidRPr="000767E2">
        <w:rPr>
          <w:lang w:val="sv-SE"/>
        </w:rPr>
        <w:t>BibleBIBEL82</w:t>
      </w:r>
      <w:r w:rsidRPr="000767E2">
        <w:rPr>
          <w:lang w:val="sv-SE"/>
        </w:rPr>
        <w:t>:1John 1:8]]</w:t>
      </w:r>
      <w:r w:rsidRPr="000767E2">
        <w:rPr>
          <w:vertAlign w:val="superscript"/>
          <w:lang w:val="sv-SE"/>
        </w:rPr>
        <w:t>8</w:t>
      </w:r>
      <w:r w:rsidRPr="000767E2">
        <w:rPr>
          <w:lang w:val="sv-SE"/>
        </w:rPr>
        <w:t xml:space="preserve"> {{field-on:bible}}Om vi säger att synd har vi inte, förvillar vi oss själva och sanningen finns inte i oss.{{field-off:bible}} [[@</w:t>
      </w:r>
      <w:r w:rsidR="0096445B" w:rsidRPr="000767E2">
        <w:rPr>
          <w:lang w:val="sv-SE"/>
        </w:rPr>
        <w:t>BibleBIBEL82</w:t>
      </w:r>
      <w:r w:rsidRPr="000767E2">
        <w:rPr>
          <w:lang w:val="sv-SE"/>
        </w:rPr>
        <w:t>:1John 1:9]]</w:t>
      </w:r>
      <w:r w:rsidRPr="000767E2">
        <w:rPr>
          <w:vertAlign w:val="superscript"/>
          <w:lang w:val="sv-SE"/>
        </w:rPr>
        <w:t>9</w:t>
      </w:r>
      <w:r w:rsidRPr="000767E2">
        <w:rPr>
          <w:lang w:val="sv-SE"/>
        </w:rPr>
        <w:t xml:space="preserve"> {{field-on:bible}}Om vi bekänner våra synder, är han trofast och rättfärdig så att han förlåter oss synderna och renar oss från all orätt.{{field-off:bible}} [[@</w:t>
      </w:r>
      <w:r w:rsidR="0096445B" w:rsidRPr="000767E2">
        <w:rPr>
          <w:lang w:val="sv-SE"/>
        </w:rPr>
        <w:t>BibleBIBEL82</w:t>
      </w:r>
      <w:r w:rsidRPr="000767E2">
        <w:rPr>
          <w:lang w:val="sv-SE"/>
        </w:rPr>
        <w:t>:1John 1:10]]</w:t>
      </w:r>
      <w:r w:rsidRPr="000767E2">
        <w:rPr>
          <w:vertAlign w:val="superscript"/>
          <w:lang w:val="sv-SE"/>
        </w:rPr>
        <w:t>10</w:t>
      </w:r>
      <w:r w:rsidRPr="000767E2">
        <w:rPr>
          <w:lang w:val="sv-SE"/>
        </w:rPr>
        <w:t xml:space="preserve"> {{field-on:bible}}Om vi säger att vi inte har syndat, gör vi honom till en lögnare och hans ord finns inte i oss.{{field-off:bible}}</w:t>
      </w:r>
    </w:p>
    <w:p w14:paraId="1801D4DC" w14:textId="00F7A64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:1John 2]]Kapitel 2</w:t>
      </w:r>
    </w:p>
    <w:p w14:paraId="194FB877" w14:textId="142268C8" w:rsidR="00BA33AB" w:rsidRPr="000767E2" w:rsidRDefault="00000000">
      <w:pPr>
        <w:rPr>
          <w:lang w:val="sv-SE"/>
        </w:rPr>
      </w:pPr>
      <w:r w:rsidRPr="000767E2">
        <w:rPr>
          <w:lang w:val="sv-SE"/>
        </w:rPr>
        <w:t>[[@</w:t>
      </w:r>
      <w:r w:rsidR="0096445B" w:rsidRPr="000767E2">
        <w:rPr>
          <w:lang w:val="sv-SE"/>
        </w:rPr>
        <w:t>BibleBIBEL82</w:t>
      </w:r>
      <w:r w:rsidRPr="000767E2">
        <w:rPr>
          <w:lang w:val="sv-SE"/>
        </w:rPr>
        <w:t>:1John 2:1]]</w:t>
      </w:r>
      <w:r w:rsidRPr="000767E2">
        <w:rPr>
          <w:vertAlign w:val="superscript"/>
          <w:lang w:val="sv-SE"/>
        </w:rPr>
        <w:t>1</w:t>
      </w:r>
      <w:r w:rsidRPr="000767E2">
        <w:rPr>
          <w:lang w:val="sv-SE"/>
        </w:rPr>
        <w:t xml:space="preserve"> {{field-on:bible}}Mina </w:t>
      </w:r>
      <w:r w:rsidRPr="000767E2">
        <w:rPr>
          <w:i/>
          <w:lang w:val="sv-SE"/>
        </w:rPr>
        <w:t>kära</w:t>
      </w:r>
      <w:r w:rsidRPr="000767E2">
        <w:rPr>
          <w:lang w:val="sv-SE"/>
        </w:rPr>
        <w:t xml:space="preserve"> barn, detta skriver jag till er för att ni inte ska synda. Och om någon syndar, har vi en Förespråkare hos Fadern: Jesus Kristus rättfärdig.{{field-off:bible}} [[@</w:t>
      </w:r>
      <w:r w:rsidR="0096445B" w:rsidRPr="000767E2">
        <w:rPr>
          <w:lang w:val="sv-SE"/>
        </w:rPr>
        <w:t>BibleBIBEL82</w:t>
      </w:r>
      <w:r w:rsidRPr="000767E2">
        <w:rPr>
          <w:lang w:val="sv-SE"/>
        </w:rPr>
        <w:t>:1John 2:2]]</w:t>
      </w:r>
      <w:r w:rsidRPr="000767E2">
        <w:rPr>
          <w:vertAlign w:val="superscript"/>
          <w:lang w:val="sv-SE"/>
        </w:rPr>
        <w:t>2</w:t>
      </w:r>
      <w:r w:rsidRPr="000767E2">
        <w:rPr>
          <w:lang w:val="sv-SE"/>
        </w:rPr>
        <w:t xml:space="preserve"> {{field-on:bible}}Och han är soning för våra synder, men inte bara för våra utan också för hela världens.{{field-off:bible}}</w:t>
      </w:r>
    </w:p>
    <w:p w14:paraId="22647E15" w14:textId="2085286F" w:rsidR="00BA33AB" w:rsidRPr="000767E2" w:rsidRDefault="00000000">
      <w:pPr>
        <w:rPr>
          <w:lang w:val="sv-SE"/>
        </w:rPr>
      </w:pPr>
      <w:r w:rsidRPr="000767E2">
        <w:rPr>
          <w:lang w:val="sv-SE"/>
        </w:rPr>
        <w:t>[[@</w:t>
      </w:r>
      <w:r w:rsidR="0096445B" w:rsidRPr="000767E2">
        <w:rPr>
          <w:lang w:val="sv-SE"/>
        </w:rPr>
        <w:t>BibleBIBEL82</w:t>
      </w:r>
      <w:r w:rsidRPr="000767E2">
        <w:rPr>
          <w:lang w:val="sv-SE"/>
        </w:rPr>
        <w:t>:1John 2:3]]</w:t>
      </w:r>
      <w:r w:rsidRPr="000767E2">
        <w:rPr>
          <w:vertAlign w:val="superscript"/>
          <w:lang w:val="sv-SE"/>
        </w:rPr>
        <w:t>3</w:t>
      </w:r>
      <w:r w:rsidRPr="000767E2">
        <w:rPr>
          <w:lang w:val="sv-SE"/>
        </w:rPr>
        <w:t xml:space="preserve"> {{field-on:bible}}Och i detta vet att vi har lärt känna honom: om vi håller fast vid hans bud.{{field-off:bible}} [[@</w:t>
      </w:r>
      <w:r w:rsidR="0096445B" w:rsidRPr="000767E2">
        <w:rPr>
          <w:lang w:val="sv-SE"/>
        </w:rPr>
        <w:t>BibleBIBEL82</w:t>
      </w:r>
      <w:r w:rsidRPr="000767E2">
        <w:rPr>
          <w:lang w:val="sv-SE"/>
        </w:rPr>
        <w:t>:1John 2:4]]</w:t>
      </w:r>
      <w:r w:rsidRPr="000767E2">
        <w:rPr>
          <w:vertAlign w:val="superscript"/>
          <w:lang w:val="sv-SE"/>
        </w:rPr>
        <w:t>4</w:t>
      </w:r>
      <w:r w:rsidRPr="000767E2">
        <w:rPr>
          <w:lang w:val="sv-SE"/>
        </w:rPr>
        <w:t xml:space="preserve"> {{field-on:bible}}Den som säger att: ”Jag har lärt känna honom” och inte håller fast vid hans bud, är en lögnare och i honom finns inte sanningen.{{field-off:bible}} [[@</w:t>
      </w:r>
      <w:r w:rsidR="0096445B" w:rsidRPr="000767E2">
        <w:rPr>
          <w:lang w:val="sv-SE"/>
        </w:rPr>
        <w:t>BibleBIBEL82</w:t>
      </w:r>
      <w:r w:rsidRPr="000767E2">
        <w:rPr>
          <w:lang w:val="sv-SE"/>
        </w:rPr>
        <w:t>:1John 2:5]]</w:t>
      </w:r>
      <w:r w:rsidRPr="000767E2">
        <w:rPr>
          <w:vertAlign w:val="superscript"/>
          <w:lang w:val="sv-SE"/>
        </w:rPr>
        <w:t>5</w:t>
      </w:r>
      <w:r w:rsidRPr="000767E2">
        <w:rPr>
          <w:lang w:val="sv-SE"/>
        </w:rPr>
        <w:t xml:space="preserve"> {{field-on:bible}}Men den som håller fast vid hans ord, sannerligen har i honom Guds kärlek fullkomnats. I detta vet vi att vi är i honom.{{field-off:bible}} [[@</w:t>
      </w:r>
      <w:r w:rsidR="0096445B" w:rsidRPr="000767E2">
        <w:rPr>
          <w:lang w:val="sv-SE"/>
        </w:rPr>
        <w:t>BibleBIBEL82</w:t>
      </w:r>
      <w:r w:rsidRPr="000767E2">
        <w:rPr>
          <w:lang w:val="sv-SE"/>
        </w:rPr>
        <w:t>:1John 2:6]]</w:t>
      </w:r>
      <w:r w:rsidRPr="000767E2">
        <w:rPr>
          <w:vertAlign w:val="superscript"/>
          <w:lang w:val="sv-SE"/>
        </w:rPr>
        <w:t>6</w:t>
      </w:r>
      <w:r w:rsidRPr="000767E2">
        <w:rPr>
          <w:lang w:val="sv-SE"/>
        </w:rPr>
        <w:t xml:space="preserve"> {{field-on:bible}}Den som säger </w:t>
      </w:r>
      <w:r w:rsidRPr="000767E2">
        <w:rPr>
          <w:i/>
          <w:lang w:val="sv-SE"/>
        </w:rPr>
        <w:t>sig</w:t>
      </w:r>
      <w:r w:rsidRPr="000767E2">
        <w:rPr>
          <w:lang w:val="sv-SE"/>
        </w:rPr>
        <w:t xml:space="preserve"> vara kvar i honom är skyldig att så som denne vandrade, också själv vandra så.{{field-off:bible}}</w:t>
      </w:r>
    </w:p>
    <w:p w14:paraId="04459EBC" w14:textId="126A8362"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:1John 2:7]]</w:t>
      </w:r>
      <w:r w:rsidRPr="000767E2">
        <w:rPr>
          <w:vertAlign w:val="superscript"/>
          <w:lang w:val="sv-SE"/>
        </w:rPr>
        <w:t>7</w:t>
      </w:r>
      <w:r w:rsidRPr="000767E2">
        <w:rPr>
          <w:lang w:val="sv-SE"/>
        </w:rPr>
        <w:t xml:space="preserve"> {{field-on:bible}}</w:t>
      </w:r>
      <w:r w:rsidRPr="000767E2">
        <w:rPr>
          <w:i/>
          <w:lang w:val="sv-SE"/>
        </w:rPr>
        <w:t>Mina</w:t>
      </w:r>
      <w:r w:rsidRPr="000767E2">
        <w:rPr>
          <w:lang w:val="sv-SE"/>
        </w:rPr>
        <w:t xml:space="preserve"> älskade, </w:t>
      </w:r>
      <w:r w:rsidRPr="000767E2">
        <w:rPr>
          <w:i/>
          <w:lang w:val="sv-SE"/>
        </w:rPr>
        <w:t>det är</w:t>
      </w:r>
      <w:r w:rsidRPr="000767E2">
        <w:rPr>
          <w:lang w:val="sv-SE"/>
        </w:rPr>
        <w:t xml:space="preserve"> inte ett nytt bud jag skriver till er, utan ett gammalt bud som ni har haft från begynnelsen. Det gamla budet är ordet som ni hört.{{field-off:bible}} [[@</w:t>
      </w:r>
      <w:r w:rsidR="0096445B" w:rsidRPr="000767E2">
        <w:rPr>
          <w:lang w:val="sv-SE"/>
        </w:rPr>
        <w:t>BibleBIBEL82</w:t>
      </w:r>
      <w:r w:rsidRPr="000767E2">
        <w:rPr>
          <w:lang w:val="sv-SE"/>
        </w:rPr>
        <w:t>:1John 2:8]]</w:t>
      </w:r>
      <w:r w:rsidRPr="000767E2">
        <w:rPr>
          <w:vertAlign w:val="superscript"/>
          <w:lang w:val="sv-SE"/>
        </w:rPr>
        <w:t>8</w:t>
      </w:r>
      <w:r w:rsidRPr="000767E2">
        <w:rPr>
          <w:lang w:val="sv-SE"/>
        </w:rPr>
        <w:t xml:space="preserve"> {{field-on:bible}}Åter </w:t>
      </w:r>
      <w:r w:rsidRPr="000767E2">
        <w:rPr>
          <w:i/>
          <w:lang w:val="sv-SE"/>
        </w:rPr>
        <w:t>är det</w:t>
      </w:r>
      <w:r w:rsidRPr="000767E2">
        <w:rPr>
          <w:lang w:val="sv-SE"/>
        </w:rPr>
        <w:t xml:space="preserve"> ett nytt bud jag skriver till er, som är sant i honom och i er. För mörkret drar förbi, och det sannfärdiga ljuset lyser redan.{{field-off:bible}} [[@</w:t>
      </w:r>
      <w:r w:rsidR="0096445B" w:rsidRPr="000767E2">
        <w:rPr>
          <w:lang w:val="sv-SE"/>
        </w:rPr>
        <w:t>BibleBIBEL82</w:t>
      </w:r>
      <w:r w:rsidRPr="000767E2">
        <w:rPr>
          <w:lang w:val="sv-SE"/>
        </w:rPr>
        <w:t>:1John 2:9]]</w:t>
      </w:r>
      <w:r w:rsidRPr="000767E2">
        <w:rPr>
          <w:vertAlign w:val="superscript"/>
          <w:lang w:val="sv-SE"/>
        </w:rPr>
        <w:t>9</w:t>
      </w:r>
      <w:r w:rsidRPr="000767E2">
        <w:rPr>
          <w:lang w:val="sv-SE"/>
        </w:rPr>
        <w:t xml:space="preserve"> {{field-on:bible}}Den som säger </w:t>
      </w:r>
      <w:r w:rsidRPr="000767E2">
        <w:rPr>
          <w:i/>
          <w:lang w:val="sv-SE"/>
        </w:rPr>
        <w:t>sig</w:t>
      </w:r>
      <w:r w:rsidRPr="000767E2">
        <w:rPr>
          <w:lang w:val="sv-SE"/>
        </w:rPr>
        <w:t xml:space="preserve"> vara i ljuset och hatar sin broder är i mörkret fram till nu.{{field-off:bible}} [[@</w:t>
      </w:r>
      <w:r w:rsidR="0096445B" w:rsidRPr="000767E2">
        <w:rPr>
          <w:lang w:val="sv-SE"/>
        </w:rPr>
        <w:t>BibleBIBEL82</w:t>
      </w:r>
      <w:r w:rsidRPr="000767E2">
        <w:rPr>
          <w:lang w:val="sv-SE"/>
        </w:rPr>
        <w:t>:1John 2:10]]</w:t>
      </w:r>
      <w:r w:rsidRPr="000767E2">
        <w:rPr>
          <w:vertAlign w:val="superscript"/>
          <w:lang w:val="sv-SE"/>
        </w:rPr>
        <w:t>10</w:t>
      </w:r>
      <w:r w:rsidRPr="000767E2">
        <w:rPr>
          <w:lang w:val="sv-SE"/>
        </w:rPr>
        <w:t xml:space="preserve"> {{field-on:bible}}Den som älskar sin broder förblir i ljuset, och ingen skandal finns i honom.{{field-off:bible}} [[@</w:t>
      </w:r>
      <w:r w:rsidR="0096445B" w:rsidRPr="000767E2">
        <w:rPr>
          <w:lang w:val="sv-SE"/>
        </w:rPr>
        <w:t>BibleBIBEL82</w:t>
      </w:r>
      <w:r w:rsidRPr="000767E2">
        <w:rPr>
          <w:lang w:val="sv-SE"/>
        </w:rPr>
        <w:t>:1John 2:11]]</w:t>
      </w:r>
      <w:r w:rsidRPr="000767E2">
        <w:rPr>
          <w:vertAlign w:val="superscript"/>
          <w:lang w:val="sv-SE"/>
        </w:rPr>
        <w:t>11</w:t>
      </w:r>
      <w:r w:rsidRPr="000767E2">
        <w:rPr>
          <w:lang w:val="sv-SE"/>
        </w:rPr>
        <w:t xml:space="preserve"> {{field-on:bible}}Men den som hatar sin broder är i mörkret och vandrar i mörkret. Och han vet inte vart han beger sig, för mörkret har förblindat hans ögon.{{field-off:bible}}</w:t>
      </w:r>
    </w:p>
    <w:p w14:paraId="7DE74120" w14:textId="424F1DE5" w:rsidR="00BA33AB" w:rsidRPr="000767E2" w:rsidRDefault="00000000">
      <w:pPr>
        <w:rPr>
          <w:lang w:val="sv-SE"/>
        </w:rPr>
      </w:pPr>
      <w:r w:rsidRPr="000767E2">
        <w:rPr>
          <w:lang w:val="sv-SE"/>
        </w:rPr>
        <w:t>[[@</w:t>
      </w:r>
      <w:r w:rsidR="0096445B" w:rsidRPr="000767E2">
        <w:rPr>
          <w:lang w:val="sv-SE"/>
        </w:rPr>
        <w:t>BibleBIBEL82</w:t>
      </w:r>
      <w:r w:rsidRPr="000767E2">
        <w:rPr>
          <w:lang w:val="sv-SE"/>
        </w:rPr>
        <w:t>:1John 2:12]]</w:t>
      </w:r>
      <w:r w:rsidRPr="000767E2">
        <w:rPr>
          <w:vertAlign w:val="superscript"/>
          <w:lang w:val="sv-SE"/>
        </w:rPr>
        <w:t>12</w:t>
      </w:r>
      <w:r w:rsidRPr="000767E2">
        <w:rPr>
          <w:lang w:val="sv-SE"/>
        </w:rPr>
        <w:t xml:space="preserve"> {{field-on:bible}}Jag skriver till er, </w:t>
      </w:r>
      <w:r w:rsidRPr="000767E2">
        <w:rPr>
          <w:i/>
          <w:lang w:val="sv-SE"/>
        </w:rPr>
        <w:t>kära</w:t>
      </w:r>
      <w:r w:rsidRPr="000767E2">
        <w:rPr>
          <w:lang w:val="sv-SE"/>
        </w:rPr>
        <w:t xml:space="preserve"> barn:</w:t>
      </w:r>
      <w:r w:rsidRPr="000767E2">
        <w:rPr>
          <w:lang w:val="sv-SE"/>
        </w:rPr>
        <w:br/>
        <w:t>att synderna är er förlåtna för hans namns skull.{{field-off:bible}}</w:t>
      </w:r>
      <w:r w:rsidRPr="000767E2">
        <w:rPr>
          <w:lang w:val="sv-SE"/>
        </w:rPr>
        <w:br/>
        <w:t>[[@</w:t>
      </w:r>
      <w:r w:rsidR="0096445B" w:rsidRPr="000767E2">
        <w:rPr>
          <w:lang w:val="sv-SE"/>
        </w:rPr>
        <w:t>BibleBIBEL82</w:t>
      </w:r>
      <w:r w:rsidRPr="000767E2">
        <w:rPr>
          <w:lang w:val="sv-SE"/>
        </w:rPr>
        <w:t>:1John 2:13]]</w:t>
      </w:r>
      <w:r w:rsidRPr="000767E2">
        <w:rPr>
          <w:vertAlign w:val="superscript"/>
          <w:lang w:val="sv-SE"/>
        </w:rPr>
        <w:t>13</w:t>
      </w:r>
      <w:r w:rsidRPr="000767E2">
        <w:rPr>
          <w:lang w:val="sv-SE"/>
        </w:rPr>
        <w:t xml:space="preserve"> {{field-on:bible}}Jag skriver till er, fäder:</w:t>
      </w:r>
      <w:r w:rsidRPr="000767E2">
        <w:rPr>
          <w:lang w:val="sv-SE"/>
        </w:rPr>
        <w:br/>
        <w:t xml:space="preserve">att ni har lärt känna honom </w:t>
      </w:r>
      <w:r w:rsidRPr="000767E2">
        <w:rPr>
          <w:i/>
          <w:lang w:val="sv-SE"/>
        </w:rPr>
        <w:t>som är</w:t>
      </w:r>
      <w:r w:rsidRPr="000767E2">
        <w:rPr>
          <w:lang w:val="sv-SE"/>
        </w:rPr>
        <w:t xml:space="preserve"> från begynnelsen.</w:t>
      </w:r>
      <w:r w:rsidRPr="000767E2">
        <w:rPr>
          <w:lang w:val="sv-SE"/>
        </w:rPr>
        <w:br/>
        <w:t>Jag skriver till er, ynglingar:</w:t>
      </w:r>
      <w:r w:rsidRPr="000767E2">
        <w:rPr>
          <w:lang w:val="sv-SE"/>
        </w:rPr>
        <w:br/>
        <w:t>att ni har besegrat den onde.{{field-off:bible}}</w:t>
      </w:r>
      <w:r w:rsidRPr="000767E2">
        <w:rPr>
          <w:lang w:val="sv-SE"/>
        </w:rPr>
        <w:br/>
        <w:t>[[@</w:t>
      </w:r>
      <w:r w:rsidR="0096445B" w:rsidRPr="000767E2">
        <w:rPr>
          <w:lang w:val="sv-SE"/>
        </w:rPr>
        <w:t>BibleBIBEL82</w:t>
      </w:r>
      <w:r w:rsidRPr="000767E2">
        <w:rPr>
          <w:lang w:val="sv-SE"/>
        </w:rPr>
        <w:t>:1John 2:14]]</w:t>
      </w:r>
      <w:r w:rsidRPr="000767E2">
        <w:rPr>
          <w:vertAlign w:val="superscript"/>
          <w:lang w:val="sv-SE"/>
        </w:rPr>
        <w:t>14</w:t>
      </w:r>
      <w:r w:rsidRPr="000767E2">
        <w:rPr>
          <w:lang w:val="sv-SE"/>
        </w:rPr>
        <w:t xml:space="preserve"> {{field-on:bible}}Jag har skrivit till er, barn:</w:t>
      </w:r>
      <w:r w:rsidRPr="000767E2">
        <w:rPr>
          <w:lang w:val="sv-SE"/>
        </w:rPr>
        <w:br/>
        <w:t>att ni har lärt känna Fadern.</w:t>
      </w:r>
      <w:r w:rsidRPr="000767E2">
        <w:rPr>
          <w:lang w:val="sv-SE"/>
        </w:rPr>
        <w:br/>
        <w:t>Jag har skrivit till er, fäder:</w:t>
      </w:r>
      <w:r w:rsidRPr="000767E2">
        <w:rPr>
          <w:lang w:val="sv-SE"/>
        </w:rPr>
        <w:br/>
        <w:t xml:space="preserve">att ni har lärt känna honom </w:t>
      </w:r>
      <w:r w:rsidRPr="000767E2">
        <w:rPr>
          <w:i/>
          <w:lang w:val="sv-SE"/>
        </w:rPr>
        <w:t>som är</w:t>
      </w:r>
      <w:r w:rsidRPr="000767E2">
        <w:rPr>
          <w:lang w:val="sv-SE"/>
        </w:rPr>
        <w:t xml:space="preserve"> från begynnelsen.</w:t>
      </w:r>
      <w:r w:rsidRPr="000767E2">
        <w:rPr>
          <w:lang w:val="sv-SE"/>
        </w:rPr>
        <w:br/>
        <w:t>Jag har skrivit till er, ynglingar:</w:t>
      </w:r>
      <w:r w:rsidRPr="000767E2">
        <w:rPr>
          <w:lang w:val="sv-SE"/>
        </w:rPr>
        <w:br/>
        <w:t>att ni är starka, och Guds ord är kvar i er</w:t>
      </w:r>
      <w:r w:rsidRPr="000767E2">
        <w:rPr>
          <w:lang w:val="sv-SE"/>
        </w:rPr>
        <w:br/>
        <w:t>och ni har besegrat den onde.{{field-off:bible}}</w:t>
      </w:r>
    </w:p>
    <w:p w14:paraId="2BBA569F" w14:textId="77777777" w:rsidR="00BA33AB" w:rsidRPr="000767E2" w:rsidRDefault="00000000">
      <w:pPr>
        <w:pStyle w:val="Rubrik3"/>
        <w:rPr>
          <w:lang w:val="sv-SE"/>
        </w:rPr>
      </w:pPr>
      <w:r w:rsidRPr="000767E2">
        <w:rPr>
          <w:lang w:val="sv-SE"/>
        </w:rPr>
        <w:t>Älska inte världen</w:t>
      </w:r>
    </w:p>
    <w:p w14:paraId="2699DE1E" w14:textId="12F4EEFA" w:rsidR="00BA33AB" w:rsidRPr="000767E2" w:rsidRDefault="00000000">
      <w:pPr>
        <w:rPr>
          <w:lang w:val="sv-SE"/>
        </w:rPr>
      </w:pPr>
      <w:r w:rsidRPr="000767E2">
        <w:rPr>
          <w:lang w:val="sv-SE"/>
        </w:rPr>
        <w:t>[[@</w:t>
      </w:r>
      <w:r w:rsidR="0096445B" w:rsidRPr="000767E2">
        <w:rPr>
          <w:lang w:val="sv-SE"/>
        </w:rPr>
        <w:t>BibleBIBEL82</w:t>
      </w:r>
      <w:r w:rsidRPr="000767E2">
        <w:rPr>
          <w:lang w:val="sv-SE"/>
        </w:rPr>
        <w:t>:1John 2:15]]</w:t>
      </w:r>
      <w:r w:rsidRPr="000767E2">
        <w:rPr>
          <w:vertAlign w:val="superscript"/>
          <w:lang w:val="sv-SE"/>
        </w:rPr>
        <w:t>15</w:t>
      </w:r>
      <w:r w:rsidRPr="000767E2">
        <w:rPr>
          <w:lang w:val="sv-SE"/>
        </w:rPr>
        <w:t xml:space="preserve"> {{field-on:bible}}Älska inte världen eller det </w:t>
      </w:r>
      <w:r w:rsidRPr="000767E2">
        <w:rPr>
          <w:i/>
          <w:lang w:val="sv-SE"/>
        </w:rPr>
        <w:t>som är</w:t>
      </w:r>
      <w:r w:rsidRPr="000767E2">
        <w:rPr>
          <w:lang w:val="sv-SE"/>
        </w:rPr>
        <w:t xml:space="preserve"> i världen. Om någon älskar världen finns inte Faderns kärlek i honom.{{field-off:bible}} [[@</w:t>
      </w:r>
      <w:r w:rsidR="0096445B" w:rsidRPr="000767E2">
        <w:rPr>
          <w:lang w:val="sv-SE"/>
        </w:rPr>
        <w:t>BibleBIBEL82</w:t>
      </w:r>
      <w:r w:rsidRPr="000767E2">
        <w:rPr>
          <w:lang w:val="sv-SE"/>
        </w:rPr>
        <w:t>:1John 2:16]]</w:t>
      </w:r>
      <w:r w:rsidRPr="000767E2">
        <w:rPr>
          <w:vertAlign w:val="superscript"/>
          <w:lang w:val="sv-SE"/>
        </w:rPr>
        <w:t>16</w:t>
      </w:r>
      <w:r w:rsidRPr="000767E2">
        <w:rPr>
          <w:lang w:val="sv-SE"/>
        </w:rPr>
        <w:t xml:space="preserve"> {{field-on:bible}}För allt </w:t>
      </w:r>
      <w:r w:rsidRPr="000767E2">
        <w:rPr>
          <w:i/>
          <w:lang w:val="sv-SE"/>
        </w:rPr>
        <w:t>som är</w:t>
      </w:r>
      <w:r w:rsidRPr="000767E2">
        <w:rPr>
          <w:lang w:val="sv-SE"/>
        </w:rPr>
        <w:t xml:space="preserve"> i världen – köttets begär och ögonens begär och tillvarons skryt – är inte av Fadern utan är av världen.{{field-off:bible}} [[@</w:t>
      </w:r>
      <w:r w:rsidR="0096445B" w:rsidRPr="000767E2">
        <w:rPr>
          <w:lang w:val="sv-SE"/>
        </w:rPr>
        <w:t>BibleBIBEL82</w:t>
      </w:r>
      <w:r w:rsidRPr="000767E2">
        <w:rPr>
          <w:lang w:val="sv-SE"/>
        </w:rPr>
        <w:t>:1John 2:17]]</w:t>
      </w:r>
      <w:r w:rsidRPr="000767E2">
        <w:rPr>
          <w:vertAlign w:val="superscript"/>
          <w:lang w:val="sv-SE"/>
        </w:rPr>
        <w:t>17</w:t>
      </w:r>
      <w:r w:rsidRPr="000767E2">
        <w:rPr>
          <w:lang w:val="sv-SE"/>
        </w:rPr>
        <w:t xml:space="preserve"> {{field-on:bible}}Och världen drar förbi </w:t>
      </w:r>
      <w:r w:rsidRPr="000767E2">
        <w:rPr>
          <w:i/>
          <w:lang w:val="sv-SE"/>
        </w:rPr>
        <w:t>med</w:t>
      </w:r>
      <w:r w:rsidRPr="000767E2">
        <w:rPr>
          <w:lang w:val="sv-SE"/>
        </w:rPr>
        <w:t xml:space="preserve"> sina begär, men den som gör Guds vilja består till eonen.{{field-off:bible}}</w:t>
      </w:r>
    </w:p>
    <w:p w14:paraId="77EADBE5" w14:textId="77777777" w:rsidR="00BA33AB" w:rsidRPr="000767E2" w:rsidRDefault="00000000">
      <w:pPr>
        <w:pStyle w:val="Rubrik3"/>
        <w:rPr>
          <w:lang w:val="sv-SE"/>
        </w:rPr>
      </w:pPr>
      <w:r w:rsidRPr="000767E2">
        <w:rPr>
          <w:lang w:val="sv-SE"/>
        </w:rPr>
        <w:t>Antikrist och antikristerna</w:t>
      </w:r>
    </w:p>
    <w:p w14:paraId="0802C679" w14:textId="08DE31BC" w:rsidR="00BA33AB" w:rsidRPr="000767E2" w:rsidRDefault="00000000">
      <w:pPr>
        <w:rPr>
          <w:lang w:val="sv-SE"/>
        </w:rPr>
      </w:pPr>
      <w:r w:rsidRPr="000767E2">
        <w:rPr>
          <w:lang w:val="sv-SE"/>
        </w:rPr>
        <w:t>[[@</w:t>
      </w:r>
      <w:r w:rsidR="0096445B" w:rsidRPr="000767E2">
        <w:rPr>
          <w:lang w:val="sv-SE"/>
        </w:rPr>
        <w:t>BibleBIBEL82</w:t>
      </w:r>
      <w:r w:rsidRPr="000767E2">
        <w:rPr>
          <w:lang w:val="sv-SE"/>
        </w:rPr>
        <w:t>:1John 2:18]]</w:t>
      </w:r>
      <w:r w:rsidRPr="000767E2">
        <w:rPr>
          <w:vertAlign w:val="superscript"/>
          <w:lang w:val="sv-SE"/>
        </w:rPr>
        <w:t>18</w:t>
      </w:r>
      <w:r w:rsidRPr="000767E2">
        <w:rPr>
          <w:lang w:val="sv-SE"/>
        </w:rPr>
        <w:t xml:space="preserve"> {{field-on:bible}}Barn, det är sista stunden. Och liksom ni har hört att en Antikrist kommer, har också nu många antikrister kommit. Därför förstår vi att det är sista stunden.{{field-off:bible}} [[@</w:t>
      </w:r>
      <w:r w:rsidR="0096445B" w:rsidRPr="000767E2">
        <w:rPr>
          <w:lang w:val="sv-SE"/>
        </w:rPr>
        <w:t>BibleBIBEL82</w:t>
      </w:r>
      <w:r w:rsidRPr="000767E2">
        <w:rPr>
          <w:lang w:val="sv-SE"/>
        </w:rPr>
        <w:t>:1John 2:19]]</w:t>
      </w:r>
      <w:r w:rsidRPr="000767E2">
        <w:rPr>
          <w:vertAlign w:val="superscript"/>
          <w:lang w:val="sv-SE"/>
        </w:rPr>
        <w:t>19</w:t>
      </w:r>
      <w:r w:rsidRPr="000767E2">
        <w:rPr>
          <w:lang w:val="sv-SE"/>
        </w:rPr>
        <w:t xml:space="preserve"> {{field-on:bible}}Från oss har de utgått, men de var inte av oss. För om de var av oss, hade de varit kvar med oss. Men </w:t>
      </w:r>
      <w:r w:rsidRPr="000767E2">
        <w:rPr>
          <w:i/>
          <w:lang w:val="sv-SE"/>
        </w:rPr>
        <w:t>det var</w:t>
      </w:r>
      <w:r w:rsidRPr="000767E2">
        <w:rPr>
          <w:lang w:val="sv-SE"/>
        </w:rPr>
        <w:t xml:space="preserve"> för att det skulle framträda att alla inte är av oss.{{field-off:bible}}</w:t>
      </w:r>
    </w:p>
    <w:p w14:paraId="6D84C12F" w14:textId="4986F3F2" w:rsidR="00BA33AB" w:rsidRPr="000767E2" w:rsidRDefault="00000000">
      <w:pPr>
        <w:rPr>
          <w:lang w:val="sv-SE"/>
        </w:rPr>
      </w:pPr>
      <w:r w:rsidRPr="000767E2">
        <w:rPr>
          <w:lang w:val="sv-SE"/>
        </w:rPr>
        <w:t>[[@</w:t>
      </w:r>
      <w:r w:rsidR="0096445B" w:rsidRPr="000767E2">
        <w:rPr>
          <w:lang w:val="sv-SE"/>
        </w:rPr>
        <w:t>BibleBIBEL82</w:t>
      </w:r>
      <w:r w:rsidRPr="000767E2">
        <w:rPr>
          <w:lang w:val="sv-SE"/>
        </w:rPr>
        <w:t>:1John 2:20]]</w:t>
      </w:r>
      <w:r w:rsidRPr="000767E2">
        <w:rPr>
          <w:vertAlign w:val="superscript"/>
          <w:lang w:val="sv-SE"/>
        </w:rPr>
        <w:t>20</w:t>
      </w:r>
      <w:r w:rsidRPr="000767E2">
        <w:rPr>
          <w:lang w:val="sv-SE"/>
        </w:rPr>
        <w:t xml:space="preserve"> {{field-on:bible}}Och ni har en smörjelse från den Helige, och ni alla vet.{{field-off:bible}} [[@</w:t>
      </w:r>
      <w:r w:rsidR="0096445B" w:rsidRPr="000767E2">
        <w:rPr>
          <w:lang w:val="sv-SE"/>
        </w:rPr>
        <w:t>BibleBIBEL82</w:t>
      </w:r>
      <w:r w:rsidRPr="000767E2">
        <w:rPr>
          <w:lang w:val="sv-SE"/>
        </w:rPr>
        <w:t>:1John 2:21]]</w:t>
      </w:r>
      <w:r w:rsidRPr="000767E2">
        <w:rPr>
          <w:vertAlign w:val="superscript"/>
          <w:lang w:val="sv-SE"/>
        </w:rPr>
        <w:t>21</w:t>
      </w:r>
      <w:r w:rsidRPr="000767E2">
        <w:rPr>
          <w:lang w:val="sv-SE"/>
        </w:rPr>
        <w:t xml:space="preserve"> {{field-on:bible}}Jag har inte skrivit till er att ni inte känner sanningen, utan att ni känner den och att ingen lögn är av sanningen.{{field-off:bible}}</w:t>
      </w:r>
    </w:p>
    <w:p w14:paraId="18F40EE1" w14:textId="5BFF1C88"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:1John 2:22]]</w:t>
      </w:r>
      <w:r w:rsidRPr="000767E2">
        <w:rPr>
          <w:vertAlign w:val="superscript"/>
          <w:lang w:val="sv-SE"/>
        </w:rPr>
        <w:t>22</w:t>
      </w:r>
      <w:r w:rsidRPr="000767E2">
        <w:rPr>
          <w:lang w:val="sv-SE"/>
        </w:rPr>
        <w:t xml:space="preserve"> {{field-on:bible}}Vem är lögnaren om inte den som förnekar, att: ”Jesus är inte Kristus”? Denne är Antikrist, den som förnekar Fadern och Sonen.{{field-off:bible}} [[@</w:t>
      </w:r>
      <w:r w:rsidR="0096445B" w:rsidRPr="000767E2">
        <w:rPr>
          <w:lang w:val="sv-SE"/>
        </w:rPr>
        <w:t>BibleBIBEL82</w:t>
      </w:r>
      <w:r w:rsidRPr="000767E2">
        <w:rPr>
          <w:lang w:val="sv-SE"/>
        </w:rPr>
        <w:t>:1John 2:23]]</w:t>
      </w:r>
      <w:r w:rsidRPr="000767E2">
        <w:rPr>
          <w:vertAlign w:val="superscript"/>
          <w:lang w:val="sv-SE"/>
        </w:rPr>
        <w:t>23</w:t>
      </w:r>
      <w:r w:rsidRPr="000767E2">
        <w:rPr>
          <w:lang w:val="sv-SE"/>
        </w:rPr>
        <w:t xml:space="preserve"> {{field-on:bible}}Var och en som förnekar Sonen har inte heller Fadern. Den som bekänner Sonen har också Fadern.{{field-off:bible}} [[@</w:t>
      </w:r>
      <w:r w:rsidR="0096445B" w:rsidRPr="000767E2">
        <w:rPr>
          <w:lang w:val="sv-SE"/>
        </w:rPr>
        <w:t>BibleBIBEL82</w:t>
      </w:r>
      <w:r w:rsidRPr="000767E2">
        <w:rPr>
          <w:lang w:val="sv-SE"/>
        </w:rPr>
        <w:t>:1John 2:24]]</w:t>
      </w:r>
      <w:r w:rsidRPr="000767E2">
        <w:rPr>
          <w:vertAlign w:val="superscript"/>
          <w:lang w:val="sv-SE"/>
        </w:rPr>
        <w:t>24</w:t>
      </w:r>
      <w:r w:rsidRPr="000767E2">
        <w:rPr>
          <w:lang w:val="sv-SE"/>
        </w:rPr>
        <w:t xml:space="preserve"> {{field-on:bible}}Det ni har hört från begynnelsen ska vara kvar i er. Om det är kvar i er, det ni har hört från begynnelsen, kommer också ni att vara kvar i Sonen och i Fadern.{{field-off:bible}} [[@</w:t>
      </w:r>
      <w:r w:rsidR="0096445B" w:rsidRPr="000767E2">
        <w:rPr>
          <w:lang w:val="sv-SE"/>
        </w:rPr>
        <w:t>BibleBIBEL82</w:t>
      </w:r>
      <w:r w:rsidRPr="000767E2">
        <w:rPr>
          <w:lang w:val="sv-SE"/>
        </w:rPr>
        <w:t>:1John 2:25]]</w:t>
      </w:r>
      <w:r w:rsidRPr="000767E2">
        <w:rPr>
          <w:vertAlign w:val="superscript"/>
          <w:lang w:val="sv-SE"/>
        </w:rPr>
        <w:t>25</w:t>
      </w:r>
      <w:r w:rsidRPr="000767E2">
        <w:rPr>
          <w:lang w:val="sv-SE"/>
        </w:rPr>
        <w:t xml:space="preserve"> {{field-on:bible}}Och detta är löftet som han själv har lovat oss: det eoniska livet.{{field-off:bible}}</w:t>
      </w:r>
    </w:p>
    <w:p w14:paraId="65EB894E" w14:textId="0C7549BC" w:rsidR="00BA33AB" w:rsidRPr="000767E2" w:rsidRDefault="00000000">
      <w:pPr>
        <w:rPr>
          <w:lang w:val="sv-SE"/>
        </w:rPr>
      </w:pPr>
      <w:r w:rsidRPr="000767E2">
        <w:rPr>
          <w:lang w:val="sv-SE"/>
        </w:rPr>
        <w:t>[[@</w:t>
      </w:r>
      <w:r w:rsidR="0096445B" w:rsidRPr="000767E2">
        <w:rPr>
          <w:lang w:val="sv-SE"/>
        </w:rPr>
        <w:t>BibleBIBEL82</w:t>
      </w:r>
      <w:r w:rsidRPr="000767E2">
        <w:rPr>
          <w:lang w:val="sv-SE"/>
        </w:rPr>
        <w:t>:1John 2:26]]</w:t>
      </w:r>
      <w:r w:rsidRPr="000767E2">
        <w:rPr>
          <w:vertAlign w:val="superscript"/>
          <w:lang w:val="sv-SE"/>
        </w:rPr>
        <w:t>26</w:t>
      </w:r>
      <w:r w:rsidRPr="000767E2">
        <w:rPr>
          <w:lang w:val="sv-SE"/>
        </w:rPr>
        <w:t xml:space="preserve"> {{field-on:bible}}Detta har jag skrivit till er gällande dem som förvillar er.{{field-off:bible}} [[@</w:t>
      </w:r>
      <w:r w:rsidR="0096445B" w:rsidRPr="000767E2">
        <w:rPr>
          <w:lang w:val="sv-SE"/>
        </w:rPr>
        <w:t>BibleBIBEL82</w:t>
      </w:r>
      <w:r w:rsidRPr="000767E2">
        <w:rPr>
          <w:lang w:val="sv-SE"/>
        </w:rPr>
        <w:t>:1John 2:27]]</w:t>
      </w:r>
      <w:r w:rsidRPr="000767E2">
        <w:rPr>
          <w:vertAlign w:val="superscript"/>
          <w:lang w:val="sv-SE"/>
        </w:rPr>
        <w:t>27</w:t>
      </w:r>
      <w:r w:rsidRPr="000767E2">
        <w:rPr>
          <w:lang w:val="sv-SE"/>
        </w:rPr>
        <w:t xml:space="preserve"> {{field-on:bible}}Och smörjelsen som ni har fått av honom är kvar i er, och ni har inget behov av att någon lär er. Nej, såsom hans smörjelse lär er om allt – och den är sann och är inte lögn – och så som den har lärt er: var kvar i honom.{{field-off:bible}}</w:t>
      </w:r>
    </w:p>
    <w:p w14:paraId="17FF5EB0" w14:textId="2D699E95" w:rsidR="00BA33AB" w:rsidRPr="000767E2" w:rsidRDefault="00000000">
      <w:pPr>
        <w:rPr>
          <w:lang w:val="sv-SE"/>
        </w:rPr>
      </w:pPr>
      <w:r w:rsidRPr="000767E2">
        <w:rPr>
          <w:lang w:val="sv-SE"/>
        </w:rPr>
        <w:t>[[@</w:t>
      </w:r>
      <w:r w:rsidR="0096445B" w:rsidRPr="000767E2">
        <w:rPr>
          <w:lang w:val="sv-SE"/>
        </w:rPr>
        <w:t>BibleBIBEL82</w:t>
      </w:r>
      <w:r w:rsidRPr="000767E2">
        <w:rPr>
          <w:lang w:val="sv-SE"/>
        </w:rPr>
        <w:t>:1John 2:28]]</w:t>
      </w:r>
      <w:r w:rsidRPr="000767E2">
        <w:rPr>
          <w:vertAlign w:val="superscript"/>
          <w:lang w:val="sv-SE"/>
        </w:rPr>
        <w:t>28</w:t>
      </w:r>
      <w:r w:rsidRPr="000767E2">
        <w:rPr>
          <w:lang w:val="sv-SE"/>
        </w:rPr>
        <w:t xml:space="preserve"> {{field-on:bible}}Och nu, </w:t>
      </w:r>
      <w:r w:rsidRPr="000767E2">
        <w:rPr>
          <w:i/>
          <w:lang w:val="sv-SE"/>
        </w:rPr>
        <w:t>kära</w:t>
      </w:r>
      <w:r w:rsidRPr="000767E2">
        <w:rPr>
          <w:lang w:val="sv-SE"/>
        </w:rPr>
        <w:t xml:space="preserve"> barn, var kvar i honom så att vi, när han framträder, kan ha frimodighet och inte skämmas från honom vid hans ankomst.{{field-off:bible}} [[@</w:t>
      </w:r>
      <w:r w:rsidR="0096445B" w:rsidRPr="000767E2">
        <w:rPr>
          <w:lang w:val="sv-SE"/>
        </w:rPr>
        <w:t>BibleBIBEL82</w:t>
      </w:r>
      <w:r w:rsidRPr="000767E2">
        <w:rPr>
          <w:lang w:val="sv-SE"/>
        </w:rPr>
        <w:t>:1John 2:29]]</w:t>
      </w:r>
      <w:r w:rsidRPr="000767E2">
        <w:rPr>
          <w:vertAlign w:val="superscript"/>
          <w:lang w:val="sv-SE"/>
        </w:rPr>
        <w:t>29</w:t>
      </w:r>
      <w:r w:rsidRPr="000767E2">
        <w:rPr>
          <w:lang w:val="sv-SE"/>
        </w:rPr>
        <w:t xml:space="preserve"> {{field-on:bible}}Om ni vet att han är rättfärdig, förstår ni att också var och en som gör rättfärdigheten är född av honom.{{field-off:bible}}</w:t>
      </w:r>
    </w:p>
    <w:p w14:paraId="3AE04840" w14:textId="33BBBCF2"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:1John 3]]Kapitel 3</w:t>
      </w:r>
    </w:p>
    <w:p w14:paraId="49408F93" w14:textId="77777777" w:rsidR="00BA33AB" w:rsidRPr="000767E2" w:rsidRDefault="00000000">
      <w:pPr>
        <w:pStyle w:val="Rubrik3"/>
        <w:rPr>
          <w:lang w:val="sv-SE"/>
        </w:rPr>
      </w:pPr>
      <w:r w:rsidRPr="000767E2">
        <w:rPr>
          <w:lang w:val="sv-SE"/>
        </w:rPr>
        <w:t>Guds barn</w:t>
      </w:r>
    </w:p>
    <w:p w14:paraId="4CD0C974" w14:textId="6F803E49" w:rsidR="00BA33AB" w:rsidRPr="000767E2" w:rsidRDefault="00000000">
      <w:pPr>
        <w:rPr>
          <w:lang w:val="sv-SE"/>
        </w:rPr>
      </w:pPr>
      <w:r w:rsidRPr="000767E2">
        <w:rPr>
          <w:lang w:val="sv-SE"/>
        </w:rPr>
        <w:t>[[@</w:t>
      </w:r>
      <w:r w:rsidR="0096445B" w:rsidRPr="000767E2">
        <w:rPr>
          <w:lang w:val="sv-SE"/>
        </w:rPr>
        <w:t>BibleBIBEL82</w:t>
      </w:r>
      <w:r w:rsidRPr="000767E2">
        <w:rPr>
          <w:lang w:val="sv-SE"/>
        </w:rPr>
        <w:t>:1John 3:1]]</w:t>
      </w:r>
      <w:r w:rsidRPr="000767E2">
        <w:rPr>
          <w:vertAlign w:val="superscript"/>
          <w:lang w:val="sv-SE"/>
        </w:rPr>
        <w:t>1</w:t>
      </w:r>
      <w:r w:rsidRPr="000767E2">
        <w:rPr>
          <w:lang w:val="sv-SE"/>
        </w:rPr>
        <w:t xml:space="preserve"> {{field-on:bible}}Se hurdan kärlek han gett oss, Fadern: att vi </w:t>
      </w:r>
      <w:r w:rsidRPr="000767E2">
        <w:rPr>
          <w:i/>
          <w:lang w:val="sv-SE"/>
        </w:rPr>
        <w:t>får</w:t>
      </w:r>
      <w:r w:rsidRPr="000767E2">
        <w:rPr>
          <w:lang w:val="sv-SE"/>
        </w:rPr>
        <w:t xml:space="preserve"> kallas Guds barn! Och </w:t>
      </w:r>
      <w:r w:rsidRPr="000767E2">
        <w:rPr>
          <w:i/>
          <w:lang w:val="sv-SE"/>
        </w:rPr>
        <w:t>det</w:t>
      </w:r>
      <w:r w:rsidRPr="000767E2">
        <w:rPr>
          <w:lang w:val="sv-SE"/>
        </w:rPr>
        <w:t xml:space="preserve"> är vi. Därför känner inte världen oss, eftersom den inte har lärt känna honom.{{field-off:bible}} [[@</w:t>
      </w:r>
      <w:r w:rsidR="0096445B" w:rsidRPr="000767E2">
        <w:rPr>
          <w:lang w:val="sv-SE"/>
        </w:rPr>
        <w:t>BibleBIBEL82</w:t>
      </w:r>
      <w:r w:rsidRPr="000767E2">
        <w:rPr>
          <w:lang w:val="sv-SE"/>
        </w:rPr>
        <w:t>:1John 3:2]]</w:t>
      </w:r>
      <w:r w:rsidRPr="000767E2">
        <w:rPr>
          <w:vertAlign w:val="superscript"/>
          <w:lang w:val="sv-SE"/>
        </w:rPr>
        <w:t>2</w:t>
      </w:r>
      <w:r w:rsidRPr="000767E2">
        <w:rPr>
          <w:lang w:val="sv-SE"/>
        </w:rPr>
        <w:t xml:space="preserve"> {{field-on:bible}}</w:t>
      </w:r>
      <w:r w:rsidRPr="000767E2">
        <w:rPr>
          <w:i/>
          <w:lang w:val="sv-SE"/>
        </w:rPr>
        <w:t>Mina</w:t>
      </w:r>
      <w:r w:rsidRPr="000767E2">
        <w:rPr>
          <w:lang w:val="sv-SE"/>
        </w:rPr>
        <w:t xml:space="preserve"> älskade, nu är vi Guds barn, och ännu har </w:t>
      </w:r>
      <w:r w:rsidRPr="000767E2">
        <w:rPr>
          <w:i/>
          <w:lang w:val="sv-SE"/>
        </w:rPr>
        <w:t>det</w:t>
      </w:r>
      <w:r w:rsidRPr="000767E2">
        <w:rPr>
          <w:lang w:val="sv-SE"/>
        </w:rPr>
        <w:t xml:space="preserve"> inte framträtt vad vi ska bli. Vi vet att när han har framträtt ska vi bli lika honom, för vi ska se honom så som han är.{{field-off:bible}} [[@</w:t>
      </w:r>
      <w:r w:rsidR="0096445B" w:rsidRPr="000767E2">
        <w:rPr>
          <w:lang w:val="sv-SE"/>
        </w:rPr>
        <w:t>BibleBIBEL82</w:t>
      </w:r>
      <w:r w:rsidRPr="000767E2">
        <w:rPr>
          <w:lang w:val="sv-SE"/>
        </w:rPr>
        <w:t>:1John 3:3]]</w:t>
      </w:r>
      <w:r w:rsidRPr="000767E2">
        <w:rPr>
          <w:vertAlign w:val="superscript"/>
          <w:lang w:val="sv-SE"/>
        </w:rPr>
        <w:t>3</w:t>
      </w:r>
      <w:r w:rsidRPr="000767E2">
        <w:rPr>
          <w:lang w:val="sv-SE"/>
        </w:rPr>
        <w:t xml:space="preserve"> {{field-on:bible}}Och var och en som har detta hopp till honom renar sig själv, liksom denne är ren.{{field-off:bible}}</w:t>
      </w:r>
    </w:p>
    <w:p w14:paraId="00CD32D3" w14:textId="36E22218" w:rsidR="00BA33AB" w:rsidRPr="000767E2" w:rsidRDefault="00000000">
      <w:pPr>
        <w:rPr>
          <w:lang w:val="sv-SE"/>
        </w:rPr>
      </w:pPr>
      <w:r w:rsidRPr="000767E2">
        <w:rPr>
          <w:lang w:val="sv-SE"/>
        </w:rPr>
        <w:t>[[@</w:t>
      </w:r>
      <w:r w:rsidR="0096445B" w:rsidRPr="000767E2">
        <w:rPr>
          <w:lang w:val="sv-SE"/>
        </w:rPr>
        <w:t>BibleBIBEL82</w:t>
      </w:r>
      <w:r w:rsidRPr="000767E2">
        <w:rPr>
          <w:lang w:val="sv-SE"/>
        </w:rPr>
        <w:t>:1John 3:4]]</w:t>
      </w:r>
      <w:r w:rsidRPr="000767E2">
        <w:rPr>
          <w:vertAlign w:val="superscript"/>
          <w:lang w:val="sv-SE"/>
        </w:rPr>
        <w:t>4</w:t>
      </w:r>
      <w:r w:rsidRPr="000767E2">
        <w:rPr>
          <w:lang w:val="sv-SE"/>
        </w:rPr>
        <w:t xml:space="preserve"> {{field-on:bible}}Var och en som gör synden gör också laglösheten, och synden är laglösheten.{{field-off:bible}} [[@</w:t>
      </w:r>
      <w:r w:rsidR="0096445B" w:rsidRPr="000767E2">
        <w:rPr>
          <w:lang w:val="sv-SE"/>
        </w:rPr>
        <w:t>BibleBIBEL82</w:t>
      </w:r>
      <w:r w:rsidRPr="000767E2">
        <w:rPr>
          <w:lang w:val="sv-SE"/>
        </w:rPr>
        <w:t>:1John 3:5]]</w:t>
      </w:r>
      <w:r w:rsidRPr="000767E2">
        <w:rPr>
          <w:vertAlign w:val="superscript"/>
          <w:lang w:val="sv-SE"/>
        </w:rPr>
        <w:t>5</w:t>
      </w:r>
      <w:r w:rsidRPr="000767E2">
        <w:rPr>
          <w:lang w:val="sv-SE"/>
        </w:rPr>
        <w:t xml:space="preserve"> {{field-on:bible}}Och ni vet att denne framträdde för att ta bort synderna, och synd finns inte i honom.{{field-off:bible}} [[@</w:t>
      </w:r>
      <w:r w:rsidR="0096445B" w:rsidRPr="000767E2">
        <w:rPr>
          <w:lang w:val="sv-SE"/>
        </w:rPr>
        <w:t>BibleBIBEL82</w:t>
      </w:r>
      <w:r w:rsidRPr="000767E2">
        <w:rPr>
          <w:lang w:val="sv-SE"/>
        </w:rPr>
        <w:t>:1John 3:6]]</w:t>
      </w:r>
      <w:r w:rsidRPr="000767E2">
        <w:rPr>
          <w:vertAlign w:val="superscript"/>
          <w:lang w:val="sv-SE"/>
        </w:rPr>
        <w:t>6</w:t>
      </w:r>
      <w:r w:rsidRPr="000767E2">
        <w:rPr>
          <w:lang w:val="sv-SE"/>
        </w:rPr>
        <w:t xml:space="preserve"> {{field-on:bible}}Var och en som är kvar i honom syndar inte. Var och en som syndar har inte sett honom eller lärt känna honom.{{field-off:bible}}</w:t>
      </w:r>
    </w:p>
    <w:p w14:paraId="5B23674C" w14:textId="4ACC6272" w:rsidR="00BA33AB" w:rsidRPr="000767E2" w:rsidRDefault="00000000">
      <w:pPr>
        <w:rPr>
          <w:lang w:val="sv-SE"/>
        </w:rPr>
      </w:pPr>
      <w:r w:rsidRPr="000767E2">
        <w:rPr>
          <w:lang w:val="sv-SE"/>
        </w:rPr>
        <w:t>[[@</w:t>
      </w:r>
      <w:r w:rsidR="0096445B" w:rsidRPr="000767E2">
        <w:rPr>
          <w:lang w:val="sv-SE"/>
        </w:rPr>
        <w:t>BibleBIBEL82</w:t>
      </w:r>
      <w:r w:rsidRPr="000767E2">
        <w:rPr>
          <w:lang w:val="sv-SE"/>
        </w:rPr>
        <w:t>:1John 3:7]]</w:t>
      </w:r>
      <w:r w:rsidRPr="000767E2">
        <w:rPr>
          <w:vertAlign w:val="superscript"/>
          <w:lang w:val="sv-SE"/>
        </w:rPr>
        <w:t>7</w:t>
      </w:r>
      <w:r w:rsidRPr="000767E2">
        <w:rPr>
          <w:lang w:val="sv-SE"/>
        </w:rPr>
        <w:t xml:space="preserve"> {{field-on:bible}}Barn, ingen ska förvilla er. Den som gör rättfärdigheten är rättfärdig, liksom denne är rättfärdig.{{field-off:bible}} [[@</w:t>
      </w:r>
      <w:r w:rsidR="0096445B" w:rsidRPr="000767E2">
        <w:rPr>
          <w:lang w:val="sv-SE"/>
        </w:rPr>
        <w:t>BibleBIBEL82</w:t>
      </w:r>
      <w:r w:rsidRPr="000767E2">
        <w:rPr>
          <w:lang w:val="sv-SE"/>
        </w:rPr>
        <w:t>:1John 3:8]]</w:t>
      </w:r>
      <w:r w:rsidRPr="000767E2">
        <w:rPr>
          <w:vertAlign w:val="superscript"/>
          <w:lang w:val="sv-SE"/>
        </w:rPr>
        <w:t>8</w:t>
      </w:r>
      <w:r w:rsidRPr="000767E2">
        <w:rPr>
          <w:lang w:val="sv-SE"/>
        </w:rPr>
        <w:t xml:space="preserve"> {{field-on:bible}}Den som gör synden är av djävulen, för djävulen syndar sedan begynnelsen. För detta framträdde Guds Son, för att upplösa djävulens verk.{{field-off:bible}} [[@</w:t>
      </w:r>
      <w:r w:rsidR="0096445B" w:rsidRPr="000767E2">
        <w:rPr>
          <w:lang w:val="sv-SE"/>
        </w:rPr>
        <w:t>BibleBIBEL82</w:t>
      </w:r>
      <w:r w:rsidRPr="000767E2">
        <w:rPr>
          <w:lang w:val="sv-SE"/>
        </w:rPr>
        <w:t>:1John 3:9]]</w:t>
      </w:r>
      <w:r w:rsidRPr="000767E2">
        <w:rPr>
          <w:vertAlign w:val="superscript"/>
          <w:lang w:val="sv-SE"/>
        </w:rPr>
        <w:t>9</w:t>
      </w:r>
      <w:r w:rsidRPr="000767E2">
        <w:rPr>
          <w:lang w:val="sv-SE"/>
        </w:rPr>
        <w:t xml:space="preserve"> {{field-on:bible}}Var och en som är född av Gud gör inte synd, för hans säd är kvar i honom. Och han kan inte synda, för han är född </w:t>
      </w:r>
      <w:r w:rsidRPr="000767E2">
        <w:rPr>
          <w:lang w:val="sv-SE"/>
        </w:rPr>
        <w:lastRenderedPageBreak/>
        <w:t>av Gud.{{field-off:bible}} [[@</w:t>
      </w:r>
      <w:r w:rsidR="0096445B" w:rsidRPr="000767E2">
        <w:rPr>
          <w:lang w:val="sv-SE"/>
        </w:rPr>
        <w:t>BibleBIBEL82</w:t>
      </w:r>
      <w:r w:rsidRPr="000767E2">
        <w:rPr>
          <w:lang w:val="sv-SE"/>
        </w:rPr>
        <w:t>:1John 3:10]]</w:t>
      </w:r>
      <w:r w:rsidRPr="000767E2">
        <w:rPr>
          <w:vertAlign w:val="superscript"/>
          <w:lang w:val="sv-SE"/>
        </w:rPr>
        <w:t>10</w:t>
      </w:r>
      <w:r w:rsidRPr="000767E2">
        <w:rPr>
          <w:lang w:val="sv-SE"/>
        </w:rPr>
        <w:t xml:space="preserve"> {{field-on:bible}}I detta är de uppenbara, Guds barn och djävulens barn: Var och en som inte gör rättfärdighet är inte av Gud, </w:t>
      </w:r>
      <w:r w:rsidRPr="000767E2">
        <w:rPr>
          <w:i/>
          <w:lang w:val="sv-SE"/>
        </w:rPr>
        <w:t>inte</w:t>
      </w:r>
      <w:r w:rsidRPr="000767E2">
        <w:rPr>
          <w:lang w:val="sv-SE"/>
        </w:rPr>
        <w:t xml:space="preserve"> heller den som inte älskar sin broder.{{field-off:bible}}</w:t>
      </w:r>
    </w:p>
    <w:p w14:paraId="783EB39C" w14:textId="77777777" w:rsidR="00BA33AB" w:rsidRPr="000767E2" w:rsidRDefault="00000000">
      <w:pPr>
        <w:pStyle w:val="Rubrik3"/>
        <w:rPr>
          <w:lang w:val="sv-SE"/>
        </w:rPr>
      </w:pPr>
      <w:r w:rsidRPr="000767E2">
        <w:rPr>
          <w:lang w:val="sv-SE"/>
        </w:rPr>
        <w:t>Älska varandra</w:t>
      </w:r>
    </w:p>
    <w:p w14:paraId="187D6DA5" w14:textId="5DF0C82F" w:rsidR="00BA33AB" w:rsidRPr="000767E2" w:rsidRDefault="00000000">
      <w:pPr>
        <w:rPr>
          <w:lang w:val="sv-SE"/>
        </w:rPr>
      </w:pPr>
      <w:r w:rsidRPr="000767E2">
        <w:rPr>
          <w:lang w:val="sv-SE"/>
        </w:rPr>
        <w:t>[[@</w:t>
      </w:r>
      <w:r w:rsidR="0096445B" w:rsidRPr="000767E2">
        <w:rPr>
          <w:lang w:val="sv-SE"/>
        </w:rPr>
        <w:t>BibleBIBEL82</w:t>
      </w:r>
      <w:r w:rsidRPr="000767E2">
        <w:rPr>
          <w:lang w:val="sv-SE"/>
        </w:rPr>
        <w:t>:1John 3:11]]</w:t>
      </w:r>
      <w:r w:rsidRPr="000767E2">
        <w:rPr>
          <w:vertAlign w:val="superscript"/>
          <w:lang w:val="sv-SE"/>
        </w:rPr>
        <w:t>11</w:t>
      </w:r>
      <w:r w:rsidRPr="000767E2">
        <w:rPr>
          <w:lang w:val="sv-SE"/>
        </w:rPr>
        <w:t xml:space="preserve"> {{field-on:bible}}För detta är budskapet som ni har hört från begynnelsen: att vi ska älska varandra.{{field-off:bible}} [[@</w:t>
      </w:r>
      <w:r w:rsidR="0096445B" w:rsidRPr="000767E2">
        <w:rPr>
          <w:lang w:val="sv-SE"/>
        </w:rPr>
        <w:t>BibleBIBEL82</w:t>
      </w:r>
      <w:r w:rsidRPr="000767E2">
        <w:rPr>
          <w:lang w:val="sv-SE"/>
        </w:rPr>
        <w:t>:1John 3:12]]</w:t>
      </w:r>
      <w:r w:rsidRPr="000767E2">
        <w:rPr>
          <w:vertAlign w:val="superscript"/>
          <w:lang w:val="sv-SE"/>
        </w:rPr>
        <w:t>12</w:t>
      </w:r>
      <w:r w:rsidRPr="000767E2">
        <w:rPr>
          <w:lang w:val="sv-SE"/>
        </w:rPr>
        <w:t xml:space="preserve"> {{field-on:bible}}Inte så som Kain var av den onde och slaktade sin broder. Och för vad slaktade han honom? Eftersom hans gärningar var onda, men hans broders rättfärdiga.{{field-off:bible}}</w:t>
      </w:r>
    </w:p>
    <w:p w14:paraId="1EE42417" w14:textId="58391C0C" w:rsidR="00BA33AB" w:rsidRPr="000767E2" w:rsidRDefault="00000000">
      <w:pPr>
        <w:rPr>
          <w:lang w:val="sv-SE"/>
        </w:rPr>
      </w:pPr>
      <w:r w:rsidRPr="000767E2">
        <w:rPr>
          <w:lang w:val="sv-SE"/>
        </w:rPr>
        <w:t>[[@</w:t>
      </w:r>
      <w:r w:rsidR="0096445B" w:rsidRPr="000767E2">
        <w:rPr>
          <w:lang w:val="sv-SE"/>
        </w:rPr>
        <w:t>BibleBIBEL82</w:t>
      </w:r>
      <w:r w:rsidRPr="000767E2">
        <w:rPr>
          <w:lang w:val="sv-SE"/>
        </w:rPr>
        <w:t>:1John 3:13]]</w:t>
      </w:r>
      <w:r w:rsidRPr="000767E2">
        <w:rPr>
          <w:vertAlign w:val="superscript"/>
          <w:lang w:val="sv-SE"/>
        </w:rPr>
        <w:t>13</w:t>
      </w:r>
      <w:r w:rsidRPr="000767E2">
        <w:rPr>
          <w:lang w:val="sv-SE"/>
        </w:rPr>
        <w:t xml:space="preserve"> {{field-on:bible}}Och var inte förundrade, syskon, om världen hatar er.{{field-off:bible}} [[@</w:t>
      </w:r>
      <w:r w:rsidR="0096445B" w:rsidRPr="000767E2">
        <w:rPr>
          <w:lang w:val="sv-SE"/>
        </w:rPr>
        <w:t>BibleBIBEL82</w:t>
      </w:r>
      <w:r w:rsidRPr="000767E2">
        <w:rPr>
          <w:lang w:val="sv-SE"/>
        </w:rPr>
        <w:t>:1John 3:14]]</w:t>
      </w:r>
      <w:r w:rsidRPr="000767E2">
        <w:rPr>
          <w:vertAlign w:val="superscript"/>
          <w:lang w:val="sv-SE"/>
        </w:rPr>
        <w:t>14</w:t>
      </w:r>
      <w:r w:rsidRPr="000767E2">
        <w:rPr>
          <w:lang w:val="sv-SE"/>
        </w:rPr>
        <w:t xml:space="preserve"> {{field-on:bible}}Vi vet att vi har gått över från döden till livet, eftersom vi älskar syskonen. Den som inte älskar är kvar i döden.{{field-off:bible}} [[@</w:t>
      </w:r>
      <w:r w:rsidR="0096445B" w:rsidRPr="000767E2">
        <w:rPr>
          <w:lang w:val="sv-SE"/>
        </w:rPr>
        <w:t>BibleBIBEL82</w:t>
      </w:r>
      <w:r w:rsidRPr="000767E2">
        <w:rPr>
          <w:lang w:val="sv-SE"/>
        </w:rPr>
        <w:t>:1John 3:15]]</w:t>
      </w:r>
      <w:r w:rsidRPr="000767E2">
        <w:rPr>
          <w:vertAlign w:val="superscript"/>
          <w:lang w:val="sv-SE"/>
        </w:rPr>
        <w:t>15</w:t>
      </w:r>
      <w:r w:rsidRPr="000767E2">
        <w:rPr>
          <w:lang w:val="sv-SE"/>
        </w:rPr>
        <w:t xml:space="preserve"> {{field-on:bible}}Var och en som hatar sin broder är en mandråpare, och ni vet att ingen mandråpare har eoniskt liv förblivande i sig.{{field-off:bible}} [[@</w:t>
      </w:r>
      <w:r w:rsidR="0096445B" w:rsidRPr="000767E2">
        <w:rPr>
          <w:lang w:val="sv-SE"/>
        </w:rPr>
        <w:t>BibleBIBEL82</w:t>
      </w:r>
      <w:r w:rsidRPr="000767E2">
        <w:rPr>
          <w:lang w:val="sv-SE"/>
        </w:rPr>
        <w:t>:1John 3:16]]</w:t>
      </w:r>
      <w:r w:rsidRPr="000767E2">
        <w:rPr>
          <w:vertAlign w:val="superscript"/>
          <w:lang w:val="sv-SE"/>
        </w:rPr>
        <w:t>16</w:t>
      </w:r>
      <w:r w:rsidRPr="000767E2">
        <w:rPr>
          <w:lang w:val="sv-SE"/>
        </w:rPr>
        <w:t xml:space="preserve"> {{field-on:bible}}I detta har vi lärt känna kärleken: att denne för oss har lagt </w:t>
      </w:r>
      <w:r w:rsidRPr="000767E2">
        <w:rPr>
          <w:i/>
          <w:lang w:val="sv-SE"/>
        </w:rPr>
        <w:t>ner</w:t>
      </w:r>
      <w:r w:rsidRPr="000767E2">
        <w:rPr>
          <w:lang w:val="sv-SE"/>
        </w:rPr>
        <w:t xml:space="preserve"> sin själ. Också vi är skyldiga att för syskonen lägga </w:t>
      </w:r>
      <w:r w:rsidRPr="000767E2">
        <w:rPr>
          <w:i/>
          <w:lang w:val="sv-SE"/>
        </w:rPr>
        <w:t>ner våra</w:t>
      </w:r>
      <w:r w:rsidRPr="000767E2">
        <w:rPr>
          <w:lang w:val="sv-SE"/>
        </w:rPr>
        <w:t xml:space="preserve"> själar.{{field-off:bible}} [[@</w:t>
      </w:r>
      <w:r w:rsidR="0096445B" w:rsidRPr="000767E2">
        <w:rPr>
          <w:lang w:val="sv-SE"/>
        </w:rPr>
        <w:t>BibleBIBEL82</w:t>
      </w:r>
      <w:r w:rsidRPr="000767E2">
        <w:rPr>
          <w:lang w:val="sv-SE"/>
        </w:rPr>
        <w:t>:1John 3:17]]</w:t>
      </w:r>
      <w:r w:rsidRPr="000767E2">
        <w:rPr>
          <w:vertAlign w:val="superscript"/>
          <w:lang w:val="sv-SE"/>
        </w:rPr>
        <w:t>17</w:t>
      </w:r>
      <w:r w:rsidRPr="000767E2">
        <w:rPr>
          <w:lang w:val="sv-SE"/>
        </w:rPr>
        <w:t xml:space="preserve"> {{field-on:bible}}Men den som har världens tillgångar och skådar sin broder ha behov, och stänger sitt inre för honom – hur är Guds kärlek kvar i honom?{{field-off:bible}}</w:t>
      </w:r>
    </w:p>
    <w:p w14:paraId="31495555" w14:textId="2AA3504F" w:rsidR="00BA33AB" w:rsidRPr="000767E2" w:rsidRDefault="00000000">
      <w:pPr>
        <w:rPr>
          <w:lang w:val="sv-SE"/>
        </w:rPr>
      </w:pPr>
      <w:r w:rsidRPr="000767E2">
        <w:rPr>
          <w:lang w:val="sv-SE"/>
        </w:rPr>
        <w:t>[[@</w:t>
      </w:r>
      <w:r w:rsidR="0096445B" w:rsidRPr="000767E2">
        <w:rPr>
          <w:lang w:val="sv-SE"/>
        </w:rPr>
        <w:t>BibleBIBEL82</w:t>
      </w:r>
      <w:r w:rsidRPr="000767E2">
        <w:rPr>
          <w:lang w:val="sv-SE"/>
        </w:rPr>
        <w:t>:1John 3:18]]</w:t>
      </w:r>
      <w:r w:rsidRPr="000767E2">
        <w:rPr>
          <w:vertAlign w:val="superscript"/>
          <w:lang w:val="sv-SE"/>
        </w:rPr>
        <w:t>18</w:t>
      </w:r>
      <w:r w:rsidRPr="000767E2">
        <w:rPr>
          <w:lang w:val="sv-SE"/>
        </w:rPr>
        <w:t xml:space="preserve"> {{field-on:bible}}</w:t>
      </w:r>
      <w:r w:rsidRPr="000767E2">
        <w:rPr>
          <w:i/>
          <w:lang w:val="sv-SE"/>
        </w:rPr>
        <w:t>Kära</w:t>
      </w:r>
      <w:r w:rsidRPr="000767E2">
        <w:rPr>
          <w:lang w:val="sv-SE"/>
        </w:rPr>
        <w:t xml:space="preserve"> barn, låt oss inte älska med ord eller med tungan, utan i gärning och sanning.{{field-off:bible}} [[@</w:t>
      </w:r>
      <w:r w:rsidR="0096445B" w:rsidRPr="000767E2">
        <w:rPr>
          <w:lang w:val="sv-SE"/>
        </w:rPr>
        <w:t>BibleBIBEL82</w:t>
      </w:r>
      <w:r w:rsidRPr="000767E2">
        <w:rPr>
          <w:lang w:val="sv-SE"/>
        </w:rPr>
        <w:t>:1John 3:19]]</w:t>
      </w:r>
      <w:r w:rsidRPr="000767E2">
        <w:rPr>
          <w:vertAlign w:val="superscript"/>
          <w:lang w:val="sv-SE"/>
        </w:rPr>
        <w:t>19</w:t>
      </w:r>
      <w:r w:rsidRPr="000767E2">
        <w:rPr>
          <w:lang w:val="sv-SE"/>
        </w:rPr>
        <w:t xml:space="preserve"> {{field-on:bible}}Och i detta ska vi veta att vi är av sanningen, och inför honom ska vi övertyga vårt hjärta{{field-off:bible}} [[@</w:t>
      </w:r>
      <w:r w:rsidR="0096445B" w:rsidRPr="000767E2">
        <w:rPr>
          <w:lang w:val="sv-SE"/>
        </w:rPr>
        <w:t>BibleBIBEL82</w:t>
      </w:r>
      <w:r w:rsidRPr="000767E2">
        <w:rPr>
          <w:lang w:val="sv-SE"/>
        </w:rPr>
        <w:t>:1John 3:20]]</w:t>
      </w:r>
      <w:r w:rsidRPr="000767E2">
        <w:rPr>
          <w:vertAlign w:val="superscript"/>
          <w:lang w:val="sv-SE"/>
        </w:rPr>
        <w:t>20</w:t>
      </w:r>
      <w:r w:rsidRPr="000767E2">
        <w:rPr>
          <w:lang w:val="sv-SE"/>
        </w:rPr>
        <w:t xml:space="preserve"> {{field-on:bible}}att om hjärtat dömer oss, att större är Gud än vårt hjärta och vet allt.{{field-off:bible}} [[@</w:t>
      </w:r>
      <w:r w:rsidR="0096445B" w:rsidRPr="000767E2">
        <w:rPr>
          <w:lang w:val="sv-SE"/>
        </w:rPr>
        <w:t>BibleBIBEL82</w:t>
      </w:r>
      <w:r w:rsidRPr="000767E2">
        <w:rPr>
          <w:lang w:val="sv-SE"/>
        </w:rPr>
        <w:t>:1John 3:21]]</w:t>
      </w:r>
      <w:r w:rsidRPr="000767E2">
        <w:rPr>
          <w:vertAlign w:val="superscript"/>
          <w:lang w:val="sv-SE"/>
        </w:rPr>
        <w:t>21</w:t>
      </w:r>
      <w:r w:rsidRPr="000767E2">
        <w:rPr>
          <w:lang w:val="sv-SE"/>
        </w:rPr>
        <w:t xml:space="preserve"> {{field-on:bible}}</w:t>
      </w:r>
      <w:r w:rsidRPr="000767E2">
        <w:rPr>
          <w:i/>
          <w:lang w:val="sv-SE"/>
        </w:rPr>
        <w:t>Mina</w:t>
      </w:r>
      <w:r w:rsidRPr="000767E2">
        <w:rPr>
          <w:lang w:val="sv-SE"/>
        </w:rPr>
        <w:t xml:space="preserve"> älskade, om vårt hjärta inte dömer har vi frimodighet inför Gud,{{field-off:bible}} [[@</w:t>
      </w:r>
      <w:r w:rsidR="0096445B" w:rsidRPr="000767E2">
        <w:rPr>
          <w:lang w:val="sv-SE"/>
        </w:rPr>
        <w:t>BibleBIBEL82</w:t>
      </w:r>
      <w:r w:rsidRPr="000767E2">
        <w:rPr>
          <w:lang w:val="sv-SE"/>
        </w:rPr>
        <w:t>:1John 3:22]]</w:t>
      </w:r>
      <w:r w:rsidRPr="000767E2">
        <w:rPr>
          <w:vertAlign w:val="superscript"/>
          <w:lang w:val="sv-SE"/>
        </w:rPr>
        <w:t>22</w:t>
      </w:r>
      <w:r w:rsidRPr="000767E2">
        <w:rPr>
          <w:lang w:val="sv-SE"/>
        </w:rPr>
        <w:t xml:space="preserve"> {{field-on:bible}}och vad vi än ber om får vi från honom, eftersom vi håller fast vid hans bud och gör det </w:t>
      </w:r>
      <w:r w:rsidRPr="000767E2">
        <w:rPr>
          <w:i/>
          <w:lang w:val="sv-SE"/>
        </w:rPr>
        <w:t>som är</w:t>
      </w:r>
      <w:r w:rsidRPr="000767E2">
        <w:rPr>
          <w:lang w:val="sv-SE"/>
        </w:rPr>
        <w:t xml:space="preserve"> till behag inför honom.{{field-off:bible}} [[@</w:t>
      </w:r>
      <w:r w:rsidR="0096445B" w:rsidRPr="000767E2">
        <w:rPr>
          <w:lang w:val="sv-SE"/>
        </w:rPr>
        <w:t>BibleBIBEL82</w:t>
      </w:r>
      <w:r w:rsidRPr="000767E2">
        <w:rPr>
          <w:lang w:val="sv-SE"/>
        </w:rPr>
        <w:t>:1John 3:23]]</w:t>
      </w:r>
      <w:r w:rsidRPr="000767E2">
        <w:rPr>
          <w:vertAlign w:val="superscript"/>
          <w:lang w:val="sv-SE"/>
        </w:rPr>
        <w:t>23</w:t>
      </w:r>
      <w:r w:rsidRPr="000767E2">
        <w:rPr>
          <w:lang w:val="sv-SE"/>
        </w:rPr>
        <w:t xml:space="preserve"> {{field-on:bible}}Och detta är hans bud: att vi ska tro på hans Sons Jesu Kristi namn och älska varandra, så som han gett oss bud.{{field-off:bible}} [[@</w:t>
      </w:r>
      <w:r w:rsidR="0096445B" w:rsidRPr="000767E2">
        <w:rPr>
          <w:lang w:val="sv-SE"/>
        </w:rPr>
        <w:t>BibleBIBEL82</w:t>
      </w:r>
      <w:r w:rsidRPr="000767E2">
        <w:rPr>
          <w:lang w:val="sv-SE"/>
        </w:rPr>
        <w:t>:1John 3:24]]</w:t>
      </w:r>
      <w:r w:rsidRPr="000767E2">
        <w:rPr>
          <w:vertAlign w:val="superscript"/>
          <w:lang w:val="sv-SE"/>
        </w:rPr>
        <w:t>24</w:t>
      </w:r>
      <w:r w:rsidRPr="000767E2">
        <w:rPr>
          <w:lang w:val="sv-SE"/>
        </w:rPr>
        <w:t xml:space="preserve"> {{field-on:bible}}Och den som håller fast vid hans bud är kvar i honom och han i honom. Och i detta vet vi att han är kvar i oss: av Anden som han oss gett.{{field-off:bible}}</w:t>
      </w:r>
    </w:p>
    <w:p w14:paraId="655B6296" w14:textId="597AA03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:1John 4]]Kapitel 4</w:t>
      </w:r>
    </w:p>
    <w:p w14:paraId="7DE203FB" w14:textId="77777777" w:rsidR="00BA33AB" w:rsidRPr="000767E2" w:rsidRDefault="00000000">
      <w:pPr>
        <w:pStyle w:val="Rubrik3"/>
        <w:rPr>
          <w:lang w:val="sv-SE"/>
        </w:rPr>
      </w:pPr>
      <w:r w:rsidRPr="000767E2">
        <w:rPr>
          <w:lang w:val="sv-SE"/>
        </w:rPr>
        <w:t>Pröva andarna</w:t>
      </w:r>
    </w:p>
    <w:p w14:paraId="62BFBF2C" w14:textId="1B7787F6" w:rsidR="00BA33AB" w:rsidRPr="000767E2" w:rsidRDefault="00000000">
      <w:pPr>
        <w:rPr>
          <w:lang w:val="sv-SE"/>
        </w:rPr>
      </w:pPr>
      <w:r w:rsidRPr="000767E2">
        <w:rPr>
          <w:lang w:val="sv-SE"/>
        </w:rPr>
        <w:t>[[@</w:t>
      </w:r>
      <w:r w:rsidR="0096445B" w:rsidRPr="000767E2">
        <w:rPr>
          <w:lang w:val="sv-SE"/>
        </w:rPr>
        <w:t>BibleBIBEL82</w:t>
      </w:r>
      <w:r w:rsidRPr="000767E2">
        <w:rPr>
          <w:lang w:val="sv-SE"/>
        </w:rPr>
        <w:t>:1John 4:1]]</w:t>
      </w:r>
      <w:r w:rsidRPr="000767E2">
        <w:rPr>
          <w:vertAlign w:val="superscript"/>
          <w:lang w:val="sv-SE"/>
        </w:rPr>
        <w:t>1</w:t>
      </w:r>
      <w:r w:rsidRPr="000767E2">
        <w:rPr>
          <w:lang w:val="sv-SE"/>
        </w:rPr>
        <w:t xml:space="preserve"> {{field-on:bible}}</w:t>
      </w:r>
      <w:r w:rsidRPr="000767E2">
        <w:rPr>
          <w:i/>
          <w:lang w:val="sv-SE"/>
        </w:rPr>
        <w:t>Mina</w:t>
      </w:r>
      <w:r w:rsidRPr="000767E2">
        <w:rPr>
          <w:lang w:val="sv-SE"/>
        </w:rPr>
        <w:t xml:space="preserve"> älskade, varje ande ska ni inte tro. Nej, bepröva andarna, om de är av Gud. Många falska profeter har nämligen gått ut i världen.{{field-off:bible}} [[@</w:t>
      </w:r>
      <w:r w:rsidR="0096445B" w:rsidRPr="000767E2">
        <w:rPr>
          <w:lang w:val="sv-SE"/>
        </w:rPr>
        <w:t>BibleBIBEL82</w:t>
      </w:r>
      <w:r w:rsidRPr="000767E2">
        <w:rPr>
          <w:lang w:val="sv-SE"/>
        </w:rPr>
        <w:t>:1John 4:2]]</w:t>
      </w:r>
      <w:r w:rsidRPr="000767E2">
        <w:rPr>
          <w:vertAlign w:val="superscript"/>
          <w:lang w:val="sv-SE"/>
        </w:rPr>
        <w:t>2</w:t>
      </w:r>
      <w:r w:rsidRPr="000767E2">
        <w:rPr>
          <w:lang w:val="sv-SE"/>
        </w:rPr>
        <w:t xml:space="preserve"> {{field-on:bible}}I detta känner ni Guds Ande: varje ande som bekänner Jesus Kristus i kött kommen är av Gud,{{field-off:bible}} [[@</w:t>
      </w:r>
      <w:r w:rsidR="0096445B" w:rsidRPr="000767E2">
        <w:rPr>
          <w:lang w:val="sv-SE"/>
        </w:rPr>
        <w:t>BibleBIBEL82</w:t>
      </w:r>
      <w:r w:rsidRPr="000767E2">
        <w:rPr>
          <w:lang w:val="sv-SE"/>
        </w:rPr>
        <w:t>:1John 4:3]]</w:t>
      </w:r>
      <w:r w:rsidRPr="000767E2">
        <w:rPr>
          <w:vertAlign w:val="superscript"/>
          <w:lang w:val="sv-SE"/>
        </w:rPr>
        <w:t>3</w:t>
      </w:r>
      <w:r w:rsidRPr="000767E2">
        <w:rPr>
          <w:lang w:val="sv-SE"/>
        </w:rPr>
        <w:t xml:space="preserve"> {{field-on:bible}}och varje ande som inte bekänner Jesus är inte av Gud. Och detta är den från Antikrist, som ni har hört att den kommer och redan nu finns i världen.{{field-off:bible}}</w:t>
      </w:r>
    </w:p>
    <w:p w14:paraId="7115F916" w14:textId="0800CD81"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:1John 4:4]]</w:t>
      </w:r>
      <w:r w:rsidRPr="000767E2">
        <w:rPr>
          <w:vertAlign w:val="superscript"/>
          <w:lang w:val="sv-SE"/>
        </w:rPr>
        <w:t>4</w:t>
      </w:r>
      <w:r w:rsidRPr="000767E2">
        <w:rPr>
          <w:lang w:val="sv-SE"/>
        </w:rPr>
        <w:t xml:space="preserve"> {{field-on:bible}}Ni är av Gud, </w:t>
      </w:r>
      <w:r w:rsidRPr="000767E2">
        <w:rPr>
          <w:i/>
          <w:lang w:val="sv-SE"/>
        </w:rPr>
        <w:t>kära</w:t>
      </w:r>
      <w:r w:rsidRPr="000767E2">
        <w:rPr>
          <w:lang w:val="sv-SE"/>
        </w:rPr>
        <w:t xml:space="preserve"> barn. Och ni har besegrat dem, för större är den </w:t>
      </w:r>
      <w:r w:rsidRPr="000767E2">
        <w:rPr>
          <w:i/>
          <w:lang w:val="sv-SE"/>
        </w:rPr>
        <w:t>som är</w:t>
      </w:r>
      <w:r w:rsidRPr="000767E2">
        <w:rPr>
          <w:lang w:val="sv-SE"/>
        </w:rPr>
        <w:t xml:space="preserve"> i er än den </w:t>
      </w:r>
      <w:r w:rsidRPr="000767E2">
        <w:rPr>
          <w:i/>
          <w:lang w:val="sv-SE"/>
        </w:rPr>
        <w:t>som är</w:t>
      </w:r>
      <w:r w:rsidRPr="000767E2">
        <w:rPr>
          <w:lang w:val="sv-SE"/>
        </w:rPr>
        <w:t xml:space="preserve"> i världen.{{field-off:bible}} [[@</w:t>
      </w:r>
      <w:r w:rsidR="0096445B" w:rsidRPr="000767E2">
        <w:rPr>
          <w:lang w:val="sv-SE"/>
        </w:rPr>
        <w:t>BibleBIBEL82</w:t>
      </w:r>
      <w:r w:rsidRPr="000767E2">
        <w:rPr>
          <w:lang w:val="sv-SE"/>
        </w:rPr>
        <w:t>:1John 4:5]]</w:t>
      </w:r>
      <w:r w:rsidRPr="000767E2">
        <w:rPr>
          <w:vertAlign w:val="superscript"/>
          <w:lang w:val="sv-SE"/>
        </w:rPr>
        <w:t>5</w:t>
      </w:r>
      <w:r w:rsidRPr="000767E2">
        <w:rPr>
          <w:lang w:val="sv-SE"/>
        </w:rPr>
        <w:t xml:space="preserve"> {{field-on:bible}}De är av världen. Därför </w:t>
      </w:r>
      <w:r w:rsidRPr="000767E2">
        <w:rPr>
          <w:i/>
          <w:lang w:val="sv-SE"/>
        </w:rPr>
        <w:t>är det</w:t>
      </w:r>
      <w:r w:rsidRPr="000767E2">
        <w:rPr>
          <w:lang w:val="sv-SE"/>
        </w:rPr>
        <w:t xml:space="preserve"> utifrån världen de talar, och världen lyssnar till dem.{{field-off:bible}} [[@</w:t>
      </w:r>
      <w:r w:rsidR="0096445B" w:rsidRPr="000767E2">
        <w:rPr>
          <w:lang w:val="sv-SE"/>
        </w:rPr>
        <w:t>BibleBIBEL82</w:t>
      </w:r>
      <w:r w:rsidRPr="000767E2">
        <w:rPr>
          <w:lang w:val="sv-SE"/>
        </w:rPr>
        <w:t>:1John 4:6]]</w:t>
      </w:r>
      <w:r w:rsidRPr="000767E2">
        <w:rPr>
          <w:vertAlign w:val="superscript"/>
          <w:lang w:val="sv-SE"/>
        </w:rPr>
        <w:t>6</w:t>
      </w:r>
      <w:r w:rsidRPr="000767E2">
        <w:rPr>
          <w:lang w:val="sv-SE"/>
        </w:rPr>
        <w:t xml:space="preserve"> {{field-on:bible}}Vi är av Gud. Den som känner Gud lyssnar till oss. Den som inte är av Gud lyssnar inte till oss. Av detta känner vi sanningens Ande och villfarelsens ande.{{field-off:bible}}</w:t>
      </w:r>
    </w:p>
    <w:p w14:paraId="7301B5BA" w14:textId="77777777" w:rsidR="00BA33AB" w:rsidRPr="000767E2" w:rsidRDefault="00000000">
      <w:pPr>
        <w:pStyle w:val="Rubrik3"/>
        <w:rPr>
          <w:lang w:val="sv-SE"/>
        </w:rPr>
      </w:pPr>
      <w:r w:rsidRPr="000767E2">
        <w:rPr>
          <w:lang w:val="sv-SE"/>
        </w:rPr>
        <w:t>Gud är kärlek</w:t>
      </w:r>
    </w:p>
    <w:p w14:paraId="23A5A0C6" w14:textId="2C6FDAA2" w:rsidR="00BA33AB" w:rsidRPr="000767E2" w:rsidRDefault="00000000">
      <w:pPr>
        <w:rPr>
          <w:lang w:val="sv-SE"/>
        </w:rPr>
      </w:pPr>
      <w:r w:rsidRPr="000767E2">
        <w:rPr>
          <w:lang w:val="sv-SE"/>
        </w:rPr>
        <w:t>[[@</w:t>
      </w:r>
      <w:r w:rsidR="0096445B" w:rsidRPr="000767E2">
        <w:rPr>
          <w:lang w:val="sv-SE"/>
        </w:rPr>
        <w:t>BibleBIBEL82</w:t>
      </w:r>
      <w:r w:rsidRPr="000767E2">
        <w:rPr>
          <w:lang w:val="sv-SE"/>
        </w:rPr>
        <w:t>:1John 4:7]]</w:t>
      </w:r>
      <w:r w:rsidRPr="000767E2">
        <w:rPr>
          <w:vertAlign w:val="superscript"/>
          <w:lang w:val="sv-SE"/>
        </w:rPr>
        <w:t>7</w:t>
      </w:r>
      <w:r w:rsidRPr="000767E2">
        <w:rPr>
          <w:lang w:val="sv-SE"/>
        </w:rPr>
        <w:t xml:space="preserve"> {{field-on:bible}}</w:t>
      </w:r>
      <w:r w:rsidRPr="000767E2">
        <w:rPr>
          <w:i/>
          <w:lang w:val="sv-SE"/>
        </w:rPr>
        <w:t>Mina</w:t>
      </w:r>
      <w:r w:rsidRPr="000767E2">
        <w:rPr>
          <w:lang w:val="sv-SE"/>
        </w:rPr>
        <w:t xml:space="preserve"> älskade, låt oss älska varandra. För kärleken är av Gud, och var och en som älskar är född av Gud och känner Gud.{{field-off:bible}} [[@</w:t>
      </w:r>
      <w:r w:rsidR="0096445B" w:rsidRPr="000767E2">
        <w:rPr>
          <w:lang w:val="sv-SE"/>
        </w:rPr>
        <w:t>BibleBIBEL82</w:t>
      </w:r>
      <w:r w:rsidRPr="000767E2">
        <w:rPr>
          <w:lang w:val="sv-SE"/>
        </w:rPr>
        <w:t>:1John 4:8]]</w:t>
      </w:r>
      <w:r w:rsidRPr="000767E2">
        <w:rPr>
          <w:vertAlign w:val="superscript"/>
          <w:lang w:val="sv-SE"/>
        </w:rPr>
        <w:t>8</w:t>
      </w:r>
      <w:r w:rsidRPr="000767E2">
        <w:rPr>
          <w:lang w:val="sv-SE"/>
        </w:rPr>
        <w:t xml:space="preserve"> {{field-on:bible}}Den som inte älskar har inte lärt känna Gud, för Gud är kärlek.{{field-off:bible}} [[@</w:t>
      </w:r>
      <w:r w:rsidR="0096445B" w:rsidRPr="000767E2">
        <w:rPr>
          <w:lang w:val="sv-SE"/>
        </w:rPr>
        <w:t>BibleBIBEL82</w:t>
      </w:r>
      <w:r w:rsidRPr="000767E2">
        <w:rPr>
          <w:lang w:val="sv-SE"/>
        </w:rPr>
        <w:t>:1John 4:9]]</w:t>
      </w:r>
      <w:r w:rsidRPr="000767E2">
        <w:rPr>
          <w:vertAlign w:val="superscript"/>
          <w:lang w:val="sv-SE"/>
        </w:rPr>
        <w:t>9</w:t>
      </w:r>
      <w:r w:rsidRPr="000767E2">
        <w:rPr>
          <w:lang w:val="sv-SE"/>
        </w:rPr>
        <w:t xml:space="preserve"> {{field-on:bible}}I detta framträdde Guds kärlek bland oss: att sin enfödde Son har Gud sänt till världen för att vi ska leva genom honom.{{field-off:bible}} [[@</w:t>
      </w:r>
      <w:r w:rsidR="0096445B" w:rsidRPr="000767E2">
        <w:rPr>
          <w:lang w:val="sv-SE"/>
        </w:rPr>
        <w:t>BibleBIBEL82</w:t>
      </w:r>
      <w:r w:rsidRPr="000767E2">
        <w:rPr>
          <w:lang w:val="sv-SE"/>
        </w:rPr>
        <w:t>:1John 4:10]]</w:t>
      </w:r>
      <w:r w:rsidRPr="000767E2">
        <w:rPr>
          <w:vertAlign w:val="superscript"/>
          <w:lang w:val="sv-SE"/>
        </w:rPr>
        <w:t>10</w:t>
      </w:r>
      <w:r w:rsidRPr="000767E2">
        <w:rPr>
          <w:lang w:val="sv-SE"/>
        </w:rPr>
        <w:t xml:space="preserve"> {{field-on:bible}}I detta är kärleken: inte att vi har älskat Gud, utan att han har älskat oss och sänt sin Son </w:t>
      </w:r>
      <w:r w:rsidRPr="000767E2">
        <w:rPr>
          <w:i/>
          <w:lang w:val="sv-SE"/>
        </w:rPr>
        <w:t>som</w:t>
      </w:r>
      <w:r w:rsidRPr="000767E2">
        <w:rPr>
          <w:lang w:val="sv-SE"/>
        </w:rPr>
        <w:t xml:space="preserve"> soning för våra synder.{{field-off:bible}}</w:t>
      </w:r>
    </w:p>
    <w:p w14:paraId="24159DAE" w14:textId="55621603" w:rsidR="00BA33AB" w:rsidRPr="000767E2" w:rsidRDefault="00000000">
      <w:pPr>
        <w:rPr>
          <w:lang w:val="sv-SE"/>
        </w:rPr>
      </w:pPr>
      <w:r w:rsidRPr="000767E2">
        <w:rPr>
          <w:lang w:val="sv-SE"/>
        </w:rPr>
        <w:t>[[@</w:t>
      </w:r>
      <w:r w:rsidR="0096445B" w:rsidRPr="000767E2">
        <w:rPr>
          <w:lang w:val="sv-SE"/>
        </w:rPr>
        <w:t>BibleBIBEL82</w:t>
      </w:r>
      <w:r w:rsidRPr="000767E2">
        <w:rPr>
          <w:lang w:val="sv-SE"/>
        </w:rPr>
        <w:t>:1John 4:11]]</w:t>
      </w:r>
      <w:r w:rsidRPr="000767E2">
        <w:rPr>
          <w:vertAlign w:val="superscript"/>
          <w:lang w:val="sv-SE"/>
        </w:rPr>
        <w:t>11</w:t>
      </w:r>
      <w:r w:rsidRPr="000767E2">
        <w:rPr>
          <w:lang w:val="sv-SE"/>
        </w:rPr>
        <w:t xml:space="preserve"> {{field-on:bible}}</w:t>
      </w:r>
      <w:r w:rsidRPr="000767E2">
        <w:rPr>
          <w:i/>
          <w:lang w:val="sv-SE"/>
        </w:rPr>
        <w:t>Mina</w:t>
      </w:r>
      <w:r w:rsidRPr="000767E2">
        <w:rPr>
          <w:lang w:val="sv-SE"/>
        </w:rPr>
        <w:t xml:space="preserve"> älskade, om Gud så har älskat oss, är också vi skyldiga att älska varandra.{{field-off:bible}} [[@</w:t>
      </w:r>
      <w:r w:rsidR="0096445B" w:rsidRPr="000767E2">
        <w:rPr>
          <w:lang w:val="sv-SE"/>
        </w:rPr>
        <w:t>BibleBIBEL82</w:t>
      </w:r>
      <w:r w:rsidRPr="000767E2">
        <w:rPr>
          <w:lang w:val="sv-SE"/>
        </w:rPr>
        <w:t>:1John 4:12]]</w:t>
      </w:r>
      <w:r w:rsidRPr="000767E2">
        <w:rPr>
          <w:vertAlign w:val="superscript"/>
          <w:lang w:val="sv-SE"/>
        </w:rPr>
        <w:t>12</w:t>
      </w:r>
      <w:r w:rsidRPr="000767E2">
        <w:rPr>
          <w:lang w:val="sv-SE"/>
        </w:rPr>
        <w:t xml:space="preserve"> {{field-on:bible}}Gud har ingen någonsin skådat. Om vi älskar varandra är Gud kvar i oss, och hans kärlek är fullkomnad i oss.{{field-off:bible}} [[@</w:t>
      </w:r>
      <w:r w:rsidR="0096445B" w:rsidRPr="000767E2">
        <w:rPr>
          <w:lang w:val="sv-SE"/>
        </w:rPr>
        <w:t>BibleBIBEL82</w:t>
      </w:r>
      <w:r w:rsidRPr="000767E2">
        <w:rPr>
          <w:lang w:val="sv-SE"/>
        </w:rPr>
        <w:t>:1John 4:13]]</w:t>
      </w:r>
      <w:r w:rsidRPr="000767E2">
        <w:rPr>
          <w:vertAlign w:val="superscript"/>
          <w:lang w:val="sv-SE"/>
        </w:rPr>
        <w:t>13</w:t>
      </w:r>
      <w:r w:rsidRPr="000767E2">
        <w:rPr>
          <w:lang w:val="sv-SE"/>
        </w:rPr>
        <w:t xml:space="preserve"> {{field-on:bible}}I detta vet att vi är kvar i honom och han i oss: att han har gett oss av sin Ande.{{field-off:bible}} [[@</w:t>
      </w:r>
      <w:r w:rsidR="0096445B" w:rsidRPr="000767E2">
        <w:rPr>
          <w:lang w:val="sv-SE"/>
        </w:rPr>
        <w:t>BibleBIBEL82</w:t>
      </w:r>
      <w:r w:rsidRPr="000767E2">
        <w:rPr>
          <w:lang w:val="sv-SE"/>
        </w:rPr>
        <w:t>:1John 4:14]]</w:t>
      </w:r>
      <w:r w:rsidRPr="000767E2">
        <w:rPr>
          <w:vertAlign w:val="superscript"/>
          <w:lang w:val="sv-SE"/>
        </w:rPr>
        <w:t>14</w:t>
      </w:r>
      <w:r w:rsidRPr="000767E2">
        <w:rPr>
          <w:lang w:val="sv-SE"/>
        </w:rPr>
        <w:t xml:space="preserve"> {{field-on:bible}}Och vi har skådat och vittnar att Fadern har sänt Sonen </w:t>
      </w:r>
      <w:r w:rsidRPr="000767E2">
        <w:rPr>
          <w:i/>
          <w:lang w:val="sv-SE"/>
        </w:rPr>
        <w:t>som</w:t>
      </w:r>
      <w:r w:rsidRPr="000767E2">
        <w:rPr>
          <w:lang w:val="sv-SE"/>
        </w:rPr>
        <w:t xml:space="preserve"> världens Frälsare.{{field-off:bible}} [[@</w:t>
      </w:r>
      <w:r w:rsidR="0096445B" w:rsidRPr="000767E2">
        <w:rPr>
          <w:lang w:val="sv-SE"/>
        </w:rPr>
        <w:t>BibleBIBEL82</w:t>
      </w:r>
      <w:r w:rsidRPr="000767E2">
        <w:rPr>
          <w:lang w:val="sv-SE"/>
        </w:rPr>
        <w:t>:1John 4:15]]</w:t>
      </w:r>
      <w:r w:rsidRPr="000767E2">
        <w:rPr>
          <w:vertAlign w:val="superscript"/>
          <w:lang w:val="sv-SE"/>
        </w:rPr>
        <w:t>15</w:t>
      </w:r>
      <w:r w:rsidRPr="000767E2">
        <w:rPr>
          <w:lang w:val="sv-SE"/>
        </w:rPr>
        <w:t xml:space="preserve"> {{field-on:bible}}Den som bekänner att Jesus är Guds Son, Gud är kvar i honom och han i Gud.{{field-off:bible}} [[@</w:t>
      </w:r>
      <w:r w:rsidR="0096445B" w:rsidRPr="000767E2">
        <w:rPr>
          <w:lang w:val="sv-SE"/>
        </w:rPr>
        <w:t>BibleBIBEL82</w:t>
      </w:r>
      <w:r w:rsidRPr="000767E2">
        <w:rPr>
          <w:lang w:val="sv-SE"/>
        </w:rPr>
        <w:t>:1John 4:16]]</w:t>
      </w:r>
      <w:r w:rsidRPr="000767E2">
        <w:rPr>
          <w:vertAlign w:val="superscript"/>
          <w:lang w:val="sv-SE"/>
        </w:rPr>
        <w:t>16</w:t>
      </w:r>
      <w:r w:rsidRPr="000767E2">
        <w:rPr>
          <w:lang w:val="sv-SE"/>
        </w:rPr>
        <w:t xml:space="preserve"> {{field-on:bible}}Och vi har lärt känna och kommit till tro på kärleken som Gud har i oss.{{field-off:bible}}</w:t>
      </w:r>
    </w:p>
    <w:p w14:paraId="6C4ED634" w14:textId="1EFC2731" w:rsidR="00BA33AB" w:rsidRPr="000767E2" w:rsidRDefault="00000000">
      <w:pPr>
        <w:rPr>
          <w:lang w:val="sv-SE"/>
        </w:rPr>
      </w:pPr>
      <w:r w:rsidRPr="000767E2">
        <w:rPr>
          <w:lang w:val="sv-SE"/>
        </w:rPr>
        <w:t>{{field-on:bible}}Gud är kärlek, och den som är kvar i kärleken är kvar i Gud och Gud är kvar i honom.{{field-off:bible}} [[@</w:t>
      </w:r>
      <w:r w:rsidR="0096445B" w:rsidRPr="000767E2">
        <w:rPr>
          <w:lang w:val="sv-SE"/>
        </w:rPr>
        <w:t>BibleBIBEL82</w:t>
      </w:r>
      <w:r w:rsidRPr="000767E2">
        <w:rPr>
          <w:lang w:val="sv-SE"/>
        </w:rPr>
        <w:t>:1John 4:17]]</w:t>
      </w:r>
      <w:r w:rsidRPr="000767E2">
        <w:rPr>
          <w:vertAlign w:val="superscript"/>
          <w:lang w:val="sv-SE"/>
        </w:rPr>
        <w:t>17</w:t>
      </w:r>
      <w:r w:rsidRPr="000767E2">
        <w:rPr>
          <w:lang w:val="sv-SE"/>
        </w:rPr>
        <w:t xml:space="preserve"> {{field-on:bible}}I detta är kärleken fullkomnad hos oss, så att vi har frimodighet på domens dag. För så som denne är, </w:t>
      </w:r>
      <w:r w:rsidRPr="000767E2">
        <w:rPr>
          <w:i/>
          <w:lang w:val="sv-SE"/>
        </w:rPr>
        <w:t>så</w:t>
      </w:r>
      <w:r w:rsidRPr="000767E2">
        <w:rPr>
          <w:lang w:val="sv-SE"/>
        </w:rPr>
        <w:t xml:space="preserve"> är också vi i denna värld.{{field-off:bible}} [[@</w:t>
      </w:r>
      <w:r w:rsidR="0096445B" w:rsidRPr="000767E2">
        <w:rPr>
          <w:lang w:val="sv-SE"/>
        </w:rPr>
        <w:t>BibleBIBEL82</w:t>
      </w:r>
      <w:r w:rsidRPr="000767E2">
        <w:rPr>
          <w:lang w:val="sv-SE"/>
        </w:rPr>
        <w:t>:1John 4:18]]</w:t>
      </w:r>
      <w:r w:rsidRPr="000767E2">
        <w:rPr>
          <w:vertAlign w:val="superscript"/>
          <w:lang w:val="sv-SE"/>
        </w:rPr>
        <w:t>18</w:t>
      </w:r>
      <w:r w:rsidRPr="000767E2">
        <w:rPr>
          <w:lang w:val="sv-SE"/>
        </w:rPr>
        <w:t xml:space="preserve"> {{field-on:bible}}Fruktan finns inte i kärleken, utan den fullkomliga kärleken driver ut fruktan. För fruktan har straff, och den som fruktar är inte fullkomnad i kärleken.{{field-off:bible}}</w:t>
      </w:r>
    </w:p>
    <w:p w14:paraId="277C795C" w14:textId="1B8224B2" w:rsidR="00BA33AB" w:rsidRPr="000767E2" w:rsidRDefault="00000000">
      <w:pPr>
        <w:rPr>
          <w:lang w:val="sv-SE"/>
        </w:rPr>
      </w:pPr>
      <w:r w:rsidRPr="000767E2">
        <w:rPr>
          <w:lang w:val="sv-SE"/>
        </w:rPr>
        <w:t>[[@</w:t>
      </w:r>
      <w:r w:rsidR="0096445B" w:rsidRPr="000767E2">
        <w:rPr>
          <w:lang w:val="sv-SE"/>
        </w:rPr>
        <w:t>BibleBIBEL82</w:t>
      </w:r>
      <w:r w:rsidRPr="000767E2">
        <w:rPr>
          <w:lang w:val="sv-SE"/>
        </w:rPr>
        <w:t>:1John 4:19]]</w:t>
      </w:r>
      <w:r w:rsidRPr="000767E2">
        <w:rPr>
          <w:vertAlign w:val="superscript"/>
          <w:lang w:val="sv-SE"/>
        </w:rPr>
        <w:t>19</w:t>
      </w:r>
      <w:r w:rsidRPr="000767E2">
        <w:rPr>
          <w:lang w:val="sv-SE"/>
        </w:rPr>
        <w:t xml:space="preserve"> {{field-on:bible}}Vi älskar eftersom han först har älskat oss.{{field-off:bible}} [[@</w:t>
      </w:r>
      <w:r w:rsidR="0096445B" w:rsidRPr="000767E2">
        <w:rPr>
          <w:lang w:val="sv-SE"/>
        </w:rPr>
        <w:t>BibleBIBEL82</w:t>
      </w:r>
      <w:r w:rsidRPr="000767E2">
        <w:rPr>
          <w:lang w:val="sv-SE"/>
        </w:rPr>
        <w:t>:1John 4:20]]</w:t>
      </w:r>
      <w:r w:rsidRPr="000767E2">
        <w:rPr>
          <w:vertAlign w:val="superscript"/>
          <w:lang w:val="sv-SE"/>
        </w:rPr>
        <w:t>20</w:t>
      </w:r>
      <w:r w:rsidRPr="000767E2">
        <w:rPr>
          <w:lang w:val="sv-SE"/>
        </w:rPr>
        <w:t xml:space="preserve"> {{field-on:bible}}Om någon säger att: ”Jag älskar Gud” och hatar sin broder, är han en lögnare. För den som inte älskar sin broder som han har sett, kan inte älska Gud som han inte har sett.{{field-off:bible}} [[@</w:t>
      </w:r>
      <w:r w:rsidR="0096445B" w:rsidRPr="000767E2">
        <w:rPr>
          <w:lang w:val="sv-SE"/>
        </w:rPr>
        <w:t>BibleBIBEL82</w:t>
      </w:r>
      <w:r w:rsidRPr="000767E2">
        <w:rPr>
          <w:lang w:val="sv-SE"/>
        </w:rPr>
        <w:t>:1John 4:21]]</w:t>
      </w:r>
      <w:r w:rsidRPr="000767E2">
        <w:rPr>
          <w:vertAlign w:val="superscript"/>
          <w:lang w:val="sv-SE"/>
        </w:rPr>
        <w:t>21</w:t>
      </w:r>
      <w:r w:rsidRPr="000767E2">
        <w:rPr>
          <w:lang w:val="sv-SE"/>
        </w:rPr>
        <w:t xml:space="preserve"> {{field-on:bible}}Och detta bud har vi från honom: att den som älskar Gud ska älska också sin broder.{{field-off:bible}}</w:t>
      </w:r>
    </w:p>
    <w:p w14:paraId="6D488A9F" w14:textId="5E1CAFD0"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:1John 5]]Kapitel 5</w:t>
      </w:r>
    </w:p>
    <w:p w14:paraId="12FAEB8D" w14:textId="77777777" w:rsidR="00BA33AB" w:rsidRPr="000767E2" w:rsidRDefault="00000000">
      <w:pPr>
        <w:pStyle w:val="Rubrik3"/>
        <w:rPr>
          <w:lang w:val="sv-SE"/>
        </w:rPr>
      </w:pPr>
      <w:r w:rsidRPr="000767E2">
        <w:rPr>
          <w:lang w:val="sv-SE"/>
        </w:rPr>
        <w:t>Tro på Guds Son</w:t>
      </w:r>
    </w:p>
    <w:p w14:paraId="3F2B4861" w14:textId="183EEE36" w:rsidR="00BA33AB" w:rsidRPr="000767E2" w:rsidRDefault="00000000">
      <w:pPr>
        <w:rPr>
          <w:lang w:val="sv-SE"/>
        </w:rPr>
      </w:pPr>
      <w:r w:rsidRPr="000767E2">
        <w:rPr>
          <w:lang w:val="sv-SE"/>
        </w:rPr>
        <w:t>[[@</w:t>
      </w:r>
      <w:r w:rsidR="0096445B" w:rsidRPr="000767E2">
        <w:rPr>
          <w:lang w:val="sv-SE"/>
        </w:rPr>
        <w:t>BibleBIBEL82</w:t>
      </w:r>
      <w:r w:rsidRPr="000767E2">
        <w:rPr>
          <w:lang w:val="sv-SE"/>
        </w:rPr>
        <w:t>:1John 5:1]]</w:t>
      </w:r>
      <w:r w:rsidRPr="000767E2">
        <w:rPr>
          <w:vertAlign w:val="superscript"/>
          <w:lang w:val="sv-SE"/>
        </w:rPr>
        <w:t>1</w:t>
      </w:r>
      <w:r w:rsidRPr="000767E2">
        <w:rPr>
          <w:lang w:val="sv-SE"/>
        </w:rPr>
        <w:t xml:space="preserve"> {{field-on:bible}}Var och en som tror att Jesus är Kristus är född av Gud. Och var och en som älskar honom som har fött, älskar också den som är född av honom.{{field-off:bible}} [[@</w:t>
      </w:r>
      <w:r w:rsidR="0096445B" w:rsidRPr="000767E2">
        <w:rPr>
          <w:lang w:val="sv-SE"/>
        </w:rPr>
        <w:t>BibleBIBEL82</w:t>
      </w:r>
      <w:r w:rsidRPr="000767E2">
        <w:rPr>
          <w:lang w:val="sv-SE"/>
        </w:rPr>
        <w:t>:1John 5:2]]</w:t>
      </w:r>
      <w:r w:rsidRPr="000767E2">
        <w:rPr>
          <w:vertAlign w:val="superscript"/>
          <w:lang w:val="sv-SE"/>
        </w:rPr>
        <w:t>2</w:t>
      </w:r>
      <w:r w:rsidRPr="000767E2">
        <w:rPr>
          <w:lang w:val="sv-SE"/>
        </w:rPr>
        <w:t xml:space="preserve"> {{field-on:bible}}I detta vet vi att vi älskar Guds barn, när vi älskar Gud och gör hans bud.{{field-off:bible}} [[@</w:t>
      </w:r>
      <w:r w:rsidR="0096445B" w:rsidRPr="000767E2">
        <w:rPr>
          <w:lang w:val="sv-SE"/>
        </w:rPr>
        <w:t>BibleBIBEL82</w:t>
      </w:r>
      <w:r w:rsidRPr="000767E2">
        <w:rPr>
          <w:lang w:val="sv-SE"/>
        </w:rPr>
        <w:t>:1John 5:3]]</w:t>
      </w:r>
      <w:r w:rsidRPr="000767E2">
        <w:rPr>
          <w:vertAlign w:val="superscript"/>
          <w:lang w:val="sv-SE"/>
        </w:rPr>
        <w:t>3</w:t>
      </w:r>
      <w:r w:rsidRPr="000767E2">
        <w:rPr>
          <w:lang w:val="sv-SE"/>
        </w:rPr>
        <w:t xml:space="preserve"> {{field-on:bible}}För detta är kärleken till Gud: att vi håller fast vid hans bud. Och hans bud är inte tunga,{{field-off:bible}} [[@</w:t>
      </w:r>
      <w:r w:rsidR="0096445B" w:rsidRPr="000767E2">
        <w:rPr>
          <w:lang w:val="sv-SE"/>
        </w:rPr>
        <w:t>BibleBIBEL82</w:t>
      </w:r>
      <w:r w:rsidRPr="000767E2">
        <w:rPr>
          <w:lang w:val="sv-SE"/>
        </w:rPr>
        <w:t>:1John 5:4]]</w:t>
      </w:r>
      <w:r w:rsidRPr="000767E2">
        <w:rPr>
          <w:vertAlign w:val="superscript"/>
          <w:lang w:val="sv-SE"/>
        </w:rPr>
        <w:t>4</w:t>
      </w:r>
      <w:r w:rsidRPr="000767E2">
        <w:rPr>
          <w:lang w:val="sv-SE"/>
        </w:rPr>
        <w:t xml:space="preserve"> {{field-on:bible}}för allt </w:t>
      </w:r>
      <w:r w:rsidRPr="000767E2">
        <w:rPr>
          <w:i/>
          <w:lang w:val="sv-SE"/>
        </w:rPr>
        <w:t>som är</w:t>
      </w:r>
      <w:r w:rsidRPr="000767E2">
        <w:rPr>
          <w:lang w:val="sv-SE"/>
        </w:rPr>
        <w:t xml:space="preserve"> fött av Gud besegrar världen. Och detta är segern som har besegrat världen: vår tro.{{field-off:bible}} [[@</w:t>
      </w:r>
      <w:r w:rsidR="0096445B" w:rsidRPr="000767E2">
        <w:rPr>
          <w:lang w:val="sv-SE"/>
        </w:rPr>
        <w:t>BibleBIBEL82</w:t>
      </w:r>
      <w:r w:rsidRPr="000767E2">
        <w:rPr>
          <w:lang w:val="sv-SE"/>
        </w:rPr>
        <w:t>:1John 5:5]]</w:t>
      </w:r>
      <w:r w:rsidRPr="000767E2">
        <w:rPr>
          <w:vertAlign w:val="superscript"/>
          <w:lang w:val="sv-SE"/>
        </w:rPr>
        <w:t>5</w:t>
      </w:r>
      <w:r w:rsidRPr="000767E2">
        <w:rPr>
          <w:lang w:val="sv-SE"/>
        </w:rPr>
        <w:t xml:space="preserve"> {{field-on:bible}}Och vem är den som besegrar världen om inte den som tror att Jesus är Guds Son?{{field-off:bible}}</w:t>
      </w:r>
    </w:p>
    <w:p w14:paraId="7A848801" w14:textId="36D92893" w:rsidR="00BA33AB" w:rsidRPr="000767E2" w:rsidRDefault="00000000">
      <w:pPr>
        <w:rPr>
          <w:lang w:val="sv-SE"/>
        </w:rPr>
      </w:pPr>
      <w:r w:rsidRPr="000767E2">
        <w:rPr>
          <w:lang w:val="sv-SE"/>
        </w:rPr>
        <w:t>[[@</w:t>
      </w:r>
      <w:r w:rsidR="0096445B" w:rsidRPr="000767E2">
        <w:rPr>
          <w:lang w:val="sv-SE"/>
        </w:rPr>
        <w:t>BibleBIBEL82</w:t>
      </w:r>
      <w:r w:rsidRPr="000767E2">
        <w:rPr>
          <w:lang w:val="sv-SE"/>
        </w:rPr>
        <w:t>:1John 5:6]]</w:t>
      </w:r>
      <w:r w:rsidRPr="000767E2">
        <w:rPr>
          <w:vertAlign w:val="superscript"/>
          <w:lang w:val="sv-SE"/>
        </w:rPr>
        <w:t>6</w:t>
      </w:r>
      <w:r w:rsidRPr="000767E2">
        <w:rPr>
          <w:lang w:val="sv-SE"/>
        </w:rPr>
        <w:t xml:space="preserve"> {{field-on:bible}}Denne är den som har kommit genom vatten och blod, Jesus Kristus. Inte bara i vattnet, utan i vattnet och i blodet. Och Anden är den som vittnar, för Anden är sanningen.{{field-off:bible}} [[@</w:t>
      </w:r>
      <w:r w:rsidR="0096445B" w:rsidRPr="000767E2">
        <w:rPr>
          <w:lang w:val="sv-SE"/>
        </w:rPr>
        <w:t>BibleBIBEL82</w:t>
      </w:r>
      <w:r w:rsidRPr="000767E2">
        <w:rPr>
          <w:lang w:val="sv-SE"/>
        </w:rPr>
        <w:t>:1John 5:7]]</w:t>
      </w:r>
      <w:r w:rsidRPr="000767E2">
        <w:rPr>
          <w:vertAlign w:val="superscript"/>
          <w:lang w:val="sv-SE"/>
        </w:rPr>
        <w:t>7</w:t>
      </w:r>
      <w:r w:rsidRPr="000767E2">
        <w:rPr>
          <w:lang w:val="sv-SE"/>
        </w:rPr>
        <w:t xml:space="preserve"> {{field-on:bible}}För tre är de som vittnar:{{field-off:bible}} [[@</w:t>
      </w:r>
      <w:r w:rsidR="0096445B" w:rsidRPr="000767E2">
        <w:rPr>
          <w:lang w:val="sv-SE"/>
        </w:rPr>
        <w:t>BibleBIBEL82</w:t>
      </w:r>
      <w:r w:rsidRPr="000767E2">
        <w:rPr>
          <w:lang w:val="sv-SE"/>
        </w:rPr>
        <w:t>:1John 5:8]]</w:t>
      </w:r>
      <w:r w:rsidRPr="000767E2">
        <w:rPr>
          <w:vertAlign w:val="superscript"/>
          <w:lang w:val="sv-SE"/>
        </w:rPr>
        <w:t>8</w:t>
      </w:r>
      <w:r w:rsidRPr="000767E2">
        <w:rPr>
          <w:lang w:val="sv-SE"/>
        </w:rPr>
        <w:t xml:space="preserve"> {{field-on:bible}}Anden och vattnet och blodet, och de tre är till ett.{{field-off:bible}} [[@</w:t>
      </w:r>
      <w:r w:rsidR="0096445B" w:rsidRPr="000767E2">
        <w:rPr>
          <w:lang w:val="sv-SE"/>
        </w:rPr>
        <w:t>BibleBIBEL82</w:t>
      </w:r>
      <w:r w:rsidRPr="000767E2">
        <w:rPr>
          <w:lang w:val="sv-SE"/>
        </w:rPr>
        <w:t>:1John 5:9]]</w:t>
      </w:r>
      <w:r w:rsidRPr="000767E2">
        <w:rPr>
          <w:vertAlign w:val="superscript"/>
          <w:lang w:val="sv-SE"/>
        </w:rPr>
        <w:t>9</w:t>
      </w:r>
      <w:r w:rsidRPr="000767E2">
        <w:rPr>
          <w:lang w:val="sv-SE"/>
        </w:rPr>
        <w:t xml:space="preserve"> {{field-on:bible}}Om vi tar </w:t>
      </w:r>
      <w:r w:rsidRPr="000767E2">
        <w:rPr>
          <w:i/>
          <w:lang w:val="sv-SE"/>
        </w:rPr>
        <w:t>emot</w:t>
      </w:r>
      <w:r w:rsidRPr="000767E2">
        <w:rPr>
          <w:lang w:val="sv-SE"/>
        </w:rPr>
        <w:t xml:space="preserve"> människornas vittnesbörd är Guds vittnesbörd större, för detta är Guds vittnesbörd: att han har vittnat om sin Son.{{field-off:bible}} [[@</w:t>
      </w:r>
      <w:r w:rsidR="0096445B" w:rsidRPr="000767E2">
        <w:rPr>
          <w:lang w:val="sv-SE"/>
        </w:rPr>
        <w:t>BibleBIBEL82</w:t>
      </w:r>
      <w:r w:rsidRPr="000767E2">
        <w:rPr>
          <w:lang w:val="sv-SE"/>
        </w:rPr>
        <w:t>:1John 5:10]]</w:t>
      </w:r>
      <w:r w:rsidRPr="000767E2">
        <w:rPr>
          <w:vertAlign w:val="superscript"/>
          <w:lang w:val="sv-SE"/>
        </w:rPr>
        <w:t>10</w:t>
      </w:r>
      <w:r w:rsidRPr="000767E2">
        <w:rPr>
          <w:lang w:val="sv-SE"/>
        </w:rPr>
        <w:t xml:space="preserve"> {{field-on:bible}}Den som tror på Guds Son har vittnesbördet inom sig. Den som inte tror Gud har gjort honom </w:t>
      </w:r>
      <w:r w:rsidRPr="000767E2">
        <w:rPr>
          <w:i/>
          <w:lang w:val="sv-SE"/>
        </w:rPr>
        <w:t>till</w:t>
      </w:r>
      <w:r w:rsidRPr="000767E2">
        <w:rPr>
          <w:lang w:val="sv-SE"/>
        </w:rPr>
        <w:t xml:space="preserve"> en lögnare, eftersom han inte har trott på vittnesbördet </w:t>
      </w:r>
      <w:r w:rsidRPr="000767E2">
        <w:rPr>
          <w:i/>
          <w:lang w:val="sv-SE"/>
        </w:rPr>
        <w:t>med</w:t>
      </w:r>
      <w:r w:rsidRPr="000767E2">
        <w:rPr>
          <w:lang w:val="sv-SE"/>
        </w:rPr>
        <w:t xml:space="preserve"> vilket Gud har vittnat om sin Son.{{field-off:bible}} [[@</w:t>
      </w:r>
      <w:r w:rsidR="0096445B" w:rsidRPr="000767E2">
        <w:rPr>
          <w:lang w:val="sv-SE"/>
        </w:rPr>
        <w:t>BibleBIBEL82</w:t>
      </w:r>
      <w:r w:rsidRPr="000767E2">
        <w:rPr>
          <w:lang w:val="sv-SE"/>
        </w:rPr>
        <w:t>:1John 5:11]]</w:t>
      </w:r>
      <w:r w:rsidRPr="000767E2">
        <w:rPr>
          <w:vertAlign w:val="superscript"/>
          <w:lang w:val="sv-SE"/>
        </w:rPr>
        <w:t>11</w:t>
      </w:r>
      <w:r w:rsidRPr="000767E2">
        <w:rPr>
          <w:lang w:val="sv-SE"/>
        </w:rPr>
        <w:t xml:space="preserve"> {{field-on:bible}}Och detta är vittnesbördet: att eoniskt liv har Gud gett oss, och detta liv är i hans Son.{{field-off:bible}} [[@</w:t>
      </w:r>
      <w:r w:rsidR="0096445B" w:rsidRPr="000767E2">
        <w:rPr>
          <w:lang w:val="sv-SE"/>
        </w:rPr>
        <w:t>BibleBIBEL82</w:t>
      </w:r>
      <w:r w:rsidRPr="000767E2">
        <w:rPr>
          <w:lang w:val="sv-SE"/>
        </w:rPr>
        <w:t>:1John 5:12]]</w:t>
      </w:r>
      <w:r w:rsidRPr="000767E2">
        <w:rPr>
          <w:vertAlign w:val="superscript"/>
          <w:lang w:val="sv-SE"/>
        </w:rPr>
        <w:t>12</w:t>
      </w:r>
      <w:r w:rsidRPr="000767E2">
        <w:rPr>
          <w:lang w:val="sv-SE"/>
        </w:rPr>
        <w:t xml:space="preserve"> {{field-on:bible}}Den som har Sonen har livet. Den som inte har Guds Son har inte livet.{{field-off:bible}}</w:t>
      </w:r>
    </w:p>
    <w:p w14:paraId="4962753D" w14:textId="77777777" w:rsidR="00BA33AB" w:rsidRPr="000767E2" w:rsidRDefault="00000000">
      <w:pPr>
        <w:pStyle w:val="Rubrik3"/>
        <w:rPr>
          <w:lang w:val="sv-SE"/>
        </w:rPr>
      </w:pPr>
      <w:r w:rsidRPr="000767E2">
        <w:rPr>
          <w:lang w:val="sv-SE"/>
        </w:rPr>
        <w:t>Slutord</w:t>
      </w:r>
    </w:p>
    <w:p w14:paraId="61388E22" w14:textId="34D6B7AC" w:rsidR="00BA33AB" w:rsidRPr="000767E2" w:rsidRDefault="00000000">
      <w:pPr>
        <w:rPr>
          <w:lang w:val="sv-SE"/>
        </w:rPr>
      </w:pPr>
      <w:r w:rsidRPr="000767E2">
        <w:rPr>
          <w:lang w:val="sv-SE"/>
        </w:rPr>
        <w:t>[[@</w:t>
      </w:r>
      <w:r w:rsidR="0096445B" w:rsidRPr="000767E2">
        <w:rPr>
          <w:lang w:val="sv-SE"/>
        </w:rPr>
        <w:t>BibleBIBEL82</w:t>
      </w:r>
      <w:r w:rsidRPr="000767E2">
        <w:rPr>
          <w:lang w:val="sv-SE"/>
        </w:rPr>
        <w:t>:1John 5:13]]</w:t>
      </w:r>
      <w:r w:rsidRPr="000767E2">
        <w:rPr>
          <w:vertAlign w:val="superscript"/>
          <w:lang w:val="sv-SE"/>
        </w:rPr>
        <w:t>13</w:t>
      </w:r>
      <w:r w:rsidRPr="000767E2">
        <w:rPr>
          <w:lang w:val="sv-SE"/>
        </w:rPr>
        <w:t xml:space="preserve"> {{field-on:bible}}Detta har jag skrivit till er för att ni ska veta att ni har eoniskt liv, till er som tror på Guds Sons namn.{{field-off:bible}} [[@</w:t>
      </w:r>
      <w:r w:rsidR="0096445B" w:rsidRPr="000767E2">
        <w:rPr>
          <w:lang w:val="sv-SE"/>
        </w:rPr>
        <w:t>BibleBIBEL82</w:t>
      </w:r>
      <w:r w:rsidRPr="000767E2">
        <w:rPr>
          <w:lang w:val="sv-SE"/>
        </w:rPr>
        <w:t>:1John 5:14]]</w:t>
      </w:r>
      <w:r w:rsidRPr="000767E2">
        <w:rPr>
          <w:vertAlign w:val="superscript"/>
          <w:lang w:val="sv-SE"/>
        </w:rPr>
        <w:t>14</w:t>
      </w:r>
      <w:r w:rsidRPr="000767E2">
        <w:rPr>
          <w:lang w:val="sv-SE"/>
        </w:rPr>
        <w:t xml:space="preserve"> {{field-on:bible}}Och detta är frimodigheten som vi har inför honom: att om vi ber om något efter hans vilja, hör han oss.{{field-off:bible}} [[@</w:t>
      </w:r>
      <w:r w:rsidR="0096445B" w:rsidRPr="000767E2">
        <w:rPr>
          <w:lang w:val="sv-SE"/>
        </w:rPr>
        <w:t>BibleBIBEL82</w:t>
      </w:r>
      <w:r w:rsidRPr="000767E2">
        <w:rPr>
          <w:lang w:val="sv-SE"/>
        </w:rPr>
        <w:t>:1John 5:15]]</w:t>
      </w:r>
      <w:r w:rsidRPr="000767E2">
        <w:rPr>
          <w:vertAlign w:val="superscript"/>
          <w:lang w:val="sv-SE"/>
        </w:rPr>
        <w:t>15</w:t>
      </w:r>
      <w:r w:rsidRPr="000767E2">
        <w:rPr>
          <w:lang w:val="sv-SE"/>
        </w:rPr>
        <w:t xml:space="preserve"> {{field-on:bible}}Och om vi vet att han hör oss vad vi än ber om, vet vi att vi har de önskemål som vi bett om från honom.{{field-off:bible}}</w:t>
      </w:r>
    </w:p>
    <w:p w14:paraId="51B19A8C" w14:textId="17BE6ECE" w:rsidR="00BA33AB" w:rsidRPr="000767E2" w:rsidRDefault="00000000">
      <w:pPr>
        <w:rPr>
          <w:lang w:val="sv-SE"/>
        </w:rPr>
      </w:pPr>
      <w:r w:rsidRPr="000767E2">
        <w:rPr>
          <w:lang w:val="sv-SE"/>
        </w:rPr>
        <w:t>[[@</w:t>
      </w:r>
      <w:r w:rsidR="0096445B" w:rsidRPr="000767E2">
        <w:rPr>
          <w:lang w:val="sv-SE"/>
        </w:rPr>
        <w:t>BibleBIBEL82</w:t>
      </w:r>
      <w:r w:rsidRPr="000767E2">
        <w:rPr>
          <w:lang w:val="sv-SE"/>
        </w:rPr>
        <w:t>:1John 5:16]]</w:t>
      </w:r>
      <w:r w:rsidRPr="000767E2">
        <w:rPr>
          <w:vertAlign w:val="superscript"/>
          <w:lang w:val="sv-SE"/>
        </w:rPr>
        <w:t>16</w:t>
      </w:r>
      <w:r w:rsidRPr="000767E2">
        <w:rPr>
          <w:lang w:val="sv-SE"/>
        </w:rPr>
        <w:t xml:space="preserve"> {{field-on:bible}}Om någon ser sin broder synda </w:t>
      </w:r>
      <w:r w:rsidRPr="000767E2">
        <w:rPr>
          <w:i/>
          <w:lang w:val="sv-SE"/>
        </w:rPr>
        <w:t>med</w:t>
      </w:r>
      <w:r w:rsidRPr="000767E2">
        <w:rPr>
          <w:lang w:val="sv-SE"/>
        </w:rPr>
        <w:t xml:space="preserve"> en synd </w:t>
      </w:r>
      <w:r w:rsidRPr="000767E2">
        <w:rPr>
          <w:i/>
          <w:lang w:val="sv-SE"/>
        </w:rPr>
        <w:t>som</w:t>
      </w:r>
      <w:r w:rsidRPr="000767E2">
        <w:rPr>
          <w:lang w:val="sv-SE"/>
        </w:rPr>
        <w:t xml:space="preserve"> inte </w:t>
      </w:r>
      <w:r w:rsidRPr="000767E2">
        <w:rPr>
          <w:i/>
          <w:lang w:val="sv-SE"/>
        </w:rPr>
        <w:t>är</w:t>
      </w:r>
      <w:r w:rsidRPr="000767E2">
        <w:rPr>
          <w:lang w:val="sv-SE"/>
        </w:rPr>
        <w:t xml:space="preserve"> till döds, ska han be och han ska ge honom liv – för dem som syndar </w:t>
      </w:r>
      <w:r w:rsidRPr="000767E2">
        <w:rPr>
          <w:i/>
          <w:lang w:val="sv-SE"/>
        </w:rPr>
        <w:t>men</w:t>
      </w:r>
      <w:r w:rsidRPr="000767E2">
        <w:rPr>
          <w:lang w:val="sv-SE"/>
        </w:rPr>
        <w:t xml:space="preserve"> inte till döds. Det finns synd till döds. </w:t>
      </w:r>
      <w:r w:rsidRPr="000767E2">
        <w:rPr>
          <w:i/>
          <w:lang w:val="sv-SE"/>
        </w:rPr>
        <w:t>Det är</w:t>
      </w:r>
      <w:r w:rsidRPr="000767E2">
        <w:rPr>
          <w:lang w:val="sv-SE"/>
        </w:rPr>
        <w:t xml:space="preserve"> inte om den jag säger att han ska fråga.{{field-off:bible}} [[@</w:t>
      </w:r>
      <w:r w:rsidR="0096445B" w:rsidRPr="000767E2">
        <w:rPr>
          <w:lang w:val="sv-SE"/>
        </w:rPr>
        <w:t>BibleBIBEL82</w:t>
      </w:r>
      <w:r w:rsidRPr="000767E2">
        <w:rPr>
          <w:lang w:val="sv-SE"/>
        </w:rPr>
        <w:t>:1John 5:17]]</w:t>
      </w:r>
      <w:r w:rsidRPr="000767E2">
        <w:rPr>
          <w:vertAlign w:val="superscript"/>
          <w:lang w:val="sv-SE"/>
        </w:rPr>
        <w:t>17</w:t>
      </w:r>
      <w:r w:rsidRPr="000767E2">
        <w:rPr>
          <w:lang w:val="sv-SE"/>
        </w:rPr>
        <w:t xml:space="preserve"> {{field-on:bible}}All orätt är synd, och det finns synd </w:t>
      </w:r>
      <w:r w:rsidRPr="000767E2">
        <w:rPr>
          <w:i/>
          <w:lang w:val="sv-SE"/>
        </w:rPr>
        <w:t>som</w:t>
      </w:r>
      <w:r w:rsidRPr="000767E2">
        <w:rPr>
          <w:lang w:val="sv-SE"/>
        </w:rPr>
        <w:t xml:space="preserve"> inte </w:t>
      </w:r>
      <w:r w:rsidRPr="000767E2">
        <w:rPr>
          <w:i/>
          <w:lang w:val="sv-SE"/>
        </w:rPr>
        <w:t>är</w:t>
      </w:r>
      <w:r w:rsidRPr="000767E2">
        <w:rPr>
          <w:lang w:val="sv-SE"/>
        </w:rPr>
        <w:t xml:space="preserve"> till döds.{{field-off:bible}}</w:t>
      </w:r>
    </w:p>
    <w:p w14:paraId="2582D1CA" w14:textId="4608AA1E" w:rsidR="00BA33AB" w:rsidRPr="000767E2" w:rsidRDefault="00000000">
      <w:pPr>
        <w:rPr>
          <w:lang w:val="sv-SE"/>
        </w:rPr>
      </w:pPr>
      <w:r w:rsidRPr="000767E2">
        <w:rPr>
          <w:lang w:val="sv-SE"/>
        </w:rPr>
        <w:t>[[@</w:t>
      </w:r>
      <w:r w:rsidR="0096445B" w:rsidRPr="000767E2">
        <w:rPr>
          <w:lang w:val="sv-SE"/>
        </w:rPr>
        <w:t>BibleBIBEL82</w:t>
      </w:r>
      <w:r w:rsidRPr="000767E2">
        <w:rPr>
          <w:lang w:val="sv-SE"/>
        </w:rPr>
        <w:t>:1John 5:18]]</w:t>
      </w:r>
      <w:r w:rsidRPr="000767E2">
        <w:rPr>
          <w:vertAlign w:val="superscript"/>
          <w:lang w:val="sv-SE"/>
        </w:rPr>
        <w:t>18</w:t>
      </w:r>
      <w:r w:rsidRPr="000767E2">
        <w:rPr>
          <w:lang w:val="sv-SE"/>
        </w:rPr>
        <w:t xml:space="preserve"> {{field-on:bible}}Vi vet att var och en som är född av Gud inte syndar. Nej, den som är född av Gud bevarar sig själv och den onde rör honom inte.{{field-</w:t>
      </w:r>
      <w:r w:rsidRPr="000767E2">
        <w:rPr>
          <w:lang w:val="sv-SE"/>
        </w:rPr>
        <w:lastRenderedPageBreak/>
        <w:t>off:bible}} [[@</w:t>
      </w:r>
      <w:r w:rsidR="0096445B" w:rsidRPr="000767E2">
        <w:rPr>
          <w:lang w:val="sv-SE"/>
        </w:rPr>
        <w:t>BibleBIBEL82</w:t>
      </w:r>
      <w:r w:rsidRPr="000767E2">
        <w:rPr>
          <w:lang w:val="sv-SE"/>
        </w:rPr>
        <w:t>:1John 5:19]]</w:t>
      </w:r>
      <w:r w:rsidRPr="000767E2">
        <w:rPr>
          <w:vertAlign w:val="superscript"/>
          <w:lang w:val="sv-SE"/>
        </w:rPr>
        <w:t>19</w:t>
      </w:r>
      <w:r w:rsidRPr="000767E2">
        <w:rPr>
          <w:lang w:val="sv-SE"/>
        </w:rPr>
        <w:t xml:space="preserve"> {{field-on:bible}}Vi vet att vi är av Gud och hela världen ligger hos den onde.{{field-off:bible}} [[@</w:t>
      </w:r>
      <w:r w:rsidR="0096445B" w:rsidRPr="000767E2">
        <w:rPr>
          <w:lang w:val="sv-SE"/>
        </w:rPr>
        <w:t>BibleBIBEL82</w:t>
      </w:r>
      <w:r w:rsidRPr="000767E2">
        <w:rPr>
          <w:lang w:val="sv-SE"/>
        </w:rPr>
        <w:t>:1John 5:20]]</w:t>
      </w:r>
      <w:r w:rsidRPr="000767E2">
        <w:rPr>
          <w:vertAlign w:val="superscript"/>
          <w:lang w:val="sv-SE"/>
        </w:rPr>
        <w:t>20</w:t>
      </w:r>
      <w:r w:rsidRPr="000767E2">
        <w:rPr>
          <w:lang w:val="sv-SE"/>
        </w:rPr>
        <w:t xml:space="preserve"> {{field-on:bible}}Men vi vet att Guds Son har kommit och gett oss vett så att vi känner den Sannfärdige. Och vi är i den Sannfärdige, i hans Son Jesus Kristus. Han är den sannfärdige Guden och eoniskt liv.{{field-off:bible}}</w:t>
      </w:r>
    </w:p>
    <w:p w14:paraId="26B6FF90" w14:textId="3B291E18" w:rsidR="00BA33AB" w:rsidRPr="000767E2" w:rsidRDefault="00000000">
      <w:pPr>
        <w:rPr>
          <w:lang w:val="sv-SE"/>
        </w:rPr>
      </w:pPr>
      <w:r w:rsidRPr="000767E2">
        <w:rPr>
          <w:lang w:val="sv-SE"/>
        </w:rPr>
        <w:t>[[@</w:t>
      </w:r>
      <w:r w:rsidR="0096445B" w:rsidRPr="000767E2">
        <w:rPr>
          <w:lang w:val="sv-SE"/>
        </w:rPr>
        <w:t>BibleBIBEL82</w:t>
      </w:r>
      <w:r w:rsidRPr="000767E2">
        <w:rPr>
          <w:lang w:val="sv-SE"/>
        </w:rPr>
        <w:t>:1John 5:21]]</w:t>
      </w:r>
      <w:r w:rsidRPr="000767E2">
        <w:rPr>
          <w:vertAlign w:val="superscript"/>
          <w:lang w:val="sv-SE"/>
        </w:rPr>
        <w:t>21</w:t>
      </w:r>
      <w:r w:rsidRPr="000767E2">
        <w:rPr>
          <w:lang w:val="sv-SE"/>
        </w:rPr>
        <w:t xml:space="preserve"> {{field-on:bible}}</w:t>
      </w:r>
      <w:r w:rsidRPr="000767E2">
        <w:rPr>
          <w:i/>
          <w:lang w:val="sv-SE"/>
        </w:rPr>
        <w:t>Kära</w:t>
      </w:r>
      <w:r w:rsidRPr="000767E2">
        <w:rPr>
          <w:lang w:val="sv-SE"/>
        </w:rPr>
        <w:t xml:space="preserve"> barn, vakta er från avgudarna.{{field-off:bible}}</w:t>
      </w:r>
    </w:p>
    <w:p w14:paraId="5576EE3C" w14:textId="0E349D21"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:2John]]Johannes andra brev</w:t>
      </w:r>
    </w:p>
    <w:p w14:paraId="4E9E531B" w14:textId="77777777" w:rsidR="00BA33AB" w:rsidRPr="000767E2" w:rsidRDefault="00000000">
      <w:pPr>
        <w:pStyle w:val="Rubrik2"/>
        <w:rPr>
          <w:lang w:val="sv-SE"/>
        </w:rPr>
      </w:pPr>
      <w:r w:rsidRPr="000767E2">
        <w:rPr>
          <w:lang w:val="sv-SE"/>
        </w:rPr>
        <w:t>Kapitel 1</w:t>
      </w:r>
    </w:p>
    <w:p w14:paraId="2AE70E73" w14:textId="77777777" w:rsidR="00BA33AB" w:rsidRPr="000767E2" w:rsidRDefault="00000000">
      <w:pPr>
        <w:pStyle w:val="Rubrik3"/>
        <w:rPr>
          <w:lang w:val="sv-SE"/>
        </w:rPr>
      </w:pPr>
      <w:r w:rsidRPr="000767E2">
        <w:rPr>
          <w:lang w:val="sv-SE"/>
        </w:rPr>
        <w:t>Hälsning</w:t>
      </w:r>
    </w:p>
    <w:p w14:paraId="7D220ADF" w14:textId="208DAE83" w:rsidR="00BA33AB" w:rsidRPr="000767E2" w:rsidRDefault="00000000">
      <w:pPr>
        <w:rPr>
          <w:lang w:val="sv-SE"/>
        </w:rPr>
      </w:pPr>
      <w:r w:rsidRPr="000767E2">
        <w:rPr>
          <w:lang w:val="sv-SE"/>
        </w:rPr>
        <w:t>[[@</w:t>
      </w:r>
      <w:r w:rsidR="0096445B" w:rsidRPr="000767E2">
        <w:rPr>
          <w:lang w:val="sv-SE"/>
        </w:rPr>
        <w:t>BibleBIBEL82</w:t>
      </w:r>
      <w:r w:rsidRPr="000767E2">
        <w:rPr>
          <w:lang w:val="sv-SE"/>
        </w:rPr>
        <w:t>:2John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den äldste. Till </w:t>
      </w:r>
      <w:r w:rsidRPr="000767E2">
        <w:rPr>
          <w:i/>
          <w:lang w:val="sv-SE"/>
        </w:rPr>
        <w:t>den</w:t>
      </w:r>
      <w:r w:rsidRPr="000767E2">
        <w:rPr>
          <w:lang w:val="sv-SE"/>
        </w:rPr>
        <w:t xml:space="preserve"> utvalda frun och hennes barn, som jag älskar i sanning. Och inte bara jag, utan också alla som har lärt känna sanningen,{{field-off:bible}} [[@</w:t>
      </w:r>
      <w:r w:rsidR="0096445B" w:rsidRPr="000767E2">
        <w:rPr>
          <w:lang w:val="sv-SE"/>
        </w:rPr>
        <w:t>BibleBIBEL82</w:t>
      </w:r>
      <w:r w:rsidRPr="000767E2">
        <w:rPr>
          <w:lang w:val="sv-SE"/>
        </w:rPr>
        <w:t>:2John 1:2]]</w:t>
      </w:r>
      <w:r w:rsidRPr="000767E2">
        <w:rPr>
          <w:vertAlign w:val="superscript"/>
          <w:lang w:val="sv-SE"/>
        </w:rPr>
        <w:t>2</w:t>
      </w:r>
      <w:r w:rsidRPr="000767E2">
        <w:rPr>
          <w:lang w:val="sv-SE"/>
        </w:rPr>
        <w:t xml:space="preserve"> {{field-on:bible}}på grund av sanningen som förblir i oss och ska vara med oss till eonen.{{field-off:bible}} [[@</w:t>
      </w:r>
      <w:r w:rsidR="0096445B" w:rsidRPr="000767E2">
        <w:rPr>
          <w:lang w:val="sv-SE"/>
        </w:rPr>
        <w:t>BibleBIBEL82</w:t>
      </w:r>
      <w:r w:rsidRPr="000767E2">
        <w:rPr>
          <w:lang w:val="sv-SE"/>
        </w:rPr>
        <w:t>:2John 1:3]]</w:t>
      </w:r>
      <w:r w:rsidRPr="000767E2">
        <w:rPr>
          <w:vertAlign w:val="superscript"/>
          <w:lang w:val="sv-SE"/>
        </w:rPr>
        <w:t>3</w:t>
      </w:r>
      <w:r w:rsidRPr="000767E2">
        <w:rPr>
          <w:lang w:val="sv-SE"/>
        </w:rPr>
        <w:t xml:space="preserve"> {{field-on:bible}}Med oss ska vara nåd, barmhärtighet, frid från Gud Fader och från Jesus Kristus, Faderns Son, i sanning och kärlek.{{field-off:bible}}</w:t>
      </w:r>
    </w:p>
    <w:p w14:paraId="1E07F697" w14:textId="77777777" w:rsidR="00BA33AB" w:rsidRPr="000767E2" w:rsidRDefault="00000000">
      <w:pPr>
        <w:pStyle w:val="Rubrik3"/>
        <w:rPr>
          <w:lang w:val="sv-SE"/>
        </w:rPr>
      </w:pPr>
      <w:r w:rsidRPr="000767E2">
        <w:rPr>
          <w:lang w:val="sv-SE"/>
        </w:rPr>
        <w:t>Bli kvar i Kristi undervisning</w:t>
      </w:r>
    </w:p>
    <w:p w14:paraId="328BAFC9" w14:textId="1BFB5EC1" w:rsidR="00BA33AB" w:rsidRPr="000767E2" w:rsidRDefault="00000000">
      <w:pPr>
        <w:rPr>
          <w:lang w:val="sv-SE"/>
        </w:rPr>
      </w:pPr>
      <w:r w:rsidRPr="000767E2">
        <w:rPr>
          <w:lang w:val="sv-SE"/>
        </w:rPr>
        <w:t>[[@</w:t>
      </w:r>
      <w:r w:rsidR="0096445B" w:rsidRPr="000767E2">
        <w:rPr>
          <w:lang w:val="sv-SE"/>
        </w:rPr>
        <w:t>BibleBIBEL82</w:t>
      </w:r>
      <w:r w:rsidRPr="000767E2">
        <w:rPr>
          <w:lang w:val="sv-SE"/>
        </w:rPr>
        <w:t>:2John 1:4]]</w:t>
      </w:r>
      <w:r w:rsidRPr="000767E2">
        <w:rPr>
          <w:vertAlign w:val="superscript"/>
          <w:lang w:val="sv-SE"/>
        </w:rPr>
        <w:t>4</w:t>
      </w:r>
      <w:r w:rsidRPr="000767E2">
        <w:rPr>
          <w:lang w:val="sv-SE"/>
        </w:rPr>
        <w:t xml:space="preserve"> {{field-on:bible}}Jag gladde mig väldigt att jag funnit </w:t>
      </w:r>
      <w:r w:rsidRPr="000767E2">
        <w:rPr>
          <w:i/>
          <w:lang w:val="sv-SE"/>
        </w:rPr>
        <w:t>sådana</w:t>
      </w:r>
      <w:r w:rsidRPr="000767E2">
        <w:rPr>
          <w:lang w:val="sv-SE"/>
        </w:rPr>
        <w:t xml:space="preserve"> av dina barn som vandrar i sanning, så som vi fått bud från Fadern.{{field-off:bible}} [[@</w:t>
      </w:r>
      <w:r w:rsidR="0096445B" w:rsidRPr="000767E2">
        <w:rPr>
          <w:lang w:val="sv-SE"/>
        </w:rPr>
        <w:t>BibleBIBEL82</w:t>
      </w:r>
      <w:r w:rsidRPr="000767E2">
        <w:rPr>
          <w:lang w:val="sv-SE"/>
        </w:rPr>
        <w:t>:2John 1:5]]</w:t>
      </w:r>
      <w:r w:rsidRPr="000767E2">
        <w:rPr>
          <w:vertAlign w:val="superscript"/>
          <w:lang w:val="sv-SE"/>
        </w:rPr>
        <w:t>5</w:t>
      </w:r>
      <w:r w:rsidRPr="000767E2">
        <w:rPr>
          <w:lang w:val="sv-SE"/>
        </w:rPr>
        <w:t xml:space="preserve"> {{field-on:bible}}Och nu efterfrågar jag </w:t>
      </w:r>
      <w:r w:rsidRPr="000767E2">
        <w:rPr>
          <w:i/>
          <w:lang w:val="sv-SE"/>
        </w:rPr>
        <w:t>hos</w:t>
      </w:r>
      <w:r w:rsidRPr="000767E2">
        <w:rPr>
          <w:lang w:val="sv-SE"/>
        </w:rPr>
        <w:t xml:space="preserve"> dig, fru – inte som </w:t>
      </w:r>
      <w:r w:rsidRPr="000767E2">
        <w:rPr>
          <w:i/>
          <w:lang w:val="sv-SE"/>
        </w:rPr>
        <w:t>att</w:t>
      </w:r>
      <w:r w:rsidRPr="000767E2">
        <w:rPr>
          <w:lang w:val="sv-SE"/>
        </w:rPr>
        <w:t xml:space="preserve"> jag skriver till dig ett nytt bud, utan det vi har haft från begynnelsen: att vi ska älska varandra.{{field-off:bible}} [[@</w:t>
      </w:r>
      <w:r w:rsidR="0096445B" w:rsidRPr="000767E2">
        <w:rPr>
          <w:lang w:val="sv-SE"/>
        </w:rPr>
        <w:t>BibleBIBEL82</w:t>
      </w:r>
      <w:r w:rsidRPr="000767E2">
        <w:rPr>
          <w:lang w:val="sv-SE"/>
        </w:rPr>
        <w:t>:2John 1:6]]</w:t>
      </w:r>
      <w:r w:rsidRPr="000767E2">
        <w:rPr>
          <w:vertAlign w:val="superscript"/>
          <w:lang w:val="sv-SE"/>
        </w:rPr>
        <w:t>6</w:t>
      </w:r>
      <w:r w:rsidRPr="000767E2">
        <w:rPr>
          <w:lang w:val="sv-SE"/>
        </w:rPr>
        <w:t xml:space="preserve"> {{field-on:bible}}Och detta är kärleken: att vi ska vandra efter hans bud. Detta är budet, så som ni har hört från begynnelsen, för att ni ska vandra i det.{{field-off:bible}}</w:t>
      </w:r>
    </w:p>
    <w:p w14:paraId="33E37CF3" w14:textId="5EB0A259" w:rsidR="00BA33AB" w:rsidRPr="000767E2" w:rsidRDefault="00000000">
      <w:pPr>
        <w:rPr>
          <w:lang w:val="sv-SE"/>
        </w:rPr>
      </w:pPr>
      <w:r w:rsidRPr="000767E2">
        <w:rPr>
          <w:lang w:val="sv-SE"/>
        </w:rPr>
        <w:t>[[@</w:t>
      </w:r>
      <w:r w:rsidR="0096445B" w:rsidRPr="000767E2">
        <w:rPr>
          <w:lang w:val="sv-SE"/>
        </w:rPr>
        <w:t>BibleBIBEL82</w:t>
      </w:r>
      <w:r w:rsidRPr="000767E2">
        <w:rPr>
          <w:lang w:val="sv-SE"/>
        </w:rPr>
        <w:t>:2John 1:7]]</w:t>
      </w:r>
      <w:r w:rsidRPr="000767E2">
        <w:rPr>
          <w:vertAlign w:val="superscript"/>
          <w:lang w:val="sv-SE"/>
        </w:rPr>
        <w:t>7</w:t>
      </w:r>
      <w:r w:rsidRPr="000767E2">
        <w:rPr>
          <w:lang w:val="sv-SE"/>
        </w:rPr>
        <w:t xml:space="preserve"> {{field-on:bible}}Många förvillare har nämligen gått ut i världen, de som inte bekänner Jesus Kristus kommande i kött. Denne är Förvillaren och Antikrist.{{field-off:bible}} [[@</w:t>
      </w:r>
      <w:r w:rsidR="0096445B" w:rsidRPr="000767E2">
        <w:rPr>
          <w:lang w:val="sv-SE"/>
        </w:rPr>
        <w:t>BibleBIBEL82</w:t>
      </w:r>
      <w:r w:rsidRPr="000767E2">
        <w:rPr>
          <w:lang w:val="sv-SE"/>
        </w:rPr>
        <w:t>:2John 1:8]]</w:t>
      </w:r>
      <w:r w:rsidRPr="000767E2">
        <w:rPr>
          <w:vertAlign w:val="superscript"/>
          <w:lang w:val="sv-SE"/>
        </w:rPr>
        <w:t>8</w:t>
      </w:r>
      <w:r w:rsidRPr="000767E2">
        <w:rPr>
          <w:lang w:val="sv-SE"/>
        </w:rPr>
        <w:t xml:space="preserve"> {{field-on:bible}}Se upp med er själva, så att ni inte förlorar det vi arbetat </w:t>
      </w:r>
      <w:r w:rsidRPr="000767E2">
        <w:rPr>
          <w:i/>
          <w:lang w:val="sv-SE"/>
        </w:rPr>
        <w:t>för</w:t>
      </w:r>
      <w:r w:rsidRPr="000767E2">
        <w:rPr>
          <w:lang w:val="sv-SE"/>
        </w:rPr>
        <w:t xml:space="preserve"> utan erhåller full lön.{{field-off:bible}} [[@</w:t>
      </w:r>
      <w:r w:rsidR="0096445B" w:rsidRPr="000767E2">
        <w:rPr>
          <w:lang w:val="sv-SE"/>
        </w:rPr>
        <w:t>BibleBIBEL82</w:t>
      </w:r>
      <w:r w:rsidRPr="000767E2">
        <w:rPr>
          <w:lang w:val="sv-SE"/>
        </w:rPr>
        <w:t>:2John 1:9]]</w:t>
      </w:r>
      <w:r w:rsidRPr="000767E2">
        <w:rPr>
          <w:vertAlign w:val="superscript"/>
          <w:lang w:val="sv-SE"/>
        </w:rPr>
        <w:t>9</w:t>
      </w:r>
      <w:r w:rsidRPr="000767E2">
        <w:rPr>
          <w:lang w:val="sv-SE"/>
        </w:rPr>
        <w:t xml:space="preserve"> {{field-on:bible}}Var och en som går i förväg och inte blir kvar i Kristi undervisning har inte Gud. Den som blir kvar i undervisningen, denne har både Fadern och Sonen.{{field-off:bible}} [[@</w:t>
      </w:r>
      <w:r w:rsidR="0096445B" w:rsidRPr="000767E2">
        <w:rPr>
          <w:lang w:val="sv-SE"/>
        </w:rPr>
        <w:t>BibleBIBEL82</w:t>
      </w:r>
      <w:r w:rsidRPr="000767E2">
        <w:rPr>
          <w:lang w:val="sv-SE"/>
        </w:rPr>
        <w:t>:2John 1:10]]</w:t>
      </w:r>
      <w:r w:rsidRPr="000767E2">
        <w:rPr>
          <w:vertAlign w:val="superscript"/>
          <w:lang w:val="sv-SE"/>
        </w:rPr>
        <w:t>10</w:t>
      </w:r>
      <w:r w:rsidRPr="000767E2">
        <w:rPr>
          <w:lang w:val="sv-SE"/>
        </w:rPr>
        <w:t xml:space="preserve"> {{field-on:bible}}Om någon kommer till er och inte bär denna undervisning, ta inte </w:t>
      </w:r>
      <w:r w:rsidRPr="000767E2">
        <w:rPr>
          <w:i/>
          <w:lang w:val="sv-SE"/>
        </w:rPr>
        <w:t>emot</w:t>
      </w:r>
      <w:r w:rsidRPr="000767E2">
        <w:rPr>
          <w:lang w:val="sv-SE"/>
        </w:rPr>
        <w:t xml:space="preserve"> honom i huset och säg inte hälsningar till honom.{{field-off:bible}} [[@</w:t>
      </w:r>
      <w:r w:rsidR="0096445B" w:rsidRPr="000767E2">
        <w:rPr>
          <w:lang w:val="sv-SE"/>
        </w:rPr>
        <w:t>BibleBIBEL82</w:t>
      </w:r>
      <w:r w:rsidRPr="000767E2">
        <w:rPr>
          <w:lang w:val="sv-SE"/>
        </w:rPr>
        <w:t>:2John 1:11]]</w:t>
      </w:r>
      <w:r w:rsidRPr="000767E2">
        <w:rPr>
          <w:vertAlign w:val="superscript"/>
          <w:lang w:val="sv-SE"/>
        </w:rPr>
        <w:t>11</w:t>
      </w:r>
      <w:r w:rsidRPr="000767E2">
        <w:rPr>
          <w:lang w:val="sv-SE"/>
        </w:rPr>
        <w:t xml:space="preserve"> {{field-on:bible}}För den som säger hälsningar till honom är delaktig i hans onda gärningar.{{field-off:bible}}</w:t>
      </w:r>
    </w:p>
    <w:p w14:paraId="393D4255" w14:textId="77777777" w:rsidR="00BA33AB" w:rsidRPr="000767E2" w:rsidRDefault="00000000">
      <w:pPr>
        <w:pStyle w:val="Rubrik3"/>
        <w:rPr>
          <w:lang w:val="sv-SE"/>
        </w:rPr>
      </w:pPr>
      <w:r w:rsidRPr="000767E2">
        <w:rPr>
          <w:lang w:val="sv-SE"/>
        </w:rPr>
        <w:lastRenderedPageBreak/>
        <w:t>Slutord</w:t>
      </w:r>
    </w:p>
    <w:p w14:paraId="7E26785D" w14:textId="191EC420" w:rsidR="00BA33AB" w:rsidRPr="000767E2" w:rsidRDefault="00000000">
      <w:pPr>
        <w:rPr>
          <w:lang w:val="sv-SE"/>
        </w:rPr>
      </w:pPr>
      <w:r w:rsidRPr="000767E2">
        <w:rPr>
          <w:lang w:val="sv-SE"/>
        </w:rPr>
        <w:t>[[@</w:t>
      </w:r>
      <w:r w:rsidR="0096445B" w:rsidRPr="000767E2">
        <w:rPr>
          <w:lang w:val="sv-SE"/>
        </w:rPr>
        <w:t>BibleBIBEL82</w:t>
      </w:r>
      <w:r w:rsidRPr="000767E2">
        <w:rPr>
          <w:lang w:val="sv-SE"/>
        </w:rPr>
        <w:t>:2John 1:12]]</w:t>
      </w:r>
      <w:r w:rsidRPr="000767E2">
        <w:rPr>
          <w:vertAlign w:val="superscript"/>
          <w:lang w:val="sv-SE"/>
        </w:rPr>
        <w:t>12</w:t>
      </w:r>
      <w:r w:rsidRPr="000767E2">
        <w:rPr>
          <w:lang w:val="sv-SE"/>
        </w:rPr>
        <w:t xml:space="preserve"> {{field-on:bible}}Jag hade mycket att skriva till er, </w:t>
      </w:r>
      <w:r w:rsidRPr="000767E2">
        <w:rPr>
          <w:i/>
          <w:lang w:val="sv-SE"/>
        </w:rPr>
        <w:t>men</w:t>
      </w:r>
      <w:r w:rsidRPr="000767E2">
        <w:rPr>
          <w:lang w:val="sv-SE"/>
        </w:rPr>
        <w:t xml:space="preserve"> önskade inte </w:t>
      </w:r>
      <w:r w:rsidRPr="000767E2">
        <w:rPr>
          <w:i/>
          <w:lang w:val="sv-SE"/>
        </w:rPr>
        <w:t>det</w:t>
      </w:r>
      <w:r w:rsidRPr="000767E2">
        <w:rPr>
          <w:lang w:val="sv-SE"/>
        </w:rPr>
        <w:t xml:space="preserve"> med papyrus och bläck. Utan jag hoppas </w:t>
      </w:r>
      <w:r w:rsidRPr="000767E2">
        <w:rPr>
          <w:i/>
          <w:lang w:val="sv-SE"/>
        </w:rPr>
        <w:t>få</w:t>
      </w:r>
      <w:r w:rsidRPr="000767E2">
        <w:rPr>
          <w:lang w:val="sv-SE"/>
        </w:rPr>
        <w:t xml:space="preserve"> vara hos er och tala mun till mun, så att vår glädje blir uppfylld.{{field-off:bible}} [[@</w:t>
      </w:r>
      <w:r w:rsidR="0096445B" w:rsidRPr="000767E2">
        <w:rPr>
          <w:lang w:val="sv-SE"/>
        </w:rPr>
        <w:t>BibleBIBEL82</w:t>
      </w:r>
      <w:r w:rsidRPr="000767E2">
        <w:rPr>
          <w:lang w:val="sv-SE"/>
        </w:rPr>
        <w:t>:2John 1:13]]</w:t>
      </w:r>
      <w:r w:rsidRPr="000767E2">
        <w:rPr>
          <w:vertAlign w:val="superscript"/>
          <w:lang w:val="sv-SE"/>
        </w:rPr>
        <w:t>13</w:t>
      </w:r>
      <w:r w:rsidRPr="000767E2">
        <w:rPr>
          <w:lang w:val="sv-SE"/>
        </w:rPr>
        <w:t xml:space="preserve"> {{field-on:bible}}Hälsar dig </w:t>
      </w:r>
      <w:r w:rsidRPr="000767E2">
        <w:rPr>
          <w:i/>
          <w:lang w:val="sv-SE"/>
        </w:rPr>
        <w:t>gör</w:t>
      </w:r>
      <w:r w:rsidRPr="000767E2">
        <w:rPr>
          <w:lang w:val="sv-SE"/>
        </w:rPr>
        <w:t xml:space="preserve"> barnen till din utvalda syster.{{field-off:bible}}</w:t>
      </w:r>
    </w:p>
    <w:p w14:paraId="24E47E8C" w14:textId="3535DD36"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:3John]]Johannes tredje brev</w:t>
      </w:r>
    </w:p>
    <w:p w14:paraId="6CD796F3" w14:textId="77777777" w:rsidR="00BA33AB" w:rsidRPr="000767E2" w:rsidRDefault="00000000">
      <w:pPr>
        <w:pStyle w:val="Rubrik2"/>
        <w:rPr>
          <w:lang w:val="sv-SE"/>
        </w:rPr>
      </w:pPr>
      <w:r w:rsidRPr="000767E2">
        <w:rPr>
          <w:lang w:val="sv-SE"/>
        </w:rPr>
        <w:t>Kapitel 1</w:t>
      </w:r>
    </w:p>
    <w:p w14:paraId="25C6DD2B" w14:textId="77777777" w:rsidR="00BA33AB" w:rsidRPr="000767E2" w:rsidRDefault="00000000">
      <w:pPr>
        <w:pStyle w:val="Rubrik3"/>
        <w:rPr>
          <w:lang w:val="sv-SE"/>
        </w:rPr>
      </w:pPr>
      <w:r w:rsidRPr="000767E2">
        <w:rPr>
          <w:lang w:val="sv-SE"/>
        </w:rPr>
        <w:t>Hälsning</w:t>
      </w:r>
    </w:p>
    <w:p w14:paraId="591F7BE2" w14:textId="0872E9FA" w:rsidR="00BA33AB" w:rsidRPr="000767E2" w:rsidRDefault="00000000">
      <w:pPr>
        <w:rPr>
          <w:lang w:val="sv-SE"/>
        </w:rPr>
      </w:pPr>
      <w:r w:rsidRPr="000767E2">
        <w:rPr>
          <w:lang w:val="sv-SE"/>
        </w:rPr>
        <w:t>[[@</w:t>
      </w:r>
      <w:r w:rsidR="0096445B" w:rsidRPr="000767E2">
        <w:rPr>
          <w:lang w:val="sv-SE"/>
        </w:rPr>
        <w:t>BibleBIBEL82</w:t>
      </w:r>
      <w:r w:rsidRPr="000767E2">
        <w:rPr>
          <w:lang w:val="sv-SE"/>
        </w:rPr>
        <w:t>:3John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den äldste. Till den älskade Gaius, som jag älskar i sanning.{{field-off:bible}} [[@</w:t>
      </w:r>
      <w:r w:rsidR="0096445B" w:rsidRPr="000767E2">
        <w:rPr>
          <w:lang w:val="sv-SE"/>
        </w:rPr>
        <w:t>BibleBIBEL82</w:t>
      </w:r>
      <w:r w:rsidRPr="000767E2">
        <w:rPr>
          <w:lang w:val="sv-SE"/>
        </w:rPr>
        <w:t>:3John 1:2]]</w:t>
      </w:r>
      <w:r w:rsidRPr="000767E2">
        <w:rPr>
          <w:vertAlign w:val="superscript"/>
          <w:lang w:val="sv-SE"/>
        </w:rPr>
        <w:t>2</w:t>
      </w:r>
      <w:r w:rsidRPr="000767E2">
        <w:rPr>
          <w:lang w:val="sv-SE"/>
        </w:rPr>
        <w:t xml:space="preserve"> {{field-on:bible}}Älskade </w:t>
      </w:r>
      <w:r w:rsidRPr="000767E2">
        <w:rPr>
          <w:i/>
          <w:lang w:val="sv-SE"/>
        </w:rPr>
        <w:t>vän</w:t>
      </w:r>
      <w:r w:rsidRPr="000767E2">
        <w:rPr>
          <w:lang w:val="sv-SE"/>
        </w:rPr>
        <w:t>, i allt önskeber jag att du har välgång och är frisk, liksom din själ har välgång.{{field-off:bible}} [[@</w:t>
      </w:r>
      <w:r w:rsidR="0096445B" w:rsidRPr="000767E2">
        <w:rPr>
          <w:lang w:val="sv-SE"/>
        </w:rPr>
        <w:t>BibleBIBEL82</w:t>
      </w:r>
      <w:r w:rsidRPr="000767E2">
        <w:rPr>
          <w:lang w:val="sv-SE"/>
        </w:rPr>
        <w:t>:3John 1:3]]</w:t>
      </w:r>
      <w:r w:rsidRPr="000767E2">
        <w:rPr>
          <w:vertAlign w:val="superscript"/>
          <w:lang w:val="sv-SE"/>
        </w:rPr>
        <w:t>3</w:t>
      </w:r>
      <w:r w:rsidRPr="000767E2">
        <w:rPr>
          <w:lang w:val="sv-SE"/>
        </w:rPr>
        <w:t xml:space="preserve"> {{field-on:bible}}För jag gladde mig väldigt när </w:t>
      </w:r>
      <w:r w:rsidRPr="000767E2">
        <w:rPr>
          <w:i/>
          <w:lang w:val="sv-SE"/>
        </w:rPr>
        <w:t>det</w:t>
      </w:r>
      <w:r w:rsidRPr="000767E2">
        <w:rPr>
          <w:lang w:val="sv-SE"/>
        </w:rPr>
        <w:t xml:space="preserve"> kom syskon och vittnade om din sanning, liksom du vandrar i sanning.{{field-off:bible}} [[@</w:t>
      </w:r>
      <w:r w:rsidR="0096445B" w:rsidRPr="000767E2">
        <w:rPr>
          <w:lang w:val="sv-SE"/>
        </w:rPr>
        <w:t>BibleBIBEL82</w:t>
      </w:r>
      <w:r w:rsidRPr="000767E2">
        <w:rPr>
          <w:lang w:val="sv-SE"/>
        </w:rPr>
        <w:t>:3John 1:4]]</w:t>
      </w:r>
      <w:r w:rsidRPr="000767E2">
        <w:rPr>
          <w:vertAlign w:val="superscript"/>
          <w:lang w:val="sv-SE"/>
        </w:rPr>
        <w:t>4</w:t>
      </w:r>
      <w:r w:rsidRPr="000767E2">
        <w:rPr>
          <w:lang w:val="sv-SE"/>
        </w:rPr>
        <w:t xml:space="preserve"> {{field-on:bible}}Större glädje än detta har jag inte, att jag hör mina barn vandra i sanning.{{field-off:bible}}</w:t>
      </w:r>
    </w:p>
    <w:p w14:paraId="27E06EF6" w14:textId="77777777" w:rsidR="00BA33AB" w:rsidRPr="000767E2" w:rsidRDefault="00000000">
      <w:pPr>
        <w:pStyle w:val="Rubrik3"/>
        <w:rPr>
          <w:lang w:val="sv-SE"/>
        </w:rPr>
      </w:pPr>
      <w:r w:rsidRPr="000767E2">
        <w:rPr>
          <w:lang w:val="sv-SE"/>
        </w:rPr>
        <w:t>Stöd åt resande syskon</w:t>
      </w:r>
    </w:p>
    <w:p w14:paraId="680D8F62" w14:textId="631CABE0" w:rsidR="00BA33AB" w:rsidRPr="000767E2" w:rsidRDefault="00000000">
      <w:pPr>
        <w:rPr>
          <w:lang w:val="sv-SE"/>
        </w:rPr>
      </w:pPr>
      <w:r w:rsidRPr="000767E2">
        <w:rPr>
          <w:lang w:val="sv-SE"/>
        </w:rPr>
        <w:t>[[@</w:t>
      </w:r>
      <w:r w:rsidR="0096445B" w:rsidRPr="000767E2">
        <w:rPr>
          <w:lang w:val="sv-SE"/>
        </w:rPr>
        <w:t>BibleBIBEL82</w:t>
      </w:r>
      <w:r w:rsidRPr="000767E2">
        <w:rPr>
          <w:lang w:val="sv-SE"/>
        </w:rPr>
        <w:t>:3John 1:5]]</w:t>
      </w:r>
      <w:r w:rsidRPr="000767E2">
        <w:rPr>
          <w:vertAlign w:val="superscript"/>
          <w:lang w:val="sv-SE"/>
        </w:rPr>
        <w:t>5</w:t>
      </w:r>
      <w:r w:rsidRPr="000767E2">
        <w:rPr>
          <w:lang w:val="sv-SE"/>
        </w:rPr>
        <w:t xml:space="preserve"> {{field-on:bible}}Älskade </w:t>
      </w:r>
      <w:r w:rsidRPr="000767E2">
        <w:rPr>
          <w:i/>
          <w:lang w:val="sv-SE"/>
        </w:rPr>
        <w:t>vän</w:t>
      </w:r>
      <w:r w:rsidRPr="000767E2">
        <w:rPr>
          <w:lang w:val="sv-SE"/>
        </w:rPr>
        <w:t xml:space="preserve">, trofast gör du det du utför för syskonen, och detta </w:t>
      </w:r>
      <w:r w:rsidRPr="000767E2">
        <w:rPr>
          <w:i/>
          <w:lang w:val="sv-SE"/>
        </w:rPr>
        <w:t>för</w:t>
      </w:r>
      <w:r w:rsidRPr="000767E2">
        <w:rPr>
          <w:lang w:val="sv-SE"/>
        </w:rPr>
        <w:t xml:space="preserve"> främlingar.{{field-off:bible}} [[@</w:t>
      </w:r>
      <w:r w:rsidR="0096445B" w:rsidRPr="000767E2">
        <w:rPr>
          <w:lang w:val="sv-SE"/>
        </w:rPr>
        <w:t>BibleBIBEL82</w:t>
      </w:r>
      <w:r w:rsidRPr="000767E2">
        <w:rPr>
          <w:lang w:val="sv-SE"/>
        </w:rPr>
        <w:t>:3John 1:6]]</w:t>
      </w:r>
      <w:r w:rsidRPr="000767E2">
        <w:rPr>
          <w:vertAlign w:val="superscript"/>
          <w:lang w:val="sv-SE"/>
        </w:rPr>
        <w:t>6</w:t>
      </w:r>
      <w:r w:rsidRPr="000767E2">
        <w:rPr>
          <w:lang w:val="sv-SE"/>
        </w:rPr>
        <w:t xml:space="preserve"> {{field-on:bible}}De har vittnat om din kärlek inför församlingen. Dem ska du göra väl i att hjälpa iväg värdigt Gud,{{field-off:bible}} [[@</w:t>
      </w:r>
      <w:r w:rsidR="0096445B" w:rsidRPr="000767E2">
        <w:rPr>
          <w:lang w:val="sv-SE"/>
        </w:rPr>
        <w:t>BibleBIBEL82</w:t>
      </w:r>
      <w:r w:rsidRPr="000767E2">
        <w:rPr>
          <w:lang w:val="sv-SE"/>
        </w:rPr>
        <w:t>:3John 1:7]]</w:t>
      </w:r>
      <w:r w:rsidRPr="000767E2">
        <w:rPr>
          <w:vertAlign w:val="superscript"/>
          <w:lang w:val="sv-SE"/>
        </w:rPr>
        <w:t>7</w:t>
      </w:r>
      <w:r w:rsidRPr="000767E2">
        <w:rPr>
          <w:lang w:val="sv-SE"/>
        </w:rPr>
        <w:t xml:space="preserve"> {{field-on:bible}}för de har gått ut för Namnet och tar inte </w:t>
      </w:r>
      <w:r w:rsidRPr="000767E2">
        <w:rPr>
          <w:i/>
          <w:lang w:val="sv-SE"/>
        </w:rPr>
        <w:t>emot</w:t>
      </w:r>
      <w:r w:rsidRPr="000767E2">
        <w:rPr>
          <w:lang w:val="sv-SE"/>
        </w:rPr>
        <w:t xml:space="preserve"> något från dem av folkslagen.{{field-off:bible}} [[@</w:t>
      </w:r>
      <w:r w:rsidR="0096445B" w:rsidRPr="000767E2">
        <w:rPr>
          <w:lang w:val="sv-SE"/>
        </w:rPr>
        <w:t>BibleBIBEL82</w:t>
      </w:r>
      <w:r w:rsidRPr="000767E2">
        <w:rPr>
          <w:lang w:val="sv-SE"/>
        </w:rPr>
        <w:t>:3John 1:8]]</w:t>
      </w:r>
      <w:r w:rsidRPr="000767E2">
        <w:rPr>
          <w:vertAlign w:val="superscript"/>
          <w:lang w:val="sv-SE"/>
        </w:rPr>
        <w:t>8</w:t>
      </w:r>
      <w:r w:rsidRPr="000767E2">
        <w:rPr>
          <w:lang w:val="sv-SE"/>
        </w:rPr>
        <w:t xml:space="preserve"> {{field-on:bible}}Vi är därför skyldiga att ta oss an sådana, så att vi blir medarbetare för sanningen.{{field-off:bible}}</w:t>
      </w:r>
    </w:p>
    <w:p w14:paraId="6B428F65" w14:textId="652ACD9F" w:rsidR="00BA33AB" w:rsidRPr="000767E2" w:rsidRDefault="00000000">
      <w:pPr>
        <w:rPr>
          <w:lang w:val="sv-SE"/>
        </w:rPr>
      </w:pPr>
      <w:r w:rsidRPr="000767E2">
        <w:rPr>
          <w:lang w:val="sv-SE"/>
        </w:rPr>
        <w:t>[[@</w:t>
      </w:r>
      <w:r w:rsidR="0096445B" w:rsidRPr="000767E2">
        <w:rPr>
          <w:lang w:val="sv-SE"/>
        </w:rPr>
        <w:t>BibleBIBEL82</w:t>
      </w:r>
      <w:r w:rsidRPr="000767E2">
        <w:rPr>
          <w:lang w:val="sv-SE"/>
        </w:rPr>
        <w:t>:3John 1:9]]</w:t>
      </w:r>
      <w:r w:rsidRPr="000767E2">
        <w:rPr>
          <w:vertAlign w:val="superscript"/>
          <w:lang w:val="sv-SE"/>
        </w:rPr>
        <w:t>9</w:t>
      </w:r>
      <w:r w:rsidRPr="000767E2">
        <w:rPr>
          <w:lang w:val="sv-SE"/>
        </w:rPr>
        <w:t xml:space="preserve"> {{field-on:bible}}Jag har skrivit lite till församlingen. Men han som älskar att vara främst av dem, Diotrefes, välkomnar oss inte.{{field-off:bible}} [[@</w:t>
      </w:r>
      <w:r w:rsidR="0096445B" w:rsidRPr="000767E2">
        <w:rPr>
          <w:lang w:val="sv-SE"/>
        </w:rPr>
        <w:t>BibleBIBEL82</w:t>
      </w:r>
      <w:r w:rsidRPr="000767E2">
        <w:rPr>
          <w:lang w:val="sv-SE"/>
        </w:rPr>
        <w:t>:3John 1:10]]</w:t>
      </w:r>
      <w:r w:rsidRPr="000767E2">
        <w:rPr>
          <w:vertAlign w:val="superscript"/>
          <w:lang w:val="sv-SE"/>
        </w:rPr>
        <w:t>10</w:t>
      </w:r>
      <w:r w:rsidRPr="000767E2">
        <w:rPr>
          <w:lang w:val="sv-SE"/>
        </w:rPr>
        <w:t xml:space="preserve"> {{field-on:bible}}Därför, när jag kommer, ska jag påminna om hans gärningar som han gör när han med onda ord sladdrar om oss. Och han nöjer sig inte med detta: själv välkomnar han heller inte syskonen, och dem som önskar </w:t>
      </w:r>
      <w:r w:rsidRPr="000767E2">
        <w:rPr>
          <w:i/>
          <w:lang w:val="sv-SE"/>
        </w:rPr>
        <w:t>det</w:t>
      </w:r>
      <w:r w:rsidRPr="000767E2">
        <w:rPr>
          <w:lang w:val="sv-SE"/>
        </w:rPr>
        <w:t xml:space="preserve"> hindrar han och driver ut ur församlingen.{{field-off:bible}}</w:t>
      </w:r>
    </w:p>
    <w:p w14:paraId="73840C00" w14:textId="403C8B14" w:rsidR="00BA33AB" w:rsidRPr="000767E2" w:rsidRDefault="00000000">
      <w:pPr>
        <w:rPr>
          <w:lang w:val="sv-SE"/>
        </w:rPr>
      </w:pPr>
      <w:r w:rsidRPr="000767E2">
        <w:rPr>
          <w:lang w:val="sv-SE"/>
        </w:rPr>
        <w:t>[[@</w:t>
      </w:r>
      <w:r w:rsidR="0096445B" w:rsidRPr="000767E2">
        <w:rPr>
          <w:lang w:val="sv-SE"/>
        </w:rPr>
        <w:t>BibleBIBEL82</w:t>
      </w:r>
      <w:r w:rsidRPr="000767E2">
        <w:rPr>
          <w:lang w:val="sv-SE"/>
        </w:rPr>
        <w:t>:3John 1:11]]</w:t>
      </w:r>
      <w:r w:rsidRPr="000767E2">
        <w:rPr>
          <w:vertAlign w:val="superscript"/>
          <w:lang w:val="sv-SE"/>
        </w:rPr>
        <w:t>11</w:t>
      </w:r>
      <w:r w:rsidRPr="000767E2">
        <w:rPr>
          <w:lang w:val="sv-SE"/>
        </w:rPr>
        <w:t xml:space="preserve"> {{field-on:bible}}Älskade </w:t>
      </w:r>
      <w:r w:rsidRPr="000767E2">
        <w:rPr>
          <w:i/>
          <w:lang w:val="sv-SE"/>
        </w:rPr>
        <w:t>vän</w:t>
      </w:r>
      <w:r w:rsidRPr="000767E2">
        <w:rPr>
          <w:lang w:val="sv-SE"/>
        </w:rPr>
        <w:t>, imitera inte det onda utan det goda. Den som gör gott är av Gud. Den som gör illa har inte sett Gud.{{field-off:bible}} [[@</w:t>
      </w:r>
      <w:r w:rsidR="0096445B" w:rsidRPr="000767E2">
        <w:rPr>
          <w:lang w:val="sv-SE"/>
        </w:rPr>
        <w:t>BibleBIBEL82</w:t>
      </w:r>
      <w:r w:rsidRPr="000767E2">
        <w:rPr>
          <w:lang w:val="sv-SE"/>
        </w:rPr>
        <w:t>:3John 1:12]]</w:t>
      </w:r>
      <w:r w:rsidRPr="000767E2">
        <w:rPr>
          <w:vertAlign w:val="superscript"/>
          <w:lang w:val="sv-SE"/>
        </w:rPr>
        <w:t>12</w:t>
      </w:r>
      <w:r w:rsidRPr="000767E2">
        <w:rPr>
          <w:lang w:val="sv-SE"/>
        </w:rPr>
        <w:t xml:space="preserve"> {{field-on:bible}}Om Demetrios har </w:t>
      </w:r>
      <w:r w:rsidRPr="000767E2">
        <w:rPr>
          <w:i/>
          <w:lang w:val="sv-SE"/>
        </w:rPr>
        <w:t>det</w:t>
      </w:r>
      <w:r w:rsidRPr="000767E2">
        <w:rPr>
          <w:lang w:val="sv-SE"/>
        </w:rPr>
        <w:t xml:space="preserve"> vittnats av alla, även av själva sanningen. Och även vi vittnar, och du vet att vårt vittnesbörd är sant.{{field-off:bible}}</w:t>
      </w:r>
    </w:p>
    <w:p w14:paraId="2BCD5503" w14:textId="77777777" w:rsidR="00BA33AB" w:rsidRPr="000767E2" w:rsidRDefault="00000000">
      <w:pPr>
        <w:pStyle w:val="Rubrik3"/>
        <w:rPr>
          <w:lang w:val="sv-SE"/>
        </w:rPr>
      </w:pPr>
      <w:r w:rsidRPr="000767E2">
        <w:rPr>
          <w:lang w:val="sv-SE"/>
        </w:rPr>
        <w:t>Slutord</w:t>
      </w:r>
    </w:p>
    <w:p w14:paraId="7F43150D" w14:textId="38F00A0F" w:rsidR="00BA33AB" w:rsidRPr="000767E2" w:rsidRDefault="00000000">
      <w:pPr>
        <w:rPr>
          <w:lang w:val="sv-SE"/>
        </w:rPr>
      </w:pPr>
      <w:r w:rsidRPr="000767E2">
        <w:rPr>
          <w:lang w:val="sv-SE"/>
        </w:rPr>
        <w:t>[[@</w:t>
      </w:r>
      <w:r w:rsidR="0096445B" w:rsidRPr="000767E2">
        <w:rPr>
          <w:lang w:val="sv-SE"/>
        </w:rPr>
        <w:t>BibleBIBEL82</w:t>
      </w:r>
      <w:r w:rsidRPr="000767E2">
        <w:rPr>
          <w:lang w:val="sv-SE"/>
        </w:rPr>
        <w:t>:3John 1:13]]</w:t>
      </w:r>
      <w:r w:rsidRPr="000767E2">
        <w:rPr>
          <w:vertAlign w:val="superscript"/>
          <w:lang w:val="sv-SE"/>
        </w:rPr>
        <w:t>13</w:t>
      </w:r>
      <w:r w:rsidRPr="000767E2">
        <w:rPr>
          <w:lang w:val="sv-SE"/>
        </w:rPr>
        <w:t xml:space="preserve"> {{field-on:bible}}Jag hade mycket att skriva till dig, </w:t>
      </w:r>
      <w:r w:rsidRPr="000767E2">
        <w:rPr>
          <w:i/>
          <w:lang w:val="sv-SE"/>
        </w:rPr>
        <w:t>men</w:t>
      </w:r>
      <w:r w:rsidRPr="000767E2">
        <w:rPr>
          <w:lang w:val="sv-SE"/>
        </w:rPr>
        <w:t xml:space="preserve"> vill inte med bläck och penna skriva till dig.{{field-off:bible}} [[@</w:t>
      </w:r>
      <w:r w:rsidR="0096445B" w:rsidRPr="000767E2">
        <w:rPr>
          <w:lang w:val="sv-SE"/>
        </w:rPr>
        <w:t>BibleBIBEL82</w:t>
      </w:r>
      <w:r w:rsidRPr="000767E2">
        <w:rPr>
          <w:lang w:val="sv-SE"/>
        </w:rPr>
        <w:t>:3John 1:14]]</w:t>
      </w:r>
      <w:r w:rsidRPr="000767E2">
        <w:rPr>
          <w:vertAlign w:val="superscript"/>
          <w:lang w:val="sv-SE"/>
        </w:rPr>
        <w:t>14</w:t>
      </w:r>
      <w:r w:rsidRPr="000767E2">
        <w:rPr>
          <w:lang w:val="sv-SE"/>
        </w:rPr>
        <w:t xml:space="preserve"> </w:t>
      </w:r>
      <w:r w:rsidRPr="000767E2">
        <w:rPr>
          <w:lang w:val="sv-SE"/>
        </w:rPr>
        <w:lastRenderedPageBreak/>
        <w:t xml:space="preserve">{{field-on:bible}}Men jag hoppas direkt </w:t>
      </w:r>
      <w:r w:rsidRPr="000767E2">
        <w:rPr>
          <w:i/>
          <w:lang w:val="sv-SE"/>
        </w:rPr>
        <w:t>få</w:t>
      </w:r>
      <w:r w:rsidRPr="000767E2">
        <w:rPr>
          <w:lang w:val="sv-SE"/>
        </w:rPr>
        <w:t xml:space="preserve"> se dig, och vi ska tala mun till mun.{{field-off:bible}} [[@</w:t>
      </w:r>
      <w:r w:rsidR="0096445B" w:rsidRPr="000767E2">
        <w:rPr>
          <w:lang w:val="sv-SE"/>
        </w:rPr>
        <w:t>BibleBIBEL82</w:t>
      </w:r>
      <w:r w:rsidRPr="000767E2">
        <w:rPr>
          <w:lang w:val="sv-SE"/>
        </w:rPr>
        <w:t>:3John 1:15]]</w:t>
      </w:r>
      <w:r w:rsidRPr="000767E2">
        <w:rPr>
          <w:vertAlign w:val="superscript"/>
          <w:lang w:val="sv-SE"/>
        </w:rPr>
        <w:t>15</w:t>
      </w:r>
      <w:r w:rsidRPr="000767E2">
        <w:rPr>
          <w:lang w:val="sv-SE"/>
        </w:rPr>
        <w:t xml:space="preserve"> {{field-on:bible}}Frid till dig. Hälsar dig </w:t>
      </w:r>
      <w:r w:rsidRPr="000767E2">
        <w:rPr>
          <w:i/>
          <w:lang w:val="sv-SE"/>
        </w:rPr>
        <w:t>gör</w:t>
      </w:r>
      <w:r w:rsidRPr="000767E2">
        <w:rPr>
          <w:lang w:val="sv-SE"/>
        </w:rPr>
        <w:t xml:space="preserve"> vännerna. Hälsa vännerna efter namn.{{field-off:bible}}</w:t>
      </w:r>
    </w:p>
    <w:p w14:paraId="4B8B8012" w14:textId="0DDC264D"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:Jude]]Judas brev</w:t>
      </w:r>
    </w:p>
    <w:p w14:paraId="41BCFF31" w14:textId="77777777" w:rsidR="00BA33AB" w:rsidRPr="000767E2" w:rsidRDefault="00000000">
      <w:pPr>
        <w:pStyle w:val="Rubrik2"/>
        <w:rPr>
          <w:lang w:val="sv-SE"/>
        </w:rPr>
      </w:pPr>
      <w:r w:rsidRPr="000767E2">
        <w:rPr>
          <w:lang w:val="sv-SE"/>
        </w:rPr>
        <w:t>Kapitel 1</w:t>
      </w:r>
    </w:p>
    <w:p w14:paraId="0A96CDAD" w14:textId="77777777" w:rsidR="00BA33AB" w:rsidRPr="000767E2" w:rsidRDefault="00000000">
      <w:pPr>
        <w:pStyle w:val="Rubrik3"/>
        <w:rPr>
          <w:lang w:val="sv-SE"/>
        </w:rPr>
      </w:pPr>
      <w:r w:rsidRPr="000767E2">
        <w:rPr>
          <w:lang w:val="sv-SE"/>
        </w:rPr>
        <w:t>Hälsning</w:t>
      </w:r>
    </w:p>
    <w:p w14:paraId="565D1547" w14:textId="073BE52F" w:rsidR="00BA33AB" w:rsidRPr="000767E2" w:rsidRDefault="00000000">
      <w:pPr>
        <w:rPr>
          <w:lang w:val="sv-SE"/>
        </w:rPr>
      </w:pPr>
      <w:r w:rsidRPr="000767E2">
        <w:rPr>
          <w:lang w:val="sv-SE"/>
        </w:rPr>
        <w:t>[[@</w:t>
      </w:r>
      <w:r w:rsidR="0096445B" w:rsidRPr="000767E2">
        <w:rPr>
          <w:lang w:val="sv-SE"/>
        </w:rPr>
        <w:t>BibleBIBEL82</w:t>
      </w:r>
      <w:r w:rsidRPr="000767E2">
        <w:rPr>
          <w:lang w:val="sv-SE"/>
        </w:rPr>
        <w:t>:Jude 1:1]]</w:t>
      </w:r>
      <w:r w:rsidRPr="000767E2">
        <w:rPr>
          <w:vertAlign w:val="superscript"/>
          <w:lang w:val="sv-SE"/>
        </w:rPr>
        <w:t>1</w:t>
      </w:r>
      <w:r w:rsidRPr="000767E2">
        <w:rPr>
          <w:lang w:val="sv-SE"/>
        </w:rPr>
        <w:t xml:space="preserve"> {{field-on:bible}}</w:t>
      </w:r>
      <w:r w:rsidRPr="000767E2">
        <w:rPr>
          <w:i/>
          <w:lang w:val="sv-SE"/>
        </w:rPr>
        <w:t>Från</w:t>
      </w:r>
      <w:r w:rsidRPr="000767E2">
        <w:rPr>
          <w:lang w:val="sv-SE"/>
        </w:rPr>
        <w:t xml:space="preserve"> Judas, Jesu Kristi fasttjänare och Jakobs bror. Till dem </w:t>
      </w:r>
      <w:r w:rsidRPr="000767E2">
        <w:rPr>
          <w:i/>
          <w:lang w:val="sv-SE"/>
        </w:rPr>
        <w:t>som</w:t>
      </w:r>
      <w:r w:rsidRPr="000767E2">
        <w:rPr>
          <w:lang w:val="sv-SE"/>
        </w:rPr>
        <w:t xml:space="preserve"> </w:t>
      </w:r>
      <w:r w:rsidRPr="000767E2">
        <w:rPr>
          <w:i/>
          <w:lang w:val="sv-SE"/>
        </w:rPr>
        <w:t>är</w:t>
      </w:r>
      <w:r w:rsidRPr="000767E2">
        <w:rPr>
          <w:lang w:val="sv-SE"/>
        </w:rPr>
        <w:t xml:space="preserve"> älskade i Gud Fader och bevarade åt Jesus Kristus, </w:t>
      </w:r>
      <w:r w:rsidRPr="000767E2">
        <w:rPr>
          <w:i/>
          <w:lang w:val="sv-SE"/>
        </w:rPr>
        <w:t>de</w:t>
      </w:r>
      <w:r w:rsidRPr="000767E2">
        <w:rPr>
          <w:lang w:val="sv-SE"/>
        </w:rPr>
        <w:t xml:space="preserve"> kallade:{{field-off:bible}} [[@</w:t>
      </w:r>
      <w:r w:rsidR="0096445B" w:rsidRPr="000767E2">
        <w:rPr>
          <w:lang w:val="sv-SE"/>
        </w:rPr>
        <w:t>BibleBIBEL82</w:t>
      </w:r>
      <w:r w:rsidRPr="000767E2">
        <w:rPr>
          <w:lang w:val="sv-SE"/>
        </w:rPr>
        <w:t>:Jude 1:2]]</w:t>
      </w:r>
      <w:r w:rsidRPr="000767E2">
        <w:rPr>
          <w:vertAlign w:val="superscript"/>
          <w:lang w:val="sv-SE"/>
        </w:rPr>
        <w:t>2</w:t>
      </w:r>
      <w:r w:rsidRPr="000767E2">
        <w:rPr>
          <w:lang w:val="sv-SE"/>
        </w:rPr>
        <w:t xml:space="preserve"> {{field-on:bible}}Barmhärtighet åt er och frid och kärlek må förökas.{{field-off:bible}}</w:t>
      </w:r>
    </w:p>
    <w:p w14:paraId="4C061DCF" w14:textId="77777777" w:rsidR="00BA33AB" w:rsidRPr="000767E2" w:rsidRDefault="00000000">
      <w:pPr>
        <w:pStyle w:val="Rubrik3"/>
        <w:rPr>
          <w:lang w:val="sv-SE"/>
        </w:rPr>
      </w:pPr>
      <w:r w:rsidRPr="000767E2">
        <w:rPr>
          <w:lang w:val="sv-SE"/>
        </w:rPr>
        <w:t>Kämpa för tron</w:t>
      </w:r>
    </w:p>
    <w:p w14:paraId="21B25FF3" w14:textId="0F40A99D" w:rsidR="00BA33AB" w:rsidRPr="000767E2" w:rsidRDefault="00000000">
      <w:pPr>
        <w:rPr>
          <w:lang w:val="sv-SE"/>
        </w:rPr>
      </w:pPr>
      <w:r w:rsidRPr="000767E2">
        <w:rPr>
          <w:lang w:val="sv-SE"/>
        </w:rPr>
        <w:t>[[@</w:t>
      </w:r>
      <w:r w:rsidR="0096445B" w:rsidRPr="000767E2">
        <w:rPr>
          <w:lang w:val="sv-SE"/>
        </w:rPr>
        <w:t>BibleBIBEL82</w:t>
      </w:r>
      <w:r w:rsidRPr="000767E2">
        <w:rPr>
          <w:lang w:val="sv-SE"/>
        </w:rPr>
        <w:t>:Jude 1:3]]</w:t>
      </w:r>
      <w:r w:rsidRPr="000767E2">
        <w:rPr>
          <w:vertAlign w:val="superscript"/>
          <w:lang w:val="sv-SE"/>
        </w:rPr>
        <w:t>3</w:t>
      </w:r>
      <w:r w:rsidRPr="000767E2">
        <w:rPr>
          <w:lang w:val="sv-SE"/>
        </w:rPr>
        <w:t xml:space="preserve"> {{field-on:bible}}</w:t>
      </w:r>
      <w:r w:rsidRPr="000767E2">
        <w:rPr>
          <w:i/>
          <w:lang w:val="sv-SE"/>
        </w:rPr>
        <w:t>Mina</w:t>
      </w:r>
      <w:r w:rsidRPr="000767E2">
        <w:rPr>
          <w:lang w:val="sv-SE"/>
        </w:rPr>
        <w:t xml:space="preserve"> älskade, medan jag gjorde all iver att skriva till er om vår gemensamma frälsning, fick jag nödtvång att skriva till er och uppmana </w:t>
      </w:r>
      <w:r w:rsidRPr="000767E2">
        <w:rPr>
          <w:i/>
          <w:lang w:val="sv-SE"/>
        </w:rPr>
        <w:t>till</w:t>
      </w:r>
      <w:r w:rsidRPr="000767E2">
        <w:rPr>
          <w:lang w:val="sv-SE"/>
        </w:rPr>
        <w:t xml:space="preserve"> att kämpa för den tro som en gång överlämnats åt de heliga.{{field-off:bible}} [[@</w:t>
      </w:r>
      <w:r w:rsidR="0096445B" w:rsidRPr="000767E2">
        <w:rPr>
          <w:lang w:val="sv-SE"/>
        </w:rPr>
        <w:t>BibleBIBEL82</w:t>
      </w:r>
      <w:r w:rsidRPr="000767E2">
        <w:rPr>
          <w:lang w:val="sv-SE"/>
        </w:rPr>
        <w:t>:Jude 1:4]]</w:t>
      </w:r>
      <w:r w:rsidRPr="000767E2">
        <w:rPr>
          <w:vertAlign w:val="superscript"/>
          <w:lang w:val="sv-SE"/>
        </w:rPr>
        <w:t>4</w:t>
      </w:r>
      <w:r w:rsidRPr="000767E2">
        <w:rPr>
          <w:lang w:val="sv-SE"/>
        </w:rPr>
        <w:t xml:space="preserve"> {{field-on:bible}}För </w:t>
      </w:r>
      <w:r w:rsidRPr="000767E2">
        <w:rPr>
          <w:i/>
          <w:lang w:val="sv-SE"/>
        </w:rPr>
        <w:t>det</w:t>
      </w:r>
      <w:r w:rsidRPr="000767E2">
        <w:rPr>
          <w:lang w:val="sv-SE"/>
        </w:rPr>
        <w:t xml:space="preserve"> har nästlat sig in några människor som sedan länge förut är skrivna till denna dom, ogudaktiga som förändrar vår Guds nåd till hämningslöshet och förnekar vår ende Härskare och Herre Jesus Kristus.{{field-off:bible}}</w:t>
      </w:r>
    </w:p>
    <w:p w14:paraId="5317A745" w14:textId="77777777" w:rsidR="00BA33AB" w:rsidRPr="000767E2" w:rsidRDefault="00000000">
      <w:pPr>
        <w:pStyle w:val="Rubrik3"/>
        <w:rPr>
          <w:lang w:val="sv-SE"/>
        </w:rPr>
      </w:pPr>
      <w:r w:rsidRPr="000767E2">
        <w:rPr>
          <w:lang w:val="sv-SE"/>
        </w:rPr>
        <w:t>Varning för falska lärare</w:t>
      </w:r>
    </w:p>
    <w:p w14:paraId="4D78F289" w14:textId="745C7757" w:rsidR="00BA33AB" w:rsidRPr="000767E2" w:rsidRDefault="00000000">
      <w:pPr>
        <w:rPr>
          <w:lang w:val="sv-SE"/>
        </w:rPr>
      </w:pPr>
      <w:r w:rsidRPr="000767E2">
        <w:rPr>
          <w:lang w:val="sv-SE"/>
        </w:rPr>
        <w:t>[[@</w:t>
      </w:r>
      <w:r w:rsidR="0096445B" w:rsidRPr="000767E2">
        <w:rPr>
          <w:lang w:val="sv-SE"/>
        </w:rPr>
        <w:t>BibleBIBEL82</w:t>
      </w:r>
      <w:r w:rsidRPr="000767E2">
        <w:rPr>
          <w:lang w:val="sv-SE"/>
        </w:rPr>
        <w:t>:Jude 1:5]]</w:t>
      </w:r>
      <w:r w:rsidRPr="000767E2">
        <w:rPr>
          <w:vertAlign w:val="superscript"/>
          <w:lang w:val="sv-SE"/>
        </w:rPr>
        <w:t>5</w:t>
      </w:r>
      <w:r w:rsidRPr="000767E2">
        <w:rPr>
          <w:lang w:val="sv-SE"/>
        </w:rPr>
        <w:t xml:space="preserve"> {{field-on:bible}}Men jag önskar påminna er, då ni en gång har förstått allt, att när Jesus frälste ett folk ur Egypten förgjorde han </w:t>
      </w:r>
      <w:r w:rsidRPr="000767E2">
        <w:rPr>
          <w:i/>
          <w:lang w:val="sv-SE"/>
        </w:rPr>
        <w:t>i</w:t>
      </w:r>
      <w:r w:rsidRPr="000767E2">
        <w:rPr>
          <w:lang w:val="sv-SE"/>
        </w:rPr>
        <w:t xml:space="preserve"> andra </w:t>
      </w:r>
      <w:r w:rsidRPr="000767E2">
        <w:rPr>
          <w:i/>
          <w:lang w:val="sv-SE"/>
        </w:rPr>
        <w:t>vändan</w:t>
      </w:r>
      <w:r w:rsidRPr="000767E2">
        <w:rPr>
          <w:lang w:val="sv-SE"/>
        </w:rPr>
        <w:t xml:space="preserve"> dem som inte trodde.{{field-off:bible}} [[@</w:t>
      </w:r>
      <w:r w:rsidR="0096445B" w:rsidRPr="000767E2">
        <w:rPr>
          <w:lang w:val="sv-SE"/>
        </w:rPr>
        <w:t>BibleBIBEL82</w:t>
      </w:r>
      <w:r w:rsidRPr="000767E2">
        <w:rPr>
          <w:lang w:val="sv-SE"/>
        </w:rPr>
        <w:t>:Jude 1:6]]</w:t>
      </w:r>
      <w:r w:rsidRPr="000767E2">
        <w:rPr>
          <w:vertAlign w:val="superscript"/>
          <w:lang w:val="sv-SE"/>
        </w:rPr>
        <w:t>6</w:t>
      </w:r>
      <w:r w:rsidRPr="000767E2">
        <w:rPr>
          <w:lang w:val="sv-SE"/>
        </w:rPr>
        <w:t xml:space="preserve"> {{field-on:bible}}Och änglar som inte bevarade sin myndighet utan lämnade den egna boningen har han förvarat till en stor dags dom med eviga bojor under dunkel,{{field-off:bible}} [[@</w:t>
      </w:r>
      <w:r w:rsidR="0096445B" w:rsidRPr="000767E2">
        <w:rPr>
          <w:lang w:val="sv-SE"/>
        </w:rPr>
        <w:t>BibleBIBEL82</w:t>
      </w:r>
      <w:r w:rsidRPr="000767E2">
        <w:rPr>
          <w:lang w:val="sv-SE"/>
        </w:rPr>
        <w:t>:Jude 1:7]]</w:t>
      </w:r>
      <w:r w:rsidRPr="000767E2">
        <w:rPr>
          <w:vertAlign w:val="superscript"/>
          <w:lang w:val="sv-SE"/>
        </w:rPr>
        <w:t>7</w:t>
      </w:r>
      <w:r w:rsidRPr="000767E2">
        <w:rPr>
          <w:lang w:val="sv-SE"/>
        </w:rPr>
        <w:t xml:space="preserve"> {{field-on:bible}}såsom Sodom och Gomorra och städerna omkring dem på liknande sätt som dessa begick grov otukt och gick iväg efter annat kött och föreligger som exempel, underkastade straffdom av eonisk eld.{{field-off:bible}}</w:t>
      </w:r>
    </w:p>
    <w:p w14:paraId="33FD3DE6" w14:textId="7E5F4CDC" w:rsidR="00BA33AB" w:rsidRPr="000767E2" w:rsidRDefault="00000000">
      <w:pPr>
        <w:rPr>
          <w:lang w:val="sv-SE"/>
        </w:rPr>
      </w:pPr>
      <w:r w:rsidRPr="000767E2">
        <w:rPr>
          <w:lang w:val="sv-SE"/>
        </w:rPr>
        <w:t>[[@</w:t>
      </w:r>
      <w:r w:rsidR="0096445B" w:rsidRPr="000767E2">
        <w:rPr>
          <w:lang w:val="sv-SE"/>
        </w:rPr>
        <w:t>BibleBIBEL82</w:t>
      </w:r>
      <w:r w:rsidRPr="000767E2">
        <w:rPr>
          <w:lang w:val="sv-SE"/>
        </w:rPr>
        <w:t>:Jude 1:8]]</w:t>
      </w:r>
      <w:r w:rsidRPr="000767E2">
        <w:rPr>
          <w:vertAlign w:val="superscript"/>
          <w:lang w:val="sv-SE"/>
        </w:rPr>
        <w:t>8</w:t>
      </w:r>
      <w:r w:rsidRPr="000767E2">
        <w:rPr>
          <w:lang w:val="sv-SE"/>
        </w:rPr>
        <w:t xml:space="preserve"> {{field-on:bible}}Likaså befläckar dock även dessa drömmande köttet, och de avvisar herradöme och smädar härligheter.{{field-off:bible}} [[@</w:t>
      </w:r>
      <w:r w:rsidR="0096445B" w:rsidRPr="000767E2">
        <w:rPr>
          <w:lang w:val="sv-SE"/>
        </w:rPr>
        <w:t>BibleBIBEL82</w:t>
      </w:r>
      <w:r w:rsidRPr="000767E2">
        <w:rPr>
          <w:lang w:val="sv-SE"/>
        </w:rPr>
        <w:t>:Jude 1:9]]</w:t>
      </w:r>
      <w:r w:rsidRPr="000767E2">
        <w:rPr>
          <w:vertAlign w:val="superscript"/>
          <w:lang w:val="sv-SE"/>
        </w:rPr>
        <w:t>9</w:t>
      </w:r>
      <w:r w:rsidRPr="000767E2">
        <w:rPr>
          <w:lang w:val="sv-SE"/>
        </w:rPr>
        <w:t xml:space="preserve"> {{field-on:bible}}Men ärkeängeln Mikael, när han med djävulen dividerade och resonerade om Moses kropp, vågade inte påföra en dom av smädelse utan sade: ”Må Herren näpsa dig.”{{field-off:bible}} [[@</w:t>
      </w:r>
      <w:r w:rsidR="0096445B" w:rsidRPr="000767E2">
        <w:rPr>
          <w:lang w:val="sv-SE"/>
        </w:rPr>
        <w:t>BibleBIBEL82</w:t>
      </w:r>
      <w:r w:rsidRPr="000767E2">
        <w:rPr>
          <w:lang w:val="sv-SE"/>
        </w:rPr>
        <w:t>:Jude 1:10]]</w:t>
      </w:r>
      <w:r w:rsidRPr="000767E2">
        <w:rPr>
          <w:vertAlign w:val="superscript"/>
          <w:lang w:val="sv-SE"/>
        </w:rPr>
        <w:t>10</w:t>
      </w:r>
      <w:r w:rsidRPr="000767E2">
        <w:rPr>
          <w:lang w:val="sv-SE"/>
        </w:rPr>
        <w:t xml:space="preserve"> {{field-on:bible}}Men dessa smädar vad de inte känner till, och vad de naturligt såsom de oskäliga djuren vet, med detta fördärvar de sig.{{field-off:bible}}</w:t>
      </w:r>
    </w:p>
    <w:p w14:paraId="153C6903" w14:textId="5835911C" w:rsidR="00BA33AB" w:rsidRPr="000767E2" w:rsidRDefault="00000000">
      <w:pPr>
        <w:rPr>
          <w:lang w:val="sv-SE"/>
        </w:rPr>
      </w:pPr>
      <w:r>
        <w:t>[[@</w:t>
      </w:r>
      <w:r w:rsidR="0096445B">
        <w:t>BibleBIBEL</w:t>
      </w:r>
      <w:proofErr w:type="gramStart"/>
      <w:r w:rsidR="0096445B">
        <w:t>82</w:t>
      </w:r>
      <w:r>
        <w:t>:Jude</w:t>
      </w:r>
      <w:proofErr w:type="gramEnd"/>
      <w:r>
        <w:t xml:space="preserve"> 1:11]]</w:t>
      </w:r>
      <w:r>
        <w:rPr>
          <w:vertAlign w:val="superscript"/>
        </w:rPr>
        <w:t>11</w:t>
      </w:r>
      <w:r>
        <w:t xml:space="preserve"> {{</w:t>
      </w:r>
      <w:proofErr w:type="spellStart"/>
      <w:r>
        <w:t>field-</w:t>
      </w:r>
      <w:proofErr w:type="gramStart"/>
      <w:r>
        <w:t>on:bible</w:t>
      </w:r>
      <w:proofErr w:type="spellEnd"/>
      <w:r>
        <w:t>}}Ve</w:t>
      </w:r>
      <w:proofErr w:type="gramEnd"/>
      <w:r>
        <w:t xml:space="preserve"> dem! </w:t>
      </w:r>
      <w:r w:rsidRPr="000767E2">
        <w:rPr>
          <w:lang w:val="sv-SE"/>
        </w:rPr>
        <w:t xml:space="preserve">För på Kains väg har de farit, och i Balaams villfarelse har de mot lön utgjutit </w:t>
      </w:r>
      <w:r w:rsidRPr="000767E2">
        <w:rPr>
          <w:i/>
          <w:lang w:val="sv-SE"/>
        </w:rPr>
        <w:t>sig</w:t>
      </w:r>
      <w:r w:rsidRPr="000767E2">
        <w:rPr>
          <w:lang w:val="sv-SE"/>
        </w:rPr>
        <w:t>, och i Koras motsägelse har de gått förlorade.{{field-off:bible}} [[@</w:t>
      </w:r>
      <w:r w:rsidR="0096445B" w:rsidRPr="000767E2">
        <w:rPr>
          <w:lang w:val="sv-SE"/>
        </w:rPr>
        <w:t>BibleBIBEL82</w:t>
      </w:r>
      <w:r w:rsidRPr="000767E2">
        <w:rPr>
          <w:lang w:val="sv-SE"/>
        </w:rPr>
        <w:t>:Jude 1:12]]</w:t>
      </w:r>
      <w:r w:rsidRPr="000767E2">
        <w:rPr>
          <w:vertAlign w:val="superscript"/>
          <w:lang w:val="sv-SE"/>
        </w:rPr>
        <w:t>12</w:t>
      </w:r>
      <w:r w:rsidRPr="000767E2">
        <w:rPr>
          <w:lang w:val="sv-SE"/>
        </w:rPr>
        <w:t xml:space="preserve"> {{field-on:bible}}Dessa är reven </w:t>
      </w:r>
      <w:r w:rsidRPr="000767E2">
        <w:rPr>
          <w:lang w:val="sv-SE"/>
        </w:rPr>
        <w:lastRenderedPageBreak/>
        <w:t xml:space="preserve">vid era kärleksmåltider som kalasar tillsammans utan fruktan </w:t>
      </w:r>
      <w:r w:rsidRPr="000767E2">
        <w:rPr>
          <w:i/>
          <w:lang w:val="sv-SE"/>
        </w:rPr>
        <w:t>och</w:t>
      </w:r>
      <w:r w:rsidRPr="000767E2">
        <w:rPr>
          <w:lang w:val="sv-SE"/>
        </w:rPr>
        <w:t xml:space="preserve"> är herdar för sig själva: vattenlösa moln som av vindar förs förbi, höstträd utan frukt, två gånger döda </w:t>
      </w:r>
      <w:r w:rsidRPr="000767E2">
        <w:rPr>
          <w:i/>
          <w:lang w:val="sv-SE"/>
        </w:rPr>
        <w:t>och</w:t>
      </w:r>
      <w:r w:rsidRPr="000767E2">
        <w:rPr>
          <w:lang w:val="sv-SE"/>
        </w:rPr>
        <w:t xml:space="preserve"> upprotade,{{field-off:bible}} [[@</w:t>
      </w:r>
      <w:r w:rsidR="0096445B" w:rsidRPr="000767E2">
        <w:rPr>
          <w:lang w:val="sv-SE"/>
        </w:rPr>
        <w:t>BibleBIBEL82</w:t>
      </w:r>
      <w:r w:rsidRPr="000767E2">
        <w:rPr>
          <w:lang w:val="sv-SE"/>
        </w:rPr>
        <w:t>:Jude 1:13]]</w:t>
      </w:r>
      <w:r w:rsidRPr="000767E2">
        <w:rPr>
          <w:vertAlign w:val="superscript"/>
          <w:lang w:val="sv-SE"/>
        </w:rPr>
        <w:t>13</w:t>
      </w:r>
      <w:r w:rsidRPr="000767E2">
        <w:rPr>
          <w:lang w:val="sv-SE"/>
        </w:rPr>
        <w:t xml:space="preserve"> {{field-on:bible}}vilda havsvågor som skummar upp sina skamligheter, irrande stjärnor för vilka mörkrets dunkel till eonen är förvarat.{{field-off:bible}}</w:t>
      </w:r>
    </w:p>
    <w:p w14:paraId="4995645E" w14:textId="00DCD106" w:rsidR="00BA33AB" w:rsidRPr="000767E2" w:rsidRDefault="00000000">
      <w:pPr>
        <w:rPr>
          <w:lang w:val="sv-SE"/>
        </w:rPr>
      </w:pPr>
      <w:r w:rsidRPr="000767E2">
        <w:rPr>
          <w:lang w:val="sv-SE"/>
        </w:rPr>
        <w:t>[[@</w:t>
      </w:r>
      <w:r w:rsidR="0096445B" w:rsidRPr="000767E2">
        <w:rPr>
          <w:lang w:val="sv-SE"/>
        </w:rPr>
        <w:t>BibleBIBEL82</w:t>
      </w:r>
      <w:r w:rsidRPr="000767E2">
        <w:rPr>
          <w:lang w:val="sv-SE"/>
        </w:rPr>
        <w:t>:Jude 1:14]]</w:t>
      </w:r>
      <w:r w:rsidRPr="000767E2">
        <w:rPr>
          <w:vertAlign w:val="superscript"/>
          <w:lang w:val="sv-SE"/>
        </w:rPr>
        <w:t>14</w:t>
      </w:r>
      <w:r w:rsidRPr="000767E2">
        <w:rPr>
          <w:lang w:val="sv-SE"/>
        </w:rPr>
        <w:t xml:space="preserve"> {{field-on:bible}}Och även om dessa profeterade </w:t>
      </w:r>
      <w:r w:rsidRPr="000767E2">
        <w:rPr>
          <w:i/>
          <w:lang w:val="sv-SE"/>
        </w:rPr>
        <w:t>den</w:t>
      </w:r>
      <w:r w:rsidRPr="000767E2">
        <w:rPr>
          <w:lang w:val="sv-SE"/>
        </w:rPr>
        <w:t xml:space="preserve"> sjunde efter Adam, Henoch som sade: ”Se, Herren har kommit med sina heliga myriader,{{field-off:bible}} [[@</w:t>
      </w:r>
      <w:r w:rsidR="0096445B" w:rsidRPr="000767E2">
        <w:rPr>
          <w:lang w:val="sv-SE"/>
        </w:rPr>
        <w:t>BibleBIBEL82</w:t>
      </w:r>
      <w:r w:rsidRPr="000767E2">
        <w:rPr>
          <w:lang w:val="sv-SE"/>
        </w:rPr>
        <w:t>:Jude 1:15]]</w:t>
      </w:r>
      <w:r w:rsidRPr="000767E2">
        <w:rPr>
          <w:vertAlign w:val="superscript"/>
          <w:lang w:val="sv-SE"/>
        </w:rPr>
        <w:t>15</w:t>
      </w:r>
      <w:r w:rsidRPr="000767E2">
        <w:rPr>
          <w:lang w:val="sv-SE"/>
        </w:rPr>
        <w:t xml:space="preserve"> {{field-on:bible}}</w:t>
      </w:r>
      <w:r w:rsidRPr="000767E2">
        <w:rPr>
          <w:i/>
          <w:lang w:val="sv-SE"/>
        </w:rPr>
        <w:t>för</w:t>
      </w:r>
      <w:r w:rsidRPr="000767E2">
        <w:rPr>
          <w:lang w:val="sv-SE"/>
        </w:rPr>
        <w:t xml:space="preserve"> att göra dom mot alla och tillrättavisa varje själ för alla deras gärningar av ogudaktighet som de varit ogudaktiga med, och för allt det hårda som ogudaktiga syndare har talat mot honom.”{{field-off:bible}} [[@</w:t>
      </w:r>
      <w:r w:rsidR="0096445B" w:rsidRPr="000767E2">
        <w:rPr>
          <w:lang w:val="sv-SE"/>
        </w:rPr>
        <w:t>BibleBIBEL82</w:t>
      </w:r>
      <w:r w:rsidRPr="000767E2">
        <w:rPr>
          <w:lang w:val="sv-SE"/>
        </w:rPr>
        <w:t>:Jude 1:16]]</w:t>
      </w:r>
      <w:r w:rsidRPr="000767E2">
        <w:rPr>
          <w:vertAlign w:val="superscript"/>
          <w:lang w:val="sv-SE"/>
        </w:rPr>
        <w:t>16</w:t>
      </w:r>
      <w:r w:rsidRPr="000767E2">
        <w:rPr>
          <w:lang w:val="sv-SE"/>
        </w:rPr>
        <w:t xml:space="preserve"> {{field-on:bible}}Dessa är ödesklandrande muttrare som far efter sina egna begär, och deras mun talar svulstigheter medan de </w:t>
      </w:r>
      <w:r w:rsidRPr="000767E2">
        <w:rPr>
          <w:i/>
          <w:lang w:val="sv-SE"/>
        </w:rPr>
        <w:t>låter sig</w:t>
      </w:r>
      <w:r w:rsidRPr="000767E2">
        <w:rPr>
          <w:lang w:val="sv-SE"/>
        </w:rPr>
        <w:t xml:space="preserve"> förundras av ansikten för nyttans skull.{{field-off:bible}}</w:t>
      </w:r>
    </w:p>
    <w:p w14:paraId="0338408B" w14:textId="77777777" w:rsidR="00BA33AB" w:rsidRPr="000767E2" w:rsidRDefault="00000000">
      <w:pPr>
        <w:pStyle w:val="Rubrik3"/>
        <w:rPr>
          <w:lang w:val="sv-SE"/>
        </w:rPr>
      </w:pPr>
      <w:r w:rsidRPr="000767E2">
        <w:rPr>
          <w:lang w:val="sv-SE"/>
        </w:rPr>
        <w:t>I väntan på Kristi ankomst</w:t>
      </w:r>
    </w:p>
    <w:p w14:paraId="2010D889" w14:textId="776E75B5" w:rsidR="00BA33AB" w:rsidRPr="000767E2" w:rsidRDefault="00000000">
      <w:pPr>
        <w:rPr>
          <w:lang w:val="sv-SE"/>
        </w:rPr>
      </w:pPr>
      <w:r w:rsidRPr="000767E2">
        <w:rPr>
          <w:lang w:val="sv-SE"/>
        </w:rPr>
        <w:t>[[@</w:t>
      </w:r>
      <w:r w:rsidR="0096445B" w:rsidRPr="000767E2">
        <w:rPr>
          <w:lang w:val="sv-SE"/>
        </w:rPr>
        <w:t>BibleBIBEL82</w:t>
      </w:r>
      <w:r w:rsidRPr="000767E2">
        <w:rPr>
          <w:lang w:val="sv-SE"/>
        </w:rPr>
        <w:t>:Jude 1:17]]</w:t>
      </w:r>
      <w:r w:rsidRPr="000767E2">
        <w:rPr>
          <w:vertAlign w:val="superscript"/>
          <w:lang w:val="sv-SE"/>
        </w:rPr>
        <w:t>17</w:t>
      </w:r>
      <w:r w:rsidRPr="000767E2">
        <w:rPr>
          <w:lang w:val="sv-SE"/>
        </w:rPr>
        <w:t xml:space="preserve"> {{field-on:bible}}Men ni, </w:t>
      </w:r>
      <w:r w:rsidRPr="000767E2">
        <w:rPr>
          <w:i/>
          <w:lang w:val="sv-SE"/>
        </w:rPr>
        <w:t>mina</w:t>
      </w:r>
      <w:r w:rsidRPr="000767E2">
        <w:rPr>
          <w:lang w:val="sv-SE"/>
        </w:rPr>
        <w:t xml:space="preserve"> älskade, kom ihåg de ord som är förutsagda av vår Herre Jesu Kristi apostlar,{{field-off:bible}} [[@</w:t>
      </w:r>
      <w:r w:rsidR="0096445B" w:rsidRPr="000767E2">
        <w:rPr>
          <w:lang w:val="sv-SE"/>
        </w:rPr>
        <w:t>BibleBIBEL82</w:t>
      </w:r>
      <w:r w:rsidRPr="000767E2">
        <w:rPr>
          <w:lang w:val="sv-SE"/>
        </w:rPr>
        <w:t>:Jude 1:18]]</w:t>
      </w:r>
      <w:r w:rsidRPr="000767E2">
        <w:rPr>
          <w:vertAlign w:val="superscript"/>
          <w:lang w:val="sv-SE"/>
        </w:rPr>
        <w:t>18</w:t>
      </w:r>
      <w:r w:rsidRPr="000767E2">
        <w:rPr>
          <w:lang w:val="sv-SE"/>
        </w:rPr>
        <w:t xml:space="preserve"> {{field-on:bible}}att de sade till er: ”I sista tiden ska det finnas förlöjligare som far efter sina egna begär efter ogudaktigheterna.”{{field-off:bible}} [[@</w:t>
      </w:r>
      <w:r w:rsidR="0096445B" w:rsidRPr="000767E2">
        <w:rPr>
          <w:lang w:val="sv-SE"/>
        </w:rPr>
        <w:t>BibleBIBEL82</w:t>
      </w:r>
      <w:r w:rsidRPr="000767E2">
        <w:rPr>
          <w:lang w:val="sv-SE"/>
        </w:rPr>
        <w:t>:Jude 1:19]]</w:t>
      </w:r>
      <w:r w:rsidRPr="000767E2">
        <w:rPr>
          <w:vertAlign w:val="superscript"/>
          <w:lang w:val="sv-SE"/>
        </w:rPr>
        <w:t>19</w:t>
      </w:r>
      <w:r w:rsidRPr="000767E2">
        <w:rPr>
          <w:lang w:val="sv-SE"/>
        </w:rPr>
        <w:t xml:space="preserve"> {{field-on:bible}}Dessa är avsöndrarna, själiska som inte har Ande.{{field-off:bible}}</w:t>
      </w:r>
    </w:p>
    <w:p w14:paraId="414FB08D" w14:textId="396DE8F7" w:rsidR="00BA33AB" w:rsidRPr="000767E2" w:rsidRDefault="00000000">
      <w:pPr>
        <w:rPr>
          <w:lang w:val="sv-SE"/>
        </w:rPr>
      </w:pPr>
      <w:r w:rsidRPr="000767E2">
        <w:rPr>
          <w:lang w:val="sv-SE"/>
        </w:rPr>
        <w:t>[[@</w:t>
      </w:r>
      <w:r w:rsidR="0096445B" w:rsidRPr="000767E2">
        <w:rPr>
          <w:lang w:val="sv-SE"/>
        </w:rPr>
        <w:t>BibleBIBEL82</w:t>
      </w:r>
      <w:r w:rsidRPr="000767E2">
        <w:rPr>
          <w:lang w:val="sv-SE"/>
        </w:rPr>
        <w:t>:Jude 1:20]]</w:t>
      </w:r>
      <w:r w:rsidRPr="000767E2">
        <w:rPr>
          <w:vertAlign w:val="superscript"/>
          <w:lang w:val="sv-SE"/>
        </w:rPr>
        <w:t>20</w:t>
      </w:r>
      <w:r w:rsidRPr="000767E2">
        <w:rPr>
          <w:lang w:val="sv-SE"/>
        </w:rPr>
        <w:t xml:space="preserve"> {{field-on:bible}}Men ni, </w:t>
      </w:r>
      <w:r w:rsidRPr="000767E2">
        <w:rPr>
          <w:i/>
          <w:lang w:val="sv-SE"/>
        </w:rPr>
        <w:t>mina</w:t>
      </w:r>
      <w:r w:rsidRPr="000767E2">
        <w:rPr>
          <w:lang w:val="sv-SE"/>
        </w:rPr>
        <w:t xml:space="preserve"> älskade: bygg på er själva med er heligaste tro, be i helig Ande{{field-off:bible}} [[@</w:t>
      </w:r>
      <w:r w:rsidR="0096445B" w:rsidRPr="000767E2">
        <w:rPr>
          <w:lang w:val="sv-SE"/>
        </w:rPr>
        <w:t>BibleBIBEL82</w:t>
      </w:r>
      <w:r w:rsidRPr="000767E2">
        <w:rPr>
          <w:lang w:val="sv-SE"/>
        </w:rPr>
        <w:t>:Jude 1:21]]</w:t>
      </w:r>
      <w:r w:rsidRPr="000767E2">
        <w:rPr>
          <w:vertAlign w:val="superscript"/>
          <w:lang w:val="sv-SE"/>
        </w:rPr>
        <w:t>21</w:t>
      </w:r>
      <w:r w:rsidRPr="000767E2">
        <w:rPr>
          <w:lang w:val="sv-SE"/>
        </w:rPr>
        <w:t xml:space="preserve"> {{field-on:bible}}och bevara er själva i Guds kärlek, medan ni väntar på vår Herre Jesu Kristi barmhärtighet till eoniskt liv.{{field-off:bible}} [[@</w:t>
      </w:r>
      <w:r w:rsidR="0096445B" w:rsidRPr="000767E2">
        <w:rPr>
          <w:lang w:val="sv-SE"/>
        </w:rPr>
        <w:t>BibleBIBEL82</w:t>
      </w:r>
      <w:r w:rsidRPr="000767E2">
        <w:rPr>
          <w:lang w:val="sv-SE"/>
        </w:rPr>
        <w:t>:Jude 1:22]]</w:t>
      </w:r>
      <w:r w:rsidRPr="000767E2">
        <w:rPr>
          <w:vertAlign w:val="superscript"/>
          <w:lang w:val="sv-SE"/>
        </w:rPr>
        <w:t>22</w:t>
      </w:r>
      <w:r w:rsidRPr="000767E2">
        <w:rPr>
          <w:lang w:val="sv-SE"/>
        </w:rPr>
        <w:t xml:space="preserve"> {{field-on:bible}}Och några ska ni förbarma er över, </w:t>
      </w:r>
      <w:r w:rsidRPr="000767E2">
        <w:rPr>
          <w:i/>
          <w:lang w:val="sv-SE"/>
        </w:rPr>
        <w:t>sådana</w:t>
      </w:r>
      <w:r w:rsidRPr="000767E2">
        <w:rPr>
          <w:lang w:val="sv-SE"/>
        </w:rPr>
        <w:t xml:space="preserve"> som tvivlar,{{field-off:bible}} [[@</w:t>
      </w:r>
      <w:r w:rsidR="0096445B" w:rsidRPr="000767E2">
        <w:rPr>
          <w:lang w:val="sv-SE"/>
        </w:rPr>
        <w:t>BibleBIBEL82</w:t>
      </w:r>
      <w:r w:rsidRPr="000767E2">
        <w:rPr>
          <w:lang w:val="sv-SE"/>
        </w:rPr>
        <w:t>:Jude 1:23]]</w:t>
      </w:r>
      <w:r w:rsidRPr="000767E2">
        <w:rPr>
          <w:vertAlign w:val="superscript"/>
          <w:lang w:val="sv-SE"/>
        </w:rPr>
        <w:t>23</w:t>
      </w:r>
      <w:r w:rsidRPr="000767E2">
        <w:rPr>
          <w:lang w:val="sv-SE"/>
        </w:rPr>
        <w:t xml:space="preserve"> {{field-on:bible}}och andra ska ni frälsa och rycka ur eld, och andra ska ni förbarma er över i fruktan, medan ni hatar även den av köttet fläckade tunikan.{{field-off:bible}}</w:t>
      </w:r>
    </w:p>
    <w:p w14:paraId="2934E538" w14:textId="77777777" w:rsidR="00BA33AB" w:rsidRPr="000767E2" w:rsidRDefault="00000000">
      <w:pPr>
        <w:pStyle w:val="Rubrik3"/>
        <w:rPr>
          <w:lang w:val="sv-SE"/>
        </w:rPr>
      </w:pPr>
      <w:r w:rsidRPr="000767E2">
        <w:rPr>
          <w:lang w:val="sv-SE"/>
        </w:rPr>
        <w:t>Lovprisning</w:t>
      </w:r>
    </w:p>
    <w:p w14:paraId="6D4A6092" w14:textId="219DCE46" w:rsidR="00BA33AB" w:rsidRPr="000767E2" w:rsidRDefault="00000000">
      <w:pPr>
        <w:rPr>
          <w:lang w:val="sv-SE"/>
        </w:rPr>
      </w:pPr>
      <w:r w:rsidRPr="000767E2">
        <w:rPr>
          <w:lang w:val="sv-SE"/>
        </w:rPr>
        <w:t>[[@</w:t>
      </w:r>
      <w:r w:rsidR="0096445B" w:rsidRPr="000767E2">
        <w:rPr>
          <w:lang w:val="sv-SE"/>
        </w:rPr>
        <w:t>BibleBIBEL82</w:t>
      </w:r>
      <w:r w:rsidRPr="000767E2">
        <w:rPr>
          <w:lang w:val="sv-SE"/>
        </w:rPr>
        <w:t>:Jude 1:24]]</w:t>
      </w:r>
      <w:r w:rsidRPr="000767E2">
        <w:rPr>
          <w:vertAlign w:val="superscript"/>
          <w:lang w:val="sv-SE"/>
        </w:rPr>
        <w:t>24</w:t>
      </w:r>
      <w:r w:rsidRPr="000767E2">
        <w:rPr>
          <w:lang w:val="sv-SE"/>
        </w:rPr>
        <w:t xml:space="preserve"> {{field-on:bible}}Till honom som kan beskydda er osnavande och ställa </w:t>
      </w:r>
      <w:r w:rsidRPr="000767E2">
        <w:rPr>
          <w:i/>
          <w:lang w:val="sv-SE"/>
        </w:rPr>
        <w:t>er</w:t>
      </w:r>
      <w:r w:rsidRPr="000767E2">
        <w:rPr>
          <w:lang w:val="sv-SE"/>
        </w:rPr>
        <w:t xml:space="preserve"> inför sin härlighet, felfria i jubel –{{field-off:bible}} [[@</w:t>
      </w:r>
      <w:r w:rsidR="0096445B" w:rsidRPr="000767E2">
        <w:rPr>
          <w:lang w:val="sv-SE"/>
        </w:rPr>
        <w:t>BibleBIBEL82</w:t>
      </w:r>
      <w:r w:rsidRPr="000767E2">
        <w:rPr>
          <w:lang w:val="sv-SE"/>
        </w:rPr>
        <w:t>:Jude 1:25]]</w:t>
      </w:r>
      <w:r w:rsidRPr="000767E2">
        <w:rPr>
          <w:vertAlign w:val="superscript"/>
          <w:lang w:val="sv-SE"/>
        </w:rPr>
        <w:t>25</w:t>
      </w:r>
      <w:r w:rsidRPr="000767E2">
        <w:rPr>
          <w:lang w:val="sv-SE"/>
        </w:rPr>
        <w:t xml:space="preserve"> {{field-on:bible}}ensam Gud, vår Frälsare genom Jesus Kristus vår Herre – </w:t>
      </w:r>
      <w:r w:rsidRPr="000767E2">
        <w:rPr>
          <w:i/>
          <w:lang w:val="sv-SE"/>
        </w:rPr>
        <w:t>hör</w:t>
      </w:r>
      <w:r w:rsidRPr="000767E2">
        <w:rPr>
          <w:lang w:val="sv-SE"/>
        </w:rPr>
        <w:t xml:space="preserve"> ära, majestät, välde och auktoritet, före hela eonen och nu och till alla eonerna. Amen.{{field-off:bible}}</w:t>
      </w:r>
    </w:p>
    <w:p w14:paraId="5967A8F7" w14:textId="7E7BE423" w:rsidR="00BA33AB" w:rsidRPr="000767E2" w:rsidRDefault="00000000">
      <w:pPr>
        <w:pStyle w:val="Rubrik1"/>
        <w:rPr>
          <w:lang w:val="sv-SE"/>
        </w:rPr>
      </w:pPr>
      <w:r w:rsidRPr="000767E2">
        <w:rPr>
          <w:lang w:val="sv-SE"/>
        </w:rPr>
        <w:t>[[@</w:t>
      </w:r>
      <w:r w:rsidR="0096445B" w:rsidRPr="000767E2">
        <w:rPr>
          <w:lang w:val="sv-SE"/>
        </w:rPr>
        <w:t>BibleBIBEL82</w:t>
      </w:r>
      <w:r w:rsidRPr="000767E2">
        <w:rPr>
          <w:lang w:val="sv-SE"/>
        </w:rPr>
        <w:t>:Rev]]Johannes uppenbarelse</w:t>
      </w:r>
    </w:p>
    <w:p w14:paraId="78C9E32B" w14:textId="061AB01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1]]Kapitel 1</w:t>
      </w:r>
    </w:p>
    <w:p w14:paraId="741CE7D9" w14:textId="3A67F3F8" w:rsidR="00BA33AB" w:rsidRPr="000767E2" w:rsidRDefault="00000000">
      <w:pPr>
        <w:rPr>
          <w:lang w:val="sv-SE"/>
        </w:rPr>
      </w:pPr>
      <w:r w:rsidRPr="000767E2">
        <w:rPr>
          <w:lang w:val="sv-SE"/>
        </w:rPr>
        <w:t>[[@</w:t>
      </w:r>
      <w:r w:rsidR="0096445B" w:rsidRPr="000767E2">
        <w:rPr>
          <w:lang w:val="sv-SE"/>
        </w:rPr>
        <w:t>BibleBIBEL82</w:t>
      </w:r>
      <w:r w:rsidRPr="000767E2">
        <w:rPr>
          <w:lang w:val="sv-SE"/>
        </w:rPr>
        <w:t>:Rev 1:1]]</w:t>
      </w:r>
      <w:r w:rsidRPr="000767E2">
        <w:rPr>
          <w:vertAlign w:val="superscript"/>
          <w:lang w:val="sv-SE"/>
        </w:rPr>
        <w:t>1</w:t>
      </w:r>
      <w:r w:rsidRPr="000767E2">
        <w:rPr>
          <w:lang w:val="sv-SE"/>
        </w:rPr>
        <w:t xml:space="preserve"> {{field-on:bible}}Jesu Kristi uppenbarelse, som Gud gav honom </w:t>
      </w:r>
      <w:r w:rsidRPr="000767E2">
        <w:rPr>
          <w:i/>
          <w:lang w:val="sv-SE"/>
        </w:rPr>
        <w:t>för</w:t>
      </w:r>
      <w:r w:rsidRPr="000767E2">
        <w:rPr>
          <w:lang w:val="sv-SE"/>
        </w:rPr>
        <w:t xml:space="preserve"> att visa sina fasttjänare det som måste ske med hast. Och han angav och sände genom sin </w:t>
      </w:r>
      <w:r w:rsidRPr="000767E2">
        <w:rPr>
          <w:lang w:val="sv-SE"/>
        </w:rPr>
        <w:lastRenderedPageBreak/>
        <w:t>ängel till sin fasttjänare Johannes,{{field-off:bible}} [[@</w:t>
      </w:r>
      <w:r w:rsidR="0096445B" w:rsidRPr="000767E2">
        <w:rPr>
          <w:lang w:val="sv-SE"/>
        </w:rPr>
        <w:t>BibleBIBEL82</w:t>
      </w:r>
      <w:r w:rsidRPr="000767E2">
        <w:rPr>
          <w:lang w:val="sv-SE"/>
        </w:rPr>
        <w:t>:Rev 1:2]]</w:t>
      </w:r>
      <w:r w:rsidRPr="000767E2">
        <w:rPr>
          <w:vertAlign w:val="superscript"/>
          <w:lang w:val="sv-SE"/>
        </w:rPr>
        <w:t>2</w:t>
      </w:r>
      <w:r w:rsidRPr="000767E2">
        <w:rPr>
          <w:lang w:val="sv-SE"/>
        </w:rPr>
        <w:t xml:space="preserve"> {{field-on:bible}}som har vittnat </w:t>
      </w:r>
      <w:r w:rsidRPr="000767E2">
        <w:rPr>
          <w:i/>
          <w:lang w:val="sv-SE"/>
        </w:rPr>
        <w:t>om</w:t>
      </w:r>
      <w:r w:rsidRPr="000767E2">
        <w:rPr>
          <w:lang w:val="sv-SE"/>
        </w:rPr>
        <w:t xml:space="preserve"> Guds ord och Jesu Kristi vittnesbörd, vad han har sett.{{field-off:bible}} [[@</w:t>
      </w:r>
      <w:r w:rsidR="0096445B" w:rsidRPr="000767E2">
        <w:rPr>
          <w:lang w:val="sv-SE"/>
        </w:rPr>
        <w:t>BibleBIBEL82</w:t>
      </w:r>
      <w:r w:rsidRPr="000767E2">
        <w:rPr>
          <w:lang w:val="sv-SE"/>
        </w:rPr>
        <w:t>:Rev 1:3]]</w:t>
      </w:r>
      <w:r w:rsidRPr="000767E2">
        <w:rPr>
          <w:vertAlign w:val="superscript"/>
          <w:lang w:val="sv-SE"/>
        </w:rPr>
        <w:t>3</w:t>
      </w:r>
      <w:r w:rsidRPr="000767E2">
        <w:rPr>
          <w:lang w:val="sv-SE"/>
        </w:rPr>
        <w:t xml:space="preserve"> {{field-on:bible}}Salig den som läser upp och de som hör profetians ord och håller fast vid det </w:t>
      </w:r>
      <w:r w:rsidRPr="000767E2">
        <w:rPr>
          <w:i/>
          <w:lang w:val="sv-SE"/>
        </w:rPr>
        <w:t>som är</w:t>
      </w:r>
      <w:r w:rsidRPr="000767E2">
        <w:rPr>
          <w:lang w:val="sv-SE"/>
        </w:rPr>
        <w:t xml:space="preserve"> skrivet i den. För tiden </w:t>
      </w:r>
      <w:r w:rsidRPr="000767E2">
        <w:rPr>
          <w:i/>
          <w:lang w:val="sv-SE"/>
        </w:rPr>
        <w:t>är</w:t>
      </w:r>
      <w:r w:rsidRPr="000767E2">
        <w:rPr>
          <w:lang w:val="sv-SE"/>
        </w:rPr>
        <w:t xml:space="preserve"> nära.{{field-off:bible}}</w:t>
      </w:r>
    </w:p>
    <w:p w14:paraId="13F75A29" w14:textId="77777777" w:rsidR="00BA33AB" w:rsidRPr="000767E2" w:rsidRDefault="00000000">
      <w:pPr>
        <w:pStyle w:val="Rubrik3"/>
        <w:rPr>
          <w:lang w:val="sv-SE"/>
        </w:rPr>
      </w:pPr>
      <w:r w:rsidRPr="000767E2">
        <w:rPr>
          <w:lang w:val="sv-SE"/>
        </w:rPr>
        <w:t>Hälsning</w:t>
      </w:r>
    </w:p>
    <w:p w14:paraId="134A80C8" w14:textId="425F9835" w:rsidR="00BA33AB" w:rsidRPr="000767E2" w:rsidRDefault="00000000">
      <w:pPr>
        <w:rPr>
          <w:lang w:val="sv-SE"/>
        </w:rPr>
      </w:pPr>
      <w:r w:rsidRPr="000767E2">
        <w:rPr>
          <w:lang w:val="sv-SE"/>
        </w:rPr>
        <w:t>[[@</w:t>
      </w:r>
      <w:r w:rsidR="0096445B" w:rsidRPr="000767E2">
        <w:rPr>
          <w:lang w:val="sv-SE"/>
        </w:rPr>
        <w:t>BibleBIBEL82</w:t>
      </w:r>
      <w:r w:rsidRPr="000767E2">
        <w:rPr>
          <w:lang w:val="sv-SE"/>
        </w:rPr>
        <w:t>:Rev 1:4]]</w:t>
      </w:r>
      <w:r w:rsidRPr="000767E2">
        <w:rPr>
          <w:vertAlign w:val="superscript"/>
          <w:lang w:val="sv-SE"/>
        </w:rPr>
        <w:t>4</w:t>
      </w:r>
      <w:r w:rsidRPr="000767E2">
        <w:rPr>
          <w:lang w:val="sv-SE"/>
        </w:rPr>
        <w:t xml:space="preserve"> {{field-on:bible}}</w:t>
      </w:r>
      <w:r w:rsidRPr="000767E2">
        <w:rPr>
          <w:i/>
          <w:lang w:val="sv-SE"/>
        </w:rPr>
        <w:t>Från</w:t>
      </w:r>
      <w:r w:rsidRPr="000767E2">
        <w:rPr>
          <w:lang w:val="sv-SE"/>
        </w:rPr>
        <w:t xml:space="preserve"> Johannes. Till de sju församlingarna i Asien: Nåd åt er och frid från honom som är och var och som kommer, och från de sju andarna framför hans tron,{{field-off:bible}} [[@</w:t>
      </w:r>
      <w:r w:rsidR="0096445B" w:rsidRPr="000767E2">
        <w:rPr>
          <w:lang w:val="sv-SE"/>
        </w:rPr>
        <w:t>BibleBIBEL82</w:t>
      </w:r>
      <w:r w:rsidRPr="000767E2">
        <w:rPr>
          <w:lang w:val="sv-SE"/>
        </w:rPr>
        <w:t>:Rev 1:5]]</w:t>
      </w:r>
      <w:r w:rsidRPr="000767E2">
        <w:rPr>
          <w:vertAlign w:val="superscript"/>
          <w:lang w:val="sv-SE"/>
        </w:rPr>
        <w:t>5</w:t>
      </w:r>
      <w:r w:rsidRPr="000767E2">
        <w:rPr>
          <w:lang w:val="sv-SE"/>
        </w:rPr>
        <w:t xml:space="preserve"> {{field-on:bible}}och från Jesus Kristus: det trofasta vittnet, den förstfödde från de döda och ledaren över jordens kungar. Till honom som älskar oss och har löst oss från våra synder med sitt blod{{field-off:bible}} [[@</w:t>
      </w:r>
      <w:r w:rsidR="0096445B" w:rsidRPr="000767E2">
        <w:rPr>
          <w:lang w:val="sv-SE"/>
        </w:rPr>
        <w:t>BibleBIBEL82</w:t>
      </w:r>
      <w:r w:rsidRPr="000767E2">
        <w:rPr>
          <w:lang w:val="sv-SE"/>
        </w:rPr>
        <w:t>:Rev 1:6]]</w:t>
      </w:r>
      <w:r w:rsidRPr="000767E2">
        <w:rPr>
          <w:vertAlign w:val="superscript"/>
          <w:lang w:val="sv-SE"/>
        </w:rPr>
        <w:t>6</w:t>
      </w:r>
      <w:r w:rsidRPr="000767E2">
        <w:rPr>
          <w:lang w:val="sv-SE"/>
        </w:rPr>
        <w:t xml:space="preserve"> {{field-on:bible}}och gjort oss </w:t>
      </w:r>
      <w:r w:rsidRPr="000767E2">
        <w:rPr>
          <w:i/>
          <w:lang w:val="sv-SE"/>
        </w:rPr>
        <w:t>till</w:t>
      </w:r>
      <w:r w:rsidRPr="000767E2">
        <w:rPr>
          <w:lang w:val="sv-SE"/>
        </w:rPr>
        <w:t xml:space="preserve"> ett rike, </w:t>
      </w:r>
      <w:r w:rsidRPr="000767E2">
        <w:rPr>
          <w:i/>
          <w:lang w:val="sv-SE"/>
        </w:rPr>
        <w:t>till</w:t>
      </w:r>
      <w:r w:rsidRPr="000767E2">
        <w:rPr>
          <w:lang w:val="sv-SE"/>
        </w:rPr>
        <w:t xml:space="preserve"> präster åt sin Gud och Far, </w:t>
      </w:r>
      <w:r w:rsidRPr="000767E2">
        <w:rPr>
          <w:i/>
          <w:lang w:val="sv-SE"/>
        </w:rPr>
        <w:t>hör</w:t>
      </w:r>
      <w:r w:rsidRPr="000767E2">
        <w:rPr>
          <w:lang w:val="sv-SE"/>
        </w:rPr>
        <w:t xml:space="preserve"> äran och väldet till eonernas eoner. Amen.{{field-off:bible}}</w:t>
      </w:r>
    </w:p>
    <w:p w14:paraId="2C3B40BD" w14:textId="2181F052" w:rsidR="00BA33AB" w:rsidRPr="000767E2" w:rsidRDefault="00000000">
      <w:pPr>
        <w:rPr>
          <w:lang w:val="sv-SE"/>
        </w:rPr>
      </w:pPr>
      <w:r w:rsidRPr="000767E2">
        <w:rPr>
          <w:lang w:val="sv-SE"/>
        </w:rPr>
        <w:t>[[@</w:t>
      </w:r>
      <w:r w:rsidR="0096445B" w:rsidRPr="000767E2">
        <w:rPr>
          <w:lang w:val="sv-SE"/>
        </w:rPr>
        <w:t>BibleBIBEL82</w:t>
      </w:r>
      <w:r w:rsidRPr="000767E2">
        <w:rPr>
          <w:lang w:val="sv-SE"/>
        </w:rPr>
        <w:t>:Rev 1:7]]</w:t>
      </w:r>
      <w:r w:rsidRPr="000767E2">
        <w:rPr>
          <w:vertAlign w:val="superscript"/>
          <w:lang w:val="sv-SE"/>
        </w:rPr>
        <w:t>7</w:t>
      </w:r>
      <w:r w:rsidRPr="000767E2">
        <w:rPr>
          <w:lang w:val="sv-SE"/>
        </w:rPr>
        <w:t xml:space="preserve"> {{field-on:bible}}Se: han kommer med molnen</w:t>
      </w:r>
      <w:r w:rsidRPr="000767E2">
        <w:rPr>
          <w:lang w:val="sv-SE"/>
        </w:rPr>
        <w:br/>
        <w:t>och varje öga ska se honom,</w:t>
      </w:r>
      <w:r w:rsidRPr="000767E2">
        <w:rPr>
          <w:lang w:val="sv-SE"/>
        </w:rPr>
        <w:br/>
        <w:t>även de som genomborrat honom.</w:t>
      </w:r>
      <w:r w:rsidRPr="000767E2">
        <w:rPr>
          <w:lang w:val="sv-SE"/>
        </w:rPr>
        <w:br/>
        <w:t>Och jordens alla stammar ska slå sig själva över honom.</w:t>
      </w:r>
      <w:r w:rsidRPr="000767E2">
        <w:rPr>
          <w:lang w:val="sv-SE"/>
        </w:rPr>
        <w:br/>
        <w:t>Ja, amen.{{field-off:bible}}</w:t>
      </w:r>
    </w:p>
    <w:p w14:paraId="782F6275" w14:textId="7A9465D5" w:rsidR="00BA33AB" w:rsidRPr="000767E2" w:rsidRDefault="00000000">
      <w:pPr>
        <w:rPr>
          <w:lang w:val="sv-SE"/>
        </w:rPr>
      </w:pPr>
      <w:r w:rsidRPr="000767E2">
        <w:rPr>
          <w:lang w:val="sv-SE"/>
        </w:rPr>
        <w:t>[[@</w:t>
      </w:r>
      <w:r w:rsidR="0096445B" w:rsidRPr="000767E2">
        <w:rPr>
          <w:lang w:val="sv-SE"/>
        </w:rPr>
        <w:t>BibleBIBEL82</w:t>
      </w:r>
      <w:r w:rsidRPr="000767E2">
        <w:rPr>
          <w:lang w:val="sv-SE"/>
        </w:rPr>
        <w:t>:Rev 1:8]]</w:t>
      </w:r>
      <w:r w:rsidRPr="000767E2">
        <w:rPr>
          <w:vertAlign w:val="superscript"/>
          <w:lang w:val="sv-SE"/>
        </w:rPr>
        <w:t>8</w:t>
      </w:r>
      <w:r w:rsidRPr="000767E2">
        <w:rPr>
          <w:lang w:val="sv-SE"/>
        </w:rPr>
        <w:t xml:space="preserve"> {{field-on:bible}}Jag är Alfa och Omega, säger Herren Gud, han som är och var och som kommer, Allhärskaren.{{field-off:bible}}</w:t>
      </w:r>
    </w:p>
    <w:p w14:paraId="4CE10D80" w14:textId="77777777" w:rsidR="00BA33AB" w:rsidRPr="000767E2" w:rsidRDefault="00000000">
      <w:pPr>
        <w:pStyle w:val="Rubrik3"/>
        <w:rPr>
          <w:lang w:val="sv-SE"/>
        </w:rPr>
      </w:pPr>
      <w:r w:rsidRPr="000767E2">
        <w:rPr>
          <w:lang w:val="sv-SE"/>
        </w:rPr>
        <w:t>Människosonen uppenbarar sig</w:t>
      </w:r>
    </w:p>
    <w:p w14:paraId="70CFD006" w14:textId="5E575D84" w:rsidR="00BA33AB" w:rsidRPr="000767E2" w:rsidRDefault="00000000">
      <w:pPr>
        <w:rPr>
          <w:lang w:val="sv-SE"/>
        </w:rPr>
      </w:pPr>
      <w:r w:rsidRPr="000767E2">
        <w:rPr>
          <w:lang w:val="sv-SE"/>
        </w:rPr>
        <w:t>[[@</w:t>
      </w:r>
      <w:r w:rsidR="0096445B" w:rsidRPr="000767E2">
        <w:rPr>
          <w:lang w:val="sv-SE"/>
        </w:rPr>
        <w:t>BibleBIBEL82</w:t>
      </w:r>
      <w:r w:rsidRPr="000767E2">
        <w:rPr>
          <w:lang w:val="sv-SE"/>
        </w:rPr>
        <w:t>:Rev 1:9]]</w:t>
      </w:r>
      <w:r w:rsidRPr="000767E2">
        <w:rPr>
          <w:vertAlign w:val="superscript"/>
          <w:lang w:val="sv-SE"/>
        </w:rPr>
        <w:t>9</w:t>
      </w:r>
      <w:r w:rsidRPr="000767E2">
        <w:rPr>
          <w:lang w:val="sv-SE"/>
        </w:rPr>
        <w:t xml:space="preserve"> {{field-on:bible}}Jag Johannes, er broder och samdelaktig i nöden och riket och uthålligheten i Jesus, hade kommit till ön som kallas Patmos för Guds ord och Jesu vittnesbörd.{{field-off:bible}} [[@</w:t>
      </w:r>
      <w:r w:rsidR="0096445B" w:rsidRPr="000767E2">
        <w:rPr>
          <w:lang w:val="sv-SE"/>
        </w:rPr>
        <w:t>BibleBIBEL82</w:t>
      </w:r>
      <w:r w:rsidRPr="000767E2">
        <w:rPr>
          <w:lang w:val="sv-SE"/>
        </w:rPr>
        <w:t>:Rev 1:10]]</w:t>
      </w:r>
      <w:r w:rsidRPr="000767E2">
        <w:rPr>
          <w:vertAlign w:val="superscript"/>
          <w:lang w:val="sv-SE"/>
        </w:rPr>
        <w:t>10</w:t>
      </w:r>
      <w:r w:rsidRPr="000767E2">
        <w:rPr>
          <w:lang w:val="sv-SE"/>
        </w:rPr>
        <w:t xml:space="preserve"> {{field-on:bible}}Jag kom i Ande på Herrens dag, och jag hörde bakom mig en väldig röst som en basun{{field-off:bible}} [[@</w:t>
      </w:r>
      <w:r w:rsidR="0096445B" w:rsidRPr="000767E2">
        <w:rPr>
          <w:lang w:val="sv-SE"/>
        </w:rPr>
        <w:t>BibleBIBEL82</w:t>
      </w:r>
      <w:r w:rsidRPr="000767E2">
        <w:rPr>
          <w:lang w:val="sv-SE"/>
        </w:rPr>
        <w:t>:Rev 1:11]]</w:t>
      </w:r>
      <w:r w:rsidRPr="000767E2">
        <w:rPr>
          <w:vertAlign w:val="superscript"/>
          <w:lang w:val="sv-SE"/>
        </w:rPr>
        <w:t>11</w:t>
      </w:r>
      <w:r w:rsidRPr="000767E2">
        <w:rPr>
          <w:lang w:val="sv-SE"/>
        </w:rPr>
        <w:t xml:space="preserve"> {{field-on:bible}}som sade: ”Det du ser, skriv </w:t>
      </w:r>
      <w:r w:rsidRPr="000767E2">
        <w:rPr>
          <w:i/>
          <w:lang w:val="sv-SE"/>
        </w:rPr>
        <w:t>det</w:t>
      </w:r>
      <w:r w:rsidRPr="000767E2">
        <w:rPr>
          <w:lang w:val="sv-SE"/>
        </w:rPr>
        <w:t xml:space="preserve"> i en bokrulle och skicka till de sju församlingarna: till Efesos och till Smyrna och till Pergamon och till Thyatira och till Sardes och till Filadelfia och till Laodikeia.”{{field-off:bible}}</w:t>
      </w:r>
    </w:p>
    <w:p w14:paraId="6F6C5EED" w14:textId="284FA889" w:rsidR="00BA33AB" w:rsidRPr="000767E2" w:rsidRDefault="00000000">
      <w:pPr>
        <w:rPr>
          <w:lang w:val="sv-SE"/>
        </w:rPr>
      </w:pPr>
      <w:r w:rsidRPr="000767E2">
        <w:rPr>
          <w:lang w:val="sv-SE"/>
        </w:rPr>
        <w:t>[[@</w:t>
      </w:r>
      <w:r w:rsidR="0096445B" w:rsidRPr="000767E2">
        <w:rPr>
          <w:lang w:val="sv-SE"/>
        </w:rPr>
        <w:t>BibleBIBEL82</w:t>
      </w:r>
      <w:r w:rsidRPr="000767E2">
        <w:rPr>
          <w:lang w:val="sv-SE"/>
        </w:rPr>
        <w:t>:Rev 1:12]]</w:t>
      </w:r>
      <w:r w:rsidRPr="000767E2">
        <w:rPr>
          <w:vertAlign w:val="superscript"/>
          <w:lang w:val="sv-SE"/>
        </w:rPr>
        <w:t>12</w:t>
      </w:r>
      <w:r w:rsidRPr="000767E2">
        <w:rPr>
          <w:lang w:val="sv-SE"/>
        </w:rPr>
        <w:t xml:space="preserve"> {{field-on:bible}}Och jag vände om </w:t>
      </w:r>
      <w:r w:rsidRPr="000767E2">
        <w:rPr>
          <w:i/>
          <w:lang w:val="sv-SE"/>
        </w:rPr>
        <w:t>för</w:t>
      </w:r>
      <w:r w:rsidRPr="000767E2">
        <w:rPr>
          <w:lang w:val="sv-SE"/>
        </w:rPr>
        <w:t xml:space="preserve"> att se rösten som talade med mig. Och när jag vände om såg jag sju lampställ av guld,{{field-off:bible}} [[@</w:t>
      </w:r>
      <w:r w:rsidR="0096445B" w:rsidRPr="000767E2">
        <w:rPr>
          <w:lang w:val="sv-SE"/>
        </w:rPr>
        <w:t>BibleBIBEL82</w:t>
      </w:r>
      <w:r w:rsidRPr="000767E2">
        <w:rPr>
          <w:lang w:val="sv-SE"/>
        </w:rPr>
        <w:t>:Rev 1:13]]</w:t>
      </w:r>
      <w:r w:rsidRPr="000767E2">
        <w:rPr>
          <w:vertAlign w:val="superscript"/>
          <w:lang w:val="sv-SE"/>
        </w:rPr>
        <w:t>13</w:t>
      </w:r>
      <w:r w:rsidRPr="000767E2">
        <w:rPr>
          <w:lang w:val="sv-SE"/>
        </w:rPr>
        <w:t xml:space="preserve"> {{field-on:bible}}och mitt bland lampställen </w:t>
      </w:r>
      <w:r w:rsidRPr="000767E2">
        <w:rPr>
          <w:i/>
          <w:lang w:val="sv-SE"/>
        </w:rPr>
        <w:t>en</w:t>
      </w:r>
      <w:r w:rsidRPr="000767E2">
        <w:rPr>
          <w:lang w:val="sv-SE"/>
        </w:rPr>
        <w:t xml:space="preserve"> lik en människoson, iklädd en fotsid </w:t>
      </w:r>
      <w:r w:rsidRPr="000767E2">
        <w:rPr>
          <w:i/>
          <w:lang w:val="sv-SE"/>
        </w:rPr>
        <w:t>dräkt</w:t>
      </w:r>
      <w:r w:rsidRPr="000767E2">
        <w:rPr>
          <w:lang w:val="sv-SE"/>
        </w:rPr>
        <w:t xml:space="preserve"> och ombältad mot bröstvårtorna </w:t>
      </w:r>
      <w:r w:rsidRPr="000767E2">
        <w:rPr>
          <w:i/>
          <w:lang w:val="sv-SE"/>
        </w:rPr>
        <w:t>med</w:t>
      </w:r>
      <w:r w:rsidRPr="000767E2">
        <w:rPr>
          <w:lang w:val="sv-SE"/>
        </w:rPr>
        <w:t xml:space="preserve"> ett bälte av guld.{{field-off:bible}} [[@</w:t>
      </w:r>
      <w:r w:rsidR="0096445B" w:rsidRPr="000767E2">
        <w:rPr>
          <w:lang w:val="sv-SE"/>
        </w:rPr>
        <w:t>BibleBIBEL82</w:t>
      </w:r>
      <w:r w:rsidRPr="000767E2">
        <w:rPr>
          <w:lang w:val="sv-SE"/>
        </w:rPr>
        <w:t>:Rev 1:14]]</w:t>
      </w:r>
      <w:r w:rsidRPr="000767E2">
        <w:rPr>
          <w:vertAlign w:val="superscript"/>
          <w:lang w:val="sv-SE"/>
        </w:rPr>
        <w:t>14</w:t>
      </w:r>
      <w:r w:rsidRPr="000767E2">
        <w:rPr>
          <w:lang w:val="sv-SE"/>
        </w:rPr>
        <w:t xml:space="preserve"> {{field-on:bible}}Och hans huvud och hår </w:t>
      </w:r>
      <w:r w:rsidRPr="000767E2">
        <w:rPr>
          <w:i/>
          <w:lang w:val="sv-SE"/>
        </w:rPr>
        <w:t>var</w:t>
      </w:r>
      <w:r w:rsidRPr="000767E2">
        <w:rPr>
          <w:lang w:val="sv-SE"/>
        </w:rPr>
        <w:t xml:space="preserve"> vita som vit ull, som snö, och hans ögon som en låga av eld,{{field-off:bible}} [[@</w:t>
      </w:r>
      <w:r w:rsidR="0096445B" w:rsidRPr="000767E2">
        <w:rPr>
          <w:lang w:val="sv-SE"/>
        </w:rPr>
        <w:t>BibleBIBEL82</w:t>
      </w:r>
      <w:r w:rsidRPr="000767E2">
        <w:rPr>
          <w:lang w:val="sv-SE"/>
        </w:rPr>
        <w:t>:Rev 1:15]]</w:t>
      </w:r>
      <w:r w:rsidRPr="000767E2">
        <w:rPr>
          <w:vertAlign w:val="superscript"/>
          <w:lang w:val="sv-SE"/>
        </w:rPr>
        <w:t>15</w:t>
      </w:r>
      <w:r w:rsidRPr="000767E2">
        <w:rPr>
          <w:lang w:val="sv-SE"/>
        </w:rPr>
        <w:t xml:space="preserve"> {{field-on:bible}}och hans fötter lika skinande brons som i en glödgad ugn. Och hans röst </w:t>
      </w:r>
      <w:r w:rsidRPr="000767E2">
        <w:rPr>
          <w:i/>
          <w:lang w:val="sv-SE"/>
        </w:rPr>
        <w:t>var</w:t>
      </w:r>
      <w:r w:rsidRPr="000767E2">
        <w:rPr>
          <w:lang w:val="sv-SE"/>
        </w:rPr>
        <w:t xml:space="preserve"> som en röst av stora vatten,{{field-off:bible}} [[@</w:t>
      </w:r>
      <w:r w:rsidR="0096445B" w:rsidRPr="000767E2">
        <w:rPr>
          <w:lang w:val="sv-SE"/>
        </w:rPr>
        <w:t>BibleBIBEL82</w:t>
      </w:r>
      <w:r w:rsidRPr="000767E2">
        <w:rPr>
          <w:lang w:val="sv-SE"/>
        </w:rPr>
        <w:t>:Rev 1:16]]</w:t>
      </w:r>
      <w:r w:rsidRPr="000767E2">
        <w:rPr>
          <w:vertAlign w:val="superscript"/>
          <w:lang w:val="sv-SE"/>
        </w:rPr>
        <w:t>16</w:t>
      </w:r>
      <w:r w:rsidRPr="000767E2">
        <w:rPr>
          <w:lang w:val="sv-SE"/>
        </w:rPr>
        <w:t xml:space="preserve"> {{field-on:bible}}och han höll i sin högra hand sju stjärnor, och ur hans mun utgick en skarp tveeggad klinga. Och hans åsyn </w:t>
      </w:r>
      <w:r w:rsidRPr="000767E2">
        <w:rPr>
          <w:i/>
          <w:lang w:val="sv-SE"/>
        </w:rPr>
        <w:t>var</w:t>
      </w:r>
      <w:r w:rsidRPr="000767E2">
        <w:rPr>
          <w:lang w:val="sv-SE"/>
        </w:rPr>
        <w:t xml:space="preserve"> såsom solen lyser i sin kraft.{{field-off:bible}}</w:t>
      </w:r>
    </w:p>
    <w:p w14:paraId="2B82A7E7" w14:textId="31F7A47C"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:Rev 1:17]]</w:t>
      </w:r>
      <w:r w:rsidRPr="000767E2">
        <w:rPr>
          <w:vertAlign w:val="superscript"/>
          <w:lang w:val="sv-SE"/>
        </w:rPr>
        <w:t>17</w:t>
      </w:r>
      <w:r w:rsidRPr="000767E2">
        <w:rPr>
          <w:lang w:val="sv-SE"/>
        </w:rPr>
        <w:t xml:space="preserve"> {{field-on:bible}}Och när jag såg honom, föll jag </w:t>
      </w:r>
      <w:r w:rsidRPr="000767E2">
        <w:rPr>
          <w:i/>
          <w:lang w:val="sv-SE"/>
        </w:rPr>
        <w:t>ner</w:t>
      </w:r>
      <w:r w:rsidRPr="000767E2">
        <w:rPr>
          <w:lang w:val="sv-SE"/>
        </w:rPr>
        <w:t xml:space="preserve"> för hans fötter som död. Och han lade sin högra </w:t>
      </w:r>
      <w:r w:rsidRPr="000767E2">
        <w:rPr>
          <w:i/>
          <w:lang w:val="sv-SE"/>
        </w:rPr>
        <w:t>hand</w:t>
      </w:r>
      <w:r w:rsidRPr="000767E2">
        <w:rPr>
          <w:lang w:val="sv-SE"/>
        </w:rPr>
        <w:t xml:space="preserve"> på mig och sade: ”Frukta inte! Jag är den förste och den siste{{field-off:bible}} [[@</w:t>
      </w:r>
      <w:r w:rsidR="0096445B" w:rsidRPr="000767E2">
        <w:rPr>
          <w:lang w:val="sv-SE"/>
        </w:rPr>
        <w:t>BibleBIBEL82</w:t>
      </w:r>
      <w:r w:rsidRPr="000767E2">
        <w:rPr>
          <w:lang w:val="sv-SE"/>
        </w:rPr>
        <w:t>:Rev 1:18]]</w:t>
      </w:r>
      <w:r w:rsidRPr="000767E2">
        <w:rPr>
          <w:vertAlign w:val="superscript"/>
          <w:lang w:val="sv-SE"/>
        </w:rPr>
        <w:t>18</w:t>
      </w:r>
      <w:r w:rsidRPr="000767E2">
        <w:rPr>
          <w:lang w:val="sv-SE"/>
        </w:rPr>
        <w:t xml:space="preserve"> {{field-on:bible}}och den levande. Och jag var död, och se: jag är levande till eonernas eoner och har nycklarna till döden och Hades.{{field-off:bible}} [[@</w:t>
      </w:r>
      <w:r w:rsidR="0096445B" w:rsidRPr="000767E2">
        <w:rPr>
          <w:lang w:val="sv-SE"/>
        </w:rPr>
        <w:t>BibleBIBEL82</w:t>
      </w:r>
      <w:r w:rsidRPr="000767E2">
        <w:rPr>
          <w:lang w:val="sv-SE"/>
        </w:rPr>
        <w:t>:Rev 1:19]]</w:t>
      </w:r>
      <w:r w:rsidRPr="000767E2">
        <w:rPr>
          <w:vertAlign w:val="superscript"/>
          <w:lang w:val="sv-SE"/>
        </w:rPr>
        <w:t>19</w:t>
      </w:r>
      <w:r w:rsidRPr="000767E2">
        <w:rPr>
          <w:lang w:val="sv-SE"/>
        </w:rPr>
        <w:t xml:space="preserve"> {{field-on:bible}}Skriv nu det du sett, och det som är, och det som ska ske efter detta.{{field-off:bible}} [[@</w:t>
      </w:r>
      <w:r w:rsidR="0096445B" w:rsidRPr="000767E2">
        <w:rPr>
          <w:lang w:val="sv-SE"/>
        </w:rPr>
        <w:t>BibleBIBEL82</w:t>
      </w:r>
      <w:r w:rsidRPr="000767E2">
        <w:rPr>
          <w:lang w:val="sv-SE"/>
        </w:rPr>
        <w:t>:Rev 1:20]]</w:t>
      </w:r>
      <w:r w:rsidRPr="000767E2">
        <w:rPr>
          <w:vertAlign w:val="superscript"/>
          <w:lang w:val="sv-SE"/>
        </w:rPr>
        <w:t>20</w:t>
      </w:r>
      <w:r w:rsidRPr="000767E2">
        <w:rPr>
          <w:lang w:val="sv-SE"/>
        </w:rPr>
        <w:t xml:space="preserve"> {{field-on:bible}}Mysteriet med de sju stjärnorna som du såg i min högra </w:t>
      </w:r>
      <w:r w:rsidRPr="000767E2">
        <w:rPr>
          <w:i/>
          <w:lang w:val="sv-SE"/>
        </w:rPr>
        <w:t>hand</w:t>
      </w:r>
      <w:r w:rsidRPr="000767E2">
        <w:rPr>
          <w:lang w:val="sv-SE"/>
        </w:rPr>
        <w:t xml:space="preserve"> och de sju lampställen av guld: de sju stjärnorna är änglar för de sju församlingarna, och de sju lampställen är sju församlingar.{{field-off:bible}}</w:t>
      </w:r>
    </w:p>
    <w:p w14:paraId="4E7021DB" w14:textId="0B74700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2]]Kapitel 2</w:t>
      </w:r>
    </w:p>
    <w:p w14:paraId="3ECFBFB3" w14:textId="77777777" w:rsidR="00BA33AB" w:rsidRPr="000767E2" w:rsidRDefault="00000000">
      <w:pPr>
        <w:pStyle w:val="Rubrik3"/>
        <w:rPr>
          <w:lang w:val="sv-SE"/>
        </w:rPr>
      </w:pPr>
      <w:r w:rsidRPr="000767E2">
        <w:rPr>
          <w:lang w:val="sv-SE"/>
        </w:rPr>
        <w:t>Brevet till Efesos</w:t>
      </w:r>
    </w:p>
    <w:p w14:paraId="42FA1A82" w14:textId="66F9F23C" w:rsidR="00BA33AB" w:rsidRPr="000767E2" w:rsidRDefault="00000000">
      <w:pPr>
        <w:rPr>
          <w:lang w:val="sv-SE"/>
        </w:rPr>
      </w:pPr>
      <w:r w:rsidRPr="000767E2">
        <w:rPr>
          <w:lang w:val="sv-SE"/>
        </w:rPr>
        <w:t>[[@</w:t>
      </w:r>
      <w:r w:rsidR="0096445B" w:rsidRPr="000767E2">
        <w:rPr>
          <w:lang w:val="sv-SE"/>
        </w:rPr>
        <w:t>BibleBIBEL82</w:t>
      </w:r>
      <w:r w:rsidRPr="000767E2">
        <w:rPr>
          <w:lang w:val="sv-SE"/>
        </w:rPr>
        <w:t>:Rev 2:1]]</w:t>
      </w:r>
      <w:r w:rsidRPr="000767E2">
        <w:rPr>
          <w:vertAlign w:val="superscript"/>
          <w:lang w:val="sv-SE"/>
        </w:rPr>
        <w:t>1</w:t>
      </w:r>
      <w:r w:rsidRPr="000767E2">
        <w:rPr>
          <w:lang w:val="sv-SE"/>
        </w:rPr>
        <w:t xml:space="preserve"> {{field-on:bible}}Till ängeln för församlingen i Efesos, skriv:{{field-off:bible}}</w:t>
      </w:r>
    </w:p>
    <w:p w14:paraId="0FD7B6F6" w14:textId="416A23F3" w:rsidR="00BA33AB" w:rsidRPr="000767E2" w:rsidRDefault="00000000">
      <w:pPr>
        <w:rPr>
          <w:lang w:val="sv-SE"/>
        </w:rPr>
      </w:pPr>
      <w:r w:rsidRPr="000767E2">
        <w:rPr>
          <w:lang w:val="sv-SE"/>
        </w:rPr>
        <w:t xml:space="preserve">{{field-on:bible}}Detta säger han som griper de sju stjärnorna i sin högra </w:t>
      </w:r>
      <w:r w:rsidRPr="000767E2">
        <w:rPr>
          <w:i/>
          <w:lang w:val="sv-SE"/>
        </w:rPr>
        <w:t>hand</w:t>
      </w:r>
      <w:r w:rsidRPr="000767E2">
        <w:rPr>
          <w:lang w:val="sv-SE"/>
        </w:rPr>
        <w:t>, som vandrar mitt bland de sju lampställen av guld:{{field-off:bible}} [[@</w:t>
      </w:r>
      <w:r w:rsidR="0096445B" w:rsidRPr="000767E2">
        <w:rPr>
          <w:lang w:val="sv-SE"/>
        </w:rPr>
        <w:t>BibleBIBEL82</w:t>
      </w:r>
      <w:r w:rsidRPr="000767E2">
        <w:rPr>
          <w:lang w:val="sv-SE"/>
        </w:rPr>
        <w:t>:Rev 2:2]]</w:t>
      </w:r>
      <w:r w:rsidRPr="000767E2">
        <w:rPr>
          <w:vertAlign w:val="superscript"/>
          <w:lang w:val="sv-SE"/>
        </w:rPr>
        <w:t>2</w:t>
      </w:r>
      <w:r w:rsidRPr="000767E2">
        <w:rPr>
          <w:lang w:val="sv-SE"/>
        </w:rPr>
        <w:t xml:space="preserve"> {{field-on:bible}}Jag känner dina gärningar och din möda och uthållighet, och att du inte kan bära onda. Och du har prövat dem som kallar sig själva apostlar och inte är </w:t>
      </w:r>
      <w:r w:rsidRPr="000767E2">
        <w:rPr>
          <w:i/>
          <w:lang w:val="sv-SE"/>
        </w:rPr>
        <w:t>det</w:t>
      </w:r>
      <w:r w:rsidRPr="000767E2">
        <w:rPr>
          <w:lang w:val="sv-SE"/>
        </w:rPr>
        <w:t>, och du har funnit dem lögnaktiga.{{field-off:bible}} [[@</w:t>
      </w:r>
      <w:r w:rsidR="0096445B" w:rsidRPr="000767E2">
        <w:rPr>
          <w:lang w:val="sv-SE"/>
        </w:rPr>
        <w:t>BibleBIBEL82</w:t>
      </w:r>
      <w:r w:rsidRPr="000767E2">
        <w:rPr>
          <w:lang w:val="sv-SE"/>
        </w:rPr>
        <w:t>:Rev 2:3]]</w:t>
      </w:r>
      <w:r w:rsidRPr="000767E2">
        <w:rPr>
          <w:vertAlign w:val="superscript"/>
          <w:lang w:val="sv-SE"/>
        </w:rPr>
        <w:t>3</w:t>
      </w:r>
      <w:r w:rsidRPr="000767E2">
        <w:rPr>
          <w:lang w:val="sv-SE"/>
        </w:rPr>
        <w:t xml:space="preserve"> {{field-on:bible}}Och uthållighet har du, och du har burit för mitt namns skull och inte mattats.{{field-off:bible}}</w:t>
      </w:r>
    </w:p>
    <w:p w14:paraId="6192A4A7" w14:textId="2320E8F5" w:rsidR="00BA33AB" w:rsidRPr="000767E2" w:rsidRDefault="00000000">
      <w:pPr>
        <w:rPr>
          <w:lang w:val="sv-SE"/>
        </w:rPr>
      </w:pPr>
      <w:r w:rsidRPr="000767E2">
        <w:rPr>
          <w:lang w:val="sv-SE"/>
        </w:rPr>
        <w:t>[[@</w:t>
      </w:r>
      <w:r w:rsidR="0096445B" w:rsidRPr="000767E2">
        <w:rPr>
          <w:lang w:val="sv-SE"/>
        </w:rPr>
        <w:t>BibleBIBEL82</w:t>
      </w:r>
      <w:r w:rsidRPr="000767E2">
        <w:rPr>
          <w:lang w:val="sv-SE"/>
        </w:rPr>
        <w:t>:Rev 2:4]]</w:t>
      </w:r>
      <w:r w:rsidRPr="000767E2">
        <w:rPr>
          <w:vertAlign w:val="superscript"/>
          <w:lang w:val="sv-SE"/>
        </w:rPr>
        <w:t>4</w:t>
      </w:r>
      <w:r w:rsidRPr="000767E2">
        <w:rPr>
          <w:lang w:val="sv-SE"/>
        </w:rPr>
        <w:t xml:space="preserve"> {{field-on:bible}}Men jag har emot dig att du har lämnat din första kärlek.{{field-off:bible}} [[@</w:t>
      </w:r>
      <w:r w:rsidR="0096445B" w:rsidRPr="000767E2">
        <w:rPr>
          <w:lang w:val="sv-SE"/>
        </w:rPr>
        <w:t>BibleBIBEL82</w:t>
      </w:r>
      <w:r w:rsidRPr="000767E2">
        <w:rPr>
          <w:lang w:val="sv-SE"/>
        </w:rPr>
        <w:t>:Rev 2:5]]</w:t>
      </w:r>
      <w:r w:rsidRPr="000767E2">
        <w:rPr>
          <w:vertAlign w:val="superscript"/>
          <w:lang w:val="sv-SE"/>
        </w:rPr>
        <w:t>5</w:t>
      </w:r>
      <w:r w:rsidRPr="000767E2">
        <w:rPr>
          <w:lang w:val="sv-SE"/>
        </w:rPr>
        <w:t xml:space="preserve"> {{field-on:bible}}Minns nu varifrån du fallit, och ändra sinne och gör de första gärningarna. Annars kommer jag till dig och ska flytta ditt lampställ från dess plats, om du inte ändrar sinne.{{field-off:bible}} [[@</w:t>
      </w:r>
      <w:r w:rsidR="0096445B" w:rsidRPr="000767E2">
        <w:rPr>
          <w:lang w:val="sv-SE"/>
        </w:rPr>
        <w:t>BibleBIBEL82</w:t>
      </w:r>
      <w:r w:rsidRPr="000767E2">
        <w:rPr>
          <w:lang w:val="sv-SE"/>
        </w:rPr>
        <w:t>:Rev 2:6]]</w:t>
      </w:r>
      <w:r w:rsidRPr="000767E2">
        <w:rPr>
          <w:vertAlign w:val="superscript"/>
          <w:lang w:val="sv-SE"/>
        </w:rPr>
        <w:t>6</w:t>
      </w:r>
      <w:r w:rsidRPr="000767E2">
        <w:rPr>
          <w:lang w:val="sv-SE"/>
        </w:rPr>
        <w:t xml:space="preserve"> {{field-on:bible}}Men detta har du: att du hatar nikolaiternas gärningar som även jag hatar.{{field-off:bible}}</w:t>
      </w:r>
    </w:p>
    <w:p w14:paraId="51C377BA" w14:textId="4BB5F5CB" w:rsidR="00BA33AB" w:rsidRPr="000767E2" w:rsidRDefault="00000000">
      <w:pPr>
        <w:rPr>
          <w:lang w:val="sv-SE"/>
        </w:rPr>
      </w:pPr>
      <w:r w:rsidRPr="000767E2">
        <w:rPr>
          <w:lang w:val="sv-SE"/>
        </w:rPr>
        <w:t>[[@</w:t>
      </w:r>
      <w:r w:rsidR="0096445B" w:rsidRPr="000767E2">
        <w:rPr>
          <w:lang w:val="sv-SE"/>
        </w:rPr>
        <w:t>BibleBIBEL82</w:t>
      </w:r>
      <w:r w:rsidRPr="000767E2">
        <w:rPr>
          <w:lang w:val="sv-SE"/>
        </w:rPr>
        <w:t>:Rev 2:7]]</w:t>
      </w:r>
      <w:r w:rsidRPr="000767E2">
        <w:rPr>
          <w:vertAlign w:val="superscript"/>
          <w:lang w:val="sv-SE"/>
        </w:rPr>
        <w:t>7</w:t>
      </w:r>
      <w:r w:rsidRPr="000767E2">
        <w:rPr>
          <w:lang w:val="sv-SE"/>
        </w:rPr>
        <w:t xml:space="preserve"> {{field-on:bible}}Den som har öra ska höra vad Anden säger till församlingarna. Den som segrar, honom ska jag ge att äta av livets trä som är i Guds paradis.{{field-off:bible}}</w:t>
      </w:r>
    </w:p>
    <w:p w14:paraId="52D50B56" w14:textId="77777777" w:rsidR="00BA33AB" w:rsidRPr="000767E2" w:rsidRDefault="00000000">
      <w:pPr>
        <w:pStyle w:val="Rubrik3"/>
        <w:rPr>
          <w:lang w:val="sv-SE"/>
        </w:rPr>
      </w:pPr>
      <w:r w:rsidRPr="000767E2">
        <w:rPr>
          <w:lang w:val="sv-SE"/>
        </w:rPr>
        <w:t>Brevet till Smyrna</w:t>
      </w:r>
    </w:p>
    <w:p w14:paraId="5220CA3E" w14:textId="7850A03D" w:rsidR="00BA33AB" w:rsidRPr="000767E2" w:rsidRDefault="00000000">
      <w:pPr>
        <w:rPr>
          <w:lang w:val="sv-SE"/>
        </w:rPr>
      </w:pPr>
      <w:r w:rsidRPr="000767E2">
        <w:rPr>
          <w:lang w:val="sv-SE"/>
        </w:rPr>
        <w:t>[[@</w:t>
      </w:r>
      <w:r w:rsidR="0096445B" w:rsidRPr="000767E2">
        <w:rPr>
          <w:lang w:val="sv-SE"/>
        </w:rPr>
        <w:t>BibleBIBEL82</w:t>
      </w:r>
      <w:r w:rsidRPr="000767E2">
        <w:rPr>
          <w:lang w:val="sv-SE"/>
        </w:rPr>
        <w:t>:Rev 2:8]]</w:t>
      </w:r>
      <w:r w:rsidRPr="000767E2">
        <w:rPr>
          <w:vertAlign w:val="superscript"/>
          <w:lang w:val="sv-SE"/>
        </w:rPr>
        <w:t>8</w:t>
      </w:r>
      <w:r w:rsidRPr="000767E2">
        <w:rPr>
          <w:lang w:val="sv-SE"/>
        </w:rPr>
        <w:t xml:space="preserve"> {{field-on:bible}}Och till ängeln för församlingen i Smyrna, skriv:{{field-off:bible}}</w:t>
      </w:r>
    </w:p>
    <w:p w14:paraId="4EFB8ADC" w14:textId="4415010D" w:rsidR="00BA33AB" w:rsidRPr="000767E2" w:rsidRDefault="00000000">
      <w:pPr>
        <w:rPr>
          <w:lang w:val="sv-SE"/>
        </w:rPr>
      </w:pPr>
      <w:r w:rsidRPr="000767E2">
        <w:rPr>
          <w:lang w:val="sv-SE"/>
        </w:rPr>
        <w:t xml:space="preserve">{{field-on:bible}}Detta säger den förste och den siste, han som blev död och levde </w:t>
      </w:r>
      <w:r w:rsidRPr="000767E2">
        <w:rPr>
          <w:i/>
          <w:lang w:val="sv-SE"/>
        </w:rPr>
        <w:t>igen</w:t>
      </w:r>
      <w:r w:rsidRPr="000767E2">
        <w:rPr>
          <w:lang w:val="sv-SE"/>
        </w:rPr>
        <w:t>:{{field-off:bible}} [[@</w:t>
      </w:r>
      <w:r w:rsidR="0096445B" w:rsidRPr="000767E2">
        <w:rPr>
          <w:lang w:val="sv-SE"/>
        </w:rPr>
        <w:t>BibleBIBEL82</w:t>
      </w:r>
      <w:r w:rsidRPr="000767E2">
        <w:rPr>
          <w:lang w:val="sv-SE"/>
        </w:rPr>
        <w:t>:Rev 2:9]]</w:t>
      </w:r>
      <w:r w:rsidRPr="000767E2">
        <w:rPr>
          <w:vertAlign w:val="superscript"/>
          <w:lang w:val="sv-SE"/>
        </w:rPr>
        <w:t>9</w:t>
      </w:r>
      <w:r w:rsidRPr="000767E2">
        <w:rPr>
          <w:lang w:val="sv-SE"/>
        </w:rPr>
        <w:t xml:space="preserve"> {{field-on:bible}}Jag känner din nöd och fattigdom – men du är rik – och smädelsen från dem som säger sig vara judar och inte är </w:t>
      </w:r>
      <w:r w:rsidRPr="000767E2">
        <w:rPr>
          <w:i/>
          <w:lang w:val="sv-SE"/>
        </w:rPr>
        <w:t>det</w:t>
      </w:r>
      <w:r w:rsidRPr="000767E2">
        <w:rPr>
          <w:lang w:val="sv-SE"/>
        </w:rPr>
        <w:t>, utan en Satans synagoga.{{field-off:bible}} [[@</w:t>
      </w:r>
      <w:r w:rsidR="0096445B" w:rsidRPr="000767E2">
        <w:rPr>
          <w:lang w:val="sv-SE"/>
        </w:rPr>
        <w:t>BibleBIBEL82</w:t>
      </w:r>
      <w:r w:rsidRPr="000767E2">
        <w:rPr>
          <w:lang w:val="sv-SE"/>
        </w:rPr>
        <w:t>:Rev 2:10]]</w:t>
      </w:r>
      <w:r w:rsidRPr="000767E2">
        <w:rPr>
          <w:vertAlign w:val="superscript"/>
          <w:lang w:val="sv-SE"/>
        </w:rPr>
        <w:t>10</w:t>
      </w:r>
      <w:r w:rsidRPr="000767E2">
        <w:rPr>
          <w:lang w:val="sv-SE"/>
        </w:rPr>
        <w:t xml:space="preserve"> {{field-on:bible}}Frukta inget som du kommer att </w:t>
      </w:r>
      <w:r w:rsidRPr="000767E2">
        <w:rPr>
          <w:i/>
          <w:lang w:val="sv-SE"/>
        </w:rPr>
        <w:t>få</w:t>
      </w:r>
      <w:r w:rsidRPr="000767E2">
        <w:rPr>
          <w:lang w:val="sv-SE"/>
        </w:rPr>
        <w:t xml:space="preserve"> lida. Se, djävulen kommer att kasta </w:t>
      </w:r>
      <w:r w:rsidRPr="000767E2">
        <w:rPr>
          <w:i/>
          <w:lang w:val="sv-SE"/>
        </w:rPr>
        <w:t>några</w:t>
      </w:r>
      <w:r w:rsidRPr="000767E2">
        <w:rPr>
          <w:lang w:val="sv-SE"/>
        </w:rPr>
        <w:t xml:space="preserve"> av er i fängelse för att ni ska prövas, och ni ska ha nöd </w:t>
      </w:r>
      <w:r w:rsidRPr="000767E2">
        <w:rPr>
          <w:i/>
          <w:lang w:val="sv-SE"/>
        </w:rPr>
        <w:t>i</w:t>
      </w:r>
      <w:r w:rsidRPr="000767E2">
        <w:rPr>
          <w:lang w:val="sv-SE"/>
        </w:rPr>
        <w:t xml:space="preserve"> tio dagar. Bli trogen ända till döden, och jag ska ge dig livets krans.{{field-off:bible}}</w:t>
      </w:r>
    </w:p>
    <w:p w14:paraId="230AE7B3" w14:textId="567E3110"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:Rev 2:11]]</w:t>
      </w:r>
      <w:r w:rsidRPr="000767E2">
        <w:rPr>
          <w:vertAlign w:val="superscript"/>
          <w:lang w:val="sv-SE"/>
        </w:rPr>
        <w:t>11</w:t>
      </w:r>
      <w:r w:rsidRPr="000767E2">
        <w:rPr>
          <w:lang w:val="sv-SE"/>
        </w:rPr>
        <w:t xml:space="preserve"> {{field-on:bible}}Den som har öra ska höra vad Anden säger till församlingarna. Den som segrar ska aldrig skadas av den andra döden.{{field-off:bible}}</w:t>
      </w:r>
    </w:p>
    <w:p w14:paraId="74678655" w14:textId="77777777" w:rsidR="00BA33AB" w:rsidRPr="000767E2" w:rsidRDefault="00000000">
      <w:pPr>
        <w:pStyle w:val="Rubrik3"/>
        <w:rPr>
          <w:lang w:val="sv-SE"/>
        </w:rPr>
      </w:pPr>
      <w:r w:rsidRPr="000767E2">
        <w:rPr>
          <w:lang w:val="sv-SE"/>
        </w:rPr>
        <w:t>Brevet till Pergamon</w:t>
      </w:r>
    </w:p>
    <w:p w14:paraId="42994F95" w14:textId="5584B1C1" w:rsidR="00BA33AB" w:rsidRPr="000767E2" w:rsidRDefault="00000000">
      <w:pPr>
        <w:rPr>
          <w:lang w:val="sv-SE"/>
        </w:rPr>
      </w:pPr>
      <w:r w:rsidRPr="000767E2">
        <w:rPr>
          <w:lang w:val="sv-SE"/>
        </w:rPr>
        <w:t>[[@</w:t>
      </w:r>
      <w:r w:rsidR="0096445B" w:rsidRPr="000767E2">
        <w:rPr>
          <w:lang w:val="sv-SE"/>
        </w:rPr>
        <w:t>BibleBIBEL82</w:t>
      </w:r>
      <w:r w:rsidRPr="000767E2">
        <w:rPr>
          <w:lang w:val="sv-SE"/>
        </w:rPr>
        <w:t>:Rev 2:12]]</w:t>
      </w:r>
      <w:r w:rsidRPr="000767E2">
        <w:rPr>
          <w:vertAlign w:val="superscript"/>
          <w:lang w:val="sv-SE"/>
        </w:rPr>
        <w:t>12</w:t>
      </w:r>
      <w:r w:rsidRPr="000767E2">
        <w:rPr>
          <w:lang w:val="sv-SE"/>
        </w:rPr>
        <w:t xml:space="preserve"> {{field-on:bible}}Och till ängeln för församlingen i Pergamon, skriv:{{field-off:bible}}</w:t>
      </w:r>
    </w:p>
    <w:p w14:paraId="0E8EE5C4" w14:textId="568C36EB" w:rsidR="00BA33AB" w:rsidRPr="000767E2" w:rsidRDefault="00000000">
      <w:pPr>
        <w:rPr>
          <w:lang w:val="sv-SE"/>
        </w:rPr>
      </w:pPr>
      <w:r w:rsidRPr="000767E2">
        <w:rPr>
          <w:lang w:val="sv-SE"/>
        </w:rPr>
        <w:t>{{field-on:bible}}Detta säger han som har den skarpa tveeggade klingan:{{field-off:bible}} [[@</w:t>
      </w:r>
      <w:r w:rsidR="0096445B" w:rsidRPr="000767E2">
        <w:rPr>
          <w:lang w:val="sv-SE"/>
        </w:rPr>
        <w:t>BibleBIBEL82</w:t>
      </w:r>
      <w:r w:rsidRPr="000767E2">
        <w:rPr>
          <w:lang w:val="sv-SE"/>
        </w:rPr>
        <w:t>:Rev 2:13]]</w:t>
      </w:r>
      <w:r w:rsidRPr="000767E2">
        <w:rPr>
          <w:vertAlign w:val="superscript"/>
          <w:lang w:val="sv-SE"/>
        </w:rPr>
        <w:t>13</w:t>
      </w:r>
      <w:r w:rsidRPr="000767E2">
        <w:rPr>
          <w:lang w:val="sv-SE"/>
        </w:rPr>
        <w:t xml:space="preserve"> {{field-on:bible}}Jag vet var du bor, där Satans tron </w:t>
      </w:r>
      <w:r w:rsidRPr="000767E2">
        <w:rPr>
          <w:i/>
          <w:lang w:val="sv-SE"/>
        </w:rPr>
        <w:t>är</w:t>
      </w:r>
      <w:r w:rsidRPr="000767E2">
        <w:rPr>
          <w:lang w:val="sv-SE"/>
        </w:rPr>
        <w:t>. Och du håller fast vid mitt namn, och har inte förnekat tron på mig ens under dagarna kring Antipas, mitt trofasta vittne som blev dödad hos er där Satan bor.{{field-off:bible}}</w:t>
      </w:r>
    </w:p>
    <w:p w14:paraId="1B11537E" w14:textId="4239AF3B" w:rsidR="00BA33AB" w:rsidRPr="000767E2" w:rsidRDefault="00000000">
      <w:pPr>
        <w:rPr>
          <w:lang w:val="sv-SE"/>
        </w:rPr>
      </w:pPr>
      <w:r w:rsidRPr="000767E2">
        <w:rPr>
          <w:lang w:val="sv-SE"/>
        </w:rPr>
        <w:t>[[@</w:t>
      </w:r>
      <w:r w:rsidR="0096445B" w:rsidRPr="000767E2">
        <w:rPr>
          <w:lang w:val="sv-SE"/>
        </w:rPr>
        <w:t>BibleBIBEL82</w:t>
      </w:r>
      <w:r w:rsidRPr="000767E2">
        <w:rPr>
          <w:lang w:val="sv-SE"/>
        </w:rPr>
        <w:t>:Rev 2:14]]</w:t>
      </w:r>
      <w:r w:rsidRPr="000767E2">
        <w:rPr>
          <w:vertAlign w:val="superscript"/>
          <w:lang w:val="sv-SE"/>
        </w:rPr>
        <w:t>14</w:t>
      </w:r>
      <w:r w:rsidRPr="000767E2">
        <w:rPr>
          <w:lang w:val="sv-SE"/>
        </w:rPr>
        <w:t xml:space="preserve"> {{field-on:bible}}Men jag har emot dig lite: att du har </w:t>
      </w:r>
      <w:r w:rsidRPr="000767E2">
        <w:rPr>
          <w:i/>
          <w:lang w:val="sv-SE"/>
        </w:rPr>
        <w:t>några</w:t>
      </w:r>
      <w:r w:rsidRPr="000767E2">
        <w:rPr>
          <w:lang w:val="sv-SE"/>
        </w:rPr>
        <w:t xml:space="preserve"> där som håller fast vid Balaams undervisning, han som lärde Balak att sätta en skandal framför Israels söner, att äta avgudaoffrat </w:t>
      </w:r>
      <w:r w:rsidRPr="000767E2">
        <w:rPr>
          <w:i/>
          <w:lang w:val="sv-SE"/>
        </w:rPr>
        <w:t>kött</w:t>
      </w:r>
      <w:r w:rsidRPr="000767E2">
        <w:rPr>
          <w:lang w:val="sv-SE"/>
        </w:rPr>
        <w:t xml:space="preserve"> och begå otukt.{{field-off:bible}} [[@</w:t>
      </w:r>
      <w:r w:rsidR="0096445B" w:rsidRPr="000767E2">
        <w:rPr>
          <w:lang w:val="sv-SE"/>
        </w:rPr>
        <w:t>BibleBIBEL82</w:t>
      </w:r>
      <w:r w:rsidRPr="000767E2">
        <w:rPr>
          <w:lang w:val="sv-SE"/>
        </w:rPr>
        <w:t>:Rev 2:15]]</w:t>
      </w:r>
      <w:r w:rsidRPr="000767E2">
        <w:rPr>
          <w:vertAlign w:val="superscript"/>
          <w:lang w:val="sv-SE"/>
        </w:rPr>
        <w:t>15</w:t>
      </w:r>
      <w:r w:rsidRPr="000767E2">
        <w:rPr>
          <w:lang w:val="sv-SE"/>
        </w:rPr>
        <w:t xml:space="preserve"> {{field-on:bible}}Så har också du </w:t>
      </w:r>
      <w:r w:rsidRPr="000767E2">
        <w:rPr>
          <w:i/>
          <w:lang w:val="sv-SE"/>
        </w:rPr>
        <w:t>några</w:t>
      </w:r>
      <w:r w:rsidRPr="000767E2">
        <w:rPr>
          <w:lang w:val="sv-SE"/>
        </w:rPr>
        <w:t xml:space="preserve"> som håller fast vid nikolaiternas undervisning likaså.{{field-off:bible}} [[@</w:t>
      </w:r>
      <w:r w:rsidR="0096445B" w:rsidRPr="000767E2">
        <w:rPr>
          <w:lang w:val="sv-SE"/>
        </w:rPr>
        <w:t>BibleBIBEL82</w:t>
      </w:r>
      <w:r w:rsidRPr="000767E2">
        <w:rPr>
          <w:lang w:val="sv-SE"/>
        </w:rPr>
        <w:t>:Rev 2:16]]</w:t>
      </w:r>
      <w:r w:rsidRPr="000767E2">
        <w:rPr>
          <w:vertAlign w:val="superscript"/>
          <w:lang w:val="sv-SE"/>
        </w:rPr>
        <w:t>16</w:t>
      </w:r>
      <w:r w:rsidRPr="000767E2">
        <w:rPr>
          <w:lang w:val="sv-SE"/>
        </w:rPr>
        <w:t xml:space="preserve"> {{field-on:bible}}Ändra nu sinne! Annars kommer jag </w:t>
      </w:r>
      <w:r w:rsidRPr="000767E2">
        <w:rPr>
          <w:i/>
          <w:lang w:val="sv-SE"/>
        </w:rPr>
        <w:t>till</w:t>
      </w:r>
      <w:r w:rsidRPr="000767E2">
        <w:rPr>
          <w:lang w:val="sv-SE"/>
        </w:rPr>
        <w:t xml:space="preserve"> dig snart och ska kriga med dem med klingan från min mun.{{field-off:bible}}</w:t>
      </w:r>
    </w:p>
    <w:p w14:paraId="02BCC099" w14:textId="4DC97516" w:rsidR="00BA33AB" w:rsidRPr="000767E2" w:rsidRDefault="00000000">
      <w:pPr>
        <w:rPr>
          <w:lang w:val="sv-SE"/>
        </w:rPr>
      </w:pPr>
      <w:r w:rsidRPr="000767E2">
        <w:rPr>
          <w:lang w:val="sv-SE"/>
        </w:rPr>
        <w:t>[[@</w:t>
      </w:r>
      <w:r w:rsidR="0096445B" w:rsidRPr="000767E2">
        <w:rPr>
          <w:lang w:val="sv-SE"/>
        </w:rPr>
        <w:t>BibleBIBEL82</w:t>
      </w:r>
      <w:r w:rsidRPr="000767E2">
        <w:rPr>
          <w:lang w:val="sv-SE"/>
        </w:rPr>
        <w:t>:Rev 2:17]]</w:t>
      </w:r>
      <w:r w:rsidRPr="000767E2">
        <w:rPr>
          <w:vertAlign w:val="superscript"/>
          <w:lang w:val="sv-SE"/>
        </w:rPr>
        <w:t>17</w:t>
      </w:r>
      <w:r w:rsidRPr="000767E2">
        <w:rPr>
          <w:lang w:val="sv-SE"/>
        </w:rPr>
        <w:t xml:space="preserve"> {{field-on:bible}}Den som har öra ska höra vad Anden säger till församlingarna. Den som segrar, honom ska jag ge av det fördolda mannat. Och jag ska ge honom en vit slät sten, och på den släta stenen </w:t>
      </w:r>
      <w:r w:rsidRPr="000767E2">
        <w:rPr>
          <w:i/>
          <w:lang w:val="sv-SE"/>
        </w:rPr>
        <w:t>är</w:t>
      </w:r>
      <w:r w:rsidRPr="000767E2">
        <w:rPr>
          <w:lang w:val="sv-SE"/>
        </w:rPr>
        <w:t xml:space="preserve"> ett nytt namn skrivet som ingen känner utom den som får </w:t>
      </w:r>
      <w:r w:rsidRPr="000767E2">
        <w:rPr>
          <w:i/>
          <w:lang w:val="sv-SE"/>
        </w:rPr>
        <w:t>det</w:t>
      </w:r>
      <w:r w:rsidRPr="000767E2">
        <w:rPr>
          <w:lang w:val="sv-SE"/>
        </w:rPr>
        <w:t>.{{field-off:bible}}</w:t>
      </w:r>
    </w:p>
    <w:p w14:paraId="1E356D6C" w14:textId="77777777" w:rsidR="00BA33AB" w:rsidRPr="000767E2" w:rsidRDefault="00000000">
      <w:pPr>
        <w:pStyle w:val="Rubrik3"/>
        <w:rPr>
          <w:lang w:val="sv-SE"/>
        </w:rPr>
      </w:pPr>
      <w:r w:rsidRPr="000767E2">
        <w:rPr>
          <w:lang w:val="sv-SE"/>
        </w:rPr>
        <w:t>Brevet till Thyatira</w:t>
      </w:r>
    </w:p>
    <w:p w14:paraId="02B398CA" w14:textId="297B62A1" w:rsidR="00BA33AB" w:rsidRPr="000767E2" w:rsidRDefault="00000000">
      <w:pPr>
        <w:rPr>
          <w:lang w:val="sv-SE"/>
        </w:rPr>
      </w:pPr>
      <w:r w:rsidRPr="000767E2">
        <w:rPr>
          <w:lang w:val="sv-SE"/>
        </w:rPr>
        <w:t>[[@</w:t>
      </w:r>
      <w:r w:rsidR="0096445B" w:rsidRPr="000767E2">
        <w:rPr>
          <w:lang w:val="sv-SE"/>
        </w:rPr>
        <w:t>BibleBIBEL82</w:t>
      </w:r>
      <w:r w:rsidRPr="000767E2">
        <w:rPr>
          <w:lang w:val="sv-SE"/>
        </w:rPr>
        <w:t>:Rev 2:18]]</w:t>
      </w:r>
      <w:r w:rsidRPr="000767E2">
        <w:rPr>
          <w:vertAlign w:val="superscript"/>
          <w:lang w:val="sv-SE"/>
        </w:rPr>
        <w:t>18</w:t>
      </w:r>
      <w:r w:rsidRPr="000767E2">
        <w:rPr>
          <w:lang w:val="sv-SE"/>
        </w:rPr>
        <w:t xml:space="preserve"> {{field-on:bible}}Och till ängeln för församlingen i Thyatira, skriv: Detta säger Guds Son, han som har sina ögon som en låga av eld och sina fötter lika skinande brons:{{field-off:bible}} [[@</w:t>
      </w:r>
      <w:r w:rsidR="0096445B" w:rsidRPr="000767E2">
        <w:rPr>
          <w:lang w:val="sv-SE"/>
        </w:rPr>
        <w:t>BibleBIBEL82</w:t>
      </w:r>
      <w:r w:rsidRPr="000767E2">
        <w:rPr>
          <w:lang w:val="sv-SE"/>
        </w:rPr>
        <w:t>:Rev 2:19]]</w:t>
      </w:r>
      <w:r w:rsidRPr="000767E2">
        <w:rPr>
          <w:vertAlign w:val="superscript"/>
          <w:lang w:val="sv-SE"/>
        </w:rPr>
        <w:t>19</w:t>
      </w:r>
      <w:r w:rsidRPr="000767E2">
        <w:rPr>
          <w:lang w:val="sv-SE"/>
        </w:rPr>
        <w:t xml:space="preserve"> {{field-on:bible}}Jag känner dina gärningar, och din kärlek och tro och tjänst och uthållighet. Och dina sista gärningar </w:t>
      </w:r>
      <w:r w:rsidRPr="000767E2">
        <w:rPr>
          <w:i/>
          <w:lang w:val="sv-SE"/>
        </w:rPr>
        <w:t>är</w:t>
      </w:r>
      <w:r w:rsidRPr="000767E2">
        <w:rPr>
          <w:lang w:val="sv-SE"/>
        </w:rPr>
        <w:t xml:space="preserve"> fler än de första.{{field-off:bible}}</w:t>
      </w:r>
    </w:p>
    <w:p w14:paraId="3EF92B9D" w14:textId="04FC32E5" w:rsidR="00BA33AB" w:rsidRPr="000767E2" w:rsidRDefault="00000000">
      <w:pPr>
        <w:rPr>
          <w:lang w:val="sv-SE"/>
        </w:rPr>
      </w:pPr>
      <w:r w:rsidRPr="000767E2">
        <w:rPr>
          <w:lang w:val="sv-SE"/>
        </w:rPr>
        <w:t>[[@</w:t>
      </w:r>
      <w:r w:rsidR="0096445B" w:rsidRPr="000767E2">
        <w:rPr>
          <w:lang w:val="sv-SE"/>
        </w:rPr>
        <w:t>BibleBIBEL82</w:t>
      </w:r>
      <w:r w:rsidRPr="000767E2">
        <w:rPr>
          <w:lang w:val="sv-SE"/>
        </w:rPr>
        <w:t>:Rev 2:20]]</w:t>
      </w:r>
      <w:r w:rsidRPr="000767E2">
        <w:rPr>
          <w:vertAlign w:val="superscript"/>
          <w:lang w:val="sv-SE"/>
        </w:rPr>
        <w:t>20</w:t>
      </w:r>
      <w:r w:rsidRPr="000767E2">
        <w:rPr>
          <w:lang w:val="sv-SE"/>
        </w:rPr>
        <w:t xml:space="preserve"> {{field-on:bible}}Men jag har emot dig att du tillåter kvinnan Jezabel, som kallar sig själv profetissa och undervisar och förvillar mina fasttjänare </w:t>
      </w:r>
      <w:r w:rsidRPr="000767E2">
        <w:rPr>
          <w:i/>
          <w:lang w:val="sv-SE"/>
        </w:rPr>
        <w:t>till</w:t>
      </w:r>
      <w:r w:rsidRPr="000767E2">
        <w:rPr>
          <w:lang w:val="sv-SE"/>
        </w:rPr>
        <w:t xml:space="preserve"> att begå otukt och äta avgudaoffrat </w:t>
      </w:r>
      <w:r w:rsidRPr="000767E2">
        <w:rPr>
          <w:i/>
          <w:lang w:val="sv-SE"/>
        </w:rPr>
        <w:t>kött</w:t>
      </w:r>
      <w:r w:rsidRPr="000767E2">
        <w:rPr>
          <w:lang w:val="sv-SE"/>
        </w:rPr>
        <w:t>.{{field-off:bible}} [[@</w:t>
      </w:r>
      <w:r w:rsidR="0096445B" w:rsidRPr="000767E2">
        <w:rPr>
          <w:lang w:val="sv-SE"/>
        </w:rPr>
        <w:t>BibleBIBEL82</w:t>
      </w:r>
      <w:r w:rsidRPr="000767E2">
        <w:rPr>
          <w:lang w:val="sv-SE"/>
        </w:rPr>
        <w:t>:Rev 2:21]]</w:t>
      </w:r>
      <w:r w:rsidRPr="000767E2">
        <w:rPr>
          <w:vertAlign w:val="superscript"/>
          <w:lang w:val="sv-SE"/>
        </w:rPr>
        <w:t>21</w:t>
      </w:r>
      <w:r w:rsidRPr="000767E2">
        <w:rPr>
          <w:lang w:val="sv-SE"/>
        </w:rPr>
        <w:t xml:space="preserve"> {{field-on:bible}}Och jag har gett henne tid för att hon ska ändra sinne, och hon vill inte ändra sinne från sin otukt.{{field-off:bible}} [[@</w:t>
      </w:r>
      <w:r w:rsidR="0096445B" w:rsidRPr="000767E2">
        <w:rPr>
          <w:lang w:val="sv-SE"/>
        </w:rPr>
        <w:t>BibleBIBEL82</w:t>
      </w:r>
      <w:r w:rsidRPr="000767E2">
        <w:rPr>
          <w:lang w:val="sv-SE"/>
        </w:rPr>
        <w:t>:Rev 2:22]]</w:t>
      </w:r>
      <w:r w:rsidRPr="000767E2">
        <w:rPr>
          <w:vertAlign w:val="superscript"/>
          <w:lang w:val="sv-SE"/>
        </w:rPr>
        <w:t>22</w:t>
      </w:r>
      <w:r w:rsidRPr="000767E2">
        <w:rPr>
          <w:lang w:val="sv-SE"/>
        </w:rPr>
        <w:t xml:space="preserve"> {{field-on:bible}}Se, jag kastar henne i en bädd, och dem som begår äktenskapsbrott med henne i stor nöd om de inte ändrar sinne från hennes gärningar.{{field-off:bible}} [[@</w:t>
      </w:r>
      <w:r w:rsidR="0096445B" w:rsidRPr="000767E2">
        <w:rPr>
          <w:lang w:val="sv-SE"/>
        </w:rPr>
        <w:t>BibleBIBEL82</w:t>
      </w:r>
      <w:r w:rsidRPr="000767E2">
        <w:rPr>
          <w:lang w:val="sv-SE"/>
        </w:rPr>
        <w:t>:Rev 2:23]]</w:t>
      </w:r>
      <w:r w:rsidRPr="000767E2">
        <w:rPr>
          <w:vertAlign w:val="superscript"/>
          <w:lang w:val="sv-SE"/>
        </w:rPr>
        <w:t>23</w:t>
      </w:r>
      <w:r w:rsidRPr="000767E2">
        <w:rPr>
          <w:lang w:val="sv-SE"/>
        </w:rPr>
        <w:t xml:space="preserve"> {{field-on:bible}}Och hennes barn ska jag döda med död. Och alla församlingarna ska förstå att jag är den som utforskar njurar och hjärtan, och jag ska ge er var och en efter era gärningar.{{field-off:bible}}</w:t>
      </w:r>
    </w:p>
    <w:p w14:paraId="780B02A5" w14:textId="6EB2E71D" w:rsidR="00BA33AB" w:rsidRPr="000767E2" w:rsidRDefault="00000000">
      <w:pPr>
        <w:rPr>
          <w:lang w:val="sv-SE"/>
        </w:rPr>
      </w:pPr>
      <w:r w:rsidRPr="000767E2">
        <w:rPr>
          <w:lang w:val="sv-SE"/>
        </w:rPr>
        <w:t>[[@</w:t>
      </w:r>
      <w:r w:rsidR="0096445B" w:rsidRPr="000767E2">
        <w:rPr>
          <w:lang w:val="sv-SE"/>
        </w:rPr>
        <w:t>BibleBIBEL82</w:t>
      </w:r>
      <w:r w:rsidRPr="000767E2">
        <w:rPr>
          <w:lang w:val="sv-SE"/>
        </w:rPr>
        <w:t>:Rev 2:24]]</w:t>
      </w:r>
      <w:r w:rsidRPr="000767E2">
        <w:rPr>
          <w:vertAlign w:val="superscript"/>
          <w:lang w:val="sv-SE"/>
        </w:rPr>
        <w:t>24</w:t>
      </w:r>
      <w:r w:rsidRPr="000767E2">
        <w:rPr>
          <w:lang w:val="sv-SE"/>
        </w:rPr>
        <w:t xml:space="preserve"> {{field-on:bible}}Men till er övriga i Thyatira säger jag, </w:t>
      </w:r>
      <w:r w:rsidRPr="000767E2">
        <w:rPr>
          <w:i/>
          <w:lang w:val="sv-SE"/>
        </w:rPr>
        <w:t>alla</w:t>
      </w:r>
      <w:r w:rsidRPr="000767E2">
        <w:rPr>
          <w:lang w:val="sv-SE"/>
        </w:rPr>
        <w:t xml:space="preserve"> som inte har den undervisningen, som inte har lärt känna Satans djupa </w:t>
      </w:r>
      <w:r w:rsidRPr="000767E2">
        <w:rPr>
          <w:i/>
          <w:lang w:val="sv-SE"/>
        </w:rPr>
        <w:t>ting</w:t>
      </w:r>
      <w:r w:rsidRPr="000767E2">
        <w:rPr>
          <w:lang w:val="sv-SE"/>
        </w:rPr>
        <w:t xml:space="preserve"> som de kallar </w:t>
      </w:r>
      <w:r w:rsidRPr="000767E2">
        <w:rPr>
          <w:i/>
          <w:lang w:val="sv-SE"/>
        </w:rPr>
        <w:t>det</w:t>
      </w:r>
      <w:r w:rsidRPr="000767E2">
        <w:rPr>
          <w:lang w:val="sv-SE"/>
        </w:rPr>
        <w:t xml:space="preserve">: Jag </w:t>
      </w:r>
      <w:r w:rsidRPr="000767E2">
        <w:rPr>
          <w:lang w:val="sv-SE"/>
        </w:rPr>
        <w:lastRenderedPageBreak/>
        <w:t xml:space="preserve">lägger inte på er </w:t>
      </w:r>
      <w:r w:rsidRPr="000767E2">
        <w:rPr>
          <w:i/>
          <w:lang w:val="sv-SE"/>
        </w:rPr>
        <w:t>någon</w:t>
      </w:r>
      <w:r w:rsidRPr="000767E2">
        <w:rPr>
          <w:lang w:val="sv-SE"/>
        </w:rPr>
        <w:t xml:space="preserve"> annan tyngd.{{field-off:bible}} [[@</w:t>
      </w:r>
      <w:r w:rsidR="0096445B" w:rsidRPr="000767E2">
        <w:rPr>
          <w:lang w:val="sv-SE"/>
        </w:rPr>
        <w:t>BibleBIBEL82</w:t>
      </w:r>
      <w:r w:rsidRPr="000767E2">
        <w:rPr>
          <w:lang w:val="sv-SE"/>
        </w:rPr>
        <w:t>:Rev 2:25]]</w:t>
      </w:r>
      <w:r w:rsidRPr="000767E2">
        <w:rPr>
          <w:vertAlign w:val="superscript"/>
          <w:lang w:val="sv-SE"/>
        </w:rPr>
        <w:t>25</w:t>
      </w:r>
      <w:r w:rsidRPr="000767E2">
        <w:rPr>
          <w:lang w:val="sv-SE"/>
        </w:rPr>
        <w:t xml:space="preserve"> {{field-on:bible}}Men det ni har, håll fast </w:t>
      </w:r>
      <w:r w:rsidRPr="000767E2">
        <w:rPr>
          <w:i/>
          <w:lang w:val="sv-SE"/>
        </w:rPr>
        <w:t>vid</w:t>
      </w:r>
      <w:r w:rsidRPr="000767E2">
        <w:rPr>
          <w:lang w:val="sv-SE"/>
        </w:rPr>
        <w:t xml:space="preserve"> </w:t>
      </w:r>
      <w:r w:rsidRPr="000767E2">
        <w:rPr>
          <w:i/>
          <w:lang w:val="sv-SE"/>
        </w:rPr>
        <w:t>det</w:t>
      </w:r>
      <w:r w:rsidRPr="000767E2">
        <w:rPr>
          <w:lang w:val="sv-SE"/>
        </w:rPr>
        <w:t xml:space="preserve"> fram tills jag kommer.{{field-off:bible}}</w:t>
      </w:r>
    </w:p>
    <w:p w14:paraId="59717843" w14:textId="3C97B57D" w:rsidR="00BA33AB" w:rsidRPr="000767E2" w:rsidRDefault="00000000">
      <w:pPr>
        <w:rPr>
          <w:lang w:val="sv-SE"/>
        </w:rPr>
      </w:pPr>
      <w:r w:rsidRPr="000767E2">
        <w:rPr>
          <w:lang w:val="sv-SE"/>
        </w:rPr>
        <w:t>[[@</w:t>
      </w:r>
      <w:r w:rsidR="0096445B" w:rsidRPr="000767E2">
        <w:rPr>
          <w:lang w:val="sv-SE"/>
        </w:rPr>
        <w:t>BibleBIBEL82</w:t>
      </w:r>
      <w:r w:rsidRPr="000767E2">
        <w:rPr>
          <w:lang w:val="sv-SE"/>
        </w:rPr>
        <w:t>:Rev 2:26]]</w:t>
      </w:r>
      <w:r w:rsidRPr="000767E2">
        <w:rPr>
          <w:vertAlign w:val="superscript"/>
          <w:lang w:val="sv-SE"/>
        </w:rPr>
        <w:t>26</w:t>
      </w:r>
      <w:r w:rsidRPr="000767E2">
        <w:rPr>
          <w:lang w:val="sv-SE"/>
        </w:rPr>
        <w:t xml:space="preserve"> {{field-on:bible}}Och den som segrar och den som håller fast ända till slutet vid mina gärningar, honom ska jag ge auktoritet över folkslagen.{{field-off:bible}} [[@</w:t>
      </w:r>
      <w:r w:rsidR="0096445B" w:rsidRPr="000767E2">
        <w:rPr>
          <w:lang w:val="sv-SE"/>
        </w:rPr>
        <w:t>BibleBIBEL82</w:t>
      </w:r>
      <w:r w:rsidRPr="000767E2">
        <w:rPr>
          <w:lang w:val="sv-SE"/>
        </w:rPr>
        <w:t>:Rev 2:27]]</w:t>
      </w:r>
      <w:r w:rsidRPr="000767E2">
        <w:rPr>
          <w:vertAlign w:val="superscript"/>
          <w:lang w:val="sv-SE"/>
        </w:rPr>
        <w:t>27</w:t>
      </w:r>
      <w:r w:rsidRPr="000767E2">
        <w:rPr>
          <w:lang w:val="sv-SE"/>
        </w:rPr>
        <w:t xml:space="preserve"> {{field-on:bible}}Och han ska vara herde för dem med järnstav såsom keramikkärlen knäcks,{{field-off:bible}} [[@</w:t>
      </w:r>
      <w:r w:rsidR="0096445B" w:rsidRPr="000767E2">
        <w:rPr>
          <w:lang w:val="sv-SE"/>
        </w:rPr>
        <w:t>BibleBIBEL82</w:t>
      </w:r>
      <w:r w:rsidRPr="000767E2">
        <w:rPr>
          <w:lang w:val="sv-SE"/>
        </w:rPr>
        <w:t>:Rev 2:28]]</w:t>
      </w:r>
      <w:r w:rsidRPr="000767E2">
        <w:rPr>
          <w:vertAlign w:val="superscript"/>
          <w:lang w:val="sv-SE"/>
        </w:rPr>
        <w:t>28</w:t>
      </w:r>
      <w:r w:rsidRPr="000767E2">
        <w:rPr>
          <w:lang w:val="sv-SE"/>
        </w:rPr>
        <w:t xml:space="preserve"> {{field-on:bible}}såsom också jag har fått från min Far. Och jag ska ge honom morgonstjärnan.{{field-off:bible}} [[@</w:t>
      </w:r>
      <w:r w:rsidR="0096445B" w:rsidRPr="000767E2">
        <w:rPr>
          <w:lang w:val="sv-SE"/>
        </w:rPr>
        <w:t>BibleBIBEL82</w:t>
      </w:r>
      <w:r w:rsidRPr="000767E2">
        <w:rPr>
          <w:lang w:val="sv-SE"/>
        </w:rPr>
        <w:t>:Rev 2:29]]</w:t>
      </w:r>
      <w:r w:rsidRPr="000767E2">
        <w:rPr>
          <w:vertAlign w:val="superscript"/>
          <w:lang w:val="sv-SE"/>
        </w:rPr>
        <w:t>29</w:t>
      </w:r>
      <w:r w:rsidRPr="000767E2">
        <w:rPr>
          <w:lang w:val="sv-SE"/>
        </w:rPr>
        <w:t xml:space="preserve"> {{field-on:bible}}Den som har öra ska höra vad Anden säger till församlingarna.{{field-off:bible}}</w:t>
      </w:r>
    </w:p>
    <w:p w14:paraId="711F9A26" w14:textId="4634B25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3]]Kapitel 3</w:t>
      </w:r>
    </w:p>
    <w:p w14:paraId="64698EA7" w14:textId="77777777" w:rsidR="00BA33AB" w:rsidRPr="000767E2" w:rsidRDefault="00000000">
      <w:pPr>
        <w:pStyle w:val="Rubrik3"/>
        <w:rPr>
          <w:lang w:val="sv-SE"/>
        </w:rPr>
      </w:pPr>
      <w:r w:rsidRPr="000767E2">
        <w:rPr>
          <w:lang w:val="sv-SE"/>
        </w:rPr>
        <w:t>Brevet till Sardes</w:t>
      </w:r>
    </w:p>
    <w:p w14:paraId="40927768" w14:textId="3C38BB17" w:rsidR="00BA33AB" w:rsidRPr="000767E2" w:rsidRDefault="00000000">
      <w:pPr>
        <w:rPr>
          <w:lang w:val="sv-SE"/>
        </w:rPr>
      </w:pPr>
      <w:r w:rsidRPr="000767E2">
        <w:rPr>
          <w:lang w:val="sv-SE"/>
        </w:rPr>
        <w:t>[[@</w:t>
      </w:r>
      <w:r w:rsidR="0096445B" w:rsidRPr="000767E2">
        <w:rPr>
          <w:lang w:val="sv-SE"/>
        </w:rPr>
        <w:t>BibleBIBEL82</w:t>
      </w:r>
      <w:r w:rsidRPr="000767E2">
        <w:rPr>
          <w:lang w:val="sv-SE"/>
        </w:rPr>
        <w:t>:Rev 3:1]]</w:t>
      </w:r>
      <w:r w:rsidRPr="000767E2">
        <w:rPr>
          <w:vertAlign w:val="superscript"/>
          <w:lang w:val="sv-SE"/>
        </w:rPr>
        <w:t>1</w:t>
      </w:r>
      <w:r w:rsidRPr="000767E2">
        <w:rPr>
          <w:lang w:val="sv-SE"/>
        </w:rPr>
        <w:t xml:space="preserve"> {{field-on:bible}}Och till ängeln för församlingen i Sardes, skriv:{{field-off:bible}}</w:t>
      </w:r>
    </w:p>
    <w:p w14:paraId="4DFBA959" w14:textId="0B1B3C41" w:rsidR="00BA33AB" w:rsidRPr="000767E2" w:rsidRDefault="00000000">
      <w:pPr>
        <w:rPr>
          <w:lang w:val="sv-SE"/>
        </w:rPr>
      </w:pPr>
      <w:r w:rsidRPr="000767E2">
        <w:rPr>
          <w:lang w:val="sv-SE"/>
        </w:rPr>
        <w:t>{{field-on:bible}}Detta säger han som har Guds sju andar och de sju stjärnorna: Jag känner dina gärningar, att du har namn att du lever. Och du är död.{{field-off:bible}} [[@</w:t>
      </w:r>
      <w:r w:rsidR="0096445B" w:rsidRPr="000767E2">
        <w:rPr>
          <w:lang w:val="sv-SE"/>
        </w:rPr>
        <w:t>BibleBIBEL82</w:t>
      </w:r>
      <w:r w:rsidRPr="000767E2">
        <w:rPr>
          <w:lang w:val="sv-SE"/>
        </w:rPr>
        <w:t>:Rev 3:2]]</w:t>
      </w:r>
      <w:r w:rsidRPr="000767E2">
        <w:rPr>
          <w:vertAlign w:val="superscript"/>
          <w:lang w:val="sv-SE"/>
        </w:rPr>
        <w:t>2</w:t>
      </w:r>
      <w:r w:rsidRPr="000767E2">
        <w:rPr>
          <w:lang w:val="sv-SE"/>
        </w:rPr>
        <w:t xml:space="preserve"> {{field-on:bible}}Bli vaken och stärk det övriga som var på väg att dö. För jag har inte funnit dina gärningar uppfyllda inför min Gud.{{field-off:bible}}</w:t>
      </w:r>
    </w:p>
    <w:p w14:paraId="4A9C89A2" w14:textId="27DAB46D" w:rsidR="00BA33AB" w:rsidRPr="000767E2" w:rsidRDefault="00000000">
      <w:pPr>
        <w:rPr>
          <w:lang w:val="sv-SE"/>
        </w:rPr>
      </w:pPr>
      <w:r w:rsidRPr="000767E2">
        <w:rPr>
          <w:lang w:val="sv-SE"/>
        </w:rPr>
        <w:t>[[@</w:t>
      </w:r>
      <w:r w:rsidR="0096445B" w:rsidRPr="000767E2">
        <w:rPr>
          <w:lang w:val="sv-SE"/>
        </w:rPr>
        <w:t>BibleBIBEL82</w:t>
      </w:r>
      <w:r w:rsidRPr="000767E2">
        <w:rPr>
          <w:lang w:val="sv-SE"/>
        </w:rPr>
        <w:t>:Rev 3:3]]</w:t>
      </w:r>
      <w:r w:rsidRPr="000767E2">
        <w:rPr>
          <w:vertAlign w:val="superscript"/>
          <w:lang w:val="sv-SE"/>
        </w:rPr>
        <w:t>3</w:t>
      </w:r>
      <w:r w:rsidRPr="000767E2">
        <w:rPr>
          <w:lang w:val="sv-SE"/>
        </w:rPr>
        <w:t xml:space="preserve"> {{field-on:bible}}Minns då hur du tagit </w:t>
      </w:r>
      <w:r w:rsidRPr="000767E2">
        <w:rPr>
          <w:i/>
          <w:lang w:val="sv-SE"/>
        </w:rPr>
        <w:t>emot</w:t>
      </w:r>
      <w:r w:rsidRPr="000767E2">
        <w:rPr>
          <w:lang w:val="sv-SE"/>
        </w:rPr>
        <w:t xml:space="preserve"> och hört, och håll fast och ändra sinne. Om du nu inte är vaken ska jag komma som en tjuv, och du ska alls inte veta vilken stund jag ska komma över dig.{{field-off:bible}} [[@</w:t>
      </w:r>
      <w:r w:rsidR="0096445B" w:rsidRPr="000767E2">
        <w:rPr>
          <w:lang w:val="sv-SE"/>
        </w:rPr>
        <w:t>BibleBIBEL82</w:t>
      </w:r>
      <w:r w:rsidRPr="000767E2">
        <w:rPr>
          <w:lang w:val="sv-SE"/>
        </w:rPr>
        <w:t>:Rev 3:4]]</w:t>
      </w:r>
      <w:r w:rsidRPr="000767E2">
        <w:rPr>
          <w:vertAlign w:val="superscript"/>
          <w:lang w:val="sv-SE"/>
        </w:rPr>
        <w:t>4</w:t>
      </w:r>
      <w:r w:rsidRPr="000767E2">
        <w:rPr>
          <w:lang w:val="sv-SE"/>
        </w:rPr>
        <w:t xml:space="preserve"> {{field-on:bible}}Men du har </w:t>
      </w:r>
      <w:r w:rsidRPr="000767E2">
        <w:rPr>
          <w:i/>
          <w:lang w:val="sv-SE"/>
        </w:rPr>
        <w:t>några</w:t>
      </w:r>
      <w:r w:rsidRPr="000767E2">
        <w:rPr>
          <w:lang w:val="sv-SE"/>
        </w:rPr>
        <w:t xml:space="preserve"> få namn i Sardes som inte har besudlat sina kläder. Och de ska vandra med mig i vitt, för de är värdiga.{{field-off:bible}}</w:t>
      </w:r>
    </w:p>
    <w:p w14:paraId="7258DE92" w14:textId="01E8E59A" w:rsidR="00BA33AB" w:rsidRPr="000767E2" w:rsidRDefault="00000000">
      <w:pPr>
        <w:rPr>
          <w:lang w:val="sv-SE"/>
        </w:rPr>
      </w:pPr>
      <w:r w:rsidRPr="000767E2">
        <w:rPr>
          <w:lang w:val="sv-SE"/>
        </w:rPr>
        <w:t>[[@</w:t>
      </w:r>
      <w:r w:rsidR="0096445B" w:rsidRPr="000767E2">
        <w:rPr>
          <w:lang w:val="sv-SE"/>
        </w:rPr>
        <w:t>BibleBIBEL82</w:t>
      </w:r>
      <w:r w:rsidRPr="000767E2">
        <w:rPr>
          <w:lang w:val="sv-SE"/>
        </w:rPr>
        <w:t>:Rev 3:5]]</w:t>
      </w:r>
      <w:r w:rsidRPr="000767E2">
        <w:rPr>
          <w:vertAlign w:val="superscript"/>
          <w:lang w:val="sv-SE"/>
        </w:rPr>
        <w:t>5</w:t>
      </w:r>
      <w:r w:rsidRPr="000767E2">
        <w:rPr>
          <w:lang w:val="sv-SE"/>
        </w:rPr>
        <w:t xml:space="preserve"> {{field-on:bible}}Den som segrar ska så bli klädd i vita kläder. Och jag ska aldrig stryka bort hans namn ur livets bok, och jag ska bekänna hans namn inför min Far och inför hans änglar.{{field-off:bible}} [[@</w:t>
      </w:r>
      <w:r w:rsidR="0096445B" w:rsidRPr="000767E2">
        <w:rPr>
          <w:lang w:val="sv-SE"/>
        </w:rPr>
        <w:t>BibleBIBEL82</w:t>
      </w:r>
      <w:r w:rsidRPr="000767E2">
        <w:rPr>
          <w:lang w:val="sv-SE"/>
        </w:rPr>
        <w:t>:Rev 3:6]]</w:t>
      </w:r>
      <w:r w:rsidRPr="000767E2">
        <w:rPr>
          <w:vertAlign w:val="superscript"/>
          <w:lang w:val="sv-SE"/>
        </w:rPr>
        <w:t>6</w:t>
      </w:r>
      <w:r w:rsidRPr="000767E2">
        <w:rPr>
          <w:lang w:val="sv-SE"/>
        </w:rPr>
        <w:t xml:space="preserve"> {{field-on:bible}}Den som har öra ska höra vad Anden säger till församlingarna.{{field-off:bible}}</w:t>
      </w:r>
    </w:p>
    <w:p w14:paraId="565F7542" w14:textId="77777777" w:rsidR="00BA33AB" w:rsidRPr="000767E2" w:rsidRDefault="00000000">
      <w:pPr>
        <w:pStyle w:val="Rubrik3"/>
        <w:rPr>
          <w:lang w:val="sv-SE"/>
        </w:rPr>
      </w:pPr>
      <w:r w:rsidRPr="000767E2">
        <w:rPr>
          <w:lang w:val="sv-SE"/>
        </w:rPr>
        <w:t>Brevet till Filadelfia</w:t>
      </w:r>
    </w:p>
    <w:p w14:paraId="2722464F" w14:textId="132E51EE" w:rsidR="00BA33AB" w:rsidRPr="000767E2" w:rsidRDefault="00000000">
      <w:pPr>
        <w:rPr>
          <w:lang w:val="sv-SE"/>
        </w:rPr>
      </w:pPr>
      <w:r w:rsidRPr="000767E2">
        <w:rPr>
          <w:lang w:val="sv-SE"/>
        </w:rPr>
        <w:t>[[@</w:t>
      </w:r>
      <w:r w:rsidR="0096445B" w:rsidRPr="000767E2">
        <w:rPr>
          <w:lang w:val="sv-SE"/>
        </w:rPr>
        <w:t>BibleBIBEL82</w:t>
      </w:r>
      <w:r w:rsidRPr="000767E2">
        <w:rPr>
          <w:lang w:val="sv-SE"/>
        </w:rPr>
        <w:t>:Rev 3:7]]</w:t>
      </w:r>
      <w:r w:rsidRPr="000767E2">
        <w:rPr>
          <w:vertAlign w:val="superscript"/>
          <w:lang w:val="sv-SE"/>
        </w:rPr>
        <w:t>7</w:t>
      </w:r>
      <w:r w:rsidRPr="000767E2">
        <w:rPr>
          <w:lang w:val="sv-SE"/>
        </w:rPr>
        <w:t xml:space="preserve"> {{field-on:bible}}Och till ängeln för församlingen i Filadelfia, skriv:{{field-off:bible}}</w:t>
      </w:r>
    </w:p>
    <w:p w14:paraId="68F01CAA" w14:textId="5881D8F4" w:rsidR="00BA33AB" w:rsidRPr="000767E2" w:rsidRDefault="00000000">
      <w:pPr>
        <w:rPr>
          <w:lang w:val="sv-SE"/>
        </w:rPr>
      </w:pPr>
      <w:r w:rsidRPr="000767E2">
        <w:rPr>
          <w:lang w:val="sv-SE"/>
        </w:rPr>
        <w:t>{{field-on:bible}}Detta säger den helige, den sannfärdige, han som har Davids nyckel, han som öppnar och ingen ska stänga och stänger och ingen öppnar:{{field-off:bible}} [[@</w:t>
      </w:r>
      <w:r w:rsidR="0096445B" w:rsidRPr="000767E2">
        <w:rPr>
          <w:lang w:val="sv-SE"/>
        </w:rPr>
        <w:t>BibleBIBEL82</w:t>
      </w:r>
      <w:r w:rsidRPr="000767E2">
        <w:rPr>
          <w:lang w:val="sv-SE"/>
        </w:rPr>
        <w:t>:Rev 3:8]]</w:t>
      </w:r>
      <w:r w:rsidRPr="000767E2">
        <w:rPr>
          <w:vertAlign w:val="superscript"/>
          <w:lang w:val="sv-SE"/>
        </w:rPr>
        <w:t>8</w:t>
      </w:r>
      <w:r w:rsidRPr="000767E2">
        <w:rPr>
          <w:lang w:val="sv-SE"/>
        </w:rPr>
        <w:t xml:space="preserve"> {{field-on:bible}}Jag känner dina gärningar. Se, jag har gett framför dig en öppnad dörr som ingen kan stänga. För du har liten kraft, och har hållit fast vid mitt ord och inte förnekat mitt namn.{{field-off:bible}}</w:t>
      </w:r>
    </w:p>
    <w:p w14:paraId="5E888909" w14:textId="0A1D4520" w:rsidR="00BA33AB" w:rsidRPr="000767E2" w:rsidRDefault="00000000">
      <w:pPr>
        <w:rPr>
          <w:lang w:val="sv-SE"/>
        </w:rPr>
      </w:pPr>
      <w:r w:rsidRPr="000767E2">
        <w:rPr>
          <w:lang w:val="sv-SE"/>
        </w:rPr>
        <w:t>[[@</w:t>
      </w:r>
      <w:r w:rsidR="0096445B" w:rsidRPr="000767E2">
        <w:rPr>
          <w:lang w:val="sv-SE"/>
        </w:rPr>
        <w:t>BibleBIBEL82</w:t>
      </w:r>
      <w:r w:rsidRPr="000767E2">
        <w:rPr>
          <w:lang w:val="sv-SE"/>
        </w:rPr>
        <w:t>:Rev 3:9]]</w:t>
      </w:r>
      <w:r w:rsidRPr="000767E2">
        <w:rPr>
          <w:vertAlign w:val="superscript"/>
          <w:lang w:val="sv-SE"/>
        </w:rPr>
        <w:t>9</w:t>
      </w:r>
      <w:r w:rsidRPr="000767E2">
        <w:rPr>
          <w:lang w:val="sv-SE"/>
        </w:rPr>
        <w:t xml:space="preserve"> {{field-on:bible}}Se, jag ger </w:t>
      </w:r>
      <w:r w:rsidRPr="000767E2">
        <w:rPr>
          <w:i/>
          <w:lang w:val="sv-SE"/>
        </w:rPr>
        <w:t>några</w:t>
      </w:r>
      <w:r w:rsidRPr="000767E2">
        <w:rPr>
          <w:lang w:val="sv-SE"/>
        </w:rPr>
        <w:t xml:space="preserve"> från Satans synagoga, av dem som säger sig själva vara judar och inte är </w:t>
      </w:r>
      <w:r w:rsidRPr="000767E2">
        <w:rPr>
          <w:i/>
          <w:lang w:val="sv-SE"/>
        </w:rPr>
        <w:t>det</w:t>
      </w:r>
      <w:r w:rsidRPr="000767E2">
        <w:rPr>
          <w:lang w:val="sv-SE"/>
        </w:rPr>
        <w:t xml:space="preserve"> utan ljuger. Se, jag ska få dem att komma och tillbe inför dina fötter och förstå att jag har älskat dig.{{field-off:bible}} [[@</w:t>
      </w:r>
      <w:r w:rsidR="0096445B" w:rsidRPr="000767E2">
        <w:rPr>
          <w:lang w:val="sv-SE"/>
        </w:rPr>
        <w:t>BibleBIBEL82</w:t>
      </w:r>
      <w:r w:rsidRPr="000767E2">
        <w:rPr>
          <w:lang w:val="sv-SE"/>
        </w:rPr>
        <w:t xml:space="preserve">:Rev </w:t>
      </w:r>
      <w:r w:rsidRPr="000767E2">
        <w:rPr>
          <w:lang w:val="sv-SE"/>
        </w:rPr>
        <w:lastRenderedPageBreak/>
        <w:t>3:10]]</w:t>
      </w:r>
      <w:r w:rsidRPr="000767E2">
        <w:rPr>
          <w:vertAlign w:val="superscript"/>
          <w:lang w:val="sv-SE"/>
        </w:rPr>
        <w:t>10</w:t>
      </w:r>
      <w:r w:rsidRPr="000767E2">
        <w:rPr>
          <w:lang w:val="sv-SE"/>
        </w:rPr>
        <w:t xml:space="preserve"> {{field-on:bible}}Eftersom du har bevarat mitt ord om uthållighet ska också jag bevara dig från prövningens stund, som ska komma över hela den bebodda </w:t>
      </w:r>
      <w:r w:rsidRPr="000767E2">
        <w:rPr>
          <w:i/>
          <w:lang w:val="sv-SE"/>
        </w:rPr>
        <w:t>världen</w:t>
      </w:r>
      <w:r w:rsidRPr="000767E2">
        <w:rPr>
          <w:lang w:val="sv-SE"/>
        </w:rPr>
        <w:t xml:space="preserve"> </w:t>
      </w:r>
      <w:r w:rsidRPr="000767E2">
        <w:rPr>
          <w:i/>
          <w:lang w:val="sv-SE"/>
        </w:rPr>
        <w:t>för</w:t>
      </w:r>
      <w:r w:rsidRPr="000767E2">
        <w:rPr>
          <w:lang w:val="sv-SE"/>
        </w:rPr>
        <w:t xml:space="preserve"> att pröva dem som bor på jorden.{{field-off:bible}} [[@</w:t>
      </w:r>
      <w:r w:rsidR="0096445B" w:rsidRPr="000767E2">
        <w:rPr>
          <w:lang w:val="sv-SE"/>
        </w:rPr>
        <w:t>BibleBIBEL82</w:t>
      </w:r>
      <w:r w:rsidRPr="000767E2">
        <w:rPr>
          <w:lang w:val="sv-SE"/>
        </w:rPr>
        <w:t>:Rev 3:11]]</w:t>
      </w:r>
      <w:r w:rsidRPr="000767E2">
        <w:rPr>
          <w:vertAlign w:val="superscript"/>
          <w:lang w:val="sv-SE"/>
        </w:rPr>
        <w:t>11</w:t>
      </w:r>
      <w:r w:rsidRPr="000767E2">
        <w:rPr>
          <w:lang w:val="sv-SE"/>
        </w:rPr>
        <w:t xml:space="preserve"> {{field-on:bible}}Jag kommer snart. Håll fast vid det du har, så att ingen tar din krans.{{field-off:bible}}</w:t>
      </w:r>
    </w:p>
    <w:p w14:paraId="36FE11F6" w14:textId="22776ABF" w:rsidR="00BA33AB" w:rsidRPr="000767E2" w:rsidRDefault="00000000">
      <w:pPr>
        <w:rPr>
          <w:lang w:val="sv-SE"/>
        </w:rPr>
      </w:pPr>
      <w:r w:rsidRPr="000767E2">
        <w:rPr>
          <w:lang w:val="sv-SE"/>
        </w:rPr>
        <w:t>[[@</w:t>
      </w:r>
      <w:r w:rsidR="0096445B" w:rsidRPr="000767E2">
        <w:rPr>
          <w:lang w:val="sv-SE"/>
        </w:rPr>
        <w:t>BibleBIBEL82</w:t>
      </w:r>
      <w:r w:rsidRPr="000767E2">
        <w:rPr>
          <w:lang w:val="sv-SE"/>
        </w:rPr>
        <w:t>:Rev 3:12]]</w:t>
      </w:r>
      <w:r w:rsidRPr="000767E2">
        <w:rPr>
          <w:vertAlign w:val="superscript"/>
          <w:lang w:val="sv-SE"/>
        </w:rPr>
        <w:t>12</w:t>
      </w:r>
      <w:r w:rsidRPr="000767E2">
        <w:rPr>
          <w:lang w:val="sv-SE"/>
        </w:rPr>
        <w:t xml:space="preserve"> {{field-on:bible}}Den som segrar, honom ska jag göra </w:t>
      </w:r>
      <w:r w:rsidRPr="000767E2">
        <w:rPr>
          <w:i/>
          <w:lang w:val="sv-SE"/>
        </w:rPr>
        <w:t>till</w:t>
      </w:r>
      <w:r w:rsidRPr="000767E2">
        <w:rPr>
          <w:lang w:val="sv-SE"/>
        </w:rPr>
        <w:t xml:space="preserve"> en pelare i min Guds tempelbyggnad, och utanför ska han aldrig mer gå ut. Och jag ska skriva på honom min Guds namn och min Guds stads namn, det nya Jerusalem som kommer ner ur himlen från min Gud, och mitt nya namn.{{field-off:bible}} [[@</w:t>
      </w:r>
      <w:r w:rsidR="0096445B" w:rsidRPr="000767E2">
        <w:rPr>
          <w:lang w:val="sv-SE"/>
        </w:rPr>
        <w:t>BibleBIBEL82</w:t>
      </w:r>
      <w:r w:rsidRPr="000767E2">
        <w:rPr>
          <w:lang w:val="sv-SE"/>
        </w:rPr>
        <w:t>:Rev 3:13]]</w:t>
      </w:r>
      <w:r w:rsidRPr="000767E2">
        <w:rPr>
          <w:vertAlign w:val="superscript"/>
          <w:lang w:val="sv-SE"/>
        </w:rPr>
        <w:t>13</w:t>
      </w:r>
      <w:r w:rsidRPr="000767E2">
        <w:rPr>
          <w:lang w:val="sv-SE"/>
        </w:rPr>
        <w:t xml:space="preserve"> {{field-on:bible}}Den som har öra ska höra vad Anden säger till församlingarna.{{field-off:bible}}</w:t>
      </w:r>
    </w:p>
    <w:p w14:paraId="4C03CF3A" w14:textId="77777777" w:rsidR="00BA33AB" w:rsidRPr="000767E2" w:rsidRDefault="00000000">
      <w:pPr>
        <w:pStyle w:val="Rubrik3"/>
        <w:rPr>
          <w:lang w:val="sv-SE"/>
        </w:rPr>
      </w:pPr>
      <w:r w:rsidRPr="000767E2">
        <w:rPr>
          <w:lang w:val="sv-SE"/>
        </w:rPr>
        <w:t>Brevet till Laodikeia</w:t>
      </w:r>
    </w:p>
    <w:p w14:paraId="4931BB23" w14:textId="6D5D918E" w:rsidR="00BA33AB" w:rsidRPr="000767E2" w:rsidRDefault="00000000">
      <w:pPr>
        <w:rPr>
          <w:lang w:val="sv-SE"/>
        </w:rPr>
      </w:pPr>
      <w:r w:rsidRPr="000767E2">
        <w:rPr>
          <w:lang w:val="sv-SE"/>
        </w:rPr>
        <w:t>[[@</w:t>
      </w:r>
      <w:r w:rsidR="0096445B" w:rsidRPr="000767E2">
        <w:rPr>
          <w:lang w:val="sv-SE"/>
        </w:rPr>
        <w:t>BibleBIBEL82</w:t>
      </w:r>
      <w:r w:rsidRPr="000767E2">
        <w:rPr>
          <w:lang w:val="sv-SE"/>
        </w:rPr>
        <w:t>:Rev 3:14]]</w:t>
      </w:r>
      <w:r w:rsidRPr="000767E2">
        <w:rPr>
          <w:vertAlign w:val="superscript"/>
          <w:lang w:val="sv-SE"/>
        </w:rPr>
        <w:t>14</w:t>
      </w:r>
      <w:r w:rsidRPr="000767E2">
        <w:rPr>
          <w:lang w:val="sv-SE"/>
        </w:rPr>
        <w:t xml:space="preserve"> {{field-on:bible}}Och till ängeln för församlingen i Laodikeia, skriv:{{field-off:bible}}</w:t>
      </w:r>
    </w:p>
    <w:p w14:paraId="13E50A1B" w14:textId="121A037B" w:rsidR="00BA33AB" w:rsidRPr="000767E2" w:rsidRDefault="00000000">
      <w:pPr>
        <w:rPr>
          <w:lang w:val="sv-SE"/>
        </w:rPr>
      </w:pPr>
      <w:r w:rsidRPr="000767E2">
        <w:rPr>
          <w:lang w:val="sv-SE"/>
        </w:rPr>
        <w:t xml:space="preserve">{{field-on:bible}}Detta säger </w:t>
      </w:r>
      <w:r w:rsidRPr="000767E2">
        <w:rPr>
          <w:i/>
          <w:lang w:val="sv-SE"/>
        </w:rPr>
        <w:t>han</w:t>
      </w:r>
      <w:r w:rsidRPr="000767E2">
        <w:rPr>
          <w:lang w:val="sv-SE"/>
        </w:rPr>
        <w:t xml:space="preserve"> </w:t>
      </w:r>
      <w:r w:rsidRPr="000767E2">
        <w:rPr>
          <w:i/>
          <w:lang w:val="sv-SE"/>
        </w:rPr>
        <w:t>som är</w:t>
      </w:r>
      <w:r w:rsidRPr="000767E2">
        <w:rPr>
          <w:lang w:val="sv-SE"/>
        </w:rPr>
        <w:t xml:space="preserve"> Amen, det trofasta och sannfärdiga vittnet, begynnelsen till Guds skapelse:{{field-off:bible}} [[@</w:t>
      </w:r>
      <w:r w:rsidR="0096445B" w:rsidRPr="000767E2">
        <w:rPr>
          <w:lang w:val="sv-SE"/>
        </w:rPr>
        <w:t>BibleBIBEL82</w:t>
      </w:r>
      <w:r w:rsidRPr="000767E2">
        <w:rPr>
          <w:lang w:val="sv-SE"/>
        </w:rPr>
        <w:t>:Rev 3:15]]</w:t>
      </w:r>
      <w:r w:rsidRPr="000767E2">
        <w:rPr>
          <w:vertAlign w:val="superscript"/>
          <w:lang w:val="sv-SE"/>
        </w:rPr>
        <w:t>15</w:t>
      </w:r>
      <w:r w:rsidRPr="000767E2">
        <w:rPr>
          <w:lang w:val="sv-SE"/>
        </w:rPr>
        <w:t xml:space="preserve"> {{field-on:bible}}Jag känner dina gärningar, att du varken är kall eller het. O att du var kall eller het!{{field-off:bible}} [[@</w:t>
      </w:r>
      <w:r w:rsidR="0096445B" w:rsidRPr="000767E2">
        <w:rPr>
          <w:lang w:val="sv-SE"/>
        </w:rPr>
        <w:t>BibleBIBEL82</w:t>
      </w:r>
      <w:r w:rsidRPr="000767E2">
        <w:rPr>
          <w:lang w:val="sv-SE"/>
        </w:rPr>
        <w:t>:Rev 3:16]]</w:t>
      </w:r>
      <w:r w:rsidRPr="000767E2">
        <w:rPr>
          <w:vertAlign w:val="superscript"/>
          <w:lang w:val="sv-SE"/>
        </w:rPr>
        <w:t>16</w:t>
      </w:r>
      <w:r w:rsidRPr="000767E2">
        <w:rPr>
          <w:lang w:val="sv-SE"/>
        </w:rPr>
        <w:t xml:space="preserve"> {{field-on:bible}}Så, eftersom du är ljum och varken kall eller het, kommer jag att spy ut dig ur min mun.{{field-off:bible}} [[@</w:t>
      </w:r>
      <w:r w:rsidR="0096445B" w:rsidRPr="000767E2">
        <w:rPr>
          <w:lang w:val="sv-SE"/>
        </w:rPr>
        <w:t>BibleBIBEL82</w:t>
      </w:r>
      <w:r w:rsidRPr="000767E2">
        <w:rPr>
          <w:lang w:val="sv-SE"/>
        </w:rPr>
        <w:t>:Rev 3:17]]</w:t>
      </w:r>
      <w:r w:rsidRPr="000767E2">
        <w:rPr>
          <w:vertAlign w:val="superscript"/>
          <w:lang w:val="sv-SE"/>
        </w:rPr>
        <w:t>17</w:t>
      </w:r>
      <w:r w:rsidRPr="000767E2">
        <w:rPr>
          <w:lang w:val="sv-SE"/>
        </w:rPr>
        <w:t xml:space="preserve"> {{field-on:bible}}Eftersom du säger: ”Jag är rik och har blivit rik, och av inget har jag behov”, och inte förstår att du är den </w:t>
      </w:r>
      <w:r w:rsidRPr="000767E2">
        <w:rPr>
          <w:i/>
          <w:lang w:val="sv-SE"/>
        </w:rPr>
        <w:t>som är</w:t>
      </w:r>
      <w:r w:rsidRPr="000767E2">
        <w:rPr>
          <w:lang w:val="sv-SE"/>
        </w:rPr>
        <w:t xml:space="preserve"> eländig och ynklig och fattig och blind och naken,{{field-off:bible}} [[@</w:t>
      </w:r>
      <w:r w:rsidR="0096445B" w:rsidRPr="000767E2">
        <w:rPr>
          <w:lang w:val="sv-SE"/>
        </w:rPr>
        <w:t>BibleBIBEL82</w:t>
      </w:r>
      <w:r w:rsidRPr="000767E2">
        <w:rPr>
          <w:lang w:val="sv-SE"/>
        </w:rPr>
        <w:t>:Rev 3:18]]</w:t>
      </w:r>
      <w:r w:rsidRPr="000767E2">
        <w:rPr>
          <w:vertAlign w:val="superscript"/>
          <w:lang w:val="sv-SE"/>
        </w:rPr>
        <w:t>18</w:t>
      </w:r>
      <w:r w:rsidRPr="000767E2">
        <w:rPr>
          <w:lang w:val="sv-SE"/>
        </w:rPr>
        <w:t xml:space="preserve"> {{field-on:bible}}samråder jag dig att hos mig köpa guld glödgat av eld så att du blir rik, och vita kläder så att du kan klä dig och din nakenhets skam inte visas, och salva </w:t>
      </w:r>
      <w:r w:rsidRPr="000767E2">
        <w:rPr>
          <w:i/>
          <w:lang w:val="sv-SE"/>
        </w:rPr>
        <w:t>för</w:t>
      </w:r>
      <w:r w:rsidRPr="000767E2">
        <w:rPr>
          <w:lang w:val="sv-SE"/>
        </w:rPr>
        <w:t xml:space="preserve"> att smörja i dina ögon så att du ser.{{field-off:bible}}</w:t>
      </w:r>
    </w:p>
    <w:p w14:paraId="54C15FDC" w14:textId="1C0724AB" w:rsidR="00BA33AB" w:rsidRPr="000767E2" w:rsidRDefault="00000000">
      <w:pPr>
        <w:rPr>
          <w:lang w:val="sv-SE"/>
        </w:rPr>
      </w:pPr>
      <w:r w:rsidRPr="000767E2">
        <w:rPr>
          <w:lang w:val="sv-SE"/>
        </w:rPr>
        <w:t>[[@</w:t>
      </w:r>
      <w:r w:rsidR="0096445B" w:rsidRPr="000767E2">
        <w:rPr>
          <w:lang w:val="sv-SE"/>
        </w:rPr>
        <w:t>BibleBIBEL82</w:t>
      </w:r>
      <w:r w:rsidRPr="000767E2">
        <w:rPr>
          <w:lang w:val="sv-SE"/>
        </w:rPr>
        <w:t>:Rev 3:19]]</w:t>
      </w:r>
      <w:r w:rsidRPr="000767E2">
        <w:rPr>
          <w:vertAlign w:val="superscript"/>
          <w:lang w:val="sv-SE"/>
        </w:rPr>
        <w:t>19</w:t>
      </w:r>
      <w:r w:rsidRPr="000767E2">
        <w:rPr>
          <w:lang w:val="sv-SE"/>
        </w:rPr>
        <w:t xml:space="preserve"> {{field-on:bible}}Dem som jag har kära tillrättavisar jag och tuktar. Visa nu nit och ändra sinne!{{field-off:bible}} [[@</w:t>
      </w:r>
      <w:r w:rsidR="0096445B" w:rsidRPr="000767E2">
        <w:rPr>
          <w:lang w:val="sv-SE"/>
        </w:rPr>
        <w:t>BibleBIBEL82</w:t>
      </w:r>
      <w:r w:rsidRPr="000767E2">
        <w:rPr>
          <w:lang w:val="sv-SE"/>
        </w:rPr>
        <w:t>:Rev 3:20]]</w:t>
      </w:r>
      <w:r w:rsidRPr="000767E2">
        <w:rPr>
          <w:vertAlign w:val="superscript"/>
          <w:lang w:val="sv-SE"/>
        </w:rPr>
        <w:t>20</w:t>
      </w:r>
      <w:r w:rsidRPr="000767E2">
        <w:rPr>
          <w:lang w:val="sv-SE"/>
        </w:rPr>
        <w:t xml:space="preserve"> {{field-on:bible}}Se, jag står vid dörren och bultar. Om någon hör min röst och öppnar dörren, ska jag också komma in till honom och äta måltid med honom och han med mig.{{field-off:bible}}</w:t>
      </w:r>
    </w:p>
    <w:p w14:paraId="198761A7" w14:textId="128A00AB" w:rsidR="00BA33AB" w:rsidRPr="000767E2" w:rsidRDefault="00000000">
      <w:pPr>
        <w:rPr>
          <w:lang w:val="sv-SE"/>
        </w:rPr>
      </w:pPr>
      <w:r w:rsidRPr="000767E2">
        <w:rPr>
          <w:lang w:val="sv-SE"/>
        </w:rPr>
        <w:t>[[@</w:t>
      </w:r>
      <w:r w:rsidR="0096445B" w:rsidRPr="000767E2">
        <w:rPr>
          <w:lang w:val="sv-SE"/>
        </w:rPr>
        <w:t>BibleBIBEL82</w:t>
      </w:r>
      <w:r w:rsidRPr="000767E2">
        <w:rPr>
          <w:lang w:val="sv-SE"/>
        </w:rPr>
        <w:t>:Rev 3:21]]</w:t>
      </w:r>
      <w:r w:rsidRPr="000767E2">
        <w:rPr>
          <w:vertAlign w:val="superscript"/>
          <w:lang w:val="sv-SE"/>
        </w:rPr>
        <w:t>21</w:t>
      </w:r>
      <w:r w:rsidRPr="000767E2">
        <w:rPr>
          <w:lang w:val="sv-SE"/>
        </w:rPr>
        <w:t xml:space="preserve"> {{field-on:bible}}Den som segrar, honom ska jag ge att sätta sig med mig på min tron, såsom också jag har segrat och satt mig med min Far på hans tron.{{field-off:bible}} [[@</w:t>
      </w:r>
      <w:r w:rsidR="0096445B" w:rsidRPr="000767E2">
        <w:rPr>
          <w:lang w:val="sv-SE"/>
        </w:rPr>
        <w:t>BibleBIBEL82</w:t>
      </w:r>
      <w:r w:rsidRPr="000767E2">
        <w:rPr>
          <w:lang w:val="sv-SE"/>
        </w:rPr>
        <w:t>:Rev 3:22]]</w:t>
      </w:r>
      <w:r w:rsidRPr="000767E2">
        <w:rPr>
          <w:vertAlign w:val="superscript"/>
          <w:lang w:val="sv-SE"/>
        </w:rPr>
        <w:t>22</w:t>
      </w:r>
      <w:r w:rsidRPr="000767E2">
        <w:rPr>
          <w:lang w:val="sv-SE"/>
        </w:rPr>
        <w:t xml:space="preserve"> {{field-on:bible}}Den som har öra ska höra vad Anden säger till församlingarna.{{field-off:bible}}</w:t>
      </w:r>
    </w:p>
    <w:p w14:paraId="79B9F844" w14:textId="1C98B9C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4]]Kapitel 4</w:t>
      </w:r>
    </w:p>
    <w:p w14:paraId="6E76362C" w14:textId="77777777" w:rsidR="00BA33AB" w:rsidRPr="000767E2" w:rsidRDefault="00000000">
      <w:pPr>
        <w:pStyle w:val="Rubrik3"/>
        <w:rPr>
          <w:lang w:val="sv-SE"/>
        </w:rPr>
      </w:pPr>
      <w:r w:rsidRPr="000767E2">
        <w:rPr>
          <w:lang w:val="sv-SE"/>
        </w:rPr>
        <w:t>Tronen i himlen</w:t>
      </w:r>
    </w:p>
    <w:p w14:paraId="48091E5C" w14:textId="798D2B56" w:rsidR="00BA33AB" w:rsidRPr="000767E2" w:rsidRDefault="00000000">
      <w:pPr>
        <w:rPr>
          <w:lang w:val="sv-SE"/>
        </w:rPr>
      </w:pPr>
      <w:r w:rsidRPr="000767E2">
        <w:rPr>
          <w:lang w:val="sv-SE"/>
        </w:rPr>
        <w:t>[[@</w:t>
      </w:r>
      <w:r w:rsidR="0096445B" w:rsidRPr="000767E2">
        <w:rPr>
          <w:lang w:val="sv-SE"/>
        </w:rPr>
        <w:t>BibleBIBEL82</w:t>
      </w:r>
      <w:r w:rsidRPr="000767E2">
        <w:rPr>
          <w:lang w:val="sv-SE"/>
        </w:rPr>
        <w:t>:Rev 4:1]]</w:t>
      </w:r>
      <w:r w:rsidRPr="000767E2">
        <w:rPr>
          <w:vertAlign w:val="superscript"/>
          <w:lang w:val="sv-SE"/>
        </w:rPr>
        <w:t>1</w:t>
      </w:r>
      <w:r w:rsidRPr="000767E2">
        <w:rPr>
          <w:lang w:val="sv-SE"/>
        </w:rPr>
        <w:t xml:space="preserve"> {{field-on:bible}}Efter detta såg jag, och se: en dörr öppnad i himlen. Och den första rösten, som jag hade hört som en basun tala med mig, sade: ”Stig upp hit, och jag ska visa dig det som måste ske efter detta.”{{field-off:bible}}</w:t>
      </w:r>
    </w:p>
    <w:p w14:paraId="20DE8A50" w14:textId="6D52F972" w:rsidR="00BA33AB" w:rsidRPr="000767E2" w:rsidRDefault="00000000">
      <w:pPr>
        <w:rPr>
          <w:lang w:val="sv-SE"/>
        </w:rPr>
      </w:pPr>
      <w:r w:rsidRPr="000767E2">
        <w:rPr>
          <w:lang w:val="sv-SE"/>
        </w:rPr>
        <w:t>[[@</w:t>
      </w:r>
      <w:r w:rsidR="0096445B" w:rsidRPr="000767E2">
        <w:rPr>
          <w:lang w:val="sv-SE"/>
        </w:rPr>
        <w:t>BibleBIBEL82</w:t>
      </w:r>
      <w:r w:rsidRPr="000767E2">
        <w:rPr>
          <w:lang w:val="sv-SE"/>
        </w:rPr>
        <w:t>:Rev 4:2]]</w:t>
      </w:r>
      <w:r w:rsidRPr="000767E2">
        <w:rPr>
          <w:vertAlign w:val="superscript"/>
          <w:lang w:val="sv-SE"/>
        </w:rPr>
        <w:t>2</w:t>
      </w:r>
      <w:r w:rsidRPr="000767E2">
        <w:rPr>
          <w:lang w:val="sv-SE"/>
        </w:rPr>
        <w:t xml:space="preserve"> {{field-on:bible}}Direkt kom jag i Ande, och se: en tron var satt i himlen, och på tronen en som satt,{{field-off:bible}} [[@</w:t>
      </w:r>
      <w:r w:rsidR="0096445B" w:rsidRPr="000767E2">
        <w:rPr>
          <w:lang w:val="sv-SE"/>
        </w:rPr>
        <w:t>BibleBIBEL82</w:t>
      </w:r>
      <w:r w:rsidRPr="000767E2">
        <w:rPr>
          <w:lang w:val="sv-SE"/>
        </w:rPr>
        <w:t>:Rev 4:3]]</w:t>
      </w:r>
      <w:r w:rsidRPr="000767E2">
        <w:rPr>
          <w:vertAlign w:val="superscript"/>
          <w:lang w:val="sv-SE"/>
        </w:rPr>
        <w:t>3</w:t>
      </w:r>
      <w:r w:rsidRPr="000767E2">
        <w:rPr>
          <w:lang w:val="sv-SE"/>
        </w:rPr>
        <w:t xml:space="preserve"> {{field-on:bible}}och han som satt </w:t>
      </w:r>
      <w:r w:rsidRPr="000767E2">
        <w:rPr>
          <w:i/>
          <w:lang w:val="sv-SE"/>
        </w:rPr>
        <w:t>var</w:t>
      </w:r>
      <w:r w:rsidRPr="000767E2">
        <w:rPr>
          <w:lang w:val="sv-SE"/>
        </w:rPr>
        <w:t xml:space="preserve"> lik synen </w:t>
      </w:r>
      <w:r w:rsidRPr="000767E2">
        <w:rPr>
          <w:i/>
          <w:lang w:val="sv-SE"/>
        </w:rPr>
        <w:t>av</w:t>
      </w:r>
      <w:r w:rsidRPr="000767E2">
        <w:rPr>
          <w:lang w:val="sv-SE"/>
        </w:rPr>
        <w:t xml:space="preserve"> jaspissten och karneol. Och en regnbåge </w:t>
      </w:r>
      <w:r w:rsidRPr="000767E2">
        <w:rPr>
          <w:i/>
          <w:lang w:val="sv-SE"/>
        </w:rPr>
        <w:t>var</w:t>
      </w:r>
      <w:r w:rsidRPr="000767E2">
        <w:rPr>
          <w:lang w:val="sv-SE"/>
        </w:rPr>
        <w:t xml:space="preserve"> runt </w:t>
      </w:r>
      <w:r w:rsidRPr="000767E2">
        <w:rPr>
          <w:lang w:val="sv-SE"/>
        </w:rPr>
        <w:lastRenderedPageBreak/>
        <w:t>omkring tronen, lik synen av smaragd.{{field-off:bible}} [[@</w:t>
      </w:r>
      <w:r w:rsidR="0096445B" w:rsidRPr="000767E2">
        <w:rPr>
          <w:lang w:val="sv-SE"/>
        </w:rPr>
        <w:t>BibleBIBEL82</w:t>
      </w:r>
      <w:r w:rsidRPr="000767E2">
        <w:rPr>
          <w:lang w:val="sv-SE"/>
        </w:rPr>
        <w:t>:Rev 4:4]]</w:t>
      </w:r>
      <w:r w:rsidRPr="000767E2">
        <w:rPr>
          <w:vertAlign w:val="superscript"/>
          <w:lang w:val="sv-SE"/>
        </w:rPr>
        <w:t>4</w:t>
      </w:r>
      <w:r w:rsidRPr="000767E2">
        <w:rPr>
          <w:lang w:val="sv-SE"/>
        </w:rPr>
        <w:t xml:space="preserve"> {{field-on:bible}}Och runt omkring tronen </w:t>
      </w:r>
      <w:r w:rsidRPr="000767E2">
        <w:rPr>
          <w:i/>
          <w:lang w:val="sv-SE"/>
        </w:rPr>
        <w:t>var</w:t>
      </w:r>
      <w:r w:rsidRPr="000767E2">
        <w:rPr>
          <w:lang w:val="sv-SE"/>
        </w:rPr>
        <w:t xml:space="preserve"> tjugofyra troner, och på tronerna tjugofyra äldste sittande klädda i vita kläder, och på deras huvuden kransar av guld.{{field-off:bible}} [[@</w:t>
      </w:r>
      <w:r w:rsidR="0096445B" w:rsidRPr="000767E2">
        <w:rPr>
          <w:lang w:val="sv-SE"/>
        </w:rPr>
        <w:t>BibleBIBEL82</w:t>
      </w:r>
      <w:r w:rsidRPr="000767E2">
        <w:rPr>
          <w:lang w:val="sv-SE"/>
        </w:rPr>
        <w:t>:Rev 4:5]]</w:t>
      </w:r>
      <w:r w:rsidRPr="000767E2">
        <w:rPr>
          <w:vertAlign w:val="superscript"/>
          <w:lang w:val="sv-SE"/>
        </w:rPr>
        <w:t>5</w:t>
      </w:r>
      <w:r w:rsidRPr="000767E2">
        <w:rPr>
          <w:lang w:val="sv-SE"/>
        </w:rPr>
        <w:t xml:space="preserve"> {{field-on:bible}}Och från tronen utgår blixtar och röster och åskor, och sju facklor av eld som brinner framför tronen, vilka är Guds sju andar.{{field-off:bible}} [[@</w:t>
      </w:r>
      <w:r w:rsidR="0096445B" w:rsidRPr="000767E2">
        <w:rPr>
          <w:lang w:val="sv-SE"/>
        </w:rPr>
        <w:t>BibleBIBEL82</w:t>
      </w:r>
      <w:r w:rsidRPr="000767E2">
        <w:rPr>
          <w:lang w:val="sv-SE"/>
        </w:rPr>
        <w:t>:Rev 4:6]]</w:t>
      </w:r>
      <w:r w:rsidRPr="000767E2">
        <w:rPr>
          <w:vertAlign w:val="superscript"/>
          <w:lang w:val="sv-SE"/>
        </w:rPr>
        <w:t>6</w:t>
      </w:r>
      <w:r w:rsidRPr="000767E2">
        <w:rPr>
          <w:lang w:val="sv-SE"/>
        </w:rPr>
        <w:t xml:space="preserve"> {{field-on:bible}}Och framför tronen </w:t>
      </w:r>
      <w:r w:rsidRPr="000767E2">
        <w:rPr>
          <w:i/>
          <w:lang w:val="sv-SE"/>
        </w:rPr>
        <w:t>är</w:t>
      </w:r>
      <w:r w:rsidRPr="000767E2">
        <w:rPr>
          <w:lang w:val="sv-SE"/>
        </w:rPr>
        <w:t xml:space="preserve"> som ett hav av glas, likt kristall.{{field-off:bible}}</w:t>
      </w:r>
    </w:p>
    <w:p w14:paraId="146CDF34" w14:textId="3BE289C4" w:rsidR="00BA33AB" w:rsidRPr="000767E2" w:rsidRDefault="00000000">
      <w:pPr>
        <w:rPr>
          <w:lang w:val="sv-SE"/>
        </w:rPr>
      </w:pPr>
      <w:r w:rsidRPr="000767E2">
        <w:rPr>
          <w:lang w:val="sv-SE"/>
        </w:rPr>
        <w:t xml:space="preserve">{{field-on:bible}}Och i mitten av tronen och runt omkring tronen </w:t>
      </w:r>
      <w:r w:rsidRPr="000767E2">
        <w:rPr>
          <w:i/>
          <w:lang w:val="sv-SE"/>
        </w:rPr>
        <w:t>är</w:t>
      </w:r>
      <w:r w:rsidRPr="000767E2">
        <w:rPr>
          <w:lang w:val="sv-SE"/>
        </w:rPr>
        <w:t xml:space="preserve"> fyra varelser, fulla av ögon framtill och baktill.{{field-off:bible}} [[@</w:t>
      </w:r>
      <w:r w:rsidR="0096445B" w:rsidRPr="000767E2">
        <w:rPr>
          <w:lang w:val="sv-SE"/>
        </w:rPr>
        <w:t>BibleBIBEL82</w:t>
      </w:r>
      <w:r w:rsidRPr="000767E2">
        <w:rPr>
          <w:lang w:val="sv-SE"/>
        </w:rPr>
        <w:t>:Rev 4:7]]</w:t>
      </w:r>
      <w:r w:rsidRPr="000767E2">
        <w:rPr>
          <w:vertAlign w:val="superscript"/>
          <w:lang w:val="sv-SE"/>
        </w:rPr>
        <w:t>7</w:t>
      </w:r>
      <w:r w:rsidRPr="000767E2">
        <w:rPr>
          <w:lang w:val="sv-SE"/>
        </w:rPr>
        <w:t xml:space="preserve"> {{field-on:bible}}Och den första varelsen </w:t>
      </w:r>
      <w:r w:rsidRPr="000767E2">
        <w:rPr>
          <w:i/>
          <w:lang w:val="sv-SE"/>
        </w:rPr>
        <w:t>är</w:t>
      </w:r>
      <w:r w:rsidRPr="000767E2">
        <w:rPr>
          <w:lang w:val="sv-SE"/>
        </w:rPr>
        <w:t xml:space="preserve"> lik ett lejon, och den andra varelsen lik en ungtjur, och den tredje varelsen har ansiktet som en människas, och den fjärde varelsen </w:t>
      </w:r>
      <w:r w:rsidRPr="000767E2">
        <w:rPr>
          <w:i/>
          <w:lang w:val="sv-SE"/>
        </w:rPr>
        <w:t>är</w:t>
      </w:r>
      <w:r w:rsidRPr="000767E2">
        <w:rPr>
          <w:lang w:val="sv-SE"/>
        </w:rPr>
        <w:t xml:space="preserve"> lik en flygande örn.{{field-off:bible}} [[@</w:t>
      </w:r>
      <w:r w:rsidR="0096445B" w:rsidRPr="000767E2">
        <w:rPr>
          <w:lang w:val="sv-SE"/>
        </w:rPr>
        <w:t>BibleBIBEL82</w:t>
      </w:r>
      <w:r w:rsidRPr="000767E2">
        <w:rPr>
          <w:lang w:val="sv-SE"/>
        </w:rPr>
        <w:t>:Rev 4:8]]</w:t>
      </w:r>
      <w:r w:rsidRPr="000767E2">
        <w:rPr>
          <w:vertAlign w:val="superscript"/>
          <w:lang w:val="sv-SE"/>
        </w:rPr>
        <w:t>8</w:t>
      </w:r>
      <w:r w:rsidRPr="000767E2">
        <w:rPr>
          <w:lang w:val="sv-SE"/>
        </w:rPr>
        <w:t xml:space="preserve"> {{field-on:bible}}Och de fyra varelserna har en efter en av dem sex vingar var, och runt omkring och inuti är de fulla av ögon. Och ingen ro har de dag och natt medan de säger:{{field-off:bible}}</w:t>
      </w:r>
    </w:p>
    <w:p w14:paraId="2FBB93F3" w14:textId="77777777" w:rsidR="00BA33AB" w:rsidRPr="000767E2" w:rsidRDefault="00000000">
      <w:pPr>
        <w:rPr>
          <w:lang w:val="sv-SE"/>
        </w:rPr>
      </w:pPr>
      <w:r w:rsidRPr="000767E2">
        <w:rPr>
          <w:lang w:val="sv-SE"/>
        </w:rPr>
        <w:t xml:space="preserve">{{field-on:bible}}”Helig, helig, helig </w:t>
      </w:r>
      <w:r w:rsidRPr="000767E2">
        <w:rPr>
          <w:i/>
          <w:lang w:val="sv-SE"/>
        </w:rPr>
        <w:t>är</w:t>
      </w:r>
      <w:r w:rsidRPr="000767E2">
        <w:rPr>
          <w:lang w:val="sv-SE"/>
        </w:rPr>
        <w:t xml:space="preserve"> Herren Gud Allhärskaren,</w:t>
      </w:r>
      <w:r w:rsidRPr="000767E2">
        <w:rPr>
          <w:lang w:val="sv-SE"/>
        </w:rPr>
        <w:br/>
        <w:t xml:space="preserve">han </w:t>
      </w:r>
      <w:r w:rsidRPr="000767E2">
        <w:rPr>
          <w:i/>
          <w:lang w:val="sv-SE"/>
        </w:rPr>
        <w:t>som</w:t>
      </w:r>
      <w:r w:rsidRPr="000767E2">
        <w:rPr>
          <w:lang w:val="sv-SE"/>
        </w:rPr>
        <w:t xml:space="preserve"> var och som är och som kommer.”{{field-off:bible}}</w:t>
      </w:r>
    </w:p>
    <w:p w14:paraId="4A27A4BF" w14:textId="1C333AB4" w:rsidR="00BA33AB" w:rsidRPr="000767E2" w:rsidRDefault="00000000">
      <w:pPr>
        <w:rPr>
          <w:lang w:val="sv-SE"/>
        </w:rPr>
      </w:pPr>
      <w:r w:rsidRPr="000767E2">
        <w:rPr>
          <w:lang w:val="sv-SE"/>
        </w:rPr>
        <w:t>[[@</w:t>
      </w:r>
      <w:r w:rsidR="0096445B" w:rsidRPr="000767E2">
        <w:rPr>
          <w:lang w:val="sv-SE"/>
        </w:rPr>
        <w:t>BibleBIBEL82</w:t>
      </w:r>
      <w:r w:rsidRPr="000767E2">
        <w:rPr>
          <w:lang w:val="sv-SE"/>
        </w:rPr>
        <w:t>:Rev 4:9]]</w:t>
      </w:r>
      <w:r w:rsidRPr="000767E2">
        <w:rPr>
          <w:vertAlign w:val="superscript"/>
          <w:lang w:val="sv-SE"/>
        </w:rPr>
        <w:t>9</w:t>
      </w:r>
      <w:r w:rsidRPr="000767E2">
        <w:rPr>
          <w:lang w:val="sv-SE"/>
        </w:rPr>
        <w:t xml:space="preserve"> {{field-on:bible}}Och när varelserna ska ge ära och heder och tacksägelse till honom som sitter på tronen, som lever till eonernas eoner,{{field-off:bible}} [[@</w:t>
      </w:r>
      <w:r w:rsidR="0096445B" w:rsidRPr="000767E2">
        <w:rPr>
          <w:lang w:val="sv-SE"/>
        </w:rPr>
        <w:t>BibleBIBEL82</w:t>
      </w:r>
      <w:r w:rsidRPr="000767E2">
        <w:rPr>
          <w:lang w:val="sv-SE"/>
        </w:rPr>
        <w:t>:Rev 4:10]]</w:t>
      </w:r>
      <w:r w:rsidRPr="000767E2">
        <w:rPr>
          <w:vertAlign w:val="superscript"/>
          <w:lang w:val="sv-SE"/>
        </w:rPr>
        <w:t>10</w:t>
      </w:r>
      <w:r w:rsidRPr="000767E2">
        <w:rPr>
          <w:lang w:val="sv-SE"/>
        </w:rPr>
        <w:t xml:space="preserve"> {{field-on:bible}}ska de tjugofyra äldste falla </w:t>
      </w:r>
      <w:r w:rsidRPr="000767E2">
        <w:rPr>
          <w:i/>
          <w:lang w:val="sv-SE"/>
        </w:rPr>
        <w:t>ner</w:t>
      </w:r>
      <w:r w:rsidRPr="000767E2">
        <w:rPr>
          <w:lang w:val="sv-SE"/>
        </w:rPr>
        <w:t xml:space="preserve"> inför honom som sitter på tronen och tillbe honom som lever till eonernas eoner, och kasta sina kransar inför tronen och säga:{{field-off:bible}}</w:t>
      </w:r>
    </w:p>
    <w:p w14:paraId="6DE81A8F" w14:textId="188BD7ED" w:rsidR="00BA33AB" w:rsidRPr="000767E2" w:rsidRDefault="00000000">
      <w:pPr>
        <w:rPr>
          <w:lang w:val="sv-SE"/>
        </w:rPr>
      </w:pPr>
      <w:r w:rsidRPr="000767E2">
        <w:rPr>
          <w:lang w:val="sv-SE"/>
        </w:rPr>
        <w:t>[[@</w:t>
      </w:r>
      <w:r w:rsidR="0096445B" w:rsidRPr="000767E2">
        <w:rPr>
          <w:lang w:val="sv-SE"/>
        </w:rPr>
        <w:t>BibleBIBEL82</w:t>
      </w:r>
      <w:r w:rsidRPr="000767E2">
        <w:rPr>
          <w:lang w:val="sv-SE"/>
        </w:rPr>
        <w:t>:Rev 4:11]]</w:t>
      </w:r>
      <w:r w:rsidRPr="000767E2">
        <w:rPr>
          <w:vertAlign w:val="superscript"/>
          <w:lang w:val="sv-SE"/>
        </w:rPr>
        <w:t>11</w:t>
      </w:r>
      <w:r w:rsidRPr="000767E2">
        <w:rPr>
          <w:lang w:val="sv-SE"/>
        </w:rPr>
        <w:t xml:space="preserve"> {{field-on:bible}}”Värdig är du, vår Herre och Gud,</w:t>
      </w:r>
      <w:r w:rsidRPr="000767E2">
        <w:rPr>
          <w:lang w:val="sv-SE"/>
        </w:rPr>
        <w:br/>
        <w:t xml:space="preserve">att ta </w:t>
      </w:r>
      <w:r w:rsidRPr="000767E2">
        <w:rPr>
          <w:i/>
          <w:lang w:val="sv-SE"/>
        </w:rPr>
        <w:t>emot</w:t>
      </w:r>
      <w:r w:rsidRPr="000767E2">
        <w:rPr>
          <w:lang w:val="sv-SE"/>
        </w:rPr>
        <w:t xml:space="preserve"> äran och hedern och makten.</w:t>
      </w:r>
      <w:r w:rsidRPr="000767E2">
        <w:rPr>
          <w:lang w:val="sv-SE"/>
        </w:rPr>
        <w:br/>
        <w:t>För du har skapat allt,</w:t>
      </w:r>
      <w:r w:rsidRPr="000767E2">
        <w:rPr>
          <w:lang w:val="sv-SE"/>
        </w:rPr>
        <w:br/>
        <w:t>och genom din vilja fanns det och blev skapat.”{{field-off:bible}}</w:t>
      </w:r>
    </w:p>
    <w:p w14:paraId="7C4FE4B8" w14:textId="12460CD5"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5]]Kapitel 5</w:t>
      </w:r>
    </w:p>
    <w:p w14:paraId="200661F4" w14:textId="77777777" w:rsidR="00BA33AB" w:rsidRPr="000767E2" w:rsidRDefault="00000000">
      <w:pPr>
        <w:pStyle w:val="Rubrik3"/>
        <w:rPr>
          <w:lang w:val="sv-SE"/>
        </w:rPr>
      </w:pPr>
      <w:r w:rsidRPr="000767E2">
        <w:rPr>
          <w:lang w:val="sv-SE"/>
        </w:rPr>
        <w:t>Bokrullen med de sju sigillen</w:t>
      </w:r>
    </w:p>
    <w:p w14:paraId="2FE891E7" w14:textId="70575039" w:rsidR="00BA33AB" w:rsidRPr="000767E2" w:rsidRDefault="00000000">
      <w:pPr>
        <w:rPr>
          <w:lang w:val="sv-SE"/>
        </w:rPr>
      </w:pPr>
      <w:r w:rsidRPr="000767E2">
        <w:rPr>
          <w:lang w:val="sv-SE"/>
        </w:rPr>
        <w:t>[[@</w:t>
      </w:r>
      <w:r w:rsidR="0096445B" w:rsidRPr="000767E2">
        <w:rPr>
          <w:lang w:val="sv-SE"/>
        </w:rPr>
        <w:t>BibleBIBEL82</w:t>
      </w:r>
      <w:r w:rsidRPr="000767E2">
        <w:rPr>
          <w:lang w:val="sv-SE"/>
        </w:rPr>
        <w:t>:Rev 5:1]]</w:t>
      </w:r>
      <w:r w:rsidRPr="000767E2">
        <w:rPr>
          <w:vertAlign w:val="superscript"/>
          <w:lang w:val="sv-SE"/>
        </w:rPr>
        <w:t>1</w:t>
      </w:r>
      <w:r w:rsidRPr="000767E2">
        <w:rPr>
          <w:lang w:val="sv-SE"/>
        </w:rPr>
        <w:t xml:space="preserve"> {{field-on:bible}}Och jag såg i högra </w:t>
      </w:r>
      <w:r w:rsidRPr="000767E2">
        <w:rPr>
          <w:i/>
          <w:lang w:val="sv-SE"/>
        </w:rPr>
        <w:t>handen</w:t>
      </w:r>
      <w:r w:rsidRPr="000767E2">
        <w:rPr>
          <w:lang w:val="sv-SE"/>
        </w:rPr>
        <w:t xml:space="preserve"> hos honom som satt på tronen en bokrulle, skriven inuti och utanpå, förseglad med sju sigill.{{field-off:bible}} [[@</w:t>
      </w:r>
      <w:r w:rsidR="0096445B" w:rsidRPr="000767E2">
        <w:rPr>
          <w:lang w:val="sv-SE"/>
        </w:rPr>
        <w:t>BibleBIBEL82</w:t>
      </w:r>
      <w:r w:rsidRPr="000767E2">
        <w:rPr>
          <w:lang w:val="sv-SE"/>
        </w:rPr>
        <w:t>:Rev 5:2]]</w:t>
      </w:r>
      <w:r w:rsidRPr="000767E2">
        <w:rPr>
          <w:vertAlign w:val="superscript"/>
          <w:lang w:val="sv-SE"/>
        </w:rPr>
        <w:t>2</w:t>
      </w:r>
      <w:r w:rsidRPr="000767E2">
        <w:rPr>
          <w:lang w:val="sv-SE"/>
        </w:rPr>
        <w:t xml:space="preserve"> {{field-on:bible}}Och jag såg en stark ängel som förkunnade med väldig röst: ”Vem </w:t>
      </w:r>
      <w:r w:rsidRPr="000767E2">
        <w:rPr>
          <w:i/>
          <w:lang w:val="sv-SE"/>
        </w:rPr>
        <w:t>är</w:t>
      </w:r>
      <w:r w:rsidRPr="000767E2">
        <w:rPr>
          <w:lang w:val="sv-SE"/>
        </w:rPr>
        <w:t xml:space="preserve"> värdig att öppna bokrullen och lossa dess sigill?”{{field-off:bible}} [[@</w:t>
      </w:r>
      <w:r w:rsidR="0096445B" w:rsidRPr="000767E2">
        <w:rPr>
          <w:lang w:val="sv-SE"/>
        </w:rPr>
        <w:t>BibleBIBEL82</w:t>
      </w:r>
      <w:r w:rsidRPr="000767E2">
        <w:rPr>
          <w:lang w:val="sv-SE"/>
        </w:rPr>
        <w:t>:Rev 5:3]]</w:t>
      </w:r>
      <w:r w:rsidRPr="000767E2">
        <w:rPr>
          <w:vertAlign w:val="superscript"/>
          <w:lang w:val="sv-SE"/>
        </w:rPr>
        <w:t>3</w:t>
      </w:r>
      <w:r w:rsidRPr="000767E2">
        <w:rPr>
          <w:lang w:val="sv-SE"/>
        </w:rPr>
        <w:t xml:space="preserve"> {{field-on:bible}}Och ingen kunde i himlen eller på jorden eller under jorden öppna bokrullen eller se </w:t>
      </w:r>
      <w:r w:rsidRPr="000767E2">
        <w:rPr>
          <w:i/>
          <w:lang w:val="sv-SE"/>
        </w:rPr>
        <w:t>i</w:t>
      </w:r>
      <w:r w:rsidRPr="000767E2">
        <w:rPr>
          <w:lang w:val="sv-SE"/>
        </w:rPr>
        <w:t xml:space="preserve"> den.{{field-off:bible}} [[@</w:t>
      </w:r>
      <w:r w:rsidR="0096445B" w:rsidRPr="000767E2">
        <w:rPr>
          <w:lang w:val="sv-SE"/>
        </w:rPr>
        <w:t>BibleBIBEL82</w:t>
      </w:r>
      <w:r w:rsidRPr="000767E2">
        <w:rPr>
          <w:lang w:val="sv-SE"/>
        </w:rPr>
        <w:t>:Rev 5:4]]</w:t>
      </w:r>
      <w:r w:rsidRPr="000767E2">
        <w:rPr>
          <w:vertAlign w:val="superscript"/>
          <w:lang w:val="sv-SE"/>
        </w:rPr>
        <w:t>4</w:t>
      </w:r>
      <w:r w:rsidRPr="000767E2">
        <w:rPr>
          <w:lang w:val="sv-SE"/>
        </w:rPr>
        <w:t xml:space="preserve"> {{field-on:bible}}Och jag grät mycket, eftersom ingen befanns värdig att öppna bokrullen eller se </w:t>
      </w:r>
      <w:r w:rsidRPr="000767E2">
        <w:rPr>
          <w:i/>
          <w:lang w:val="sv-SE"/>
        </w:rPr>
        <w:t>i</w:t>
      </w:r>
      <w:r w:rsidRPr="000767E2">
        <w:rPr>
          <w:lang w:val="sv-SE"/>
        </w:rPr>
        <w:t xml:space="preserve"> den.{{field-off:bible}}</w:t>
      </w:r>
    </w:p>
    <w:p w14:paraId="0832109B" w14:textId="7AF51E3D" w:rsidR="00BA33AB" w:rsidRPr="000767E2" w:rsidRDefault="00000000">
      <w:pPr>
        <w:rPr>
          <w:lang w:val="sv-SE"/>
        </w:rPr>
      </w:pPr>
      <w:r w:rsidRPr="000767E2">
        <w:rPr>
          <w:lang w:val="sv-SE"/>
        </w:rPr>
        <w:t>[[@</w:t>
      </w:r>
      <w:r w:rsidR="0096445B" w:rsidRPr="000767E2">
        <w:rPr>
          <w:lang w:val="sv-SE"/>
        </w:rPr>
        <w:t>BibleBIBEL82</w:t>
      </w:r>
      <w:r w:rsidRPr="000767E2">
        <w:rPr>
          <w:lang w:val="sv-SE"/>
        </w:rPr>
        <w:t>:Rev 5:5]]</w:t>
      </w:r>
      <w:r w:rsidRPr="000767E2">
        <w:rPr>
          <w:vertAlign w:val="superscript"/>
          <w:lang w:val="sv-SE"/>
        </w:rPr>
        <w:t>5</w:t>
      </w:r>
      <w:r w:rsidRPr="000767E2">
        <w:rPr>
          <w:lang w:val="sv-SE"/>
        </w:rPr>
        <w:t xml:space="preserve"> {{field-on:bible}}Och en av de äldste säger till mig: ”Gråt inte. Se, segrat har Lejonet av Juda stam, Davids rotskott, </w:t>
      </w:r>
      <w:r w:rsidRPr="000767E2">
        <w:rPr>
          <w:i/>
          <w:lang w:val="sv-SE"/>
        </w:rPr>
        <w:t>för</w:t>
      </w:r>
      <w:r w:rsidRPr="000767E2">
        <w:rPr>
          <w:lang w:val="sv-SE"/>
        </w:rPr>
        <w:t xml:space="preserve"> att öppna bokrullen och dess sju sigill.”{{field-off:bible}}</w:t>
      </w:r>
    </w:p>
    <w:p w14:paraId="03B3BAF1" w14:textId="77777777" w:rsidR="00BA33AB" w:rsidRPr="000767E2" w:rsidRDefault="00000000">
      <w:pPr>
        <w:pStyle w:val="Rubrik3"/>
        <w:rPr>
          <w:lang w:val="sv-SE"/>
        </w:rPr>
      </w:pPr>
      <w:r w:rsidRPr="000767E2">
        <w:rPr>
          <w:lang w:val="sv-SE"/>
        </w:rPr>
        <w:lastRenderedPageBreak/>
        <w:t>Lammet inför tronen</w:t>
      </w:r>
    </w:p>
    <w:p w14:paraId="21175E9C" w14:textId="32099EB3" w:rsidR="00BA33AB" w:rsidRPr="000767E2" w:rsidRDefault="00000000">
      <w:pPr>
        <w:rPr>
          <w:lang w:val="sv-SE"/>
        </w:rPr>
      </w:pPr>
      <w:r w:rsidRPr="000767E2">
        <w:rPr>
          <w:lang w:val="sv-SE"/>
        </w:rPr>
        <w:t>[[@</w:t>
      </w:r>
      <w:r w:rsidR="0096445B" w:rsidRPr="000767E2">
        <w:rPr>
          <w:lang w:val="sv-SE"/>
        </w:rPr>
        <w:t>BibleBIBEL82</w:t>
      </w:r>
      <w:r w:rsidRPr="000767E2">
        <w:rPr>
          <w:lang w:val="sv-SE"/>
        </w:rPr>
        <w:t>:Rev 5:6]]</w:t>
      </w:r>
      <w:r w:rsidRPr="000767E2">
        <w:rPr>
          <w:vertAlign w:val="superscript"/>
          <w:lang w:val="sv-SE"/>
        </w:rPr>
        <w:t>6</w:t>
      </w:r>
      <w:r w:rsidRPr="000767E2">
        <w:rPr>
          <w:lang w:val="sv-SE"/>
        </w:rPr>
        <w:t xml:space="preserve"> {{field-on:bible}}Och jag såg i mitten av tronen och de fyra varelserna och i mitten av de äldste ett Lamm, stående som slaktat, och det hade sju horn och sju ögon, som är Guds sju andar som sänds ut till hela jorden.{{field-off:bible}} [[@</w:t>
      </w:r>
      <w:r w:rsidR="0096445B" w:rsidRPr="000767E2">
        <w:rPr>
          <w:lang w:val="sv-SE"/>
        </w:rPr>
        <w:t>BibleBIBEL82</w:t>
      </w:r>
      <w:r w:rsidRPr="000767E2">
        <w:rPr>
          <w:lang w:val="sv-SE"/>
        </w:rPr>
        <w:t>:Rev 5:7]]</w:t>
      </w:r>
      <w:r w:rsidRPr="000767E2">
        <w:rPr>
          <w:vertAlign w:val="superscript"/>
          <w:lang w:val="sv-SE"/>
        </w:rPr>
        <w:t>7</w:t>
      </w:r>
      <w:r w:rsidRPr="000767E2">
        <w:rPr>
          <w:lang w:val="sv-SE"/>
        </w:rPr>
        <w:t xml:space="preserve"> {{field-on:bible}}Och det kom och tog </w:t>
      </w:r>
      <w:r w:rsidRPr="000767E2">
        <w:rPr>
          <w:i/>
          <w:lang w:val="sv-SE"/>
        </w:rPr>
        <w:t>emot</w:t>
      </w:r>
      <w:r w:rsidRPr="000767E2">
        <w:rPr>
          <w:lang w:val="sv-SE"/>
        </w:rPr>
        <w:t xml:space="preserve"> ur högra </w:t>
      </w:r>
      <w:r w:rsidRPr="000767E2">
        <w:rPr>
          <w:i/>
          <w:lang w:val="sv-SE"/>
        </w:rPr>
        <w:t>handen</w:t>
      </w:r>
      <w:r w:rsidRPr="000767E2">
        <w:rPr>
          <w:lang w:val="sv-SE"/>
        </w:rPr>
        <w:t xml:space="preserve"> hos honom som satt på tronen.{{field-off:bible}}</w:t>
      </w:r>
    </w:p>
    <w:p w14:paraId="18953CD9" w14:textId="1EEB7C00" w:rsidR="00BA33AB" w:rsidRPr="000767E2" w:rsidRDefault="00000000">
      <w:pPr>
        <w:rPr>
          <w:lang w:val="sv-SE"/>
        </w:rPr>
      </w:pPr>
      <w:r w:rsidRPr="000767E2">
        <w:rPr>
          <w:lang w:val="sv-SE"/>
        </w:rPr>
        <w:t>[[@</w:t>
      </w:r>
      <w:r w:rsidR="0096445B" w:rsidRPr="000767E2">
        <w:rPr>
          <w:lang w:val="sv-SE"/>
        </w:rPr>
        <w:t>BibleBIBEL82</w:t>
      </w:r>
      <w:r w:rsidRPr="000767E2">
        <w:rPr>
          <w:lang w:val="sv-SE"/>
        </w:rPr>
        <w:t>:Rev 5:8]]</w:t>
      </w:r>
      <w:r w:rsidRPr="000767E2">
        <w:rPr>
          <w:vertAlign w:val="superscript"/>
          <w:lang w:val="sv-SE"/>
        </w:rPr>
        <w:t>8</w:t>
      </w:r>
      <w:r w:rsidRPr="000767E2">
        <w:rPr>
          <w:lang w:val="sv-SE"/>
        </w:rPr>
        <w:t xml:space="preserve"> {{field-on:bible}}Och när det tog </w:t>
      </w:r>
      <w:r w:rsidRPr="000767E2">
        <w:rPr>
          <w:i/>
          <w:lang w:val="sv-SE"/>
        </w:rPr>
        <w:t>emot</w:t>
      </w:r>
      <w:r w:rsidRPr="000767E2">
        <w:rPr>
          <w:lang w:val="sv-SE"/>
        </w:rPr>
        <w:t xml:space="preserve"> bokrullen, föll de fyra varelserna och de tjugofyra äldste </w:t>
      </w:r>
      <w:r w:rsidRPr="000767E2">
        <w:rPr>
          <w:i/>
          <w:lang w:val="sv-SE"/>
        </w:rPr>
        <w:t>ner</w:t>
      </w:r>
      <w:r w:rsidRPr="000767E2">
        <w:rPr>
          <w:lang w:val="sv-SE"/>
        </w:rPr>
        <w:t xml:space="preserve"> inför Lammet, och var och en hade en harpa och skålar av guld fulla av rökelser, som är de heligas böner.{{field-off:bible}}</w:t>
      </w:r>
    </w:p>
    <w:p w14:paraId="304C10D2" w14:textId="77777777" w:rsidR="00BA33AB" w:rsidRPr="000767E2" w:rsidRDefault="00000000">
      <w:pPr>
        <w:pStyle w:val="Rubrik3"/>
        <w:rPr>
          <w:lang w:val="sv-SE"/>
        </w:rPr>
      </w:pPr>
      <w:r w:rsidRPr="000767E2">
        <w:rPr>
          <w:lang w:val="sv-SE"/>
        </w:rPr>
        <w:t>Den nya sången till Lammet</w:t>
      </w:r>
    </w:p>
    <w:p w14:paraId="712E26C5" w14:textId="769BFE8B" w:rsidR="00BA33AB" w:rsidRPr="000767E2" w:rsidRDefault="00000000">
      <w:pPr>
        <w:rPr>
          <w:lang w:val="sv-SE"/>
        </w:rPr>
      </w:pPr>
      <w:r w:rsidRPr="000767E2">
        <w:rPr>
          <w:lang w:val="sv-SE"/>
        </w:rPr>
        <w:t>[[@</w:t>
      </w:r>
      <w:r w:rsidR="0096445B" w:rsidRPr="000767E2">
        <w:rPr>
          <w:lang w:val="sv-SE"/>
        </w:rPr>
        <w:t>BibleBIBEL82</w:t>
      </w:r>
      <w:r w:rsidRPr="000767E2">
        <w:rPr>
          <w:lang w:val="sv-SE"/>
        </w:rPr>
        <w:t>:Rev 5:9]]</w:t>
      </w:r>
      <w:r w:rsidRPr="000767E2">
        <w:rPr>
          <w:vertAlign w:val="superscript"/>
          <w:lang w:val="sv-SE"/>
        </w:rPr>
        <w:t>9</w:t>
      </w:r>
      <w:r w:rsidRPr="000767E2">
        <w:rPr>
          <w:lang w:val="sv-SE"/>
        </w:rPr>
        <w:t xml:space="preserve"> {{field-on:bible}}Och de sjunger en ny sång och säger:{{field-off:bible}}</w:t>
      </w:r>
    </w:p>
    <w:p w14:paraId="129255A5" w14:textId="44C286A0" w:rsidR="00BA33AB" w:rsidRPr="000767E2" w:rsidRDefault="00000000">
      <w:pPr>
        <w:rPr>
          <w:lang w:val="sv-SE"/>
        </w:rPr>
      </w:pPr>
      <w:r w:rsidRPr="000767E2">
        <w:rPr>
          <w:lang w:val="sv-SE"/>
        </w:rPr>
        <w:t xml:space="preserve">{{field-on:bible}}”Värdig är du att ta </w:t>
      </w:r>
      <w:r w:rsidRPr="000767E2">
        <w:rPr>
          <w:i/>
          <w:lang w:val="sv-SE"/>
        </w:rPr>
        <w:t>emot</w:t>
      </w:r>
      <w:r w:rsidRPr="000767E2">
        <w:rPr>
          <w:lang w:val="sv-SE"/>
        </w:rPr>
        <w:t xml:space="preserve"> bokrullen och öppna dess sigill.</w:t>
      </w:r>
      <w:r w:rsidRPr="000767E2">
        <w:rPr>
          <w:lang w:val="sv-SE"/>
        </w:rPr>
        <w:br/>
        <w:t>För du blev slaktad och köpte oss åt Gud med ditt blod,</w:t>
      </w:r>
      <w:r w:rsidRPr="000767E2">
        <w:rPr>
          <w:lang w:val="sv-SE"/>
        </w:rPr>
        <w:br/>
        <w:t>från varje stam och tunga och folk och folkslag.{{field-off:bible}}</w:t>
      </w:r>
      <w:r w:rsidRPr="000767E2">
        <w:rPr>
          <w:lang w:val="sv-SE"/>
        </w:rPr>
        <w:br/>
        <w:t>[[@</w:t>
      </w:r>
      <w:r w:rsidR="0096445B" w:rsidRPr="000767E2">
        <w:rPr>
          <w:lang w:val="sv-SE"/>
        </w:rPr>
        <w:t>BibleBIBEL82</w:t>
      </w:r>
      <w:r w:rsidRPr="000767E2">
        <w:rPr>
          <w:lang w:val="sv-SE"/>
        </w:rPr>
        <w:t>:Rev 5:10]]</w:t>
      </w:r>
      <w:r w:rsidRPr="000767E2">
        <w:rPr>
          <w:vertAlign w:val="superscript"/>
          <w:lang w:val="sv-SE"/>
        </w:rPr>
        <w:t>10</w:t>
      </w:r>
      <w:r w:rsidRPr="000767E2">
        <w:rPr>
          <w:lang w:val="sv-SE"/>
        </w:rPr>
        <w:t xml:space="preserve"> {{field-on:bible}}Och du har gjort dem åt vår Gud </w:t>
      </w:r>
      <w:r w:rsidRPr="000767E2">
        <w:rPr>
          <w:i/>
          <w:lang w:val="sv-SE"/>
        </w:rPr>
        <w:t>till</w:t>
      </w:r>
      <w:r w:rsidRPr="000767E2">
        <w:rPr>
          <w:lang w:val="sv-SE"/>
        </w:rPr>
        <w:t xml:space="preserve"> ett rike och präster,</w:t>
      </w:r>
      <w:r w:rsidRPr="000767E2">
        <w:rPr>
          <w:lang w:val="sv-SE"/>
        </w:rPr>
        <w:br/>
        <w:t>och de ska regera på jorden.”{{field-off:bible}}</w:t>
      </w:r>
    </w:p>
    <w:p w14:paraId="12EC5B02" w14:textId="04FE2495" w:rsidR="00BA33AB" w:rsidRPr="000767E2" w:rsidRDefault="00000000">
      <w:pPr>
        <w:rPr>
          <w:lang w:val="sv-SE"/>
        </w:rPr>
      </w:pPr>
      <w:r w:rsidRPr="000767E2">
        <w:rPr>
          <w:lang w:val="sv-SE"/>
        </w:rPr>
        <w:t>[[@</w:t>
      </w:r>
      <w:r w:rsidR="0096445B" w:rsidRPr="000767E2">
        <w:rPr>
          <w:lang w:val="sv-SE"/>
        </w:rPr>
        <w:t>BibleBIBEL82</w:t>
      </w:r>
      <w:r w:rsidRPr="000767E2">
        <w:rPr>
          <w:lang w:val="sv-SE"/>
        </w:rPr>
        <w:t>:Rev 5:11]]</w:t>
      </w:r>
      <w:r w:rsidRPr="000767E2">
        <w:rPr>
          <w:vertAlign w:val="superscript"/>
          <w:lang w:val="sv-SE"/>
        </w:rPr>
        <w:t>11</w:t>
      </w:r>
      <w:r w:rsidRPr="000767E2">
        <w:rPr>
          <w:lang w:val="sv-SE"/>
        </w:rPr>
        <w:t xml:space="preserve"> {{field-on:bible}}Och jag såg, och jag hörde en röst av många änglar runt omkring tronen och varelserna och de äldste. Och deras antal var myriaders myriader och tusentals tusental,{{field-off:bible}} [[@</w:t>
      </w:r>
      <w:r w:rsidR="0096445B" w:rsidRPr="000767E2">
        <w:rPr>
          <w:lang w:val="sv-SE"/>
        </w:rPr>
        <w:t>BibleBIBEL82</w:t>
      </w:r>
      <w:r w:rsidRPr="000767E2">
        <w:rPr>
          <w:lang w:val="sv-SE"/>
        </w:rPr>
        <w:t>:Rev 5:12]]</w:t>
      </w:r>
      <w:r w:rsidRPr="000767E2">
        <w:rPr>
          <w:vertAlign w:val="superscript"/>
          <w:lang w:val="sv-SE"/>
        </w:rPr>
        <w:t>12</w:t>
      </w:r>
      <w:r w:rsidRPr="000767E2">
        <w:rPr>
          <w:lang w:val="sv-SE"/>
        </w:rPr>
        <w:t xml:space="preserve"> {{field-on:bible}}och de sade med väldig röst:{{field-off:bible}}</w:t>
      </w:r>
    </w:p>
    <w:p w14:paraId="106C1AD2" w14:textId="77777777" w:rsidR="00BA33AB" w:rsidRPr="000767E2" w:rsidRDefault="00000000">
      <w:pPr>
        <w:rPr>
          <w:lang w:val="sv-SE"/>
        </w:rPr>
      </w:pPr>
      <w:r w:rsidRPr="000767E2">
        <w:rPr>
          <w:lang w:val="sv-SE"/>
        </w:rPr>
        <w:t xml:space="preserve">{{field-on:bible}}”Värdigt är Lammet </w:t>
      </w:r>
      <w:r w:rsidRPr="000767E2">
        <w:rPr>
          <w:i/>
          <w:lang w:val="sv-SE"/>
        </w:rPr>
        <w:t>som är</w:t>
      </w:r>
      <w:r w:rsidRPr="000767E2">
        <w:rPr>
          <w:lang w:val="sv-SE"/>
        </w:rPr>
        <w:t xml:space="preserve"> slaktat</w:t>
      </w:r>
      <w:r w:rsidRPr="000767E2">
        <w:rPr>
          <w:lang w:val="sv-SE"/>
        </w:rPr>
        <w:br/>
        <w:t xml:space="preserve">att ta </w:t>
      </w:r>
      <w:r w:rsidRPr="000767E2">
        <w:rPr>
          <w:i/>
          <w:lang w:val="sv-SE"/>
        </w:rPr>
        <w:t>emot</w:t>
      </w:r>
      <w:r w:rsidRPr="000767E2">
        <w:rPr>
          <w:lang w:val="sv-SE"/>
        </w:rPr>
        <w:t xml:space="preserve"> makten och rikedom och vishet</w:t>
      </w:r>
      <w:r w:rsidRPr="000767E2">
        <w:rPr>
          <w:lang w:val="sv-SE"/>
        </w:rPr>
        <w:br/>
        <w:t>och styrka och heder och ära och välsignelse!”{{field-off:bible}}</w:t>
      </w:r>
    </w:p>
    <w:p w14:paraId="1E4D9B85" w14:textId="126FDA37" w:rsidR="00BA33AB" w:rsidRPr="000767E2" w:rsidRDefault="00000000">
      <w:pPr>
        <w:rPr>
          <w:lang w:val="sv-SE"/>
        </w:rPr>
      </w:pPr>
      <w:r w:rsidRPr="000767E2">
        <w:rPr>
          <w:lang w:val="sv-SE"/>
        </w:rPr>
        <w:t>[[@</w:t>
      </w:r>
      <w:r w:rsidR="0096445B" w:rsidRPr="000767E2">
        <w:rPr>
          <w:lang w:val="sv-SE"/>
        </w:rPr>
        <w:t>BibleBIBEL82</w:t>
      </w:r>
      <w:r w:rsidRPr="000767E2">
        <w:rPr>
          <w:lang w:val="sv-SE"/>
        </w:rPr>
        <w:t>:Rev 5:13]]</w:t>
      </w:r>
      <w:r w:rsidRPr="000767E2">
        <w:rPr>
          <w:vertAlign w:val="superscript"/>
          <w:lang w:val="sv-SE"/>
        </w:rPr>
        <w:t>13</w:t>
      </w:r>
      <w:r w:rsidRPr="000767E2">
        <w:rPr>
          <w:lang w:val="sv-SE"/>
        </w:rPr>
        <w:t xml:space="preserve"> {{field-on:bible}}Och varje skapelse i himlen och på jorden och under jorden och på havet och allt i dem hörde jag säga:{{field-off:bible}}</w:t>
      </w:r>
    </w:p>
    <w:p w14:paraId="2253FDC2" w14:textId="77777777" w:rsidR="00BA33AB" w:rsidRPr="000767E2" w:rsidRDefault="00000000">
      <w:pPr>
        <w:rPr>
          <w:lang w:val="sv-SE"/>
        </w:rPr>
      </w:pPr>
      <w:r w:rsidRPr="000767E2">
        <w:rPr>
          <w:lang w:val="sv-SE"/>
        </w:rPr>
        <w:t>{{field-on:bible}}”Till honom som sitter på tronen, och till Lammet,</w:t>
      </w:r>
      <w:r w:rsidRPr="000767E2">
        <w:rPr>
          <w:lang w:val="sv-SE"/>
        </w:rPr>
        <w:br/>
      </w:r>
      <w:r w:rsidRPr="000767E2">
        <w:rPr>
          <w:i/>
          <w:lang w:val="sv-SE"/>
        </w:rPr>
        <w:t>hör</w:t>
      </w:r>
      <w:r w:rsidRPr="000767E2">
        <w:rPr>
          <w:lang w:val="sv-SE"/>
        </w:rPr>
        <w:t xml:space="preserve"> välsignelsen och hedern och äran och väldet</w:t>
      </w:r>
      <w:r w:rsidRPr="000767E2">
        <w:rPr>
          <w:lang w:val="sv-SE"/>
        </w:rPr>
        <w:br/>
        <w:t>till eonernas eoner!”{{field-off:bible}}</w:t>
      </w:r>
    </w:p>
    <w:p w14:paraId="0B3AB70C" w14:textId="42244717" w:rsidR="00BA33AB" w:rsidRPr="000767E2" w:rsidRDefault="00000000">
      <w:pPr>
        <w:rPr>
          <w:lang w:val="sv-SE"/>
        </w:rPr>
      </w:pPr>
      <w:r w:rsidRPr="000767E2">
        <w:rPr>
          <w:lang w:val="sv-SE"/>
        </w:rPr>
        <w:t>[[@</w:t>
      </w:r>
      <w:r w:rsidR="0096445B" w:rsidRPr="000767E2">
        <w:rPr>
          <w:lang w:val="sv-SE"/>
        </w:rPr>
        <w:t>BibleBIBEL82</w:t>
      </w:r>
      <w:r w:rsidRPr="000767E2">
        <w:rPr>
          <w:lang w:val="sv-SE"/>
        </w:rPr>
        <w:t>:Rev 5:14]]</w:t>
      </w:r>
      <w:r w:rsidRPr="000767E2">
        <w:rPr>
          <w:vertAlign w:val="superscript"/>
          <w:lang w:val="sv-SE"/>
        </w:rPr>
        <w:t>14</w:t>
      </w:r>
      <w:r w:rsidRPr="000767E2">
        <w:rPr>
          <w:lang w:val="sv-SE"/>
        </w:rPr>
        <w:t xml:space="preserve"> {{field-on:bible}}Och de fyra varelserna sade: ”Amen.” Och de äldste föll </w:t>
      </w:r>
      <w:r w:rsidRPr="000767E2">
        <w:rPr>
          <w:i/>
          <w:lang w:val="sv-SE"/>
        </w:rPr>
        <w:t>ner</w:t>
      </w:r>
      <w:r w:rsidRPr="000767E2">
        <w:rPr>
          <w:lang w:val="sv-SE"/>
        </w:rPr>
        <w:t xml:space="preserve"> och tillbad.{{field-off:bible}}</w:t>
      </w:r>
    </w:p>
    <w:p w14:paraId="668D0A58" w14:textId="08EFC4B4"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6]]Kapitel 6</w:t>
      </w:r>
    </w:p>
    <w:p w14:paraId="4BD2BAA5" w14:textId="77777777" w:rsidR="00BA33AB" w:rsidRPr="000767E2" w:rsidRDefault="00000000">
      <w:pPr>
        <w:pStyle w:val="Rubrik3"/>
        <w:rPr>
          <w:lang w:val="sv-SE"/>
        </w:rPr>
      </w:pPr>
      <w:r w:rsidRPr="000767E2">
        <w:rPr>
          <w:lang w:val="sv-SE"/>
        </w:rPr>
        <w:t>Sex sigill bryts</w:t>
      </w:r>
    </w:p>
    <w:p w14:paraId="6E4F1C43" w14:textId="21B9E102" w:rsidR="00BA33AB" w:rsidRPr="000767E2" w:rsidRDefault="00000000">
      <w:pPr>
        <w:rPr>
          <w:lang w:val="sv-SE"/>
        </w:rPr>
      </w:pPr>
      <w:r w:rsidRPr="000767E2">
        <w:rPr>
          <w:lang w:val="sv-SE"/>
        </w:rPr>
        <w:t>[[@</w:t>
      </w:r>
      <w:r w:rsidR="0096445B" w:rsidRPr="000767E2">
        <w:rPr>
          <w:lang w:val="sv-SE"/>
        </w:rPr>
        <w:t>BibleBIBEL82</w:t>
      </w:r>
      <w:r w:rsidRPr="000767E2">
        <w:rPr>
          <w:lang w:val="sv-SE"/>
        </w:rPr>
        <w:t>:Rev 6:1]]</w:t>
      </w:r>
      <w:r w:rsidRPr="000767E2">
        <w:rPr>
          <w:vertAlign w:val="superscript"/>
          <w:lang w:val="sv-SE"/>
        </w:rPr>
        <w:t>1</w:t>
      </w:r>
      <w:r w:rsidRPr="000767E2">
        <w:rPr>
          <w:lang w:val="sv-SE"/>
        </w:rPr>
        <w:t xml:space="preserve"> {{field-on:bible}}Och jag såg när Lammet öppnade ett av de sju sigillen. Och jag hörde en av de fyra varelserna säga, som en röst av åska: ”Kom!”{{field-</w:t>
      </w:r>
      <w:r w:rsidRPr="000767E2">
        <w:rPr>
          <w:lang w:val="sv-SE"/>
        </w:rPr>
        <w:lastRenderedPageBreak/>
        <w:t>off:bible}} [[@</w:t>
      </w:r>
      <w:r w:rsidR="0096445B" w:rsidRPr="000767E2">
        <w:rPr>
          <w:lang w:val="sv-SE"/>
        </w:rPr>
        <w:t>BibleBIBEL82</w:t>
      </w:r>
      <w:r w:rsidRPr="000767E2">
        <w:rPr>
          <w:lang w:val="sv-SE"/>
        </w:rPr>
        <w:t>:Rev 6:2]]</w:t>
      </w:r>
      <w:r w:rsidRPr="000767E2">
        <w:rPr>
          <w:vertAlign w:val="superscript"/>
          <w:lang w:val="sv-SE"/>
        </w:rPr>
        <w:t>2</w:t>
      </w:r>
      <w:r w:rsidRPr="000767E2">
        <w:rPr>
          <w:lang w:val="sv-SE"/>
        </w:rPr>
        <w:t xml:space="preserve"> {{field-on:bible}}Och jag såg, och se: en vit häst, och han som satt på den hade en båge. Och åt honom gavs en krans, och han gick ut segrande och för att segra.{{field-off:bible}}</w:t>
      </w:r>
    </w:p>
    <w:p w14:paraId="6BFC2BC0" w14:textId="54859915" w:rsidR="00BA33AB" w:rsidRPr="000767E2" w:rsidRDefault="00000000">
      <w:pPr>
        <w:rPr>
          <w:lang w:val="sv-SE"/>
        </w:rPr>
      </w:pPr>
      <w:r w:rsidRPr="000767E2">
        <w:rPr>
          <w:lang w:val="sv-SE"/>
        </w:rPr>
        <w:t>[[@</w:t>
      </w:r>
      <w:r w:rsidR="0096445B" w:rsidRPr="000767E2">
        <w:rPr>
          <w:lang w:val="sv-SE"/>
        </w:rPr>
        <w:t>BibleBIBEL82</w:t>
      </w:r>
      <w:r w:rsidRPr="000767E2">
        <w:rPr>
          <w:lang w:val="sv-SE"/>
        </w:rPr>
        <w:t>:Rev 6:3]]</w:t>
      </w:r>
      <w:r w:rsidRPr="000767E2">
        <w:rPr>
          <w:vertAlign w:val="superscript"/>
          <w:lang w:val="sv-SE"/>
        </w:rPr>
        <w:t>3</w:t>
      </w:r>
      <w:r w:rsidRPr="000767E2">
        <w:rPr>
          <w:lang w:val="sv-SE"/>
        </w:rPr>
        <w:t xml:space="preserve"> {{field-on:bible}}Och när han öppnade det andra sigillet, hörde jag den andra varelsen säga: ”Kom!”{{field-off:bible}} [[@</w:t>
      </w:r>
      <w:r w:rsidR="0096445B" w:rsidRPr="000767E2">
        <w:rPr>
          <w:lang w:val="sv-SE"/>
        </w:rPr>
        <w:t>BibleBIBEL82</w:t>
      </w:r>
      <w:r w:rsidRPr="000767E2">
        <w:rPr>
          <w:lang w:val="sv-SE"/>
        </w:rPr>
        <w:t>:Rev 6:4]]</w:t>
      </w:r>
      <w:r w:rsidRPr="000767E2">
        <w:rPr>
          <w:vertAlign w:val="superscript"/>
          <w:lang w:val="sv-SE"/>
        </w:rPr>
        <w:t>4</w:t>
      </w:r>
      <w:r w:rsidRPr="000767E2">
        <w:rPr>
          <w:lang w:val="sv-SE"/>
        </w:rPr>
        <w:t xml:space="preserve"> {{field-on:bible}}Och ut kom en annan häst, en eldröd, och åt honom som satt på den gavs att ta freden från jorden och att de skulle slakta varandra. Och åt honom gavs ett stort svärd.{{field-off:bible}}</w:t>
      </w:r>
    </w:p>
    <w:p w14:paraId="442756DE" w14:textId="0D8B2397" w:rsidR="00BA33AB" w:rsidRPr="000767E2" w:rsidRDefault="00000000">
      <w:pPr>
        <w:rPr>
          <w:lang w:val="sv-SE"/>
        </w:rPr>
      </w:pPr>
      <w:r w:rsidRPr="000767E2">
        <w:rPr>
          <w:lang w:val="sv-SE"/>
        </w:rPr>
        <w:t>[[@</w:t>
      </w:r>
      <w:r w:rsidR="0096445B" w:rsidRPr="000767E2">
        <w:rPr>
          <w:lang w:val="sv-SE"/>
        </w:rPr>
        <w:t>BibleBIBEL82</w:t>
      </w:r>
      <w:r w:rsidRPr="000767E2">
        <w:rPr>
          <w:lang w:val="sv-SE"/>
        </w:rPr>
        <w:t>:Rev 6:5]]</w:t>
      </w:r>
      <w:r w:rsidRPr="000767E2">
        <w:rPr>
          <w:vertAlign w:val="superscript"/>
          <w:lang w:val="sv-SE"/>
        </w:rPr>
        <w:t>5</w:t>
      </w:r>
      <w:r w:rsidRPr="000767E2">
        <w:rPr>
          <w:lang w:val="sv-SE"/>
        </w:rPr>
        <w:t xml:space="preserve"> {{field-on:bible}}Och när han öppnade det tredje sigillet, hörde jag den tredje varelsen säga: ”Kom!” Och jag såg, och se: en svart häst, och han som satt på den hade en våg i sin hand.{{field-off:bible}} [[@</w:t>
      </w:r>
      <w:r w:rsidR="0096445B" w:rsidRPr="000767E2">
        <w:rPr>
          <w:lang w:val="sv-SE"/>
        </w:rPr>
        <w:t>BibleBIBEL82</w:t>
      </w:r>
      <w:r w:rsidRPr="000767E2">
        <w:rPr>
          <w:lang w:val="sv-SE"/>
        </w:rPr>
        <w:t>:Rev 6:6]]</w:t>
      </w:r>
      <w:r w:rsidRPr="000767E2">
        <w:rPr>
          <w:vertAlign w:val="superscript"/>
          <w:lang w:val="sv-SE"/>
        </w:rPr>
        <w:t>6</w:t>
      </w:r>
      <w:r w:rsidRPr="000767E2">
        <w:rPr>
          <w:lang w:val="sv-SE"/>
        </w:rPr>
        <w:t xml:space="preserve"> {{field-on:bible}}Och jag hörde som en röst mitt bland de fyra varelserna som sade: ”En choinix vete för en denar, och tre choinix korn för en denar. Och oljan och vinet ska du inte skada.”{{field-off:bible}}</w:t>
      </w:r>
    </w:p>
    <w:p w14:paraId="343C4EB4" w14:textId="0DD377C4" w:rsidR="00BA33AB" w:rsidRPr="000767E2" w:rsidRDefault="00000000">
      <w:pPr>
        <w:rPr>
          <w:lang w:val="sv-SE"/>
        </w:rPr>
      </w:pPr>
      <w:r w:rsidRPr="000767E2">
        <w:rPr>
          <w:lang w:val="sv-SE"/>
        </w:rPr>
        <w:t>[[@</w:t>
      </w:r>
      <w:r w:rsidR="0096445B" w:rsidRPr="000767E2">
        <w:rPr>
          <w:lang w:val="sv-SE"/>
        </w:rPr>
        <w:t>BibleBIBEL82</w:t>
      </w:r>
      <w:r w:rsidRPr="000767E2">
        <w:rPr>
          <w:lang w:val="sv-SE"/>
        </w:rPr>
        <w:t>:Rev 6:7]]</w:t>
      </w:r>
      <w:r w:rsidRPr="000767E2">
        <w:rPr>
          <w:vertAlign w:val="superscript"/>
          <w:lang w:val="sv-SE"/>
        </w:rPr>
        <w:t>7</w:t>
      </w:r>
      <w:r w:rsidRPr="000767E2">
        <w:rPr>
          <w:lang w:val="sv-SE"/>
        </w:rPr>
        <w:t xml:space="preserve"> {{field-on:bible}}Och när han öppnade det fjärde sigillet, hörde jag rösten av den fjärde varelsen säga: ”Kom!”{{field-off:bible}} [[@</w:t>
      </w:r>
      <w:r w:rsidR="0096445B" w:rsidRPr="000767E2">
        <w:rPr>
          <w:lang w:val="sv-SE"/>
        </w:rPr>
        <w:t>BibleBIBEL82</w:t>
      </w:r>
      <w:r w:rsidRPr="000767E2">
        <w:rPr>
          <w:lang w:val="sv-SE"/>
        </w:rPr>
        <w:t>:Rev 6:8]]</w:t>
      </w:r>
      <w:r w:rsidRPr="000767E2">
        <w:rPr>
          <w:vertAlign w:val="superscript"/>
          <w:lang w:val="sv-SE"/>
        </w:rPr>
        <w:t>8</w:t>
      </w:r>
      <w:r w:rsidRPr="000767E2">
        <w:rPr>
          <w:lang w:val="sv-SE"/>
        </w:rPr>
        <w:t xml:space="preserve"> {{field-on:bible}}Och jag såg, och se: en </w:t>
      </w:r>
      <w:r w:rsidRPr="000767E2">
        <w:rPr>
          <w:i/>
          <w:lang w:val="sv-SE"/>
        </w:rPr>
        <w:t>blek</w:t>
      </w:r>
      <w:r w:rsidRPr="000767E2">
        <w:rPr>
          <w:lang w:val="sv-SE"/>
        </w:rPr>
        <w:t xml:space="preserve">grön häst, och han som satt ovanpå den, hans namn </w:t>
      </w:r>
      <w:r w:rsidRPr="000767E2">
        <w:rPr>
          <w:i/>
          <w:lang w:val="sv-SE"/>
        </w:rPr>
        <w:t>var</w:t>
      </w:r>
      <w:r w:rsidRPr="000767E2">
        <w:rPr>
          <w:lang w:val="sv-SE"/>
        </w:rPr>
        <w:t xml:space="preserve"> Döden, och Hades följde med honom. Och åt dem gavs auktoritet över fjärdedelen av jorden, att döda med klinga och med svält och med död och av jordens vilddjur.{{field-off:bible}}</w:t>
      </w:r>
    </w:p>
    <w:p w14:paraId="08A410E2" w14:textId="54DCF97F" w:rsidR="00BA33AB" w:rsidRPr="000767E2" w:rsidRDefault="00000000">
      <w:pPr>
        <w:rPr>
          <w:lang w:val="sv-SE"/>
        </w:rPr>
      </w:pPr>
      <w:r w:rsidRPr="000767E2">
        <w:rPr>
          <w:lang w:val="sv-SE"/>
        </w:rPr>
        <w:t>[[@</w:t>
      </w:r>
      <w:r w:rsidR="0096445B" w:rsidRPr="000767E2">
        <w:rPr>
          <w:lang w:val="sv-SE"/>
        </w:rPr>
        <w:t>BibleBIBEL82</w:t>
      </w:r>
      <w:r w:rsidRPr="000767E2">
        <w:rPr>
          <w:lang w:val="sv-SE"/>
        </w:rPr>
        <w:t>:Rev 6:9]]</w:t>
      </w:r>
      <w:r w:rsidRPr="000767E2">
        <w:rPr>
          <w:vertAlign w:val="superscript"/>
          <w:lang w:val="sv-SE"/>
        </w:rPr>
        <w:t>9</w:t>
      </w:r>
      <w:r w:rsidRPr="000767E2">
        <w:rPr>
          <w:lang w:val="sv-SE"/>
        </w:rPr>
        <w:t xml:space="preserve"> {{field-on:bible}}Och när han öppnade det femte sigillet, såg jag under altaret själarna av dem </w:t>
      </w:r>
      <w:r w:rsidRPr="000767E2">
        <w:rPr>
          <w:i/>
          <w:lang w:val="sv-SE"/>
        </w:rPr>
        <w:t>som blivit</w:t>
      </w:r>
      <w:r w:rsidRPr="000767E2">
        <w:rPr>
          <w:lang w:val="sv-SE"/>
        </w:rPr>
        <w:t xml:space="preserve"> slaktade för Guds ord och för vittnesbördet som de hade.{{field-off:bible}} [[@</w:t>
      </w:r>
      <w:r w:rsidR="0096445B" w:rsidRPr="000767E2">
        <w:rPr>
          <w:lang w:val="sv-SE"/>
        </w:rPr>
        <w:t>BibleBIBEL82</w:t>
      </w:r>
      <w:r w:rsidRPr="000767E2">
        <w:rPr>
          <w:lang w:val="sv-SE"/>
        </w:rPr>
        <w:t>:Rev 6:10]]</w:t>
      </w:r>
      <w:r w:rsidRPr="000767E2">
        <w:rPr>
          <w:vertAlign w:val="superscript"/>
          <w:lang w:val="sv-SE"/>
        </w:rPr>
        <w:t>10</w:t>
      </w:r>
      <w:r w:rsidRPr="000767E2">
        <w:rPr>
          <w:lang w:val="sv-SE"/>
        </w:rPr>
        <w:t xml:space="preserve"> {{field-on:bible}}Och de ropade med väldig röst och sade: ”Hur länge, helige och sannfärdige Härskare, dömer du inte och skipar rätt för vårt blod från dem som bor på jorden?”{{field-off:bible}} [[@</w:t>
      </w:r>
      <w:r w:rsidR="0096445B" w:rsidRPr="000767E2">
        <w:rPr>
          <w:lang w:val="sv-SE"/>
        </w:rPr>
        <w:t>BibleBIBEL82</w:t>
      </w:r>
      <w:r w:rsidRPr="000767E2">
        <w:rPr>
          <w:lang w:val="sv-SE"/>
        </w:rPr>
        <w:t>:Rev 6:11]]</w:t>
      </w:r>
      <w:r w:rsidRPr="000767E2">
        <w:rPr>
          <w:vertAlign w:val="superscript"/>
          <w:lang w:val="sv-SE"/>
        </w:rPr>
        <w:t>11</w:t>
      </w:r>
      <w:r w:rsidRPr="000767E2">
        <w:rPr>
          <w:lang w:val="sv-SE"/>
        </w:rPr>
        <w:t xml:space="preserve"> {{field-on:bible}}Och åt dem var och en gavs en vit dräkt, och åt dem sades att vila ännu en liten tid tills också deras medtjänare och deras syskon, som skulle dödas liksom också de, hade uppfyllt </w:t>
      </w:r>
      <w:r w:rsidRPr="000767E2">
        <w:rPr>
          <w:i/>
          <w:lang w:val="sv-SE"/>
        </w:rPr>
        <w:t>sitt mått</w:t>
      </w:r>
      <w:r w:rsidRPr="000767E2">
        <w:rPr>
          <w:lang w:val="sv-SE"/>
        </w:rPr>
        <w:t>.{{field-off:bible}}</w:t>
      </w:r>
    </w:p>
    <w:p w14:paraId="19285824" w14:textId="63D046AA" w:rsidR="00BA33AB" w:rsidRPr="000767E2" w:rsidRDefault="00000000">
      <w:pPr>
        <w:rPr>
          <w:lang w:val="sv-SE"/>
        </w:rPr>
      </w:pPr>
      <w:r w:rsidRPr="000767E2">
        <w:rPr>
          <w:lang w:val="sv-SE"/>
        </w:rPr>
        <w:t>[[@</w:t>
      </w:r>
      <w:r w:rsidR="0096445B" w:rsidRPr="000767E2">
        <w:rPr>
          <w:lang w:val="sv-SE"/>
        </w:rPr>
        <w:t>BibleBIBEL82</w:t>
      </w:r>
      <w:r w:rsidRPr="000767E2">
        <w:rPr>
          <w:lang w:val="sv-SE"/>
        </w:rPr>
        <w:t>:Rev 6:12]]</w:t>
      </w:r>
      <w:r w:rsidRPr="000767E2">
        <w:rPr>
          <w:vertAlign w:val="superscript"/>
          <w:lang w:val="sv-SE"/>
        </w:rPr>
        <w:t>12</w:t>
      </w:r>
      <w:r w:rsidRPr="000767E2">
        <w:rPr>
          <w:lang w:val="sv-SE"/>
        </w:rPr>
        <w:t xml:space="preserve"> {{field-on:bible}}Och jag såg när han öppnade det sjätte sigillet. Och det blev en väldig jordbävning, och solen blev svart som en säck av hår, och hela månen blev som blod.{{field-off:bible}} [[@</w:t>
      </w:r>
      <w:r w:rsidR="0096445B" w:rsidRPr="000767E2">
        <w:rPr>
          <w:lang w:val="sv-SE"/>
        </w:rPr>
        <w:t>BibleBIBEL82</w:t>
      </w:r>
      <w:r w:rsidRPr="000767E2">
        <w:rPr>
          <w:lang w:val="sv-SE"/>
        </w:rPr>
        <w:t>:Rev 6:13]]</w:t>
      </w:r>
      <w:r w:rsidRPr="000767E2">
        <w:rPr>
          <w:vertAlign w:val="superscript"/>
          <w:lang w:val="sv-SE"/>
        </w:rPr>
        <w:t>13</w:t>
      </w:r>
      <w:r w:rsidRPr="000767E2">
        <w:rPr>
          <w:lang w:val="sv-SE"/>
        </w:rPr>
        <w:t xml:space="preserve"> {{field-on:bible}}Och himlens stjärnor föll till jorden, som ett fikonträd kastar sina vinterfikon när det bävar av en väldig vind.{{field-off:bible}} [[@</w:t>
      </w:r>
      <w:r w:rsidR="0096445B" w:rsidRPr="000767E2">
        <w:rPr>
          <w:lang w:val="sv-SE"/>
        </w:rPr>
        <w:t>BibleBIBEL82</w:t>
      </w:r>
      <w:r w:rsidRPr="000767E2">
        <w:rPr>
          <w:lang w:val="sv-SE"/>
        </w:rPr>
        <w:t>:Rev 6:14]]</w:t>
      </w:r>
      <w:r w:rsidRPr="000767E2">
        <w:rPr>
          <w:vertAlign w:val="superscript"/>
          <w:lang w:val="sv-SE"/>
        </w:rPr>
        <w:t>14</w:t>
      </w:r>
      <w:r w:rsidRPr="000767E2">
        <w:rPr>
          <w:lang w:val="sv-SE"/>
        </w:rPr>
        <w:t xml:space="preserve"> {{field-on:bible}}Och himlen skildes åt, som en bokrulle rullas ihop, och varje berg och ö flyttades från sina platser.{{field-off:bible}} [[@</w:t>
      </w:r>
      <w:r w:rsidR="0096445B" w:rsidRPr="000767E2">
        <w:rPr>
          <w:lang w:val="sv-SE"/>
        </w:rPr>
        <w:t>BibleBIBEL82</w:t>
      </w:r>
      <w:r w:rsidRPr="000767E2">
        <w:rPr>
          <w:lang w:val="sv-SE"/>
        </w:rPr>
        <w:t>:Rev 6:15]]</w:t>
      </w:r>
      <w:r w:rsidRPr="000767E2">
        <w:rPr>
          <w:vertAlign w:val="superscript"/>
          <w:lang w:val="sv-SE"/>
        </w:rPr>
        <w:t>15</w:t>
      </w:r>
      <w:r w:rsidRPr="000767E2">
        <w:rPr>
          <w:lang w:val="sv-SE"/>
        </w:rPr>
        <w:t xml:space="preserve"> {{field-on:bible}}Och jordens kungar och stormännen och befälhavarna och de rika och de starka och varje fasttjänare och fri dolde sig i grottorna och i bergens klippor,{{field-off:bible}} [[@</w:t>
      </w:r>
      <w:r w:rsidR="0096445B" w:rsidRPr="000767E2">
        <w:rPr>
          <w:lang w:val="sv-SE"/>
        </w:rPr>
        <w:t>BibleBIBEL82</w:t>
      </w:r>
      <w:r w:rsidRPr="000767E2">
        <w:rPr>
          <w:lang w:val="sv-SE"/>
        </w:rPr>
        <w:t>:Rev 6:16]]</w:t>
      </w:r>
      <w:r w:rsidRPr="000767E2">
        <w:rPr>
          <w:vertAlign w:val="superscript"/>
          <w:lang w:val="sv-SE"/>
        </w:rPr>
        <w:t>16</w:t>
      </w:r>
      <w:r w:rsidRPr="000767E2">
        <w:rPr>
          <w:lang w:val="sv-SE"/>
        </w:rPr>
        <w:t xml:space="preserve"> {{field-on:bible}}och de säger till bergen och klipporna: ”Fall över oss och dölj oss från ansiktet hos honom som sitter på tronen, och från Lammets vrede!{{field-off:bible}} [[@</w:t>
      </w:r>
      <w:r w:rsidR="0096445B" w:rsidRPr="000767E2">
        <w:rPr>
          <w:lang w:val="sv-SE"/>
        </w:rPr>
        <w:t>BibleBIBEL82</w:t>
      </w:r>
      <w:r w:rsidRPr="000767E2">
        <w:rPr>
          <w:lang w:val="sv-SE"/>
        </w:rPr>
        <w:t>:Rev 6:17]]</w:t>
      </w:r>
      <w:r w:rsidRPr="000767E2">
        <w:rPr>
          <w:vertAlign w:val="superscript"/>
          <w:lang w:val="sv-SE"/>
        </w:rPr>
        <w:t>17</w:t>
      </w:r>
      <w:r w:rsidRPr="000767E2">
        <w:rPr>
          <w:lang w:val="sv-SE"/>
        </w:rPr>
        <w:t xml:space="preserve"> {{field-on:bible}}För kommen är deras vredes stora dag, och vem kan bestå?”{{field-off:bible}}</w:t>
      </w:r>
    </w:p>
    <w:p w14:paraId="3BCA0CBC" w14:textId="04C4DA30"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:Rev 7]]Kapitel 7</w:t>
      </w:r>
    </w:p>
    <w:p w14:paraId="51574FDA" w14:textId="77777777" w:rsidR="00BA33AB" w:rsidRPr="000767E2" w:rsidRDefault="00000000">
      <w:pPr>
        <w:pStyle w:val="Rubrik3"/>
        <w:rPr>
          <w:lang w:val="sv-SE"/>
        </w:rPr>
      </w:pPr>
      <w:r w:rsidRPr="000767E2">
        <w:rPr>
          <w:lang w:val="sv-SE"/>
        </w:rPr>
        <w:t>De hundrafyrtiofyra tusen</w:t>
      </w:r>
    </w:p>
    <w:p w14:paraId="1D9F49F2" w14:textId="3D6814BA" w:rsidR="00BA33AB" w:rsidRPr="000767E2" w:rsidRDefault="00000000">
      <w:pPr>
        <w:rPr>
          <w:lang w:val="sv-SE"/>
        </w:rPr>
      </w:pPr>
      <w:r w:rsidRPr="000767E2">
        <w:rPr>
          <w:lang w:val="sv-SE"/>
        </w:rPr>
        <w:t>[[@</w:t>
      </w:r>
      <w:r w:rsidR="0096445B" w:rsidRPr="000767E2">
        <w:rPr>
          <w:lang w:val="sv-SE"/>
        </w:rPr>
        <w:t>BibleBIBEL82</w:t>
      </w:r>
      <w:r w:rsidRPr="000767E2">
        <w:rPr>
          <w:lang w:val="sv-SE"/>
        </w:rPr>
        <w:t>:Rev 7:1]]</w:t>
      </w:r>
      <w:r w:rsidRPr="000767E2">
        <w:rPr>
          <w:vertAlign w:val="superscript"/>
          <w:lang w:val="sv-SE"/>
        </w:rPr>
        <w:t>1</w:t>
      </w:r>
      <w:r w:rsidRPr="000767E2">
        <w:rPr>
          <w:lang w:val="sv-SE"/>
        </w:rPr>
        <w:t xml:space="preserve"> {{field-on:bible}}Och efter detta såg jag fyra änglar stå vid jordens fyra hörn </w:t>
      </w:r>
      <w:r w:rsidRPr="000767E2">
        <w:rPr>
          <w:i/>
          <w:lang w:val="sv-SE"/>
        </w:rPr>
        <w:t>och</w:t>
      </w:r>
      <w:r w:rsidRPr="000767E2">
        <w:rPr>
          <w:lang w:val="sv-SE"/>
        </w:rPr>
        <w:t xml:space="preserve"> hålla kvar jordens fyra vindar, så att ingen vind skulle blåsa över jorden eller över havet eller över något träd.{{field-off:bible}} [[@</w:t>
      </w:r>
      <w:r w:rsidR="0096445B" w:rsidRPr="000767E2">
        <w:rPr>
          <w:lang w:val="sv-SE"/>
        </w:rPr>
        <w:t>BibleBIBEL82</w:t>
      </w:r>
      <w:r w:rsidRPr="000767E2">
        <w:rPr>
          <w:lang w:val="sv-SE"/>
        </w:rPr>
        <w:t>:Rev 7:2]]</w:t>
      </w:r>
      <w:r w:rsidRPr="000767E2">
        <w:rPr>
          <w:vertAlign w:val="superscript"/>
          <w:lang w:val="sv-SE"/>
        </w:rPr>
        <w:t>2</w:t>
      </w:r>
      <w:r w:rsidRPr="000767E2">
        <w:rPr>
          <w:lang w:val="sv-SE"/>
        </w:rPr>
        <w:t xml:space="preserve"> {{field-on:bible}}Och jag såg en annan ängel stiga upp från solens uppgång, och han hade levande Guds sigill. Och han ropade med väldig röst till de fyra änglarna åt vilka getts att skada jorden och havet,{{field-off:bible}} [[@</w:t>
      </w:r>
      <w:r w:rsidR="0096445B" w:rsidRPr="000767E2">
        <w:rPr>
          <w:lang w:val="sv-SE"/>
        </w:rPr>
        <w:t>BibleBIBEL82</w:t>
      </w:r>
      <w:r w:rsidRPr="000767E2">
        <w:rPr>
          <w:lang w:val="sv-SE"/>
        </w:rPr>
        <w:t>:Rev 7:3]]</w:t>
      </w:r>
      <w:r w:rsidRPr="000767E2">
        <w:rPr>
          <w:vertAlign w:val="superscript"/>
          <w:lang w:val="sv-SE"/>
        </w:rPr>
        <w:t>3</w:t>
      </w:r>
      <w:r w:rsidRPr="000767E2">
        <w:rPr>
          <w:lang w:val="sv-SE"/>
        </w:rPr>
        <w:t xml:space="preserve"> {{field-on:bible}}och sade: ”Skada inte jorden eller havet eller träden, förrän vi har satt sigill på vår Guds fasttjänare, på deras pannor.”{{field-off:bible}}</w:t>
      </w:r>
    </w:p>
    <w:p w14:paraId="02E48409" w14:textId="7D667BFC" w:rsidR="00BA33AB" w:rsidRPr="000767E2" w:rsidRDefault="00000000">
      <w:pPr>
        <w:rPr>
          <w:lang w:val="sv-SE"/>
        </w:rPr>
      </w:pPr>
      <w:r w:rsidRPr="000767E2">
        <w:rPr>
          <w:lang w:val="sv-SE"/>
        </w:rPr>
        <w:t>[[@</w:t>
      </w:r>
      <w:r w:rsidR="0096445B" w:rsidRPr="000767E2">
        <w:rPr>
          <w:lang w:val="sv-SE"/>
        </w:rPr>
        <w:t>BibleBIBEL82</w:t>
      </w:r>
      <w:r w:rsidRPr="000767E2">
        <w:rPr>
          <w:lang w:val="sv-SE"/>
        </w:rPr>
        <w:t>:Rev 7:4]]</w:t>
      </w:r>
      <w:r w:rsidRPr="000767E2">
        <w:rPr>
          <w:vertAlign w:val="superscript"/>
          <w:lang w:val="sv-SE"/>
        </w:rPr>
        <w:t>4</w:t>
      </w:r>
      <w:r w:rsidRPr="000767E2">
        <w:rPr>
          <w:lang w:val="sv-SE"/>
        </w:rPr>
        <w:t xml:space="preserve"> {{field-on:bible}}Och jag hörde antalet av dem som hade fått sigill, hundrafyrtiofyra tusen som fått sigill från varje stam av Israels söner:{{field-off:bible}}</w:t>
      </w:r>
    </w:p>
    <w:p w14:paraId="13AA0CD0" w14:textId="41C33615" w:rsidR="00BA33AB" w:rsidRPr="000767E2" w:rsidRDefault="00000000">
      <w:pPr>
        <w:rPr>
          <w:lang w:val="sv-SE"/>
        </w:rPr>
      </w:pPr>
      <w:r w:rsidRPr="000767E2">
        <w:rPr>
          <w:lang w:val="sv-SE"/>
        </w:rPr>
        <w:t>[[@</w:t>
      </w:r>
      <w:r w:rsidR="0096445B" w:rsidRPr="000767E2">
        <w:rPr>
          <w:lang w:val="sv-SE"/>
        </w:rPr>
        <w:t>BibleBIBEL82</w:t>
      </w:r>
      <w:r w:rsidRPr="000767E2">
        <w:rPr>
          <w:lang w:val="sv-SE"/>
        </w:rPr>
        <w:t>:Rev 7:5]]</w:t>
      </w:r>
      <w:r w:rsidRPr="000767E2">
        <w:rPr>
          <w:vertAlign w:val="superscript"/>
          <w:lang w:val="sv-SE"/>
        </w:rPr>
        <w:t>5</w:t>
      </w:r>
      <w:r w:rsidRPr="000767E2">
        <w:rPr>
          <w:lang w:val="sv-SE"/>
        </w:rPr>
        <w:t xml:space="preserve"> {{field-on:bible}}från Juda stam tolvtusen som fått sigill,</w:t>
      </w:r>
      <w:r w:rsidRPr="000767E2">
        <w:rPr>
          <w:lang w:val="sv-SE"/>
        </w:rPr>
        <w:br/>
        <w:t>från Rubens stam tolvtusen,</w:t>
      </w:r>
      <w:r w:rsidRPr="000767E2">
        <w:rPr>
          <w:lang w:val="sv-SE"/>
        </w:rPr>
        <w:br/>
        <w:t>från Gads stam tolvtusen,{{field-off:bible}}</w:t>
      </w:r>
      <w:r w:rsidRPr="000767E2">
        <w:rPr>
          <w:lang w:val="sv-SE"/>
        </w:rPr>
        <w:br/>
        <w:t>[[@</w:t>
      </w:r>
      <w:r w:rsidR="0096445B" w:rsidRPr="000767E2">
        <w:rPr>
          <w:lang w:val="sv-SE"/>
        </w:rPr>
        <w:t>BibleBIBEL82</w:t>
      </w:r>
      <w:r w:rsidRPr="000767E2">
        <w:rPr>
          <w:lang w:val="sv-SE"/>
        </w:rPr>
        <w:t>:Rev 7:6]]</w:t>
      </w:r>
      <w:r w:rsidRPr="000767E2">
        <w:rPr>
          <w:vertAlign w:val="superscript"/>
          <w:lang w:val="sv-SE"/>
        </w:rPr>
        <w:t>6</w:t>
      </w:r>
      <w:r w:rsidRPr="000767E2">
        <w:rPr>
          <w:lang w:val="sv-SE"/>
        </w:rPr>
        <w:t xml:space="preserve"> {{field-on:bible}}från Asers stam tolvtusen,</w:t>
      </w:r>
      <w:r w:rsidRPr="000767E2">
        <w:rPr>
          <w:lang w:val="sv-SE"/>
        </w:rPr>
        <w:br/>
        <w:t>från Nefthalims stam tolvtusen,</w:t>
      </w:r>
      <w:r w:rsidRPr="000767E2">
        <w:rPr>
          <w:lang w:val="sv-SE"/>
        </w:rPr>
        <w:br/>
        <w:t>från Manasses stam tolvtusen,{{field-off:bible}}</w:t>
      </w:r>
      <w:r w:rsidRPr="000767E2">
        <w:rPr>
          <w:lang w:val="sv-SE"/>
        </w:rPr>
        <w:br/>
        <w:t>[[@</w:t>
      </w:r>
      <w:r w:rsidR="0096445B" w:rsidRPr="000767E2">
        <w:rPr>
          <w:lang w:val="sv-SE"/>
        </w:rPr>
        <w:t>BibleBIBEL82</w:t>
      </w:r>
      <w:r w:rsidRPr="000767E2">
        <w:rPr>
          <w:lang w:val="sv-SE"/>
        </w:rPr>
        <w:t>:Rev 7:7]]</w:t>
      </w:r>
      <w:r w:rsidRPr="000767E2">
        <w:rPr>
          <w:vertAlign w:val="superscript"/>
          <w:lang w:val="sv-SE"/>
        </w:rPr>
        <w:t>7</w:t>
      </w:r>
      <w:r w:rsidRPr="000767E2">
        <w:rPr>
          <w:lang w:val="sv-SE"/>
        </w:rPr>
        <w:t xml:space="preserve"> {{field-on:bible}}från Symeons stam tolvtusen,</w:t>
      </w:r>
      <w:r w:rsidRPr="000767E2">
        <w:rPr>
          <w:lang w:val="sv-SE"/>
        </w:rPr>
        <w:br/>
        <w:t>från Levis stam tolvtusen,</w:t>
      </w:r>
      <w:r w:rsidRPr="000767E2">
        <w:rPr>
          <w:lang w:val="sv-SE"/>
        </w:rPr>
        <w:br/>
        <w:t>från Issachars stam tolvtusen,{{field-off:bible}}</w:t>
      </w:r>
      <w:r w:rsidRPr="000767E2">
        <w:rPr>
          <w:lang w:val="sv-SE"/>
        </w:rPr>
        <w:br/>
        <w:t>[[@</w:t>
      </w:r>
      <w:r w:rsidR="0096445B" w:rsidRPr="000767E2">
        <w:rPr>
          <w:lang w:val="sv-SE"/>
        </w:rPr>
        <w:t>BibleBIBEL82</w:t>
      </w:r>
      <w:r w:rsidRPr="000767E2">
        <w:rPr>
          <w:lang w:val="sv-SE"/>
        </w:rPr>
        <w:t>:Rev 7:8]]</w:t>
      </w:r>
      <w:r w:rsidRPr="000767E2">
        <w:rPr>
          <w:vertAlign w:val="superscript"/>
          <w:lang w:val="sv-SE"/>
        </w:rPr>
        <w:t>8</w:t>
      </w:r>
      <w:r w:rsidRPr="000767E2">
        <w:rPr>
          <w:lang w:val="sv-SE"/>
        </w:rPr>
        <w:t xml:space="preserve"> {{field-on:bible}}från Zabulons stam tolvtusen,</w:t>
      </w:r>
      <w:r w:rsidRPr="000767E2">
        <w:rPr>
          <w:lang w:val="sv-SE"/>
        </w:rPr>
        <w:br/>
        <w:t>från Josefs stam tolvtusen,</w:t>
      </w:r>
      <w:r w:rsidRPr="000767E2">
        <w:rPr>
          <w:lang w:val="sv-SE"/>
        </w:rPr>
        <w:br/>
        <w:t>från Benjamins stam tolvtusen som fått sigill.{{field-off:bible}}</w:t>
      </w:r>
    </w:p>
    <w:p w14:paraId="7DBA3C3C" w14:textId="77777777" w:rsidR="00BA33AB" w:rsidRPr="000767E2" w:rsidRDefault="00000000">
      <w:pPr>
        <w:pStyle w:val="Rubrik3"/>
        <w:rPr>
          <w:lang w:val="sv-SE"/>
        </w:rPr>
      </w:pPr>
      <w:r w:rsidRPr="000767E2">
        <w:rPr>
          <w:lang w:val="sv-SE"/>
        </w:rPr>
        <w:t>Den stora skaran klädd i vitt</w:t>
      </w:r>
    </w:p>
    <w:p w14:paraId="6CA5D53C" w14:textId="4941C24C" w:rsidR="00BA33AB" w:rsidRPr="000767E2" w:rsidRDefault="00000000">
      <w:pPr>
        <w:rPr>
          <w:lang w:val="sv-SE"/>
        </w:rPr>
      </w:pPr>
      <w:r w:rsidRPr="000767E2">
        <w:rPr>
          <w:lang w:val="sv-SE"/>
        </w:rPr>
        <w:t>[[@</w:t>
      </w:r>
      <w:r w:rsidR="0096445B" w:rsidRPr="000767E2">
        <w:rPr>
          <w:lang w:val="sv-SE"/>
        </w:rPr>
        <w:t>BibleBIBEL82</w:t>
      </w:r>
      <w:r w:rsidRPr="000767E2">
        <w:rPr>
          <w:lang w:val="sv-SE"/>
        </w:rPr>
        <w:t>:Rev 7:9]]</w:t>
      </w:r>
      <w:r w:rsidRPr="000767E2">
        <w:rPr>
          <w:vertAlign w:val="superscript"/>
          <w:lang w:val="sv-SE"/>
        </w:rPr>
        <w:t>9</w:t>
      </w:r>
      <w:r w:rsidRPr="000767E2">
        <w:rPr>
          <w:lang w:val="sv-SE"/>
        </w:rPr>
        <w:t xml:space="preserve"> {{field-on:bible}}Efter detta såg jag, och se: en stor skara som ingen kunde räkna, från varje folkslag och stammar och folk och tungor, stående inför tronen och inför Lammet, klädda i vita dräkter och </w:t>
      </w:r>
      <w:r w:rsidRPr="000767E2">
        <w:rPr>
          <w:i/>
          <w:lang w:val="sv-SE"/>
        </w:rPr>
        <w:t>med</w:t>
      </w:r>
      <w:r w:rsidRPr="000767E2">
        <w:rPr>
          <w:lang w:val="sv-SE"/>
        </w:rPr>
        <w:t xml:space="preserve"> palmer i sina händer,{{field-off:bible}} [[@</w:t>
      </w:r>
      <w:r w:rsidR="0096445B" w:rsidRPr="000767E2">
        <w:rPr>
          <w:lang w:val="sv-SE"/>
        </w:rPr>
        <w:t>BibleBIBEL82</w:t>
      </w:r>
      <w:r w:rsidRPr="000767E2">
        <w:rPr>
          <w:lang w:val="sv-SE"/>
        </w:rPr>
        <w:t>:Rev 7:10]]</w:t>
      </w:r>
      <w:r w:rsidRPr="000767E2">
        <w:rPr>
          <w:vertAlign w:val="superscript"/>
          <w:lang w:val="sv-SE"/>
        </w:rPr>
        <w:t>10</w:t>
      </w:r>
      <w:r w:rsidRPr="000767E2">
        <w:rPr>
          <w:lang w:val="sv-SE"/>
        </w:rPr>
        <w:t xml:space="preserve"> {{field-on:bible}}och de ropar med väldig röst och säger:{{field-off:bible}}</w:t>
      </w:r>
    </w:p>
    <w:p w14:paraId="30F26059" w14:textId="77777777" w:rsidR="00BA33AB" w:rsidRPr="000767E2" w:rsidRDefault="00000000">
      <w:pPr>
        <w:rPr>
          <w:lang w:val="sv-SE"/>
        </w:rPr>
      </w:pPr>
      <w:r w:rsidRPr="000767E2">
        <w:rPr>
          <w:lang w:val="sv-SE"/>
        </w:rPr>
        <w:t xml:space="preserve">{{field-on:bible}}”Frälsningen </w:t>
      </w:r>
      <w:r w:rsidRPr="000767E2">
        <w:rPr>
          <w:i/>
          <w:lang w:val="sv-SE"/>
        </w:rPr>
        <w:t>hör</w:t>
      </w:r>
      <w:r w:rsidRPr="000767E2">
        <w:rPr>
          <w:lang w:val="sv-SE"/>
        </w:rPr>
        <w:t xml:space="preserve"> till vår Gud, som sitter på tronen,</w:t>
      </w:r>
      <w:r w:rsidRPr="000767E2">
        <w:rPr>
          <w:lang w:val="sv-SE"/>
        </w:rPr>
        <w:br/>
        <w:t>och till Lammet!”{{field-off:bible}}</w:t>
      </w:r>
    </w:p>
    <w:p w14:paraId="5D67126B" w14:textId="658E5870" w:rsidR="00BA33AB" w:rsidRPr="000767E2" w:rsidRDefault="00000000">
      <w:pPr>
        <w:rPr>
          <w:lang w:val="sv-SE"/>
        </w:rPr>
      </w:pPr>
      <w:r w:rsidRPr="000767E2">
        <w:rPr>
          <w:lang w:val="sv-SE"/>
        </w:rPr>
        <w:t>[[@</w:t>
      </w:r>
      <w:r w:rsidR="0096445B" w:rsidRPr="000767E2">
        <w:rPr>
          <w:lang w:val="sv-SE"/>
        </w:rPr>
        <w:t>BibleBIBEL82</w:t>
      </w:r>
      <w:r w:rsidRPr="000767E2">
        <w:rPr>
          <w:lang w:val="sv-SE"/>
        </w:rPr>
        <w:t>:Rev 7:11]]</w:t>
      </w:r>
      <w:r w:rsidRPr="000767E2">
        <w:rPr>
          <w:vertAlign w:val="superscript"/>
          <w:lang w:val="sv-SE"/>
        </w:rPr>
        <w:t>11</w:t>
      </w:r>
      <w:r w:rsidRPr="000767E2">
        <w:rPr>
          <w:lang w:val="sv-SE"/>
        </w:rPr>
        <w:t xml:space="preserve"> {{field-on:bible}}Och alla änglarna stod runt omkring tronen och de äldste och de fyra varelserna, och de föll </w:t>
      </w:r>
      <w:r w:rsidRPr="000767E2">
        <w:rPr>
          <w:i/>
          <w:lang w:val="sv-SE"/>
        </w:rPr>
        <w:t>ner</w:t>
      </w:r>
      <w:r w:rsidRPr="000767E2">
        <w:rPr>
          <w:lang w:val="sv-SE"/>
        </w:rPr>
        <w:t xml:space="preserve"> inför tronen på sina ansikten och tillbad Gud{{field-off:bible}} [[@</w:t>
      </w:r>
      <w:r w:rsidR="0096445B" w:rsidRPr="000767E2">
        <w:rPr>
          <w:lang w:val="sv-SE"/>
        </w:rPr>
        <w:t>BibleBIBEL82</w:t>
      </w:r>
      <w:r w:rsidRPr="000767E2">
        <w:rPr>
          <w:lang w:val="sv-SE"/>
        </w:rPr>
        <w:t>:Rev 7:12]]</w:t>
      </w:r>
      <w:r w:rsidRPr="000767E2">
        <w:rPr>
          <w:vertAlign w:val="superscript"/>
          <w:lang w:val="sv-SE"/>
        </w:rPr>
        <w:t>12</w:t>
      </w:r>
      <w:r w:rsidRPr="000767E2">
        <w:rPr>
          <w:lang w:val="sv-SE"/>
        </w:rPr>
        <w:t xml:space="preserve"> {{field-on:bible}}och sade:{{field-off:bible}}</w:t>
      </w:r>
    </w:p>
    <w:p w14:paraId="563A75C7" w14:textId="77777777" w:rsidR="00BA33AB" w:rsidRPr="000767E2" w:rsidRDefault="00000000">
      <w:pPr>
        <w:rPr>
          <w:lang w:val="sv-SE"/>
        </w:rPr>
      </w:pPr>
      <w:r w:rsidRPr="000767E2">
        <w:rPr>
          <w:lang w:val="sv-SE"/>
        </w:rPr>
        <w:lastRenderedPageBreak/>
        <w:t>{{field-on:bible}}”Amen! Välsignelsen och äran och visheten</w:t>
      </w:r>
      <w:r w:rsidRPr="000767E2">
        <w:rPr>
          <w:lang w:val="sv-SE"/>
        </w:rPr>
        <w:br/>
        <w:t>och tacksägelsen och hedern och makten och styrkan</w:t>
      </w:r>
      <w:r w:rsidRPr="000767E2">
        <w:rPr>
          <w:lang w:val="sv-SE"/>
        </w:rPr>
        <w:br/>
      </w:r>
      <w:r w:rsidRPr="000767E2">
        <w:rPr>
          <w:i/>
          <w:lang w:val="sv-SE"/>
        </w:rPr>
        <w:t>hör</w:t>
      </w:r>
      <w:r w:rsidRPr="000767E2">
        <w:rPr>
          <w:lang w:val="sv-SE"/>
        </w:rPr>
        <w:t xml:space="preserve"> till vår Gud, till eonernas eoner. Amen.”{{field-off:bible}}</w:t>
      </w:r>
    </w:p>
    <w:p w14:paraId="1BC52425" w14:textId="7C4746E8" w:rsidR="00BA33AB" w:rsidRPr="000767E2" w:rsidRDefault="00000000">
      <w:pPr>
        <w:rPr>
          <w:lang w:val="sv-SE"/>
        </w:rPr>
      </w:pPr>
      <w:r w:rsidRPr="000767E2">
        <w:rPr>
          <w:lang w:val="sv-SE"/>
        </w:rPr>
        <w:t>[[@</w:t>
      </w:r>
      <w:r w:rsidR="0096445B" w:rsidRPr="000767E2">
        <w:rPr>
          <w:lang w:val="sv-SE"/>
        </w:rPr>
        <w:t>BibleBIBEL82</w:t>
      </w:r>
      <w:r w:rsidRPr="000767E2">
        <w:rPr>
          <w:lang w:val="sv-SE"/>
        </w:rPr>
        <w:t>:Rev 7:13]]</w:t>
      </w:r>
      <w:r w:rsidRPr="000767E2">
        <w:rPr>
          <w:vertAlign w:val="superscript"/>
          <w:lang w:val="sv-SE"/>
        </w:rPr>
        <w:t>13</w:t>
      </w:r>
      <w:r w:rsidRPr="000767E2">
        <w:rPr>
          <w:lang w:val="sv-SE"/>
        </w:rPr>
        <w:t xml:space="preserve"> {{field-on:bible}}Och en av de äldste svarade och sade till mig: ”Dessa som är klädda i de vita dräkterna, vilka är de? Och varifrån kom de?”{{field-off:bible}} [[@</w:t>
      </w:r>
      <w:r w:rsidR="0096445B" w:rsidRPr="000767E2">
        <w:rPr>
          <w:lang w:val="sv-SE"/>
        </w:rPr>
        <w:t>BibleBIBEL82</w:t>
      </w:r>
      <w:r w:rsidRPr="000767E2">
        <w:rPr>
          <w:lang w:val="sv-SE"/>
        </w:rPr>
        <w:t>:Rev 7:14]]</w:t>
      </w:r>
      <w:r w:rsidRPr="000767E2">
        <w:rPr>
          <w:vertAlign w:val="superscript"/>
          <w:lang w:val="sv-SE"/>
        </w:rPr>
        <w:t>14</w:t>
      </w:r>
      <w:r w:rsidRPr="000767E2">
        <w:rPr>
          <w:lang w:val="sv-SE"/>
        </w:rPr>
        <w:t xml:space="preserve"> {{field-on:bible}}Och jag har sagt honom: ”Min Herre, du vet.” Och han sade till mig:{{field-off:bible}}</w:t>
      </w:r>
    </w:p>
    <w:p w14:paraId="7508528A" w14:textId="355D8434" w:rsidR="00BA33AB" w:rsidRPr="000767E2" w:rsidRDefault="00000000">
      <w:pPr>
        <w:rPr>
          <w:lang w:val="sv-SE"/>
        </w:rPr>
      </w:pPr>
      <w:r w:rsidRPr="000767E2">
        <w:rPr>
          <w:lang w:val="sv-SE"/>
        </w:rPr>
        <w:t>{{field-on:bible}}”Dessa är de som kommer ur den stora nöden.</w:t>
      </w:r>
      <w:r w:rsidRPr="000767E2">
        <w:rPr>
          <w:lang w:val="sv-SE"/>
        </w:rPr>
        <w:br/>
        <w:t>Och de har sköljt sina dräkter och gjort dem vita i Lammets blod.{{field-off:bible}}</w:t>
      </w:r>
      <w:r w:rsidRPr="000767E2">
        <w:rPr>
          <w:lang w:val="sv-SE"/>
        </w:rPr>
        <w:br/>
        <w:t>[[@</w:t>
      </w:r>
      <w:r w:rsidR="0096445B" w:rsidRPr="000767E2">
        <w:rPr>
          <w:lang w:val="sv-SE"/>
        </w:rPr>
        <w:t>BibleBIBEL82</w:t>
      </w:r>
      <w:r w:rsidRPr="000767E2">
        <w:rPr>
          <w:lang w:val="sv-SE"/>
        </w:rPr>
        <w:t>:Rev 7:15]]</w:t>
      </w:r>
      <w:r w:rsidRPr="000767E2">
        <w:rPr>
          <w:vertAlign w:val="superscript"/>
          <w:lang w:val="sv-SE"/>
        </w:rPr>
        <w:t>15</w:t>
      </w:r>
      <w:r w:rsidRPr="000767E2">
        <w:rPr>
          <w:lang w:val="sv-SE"/>
        </w:rPr>
        <w:t xml:space="preserve"> {{field-on:bible}}Därför är de inför Guds tron</w:t>
      </w:r>
      <w:r w:rsidRPr="000767E2">
        <w:rPr>
          <w:lang w:val="sv-SE"/>
        </w:rPr>
        <w:br/>
        <w:t>och dyrkar honom dag och natt i hans tempelbyggnad.</w:t>
      </w:r>
      <w:r w:rsidRPr="000767E2">
        <w:rPr>
          <w:lang w:val="sv-SE"/>
        </w:rPr>
        <w:br/>
        <w:t>Och han som sitter på tronen ska ha sitt tält över dem.{{field-off:bible}}</w:t>
      </w:r>
      <w:r w:rsidRPr="000767E2">
        <w:rPr>
          <w:lang w:val="sv-SE"/>
        </w:rPr>
        <w:br/>
        <w:t>[[@</w:t>
      </w:r>
      <w:r w:rsidR="0096445B" w:rsidRPr="000767E2">
        <w:rPr>
          <w:lang w:val="sv-SE"/>
        </w:rPr>
        <w:t>BibleBIBEL82</w:t>
      </w:r>
      <w:r w:rsidRPr="000767E2">
        <w:rPr>
          <w:lang w:val="sv-SE"/>
        </w:rPr>
        <w:t>:Rev 7:16]]</w:t>
      </w:r>
      <w:r w:rsidRPr="000767E2">
        <w:rPr>
          <w:vertAlign w:val="superscript"/>
          <w:lang w:val="sv-SE"/>
        </w:rPr>
        <w:t>16</w:t>
      </w:r>
      <w:r w:rsidRPr="000767E2">
        <w:rPr>
          <w:lang w:val="sv-SE"/>
        </w:rPr>
        <w:t xml:space="preserve"> {{field-on:bible}}De ska inte hungra mer eller törsta mer,</w:t>
      </w:r>
      <w:r w:rsidRPr="000767E2">
        <w:rPr>
          <w:lang w:val="sv-SE"/>
        </w:rPr>
        <w:br/>
        <w:t>inte heller ska falla på dem solen eller någon hetta.{{field-off:bible}}</w:t>
      </w:r>
      <w:r w:rsidRPr="000767E2">
        <w:rPr>
          <w:lang w:val="sv-SE"/>
        </w:rPr>
        <w:br/>
        <w:t>[[@</w:t>
      </w:r>
      <w:r w:rsidR="0096445B" w:rsidRPr="000767E2">
        <w:rPr>
          <w:lang w:val="sv-SE"/>
        </w:rPr>
        <w:t>BibleBIBEL82</w:t>
      </w:r>
      <w:r w:rsidRPr="000767E2">
        <w:rPr>
          <w:lang w:val="sv-SE"/>
        </w:rPr>
        <w:t>:Rev 7:17]]</w:t>
      </w:r>
      <w:r w:rsidRPr="000767E2">
        <w:rPr>
          <w:vertAlign w:val="superscript"/>
          <w:lang w:val="sv-SE"/>
        </w:rPr>
        <w:t>17</w:t>
      </w:r>
      <w:r w:rsidRPr="000767E2">
        <w:rPr>
          <w:lang w:val="sv-SE"/>
        </w:rPr>
        <w:t xml:space="preserve"> {{field-on:bible}}För Lammet mitt på tronen ska vara herde för dem</w:t>
      </w:r>
      <w:r w:rsidRPr="000767E2">
        <w:rPr>
          <w:lang w:val="sv-SE"/>
        </w:rPr>
        <w:br/>
        <w:t>och vägleda dem till livets vattenkällor,</w:t>
      </w:r>
      <w:r w:rsidRPr="000767E2">
        <w:rPr>
          <w:lang w:val="sv-SE"/>
        </w:rPr>
        <w:br/>
        <w:t>och Gud ska stryka bort varje tår från deras ögon.”{{field-off:bible}}</w:t>
      </w:r>
    </w:p>
    <w:p w14:paraId="5B5373B0" w14:textId="6F346BDA"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8]]Kapitel 8</w:t>
      </w:r>
    </w:p>
    <w:p w14:paraId="2B8A1502" w14:textId="77777777" w:rsidR="00BA33AB" w:rsidRPr="000767E2" w:rsidRDefault="00000000">
      <w:pPr>
        <w:pStyle w:val="Rubrik3"/>
        <w:rPr>
          <w:lang w:val="sv-SE"/>
        </w:rPr>
      </w:pPr>
      <w:r w:rsidRPr="000767E2">
        <w:rPr>
          <w:lang w:val="sv-SE"/>
        </w:rPr>
        <w:t>Det sjunde sigillet bryts</w:t>
      </w:r>
    </w:p>
    <w:p w14:paraId="6B54C10B" w14:textId="19816549" w:rsidR="00BA33AB" w:rsidRPr="000767E2" w:rsidRDefault="00000000">
      <w:pPr>
        <w:rPr>
          <w:lang w:val="sv-SE"/>
        </w:rPr>
      </w:pPr>
      <w:r w:rsidRPr="000767E2">
        <w:rPr>
          <w:lang w:val="sv-SE"/>
        </w:rPr>
        <w:t>[[@</w:t>
      </w:r>
      <w:r w:rsidR="0096445B" w:rsidRPr="000767E2">
        <w:rPr>
          <w:lang w:val="sv-SE"/>
        </w:rPr>
        <w:t>BibleBIBEL82</w:t>
      </w:r>
      <w:r w:rsidRPr="000767E2">
        <w:rPr>
          <w:lang w:val="sv-SE"/>
        </w:rPr>
        <w:t>:Rev 8:1]]</w:t>
      </w:r>
      <w:r w:rsidRPr="000767E2">
        <w:rPr>
          <w:vertAlign w:val="superscript"/>
          <w:lang w:val="sv-SE"/>
        </w:rPr>
        <w:t>1</w:t>
      </w:r>
      <w:r w:rsidRPr="000767E2">
        <w:rPr>
          <w:lang w:val="sv-SE"/>
        </w:rPr>
        <w:t xml:space="preserve"> {{field-on:bible}}Och när han öppnade det sjunde sigillet, blev det tystnad i himlen ungefär en halvtimme.{{field-off:bible}}</w:t>
      </w:r>
    </w:p>
    <w:p w14:paraId="2D7EC29A" w14:textId="77777777" w:rsidR="00BA33AB" w:rsidRPr="000767E2" w:rsidRDefault="00000000">
      <w:pPr>
        <w:pStyle w:val="Rubrik3"/>
        <w:rPr>
          <w:lang w:val="sv-SE"/>
        </w:rPr>
      </w:pPr>
      <w:r w:rsidRPr="000767E2">
        <w:rPr>
          <w:lang w:val="sv-SE"/>
        </w:rPr>
        <w:t>De sju basunerna</w:t>
      </w:r>
    </w:p>
    <w:p w14:paraId="72FC4E4E" w14:textId="7A019A14" w:rsidR="00BA33AB" w:rsidRPr="000767E2" w:rsidRDefault="00000000">
      <w:pPr>
        <w:rPr>
          <w:lang w:val="sv-SE"/>
        </w:rPr>
      </w:pPr>
      <w:r w:rsidRPr="000767E2">
        <w:rPr>
          <w:lang w:val="sv-SE"/>
        </w:rPr>
        <w:t>[[@</w:t>
      </w:r>
      <w:r w:rsidR="0096445B" w:rsidRPr="000767E2">
        <w:rPr>
          <w:lang w:val="sv-SE"/>
        </w:rPr>
        <w:t>BibleBIBEL82</w:t>
      </w:r>
      <w:r w:rsidRPr="000767E2">
        <w:rPr>
          <w:lang w:val="sv-SE"/>
        </w:rPr>
        <w:t>:Rev 8:2]]</w:t>
      </w:r>
      <w:r w:rsidRPr="000767E2">
        <w:rPr>
          <w:vertAlign w:val="superscript"/>
          <w:lang w:val="sv-SE"/>
        </w:rPr>
        <w:t>2</w:t>
      </w:r>
      <w:r w:rsidRPr="000767E2">
        <w:rPr>
          <w:lang w:val="sv-SE"/>
        </w:rPr>
        <w:t xml:space="preserve"> {{field-on:bible}}Och jag såg de sju änglarna som står inför Gud, och åt dem gavs sju basuner.{{field-off:bible}} [[@</w:t>
      </w:r>
      <w:r w:rsidR="0096445B" w:rsidRPr="000767E2">
        <w:rPr>
          <w:lang w:val="sv-SE"/>
        </w:rPr>
        <w:t>BibleBIBEL82</w:t>
      </w:r>
      <w:r w:rsidRPr="000767E2">
        <w:rPr>
          <w:lang w:val="sv-SE"/>
        </w:rPr>
        <w:t>:Rev 8:3]]</w:t>
      </w:r>
      <w:r w:rsidRPr="000767E2">
        <w:rPr>
          <w:vertAlign w:val="superscript"/>
          <w:lang w:val="sv-SE"/>
        </w:rPr>
        <w:t>3</w:t>
      </w:r>
      <w:r w:rsidRPr="000767E2">
        <w:rPr>
          <w:lang w:val="sv-SE"/>
        </w:rPr>
        <w:t xml:space="preserve"> {{field-on:bible}}Och en annan ängel kom och ställde sig vid altaret, och han hade ett rökelsekar av guld. Och åt honom gavs mycket rökelser, för att ge till alla de heligas böner på guldaltaret inför tronen.{{field-off:bible}} [[@</w:t>
      </w:r>
      <w:r w:rsidR="0096445B" w:rsidRPr="000767E2">
        <w:rPr>
          <w:lang w:val="sv-SE"/>
        </w:rPr>
        <w:t>BibleBIBEL82</w:t>
      </w:r>
      <w:r w:rsidRPr="000767E2">
        <w:rPr>
          <w:lang w:val="sv-SE"/>
        </w:rPr>
        <w:t>:Rev 8:4]]</w:t>
      </w:r>
      <w:r w:rsidRPr="000767E2">
        <w:rPr>
          <w:vertAlign w:val="superscript"/>
          <w:lang w:val="sv-SE"/>
        </w:rPr>
        <w:t>4</w:t>
      </w:r>
      <w:r w:rsidRPr="000767E2">
        <w:rPr>
          <w:lang w:val="sv-SE"/>
        </w:rPr>
        <w:t xml:space="preserve"> {{field-on:bible}}Och upp steg röken från rökelserna med de heligas böner från ängelns hand inför Gud.{{field-off:bible}}</w:t>
      </w:r>
    </w:p>
    <w:p w14:paraId="545507A9" w14:textId="7900D27B" w:rsidR="00BA33AB" w:rsidRPr="000767E2" w:rsidRDefault="00000000">
      <w:pPr>
        <w:rPr>
          <w:lang w:val="sv-SE"/>
        </w:rPr>
      </w:pPr>
      <w:r w:rsidRPr="000767E2">
        <w:rPr>
          <w:lang w:val="sv-SE"/>
        </w:rPr>
        <w:t>[[@</w:t>
      </w:r>
      <w:r w:rsidR="0096445B" w:rsidRPr="000767E2">
        <w:rPr>
          <w:lang w:val="sv-SE"/>
        </w:rPr>
        <w:t>BibleBIBEL82</w:t>
      </w:r>
      <w:r w:rsidRPr="000767E2">
        <w:rPr>
          <w:lang w:val="sv-SE"/>
        </w:rPr>
        <w:t>:Rev 8:5]]</w:t>
      </w:r>
      <w:r w:rsidRPr="000767E2">
        <w:rPr>
          <w:vertAlign w:val="superscript"/>
          <w:lang w:val="sv-SE"/>
        </w:rPr>
        <w:t>5</w:t>
      </w:r>
      <w:r w:rsidRPr="000767E2">
        <w:rPr>
          <w:lang w:val="sv-SE"/>
        </w:rPr>
        <w:t xml:space="preserve"> {{field-on:bible}}Och </w:t>
      </w:r>
      <w:r w:rsidRPr="000767E2">
        <w:rPr>
          <w:i/>
          <w:lang w:val="sv-SE"/>
        </w:rPr>
        <w:t>sedan</w:t>
      </w:r>
      <w:r w:rsidRPr="000767E2">
        <w:rPr>
          <w:lang w:val="sv-SE"/>
        </w:rPr>
        <w:t xml:space="preserve"> tog ängeln rökelsekaret och fyllde det från elden på altaret och kastade till jorden, och det blev åskor och röster och blixtar och jordbävning.{{field-off:bible}} [[@</w:t>
      </w:r>
      <w:r w:rsidR="0096445B" w:rsidRPr="000767E2">
        <w:rPr>
          <w:lang w:val="sv-SE"/>
        </w:rPr>
        <w:t>BibleBIBEL82</w:t>
      </w:r>
      <w:r w:rsidRPr="000767E2">
        <w:rPr>
          <w:lang w:val="sv-SE"/>
        </w:rPr>
        <w:t>:Rev 8:6]]</w:t>
      </w:r>
      <w:r w:rsidRPr="000767E2">
        <w:rPr>
          <w:vertAlign w:val="superscript"/>
          <w:lang w:val="sv-SE"/>
        </w:rPr>
        <w:t>6</w:t>
      </w:r>
      <w:r w:rsidRPr="000767E2">
        <w:rPr>
          <w:lang w:val="sv-SE"/>
        </w:rPr>
        <w:t xml:space="preserve"> {{field-on:bible}}Och de sju änglarna som hade de sju basunerna beredde sig att basunera.{{field-off:bible}}</w:t>
      </w:r>
    </w:p>
    <w:p w14:paraId="5D13CC03" w14:textId="77777777" w:rsidR="00BA33AB" w:rsidRPr="000767E2" w:rsidRDefault="00000000">
      <w:pPr>
        <w:pStyle w:val="Rubrik3"/>
        <w:rPr>
          <w:lang w:val="sv-SE"/>
        </w:rPr>
      </w:pPr>
      <w:r w:rsidRPr="000767E2">
        <w:rPr>
          <w:lang w:val="sv-SE"/>
        </w:rPr>
        <w:t>De fyra första basunerna</w:t>
      </w:r>
    </w:p>
    <w:p w14:paraId="5B868553" w14:textId="682A0A67" w:rsidR="00BA33AB" w:rsidRPr="000767E2" w:rsidRDefault="00000000">
      <w:pPr>
        <w:rPr>
          <w:lang w:val="sv-SE"/>
        </w:rPr>
      </w:pPr>
      <w:r w:rsidRPr="000767E2">
        <w:rPr>
          <w:lang w:val="sv-SE"/>
        </w:rPr>
        <w:t>[[@</w:t>
      </w:r>
      <w:r w:rsidR="0096445B" w:rsidRPr="000767E2">
        <w:rPr>
          <w:lang w:val="sv-SE"/>
        </w:rPr>
        <w:t>BibleBIBEL82</w:t>
      </w:r>
      <w:r w:rsidRPr="000767E2">
        <w:rPr>
          <w:lang w:val="sv-SE"/>
        </w:rPr>
        <w:t>:Rev 8:7]]</w:t>
      </w:r>
      <w:r w:rsidRPr="000767E2">
        <w:rPr>
          <w:vertAlign w:val="superscript"/>
          <w:lang w:val="sv-SE"/>
        </w:rPr>
        <w:t>7</w:t>
      </w:r>
      <w:r w:rsidRPr="000767E2">
        <w:rPr>
          <w:lang w:val="sv-SE"/>
        </w:rPr>
        <w:t xml:space="preserve"> {{field-on:bible}}Och den förste basunerade. Och det kom hagel och eld, blandat med blod, och kastades på jorden. Och tredjedelen av jorden brändes upp, och tredjedelen av träden brändes upp, och allt grönt gräs brändes upp.{{field-off:bible}}</w:t>
      </w:r>
    </w:p>
    <w:p w14:paraId="52B5B31E" w14:textId="056EB11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:Rev 8:8]]</w:t>
      </w:r>
      <w:r w:rsidRPr="000767E2">
        <w:rPr>
          <w:vertAlign w:val="superscript"/>
          <w:lang w:val="sv-SE"/>
        </w:rPr>
        <w:t>8</w:t>
      </w:r>
      <w:r w:rsidRPr="000767E2">
        <w:rPr>
          <w:lang w:val="sv-SE"/>
        </w:rPr>
        <w:t xml:space="preserve"> {{field-on:bible}}Och den andra ängeln basunerade. Och som ett stort berg, brinnande av eld, kastades i havet. Och tredjedelen av havet blev blod,{{field-off:bible}} [[@</w:t>
      </w:r>
      <w:r w:rsidR="0096445B" w:rsidRPr="000767E2">
        <w:rPr>
          <w:lang w:val="sv-SE"/>
        </w:rPr>
        <w:t>BibleBIBEL82</w:t>
      </w:r>
      <w:r w:rsidRPr="000767E2">
        <w:rPr>
          <w:lang w:val="sv-SE"/>
        </w:rPr>
        <w:t>:Rev 8:9]]</w:t>
      </w:r>
      <w:r w:rsidRPr="000767E2">
        <w:rPr>
          <w:vertAlign w:val="superscript"/>
          <w:lang w:val="sv-SE"/>
        </w:rPr>
        <w:t>9</w:t>
      </w:r>
      <w:r w:rsidRPr="000767E2">
        <w:rPr>
          <w:lang w:val="sv-SE"/>
        </w:rPr>
        <w:t xml:space="preserve"> {{field-on:bible}}och tredjedelen av skapelserna i havet som hade själar dog, och tredjedelen av skeppen fördärvades.{{field-off:bible}}</w:t>
      </w:r>
    </w:p>
    <w:p w14:paraId="1FA56A4E" w14:textId="446DEF6A" w:rsidR="00BA33AB" w:rsidRPr="000767E2" w:rsidRDefault="00000000">
      <w:pPr>
        <w:rPr>
          <w:lang w:val="sv-SE"/>
        </w:rPr>
      </w:pPr>
      <w:r w:rsidRPr="000767E2">
        <w:rPr>
          <w:lang w:val="sv-SE"/>
        </w:rPr>
        <w:t>[[@</w:t>
      </w:r>
      <w:r w:rsidR="0096445B" w:rsidRPr="000767E2">
        <w:rPr>
          <w:lang w:val="sv-SE"/>
        </w:rPr>
        <w:t>BibleBIBEL82</w:t>
      </w:r>
      <w:r w:rsidRPr="000767E2">
        <w:rPr>
          <w:lang w:val="sv-SE"/>
        </w:rPr>
        <w:t>:Rev 8:10]]</w:t>
      </w:r>
      <w:r w:rsidRPr="000767E2">
        <w:rPr>
          <w:vertAlign w:val="superscript"/>
          <w:lang w:val="sv-SE"/>
        </w:rPr>
        <w:t>10</w:t>
      </w:r>
      <w:r w:rsidRPr="000767E2">
        <w:rPr>
          <w:lang w:val="sv-SE"/>
        </w:rPr>
        <w:t xml:space="preserve"> {{field-on:bible}}Och den tredje ängeln basunerade. Och </w:t>
      </w:r>
      <w:r w:rsidRPr="000767E2">
        <w:rPr>
          <w:i/>
          <w:lang w:val="sv-SE"/>
        </w:rPr>
        <w:t>det</w:t>
      </w:r>
      <w:r w:rsidRPr="000767E2">
        <w:rPr>
          <w:lang w:val="sv-SE"/>
        </w:rPr>
        <w:t xml:space="preserve"> föll från himlen en stor stjärna, brinnande som en fackla, och den föll över tredjedelen av floderna och över vattenkällorna.{{field-off:bible}} [[@</w:t>
      </w:r>
      <w:r w:rsidR="0096445B" w:rsidRPr="000767E2">
        <w:rPr>
          <w:lang w:val="sv-SE"/>
        </w:rPr>
        <w:t>BibleBIBEL82</w:t>
      </w:r>
      <w:r w:rsidRPr="000767E2">
        <w:rPr>
          <w:lang w:val="sv-SE"/>
        </w:rPr>
        <w:t>:Rev 8:11]]</w:t>
      </w:r>
      <w:r w:rsidRPr="000767E2">
        <w:rPr>
          <w:vertAlign w:val="superscript"/>
          <w:lang w:val="sv-SE"/>
        </w:rPr>
        <w:t>11</w:t>
      </w:r>
      <w:r w:rsidRPr="000767E2">
        <w:rPr>
          <w:lang w:val="sv-SE"/>
        </w:rPr>
        <w:t xml:space="preserve"> {{field-on:bible}}Och stjärnans namn kallas Malört. Och tredjedelen av vattnen blev till malört, och många av människorna dog av vattnen eftersom de blivit bittra.{{field-off:bible}}</w:t>
      </w:r>
    </w:p>
    <w:p w14:paraId="27EBF519" w14:textId="6E894BBE" w:rsidR="00BA33AB" w:rsidRPr="000767E2" w:rsidRDefault="00000000">
      <w:pPr>
        <w:rPr>
          <w:lang w:val="sv-SE"/>
        </w:rPr>
      </w:pPr>
      <w:r w:rsidRPr="000767E2">
        <w:rPr>
          <w:lang w:val="sv-SE"/>
        </w:rPr>
        <w:t>[[@</w:t>
      </w:r>
      <w:r w:rsidR="0096445B" w:rsidRPr="000767E2">
        <w:rPr>
          <w:lang w:val="sv-SE"/>
        </w:rPr>
        <w:t>BibleBIBEL82</w:t>
      </w:r>
      <w:r w:rsidRPr="000767E2">
        <w:rPr>
          <w:lang w:val="sv-SE"/>
        </w:rPr>
        <w:t>:Rev 8:12]]</w:t>
      </w:r>
      <w:r w:rsidRPr="000767E2">
        <w:rPr>
          <w:vertAlign w:val="superscript"/>
          <w:lang w:val="sv-SE"/>
        </w:rPr>
        <w:t>12</w:t>
      </w:r>
      <w:r w:rsidRPr="000767E2">
        <w:rPr>
          <w:lang w:val="sv-SE"/>
        </w:rPr>
        <w:t xml:space="preserve"> {{field-on:bible}}Och den fjärde ängeln basunerade. Och </w:t>
      </w:r>
      <w:r w:rsidRPr="000767E2">
        <w:rPr>
          <w:i/>
          <w:lang w:val="sv-SE"/>
        </w:rPr>
        <w:t>då</w:t>
      </w:r>
      <w:r w:rsidRPr="000767E2">
        <w:rPr>
          <w:lang w:val="sv-SE"/>
        </w:rPr>
        <w:t xml:space="preserve"> träffades tredjedelen av solen och tredjedelen av månen och tredjedelen av stjärnorna, så att tredjedelen av dem förmörkades och dagen inte lyser </w:t>
      </w:r>
      <w:r w:rsidRPr="000767E2">
        <w:rPr>
          <w:i/>
          <w:lang w:val="sv-SE"/>
        </w:rPr>
        <w:t>med</w:t>
      </w:r>
      <w:r w:rsidRPr="000767E2">
        <w:rPr>
          <w:lang w:val="sv-SE"/>
        </w:rPr>
        <w:t xml:space="preserve"> tredjedelen av sig, och natten likaså.{{field-off:bible}}</w:t>
      </w:r>
    </w:p>
    <w:p w14:paraId="222693DB" w14:textId="38538857" w:rsidR="00BA33AB" w:rsidRPr="000767E2" w:rsidRDefault="00000000">
      <w:pPr>
        <w:rPr>
          <w:lang w:val="sv-SE"/>
        </w:rPr>
      </w:pPr>
      <w:r w:rsidRPr="000767E2">
        <w:rPr>
          <w:lang w:val="sv-SE"/>
        </w:rPr>
        <w:t>[[@</w:t>
      </w:r>
      <w:r w:rsidR="0096445B" w:rsidRPr="000767E2">
        <w:rPr>
          <w:lang w:val="sv-SE"/>
        </w:rPr>
        <w:t>BibleBIBEL82</w:t>
      </w:r>
      <w:r w:rsidRPr="000767E2">
        <w:rPr>
          <w:lang w:val="sv-SE"/>
        </w:rPr>
        <w:t>:Rev 8:13]]</w:t>
      </w:r>
      <w:r w:rsidRPr="000767E2">
        <w:rPr>
          <w:vertAlign w:val="superscript"/>
          <w:lang w:val="sv-SE"/>
        </w:rPr>
        <w:t>13</w:t>
      </w:r>
      <w:r w:rsidRPr="000767E2">
        <w:rPr>
          <w:lang w:val="sv-SE"/>
        </w:rPr>
        <w:t xml:space="preserve"> {{field-on:bible}}Och jag såg, och jag hörde en örn flygande mitt på himlen som sade med väldig röst: ”Ve, ve, ve dem som bor på jorden för de övriga basunljuden från de tre änglarna som kommer att basunera!”{{field-off:bible}}</w:t>
      </w:r>
    </w:p>
    <w:p w14:paraId="3D02EEE2" w14:textId="281B4740"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9]]Kapitel 9</w:t>
      </w:r>
    </w:p>
    <w:p w14:paraId="34932207" w14:textId="77777777" w:rsidR="00BA33AB" w:rsidRPr="000767E2" w:rsidRDefault="00000000">
      <w:pPr>
        <w:pStyle w:val="Rubrik3"/>
        <w:rPr>
          <w:lang w:val="sv-SE"/>
        </w:rPr>
      </w:pPr>
      <w:r w:rsidRPr="000767E2">
        <w:rPr>
          <w:lang w:val="sv-SE"/>
        </w:rPr>
        <w:t>Den femte basunen</w:t>
      </w:r>
    </w:p>
    <w:p w14:paraId="0B8D3CCA" w14:textId="7F337B96" w:rsidR="00BA33AB" w:rsidRPr="000767E2" w:rsidRDefault="00000000">
      <w:pPr>
        <w:rPr>
          <w:lang w:val="sv-SE"/>
        </w:rPr>
      </w:pPr>
      <w:r w:rsidRPr="000767E2">
        <w:rPr>
          <w:lang w:val="sv-SE"/>
        </w:rPr>
        <w:t>[[@</w:t>
      </w:r>
      <w:r w:rsidR="0096445B" w:rsidRPr="000767E2">
        <w:rPr>
          <w:lang w:val="sv-SE"/>
        </w:rPr>
        <w:t>BibleBIBEL82</w:t>
      </w:r>
      <w:r w:rsidRPr="000767E2">
        <w:rPr>
          <w:lang w:val="sv-SE"/>
        </w:rPr>
        <w:t>:Rev 9:1]]</w:t>
      </w:r>
      <w:r w:rsidRPr="000767E2">
        <w:rPr>
          <w:vertAlign w:val="superscript"/>
          <w:lang w:val="sv-SE"/>
        </w:rPr>
        <w:t>1</w:t>
      </w:r>
      <w:r w:rsidRPr="000767E2">
        <w:rPr>
          <w:lang w:val="sv-SE"/>
        </w:rPr>
        <w:t xml:space="preserve"> {{field-on:bible}}Och den femte ängeln basunerade. Och jag såg en stjärna från himlen fallen till jorden, och åt den gavs nyckeln till avgrundens brunn.{{field-off:bible}} [[@</w:t>
      </w:r>
      <w:r w:rsidR="0096445B" w:rsidRPr="000767E2">
        <w:rPr>
          <w:lang w:val="sv-SE"/>
        </w:rPr>
        <w:t>BibleBIBEL82</w:t>
      </w:r>
      <w:r w:rsidRPr="000767E2">
        <w:rPr>
          <w:lang w:val="sv-SE"/>
        </w:rPr>
        <w:t>:Rev 9:2]]</w:t>
      </w:r>
      <w:r w:rsidRPr="000767E2">
        <w:rPr>
          <w:vertAlign w:val="superscript"/>
          <w:lang w:val="sv-SE"/>
        </w:rPr>
        <w:t>2</w:t>
      </w:r>
      <w:r w:rsidRPr="000767E2">
        <w:rPr>
          <w:lang w:val="sv-SE"/>
        </w:rPr>
        <w:t xml:space="preserve"> {{field-on:bible}}Och den öppnade avgrundens brunn, och upp steg rök ur brunnen som rök från en stor ugn, och solen och luften förmörkades av röken från brunnen.{{field-off:bible}}</w:t>
      </w:r>
    </w:p>
    <w:p w14:paraId="4461C77B" w14:textId="26790D93" w:rsidR="00BA33AB" w:rsidRPr="000767E2" w:rsidRDefault="00000000">
      <w:pPr>
        <w:rPr>
          <w:lang w:val="sv-SE"/>
        </w:rPr>
      </w:pPr>
      <w:r w:rsidRPr="000767E2">
        <w:rPr>
          <w:lang w:val="sv-SE"/>
        </w:rPr>
        <w:t>[[@</w:t>
      </w:r>
      <w:r w:rsidR="0096445B" w:rsidRPr="000767E2">
        <w:rPr>
          <w:lang w:val="sv-SE"/>
        </w:rPr>
        <w:t>BibleBIBEL82</w:t>
      </w:r>
      <w:r w:rsidRPr="000767E2">
        <w:rPr>
          <w:lang w:val="sv-SE"/>
        </w:rPr>
        <w:t>:Rev 9:3]]</w:t>
      </w:r>
      <w:r w:rsidRPr="000767E2">
        <w:rPr>
          <w:vertAlign w:val="superscript"/>
          <w:lang w:val="sv-SE"/>
        </w:rPr>
        <w:t>3</w:t>
      </w:r>
      <w:r w:rsidRPr="000767E2">
        <w:rPr>
          <w:lang w:val="sv-SE"/>
        </w:rPr>
        <w:t xml:space="preserve"> {{field-on:bible}}Och ur röken kom gräshoppor ut på jorden, och åt dem gavs auktoritet såsom jordens skorpioner har auktoritet.{{field-off:bible}} [[@</w:t>
      </w:r>
      <w:r w:rsidR="0096445B" w:rsidRPr="000767E2">
        <w:rPr>
          <w:lang w:val="sv-SE"/>
        </w:rPr>
        <w:t>BibleBIBEL82</w:t>
      </w:r>
      <w:r w:rsidRPr="000767E2">
        <w:rPr>
          <w:lang w:val="sv-SE"/>
        </w:rPr>
        <w:t>:Rev 9:4]]</w:t>
      </w:r>
      <w:r w:rsidRPr="000767E2">
        <w:rPr>
          <w:vertAlign w:val="superscript"/>
          <w:lang w:val="sv-SE"/>
        </w:rPr>
        <w:t>4</w:t>
      </w:r>
      <w:r w:rsidRPr="000767E2">
        <w:rPr>
          <w:lang w:val="sv-SE"/>
        </w:rPr>
        <w:t xml:space="preserve"> {{field-on:bible}}Och det sades till dem att inte skada jordens gräs eller något grönt eller något träd, utan </w:t>
      </w:r>
      <w:r w:rsidRPr="000767E2">
        <w:rPr>
          <w:i/>
          <w:lang w:val="sv-SE"/>
        </w:rPr>
        <w:t>bara</w:t>
      </w:r>
      <w:r w:rsidRPr="000767E2">
        <w:rPr>
          <w:lang w:val="sv-SE"/>
        </w:rPr>
        <w:t xml:space="preserve"> de människor som inte har Guds sigill på pannorna.{{field-off:bible}} [[@</w:t>
      </w:r>
      <w:r w:rsidR="0096445B" w:rsidRPr="000767E2">
        <w:rPr>
          <w:lang w:val="sv-SE"/>
        </w:rPr>
        <w:t>BibleBIBEL82</w:t>
      </w:r>
      <w:r w:rsidRPr="000767E2">
        <w:rPr>
          <w:lang w:val="sv-SE"/>
        </w:rPr>
        <w:t>:Rev 9:5]]</w:t>
      </w:r>
      <w:r w:rsidRPr="000767E2">
        <w:rPr>
          <w:vertAlign w:val="superscript"/>
          <w:lang w:val="sv-SE"/>
        </w:rPr>
        <w:t>5</w:t>
      </w:r>
      <w:r w:rsidRPr="000767E2">
        <w:rPr>
          <w:lang w:val="sv-SE"/>
        </w:rPr>
        <w:t xml:space="preserve"> {{field-on:bible}}Och åt dem gavs att inte döda dem, men att de skulle plågas i fem månader. Och deras plåga </w:t>
      </w:r>
      <w:r w:rsidRPr="000767E2">
        <w:rPr>
          <w:i/>
          <w:lang w:val="sv-SE"/>
        </w:rPr>
        <w:t>är</w:t>
      </w:r>
      <w:r w:rsidRPr="000767E2">
        <w:rPr>
          <w:lang w:val="sv-SE"/>
        </w:rPr>
        <w:t xml:space="preserve"> som plågan från en skorpion när den hugger till en människa.{{field-off:bible}} [[@</w:t>
      </w:r>
      <w:r w:rsidR="0096445B" w:rsidRPr="000767E2">
        <w:rPr>
          <w:lang w:val="sv-SE"/>
        </w:rPr>
        <w:t>BibleBIBEL82</w:t>
      </w:r>
      <w:r w:rsidRPr="000767E2">
        <w:rPr>
          <w:lang w:val="sv-SE"/>
        </w:rPr>
        <w:t>:Rev 9:6]]</w:t>
      </w:r>
      <w:r w:rsidRPr="000767E2">
        <w:rPr>
          <w:vertAlign w:val="superscript"/>
          <w:lang w:val="sv-SE"/>
        </w:rPr>
        <w:t>6</w:t>
      </w:r>
      <w:r w:rsidRPr="000767E2">
        <w:rPr>
          <w:lang w:val="sv-SE"/>
        </w:rPr>
        <w:t xml:space="preserve"> {{field-on:bible}}Och under dessa dagar ska människorna söka döden och aldrig finna den, och de ska åtrå att dö och döden flyr från dem.{{field-off:bible}}</w:t>
      </w:r>
    </w:p>
    <w:p w14:paraId="762E9910" w14:textId="545647CD" w:rsidR="00BA33AB" w:rsidRPr="000767E2" w:rsidRDefault="00000000">
      <w:pPr>
        <w:rPr>
          <w:lang w:val="sv-SE"/>
        </w:rPr>
      </w:pPr>
      <w:r w:rsidRPr="000767E2">
        <w:rPr>
          <w:lang w:val="sv-SE"/>
        </w:rPr>
        <w:t>[[@</w:t>
      </w:r>
      <w:r w:rsidR="0096445B" w:rsidRPr="000767E2">
        <w:rPr>
          <w:lang w:val="sv-SE"/>
        </w:rPr>
        <w:t>BibleBIBEL82</w:t>
      </w:r>
      <w:r w:rsidRPr="000767E2">
        <w:rPr>
          <w:lang w:val="sv-SE"/>
        </w:rPr>
        <w:t>:Rev 9:7]]</w:t>
      </w:r>
      <w:r w:rsidRPr="000767E2">
        <w:rPr>
          <w:vertAlign w:val="superscript"/>
          <w:lang w:val="sv-SE"/>
        </w:rPr>
        <w:t>7</w:t>
      </w:r>
      <w:r w:rsidRPr="000767E2">
        <w:rPr>
          <w:lang w:val="sv-SE"/>
        </w:rPr>
        <w:t xml:space="preserve"> {{field-on:bible}}Och gräshoppornas likheter </w:t>
      </w:r>
      <w:r w:rsidRPr="000767E2">
        <w:rPr>
          <w:i/>
          <w:lang w:val="sv-SE"/>
        </w:rPr>
        <w:t>var</w:t>
      </w:r>
      <w:r w:rsidRPr="000767E2">
        <w:rPr>
          <w:lang w:val="sv-SE"/>
        </w:rPr>
        <w:t xml:space="preserve"> lika hästar beredda för krig. Och på deras huvuden </w:t>
      </w:r>
      <w:r w:rsidRPr="000767E2">
        <w:rPr>
          <w:i/>
          <w:lang w:val="sv-SE"/>
        </w:rPr>
        <w:t>var</w:t>
      </w:r>
      <w:r w:rsidRPr="000767E2">
        <w:rPr>
          <w:lang w:val="sv-SE"/>
        </w:rPr>
        <w:t xml:space="preserve"> som kransar likt av guld, och deras ansikten </w:t>
      </w:r>
      <w:r w:rsidRPr="000767E2">
        <w:rPr>
          <w:i/>
          <w:lang w:val="sv-SE"/>
        </w:rPr>
        <w:t>var</w:t>
      </w:r>
      <w:r w:rsidRPr="000767E2">
        <w:rPr>
          <w:lang w:val="sv-SE"/>
        </w:rPr>
        <w:t xml:space="preserve"> som människors ansikten.{{field-off:bible}} [[@</w:t>
      </w:r>
      <w:r w:rsidR="0096445B" w:rsidRPr="000767E2">
        <w:rPr>
          <w:lang w:val="sv-SE"/>
        </w:rPr>
        <w:t>BibleBIBEL82</w:t>
      </w:r>
      <w:r w:rsidRPr="000767E2">
        <w:rPr>
          <w:lang w:val="sv-SE"/>
        </w:rPr>
        <w:t>:Rev 9:8]]</w:t>
      </w:r>
      <w:r w:rsidRPr="000767E2">
        <w:rPr>
          <w:vertAlign w:val="superscript"/>
          <w:lang w:val="sv-SE"/>
        </w:rPr>
        <w:t>8</w:t>
      </w:r>
      <w:r w:rsidRPr="000767E2">
        <w:rPr>
          <w:lang w:val="sv-SE"/>
        </w:rPr>
        <w:t xml:space="preserve"> {{field-on:bible}}Och de hade hår som kvinnors hår, och deras tänder var som lejons,{{field-off:bible}} [[@</w:t>
      </w:r>
      <w:r w:rsidR="0096445B" w:rsidRPr="000767E2">
        <w:rPr>
          <w:lang w:val="sv-SE"/>
        </w:rPr>
        <w:t>BibleBIBEL82</w:t>
      </w:r>
      <w:r w:rsidRPr="000767E2">
        <w:rPr>
          <w:lang w:val="sv-SE"/>
        </w:rPr>
        <w:t>:Rev 9:9]]</w:t>
      </w:r>
      <w:r w:rsidRPr="000767E2">
        <w:rPr>
          <w:vertAlign w:val="superscript"/>
          <w:lang w:val="sv-SE"/>
        </w:rPr>
        <w:t>9</w:t>
      </w:r>
      <w:r w:rsidRPr="000767E2">
        <w:rPr>
          <w:lang w:val="sv-SE"/>
        </w:rPr>
        <w:t xml:space="preserve"> {{field-on:bible}}och de hade bröstpansar som bröstpansar av järn. Och ljudet av deras vingar </w:t>
      </w:r>
      <w:r w:rsidRPr="000767E2">
        <w:rPr>
          <w:i/>
          <w:lang w:val="sv-SE"/>
        </w:rPr>
        <w:t>var</w:t>
      </w:r>
      <w:r w:rsidRPr="000767E2">
        <w:rPr>
          <w:lang w:val="sv-SE"/>
        </w:rPr>
        <w:t xml:space="preserve"> som ljudet av kärror med många hästar som rusar </w:t>
      </w:r>
      <w:r w:rsidRPr="000767E2">
        <w:rPr>
          <w:i/>
          <w:lang w:val="sv-SE"/>
        </w:rPr>
        <w:t>fram</w:t>
      </w:r>
      <w:r w:rsidRPr="000767E2">
        <w:rPr>
          <w:lang w:val="sv-SE"/>
        </w:rPr>
        <w:t xml:space="preserve"> till krig.{{field-off:bible}} [[@</w:t>
      </w:r>
      <w:r w:rsidR="0096445B" w:rsidRPr="000767E2">
        <w:rPr>
          <w:lang w:val="sv-SE"/>
        </w:rPr>
        <w:t>BibleBIBEL82</w:t>
      </w:r>
      <w:r w:rsidRPr="000767E2">
        <w:rPr>
          <w:lang w:val="sv-SE"/>
        </w:rPr>
        <w:t>:Rev 9:10]]</w:t>
      </w:r>
      <w:r w:rsidRPr="000767E2">
        <w:rPr>
          <w:vertAlign w:val="superscript"/>
          <w:lang w:val="sv-SE"/>
        </w:rPr>
        <w:t>10</w:t>
      </w:r>
      <w:r w:rsidRPr="000767E2">
        <w:rPr>
          <w:lang w:val="sv-SE"/>
        </w:rPr>
        <w:t xml:space="preserve"> {{field-on:bible}}Och de har svansar </w:t>
      </w:r>
      <w:r w:rsidRPr="000767E2">
        <w:rPr>
          <w:lang w:val="sv-SE"/>
        </w:rPr>
        <w:lastRenderedPageBreak/>
        <w:t xml:space="preserve">likt skorpioner och gaddar, och i deras svansar </w:t>
      </w:r>
      <w:r w:rsidRPr="000767E2">
        <w:rPr>
          <w:i/>
          <w:lang w:val="sv-SE"/>
        </w:rPr>
        <w:t>finns</w:t>
      </w:r>
      <w:r w:rsidRPr="000767E2">
        <w:rPr>
          <w:lang w:val="sv-SE"/>
        </w:rPr>
        <w:t xml:space="preserve"> deras auktoritet att skada människorna </w:t>
      </w:r>
      <w:r w:rsidRPr="000767E2">
        <w:rPr>
          <w:i/>
          <w:lang w:val="sv-SE"/>
        </w:rPr>
        <w:t>i</w:t>
      </w:r>
      <w:r w:rsidRPr="000767E2">
        <w:rPr>
          <w:lang w:val="sv-SE"/>
        </w:rPr>
        <w:t xml:space="preserve"> fem månader.{{field-off:bible}} [[@</w:t>
      </w:r>
      <w:r w:rsidR="0096445B" w:rsidRPr="000767E2">
        <w:rPr>
          <w:lang w:val="sv-SE"/>
        </w:rPr>
        <w:t>BibleBIBEL82</w:t>
      </w:r>
      <w:r w:rsidRPr="000767E2">
        <w:rPr>
          <w:lang w:val="sv-SE"/>
        </w:rPr>
        <w:t>:Rev 9:11]]</w:t>
      </w:r>
      <w:r w:rsidRPr="000767E2">
        <w:rPr>
          <w:vertAlign w:val="superscript"/>
          <w:lang w:val="sv-SE"/>
        </w:rPr>
        <w:t>11</w:t>
      </w:r>
      <w:r w:rsidRPr="000767E2">
        <w:rPr>
          <w:lang w:val="sv-SE"/>
        </w:rPr>
        <w:t xml:space="preserve"> {{field-on:bible}}De har över sig </w:t>
      </w:r>
      <w:r w:rsidRPr="000767E2">
        <w:rPr>
          <w:i/>
          <w:lang w:val="sv-SE"/>
        </w:rPr>
        <w:t>som</w:t>
      </w:r>
      <w:r w:rsidRPr="000767E2">
        <w:rPr>
          <w:lang w:val="sv-SE"/>
        </w:rPr>
        <w:t xml:space="preserve"> kung avgrundens ängel, vars namn på hebreiska </w:t>
      </w:r>
      <w:r w:rsidRPr="000767E2">
        <w:rPr>
          <w:i/>
          <w:lang w:val="sv-SE"/>
        </w:rPr>
        <w:t>är</w:t>
      </w:r>
      <w:r w:rsidRPr="000767E2">
        <w:rPr>
          <w:lang w:val="sv-SE"/>
        </w:rPr>
        <w:t xml:space="preserve"> Abaddon, och på grekiskan har han namnet Apollyon.{{field-off:bible}}</w:t>
      </w:r>
    </w:p>
    <w:p w14:paraId="74B303C7" w14:textId="5645A646" w:rsidR="00BA33AB" w:rsidRPr="000767E2" w:rsidRDefault="00000000">
      <w:pPr>
        <w:rPr>
          <w:lang w:val="sv-SE"/>
        </w:rPr>
      </w:pPr>
      <w:r w:rsidRPr="000767E2">
        <w:rPr>
          <w:lang w:val="sv-SE"/>
        </w:rPr>
        <w:t>[[@</w:t>
      </w:r>
      <w:r w:rsidR="0096445B" w:rsidRPr="000767E2">
        <w:rPr>
          <w:lang w:val="sv-SE"/>
        </w:rPr>
        <w:t>BibleBIBEL82</w:t>
      </w:r>
      <w:r w:rsidRPr="000767E2">
        <w:rPr>
          <w:lang w:val="sv-SE"/>
        </w:rPr>
        <w:t>:Rev 9:12]]</w:t>
      </w:r>
      <w:r w:rsidRPr="000767E2">
        <w:rPr>
          <w:vertAlign w:val="superscript"/>
          <w:lang w:val="sv-SE"/>
        </w:rPr>
        <w:t>12</w:t>
      </w:r>
      <w:r w:rsidRPr="000767E2">
        <w:rPr>
          <w:lang w:val="sv-SE"/>
        </w:rPr>
        <w:t xml:space="preserve"> {{field-on:bible}}Det första veropet har gått iväg. Se, </w:t>
      </w:r>
      <w:r w:rsidRPr="000767E2">
        <w:rPr>
          <w:i/>
          <w:lang w:val="sv-SE"/>
        </w:rPr>
        <w:t>det</w:t>
      </w:r>
      <w:r w:rsidRPr="000767E2">
        <w:rPr>
          <w:lang w:val="sv-SE"/>
        </w:rPr>
        <w:t xml:space="preserve"> kommer ännu två verop efter detta.{{field-off:bible}}</w:t>
      </w:r>
    </w:p>
    <w:p w14:paraId="12A4EAFF" w14:textId="77777777" w:rsidR="00BA33AB" w:rsidRPr="000767E2" w:rsidRDefault="00000000">
      <w:pPr>
        <w:pStyle w:val="Rubrik3"/>
        <w:rPr>
          <w:lang w:val="sv-SE"/>
        </w:rPr>
      </w:pPr>
      <w:r w:rsidRPr="000767E2">
        <w:rPr>
          <w:lang w:val="sv-SE"/>
        </w:rPr>
        <w:t>Den sjätte basunen</w:t>
      </w:r>
    </w:p>
    <w:p w14:paraId="5BD7FC4C" w14:textId="44F8F7AD" w:rsidR="00BA33AB" w:rsidRPr="000767E2" w:rsidRDefault="00000000">
      <w:pPr>
        <w:rPr>
          <w:lang w:val="sv-SE"/>
        </w:rPr>
      </w:pPr>
      <w:r w:rsidRPr="000767E2">
        <w:rPr>
          <w:lang w:val="sv-SE"/>
        </w:rPr>
        <w:t>[[@</w:t>
      </w:r>
      <w:r w:rsidR="0096445B" w:rsidRPr="000767E2">
        <w:rPr>
          <w:lang w:val="sv-SE"/>
        </w:rPr>
        <w:t>BibleBIBEL82</w:t>
      </w:r>
      <w:r w:rsidRPr="000767E2">
        <w:rPr>
          <w:lang w:val="sv-SE"/>
        </w:rPr>
        <w:t>:Rev 9:13]]</w:t>
      </w:r>
      <w:r w:rsidRPr="000767E2">
        <w:rPr>
          <w:vertAlign w:val="superscript"/>
          <w:lang w:val="sv-SE"/>
        </w:rPr>
        <w:t>13</w:t>
      </w:r>
      <w:r w:rsidRPr="000767E2">
        <w:rPr>
          <w:lang w:val="sv-SE"/>
        </w:rPr>
        <w:t xml:space="preserve"> {{field-on:bible}}Och den sjätte ängeln basunerade. Och jag hörde en röst från de fyra hornen på guldaltaret inför Gud{{field-off:bible}} [[@</w:t>
      </w:r>
      <w:r w:rsidR="0096445B" w:rsidRPr="000767E2">
        <w:rPr>
          <w:lang w:val="sv-SE"/>
        </w:rPr>
        <w:t>BibleBIBEL82</w:t>
      </w:r>
      <w:r w:rsidRPr="000767E2">
        <w:rPr>
          <w:lang w:val="sv-SE"/>
        </w:rPr>
        <w:t>:Rev 9:14]]</w:t>
      </w:r>
      <w:r w:rsidRPr="000767E2">
        <w:rPr>
          <w:vertAlign w:val="superscript"/>
          <w:lang w:val="sv-SE"/>
        </w:rPr>
        <w:t>14</w:t>
      </w:r>
      <w:r w:rsidRPr="000767E2">
        <w:rPr>
          <w:lang w:val="sv-SE"/>
        </w:rPr>
        <w:t xml:space="preserve"> {{field-on:bible}}som sade till den sjätte ängeln som hade basunen: ”Lossa de fyra änglar </w:t>
      </w:r>
      <w:r w:rsidRPr="000767E2">
        <w:rPr>
          <w:i/>
          <w:lang w:val="sv-SE"/>
        </w:rPr>
        <w:t>som är</w:t>
      </w:r>
      <w:r w:rsidRPr="000767E2">
        <w:rPr>
          <w:lang w:val="sv-SE"/>
        </w:rPr>
        <w:t xml:space="preserve"> bundna vid den stora floden Eufrat.”{{field-off:bible}} [[@</w:t>
      </w:r>
      <w:r w:rsidR="0096445B" w:rsidRPr="000767E2">
        <w:rPr>
          <w:lang w:val="sv-SE"/>
        </w:rPr>
        <w:t>BibleBIBEL82</w:t>
      </w:r>
      <w:r w:rsidRPr="000767E2">
        <w:rPr>
          <w:lang w:val="sv-SE"/>
        </w:rPr>
        <w:t>:Rev 9:15]]</w:t>
      </w:r>
      <w:r w:rsidRPr="000767E2">
        <w:rPr>
          <w:vertAlign w:val="superscript"/>
          <w:lang w:val="sv-SE"/>
        </w:rPr>
        <w:t>15</w:t>
      </w:r>
      <w:r w:rsidRPr="000767E2">
        <w:rPr>
          <w:lang w:val="sv-SE"/>
        </w:rPr>
        <w:t xml:space="preserve"> {{field-on:bible}}Och </w:t>
      </w:r>
      <w:r w:rsidRPr="000767E2">
        <w:rPr>
          <w:i/>
          <w:lang w:val="sv-SE"/>
        </w:rPr>
        <w:t>då</w:t>
      </w:r>
      <w:r w:rsidRPr="000767E2">
        <w:rPr>
          <w:lang w:val="sv-SE"/>
        </w:rPr>
        <w:t xml:space="preserve"> lossades de fyra änglarna, beredda för </w:t>
      </w:r>
      <w:r w:rsidRPr="000767E2">
        <w:rPr>
          <w:i/>
          <w:lang w:val="sv-SE"/>
        </w:rPr>
        <w:t>den</w:t>
      </w:r>
      <w:r w:rsidRPr="000767E2">
        <w:rPr>
          <w:lang w:val="sv-SE"/>
        </w:rPr>
        <w:t xml:space="preserve"> timmen och dagen och månaden och året, för att döda tredjedelen av människorna.{{field-off:bible}} [[@</w:t>
      </w:r>
      <w:r w:rsidR="0096445B" w:rsidRPr="000767E2">
        <w:rPr>
          <w:lang w:val="sv-SE"/>
        </w:rPr>
        <w:t>BibleBIBEL82</w:t>
      </w:r>
      <w:r w:rsidRPr="000767E2">
        <w:rPr>
          <w:lang w:val="sv-SE"/>
        </w:rPr>
        <w:t>:Rev 9:16]]</w:t>
      </w:r>
      <w:r w:rsidRPr="000767E2">
        <w:rPr>
          <w:vertAlign w:val="superscript"/>
          <w:lang w:val="sv-SE"/>
        </w:rPr>
        <w:t>16</w:t>
      </w:r>
      <w:r w:rsidRPr="000767E2">
        <w:rPr>
          <w:lang w:val="sv-SE"/>
        </w:rPr>
        <w:t xml:space="preserve"> {{field-on:bible}}Och antalet i ryttartrupperna </w:t>
      </w:r>
      <w:r w:rsidRPr="000767E2">
        <w:rPr>
          <w:i/>
          <w:lang w:val="sv-SE"/>
        </w:rPr>
        <w:t>var</w:t>
      </w:r>
      <w:r w:rsidRPr="000767E2">
        <w:rPr>
          <w:lang w:val="sv-SE"/>
        </w:rPr>
        <w:t xml:space="preserve"> två myriaders myrider. Jag hörde deras antal.{{field-off:bible}}</w:t>
      </w:r>
    </w:p>
    <w:p w14:paraId="07F6CA47" w14:textId="23CBF690" w:rsidR="00BA33AB" w:rsidRPr="000767E2" w:rsidRDefault="00000000">
      <w:pPr>
        <w:rPr>
          <w:lang w:val="sv-SE"/>
        </w:rPr>
      </w:pPr>
      <w:r w:rsidRPr="000767E2">
        <w:rPr>
          <w:lang w:val="sv-SE"/>
        </w:rPr>
        <w:t>[[@</w:t>
      </w:r>
      <w:r w:rsidR="0096445B" w:rsidRPr="000767E2">
        <w:rPr>
          <w:lang w:val="sv-SE"/>
        </w:rPr>
        <w:t>BibleBIBEL82</w:t>
      </w:r>
      <w:r w:rsidRPr="000767E2">
        <w:rPr>
          <w:lang w:val="sv-SE"/>
        </w:rPr>
        <w:t>:Rev 9:17]]</w:t>
      </w:r>
      <w:r w:rsidRPr="000767E2">
        <w:rPr>
          <w:vertAlign w:val="superscript"/>
          <w:lang w:val="sv-SE"/>
        </w:rPr>
        <w:t>17</w:t>
      </w:r>
      <w:r w:rsidRPr="000767E2">
        <w:rPr>
          <w:lang w:val="sv-SE"/>
        </w:rPr>
        <w:t xml:space="preserve"> {{field-on:bible}}Och så såg jag hästarna i synen och dem som satt på dem: de hade bröstpansar </w:t>
      </w:r>
      <w:r w:rsidRPr="000767E2">
        <w:rPr>
          <w:i/>
          <w:lang w:val="sv-SE"/>
        </w:rPr>
        <w:t>som var</w:t>
      </w:r>
      <w:r w:rsidRPr="000767E2">
        <w:rPr>
          <w:lang w:val="sv-SE"/>
        </w:rPr>
        <w:t xml:space="preserve"> eld</w:t>
      </w:r>
      <w:r w:rsidRPr="000767E2">
        <w:rPr>
          <w:i/>
          <w:lang w:val="sv-SE"/>
        </w:rPr>
        <w:t>röda</w:t>
      </w:r>
      <w:r w:rsidRPr="000767E2">
        <w:rPr>
          <w:lang w:val="sv-SE"/>
        </w:rPr>
        <w:t xml:space="preserve"> och hyacint</w:t>
      </w:r>
      <w:r w:rsidRPr="000767E2">
        <w:rPr>
          <w:i/>
          <w:lang w:val="sv-SE"/>
        </w:rPr>
        <w:t>blå</w:t>
      </w:r>
      <w:r w:rsidRPr="000767E2">
        <w:rPr>
          <w:lang w:val="sv-SE"/>
        </w:rPr>
        <w:t xml:space="preserve"> och svavel</w:t>
      </w:r>
      <w:r w:rsidRPr="000767E2">
        <w:rPr>
          <w:i/>
          <w:lang w:val="sv-SE"/>
        </w:rPr>
        <w:t>gula</w:t>
      </w:r>
      <w:r w:rsidRPr="000767E2">
        <w:rPr>
          <w:lang w:val="sv-SE"/>
        </w:rPr>
        <w:t xml:space="preserve">, och hästarnas huvuden </w:t>
      </w:r>
      <w:r w:rsidRPr="000767E2">
        <w:rPr>
          <w:i/>
          <w:lang w:val="sv-SE"/>
        </w:rPr>
        <w:t>var</w:t>
      </w:r>
      <w:r w:rsidRPr="000767E2">
        <w:rPr>
          <w:lang w:val="sv-SE"/>
        </w:rPr>
        <w:t xml:space="preserve"> som lejonhuvuden, och ur deras munnar utgår eld och rök och svavel.{{field-off:bible}} [[@</w:t>
      </w:r>
      <w:r w:rsidR="0096445B" w:rsidRPr="000767E2">
        <w:rPr>
          <w:lang w:val="sv-SE"/>
        </w:rPr>
        <w:t>BibleBIBEL82</w:t>
      </w:r>
      <w:r w:rsidRPr="000767E2">
        <w:rPr>
          <w:lang w:val="sv-SE"/>
        </w:rPr>
        <w:t>:Rev 9:18]]</w:t>
      </w:r>
      <w:r w:rsidRPr="000767E2">
        <w:rPr>
          <w:vertAlign w:val="superscript"/>
          <w:lang w:val="sv-SE"/>
        </w:rPr>
        <w:t>18</w:t>
      </w:r>
      <w:r w:rsidRPr="000767E2">
        <w:rPr>
          <w:lang w:val="sv-SE"/>
        </w:rPr>
        <w:t xml:space="preserve"> {{field-on:bible}}Av dessa tre plågor dödades tredjedelen av människorna, av elden och röken och svavlet som utgick ur deras munnar.{{field-off:bible}} [[@</w:t>
      </w:r>
      <w:r w:rsidR="0096445B" w:rsidRPr="000767E2">
        <w:rPr>
          <w:lang w:val="sv-SE"/>
        </w:rPr>
        <w:t>BibleBIBEL82</w:t>
      </w:r>
      <w:r w:rsidRPr="000767E2">
        <w:rPr>
          <w:lang w:val="sv-SE"/>
        </w:rPr>
        <w:t>:Rev 9:19]]</w:t>
      </w:r>
      <w:r w:rsidRPr="000767E2">
        <w:rPr>
          <w:vertAlign w:val="superscript"/>
          <w:lang w:val="sv-SE"/>
        </w:rPr>
        <w:t>19</w:t>
      </w:r>
      <w:r w:rsidRPr="000767E2">
        <w:rPr>
          <w:lang w:val="sv-SE"/>
        </w:rPr>
        <w:t xml:space="preserve"> {{field-on:bible}}För hästarnas auktoritet är i deras mun och i deras svansar. För deras svansar </w:t>
      </w:r>
      <w:r w:rsidRPr="000767E2">
        <w:rPr>
          <w:i/>
          <w:lang w:val="sv-SE"/>
        </w:rPr>
        <w:t>är</w:t>
      </w:r>
      <w:r w:rsidRPr="000767E2">
        <w:rPr>
          <w:lang w:val="sv-SE"/>
        </w:rPr>
        <w:t xml:space="preserve"> lika ormar och har huvuden, och med dem skadar de.{{field-off:bible}}</w:t>
      </w:r>
    </w:p>
    <w:p w14:paraId="21BAB107" w14:textId="521ED7F9" w:rsidR="00BA33AB" w:rsidRPr="000767E2" w:rsidRDefault="00000000">
      <w:pPr>
        <w:rPr>
          <w:lang w:val="sv-SE"/>
        </w:rPr>
      </w:pPr>
      <w:r w:rsidRPr="000767E2">
        <w:rPr>
          <w:lang w:val="sv-SE"/>
        </w:rPr>
        <w:t>[[@</w:t>
      </w:r>
      <w:r w:rsidR="0096445B" w:rsidRPr="000767E2">
        <w:rPr>
          <w:lang w:val="sv-SE"/>
        </w:rPr>
        <w:t>BibleBIBEL82</w:t>
      </w:r>
      <w:r w:rsidRPr="000767E2">
        <w:rPr>
          <w:lang w:val="sv-SE"/>
        </w:rPr>
        <w:t>:Rev 9:20]]</w:t>
      </w:r>
      <w:r w:rsidRPr="000767E2">
        <w:rPr>
          <w:vertAlign w:val="superscript"/>
          <w:lang w:val="sv-SE"/>
        </w:rPr>
        <w:t>20</w:t>
      </w:r>
      <w:r w:rsidRPr="000767E2">
        <w:rPr>
          <w:lang w:val="sv-SE"/>
        </w:rPr>
        <w:t xml:space="preserve"> {{field-on:bible}}Och de övriga av människorna, de som inte dödades med dessa plågor, ändrade inte sinne från sina händers verk så att de inte tillbad demonerna och avgudarna av guld och av silver och av brons och av sten och av trä, som varken kan se eller höra eller vandra.{{field-off:bible}} [[@</w:t>
      </w:r>
      <w:r w:rsidR="0096445B" w:rsidRPr="000767E2">
        <w:rPr>
          <w:lang w:val="sv-SE"/>
        </w:rPr>
        <w:t>BibleBIBEL82</w:t>
      </w:r>
      <w:r w:rsidRPr="000767E2">
        <w:rPr>
          <w:lang w:val="sv-SE"/>
        </w:rPr>
        <w:t>:Rev 9:21]]</w:t>
      </w:r>
      <w:r w:rsidRPr="000767E2">
        <w:rPr>
          <w:vertAlign w:val="superscript"/>
          <w:lang w:val="sv-SE"/>
        </w:rPr>
        <w:t>21</w:t>
      </w:r>
      <w:r w:rsidRPr="000767E2">
        <w:rPr>
          <w:lang w:val="sv-SE"/>
        </w:rPr>
        <w:t xml:space="preserve"> {{field-on:bible}}Och de ändrade inte sinne från sina mord, eller från sina häxerier eller från sin otukt eller från sina stölder.{{field-off:bible}}</w:t>
      </w:r>
    </w:p>
    <w:p w14:paraId="12262BF8" w14:textId="18D24B8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10]]Kapitel 10</w:t>
      </w:r>
    </w:p>
    <w:p w14:paraId="5D717513" w14:textId="77777777" w:rsidR="00BA33AB" w:rsidRPr="000767E2" w:rsidRDefault="00000000">
      <w:pPr>
        <w:pStyle w:val="Rubrik3"/>
        <w:rPr>
          <w:lang w:val="sv-SE"/>
        </w:rPr>
      </w:pPr>
      <w:r w:rsidRPr="000767E2">
        <w:rPr>
          <w:lang w:val="sv-SE"/>
        </w:rPr>
        <w:t>Ängeln med den lilla bokrullen</w:t>
      </w:r>
    </w:p>
    <w:p w14:paraId="64A54BA4" w14:textId="5DB54FEF" w:rsidR="00BA33AB" w:rsidRPr="000767E2" w:rsidRDefault="00000000">
      <w:pPr>
        <w:rPr>
          <w:lang w:val="sv-SE"/>
        </w:rPr>
      </w:pPr>
      <w:r w:rsidRPr="000767E2">
        <w:rPr>
          <w:lang w:val="sv-SE"/>
        </w:rPr>
        <w:t>[[@</w:t>
      </w:r>
      <w:r w:rsidR="0096445B" w:rsidRPr="000767E2">
        <w:rPr>
          <w:lang w:val="sv-SE"/>
        </w:rPr>
        <w:t>BibleBIBEL82</w:t>
      </w:r>
      <w:r w:rsidRPr="000767E2">
        <w:rPr>
          <w:lang w:val="sv-SE"/>
        </w:rPr>
        <w:t>:Rev 10:1]]</w:t>
      </w:r>
      <w:r w:rsidRPr="000767E2">
        <w:rPr>
          <w:vertAlign w:val="superscript"/>
          <w:lang w:val="sv-SE"/>
        </w:rPr>
        <w:t>1</w:t>
      </w:r>
      <w:r w:rsidRPr="000767E2">
        <w:rPr>
          <w:lang w:val="sv-SE"/>
        </w:rPr>
        <w:t xml:space="preserve"> {{field-on:bible}}Och jag såg en annan stark ängel stiga ner från himlen, klädd i ett moln. Och regnbågen </w:t>
      </w:r>
      <w:r w:rsidRPr="000767E2">
        <w:rPr>
          <w:i/>
          <w:lang w:val="sv-SE"/>
        </w:rPr>
        <w:t>var</w:t>
      </w:r>
      <w:r w:rsidRPr="000767E2">
        <w:rPr>
          <w:lang w:val="sv-SE"/>
        </w:rPr>
        <w:t xml:space="preserve"> över hans huvud, och hans ansikte </w:t>
      </w:r>
      <w:r w:rsidRPr="000767E2">
        <w:rPr>
          <w:i/>
          <w:lang w:val="sv-SE"/>
        </w:rPr>
        <w:t>var</w:t>
      </w:r>
      <w:r w:rsidRPr="000767E2">
        <w:rPr>
          <w:lang w:val="sv-SE"/>
        </w:rPr>
        <w:t xml:space="preserve"> som solen och hans ben som eldpelare,{{field-off:bible}} [[@</w:t>
      </w:r>
      <w:r w:rsidR="0096445B" w:rsidRPr="000767E2">
        <w:rPr>
          <w:lang w:val="sv-SE"/>
        </w:rPr>
        <w:t>BibleBIBEL82</w:t>
      </w:r>
      <w:r w:rsidRPr="000767E2">
        <w:rPr>
          <w:lang w:val="sv-SE"/>
        </w:rPr>
        <w:t>:Rev 10:2]]</w:t>
      </w:r>
      <w:r w:rsidRPr="000767E2">
        <w:rPr>
          <w:vertAlign w:val="superscript"/>
          <w:lang w:val="sv-SE"/>
        </w:rPr>
        <w:t>2</w:t>
      </w:r>
      <w:r w:rsidRPr="000767E2">
        <w:rPr>
          <w:lang w:val="sv-SE"/>
        </w:rPr>
        <w:t xml:space="preserve"> {{field-on:bible}}och han hade i sin hand en liten bokrulle </w:t>
      </w:r>
      <w:r w:rsidRPr="000767E2">
        <w:rPr>
          <w:i/>
          <w:lang w:val="sv-SE"/>
        </w:rPr>
        <w:t>som var</w:t>
      </w:r>
      <w:r w:rsidRPr="000767E2">
        <w:rPr>
          <w:lang w:val="sv-SE"/>
        </w:rPr>
        <w:t xml:space="preserve"> öppnad. Och han satte sin högra fot på havet och den vänstra på jorden{{field-off:bible}} [[@</w:t>
      </w:r>
      <w:r w:rsidR="0096445B" w:rsidRPr="000767E2">
        <w:rPr>
          <w:lang w:val="sv-SE"/>
        </w:rPr>
        <w:t>BibleBIBEL82</w:t>
      </w:r>
      <w:r w:rsidRPr="000767E2">
        <w:rPr>
          <w:lang w:val="sv-SE"/>
        </w:rPr>
        <w:t>:Rev 10:3]]</w:t>
      </w:r>
      <w:r w:rsidRPr="000767E2">
        <w:rPr>
          <w:vertAlign w:val="superscript"/>
          <w:lang w:val="sv-SE"/>
        </w:rPr>
        <w:t>3</w:t>
      </w:r>
      <w:r w:rsidRPr="000767E2">
        <w:rPr>
          <w:lang w:val="sv-SE"/>
        </w:rPr>
        <w:t xml:space="preserve"> {{field-on:bible}}och ropade med väldig röst, såsom ett lejon mullrar. Och när han hade ropat, talade de sju åskorna </w:t>
      </w:r>
      <w:r w:rsidRPr="000767E2">
        <w:rPr>
          <w:i/>
          <w:lang w:val="sv-SE"/>
        </w:rPr>
        <w:t>med</w:t>
      </w:r>
      <w:r w:rsidRPr="000767E2">
        <w:rPr>
          <w:lang w:val="sv-SE"/>
        </w:rPr>
        <w:t xml:space="preserve"> sina egna röster.{{field-off:bible}} [[@</w:t>
      </w:r>
      <w:r w:rsidR="0096445B" w:rsidRPr="000767E2">
        <w:rPr>
          <w:lang w:val="sv-SE"/>
        </w:rPr>
        <w:t>BibleBIBEL82</w:t>
      </w:r>
      <w:r w:rsidRPr="000767E2">
        <w:rPr>
          <w:lang w:val="sv-SE"/>
        </w:rPr>
        <w:t>:Rev 10:4]]</w:t>
      </w:r>
      <w:r w:rsidRPr="000767E2">
        <w:rPr>
          <w:vertAlign w:val="superscript"/>
          <w:lang w:val="sv-SE"/>
        </w:rPr>
        <w:t>4</w:t>
      </w:r>
      <w:r w:rsidRPr="000767E2">
        <w:rPr>
          <w:lang w:val="sv-SE"/>
        </w:rPr>
        <w:t xml:space="preserve"> {{field-on:bible}}Och </w:t>
      </w:r>
      <w:r w:rsidRPr="000767E2">
        <w:rPr>
          <w:lang w:val="sv-SE"/>
        </w:rPr>
        <w:lastRenderedPageBreak/>
        <w:t>när de sju åskorna hade talat skulle jag skriva, och jag hörde en röst från himlen som sade: ”Sätt sigill på det som de sju åskorna har talat och skriv det inte.”{{field-off:bible}}</w:t>
      </w:r>
    </w:p>
    <w:p w14:paraId="3453C871" w14:textId="31D19219" w:rsidR="00BA33AB" w:rsidRPr="000767E2" w:rsidRDefault="00000000">
      <w:pPr>
        <w:rPr>
          <w:lang w:val="sv-SE"/>
        </w:rPr>
      </w:pPr>
      <w:r w:rsidRPr="000767E2">
        <w:rPr>
          <w:lang w:val="sv-SE"/>
        </w:rPr>
        <w:t>[[@</w:t>
      </w:r>
      <w:r w:rsidR="0096445B" w:rsidRPr="000767E2">
        <w:rPr>
          <w:lang w:val="sv-SE"/>
        </w:rPr>
        <w:t>BibleBIBEL82</w:t>
      </w:r>
      <w:r w:rsidRPr="000767E2">
        <w:rPr>
          <w:lang w:val="sv-SE"/>
        </w:rPr>
        <w:t>:Rev 10:5]]</w:t>
      </w:r>
      <w:r w:rsidRPr="000767E2">
        <w:rPr>
          <w:vertAlign w:val="superscript"/>
          <w:lang w:val="sv-SE"/>
        </w:rPr>
        <w:t>5</w:t>
      </w:r>
      <w:r w:rsidRPr="000767E2">
        <w:rPr>
          <w:lang w:val="sv-SE"/>
        </w:rPr>
        <w:t xml:space="preserve"> {{field-on:bible}}Och ängeln som jag såg stå på havet och på jorden lyfte sin högra hand mot himlen{{field-off:bible}} [[@</w:t>
      </w:r>
      <w:r w:rsidR="0096445B" w:rsidRPr="000767E2">
        <w:rPr>
          <w:lang w:val="sv-SE"/>
        </w:rPr>
        <w:t>BibleBIBEL82</w:t>
      </w:r>
      <w:r w:rsidRPr="000767E2">
        <w:rPr>
          <w:lang w:val="sv-SE"/>
        </w:rPr>
        <w:t>:Rev 10:6]]</w:t>
      </w:r>
      <w:r w:rsidRPr="000767E2">
        <w:rPr>
          <w:vertAlign w:val="superscript"/>
          <w:lang w:val="sv-SE"/>
        </w:rPr>
        <w:t>6</w:t>
      </w:r>
      <w:r w:rsidRPr="000767E2">
        <w:rPr>
          <w:lang w:val="sv-SE"/>
        </w:rPr>
        <w:t xml:space="preserve"> {{field-on:bible}}och svor vid honom som lever till eonernas eoner, som har skapat himlen och det </w:t>
      </w:r>
      <w:r w:rsidRPr="000767E2">
        <w:rPr>
          <w:i/>
          <w:lang w:val="sv-SE"/>
        </w:rPr>
        <w:t>som finns</w:t>
      </w:r>
      <w:r w:rsidRPr="000767E2">
        <w:rPr>
          <w:lang w:val="sv-SE"/>
        </w:rPr>
        <w:t xml:space="preserve"> i den och jorden och det </w:t>
      </w:r>
      <w:r w:rsidRPr="000767E2">
        <w:rPr>
          <w:i/>
          <w:lang w:val="sv-SE"/>
        </w:rPr>
        <w:t>som finns</w:t>
      </w:r>
      <w:r w:rsidRPr="000767E2">
        <w:rPr>
          <w:lang w:val="sv-SE"/>
        </w:rPr>
        <w:t xml:space="preserve"> på den och havet och det </w:t>
      </w:r>
      <w:r w:rsidRPr="000767E2">
        <w:rPr>
          <w:i/>
          <w:lang w:val="sv-SE"/>
        </w:rPr>
        <w:t>som finns</w:t>
      </w:r>
      <w:r w:rsidRPr="000767E2">
        <w:rPr>
          <w:lang w:val="sv-SE"/>
        </w:rPr>
        <w:t xml:space="preserve"> i det, att: ”Tid ska inte finnas mer.{{field-off:bible}} [[@</w:t>
      </w:r>
      <w:r w:rsidR="0096445B" w:rsidRPr="000767E2">
        <w:rPr>
          <w:lang w:val="sv-SE"/>
        </w:rPr>
        <w:t>BibleBIBEL82</w:t>
      </w:r>
      <w:r w:rsidRPr="000767E2">
        <w:rPr>
          <w:lang w:val="sv-SE"/>
        </w:rPr>
        <w:t>:Rev 10:7]]</w:t>
      </w:r>
      <w:r w:rsidRPr="000767E2">
        <w:rPr>
          <w:vertAlign w:val="superscript"/>
          <w:lang w:val="sv-SE"/>
        </w:rPr>
        <w:t>7</w:t>
      </w:r>
      <w:r w:rsidRPr="000767E2">
        <w:rPr>
          <w:lang w:val="sv-SE"/>
        </w:rPr>
        <w:t xml:space="preserve"> {{field-on:bible}}Utan i dagarna med den sjunde ängelns röst, när han kommer att basunera, då har fullbordats Guds mysterium, såsom han har evangeliserat </w:t>
      </w:r>
      <w:r w:rsidRPr="000767E2">
        <w:rPr>
          <w:i/>
          <w:lang w:val="sv-SE"/>
        </w:rPr>
        <w:t>för</w:t>
      </w:r>
      <w:r w:rsidRPr="000767E2">
        <w:rPr>
          <w:lang w:val="sv-SE"/>
        </w:rPr>
        <w:t xml:space="preserve"> sina egna fasttjänare profeterna.”{{field-off:bible}}</w:t>
      </w:r>
    </w:p>
    <w:p w14:paraId="0D3D662E" w14:textId="078E7311" w:rsidR="00BA33AB" w:rsidRPr="000767E2" w:rsidRDefault="00000000">
      <w:pPr>
        <w:rPr>
          <w:lang w:val="sv-SE"/>
        </w:rPr>
      </w:pPr>
      <w:r w:rsidRPr="000767E2">
        <w:rPr>
          <w:lang w:val="sv-SE"/>
        </w:rPr>
        <w:t>[[@</w:t>
      </w:r>
      <w:r w:rsidR="0096445B" w:rsidRPr="000767E2">
        <w:rPr>
          <w:lang w:val="sv-SE"/>
        </w:rPr>
        <w:t>BibleBIBEL82</w:t>
      </w:r>
      <w:r w:rsidRPr="000767E2">
        <w:rPr>
          <w:lang w:val="sv-SE"/>
        </w:rPr>
        <w:t>:Rev 10:8]]</w:t>
      </w:r>
      <w:r w:rsidRPr="000767E2">
        <w:rPr>
          <w:vertAlign w:val="superscript"/>
          <w:lang w:val="sv-SE"/>
        </w:rPr>
        <w:t>8</w:t>
      </w:r>
      <w:r w:rsidRPr="000767E2">
        <w:rPr>
          <w:lang w:val="sv-SE"/>
        </w:rPr>
        <w:t xml:space="preserve"> {{field-on:bible}}Och rösten som jag hade hört från himlen talade åter med mig och sade: ”Bege dig, ta den öppnade bokrullen i handen hos ängeln som står på havet och på jorden.”{{field-off:bible}} [[@</w:t>
      </w:r>
      <w:r w:rsidR="0096445B" w:rsidRPr="000767E2">
        <w:rPr>
          <w:lang w:val="sv-SE"/>
        </w:rPr>
        <w:t>BibleBIBEL82</w:t>
      </w:r>
      <w:r w:rsidRPr="000767E2">
        <w:rPr>
          <w:lang w:val="sv-SE"/>
        </w:rPr>
        <w:t>:Rev 10:9]]</w:t>
      </w:r>
      <w:r w:rsidRPr="000767E2">
        <w:rPr>
          <w:vertAlign w:val="superscript"/>
          <w:lang w:val="sv-SE"/>
        </w:rPr>
        <w:t>9</w:t>
      </w:r>
      <w:r w:rsidRPr="000767E2">
        <w:rPr>
          <w:lang w:val="sv-SE"/>
        </w:rPr>
        <w:t xml:space="preserve"> {{field-on:bible}}Och jag gick bort till ängeln och sade till honom att ge mig den lilla bokrullen. Och han säger till mig: ”Ta och ät upp den. Och den ska göra din buk bitter, men i din mun ska den vara söt som honung.”{{field-off:bible}} [[@</w:t>
      </w:r>
      <w:r w:rsidR="0096445B" w:rsidRPr="000767E2">
        <w:rPr>
          <w:lang w:val="sv-SE"/>
        </w:rPr>
        <w:t>BibleBIBEL82</w:t>
      </w:r>
      <w:r w:rsidRPr="000767E2">
        <w:rPr>
          <w:lang w:val="sv-SE"/>
        </w:rPr>
        <w:t>:Rev 10:10]]</w:t>
      </w:r>
      <w:r w:rsidRPr="000767E2">
        <w:rPr>
          <w:vertAlign w:val="superscript"/>
          <w:lang w:val="sv-SE"/>
        </w:rPr>
        <w:t>10</w:t>
      </w:r>
      <w:r w:rsidRPr="000767E2">
        <w:rPr>
          <w:lang w:val="sv-SE"/>
        </w:rPr>
        <w:t xml:space="preserve"> {{field-on:bible}}Och jag tog den lilla bokrullen ur ängelns hand och åt upp den. Och den var i min mun som söt honung, och när jag hade ätit den blev min buk bitter.{{field-off:bible}} [[@</w:t>
      </w:r>
      <w:r w:rsidR="0096445B" w:rsidRPr="000767E2">
        <w:rPr>
          <w:lang w:val="sv-SE"/>
        </w:rPr>
        <w:t>BibleBIBEL82</w:t>
      </w:r>
      <w:r w:rsidRPr="000767E2">
        <w:rPr>
          <w:lang w:val="sv-SE"/>
        </w:rPr>
        <w:t>:Rev 10:11]]</w:t>
      </w:r>
      <w:r w:rsidRPr="000767E2">
        <w:rPr>
          <w:vertAlign w:val="superscript"/>
          <w:lang w:val="sv-SE"/>
        </w:rPr>
        <w:t>11</w:t>
      </w:r>
      <w:r w:rsidRPr="000767E2">
        <w:rPr>
          <w:lang w:val="sv-SE"/>
        </w:rPr>
        <w:t xml:space="preserve"> {{field-on:bible}}Och de sade till mig: ”Du måste åter profetera över många folk och folkslag och tungor och kungar.”{{field-off:bible}}</w:t>
      </w:r>
    </w:p>
    <w:p w14:paraId="07859EFF" w14:textId="1941EC6C"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11]]Kapitel 11</w:t>
      </w:r>
    </w:p>
    <w:p w14:paraId="2C315D87" w14:textId="77777777" w:rsidR="00BA33AB" w:rsidRPr="000767E2" w:rsidRDefault="00000000">
      <w:pPr>
        <w:pStyle w:val="Rubrik3"/>
        <w:rPr>
          <w:lang w:val="sv-SE"/>
        </w:rPr>
      </w:pPr>
      <w:r w:rsidRPr="000767E2">
        <w:rPr>
          <w:lang w:val="sv-SE"/>
        </w:rPr>
        <w:t>De två vittnena</w:t>
      </w:r>
    </w:p>
    <w:p w14:paraId="7CDDC30E" w14:textId="4678C5A0" w:rsidR="00BA33AB" w:rsidRPr="000767E2" w:rsidRDefault="00000000">
      <w:pPr>
        <w:rPr>
          <w:lang w:val="sv-SE"/>
        </w:rPr>
      </w:pPr>
      <w:r w:rsidRPr="000767E2">
        <w:rPr>
          <w:lang w:val="sv-SE"/>
        </w:rPr>
        <w:t>[[@</w:t>
      </w:r>
      <w:r w:rsidR="0096445B" w:rsidRPr="000767E2">
        <w:rPr>
          <w:lang w:val="sv-SE"/>
        </w:rPr>
        <w:t>BibleBIBEL82</w:t>
      </w:r>
      <w:r w:rsidRPr="000767E2">
        <w:rPr>
          <w:lang w:val="sv-SE"/>
        </w:rPr>
        <w:t>:Rev 11:1]]</w:t>
      </w:r>
      <w:r w:rsidRPr="000767E2">
        <w:rPr>
          <w:vertAlign w:val="superscript"/>
          <w:lang w:val="sv-SE"/>
        </w:rPr>
        <w:t>1</w:t>
      </w:r>
      <w:r w:rsidRPr="000767E2">
        <w:rPr>
          <w:lang w:val="sv-SE"/>
        </w:rPr>
        <w:t xml:space="preserve"> {{field-on:bible}}Och åt mig gavs en rörstav lik ett spö, och </w:t>
      </w:r>
      <w:r w:rsidRPr="000767E2">
        <w:rPr>
          <w:i/>
          <w:lang w:val="sv-SE"/>
        </w:rPr>
        <w:t>man</w:t>
      </w:r>
      <w:r w:rsidRPr="000767E2">
        <w:rPr>
          <w:lang w:val="sv-SE"/>
        </w:rPr>
        <w:t xml:space="preserve"> sade: ”Res dig och mät Guds tempelbyggnad och altaret och dem som tillber i den.{{field-off:bible}} [[@</w:t>
      </w:r>
      <w:r w:rsidR="0096445B" w:rsidRPr="000767E2">
        <w:rPr>
          <w:lang w:val="sv-SE"/>
        </w:rPr>
        <w:t>BibleBIBEL82</w:t>
      </w:r>
      <w:r w:rsidRPr="000767E2">
        <w:rPr>
          <w:lang w:val="sv-SE"/>
        </w:rPr>
        <w:t>:Rev 11:2]]</w:t>
      </w:r>
      <w:r w:rsidRPr="000767E2">
        <w:rPr>
          <w:vertAlign w:val="superscript"/>
          <w:lang w:val="sv-SE"/>
        </w:rPr>
        <w:t>2</w:t>
      </w:r>
      <w:r w:rsidRPr="000767E2">
        <w:rPr>
          <w:lang w:val="sv-SE"/>
        </w:rPr>
        <w:t xml:space="preserve"> {{field-on:bible}}Och innergården utanför tempelbyggnaden ska du kasta ut utanför och inte mäta den. För den har getts åt folkslagen, och den heliga staden ska de trampa i fyrtiotvå månader.{{field-off:bible}} [[@</w:t>
      </w:r>
      <w:r w:rsidR="0096445B" w:rsidRPr="000767E2">
        <w:rPr>
          <w:lang w:val="sv-SE"/>
        </w:rPr>
        <w:t>BibleBIBEL82</w:t>
      </w:r>
      <w:r w:rsidRPr="000767E2">
        <w:rPr>
          <w:lang w:val="sv-SE"/>
        </w:rPr>
        <w:t>:Rev 11:3]]</w:t>
      </w:r>
      <w:r w:rsidRPr="000767E2">
        <w:rPr>
          <w:vertAlign w:val="superscript"/>
          <w:lang w:val="sv-SE"/>
        </w:rPr>
        <w:t>3</w:t>
      </w:r>
      <w:r w:rsidRPr="000767E2">
        <w:rPr>
          <w:lang w:val="sv-SE"/>
        </w:rPr>
        <w:t xml:space="preserve"> {{field-on:bible}}Och jag ska ge mina två vittnen, och de ska profetera i ettusen tvåhundrasextio dagar klädda i säck</w:t>
      </w:r>
      <w:r w:rsidRPr="000767E2">
        <w:rPr>
          <w:i/>
          <w:lang w:val="sv-SE"/>
        </w:rPr>
        <w:t>tyg</w:t>
      </w:r>
      <w:r w:rsidRPr="000767E2">
        <w:rPr>
          <w:lang w:val="sv-SE"/>
        </w:rPr>
        <w:t>.”{{field-off:bible}}</w:t>
      </w:r>
    </w:p>
    <w:p w14:paraId="6290E712" w14:textId="5E9C4000" w:rsidR="00BA33AB" w:rsidRPr="000767E2" w:rsidRDefault="00000000">
      <w:pPr>
        <w:rPr>
          <w:lang w:val="sv-SE"/>
        </w:rPr>
      </w:pPr>
      <w:r w:rsidRPr="000767E2">
        <w:rPr>
          <w:lang w:val="sv-SE"/>
        </w:rPr>
        <w:t>[[@</w:t>
      </w:r>
      <w:r w:rsidR="0096445B" w:rsidRPr="000767E2">
        <w:rPr>
          <w:lang w:val="sv-SE"/>
        </w:rPr>
        <w:t>BibleBIBEL82</w:t>
      </w:r>
      <w:r w:rsidRPr="000767E2">
        <w:rPr>
          <w:lang w:val="sv-SE"/>
        </w:rPr>
        <w:t>:Rev 11:4]]</w:t>
      </w:r>
      <w:r w:rsidRPr="000767E2">
        <w:rPr>
          <w:vertAlign w:val="superscript"/>
          <w:lang w:val="sv-SE"/>
        </w:rPr>
        <w:t>4</w:t>
      </w:r>
      <w:r w:rsidRPr="000767E2">
        <w:rPr>
          <w:lang w:val="sv-SE"/>
        </w:rPr>
        <w:t xml:space="preserve"> {{field-on:bible}}Dessa är de två olivträden och de två lampställen som står inför jordens Herre.{{field-off:bible}} [[@</w:t>
      </w:r>
      <w:r w:rsidR="0096445B" w:rsidRPr="000767E2">
        <w:rPr>
          <w:lang w:val="sv-SE"/>
        </w:rPr>
        <w:t>BibleBIBEL82</w:t>
      </w:r>
      <w:r w:rsidRPr="000767E2">
        <w:rPr>
          <w:lang w:val="sv-SE"/>
        </w:rPr>
        <w:t>:Rev 11:5]]</w:t>
      </w:r>
      <w:r w:rsidRPr="000767E2">
        <w:rPr>
          <w:vertAlign w:val="superscript"/>
          <w:lang w:val="sv-SE"/>
        </w:rPr>
        <w:t>5</w:t>
      </w:r>
      <w:r w:rsidRPr="000767E2">
        <w:rPr>
          <w:lang w:val="sv-SE"/>
        </w:rPr>
        <w:t xml:space="preserve"> {{field-on:bible}}Och om någon vill skada dem, utgår eld ur deras mun och förtär deras fiender. Och om någon vill skada dem </w:t>
      </w:r>
      <w:r w:rsidRPr="000767E2">
        <w:rPr>
          <w:i/>
          <w:lang w:val="sv-SE"/>
        </w:rPr>
        <w:t>är det</w:t>
      </w:r>
      <w:r w:rsidRPr="000767E2">
        <w:rPr>
          <w:lang w:val="sv-SE"/>
        </w:rPr>
        <w:t xml:space="preserve"> så han måste dödas.{{field-off:bible}} [[@</w:t>
      </w:r>
      <w:r w:rsidR="0096445B" w:rsidRPr="000767E2">
        <w:rPr>
          <w:lang w:val="sv-SE"/>
        </w:rPr>
        <w:t>BibleBIBEL82</w:t>
      </w:r>
      <w:r w:rsidRPr="000767E2">
        <w:rPr>
          <w:lang w:val="sv-SE"/>
        </w:rPr>
        <w:t>:Rev 11:6]]</w:t>
      </w:r>
      <w:r w:rsidRPr="000767E2">
        <w:rPr>
          <w:vertAlign w:val="superscript"/>
          <w:lang w:val="sv-SE"/>
        </w:rPr>
        <w:t>6</w:t>
      </w:r>
      <w:r w:rsidRPr="000767E2">
        <w:rPr>
          <w:lang w:val="sv-SE"/>
        </w:rPr>
        <w:t xml:space="preserve"> {{field-on:bible}}Dessa har auktoriteten att stänga himlen så att inget regn regnar under dagarna för deras profetia. Och auktoritet har de över vattnen, att vända dem till blod, och att slå jorden med varje plåga så ofta de vill.{{field-off:bible}}</w:t>
      </w:r>
    </w:p>
    <w:p w14:paraId="6BFD8876" w14:textId="1FDC94AA" w:rsidR="00BA33AB" w:rsidRPr="000767E2" w:rsidRDefault="00000000">
      <w:pPr>
        <w:rPr>
          <w:lang w:val="sv-SE"/>
        </w:rPr>
      </w:pPr>
      <w:r w:rsidRPr="000767E2">
        <w:rPr>
          <w:lang w:val="sv-SE"/>
        </w:rPr>
        <w:t>[[@</w:t>
      </w:r>
      <w:r w:rsidR="0096445B" w:rsidRPr="000767E2">
        <w:rPr>
          <w:lang w:val="sv-SE"/>
        </w:rPr>
        <w:t>BibleBIBEL82</w:t>
      </w:r>
      <w:r w:rsidRPr="000767E2">
        <w:rPr>
          <w:lang w:val="sv-SE"/>
        </w:rPr>
        <w:t>:Rev 11:7]]</w:t>
      </w:r>
      <w:r w:rsidRPr="000767E2">
        <w:rPr>
          <w:vertAlign w:val="superscript"/>
          <w:lang w:val="sv-SE"/>
        </w:rPr>
        <w:t>7</w:t>
      </w:r>
      <w:r w:rsidRPr="000767E2">
        <w:rPr>
          <w:lang w:val="sv-SE"/>
        </w:rPr>
        <w:t xml:space="preserve"> {{field-on:bible}}Och när de har fullbordat sitt vittnesbörd, ska vilddjuret som stiger upp ur avgrunden göra krig med dem och besegra dem och döda dem.{{field-off:bible}} [[@</w:t>
      </w:r>
      <w:r w:rsidR="0096445B" w:rsidRPr="000767E2">
        <w:rPr>
          <w:lang w:val="sv-SE"/>
        </w:rPr>
        <w:t>BibleBIBEL82</w:t>
      </w:r>
      <w:r w:rsidRPr="000767E2">
        <w:rPr>
          <w:lang w:val="sv-SE"/>
        </w:rPr>
        <w:t>:Rev 11:8]]</w:t>
      </w:r>
      <w:r w:rsidRPr="000767E2">
        <w:rPr>
          <w:vertAlign w:val="superscript"/>
          <w:lang w:val="sv-SE"/>
        </w:rPr>
        <w:t>8</w:t>
      </w:r>
      <w:r w:rsidRPr="000767E2">
        <w:rPr>
          <w:lang w:val="sv-SE"/>
        </w:rPr>
        <w:t xml:space="preserve"> {{field-on:bible}}Och deras lik </w:t>
      </w:r>
      <w:r w:rsidRPr="000767E2">
        <w:rPr>
          <w:i/>
          <w:lang w:val="sv-SE"/>
        </w:rPr>
        <w:t>ligger</w:t>
      </w:r>
      <w:r w:rsidRPr="000767E2">
        <w:rPr>
          <w:lang w:val="sv-SE"/>
        </w:rPr>
        <w:t xml:space="preserve"> på </w:t>
      </w:r>
      <w:r w:rsidRPr="000767E2">
        <w:rPr>
          <w:lang w:val="sv-SE"/>
        </w:rPr>
        <w:lastRenderedPageBreak/>
        <w:t>gatan i den stora staden som andligt kallas Sodom och Egypten, där även deras Herre blev korsfäst.{{field-off:bible}} [[@</w:t>
      </w:r>
      <w:r w:rsidR="0096445B" w:rsidRPr="000767E2">
        <w:rPr>
          <w:lang w:val="sv-SE"/>
        </w:rPr>
        <w:t>BibleBIBEL82</w:t>
      </w:r>
      <w:r w:rsidRPr="000767E2">
        <w:rPr>
          <w:lang w:val="sv-SE"/>
        </w:rPr>
        <w:t>:Rev 11:9]]</w:t>
      </w:r>
      <w:r w:rsidRPr="000767E2">
        <w:rPr>
          <w:vertAlign w:val="superscript"/>
          <w:lang w:val="sv-SE"/>
        </w:rPr>
        <w:t>9</w:t>
      </w:r>
      <w:r w:rsidRPr="000767E2">
        <w:rPr>
          <w:lang w:val="sv-SE"/>
        </w:rPr>
        <w:t xml:space="preserve"> {{field-on:bible}}Och man ser från folken och stammarna och tungorna och folkslagen deras lik i tre och en halv dagar, och deras lik låter man inte läggas i en grav.{{field-off:bible}} [[@</w:t>
      </w:r>
      <w:r w:rsidR="0096445B" w:rsidRPr="000767E2">
        <w:rPr>
          <w:lang w:val="sv-SE"/>
        </w:rPr>
        <w:t>BibleBIBEL82</w:t>
      </w:r>
      <w:r w:rsidRPr="000767E2">
        <w:rPr>
          <w:lang w:val="sv-SE"/>
        </w:rPr>
        <w:t>:Rev 11:10]]</w:t>
      </w:r>
      <w:r w:rsidRPr="000767E2">
        <w:rPr>
          <w:vertAlign w:val="superscript"/>
          <w:lang w:val="sv-SE"/>
        </w:rPr>
        <w:t>10</w:t>
      </w:r>
      <w:r w:rsidRPr="000767E2">
        <w:rPr>
          <w:lang w:val="sv-SE"/>
        </w:rPr>
        <w:t xml:space="preserve"> {{field-on:bible}}Och de som bor på jorden gläder sig över dem och fröjdar sig och skickar äregåvor till varandra, eftersom dessa två profeter hade plågat dem som bor på jorden.{{field-off:bible}}</w:t>
      </w:r>
    </w:p>
    <w:p w14:paraId="7868F86C" w14:textId="123BB853" w:rsidR="00BA33AB" w:rsidRPr="000767E2" w:rsidRDefault="00000000">
      <w:pPr>
        <w:rPr>
          <w:lang w:val="sv-SE"/>
        </w:rPr>
      </w:pPr>
      <w:r w:rsidRPr="000767E2">
        <w:rPr>
          <w:lang w:val="sv-SE"/>
        </w:rPr>
        <w:t>[[@</w:t>
      </w:r>
      <w:r w:rsidR="0096445B" w:rsidRPr="000767E2">
        <w:rPr>
          <w:lang w:val="sv-SE"/>
        </w:rPr>
        <w:t>BibleBIBEL82</w:t>
      </w:r>
      <w:r w:rsidRPr="000767E2">
        <w:rPr>
          <w:lang w:val="sv-SE"/>
        </w:rPr>
        <w:t>:Rev 11:11]]</w:t>
      </w:r>
      <w:r w:rsidRPr="000767E2">
        <w:rPr>
          <w:vertAlign w:val="superscript"/>
          <w:lang w:val="sv-SE"/>
        </w:rPr>
        <w:t>11</w:t>
      </w:r>
      <w:r w:rsidRPr="000767E2">
        <w:rPr>
          <w:lang w:val="sv-SE"/>
        </w:rPr>
        <w:t xml:space="preserve"> {{field-on:bible}}Och efter de tre dagarna och en halv kom livsande från Gud in i dem, och de stod på sina fötter. Och stor fruktan föll över dem som skådade dem.{{field-off:bible}} [[@</w:t>
      </w:r>
      <w:r w:rsidR="0096445B" w:rsidRPr="000767E2">
        <w:rPr>
          <w:lang w:val="sv-SE"/>
        </w:rPr>
        <w:t>BibleBIBEL82</w:t>
      </w:r>
      <w:r w:rsidRPr="000767E2">
        <w:rPr>
          <w:lang w:val="sv-SE"/>
        </w:rPr>
        <w:t>:Rev 11:12]]</w:t>
      </w:r>
      <w:r w:rsidRPr="000767E2">
        <w:rPr>
          <w:vertAlign w:val="superscript"/>
          <w:lang w:val="sv-SE"/>
        </w:rPr>
        <w:t>12</w:t>
      </w:r>
      <w:r w:rsidRPr="000767E2">
        <w:rPr>
          <w:lang w:val="sv-SE"/>
        </w:rPr>
        <w:t xml:space="preserve"> {{field-on:bible}}Och de hörde en väldig röst från himlen som sade till dem: ”Stig upp hit!” Och de steg upp till himlen i molnet, och deras fiender skådade dem.{{field-off:bible}} [[@</w:t>
      </w:r>
      <w:r w:rsidR="0096445B" w:rsidRPr="000767E2">
        <w:rPr>
          <w:lang w:val="sv-SE"/>
        </w:rPr>
        <w:t>BibleBIBEL82</w:t>
      </w:r>
      <w:r w:rsidRPr="000767E2">
        <w:rPr>
          <w:lang w:val="sv-SE"/>
        </w:rPr>
        <w:t>:Rev 11:13]]</w:t>
      </w:r>
      <w:r w:rsidRPr="000767E2">
        <w:rPr>
          <w:vertAlign w:val="superscript"/>
          <w:lang w:val="sv-SE"/>
        </w:rPr>
        <w:t>13</w:t>
      </w:r>
      <w:r w:rsidRPr="000767E2">
        <w:rPr>
          <w:lang w:val="sv-SE"/>
        </w:rPr>
        <w:t xml:space="preserve"> {{field-on:bible}}Och i den stunden blev det en stor jordbävning, och tiondelen av staden föll. Och vid jordbävningen dödades sjutusen människonamn, och de övriga blev förskräckta och gav ära åt himlens Gud.{{field-off:bible}}</w:t>
      </w:r>
    </w:p>
    <w:p w14:paraId="6E0F3441" w14:textId="5F0BB776" w:rsidR="00BA33AB" w:rsidRPr="000767E2" w:rsidRDefault="00000000">
      <w:pPr>
        <w:rPr>
          <w:lang w:val="sv-SE"/>
        </w:rPr>
      </w:pPr>
      <w:r w:rsidRPr="000767E2">
        <w:rPr>
          <w:lang w:val="sv-SE"/>
        </w:rPr>
        <w:t>[[@</w:t>
      </w:r>
      <w:r w:rsidR="0096445B" w:rsidRPr="000767E2">
        <w:rPr>
          <w:lang w:val="sv-SE"/>
        </w:rPr>
        <w:t>BibleBIBEL82</w:t>
      </w:r>
      <w:r w:rsidRPr="000767E2">
        <w:rPr>
          <w:lang w:val="sv-SE"/>
        </w:rPr>
        <w:t>:Rev 11:14]]</w:t>
      </w:r>
      <w:r w:rsidRPr="000767E2">
        <w:rPr>
          <w:vertAlign w:val="superscript"/>
          <w:lang w:val="sv-SE"/>
        </w:rPr>
        <w:t>14</w:t>
      </w:r>
      <w:r w:rsidRPr="000767E2">
        <w:rPr>
          <w:lang w:val="sv-SE"/>
        </w:rPr>
        <w:t xml:space="preserve"> {{field-on:bible}}Det andra veropet har gått iväg. Se, det tredje veropet kommer snart.{{field-off:bible}}</w:t>
      </w:r>
    </w:p>
    <w:p w14:paraId="5854868A" w14:textId="77777777" w:rsidR="00BA33AB" w:rsidRPr="000767E2" w:rsidRDefault="00000000">
      <w:pPr>
        <w:pStyle w:val="Rubrik3"/>
        <w:rPr>
          <w:lang w:val="sv-SE"/>
        </w:rPr>
      </w:pPr>
      <w:r w:rsidRPr="000767E2">
        <w:rPr>
          <w:lang w:val="sv-SE"/>
        </w:rPr>
        <w:t>Den sjunde basunen</w:t>
      </w:r>
    </w:p>
    <w:p w14:paraId="3DBA4FBF" w14:textId="4C586CF4" w:rsidR="00BA33AB" w:rsidRPr="000767E2" w:rsidRDefault="00000000">
      <w:pPr>
        <w:rPr>
          <w:lang w:val="sv-SE"/>
        </w:rPr>
      </w:pPr>
      <w:r w:rsidRPr="000767E2">
        <w:rPr>
          <w:lang w:val="sv-SE"/>
        </w:rPr>
        <w:t>[[@</w:t>
      </w:r>
      <w:r w:rsidR="0096445B" w:rsidRPr="000767E2">
        <w:rPr>
          <w:lang w:val="sv-SE"/>
        </w:rPr>
        <w:t>BibleBIBEL82</w:t>
      </w:r>
      <w:r w:rsidRPr="000767E2">
        <w:rPr>
          <w:lang w:val="sv-SE"/>
        </w:rPr>
        <w:t>:Rev 11:15]]</w:t>
      </w:r>
      <w:r w:rsidRPr="000767E2">
        <w:rPr>
          <w:vertAlign w:val="superscript"/>
          <w:lang w:val="sv-SE"/>
        </w:rPr>
        <w:t>15</w:t>
      </w:r>
      <w:r w:rsidRPr="000767E2">
        <w:rPr>
          <w:lang w:val="sv-SE"/>
        </w:rPr>
        <w:t xml:space="preserve"> {{field-on:bible}}Och den sjunde ängeln basunerade. Och det blev väldiga röster i himlen som sade:{{field-off:bible}}</w:t>
      </w:r>
    </w:p>
    <w:p w14:paraId="2F9236A4" w14:textId="77777777" w:rsidR="00BA33AB" w:rsidRPr="000767E2" w:rsidRDefault="00000000">
      <w:pPr>
        <w:rPr>
          <w:lang w:val="sv-SE"/>
        </w:rPr>
      </w:pPr>
      <w:r w:rsidRPr="000767E2">
        <w:rPr>
          <w:lang w:val="sv-SE"/>
        </w:rPr>
        <w:t>{{field-on:bible}}”Världens rike har blivit vår Herres och hans Kristi,</w:t>
      </w:r>
      <w:r w:rsidRPr="000767E2">
        <w:rPr>
          <w:lang w:val="sv-SE"/>
        </w:rPr>
        <w:br/>
        <w:t>och han ska regera till eonernas eoner.”{{field-off:bible}}</w:t>
      </w:r>
    </w:p>
    <w:p w14:paraId="17470CC5" w14:textId="3EE809B7" w:rsidR="00BA33AB" w:rsidRPr="000767E2" w:rsidRDefault="00000000">
      <w:pPr>
        <w:rPr>
          <w:lang w:val="sv-SE"/>
        </w:rPr>
      </w:pPr>
      <w:r w:rsidRPr="000767E2">
        <w:rPr>
          <w:lang w:val="sv-SE"/>
        </w:rPr>
        <w:t>[[@</w:t>
      </w:r>
      <w:r w:rsidR="0096445B" w:rsidRPr="000767E2">
        <w:rPr>
          <w:lang w:val="sv-SE"/>
        </w:rPr>
        <w:t>BibleBIBEL82</w:t>
      </w:r>
      <w:r w:rsidRPr="000767E2">
        <w:rPr>
          <w:lang w:val="sv-SE"/>
        </w:rPr>
        <w:t>:Rev 11:16]]</w:t>
      </w:r>
      <w:r w:rsidRPr="000767E2">
        <w:rPr>
          <w:vertAlign w:val="superscript"/>
          <w:lang w:val="sv-SE"/>
        </w:rPr>
        <w:t>16</w:t>
      </w:r>
      <w:r w:rsidRPr="000767E2">
        <w:rPr>
          <w:lang w:val="sv-SE"/>
        </w:rPr>
        <w:t xml:space="preserve"> {{field-on:bible}}Och de tjugofyra äldste som inför Gud satt på sina troner föll </w:t>
      </w:r>
      <w:r w:rsidRPr="000767E2">
        <w:rPr>
          <w:i/>
          <w:lang w:val="sv-SE"/>
        </w:rPr>
        <w:t>ner</w:t>
      </w:r>
      <w:r w:rsidRPr="000767E2">
        <w:rPr>
          <w:lang w:val="sv-SE"/>
        </w:rPr>
        <w:t xml:space="preserve"> på sina ansikten och tillbad Gud{{field-off:bible}} [[@</w:t>
      </w:r>
      <w:r w:rsidR="0096445B" w:rsidRPr="000767E2">
        <w:rPr>
          <w:lang w:val="sv-SE"/>
        </w:rPr>
        <w:t>BibleBIBEL82</w:t>
      </w:r>
      <w:r w:rsidRPr="000767E2">
        <w:rPr>
          <w:lang w:val="sv-SE"/>
        </w:rPr>
        <w:t>:Rev 11:17]]</w:t>
      </w:r>
      <w:r w:rsidRPr="000767E2">
        <w:rPr>
          <w:vertAlign w:val="superscript"/>
          <w:lang w:val="sv-SE"/>
        </w:rPr>
        <w:t>17</w:t>
      </w:r>
      <w:r w:rsidRPr="000767E2">
        <w:rPr>
          <w:lang w:val="sv-SE"/>
        </w:rPr>
        <w:t xml:space="preserve"> {{field-on:bible}}och sade:{{field-off:bible}}</w:t>
      </w:r>
    </w:p>
    <w:p w14:paraId="1BC19738" w14:textId="5F0F0225" w:rsidR="00BA33AB" w:rsidRPr="000767E2" w:rsidRDefault="00000000">
      <w:pPr>
        <w:rPr>
          <w:lang w:val="sv-SE"/>
        </w:rPr>
      </w:pPr>
      <w:r w:rsidRPr="000767E2">
        <w:rPr>
          <w:lang w:val="sv-SE"/>
        </w:rPr>
        <w:t xml:space="preserve">{{field-on:bible}}”Vi tackar dig, Herre Gud Allhärskare, </w:t>
      </w:r>
      <w:r w:rsidRPr="000767E2">
        <w:rPr>
          <w:i/>
          <w:lang w:val="sv-SE"/>
        </w:rPr>
        <w:t>du</w:t>
      </w:r>
      <w:r w:rsidRPr="000767E2">
        <w:rPr>
          <w:lang w:val="sv-SE"/>
        </w:rPr>
        <w:t xml:space="preserve"> som är och </w:t>
      </w:r>
      <w:r w:rsidRPr="000767E2">
        <w:rPr>
          <w:i/>
          <w:lang w:val="sv-SE"/>
        </w:rPr>
        <w:t>som</w:t>
      </w:r>
      <w:r w:rsidRPr="000767E2">
        <w:rPr>
          <w:lang w:val="sv-SE"/>
        </w:rPr>
        <w:t xml:space="preserve"> var,</w:t>
      </w:r>
      <w:r w:rsidRPr="000767E2">
        <w:rPr>
          <w:lang w:val="sv-SE"/>
        </w:rPr>
        <w:br/>
        <w:t>för att du har tagit din stora makt och regerat.{{field-off:bible}}</w:t>
      </w:r>
      <w:r w:rsidRPr="000767E2">
        <w:rPr>
          <w:lang w:val="sv-SE"/>
        </w:rPr>
        <w:br/>
        <w:t>[[@</w:t>
      </w:r>
      <w:r w:rsidR="0096445B" w:rsidRPr="000767E2">
        <w:rPr>
          <w:lang w:val="sv-SE"/>
        </w:rPr>
        <w:t>BibleBIBEL82</w:t>
      </w:r>
      <w:r w:rsidRPr="000767E2">
        <w:rPr>
          <w:lang w:val="sv-SE"/>
        </w:rPr>
        <w:t>:Rev 11:18]]</w:t>
      </w:r>
      <w:r w:rsidRPr="000767E2">
        <w:rPr>
          <w:vertAlign w:val="superscript"/>
          <w:lang w:val="sv-SE"/>
        </w:rPr>
        <w:t>18</w:t>
      </w:r>
      <w:r w:rsidRPr="000767E2">
        <w:rPr>
          <w:lang w:val="sv-SE"/>
        </w:rPr>
        <w:t xml:space="preserve"> {{field-on:bible}}Och folkslagen vredgades, och kommen är din vrede,</w:t>
      </w:r>
      <w:r w:rsidRPr="000767E2">
        <w:rPr>
          <w:lang w:val="sv-SE"/>
        </w:rPr>
        <w:br/>
        <w:t>och tiden för de döda att dömas</w:t>
      </w:r>
      <w:r w:rsidRPr="000767E2">
        <w:rPr>
          <w:lang w:val="sv-SE"/>
        </w:rPr>
        <w:br/>
        <w:t>och att ge lönen till dina fasttjänare profeterna och de heliga</w:t>
      </w:r>
      <w:r w:rsidRPr="000767E2">
        <w:rPr>
          <w:lang w:val="sv-SE"/>
        </w:rPr>
        <w:br/>
        <w:t>och dem som fruktar ditt namn, de små och de stora,</w:t>
      </w:r>
      <w:r w:rsidRPr="000767E2">
        <w:rPr>
          <w:lang w:val="sv-SE"/>
        </w:rPr>
        <w:br/>
        <w:t>och fördärva dem som fördärvar jorden.”{{field-off:bible}}</w:t>
      </w:r>
    </w:p>
    <w:p w14:paraId="6CD2F4EA" w14:textId="6595EA52" w:rsidR="00BA33AB" w:rsidRPr="000767E2" w:rsidRDefault="00000000">
      <w:pPr>
        <w:rPr>
          <w:lang w:val="sv-SE"/>
        </w:rPr>
      </w:pPr>
      <w:r w:rsidRPr="000767E2">
        <w:rPr>
          <w:lang w:val="sv-SE"/>
        </w:rPr>
        <w:t>[[@</w:t>
      </w:r>
      <w:r w:rsidR="0096445B" w:rsidRPr="000767E2">
        <w:rPr>
          <w:lang w:val="sv-SE"/>
        </w:rPr>
        <w:t>BibleBIBEL82</w:t>
      </w:r>
      <w:r w:rsidRPr="000767E2">
        <w:rPr>
          <w:lang w:val="sv-SE"/>
        </w:rPr>
        <w:t>:Rev 11:19]]</w:t>
      </w:r>
      <w:r w:rsidRPr="000767E2">
        <w:rPr>
          <w:vertAlign w:val="superscript"/>
          <w:lang w:val="sv-SE"/>
        </w:rPr>
        <w:t>19</w:t>
      </w:r>
      <w:r w:rsidRPr="000767E2">
        <w:rPr>
          <w:lang w:val="sv-SE"/>
        </w:rPr>
        <w:t xml:space="preserve"> {{field-on:bible}}Och Guds tempelbyggnad öppnades i himlen, och hans förbundsark visade sig i hans tempelbyggnad. Och det blev blixtar och röster och åskor och jordbävning och väldigt hagel.{{field-off:bible}}</w:t>
      </w:r>
    </w:p>
    <w:p w14:paraId="740AB056" w14:textId="37174A55"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:Rev 12]]Kapitel 12</w:t>
      </w:r>
    </w:p>
    <w:p w14:paraId="591BD2D8" w14:textId="77777777" w:rsidR="00BA33AB" w:rsidRPr="000767E2" w:rsidRDefault="00000000">
      <w:pPr>
        <w:pStyle w:val="Rubrik3"/>
        <w:rPr>
          <w:lang w:val="sv-SE"/>
        </w:rPr>
      </w:pPr>
      <w:r w:rsidRPr="000767E2">
        <w:rPr>
          <w:lang w:val="sv-SE"/>
        </w:rPr>
        <w:t>Kvinnan och draken</w:t>
      </w:r>
    </w:p>
    <w:p w14:paraId="1B748F33" w14:textId="1AB03518" w:rsidR="00BA33AB" w:rsidRPr="000767E2" w:rsidRDefault="00000000">
      <w:pPr>
        <w:rPr>
          <w:lang w:val="sv-SE"/>
        </w:rPr>
      </w:pPr>
      <w:r w:rsidRPr="000767E2">
        <w:rPr>
          <w:lang w:val="sv-SE"/>
        </w:rPr>
        <w:t>[[@</w:t>
      </w:r>
      <w:r w:rsidR="0096445B" w:rsidRPr="000767E2">
        <w:rPr>
          <w:lang w:val="sv-SE"/>
        </w:rPr>
        <w:t>BibleBIBEL82</w:t>
      </w:r>
      <w:r w:rsidRPr="000767E2">
        <w:rPr>
          <w:lang w:val="sv-SE"/>
        </w:rPr>
        <w:t>:Rev 12:1]]</w:t>
      </w:r>
      <w:r w:rsidRPr="000767E2">
        <w:rPr>
          <w:vertAlign w:val="superscript"/>
          <w:lang w:val="sv-SE"/>
        </w:rPr>
        <w:t>1</w:t>
      </w:r>
      <w:r w:rsidRPr="000767E2">
        <w:rPr>
          <w:lang w:val="sv-SE"/>
        </w:rPr>
        <w:t xml:space="preserve"> {{field-on:bible}}Och ett stort tecken visade sig i himlen: en kvinna klädd i solen, och månen </w:t>
      </w:r>
      <w:r w:rsidRPr="000767E2">
        <w:rPr>
          <w:i/>
          <w:lang w:val="sv-SE"/>
        </w:rPr>
        <w:t>var</w:t>
      </w:r>
      <w:r w:rsidRPr="000767E2">
        <w:rPr>
          <w:lang w:val="sv-SE"/>
        </w:rPr>
        <w:t xml:space="preserve"> under hennes fötter, och på hennes huvud en krans av tolv stjärnor.{{field-off:bible}} [[@</w:t>
      </w:r>
      <w:r w:rsidR="0096445B" w:rsidRPr="000767E2">
        <w:rPr>
          <w:lang w:val="sv-SE"/>
        </w:rPr>
        <w:t>BibleBIBEL82</w:t>
      </w:r>
      <w:r w:rsidRPr="000767E2">
        <w:rPr>
          <w:lang w:val="sv-SE"/>
        </w:rPr>
        <w:t>:Rev 12:2]]</w:t>
      </w:r>
      <w:r w:rsidRPr="000767E2">
        <w:rPr>
          <w:vertAlign w:val="superscript"/>
          <w:lang w:val="sv-SE"/>
        </w:rPr>
        <w:t>2</w:t>
      </w:r>
      <w:r w:rsidRPr="000767E2">
        <w:rPr>
          <w:lang w:val="sv-SE"/>
        </w:rPr>
        <w:t xml:space="preserve"> {{field-on:bible}}Och havande i magen ropar hon och har värkar och </w:t>
      </w:r>
      <w:r w:rsidRPr="000767E2">
        <w:rPr>
          <w:i/>
          <w:lang w:val="sv-SE"/>
        </w:rPr>
        <w:t>är</w:t>
      </w:r>
      <w:r w:rsidRPr="000767E2">
        <w:rPr>
          <w:lang w:val="sv-SE"/>
        </w:rPr>
        <w:t xml:space="preserve"> plågad att föda.{{field-off:bible}}</w:t>
      </w:r>
    </w:p>
    <w:p w14:paraId="61A64C20" w14:textId="3CABA7A5" w:rsidR="00BA33AB" w:rsidRPr="000767E2" w:rsidRDefault="00000000">
      <w:pPr>
        <w:rPr>
          <w:lang w:val="sv-SE"/>
        </w:rPr>
      </w:pPr>
      <w:r w:rsidRPr="000767E2">
        <w:rPr>
          <w:lang w:val="sv-SE"/>
        </w:rPr>
        <w:t>[[@</w:t>
      </w:r>
      <w:r w:rsidR="0096445B" w:rsidRPr="000767E2">
        <w:rPr>
          <w:lang w:val="sv-SE"/>
        </w:rPr>
        <w:t>BibleBIBEL82</w:t>
      </w:r>
      <w:r w:rsidRPr="000767E2">
        <w:rPr>
          <w:lang w:val="sv-SE"/>
        </w:rPr>
        <w:t>:Rev 12:3]]</w:t>
      </w:r>
      <w:r w:rsidRPr="000767E2">
        <w:rPr>
          <w:vertAlign w:val="superscript"/>
          <w:lang w:val="sv-SE"/>
        </w:rPr>
        <w:t>3</w:t>
      </w:r>
      <w:r w:rsidRPr="000767E2">
        <w:rPr>
          <w:lang w:val="sv-SE"/>
        </w:rPr>
        <w:t xml:space="preserve"> {{field-on:bible}}Och </w:t>
      </w:r>
      <w:r w:rsidRPr="000767E2">
        <w:rPr>
          <w:i/>
          <w:lang w:val="sv-SE"/>
        </w:rPr>
        <w:t>det</w:t>
      </w:r>
      <w:r w:rsidRPr="000767E2">
        <w:rPr>
          <w:lang w:val="sv-SE"/>
        </w:rPr>
        <w:t xml:space="preserve"> visade sig ett annat tecken i himlen, och se: en drake, stor </w:t>
      </w:r>
      <w:r w:rsidRPr="000767E2">
        <w:rPr>
          <w:i/>
          <w:lang w:val="sv-SE"/>
        </w:rPr>
        <w:t>och</w:t>
      </w:r>
      <w:r w:rsidRPr="000767E2">
        <w:rPr>
          <w:lang w:val="sv-SE"/>
        </w:rPr>
        <w:t xml:space="preserve"> eldröd, som hade sju huvuden och tio horn och på sina huvuden sju kronor.{{field-off:bible}} [[@</w:t>
      </w:r>
      <w:r w:rsidR="0096445B" w:rsidRPr="000767E2">
        <w:rPr>
          <w:lang w:val="sv-SE"/>
        </w:rPr>
        <w:t>BibleBIBEL82</w:t>
      </w:r>
      <w:r w:rsidRPr="000767E2">
        <w:rPr>
          <w:lang w:val="sv-SE"/>
        </w:rPr>
        <w:t>:Rev 12:4]]</w:t>
      </w:r>
      <w:r w:rsidRPr="000767E2">
        <w:rPr>
          <w:vertAlign w:val="superscript"/>
          <w:lang w:val="sv-SE"/>
        </w:rPr>
        <w:t>4</w:t>
      </w:r>
      <w:r w:rsidRPr="000767E2">
        <w:rPr>
          <w:lang w:val="sv-SE"/>
        </w:rPr>
        <w:t xml:space="preserve"> {{field-on:bible}}Och hans svans släpar </w:t>
      </w:r>
      <w:r w:rsidRPr="000767E2">
        <w:rPr>
          <w:i/>
          <w:lang w:val="sv-SE"/>
        </w:rPr>
        <w:t>med sig</w:t>
      </w:r>
      <w:r w:rsidRPr="000767E2">
        <w:rPr>
          <w:lang w:val="sv-SE"/>
        </w:rPr>
        <w:t xml:space="preserve"> tredjedelen av himlens stjärnor och kastade dem till jorden.{{field-off:bible}}</w:t>
      </w:r>
    </w:p>
    <w:p w14:paraId="43C35518" w14:textId="37E83465" w:rsidR="00BA33AB" w:rsidRPr="000767E2" w:rsidRDefault="00000000">
      <w:pPr>
        <w:rPr>
          <w:lang w:val="sv-SE"/>
        </w:rPr>
      </w:pPr>
      <w:r w:rsidRPr="000767E2">
        <w:rPr>
          <w:lang w:val="sv-SE"/>
        </w:rPr>
        <w:t xml:space="preserve">{{field-on:bible}}Och draken stod framför kvinnan som skulle föda för att, när hon fött sitt barn, äta upp </w:t>
      </w:r>
      <w:r w:rsidRPr="000767E2">
        <w:rPr>
          <w:i/>
          <w:lang w:val="sv-SE"/>
        </w:rPr>
        <w:t>det</w:t>
      </w:r>
      <w:r w:rsidRPr="000767E2">
        <w:rPr>
          <w:lang w:val="sv-SE"/>
        </w:rPr>
        <w:t>.{{field-off:bible}} [[@</w:t>
      </w:r>
      <w:r w:rsidR="0096445B" w:rsidRPr="000767E2">
        <w:rPr>
          <w:lang w:val="sv-SE"/>
        </w:rPr>
        <w:t>BibleBIBEL82</w:t>
      </w:r>
      <w:r w:rsidRPr="000767E2">
        <w:rPr>
          <w:lang w:val="sv-SE"/>
        </w:rPr>
        <w:t>:Rev 12:5]]</w:t>
      </w:r>
      <w:r w:rsidRPr="000767E2">
        <w:rPr>
          <w:vertAlign w:val="superscript"/>
          <w:lang w:val="sv-SE"/>
        </w:rPr>
        <w:t>5</w:t>
      </w:r>
      <w:r w:rsidRPr="000767E2">
        <w:rPr>
          <w:lang w:val="sv-SE"/>
        </w:rPr>
        <w:t xml:space="preserve"> {{field-on:bible}}Och hon födde en son, en hanne som kommer att vara herde för alla folkslag med järnstav. Och hennes barn rycktes </w:t>
      </w:r>
      <w:r w:rsidRPr="000767E2">
        <w:rPr>
          <w:i/>
          <w:lang w:val="sv-SE"/>
        </w:rPr>
        <w:t>upp</w:t>
      </w:r>
      <w:r w:rsidRPr="000767E2">
        <w:rPr>
          <w:lang w:val="sv-SE"/>
        </w:rPr>
        <w:t xml:space="preserve"> till Gud och till hans tron.{{field-off:bible}} [[@</w:t>
      </w:r>
      <w:r w:rsidR="0096445B" w:rsidRPr="000767E2">
        <w:rPr>
          <w:lang w:val="sv-SE"/>
        </w:rPr>
        <w:t>BibleBIBEL82</w:t>
      </w:r>
      <w:r w:rsidRPr="000767E2">
        <w:rPr>
          <w:lang w:val="sv-SE"/>
        </w:rPr>
        <w:t>:Rev 12:6]]</w:t>
      </w:r>
      <w:r w:rsidRPr="000767E2">
        <w:rPr>
          <w:vertAlign w:val="superscript"/>
          <w:lang w:val="sv-SE"/>
        </w:rPr>
        <w:t>6</w:t>
      </w:r>
      <w:r w:rsidRPr="000767E2">
        <w:rPr>
          <w:lang w:val="sv-SE"/>
        </w:rPr>
        <w:t xml:space="preserve"> {{field-on:bible}}Och kvinnan flydde till ödemarken, dit där hon har en plats beredd av Gud, så att man där ger henne näring </w:t>
      </w:r>
      <w:r w:rsidRPr="000767E2">
        <w:rPr>
          <w:i/>
          <w:lang w:val="sv-SE"/>
        </w:rPr>
        <w:t>i</w:t>
      </w:r>
      <w:r w:rsidRPr="000767E2">
        <w:rPr>
          <w:lang w:val="sv-SE"/>
        </w:rPr>
        <w:t xml:space="preserve"> ettusen tvåhundrasextio dagar.{{field-off:bible}}</w:t>
      </w:r>
    </w:p>
    <w:p w14:paraId="37A46205" w14:textId="77777777" w:rsidR="00BA33AB" w:rsidRPr="000767E2" w:rsidRDefault="00000000">
      <w:pPr>
        <w:pStyle w:val="Rubrik3"/>
        <w:rPr>
          <w:lang w:val="sv-SE"/>
        </w:rPr>
      </w:pPr>
      <w:r w:rsidRPr="000767E2">
        <w:rPr>
          <w:lang w:val="sv-SE"/>
        </w:rPr>
        <w:t>Draken kastas till jorden</w:t>
      </w:r>
    </w:p>
    <w:p w14:paraId="38512DA9" w14:textId="5F5B288E" w:rsidR="00BA33AB" w:rsidRPr="000767E2" w:rsidRDefault="00000000">
      <w:pPr>
        <w:rPr>
          <w:lang w:val="sv-SE"/>
        </w:rPr>
      </w:pPr>
      <w:r w:rsidRPr="000767E2">
        <w:rPr>
          <w:lang w:val="sv-SE"/>
        </w:rPr>
        <w:t>[[@</w:t>
      </w:r>
      <w:r w:rsidR="0096445B" w:rsidRPr="000767E2">
        <w:rPr>
          <w:lang w:val="sv-SE"/>
        </w:rPr>
        <w:t>BibleBIBEL82</w:t>
      </w:r>
      <w:r w:rsidRPr="000767E2">
        <w:rPr>
          <w:lang w:val="sv-SE"/>
        </w:rPr>
        <w:t>:Rev 12:7]]</w:t>
      </w:r>
      <w:r w:rsidRPr="000767E2">
        <w:rPr>
          <w:vertAlign w:val="superscript"/>
          <w:lang w:val="sv-SE"/>
        </w:rPr>
        <w:t>7</w:t>
      </w:r>
      <w:r w:rsidRPr="000767E2">
        <w:rPr>
          <w:lang w:val="sv-SE"/>
        </w:rPr>
        <w:t xml:space="preserve"> {{field-on:bible}}Och det blev krig i himlen, Mikael och hans änglar för att kriga med draken. Och draken krigade, även hans änglar.{{field-off:bible}} [[@</w:t>
      </w:r>
      <w:r w:rsidR="0096445B" w:rsidRPr="000767E2">
        <w:rPr>
          <w:lang w:val="sv-SE"/>
        </w:rPr>
        <w:t>BibleBIBEL82</w:t>
      </w:r>
      <w:r w:rsidRPr="000767E2">
        <w:rPr>
          <w:lang w:val="sv-SE"/>
        </w:rPr>
        <w:t>:Rev 12:8]]</w:t>
      </w:r>
      <w:r w:rsidRPr="000767E2">
        <w:rPr>
          <w:vertAlign w:val="superscript"/>
          <w:lang w:val="sv-SE"/>
        </w:rPr>
        <w:t>8</w:t>
      </w:r>
      <w:r w:rsidRPr="000767E2">
        <w:rPr>
          <w:lang w:val="sv-SE"/>
        </w:rPr>
        <w:t xml:space="preserve"> {{field-on:bible}}Och han mäktade inte, och ingen plats fanns för dem mer i himlen.{{field-off:bible}} [[@</w:t>
      </w:r>
      <w:r w:rsidR="0096445B" w:rsidRPr="000767E2">
        <w:rPr>
          <w:lang w:val="sv-SE"/>
        </w:rPr>
        <w:t>BibleBIBEL82</w:t>
      </w:r>
      <w:r w:rsidRPr="000767E2">
        <w:rPr>
          <w:lang w:val="sv-SE"/>
        </w:rPr>
        <w:t>:Rev 12:9]]</w:t>
      </w:r>
      <w:r w:rsidRPr="000767E2">
        <w:rPr>
          <w:vertAlign w:val="superscript"/>
          <w:lang w:val="sv-SE"/>
        </w:rPr>
        <w:t>9</w:t>
      </w:r>
      <w:r w:rsidRPr="000767E2">
        <w:rPr>
          <w:lang w:val="sv-SE"/>
        </w:rPr>
        <w:t xml:space="preserve"> {{field-on:bible}}Och </w:t>
      </w:r>
      <w:r w:rsidRPr="000767E2">
        <w:rPr>
          <w:i/>
          <w:lang w:val="sv-SE"/>
        </w:rPr>
        <w:t>då</w:t>
      </w:r>
      <w:r w:rsidRPr="000767E2">
        <w:rPr>
          <w:lang w:val="sv-SE"/>
        </w:rPr>
        <w:t xml:space="preserve"> kastades den stora draken, den urtida ormen som kallas Djävul och Satan, som förvillar hela den bebodda </w:t>
      </w:r>
      <w:r w:rsidRPr="000767E2">
        <w:rPr>
          <w:i/>
          <w:lang w:val="sv-SE"/>
        </w:rPr>
        <w:t>världen</w:t>
      </w:r>
      <w:r w:rsidRPr="000767E2">
        <w:rPr>
          <w:lang w:val="sv-SE"/>
        </w:rPr>
        <w:t>. Han kastades till jorden, och hans änglar kastades med honom.{{field-off:bible}} [[@</w:t>
      </w:r>
      <w:r w:rsidR="0096445B" w:rsidRPr="000767E2">
        <w:rPr>
          <w:lang w:val="sv-SE"/>
        </w:rPr>
        <w:t>BibleBIBEL82</w:t>
      </w:r>
      <w:r w:rsidRPr="000767E2">
        <w:rPr>
          <w:lang w:val="sv-SE"/>
        </w:rPr>
        <w:t>:Rev 12:10]]</w:t>
      </w:r>
      <w:r w:rsidRPr="000767E2">
        <w:rPr>
          <w:vertAlign w:val="superscript"/>
          <w:lang w:val="sv-SE"/>
        </w:rPr>
        <w:t>10</w:t>
      </w:r>
      <w:r w:rsidRPr="000767E2">
        <w:rPr>
          <w:lang w:val="sv-SE"/>
        </w:rPr>
        <w:t xml:space="preserve"> {{field-on:bible}}Och jag hörde en väldig röst i himlen som sade:{{field-off:bible}}</w:t>
      </w:r>
    </w:p>
    <w:p w14:paraId="1D51900D" w14:textId="032AE766" w:rsidR="00BA33AB" w:rsidRPr="000767E2" w:rsidRDefault="00000000">
      <w:pPr>
        <w:rPr>
          <w:lang w:val="sv-SE"/>
        </w:rPr>
      </w:pPr>
      <w:r w:rsidRPr="000767E2">
        <w:rPr>
          <w:lang w:val="sv-SE"/>
        </w:rPr>
        <w:t>{{field-on:bible}}”Nu kom frälsningen och makten</w:t>
      </w:r>
      <w:r w:rsidRPr="000767E2">
        <w:rPr>
          <w:lang w:val="sv-SE"/>
        </w:rPr>
        <w:br/>
        <w:t>och vår Guds rike och hans Kristi auktoritet,</w:t>
      </w:r>
      <w:r w:rsidRPr="000767E2">
        <w:rPr>
          <w:lang w:val="sv-SE"/>
        </w:rPr>
        <w:br/>
        <w:t xml:space="preserve">för </w:t>
      </w:r>
      <w:r w:rsidRPr="000767E2">
        <w:rPr>
          <w:i/>
          <w:lang w:val="sv-SE"/>
        </w:rPr>
        <w:t>nu</w:t>
      </w:r>
      <w:r w:rsidRPr="000767E2">
        <w:rPr>
          <w:lang w:val="sv-SE"/>
        </w:rPr>
        <w:t xml:space="preserve"> kastades våra syskons anklagare</w:t>
      </w:r>
      <w:r w:rsidRPr="000767E2">
        <w:rPr>
          <w:lang w:val="sv-SE"/>
        </w:rPr>
        <w:br/>
        <w:t>som anklagar dem inför vår Gud dag och natt.{{field-off:bible}}</w:t>
      </w:r>
      <w:r w:rsidRPr="000767E2">
        <w:rPr>
          <w:lang w:val="sv-SE"/>
        </w:rPr>
        <w:br/>
        <w:t>[[@</w:t>
      </w:r>
      <w:r w:rsidR="0096445B" w:rsidRPr="000767E2">
        <w:rPr>
          <w:lang w:val="sv-SE"/>
        </w:rPr>
        <w:t>BibleBIBEL82</w:t>
      </w:r>
      <w:r w:rsidRPr="000767E2">
        <w:rPr>
          <w:lang w:val="sv-SE"/>
        </w:rPr>
        <w:t>:Rev 12:11]]</w:t>
      </w:r>
      <w:r w:rsidRPr="000767E2">
        <w:rPr>
          <w:vertAlign w:val="superscript"/>
          <w:lang w:val="sv-SE"/>
        </w:rPr>
        <w:t>11</w:t>
      </w:r>
      <w:r w:rsidRPr="000767E2">
        <w:rPr>
          <w:lang w:val="sv-SE"/>
        </w:rPr>
        <w:t xml:space="preserve"> {{field-on:bible}}Och de besegrade honom genom Lammets blod</w:t>
      </w:r>
      <w:r w:rsidRPr="000767E2">
        <w:rPr>
          <w:lang w:val="sv-SE"/>
        </w:rPr>
        <w:br/>
        <w:t>och genom sitt vittnesbörds ord,</w:t>
      </w:r>
      <w:r w:rsidRPr="000767E2">
        <w:rPr>
          <w:lang w:val="sv-SE"/>
        </w:rPr>
        <w:br/>
        <w:t>och älskade inte sin själ ända till döden.{{field-off:bible}}</w:t>
      </w:r>
      <w:r w:rsidRPr="000767E2">
        <w:rPr>
          <w:lang w:val="sv-SE"/>
        </w:rPr>
        <w:br/>
        <w:t>[[@</w:t>
      </w:r>
      <w:r w:rsidR="0096445B" w:rsidRPr="000767E2">
        <w:rPr>
          <w:lang w:val="sv-SE"/>
        </w:rPr>
        <w:t>BibleBIBEL82</w:t>
      </w:r>
      <w:r w:rsidRPr="000767E2">
        <w:rPr>
          <w:lang w:val="sv-SE"/>
        </w:rPr>
        <w:t>:Rev 12:12]]</w:t>
      </w:r>
      <w:r w:rsidRPr="000767E2">
        <w:rPr>
          <w:vertAlign w:val="superscript"/>
          <w:lang w:val="sv-SE"/>
        </w:rPr>
        <w:t>12</w:t>
      </w:r>
      <w:r w:rsidRPr="000767E2">
        <w:rPr>
          <w:lang w:val="sv-SE"/>
        </w:rPr>
        <w:t xml:space="preserve"> {{field-on:bible}}Därför: Fröjda er, himlar, och </w:t>
      </w:r>
      <w:r w:rsidRPr="000767E2">
        <w:rPr>
          <w:i/>
          <w:lang w:val="sv-SE"/>
        </w:rPr>
        <w:t>ni</w:t>
      </w:r>
      <w:r w:rsidRPr="000767E2">
        <w:rPr>
          <w:lang w:val="sv-SE"/>
        </w:rPr>
        <w:t xml:space="preserve"> som i dem har ert tält!</w:t>
      </w:r>
      <w:r w:rsidRPr="000767E2">
        <w:rPr>
          <w:lang w:val="sv-SE"/>
        </w:rPr>
        <w:br/>
        <w:t>Ve jorden och havet!</w:t>
      </w:r>
      <w:r w:rsidRPr="000767E2">
        <w:rPr>
          <w:lang w:val="sv-SE"/>
        </w:rPr>
        <w:br/>
        <w:t>För djävulen har stigit ner till er och har stort raseri,</w:t>
      </w:r>
      <w:r w:rsidRPr="000767E2">
        <w:rPr>
          <w:lang w:val="sv-SE"/>
        </w:rPr>
        <w:br/>
        <w:t>då han vet att han har liten tid.”{{field-off:bible}}</w:t>
      </w:r>
    </w:p>
    <w:p w14:paraId="5D100C87" w14:textId="3EAEE1AE"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:Rev 12:13]]</w:t>
      </w:r>
      <w:r w:rsidRPr="000767E2">
        <w:rPr>
          <w:vertAlign w:val="superscript"/>
          <w:lang w:val="sv-SE"/>
        </w:rPr>
        <w:t>13</w:t>
      </w:r>
      <w:r w:rsidRPr="000767E2">
        <w:rPr>
          <w:lang w:val="sv-SE"/>
        </w:rPr>
        <w:t xml:space="preserve"> {{field-on:bible}}Och när draken såg att han blivit kastad till jorden, förföljde han kvinnan som hade fött hannen.{{field-off:bible}} [[@</w:t>
      </w:r>
      <w:r w:rsidR="0096445B" w:rsidRPr="000767E2">
        <w:rPr>
          <w:lang w:val="sv-SE"/>
        </w:rPr>
        <w:t>BibleBIBEL82</w:t>
      </w:r>
      <w:r w:rsidRPr="000767E2">
        <w:rPr>
          <w:lang w:val="sv-SE"/>
        </w:rPr>
        <w:t>:Rev 12:14]]</w:t>
      </w:r>
      <w:r w:rsidRPr="000767E2">
        <w:rPr>
          <w:vertAlign w:val="superscript"/>
          <w:lang w:val="sv-SE"/>
        </w:rPr>
        <w:t>14</w:t>
      </w:r>
      <w:r w:rsidRPr="000767E2">
        <w:rPr>
          <w:lang w:val="sv-SE"/>
        </w:rPr>
        <w:t xml:space="preserve"> {{field-on:bible}}Och åt kvinnan gavs den stora örnens två vingar för att flyga till ödemarken, till hennes plats, dit där hon ges näring en tid och tider och en halv tid, </w:t>
      </w:r>
      <w:r w:rsidRPr="000767E2">
        <w:rPr>
          <w:i/>
          <w:lang w:val="sv-SE"/>
        </w:rPr>
        <w:t>borta</w:t>
      </w:r>
      <w:r w:rsidRPr="000767E2">
        <w:rPr>
          <w:lang w:val="sv-SE"/>
        </w:rPr>
        <w:t xml:space="preserve"> från ormens ansikte.{{field-off:bible}} [[@</w:t>
      </w:r>
      <w:r w:rsidR="0096445B" w:rsidRPr="000767E2">
        <w:rPr>
          <w:lang w:val="sv-SE"/>
        </w:rPr>
        <w:t>BibleBIBEL82</w:t>
      </w:r>
      <w:r w:rsidRPr="000767E2">
        <w:rPr>
          <w:lang w:val="sv-SE"/>
        </w:rPr>
        <w:t>:Rev 12:15]]</w:t>
      </w:r>
      <w:r w:rsidRPr="000767E2">
        <w:rPr>
          <w:vertAlign w:val="superscript"/>
          <w:lang w:val="sv-SE"/>
        </w:rPr>
        <w:t>15</w:t>
      </w:r>
      <w:r w:rsidRPr="000767E2">
        <w:rPr>
          <w:lang w:val="sv-SE"/>
        </w:rPr>
        <w:t xml:space="preserve"> {{field-on:bible}}Och ormen kastade ur sin mun efter kvinnan vatten som en flod, för att göra henne flodburen.{{field-off:bible}} [[@</w:t>
      </w:r>
      <w:r w:rsidR="0096445B" w:rsidRPr="000767E2">
        <w:rPr>
          <w:lang w:val="sv-SE"/>
        </w:rPr>
        <w:t>BibleBIBEL82</w:t>
      </w:r>
      <w:r w:rsidRPr="000767E2">
        <w:rPr>
          <w:lang w:val="sv-SE"/>
        </w:rPr>
        <w:t>:Rev 12:16]]</w:t>
      </w:r>
      <w:r w:rsidRPr="000767E2">
        <w:rPr>
          <w:vertAlign w:val="superscript"/>
          <w:lang w:val="sv-SE"/>
        </w:rPr>
        <w:t>16</w:t>
      </w:r>
      <w:r w:rsidRPr="000767E2">
        <w:rPr>
          <w:lang w:val="sv-SE"/>
        </w:rPr>
        <w:t xml:space="preserve"> {{field-on:bible}}Och jorden hjälpte kvinnan, och jorden öppnade sin mun och slukade floden som draken kastade ur sin mun.{{field-off:bible}}</w:t>
      </w:r>
    </w:p>
    <w:p w14:paraId="4BBD6DA9" w14:textId="5FB4054D" w:rsidR="00BA33AB" w:rsidRPr="000767E2" w:rsidRDefault="00000000">
      <w:pPr>
        <w:rPr>
          <w:lang w:val="sv-SE"/>
        </w:rPr>
      </w:pPr>
      <w:r w:rsidRPr="000767E2">
        <w:rPr>
          <w:lang w:val="sv-SE"/>
        </w:rPr>
        <w:t>[[@</w:t>
      </w:r>
      <w:r w:rsidR="0096445B" w:rsidRPr="000767E2">
        <w:rPr>
          <w:lang w:val="sv-SE"/>
        </w:rPr>
        <w:t>BibleBIBEL82</w:t>
      </w:r>
      <w:r w:rsidRPr="000767E2">
        <w:rPr>
          <w:lang w:val="sv-SE"/>
        </w:rPr>
        <w:t>:Rev 12:17]]</w:t>
      </w:r>
      <w:r w:rsidRPr="000767E2">
        <w:rPr>
          <w:vertAlign w:val="superscript"/>
          <w:lang w:val="sv-SE"/>
        </w:rPr>
        <w:t>17</w:t>
      </w:r>
      <w:r w:rsidRPr="000767E2">
        <w:rPr>
          <w:lang w:val="sv-SE"/>
        </w:rPr>
        <w:t xml:space="preserve"> {{field-on:bible}}Och draken vredgades mot kvinnan, och han gick bort </w:t>
      </w:r>
      <w:r w:rsidRPr="000767E2">
        <w:rPr>
          <w:i/>
          <w:lang w:val="sv-SE"/>
        </w:rPr>
        <w:t>för</w:t>
      </w:r>
      <w:r w:rsidRPr="000767E2">
        <w:rPr>
          <w:lang w:val="sv-SE"/>
        </w:rPr>
        <w:t xml:space="preserve"> att göra krig med de övriga av hennes säd som håller fast vid Guds bud och har Jesu vittnesbörd.{{field-off:bible}} [[@</w:t>
      </w:r>
      <w:r w:rsidR="0096445B" w:rsidRPr="000767E2">
        <w:rPr>
          <w:lang w:val="sv-SE"/>
        </w:rPr>
        <w:t>BibleBIBEL82</w:t>
      </w:r>
      <w:r w:rsidRPr="000767E2">
        <w:rPr>
          <w:lang w:val="sv-SE"/>
        </w:rPr>
        <w:t>:Rev 12:18]]</w:t>
      </w:r>
      <w:r w:rsidRPr="000767E2">
        <w:rPr>
          <w:vertAlign w:val="superscript"/>
          <w:lang w:val="sv-SE"/>
        </w:rPr>
        <w:t>18</w:t>
      </w:r>
      <w:r w:rsidRPr="000767E2">
        <w:rPr>
          <w:lang w:val="sv-SE"/>
        </w:rPr>
        <w:t xml:space="preserve"> {{field-on:bible}}Och han stod på havets sand.{{field-off:bible}}</w:t>
      </w:r>
    </w:p>
    <w:p w14:paraId="3D24C556" w14:textId="5ABCCA7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13]]Kapitel 13</w:t>
      </w:r>
    </w:p>
    <w:p w14:paraId="46B33F05" w14:textId="77777777" w:rsidR="00BA33AB" w:rsidRPr="000767E2" w:rsidRDefault="00000000">
      <w:pPr>
        <w:pStyle w:val="Rubrik3"/>
        <w:rPr>
          <w:lang w:val="sv-SE"/>
        </w:rPr>
      </w:pPr>
      <w:r w:rsidRPr="000767E2">
        <w:rPr>
          <w:lang w:val="sv-SE"/>
        </w:rPr>
        <w:t>Vilddjuret från havet</w:t>
      </w:r>
    </w:p>
    <w:p w14:paraId="6585874B" w14:textId="09329BCE" w:rsidR="00BA33AB" w:rsidRPr="000767E2" w:rsidRDefault="00000000">
      <w:pPr>
        <w:rPr>
          <w:lang w:val="sv-SE"/>
        </w:rPr>
      </w:pPr>
      <w:r w:rsidRPr="000767E2">
        <w:rPr>
          <w:lang w:val="sv-SE"/>
        </w:rPr>
        <w:t>[[@</w:t>
      </w:r>
      <w:r w:rsidR="0096445B" w:rsidRPr="000767E2">
        <w:rPr>
          <w:lang w:val="sv-SE"/>
        </w:rPr>
        <w:t>BibleBIBEL82</w:t>
      </w:r>
      <w:r w:rsidRPr="000767E2">
        <w:rPr>
          <w:lang w:val="sv-SE"/>
        </w:rPr>
        <w:t>:Rev 13:1]]</w:t>
      </w:r>
      <w:r w:rsidRPr="000767E2">
        <w:rPr>
          <w:vertAlign w:val="superscript"/>
          <w:lang w:val="sv-SE"/>
        </w:rPr>
        <w:t>1</w:t>
      </w:r>
      <w:r w:rsidRPr="000767E2">
        <w:rPr>
          <w:lang w:val="sv-SE"/>
        </w:rPr>
        <w:t xml:space="preserve"> {{field-on:bible}}Och jag såg ur havet ett vilddjur stiga upp som hade tio horn och sju huvuden, och på sina horn tio kronor och på sina huvuden ett namn av hädelse.{{field-off:bible}} [[@</w:t>
      </w:r>
      <w:r w:rsidR="0096445B" w:rsidRPr="000767E2">
        <w:rPr>
          <w:lang w:val="sv-SE"/>
        </w:rPr>
        <w:t>BibleBIBEL82</w:t>
      </w:r>
      <w:r w:rsidRPr="000767E2">
        <w:rPr>
          <w:lang w:val="sv-SE"/>
        </w:rPr>
        <w:t>:Rev 13:2]]</w:t>
      </w:r>
      <w:r w:rsidRPr="000767E2">
        <w:rPr>
          <w:vertAlign w:val="superscript"/>
          <w:lang w:val="sv-SE"/>
        </w:rPr>
        <w:t>2</w:t>
      </w:r>
      <w:r w:rsidRPr="000767E2">
        <w:rPr>
          <w:lang w:val="sv-SE"/>
        </w:rPr>
        <w:t xml:space="preserve"> {{field-on:bible}}Och vilddjuret som jag såg var likt en leopard, och dess fötter </w:t>
      </w:r>
      <w:r w:rsidRPr="000767E2">
        <w:rPr>
          <w:i/>
          <w:lang w:val="sv-SE"/>
        </w:rPr>
        <w:t>var</w:t>
      </w:r>
      <w:r w:rsidRPr="000767E2">
        <w:rPr>
          <w:lang w:val="sv-SE"/>
        </w:rPr>
        <w:t xml:space="preserve"> som en björns och dess mun som ett lejons mun. Och draken gav det sin makt och sin tron och stor auktoritet.{{field-off:bible}} [[@</w:t>
      </w:r>
      <w:r w:rsidR="0096445B" w:rsidRPr="000767E2">
        <w:rPr>
          <w:lang w:val="sv-SE"/>
        </w:rPr>
        <w:t>BibleBIBEL82</w:t>
      </w:r>
      <w:r w:rsidRPr="000767E2">
        <w:rPr>
          <w:lang w:val="sv-SE"/>
        </w:rPr>
        <w:t>:Rev 13:3]]</w:t>
      </w:r>
      <w:r w:rsidRPr="000767E2">
        <w:rPr>
          <w:vertAlign w:val="superscript"/>
          <w:lang w:val="sv-SE"/>
        </w:rPr>
        <w:t>3</w:t>
      </w:r>
      <w:r w:rsidRPr="000767E2">
        <w:rPr>
          <w:lang w:val="sv-SE"/>
        </w:rPr>
        <w:t xml:space="preserve"> {{field-on:bible}}Och ett av dess huvuden </w:t>
      </w:r>
      <w:r w:rsidRPr="000767E2">
        <w:rPr>
          <w:i/>
          <w:lang w:val="sv-SE"/>
        </w:rPr>
        <w:t>var</w:t>
      </w:r>
      <w:r w:rsidRPr="000767E2">
        <w:rPr>
          <w:lang w:val="sv-SE"/>
        </w:rPr>
        <w:t xml:space="preserve"> såsom slaktat till döds, och dess dödsslag hade botats. Och hela jorden var förundrad efter vilddjuret.{{field-off:bible}} [[@</w:t>
      </w:r>
      <w:r w:rsidR="0096445B" w:rsidRPr="000767E2">
        <w:rPr>
          <w:lang w:val="sv-SE"/>
        </w:rPr>
        <w:t>BibleBIBEL82</w:t>
      </w:r>
      <w:r w:rsidRPr="000767E2">
        <w:rPr>
          <w:lang w:val="sv-SE"/>
        </w:rPr>
        <w:t>:Rev 13:4]]</w:t>
      </w:r>
      <w:r w:rsidRPr="000767E2">
        <w:rPr>
          <w:vertAlign w:val="superscript"/>
          <w:lang w:val="sv-SE"/>
        </w:rPr>
        <w:t>4</w:t>
      </w:r>
      <w:r w:rsidRPr="000767E2">
        <w:rPr>
          <w:lang w:val="sv-SE"/>
        </w:rPr>
        <w:t xml:space="preserve"> {{field-on:bible}}Och de tillbad draken eftersom han hade gett auktoriteten åt vilddjuret, och de tillbad vilddjuret och sade: ”Vem </w:t>
      </w:r>
      <w:r w:rsidRPr="000767E2">
        <w:rPr>
          <w:i/>
          <w:lang w:val="sv-SE"/>
        </w:rPr>
        <w:t>är</w:t>
      </w:r>
      <w:r w:rsidRPr="000767E2">
        <w:rPr>
          <w:lang w:val="sv-SE"/>
        </w:rPr>
        <w:t xml:space="preserve"> lik vilddjuret? Och vem kan kriga med det?”{{field-off:bible}}</w:t>
      </w:r>
    </w:p>
    <w:p w14:paraId="4EA43857" w14:textId="4609C2A5" w:rsidR="00BA33AB" w:rsidRPr="000767E2" w:rsidRDefault="00000000">
      <w:pPr>
        <w:rPr>
          <w:lang w:val="sv-SE"/>
        </w:rPr>
      </w:pPr>
      <w:r w:rsidRPr="000767E2">
        <w:rPr>
          <w:lang w:val="sv-SE"/>
        </w:rPr>
        <w:t>[[@</w:t>
      </w:r>
      <w:r w:rsidR="0096445B" w:rsidRPr="000767E2">
        <w:rPr>
          <w:lang w:val="sv-SE"/>
        </w:rPr>
        <w:t>BibleBIBEL82</w:t>
      </w:r>
      <w:r w:rsidRPr="000767E2">
        <w:rPr>
          <w:lang w:val="sv-SE"/>
        </w:rPr>
        <w:t>:Rev 13:5]]</w:t>
      </w:r>
      <w:r w:rsidRPr="000767E2">
        <w:rPr>
          <w:vertAlign w:val="superscript"/>
          <w:lang w:val="sv-SE"/>
        </w:rPr>
        <w:t>5</w:t>
      </w:r>
      <w:r w:rsidRPr="000767E2">
        <w:rPr>
          <w:lang w:val="sv-SE"/>
        </w:rPr>
        <w:t xml:space="preserve"> {{field-on:bible}}Och åt det gavs en mun som talade stora </w:t>
      </w:r>
      <w:r w:rsidRPr="000767E2">
        <w:rPr>
          <w:i/>
          <w:lang w:val="sv-SE"/>
        </w:rPr>
        <w:t>ting</w:t>
      </w:r>
      <w:r w:rsidRPr="000767E2">
        <w:rPr>
          <w:lang w:val="sv-SE"/>
        </w:rPr>
        <w:t xml:space="preserve"> och hädelser, och åt det gavs auktoritet att göra </w:t>
      </w:r>
      <w:r w:rsidRPr="000767E2">
        <w:rPr>
          <w:i/>
          <w:lang w:val="sv-SE"/>
        </w:rPr>
        <w:t>så</w:t>
      </w:r>
      <w:r w:rsidRPr="000767E2">
        <w:rPr>
          <w:lang w:val="sv-SE"/>
        </w:rPr>
        <w:t xml:space="preserve"> i fyrtiotvå månader.{{field-off:bible}} [[@</w:t>
      </w:r>
      <w:r w:rsidR="0096445B" w:rsidRPr="000767E2">
        <w:rPr>
          <w:lang w:val="sv-SE"/>
        </w:rPr>
        <w:t>BibleBIBEL82</w:t>
      </w:r>
      <w:r w:rsidRPr="000767E2">
        <w:rPr>
          <w:lang w:val="sv-SE"/>
        </w:rPr>
        <w:t>:Rev 13:6]]</w:t>
      </w:r>
      <w:r w:rsidRPr="000767E2">
        <w:rPr>
          <w:vertAlign w:val="superscript"/>
          <w:lang w:val="sv-SE"/>
        </w:rPr>
        <w:t>6</w:t>
      </w:r>
      <w:r w:rsidRPr="000767E2">
        <w:rPr>
          <w:lang w:val="sv-SE"/>
        </w:rPr>
        <w:t xml:space="preserve"> {{field-on:bible}}Och det öppnade sin mun till hädelse mot Gud, </w:t>
      </w:r>
      <w:r w:rsidRPr="000767E2">
        <w:rPr>
          <w:i/>
          <w:lang w:val="sv-SE"/>
        </w:rPr>
        <w:t>för</w:t>
      </w:r>
      <w:r w:rsidRPr="000767E2">
        <w:rPr>
          <w:lang w:val="sv-SE"/>
        </w:rPr>
        <w:t xml:space="preserve"> att häda hans namn och hans tabernakel, dem som i himlen har sitt tält.{{field-off:bible}} [[@</w:t>
      </w:r>
      <w:r w:rsidR="0096445B" w:rsidRPr="000767E2">
        <w:rPr>
          <w:lang w:val="sv-SE"/>
        </w:rPr>
        <w:t>BibleBIBEL82</w:t>
      </w:r>
      <w:r w:rsidRPr="000767E2">
        <w:rPr>
          <w:lang w:val="sv-SE"/>
        </w:rPr>
        <w:t>:Rev 13:7]]</w:t>
      </w:r>
      <w:r w:rsidRPr="000767E2">
        <w:rPr>
          <w:vertAlign w:val="superscript"/>
          <w:lang w:val="sv-SE"/>
        </w:rPr>
        <w:t>7</w:t>
      </w:r>
      <w:r w:rsidRPr="000767E2">
        <w:rPr>
          <w:lang w:val="sv-SE"/>
        </w:rPr>
        <w:t xml:space="preserve"> {{field-on:bible}}Och åt det gavs att göra krig med de heliga och besegra dem, och åt det gavs auktoritet över varje stam och folk och tunga och folkslag.{{field-off:bible}} [[@</w:t>
      </w:r>
      <w:r w:rsidR="0096445B" w:rsidRPr="000767E2">
        <w:rPr>
          <w:lang w:val="sv-SE"/>
        </w:rPr>
        <w:t>BibleBIBEL82</w:t>
      </w:r>
      <w:r w:rsidRPr="000767E2">
        <w:rPr>
          <w:lang w:val="sv-SE"/>
        </w:rPr>
        <w:t>:Rev 13:8]]</w:t>
      </w:r>
      <w:r w:rsidRPr="000767E2">
        <w:rPr>
          <w:vertAlign w:val="superscript"/>
          <w:lang w:val="sv-SE"/>
        </w:rPr>
        <w:t>8</w:t>
      </w:r>
      <w:r w:rsidRPr="000767E2">
        <w:rPr>
          <w:lang w:val="sv-SE"/>
        </w:rPr>
        <w:t xml:space="preserve"> {{field-on:bible}}Och tillbe det ska alla som bor på jorden, </w:t>
      </w:r>
      <w:r w:rsidRPr="000767E2">
        <w:rPr>
          <w:i/>
          <w:lang w:val="sv-SE"/>
        </w:rPr>
        <w:t>den</w:t>
      </w:r>
      <w:r w:rsidRPr="000767E2">
        <w:rPr>
          <w:lang w:val="sv-SE"/>
        </w:rPr>
        <w:t xml:space="preserve"> vars namn inte är skrivet i livets bokrulle hos Lammet som är slaktat, från världens grundläggning.{{field-off:bible}}</w:t>
      </w:r>
    </w:p>
    <w:p w14:paraId="0D123142" w14:textId="4E0618A7" w:rsidR="00BA33AB" w:rsidRPr="000767E2" w:rsidRDefault="00000000">
      <w:pPr>
        <w:rPr>
          <w:lang w:val="sv-SE"/>
        </w:rPr>
      </w:pPr>
      <w:r w:rsidRPr="000767E2">
        <w:rPr>
          <w:lang w:val="sv-SE"/>
        </w:rPr>
        <w:t>[[@</w:t>
      </w:r>
      <w:r w:rsidR="0096445B" w:rsidRPr="000767E2">
        <w:rPr>
          <w:lang w:val="sv-SE"/>
        </w:rPr>
        <w:t>BibleBIBEL82</w:t>
      </w:r>
      <w:r w:rsidRPr="000767E2">
        <w:rPr>
          <w:lang w:val="sv-SE"/>
        </w:rPr>
        <w:t>:Rev 13:9]]</w:t>
      </w:r>
      <w:r w:rsidRPr="000767E2">
        <w:rPr>
          <w:vertAlign w:val="superscript"/>
          <w:lang w:val="sv-SE"/>
        </w:rPr>
        <w:t>9</w:t>
      </w:r>
      <w:r w:rsidRPr="000767E2">
        <w:rPr>
          <w:lang w:val="sv-SE"/>
        </w:rPr>
        <w:t xml:space="preserve"> {{field-on:bible}}Om någon har öra ska han höra:{{field-off:bible}} [[@</w:t>
      </w:r>
      <w:r w:rsidR="0096445B" w:rsidRPr="000767E2">
        <w:rPr>
          <w:lang w:val="sv-SE"/>
        </w:rPr>
        <w:t>BibleBIBEL82</w:t>
      </w:r>
      <w:r w:rsidRPr="000767E2">
        <w:rPr>
          <w:lang w:val="sv-SE"/>
        </w:rPr>
        <w:t>:Rev 13:10]]</w:t>
      </w:r>
      <w:r w:rsidRPr="000767E2">
        <w:rPr>
          <w:vertAlign w:val="superscript"/>
          <w:lang w:val="sv-SE"/>
        </w:rPr>
        <w:t>10</w:t>
      </w:r>
      <w:r w:rsidRPr="000767E2">
        <w:rPr>
          <w:lang w:val="sv-SE"/>
        </w:rPr>
        <w:t xml:space="preserve"> {{field-on:bible}}Om någon </w:t>
      </w:r>
      <w:r w:rsidRPr="000767E2">
        <w:rPr>
          <w:i/>
          <w:lang w:val="sv-SE"/>
        </w:rPr>
        <w:t>ska</w:t>
      </w:r>
      <w:r w:rsidRPr="000767E2">
        <w:rPr>
          <w:lang w:val="sv-SE"/>
        </w:rPr>
        <w:t xml:space="preserve"> till fångenskap, beger han sig. Om någon kommer att döda med svärd, måste han dödas med svärd. Här är de heligas uthållighet och tro.{{field-off:bible}}</w:t>
      </w:r>
    </w:p>
    <w:p w14:paraId="0DF867AD" w14:textId="77777777" w:rsidR="00BA33AB" w:rsidRPr="000767E2" w:rsidRDefault="00000000">
      <w:pPr>
        <w:pStyle w:val="Rubrik3"/>
        <w:rPr>
          <w:lang w:val="sv-SE"/>
        </w:rPr>
      </w:pPr>
      <w:r w:rsidRPr="000767E2">
        <w:rPr>
          <w:lang w:val="sv-SE"/>
        </w:rPr>
        <w:lastRenderedPageBreak/>
        <w:t>Vilddjuret från jorden</w:t>
      </w:r>
    </w:p>
    <w:p w14:paraId="0DAE2241" w14:textId="50FFCE4D" w:rsidR="00BA33AB" w:rsidRPr="000767E2" w:rsidRDefault="00000000">
      <w:pPr>
        <w:rPr>
          <w:lang w:val="sv-SE"/>
        </w:rPr>
      </w:pPr>
      <w:r w:rsidRPr="000767E2">
        <w:rPr>
          <w:lang w:val="sv-SE"/>
        </w:rPr>
        <w:t>[[@</w:t>
      </w:r>
      <w:r w:rsidR="0096445B" w:rsidRPr="000767E2">
        <w:rPr>
          <w:lang w:val="sv-SE"/>
        </w:rPr>
        <w:t>BibleBIBEL82</w:t>
      </w:r>
      <w:r w:rsidRPr="000767E2">
        <w:rPr>
          <w:lang w:val="sv-SE"/>
        </w:rPr>
        <w:t>:Rev 13:11]]</w:t>
      </w:r>
      <w:r w:rsidRPr="000767E2">
        <w:rPr>
          <w:vertAlign w:val="superscript"/>
          <w:lang w:val="sv-SE"/>
        </w:rPr>
        <w:t>11</w:t>
      </w:r>
      <w:r w:rsidRPr="000767E2">
        <w:rPr>
          <w:lang w:val="sv-SE"/>
        </w:rPr>
        <w:t xml:space="preserve"> {{field-on:bible}}Och jag såg ett annat vilddjur stiga upp ur jorden, och det hade två horn likt ett lamm och talade som en drake.{{field-off:bible}} [[@</w:t>
      </w:r>
      <w:r w:rsidR="0096445B" w:rsidRPr="000767E2">
        <w:rPr>
          <w:lang w:val="sv-SE"/>
        </w:rPr>
        <w:t>BibleBIBEL82</w:t>
      </w:r>
      <w:r w:rsidRPr="000767E2">
        <w:rPr>
          <w:lang w:val="sv-SE"/>
        </w:rPr>
        <w:t>:Rev 13:12]]</w:t>
      </w:r>
      <w:r w:rsidRPr="000767E2">
        <w:rPr>
          <w:vertAlign w:val="superscript"/>
          <w:lang w:val="sv-SE"/>
        </w:rPr>
        <w:t>12</w:t>
      </w:r>
      <w:r w:rsidRPr="000767E2">
        <w:rPr>
          <w:lang w:val="sv-SE"/>
        </w:rPr>
        <w:t xml:space="preserve"> {{field-on:bible}}Och all auktoritet från det första vilddjuret gör det inför det, och det får jorden och de som bor på den att tillbe det första vilddjuret vars dödsslag hade botats.{{field-off:bible}} [[@</w:t>
      </w:r>
      <w:r w:rsidR="0096445B" w:rsidRPr="000767E2">
        <w:rPr>
          <w:lang w:val="sv-SE"/>
        </w:rPr>
        <w:t>BibleBIBEL82</w:t>
      </w:r>
      <w:r w:rsidRPr="000767E2">
        <w:rPr>
          <w:lang w:val="sv-SE"/>
        </w:rPr>
        <w:t>:Rev 13:13]]</w:t>
      </w:r>
      <w:r w:rsidRPr="000767E2">
        <w:rPr>
          <w:vertAlign w:val="superscript"/>
          <w:lang w:val="sv-SE"/>
        </w:rPr>
        <w:t>13</w:t>
      </w:r>
      <w:r w:rsidRPr="000767E2">
        <w:rPr>
          <w:lang w:val="sv-SE"/>
        </w:rPr>
        <w:t xml:space="preserve"> {{field-on:bible}}Och det gör stora tecken, så att det </w:t>
      </w:r>
      <w:r w:rsidRPr="000767E2">
        <w:rPr>
          <w:i/>
          <w:lang w:val="sv-SE"/>
        </w:rPr>
        <w:t>till</w:t>
      </w:r>
      <w:r w:rsidRPr="000767E2">
        <w:rPr>
          <w:lang w:val="sv-SE"/>
        </w:rPr>
        <w:t xml:space="preserve"> och </w:t>
      </w:r>
      <w:r w:rsidRPr="000767E2">
        <w:rPr>
          <w:i/>
          <w:lang w:val="sv-SE"/>
        </w:rPr>
        <w:t>med</w:t>
      </w:r>
      <w:r w:rsidRPr="000767E2">
        <w:rPr>
          <w:lang w:val="sv-SE"/>
        </w:rPr>
        <w:t xml:space="preserve"> får eld från himlen att komma ner till jorden inför människorna.{{field-off:bible}} [[@</w:t>
      </w:r>
      <w:r w:rsidR="0096445B" w:rsidRPr="000767E2">
        <w:rPr>
          <w:lang w:val="sv-SE"/>
        </w:rPr>
        <w:t>BibleBIBEL82</w:t>
      </w:r>
      <w:r w:rsidRPr="000767E2">
        <w:rPr>
          <w:lang w:val="sv-SE"/>
        </w:rPr>
        <w:t>:Rev 13:14]]</w:t>
      </w:r>
      <w:r w:rsidRPr="000767E2">
        <w:rPr>
          <w:vertAlign w:val="superscript"/>
          <w:lang w:val="sv-SE"/>
        </w:rPr>
        <w:t>14</w:t>
      </w:r>
      <w:r w:rsidRPr="000767E2">
        <w:rPr>
          <w:lang w:val="sv-SE"/>
        </w:rPr>
        <w:t xml:space="preserve"> {{field-on:bible}}Och det förvillar dem som bor på jorden genom tecknen som getts det att göra inför vilddjuret, och det säger åt dem som bor på jorden att göra en bild åt vilddjuret som har svärdsslaget och levde </w:t>
      </w:r>
      <w:r w:rsidRPr="000767E2">
        <w:rPr>
          <w:i/>
          <w:lang w:val="sv-SE"/>
        </w:rPr>
        <w:t>igen</w:t>
      </w:r>
      <w:r w:rsidRPr="000767E2">
        <w:rPr>
          <w:lang w:val="sv-SE"/>
        </w:rPr>
        <w:t>.{{field-off:bible}} [[@</w:t>
      </w:r>
      <w:r w:rsidR="0096445B" w:rsidRPr="000767E2">
        <w:rPr>
          <w:lang w:val="sv-SE"/>
        </w:rPr>
        <w:t>BibleBIBEL82</w:t>
      </w:r>
      <w:r w:rsidRPr="000767E2">
        <w:rPr>
          <w:lang w:val="sv-SE"/>
        </w:rPr>
        <w:t>:Rev 13:15]]</w:t>
      </w:r>
      <w:r w:rsidRPr="000767E2">
        <w:rPr>
          <w:vertAlign w:val="superscript"/>
          <w:lang w:val="sv-SE"/>
        </w:rPr>
        <w:t>15</w:t>
      </w:r>
      <w:r w:rsidRPr="000767E2">
        <w:rPr>
          <w:lang w:val="sv-SE"/>
        </w:rPr>
        <w:t xml:space="preserve"> {{field-on:bible}}Och åt det gavs att ge ande åt vilddjurets bild, för att vilddjurets bild också skulle tala och göra så att </w:t>
      </w:r>
      <w:r w:rsidRPr="000767E2">
        <w:rPr>
          <w:i/>
          <w:lang w:val="sv-SE"/>
        </w:rPr>
        <w:t>alla</w:t>
      </w:r>
      <w:r w:rsidRPr="000767E2">
        <w:rPr>
          <w:lang w:val="sv-SE"/>
        </w:rPr>
        <w:t xml:space="preserve"> som inte tillber vilddjurets bild dödas.{{field-off:bible}}</w:t>
      </w:r>
    </w:p>
    <w:p w14:paraId="6C64D940" w14:textId="3E19FE42" w:rsidR="00BA33AB" w:rsidRPr="000767E2" w:rsidRDefault="00000000">
      <w:pPr>
        <w:rPr>
          <w:lang w:val="sv-SE"/>
        </w:rPr>
      </w:pPr>
      <w:r w:rsidRPr="000767E2">
        <w:rPr>
          <w:lang w:val="sv-SE"/>
        </w:rPr>
        <w:t>[[@</w:t>
      </w:r>
      <w:r w:rsidR="0096445B" w:rsidRPr="000767E2">
        <w:rPr>
          <w:lang w:val="sv-SE"/>
        </w:rPr>
        <w:t>BibleBIBEL82</w:t>
      </w:r>
      <w:r w:rsidRPr="000767E2">
        <w:rPr>
          <w:lang w:val="sv-SE"/>
        </w:rPr>
        <w:t>:Rev 13:16]]</w:t>
      </w:r>
      <w:r w:rsidRPr="000767E2">
        <w:rPr>
          <w:vertAlign w:val="superscript"/>
          <w:lang w:val="sv-SE"/>
        </w:rPr>
        <w:t>16</w:t>
      </w:r>
      <w:r w:rsidRPr="000767E2">
        <w:rPr>
          <w:lang w:val="sv-SE"/>
        </w:rPr>
        <w:t xml:space="preserve"> {{field-on:bible}}Och det gör </w:t>
      </w:r>
      <w:r w:rsidRPr="000767E2">
        <w:rPr>
          <w:i/>
          <w:lang w:val="sv-SE"/>
        </w:rPr>
        <w:t>med</w:t>
      </w:r>
      <w:r w:rsidRPr="000767E2">
        <w:rPr>
          <w:lang w:val="sv-SE"/>
        </w:rPr>
        <w:t xml:space="preserve"> alla, de små och de stora och de rika och de fattiga och de fria och fasttjänarna, att man ger dem ett märke på deras högra hand eller på deras panna{{field-off:bible}} [[@</w:t>
      </w:r>
      <w:r w:rsidR="0096445B" w:rsidRPr="000767E2">
        <w:rPr>
          <w:lang w:val="sv-SE"/>
        </w:rPr>
        <w:t>BibleBIBEL82</w:t>
      </w:r>
      <w:r w:rsidRPr="000767E2">
        <w:rPr>
          <w:lang w:val="sv-SE"/>
        </w:rPr>
        <w:t>:Rev 13:17]]</w:t>
      </w:r>
      <w:r w:rsidRPr="000767E2">
        <w:rPr>
          <w:vertAlign w:val="superscript"/>
          <w:lang w:val="sv-SE"/>
        </w:rPr>
        <w:t>17</w:t>
      </w:r>
      <w:r w:rsidRPr="000767E2">
        <w:rPr>
          <w:lang w:val="sv-SE"/>
        </w:rPr>
        <w:t xml:space="preserve"> {{field-on:bible}}och att ingen kan köpa eller sälja utom den som har märket, vilddjurets namn eller talet för dess namn.{{field-off:bible}} [[@</w:t>
      </w:r>
      <w:r w:rsidR="0096445B" w:rsidRPr="000767E2">
        <w:rPr>
          <w:lang w:val="sv-SE"/>
        </w:rPr>
        <w:t>BibleBIBEL82</w:t>
      </w:r>
      <w:r w:rsidRPr="000767E2">
        <w:rPr>
          <w:lang w:val="sv-SE"/>
        </w:rPr>
        <w:t>:Rev 13:18]]</w:t>
      </w:r>
      <w:r w:rsidRPr="000767E2">
        <w:rPr>
          <w:vertAlign w:val="superscript"/>
          <w:lang w:val="sv-SE"/>
        </w:rPr>
        <w:t>18</w:t>
      </w:r>
      <w:r w:rsidRPr="000767E2">
        <w:rPr>
          <w:lang w:val="sv-SE"/>
        </w:rPr>
        <w:t xml:space="preserve"> {{field-on:bible}}Här är visheten. Den som har förnuft ska räkna fram vilddjurets tal, för en människas tal är det. Och dess tal är sexhundrasextiosex.{{field-off:bible}}</w:t>
      </w:r>
    </w:p>
    <w:p w14:paraId="73EF4A95" w14:textId="490EE7B7"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14]]Kapitel 14</w:t>
      </w:r>
    </w:p>
    <w:p w14:paraId="3E0D2A58" w14:textId="77777777" w:rsidR="00BA33AB" w:rsidRPr="000767E2" w:rsidRDefault="00000000">
      <w:pPr>
        <w:pStyle w:val="Rubrik3"/>
        <w:rPr>
          <w:lang w:val="sv-SE"/>
        </w:rPr>
      </w:pPr>
      <w:r w:rsidRPr="000767E2">
        <w:rPr>
          <w:lang w:val="sv-SE"/>
        </w:rPr>
        <w:t>Lammet på Sions berg</w:t>
      </w:r>
    </w:p>
    <w:p w14:paraId="1A1E4152" w14:textId="291921D6" w:rsidR="00BA33AB" w:rsidRPr="000767E2" w:rsidRDefault="00000000">
      <w:pPr>
        <w:rPr>
          <w:lang w:val="sv-SE"/>
        </w:rPr>
      </w:pPr>
      <w:r w:rsidRPr="000767E2">
        <w:rPr>
          <w:lang w:val="sv-SE"/>
        </w:rPr>
        <w:t>[[@</w:t>
      </w:r>
      <w:r w:rsidR="0096445B" w:rsidRPr="000767E2">
        <w:rPr>
          <w:lang w:val="sv-SE"/>
        </w:rPr>
        <w:t>BibleBIBEL82</w:t>
      </w:r>
      <w:r w:rsidRPr="000767E2">
        <w:rPr>
          <w:lang w:val="sv-SE"/>
        </w:rPr>
        <w:t>:Rev 14:1]]</w:t>
      </w:r>
      <w:r w:rsidRPr="000767E2">
        <w:rPr>
          <w:vertAlign w:val="superscript"/>
          <w:lang w:val="sv-SE"/>
        </w:rPr>
        <w:t>1</w:t>
      </w:r>
      <w:r w:rsidRPr="000767E2">
        <w:rPr>
          <w:lang w:val="sv-SE"/>
        </w:rPr>
        <w:t xml:space="preserve"> {{field-on:bible}}Och jag såg, och se: Lammet stående på Sions berg, och med honom hundrafyrtiofyra tusen som hade hans namn och hans Fars namn skrivet på sina pannor.{{field-off:bible}} [[@</w:t>
      </w:r>
      <w:r w:rsidR="0096445B" w:rsidRPr="000767E2">
        <w:rPr>
          <w:lang w:val="sv-SE"/>
        </w:rPr>
        <w:t>BibleBIBEL82</w:t>
      </w:r>
      <w:r w:rsidRPr="000767E2">
        <w:rPr>
          <w:lang w:val="sv-SE"/>
        </w:rPr>
        <w:t>:Rev 14:2]]</w:t>
      </w:r>
      <w:r w:rsidRPr="000767E2">
        <w:rPr>
          <w:vertAlign w:val="superscript"/>
          <w:lang w:val="sv-SE"/>
        </w:rPr>
        <w:t>2</w:t>
      </w:r>
      <w:r w:rsidRPr="000767E2">
        <w:rPr>
          <w:lang w:val="sv-SE"/>
        </w:rPr>
        <w:t xml:space="preserve"> {{field-on:bible}}Och jag hörde en röst från himlen, som en röst av stora vatten och som en röst av väldig åska. Och rösten som jag hörde </w:t>
      </w:r>
      <w:r w:rsidRPr="000767E2">
        <w:rPr>
          <w:i/>
          <w:lang w:val="sv-SE"/>
        </w:rPr>
        <w:t>var</w:t>
      </w:r>
      <w:r w:rsidRPr="000767E2">
        <w:rPr>
          <w:lang w:val="sv-SE"/>
        </w:rPr>
        <w:t xml:space="preserve"> som av harpsångare harpande på sina harpor.{{field-off:bible}}</w:t>
      </w:r>
    </w:p>
    <w:p w14:paraId="15BCA7FB" w14:textId="7DE1B3E0" w:rsidR="00BA33AB" w:rsidRPr="000767E2" w:rsidRDefault="00000000">
      <w:pPr>
        <w:rPr>
          <w:lang w:val="sv-SE"/>
        </w:rPr>
      </w:pPr>
      <w:r w:rsidRPr="000767E2">
        <w:rPr>
          <w:lang w:val="sv-SE"/>
        </w:rPr>
        <w:t>[[@</w:t>
      </w:r>
      <w:r w:rsidR="0096445B" w:rsidRPr="000767E2">
        <w:rPr>
          <w:lang w:val="sv-SE"/>
        </w:rPr>
        <w:t>BibleBIBEL82</w:t>
      </w:r>
      <w:r w:rsidRPr="000767E2">
        <w:rPr>
          <w:lang w:val="sv-SE"/>
        </w:rPr>
        <w:t>:Rev 14:3]]</w:t>
      </w:r>
      <w:r w:rsidRPr="000767E2">
        <w:rPr>
          <w:vertAlign w:val="superscript"/>
          <w:lang w:val="sv-SE"/>
        </w:rPr>
        <w:t>3</w:t>
      </w:r>
      <w:r w:rsidRPr="000767E2">
        <w:rPr>
          <w:lang w:val="sv-SE"/>
        </w:rPr>
        <w:t xml:space="preserve"> {{field-on:bible}}Och de sjöng som en ny sång inför tronen och inför de fyra varelserna och de äldste, och ingen kunde lära sig sången utom de hundrafyrtiofyra tusen, de </w:t>
      </w:r>
      <w:r w:rsidRPr="000767E2">
        <w:rPr>
          <w:i/>
          <w:lang w:val="sv-SE"/>
        </w:rPr>
        <w:t>som är</w:t>
      </w:r>
      <w:r w:rsidRPr="000767E2">
        <w:rPr>
          <w:lang w:val="sv-SE"/>
        </w:rPr>
        <w:t xml:space="preserve"> köpta från jorden.{{field-off:bible}} [[@</w:t>
      </w:r>
      <w:r w:rsidR="0096445B" w:rsidRPr="000767E2">
        <w:rPr>
          <w:lang w:val="sv-SE"/>
        </w:rPr>
        <w:t>BibleBIBEL82</w:t>
      </w:r>
      <w:r w:rsidRPr="000767E2">
        <w:rPr>
          <w:lang w:val="sv-SE"/>
        </w:rPr>
        <w:t>:Rev 14:4]]</w:t>
      </w:r>
      <w:r w:rsidRPr="000767E2">
        <w:rPr>
          <w:vertAlign w:val="superscript"/>
          <w:lang w:val="sv-SE"/>
        </w:rPr>
        <w:t>4</w:t>
      </w:r>
      <w:r w:rsidRPr="000767E2">
        <w:rPr>
          <w:lang w:val="sv-SE"/>
        </w:rPr>
        <w:t xml:space="preserve"> {{field-on:bible}}Dessa är de </w:t>
      </w:r>
      <w:r w:rsidRPr="000767E2">
        <w:rPr>
          <w:i/>
          <w:lang w:val="sv-SE"/>
        </w:rPr>
        <w:t>som</w:t>
      </w:r>
      <w:r w:rsidRPr="000767E2">
        <w:rPr>
          <w:lang w:val="sv-SE"/>
        </w:rPr>
        <w:t xml:space="preserve"> inte har besudlat sig med kvinnor, för jungfrur är de, dessa som följer Lammet vart det än beger sig. Dessa har blivit köpta från människorna </w:t>
      </w:r>
      <w:r w:rsidRPr="000767E2">
        <w:rPr>
          <w:i/>
          <w:lang w:val="sv-SE"/>
        </w:rPr>
        <w:t>som</w:t>
      </w:r>
      <w:r w:rsidRPr="000767E2">
        <w:rPr>
          <w:lang w:val="sv-SE"/>
        </w:rPr>
        <w:t xml:space="preserve"> en förstling åt Gud och åt Lammet,{{field-off:bible}} [[@</w:t>
      </w:r>
      <w:r w:rsidR="0096445B" w:rsidRPr="000767E2">
        <w:rPr>
          <w:lang w:val="sv-SE"/>
        </w:rPr>
        <w:t>BibleBIBEL82</w:t>
      </w:r>
      <w:r w:rsidRPr="000767E2">
        <w:rPr>
          <w:lang w:val="sv-SE"/>
        </w:rPr>
        <w:t>:Rev 14:5]]</w:t>
      </w:r>
      <w:r w:rsidRPr="000767E2">
        <w:rPr>
          <w:vertAlign w:val="superscript"/>
          <w:lang w:val="sv-SE"/>
        </w:rPr>
        <w:t>5</w:t>
      </w:r>
      <w:r w:rsidRPr="000767E2">
        <w:rPr>
          <w:lang w:val="sv-SE"/>
        </w:rPr>
        <w:t xml:space="preserve"> {{field-on:bible}}och i deras mun har </w:t>
      </w:r>
      <w:r w:rsidRPr="000767E2">
        <w:rPr>
          <w:i/>
          <w:lang w:val="sv-SE"/>
        </w:rPr>
        <w:t>det</w:t>
      </w:r>
      <w:r w:rsidRPr="000767E2">
        <w:rPr>
          <w:lang w:val="sv-SE"/>
        </w:rPr>
        <w:t xml:space="preserve"> inte funnits lögn. De är felfria.{{field-off:bible}}</w:t>
      </w:r>
    </w:p>
    <w:p w14:paraId="0184FCB6" w14:textId="77777777" w:rsidR="00BA33AB" w:rsidRPr="000767E2" w:rsidRDefault="00000000">
      <w:pPr>
        <w:pStyle w:val="Rubrik3"/>
        <w:rPr>
          <w:lang w:val="sv-SE"/>
        </w:rPr>
      </w:pPr>
      <w:r w:rsidRPr="000767E2">
        <w:rPr>
          <w:lang w:val="sv-SE"/>
        </w:rPr>
        <w:t>Tre änglars budskap</w:t>
      </w:r>
    </w:p>
    <w:p w14:paraId="65DF9241" w14:textId="08C39FFB" w:rsidR="00BA33AB" w:rsidRPr="000767E2" w:rsidRDefault="00000000">
      <w:pPr>
        <w:rPr>
          <w:lang w:val="sv-SE"/>
        </w:rPr>
      </w:pPr>
      <w:r w:rsidRPr="000767E2">
        <w:rPr>
          <w:lang w:val="sv-SE"/>
        </w:rPr>
        <w:t>[[@</w:t>
      </w:r>
      <w:r w:rsidR="0096445B" w:rsidRPr="000767E2">
        <w:rPr>
          <w:lang w:val="sv-SE"/>
        </w:rPr>
        <w:t>BibleBIBEL82</w:t>
      </w:r>
      <w:r w:rsidRPr="000767E2">
        <w:rPr>
          <w:lang w:val="sv-SE"/>
        </w:rPr>
        <w:t>:Rev 14:6]]</w:t>
      </w:r>
      <w:r w:rsidRPr="000767E2">
        <w:rPr>
          <w:vertAlign w:val="superscript"/>
          <w:lang w:val="sv-SE"/>
        </w:rPr>
        <w:t>6</w:t>
      </w:r>
      <w:r w:rsidRPr="000767E2">
        <w:rPr>
          <w:lang w:val="sv-SE"/>
        </w:rPr>
        <w:t xml:space="preserve"> {{field-on:bible}}Och jag såg en annan ängel, flygande mitt på himlen, som hade ett eoniskt evangelium att evangelisera över dem som satt på jorden och över varje folkslag och stam och tunga och folk,{{field-off:bible}} [[@</w:t>
      </w:r>
      <w:r w:rsidR="0096445B" w:rsidRPr="000767E2">
        <w:rPr>
          <w:lang w:val="sv-SE"/>
        </w:rPr>
        <w:t>BibleBIBEL82</w:t>
      </w:r>
      <w:r w:rsidRPr="000767E2">
        <w:rPr>
          <w:lang w:val="sv-SE"/>
        </w:rPr>
        <w:t>:Rev 14:7]]</w:t>
      </w:r>
      <w:r w:rsidRPr="000767E2">
        <w:rPr>
          <w:vertAlign w:val="superscript"/>
          <w:lang w:val="sv-SE"/>
        </w:rPr>
        <w:t>7</w:t>
      </w:r>
      <w:r w:rsidRPr="000767E2">
        <w:rPr>
          <w:lang w:val="sv-SE"/>
        </w:rPr>
        <w:t xml:space="preserve"> {{field-on:bible}}</w:t>
      </w:r>
      <w:r w:rsidRPr="000767E2">
        <w:rPr>
          <w:i/>
          <w:lang w:val="sv-SE"/>
        </w:rPr>
        <w:t>och</w:t>
      </w:r>
      <w:r w:rsidRPr="000767E2">
        <w:rPr>
          <w:lang w:val="sv-SE"/>
        </w:rPr>
        <w:t xml:space="preserve"> han sade med väldig röst: ”Frukta Gud och ge honom ära! För stunden för </w:t>
      </w:r>
      <w:r w:rsidRPr="000767E2">
        <w:rPr>
          <w:lang w:val="sv-SE"/>
        </w:rPr>
        <w:lastRenderedPageBreak/>
        <w:t>hans dom har kommit. Och tillbe honom som har gjort himlen och jorden och hav och vattenkällor.”{{field-off:bible}}</w:t>
      </w:r>
    </w:p>
    <w:p w14:paraId="4CFAB409" w14:textId="62483793" w:rsidR="00BA33AB" w:rsidRPr="000767E2" w:rsidRDefault="00000000">
      <w:pPr>
        <w:rPr>
          <w:lang w:val="sv-SE"/>
        </w:rPr>
      </w:pPr>
      <w:r w:rsidRPr="000767E2">
        <w:rPr>
          <w:lang w:val="sv-SE"/>
        </w:rPr>
        <w:t>[[@</w:t>
      </w:r>
      <w:r w:rsidR="0096445B" w:rsidRPr="000767E2">
        <w:rPr>
          <w:lang w:val="sv-SE"/>
        </w:rPr>
        <w:t>BibleBIBEL82</w:t>
      </w:r>
      <w:r w:rsidRPr="000767E2">
        <w:rPr>
          <w:lang w:val="sv-SE"/>
        </w:rPr>
        <w:t>:Rev 14:8]]</w:t>
      </w:r>
      <w:r w:rsidRPr="000767E2">
        <w:rPr>
          <w:vertAlign w:val="superscript"/>
          <w:lang w:val="sv-SE"/>
        </w:rPr>
        <w:t>8</w:t>
      </w:r>
      <w:r w:rsidRPr="000767E2">
        <w:rPr>
          <w:lang w:val="sv-SE"/>
        </w:rPr>
        <w:t xml:space="preserve"> {{field-on:bible}}Och en annan andra ängel följde efter och sade: ”Fallit, fallit har det stora Babylon! Av sitt otuktsraseris vin har hon gett alla folkslagen att dricka.”{{field-off:bible}}</w:t>
      </w:r>
    </w:p>
    <w:p w14:paraId="48D99C34" w14:textId="25562FE3" w:rsidR="00BA33AB" w:rsidRPr="000767E2" w:rsidRDefault="00000000">
      <w:pPr>
        <w:rPr>
          <w:lang w:val="sv-SE"/>
        </w:rPr>
      </w:pPr>
      <w:r w:rsidRPr="000767E2">
        <w:rPr>
          <w:lang w:val="sv-SE"/>
        </w:rPr>
        <w:t>[[@</w:t>
      </w:r>
      <w:r w:rsidR="0096445B" w:rsidRPr="000767E2">
        <w:rPr>
          <w:lang w:val="sv-SE"/>
        </w:rPr>
        <w:t>BibleBIBEL82</w:t>
      </w:r>
      <w:r w:rsidRPr="000767E2">
        <w:rPr>
          <w:lang w:val="sv-SE"/>
        </w:rPr>
        <w:t>:Rev 14:9]]</w:t>
      </w:r>
      <w:r w:rsidRPr="000767E2">
        <w:rPr>
          <w:vertAlign w:val="superscript"/>
          <w:lang w:val="sv-SE"/>
        </w:rPr>
        <w:t>9</w:t>
      </w:r>
      <w:r w:rsidRPr="000767E2">
        <w:rPr>
          <w:lang w:val="sv-SE"/>
        </w:rPr>
        <w:t xml:space="preserve"> {{field-on:bible}}Och en annan tredje ängel följde dem och sade med väldig röst: ”Om någon tillber vilddjuret och dess bild och tar </w:t>
      </w:r>
      <w:r w:rsidRPr="000767E2">
        <w:rPr>
          <w:i/>
          <w:lang w:val="sv-SE"/>
        </w:rPr>
        <w:t>emot</w:t>
      </w:r>
      <w:r w:rsidRPr="000767E2">
        <w:rPr>
          <w:lang w:val="sv-SE"/>
        </w:rPr>
        <w:t xml:space="preserve"> ett märke på sin panna eller på sin hand,{{field-off:bible}} [[@</w:t>
      </w:r>
      <w:r w:rsidR="0096445B" w:rsidRPr="000767E2">
        <w:rPr>
          <w:lang w:val="sv-SE"/>
        </w:rPr>
        <w:t>BibleBIBEL82</w:t>
      </w:r>
      <w:r w:rsidRPr="000767E2">
        <w:rPr>
          <w:lang w:val="sv-SE"/>
        </w:rPr>
        <w:t>:Rev 14:10]]</w:t>
      </w:r>
      <w:r w:rsidRPr="000767E2">
        <w:rPr>
          <w:vertAlign w:val="superscript"/>
          <w:lang w:val="sv-SE"/>
        </w:rPr>
        <w:t>10</w:t>
      </w:r>
      <w:r w:rsidRPr="000767E2">
        <w:rPr>
          <w:lang w:val="sv-SE"/>
        </w:rPr>
        <w:t xml:space="preserve"> {{field-on:bible}}ska han också dricka av Guds raseris vin som blandats oblandat i hans vredes bägare, och plågas i eld och svavel inför heliga änglar och inför Lammet.{{field-off:bible}} [[@</w:t>
      </w:r>
      <w:r w:rsidR="0096445B" w:rsidRPr="000767E2">
        <w:rPr>
          <w:lang w:val="sv-SE"/>
        </w:rPr>
        <w:t>BibleBIBEL82</w:t>
      </w:r>
      <w:r w:rsidRPr="000767E2">
        <w:rPr>
          <w:lang w:val="sv-SE"/>
        </w:rPr>
        <w:t>:Rev 14:11]]</w:t>
      </w:r>
      <w:r w:rsidRPr="000767E2">
        <w:rPr>
          <w:vertAlign w:val="superscript"/>
          <w:lang w:val="sv-SE"/>
        </w:rPr>
        <w:t>11</w:t>
      </w:r>
      <w:r w:rsidRPr="000767E2">
        <w:rPr>
          <w:lang w:val="sv-SE"/>
        </w:rPr>
        <w:t xml:space="preserve"> {{field-on:bible}}Och röken från deras plåga stiger till eoners eoner, och de har ingen ro dag och natt, de som tillber vilddjuret och dess bild, och om någon tar </w:t>
      </w:r>
      <w:r w:rsidRPr="000767E2">
        <w:rPr>
          <w:i/>
          <w:lang w:val="sv-SE"/>
        </w:rPr>
        <w:t>emot</w:t>
      </w:r>
      <w:r w:rsidRPr="000767E2">
        <w:rPr>
          <w:lang w:val="sv-SE"/>
        </w:rPr>
        <w:t xml:space="preserve"> märket med dess namn.”{{field-off:bible}} [[@</w:t>
      </w:r>
      <w:r w:rsidR="0096445B" w:rsidRPr="000767E2">
        <w:rPr>
          <w:lang w:val="sv-SE"/>
        </w:rPr>
        <w:t>BibleBIBEL82</w:t>
      </w:r>
      <w:r w:rsidRPr="000767E2">
        <w:rPr>
          <w:lang w:val="sv-SE"/>
        </w:rPr>
        <w:t>:Rev 14:12]]</w:t>
      </w:r>
      <w:r w:rsidRPr="000767E2">
        <w:rPr>
          <w:vertAlign w:val="superscript"/>
          <w:lang w:val="sv-SE"/>
        </w:rPr>
        <w:t>12</w:t>
      </w:r>
      <w:r w:rsidRPr="000767E2">
        <w:rPr>
          <w:lang w:val="sv-SE"/>
        </w:rPr>
        <w:t xml:space="preserve"> {{field-on:bible}}Här är de heligas uthållighet, de som håller fast vid Guds bud och tron på Jesus.{{field-off:bible}}</w:t>
      </w:r>
    </w:p>
    <w:p w14:paraId="5F4A560C" w14:textId="6E242089" w:rsidR="00BA33AB" w:rsidRPr="000767E2" w:rsidRDefault="00000000">
      <w:pPr>
        <w:rPr>
          <w:lang w:val="sv-SE"/>
        </w:rPr>
      </w:pPr>
      <w:r w:rsidRPr="000767E2">
        <w:rPr>
          <w:lang w:val="sv-SE"/>
        </w:rPr>
        <w:t>[[@</w:t>
      </w:r>
      <w:r w:rsidR="0096445B" w:rsidRPr="000767E2">
        <w:rPr>
          <w:lang w:val="sv-SE"/>
        </w:rPr>
        <w:t>BibleBIBEL82</w:t>
      </w:r>
      <w:r w:rsidRPr="000767E2">
        <w:rPr>
          <w:lang w:val="sv-SE"/>
        </w:rPr>
        <w:t>:Rev 14:13]]</w:t>
      </w:r>
      <w:r w:rsidRPr="000767E2">
        <w:rPr>
          <w:vertAlign w:val="superscript"/>
          <w:lang w:val="sv-SE"/>
        </w:rPr>
        <w:t>13</w:t>
      </w:r>
      <w:r w:rsidRPr="000767E2">
        <w:rPr>
          <w:lang w:val="sv-SE"/>
        </w:rPr>
        <w:t xml:space="preserve"> {{field-on:bible}}Och jag hörde en röst från himlen som sade: ”Skriv: Saliga de döda som i Herren dör från nu. Ja, säger Anden, så att de får vila från sina mödor. För deras gärningar följer med dem.”{{field-off:bible}}</w:t>
      </w:r>
    </w:p>
    <w:p w14:paraId="41D3FE6C" w14:textId="77777777" w:rsidR="00BA33AB" w:rsidRPr="000767E2" w:rsidRDefault="00000000">
      <w:pPr>
        <w:pStyle w:val="Rubrik3"/>
        <w:rPr>
          <w:lang w:val="sv-SE"/>
        </w:rPr>
      </w:pPr>
      <w:r w:rsidRPr="000767E2">
        <w:rPr>
          <w:lang w:val="sv-SE"/>
        </w:rPr>
        <w:t>Jorden skördas</w:t>
      </w:r>
    </w:p>
    <w:p w14:paraId="7CD45CEF" w14:textId="2E6429A0" w:rsidR="00BA33AB" w:rsidRPr="000767E2" w:rsidRDefault="00000000">
      <w:pPr>
        <w:rPr>
          <w:lang w:val="sv-SE"/>
        </w:rPr>
      </w:pPr>
      <w:r w:rsidRPr="000767E2">
        <w:rPr>
          <w:lang w:val="sv-SE"/>
        </w:rPr>
        <w:t>[[@</w:t>
      </w:r>
      <w:r w:rsidR="0096445B" w:rsidRPr="000767E2">
        <w:rPr>
          <w:lang w:val="sv-SE"/>
        </w:rPr>
        <w:t>BibleBIBEL82</w:t>
      </w:r>
      <w:r w:rsidRPr="000767E2">
        <w:rPr>
          <w:lang w:val="sv-SE"/>
        </w:rPr>
        <w:t>:Rev 14:14]]</w:t>
      </w:r>
      <w:r w:rsidRPr="000767E2">
        <w:rPr>
          <w:vertAlign w:val="superscript"/>
          <w:lang w:val="sv-SE"/>
        </w:rPr>
        <w:t>14</w:t>
      </w:r>
      <w:r w:rsidRPr="000767E2">
        <w:rPr>
          <w:lang w:val="sv-SE"/>
        </w:rPr>
        <w:t xml:space="preserve"> {{field-on:bible}}Och jag såg, och se: ett vitt moln, och på molnet en som satt lik en människoson, som på sitt huvud hade en krans av guld och i sin hand en skarp skära.{{field-off:bible}} [[@</w:t>
      </w:r>
      <w:r w:rsidR="0096445B" w:rsidRPr="000767E2">
        <w:rPr>
          <w:lang w:val="sv-SE"/>
        </w:rPr>
        <w:t>BibleBIBEL82</w:t>
      </w:r>
      <w:r w:rsidRPr="000767E2">
        <w:rPr>
          <w:lang w:val="sv-SE"/>
        </w:rPr>
        <w:t>:Rev 14:15]]</w:t>
      </w:r>
      <w:r w:rsidRPr="000767E2">
        <w:rPr>
          <w:vertAlign w:val="superscript"/>
          <w:lang w:val="sv-SE"/>
        </w:rPr>
        <w:t>15</w:t>
      </w:r>
      <w:r w:rsidRPr="000767E2">
        <w:rPr>
          <w:lang w:val="sv-SE"/>
        </w:rPr>
        <w:t xml:space="preserve"> {{field-on:bible}}Och en annan ängel kom ut från tempelbyggnaden och ropade med väldig röst till honom som satt på molnet: ”Skicka </w:t>
      </w:r>
      <w:r w:rsidRPr="000767E2">
        <w:rPr>
          <w:i/>
          <w:lang w:val="sv-SE"/>
        </w:rPr>
        <w:t>ut</w:t>
      </w:r>
      <w:r w:rsidRPr="000767E2">
        <w:rPr>
          <w:lang w:val="sv-SE"/>
        </w:rPr>
        <w:t xml:space="preserve"> din skära och skörda! För stunden att skörda har kommit, för jordens skörd har torkat.”{{field-off:bible}} [[@</w:t>
      </w:r>
      <w:r w:rsidR="0096445B" w:rsidRPr="000767E2">
        <w:rPr>
          <w:lang w:val="sv-SE"/>
        </w:rPr>
        <w:t>BibleBIBEL82</w:t>
      </w:r>
      <w:r w:rsidRPr="000767E2">
        <w:rPr>
          <w:lang w:val="sv-SE"/>
        </w:rPr>
        <w:t>:Rev 14:16]]</w:t>
      </w:r>
      <w:r w:rsidRPr="000767E2">
        <w:rPr>
          <w:vertAlign w:val="superscript"/>
          <w:lang w:val="sv-SE"/>
        </w:rPr>
        <w:t>16</w:t>
      </w:r>
      <w:r w:rsidRPr="000767E2">
        <w:rPr>
          <w:lang w:val="sv-SE"/>
        </w:rPr>
        <w:t xml:space="preserve"> {{field-on:bible}}Och </w:t>
      </w:r>
      <w:r w:rsidRPr="000767E2">
        <w:rPr>
          <w:i/>
          <w:lang w:val="sv-SE"/>
        </w:rPr>
        <w:t>då</w:t>
      </w:r>
      <w:r w:rsidRPr="000767E2">
        <w:rPr>
          <w:lang w:val="sv-SE"/>
        </w:rPr>
        <w:t xml:space="preserve"> kastade han som satt på molnet sin skära över jorden, och jorden skördades.{{field-off:bible}}</w:t>
      </w:r>
    </w:p>
    <w:p w14:paraId="79FE25A5" w14:textId="1FD7B835" w:rsidR="00BA33AB" w:rsidRPr="000767E2" w:rsidRDefault="00000000">
      <w:pPr>
        <w:rPr>
          <w:lang w:val="sv-SE"/>
        </w:rPr>
      </w:pPr>
      <w:r w:rsidRPr="000767E2">
        <w:rPr>
          <w:lang w:val="sv-SE"/>
        </w:rPr>
        <w:t>[[@</w:t>
      </w:r>
      <w:r w:rsidR="0096445B" w:rsidRPr="000767E2">
        <w:rPr>
          <w:lang w:val="sv-SE"/>
        </w:rPr>
        <w:t>BibleBIBEL82</w:t>
      </w:r>
      <w:r w:rsidRPr="000767E2">
        <w:rPr>
          <w:lang w:val="sv-SE"/>
        </w:rPr>
        <w:t>:Rev 14:17]]</w:t>
      </w:r>
      <w:r w:rsidRPr="000767E2">
        <w:rPr>
          <w:vertAlign w:val="superscript"/>
          <w:lang w:val="sv-SE"/>
        </w:rPr>
        <w:t>17</w:t>
      </w:r>
      <w:r w:rsidRPr="000767E2">
        <w:rPr>
          <w:lang w:val="sv-SE"/>
        </w:rPr>
        <w:t xml:space="preserve"> {{field-on:bible}}Och en annan ängel kom ut från tempelbyggnaden i himlen, och även han hade en skarp skära.{{field-off:bible}} [[@</w:t>
      </w:r>
      <w:r w:rsidR="0096445B" w:rsidRPr="000767E2">
        <w:rPr>
          <w:lang w:val="sv-SE"/>
        </w:rPr>
        <w:t>BibleBIBEL82</w:t>
      </w:r>
      <w:r w:rsidRPr="000767E2">
        <w:rPr>
          <w:lang w:val="sv-SE"/>
        </w:rPr>
        <w:t>:Rev 14:18]]</w:t>
      </w:r>
      <w:r w:rsidRPr="000767E2">
        <w:rPr>
          <w:vertAlign w:val="superscript"/>
          <w:lang w:val="sv-SE"/>
        </w:rPr>
        <w:t>18</w:t>
      </w:r>
      <w:r w:rsidRPr="000767E2">
        <w:rPr>
          <w:lang w:val="sv-SE"/>
        </w:rPr>
        <w:t xml:space="preserve"> {{field-on:bible}}Och en annan ängel kom ut från altaret och hade auktoritet över elden, och han ropade med ett väldigt vrål till honom som hade den skarpa skäran och sade: ”Skicka </w:t>
      </w:r>
      <w:r w:rsidRPr="000767E2">
        <w:rPr>
          <w:i/>
          <w:lang w:val="sv-SE"/>
        </w:rPr>
        <w:t>ut</w:t>
      </w:r>
      <w:r w:rsidRPr="000767E2">
        <w:rPr>
          <w:lang w:val="sv-SE"/>
        </w:rPr>
        <w:t xml:space="preserve"> din skarpa skära och bärga klasarna från jordens vinstock! För mognat har dess druvor.”{{field-off:bible}} [[@</w:t>
      </w:r>
      <w:r w:rsidR="0096445B" w:rsidRPr="000767E2">
        <w:rPr>
          <w:lang w:val="sv-SE"/>
        </w:rPr>
        <w:t>BibleBIBEL82</w:t>
      </w:r>
      <w:r w:rsidRPr="000767E2">
        <w:rPr>
          <w:lang w:val="sv-SE"/>
        </w:rPr>
        <w:t>:Rev 14:19]]</w:t>
      </w:r>
      <w:r w:rsidRPr="000767E2">
        <w:rPr>
          <w:vertAlign w:val="superscript"/>
          <w:lang w:val="sv-SE"/>
        </w:rPr>
        <w:t>19</w:t>
      </w:r>
      <w:r w:rsidRPr="000767E2">
        <w:rPr>
          <w:lang w:val="sv-SE"/>
        </w:rPr>
        <w:t xml:space="preserve"> {{field-on:bible}}Och </w:t>
      </w:r>
      <w:r w:rsidRPr="000767E2">
        <w:rPr>
          <w:i/>
          <w:lang w:val="sv-SE"/>
        </w:rPr>
        <w:t>då</w:t>
      </w:r>
      <w:r w:rsidRPr="000767E2">
        <w:rPr>
          <w:lang w:val="sv-SE"/>
        </w:rPr>
        <w:t xml:space="preserve"> kastade ängeln sin skära till jorden, och han bärgade jordens vinstock och kastade i Guds raseris stora vinpress.{{field-off:bible}} [[@</w:t>
      </w:r>
      <w:r w:rsidR="0096445B" w:rsidRPr="000767E2">
        <w:rPr>
          <w:lang w:val="sv-SE"/>
        </w:rPr>
        <w:t>BibleBIBEL82</w:t>
      </w:r>
      <w:r w:rsidRPr="000767E2">
        <w:rPr>
          <w:lang w:val="sv-SE"/>
        </w:rPr>
        <w:t>:Rev 14:20]]</w:t>
      </w:r>
      <w:r w:rsidRPr="000767E2">
        <w:rPr>
          <w:vertAlign w:val="superscript"/>
          <w:lang w:val="sv-SE"/>
        </w:rPr>
        <w:t>20</w:t>
      </w:r>
      <w:r w:rsidRPr="000767E2">
        <w:rPr>
          <w:lang w:val="sv-SE"/>
        </w:rPr>
        <w:t xml:space="preserve"> {{field-on:bible}}Och vinpressen trampades utanför staden, och ut gick blod från pressen ända </w:t>
      </w:r>
      <w:r w:rsidRPr="000767E2">
        <w:rPr>
          <w:i/>
          <w:lang w:val="sv-SE"/>
        </w:rPr>
        <w:t>upp</w:t>
      </w:r>
      <w:r w:rsidRPr="000767E2">
        <w:rPr>
          <w:lang w:val="sv-SE"/>
        </w:rPr>
        <w:t xml:space="preserve"> till betslen på hästarna ettusensexhundra stadier bort.{{field-off:bible}}</w:t>
      </w:r>
    </w:p>
    <w:p w14:paraId="25F72FA4" w14:textId="0F292D3C" w:rsidR="00BA33AB" w:rsidRPr="000767E2" w:rsidRDefault="00000000">
      <w:pPr>
        <w:pStyle w:val="Rubrik2"/>
        <w:rPr>
          <w:lang w:val="sv-SE"/>
        </w:rPr>
      </w:pPr>
      <w:r w:rsidRPr="000767E2">
        <w:rPr>
          <w:lang w:val="sv-SE"/>
        </w:rPr>
        <w:lastRenderedPageBreak/>
        <w:t>[[@</w:t>
      </w:r>
      <w:r w:rsidR="0096445B" w:rsidRPr="000767E2">
        <w:rPr>
          <w:lang w:val="sv-SE"/>
        </w:rPr>
        <w:t>BibleBIBEL82</w:t>
      </w:r>
      <w:r w:rsidRPr="000767E2">
        <w:rPr>
          <w:lang w:val="sv-SE"/>
        </w:rPr>
        <w:t>:Rev 15]]Kapitel 15</w:t>
      </w:r>
    </w:p>
    <w:p w14:paraId="16EB746E" w14:textId="77777777" w:rsidR="00BA33AB" w:rsidRPr="000767E2" w:rsidRDefault="00000000">
      <w:pPr>
        <w:pStyle w:val="Rubrik3"/>
        <w:rPr>
          <w:lang w:val="sv-SE"/>
        </w:rPr>
      </w:pPr>
      <w:r w:rsidRPr="000767E2">
        <w:rPr>
          <w:lang w:val="sv-SE"/>
        </w:rPr>
        <w:t>Sången till Lammet</w:t>
      </w:r>
    </w:p>
    <w:p w14:paraId="61DE6F3C" w14:textId="0D1EF656" w:rsidR="00BA33AB" w:rsidRPr="000767E2" w:rsidRDefault="00000000">
      <w:pPr>
        <w:rPr>
          <w:lang w:val="sv-SE"/>
        </w:rPr>
      </w:pPr>
      <w:r w:rsidRPr="000767E2">
        <w:rPr>
          <w:lang w:val="sv-SE"/>
        </w:rPr>
        <w:t>[[@</w:t>
      </w:r>
      <w:r w:rsidR="0096445B" w:rsidRPr="000767E2">
        <w:rPr>
          <w:lang w:val="sv-SE"/>
        </w:rPr>
        <w:t>BibleBIBEL82</w:t>
      </w:r>
      <w:r w:rsidRPr="000767E2">
        <w:rPr>
          <w:lang w:val="sv-SE"/>
        </w:rPr>
        <w:t>:Rev 15:1]]</w:t>
      </w:r>
      <w:r w:rsidRPr="000767E2">
        <w:rPr>
          <w:vertAlign w:val="superscript"/>
          <w:lang w:val="sv-SE"/>
        </w:rPr>
        <w:t>1</w:t>
      </w:r>
      <w:r w:rsidRPr="000767E2">
        <w:rPr>
          <w:lang w:val="sv-SE"/>
        </w:rPr>
        <w:t xml:space="preserve"> {{field-on:bible}}Och jag såg ett annat tecken i himlen, stort och förunderligt: sju änglar som hade sju plågor, de sista. För med dem har Guds raseri fullbordats.{{field-off:bible}}</w:t>
      </w:r>
    </w:p>
    <w:p w14:paraId="2D5E3162" w14:textId="7D7CD962" w:rsidR="00BA33AB" w:rsidRPr="000767E2" w:rsidRDefault="00000000">
      <w:pPr>
        <w:rPr>
          <w:lang w:val="sv-SE"/>
        </w:rPr>
      </w:pPr>
      <w:r w:rsidRPr="000767E2">
        <w:rPr>
          <w:lang w:val="sv-SE"/>
        </w:rPr>
        <w:t>[[@</w:t>
      </w:r>
      <w:r w:rsidR="0096445B" w:rsidRPr="000767E2">
        <w:rPr>
          <w:lang w:val="sv-SE"/>
        </w:rPr>
        <w:t>BibleBIBEL82</w:t>
      </w:r>
      <w:r w:rsidRPr="000767E2">
        <w:rPr>
          <w:lang w:val="sv-SE"/>
        </w:rPr>
        <w:t>:Rev 15:2]]</w:t>
      </w:r>
      <w:r w:rsidRPr="000767E2">
        <w:rPr>
          <w:vertAlign w:val="superscript"/>
          <w:lang w:val="sv-SE"/>
        </w:rPr>
        <w:t>2</w:t>
      </w:r>
      <w:r w:rsidRPr="000767E2">
        <w:rPr>
          <w:lang w:val="sv-SE"/>
        </w:rPr>
        <w:t xml:space="preserve"> {{field-on:bible}}Och jag såg som ett hav av glas, blandat med eld, och dem som hade segrat från vilddjuret och från dess bild och från dess namns tal, och de stod på glashavet </w:t>
      </w:r>
      <w:r w:rsidRPr="000767E2">
        <w:rPr>
          <w:i/>
          <w:lang w:val="sv-SE"/>
        </w:rPr>
        <w:t>och</w:t>
      </w:r>
      <w:r w:rsidRPr="000767E2">
        <w:rPr>
          <w:lang w:val="sv-SE"/>
        </w:rPr>
        <w:t xml:space="preserve"> hade Guds harpor.{{field-off:bible}} [[@</w:t>
      </w:r>
      <w:r w:rsidR="0096445B" w:rsidRPr="000767E2">
        <w:rPr>
          <w:lang w:val="sv-SE"/>
        </w:rPr>
        <w:t>BibleBIBEL82</w:t>
      </w:r>
      <w:r w:rsidRPr="000767E2">
        <w:rPr>
          <w:lang w:val="sv-SE"/>
        </w:rPr>
        <w:t>:Rev 15:3]]</w:t>
      </w:r>
      <w:r w:rsidRPr="000767E2">
        <w:rPr>
          <w:vertAlign w:val="superscript"/>
          <w:lang w:val="sv-SE"/>
        </w:rPr>
        <w:t>3</w:t>
      </w:r>
      <w:r w:rsidRPr="000767E2">
        <w:rPr>
          <w:lang w:val="sv-SE"/>
        </w:rPr>
        <w:t xml:space="preserve"> {{field-on:bible}}Och de sjunger Guds fasttjänare Moses sång och Lammets sång och säger:{{field-off:bible}}</w:t>
      </w:r>
    </w:p>
    <w:p w14:paraId="11993540" w14:textId="2C892C7A" w:rsidR="00BA33AB" w:rsidRPr="000767E2" w:rsidRDefault="00000000">
      <w:pPr>
        <w:rPr>
          <w:lang w:val="sv-SE"/>
        </w:rPr>
      </w:pPr>
      <w:r w:rsidRPr="000767E2">
        <w:rPr>
          <w:lang w:val="sv-SE"/>
        </w:rPr>
        <w:t xml:space="preserve">{{field-on:bible}}”Stora och förunderliga </w:t>
      </w:r>
      <w:r w:rsidRPr="000767E2">
        <w:rPr>
          <w:i/>
          <w:lang w:val="sv-SE"/>
        </w:rPr>
        <w:t>är</w:t>
      </w:r>
      <w:r w:rsidRPr="000767E2">
        <w:rPr>
          <w:lang w:val="sv-SE"/>
        </w:rPr>
        <w:t xml:space="preserve"> dina gärningar,</w:t>
      </w:r>
      <w:r w:rsidRPr="000767E2">
        <w:rPr>
          <w:lang w:val="sv-SE"/>
        </w:rPr>
        <w:br/>
        <w:t>Herre Gud Allhärskare.</w:t>
      </w:r>
      <w:r w:rsidRPr="000767E2">
        <w:rPr>
          <w:lang w:val="sv-SE"/>
        </w:rPr>
        <w:br/>
        <w:t xml:space="preserve">Rättfärdiga och sannfärdiga </w:t>
      </w:r>
      <w:r w:rsidRPr="000767E2">
        <w:rPr>
          <w:i/>
          <w:lang w:val="sv-SE"/>
        </w:rPr>
        <w:t>är</w:t>
      </w:r>
      <w:r w:rsidRPr="000767E2">
        <w:rPr>
          <w:lang w:val="sv-SE"/>
        </w:rPr>
        <w:t xml:space="preserve"> dina vägar,</w:t>
      </w:r>
      <w:r w:rsidRPr="000767E2">
        <w:rPr>
          <w:lang w:val="sv-SE"/>
        </w:rPr>
        <w:br/>
      </w:r>
      <w:r w:rsidRPr="000767E2">
        <w:rPr>
          <w:i/>
          <w:lang w:val="sv-SE"/>
        </w:rPr>
        <w:t>du</w:t>
      </w:r>
      <w:r w:rsidRPr="000767E2">
        <w:rPr>
          <w:lang w:val="sv-SE"/>
        </w:rPr>
        <w:t xml:space="preserve"> folkslagens Kung.{{field-off:bible}}</w:t>
      </w:r>
      <w:r w:rsidRPr="000767E2">
        <w:rPr>
          <w:lang w:val="sv-SE"/>
        </w:rPr>
        <w:br/>
        <w:t>[[@</w:t>
      </w:r>
      <w:r w:rsidR="0096445B" w:rsidRPr="000767E2">
        <w:rPr>
          <w:lang w:val="sv-SE"/>
        </w:rPr>
        <w:t>BibleBIBEL82</w:t>
      </w:r>
      <w:r w:rsidRPr="000767E2">
        <w:rPr>
          <w:lang w:val="sv-SE"/>
        </w:rPr>
        <w:t>:Rev 15:4]]</w:t>
      </w:r>
      <w:r w:rsidRPr="000767E2">
        <w:rPr>
          <w:vertAlign w:val="superscript"/>
          <w:lang w:val="sv-SE"/>
        </w:rPr>
        <w:t>4</w:t>
      </w:r>
      <w:r w:rsidRPr="000767E2">
        <w:rPr>
          <w:lang w:val="sv-SE"/>
        </w:rPr>
        <w:t xml:space="preserve"> {{field-on:bible}}Vem ska alls inte frukta dig, Herre, och ära ditt namn?</w:t>
      </w:r>
      <w:r w:rsidRPr="000767E2">
        <w:rPr>
          <w:lang w:val="sv-SE"/>
        </w:rPr>
        <w:br/>
        <w:t xml:space="preserve">För </w:t>
      </w:r>
      <w:r w:rsidRPr="000767E2">
        <w:rPr>
          <w:i/>
          <w:lang w:val="sv-SE"/>
        </w:rPr>
        <w:t>du</w:t>
      </w:r>
      <w:r w:rsidRPr="000767E2">
        <w:rPr>
          <w:lang w:val="sv-SE"/>
        </w:rPr>
        <w:t xml:space="preserve"> ensam </w:t>
      </w:r>
      <w:r w:rsidRPr="000767E2">
        <w:rPr>
          <w:i/>
          <w:lang w:val="sv-SE"/>
        </w:rPr>
        <w:t>är</w:t>
      </w:r>
      <w:r w:rsidRPr="000767E2">
        <w:rPr>
          <w:lang w:val="sv-SE"/>
        </w:rPr>
        <w:t xml:space="preserve"> gudlig,</w:t>
      </w:r>
      <w:r w:rsidRPr="000767E2">
        <w:rPr>
          <w:lang w:val="sv-SE"/>
        </w:rPr>
        <w:br/>
        <w:t>för alla folkslagen ska komma och tillbe inför dig.</w:t>
      </w:r>
      <w:r w:rsidRPr="000767E2">
        <w:rPr>
          <w:lang w:val="sv-SE"/>
        </w:rPr>
        <w:br/>
        <w:t>För dina rättfärdighetsdomar har trätt fram.”{{field-off:bible}}</w:t>
      </w:r>
    </w:p>
    <w:p w14:paraId="3D9C9804" w14:textId="77777777" w:rsidR="00BA33AB" w:rsidRPr="000767E2" w:rsidRDefault="00000000">
      <w:pPr>
        <w:pStyle w:val="Rubrik3"/>
        <w:rPr>
          <w:lang w:val="sv-SE"/>
        </w:rPr>
      </w:pPr>
      <w:r w:rsidRPr="000767E2">
        <w:rPr>
          <w:lang w:val="sv-SE"/>
        </w:rPr>
        <w:t>De sju sista plågorna</w:t>
      </w:r>
    </w:p>
    <w:p w14:paraId="3B809B09" w14:textId="3264798B" w:rsidR="00BA33AB" w:rsidRPr="000767E2" w:rsidRDefault="00000000">
      <w:pPr>
        <w:rPr>
          <w:lang w:val="sv-SE"/>
        </w:rPr>
      </w:pPr>
      <w:r w:rsidRPr="000767E2">
        <w:rPr>
          <w:lang w:val="sv-SE"/>
        </w:rPr>
        <w:t>[[@</w:t>
      </w:r>
      <w:r w:rsidR="0096445B" w:rsidRPr="000767E2">
        <w:rPr>
          <w:lang w:val="sv-SE"/>
        </w:rPr>
        <w:t>BibleBIBEL82</w:t>
      </w:r>
      <w:r w:rsidRPr="000767E2">
        <w:rPr>
          <w:lang w:val="sv-SE"/>
        </w:rPr>
        <w:t>:Rev 15:5]]</w:t>
      </w:r>
      <w:r w:rsidRPr="000767E2">
        <w:rPr>
          <w:vertAlign w:val="superscript"/>
          <w:lang w:val="sv-SE"/>
        </w:rPr>
        <w:t>5</w:t>
      </w:r>
      <w:r w:rsidRPr="000767E2">
        <w:rPr>
          <w:lang w:val="sv-SE"/>
        </w:rPr>
        <w:t xml:space="preserve"> {{field-on:bible}}Och efter detta såg jag, och </w:t>
      </w:r>
      <w:r w:rsidRPr="000767E2">
        <w:rPr>
          <w:i/>
          <w:lang w:val="sv-SE"/>
        </w:rPr>
        <w:t>nu</w:t>
      </w:r>
      <w:r w:rsidRPr="000767E2">
        <w:rPr>
          <w:lang w:val="sv-SE"/>
        </w:rPr>
        <w:t xml:space="preserve"> öppnades tempelbyggnaden med vittnesbördets tabernakel i himlen.{{field-off:bible}} [[@</w:t>
      </w:r>
      <w:r w:rsidR="0096445B" w:rsidRPr="000767E2">
        <w:rPr>
          <w:lang w:val="sv-SE"/>
        </w:rPr>
        <w:t>BibleBIBEL82</w:t>
      </w:r>
      <w:r w:rsidRPr="000767E2">
        <w:rPr>
          <w:lang w:val="sv-SE"/>
        </w:rPr>
        <w:t>:Rev 15:6]]</w:t>
      </w:r>
      <w:r w:rsidRPr="000767E2">
        <w:rPr>
          <w:vertAlign w:val="superscript"/>
          <w:lang w:val="sv-SE"/>
        </w:rPr>
        <w:t>6</w:t>
      </w:r>
      <w:r w:rsidRPr="000767E2">
        <w:rPr>
          <w:lang w:val="sv-SE"/>
        </w:rPr>
        <w:t xml:space="preserve"> {{field-on:bible}}Och ut kom de sju änglarna som hade de sju plågorna ur tempelbyggnaden, iklädda glänsande rent linne och ombältade runt bröstkorgarna </w:t>
      </w:r>
      <w:r w:rsidRPr="000767E2">
        <w:rPr>
          <w:i/>
          <w:lang w:val="sv-SE"/>
        </w:rPr>
        <w:t>med</w:t>
      </w:r>
      <w:r w:rsidRPr="000767E2">
        <w:rPr>
          <w:lang w:val="sv-SE"/>
        </w:rPr>
        <w:t xml:space="preserve"> bälten av guld.{{field-off:bible}} [[@</w:t>
      </w:r>
      <w:r w:rsidR="0096445B" w:rsidRPr="000767E2">
        <w:rPr>
          <w:lang w:val="sv-SE"/>
        </w:rPr>
        <w:t>BibleBIBEL82</w:t>
      </w:r>
      <w:r w:rsidRPr="000767E2">
        <w:rPr>
          <w:lang w:val="sv-SE"/>
        </w:rPr>
        <w:t>:Rev 15:7]]</w:t>
      </w:r>
      <w:r w:rsidRPr="000767E2">
        <w:rPr>
          <w:vertAlign w:val="superscript"/>
          <w:lang w:val="sv-SE"/>
        </w:rPr>
        <w:t>7</w:t>
      </w:r>
      <w:r w:rsidRPr="000767E2">
        <w:rPr>
          <w:lang w:val="sv-SE"/>
        </w:rPr>
        <w:t xml:space="preserve"> {{field-on:bible}}Och en av de fyra varelserna gav de sju änglarna sju skålar av guld, fulla av raseri från Gud som lever till eonernas eoner.{{field-off:bible}} [[@</w:t>
      </w:r>
      <w:r w:rsidR="0096445B" w:rsidRPr="000767E2">
        <w:rPr>
          <w:lang w:val="sv-SE"/>
        </w:rPr>
        <w:t>BibleBIBEL82</w:t>
      </w:r>
      <w:r w:rsidRPr="000767E2">
        <w:rPr>
          <w:lang w:val="sv-SE"/>
        </w:rPr>
        <w:t>:Rev 15:8]]</w:t>
      </w:r>
      <w:r w:rsidRPr="000767E2">
        <w:rPr>
          <w:vertAlign w:val="superscript"/>
          <w:lang w:val="sv-SE"/>
        </w:rPr>
        <w:t>8</w:t>
      </w:r>
      <w:r w:rsidRPr="000767E2">
        <w:rPr>
          <w:lang w:val="sv-SE"/>
        </w:rPr>
        <w:t xml:space="preserve"> {{field-on:bible}}Och tempelbyggnaden fylldes med rök av Guds härlighet och av hans makt, och ingen kunde gå in i tempelbyggnaden förrän de sju änglarnas sju plågor hade fullbordats.{{field-off:bible}}</w:t>
      </w:r>
    </w:p>
    <w:p w14:paraId="4FC869FB" w14:textId="7B286E7F"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16]]Kapitel 16</w:t>
      </w:r>
    </w:p>
    <w:p w14:paraId="5696A77C" w14:textId="55AA584C" w:rsidR="00BA33AB" w:rsidRPr="000767E2" w:rsidRDefault="00000000">
      <w:pPr>
        <w:rPr>
          <w:lang w:val="sv-SE"/>
        </w:rPr>
      </w:pPr>
      <w:r w:rsidRPr="000767E2">
        <w:rPr>
          <w:lang w:val="sv-SE"/>
        </w:rPr>
        <w:t>[[@</w:t>
      </w:r>
      <w:r w:rsidR="0096445B" w:rsidRPr="000767E2">
        <w:rPr>
          <w:lang w:val="sv-SE"/>
        </w:rPr>
        <w:t>BibleBIBEL82</w:t>
      </w:r>
      <w:r w:rsidRPr="000767E2">
        <w:rPr>
          <w:lang w:val="sv-SE"/>
        </w:rPr>
        <w:t>:Rev 16:1]]</w:t>
      </w:r>
      <w:r w:rsidRPr="000767E2">
        <w:rPr>
          <w:vertAlign w:val="superscript"/>
          <w:lang w:val="sv-SE"/>
        </w:rPr>
        <w:t>1</w:t>
      </w:r>
      <w:r w:rsidRPr="000767E2">
        <w:rPr>
          <w:lang w:val="sv-SE"/>
        </w:rPr>
        <w:t xml:space="preserve"> {{field-on:bible}}Och jag hörde en väldig röst från tempelbyggnaden som sade till de sju änglarna: ”Bege er och utgjut de sju skålarna med Guds raseri på jorden.”{{field-off:bible}}</w:t>
      </w:r>
    </w:p>
    <w:p w14:paraId="6CA43010" w14:textId="3D6E8362" w:rsidR="00BA33AB" w:rsidRPr="000767E2" w:rsidRDefault="00000000">
      <w:pPr>
        <w:rPr>
          <w:lang w:val="sv-SE"/>
        </w:rPr>
      </w:pPr>
      <w:r w:rsidRPr="000767E2">
        <w:rPr>
          <w:lang w:val="sv-SE"/>
        </w:rPr>
        <w:t>[[@</w:t>
      </w:r>
      <w:r w:rsidR="0096445B" w:rsidRPr="000767E2">
        <w:rPr>
          <w:lang w:val="sv-SE"/>
        </w:rPr>
        <w:t>BibleBIBEL82</w:t>
      </w:r>
      <w:r w:rsidRPr="000767E2">
        <w:rPr>
          <w:lang w:val="sv-SE"/>
        </w:rPr>
        <w:t>:Rev 16:2]]</w:t>
      </w:r>
      <w:r w:rsidRPr="000767E2">
        <w:rPr>
          <w:vertAlign w:val="superscript"/>
          <w:lang w:val="sv-SE"/>
        </w:rPr>
        <w:t>2</w:t>
      </w:r>
      <w:r w:rsidRPr="000767E2">
        <w:rPr>
          <w:lang w:val="sv-SE"/>
        </w:rPr>
        <w:t xml:space="preserve"> {{field-on:bible}}Och den förste gick iväg och utgöt sin skål på jorden. Och det kom ett ont och elakt varigt sår på de människor som hade vilddjurets märke och som tillbad dess bild.{{field-off:bible}}</w:t>
      </w:r>
    </w:p>
    <w:p w14:paraId="71D4C4DB" w14:textId="1B2F895F" w:rsidR="00BA33AB" w:rsidRPr="000767E2" w:rsidRDefault="00000000">
      <w:pPr>
        <w:rPr>
          <w:lang w:val="sv-SE"/>
        </w:rPr>
      </w:pPr>
      <w:r w:rsidRPr="000767E2">
        <w:rPr>
          <w:lang w:val="sv-SE"/>
        </w:rPr>
        <w:t>[[@</w:t>
      </w:r>
      <w:r w:rsidR="0096445B" w:rsidRPr="000767E2">
        <w:rPr>
          <w:lang w:val="sv-SE"/>
        </w:rPr>
        <w:t>BibleBIBEL82</w:t>
      </w:r>
      <w:r w:rsidRPr="000767E2">
        <w:rPr>
          <w:lang w:val="sv-SE"/>
        </w:rPr>
        <w:t>:Rev 16:3]]</w:t>
      </w:r>
      <w:r w:rsidRPr="000767E2">
        <w:rPr>
          <w:vertAlign w:val="superscript"/>
          <w:lang w:val="sv-SE"/>
        </w:rPr>
        <w:t>3</w:t>
      </w:r>
      <w:r w:rsidRPr="000767E2">
        <w:rPr>
          <w:lang w:val="sv-SE"/>
        </w:rPr>
        <w:t xml:space="preserve"> {{field-on:bible}}Och den andre utgöt sin skål i havet. Och det blev </w:t>
      </w:r>
      <w:r w:rsidRPr="000767E2">
        <w:rPr>
          <w:i/>
          <w:lang w:val="sv-SE"/>
        </w:rPr>
        <w:t>till</w:t>
      </w:r>
      <w:r w:rsidRPr="000767E2">
        <w:rPr>
          <w:lang w:val="sv-SE"/>
        </w:rPr>
        <w:t xml:space="preserve"> blod som från en död, och varje själ av liv dog </w:t>
      </w:r>
      <w:r w:rsidRPr="000767E2">
        <w:rPr>
          <w:i/>
          <w:lang w:val="sv-SE"/>
        </w:rPr>
        <w:t>som fanns</w:t>
      </w:r>
      <w:r w:rsidRPr="000767E2">
        <w:rPr>
          <w:lang w:val="sv-SE"/>
        </w:rPr>
        <w:t xml:space="preserve"> i havet.{{field-off:bible}}</w:t>
      </w:r>
    </w:p>
    <w:p w14:paraId="0A90E6E5" w14:textId="7B0B4283"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:Rev 16:4]]</w:t>
      </w:r>
      <w:r w:rsidRPr="000767E2">
        <w:rPr>
          <w:vertAlign w:val="superscript"/>
          <w:lang w:val="sv-SE"/>
        </w:rPr>
        <w:t>4</w:t>
      </w:r>
      <w:r w:rsidRPr="000767E2">
        <w:rPr>
          <w:lang w:val="sv-SE"/>
        </w:rPr>
        <w:t xml:space="preserve"> {{field-on:bible}}Och den tredje utgöt sin skål i floderna och vattenkällorna. Och de blev till blod,{{field-off:bible}} [[@</w:t>
      </w:r>
      <w:r w:rsidR="0096445B" w:rsidRPr="000767E2">
        <w:rPr>
          <w:lang w:val="sv-SE"/>
        </w:rPr>
        <w:t>BibleBIBEL82</w:t>
      </w:r>
      <w:r w:rsidRPr="000767E2">
        <w:rPr>
          <w:lang w:val="sv-SE"/>
        </w:rPr>
        <w:t>:Rev 16:5]]</w:t>
      </w:r>
      <w:r w:rsidRPr="000767E2">
        <w:rPr>
          <w:vertAlign w:val="superscript"/>
          <w:lang w:val="sv-SE"/>
        </w:rPr>
        <w:t>5</w:t>
      </w:r>
      <w:r w:rsidRPr="000767E2">
        <w:rPr>
          <w:lang w:val="sv-SE"/>
        </w:rPr>
        <w:t xml:space="preserve"> {{field-on:bible}}och jag hörde vattnens ängel säga:{{field-off:bible}}</w:t>
      </w:r>
    </w:p>
    <w:p w14:paraId="73F690DE" w14:textId="75D31FA1" w:rsidR="00BA33AB" w:rsidRPr="000767E2" w:rsidRDefault="00000000">
      <w:pPr>
        <w:rPr>
          <w:lang w:val="sv-SE"/>
        </w:rPr>
      </w:pPr>
      <w:r w:rsidRPr="000767E2">
        <w:rPr>
          <w:lang w:val="sv-SE"/>
        </w:rPr>
        <w:t xml:space="preserve">{{field-on:bible}}”Rättfärdig är du som är och </w:t>
      </w:r>
      <w:r w:rsidRPr="000767E2">
        <w:rPr>
          <w:i/>
          <w:lang w:val="sv-SE"/>
        </w:rPr>
        <w:t>som</w:t>
      </w:r>
      <w:r w:rsidRPr="000767E2">
        <w:rPr>
          <w:lang w:val="sv-SE"/>
        </w:rPr>
        <w:t xml:space="preserve"> var, </w:t>
      </w:r>
      <w:r w:rsidRPr="000767E2">
        <w:rPr>
          <w:i/>
          <w:lang w:val="sv-SE"/>
        </w:rPr>
        <w:t>du</w:t>
      </w:r>
      <w:r w:rsidRPr="000767E2">
        <w:rPr>
          <w:lang w:val="sv-SE"/>
        </w:rPr>
        <w:t xml:space="preserve"> Gudlige,</w:t>
      </w:r>
      <w:r w:rsidRPr="000767E2">
        <w:rPr>
          <w:lang w:val="sv-SE"/>
        </w:rPr>
        <w:br/>
        <w:t>för att du dömt detta.{{field-off:bible}}</w:t>
      </w:r>
      <w:r w:rsidRPr="000767E2">
        <w:rPr>
          <w:lang w:val="sv-SE"/>
        </w:rPr>
        <w:br/>
        <w:t>[[@</w:t>
      </w:r>
      <w:r w:rsidR="0096445B" w:rsidRPr="000767E2">
        <w:rPr>
          <w:lang w:val="sv-SE"/>
        </w:rPr>
        <w:t>BibleBIBEL82</w:t>
      </w:r>
      <w:r w:rsidRPr="000767E2">
        <w:rPr>
          <w:lang w:val="sv-SE"/>
        </w:rPr>
        <w:t>:Rev 16:6]]</w:t>
      </w:r>
      <w:r w:rsidRPr="000767E2">
        <w:rPr>
          <w:vertAlign w:val="superscript"/>
          <w:lang w:val="sv-SE"/>
        </w:rPr>
        <w:t>6</w:t>
      </w:r>
      <w:r w:rsidRPr="000767E2">
        <w:rPr>
          <w:lang w:val="sv-SE"/>
        </w:rPr>
        <w:t xml:space="preserve"> {{field-on:bible}}För blod av heliga och profeter har de utgjutit,</w:t>
      </w:r>
      <w:r w:rsidRPr="000767E2">
        <w:rPr>
          <w:lang w:val="sv-SE"/>
        </w:rPr>
        <w:br/>
        <w:t>och blod har du gett dem att dricka.</w:t>
      </w:r>
      <w:r w:rsidRPr="000767E2">
        <w:rPr>
          <w:lang w:val="sv-SE"/>
        </w:rPr>
        <w:br/>
        <w:t xml:space="preserve">De är värda </w:t>
      </w:r>
      <w:r w:rsidRPr="000767E2">
        <w:rPr>
          <w:i/>
          <w:lang w:val="sv-SE"/>
        </w:rPr>
        <w:t>det</w:t>
      </w:r>
      <w:r w:rsidRPr="000767E2">
        <w:rPr>
          <w:lang w:val="sv-SE"/>
        </w:rPr>
        <w:t>.”{{field-off:bible}}</w:t>
      </w:r>
    </w:p>
    <w:p w14:paraId="55207EE5" w14:textId="7C71CA63" w:rsidR="00BA33AB" w:rsidRPr="000767E2" w:rsidRDefault="00000000">
      <w:pPr>
        <w:rPr>
          <w:lang w:val="sv-SE"/>
        </w:rPr>
      </w:pPr>
      <w:r w:rsidRPr="000767E2">
        <w:rPr>
          <w:lang w:val="sv-SE"/>
        </w:rPr>
        <w:t>[[@</w:t>
      </w:r>
      <w:r w:rsidR="0096445B" w:rsidRPr="000767E2">
        <w:rPr>
          <w:lang w:val="sv-SE"/>
        </w:rPr>
        <w:t>BibleBIBEL82</w:t>
      </w:r>
      <w:r w:rsidRPr="000767E2">
        <w:rPr>
          <w:lang w:val="sv-SE"/>
        </w:rPr>
        <w:t>:Rev 16:7]]</w:t>
      </w:r>
      <w:r w:rsidRPr="000767E2">
        <w:rPr>
          <w:vertAlign w:val="superscript"/>
          <w:lang w:val="sv-SE"/>
        </w:rPr>
        <w:t>7</w:t>
      </w:r>
      <w:r w:rsidRPr="000767E2">
        <w:rPr>
          <w:lang w:val="sv-SE"/>
        </w:rPr>
        <w:t xml:space="preserve"> {{field-on:bible}}Och jag hörde altaret säga: ”Ja, Herre Gud Allhärskare. Sannfärdiga och rättfärdiga </w:t>
      </w:r>
      <w:r w:rsidRPr="000767E2">
        <w:rPr>
          <w:i/>
          <w:lang w:val="sv-SE"/>
        </w:rPr>
        <w:t>är</w:t>
      </w:r>
      <w:r w:rsidRPr="000767E2">
        <w:rPr>
          <w:lang w:val="sv-SE"/>
        </w:rPr>
        <w:t xml:space="preserve"> dina domar.”{{field-off:bible}}</w:t>
      </w:r>
    </w:p>
    <w:p w14:paraId="5AB106E8" w14:textId="23684FA7" w:rsidR="00BA33AB" w:rsidRPr="000767E2" w:rsidRDefault="00000000">
      <w:pPr>
        <w:rPr>
          <w:lang w:val="sv-SE"/>
        </w:rPr>
      </w:pPr>
      <w:r w:rsidRPr="000767E2">
        <w:rPr>
          <w:lang w:val="sv-SE"/>
        </w:rPr>
        <w:t>[[@</w:t>
      </w:r>
      <w:r w:rsidR="0096445B" w:rsidRPr="000767E2">
        <w:rPr>
          <w:lang w:val="sv-SE"/>
        </w:rPr>
        <w:t>BibleBIBEL82</w:t>
      </w:r>
      <w:r w:rsidRPr="000767E2">
        <w:rPr>
          <w:lang w:val="sv-SE"/>
        </w:rPr>
        <w:t>:Rev 16:8]]</w:t>
      </w:r>
      <w:r w:rsidRPr="000767E2">
        <w:rPr>
          <w:vertAlign w:val="superscript"/>
          <w:lang w:val="sv-SE"/>
        </w:rPr>
        <w:t>8</w:t>
      </w:r>
      <w:r w:rsidRPr="000767E2">
        <w:rPr>
          <w:lang w:val="sv-SE"/>
        </w:rPr>
        <w:t xml:space="preserve"> {{field-on:bible}}Och den fjärde utgöt sin skål över solen. Och åt den gavs att sveda människorna med eld,{{field-off:bible}} [[@</w:t>
      </w:r>
      <w:r w:rsidR="0096445B" w:rsidRPr="000767E2">
        <w:rPr>
          <w:lang w:val="sv-SE"/>
        </w:rPr>
        <w:t>BibleBIBEL82</w:t>
      </w:r>
      <w:r w:rsidRPr="000767E2">
        <w:rPr>
          <w:lang w:val="sv-SE"/>
        </w:rPr>
        <w:t>:Rev 16:9]]</w:t>
      </w:r>
      <w:r w:rsidRPr="000767E2">
        <w:rPr>
          <w:vertAlign w:val="superscript"/>
          <w:lang w:val="sv-SE"/>
        </w:rPr>
        <w:t>9</w:t>
      </w:r>
      <w:r w:rsidRPr="000767E2">
        <w:rPr>
          <w:lang w:val="sv-SE"/>
        </w:rPr>
        <w:t xml:space="preserve"> {{field-on:bible}}och människorna sveddes </w:t>
      </w:r>
      <w:r w:rsidRPr="000767E2">
        <w:rPr>
          <w:i/>
          <w:lang w:val="sv-SE"/>
        </w:rPr>
        <w:t>av</w:t>
      </w:r>
      <w:r w:rsidRPr="000767E2">
        <w:rPr>
          <w:lang w:val="sv-SE"/>
        </w:rPr>
        <w:t xml:space="preserve"> väldig hetta och hädade Guds namn, </w:t>
      </w:r>
      <w:r w:rsidRPr="000767E2">
        <w:rPr>
          <w:i/>
          <w:lang w:val="sv-SE"/>
        </w:rPr>
        <w:t>han</w:t>
      </w:r>
      <w:r w:rsidRPr="000767E2">
        <w:rPr>
          <w:lang w:val="sv-SE"/>
        </w:rPr>
        <w:t xml:space="preserve"> som har auktoriteten över dessa plågor. Och de ändrade inte sinne till att ge honom ära.{{field-off:bible}}</w:t>
      </w:r>
    </w:p>
    <w:p w14:paraId="5462EBD0" w14:textId="0B7A2133" w:rsidR="00BA33AB" w:rsidRPr="000767E2" w:rsidRDefault="00000000">
      <w:pPr>
        <w:rPr>
          <w:lang w:val="sv-SE"/>
        </w:rPr>
      </w:pPr>
      <w:r w:rsidRPr="000767E2">
        <w:rPr>
          <w:lang w:val="sv-SE"/>
        </w:rPr>
        <w:t>[[@</w:t>
      </w:r>
      <w:r w:rsidR="0096445B" w:rsidRPr="000767E2">
        <w:rPr>
          <w:lang w:val="sv-SE"/>
        </w:rPr>
        <w:t>BibleBIBEL82</w:t>
      </w:r>
      <w:r w:rsidRPr="000767E2">
        <w:rPr>
          <w:lang w:val="sv-SE"/>
        </w:rPr>
        <w:t>:Rev 16:10]]</w:t>
      </w:r>
      <w:r w:rsidRPr="000767E2">
        <w:rPr>
          <w:vertAlign w:val="superscript"/>
          <w:lang w:val="sv-SE"/>
        </w:rPr>
        <w:t>10</w:t>
      </w:r>
      <w:r w:rsidRPr="000767E2">
        <w:rPr>
          <w:lang w:val="sv-SE"/>
        </w:rPr>
        <w:t xml:space="preserve"> {{field-on:bible}}Och den femte utgöt sin skål över vilddjurets tron. Och dess rike blev förmörkat, och de gnagde sina tungor av smärtan{{field-off:bible}} [[@</w:t>
      </w:r>
      <w:r w:rsidR="0096445B" w:rsidRPr="000767E2">
        <w:rPr>
          <w:lang w:val="sv-SE"/>
        </w:rPr>
        <w:t>BibleBIBEL82</w:t>
      </w:r>
      <w:r w:rsidRPr="000767E2">
        <w:rPr>
          <w:lang w:val="sv-SE"/>
        </w:rPr>
        <w:t>:Rev 16:11]]</w:t>
      </w:r>
      <w:r w:rsidRPr="000767E2">
        <w:rPr>
          <w:vertAlign w:val="superscript"/>
          <w:lang w:val="sv-SE"/>
        </w:rPr>
        <w:t>11</w:t>
      </w:r>
      <w:r w:rsidRPr="000767E2">
        <w:rPr>
          <w:lang w:val="sv-SE"/>
        </w:rPr>
        <w:t xml:space="preserve"> {{field-on:bible}}och hädade himlens Gud av sina smärtor och av sina variga sår. Och de ändrade inte sinne från sina gärningar.{{field-off:bible}}</w:t>
      </w:r>
    </w:p>
    <w:p w14:paraId="71FD7C3A" w14:textId="6C141621" w:rsidR="00BA33AB" w:rsidRPr="000767E2" w:rsidRDefault="00000000">
      <w:pPr>
        <w:rPr>
          <w:lang w:val="sv-SE"/>
        </w:rPr>
      </w:pPr>
      <w:r w:rsidRPr="000767E2">
        <w:rPr>
          <w:lang w:val="sv-SE"/>
        </w:rPr>
        <w:t>[[@</w:t>
      </w:r>
      <w:r w:rsidR="0096445B" w:rsidRPr="000767E2">
        <w:rPr>
          <w:lang w:val="sv-SE"/>
        </w:rPr>
        <w:t>BibleBIBEL82</w:t>
      </w:r>
      <w:r w:rsidRPr="000767E2">
        <w:rPr>
          <w:lang w:val="sv-SE"/>
        </w:rPr>
        <w:t>:Rev 16:12]]</w:t>
      </w:r>
      <w:r w:rsidRPr="000767E2">
        <w:rPr>
          <w:vertAlign w:val="superscript"/>
          <w:lang w:val="sv-SE"/>
        </w:rPr>
        <w:t>12</w:t>
      </w:r>
      <w:r w:rsidRPr="000767E2">
        <w:rPr>
          <w:lang w:val="sv-SE"/>
        </w:rPr>
        <w:t xml:space="preserve"> {{field-on:bible}}Och den sjätte utgöt sin skål över den stora floden Eufrat. Och dess vatten torkade ut, så att vägen bereddes för kungarna från solens uppgång.{{field-off:bible}} [[@</w:t>
      </w:r>
      <w:r w:rsidR="0096445B" w:rsidRPr="000767E2">
        <w:rPr>
          <w:lang w:val="sv-SE"/>
        </w:rPr>
        <w:t>BibleBIBEL82</w:t>
      </w:r>
      <w:r w:rsidRPr="000767E2">
        <w:rPr>
          <w:lang w:val="sv-SE"/>
        </w:rPr>
        <w:t>:Rev 16:13]]</w:t>
      </w:r>
      <w:r w:rsidRPr="000767E2">
        <w:rPr>
          <w:vertAlign w:val="superscript"/>
          <w:lang w:val="sv-SE"/>
        </w:rPr>
        <w:t>13</w:t>
      </w:r>
      <w:r w:rsidRPr="000767E2">
        <w:rPr>
          <w:lang w:val="sv-SE"/>
        </w:rPr>
        <w:t xml:space="preserve"> {{field-on:bible}}Och jag såg ur drakens mun och ur vilddjurets mun och ur den falske profetens mun tre orena andar, som paddor.{{field-off:bible}} [[@</w:t>
      </w:r>
      <w:r w:rsidR="0096445B" w:rsidRPr="000767E2">
        <w:rPr>
          <w:lang w:val="sv-SE"/>
        </w:rPr>
        <w:t>BibleBIBEL82</w:t>
      </w:r>
      <w:r w:rsidRPr="000767E2">
        <w:rPr>
          <w:lang w:val="sv-SE"/>
        </w:rPr>
        <w:t>:Rev 16:14]]</w:t>
      </w:r>
      <w:r w:rsidRPr="000767E2">
        <w:rPr>
          <w:vertAlign w:val="superscript"/>
          <w:lang w:val="sv-SE"/>
        </w:rPr>
        <w:t>14</w:t>
      </w:r>
      <w:r w:rsidRPr="000767E2">
        <w:rPr>
          <w:lang w:val="sv-SE"/>
        </w:rPr>
        <w:t xml:space="preserve"> {{field-on:bible}}För de är demoners andar som gör tecken, som går ut till kungarna i hela den bebodda </w:t>
      </w:r>
      <w:r w:rsidRPr="000767E2">
        <w:rPr>
          <w:i/>
          <w:lang w:val="sv-SE"/>
        </w:rPr>
        <w:t>världen</w:t>
      </w:r>
      <w:r w:rsidRPr="000767E2">
        <w:rPr>
          <w:lang w:val="sv-SE"/>
        </w:rPr>
        <w:t xml:space="preserve"> </w:t>
      </w:r>
      <w:r w:rsidRPr="000767E2">
        <w:rPr>
          <w:i/>
          <w:lang w:val="sv-SE"/>
        </w:rPr>
        <w:t>för</w:t>
      </w:r>
      <w:r w:rsidRPr="000767E2">
        <w:rPr>
          <w:lang w:val="sv-SE"/>
        </w:rPr>
        <w:t xml:space="preserve"> att samla dem till kriget på Gud Allhärskarens stora dag.{{field-off:bible}} [[@</w:t>
      </w:r>
      <w:r w:rsidR="0096445B" w:rsidRPr="000767E2">
        <w:rPr>
          <w:lang w:val="sv-SE"/>
        </w:rPr>
        <w:t>BibleBIBEL82</w:t>
      </w:r>
      <w:r w:rsidRPr="000767E2">
        <w:rPr>
          <w:lang w:val="sv-SE"/>
        </w:rPr>
        <w:t>:Rev 16:15]]</w:t>
      </w:r>
      <w:r w:rsidRPr="000767E2">
        <w:rPr>
          <w:vertAlign w:val="superscript"/>
          <w:lang w:val="sv-SE"/>
        </w:rPr>
        <w:t>15</w:t>
      </w:r>
      <w:r w:rsidRPr="000767E2">
        <w:rPr>
          <w:lang w:val="sv-SE"/>
        </w:rPr>
        <w:t xml:space="preserve"> {{field-on:bible}}”Se, jag kommer som en tjuv. Salig den som är vaken och bevarar sina kläder, så att han inte vandrar naken och man ser hans oanständighet.”{{field-off:bible}} [[@</w:t>
      </w:r>
      <w:r w:rsidR="0096445B" w:rsidRPr="000767E2">
        <w:rPr>
          <w:lang w:val="sv-SE"/>
        </w:rPr>
        <w:t>BibleBIBEL82</w:t>
      </w:r>
      <w:r w:rsidRPr="000767E2">
        <w:rPr>
          <w:lang w:val="sv-SE"/>
        </w:rPr>
        <w:t>:Rev 16:16]]</w:t>
      </w:r>
      <w:r w:rsidRPr="000767E2">
        <w:rPr>
          <w:vertAlign w:val="superscript"/>
          <w:lang w:val="sv-SE"/>
        </w:rPr>
        <w:t>16</w:t>
      </w:r>
      <w:r w:rsidRPr="000767E2">
        <w:rPr>
          <w:lang w:val="sv-SE"/>
        </w:rPr>
        <w:t xml:space="preserve"> {{field-on:bible}}Och de samlade dem till den plats som kallas på hebreiska Harmagedon.{{field-off:bible}}</w:t>
      </w:r>
    </w:p>
    <w:p w14:paraId="2493ABF7" w14:textId="77777777" w:rsidR="00BA33AB" w:rsidRPr="000767E2" w:rsidRDefault="00000000">
      <w:pPr>
        <w:pStyle w:val="Rubrik3"/>
        <w:rPr>
          <w:lang w:val="sv-SE"/>
        </w:rPr>
      </w:pPr>
      <w:r w:rsidRPr="000767E2">
        <w:rPr>
          <w:lang w:val="sv-SE"/>
        </w:rPr>
        <w:t>Den sjunde skålen</w:t>
      </w:r>
    </w:p>
    <w:p w14:paraId="5038F5FA" w14:textId="4F9113B6" w:rsidR="00BA33AB" w:rsidRPr="000767E2" w:rsidRDefault="00000000">
      <w:pPr>
        <w:rPr>
          <w:lang w:val="sv-SE"/>
        </w:rPr>
      </w:pPr>
      <w:r w:rsidRPr="000767E2">
        <w:rPr>
          <w:lang w:val="sv-SE"/>
        </w:rPr>
        <w:t>[[@</w:t>
      </w:r>
      <w:r w:rsidR="0096445B" w:rsidRPr="000767E2">
        <w:rPr>
          <w:lang w:val="sv-SE"/>
        </w:rPr>
        <w:t>BibleBIBEL82</w:t>
      </w:r>
      <w:r w:rsidRPr="000767E2">
        <w:rPr>
          <w:lang w:val="sv-SE"/>
        </w:rPr>
        <w:t>:Rev 16:17]]</w:t>
      </w:r>
      <w:r w:rsidRPr="000767E2">
        <w:rPr>
          <w:vertAlign w:val="superscript"/>
          <w:lang w:val="sv-SE"/>
        </w:rPr>
        <w:t>17</w:t>
      </w:r>
      <w:r w:rsidRPr="000767E2">
        <w:rPr>
          <w:lang w:val="sv-SE"/>
        </w:rPr>
        <w:t xml:space="preserve"> {{field-on:bible}}Och den sjunde utgöt sin skål över luften. Och </w:t>
      </w:r>
      <w:r w:rsidRPr="000767E2">
        <w:rPr>
          <w:i/>
          <w:lang w:val="sv-SE"/>
        </w:rPr>
        <w:t>det</w:t>
      </w:r>
      <w:r w:rsidRPr="000767E2">
        <w:rPr>
          <w:lang w:val="sv-SE"/>
        </w:rPr>
        <w:t xml:space="preserve"> utgick en väldig röst ur tempelbyggnaden från tronen som sade: ”Det har skett.”{{field-off:bible}} [[@</w:t>
      </w:r>
      <w:r w:rsidR="0096445B" w:rsidRPr="000767E2">
        <w:rPr>
          <w:lang w:val="sv-SE"/>
        </w:rPr>
        <w:t>BibleBIBEL82</w:t>
      </w:r>
      <w:r w:rsidRPr="000767E2">
        <w:rPr>
          <w:lang w:val="sv-SE"/>
        </w:rPr>
        <w:t>:Rev 16:18]]</w:t>
      </w:r>
      <w:r w:rsidRPr="000767E2">
        <w:rPr>
          <w:vertAlign w:val="superscript"/>
          <w:lang w:val="sv-SE"/>
        </w:rPr>
        <w:t>18</w:t>
      </w:r>
      <w:r w:rsidRPr="000767E2">
        <w:rPr>
          <w:lang w:val="sv-SE"/>
        </w:rPr>
        <w:t xml:space="preserve"> {{field-on:bible}}Och det blev blixtar och röster och åskor, och det blev en stor jordbävning, en sådan som inte har varit från det att människor blev till på jorden – en så stor jordbävning, så väldig.{{field-off:bible}} [[@</w:t>
      </w:r>
      <w:r w:rsidR="0096445B" w:rsidRPr="000767E2">
        <w:rPr>
          <w:lang w:val="sv-SE"/>
        </w:rPr>
        <w:t>BibleBIBEL82</w:t>
      </w:r>
      <w:r w:rsidRPr="000767E2">
        <w:rPr>
          <w:lang w:val="sv-SE"/>
        </w:rPr>
        <w:t>:Rev 16:19]]</w:t>
      </w:r>
      <w:r w:rsidRPr="000767E2">
        <w:rPr>
          <w:vertAlign w:val="superscript"/>
          <w:lang w:val="sv-SE"/>
        </w:rPr>
        <w:t>19</w:t>
      </w:r>
      <w:r w:rsidRPr="000767E2">
        <w:rPr>
          <w:lang w:val="sv-SE"/>
        </w:rPr>
        <w:t xml:space="preserve"> {{field-on:bible}}Och den stora staden blev till tre delar, och folkslagens städer föll. Och det stora Babylon blev ihågkommet inför Gud, att ge henne bägaren med hans vredesraseris vin.{{field-off:bible}} [[@</w:t>
      </w:r>
      <w:r w:rsidR="0096445B" w:rsidRPr="000767E2">
        <w:rPr>
          <w:lang w:val="sv-SE"/>
        </w:rPr>
        <w:t>BibleBIBEL82</w:t>
      </w:r>
      <w:r w:rsidRPr="000767E2">
        <w:rPr>
          <w:lang w:val="sv-SE"/>
        </w:rPr>
        <w:t>:Rev 16:20]]</w:t>
      </w:r>
      <w:r w:rsidRPr="000767E2">
        <w:rPr>
          <w:vertAlign w:val="superscript"/>
          <w:lang w:val="sv-SE"/>
        </w:rPr>
        <w:t>20</w:t>
      </w:r>
      <w:r w:rsidRPr="000767E2">
        <w:rPr>
          <w:lang w:val="sv-SE"/>
        </w:rPr>
        <w:t xml:space="preserve"> {{field-on:bible}}Och varje ö flydde, och berg fanns inte </w:t>
      </w:r>
      <w:r w:rsidRPr="000767E2">
        <w:rPr>
          <w:i/>
          <w:lang w:val="sv-SE"/>
        </w:rPr>
        <w:t>mer</w:t>
      </w:r>
      <w:r w:rsidRPr="000767E2">
        <w:rPr>
          <w:lang w:val="sv-SE"/>
        </w:rPr>
        <w:t>.{{field-off:bible}} [[@</w:t>
      </w:r>
      <w:r w:rsidR="0096445B" w:rsidRPr="000767E2">
        <w:rPr>
          <w:lang w:val="sv-SE"/>
        </w:rPr>
        <w:t>BibleBIBEL82</w:t>
      </w:r>
      <w:r w:rsidRPr="000767E2">
        <w:rPr>
          <w:lang w:val="sv-SE"/>
        </w:rPr>
        <w:t>:Rev 16:21]]</w:t>
      </w:r>
      <w:r w:rsidRPr="000767E2">
        <w:rPr>
          <w:vertAlign w:val="superscript"/>
          <w:lang w:val="sv-SE"/>
        </w:rPr>
        <w:t>21</w:t>
      </w:r>
      <w:r w:rsidRPr="000767E2">
        <w:rPr>
          <w:lang w:val="sv-SE"/>
        </w:rPr>
        <w:t xml:space="preserve"> {{field-</w:t>
      </w:r>
      <w:r w:rsidRPr="000767E2">
        <w:rPr>
          <w:lang w:val="sv-SE"/>
        </w:rPr>
        <w:lastRenderedPageBreak/>
        <w:t>on:bible}}Och stort hagel, som talenttungt, kommer ner från himlen över människorna. Och människorna hädade Gud av hagelplågan, för dess plåga är mycket stor.{{field-off:bible}}</w:t>
      </w:r>
    </w:p>
    <w:p w14:paraId="34414A18" w14:textId="2E05D9E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17]]Kapitel 17</w:t>
      </w:r>
    </w:p>
    <w:p w14:paraId="47C43F21" w14:textId="77777777" w:rsidR="00BA33AB" w:rsidRPr="000767E2" w:rsidRDefault="00000000">
      <w:pPr>
        <w:pStyle w:val="Rubrik3"/>
        <w:rPr>
          <w:lang w:val="sv-SE"/>
        </w:rPr>
      </w:pPr>
      <w:r w:rsidRPr="000767E2">
        <w:rPr>
          <w:lang w:val="sv-SE"/>
        </w:rPr>
        <w:t>Domen över den stora skökan</w:t>
      </w:r>
    </w:p>
    <w:p w14:paraId="4EB6A89C" w14:textId="581DC94F" w:rsidR="00BA33AB" w:rsidRPr="000767E2" w:rsidRDefault="00000000">
      <w:pPr>
        <w:rPr>
          <w:lang w:val="sv-SE"/>
        </w:rPr>
      </w:pPr>
      <w:r w:rsidRPr="000767E2">
        <w:rPr>
          <w:lang w:val="sv-SE"/>
        </w:rPr>
        <w:t>[[@</w:t>
      </w:r>
      <w:r w:rsidR="0096445B" w:rsidRPr="000767E2">
        <w:rPr>
          <w:lang w:val="sv-SE"/>
        </w:rPr>
        <w:t>BibleBIBEL82</w:t>
      </w:r>
      <w:r w:rsidRPr="000767E2">
        <w:rPr>
          <w:lang w:val="sv-SE"/>
        </w:rPr>
        <w:t>:Rev 17:1]]</w:t>
      </w:r>
      <w:r w:rsidRPr="000767E2">
        <w:rPr>
          <w:vertAlign w:val="superscript"/>
          <w:lang w:val="sv-SE"/>
        </w:rPr>
        <w:t>1</w:t>
      </w:r>
      <w:r w:rsidRPr="000767E2">
        <w:rPr>
          <w:lang w:val="sv-SE"/>
        </w:rPr>
        <w:t xml:space="preserve"> {{field-on:bible}}Och </w:t>
      </w:r>
      <w:r w:rsidRPr="000767E2">
        <w:rPr>
          <w:i/>
          <w:lang w:val="sv-SE"/>
        </w:rPr>
        <w:t>sedan</w:t>
      </w:r>
      <w:r w:rsidRPr="000767E2">
        <w:rPr>
          <w:lang w:val="sv-SE"/>
        </w:rPr>
        <w:t xml:space="preserve"> kom en av de sju änglarna som hade de sju skålarna och talade med mig och sade: ”Kom, jag ska visa dig domen över den stora skökan som sitter på stora vatten.{{field-off:bible}} [[@</w:t>
      </w:r>
      <w:r w:rsidR="0096445B" w:rsidRPr="000767E2">
        <w:rPr>
          <w:lang w:val="sv-SE"/>
        </w:rPr>
        <w:t>BibleBIBEL82</w:t>
      </w:r>
      <w:r w:rsidRPr="000767E2">
        <w:rPr>
          <w:lang w:val="sv-SE"/>
        </w:rPr>
        <w:t>:Rev 17:2]]</w:t>
      </w:r>
      <w:r w:rsidRPr="000767E2">
        <w:rPr>
          <w:vertAlign w:val="superscript"/>
          <w:lang w:val="sv-SE"/>
        </w:rPr>
        <w:t>2</w:t>
      </w:r>
      <w:r w:rsidRPr="000767E2">
        <w:rPr>
          <w:lang w:val="sv-SE"/>
        </w:rPr>
        <w:t xml:space="preserve"> {{field-on:bible}}Med henne har jordens kungar begått otukt, och de som bor på jorden har berusat sig av hennes otukts vin.”{{field-off:bible}}</w:t>
      </w:r>
    </w:p>
    <w:p w14:paraId="506F376C" w14:textId="12970324" w:rsidR="00BA33AB" w:rsidRPr="000767E2" w:rsidRDefault="00000000">
      <w:pPr>
        <w:rPr>
          <w:lang w:val="sv-SE"/>
        </w:rPr>
      </w:pPr>
      <w:r w:rsidRPr="000767E2">
        <w:rPr>
          <w:lang w:val="sv-SE"/>
        </w:rPr>
        <w:t>[[@</w:t>
      </w:r>
      <w:r w:rsidR="0096445B" w:rsidRPr="000767E2">
        <w:rPr>
          <w:lang w:val="sv-SE"/>
        </w:rPr>
        <w:t>BibleBIBEL82</w:t>
      </w:r>
      <w:r w:rsidRPr="000767E2">
        <w:rPr>
          <w:lang w:val="sv-SE"/>
        </w:rPr>
        <w:t>:Rev 17:3]]</w:t>
      </w:r>
      <w:r w:rsidRPr="000767E2">
        <w:rPr>
          <w:vertAlign w:val="superscript"/>
          <w:lang w:val="sv-SE"/>
        </w:rPr>
        <w:t>3</w:t>
      </w:r>
      <w:r w:rsidRPr="000767E2">
        <w:rPr>
          <w:lang w:val="sv-SE"/>
        </w:rPr>
        <w:t xml:space="preserve"> {{field-on:bible}}Och han förde bort mig till en ödemark i Ande. Och jag såg en kvinna sittande på ett scharlakansrött vilddjur, fullt av hädelsenamn, som hade sju huvuden och tio horn.{{field-off:bible}} [[@</w:t>
      </w:r>
      <w:r w:rsidR="0096445B" w:rsidRPr="000767E2">
        <w:rPr>
          <w:lang w:val="sv-SE"/>
        </w:rPr>
        <w:t>BibleBIBEL82</w:t>
      </w:r>
      <w:r w:rsidRPr="000767E2">
        <w:rPr>
          <w:lang w:val="sv-SE"/>
        </w:rPr>
        <w:t>:Rev 17:4]]</w:t>
      </w:r>
      <w:r w:rsidRPr="000767E2">
        <w:rPr>
          <w:vertAlign w:val="superscript"/>
          <w:lang w:val="sv-SE"/>
        </w:rPr>
        <w:t>4</w:t>
      </w:r>
      <w:r w:rsidRPr="000767E2">
        <w:rPr>
          <w:lang w:val="sv-SE"/>
        </w:rPr>
        <w:t xml:space="preserve"> {{field-on:bible}}Och kvinnan var klädd i purpur och scharlakan och förgylld med guld och ädelsten och pärlor, och hade en bägare av guld i sin hand, full av skändligheter och orenheterna från hennes otukt.{{field-off:bible}} [[@</w:t>
      </w:r>
      <w:r w:rsidR="0096445B" w:rsidRPr="000767E2">
        <w:rPr>
          <w:lang w:val="sv-SE"/>
        </w:rPr>
        <w:t>BibleBIBEL82</w:t>
      </w:r>
      <w:r w:rsidRPr="000767E2">
        <w:rPr>
          <w:lang w:val="sv-SE"/>
        </w:rPr>
        <w:t>:Rev 17:5]]</w:t>
      </w:r>
      <w:r w:rsidRPr="000767E2">
        <w:rPr>
          <w:vertAlign w:val="superscript"/>
          <w:lang w:val="sv-SE"/>
        </w:rPr>
        <w:t>5</w:t>
      </w:r>
      <w:r w:rsidRPr="000767E2">
        <w:rPr>
          <w:lang w:val="sv-SE"/>
        </w:rPr>
        <w:t xml:space="preserve"> {{field-on:bible}}Och på hennes panna </w:t>
      </w:r>
      <w:r w:rsidRPr="000767E2">
        <w:rPr>
          <w:i/>
          <w:lang w:val="sv-SE"/>
        </w:rPr>
        <w:t>var</w:t>
      </w:r>
      <w:r w:rsidRPr="000767E2">
        <w:rPr>
          <w:lang w:val="sv-SE"/>
        </w:rPr>
        <w:t xml:space="preserve"> ett namn skrivet, ett mysterium: ”Babylon den stora, modern till jordens skökor och skändligheter.”{{field-off:bible}}</w:t>
      </w:r>
    </w:p>
    <w:p w14:paraId="55AE0067" w14:textId="74FE75E2" w:rsidR="00BA33AB" w:rsidRPr="000767E2" w:rsidRDefault="00000000">
      <w:pPr>
        <w:rPr>
          <w:lang w:val="sv-SE"/>
        </w:rPr>
      </w:pPr>
      <w:r w:rsidRPr="000767E2">
        <w:rPr>
          <w:lang w:val="sv-SE"/>
        </w:rPr>
        <w:t>[[@</w:t>
      </w:r>
      <w:r w:rsidR="0096445B" w:rsidRPr="000767E2">
        <w:rPr>
          <w:lang w:val="sv-SE"/>
        </w:rPr>
        <w:t>BibleBIBEL82</w:t>
      </w:r>
      <w:r w:rsidRPr="000767E2">
        <w:rPr>
          <w:lang w:val="sv-SE"/>
        </w:rPr>
        <w:t>:Rev 17:6]]</w:t>
      </w:r>
      <w:r w:rsidRPr="000767E2">
        <w:rPr>
          <w:vertAlign w:val="superscript"/>
          <w:lang w:val="sv-SE"/>
        </w:rPr>
        <w:t>6</w:t>
      </w:r>
      <w:r w:rsidRPr="000767E2">
        <w:rPr>
          <w:lang w:val="sv-SE"/>
        </w:rPr>
        <w:t xml:space="preserve"> {{field-on:bible}}Och jag såg kvinnan berusad av de heligas blod och av Jesu vittnens blod. Och jag blev förundrad när jag såg henne, </w:t>
      </w:r>
      <w:r w:rsidRPr="000767E2">
        <w:rPr>
          <w:i/>
          <w:lang w:val="sv-SE"/>
        </w:rPr>
        <w:t>med</w:t>
      </w:r>
      <w:r w:rsidRPr="000767E2">
        <w:rPr>
          <w:lang w:val="sv-SE"/>
        </w:rPr>
        <w:t xml:space="preserve"> stor undran.{{field-off:bible}}</w:t>
      </w:r>
    </w:p>
    <w:p w14:paraId="0F5244EA" w14:textId="51804E36" w:rsidR="00BA33AB" w:rsidRPr="000767E2" w:rsidRDefault="00000000">
      <w:pPr>
        <w:rPr>
          <w:lang w:val="sv-SE"/>
        </w:rPr>
      </w:pPr>
      <w:r w:rsidRPr="000767E2">
        <w:rPr>
          <w:lang w:val="sv-SE"/>
        </w:rPr>
        <w:t>[[@</w:t>
      </w:r>
      <w:r w:rsidR="0096445B" w:rsidRPr="000767E2">
        <w:rPr>
          <w:lang w:val="sv-SE"/>
        </w:rPr>
        <w:t>BibleBIBEL82</w:t>
      </w:r>
      <w:r w:rsidRPr="000767E2">
        <w:rPr>
          <w:lang w:val="sv-SE"/>
        </w:rPr>
        <w:t>:Rev 17:7]]</w:t>
      </w:r>
      <w:r w:rsidRPr="000767E2">
        <w:rPr>
          <w:vertAlign w:val="superscript"/>
          <w:lang w:val="sv-SE"/>
        </w:rPr>
        <w:t>7</w:t>
      </w:r>
      <w:r w:rsidRPr="000767E2">
        <w:rPr>
          <w:lang w:val="sv-SE"/>
        </w:rPr>
        <w:t xml:space="preserve"> {{field-on:bible}}Och </w:t>
      </w:r>
      <w:r w:rsidRPr="000767E2">
        <w:rPr>
          <w:i/>
          <w:lang w:val="sv-SE"/>
        </w:rPr>
        <w:t>då</w:t>
      </w:r>
      <w:r w:rsidRPr="000767E2">
        <w:rPr>
          <w:lang w:val="sv-SE"/>
        </w:rPr>
        <w:t xml:space="preserve"> sade mig ängeln: ”Varför blev du förundrad? Jag ska säga dig mysteriet med kvinnan och vilddjuret som bär henne </w:t>
      </w:r>
      <w:r w:rsidRPr="000767E2">
        <w:rPr>
          <w:i/>
          <w:lang w:val="sv-SE"/>
        </w:rPr>
        <w:t>och</w:t>
      </w:r>
      <w:r w:rsidRPr="000767E2">
        <w:rPr>
          <w:lang w:val="sv-SE"/>
        </w:rPr>
        <w:t xml:space="preserve"> som har de sju huvudena och de tio hornen.{{field-off:bible}} [[@</w:t>
      </w:r>
      <w:r w:rsidR="0096445B" w:rsidRPr="000767E2">
        <w:rPr>
          <w:lang w:val="sv-SE"/>
        </w:rPr>
        <w:t>BibleBIBEL82</w:t>
      </w:r>
      <w:r w:rsidRPr="000767E2">
        <w:rPr>
          <w:lang w:val="sv-SE"/>
        </w:rPr>
        <w:t>:Rev 17:8]]</w:t>
      </w:r>
      <w:r w:rsidRPr="000767E2">
        <w:rPr>
          <w:vertAlign w:val="superscript"/>
          <w:lang w:val="sv-SE"/>
        </w:rPr>
        <w:t>8</w:t>
      </w:r>
      <w:r w:rsidRPr="000767E2">
        <w:rPr>
          <w:lang w:val="sv-SE"/>
        </w:rPr>
        <w:t xml:space="preserve"> {{field-on:bible}}Vilddjuret som du såg, det var och är inte, och det kommer att stiga upp ur avgrunden och bege sig mot fördärv. Och de som bor på jorden ska förundras, </w:t>
      </w:r>
      <w:r w:rsidRPr="000767E2">
        <w:rPr>
          <w:i/>
          <w:lang w:val="sv-SE"/>
        </w:rPr>
        <w:t>de</w:t>
      </w:r>
      <w:r w:rsidRPr="000767E2">
        <w:rPr>
          <w:lang w:val="sv-SE"/>
        </w:rPr>
        <w:t xml:space="preserve"> vilkas namn inte är skrivet på livets bokrulle från världens grundläggning när de ser vilddjuret, eftersom det var och inte är och kommer att vara där.{{field-off:bible}}</w:t>
      </w:r>
    </w:p>
    <w:p w14:paraId="622A8226" w14:textId="3ABD7F7B" w:rsidR="00BA33AB" w:rsidRPr="000767E2" w:rsidRDefault="00000000">
      <w:pPr>
        <w:rPr>
          <w:lang w:val="sv-SE"/>
        </w:rPr>
      </w:pPr>
      <w:r w:rsidRPr="000767E2">
        <w:rPr>
          <w:lang w:val="sv-SE"/>
        </w:rPr>
        <w:t>[[@</w:t>
      </w:r>
      <w:r w:rsidR="0096445B" w:rsidRPr="000767E2">
        <w:rPr>
          <w:lang w:val="sv-SE"/>
        </w:rPr>
        <w:t>BibleBIBEL82</w:t>
      </w:r>
      <w:r w:rsidRPr="000767E2">
        <w:rPr>
          <w:lang w:val="sv-SE"/>
        </w:rPr>
        <w:t>:Rev 17:9]]</w:t>
      </w:r>
      <w:r w:rsidRPr="000767E2">
        <w:rPr>
          <w:vertAlign w:val="superscript"/>
          <w:lang w:val="sv-SE"/>
        </w:rPr>
        <w:t>9</w:t>
      </w:r>
      <w:r w:rsidRPr="000767E2">
        <w:rPr>
          <w:lang w:val="sv-SE"/>
        </w:rPr>
        <w:t xml:space="preserve"> {{field-on:bible}}Här </w:t>
      </w:r>
      <w:r w:rsidRPr="000767E2">
        <w:rPr>
          <w:i/>
          <w:lang w:val="sv-SE"/>
        </w:rPr>
        <w:t>är</w:t>
      </w:r>
      <w:r w:rsidRPr="000767E2">
        <w:rPr>
          <w:lang w:val="sv-SE"/>
        </w:rPr>
        <w:t xml:space="preserve"> det förnuft som har vishet: de sju huvudena är sju berg där kvinnan sitter på dem. Och sju kungar är de:{{field-off:bible}} [[@</w:t>
      </w:r>
      <w:r w:rsidR="0096445B" w:rsidRPr="000767E2">
        <w:rPr>
          <w:lang w:val="sv-SE"/>
        </w:rPr>
        <w:t>BibleBIBEL82</w:t>
      </w:r>
      <w:r w:rsidRPr="000767E2">
        <w:rPr>
          <w:lang w:val="sv-SE"/>
        </w:rPr>
        <w:t>:Rev 17:10]]</w:t>
      </w:r>
      <w:r w:rsidRPr="000767E2">
        <w:rPr>
          <w:vertAlign w:val="superscript"/>
          <w:lang w:val="sv-SE"/>
        </w:rPr>
        <w:t>10</w:t>
      </w:r>
      <w:r w:rsidRPr="000767E2">
        <w:rPr>
          <w:lang w:val="sv-SE"/>
        </w:rPr>
        <w:t xml:space="preserve"> {{field-on:bible}}fem har fallit, en är, en annan har ännu inte kommit. Och när han kommer, måste han lite bli kvar.{{field-off:bible}} [[@</w:t>
      </w:r>
      <w:r w:rsidR="0096445B" w:rsidRPr="000767E2">
        <w:rPr>
          <w:lang w:val="sv-SE"/>
        </w:rPr>
        <w:t>BibleBIBEL82</w:t>
      </w:r>
      <w:r w:rsidRPr="000767E2">
        <w:rPr>
          <w:lang w:val="sv-SE"/>
        </w:rPr>
        <w:t>:Rev 17:11]]</w:t>
      </w:r>
      <w:r w:rsidRPr="000767E2">
        <w:rPr>
          <w:vertAlign w:val="superscript"/>
          <w:lang w:val="sv-SE"/>
        </w:rPr>
        <w:t>11</w:t>
      </w:r>
      <w:r w:rsidRPr="000767E2">
        <w:rPr>
          <w:lang w:val="sv-SE"/>
        </w:rPr>
        <w:t xml:space="preserve"> {{field-on:bible}}Och vilddjuret, som var och inte är, är också själv en åttonde och är av de sju, och mot fördärv beger han sig.{{field-off:bible}} [[@</w:t>
      </w:r>
      <w:r w:rsidR="0096445B" w:rsidRPr="000767E2">
        <w:rPr>
          <w:lang w:val="sv-SE"/>
        </w:rPr>
        <w:t>BibleBIBEL82</w:t>
      </w:r>
      <w:r w:rsidRPr="000767E2">
        <w:rPr>
          <w:lang w:val="sv-SE"/>
        </w:rPr>
        <w:t>:Rev 17:12]]</w:t>
      </w:r>
      <w:r w:rsidRPr="000767E2">
        <w:rPr>
          <w:vertAlign w:val="superscript"/>
          <w:lang w:val="sv-SE"/>
        </w:rPr>
        <w:t>12</w:t>
      </w:r>
      <w:r w:rsidRPr="000767E2">
        <w:rPr>
          <w:lang w:val="sv-SE"/>
        </w:rPr>
        <w:t xml:space="preserve"> {{field-on:bible}}Och de tio hornen som du såg är tio kungar som ännu inte har fått kungamakt, men auktoritet som kungar får de </w:t>
      </w:r>
      <w:r w:rsidRPr="000767E2">
        <w:rPr>
          <w:i/>
          <w:lang w:val="sv-SE"/>
        </w:rPr>
        <w:t>för</w:t>
      </w:r>
      <w:r w:rsidRPr="000767E2">
        <w:rPr>
          <w:lang w:val="sv-SE"/>
        </w:rPr>
        <w:t xml:space="preserve"> en timme med vilddjuret.{{field-off:bible}} [[@</w:t>
      </w:r>
      <w:r w:rsidR="0096445B" w:rsidRPr="000767E2">
        <w:rPr>
          <w:lang w:val="sv-SE"/>
        </w:rPr>
        <w:t>BibleBIBEL82</w:t>
      </w:r>
      <w:r w:rsidRPr="000767E2">
        <w:rPr>
          <w:lang w:val="sv-SE"/>
        </w:rPr>
        <w:t>:Rev 17:13]]</w:t>
      </w:r>
      <w:r w:rsidRPr="000767E2">
        <w:rPr>
          <w:vertAlign w:val="superscript"/>
          <w:lang w:val="sv-SE"/>
        </w:rPr>
        <w:t>13</w:t>
      </w:r>
      <w:r w:rsidRPr="000767E2">
        <w:rPr>
          <w:lang w:val="sv-SE"/>
        </w:rPr>
        <w:t xml:space="preserve"> {{field-on:bible}}Dessa har en </w:t>
      </w:r>
      <w:r w:rsidRPr="000767E2">
        <w:rPr>
          <w:i/>
          <w:lang w:val="sv-SE"/>
        </w:rPr>
        <w:t>enda</w:t>
      </w:r>
      <w:r w:rsidRPr="000767E2">
        <w:rPr>
          <w:lang w:val="sv-SE"/>
        </w:rPr>
        <w:t xml:space="preserve"> avsikt, och sin makt och auktoritet ger de till vilddjuret.{{field-off:bible}} [[@</w:t>
      </w:r>
      <w:r w:rsidR="0096445B" w:rsidRPr="000767E2">
        <w:rPr>
          <w:lang w:val="sv-SE"/>
        </w:rPr>
        <w:t>BibleBIBEL82</w:t>
      </w:r>
      <w:r w:rsidRPr="000767E2">
        <w:rPr>
          <w:lang w:val="sv-SE"/>
        </w:rPr>
        <w:t>:Rev 17:14]]</w:t>
      </w:r>
      <w:r w:rsidRPr="000767E2">
        <w:rPr>
          <w:vertAlign w:val="superscript"/>
          <w:lang w:val="sv-SE"/>
        </w:rPr>
        <w:t>14</w:t>
      </w:r>
      <w:r w:rsidRPr="000767E2">
        <w:rPr>
          <w:lang w:val="sv-SE"/>
        </w:rPr>
        <w:t xml:space="preserve"> {{field-on:bible}}Dessa ska kriga med Lammet, och Lammet ska besegra dem, för han är herrars Herre </w:t>
      </w:r>
      <w:r w:rsidRPr="000767E2">
        <w:rPr>
          <w:lang w:val="sv-SE"/>
        </w:rPr>
        <w:lastRenderedPageBreak/>
        <w:t xml:space="preserve">och kungars Kung. Och de </w:t>
      </w:r>
      <w:r w:rsidRPr="000767E2">
        <w:rPr>
          <w:i/>
          <w:lang w:val="sv-SE"/>
        </w:rPr>
        <w:t>som är</w:t>
      </w:r>
      <w:r w:rsidRPr="000767E2">
        <w:rPr>
          <w:lang w:val="sv-SE"/>
        </w:rPr>
        <w:t xml:space="preserve"> med honom </w:t>
      </w:r>
      <w:r w:rsidRPr="000767E2">
        <w:rPr>
          <w:i/>
          <w:lang w:val="sv-SE"/>
        </w:rPr>
        <w:t>är</w:t>
      </w:r>
      <w:r w:rsidRPr="000767E2">
        <w:rPr>
          <w:lang w:val="sv-SE"/>
        </w:rPr>
        <w:t xml:space="preserve"> kallade och utvalda och trofasta.”{{field-off:bible}}</w:t>
      </w:r>
    </w:p>
    <w:p w14:paraId="13CFCE0A" w14:textId="054220CA" w:rsidR="00BA33AB" w:rsidRPr="000767E2" w:rsidRDefault="00000000">
      <w:pPr>
        <w:rPr>
          <w:lang w:val="sv-SE"/>
        </w:rPr>
      </w:pPr>
      <w:r w:rsidRPr="000767E2">
        <w:rPr>
          <w:lang w:val="sv-SE"/>
        </w:rPr>
        <w:t>[[@</w:t>
      </w:r>
      <w:r w:rsidR="0096445B" w:rsidRPr="000767E2">
        <w:rPr>
          <w:lang w:val="sv-SE"/>
        </w:rPr>
        <w:t>BibleBIBEL82</w:t>
      </w:r>
      <w:r w:rsidRPr="000767E2">
        <w:rPr>
          <w:lang w:val="sv-SE"/>
        </w:rPr>
        <w:t>:Rev 17:15]]</w:t>
      </w:r>
      <w:r w:rsidRPr="000767E2">
        <w:rPr>
          <w:vertAlign w:val="superscript"/>
          <w:lang w:val="sv-SE"/>
        </w:rPr>
        <w:t>15</w:t>
      </w:r>
      <w:r w:rsidRPr="000767E2">
        <w:rPr>
          <w:lang w:val="sv-SE"/>
        </w:rPr>
        <w:t xml:space="preserve"> {{field-on:bible}}Och han säger till mig: ”Vattnen som du såg där skökan sitter är folk och skaror, och folkslag och tungor.{{field-off:bible}} [[@</w:t>
      </w:r>
      <w:r w:rsidR="0096445B" w:rsidRPr="000767E2">
        <w:rPr>
          <w:lang w:val="sv-SE"/>
        </w:rPr>
        <w:t>BibleBIBEL82</w:t>
      </w:r>
      <w:r w:rsidRPr="000767E2">
        <w:rPr>
          <w:lang w:val="sv-SE"/>
        </w:rPr>
        <w:t>:Rev 17:16]]</w:t>
      </w:r>
      <w:r w:rsidRPr="000767E2">
        <w:rPr>
          <w:vertAlign w:val="superscript"/>
          <w:lang w:val="sv-SE"/>
        </w:rPr>
        <w:t>16</w:t>
      </w:r>
      <w:r w:rsidRPr="000767E2">
        <w:rPr>
          <w:lang w:val="sv-SE"/>
        </w:rPr>
        <w:t xml:space="preserve"> {{field-on:bible}}Och de tio hornen som du såg och vilddjuret, dessa ska hata skökan. Och ödelagd ska de göra henne och naken, och hennes kött ska de äta, och henne ska de bränna upp i eld.{{field-off:bible}} [[@</w:t>
      </w:r>
      <w:r w:rsidR="0096445B" w:rsidRPr="000767E2">
        <w:rPr>
          <w:lang w:val="sv-SE"/>
        </w:rPr>
        <w:t>BibleBIBEL82</w:t>
      </w:r>
      <w:r w:rsidRPr="000767E2">
        <w:rPr>
          <w:lang w:val="sv-SE"/>
        </w:rPr>
        <w:t>:Rev 17:17]]</w:t>
      </w:r>
      <w:r w:rsidRPr="000767E2">
        <w:rPr>
          <w:vertAlign w:val="superscript"/>
          <w:lang w:val="sv-SE"/>
        </w:rPr>
        <w:t>17</w:t>
      </w:r>
      <w:r w:rsidRPr="000767E2">
        <w:rPr>
          <w:lang w:val="sv-SE"/>
        </w:rPr>
        <w:t xml:space="preserve"> {{field-on:bible}}För Gud har gett i deras hjärtan att göra hans avsikt och göra en </w:t>
      </w:r>
      <w:r w:rsidRPr="000767E2">
        <w:rPr>
          <w:i/>
          <w:lang w:val="sv-SE"/>
        </w:rPr>
        <w:t>enda</w:t>
      </w:r>
      <w:r w:rsidRPr="000767E2">
        <w:rPr>
          <w:lang w:val="sv-SE"/>
        </w:rPr>
        <w:t xml:space="preserve"> avsikt och ge sin kungamakt åt vilddjuret, ända tills Guds ord blir fullbordade.{{field-off:bible}} [[@</w:t>
      </w:r>
      <w:r w:rsidR="0096445B" w:rsidRPr="000767E2">
        <w:rPr>
          <w:lang w:val="sv-SE"/>
        </w:rPr>
        <w:t>BibleBIBEL82</w:t>
      </w:r>
      <w:r w:rsidRPr="000767E2">
        <w:rPr>
          <w:lang w:val="sv-SE"/>
        </w:rPr>
        <w:t>:Rev 17:18]]</w:t>
      </w:r>
      <w:r w:rsidRPr="000767E2">
        <w:rPr>
          <w:vertAlign w:val="superscript"/>
          <w:lang w:val="sv-SE"/>
        </w:rPr>
        <w:t>18</w:t>
      </w:r>
      <w:r w:rsidRPr="000767E2">
        <w:rPr>
          <w:lang w:val="sv-SE"/>
        </w:rPr>
        <w:t xml:space="preserve"> {{field-on:bible}}Och kvinnan som du såg är den stora staden som har kungamakt över jordens kungar.”{{field-off:bible}}</w:t>
      </w:r>
    </w:p>
    <w:p w14:paraId="26200E21" w14:textId="2FCB631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18]]Kapitel 18</w:t>
      </w:r>
    </w:p>
    <w:p w14:paraId="36CAE02E" w14:textId="77777777" w:rsidR="00BA33AB" w:rsidRPr="000767E2" w:rsidRDefault="00000000">
      <w:pPr>
        <w:pStyle w:val="Rubrik3"/>
        <w:rPr>
          <w:lang w:val="sv-SE"/>
        </w:rPr>
      </w:pPr>
      <w:r w:rsidRPr="000767E2">
        <w:rPr>
          <w:lang w:val="sv-SE"/>
        </w:rPr>
        <w:t>Babylons fall</w:t>
      </w:r>
    </w:p>
    <w:p w14:paraId="20071689" w14:textId="6D4C054D" w:rsidR="00BA33AB" w:rsidRPr="000767E2" w:rsidRDefault="00000000">
      <w:pPr>
        <w:rPr>
          <w:lang w:val="sv-SE"/>
        </w:rPr>
      </w:pPr>
      <w:r w:rsidRPr="000767E2">
        <w:rPr>
          <w:lang w:val="sv-SE"/>
        </w:rPr>
        <w:t>[[@</w:t>
      </w:r>
      <w:r w:rsidR="0096445B" w:rsidRPr="000767E2">
        <w:rPr>
          <w:lang w:val="sv-SE"/>
        </w:rPr>
        <w:t>BibleBIBEL82</w:t>
      </w:r>
      <w:r w:rsidRPr="000767E2">
        <w:rPr>
          <w:lang w:val="sv-SE"/>
        </w:rPr>
        <w:t>:Rev 18:1]]</w:t>
      </w:r>
      <w:r w:rsidRPr="000767E2">
        <w:rPr>
          <w:vertAlign w:val="superscript"/>
          <w:lang w:val="sv-SE"/>
        </w:rPr>
        <w:t>1</w:t>
      </w:r>
      <w:r w:rsidRPr="000767E2">
        <w:rPr>
          <w:lang w:val="sv-SE"/>
        </w:rPr>
        <w:t xml:space="preserve"> {{field-on:bible}}Efter detta såg jag en annan ängel som kom ner från himlen </w:t>
      </w:r>
      <w:r w:rsidRPr="000767E2">
        <w:rPr>
          <w:i/>
          <w:lang w:val="sv-SE"/>
        </w:rPr>
        <w:t>och</w:t>
      </w:r>
      <w:r w:rsidRPr="000767E2">
        <w:rPr>
          <w:lang w:val="sv-SE"/>
        </w:rPr>
        <w:t xml:space="preserve"> hade stor auktoritet, och jorden lystes upp av hans härlighet.{{field-off:bible}} [[@</w:t>
      </w:r>
      <w:r w:rsidR="0096445B" w:rsidRPr="000767E2">
        <w:rPr>
          <w:lang w:val="sv-SE"/>
        </w:rPr>
        <w:t>BibleBIBEL82</w:t>
      </w:r>
      <w:r w:rsidRPr="000767E2">
        <w:rPr>
          <w:lang w:val="sv-SE"/>
        </w:rPr>
        <w:t>:Rev 18:2]]</w:t>
      </w:r>
      <w:r w:rsidRPr="000767E2">
        <w:rPr>
          <w:vertAlign w:val="superscript"/>
          <w:lang w:val="sv-SE"/>
        </w:rPr>
        <w:t>2</w:t>
      </w:r>
      <w:r w:rsidRPr="000767E2">
        <w:rPr>
          <w:lang w:val="sv-SE"/>
        </w:rPr>
        <w:t xml:space="preserve"> {{field-on:bible}}Och han ropade med stark röst och sade: ”Fallit, fallit har det stora Babylon! Och det har blivit en boningsplats för demoner, och ett fängelse för varje oren ande, och ett fängelse för varje oren och hatad fågel.{{field-off:bible}} [[@</w:t>
      </w:r>
      <w:r w:rsidR="0096445B" w:rsidRPr="000767E2">
        <w:rPr>
          <w:lang w:val="sv-SE"/>
        </w:rPr>
        <w:t>BibleBIBEL82</w:t>
      </w:r>
      <w:r w:rsidRPr="000767E2">
        <w:rPr>
          <w:lang w:val="sv-SE"/>
        </w:rPr>
        <w:t>:Rev 18:3]]</w:t>
      </w:r>
      <w:r w:rsidRPr="000767E2">
        <w:rPr>
          <w:vertAlign w:val="superscript"/>
          <w:lang w:val="sv-SE"/>
        </w:rPr>
        <w:t>3</w:t>
      </w:r>
      <w:r w:rsidRPr="000767E2">
        <w:rPr>
          <w:lang w:val="sv-SE"/>
        </w:rPr>
        <w:t xml:space="preserve"> {{field-on:bible}}För av hennes otuktsraseris vin har alla folkslagen druckit. Och jordens kungar har med henne begått otukt, och jordens köpmän har av kraften i hennes överdåd blivit rika.”{{field-off:bible}}</w:t>
      </w:r>
    </w:p>
    <w:p w14:paraId="4AF846BB" w14:textId="6B0F505E" w:rsidR="00BA33AB" w:rsidRPr="000767E2" w:rsidRDefault="00000000">
      <w:pPr>
        <w:rPr>
          <w:lang w:val="sv-SE"/>
        </w:rPr>
      </w:pPr>
      <w:r w:rsidRPr="000767E2">
        <w:rPr>
          <w:lang w:val="sv-SE"/>
        </w:rPr>
        <w:t>[[@</w:t>
      </w:r>
      <w:r w:rsidR="0096445B" w:rsidRPr="000767E2">
        <w:rPr>
          <w:lang w:val="sv-SE"/>
        </w:rPr>
        <w:t>BibleBIBEL82</w:t>
      </w:r>
      <w:r w:rsidRPr="000767E2">
        <w:rPr>
          <w:lang w:val="sv-SE"/>
        </w:rPr>
        <w:t>:Rev 18:4]]</w:t>
      </w:r>
      <w:r w:rsidRPr="000767E2">
        <w:rPr>
          <w:vertAlign w:val="superscript"/>
          <w:lang w:val="sv-SE"/>
        </w:rPr>
        <w:t>4</w:t>
      </w:r>
      <w:r w:rsidRPr="000767E2">
        <w:rPr>
          <w:lang w:val="sv-SE"/>
        </w:rPr>
        <w:t xml:space="preserve"> {{field-on:bible}}Och jag hörde en annan röst från himlen som sade: ”Gå ut från henne, mitt folk, så att ni inte blir samdelaktiga i hennes synder, och från hennes plågor så att ni inte </w:t>
      </w:r>
      <w:r w:rsidRPr="000767E2">
        <w:rPr>
          <w:i/>
          <w:lang w:val="sv-SE"/>
        </w:rPr>
        <w:t>får</w:t>
      </w:r>
      <w:r w:rsidRPr="000767E2">
        <w:rPr>
          <w:lang w:val="sv-SE"/>
        </w:rPr>
        <w:t xml:space="preserve"> ta </w:t>
      </w:r>
      <w:r w:rsidRPr="000767E2">
        <w:rPr>
          <w:i/>
          <w:lang w:val="sv-SE"/>
        </w:rPr>
        <w:t>emot</w:t>
      </w:r>
      <w:r w:rsidRPr="000767E2">
        <w:rPr>
          <w:lang w:val="sv-SE"/>
        </w:rPr>
        <w:t>.{{field-off:bible}} [[@</w:t>
      </w:r>
      <w:r w:rsidR="0096445B" w:rsidRPr="000767E2">
        <w:rPr>
          <w:lang w:val="sv-SE"/>
        </w:rPr>
        <w:t>BibleBIBEL82</w:t>
      </w:r>
      <w:r w:rsidRPr="000767E2">
        <w:rPr>
          <w:lang w:val="sv-SE"/>
        </w:rPr>
        <w:t>:Rev 18:5]]</w:t>
      </w:r>
      <w:r w:rsidRPr="000767E2">
        <w:rPr>
          <w:vertAlign w:val="superscript"/>
          <w:lang w:val="sv-SE"/>
        </w:rPr>
        <w:t>5</w:t>
      </w:r>
      <w:r w:rsidRPr="000767E2">
        <w:rPr>
          <w:lang w:val="sv-SE"/>
        </w:rPr>
        <w:t xml:space="preserve"> {{field-on:bible}}För hennes synder har anslutit sig ända </w:t>
      </w:r>
      <w:r w:rsidRPr="000767E2">
        <w:rPr>
          <w:i/>
          <w:lang w:val="sv-SE"/>
        </w:rPr>
        <w:t>upp</w:t>
      </w:r>
      <w:r w:rsidRPr="000767E2">
        <w:rPr>
          <w:lang w:val="sv-SE"/>
        </w:rPr>
        <w:t xml:space="preserve"> till himlen, och Gud har mints hennes orätter.{{field-off:bible}} [[@</w:t>
      </w:r>
      <w:r w:rsidR="0096445B" w:rsidRPr="000767E2">
        <w:rPr>
          <w:lang w:val="sv-SE"/>
        </w:rPr>
        <w:t>BibleBIBEL82</w:t>
      </w:r>
      <w:r w:rsidRPr="000767E2">
        <w:rPr>
          <w:lang w:val="sv-SE"/>
        </w:rPr>
        <w:t>:Rev 18:6]]</w:t>
      </w:r>
      <w:r w:rsidRPr="000767E2">
        <w:rPr>
          <w:vertAlign w:val="superscript"/>
          <w:lang w:val="sv-SE"/>
        </w:rPr>
        <w:t>6</w:t>
      </w:r>
      <w:r w:rsidRPr="000767E2">
        <w:rPr>
          <w:lang w:val="sv-SE"/>
        </w:rPr>
        <w:t xml:space="preserve"> {{field-on:bible}}Ge henne tillbaka såsom också hon gav tillbaka, och dubbla dubbelt efter hennes gärningar. I bägaren som hon har blandat ska ni blanda åt henne dubbelt.{{field-off:bible}} [[@</w:t>
      </w:r>
      <w:r w:rsidR="0096445B" w:rsidRPr="000767E2">
        <w:rPr>
          <w:lang w:val="sv-SE"/>
        </w:rPr>
        <w:t>BibleBIBEL82</w:t>
      </w:r>
      <w:r w:rsidRPr="000767E2">
        <w:rPr>
          <w:lang w:val="sv-SE"/>
        </w:rPr>
        <w:t>:Rev 18:7]]</w:t>
      </w:r>
      <w:r w:rsidRPr="000767E2">
        <w:rPr>
          <w:vertAlign w:val="superscript"/>
          <w:lang w:val="sv-SE"/>
        </w:rPr>
        <w:t>7</w:t>
      </w:r>
      <w:r w:rsidRPr="000767E2">
        <w:rPr>
          <w:lang w:val="sv-SE"/>
        </w:rPr>
        <w:t xml:space="preserve"> {{field-on:bible}}Så mycket som hon har ärat sig själv och haft överdåd, så mycket ska ni ge henne plåga och sorg. För i sitt hjärta säger hon att: Jag sitter </w:t>
      </w:r>
      <w:r w:rsidRPr="000767E2">
        <w:rPr>
          <w:i/>
          <w:lang w:val="sv-SE"/>
        </w:rPr>
        <w:t>som</w:t>
      </w:r>
      <w:r w:rsidRPr="000767E2">
        <w:rPr>
          <w:lang w:val="sv-SE"/>
        </w:rPr>
        <w:t xml:space="preserve"> drottning, och änka är jag inte, och sorg ska jag aldrig se.{{field-off:bible}} [[@</w:t>
      </w:r>
      <w:r w:rsidR="0096445B" w:rsidRPr="000767E2">
        <w:rPr>
          <w:lang w:val="sv-SE"/>
        </w:rPr>
        <w:t>BibleBIBEL82</w:t>
      </w:r>
      <w:r w:rsidRPr="000767E2">
        <w:rPr>
          <w:lang w:val="sv-SE"/>
        </w:rPr>
        <w:t>:Rev 18:8]]</w:t>
      </w:r>
      <w:r w:rsidRPr="000767E2">
        <w:rPr>
          <w:vertAlign w:val="superscript"/>
          <w:lang w:val="sv-SE"/>
        </w:rPr>
        <w:t>8</w:t>
      </w:r>
      <w:r w:rsidRPr="000767E2">
        <w:rPr>
          <w:lang w:val="sv-SE"/>
        </w:rPr>
        <w:t xml:space="preserve"> {{field-on:bible}}Därför ska på en </w:t>
      </w:r>
      <w:r w:rsidRPr="000767E2">
        <w:rPr>
          <w:i/>
          <w:lang w:val="sv-SE"/>
        </w:rPr>
        <w:t>enda</w:t>
      </w:r>
      <w:r w:rsidRPr="000767E2">
        <w:rPr>
          <w:lang w:val="sv-SE"/>
        </w:rPr>
        <w:t xml:space="preserve"> dag hennes plågor komma, död och sorg och svält. Och i eld ska hon brännas upp, för stark </w:t>
      </w:r>
      <w:r w:rsidRPr="000767E2">
        <w:rPr>
          <w:i/>
          <w:lang w:val="sv-SE"/>
        </w:rPr>
        <w:t>är</w:t>
      </w:r>
      <w:r w:rsidRPr="000767E2">
        <w:rPr>
          <w:lang w:val="sv-SE"/>
        </w:rPr>
        <w:t xml:space="preserve"> Herren Gud som har dömt henne.”{{field-off:bible}}</w:t>
      </w:r>
    </w:p>
    <w:p w14:paraId="31BE6048" w14:textId="7AE2E297" w:rsidR="00BA33AB" w:rsidRPr="000767E2" w:rsidRDefault="00000000">
      <w:pPr>
        <w:rPr>
          <w:lang w:val="sv-SE"/>
        </w:rPr>
      </w:pPr>
      <w:r w:rsidRPr="000767E2">
        <w:rPr>
          <w:lang w:val="sv-SE"/>
        </w:rPr>
        <w:t>[[@</w:t>
      </w:r>
      <w:r w:rsidR="0096445B" w:rsidRPr="000767E2">
        <w:rPr>
          <w:lang w:val="sv-SE"/>
        </w:rPr>
        <w:t>BibleBIBEL82</w:t>
      </w:r>
      <w:r w:rsidRPr="000767E2">
        <w:rPr>
          <w:lang w:val="sv-SE"/>
        </w:rPr>
        <w:t>:Rev 18:9]]</w:t>
      </w:r>
      <w:r w:rsidRPr="000767E2">
        <w:rPr>
          <w:vertAlign w:val="superscript"/>
          <w:lang w:val="sv-SE"/>
        </w:rPr>
        <w:t>9</w:t>
      </w:r>
      <w:r w:rsidRPr="000767E2">
        <w:rPr>
          <w:lang w:val="sv-SE"/>
        </w:rPr>
        <w:t xml:space="preserve"> {{field-on:bible}}Och de ska gråta och slå sig själva över henne, jordens kungar som med henne har begått otukt och haft överdåd, när de ser röken från hennes brännande{{field-off:bible}} [[@</w:t>
      </w:r>
      <w:r w:rsidR="0096445B" w:rsidRPr="000767E2">
        <w:rPr>
          <w:lang w:val="sv-SE"/>
        </w:rPr>
        <w:t>BibleBIBEL82</w:t>
      </w:r>
      <w:r w:rsidRPr="000767E2">
        <w:rPr>
          <w:lang w:val="sv-SE"/>
        </w:rPr>
        <w:t>:Rev 18:10]]</w:t>
      </w:r>
      <w:r w:rsidRPr="000767E2">
        <w:rPr>
          <w:vertAlign w:val="superscript"/>
          <w:lang w:val="sv-SE"/>
        </w:rPr>
        <w:t>10</w:t>
      </w:r>
      <w:r w:rsidRPr="000767E2">
        <w:rPr>
          <w:lang w:val="sv-SE"/>
        </w:rPr>
        <w:t xml:space="preserve"> {{field-on:bible}}medan de står långt ifrån av fruktan för hennes plåga </w:t>
      </w:r>
      <w:r w:rsidRPr="000767E2">
        <w:rPr>
          <w:i/>
          <w:lang w:val="sv-SE"/>
        </w:rPr>
        <w:t>och</w:t>
      </w:r>
      <w:r w:rsidRPr="000767E2">
        <w:rPr>
          <w:lang w:val="sv-SE"/>
        </w:rPr>
        <w:t xml:space="preserve"> säger:{{field-off:bible}}</w:t>
      </w:r>
    </w:p>
    <w:p w14:paraId="6F8076A8" w14:textId="77777777" w:rsidR="00BA33AB" w:rsidRPr="000767E2" w:rsidRDefault="00000000">
      <w:pPr>
        <w:rPr>
          <w:lang w:val="sv-SE"/>
        </w:rPr>
      </w:pPr>
      <w:r w:rsidRPr="000767E2">
        <w:rPr>
          <w:lang w:val="sv-SE"/>
        </w:rPr>
        <w:t xml:space="preserve">{{field-on:bible}}”Ve, ve, </w:t>
      </w:r>
      <w:r w:rsidRPr="000767E2">
        <w:rPr>
          <w:i/>
          <w:lang w:val="sv-SE"/>
        </w:rPr>
        <w:t>du</w:t>
      </w:r>
      <w:r w:rsidRPr="000767E2">
        <w:rPr>
          <w:lang w:val="sv-SE"/>
        </w:rPr>
        <w:t xml:space="preserve"> stora stad! Babylon, </w:t>
      </w:r>
      <w:r w:rsidRPr="000767E2">
        <w:rPr>
          <w:i/>
          <w:lang w:val="sv-SE"/>
        </w:rPr>
        <w:t>du</w:t>
      </w:r>
      <w:r w:rsidRPr="000767E2">
        <w:rPr>
          <w:lang w:val="sv-SE"/>
        </w:rPr>
        <w:t xml:space="preserve"> starka stad!</w:t>
      </w:r>
      <w:r w:rsidRPr="000767E2">
        <w:rPr>
          <w:lang w:val="sv-SE"/>
        </w:rPr>
        <w:br/>
        <w:t xml:space="preserve">För på en </w:t>
      </w:r>
      <w:r w:rsidRPr="000767E2">
        <w:rPr>
          <w:i/>
          <w:lang w:val="sv-SE"/>
        </w:rPr>
        <w:t>enda</w:t>
      </w:r>
      <w:r w:rsidRPr="000767E2">
        <w:rPr>
          <w:lang w:val="sv-SE"/>
        </w:rPr>
        <w:t xml:space="preserve"> timme kom din dom.”{{field-off:bible}}</w:t>
      </w:r>
    </w:p>
    <w:p w14:paraId="2E54F654" w14:textId="6DDF38E2" w:rsidR="00BA33AB" w:rsidRPr="000767E2" w:rsidRDefault="00000000">
      <w:pPr>
        <w:rPr>
          <w:lang w:val="sv-SE"/>
        </w:rPr>
      </w:pPr>
      <w:r w:rsidRPr="000767E2">
        <w:rPr>
          <w:lang w:val="sv-SE"/>
        </w:rPr>
        <w:lastRenderedPageBreak/>
        <w:t>[[@</w:t>
      </w:r>
      <w:r w:rsidR="0096445B" w:rsidRPr="000767E2">
        <w:rPr>
          <w:lang w:val="sv-SE"/>
        </w:rPr>
        <w:t>BibleBIBEL82</w:t>
      </w:r>
      <w:r w:rsidRPr="000767E2">
        <w:rPr>
          <w:lang w:val="sv-SE"/>
        </w:rPr>
        <w:t>:Rev 18:11]]</w:t>
      </w:r>
      <w:r w:rsidRPr="000767E2">
        <w:rPr>
          <w:vertAlign w:val="superscript"/>
          <w:lang w:val="sv-SE"/>
        </w:rPr>
        <w:t>11</w:t>
      </w:r>
      <w:r w:rsidRPr="000767E2">
        <w:rPr>
          <w:lang w:val="sv-SE"/>
        </w:rPr>
        <w:t xml:space="preserve"> {{field-on:bible}}Och jordens köpmän gråter och sörjer över henne, eftersom ingen köper deras last längre:{{field-off:bible}} [[@</w:t>
      </w:r>
      <w:r w:rsidR="0096445B" w:rsidRPr="000767E2">
        <w:rPr>
          <w:lang w:val="sv-SE"/>
        </w:rPr>
        <w:t>BibleBIBEL82</w:t>
      </w:r>
      <w:r w:rsidRPr="000767E2">
        <w:rPr>
          <w:lang w:val="sv-SE"/>
        </w:rPr>
        <w:t>:Rev 18:12]]</w:t>
      </w:r>
      <w:r w:rsidRPr="000767E2">
        <w:rPr>
          <w:vertAlign w:val="superscript"/>
          <w:lang w:val="sv-SE"/>
        </w:rPr>
        <w:t>12</w:t>
      </w:r>
      <w:r w:rsidRPr="000767E2">
        <w:rPr>
          <w:lang w:val="sv-SE"/>
        </w:rPr>
        <w:t xml:space="preserve"> {{field-on:bible}}last av guld och silver och ädelsten och pärlor och fint linne och purpur och siden och scharlakan, och allt tujaträ och varje kärl av elfenben och varje kärl av ädlaste trä och av brons och järn och marmor,{{field-off:bible}} [[@</w:t>
      </w:r>
      <w:r w:rsidR="0096445B" w:rsidRPr="000767E2">
        <w:rPr>
          <w:lang w:val="sv-SE"/>
        </w:rPr>
        <w:t>BibleBIBEL82</w:t>
      </w:r>
      <w:r w:rsidRPr="000767E2">
        <w:rPr>
          <w:lang w:val="sv-SE"/>
        </w:rPr>
        <w:t>:Rev 18:13]]</w:t>
      </w:r>
      <w:r w:rsidRPr="000767E2">
        <w:rPr>
          <w:vertAlign w:val="superscript"/>
          <w:lang w:val="sv-SE"/>
        </w:rPr>
        <w:t>13</w:t>
      </w:r>
      <w:r w:rsidRPr="000767E2">
        <w:rPr>
          <w:lang w:val="sv-SE"/>
        </w:rPr>
        <w:t xml:space="preserve"> {{field-on:bible}}och kanel och kardemumma och rökelser och balsam och olibanum och vin och olja och fint mjöl och vete och boskap och får, och av hästar och vagnar och kroppar, och människors själar.{{field-off:bible}}</w:t>
      </w:r>
    </w:p>
    <w:p w14:paraId="0C7AD28E" w14:textId="4497CF28" w:rsidR="00BA33AB" w:rsidRPr="000767E2" w:rsidRDefault="00000000">
      <w:pPr>
        <w:rPr>
          <w:lang w:val="sv-SE"/>
        </w:rPr>
      </w:pPr>
      <w:r w:rsidRPr="000767E2">
        <w:rPr>
          <w:lang w:val="sv-SE"/>
        </w:rPr>
        <w:t>[[@</w:t>
      </w:r>
      <w:r w:rsidR="0096445B" w:rsidRPr="000767E2">
        <w:rPr>
          <w:lang w:val="sv-SE"/>
        </w:rPr>
        <w:t>BibleBIBEL82</w:t>
      </w:r>
      <w:r w:rsidRPr="000767E2">
        <w:rPr>
          <w:lang w:val="sv-SE"/>
        </w:rPr>
        <w:t>:Rev 18:14]]</w:t>
      </w:r>
      <w:r w:rsidRPr="000767E2">
        <w:rPr>
          <w:vertAlign w:val="superscript"/>
          <w:lang w:val="sv-SE"/>
        </w:rPr>
        <w:t>14</w:t>
      </w:r>
      <w:r w:rsidRPr="000767E2">
        <w:rPr>
          <w:lang w:val="sv-SE"/>
        </w:rPr>
        <w:t xml:space="preserve"> {{field-on:bible}}Och din sommarfrukt för själens begär</w:t>
      </w:r>
      <w:r w:rsidRPr="000767E2">
        <w:rPr>
          <w:lang w:val="sv-SE"/>
        </w:rPr>
        <w:br/>
        <w:t>har gått bort från dig,</w:t>
      </w:r>
      <w:r w:rsidRPr="000767E2">
        <w:rPr>
          <w:lang w:val="sv-SE"/>
        </w:rPr>
        <w:br/>
        <w:t>och allt det flotta och det glänsande</w:t>
      </w:r>
      <w:r w:rsidRPr="000767E2">
        <w:rPr>
          <w:lang w:val="sv-SE"/>
        </w:rPr>
        <w:br/>
        <w:t>har gått förlorat från dig,</w:t>
      </w:r>
      <w:r w:rsidRPr="000767E2">
        <w:rPr>
          <w:lang w:val="sv-SE"/>
        </w:rPr>
        <w:br/>
        <w:t>och aldrig mer ska man det finna.{{field-off:bible}}</w:t>
      </w:r>
    </w:p>
    <w:p w14:paraId="5EEC437D" w14:textId="1F8B38A4" w:rsidR="00BA33AB" w:rsidRPr="000767E2" w:rsidRDefault="00000000">
      <w:pPr>
        <w:rPr>
          <w:lang w:val="sv-SE"/>
        </w:rPr>
      </w:pPr>
      <w:r w:rsidRPr="000767E2">
        <w:rPr>
          <w:lang w:val="sv-SE"/>
        </w:rPr>
        <w:t>[[@</w:t>
      </w:r>
      <w:r w:rsidR="0096445B" w:rsidRPr="000767E2">
        <w:rPr>
          <w:lang w:val="sv-SE"/>
        </w:rPr>
        <w:t>BibleBIBEL82</w:t>
      </w:r>
      <w:r w:rsidRPr="000767E2">
        <w:rPr>
          <w:lang w:val="sv-SE"/>
        </w:rPr>
        <w:t>:Rev 18:15]]</w:t>
      </w:r>
      <w:r w:rsidRPr="000767E2">
        <w:rPr>
          <w:vertAlign w:val="superscript"/>
          <w:lang w:val="sv-SE"/>
        </w:rPr>
        <w:t>15</w:t>
      </w:r>
      <w:r w:rsidRPr="000767E2">
        <w:rPr>
          <w:lang w:val="sv-SE"/>
        </w:rPr>
        <w:t xml:space="preserve"> {{field-on:bible}}Köpmännen för detta, som blivit rika av henne, ska stå långt ifrån av fruktan för hennes plåga och gråta och sörja{{field-off:bible}} [[@</w:t>
      </w:r>
      <w:r w:rsidR="0096445B" w:rsidRPr="000767E2">
        <w:rPr>
          <w:lang w:val="sv-SE"/>
        </w:rPr>
        <w:t>BibleBIBEL82</w:t>
      </w:r>
      <w:r w:rsidRPr="000767E2">
        <w:rPr>
          <w:lang w:val="sv-SE"/>
        </w:rPr>
        <w:t>:Rev 18:16]]</w:t>
      </w:r>
      <w:r w:rsidRPr="000767E2">
        <w:rPr>
          <w:vertAlign w:val="superscript"/>
          <w:lang w:val="sv-SE"/>
        </w:rPr>
        <w:t>16</w:t>
      </w:r>
      <w:r w:rsidRPr="000767E2">
        <w:rPr>
          <w:lang w:val="sv-SE"/>
        </w:rPr>
        <w:t xml:space="preserve"> {{field-on:bible}}</w:t>
      </w:r>
      <w:r w:rsidRPr="000767E2">
        <w:rPr>
          <w:i/>
          <w:lang w:val="sv-SE"/>
        </w:rPr>
        <w:t>och</w:t>
      </w:r>
      <w:r w:rsidRPr="000767E2">
        <w:rPr>
          <w:lang w:val="sv-SE"/>
        </w:rPr>
        <w:t xml:space="preserve"> säga:{{field-off:bible}}</w:t>
      </w:r>
    </w:p>
    <w:p w14:paraId="28E5EB34" w14:textId="59CF93F3" w:rsidR="00BA33AB" w:rsidRPr="000767E2" w:rsidRDefault="00000000">
      <w:pPr>
        <w:rPr>
          <w:lang w:val="sv-SE"/>
        </w:rPr>
      </w:pPr>
      <w:r w:rsidRPr="000767E2">
        <w:rPr>
          <w:lang w:val="sv-SE"/>
        </w:rPr>
        <w:t>{{field-on:bible}}”Ve, ve, du stora stad,</w:t>
      </w:r>
      <w:r w:rsidRPr="000767E2">
        <w:rPr>
          <w:lang w:val="sv-SE"/>
        </w:rPr>
        <w:br/>
        <w:t>klädd i fint linne och purpur och scharlakan</w:t>
      </w:r>
      <w:r w:rsidRPr="000767E2">
        <w:rPr>
          <w:lang w:val="sv-SE"/>
        </w:rPr>
        <w:br/>
        <w:t>och förgylld med guld och ädelsten och pärla!{{field-off:bible}}</w:t>
      </w:r>
      <w:r w:rsidRPr="000767E2">
        <w:rPr>
          <w:lang w:val="sv-SE"/>
        </w:rPr>
        <w:br/>
        <w:t>[[@</w:t>
      </w:r>
      <w:r w:rsidR="0096445B" w:rsidRPr="000767E2">
        <w:rPr>
          <w:lang w:val="sv-SE"/>
        </w:rPr>
        <w:t>BibleBIBEL82</w:t>
      </w:r>
      <w:r w:rsidRPr="000767E2">
        <w:rPr>
          <w:lang w:val="sv-SE"/>
        </w:rPr>
        <w:t>:Rev 18:17]]</w:t>
      </w:r>
      <w:r w:rsidRPr="000767E2">
        <w:rPr>
          <w:vertAlign w:val="superscript"/>
          <w:lang w:val="sv-SE"/>
        </w:rPr>
        <w:t>17</w:t>
      </w:r>
      <w:r w:rsidRPr="000767E2">
        <w:rPr>
          <w:lang w:val="sv-SE"/>
        </w:rPr>
        <w:t xml:space="preserve"> {{field-on:bible}}För på en </w:t>
      </w:r>
      <w:r w:rsidRPr="000767E2">
        <w:rPr>
          <w:i/>
          <w:lang w:val="sv-SE"/>
        </w:rPr>
        <w:t>enda</w:t>
      </w:r>
      <w:r w:rsidRPr="000767E2">
        <w:rPr>
          <w:lang w:val="sv-SE"/>
        </w:rPr>
        <w:t xml:space="preserve"> timme ödelades sådan rikedom.”{{field-off:bible}}</w:t>
      </w:r>
    </w:p>
    <w:p w14:paraId="177CE6BC" w14:textId="6D385024" w:rsidR="00BA33AB" w:rsidRPr="000767E2" w:rsidRDefault="00000000">
      <w:pPr>
        <w:rPr>
          <w:lang w:val="sv-SE"/>
        </w:rPr>
      </w:pPr>
      <w:r w:rsidRPr="000767E2">
        <w:rPr>
          <w:lang w:val="sv-SE"/>
        </w:rPr>
        <w:t xml:space="preserve">{{field-on:bible}}Och varje styrman och varje seglare på plats och sjömän och </w:t>
      </w:r>
      <w:r w:rsidRPr="000767E2">
        <w:rPr>
          <w:i/>
          <w:lang w:val="sv-SE"/>
        </w:rPr>
        <w:t>alla</w:t>
      </w:r>
      <w:r w:rsidRPr="000767E2">
        <w:rPr>
          <w:lang w:val="sv-SE"/>
        </w:rPr>
        <w:t xml:space="preserve"> som arbetar </w:t>
      </w:r>
      <w:r w:rsidRPr="000767E2">
        <w:rPr>
          <w:i/>
          <w:lang w:val="sv-SE"/>
        </w:rPr>
        <w:t>på</w:t>
      </w:r>
      <w:r w:rsidRPr="000767E2">
        <w:rPr>
          <w:lang w:val="sv-SE"/>
        </w:rPr>
        <w:t xml:space="preserve"> havet stod långt ifrån{{field-off:bible}} [[@</w:t>
      </w:r>
      <w:r w:rsidR="0096445B" w:rsidRPr="000767E2">
        <w:rPr>
          <w:lang w:val="sv-SE"/>
        </w:rPr>
        <w:t>BibleBIBEL82</w:t>
      </w:r>
      <w:r w:rsidRPr="000767E2">
        <w:rPr>
          <w:lang w:val="sv-SE"/>
        </w:rPr>
        <w:t>:Rev 18:18]]</w:t>
      </w:r>
      <w:r w:rsidRPr="000767E2">
        <w:rPr>
          <w:vertAlign w:val="superscript"/>
          <w:lang w:val="sv-SE"/>
        </w:rPr>
        <w:t>18</w:t>
      </w:r>
      <w:r w:rsidRPr="000767E2">
        <w:rPr>
          <w:lang w:val="sv-SE"/>
        </w:rPr>
        <w:t xml:space="preserve"> {{field-on:bible}}och ropade, när de såg röken från hennes brännande, och sade: ”Vem </w:t>
      </w:r>
      <w:r w:rsidRPr="000767E2">
        <w:rPr>
          <w:i/>
          <w:lang w:val="sv-SE"/>
        </w:rPr>
        <w:t>var</w:t>
      </w:r>
      <w:r w:rsidRPr="000767E2">
        <w:rPr>
          <w:lang w:val="sv-SE"/>
        </w:rPr>
        <w:t xml:space="preserve"> lik den stora staden?”{{field-off:bible}} [[@</w:t>
      </w:r>
      <w:r w:rsidR="0096445B" w:rsidRPr="000767E2">
        <w:rPr>
          <w:lang w:val="sv-SE"/>
        </w:rPr>
        <w:t>BibleBIBEL82</w:t>
      </w:r>
      <w:r w:rsidRPr="000767E2">
        <w:rPr>
          <w:lang w:val="sv-SE"/>
        </w:rPr>
        <w:t>:Rev 18:19]]</w:t>
      </w:r>
      <w:r w:rsidRPr="000767E2">
        <w:rPr>
          <w:vertAlign w:val="superscript"/>
          <w:lang w:val="sv-SE"/>
        </w:rPr>
        <w:t>19</w:t>
      </w:r>
      <w:r w:rsidRPr="000767E2">
        <w:rPr>
          <w:lang w:val="sv-SE"/>
        </w:rPr>
        <w:t xml:space="preserve"> {{field-on:bible}}Och de kastade stoft över sina huvuden och ropade och grät och sörjde, och sade:{{field-off:bible}}</w:t>
      </w:r>
    </w:p>
    <w:p w14:paraId="2DAC80A8" w14:textId="30197C2F" w:rsidR="00BA33AB" w:rsidRPr="000767E2" w:rsidRDefault="00000000">
      <w:pPr>
        <w:rPr>
          <w:lang w:val="sv-SE"/>
        </w:rPr>
      </w:pPr>
      <w:r w:rsidRPr="000767E2">
        <w:rPr>
          <w:lang w:val="sv-SE"/>
        </w:rPr>
        <w:t>{{field-on:bible}}”Ve, ve, den stora staden</w:t>
      </w:r>
      <w:r w:rsidRPr="000767E2">
        <w:rPr>
          <w:lang w:val="sv-SE"/>
        </w:rPr>
        <w:br/>
        <w:t>i vilken alla som hade skeppen på havet</w:t>
      </w:r>
      <w:r w:rsidRPr="000767E2">
        <w:rPr>
          <w:lang w:val="sv-SE"/>
        </w:rPr>
        <w:br/>
        <w:t>blev rika av hennes dyrbarhet!</w:t>
      </w:r>
      <w:r w:rsidRPr="000767E2">
        <w:rPr>
          <w:lang w:val="sv-SE"/>
        </w:rPr>
        <w:br/>
        <w:t xml:space="preserve">För på en </w:t>
      </w:r>
      <w:r w:rsidRPr="000767E2">
        <w:rPr>
          <w:i/>
          <w:lang w:val="sv-SE"/>
        </w:rPr>
        <w:t>enda</w:t>
      </w:r>
      <w:r w:rsidRPr="000767E2">
        <w:rPr>
          <w:lang w:val="sv-SE"/>
        </w:rPr>
        <w:t xml:space="preserve"> timme blev hon ödelagd.{{field-off:bible}}</w:t>
      </w:r>
      <w:r w:rsidRPr="000767E2">
        <w:rPr>
          <w:lang w:val="sv-SE"/>
        </w:rPr>
        <w:br/>
        <w:t>[[@</w:t>
      </w:r>
      <w:r w:rsidR="0096445B" w:rsidRPr="000767E2">
        <w:rPr>
          <w:lang w:val="sv-SE"/>
        </w:rPr>
        <w:t>BibleBIBEL82</w:t>
      </w:r>
      <w:r w:rsidRPr="000767E2">
        <w:rPr>
          <w:lang w:val="sv-SE"/>
        </w:rPr>
        <w:t>:Rev 18:20]]</w:t>
      </w:r>
      <w:r w:rsidRPr="000767E2">
        <w:rPr>
          <w:vertAlign w:val="superscript"/>
          <w:lang w:val="sv-SE"/>
        </w:rPr>
        <w:t>20</w:t>
      </w:r>
      <w:r w:rsidRPr="000767E2">
        <w:rPr>
          <w:lang w:val="sv-SE"/>
        </w:rPr>
        <w:t xml:space="preserve"> {{field-on:bible}}Fröjda dig över henne,</w:t>
      </w:r>
      <w:r w:rsidRPr="000767E2">
        <w:rPr>
          <w:lang w:val="sv-SE"/>
        </w:rPr>
        <w:br/>
        <w:t>himmel och heliga och apostlar och profeter!</w:t>
      </w:r>
      <w:r w:rsidRPr="000767E2">
        <w:rPr>
          <w:lang w:val="sv-SE"/>
        </w:rPr>
        <w:br/>
        <w:t>För Gud har dömt er dom från henne.”{{field-off:bible}}</w:t>
      </w:r>
    </w:p>
    <w:p w14:paraId="4DD07603" w14:textId="7AA85704" w:rsidR="00BA33AB" w:rsidRPr="000767E2" w:rsidRDefault="00000000">
      <w:pPr>
        <w:rPr>
          <w:lang w:val="sv-SE"/>
        </w:rPr>
      </w:pPr>
      <w:r w:rsidRPr="000767E2">
        <w:rPr>
          <w:lang w:val="sv-SE"/>
        </w:rPr>
        <w:t>[[@</w:t>
      </w:r>
      <w:r w:rsidR="0096445B" w:rsidRPr="000767E2">
        <w:rPr>
          <w:lang w:val="sv-SE"/>
        </w:rPr>
        <w:t>BibleBIBEL82</w:t>
      </w:r>
      <w:r w:rsidRPr="000767E2">
        <w:rPr>
          <w:lang w:val="sv-SE"/>
        </w:rPr>
        <w:t>:Rev 18:21]]</w:t>
      </w:r>
      <w:r w:rsidRPr="000767E2">
        <w:rPr>
          <w:vertAlign w:val="superscript"/>
          <w:lang w:val="sv-SE"/>
        </w:rPr>
        <w:t>21</w:t>
      </w:r>
      <w:r w:rsidRPr="000767E2">
        <w:rPr>
          <w:lang w:val="sv-SE"/>
        </w:rPr>
        <w:t xml:space="preserve"> {{field-on:bible}}Och en stark ängel tog upp en sten, som en stor kvarnsten, och kastade i havet och sade:{{field-off:bible}}</w:t>
      </w:r>
    </w:p>
    <w:p w14:paraId="514C27C8" w14:textId="7A380ADC" w:rsidR="00BA33AB" w:rsidRPr="000767E2" w:rsidRDefault="00000000">
      <w:pPr>
        <w:rPr>
          <w:lang w:val="sv-SE"/>
        </w:rPr>
      </w:pPr>
      <w:r w:rsidRPr="000767E2">
        <w:rPr>
          <w:lang w:val="sv-SE"/>
        </w:rPr>
        <w:t>{{field-on:bible}}”Så ska den med fart kastas, Babylon den stora staden,</w:t>
      </w:r>
      <w:r w:rsidRPr="000767E2">
        <w:rPr>
          <w:lang w:val="sv-SE"/>
        </w:rPr>
        <w:br/>
        <w:t>och aldrig finnas mer.{{field-off:bible}}</w:t>
      </w:r>
      <w:r w:rsidRPr="000767E2">
        <w:rPr>
          <w:lang w:val="sv-SE"/>
        </w:rPr>
        <w:br/>
        <w:t>[[@</w:t>
      </w:r>
      <w:r w:rsidR="0096445B" w:rsidRPr="000767E2">
        <w:rPr>
          <w:lang w:val="sv-SE"/>
        </w:rPr>
        <w:t>BibleBIBEL82</w:t>
      </w:r>
      <w:r w:rsidRPr="000767E2">
        <w:rPr>
          <w:lang w:val="sv-SE"/>
        </w:rPr>
        <w:t>:Rev 18:22]]</w:t>
      </w:r>
      <w:r w:rsidRPr="000767E2">
        <w:rPr>
          <w:vertAlign w:val="superscript"/>
          <w:lang w:val="sv-SE"/>
        </w:rPr>
        <w:t>22</w:t>
      </w:r>
      <w:r w:rsidRPr="000767E2">
        <w:rPr>
          <w:lang w:val="sv-SE"/>
        </w:rPr>
        <w:t xml:space="preserve"> {{field-on:bible}}Och ljud av harpsångare och musiker och flöjtblåsare</w:t>
      </w:r>
      <w:r w:rsidRPr="000767E2">
        <w:rPr>
          <w:lang w:val="sv-SE"/>
        </w:rPr>
        <w:br/>
      </w:r>
      <w:r w:rsidRPr="000767E2">
        <w:rPr>
          <w:lang w:val="sv-SE"/>
        </w:rPr>
        <w:lastRenderedPageBreak/>
        <w:t>och trumpetare ska aldrig höras i dig mer,</w:t>
      </w:r>
      <w:r w:rsidRPr="000767E2">
        <w:rPr>
          <w:lang w:val="sv-SE"/>
        </w:rPr>
        <w:br/>
        <w:t>och någon hantverkare av något yrke ska aldrig finnas i dig mer,</w:t>
      </w:r>
      <w:r w:rsidRPr="000767E2">
        <w:rPr>
          <w:lang w:val="sv-SE"/>
        </w:rPr>
        <w:br/>
        <w:t>och ljud av kvarnsten ska aldrig höras i dig mer,{{field-off:bible}}</w:t>
      </w:r>
      <w:r w:rsidRPr="000767E2">
        <w:rPr>
          <w:lang w:val="sv-SE"/>
        </w:rPr>
        <w:br/>
        <w:t>[[@</w:t>
      </w:r>
      <w:r w:rsidR="0096445B" w:rsidRPr="000767E2">
        <w:rPr>
          <w:lang w:val="sv-SE"/>
        </w:rPr>
        <w:t>BibleBIBEL82</w:t>
      </w:r>
      <w:r w:rsidRPr="000767E2">
        <w:rPr>
          <w:lang w:val="sv-SE"/>
        </w:rPr>
        <w:t>:Rev 18:23]]</w:t>
      </w:r>
      <w:r w:rsidRPr="000767E2">
        <w:rPr>
          <w:vertAlign w:val="superscript"/>
          <w:lang w:val="sv-SE"/>
        </w:rPr>
        <w:t>23</w:t>
      </w:r>
      <w:r w:rsidRPr="000767E2">
        <w:rPr>
          <w:lang w:val="sv-SE"/>
        </w:rPr>
        <w:t xml:space="preserve"> {{field-on:bible}}och ljus från lampa ska aldrig lysa i dig mer,</w:t>
      </w:r>
      <w:r w:rsidRPr="000767E2">
        <w:rPr>
          <w:lang w:val="sv-SE"/>
        </w:rPr>
        <w:br/>
        <w:t>och röst av brudgum och brud ska aldrig höras i dig mer.</w:t>
      </w:r>
      <w:r w:rsidRPr="000767E2">
        <w:rPr>
          <w:lang w:val="sv-SE"/>
        </w:rPr>
        <w:br/>
        <w:t>För dina köpmän var jordens stormän,</w:t>
      </w:r>
      <w:r w:rsidRPr="000767E2">
        <w:rPr>
          <w:lang w:val="sv-SE"/>
        </w:rPr>
        <w:br/>
        <w:t>för genom din häxkonst förvillades alla folkslagen.{{field-off:bible}}</w:t>
      </w:r>
      <w:r w:rsidRPr="000767E2">
        <w:rPr>
          <w:lang w:val="sv-SE"/>
        </w:rPr>
        <w:br/>
        <w:t>[[@</w:t>
      </w:r>
      <w:r w:rsidR="0096445B" w:rsidRPr="000767E2">
        <w:rPr>
          <w:lang w:val="sv-SE"/>
        </w:rPr>
        <w:t>BibleBIBEL82</w:t>
      </w:r>
      <w:r w:rsidRPr="000767E2">
        <w:rPr>
          <w:lang w:val="sv-SE"/>
        </w:rPr>
        <w:t>:Rev 18:24]]</w:t>
      </w:r>
      <w:r w:rsidRPr="000767E2">
        <w:rPr>
          <w:vertAlign w:val="superscript"/>
          <w:lang w:val="sv-SE"/>
        </w:rPr>
        <w:t>24</w:t>
      </w:r>
      <w:r w:rsidRPr="000767E2">
        <w:rPr>
          <w:lang w:val="sv-SE"/>
        </w:rPr>
        <w:t xml:space="preserve"> {{field-on:bible}}Och i henne fanns blod av profeter och heliga</w:t>
      </w:r>
      <w:r w:rsidRPr="000767E2">
        <w:rPr>
          <w:lang w:val="sv-SE"/>
        </w:rPr>
        <w:br/>
        <w:t>och alla som slaktats på jorden.”{{field-off:bible}}</w:t>
      </w:r>
    </w:p>
    <w:p w14:paraId="719F0390" w14:textId="15C0745D"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19]]Kapitel 19</w:t>
      </w:r>
    </w:p>
    <w:p w14:paraId="7C589854" w14:textId="77777777" w:rsidR="00BA33AB" w:rsidRPr="000767E2" w:rsidRDefault="00000000">
      <w:pPr>
        <w:pStyle w:val="Rubrik3"/>
        <w:rPr>
          <w:lang w:val="sv-SE"/>
        </w:rPr>
      </w:pPr>
      <w:r w:rsidRPr="000767E2">
        <w:rPr>
          <w:lang w:val="sv-SE"/>
        </w:rPr>
        <w:t>Halleluja i himlen</w:t>
      </w:r>
    </w:p>
    <w:p w14:paraId="6DD8D9CE" w14:textId="1D170E21" w:rsidR="00BA33AB" w:rsidRPr="000767E2" w:rsidRDefault="00000000">
      <w:pPr>
        <w:rPr>
          <w:lang w:val="sv-SE"/>
        </w:rPr>
      </w:pPr>
      <w:r w:rsidRPr="000767E2">
        <w:rPr>
          <w:lang w:val="sv-SE"/>
        </w:rPr>
        <w:t>[[@</w:t>
      </w:r>
      <w:r w:rsidR="0096445B" w:rsidRPr="000767E2">
        <w:rPr>
          <w:lang w:val="sv-SE"/>
        </w:rPr>
        <w:t>BibleBIBEL82</w:t>
      </w:r>
      <w:r w:rsidRPr="000767E2">
        <w:rPr>
          <w:lang w:val="sv-SE"/>
        </w:rPr>
        <w:t>:Rev 19:1]]</w:t>
      </w:r>
      <w:r w:rsidRPr="000767E2">
        <w:rPr>
          <w:vertAlign w:val="superscript"/>
          <w:lang w:val="sv-SE"/>
        </w:rPr>
        <w:t>1</w:t>
      </w:r>
      <w:r w:rsidRPr="000767E2">
        <w:rPr>
          <w:lang w:val="sv-SE"/>
        </w:rPr>
        <w:t xml:space="preserve"> {{field-on:bible}}Efter detta hörde jag som en väldig röst från en stor skara i himlen som sade:{{field-off:bible}}</w:t>
      </w:r>
    </w:p>
    <w:p w14:paraId="3328A774" w14:textId="5CDD3CC1" w:rsidR="00BA33AB" w:rsidRPr="000767E2" w:rsidRDefault="00000000">
      <w:pPr>
        <w:rPr>
          <w:lang w:val="sv-SE"/>
        </w:rPr>
      </w:pPr>
      <w:r w:rsidRPr="000767E2">
        <w:rPr>
          <w:lang w:val="sv-SE"/>
        </w:rPr>
        <w:t>{{field-on:bible}}”Halleluja!</w:t>
      </w:r>
      <w:r w:rsidRPr="000767E2">
        <w:rPr>
          <w:lang w:val="sv-SE"/>
        </w:rPr>
        <w:br/>
        <w:t>Frälsningen och äran och makten tillhör vår Gud,{{field-off:bible}}</w:t>
      </w:r>
      <w:r w:rsidRPr="000767E2">
        <w:rPr>
          <w:lang w:val="sv-SE"/>
        </w:rPr>
        <w:br/>
        <w:t>[[@</w:t>
      </w:r>
      <w:r w:rsidR="0096445B" w:rsidRPr="000767E2">
        <w:rPr>
          <w:lang w:val="sv-SE"/>
        </w:rPr>
        <w:t>BibleBIBEL82</w:t>
      </w:r>
      <w:r w:rsidRPr="000767E2">
        <w:rPr>
          <w:lang w:val="sv-SE"/>
        </w:rPr>
        <w:t>:Rev 19:2]]</w:t>
      </w:r>
      <w:r w:rsidRPr="000767E2">
        <w:rPr>
          <w:vertAlign w:val="superscript"/>
          <w:lang w:val="sv-SE"/>
        </w:rPr>
        <w:t>2</w:t>
      </w:r>
      <w:r w:rsidRPr="000767E2">
        <w:rPr>
          <w:lang w:val="sv-SE"/>
        </w:rPr>
        <w:t xml:space="preserve"> {{field-on:bible}}för sannfärdiga och rättfärdiga </w:t>
      </w:r>
      <w:r w:rsidRPr="000767E2">
        <w:rPr>
          <w:i/>
          <w:lang w:val="sv-SE"/>
        </w:rPr>
        <w:t>är</w:t>
      </w:r>
      <w:r w:rsidRPr="000767E2">
        <w:rPr>
          <w:lang w:val="sv-SE"/>
        </w:rPr>
        <w:t xml:space="preserve"> hans domar.</w:t>
      </w:r>
      <w:r w:rsidRPr="000767E2">
        <w:rPr>
          <w:lang w:val="sv-SE"/>
        </w:rPr>
        <w:br/>
        <w:t>För han har dömt den stora skökan</w:t>
      </w:r>
      <w:r w:rsidRPr="000767E2">
        <w:rPr>
          <w:lang w:val="sv-SE"/>
        </w:rPr>
        <w:br/>
        <w:t>som fördärvade jorden med sin otukt,</w:t>
      </w:r>
      <w:r w:rsidRPr="000767E2">
        <w:rPr>
          <w:lang w:val="sv-SE"/>
        </w:rPr>
        <w:br/>
        <w:t>och skipat rätt för sina fasttjänares blod från hennes hand.”{{field-off:bible}}</w:t>
      </w:r>
    </w:p>
    <w:p w14:paraId="39ACCB1B" w14:textId="3387422E" w:rsidR="00BA33AB" w:rsidRPr="000767E2" w:rsidRDefault="00000000">
      <w:pPr>
        <w:rPr>
          <w:lang w:val="sv-SE"/>
        </w:rPr>
      </w:pPr>
      <w:r w:rsidRPr="000767E2">
        <w:rPr>
          <w:lang w:val="sv-SE"/>
        </w:rPr>
        <w:t>[[@</w:t>
      </w:r>
      <w:r w:rsidR="0096445B" w:rsidRPr="000767E2">
        <w:rPr>
          <w:lang w:val="sv-SE"/>
        </w:rPr>
        <w:t>BibleBIBEL82</w:t>
      </w:r>
      <w:r w:rsidRPr="000767E2">
        <w:rPr>
          <w:lang w:val="sv-SE"/>
        </w:rPr>
        <w:t>:Rev 19:3]]</w:t>
      </w:r>
      <w:r w:rsidRPr="000767E2">
        <w:rPr>
          <w:vertAlign w:val="superscript"/>
          <w:lang w:val="sv-SE"/>
        </w:rPr>
        <w:t>3</w:t>
      </w:r>
      <w:r w:rsidRPr="000767E2">
        <w:rPr>
          <w:lang w:val="sv-SE"/>
        </w:rPr>
        <w:t xml:space="preserve"> {{field-on:bible}}Och en andra gång har de sagt: ”Halleluja!” Och röken från henne stiger upp till eonernas eoner.{{field-off:bible}}</w:t>
      </w:r>
    </w:p>
    <w:p w14:paraId="34F8ACF7" w14:textId="62037A3E" w:rsidR="00BA33AB" w:rsidRPr="000767E2" w:rsidRDefault="00000000">
      <w:pPr>
        <w:rPr>
          <w:lang w:val="sv-SE"/>
        </w:rPr>
      </w:pPr>
      <w:r w:rsidRPr="000767E2">
        <w:rPr>
          <w:lang w:val="sv-SE"/>
        </w:rPr>
        <w:t>[[@</w:t>
      </w:r>
      <w:r w:rsidR="0096445B" w:rsidRPr="000767E2">
        <w:rPr>
          <w:lang w:val="sv-SE"/>
        </w:rPr>
        <w:t>BibleBIBEL82</w:t>
      </w:r>
      <w:r w:rsidRPr="000767E2">
        <w:rPr>
          <w:lang w:val="sv-SE"/>
        </w:rPr>
        <w:t>:Rev 19:4]]</w:t>
      </w:r>
      <w:r w:rsidRPr="000767E2">
        <w:rPr>
          <w:vertAlign w:val="superscript"/>
          <w:lang w:val="sv-SE"/>
        </w:rPr>
        <w:t>4</w:t>
      </w:r>
      <w:r w:rsidRPr="000767E2">
        <w:rPr>
          <w:lang w:val="sv-SE"/>
        </w:rPr>
        <w:t xml:space="preserve"> {{field-on:bible}}Och de tjugofyra äldste och de fyra varelserna föll </w:t>
      </w:r>
      <w:r w:rsidRPr="000767E2">
        <w:rPr>
          <w:i/>
          <w:lang w:val="sv-SE"/>
        </w:rPr>
        <w:t>ner</w:t>
      </w:r>
      <w:r w:rsidRPr="000767E2">
        <w:rPr>
          <w:lang w:val="sv-SE"/>
        </w:rPr>
        <w:t xml:space="preserve"> och tillbad Gud som sitter på tronen och sade: ”Amen. Halleluja!”{{field-off:bible}} [[@</w:t>
      </w:r>
      <w:r w:rsidR="0096445B" w:rsidRPr="000767E2">
        <w:rPr>
          <w:lang w:val="sv-SE"/>
        </w:rPr>
        <w:t>BibleBIBEL82</w:t>
      </w:r>
      <w:r w:rsidRPr="000767E2">
        <w:rPr>
          <w:lang w:val="sv-SE"/>
        </w:rPr>
        <w:t>:Rev 19:5]]</w:t>
      </w:r>
      <w:r w:rsidRPr="000767E2">
        <w:rPr>
          <w:vertAlign w:val="superscript"/>
          <w:lang w:val="sv-SE"/>
        </w:rPr>
        <w:t>5</w:t>
      </w:r>
      <w:r w:rsidRPr="000767E2">
        <w:rPr>
          <w:lang w:val="sv-SE"/>
        </w:rPr>
        <w:t xml:space="preserve"> {{field-on:bible}}Och en röst från tronen utgick och sade:{{field-off:bible}}</w:t>
      </w:r>
    </w:p>
    <w:p w14:paraId="4310579F" w14:textId="77777777" w:rsidR="00BA33AB" w:rsidRPr="000767E2" w:rsidRDefault="00000000">
      <w:pPr>
        <w:rPr>
          <w:lang w:val="sv-SE"/>
        </w:rPr>
      </w:pPr>
      <w:r w:rsidRPr="000767E2">
        <w:rPr>
          <w:lang w:val="sv-SE"/>
        </w:rPr>
        <w:t>{{field-on:bible}}”Lovprisa vår Gud, alla hans fasttjänare</w:t>
      </w:r>
      <w:r w:rsidRPr="000767E2">
        <w:rPr>
          <w:lang w:val="sv-SE"/>
        </w:rPr>
        <w:br/>
        <w:t xml:space="preserve">och </w:t>
      </w:r>
      <w:r w:rsidRPr="000767E2">
        <w:rPr>
          <w:i/>
          <w:lang w:val="sv-SE"/>
        </w:rPr>
        <w:t>ni</w:t>
      </w:r>
      <w:r w:rsidRPr="000767E2">
        <w:rPr>
          <w:lang w:val="sv-SE"/>
        </w:rPr>
        <w:t xml:space="preserve"> som fruktar honom, de små och de stora!”{{field-off:bible}}</w:t>
      </w:r>
    </w:p>
    <w:p w14:paraId="64FE4B12" w14:textId="77777777" w:rsidR="00BA33AB" w:rsidRPr="000767E2" w:rsidRDefault="00000000">
      <w:pPr>
        <w:pStyle w:val="Rubrik3"/>
        <w:rPr>
          <w:lang w:val="sv-SE"/>
        </w:rPr>
      </w:pPr>
      <w:r w:rsidRPr="000767E2">
        <w:rPr>
          <w:lang w:val="sv-SE"/>
        </w:rPr>
        <w:t>Lammets bröllop</w:t>
      </w:r>
    </w:p>
    <w:p w14:paraId="0A92E95A" w14:textId="48981074" w:rsidR="00BA33AB" w:rsidRPr="000767E2" w:rsidRDefault="00000000">
      <w:pPr>
        <w:rPr>
          <w:lang w:val="sv-SE"/>
        </w:rPr>
      </w:pPr>
      <w:r w:rsidRPr="000767E2">
        <w:rPr>
          <w:lang w:val="sv-SE"/>
        </w:rPr>
        <w:t>[[@</w:t>
      </w:r>
      <w:r w:rsidR="0096445B" w:rsidRPr="000767E2">
        <w:rPr>
          <w:lang w:val="sv-SE"/>
        </w:rPr>
        <w:t>BibleBIBEL82</w:t>
      </w:r>
      <w:r w:rsidRPr="000767E2">
        <w:rPr>
          <w:lang w:val="sv-SE"/>
        </w:rPr>
        <w:t>:Rev 19:6]]</w:t>
      </w:r>
      <w:r w:rsidRPr="000767E2">
        <w:rPr>
          <w:vertAlign w:val="superscript"/>
          <w:lang w:val="sv-SE"/>
        </w:rPr>
        <w:t>6</w:t>
      </w:r>
      <w:r w:rsidRPr="000767E2">
        <w:rPr>
          <w:lang w:val="sv-SE"/>
        </w:rPr>
        <w:t xml:space="preserve"> {{field-on:bible}}Och jag hörde som en röst av en stor skara och som en röst av stora vatten och som en röst av starka åskor som sade:{{field-off:bible}}</w:t>
      </w:r>
    </w:p>
    <w:p w14:paraId="410EE62E" w14:textId="1D932640" w:rsidR="00BA33AB" w:rsidRPr="000767E2" w:rsidRDefault="00000000">
      <w:pPr>
        <w:rPr>
          <w:lang w:val="sv-SE"/>
        </w:rPr>
      </w:pPr>
      <w:r w:rsidRPr="000767E2">
        <w:rPr>
          <w:lang w:val="sv-SE"/>
        </w:rPr>
        <w:t>{{field-on:bible}}”Halleluja!</w:t>
      </w:r>
      <w:r w:rsidRPr="000767E2">
        <w:rPr>
          <w:lang w:val="sv-SE"/>
        </w:rPr>
        <w:br/>
        <w:t xml:space="preserve">För han har </w:t>
      </w:r>
      <w:r w:rsidRPr="000767E2">
        <w:rPr>
          <w:i/>
          <w:lang w:val="sv-SE"/>
        </w:rPr>
        <w:t>börjat</w:t>
      </w:r>
      <w:r w:rsidRPr="000767E2">
        <w:rPr>
          <w:lang w:val="sv-SE"/>
        </w:rPr>
        <w:t xml:space="preserve"> regera,</w:t>
      </w:r>
      <w:r w:rsidRPr="000767E2">
        <w:rPr>
          <w:lang w:val="sv-SE"/>
        </w:rPr>
        <w:br/>
        <w:t>Herren vår Gud Allhärskaren.{{field-off:bible}}</w:t>
      </w:r>
      <w:r w:rsidRPr="000767E2">
        <w:rPr>
          <w:lang w:val="sv-SE"/>
        </w:rPr>
        <w:br/>
        <w:t>[[@</w:t>
      </w:r>
      <w:r w:rsidR="0096445B" w:rsidRPr="000767E2">
        <w:rPr>
          <w:lang w:val="sv-SE"/>
        </w:rPr>
        <w:t>BibleBIBEL82</w:t>
      </w:r>
      <w:r w:rsidRPr="000767E2">
        <w:rPr>
          <w:lang w:val="sv-SE"/>
        </w:rPr>
        <w:t>:Rev 19:7]]</w:t>
      </w:r>
      <w:r w:rsidRPr="000767E2">
        <w:rPr>
          <w:vertAlign w:val="superscript"/>
          <w:lang w:val="sv-SE"/>
        </w:rPr>
        <w:t>7</w:t>
      </w:r>
      <w:r w:rsidRPr="000767E2">
        <w:rPr>
          <w:lang w:val="sv-SE"/>
        </w:rPr>
        <w:t xml:space="preserve"> {{field-on:bible}}Låt oss glädjas och jubla och ge honom äran!</w:t>
      </w:r>
      <w:r w:rsidRPr="000767E2">
        <w:rPr>
          <w:lang w:val="sv-SE"/>
        </w:rPr>
        <w:br/>
        <w:t>För Lammets bröllop har kommit,</w:t>
      </w:r>
      <w:r w:rsidRPr="000767E2">
        <w:rPr>
          <w:lang w:val="sv-SE"/>
        </w:rPr>
        <w:br/>
        <w:t>och hans hustru har berett sig,{{field-off:bible}}</w:t>
      </w:r>
      <w:r w:rsidRPr="000767E2">
        <w:rPr>
          <w:lang w:val="sv-SE"/>
        </w:rPr>
        <w:br/>
        <w:t>[[@</w:t>
      </w:r>
      <w:r w:rsidR="0096445B" w:rsidRPr="000767E2">
        <w:rPr>
          <w:lang w:val="sv-SE"/>
        </w:rPr>
        <w:t>BibleBIBEL82</w:t>
      </w:r>
      <w:r w:rsidRPr="000767E2">
        <w:rPr>
          <w:lang w:val="sv-SE"/>
        </w:rPr>
        <w:t>:Rev 19:8]]</w:t>
      </w:r>
      <w:r w:rsidRPr="000767E2">
        <w:rPr>
          <w:vertAlign w:val="superscript"/>
          <w:lang w:val="sv-SE"/>
        </w:rPr>
        <w:t>8</w:t>
      </w:r>
      <w:r w:rsidRPr="000767E2">
        <w:rPr>
          <w:lang w:val="sv-SE"/>
        </w:rPr>
        <w:t xml:space="preserve"> {{field-on:bible}}och åt henne har getts att klä sig i glänsande </w:t>
      </w:r>
      <w:r w:rsidRPr="000767E2">
        <w:rPr>
          <w:lang w:val="sv-SE"/>
        </w:rPr>
        <w:lastRenderedPageBreak/>
        <w:t>rent fint linne.”</w:t>
      </w:r>
      <w:r w:rsidRPr="000767E2">
        <w:rPr>
          <w:lang w:val="sv-SE"/>
        </w:rPr>
        <w:br/>
        <w:t>För det fina linnet är de heligas rättfärdighetsdomar.{{field-off:bible}}</w:t>
      </w:r>
    </w:p>
    <w:p w14:paraId="73A14D4C" w14:textId="4817FF4F" w:rsidR="00BA33AB" w:rsidRPr="000767E2" w:rsidRDefault="00000000">
      <w:pPr>
        <w:rPr>
          <w:lang w:val="sv-SE"/>
        </w:rPr>
      </w:pPr>
      <w:r w:rsidRPr="000767E2">
        <w:rPr>
          <w:lang w:val="sv-SE"/>
        </w:rPr>
        <w:t>[[@</w:t>
      </w:r>
      <w:r w:rsidR="0096445B" w:rsidRPr="000767E2">
        <w:rPr>
          <w:lang w:val="sv-SE"/>
        </w:rPr>
        <w:t>BibleBIBEL82</w:t>
      </w:r>
      <w:r w:rsidRPr="000767E2">
        <w:rPr>
          <w:lang w:val="sv-SE"/>
        </w:rPr>
        <w:t>:Rev 19:9]]</w:t>
      </w:r>
      <w:r w:rsidRPr="000767E2">
        <w:rPr>
          <w:vertAlign w:val="superscript"/>
          <w:lang w:val="sv-SE"/>
        </w:rPr>
        <w:t>9</w:t>
      </w:r>
      <w:r w:rsidRPr="000767E2">
        <w:rPr>
          <w:lang w:val="sv-SE"/>
        </w:rPr>
        <w:t xml:space="preserve"> {{field-on:bible}}Och han säger till mig: ”Skriv: Saliga de som till Lammets bröllopsmåltid är bjudna.” Och han säger till mig: ”Dessa är Guds sannfärdiga ord.”{{field-off:bible}} [[@</w:t>
      </w:r>
      <w:r w:rsidR="0096445B" w:rsidRPr="000767E2">
        <w:rPr>
          <w:lang w:val="sv-SE"/>
        </w:rPr>
        <w:t>BibleBIBEL82</w:t>
      </w:r>
      <w:r w:rsidRPr="000767E2">
        <w:rPr>
          <w:lang w:val="sv-SE"/>
        </w:rPr>
        <w:t>:Rev 19:10]]</w:t>
      </w:r>
      <w:r w:rsidRPr="000767E2">
        <w:rPr>
          <w:vertAlign w:val="superscript"/>
          <w:lang w:val="sv-SE"/>
        </w:rPr>
        <w:t>10</w:t>
      </w:r>
      <w:r w:rsidRPr="000767E2">
        <w:rPr>
          <w:lang w:val="sv-SE"/>
        </w:rPr>
        <w:t xml:space="preserve"> {{field-on:bible}}Och jag föll </w:t>
      </w:r>
      <w:r w:rsidRPr="000767E2">
        <w:rPr>
          <w:i/>
          <w:lang w:val="sv-SE"/>
        </w:rPr>
        <w:t>ner</w:t>
      </w:r>
      <w:r w:rsidRPr="000767E2">
        <w:rPr>
          <w:lang w:val="sv-SE"/>
        </w:rPr>
        <w:t xml:space="preserve"> inför hans fötter </w:t>
      </w:r>
      <w:r w:rsidRPr="000767E2">
        <w:rPr>
          <w:i/>
          <w:lang w:val="sv-SE"/>
        </w:rPr>
        <w:t>för</w:t>
      </w:r>
      <w:r w:rsidRPr="000767E2">
        <w:rPr>
          <w:lang w:val="sv-SE"/>
        </w:rPr>
        <w:t xml:space="preserve"> att tillbe honom. Och han säger till mig: ”Se, inte </w:t>
      </w:r>
      <w:r w:rsidRPr="000767E2">
        <w:rPr>
          <w:i/>
          <w:lang w:val="sv-SE"/>
        </w:rPr>
        <w:t>så</w:t>
      </w:r>
      <w:r w:rsidRPr="000767E2">
        <w:rPr>
          <w:lang w:val="sv-SE"/>
        </w:rPr>
        <w:t>! En medtjänare är jag till dig och dina syskon som har Jesu vittnesbörd. Gud ska du tillbe.” För Jesu vittnesbörd är profetians Ande.{{field-off:bible}}</w:t>
      </w:r>
    </w:p>
    <w:p w14:paraId="0E1F4D9B" w14:textId="77777777" w:rsidR="00BA33AB" w:rsidRPr="000767E2" w:rsidRDefault="00000000">
      <w:pPr>
        <w:pStyle w:val="Rubrik3"/>
        <w:rPr>
          <w:lang w:val="sv-SE"/>
        </w:rPr>
      </w:pPr>
      <w:r w:rsidRPr="000767E2">
        <w:rPr>
          <w:lang w:val="sv-SE"/>
        </w:rPr>
        <w:t>Ryttaren på den vita hästen</w:t>
      </w:r>
    </w:p>
    <w:p w14:paraId="61F0E37C" w14:textId="6C2F73C0" w:rsidR="00BA33AB" w:rsidRPr="000767E2" w:rsidRDefault="00000000">
      <w:pPr>
        <w:rPr>
          <w:lang w:val="sv-SE"/>
        </w:rPr>
      </w:pPr>
      <w:r w:rsidRPr="000767E2">
        <w:rPr>
          <w:lang w:val="sv-SE"/>
        </w:rPr>
        <w:t>[[@</w:t>
      </w:r>
      <w:r w:rsidR="0096445B" w:rsidRPr="000767E2">
        <w:rPr>
          <w:lang w:val="sv-SE"/>
        </w:rPr>
        <w:t>BibleBIBEL82</w:t>
      </w:r>
      <w:r w:rsidRPr="000767E2">
        <w:rPr>
          <w:lang w:val="sv-SE"/>
        </w:rPr>
        <w:t>:Rev 19:11]]</w:t>
      </w:r>
      <w:r w:rsidRPr="000767E2">
        <w:rPr>
          <w:vertAlign w:val="superscript"/>
          <w:lang w:val="sv-SE"/>
        </w:rPr>
        <w:t>11</w:t>
      </w:r>
      <w:r w:rsidRPr="000767E2">
        <w:rPr>
          <w:lang w:val="sv-SE"/>
        </w:rPr>
        <w:t xml:space="preserve"> {{field-on:bible}}Och jag såg himlen öppnad, och se: en vit häst, och han som sitter på den [kallas] Trofast och Sannfärdig, och i rättfärdighet dömer han och krigar.{{field-off:bible}} [[@</w:t>
      </w:r>
      <w:r w:rsidR="0096445B" w:rsidRPr="000767E2">
        <w:rPr>
          <w:lang w:val="sv-SE"/>
        </w:rPr>
        <w:t>BibleBIBEL82</w:t>
      </w:r>
      <w:r w:rsidRPr="000767E2">
        <w:rPr>
          <w:lang w:val="sv-SE"/>
        </w:rPr>
        <w:t>:Rev 19:12]]</w:t>
      </w:r>
      <w:r w:rsidRPr="000767E2">
        <w:rPr>
          <w:vertAlign w:val="superscript"/>
          <w:lang w:val="sv-SE"/>
        </w:rPr>
        <w:t>12</w:t>
      </w:r>
      <w:r w:rsidRPr="000767E2">
        <w:rPr>
          <w:lang w:val="sv-SE"/>
        </w:rPr>
        <w:t xml:space="preserve"> {{field-on:bible}}Och hans ögon </w:t>
      </w:r>
      <w:r w:rsidRPr="000767E2">
        <w:rPr>
          <w:i/>
          <w:lang w:val="sv-SE"/>
        </w:rPr>
        <w:t>är</w:t>
      </w:r>
      <w:r w:rsidRPr="000767E2">
        <w:rPr>
          <w:lang w:val="sv-SE"/>
        </w:rPr>
        <w:t xml:space="preserve"> en låga av eld, och på hans huvud </w:t>
      </w:r>
      <w:r w:rsidRPr="000767E2">
        <w:rPr>
          <w:i/>
          <w:lang w:val="sv-SE"/>
        </w:rPr>
        <w:t>finns</w:t>
      </w:r>
      <w:r w:rsidRPr="000767E2">
        <w:rPr>
          <w:lang w:val="sv-SE"/>
        </w:rPr>
        <w:t xml:space="preserve"> många kronor, </w:t>
      </w:r>
      <w:r w:rsidRPr="000767E2">
        <w:rPr>
          <w:i/>
          <w:lang w:val="sv-SE"/>
        </w:rPr>
        <w:t>och</w:t>
      </w:r>
      <w:r w:rsidRPr="000767E2">
        <w:rPr>
          <w:lang w:val="sv-SE"/>
        </w:rPr>
        <w:t xml:space="preserve"> han har ett namn skrivet som ingen känner utom han själv{{field-off:bible}} [[@</w:t>
      </w:r>
      <w:r w:rsidR="0096445B" w:rsidRPr="000767E2">
        <w:rPr>
          <w:lang w:val="sv-SE"/>
        </w:rPr>
        <w:t>BibleBIBEL82</w:t>
      </w:r>
      <w:r w:rsidRPr="000767E2">
        <w:rPr>
          <w:lang w:val="sv-SE"/>
        </w:rPr>
        <w:t>:Rev 19:13]]</w:t>
      </w:r>
      <w:r w:rsidRPr="000767E2">
        <w:rPr>
          <w:vertAlign w:val="superscript"/>
          <w:lang w:val="sv-SE"/>
        </w:rPr>
        <w:t>13</w:t>
      </w:r>
      <w:r w:rsidRPr="000767E2">
        <w:rPr>
          <w:lang w:val="sv-SE"/>
        </w:rPr>
        <w:t xml:space="preserve"> {{field-on:bible}}och </w:t>
      </w:r>
      <w:r w:rsidRPr="000767E2">
        <w:rPr>
          <w:i/>
          <w:lang w:val="sv-SE"/>
        </w:rPr>
        <w:t>är</w:t>
      </w:r>
      <w:r w:rsidRPr="000767E2">
        <w:rPr>
          <w:lang w:val="sv-SE"/>
        </w:rPr>
        <w:t xml:space="preserve"> klädd i en mantel doppad i blod. Och hans namn har kallats Guds Ord.{{field-off:bible}} [[@</w:t>
      </w:r>
      <w:r w:rsidR="0096445B" w:rsidRPr="000767E2">
        <w:rPr>
          <w:lang w:val="sv-SE"/>
        </w:rPr>
        <w:t>BibleBIBEL82</w:t>
      </w:r>
      <w:r w:rsidRPr="000767E2">
        <w:rPr>
          <w:lang w:val="sv-SE"/>
        </w:rPr>
        <w:t>:Rev 19:14]]</w:t>
      </w:r>
      <w:r w:rsidRPr="000767E2">
        <w:rPr>
          <w:vertAlign w:val="superscript"/>
          <w:lang w:val="sv-SE"/>
        </w:rPr>
        <w:t>14</w:t>
      </w:r>
      <w:r w:rsidRPr="000767E2">
        <w:rPr>
          <w:lang w:val="sv-SE"/>
        </w:rPr>
        <w:t xml:space="preserve"> {{field-on:bible}}Och trupperna i himlen följde honom på vita hästar, iklädda rent vitt fint linne.{{field-off:bible}} [[@</w:t>
      </w:r>
      <w:r w:rsidR="0096445B" w:rsidRPr="000767E2">
        <w:rPr>
          <w:lang w:val="sv-SE"/>
        </w:rPr>
        <w:t>BibleBIBEL82</w:t>
      </w:r>
      <w:r w:rsidRPr="000767E2">
        <w:rPr>
          <w:lang w:val="sv-SE"/>
        </w:rPr>
        <w:t>:Rev 19:15]]</w:t>
      </w:r>
      <w:r w:rsidRPr="000767E2">
        <w:rPr>
          <w:vertAlign w:val="superscript"/>
          <w:lang w:val="sv-SE"/>
        </w:rPr>
        <w:t>15</w:t>
      </w:r>
      <w:r w:rsidRPr="000767E2">
        <w:rPr>
          <w:lang w:val="sv-SE"/>
        </w:rPr>
        <w:t xml:space="preserve"> {{field-on:bible}}Och ur hans mun utgår en skarp klinga för att med den slå folkslagen. Och han ska vara herde för dem med järnstav, och han trampar Gud Allhärskarens vredesraseris vinpress.{{field-off:bible}} [[@</w:t>
      </w:r>
      <w:r w:rsidR="0096445B" w:rsidRPr="000767E2">
        <w:rPr>
          <w:lang w:val="sv-SE"/>
        </w:rPr>
        <w:t>BibleBIBEL82</w:t>
      </w:r>
      <w:r w:rsidRPr="000767E2">
        <w:rPr>
          <w:lang w:val="sv-SE"/>
        </w:rPr>
        <w:t>:Rev 19:16]]</w:t>
      </w:r>
      <w:r w:rsidRPr="000767E2">
        <w:rPr>
          <w:vertAlign w:val="superscript"/>
          <w:lang w:val="sv-SE"/>
        </w:rPr>
        <w:t>16</w:t>
      </w:r>
      <w:r w:rsidRPr="000767E2">
        <w:rPr>
          <w:lang w:val="sv-SE"/>
        </w:rPr>
        <w:t xml:space="preserve"> {{field-on:bible}}Och han har på manteln och på sitt lår ett namn skrivet: ”Kungars Kung och herrars Herre.”{{field-off:bible}}</w:t>
      </w:r>
    </w:p>
    <w:p w14:paraId="71540461" w14:textId="78FA84AE" w:rsidR="00BA33AB" w:rsidRPr="000767E2" w:rsidRDefault="00000000">
      <w:pPr>
        <w:rPr>
          <w:lang w:val="sv-SE"/>
        </w:rPr>
      </w:pPr>
      <w:r w:rsidRPr="000767E2">
        <w:rPr>
          <w:lang w:val="sv-SE"/>
        </w:rPr>
        <w:t>[[@</w:t>
      </w:r>
      <w:r w:rsidR="0096445B" w:rsidRPr="000767E2">
        <w:rPr>
          <w:lang w:val="sv-SE"/>
        </w:rPr>
        <w:t>BibleBIBEL82</w:t>
      </w:r>
      <w:r w:rsidRPr="000767E2">
        <w:rPr>
          <w:lang w:val="sv-SE"/>
        </w:rPr>
        <w:t>:Rev 19:17]]</w:t>
      </w:r>
      <w:r w:rsidRPr="000767E2">
        <w:rPr>
          <w:vertAlign w:val="superscript"/>
          <w:lang w:val="sv-SE"/>
        </w:rPr>
        <w:t>17</w:t>
      </w:r>
      <w:r w:rsidRPr="000767E2">
        <w:rPr>
          <w:lang w:val="sv-SE"/>
        </w:rPr>
        <w:t xml:space="preserve"> {{field-on:bible}}Och jag såg en ängel stå i solen, och han ropade med väldig röst och sade till alla fåglarna flygande mitt på himlen: ”Kom, samlas till Guds stora festmåltid{{field-off:bible}} [[@</w:t>
      </w:r>
      <w:r w:rsidR="0096445B" w:rsidRPr="000767E2">
        <w:rPr>
          <w:lang w:val="sv-SE"/>
        </w:rPr>
        <w:t>BibleBIBEL82</w:t>
      </w:r>
      <w:r w:rsidRPr="000767E2">
        <w:rPr>
          <w:lang w:val="sv-SE"/>
        </w:rPr>
        <w:t>:Rev 19:18]]</w:t>
      </w:r>
      <w:r w:rsidRPr="000767E2">
        <w:rPr>
          <w:vertAlign w:val="superscript"/>
          <w:lang w:val="sv-SE"/>
        </w:rPr>
        <w:t>18</w:t>
      </w:r>
      <w:r w:rsidRPr="000767E2">
        <w:rPr>
          <w:lang w:val="sv-SE"/>
        </w:rPr>
        <w:t xml:space="preserve"> {{field-on:bible}}för att äta kött av kungar och kött av befälhavare och kött av starka </w:t>
      </w:r>
      <w:r w:rsidRPr="000767E2">
        <w:rPr>
          <w:i/>
          <w:lang w:val="sv-SE"/>
        </w:rPr>
        <w:t>män</w:t>
      </w:r>
      <w:r w:rsidRPr="000767E2">
        <w:rPr>
          <w:lang w:val="sv-SE"/>
        </w:rPr>
        <w:t>, och kött av hästar och av dem som sitter på dem, och kött av alla, både fria och fasttjänare och små och stora.”{{field-off:bible}}</w:t>
      </w:r>
    </w:p>
    <w:p w14:paraId="3F38F280" w14:textId="36B6E7EF" w:rsidR="00BA33AB" w:rsidRPr="000767E2" w:rsidRDefault="00000000">
      <w:pPr>
        <w:rPr>
          <w:lang w:val="sv-SE"/>
        </w:rPr>
      </w:pPr>
      <w:r w:rsidRPr="000767E2">
        <w:rPr>
          <w:lang w:val="sv-SE"/>
        </w:rPr>
        <w:t>[[@</w:t>
      </w:r>
      <w:r w:rsidR="0096445B" w:rsidRPr="000767E2">
        <w:rPr>
          <w:lang w:val="sv-SE"/>
        </w:rPr>
        <w:t>BibleBIBEL82</w:t>
      </w:r>
      <w:r w:rsidRPr="000767E2">
        <w:rPr>
          <w:lang w:val="sv-SE"/>
        </w:rPr>
        <w:t>:Rev 19:19]]</w:t>
      </w:r>
      <w:r w:rsidRPr="000767E2">
        <w:rPr>
          <w:vertAlign w:val="superscript"/>
          <w:lang w:val="sv-SE"/>
        </w:rPr>
        <w:t>19</w:t>
      </w:r>
      <w:r w:rsidRPr="000767E2">
        <w:rPr>
          <w:lang w:val="sv-SE"/>
        </w:rPr>
        <w:t xml:space="preserve"> {{field-on:bible}}Och jag såg vilddjuret och jordens kungar och deras trupper, samlade </w:t>
      </w:r>
      <w:r w:rsidRPr="000767E2">
        <w:rPr>
          <w:i/>
          <w:lang w:val="sv-SE"/>
        </w:rPr>
        <w:t>för</w:t>
      </w:r>
      <w:r w:rsidRPr="000767E2">
        <w:rPr>
          <w:lang w:val="sv-SE"/>
        </w:rPr>
        <w:t xml:space="preserve"> att göra kriget med honom som sitter på hästen och med hans trupp.{{field-off:bible}} [[@</w:t>
      </w:r>
      <w:r w:rsidR="0096445B" w:rsidRPr="000767E2">
        <w:rPr>
          <w:lang w:val="sv-SE"/>
        </w:rPr>
        <w:t>BibleBIBEL82</w:t>
      </w:r>
      <w:r w:rsidRPr="000767E2">
        <w:rPr>
          <w:lang w:val="sv-SE"/>
        </w:rPr>
        <w:t>:Rev 19:20]]</w:t>
      </w:r>
      <w:r w:rsidRPr="000767E2">
        <w:rPr>
          <w:vertAlign w:val="superscript"/>
          <w:lang w:val="sv-SE"/>
        </w:rPr>
        <w:t>20</w:t>
      </w:r>
      <w:r w:rsidRPr="000767E2">
        <w:rPr>
          <w:lang w:val="sv-SE"/>
        </w:rPr>
        <w:t xml:space="preserve"> {{field-on:bible}}Och vilddjuret fångades, och med det den falske profeten som hade gjort tecknen inför det, med vilka han förvillat dem som tog </w:t>
      </w:r>
      <w:r w:rsidRPr="000767E2">
        <w:rPr>
          <w:i/>
          <w:lang w:val="sv-SE"/>
        </w:rPr>
        <w:t>emot</w:t>
      </w:r>
      <w:r w:rsidRPr="000767E2">
        <w:rPr>
          <w:lang w:val="sv-SE"/>
        </w:rPr>
        <w:t xml:space="preserve"> vilddjurets märke och dem som tillbad dess bild. Levande kastades de två i eldsjön som brinner av svavel.{{field-off:bible}} [[@</w:t>
      </w:r>
      <w:r w:rsidR="0096445B" w:rsidRPr="000767E2">
        <w:rPr>
          <w:lang w:val="sv-SE"/>
        </w:rPr>
        <w:t>BibleBIBEL82</w:t>
      </w:r>
      <w:r w:rsidRPr="000767E2">
        <w:rPr>
          <w:lang w:val="sv-SE"/>
        </w:rPr>
        <w:t>:Rev 19:21]]</w:t>
      </w:r>
      <w:r w:rsidRPr="000767E2">
        <w:rPr>
          <w:vertAlign w:val="superscript"/>
          <w:lang w:val="sv-SE"/>
        </w:rPr>
        <w:t>21</w:t>
      </w:r>
      <w:r w:rsidRPr="000767E2">
        <w:rPr>
          <w:lang w:val="sv-SE"/>
        </w:rPr>
        <w:t xml:space="preserve"> {{field-on:bible}}Och de övriga dödades med klingan från honom som satt på hästen, den som utgick ur hans mun. Och alla fåglarna mättades av deras kött.{{field-off:bible}}</w:t>
      </w:r>
    </w:p>
    <w:p w14:paraId="06BBFCAF" w14:textId="0A67A141"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20]]Kapitel 20</w:t>
      </w:r>
    </w:p>
    <w:p w14:paraId="74D9736D" w14:textId="77777777" w:rsidR="00BA33AB" w:rsidRPr="000767E2" w:rsidRDefault="00000000">
      <w:pPr>
        <w:pStyle w:val="Rubrik3"/>
        <w:rPr>
          <w:lang w:val="sv-SE"/>
        </w:rPr>
      </w:pPr>
      <w:r w:rsidRPr="000767E2">
        <w:rPr>
          <w:lang w:val="sv-SE"/>
        </w:rPr>
        <w:t>Tusenårsriket</w:t>
      </w:r>
    </w:p>
    <w:p w14:paraId="552E2318" w14:textId="7EAC29BA" w:rsidR="00BA33AB" w:rsidRPr="000767E2" w:rsidRDefault="00000000">
      <w:pPr>
        <w:rPr>
          <w:lang w:val="sv-SE"/>
        </w:rPr>
      </w:pPr>
      <w:r w:rsidRPr="000767E2">
        <w:rPr>
          <w:lang w:val="sv-SE"/>
        </w:rPr>
        <w:t>[[@</w:t>
      </w:r>
      <w:r w:rsidR="0096445B" w:rsidRPr="000767E2">
        <w:rPr>
          <w:lang w:val="sv-SE"/>
        </w:rPr>
        <w:t>BibleBIBEL82</w:t>
      </w:r>
      <w:r w:rsidRPr="000767E2">
        <w:rPr>
          <w:lang w:val="sv-SE"/>
        </w:rPr>
        <w:t>:Rev 20:1]]</w:t>
      </w:r>
      <w:r w:rsidRPr="000767E2">
        <w:rPr>
          <w:vertAlign w:val="superscript"/>
          <w:lang w:val="sv-SE"/>
        </w:rPr>
        <w:t>1</w:t>
      </w:r>
      <w:r w:rsidRPr="000767E2">
        <w:rPr>
          <w:lang w:val="sv-SE"/>
        </w:rPr>
        <w:t xml:space="preserve"> {{field-on:bible}}Och jag såg en ängel stiga ner från himlen, och han hade nyckeln till avgrunden och en stor kedja i sin hand.{{field-off:bible}} [[@</w:t>
      </w:r>
      <w:r w:rsidR="0096445B" w:rsidRPr="000767E2">
        <w:rPr>
          <w:lang w:val="sv-SE"/>
        </w:rPr>
        <w:t>BibleBIBEL82</w:t>
      </w:r>
      <w:r w:rsidRPr="000767E2">
        <w:rPr>
          <w:lang w:val="sv-SE"/>
        </w:rPr>
        <w:t>:Rev 20:2]]</w:t>
      </w:r>
      <w:r w:rsidRPr="000767E2">
        <w:rPr>
          <w:vertAlign w:val="superscript"/>
          <w:lang w:val="sv-SE"/>
        </w:rPr>
        <w:t>2</w:t>
      </w:r>
      <w:r w:rsidRPr="000767E2">
        <w:rPr>
          <w:lang w:val="sv-SE"/>
        </w:rPr>
        <w:t xml:space="preserve"> {{field-on:bible}}Och han grep draken, den urtida ormen som är </w:t>
      </w:r>
      <w:r w:rsidRPr="000767E2">
        <w:rPr>
          <w:lang w:val="sv-SE"/>
        </w:rPr>
        <w:lastRenderedPageBreak/>
        <w:t xml:space="preserve">djävul och Satan, och band honom </w:t>
      </w:r>
      <w:r w:rsidRPr="000767E2">
        <w:rPr>
          <w:i/>
          <w:lang w:val="sv-SE"/>
        </w:rPr>
        <w:t>för</w:t>
      </w:r>
      <w:r w:rsidRPr="000767E2">
        <w:rPr>
          <w:lang w:val="sv-SE"/>
        </w:rPr>
        <w:t xml:space="preserve"> tusen år.{{field-off:bible}} [[@</w:t>
      </w:r>
      <w:r w:rsidR="0096445B" w:rsidRPr="000767E2">
        <w:rPr>
          <w:lang w:val="sv-SE"/>
        </w:rPr>
        <w:t>BibleBIBEL82</w:t>
      </w:r>
      <w:r w:rsidRPr="000767E2">
        <w:rPr>
          <w:lang w:val="sv-SE"/>
        </w:rPr>
        <w:t>:Rev 20:3]]</w:t>
      </w:r>
      <w:r w:rsidRPr="000767E2">
        <w:rPr>
          <w:vertAlign w:val="superscript"/>
          <w:lang w:val="sv-SE"/>
        </w:rPr>
        <w:t>3</w:t>
      </w:r>
      <w:r w:rsidRPr="000767E2">
        <w:rPr>
          <w:lang w:val="sv-SE"/>
        </w:rPr>
        <w:t xml:space="preserve"> {{field-on:bible}}Och han kastade honom i avgrunden och stängde och satte sigill ovanför honom, för att han inte mer skulle förvilla folkslagen förrän de tusen åren hade fullbordats. Efter detta måste han bli löst en liten tid.{{field-off:bible}}</w:t>
      </w:r>
    </w:p>
    <w:p w14:paraId="66052B5B" w14:textId="2D6B7F6B" w:rsidR="00BA33AB" w:rsidRPr="000767E2" w:rsidRDefault="00000000">
      <w:pPr>
        <w:rPr>
          <w:lang w:val="sv-SE"/>
        </w:rPr>
      </w:pPr>
      <w:r w:rsidRPr="000767E2">
        <w:rPr>
          <w:lang w:val="sv-SE"/>
        </w:rPr>
        <w:t>[[@</w:t>
      </w:r>
      <w:r w:rsidR="0096445B" w:rsidRPr="000767E2">
        <w:rPr>
          <w:lang w:val="sv-SE"/>
        </w:rPr>
        <w:t>BibleBIBEL82</w:t>
      </w:r>
      <w:r w:rsidRPr="000767E2">
        <w:rPr>
          <w:lang w:val="sv-SE"/>
        </w:rPr>
        <w:t>:Rev 20:4]]</w:t>
      </w:r>
      <w:r w:rsidRPr="000767E2">
        <w:rPr>
          <w:vertAlign w:val="superscript"/>
          <w:lang w:val="sv-SE"/>
        </w:rPr>
        <w:t>4</w:t>
      </w:r>
      <w:r w:rsidRPr="000767E2">
        <w:rPr>
          <w:lang w:val="sv-SE"/>
        </w:rPr>
        <w:t xml:space="preserve"> {{field-on:bible}}Och jag såg troner, och de satte sig på dem och en dom gavs åt dem. Samt själarna av dem som hade blivit yxade för Jesu vittnesbörd och för Guds ord, och de som inte hade tillbett vilddjuret eller dess bild och inte tagit </w:t>
      </w:r>
      <w:r w:rsidRPr="000767E2">
        <w:rPr>
          <w:i/>
          <w:lang w:val="sv-SE"/>
        </w:rPr>
        <w:t>emot</w:t>
      </w:r>
      <w:r w:rsidRPr="000767E2">
        <w:rPr>
          <w:lang w:val="sv-SE"/>
        </w:rPr>
        <w:t xml:space="preserve"> märket på pannan och på sin hand. Och de levde och regerade med Kristus </w:t>
      </w:r>
      <w:r w:rsidRPr="000767E2">
        <w:rPr>
          <w:i/>
          <w:lang w:val="sv-SE"/>
        </w:rPr>
        <w:t>i</w:t>
      </w:r>
      <w:r w:rsidRPr="000767E2">
        <w:rPr>
          <w:lang w:val="sv-SE"/>
        </w:rPr>
        <w:t xml:space="preserve"> tusen år.{{field-off:bible}} [[@</w:t>
      </w:r>
      <w:r w:rsidR="0096445B" w:rsidRPr="000767E2">
        <w:rPr>
          <w:lang w:val="sv-SE"/>
        </w:rPr>
        <w:t>BibleBIBEL82</w:t>
      </w:r>
      <w:r w:rsidRPr="000767E2">
        <w:rPr>
          <w:lang w:val="sv-SE"/>
        </w:rPr>
        <w:t>:Rev 20:5]]</w:t>
      </w:r>
      <w:r w:rsidRPr="000767E2">
        <w:rPr>
          <w:vertAlign w:val="superscript"/>
          <w:lang w:val="sv-SE"/>
        </w:rPr>
        <w:t>5</w:t>
      </w:r>
      <w:r w:rsidRPr="000767E2">
        <w:rPr>
          <w:lang w:val="sv-SE"/>
        </w:rPr>
        <w:t xml:space="preserve"> {{field-on:bible}}Detta </w:t>
      </w:r>
      <w:r w:rsidRPr="000767E2">
        <w:rPr>
          <w:i/>
          <w:lang w:val="sv-SE"/>
        </w:rPr>
        <w:t>är</w:t>
      </w:r>
      <w:r w:rsidRPr="000767E2">
        <w:rPr>
          <w:lang w:val="sv-SE"/>
        </w:rPr>
        <w:t xml:space="preserve"> den första uppståndelsen.{{field-off:bible}} [[@</w:t>
      </w:r>
      <w:r w:rsidR="0096445B" w:rsidRPr="000767E2">
        <w:rPr>
          <w:lang w:val="sv-SE"/>
        </w:rPr>
        <w:t>BibleBIBEL82</w:t>
      </w:r>
      <w:r w:rsidRPr="000767E2">
        <w:rPr>
          <w:lang w:val="sv-SE"/>
        </w:rPr>
        <w:t>:Rev 20:6]]</w:t>
      </w:r>
      <w:r w:rsidRPr="000767E2">
        <w:rPr>
          <w:vertAlign w:val="superscript"/>
          <w:lang w:val="sv-SE"/>
        </w:rPr>
        <w:t>6</w:t>
      </w:r>
      <w:r w:rsidRPr="000767E2">
        <w:rPr>
          <w:lang w:val="sv-SE"/>
        </w:rPr>
        <w:t xml:space="preserve"> {{field-on:bible}}Salig och helig den som har del i den första uppståndelsen. Över dessa har den andra döden ingen auktoritet, utan de ska vara Guds och Kristi präster och regera med honom </w:t>
      </w:r>
      <w:r w:rsidRPr="000767E2">
        <w:rPr>
          <w:i/>
          <w:lang w:val="sv-SE"/>
        </w:rPr>
        <w:t>i</w:t>
      </w:r>
      <w:r w:rsidRPr="000767E2">
        <w:rPr>
          <w:lang w:val="sv-SE"/>
        </w:rPr>
        <w:t xml:space="preserve"> tusen år.{{field-off:bible}}</w:t>
      </w:r>
    </w:p>
    <w:p w14:paraId="6F5D2184" w14:textId="77777777" w:rsidR="00BA33AB" w:rsidRPr="000767E2" w:rsidRDefault="00000000">
      <w:pPr>
        <w:pStyle w:val="Rubrik3"/>
        <w:rPr>
          <w:lang w:val="sv-SE"/>
        </w:rPr>
      </w:pPr>
      <w:r w:rsidRPr="000767E2">
        <w:rPr>
          <w:lang w:val="sv-SE"/>
        </w:rPr>
        <w:t>Satans nederlag</w:t>
      </w:r>
    </w:p>
    <w:p w14:paraId="62DBAE86" w14:textId="0CAC560D" w:rsidR="00BA33AB" w:rsidRPr="000767E2" w:rsidRDefault="00000000">
      <w:pPr>
        <w:rPr>
          <w:lang w:val="sv-SE"/>
        </w:rPr>
      </w:pPr>
      <w:r w:rsidRPr="000767E2">
        <w:rPr>
          <w:lang w:val="sv-SE"/>
        </w:rPr>
        <w:t>[[@</w:t>
      </w:r>
      <w:r w:rsidR="0096445B" w:rsidRPr="000767E2">
        <w:rPr>
          <w:lang w:val="sv-SE"/>
        </w:rPr>
        <w:t>BibleBIBEL82</w:t>
      </w:r>
      <w:r w:rsidRPr="000767E2">
        <w:rPr>
          <w:lang w:val="sv-SE"/>
        </w:rPr>
        <w:t>:Rev 20:7]]</w:t>
      </w:r>
      <w:r w:rsidRPr="000767E2">
        <w:rPr>
          <w:vertAlign w:val="superscript"/>
          <w:lang w:val="sv-SE"/>
        </w:rPr>
        <w:t>7</w:t>
      </w:r>
      <w:r w:rsidRPr="000767E2">
        <w:rPr>
          <w:lang w:val="sv-SE"/>
        </w:rPr>
        <w:t xml:space="preserve"> {{field-on:bible}}Och när de tusen åren är fullbordade, ska Satan bli löst från sitt fängelse.{{field-off:bible}} [[@</w:t>
      </w:r>
      <w:r w:rsidR="0096445B" w:rsidRPr="000767E2">
        <w:rPr>
          <w:lang w:val="sv-SE"/>
        </w:rPr>
        <w:t>BibleBIBEL82</w:t>
      </w:r>
      <w:r w:rsidRPr="000767E2">
        <w:rPr>
          <w:lang w:val="sv-SE"/>
        </w:rPr>
        <w:t>:Rev 20:8]]</w:t>
      </w:r>
      <w:r w:rsidRPr="000767E2">
        <w:rPr>
          <w:vertAlign w:val="superscript"/>
          <w:lang w:val="sv-SE"/>
        </w:rPr>
        <w:t>8</w:t>
      </w:r>
      <w:r w:rsidRPr="000767E2">
        <w:rPr>
          <w:lang w:val="sv-SE"/>
        </w:rPr>
        <w:t xml:space="preserve"> {{field-on:bible}}Och han ska gå ut </w:t>
      </w:r>
      <w:r w:rsidRPr="000767E2">
        <w:rPr>
          <w:i/>
          <w:lang w:val="sv-SE"/>
        </w:rPr>
        <w:t>för</w:t>
      </w:r>
      <w:r w:rsidRPr="000767E2">
        <w:rPr>
          <w:lang w:val="sv-SE"/>
        </w:rPr>
        <w:t xml:space="preserve"> att förvilla folkslagen i jordens fyra hörn, Gog och Magog, </w:t>
      </w:r>
      <w:r w:rsidRPr="000767E2">
        <w:rPr>
          <w:i/>
          <w:lang w:val="sv-SE"/>
        </w:rPr>
        <w:t>för</w:t>
      </w:r>
      <w:r w:rsidRPr="000767E2">
        <w:rPr>
          <w:lang w:val="sv-SE"/>
        </w:rPr>
        <w:t xml:space="preserve"> att samla dem till kriget. Deras antal </w:t>
      </w:r>
      <w:r w:rsidRPr="000767E2">
        <w:rPr>
          <w:i/>
          <w:lang w:val="sv-SE"/>
        </w:rPr>
        <w:t>var</w:t>
      </w:r>
      <w:r w:rsidRPr="000767E2">
        <w:rPr>
          <w:lang w:val="sv-SE"/>
        </w:rPr>
        <w:t xml:space="preserve"> som havets sand.{{field-off:bible}} [[@</w:t>
      </w:r>
      <w:r w:rsidR="0096445B" w:rsidRPr="000767E2">
        <w:rPr>
          <w:lang w:val="sv-SE"/>
        </w:rPr>
        <w:t>BibleBIBEL82</w:t>
      </w:r>
      <w:r w:rsidRPr="000767E2">
        <w:rPr>
          <w:lang w:val="sv-SE"/>
        </w:rPr>
        <w:t>:Rev 20:9]]</w:t>
      </w:r>
      <w:r w:rsidRPr="000767E2">
        <w:rPr>
          <w:vertAlign w:val="superscript"/>
          <w:lang w:val="sv-SE"/>
        </w:rPr>
        <w:t>9</w:t>
      </w:r>
      <w:r w:rsidRPr="000767E2">
        <w:rPr>
          <w:lang w:val="sv-SE"/>
        </w:rPr>
        <w:t xml:space="preserve"> {{field-on:bible}}Och de gick upp över jordens bredd och omringade de heligas läger och den älskade staden. Och eld kom ner från Gud ur himlen och förtärde dem.{{field-off:bible}} [[@</w:t>
      </w:r>
      <w:r w:rsidR="0096445B" w:rsidRPr="000767E2">
        <w:rPr>
          <w:lang w:val="sv-SE"/>
        </w:rPr>
        <w:t>BibleBIBEL82</w:t>
      </w:r>
      <w:r w:rsidRPr="000767E2">
        <w:rPr>
          <w:lang w:val="sv-SE"/>
        </w:rPr>
        <w:t>:Rev 20:10]]</w:t>
      </w:r>
      <w:r w:rsidRPr="000767E2">
        <w:rPr>
          <w:vertAlign w:val="superscript"/>
          <w:lang w:val="sv-SE"/>
        </w:rPr>
        <w:t>10</w:t>
      </w:r>
      <w:r w:rsidRPr="000767E2">
        <w:rPr>
          <w:lang w:val="sv-SE"/>
        </w:rPr>
        <w:t xml:space="preserve"> {{field-on:bible}}Och djävulen som förvillade dem kastades i sjön av eld och svavel, där också vilddjuret och den falske profeten </w:t>
      </w:r>
      <w:r w:rsidRPr="000767E2">
        <w:rPr>
          <w:i/>
          <w:lang w:val="sv-SE"/>
        </w:rPr>
        <w:t>var</w:t>
      </w:r>
      <w:r w:rsidRPr="000767E2">
        <w:rPr>
          <w:lang w:val="sv-SE"/>
        </w:rPr>
        <w:t>. Och de ska plågas dag och natt till eonernas eoner.{{field-off:bible}}</w:t>
      </w:r>
    </w:p>
    <w:p w14:paraId="20C34856" w14:textId="77777777" w:rsidR="00BA33AB" w:rsidRPr="000767E2" w:rsidRDefault="00000000">
      <w:pPr>
        <w:pStyle w:val="Rubrik3"/>
        <w:rPr>
          <w:lang w:val="sv-SE"/>
        </w:rPr>
      </w:pPr>
      <w:r w:rsidRPr="000767E2">
        <w:rPr>
          <w:lang w:val="sv-SE"/>
        </w:rPr>
        <w:t>De dödas dom</w:t>
      </w:r>
    </w:p>
    <w:p w14:paraId="7EBAD62B" w14:textId="3241AEB4" w:rsidR="00BA33AB" w:rsidRPr="000767E2" w:rsidRDefault="00000000">
      <w:pPr>
        <w:rPr>
          <w:lang w:val="sv-SE"/>
        </w:rPr>
      </w:pPr>
      <w:r w:rsidRPr="000767E2">
        <w:rPr>
          <w:lang w:val="sv-SE"/>
        </w:rPr>
        <w:t>[[@</w:t>
      </w:r>
      <w:r w:rsidR="0096445B" w:rsidRPr="000767E2">
        <w:rPr>
          <w:lang w:val="sv-SE"/>
        </w:rPr>
        <w:t>BibleBIBEL82</w:t>
      </w:r>
      <w:r w:rsidRPr="000767E2">
        <w:rPr>
          <w:lang w:val="sv-SE"/>
        </w:rPr>
        <w:t>:Rev 20:11]]</w:t>
      </w:r>
      <w:r w:rsidRPr="000767E2">
        <w:rPr>
          <w:vertAlign w:val="superscript"/>
          <w:lang w:val="sv-SE"/>
        </w:rPr>
        <w:t>11</w:t>
      </w:r>
      <w:r w:rsidRPr="000767E2">
        <w:rPr>
          <w:lang w:val="sv-SE"/>
        </w:rPr>
        <w:t xml:space="preserve"> {{field-on:bible}}Och jag såg en stor vit tron, och honom som satt på den. Från hans ansikte flydde jorden och himlen, och ingen plats fanns för dem.{{field-off:bible}} [[@</w:t>
      </w:r>
      <w:r w:rsidR="0096445B" w:rsidRPr="000767E2">
        <w:rPr>
          <w:lang w:val="sv-SE"/>
        </w:rPr>
        <w:t>BibleBIBEL82</w:t>
      </w:r>
      <w:r w:rsidRPr="000767E2">
        <w:rPr>
          <w:lang w:val="sv-SE"/>
        </w:rPr>
        <w:t>:Rev 20:12]]</w:t>
      </w:r>
      <w:r w:rsidRPr="000767E2">
        <w:rPr>
          <w:vertAlign w:val="superscript"/>
          <w:lang w:val="sv-SE"/>
        </w:rPr>
        <w:t>12</w:t>
      </w:r>
      <w:r w:rsidRPr="000767E2">
        <w:rPr>
          <w:lang w:val="sv-SE"/>
        </w:rPr>
        <w:t xml:space="preserve"> {{field-on:bible}}Och jag såg de döda, de stora och de små, stå inför tronen. Och bokrullar öppnades. Och en annan bokrulle öppnades, som är livets. Och de döda dömdes utifrån det </w:t>
      </w:r>
      <w:r w:rsidRPr="000767E2">
        <w:rPr>
          <w:i/>
          <w:lang w:val="sv-SE"/>
        </w:rPr>
        <w:t>som var</w:t>
      </w:r>
      <w:r w:rsidRPr="000767E2">
        <w:rPr>
          <w:lang w:val="sv-SE"/>
        </w:rPr>
        <w:t xml:space="preserve"> skrivet i bokrullarna, efter sina gärningar.{{field-off:bible}} [[@</w:t>
      </w:r>
      <w:r w:rsidR="0096445B" w:rsidRPr="000767E2">
        <w:rPr>
          <w:lang w:val="sv-SE"/>
        </w:rPr>
        <w:t>BibleBIBEL82</w:t>
      </w:r>
      <w:r w:rsidRPr="000767E2">
        <w:rPr>
          <w:lang w:val="sv-SE"/>
        </w:rPr>
        <w:t>:Rev 20:13]]</w:t>
      </w:r>
      <w:r w:rsidRPr="000767E2">
        <w:rPr>
          <w:vertAlign w:val="superscript"/>
          <w:lang w:val="sv-SE"/>
        </w:rPr>
        <w:t>13</w:t>
      </w:r>
      <w:r w:rsidRPr="000767E2">
        <w:rPr>
          <w:lang w:val="sv-SE"/>
        </w:rPr>
        <w:t xml:space="preserve"> {{field-on:bible}}Och havet gav de döda </w:t>
      </w:r>
      <w:r w:rsidRPr="000767E2">
        <w:rPr>
          <w:i/>
          <w:lang w:val="sv-SE"/>
        </w:rPr>
        <w:t>som</w:t>
      </w:r>
      <w:r w:rsidRPr="000767E2">
        <w:rPr>
          <w:lang w:val="sv-SE"/>
        </w:rPr>
        <w:t xml:space="preserve"> </w:t>
      </w:r>
      <w:r w:rsidRPr="000767E2">
        <w:rPr>
          <w:i/>
          <w:lang w:val="sv-SE"/>
        </w:rPr>
        <w:t>var</w:t>
      </w:r>
      <w:r w:rsidRPr="000767E2">
        <w:rPr>
          <w:lang w:val="sv-SE"/>
        </w:rPr>
        <w:t xml:space="preserve"> i det, och döden och Hades gav de döda </w:t>
      </w:r>
      <w:r w:rsidRPr="000767E2">
        <w:rPr>
          <w:i/>
          <w:lang w:val="sv-SE"/>
        </w:rPr>
        <w:t>som</w:t>
      </w:r>
      <w:r w:rsidRPr="000767E2">
        <w:rPr>
          <w:lang w:val="sv-SE"/>
        </w:rPr>
        <w:t xml:space="preserve"> </w:t>
      </w:r>
      <w:r w:rsidRPr="000767E2">
        <w:rPr>
          <w:i/>
          <w:lang w:val="sv-SE"/>
        </w:rPr>
        <w:t>var</w:t>
      </w:r>
      <w:r w:rsidRPr="000767E2">
        <w:rPr>
          <w:lang w:val="sv-SE"/>
        </w:rPr>
        <w:t xml:space="preserve"> i dem, och var och en dömdes efter sina gärningar.{{field-off:bible}} [[@</w:t>
      </w:r>
      <w:r w:rsidR="0096445B" w:rsidRPr="000767E2">
        <w:rPr>
          <w:lang w:val="sv-SE"/>
        </w:rPr>
        <w:t>BibleBIBEL82</w:t>
      </w:r>
      <w:r w:rsidRPr="000767E2">
        <w:rPr>
          <w:lang w:val="sv-SE"/>
        </w:rPr>
        <w:t>:Rev 20:14]]</w:t>
      </w:r>
      <w:r w:rsidRPr="000767E2">
        <w:rPr>
          <w:vertAlign w:val="superscript"/>
          <w:lang w:val="sv-SE"/>
        </w:rPr>
        <w:t>14</w:t>
      </w:r>
      <w:r w:rsidRPr="000767E2">
        <w:rPr>
          <w:lang w:val="sv-SE"/>
        </w:rPr>
        <w:t xml:space="preserve"> {{field-on:bible}}Och döden och Hades kastades i eldsjön. Detta är den andra döden, eldsjön.{{field-off:bible}} [[@</w:t>
      </w:r>
      <w:r w:rsidR="0096445B" w:rsidRPr="000767E2">
        <w:rPr>
          <w:lang w:val="sv-SE"/>
        </w:rPr>
        <w:t>BibleBIBEL82</w:t>
      </w:r>
      <w:r w:rsidRPr="000767E2">
        <w:rPr>
          <w:lang w:val="sv-SE"/>
        </w:rPr>
        <w:t>:Rev 20:15]]</w:t>
      </w:r>
      <w:r w:rsidRPr="000767E2">
        <w:rPr>
          <w:vertAlign w:val="superscript"/>
          <w:lang w:val="sv-SE"/>
        </w:rPr>
        <w:t>15</w:t>
      </w:r>
      <w:r w:rsidRPr="000767E2">
        <w:rPr>
          <w:lang w:val="sv-SE"/>
        </w:rPr>
        <w:t xml:space="preserve"> {{field-on:bible}}Och om någon inte fanns i livets bok skriven, kastades han i eldsjön.{{field-off:bible}}</w:t>
      </w:r>
    </w:p>
    <w:p w14:paraId="60B72209" w14:textId="255D1FD3"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21]]Kapitel 21</w:t>
      </w:r>
    </w:p>
    <w:p w14:paraId="6CA19B31" w14:textId="77777777" w:rsidR="00BA33AB" w:rsidRPr="000767E2" w:rsidRDefault="00000000">
      <w:pPr>
        <w:pStyle w:val="Rubrik3"/>
        <w:rPr>
          <w:lang w:val="sv-SE"/>
        </w:rPr>
      </w:pPr>
      <w:r w:rsidRPr="000767E2">
        <w:rPr>
          <w:lang w:val="sv-SE"/>
        </w:rPr>
        <w:t>En ny himmel och en ny jord</w:t>
      </w:r>
    </w:p>
    <w:p w14:paraId="0ECBA489" w14:textId="435F28CF" w:rsidR="00BA33AB" w:rsidRPr="000767E2" w:rsidRDefault="00000000">
      <w:pPr>
        <w:rPr>
          <w:lang w:val="sv-SE"/>
        </w:rPr>
      </w:pPr>
      <w:r w:rsidRPr="000767E2">
        <w:rPr>
          <w:lang w:val="sv-SE"/>
        </w:rPr>
        <w:t>[[@</w:t>
      </w:r>
      <w:r w:rsidR="0096445B" w:rsidRPr="000767E2">
        <w:rPr>
          <w:lang w:val="sv-SE"/>
        </w:rPr>
        <w:t>BibleBIBEL82</w:t>
      </w:r>
      <w:r w:rsidRPr="000767E2">
        <w:rPr>
          <w:lang w:val="sv-SE"/>
        </w:rPr>
        <w:t>:Rev 21:1]]</w:t>
      </w:r>
      <w:r w:rsidRPr="000767E2">
        <w:rPr>
          <w:vertAlign w:val="superscript"/>
          <w:lang w:val="sv-SE"/>
        </w:rPr>
        <w:t>1</w:t>
      </w:r>
      <w:r w:rsidRPr="000767E2">
        <w:rPr>
          <w:lang w:val="sv-SE"/>
        </w:rPr>
        <w:t xml:space="preserve"> {{field-on:bible}}Och jag såg en ny himmel och en ny jord. För den första himlen och den första jorden hade gått bort, och havet finns inte mer.{{field-off:bible}} [[@</w:t>
      </w:r>
      <w:r w:rsidR="0096445B" w:rsidRPr="000767E2">
        <w:rPr>
          <w:lang w:val="sv-SE"/>
        </w:rPr>
        <w:t>BibleBIBEL82</w:t>
      </w:r>
      <w:r w:rsidRPr="000767E2">
        <w:rPr>
          <w:lang w:val="sv-SE"/>
        </w:rPr>
        <w:t>:Rev 21:2]]</w:t>
      </w:r>
      <w:r w:rsidRPr="000767E2">
        <w:rPr>
          <w:vertAlign w:val="superscript"/>
          <w:lang w:val="sv-SE"/>
        </w:rPr>
        <w:t>2</w:t>
      </w:r>
      <w:r w:rsidRPr="000767E2">
        <w:rPr>
          <w:lang w:val="sv-SE"/>
        </w:rPr>
        <w:t xml:space="preserve"> {{field-on:bible}}Och den heliga staden, </w:t>
      </w:r>
      <w:r w:rsidRPr="000767E2">
        <w:rPr>
          <w:i/>
          <w:lang w:val="sv-SE"/>
        </w:rPr>
        <w:t>det</w:t>
      </w:r>
      <w:r w:rsidRPr="000767E2">
        <w:rPr>
          <w:lang w:val="sv-SE"/>
        </w:rPr>
        <w:t xml:space="preserve"> nya </w:t>
      </w:r>
      <w:r w:rsidRPr="000767E2">
        <w:rPr>
          <w:lang w:val="sv-SE"/>
        </w:rPr>
        <w:lastRenderedPageBreak/>
        <w:t>Jerusalem såg jag komma ner ur himlen från Gud, beredd som en brud smyckad för sin man.{{field-off:bible}} [[@</w:t>
      </w:r>
      <w:r w:rsidR="0096445B" w:rsidRPr="000767E2">
        <w:rPr>
          <w:lang w:val="sv-SE"/>
        </w:rPr>
        <w:t>BibleBIBEL82</w:t>
      </w:r>
      <w:r w:rsidRPr="000767E2">
        <w:rPr>
          <w:lang w:val="sv-SE"/>
        </w:rPr>
        <w:t>:Rev 21:3]]</w:t>
      </w:r>
      <w:r w:rsidRPr="000767E2">
        <w:rPr>
          <w:vertAlign w:val="superscript"/>
          <w:lang w:val="sv-SE"/>
        </w:rPr>
        <w:t>3</w:t>
      </w:r>
      <w:r w:rsidRPr="000767E2">
        <w:rPr>
          <w:lang w:val="sv-SE"/>
        </w:rPr>
        <w:t xml:space="preserve"> {{field-on:bible}}Och jag hörde en väldig röst från tronen som sade: ”Se: Guds tabernakel </w:t>
      </w:r>
      <w:r w:rsidRPr="000767E2">
        <w:rPr>
          <w:i/>
          <w:lang w:val="sv-SE"/>
        </w:rPr>
        <w:t>är</w:t>
      </w:r>
      <w:r w:rsidRPr="000767E2">
        <w:rPr>
          <w:lang w:val="sv-SE"/>
        </w:rPr>
        <w:t xml:space="preserve"> hos människorna, och han ska ha sitt tält hos dem. Och de ska vara hans folk, och Gud själv ska vara hos dem </w:t>
      </w:r>
      <w:r w:rsidRPr="000767E2">
        <w:rPr>
          <w:i/>
          <w:lang w:val="sv-SE"/>
        </w:rPr>
        <w:t>som</w:t>
      </w:r>
      <w:r w:rsidRPr="000767E2">
        <w:rPr>
          <w:lang w:val="sv-SE"/>
        </w:rPr>
        <w:t xml:space="preserve"> deras Gud.{{field-off:bible}} [[@</w:t>
      </w:r>
      <w:r w:rsidR="0096445B" w:rsidRPr="000767E2">
        <w:rPr>
          <w:lang w:val="sv-SE"/>
        </w:rPr>
        <w:t>BibleBIBEL82</w:t>
      </w:r>
      <w:r w:rsidRPr="000767E2">
        <w:rPr>
          <w:lang w:val="sv-SE"/>
        </w:rPr>
        <w:t>:Rev 21:4]]</w:t>
      </w:r>
      <w:r w:rsidRPr="000767E2">
        <w:rPr>
          <w:vertAlign w:val="superscript"/>
          <w:lang w:val="sv-SE"/>
        </w:rPr>
        <w:t>4</w:t>
      </w:r>
      <w:r w:rsidRPr="000767E2">
        <w:rPr>
          <w:lang w:val="sv-SE"/>
        </w:rPr>
        <w:t xml:space="preserve"> {{field-on:bible}}Och han ska stryka bort varje tår från deras ögon. Och döden ska inte finnas mer, och varken sorg eller skri eller smärta ska finnas mer. Det första har gått bort.”{{field-off:bible}}</w:t>
      </w:r>
    </w:p>
    <w:p w14:paraId="3573C774" w14:textId="6DD04385" w:rsidR="00BA33AB" w:rsidRPr="000767E2" w:rsidRDefault="00000000">
      <w:pPr>
        <w:rPr>
          <w:lang w:val="sv-SE"/>
        </w:rPr>
      </w:pPr>
      <w:r w:rsidRPr="000767E2">
        <w:rPr>
          <w:lang w:val="sv-SE"/>
        </w:rPr>
        <w:t>[[@</w:t>
      </w:r>
      <w:r w:rsidR="0096445B" w:rsidRPr="000767E2">
        <w:rPr>
          <w:lang w:val="sv-SE"/>
        </w:rPr>
        <w:t>BibleBIBEL82</w:t>
      </w:r>
      <w:r w:rsidRPr="000767E2">
        <w:rPr>
          <w:lang w:val="sv-SE"/>
        </w:rPr>
        <w:t>:Rev 21:5]]</w:t>
      </w:r>
      <w:r w:rsidRPr="000767E2">
        <w:rPr>
          <w:vertAlign w:val="superscript"/>
          <w:lang w:val="sv-SE"/>
        </w:rPr>
        <w:t>5</w:t>
      </w:r>
      <w:r w:rsidRPr="000767E2">
        <w:rPr>
          <w:lang w:val="sv-SE"/>
        </w:rPr>
        <w:t xml:space="preserve"> {{field-on:bible}}Och han som satt på tronen sade: ”Se: jag gör allting nytt.” Och han säger: ”Skriv. För dessa ord är trofasta och sannfärdiga.”{{field-off:bible}} [[@</w:t>
      </w:r>
      <w:r w:rsidR="0096445B" w:rsidRPr="000767E2">
        <w:rPr>
          <w:lang w:val="sv-SE"/>
        </w:rPr>
        <w:t>BibleBIBEL82</w:t>
      </w:r>
      <w:r w:rsidRPr="000767E2">
        <w:rPr>
          <w:lang w:val="sv-SE"/>
        </w:rPr>
        <w:t>:Rev 21:6]]</w:t>
      </w:r>
      <w:r w:rsidRPr="000767E2">
        <w:rPr>
          <w:vertAlign w:val="superscript"/>
          <w:lang w:val="sv-SE"/>
        </w:rPr>
        <w:t>6</w:t>
      </w:r>
      <w:r w:rsidRPr="000767E2">
        <w:rPr>
          <w:lang w:val="sv-SE"/>
        </w:rPr>
        <w:t xml:space="preserve"> {{field-on:bible}}Och han sade till mig: ”Det har skett. Jag </w:t>
      </w:r>
      <w:r w:rsidRPr="000767E2">
        <w:rPr>
          <w:i/>
          <w:lang w:val="sv-SE"/>
        </w:rPr>
        <w:t>är</w:t>
      </w:r>
      <w:r w:rsidRPr="000767E2">
        <w:rPr>
          <w:lang w:val="sv-SE"/>
        </w:rPr>
        <w:t xml:space="preserve"> Alfa och Omega, begynnelsen och slutet. Åt den som törstar ska jag ge ur källan med livets vatten gratis.{{field-off:bible}} [[@</w:t>
      </w:r>
      <w:r w:rsidR="0096445B" w:rsidRPr="000767E2">
        <w:rPr>
          <w:lang w:val="sv-SE"/>
        </w:rPr>
        <w:t>BibleBIBEL82</w:t>
      </w:r>
      <w:r w:rsidRPr="000767E2">
        <w:rPr>
          <w:lang w:val="sv-SE"/>
        </w:rPr>
        <w:t>:Rev 21:7]]</w:t>
      </w:r>
      <w:r w:rsidRPr="000767E2">
        <w:rPr>
          <w:vertAlign w:val="superscript"/>
          <w:lang w:val="sv-SE"/>
        </w:rPr>
        <w:t>7</w:t>
      </w:r>
      <w:r w:rsidRPr="000767E2">
        <w:rPr>
          <w:lang w:val="sv-SE"/>
        </w:rPr>
        <w:t xml:space="preserve"> {{field-on:bible}}Den som segrar ska </w:t>
      </w:r>
      <w:r w:rsidRPr="000767E2">
        <w:rPr>
          <w:i/>
          <w:lang w:val="sv-SE"/>
        </w:rPr>
        <w:t>få</w:t>
      </w:r>
      <w:r w:rsidRPr="000767E2">
        <w:rPr>
          <w:lang w:val="sv-SE"/>
        </w:rPr>
        <w:t xml:space="preserve"> ärva detta. Och jag ska för honom vara Gud, och han ska för mig vara son.{{field-off:bible}} [[@</w:t>
      </w:r>
      <w:r w:rsidR="0096445B" w:rsidRPr="000767E2">
        <w:rPr>
          <w:lang w:val="sv-SE"/>
        </w:rPr>
        <w:t>BibleBIBEL82</w:t>
      </w:r>
      <w:r w:rsidRPr="000767E2">
        <w:rPr>
          <w:lang w:val="sv-SE"/>
        </w:rPr>
        <w:t>:Rev 21:8]]</w:t>
      </w:r>
      <w:r w:rsidRPr="000767E2">
        <w:rPr>
          <w:vertAlign w:val="superscript"/>
          <w:lang w:val="sv-SE"/>
        </w:rPr>
        <w:t>8</w:t>
      </w:r>
      <w:r w:rsidRPr="000767E2">
        <w:rPr>
          <w:lang w:val="sv-SE"/>
        </w:rPr>
        <w:t xml:space="preserve"> {{field-on:bible}}Men för de fega och otroende och skändliga och mördarna och </w:t>
      </w:r>
      <w:r w:rsidRPr="000767E2">
        <w:rPr>
          <w:i/>
          <w:lang w:val="sv-SE"/>
        </w:rPr>
        <w:t>de</w:t>
      </w:r>
      <w:r w:rsidRPr="000767E2">
        <w:rPr>
          <w:lang w:val="sv-SE"/>
        </w:rPr>
        <w:t xml:space="preserve"> otuktiga och häxmästarna och avgudadyrkarna och alla de lögnaktiga, deras del </w:t>
      </w:r>
      <w:r w:rsidRPr="000767E2">
        <w:rPr>
          <w:i/>
          <w:lang w:val="sv-SE"/>
        </w:rPr>
        <w:t>är</w:t>
      </w:r>
      <w:r w:rsidRPr="000767E2">
        <w:rPr>
          <w:lang w:val="sv-SE"/>
        </w:rPr>
        <w:t xml:space="preserve"> i sjön som brinner av eld och svavel. Det är den andra döden.”{{field-off:bible}}</w:t>
      </w:r>
    </w:p>
    <w:p w14:paraId="35B78302" w14:textId="77777777" w:rsidR="00BA33AB" w:rsidRPr="000767E2" w:rsidRDefault="00000000">
      <w:pPr>
        <w:pStyle w:val="Rubrik3"/>
        <w:rPr>
          <w:lang w:val="sv-SE"/>
        </w:rPr>
      </w:pPr>
      <w:r w:rsidRPr="000767E2">
        <w:rPr>
          <w:lang w:val="sv-SE"/>
        </w:rPr>
        <w:t>Det nya Jerusalem</w:t>
      </w:r>
    </w:p>
    <w:p w14:paraId="5C29C3B5" w14:textId="448FB253" w:rsidR="00BA33AB" w:rsidRPr="000767E2" w:rsidRDefault="00000000">
      <w:pPr>
        <w:rPr>
          <w:lang w:val="sv-SE"/>
        </w:rPr>
      </w:pPr>
      <w:r w:rsidRPr="000767E2">
        <w:rPr>
          <w:lang w:val="sv-SE"/>
        </w:rPr>
        <w:t>[[@</w:t>
      </w:r>
      <w:r w:rsidR="0096445B" w:rsidRPr="000767E2">
        <w:rPr>
          <w:lang w:val="sv-SE"/>
        </w:rPr>
        <w:t>BibleBIBEL82</w:t>
      </w:r>
      <w:r w:rsidRPr="000767E2">
        <w:rPr>
          <w:lang w:val="sv-SE"/>
        </w:rPr>
        <w:t>:Rev 21:9]]</w:t>
      </w:r>
      <w:r w:rsidRPr="000767E2">
        <w:rPr>
          <w:vertAlign w:val="superscript"/>
          <w:lang w:val="sv-SE"/>
        </w:rPr>
        <w:t>9</w:t>
      </w:r>
      <w:r w:rsidRPr="000767E2">
        <w:rPr>
          <w:lang w:val="sv-SE"/>
        </w:rPr>
        <w:t xml:space="preserve"> {{field-on:bible}}Och </w:t>
      </w:r>
      <w:r w:rsidRPr="000767E2">
        <w:rPr>
          <w:i/>
          <w:lang w:val="sv-SE"/>
        </w:rPr>
        <w:t>sedan</w:t>
      </w:r>
      <w:r w:rsidRPr="000767E2">
        <w:rPr>
          <w:lang w:val="sv-SE"/>
        </w:rPr>
        <w:t xml:space="preserve"> kom en av de sju änglarna som hade de sju skålarna fulla med de sju sista plågorna och talade med mig och sade: ”Kom, jag ska visa dig bruden, Lammets hustru.”{{field-off:bible}} [[@</w:t>
      </w:r>
      <w:r w:rsidR="0096445B" w:rsidRPr="000767E2">
        <w:rPr>
          <w:lang w:val="sv-SE"/>
        </w:rPr>
        <w:t>BibleBIBEL82</w:t>
      </w:r>
      <w:r w:rsidRPr="000767E2">
        <w:rPr>
          <w:lang w:val="sv-SE"/>
        </w:rPr>
        <w:t>:Rev 21:10]]</w:t>
      </w:r>
      <w:r w:rsidRPr="000767E2">
        <w:rPr>
          <w:vertAlign w:val="superscript"/>
          <w:lang w:val="sv-SE"/>
        </w:rPr>
        <w:t>10</w:t>
      </w:r>
      <w:r w:rsidRPr="000767E2">
        <w:rPr>
          <w:lang w:val="sv-SE"/>
        </w:rPr>
        <w:t xml:space="preserve"> {{field-on:bible}}Och han förde mig bort i Ande upp på ett stort och högt berg och visade mig den heliga staden, Jerusalem, som kom ner ur himlen från Gud.{{field-off:bible}} [[@</w:t>
      </w:r>
      <w:r w:rsidR="0096445B" w:rsidRPr="000767E2">
        <w:rPr>
          <w:lang w:val="sv-SE"/>
        </w:rPr>
        <w:t>BibleBIBEL82</w:t>
      </w:r>
      <w:r w:rsidRPr="000767E2">
        <w:rPr>
          <w:lang w:val="sv-SE"/>
        </w:rPr>
        <w:t>:Rev 21:11]]</w:t>
      </w:r>
      <w:r w:rsidRPr="000767E2">
        <w:rPr>
          <w:vertAlign w:val="superscript"/>
          <w:lang w:val="sv-SE"/>
        </w:rPr>
        <w:t>11</w:t>
      </w:r>
      <w:r w:rsidRPr="000767E2">
        <w:rPr>
          <w:lang w:val="sv-SE"/>
        </w:rPr>
        <w:t xml:space="preserve"> {{field-on:bible}}Den hade Guds härlighet, dess ljusglans lik ädlaste sten, som kristallklar jaspissten.{{field-off:bible}}</w:t>
      </w:r>
    </w:p>
    <w:p w14:paraId="4945EABE" w14:textId="56291C03" w:rsidR="00BA33AB" w:rsidRPr="000767E2" w:rsidRDefault="00000000">
      <w:pPr>
        <w:rPr>
          <w:lang w:val="sv-SE"/>
        </w:rPr>
      </w:pPr>
      <w:r w:rsidRPr="000767E2">
        <w:rPr>
          <w:lang w:val="sv-SE"/>
        </w:rPr>
        <w:t>[[@</w:t>
      </w:r>
      <w:r w:rsidR="0096445B" w:rsidRPr="000767E2">
        <w:rPr>
          <w:lang w:val="sv-SE"/>
        </w:rPr>
        <w:t>BibleBIBEL82</w:t>
      </w:r>
      <w:r w:rsidRPr="000767E2">
        <w:rPr>
          <w:lang w:val="sv-SE"/>
        </w:rPr>
        <w:t>:Rev 21:12]]</w:t>
      </w:r>
      <w:r w:rsidRPr="000767E2">
        <w:rPr>
          <w:vertAlign w:val="superscript"/>
          <w:lang w:val="sv-SE"/>
        </w:rPr>
        <w:t>12</w:t>
      </w:r>
      <w:r w:rsidRPr="000767E2">
        <w:rPr>
          <w:lang w:val="sv-SE"/>
        </w:rPr>
        <w:t xml:space="preserve"> {{field-on:bible}}Den hade en stor och hög mur, den hade tolv porthus och över porthusen tolv änglar och namn skrivna, vilka är från de tolv stammarna av Israels söner:{{field-off:bible}} [[@</w:t>
      </w:r>
      <w:r w:rsidR="0096445B" w:rsidRPr="000767E2">
        <w:rPr>
          <w:lang w:val="sv-SE"/>
        </w:rPr>
        <w:t>BibleBIBEL82</w:t>
      </w:r>
      <w:r w:rsidRPr="000767E2">
        <w:rPr>
          <w:lang w:val="sv-SE"/>
        </w:rPr>
        <w:t>:Rev 21:13]]</w:t>
      </w:r>
      <w:r w:rsidRPr="000767E2">
        <w:rPr>
          <w:vertAlign w:val="superscript"/>
          <w:lang w:val="sv-SE"/>
        </w:rPr>
        <w:t>13</w:t>
      </w:r>
      <w:r w:rsidRPr="000767E2">
        <w:rPr>
          <w:lang w:val="sv-SE"/>
        </w:rPr>
        <w:t xml:space="preserve"> {{field-on:bible}}från öster tre porthus, och från norr tre porthus, och från söder tre porthus, och från väster tre porthus.{{field-off:bible}} [[@</w:t>
      </w:r>
      <w:r w:rsidR="0096445B" w:rsidRPr="000767E2">
        <w:rPr>
          <w:lang w:val="sv-SE"/>
        </w:rPr>
        <w:t>BibleBIBEL82</w:t>
      </w:r>
      <w:r w:rsidRPr="000767E2">
        <w:rPr>
          <w:lang w:val="sv-SE"/>
        </w:rPr>
        <w:t>:Rev 21:14]]</w:t>
      </w:r>
      <w:r w:rsidRPr="000767E2">
        <w:rPr>
          <w:vertAlign w:val="superscript"/>
          <w:lang w:val="sv-SE"/>
        </w:rPr>
        <w:t>14</w:t>
      </w:r>
      <w:r w:rsidRPr="000767E2">
        <w:rPr>
          <w:lang w:val="sv-SE"/>
        </w:rPr>
        <w:t xml:space="preserve"> {{field-on:bible}}Och stadens mur hade tolv grundvalar, och på dem tolv namn från Lammets tolv apostlar.{{field-off:bible}}</w:t>
      </w:r>
    </w:p>
    <w:p w14:paraId="1A4B5BC2" w14:textId="006B701A" w:rsidR="00BA33AB" w:rsidRPr="000767E2" w:rsidRDefault="00000000">
      <w:pPr>
        <w:rPr>
          <w:lang w:val="sv-SE"/>
        </w:rPr>
      </w:pPr>
      <w:r w:rsidRPr="000767E2">
        <w:rPr>
          <w:lang w:val="sv-SE"/>
        </w:rPr>
        <w:t>[[@</w:t>
      </w:r>
      <w:r w:rsidR="0096445B" w:rsidRPr="000767E2">
        <w:rPr>
          <w:lang w:val="sv-SE"/>
        </w:rPr>
        <w:t>BibleBIBEL82</w:t>
      </w:r>
      <w:r w:rsidRPr="000767E2">
        <w:rPr>
          <w:lang w:val="sv-SE"/>
        </w:rPr>
        <w:t>:Rev 21:15]]</w:t>
      </w:r>
      <w:r w:rsidRPr="000767E2">
        <w:rPr>
          <w:vertAlign w:val="superscript"/>
          <w:lang w:val="sv-SE"/>
        </w:rPr>
        <w:t>15</w:t>
      </w:r>
      <w:r w:rsidRPr="000767E2">
        <w:rPr>
          <w:lang w:val="sv-SE"/>
        </w:rPr>
        <w:t xml:space="preserve"> {{field-on:bible}}Och han som talade med mig hade ett mått, en rörstav av guld för att mäta staden och dess porthus och dess mur.{{field-off:bible}} [[@</w:t>
      </w:r>
      <w:r w:rsidR="0096445B" w:rsidRPr="000767E2">
        <w:rPr>
          <w:lang w:val="sv-SE"/>
        </w:rPr>
        <w:t>BibleBIBEL82</w:t>
      </w:r>
      <w:r w:rsidRPr="000767E2">
        <w:rPr>
          <w:lang w:val="sv-SE"/>
        </w:rPr>
        <w:t>:Rev 21:16]]</w:t>
      </w:r>
      <w:r w:rsidRPr="000767E2">
        <w:rPr>
          <w:vertAlign w:val="superscript"/>
          <w:lang w:val="sv-SE"/>
        </w:rPr>
        <w:t>16</w:t>
      </w:r>
      <w:r w:rsidRPr="000767E2">
        <w:rPr>
          <w:lang w:val="sv-SE"/>
        </w:rPr>
        <w:t xml:space="preserve"> {{field-on:bible}}Och staden ligger </w:t>
      </w:r>
      <w:r w:rsidRPr="000767E2">
        <w:rPr>
          <w:i/>
          <w:lang w:val="sv-SE"/>
        </w:rPr>
        <w:t>som</w:t>
      </w:r>
      <w:r w:rsidRPr="000767E2">
        <w:rPr>
          <w:lang w:val="sv-SE"/>
        </w:rPr>
        <w:t xml:space="preserve"> en fyrkant, och dess längd </w:t>
      </w:r>
      <w:r w:rsidRPr="000767E2">
        <w:rPr>
          <w:i/>
          <w:lang w:val="sv-SE"/>
        </w:rPr>
        <w:t>är</w:t>
      </w:r>
      <w:r w:rsidRPr="000767E2">
        <w:rPr>
          <w:lang w:val="sv-SE"/>
        </w:rPr>
        <w:t xml:space="preserve"> så stor som bredden. Och han mätte staden med rörstaven till tolvtusen stadier. Dess längd och bredd och höjd är lika.{{field-off:bible}} [[@</w:t>
      </w:r>
      <w:r w:rsidR="0096445B" w:rsidRPr="000767E2">
        <w:rPr>
          <w:lang w:val="sv-SE"/>
        </w:rPr>
        <w:t>BibleBIBEL82</w:t>
      </w:r>
      <w:r w:rsidRPr="000767E2">
        <w:rPr>
          <w:lang w:val="sv-SE"/>
        </w:rPr>
        <w:t>:Rev 21:17]]</w:t>
      </w:r>
      <w:r w:rsidRPr="000767E2">
        <w:rPr>
          <w:vertAlign w:val="superscript"/>
          <w:lang w:val="sv-SE"/>
        </w:rPr>
        <w:t>17</w:t>
      </w:r>
      <w:r w:rsidRPr="000767E2">
        <w:rPr>
          <w:lang w:val="sv-SE"/>
        </w:rPr>
        <w:t xml:space="preserve"> {{field-on:bible}}Och han mätte dess mur </w:t>
      </w:r>
      <w:r w:rsidRPr="000767E2">
        <w:rPr>
          <w:i/>
          <w:lang w:val="sv-SE"/>
        </w:rPr>
        <w:t>till</w:t>
      </w:r>
      <w:r w:rsidRPr="000767E2">
        <w:rPr>
          <w:lang w:val="sv-SE"/>
        </w:rPr>
        <w:t xml:space="preserve"> hundrafyrtiofyra alnar </w:t>
      </w:r>
      <w:r w:rsidRPr="000767E2">
        <w:rPr>
          <w:i/>
          <w:lang w:val="sv-SE"/>
        </w:rPr>
        <w:t>efter</w:t>
      </w:r>
      <w:r w:rsidRPr="000767E2">
        <w:rPr>
          <w:lang w:val="sv-SE"/>
        </w:rPr>
        <w:t xml:space="preserve"> en människas mått, vilket är en ängels.{{field-off:bible}}</w:t>
      </w:r>
    </w:p>
    <w:p w14:paraId="580BE80F" w14:textId="5A5E7DE1" w:rsidR="00BA33AB" w:rsidRPr="000767E2" w:rsidRDefault="00000000">
      <w:pPr>
        <w:rPr>
          <w:lang w:val="sv-SE"/>
        </w:rPr>
      </w:pPr>
      <w:r w:rsidRPr="000767E2">
        <w:rPr>
          <w:lang w:val="sv-SE"/>
        </w:rPr>
        <w:t>[[@</w:t>
      </w:r>
      <w:r w:rsidR="0096445B" w:rsidRPr="000767E2">
        <w:rPr>
          <w:lang w:val="sv-SE"/>
        </w:rPr>
        <w:t>BibleBIBEL82</w:t>
      </w:r>
      <w:r w:rsidRPr="000767E2">
        <w:rPr>
          <w:lang w:val="sv-SE"/>
        </w:rPr>
        <w:t>:Rev 21:18]]</w:t>
      </w:r>
      <w:r w:rsidRPr="000767E2">
        <w:rPr>
          <w:vertAlign w:val="superscript"/>
          <w:lang w:val="sv-SE"/>
        </w:rPr>
        <w:t>18</w:t>
      </w:r>
      <w:r w:rsidRPr="000767E2">
        <w:rPr>
          <w:lang w:val="sv-SE"/>
        </w:rPr>
        <w:t xml:space="preserve"> {{field-on:bible}}Och dess murs uppbyggnad var jaspis, och staden </w:t>
      </w:r>
      <w:r w:rsidRPr="000767E2">
        <w:rPr>
          <w:i/>
          <w:lang w:val="sv-SE"/>
        </w:rPr>
        <w:t>var</w:t>
      </w:r>
      <w:r w:rsidRPr="000767E2">
        <w:rPr>
          <w:lang w:val="sv-SE"/>
        </w:rPr>
        <w:t xml:space="preserve"> rent guld, likt rent glas.{{field-off:bible}} [[@</w:t>
      </w:r>
      <w:r w:rsidR="0096445B" w:rsidRPr="000767E2">
        <w:rPr>
          <w:lang w:val="sv-SE"/>
        </w:rPr>
        <w:t>BibleBIBEL82</w:t>
      </w:r>
      <w:r w:rsidRPr="000767E2">
        <w:rPr>
          <w:lang w:val="sv-SE"/>
        </w:rPr>
        <w:t>:Rev 21:19]]</w:t>
      </w:r>
      <w:r w:rsidRPr="000767E2">
        <w:rPr>
          <w:vertAlign w:val="superscript"/>
          <w:lang w:val="sv-SE"/>
        </w:rPr>
        <w:t>19</w:t>
      </w:r>
      <w:r w:rsidRPr="000767E2">
        <w:rPr>
          <w:lang w:val="sv-SE"/>
        </w:rPr>
        <w:t xml:space="preserve"> {{field-on:bible}}Grundvalarna för stadens mur </w:t>
      </w:r>
      <w:r w:rsidRPr="000767E2">
        <w:rPr>
          <w:i/>
          <w:lang w:val="sv-SE"/>
        </w:rPr>
        <w:t>var</w:t>
      </w:r>
      <w:r w:rsidRPr="000767E2">
        <w:rPr>
          <w:lang w:val="sv-SE"/>
        </w:rPr>
        <w:t xml:space="preserve"> smyckade med varje ädelsten: den första grundvalen </w:t>
      </w:r>
      <w:r w:rsidRPr="000767E2">
        <w:rPr>
          <w:i/>
          <w:lang w:val="sv-SE"/>
        </w:rPr>
        <w:lastRenderedPageBreak/>
        <w:t>var</w:t>
      </w:r>
      <w:r w:rsidRPr="000767E2">
        <w:rPr>
          <w:lang w:val="sv-SE"/>
        </w:rPr>
        <w:t xml:space="preserve"> jaspis, den andra safir, den tredje kalcedon, den fjärde smaragd,{{field-off:bible}} [[@</w:t>
      </w:r>
      <w:r w:rsidR="0096445B" w:rsidRPr="000767E2">
        <w:rPr>
          <w:lang w:val="sv-SE"/>
        </w:rPr>
        <w:t>BibleBIBEL82</w:t>
      </w:r>
      <w:r w:rsidRPr="000767E2">
        <w:rPr>
          <w:lang w:val="sv-SE"/>
        </w:rPr>
        <w:t>:Rev 21:20]]</w:t>
      </w:r>
      <w:r w:rsidRPr="000767E2">
        <w:rPr>
          <w:vertAlign w:val="superscript"/>
          <w:lang w:val="sv-SE"/>
        </w:rPr>
        <w:t>20</w:t>
      </w:r>
      <w:r w:rsidRPr="000767E2">
        <w:rPr>
          <w:lang w:val="sv-SE"/>
        </w:rPr>
        <w:t xml:space="preserve"> {{field-on:bible}}den femte sardonyx, den sjätte karneol, den sjunde krysolit, den åttonde beryll, den nionde topas, den tionde krysopras, den elfte hyacint, den tolfte ametist.{{field-off:bible}} [[@</w:t>
      </w:r>
      <w:r w:rsidR="0096445B" w:rsidRPr="000767E2">
        <w:rPr>
          <w:lang w:val="sv-SE"/>
        </w:rPr>
        <w:t>BibleBIBEL82</w:t>
      </w:r>
      <w:r w:rsidRPr="000767E2">
        <w:rPr>
          <w:lang w:val="sv-SE"/>
        </w:rPr>
        <w:t>:Rev 21:21]]</w:t>
      </w:r>
      <w:r w:rsidRPr="000767E2">
        <w:rPr>
          <w:vertAlign w:val="superscript"/>
          <w:lang w:val="sv-SE"/>
        </w:rPr>
        <w:t>21</w:t>
      </w:r>
      <w:r w:rsidRPr="000767E2">
        <w:rPr>
          <w:lang w:val="sv-SE"/>
        </w:rPr>
        <w:t xml:space="preserve"> {{field-on:bible}}Och de tolv porthusen </w:t>
      </w:r>
      <w:r w:rsidRPr="000767E2">
        <w:rPr>
          <w:i/>
          <w:lang w:val="sv-SE"/>
        </w:rPr>
        <w:t>var</w:t>
      </w:r>
      <w:r w:rsidRPr="000767E2">
        <w:rPr>
          <w:lang w:val="sv-SE"/>
        </w:rPr>
        <w:t xml:space="preserve"> tolv pärlor. Vart och ett av porthusen var av en </w:t>
      </w:r>
      <w:r w:rsidRPr="000767E2">
        <w:rPr>
          <w:i/>
          <w:lang w:val="sv-SE"/>
        </w:rPr>
        <w:t>enda</w:t>
      </w:r>
      <w:r w:rsidRPr="000767E2">
        <w:rPr>
          <w:lang w:val="sv-SE"/>
        </w:rPr>
        <w:t xml:space="preserve"> pärla. Och stadens gata </w:t>
      </w:r>
      <w:r w:rsidRPr="000767E2">
        <w:rPr>
          <w:i/>
          <w:lang w:val="sv-SE"/>
        </w:rPr>
        <w:t>var</w:t>
      </w:r>
      <w:r w:rsidRPr="000767E2">
        <w:rPr>
          <w:lang w:val="sv-SE"/>
        </w:rPr>
        <w:t xml:space="preserve"> rent guld, som genomskinligt glas.{{field-off:bible}}</w:t>
      </w:r>
    </w:p>
    <w:p w14:paraId="5BD26555" w14:textId="077916FB" w:rsidR="00BA33AB" w:rsidRPr="000767E2" w:rsidRDefault="00000000">
      <w:pPr>
        <w:rPr>
          <w:lang w:val="sv-SE"/>
        </w:rPr>
      </w:pPr>
      <w:r w:rsidRPr="000767E2">
        <w:rPr>
          <w:lang w:val="sv-SE"/>
        </w:rPr>
        <w:t>[[@</w:t>
      </w:r>
      <w:r w:rsidR="0096445B" w:rsidRPr="000767E2">
        <w:rPr>
          <w:lang w:val="sv-SE"/>
        </w:rPr>
        <w:t>BibleBIBEL82</w:t>
      </w:r>
      <w:r w:rsidRPr="000767E2">
        <w:rPr>
          <w:lang w:val="sv-SE"/>
        </w:rPr>
        <w:t>:Rev 21:22]]</w:t>
      </w:r>
      <w:r w:rsidRPr="000767E2">
        <w:rPr>
          <w:vertAlign w:val="superscript"/>
          <w:lang w:val="sv-SE"/>
        </w:rPr>
        <w:t>22</w:t>
      </w:r>
      <w:r w:rsidRPr="000767E2">
        <w:rPr>
          <w:lang w:val="sv-SE"/>
        </w:rPr>
        <w:t xml:space="preserve"> {{field-on:bible}}Och tempelbyggnad såg jag inte i den, för Herren Gud Allhärskaren är dess tempelbyggnad, och Lammet.{{field-off:bible}} [[@</w:t>
      </w:r>
      <w:r w:rsidR="0096445B" w:rsidRPr="000767E2">
        <w:rPr>
          <w:lang w:val="sv-SE"/>
        </w:rPr>
        <w:t>BibleBIBEL82</w:t>
      </w:r>
      <w:r w:rsidRPr="000767E2">
        <w:rPr>
          <w:lang w:val="sv-SE"/>
        </w:rPr>
        <w:t>:Rev 21:23]]</w:t>
      </w:r>
      <w:r w:rsidRPr="000767E2">
        <w:rPr>
          <w:vertAlign w:val="superscript"/>
          <w:lang w:val="sv-SE"/>
        </w:rPr>
        <w:t>23</w:t>
      </w:r>
      <w:r w:rsidRPr="000767E2">
        <w:rPr>
          <w:lang w:val="sv-SE"/>
        </w:rPr>
        <w:t xml:space="preserve"> {{field-on:bible}}Och staden har inget behov av solen eller månen för att lysa för den, för Guds härlighet har lyst upp den, och dess lampa </w:t>
      </w:r>
      <w:r w:rsidRPr="000767E2">
        <w:rPr>
          <w:i/>
          <w:lang w:val="sv-SE"/>
        </w:rPr>
        <w:t>är</w:t>
      </w:r>
      <w:r w:rsidRPr="000767E2">
        <w:rPr>
          <w:lang w:val="sv-SE"/>
        </w:rPr>
        <w:t xml:space="preserve"> Lammet.{{field-off:bible}} [[@</w:t>
      </w:r>
      <w:r w:rsidR="0096445B" w:rsidRPr="000767E2">
        <w:rPr>
          <w:lang w:val="sv-SE"/>
        </w:rPr>
        <w:t>BibleBIBEL82</w:t>
      </w:r>
      <w:r w:rsidRPr="000767E2">
        <w:rPr>
          <w:lang w:val="sv-SE"/>
        </w:rPr>
        <w:t>:Rev 21:24]]</w:t>
      </w:r>
      <w:r w:rsidRPr="000767E2">
        <w:rPr>
          <w:vertAlign w:val="superscript"/>
          <w:lang w:val="sv-SE"/>
        </w:rPr>
        <w:t>24</w:t>
      </w:r>
      <w:r w:rsidRPr="000767E2">
        <w:rPr>
          <w:lang w:val="sv-SE"/>
        </w:rPr>
        <w:t xml:space="preserve"> {{field-on:bible}}Och folkslagen ska vandra genom dess ljus, och jordens kungar för sin härlighet in i den.{{field-off:bible}} [[@</w:t>
      </w:r>
      <w:r w:rsidR="0096445B" w:rsidRPr="000767E2">
        <w:rPr>
          <w:lang w:val="sv-SE"/>
        </w:rPr>
        <w:t>BibleBIBEL82</w:t>
      </w:r>
      <w:r w:rsidRPr="000767E2">
        <w:rPr>
          <w:lang w:val="sv-SE"/>
        </w:rPr>
        <w:t>:Rev 21:25]]</w:t>
      </w:r>
      <w:r w:rsidRPr="000767E2">
        <w:rPr>
          <w:vertAlign w:val="superscript"/>
          <w:lang w:val="sv-SE"/>
        </w:rPr>
        <w:t>25</w:t>
      </w:r>
      <w:r w:rsidRPr="000767E2">
        <w:rPr>
          <w:lang w:val="sv-SE"/>
        </w:rPr>
        <w:t xml:space="preserve"> {{field-on:bible}}Och dess porthus ska aldrig stängas om dagen – för natt ska inte finnas där –{{field-off:bible}} [[@</w:t>
      </w:r>
      <w:r w:rsidR="0096445B" w:rsidRPr="000767E2">
        <w:rPr>
          <w:lang w:val="sv-SE"/>
        </w:rPr>
        <w:t>BibleBIBEL82</w:t>
      </w:r>
      <w:r w:rsidRPr="000767E2">
        <w:rPr>
          <w:lang w:val="sv-SE"/>
        </w:rPr>
        <w:t>:Rev 21:26]]</w:t>
      </w:r>
      <w:r w:rsidRPr="000767E2">
        <w:rPr>
          <w:vertAlign w:val="superscript"/>
          <w:lang w:val="sv-SE"/>
        </w:rPr>
        <w:t>26</w:t>
      </w:r>
      <w:r w:rsidRPr="000767E2">
        <w:rPr>
          <w:lang w:val="sv-SE"/>
        </w:rPr>
        <w:t xml:space="preserve"> {{field-on:bible}}och de ska föra folkslagens härlighet och heder in i den.{{field-off:bible}} [[@</w:t>
      </w:r>
      <w:r w:rsidR="0096445B" w:rsidRPr="000767E2">
        <w:rPr>
          <w:lang w:val="sv-SE"/>
        </w:rPr>
        <w:t>BibleBIBEL82</w:t>
      </w:r>
      <w:r w:rsidRPr="000767E2">
        <w:rPr>
          <w:lang w:val="sv-SE"/>
        </w:rPr>
        <w:t>:Rev 21:27]]</w:t>
      </w:r>
      <w:r w:rsidRPr="000767E2">
        <w:rPr>
          <w:vertAlign w:val="superscript"/>
          <w:lang w:val="sv-SE"/>
        </w:rPr>
        <w:t>27</w:t>
      </w:r>
      <w:r w:rsidRPr="000767E2">
        <w:rPr>
          <w:lang w:val="sv-SE"/>
        </w:rPr>
        <w:t xml:space="preserve"> {{field-on:bible}}Och aldrig ska </w:t>
      </w:r>
      <w:r w:rsidRPr="000767E2">
        <w:rPr>
          <w:i/>
          <w:lang w:val="sv-SE"/>
        </w:rPr>
        <w:t>det</w:t>
      </w:r>
      <w:r w:rsidRPr="000767E2">
        <w:rPr>
          <w:lang w:val="sv-SE"/>
        </w:rPr>
        <w:t xml:space="preserve"> komma in i den något oheligt, och den som gör skändlighet och lögn, utan </w:t>
      </w:r>
      <w:r w:rsidRPr="000767E2">
        <w:rPr>
          <w:i/>
          <w:lang w:val="sv-SE"/>
        </w:rPr>
        <w:t>bara</w:t>
      </w:r>
      <w:r w:rsidRPr="000767E2">
        <w:rPr>
          <w:lang w:val="sv-SE"/>
        </w:rPr>
        <w:t xml:space="preserve"> de </w:t>
      </w:r>
      <w:r w:rsidRPr="000767E2">
        <w:rPr>
          <w:i/>
          <w:lang w:val="sv-SE"/>
        </w:rPr>
        <w:t>som är</w:t>
      </w:r>
      <w:r w:rsidRPr="000767E2">
        <w:rPr>
          <w:lang w:val="sv-SE"/>
        </w:rPr>
        <w:t xml:space="preserve"> skrivna i livets bokrulle hos Lammet.{{field-off:bible}}</w:t>
      </w:r>
    </w:p>
    <w:p w14:paraId="31865E92" w14:textId="20670909" w:rsidR="00BA33AB" w:rsidRPr="000767E2" w:rsidRDefault="00000000">
      <w:pPr>
        <w:pStyle w:val="Rubrik2"/>
        <w:rPr>
          <w:lang w:val="sv-SE"/>
        </w:rPr>
      </w:pPr>
      <w:r w:rsidRPr="000767E2">
        <w:rPr>
          <w:lang w:val="sv-SE"/>
        </w:rPr>
        <w:t>[[@</w:t>
      </w:r>
      <w:r w:rsidR="0096445B" w:rsidRPr="000767E2">
        <w:rPr>
          <w:lang w:val="sv-SE"/>
        </w:rPr>
        <w:t>BibleBIBEL82</w:t>
      </w:r>
      <w:r w:rsidRPr="000767E2">
        <w:rPr>
          <w:lang w:val="sv-SE"/>
        </w:rPr>
        <w:t>:Rev 22]]Kapitel 22</w:t>
      </w:r>
    </w:p>
    <w:p w14:paraId="0AE6E813" w14:textId="3999A991" w:rsidR="00BA33AB" w:rsidRPr="000767E2" w:rsidRDefault="00000000">
      <w:pPr>
        <w:rPr>
          <w:lang w:val="sv-SE"/>
        </w:rPr>
      </w:pPr>
      <w:r w:rsidRPr="000767E2">
        <w:rPr>
          <w:lang w:val="sv-SE"/>
        </w:rPr>
        <w:t>[[@</w:t>
      </w:r>
      <w:r w:rsidR="0096445B" w:rsidRPr="000767E2">
        <w:rPr>
          <w:lang w:val="sv-SE"/>
        </w:rPr>
        <w:t>BibleBIBEL82</w:t>
      </w:r>
      <w:r w:rsidRPr="000767E2">
        <w:rPr>
          <w:lang w:val="sv-SE"/>
        </w:rPr>
        <w:t>:Rev 22:1]]</w:t>
      </w:r>
      <w:r w:rsidRPr="000767E2">
        <w:rPr>
          <w:vertAlign w:val="superscript"/>
          <w:lang w:val="sv-SE"/>
        </w:rPr>
        <w:t>1</w:t>
      </w:r>
      <w:r w:rsidRPr="000767E2">
        <w:rPr>
          <w:lang w:val="sv-SE"/>
        </w:rPr>
        <w:t xml:space="preserve"> {{field-on:bible}}Och han visade mig en flod med livets vatten, glänsande som kristall, som går ut från Guds och Lammets tron.{{field-off:bible}} [[@</w:t>
      </w:r>
      <w:r w:rsidR="0096445B" w:rsidRPr="000767E2">
        <w:rPr>
          <w:lang w:val="sv-SE"/>
        </w:rPr>
        <w:t>BibleBIBEL82</w:t>
      </w:r>
      <w:r w:rsidRPr="000767E2">
        <w:rPr>
          <w:lang w:val="sv-SE"/>
        </w:rPr>
        <w:t>:Rev 22:2]]</w:t>
      </w:r>
      <w:r w:rsidRPr="000767E2">
        <w:rPr>
          <w:vertAlign w:val="superscript"/>
          <w:lang w:val="sv-SE"/>
        </w:rPr>
        <w:t>2</w:t>
      </w:r>
      <w:r w:rsidRPr="000767E2">
        <w:rPr>
          <w:lang w:val="sv-SE"/>
        </w:rPr>
        <w:t xml:space="preserve"> {{field-on:bible}}I mitten av dess gata och floden, härifrån och därifrån, </w:t>
      </w:r>
      <w:r w:rsidRPr="000767E2">
        <w:rPr>
          <w:i/>
          <w:lang w:val="sv-SE"/>
        </w:rPr>
        <w:t>finns</w:t>
      </w:r>
      <w:r w:rsidRPr="000767E2">
        <w:rPr>
          <w:lang w:val="sv-SE"/>
        </w:rPr>
        <w:t xml:space="preserve"> livets trä som gör frukter tolv </w:t>
      </w:r>
      <w:r w:rsidRPr="000767E2">
        <w:rPr>
          <w:i/>
          <w:lang w:val="sv-SE"/>
        </w:rPr>
        <w:t>gånger</w:t>
      </w:r>
      <w:r w:rsidRPr="000767E2">
        <w:rPr>
          <w:lang w:val="sv-SE"/>
        </w:rPr>
        <w:t xml:space="preserve">. Varenda månad avger det sin frukt, och träets löv </w:t>
      </w:r>
      <w:r w:rsidRPr="000767E2">
        <w:rPr>
          <w:i/>
          <w:lang w:val="sv-SE"/>
        </w:rPr>
        <w:t>är</w:t>
      </w:r>
      <w:r w:rsidRPr="000767E2">
        <w:rPr>
          <w:lang w:val="sv-SE"/>
        </w:rPr>
        <w:t xml:space="preserve"> till läkedom för folkslagen.{{field-off:bible}}</w:t>
      </w:r>
    </w:p>
    <w:p w14:paraId="5761DCFE" w14:textId="1B19DE84" w:rsidR="00BA33AB" w:rsidRPr="000767E2" w:rsidRDefault="00000000">
      <w:pPr>
        <w:rPr>
          <w:lang w:val="sv-SE"/>
        </w:rPr>
      </w:pPr>
      <w:r w:rsidRPr="000767E2">
        <w:rPr>
          <w:lang w:val="sv-SE"/>
        </w:rPr>
        <w:t>[[@</w:t>
      </w:r>
      <w:r w:rsidR="0096445B" w:rsidRPr="000767E2">
        <w:rPr>
          <w:lang w:val="sv-SE"/>
        </w:rPr>
        <w:t>BibleBIBEL82</w:t>
      </w:r>
      <w:r w:rsidRPr="000767E2">
        <w:rPr>
          <w:lang w:val="sv-SE"/>
        </w:rPr>
        <w:t>:Rev 22:3]]</w:t>
      </w:r>
      <w:r w:rsidRPr="000767E2">
        <w:rPr>
          <w:vertAlign w:val="superscript"/>
          <w:lang w:val="sv-SE"/>
        </w:rPr>
        <w:t>3</w:t>
      </w:r>
      <w:r w:rsidRPr="000767E2">
        <w:rPr>
          <w:lang w:val="sv-SE"/>
        </w:rPr>
        <w:t xml:space="preserve"> {{field-on:bible}}Och inget förbannat ska finnas mer. Och Guds och Lammets tron ska vara i den, och hans fasttjänare ska dyrka honom.{{field-off:bible}} [[@</w:t>
      </w:r>
      <w:r w:rsidR="0096445B" w:rsidRPr="000767E2">
        <w:rPr>
          <w:lang w:val="sv-SE"/>
        </w:rPr>
        <w:t>BibleBIBEL82</w:t>
      </w:r>
      <w:r w:rsidRPr="000767E2">
        <w:rPr>
          <w:lang w:val="sv-SE"/>
        </w:rPr>
        <w:t>:Rev 22:4]]</w:t>
      </w:r>
      <w:r w:rsidRPr="000767E2">
        <w:rPr>
          <w:vertAlign w:val="superscript"/>
          <w:lang w:val="sv-SE"/>
        </w:rPr>
        <w:t>4</w:t>
      </w:r>
      <w:r w:rsidRPr="000767E2">
        <w:rPr>
          <w:lang w:val="sv-SE"/>
        </w:rPr>
        <w:t xml:space="preserve"> {{field-on:bible}}Och de ska se hans ansikte, och hans namn </w:t>
      </w:r>
      <w:r w:rsidRPr="000767E2">
        <w:rPr>
          <w:i/>
          <w:lang w:val="sv-SE"/>
        </w:rPr>
        <w:t>ska vara</w:t>
      </w:r>
      <w:r w:rsidRPr="000767E2">
        <w:rPr>
          <w:lang w:val="sv-SE"/>
        </w:rPr>
        <w:t xml:space="preserve"> på deras pannor.{{field-off:bible}} [[@</w:t>
      </w:r>
      <w:r w:rsidR="0096445B" w:rsidRPr="000767E2">
        <w:rPr>
          <w:lang w:val="sv-SE"/>
        </w:rPr>
        <w:t>BibleBIBEL82</w:t>
      </w:r>
      <w:r w:rsidRPr="000767E2">
        <w:rPr>
          <w:lang w:val="sv-SE"/>
        </w:rPr>
        <w:t>:Rev 22:5]]</w:t>
      </w:r>
      <w:r w:rsidRPr="000767E2">
        <w:rPr>
          <w:vertAlign w:val="superscript"/>
          <w:lang w:val="sv-SE"/>
        </w:rPr>
        <w:t>5</w:t>
      </w:r>
      <w:r w:rsidRPr="000767E2">
        <w:rPr>
          <w:lang w:val="sv-SE"/>
        </w:rPr>
        <w:t xml:space="preserve"> {{field-on:bible}}Och natt ska inte finnas mer, och de har inget behov av lampas ljus eller solens ljus, för Herren Gud ska lysa upp dem. Och de ska regera till eonernas eoner.{{field-off:bible}}</w:t>
      </w:r>
    </w:p>
    <w:p w14:paraId="6067F009" w14:textId="77777777" w:rsidR="00BA33AB" w:rsidRPr="000767E2" w:rsidRDefault="00000000">
      <w:pPr>
        <w:pStyle w:val="Rubrik3"/>
        <w:rPr>
          <w:lang w:val="sv-SE"/>
        </w:rPr>
      </w:pPr>
      <w:r w:rsidRPr="000767E2">
        <w:rPr>
          <w:lang w:val="sv-SE"/>
        </w:rPr>
        <w:t>Jesus kommer snart</w:t>
      </w:r>
    </w:p>
    <w:p w14:paraId="0E707B77" w14:textId="00CDCC44" w:rsidR="00BA33AB" w:rsidRPr="000767E2" w:rsidRDefault="00000000">
      <w:pPr>
        <w:rPr>
          <w:lang w:val="sv-SE"/>
        </w:rPr>
      </w:pPr>
      <w:r w:rsidRPr="000767E2">
        <w:rPr>
          <w:lang w:val="sv-SE"/>
        </w:rPr>
        <w:t>[[@</w:t>
      </w:r>
      <w:r w:rsidR="0096445B" w:rsidRPr="000767E2">
        <w:rPr>
          <w:lang w:val="sv-SE"/>
        </w:rPr>
        <w:t>BibleBIBEL82</w:t>
      </w:r>
      <w:r w:rsidRPr="000767E2">
        <w:rPr>
          <w:lang w:val="sv-SE"/>
        </w:rPr>
        <w:t>:Rev 22:6]]</w:t>
      </w:r>
      <w:r w:rsidRPr="000767E2">
        <w:rPr>
          <w:vertAlign w:val="superscript"/>
          <w:lang w:val="sv-SE"/>
        </w:rPr>
        <w:t>6</w:t>
      </w:r>
      <w:r w:rsidRPr="000767E2">
        <w:rPr>
          <w:lang w:val="sv-SE"/>
        </w:rPr>
        <w:t xml:space="preserve"> {{field-on:bible}}Och han sade till mig: ”Dessa ord </w:t>
      </w:r>
      <w:r w:rsidRPr="000767E2">
        <w:rPr>
          <w:i/>
          <w:lang w:val="sv-SE"/>
        </w:rPr>
        <w:t>är</w:t>
      </w:r>
      <w:r w:rsidRPr="000767E2">
        <w:rPr>
          <w:lang w:val="sv-SE"/>
        </w:rPr>
        <w:t xml:space="preserve"> trofasta och sannfärdiga. Och Herren, profeternas andars Gud, har sänt sin ängel </w:t>
      </w:r>
      <w:r w:rsidRPr="000767E2">
        <w:rPr>
          <w:i/>
          <w:lang w:val="sv-SE"/>
        </w:rPr>
        <w:t>för</w:t>
      </w:r>
      <w:r w:rsidRPr="000767E2">
        <w:rPr>
          <w:lang w:val="sv-SE"/>
        </w:rPr>
        <w:t xml:space="preserve"> att visa sina fasttjänare det som måste ske med hast.”{{field-off:bible}} [[@</w:t>
      </w:r>
      <w:r w:rsidR="0096445B" w:rsidRPr="000767E2">
        <w:rPr>
          <w:lang w:val="sv-SE"/>
        </w:rPr>
        <w:t>BibleBIBEL82</w:t>
      </w:r>
      <w:r w:rsidRPr="000767E2">
        <w:rPr>
          <w:lang w:val="sv-SE"/>
        </w:rPr>
        <w:t>:Rev 22:7]]</w:t>
      </w:r>
      <w:r w:rsidRPr="000767E2">
        <w:rPr>
          <w:vertAlign w:val="superscript"/>
          <w:lang w:val="sv-SE"/>
        </w:rPr>
        <w:t>7</w:t>
      </w:r>
      <w:r w:rsidRPr="000767E2">
        <w:rPr>
          <w:lang w:val="sv-SE"/>
        </w:rPr>
        <w:t xml:space="preserve"> {{field-on:bible}}”Och se, jag kommer snart. Salig den som håller fast vid profetians ord i denna bokrulle.”{{field-off:bible}}</w:t>
      </w:r>
    </w:p>
    <w:p w14:paraId="0C3D30D1" w14:textId="1B0AEBFA" w:rsidR="00BA33AB" w:rsidRPr="000767E2" w:rsidRDefault="00000000">
      <w:pPr>
        <w:rPr>
          <w:lang w:val="sv-SE"/>
        </w:rPr>
      </w:pPr>
      <w:r w:rsidRPr="000767E2">
        <w:rPr>
          <w:lang w:val="sv-SE"/>
        </w:rPr>
        <w:t>[[@</w:t>
      </w:r>
      <w:r w:rsidR="0096445B" w:rsidRPr="000767E2">
        <w:rPr>
          <w:lang w:val="sv-SE"/>
        </w:rPr>
        <w:t>BibleBIBEL82</w:t>
      </w:r>
      <w:r w:rsidRPr="000767E2">
        <w:rPr>
          <w:lang w:val="sv-SE"/>
        </w:rPr>
        <w:t>:Rev 22:8]]</w:t>
      </w:r>
      <w:r w:rsidRPr="000767E2">
        <w:rPr>
          <w:vertAlign w:val="superscript"/>
          <w:lang w:val="sv-SE"/>
        </w:rPr>
        <w:t>8</w:t>
      </w:r>
      <w:r w:rsidRPr="000767E2">
        <w:rPr>
          <w:lang w:val="sv-SE"/>
        </w:rPr>
        <w:t xml:space="preserve"> {{field-on:bible}}Och jag, Johannes, </w:t>
      </w:r>
      <w:r w:rsidRPr="000767E2">
        <w:rPr>
          <w:i/>
          <w:lang w:val="sv-SE"/>
        </w:rPr>
        <w:t>är</w:t>
      </w:r>
      <w:r w:rsidRPr="000767E2">
        <w:rPr>
          <w:lang w:val="sv-SE"/>
        </w:rPr>
        <w:t xml:space="preserve"> den som hör och ser detta. Och när jag hade hört och sett, föll jag </w:t>
      </w:r>
      <w:r w:rsidRPr="000767E2">
        <w:rPr>
          <w:i/>
          <w:lang w:val="sv-SE"/>
        </w:rPr>
        <w:t>ner</w:t>
      </w:r>
      <w:r w:rsidRPr="000767E2">
        <w:rPr>
          <w:lang w:val="sv-SE"/>
        </w:rPr>
        <w:t xml:space="preserve"> </w:t>
      </w:r>
      <w:r w:rsidRPr="000767E2">
        <w:rPr>
          <w:i/>
          <w:lang w:val="sv-SE"/>
        </w:rPr>
        <w:t>för</w:t>
      </w:r>
      <w:r w:rsidRPr="000767E2">
        <w:rPr>
          <w:lang w:val="sv-SE"/>
        </w:rPr>
        <w:t xml:space="preserve"> att tillbe framför fötterna hos ängeln som visade mig detta.{{field-off:bible}} [[@</w:t>
      </w:r>
      <w:r w:rsidR="0096445B" w:rsidRPr="000767E2">
        <w:rPr>
          <w:lang w:val="sv-SE"/>
        </w:rPr>
        <w:t>BibleBIBEL82</w:t>
      </w:r>
      <w:r w:rsidRPr="000767E2">
        <w:rPr>
          <w:lang w:val="sv-SE"/>
        </w:rPr>
        <w:t>:Rev 22:9]]</w:t>
      </w:r>
      <w:r w:rsidRPr="000767E2">
        <w:rPr>
          <w:vertAlign w:val="superscript"/>
          <w:lang w:val="sv-SE"/>
        </w:rPr>
        <w:t>9</w:t>
      </w:r>
      <w:r w:rsidRPr="000767E2">
        <w:rPr>
          <w:lang w:val="sv-SE"/>
        </w:rPr>
        <w:t xml:space="preserve"> {{field-on:bible}}Och han </w:t>
      </w:r>
      <w:r w:rsidRPr="000767E2">
        <w:rPr>
          <w:lang w:val="sv-SE"/>
        </w:rPr>
        <w:lastRenderedPageBreak/>
        <w:t xml:space="preserve">säger till mig: ”Se, inte </w:t>
      </w:r>
      <w:r w:rsidRPr="000767E2">
        <w:rPr>
          <w:i/>
          <w:lang w:val="sv-SE"/>
        </w:rPr>
        <w:t>så</w:t>
      </w:r>
      <w:r w:rsidRPr="000767E2">
        <w:rPr>
          <w:lang w:val="sv-SE"/>
        </w:rPr>
        <w:t>! En medtjänare är jag till dig och dina syskon profeterna och dem som håller fast vid orden i denna bokrulle. Gud ska du tillbe.”{{field-off:bible}}</w:t>
      </w:r>
    </w:p>
    <w:p w14:paraId="22867853" w14:textId="35D407B0" w:rsidR="00BA33AB" w:rsidRPr="000767E2" w:rsidRDefault="00000000">
      <w:pPr>
        <w:rPr>
          <w:lang w:val="sv-SE"/>
        </w:rPr>
      </w:pPr>
      <w:r w:rsidRPr="000767E2">
        <w:rPr>
          <w:lang w:val="sv-SE"/>
        </w:rPr>
        <w:t>[[@</w:t>
      </w:r>
      <w:r w:rsidR="0096445B" w:rsidRPr="000767E2">
        <w:rPr>
          <w:lang w:val="sv-SE"/>
        </w:rPr>
        <w:t>BibleBIBEL82</w:t>
      </w:r>
      <w:r w:rsidRPr="000767E2">
        <w:rPr>
          <w:lang w:val="sv-SE"/>
        </w:rPr>
        <w:t>:Rev 22:10]]</w:t>
      </w:r>
      <w:r w:rsidRPr="000767E2">
        <w:rPr>
          <w:vertAlign w:val="superscript"/>
          <w:lang w:val="sv-SE"/>
        </w:rPr>
        <w:t>10</w:t>
      </w:r>
      <w:r w:rsidRPr="000767E2">
        <w:rPr>
          <w:lang w:val="sv-SE"/>
        </w:rPr>
        <w:t xml:space="preserve"> {{field-on:bible}}Och han säger till mig: ”Sätt inte sigill på profetians ord i denna bokrulle. För tiden är nära.{{field-off:bible}} [[@</w:t>
      </w:r>
      <w:r w:rsidR="0096445B" w:rsidRPr="000767E2">
        <w:rPr>
          <w:lang w:val="sv-SE"/>
        </w:rPr>
        <w:t>BibleBIBEL82</w:t>
      </w:r>
      <w:r w:rsidRPr="000767E2">
        <w:rPr>
          <w:lang w:val="sv-SE"/>
        </w:rPr>
        <w:t>:Rev 22:11]]</w:t>
      </w:r>
      <w:r w:rsidRPr="000767E2">
        <w:rPr>
          <w:vertAlign w:val="superscript"/>
          <w:lang w:val="sv-SE"/>
        </w:rPr>
        <w:t>11</w:t>
      </w:r>
      <w:r w:rsidRPr="000767E2">
        <w:rPr>
          <w:lang w:val="sv-SE"/>
        </w:rPr>
        <w:t xml:space="preserve"> {{field-on:bible}}Den som gör orätt ska göra mer orätt, och den smutsige smutsa ner sig mer. Och den rättfärdige ska göra mer rättfärdighet, och den helige helga sig mer.{{field-off:bible}}</w:t>
      </w:r>
    </w:p>
    <w:p w14:paraId="1BC2DD0C" w14:textId="39F66FA8" w:rsidR="00BA33AB" w:rsidRPr="000767E2" w:rsidRDefault="00000000">
      <w:pPr>
        <w:rPr>
          <w:lang w:val="sv-SE"/>
        </w:rPr>
      </w:pPr>
      <w:r w:rsidRPr="000767E2">
        <w:rPr>
          <w:lang w:val="sv-SE"/>
        </w:rPr>
        <w:t>[[@</w:t>
      </w:r>
      <w:r w:rsidR="0096445B" w:rsidRPr="000767E2">
        <w:rPr>
          <w:lang w:val="sv-SE"/>
        </w:rPr>
        <w:t>BibleBIBEL82</w:t>
      </w:r>
      <w:r w:rsidRPr="000767E2">
        <w:rPr>
          <w:lang w:val="sv-SE"/>
        </w:rPr>
        <w:t>:Rev 22:12]]</w:t>
      </w:r>
      <w:r w:rsidRPr="000767E2">
        <w:rPr>
          <w:vertAlign w:val="superscript"/>
          <w:lang w:val="sv-SE"/>
        </w:rPr>
        <w:t>12</w:t>
      </w:r>
      <w:r w:rsidRPr="000767E2">
        <w:rPr>
          <w:lang w:val="sv-SE"/>
        </w:rPr>
        <w:t xml:space="preserve"> {{field-on:bible}}Se, jag kommer snart. Och min lön </w:t>
      </w:r>
      <w:r w:rsidRPr="000767E2">
        <w:rPr>
          <w:i/>
          <w:lang w:val="sv-SE"/>
        </w:rPr>
        <w:t>är</w:t>
      </w:r>
      <w:r w:rsidRPr="000767E2">
        <w:rPr>
          <w:lang w:val="sv-SE"/>
        </w:rPr>
        <w:t xml:space="preserve"> med mig, </w:t>
      </w:r>
      <w:r w:rsidRPr="000767E2">
        <w:rPr>
          <w:i/>
          <w:lang w:val="sv-SE"/>
        </w:rPr>
        <w:t>för</w:t>
      </w:r>
      <w:r w:rsidRPr="000767E2">
        <w:rPr>
          <w:lang w:val="sv-SE"/>
        </w:rPr>
        <w:t xml:space="preserve"> att löna var och en såsom hans gärning kommer att vara.{{field-off:bible}} [[@</w:t>
      </w:r>
      <w:r w:rsidR="0096445B" w:rsidRPr="000767E2">
        <w:rPr>
          <w:lang w:val="sv-SE"/>
        </w:rPr>
        <w:t>BibleBIBEL82</w:t>
      </w:r>
      <w:r w:rsidRPr="000767E2">
        <w:rPr>
          <w:lang w:val="sv-SE"/>
        </w:rPr>
        <w:t>:Rev 22:13]]</w:t>
      </w:r>
      <w:r w:rsidRPr="000767E2">
        <w:rPr>
          <w:vertAlign w:val="superscript"/>
          <w:lang w:val="sv-SE"/>
        </w:rPr>
        <w:t>13</w:t>
      </w:r>
      <w:r w:rsidRPr="000767E2">
        <w:rPr>
          <w:lang w:val="sv-SE"/>
        </w:rPr>
        <w:t xml:space="preserve"> {{field-on:bible}}Jag </w:t>
      </w:r>
      <w:r w:rsidRPr="000767E2">
        <w:rPr>
          <w:i/>
          <w:lang w:val="sv-SE"/>
        </w:rPr>
        <w:t>är</w:t>
      </w:r>
      <w:r w:rsidRPr="000767E2">
        <w:rPr>
          <w:lang w:val="sv-SE"/>
        </w:rPr>
        <w:t xml:space="preserve"> Alfa och Omega, den förste och den siste, begynnelsen och slutet.{{field-off:bible}} [[@</w:t>
      </w:r>
      <w:r w:rsidR="0096445B" w:rsidRPr="000767E2">
        <w:rPr>
          <w:lang w:val="sv-SE"/>
        </w:rPr>
        <w:t>BibleBIBEL82</w:t>
      </w:r>
      <w:r w:rsidRPr="000767E2">
        <w:rPr>
          <w:lang w:val="sv-SE"/>
        </w:rPr>
        <w:t>:Rev 22:14]]</w:t>
      </w:r>
      <w:r w:rsidRPr="000767E2">
        <w:rPr>
          <w:vertAlign w:val="superscript"/>
          <w:lang w:val="sv-SE"/>
        </w:rPr>
        <w:t>14</w:t>
      </w:r>
      <w:r w:rsidRPr="000767E2">
        <w:rPr>
          <w:lang w:val="sv-SE"/>
        </w:rPr>
        <w:t xml:space="preserve"> {{field-on:bible}}Saliga de som sköljer sina dräkter, så att rättigheten blir deras till livets trä och de får komma in genom porthusen till staden.{{field-off:bible}} [[@</w:t>
      </w:r>
      <w:r w:rsidR="0096445B" w:rsidRPr="000767E2">
        <w:rPr>
          <w:lang w:val="sv-SE"/>
        </w:rPr>
        <w:t>BibleBIBEL82</w:t>
      </w:r>
      <w:r w:rsidRPr="000767E2">
        <w:rPr>
          <w:lang w:val="sv-SE"/>
        </w:rPr>
        <w:t>:Rev 22:15]]</w:t>
      </w:r>
      <w:r w:rsidRPr="000767E2">
        <w:rPr>
          <w:vertAlign w:val="superscript"/>
          <w:lang w:val="sv-SE"/>
        </w:rPr>
        <w:t>15</w:t>
      </w:r>
      <w:r w:rsidRPr="000767E2">
        <w:rPr>
          <w:lang w:val="sv-SE"/>
        </w:rPr>
        <w:t xml:space="preserve"> {{field-on:bible}}Utanför </w:t>
      </w:r>
      <w:r w:rsidRPr="000767E2">
        <w:rPr>
          <w:i/>
          <w:lang w:val="sv-SE"/>
        </w:rPr>
        <w:t>är</w:t>
      </w:r>
      <w:r w:rsidRPr="000767E2">
        <w:rPr>
          <w:lang w:val="sv-SE"/>
        </w:rPr>
        <w:t xml:space="preserve"> hundarna och häxmästarna och de otuktiga och mördarna och avgudadyrkarna, och var och en som har lögnen kär och gör </w:t>
      </w:r>
      <w:r w:rsidRPr="000767E2">
        <w:rPr>
          <w:i/>
          <w:lang w:val="sv-SE"/>
        </w:rPr>
        <w:t>den</w:t>
      </w:r>
      <w:r w:rsidRPr="000767E2">
        <w:rPr>
          <w:lang w:val="sv-SE"/>
        </w:rPr>
        <w:t>.{{field-off:bible}}</w:t>
      </w:r>
    </w:p>
    <w:p w14:paraId="1DA6E77C" w14:textId="604CD1F1" w:rsidR="00BA33AB" w:rsidRPr="000767E2" w:rsidRDefault="00000000">
      <w:pPr>
        <w:rPr>
          <w:lang w:val="sv-SE"/>
        </w:rPr>
      </w:pPr>
      <w:r w:rsidRPr="000767E2">
        <w:rPr>
          <w:lang w:val="sv-SE"/>
        </w:rPr>
        <w:t>[[@</w:t>
      </w:r>
      <w:r w:rsidR="0096445B" w:rsidRPr="000767E2">
        <w:rPr>
          <w:lang w:val="sv-SE"/>
        </w:rPr>
        <w:t>BibleBIBEL82</w:t>
      </w:r>
      <w:r w:rsidRPr="000767E2">
        <w:rPr>
          <w:lang w:val="sv-SE"/>
        </w:rPr>
        <w:t>:Rev 22:16]]</w:t>
      </w:r>
      <w:r w:rsidRPr="000767E2">
        <w:rPr>
          <w:vertAlign w:val="superscript"/>
          <w:lang w:val="sv-SE"/>
        </w:rPr>
        <w:t>16</w:t>
      </w:r>
      <w:r w:rsidRPr="000767E2">
        <w:rPr>
          <w:lang w:val="sv-SE"/>
        </w:rPr>
        <w:t xml:space="preserve"> {{field-on:bible}}Jag, Jesus, har skickat min ängel att vittna för er </w:t>
      </w:r>
      <w:r w:rsidRPr="000767E2">
        <w:rPr>
          <w:i/>
          <w:lang w:val="sv-SE"/>
        </w:rPr>
        <w:t>om</w:t>
      </w:r>
      <w:r w:rsidRPr="000767E2">
        <w:rPr>
          <w:lang w:val="sv-SE"/>
        </w:rPr>
        <w:t xml:space="preserve"> detta i församlingarna. Jag är Davids rotskott och ättling, den glänsande morgonstjärnan.”{{field-off:bible}}</w:t>
      </w:r>
    </w:p>
    <w:p w14:paraId="270B3686" w14:textId="0357948E" w:rsidR="00BA33AB" w:rsidRPr="000767E2" w:rsidRDefault="00000000">
      <w:pPr>
        <w:rPr>
          <w:lang w:val="sv-SE"/>
        </w:rPr>
      </w:pPr>
      <w:r w:rsidRPr="000767E2">
        <w:rPr>
          <w:lang w:val="sv-SE"/>
        </w:rPr>
        <w:t>[[@</w:t>
      </w:r>
      <w:r w:rsidR="0096445B" w:rsidRPr="000767E2">
        <w:rPr>
          <w:lang w:val="sv-SE"/>
        </w:rPr>
        <w:t>BibleBIBEL82</w:t>
      </w:r>
      <w:r w:rsidRPr="000767E2">
        <w:rPr>
          <w:lang w:val="sv-SE"/>
        </w:rPr>
        <w:t>:Rev 22:17]]</w:t>
      </w:r>
      <w:r w:rsidRPr="000767E2">
        <w:rPr>
          <w:vertAlign w:val="superscript"/>
          <w:lang w:val="sv-SE"/>
        </w:rPr>
        <w:t>17</w:t>
      </w:r>
      <w:r w:rsidRPr="000767E2">
        <w:rPr>
          <w:lang w:val="sv-SE"/>
        </w:rPr>
        <w:t xml:space="preserve"> {{field-on:bible}}Och Anden och bruden säger: ”Kom!” Och den som hör ska säga: ”Kom!” Och den som törstar ska komma. Den som vill ska ta </w:t>
      </w:r>
      <w:r w:rsidRPr="000767E2">
        <w:rPr>
          <w:i/>
          <w:lang w:val="sv-SE"/>
        </w:rPr>
        <w:t>emot</w:t>
      </w:r>
      <w:r w:rsidRPr="000767E2">
        <w:rPr>
          <w:lang w:val="sv-SE"/>
        </w:rPr>
        <w:t xml:space="preserve"> livets vatten gratis.{{field-off:bible}}</w:t>
      </w:r>
    </w:p>
    <w:p w14:paraId="7437682D" w14:textId="001E8B6E" w:rsidR="00BA33AB" w:rsidRPr="000767E2" w:rsidRDefault="00000000">
      <w:pPr>
        <w:rPr>
          <w:lang w:val="sv-SE"/>
        </w:rPr>
      </w:pPr>
      <w:r w:rsidRPr="000767E2">
        <w:rPr>
          <w:lang w:val="sv-SE"/>
        </w:rPr>
        <w:t>[[@</w:t>
      </w:r>
      <w:r w:rsidR="0096445B" w:rsidRPr="000767E2">
        <w:rPr>
          <w:lang w:val="sv-SE"/>
        </w:rPr>
        <w:t>BibleBIBEL82</w:t>
      </w:r>
      <w:r w:rsidRPr="000767E2">
        <w:rPr>
          <w:lang w:val="sv-SE"/>
        </w:rPr>
        <w:t>:Rev 22:18]]</w:t>
      </w:r>
      <w:r w:rsidRPr="000767E2">
        <w:rPr>
          <w:vertAlign w:val="superscript"/>
          <w:lang w:val="sv-SE"/>
        </w:rPr>
        <w:t>18</w:t>
      </w:r>
      <w:r w:rsidRPr="000767E2">
        <w:rPr>
          <w:lang w:val="sv-SE"/>
        </w:rPr>
        <w:t xml:space="preserve"> {{field-on:bible}}Jag vittnar för var och en som hör profetians ord i denna bokrulle: Om någon lägger på ovanpå detta, ska Gud lägga på honom plågorna </w:t>
      </w:r>
      <w:r w:rsidRPr="000767E2">
        <w:rPr>
          <w:i/>
          <w:lang w:val="sv-SE"/>
        </w:rPr>
        <w:t>som är</w:t>
      </w:r>
      <w:r w:rsidRPr="000767E2">
        <w:rPr>
          <w:lang w:val="sv-SE"/>
        </w:rPr>
        <w:t xml:space="preserve"> skrivna i denna bokrulle.{{field-off:bible}} [[@</w:t>
      </w:r>
      <w:r w:rsidR="0096445B" w:rsidRPr="000767E2">
        <w:rPr>
          <w:lang w:val="sv-SE"/>
        </w:rPr>
        <w:t>BibleBIBEL82</w:t>
      </w:r>
      <w:r w:rsidRPr="000767E2">
        <w:rPr>
          <w:lang w:val="sv-SE"/>
        </w:rPr>
        <w:t>:Rev 22:19]]</w:t>
      </w:r>
      <w:r w:rsidRPr="000767E2">
        <w:rPr>
          <w:vertAlign w:val="superscript"/>
          <w:lang w:val="sv-SE"/>
        </w:rPr>
        <w:t>19</w:t>
      </w:r>
      <w:r w:rsidRPr="000767E2">
        <w:rPr>
          <w:lang w:val="sv-SE"/>
        </w:rPr>
        <w:t xml:space="preserve"> {{field-on:bible}}Och om någon tar bort från orden i bokrullen med denna profetia, ska Gud ta bort hans del från livets trä och av den heliga staden </w:t>
      </w:r>
      <w:r w:rsidRPr="000767E2">
        <w:rPr>
          <w:i/>
          <w:lang w:val="sv-SE"/>
        </w:rPr>
        <w:t>som är</w:t>
      </w:r>
      <w:r w:rsidRPr="000767E2">
        <w:rPr>
          <w:lang w:val="sv-SE"/>
        </w:rPr>
        <w:t xml:space="preserve"> skrivna i denna bokrulle.{{field-off:bible}} [[@</w:t>
      </w:r>
      <w:r w:rsidR="0096445B" w:rsidRPr="000767E2">
        <w:rPr>
          <w:lang w:val="sv-SE"/>
        </w:rPr>
        <w:t>BibleBIBEL82</w:t>
      </w:r>
      <w:r w:rsidRPr="000767E2">
        <w:rPr>
          <w:lang w:val="sv-SE"/>
        </w:rPr>
        <w:t>:Rev 22:20]]</w:t>
      </w:r>
      <w:r w:rsidRPr="000767E2">
        <w:rPr>
          <w:vertAlign w:val="superscript"/>
          <w:lang w:val="sv-SE"/>
        </w:rPr>
        <w:t>20</w:t>
      </w:r>
      <w:r w:rsidRPr="000767E2">
        <w:rPr>
          <w:lang w:val="sv-SE"/>
        </w:rPr>
        <w:t xml:space="preserve"> {{field-on:bible}}Han som vittnar </w:t>
      </w:r>
      <w:r w:rsidRPr="000767E2">
        <w:rPr>
          <w:i/>
          <w:lang w:val="sv-SE"/>
        </w:rPr>
        <w:t>om</w:t>
      </w:r>
      <w:r w:rsidRPr="000767E2">
        <w:rPr>
          <w:lang w:val="sv-SE"/>
        </w:rPr>
        <w:t xml:space="preserve"> detta säger: ”Ja, jag kommer snart.” Amen, kom Herre Jesus!{{field-off:bible}}</w:t>
      </w:r>
    </w:p>
    <w:p w14:paraId="0CA47AB7" w14:textId="218B648A" w:rsidR="00BA33AB" w:rsidRDefault="00000000">
      <w:r w:rsidRPr="000767E2">
        <w:rPr>
          <w:lang w:val="sv-SE"/>
        </w:rPr>
        <w:t>[[@</w:t>
      </w:r>
      <w:r w:rsidR="0096445B" w:rsidRPr="000767E2">
        <w:rPr>
          <w:lang w:val="sv-SE"/>
        </w:rPr>
        <w:t>BibleBIBEL82</w:t>
      </w:r>
      <w:r w:rsidRPr="000767E2">
        <w:rPr>
          <w:lang w:val="sv-SE"/>
        </w:rPr>
        <w:t>:Rev 22:21]]</w:t>
      </w:r>
      <w:r w:rsidRPr="000767E2">
        <w:rPr>
          <w:vertAlign w:val="superscript"/>
          <w:lang w:val="sv-SE"/>
        </w:rPr>
        <w:t>21</w:t>
      </w:r>
      <w:r w:rsidRPr="000767E2">
        <w:rPr>
          <w:lang w:val="sv-SE"/>
        </w:rPr>
        <w:t xml:space="preserve"> {{field-on:bible}}Herren Jesu nåd </w:t>
      </w:r>
      <w:r w:rsidRPr="000767E2">
        <w:rPr>
          <w:i/>
          <w:lang w:val="sv-SE"/>
        </w:rPr>
        <w:t>vare</w:t>
      </w:r>
      <w:r w:rsidRPr="000767E2">
        <w:rPr>
          <w:lang w:val="sv-SE"/>
        </w:rPr>
        <w:t xml:space="preserve"> med alla de heliga. </w:t>
      </w:r>
      <w:proofErr w:type="gramStart"/>
      <w:r>
        <w:t>Amen.{</w:t>
      </w:r>
      <w:proofErr w:type="gramEnd"/>
      <w:r>
        <w:t>{</w:t>
      </w:r>
      <w:proofErr w:type="spellStart"/>
      <w:r>
        <w:t>field-</w:t>
      </w:r>
      <w:proofErr w:type="gramStart"/>
      <w:r>
        <w:t>off:bible</w:t>
      </w:r>
      <w:proofErr w:type="spellEnd"/>
      <w:proofErr w:type="gramEnd"/>
      <w:r>
        <w:t>}}</w:t>
      </w:r>
    </w:p>
    <w:sectPr w:rsidR="00BA33A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626468347">
    <w:abstractNumId w:val="8"/>
  </w:num>
  <w:num w:numId="2" w16cid:durableId="1450397548">
    <w:abstractNumId w:val="6"/>
  </w:num>
  <w:num w:numId="3" w16cid:durableId="1284002895">
    <w:abstractNumId w:val="5"/>
  </w:num>
  <w:num w:numId="4" w16cid:durableId="2079202008">
    <w:abstractNumId w:val="4"/>
  </w:num>
  <w:num w:numId="5" w16cid:durableId="660356759">
    <w:abstractNumId w:val="7"/>
  </w:num>
  <w:num w:numId="6" w16cid:durableId="776632920">
    <w:abstractNumId w:val="3"/>
  </w:num>
  <w:num w:numId="7" w16cid:durableId="645358797">
    <w:abstractNumId w:val="2"/>
  </w:num>
  <w:num w:numId="8" w16cid:durableId="1570653443">
    <w:abstractNumId w:val="1"/>
  </w:num>
  <w:num w:numId="9" w16cid:durableId="1907689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767E2"/>
    <w:rsid w:val="0015074B"/>
    <w:rsid w:val="0029639D"/>
    <w:rsid w:val="00326F90"/>
    <w:rsid w:val="007E5318"/>
    <w:rsid w:val="0096445B"/>
    <w:rsid w:val="00AA1D8D"/>
    <w:rsid w:val="00B47730"/>
    <w:rsid w:val="00BA33AB"/>
    <w:rsid w:val="00CB0664"/>
    <w:rsid w:val="00D26B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0F6685"/>
  <w14:defaultImageDpi w14:val="300"/>
  <w15:docId w15:val="{3441D7F6-E0CE-4C5E-9AF7-DC4E11B2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45B"/>
    <w:rPr>
      <w:rFonts w:ascii="Times New Roman" w:hAnsi="Times New Roman"/>
    </w:rPr>
  </w:style>
  <w:style w:type="paragraph" w:styleId="Rubrik1">
    <w:name w:val="heading 1"/>
    <w:basedOn w:val="Normal"/>
    <w:next w:val="Normal"/>
    <w:link w:val="Rubrik1Char"/>
    <w:uiPriority w:val="9"/>
    <w:qFormat/>
    <w:rsid w:val="0096445B"/>
    <w:pPr>
      <w:keepNext/>
      <w:keepLines/>
      <w:spacing w:before="480" w:after="0"/>
      <w:outlineLvl w:val="0"/>
    </w:pPr>
    <w:rPr>
      <w:rFonts w:asciiTheme="majorHAnsi" w:eastAsiaTheme="majorEastAsia" w:hAnsiTheme="majorHAnsi" w:cstheme="majorBidi"/>
      <w:b/>
      <w:bCs/>
      <w:sz w:val="40"/>
      <w:szCs w:val="28"/>
    </w:rPr>
  </w:style>
  <w:style w:type="paragraph" w:styleId="Rubrik2">
    <w:name w:val="heading 2"/>
    <w:basedOn w:val="Normal"/>
    <w:next w:val="Normal"/>
    <w:link w:val="Rubrik2Char"/>
    <w:uiPriority w:val="9"/>
    <w:unhideWhenUsed/>
    <w:qFormat/>
    <w:rsid w:val="0096445B"/>
    <w:pPr>
      <w:keepNext/>
      <w:keepLines/>
      <w:spacing w:before="200" w:after="0"/>
      <w:outlineLvl w:val="1"/>
    </w:pPr>
    <w:rPr>
      <w:rFonts w:asciiTheme="majorHAnsi" w:eastAsiaTheme="majorEastAsia" w:hAnsiTheme="majorHAnsi" w:cstheme="majorBidi"/>
      <w:b/>
      <w:bCs/>
      <w:sz w:val="32"/>
      <w:szCs w:val="26"/>
    </w:rPr>
  </w:style>
  <w:style w:type="paragraph" w:styleId="Rubrik3">
    <w:name w:val="heading 3"/>
    <w:basedOn w:val="Normal"/>
    <w:next w:val="Normal"/>
    <w:link w:val="Rubrik3Char"/>
    <w:uiPriority w:val="9"/>
    <w:unhideWhenUsed/>
    <w:qFormat/>
    <w:rsid w:val="0096445B"/>
    <w:pPr>
      <w:keepNext/>
      <w:keepLines/>
      <w:spacing w:before="200" w:after="0"/>
      <w:outlineLvl w:val="2"/>
    </w:pPr>
    <w:rPr>
      <w:rFonts w:asciiTheme="majorHAnsi" w:eastAsiaTheme="majorEastAsia" w:hAnsiTheme="majorHAnsi" w:cstheme="majorBidi"/>
      <w:b/>
      <w:bCs/>
      <w:sz w:val="26"/>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96445B"/>
    <w:rPr>
      <w:rFonts w:asciiTheme="majorHAnsi" w:eastAsiaTheme="majorEastAsia" w:hAnsiTheme="majorHAnsi" w:cstheme="majorBidi"/>
      <w:b/>
      <w:bCs/>
      <w:sz w:val="40"/>
      <w:szCs w:val="28"/>
    </w:rPr>
  </w:style>
  <w:style w:type="character" w:customStyle="1" w:styleId="Rubrik2Char">
    <w:name w:val="Rubrik 2 Char"/>
    <w:basedOn w:val="Standardstycketeckensnitt"/>
    <w:link w:val="Rubrik2"/>
    <w:uiPriority w:val="9"/>
    <w:rsid w:val="0096445B"/>
    <w:rPr>
      <w:rFonts w:asciiTheme="majorHAnsi" w:eastAsiaTheme="majorEastAsia" w:hAnsiTheme="majorHAnsi" w:cstheme="majorBidi"/>
      <w:b/>
      <w:bCs/>
      <w:sz w:val="32"/>
      <w:szCs w:val="26"/>
    </w:rPr>
  </w:style>
  <w:style w:type="character" w:customStyle="1" w:styleId="Rubrik3Char">
    <w:name w:val="Rubrik 3 Char"/>
    <w:basedOn w:val="Standardstycketeckensnitt"/>
    <w:link w:val="Rubrik3"/>
    <w:uiPriority w:val="9"/>
    <w:rsid w:val="0096445B"/>
    <w:rPr>
      <w:rFonts w:asciiTheme="majorHAnsi" w:eastAsiaTheme="majorEastAsia" w:hAnsiTheme="majorHAnsi" w:cstheme="majorBidi"/>
      <w:b/>
      <w:bCs/>
      <w:sz w:val="26"/>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nk">
    <w:name w:val="Hyperlink"/>
    <w:basedOn w:val="Standardstycketeckensnitt"/>
    <w:uiPriority w:val="99"/>
    <w:unhideWhenUsed/>
    <w:rsid w:val="009644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hristianmolk.se/logos-bible-softwar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466</Pages>
  <Words>229921</Words>
  <Characters>1218587</Characters>
  <Application>Microsoft Office Word</Application>
  <DocSecurity>0</DocSecurity>
  <Lines>10154</Lines>
  <Paragraphs>2891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1445617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Mölk</dc:creator>
  <cp:keywords/>
  <dc:description/>
  <cp:lastModifiedBy>Christian Mölk</cp:lastModifiedBy>
  <cp:revision>2</cp:revision>
  <dcterms:created xsi:type="dcterms:W3CDTF">2026-11-06T11:21:00Z</dcterms:created>
  <dcterms:modified xsi:type="dcterms:W3CDTF">2026-11-06T11:21:00Z</dcterms:modified>
  <cp:category/>
</cp:coreProperties>
</file>